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ስውር ታሪክ - ሃያ ሰባት</w:t>
      </w:r>
    </w:p>
    <w:p>
      <w:pPr>
        <w:pStyle w:val="ArticleSubtitle"/>
        <w:jc w:val="left"/>
      </w:pPr>
      <w:r>
        <w:rPr>
          <w:rFonts w:ascii="Ebrima" w:hAnsi="Ebrima" w:eastAsia="Ebrima" w:cs="Ebrima"/>
        </w:rPr>
        <w:t>ሕዝቅኤል ቁጥር ስምንት</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2026-08-17</w:t>
      </w:r>
    </w:p>
    <w:p>
      <w:pPr>
        <w:pStyle w:val="ArticleBody"/>
        <w:jc w:val="left"/>
      </w:pPr>
      <w:r>
        <w:rPr>
          <w:rFonts w:ascii="Ebrima" w:hAnsi="Ebrima" w:eastAsia="Ebrima" w:cs="Ebrima"/>
        </w:rPr>
        <w:t>በሕዝቅኤል መጽሐፍ ውስጥ ለቀኖች የሚያመለክቱ ‘አሥራ ሦስት’ ማጣቀሻዎች አሉ፤ ስድስቱ ወደ ኢየሩሳሌም ያመለክታሉ፣ ስድስቱ ደግሞ ወደ ግብፅ፣ አንዱም ወደ ጢሮስ ያመለክታል። እነዚህ ማጣቀሻዎች ሁሉ ቍጥሩ ‘አሥራ ሦስት’ የሚወክለው ዓመፅ ባለበት አውድ ውስጥ ተቀምጠዋል። የሕዝቅኤል ሚስት በድንገተኛ የአንጎል ደም መፍሰስ ከሞተች በኋላ፣ የሦስተኛውን ከበባ መጀመር በምልክት ያሳየው በዚያ ዓመት ቀጥሎ፣ ሕዝቅኤል በግብፅ ላይ እንዲናገር ታዞ ነበር፤ እርስዋም ለአርባ ዓመታት ባድማ እንደምትሆን አመለከተ።</w:t>
      </w:r>
    </w:p>
    <w:p>
      <w:pPr>
        <w:pStyle w:val="ArticleScripture"/>
        <w:jc w:val="left"/>
      </w:pPr>
      <w:r>
        <w:rPr>
          <w:rFonts w:ascii="Ebrima" w:hAnsi="Ebrima" w:eastAsia="Ebrima" w:cs="Ebrima"/>
        </w:rPr>
        <w:t>እኔም የግብፅን ምድር በፈረሱት አገሮች መካከል ባድማ አደርጋታለሁ፥ ከተሞቿም በፈረሱት ከተሞች መካከል አርባ ዓመት ባድማ ይሆናሉ፤ ግብፃውያንንም በአሕዛብ መካከል እበትናለሁ፥ በአገሮችም ውስጥ እበትናቸዋለሁ። ነገር ግን ጌታ እግዚአብሔር እንዲህ ይላል፤ አርባው ዓመት በተፈጸመ ጊዜ ግብፃውያንን ከተበተኑባቸው አሕዛብ መካከል እሰበስባቸዋለሁ፤ የግብፅንም ምርኮ እመልሳለሁ፥ ወደ መኖሪያቸው ምድር ወደ ጳጥሮስ ምድር እመልሳቸዋለሁ፤ በዚያም የተዋረደ መንግሥት ይሆናሉ። ሕዝቅኤል 29፥12–14።</w:t>
      </w:r>
    </w:p>
    <w:p>
      <w:pPr>
        <w:pStyle w:val="ArticleBody"/>
        <w:jc w:val="left"/>
      </w:pPr>
      <w:r>
        <w:rPr>
          <w:rFonts w:ascii="Ebrima" w:hAnsi="Ebrima" w:eastAsia="Ebrima" w:cs="Ebrima"/>
        </w:rPr>
        <w:t>ከክርስቶስ በፊት በ588 ዓመት ከበባው ተጀመረ፤ ከአንድ ዓመት በኋላም ማለት በክርስቶስ በፊት በ587 ዓመት ሕዝቅኤል እንዲናገር ታዘዘ። በ“አሥራ ሰባት” ቁጥር ውስጥ ከክርስቶስ በፊት 571 ዓመት ግብፅ ለተደረገ አገልግሎት እንደ ባቢሎን እንደምትሰጥ ያመለክታል። የመጽሐፍ ቅዱስ የዘመን ቆጠራ ሊቃውንት በእነዚያ ቁጥሮች የተጠቀሰው የአርባ ዓመት ዘመን ከክርስቶስ በፊት 567 ዓመት እስከ 527 ዓመት ድረስ እንደሆነ ይጠቁማሉ፤ እንዲሁም በክርስቶስ በፊት በ587 ዓመት ከተነገረው የመጀመሪያ የፍርድ መልእክት ጀምሮ እስከ “አሥራ ሰባት” ቁጥር ድረስ በክርስቶስ በፊት 571 ዓመት ጌታ ግብፅን በናቡከደነፆር እጅ እንደሰጠ የተነገረበትን ጊዜ ስንመለከት፣ “የአሥራ ሰባት ዓመት” ዘመን እናገኛለን።</w:t>
      </w:r>
    </w:p>
    <w:p>
      <w:pPr>
        <w:pStyle w:val="ArticleBody"/>
        <w:jc w:val="left"/>
      </w:pPr>
      <w:r>
        <w:rPr>
          <w:rFonts w:ascii="Ebrima" w:hAnsi="Ebrima" w:eastAsia="Ebrima" w:cs="Ebrima"/>
        </w:rPr>
        <w:t>የናቡከደነፆር ሠራዊት በጢሮስ ላይ ረጅምና አስቸጋሪ ዘመቻ አካሄደ (ከበባው ወደ 13 ዓመት ያህል ቆይቶ፣ በ586–573 ዓ.ዓ. ግድም ነበር)። ወታደሮቹ እጅግ ከባድ ድካም አደረጉ (ሸክም ከመሸከማቸው የተነሣ ራስ ሁሉ ራሰ በራ ሆነ፣ ትከሻም ሁሉ ተፈጥጦ ነበር)፤ ነገር ግን ከጢሮስ ራሱ የሚሆን የሚታወቅ ደመወዝ ወይም ምርኮ አልተቀበሉም። በዚህ የማያትርፍ ድካም ምክንያት፣ እግዚአብሔር የናቡከደነፆር ሠራዊት በጢሮስ ላይ ስላደረገው ሥራ እንደ ካሳ (“ደመወዝ”) ግብፅን ለእርሱ ሊሰጥ ወሰነ።</w:t>
      </w:r>
    </w:p>
    <w:p>
      <w:pPr>
        <w:pStyle w:val="ArticleScripture"/>
        <w:jc w:val="left"/>
      </w:pPr>
      <w:r>
        <w:rPr>
          <w:rFonts w:ascii="Ebrima" w:hAnsi="Ebrima" w:eastAsia="Ebrima" w:cs="Ebrima"/>
        </w:rPr>
        <w:t>በዚያም ቤት ቆዩ፤ የሚሰጧችሁን እየበላችሁና እየጠጣችሁ፤ ሠራተኛ ለደመወዙ የተገባ ነውና። ከቤት ወደ ቤት አትዘዋወሩ። ሉቃስ 10፥7።</w:t>
      </w:r>
    </w:p>
    <w:p>
      <w:pPr>
        <w:pStyle w:val="ArticleBody"/>
        <w:jc w:val="left"/>
      </w:pPr>
      <w:r>
        <w:rPr>
          <w:rFonts w:ascii="Ebrima" w:hAnsi="Ebrima" w:eastAsia="Ebrima" w:cs="Ebrima"/>
        </w:rPr>
        <w:t>ስለዚህ ናቡከደነፆር መጀመሪያ ጢሮስን ወሰደ፥ ከዚያም ከአሥራ ሦስት ዓመት ከበባ በኋላ ግብፅ ተሰጠችው። ጢሮስን ከመውሰዱ በፊት በ586 ዓ.ዓ. ኢየሩሳሌምን ወሰደ፤ ከዚያም በጢሮስ ላይ የአሥራ ሦስት ዓመት ከበባን ፈጸመ፥ ከዚያም ግብፅን። ኢየሩሳሌም በ586 ዓ.ዓ. ተወሰደች፥ የጢሮስም ከበባ በ586 ዓ.ዓ. ጀመረ እስከ 573 ዓ.ዓ. ድረስ ቀጠለ። ቁጥር አሥራ ሦስት ከአሜሪካ የተባበሩት መንግሥታት ጋር የተያያዘ ነው።</w:t>
      </w:r>
    </w:p>
    <w:p>
      <w:pPr>
        <w:pStyle w:val="ArticleBody"/>
        <w:jc w:val="left"/>
      </w:pPr>
      <w:r>
        <w:rPr>
          <w:rFonts w:ascii="Ebrima" w:hAnsi="Ebrima" w:eastAsia="Ebrima" w:cs="Ebrima"/>
        </w:rPr>
        <w:t>እህት ዋይት በሕዝቅኤል መጽሐፍ ውስጥ ኢየሩሳሌም የሎዶቅያ ሰባተኛ ቀን አድቬንቲስት ቤተ ክርስቲያንን እንደምትወክል፣ እናም የሰሜን ንጉሥ ናቡከደነፆር በዘመኑ መጨረሻ የጳጳሳዊውን ኀይል እንደሚወክል ታሳውቀናለች። በምዕራፍ ሃያ ዘጠኝ ባለው ታሪካዊ ምሳሌ፣ “የሕዝብህ ዘራፊዎች” የሚለው በኋለኛው ዘመን የጳጳሳዊቱን ሮማን ሲወክል፣ በምዕራፉ ውስጥ ሦስት አካላትን ያሸንፋል። መጀመሪያ ኢየሩሳሌምን ይወስዳል፤ ከዚያም ጢሮስን፣ በመጨረሻም ግብፅን።</w:t>
      </w:r>
    </w:p>
    <w:p>
      <w:pPr>
        <w:pStyle w:val="ArticleBody"/>
        <w:jc w:val="left"/>
      </w:pPr>
      <w:r>
        <w:rPr>
          <w:rFonts w:ascii="Ebrima" w:hAnsi="Ebrima" w:eastAsia="Ebrima" w:cs="Ebrima"/>
        </w:rPr>
        <w:t>ፍርድ በእግዚአብሔር ቤት ይጀምራል፥ እናም በአሜሪካ ውስጥ ያለው የፕሮቴስታንትነት ቀንድ ከእሁድ ሕግ በፊት መጀመሪያ ይሸነፋል። በአሜሪካ ውስጥ ያለው የከሃዲ ፕሮቴስታንትነት ቀንድ፥ እንደ ጥንቱ እስራኤል በ34 ዓ.ም. እና ፕሮቴስታንቶች በ1844 እንደተተዉ እንዲሁ የተተዉትን “የቀድሞውን” የቃል ኪዳን ሕዝብ የሚወክል የሎዶቅያ ሰባተኛ ቀን አድቬንቲስት ቤተ ክርስቲያንን ያካትታል። በ34 እና በ1844 እነዚያ የቀድሞ የእግዚአብሔር የቃል ኪዳን ሕዝቦች መተው፥ ሁለቱም በዳንኤል 8፥14 ያለው የሁለት ሺህ ሦስት መቶ ዓመታት ትንቢት ትንቢታዊ ታሪክ ውስጥ ይወከላሉ። ፍርድ በእግዚአብሔር ቤት ይጀምራል፥ እናም የፕሮቴስታንትነት ቀንድ ከሪፐብሊካኒዝም ቀንድ በፊት ይፈረድበታል።</w:t>
      </w:r>
    </w:p>
    <w:p>
      <w:pPr>
        <w:pStyle w:val="ArticleScripture"/>
        <w:jc w:val="left"/>
      </w:pPr>
      <w:r>
        <w:rPr>
          <w:rFonts w:ascii="Ebrima" w:hAnsi="Ebrima" w:eastAsia="Ebrima" w:cs="Ebrima"/>
        </w:rPr>
        <w:t>ምክንያቱም ፍርድ ከእግዚአብሔር ቤት ጀምሮ የሚደረግበት ጊዜ ደርሶአልና፤ እርሱም በመጀመሪያ በእኛ ቢጀምር፥ ለእግዚአብሔር ወንጌል የማይታዘዙት መጨረሻ ምን ይሆን? 1 ጴጥሮስ 4፡17።</w:t>
      </w:r>
    </w:p>
    <w:p>
      <w:pPr>
        <w:pStyle w:val="ArticleBody"/>
        <w:jc w:val="left"/>
      </w:pPr>
      <w:r>
        <w:rPr>
          <w:rFonts w:ascii="Ebrima" w:hAnsi="Ebrima" w:eastAsia="Ebrima" w:cs="Ebrima"/>
        </w:rPr>
        <w:t>የግብፅ ፍርድ የመጀመሪያው መጠቀም በሃያ ዘጠኝኛው ምዕራፍ የመጀመሪያው ቁጥር ውስጥ ይገኛል፤ ከግብፅ ጋር በተያያዘ ሕዝቅኤል የጠቀሰው የመጨረሻው ቀንም በዚያው ምዕራፍ በ “አሥራ ሰባት” ቁጥር ውስጥ ነው። ይህ ምዕራፍ ዘመናዊቷ ሮም መጀመሪያ የፕሮቴስታንቲዝምን ቀንድ እንደምታሸንፍ፣ ከዚያም በቅርቡ በሚመጣው የእሑድ ሕግ ጊዜ የሪፐብሊካኒዝምን ቀንድ የሚወክል ጢሮስን እንደምታሸንፍ ያመለክታል። ጢሮስ (ዩናይትድ ስቴትስ) በእሑድ ሕግ ጊዜ በናቡከደነፆር ሲወረር፣ ግብፅም ደግሞ በእጁ ውስጥ ተሰጥታለች። በዚያ ጊዜ የጳጳሳት ሥርዓት የሞት ቁስል ይፈወሳል። የጳጳሳት ሥርዓት የሞት ቁስል በዚያን ጊዜ መፈወሱ ብቻ ሳይሆን፣ ሕዝቅኤል ይህ በኋለኛው ዝናብ ዘመን እንደሚፈጸም ያሳውቀናል።</w:t>
      </w:r>
    </w:p>
    <w:p>
      <w:pPr>
        <w:pStyle w:val="ArticleScripture"/>
        <w:jc w:val="left"/>
      </w:pPr>
      <w:r>
        <w:rPr>
          <w:rFonts w:ascii="Ebrima" w:hAnsi="Ebrima" w:eastAsia="Ebrima" w:cs="Ebrima"/>
        </w:rPr>
        <w:t>በዚያ ቀን የእስራኤል ቤት ቀንድ እንዲበቅል አደርጋለሁ፤ በመካከላቸውም የአፍ መክፈትን እሰጥሃለሁ፤ እነርሱም እኔ እግዚአብሔር እንደ ሆንሁ ያውቃሉ። ሕዝቅኤል 29፥21።</w:t>
      </w:r>
    </w:p>
    <w:p>
      <w:pPr>
        <w:pStyle w:val="ArticleHeading"/>
        <w:jc w:val="left"/>
      </w:pPr>
      <w:r>
        <w:rPr>
          <w:rFonts w:ascii="Ebrima" w:hAnsi="Ebrima" w:eastAsia="Ebrima" w:cs="Ebrima"/>
        </w:rPr>
        <w:t>ያዕቆብና እስራኤል</w:t>
      </w:r>
    </w:p>
    <w:p>
      <w:pPr>
        <w:pStyle w:val="ArticleBody"/>
        <w:jc w:val="left"/>
      </w:pPr>
      <w:r>
        <w:rPr>
          <w:rFonts w:ascii="Ebrima" w:hAnsi="Ebrima" w:eastAsia="Ebrima" w:cs="Ebrima"/>
        </w:rPr>
        <w:t>ኢሳይያስ እስራኤል ቡቃያ እንደምታወጣ፣ እንደምታብብ፣ ምድርንም ሁሉ በፍሬ እንደምትሞላ ያመለክታል። ቡቃያ ማውጣትን፣ ማበብን እና ፍሬ መስጠትን የሚያመጣው ዝናብ ነው፤ እንደ ኢሳይያስም፣ “ብርቱ ነፋስ” በሚታገድበት ጊዜ የኋለኛው ዝናብ ይመጣል። ከዚህም በላይ፣ በቡቃያ ማውጣት፣ በማበብ እና በፍሬ መስጠት ዘመን የያዕቆብ ኃጢአቶች ሊወገዱ እንደሚገባ ይገልጻል፤ “ሊወገዱ” ተብሎ የተተረጎመውም የዕብራይስጥ ቃል “ስርየት ሊደረግለት” ማለት ነው።</w:t>
      </w:r>
    </w:p>
    <w:p>
      <w:pPr>
        <w:pStyle w:val="ArticleScripture"/>
        <w:jc w:val="left"/>
      </w:pPr>
      <w:r>
        <w:rPr>
          <w:rFonts w:ascii="Ebrima" w:hAnsi="Ebrima" w:eastAsia="Ebrima" w:cs="Ebrima"/>
        </w:rPr>
        <w:t>በመጠን፥ ሲበቅል ከእርሱ ጋር ትከራከራለህ፤ በምሥራቅ ነፋስ ቀን ብርቱ ነፋሱን ያቆማል። ስለዚህ የያዕቆብ ኃጢአት በዚህ ይነጻል፤ ኃጢአቱንም ለማስወገድ የሚገኘው ፍሬ ሁሉ ይህ ነው፤ የመሠዊያውን ድንጋዮች ሁሉ እንደ ተፈጨ የኖራ ድንጋይ ባደረገ ጊዜ፥ የአማልክት ጣዖት ዛፎችና ምስሎች አይቆሙም። ኢሳይያስ 27፥8፣ 9።</w:t>
      </w:r>
    </w:p>
    <w:p>
      <w:pPr>
        <w:pStyle w:val="ArticleBody"/>
        <w:jc w:val="left"/>
      </w:pPr>
      <w:r>
        <w:rPr>
          <w:rFonts w:ascii="Ebrima" w:hAnsi="Ebrima" w:eastAsia="Ebrima" w:cs="Ebrima"/>
        </w:rPr>
        <w:t>የግጭት አራቱ ነፋሳት (ኃይለኛው ነፋሱ) በሚታገዱበት ጊዜ፣ የአንድ መቶ አርባ አራት ሺህ መታተም ይጀምራል፤ ጥበበኞቹና ክፉዎቹም በአድቬንቲዝም ውስጥ በመጨረሻ ይለያያሉ፤ ይህ ሁሉም በ“ምሥራቅ ነፋስ ቀን” ውስጥ ይፈጸማል። የመታተም ዘመኑ በ9/11 በመርጨት መልክ ተጀመረ፤ ምድርም ከዚያ ፍሬ በሙሉ በምትሞላበት ጊዜ በእሑድ ሕግ ላይ በሙሉ መፍሰስ ይጠናቀቃል። የመታተም ዘመኑ ከሚልክያስ ሦስት ጋር በስምምነት ያለ ቀስ በቀስ የሚከናወን ማንጻትና ማጥራት ነው። ነገር ግን፣ በሕዝቅኤል ሃያ ዘጠኝ የመጀመሪያና የመጨረሻ ቀኖች የተወከለው በዚያ የአሥራ ሰባት ዓመት ጊዜ ውስጥ፣ ስድስተኛው የመጽሐፍ ቅዱስ ትንቢት መንግሥት መድረሱ እንደ ኢየሩሳሌም ተወክሎ—የፕሮቴስታንቲዝም ቀንድ ምልክት ማለትም ቤተ ክርስቲያን—እና ጢሮስ ደግሞ የቀንዱ ወይም የሪፐብሊካኒዝም ምልክት ማለትም መንግሥት በመሆን ይፈጸማል። የጢሮስ ዐሥራ ሦስት ዓመት ከበባ ከተፈጸመ ጥቂት በኋላ፣ በግብፅ የተወከለው የአሥር ነገሥታት ሰባተኛ መንግሥት መድረሱ ይከናወናል። ኢየሩሳሌምን፣ ጢሮስን እና ግብፅን የሚመለከቱት እነዚህ ሦስት መድረሶች፣ “የእስራኤል ቤት ቀንድ” በሚበቅልበትና የአፍ መከፈት በሚሰጠው ጊዜ ይከሰታሉ።</w:t>
      </w:r>
    </w:p>
    <w:p>
      <w:pPr>
        <w:pStyle w:val="ArticleBody"/>
        <w:jc w:val="left"/>
      </w:pPr>
      <w:r>
        <w:rPr>
          <w:rFonts w:ascii="Ebrima" w:hAnsi="Ebrima" w:eastAsia="Ebrima" w:cs="Ebrima"/>
        </w:rPr>
        <w:t>ካህኑ ሕዝቅኤልና ካህኑ ዘካርያስ ያሉበት ዝምታ ሁለቱም በእሁድ ሕግ ጊዜ ያበቃል፤ በዚያን ጊዜም አሜሪካ እና የበለዓም አህያ ሁለቱም ይናገራሉ። ጌታ ለእስራኤል ቤት በእሁድ ሕግ ጊዜ “የአፍ መከፈት” ይሰጣል። በዚያን ጊዜ የያዕቆብ ኃጢአቶች ተወግደው ይነጻሉ፥ ስሙም ወደ እስራኤል ቤት ይለወጣል። የሚያውጁት መልእክት በዳንኤል የተመሰለው ሦስተኛው የትንቢታዊ ዝምታ ምስክር ይወክለዋል፤ በዚያን ጊዜም ዳንኤል የዳንኤል ምዕራፍ አሥራ አንድ መልእክት ይቀበላል፤ ይህም ደግሞ ያን ጊዜ ‘የሚናገር እና የማይዋሽ’ የዕንባቆም ራእይ ነው። ሕዝቅኤል፣ ዘካርያስና ዳንኤል ከሦስተኛው መልአክ ታላቅ ጩኸት አዋጅ ጋር ይስማማሉ፤ እንዲሁም በኤርምያስ ምዕራፍ አሥራ አምስት ውስጥ ከመጀመሪያው ተስፋ መቁረጥ ቢመለስ የእግዚአብሔር አፍ እንደሚሆን ተስፋ የተሰጠው ኤርምያስ ደግሞ እንዲሁ ነው።</w:t>
      </w:r>
    </w:p>
    <w:p>
      <w:pPr>
        <w:pStyle w:val="ArticleScripture"/>
        <w:jc w:val="left"/>
      </w:pPr>
      <w:r>
        <w:rPr>
          <w:rFonts w:ascii="Ebrima" w:hAnsi="Ebrima" w:eastAsia="Ebrima" w:cs="Ebrima"/>
        </w:rPr>
        <w:t>ስለ ምን ሕመሜ ዘወትር ነው? ቁስሌስ የማይድንና ለመፈወስ የሚከለክል ለምን ነው? በእውነት ለእኔ እንደ ሐሰተኛ፣ እንዲሁም እንደሚጠፉ ውኃዎች ትሆንልኛለህን? ስለዚህ እግዚአብሔር እንዲህ ይላል፤ አንተ ብትመለስ፥ እኔም እመልስሃለሁ፥ በፊቴም ትቆማለህ፤ የከበረውንም ከከንቱው ብታወጣ፥ እንደ አፌ ትሆናለህ፤ እነርሱ ወደ አንተ ይመለሱ፥ አንተ ግን ወደ እነርሱ አትመለስ። ኤርምያስ 15፥18, 19</w:t>
      </w:r>
      <w:r>
        <w:rPr>
          <w:rFonts w:ascii="Leelawadee UI" w:hAnsi="Leelawadee UI" w:eastAsia="Leelawadee UI" w:cs="Leelawadee UI"/>
        </w:rPr>
        <w:t>។</w:t>
      </w:r>
    </w:p>
    <w:p>
      <w:pPr>
        <w:pStyle w:val="ArticleBody"/>
        <w:jc w:val="left"/>
      </w:pPr>
      <w:r>
        <w:rPr>
          <w:rFonts w:ascii="Ebrima" w:hAnsi="Ebrima" w:eastAsia="Ebrima" w:cs="Ebrima"/>
        </w:rPr>
        <w:t>ኢየሱስ መጨረሻውን በመጀመሪያው ያብራራል፤ በ9/11ም መርጨቱ ቡቃያዎችን አፈራ፣ የያዕቆብም ተክል ማደግ ጀመረ፤ በመጨረሻም የያዕቆብ ኃጢአት በሚነጻበት ጊዜ የእስራኤል ቤት ይናገራል። በ9/11 በዝናቡ የተፈጸመው ቡቃያ መውጣት፣ የማኅተም ዘመን መጨረሻ ላይ የሚሆን ሌላ ቡቃያ መውጣትን ይወክላል፤ በዚያም የእስራኤል ቤት “ቀንድ” ቡቃያ ያወጣል፣ ከሃዲ ፕሮቴስታንቲዝምና ሪፐብሊካኒዝም ቀንዶች በናቡከደነፆር በሚሸነፉበት ቦታ በትክክል።</w:t>
      </w:r>
    </w:p>
    <w:p>
      <w:pPr>
        <w:pStyle w:val="ArticleBody"/>
        <w:jc w:val="left"/>
      </w:pPr>
      <w:r>
        <w:rPr>
          <w:rFonts w:ascii="Ebrima" w:hAnsi="Ebrima" w:eastAsia="Ebrima" w:cs="Ebrima"/>
        </w:rPr>
        <w:t>በዚያ ጊዜ የፕሮቴስታንቲዝም ሐሰተኛው ቀንድ ከፕሮቴስታንቲዝም እውነተኛው ቀንድ ጋር በንጽጽር ይታያል፤ ይህም ከእስራኤል ነገዶች ሌሎች በትሮች ተለይቶ በበቀለው በአሮን በትር የተመሰለ ነው። በሕዝቅኤል ምዕራፍ ሃያ ዘጠኝ ውስጥ ያሉት ሁለቱ ቀኖች በቅርቡ በሚመጣው የእሑድ ሕግ ጊዜ የአንድ መቶ አርባ አራት ሺህ የሰንደቅ ዓላማ ከፍ መደረግ ታሪክን ይለዩታል።</w:t>
      </w:r>
    </w:p>
    <w:p>
      <w:pPr>
        <w:pStyle w:val="ArticleBody"/>
        <w:jc w:val="left"/>
      </w:pPr>
      <w:r>
        <w:rPr>
          <w:rFonts w:ascii="Ebrima" w:hAnsi="Ebrima" w:eastAsia="Ebrima" w:cs="Ebrima"/>
        </w:rPr>
        <w:t>የምድርን በፍሬ ማሞላት የሚያመጣው የማብቀል፣ የማበብና የፍሬ ማፍራት ሂደት በ9/11 የኋለኛው ዝናብ ረጭቶ ሲወርድ ጀመረ፤ እንዲሁም የጴንጤቆስጤ ዘመን ክርስቶስ በደቀ መዛሙርቱ ላይ ጥቂት ነጠብጣቦችን በመተንፈስ ጀምሮ ኋላ ሙሉ መፍሰሱ ወደ ተፈጸመበት ጴንጤቆስጤ እንደ ደረሰ ነበር። በማኅተም ዘመን ምሳሌ የተደረገው የያዕቆብ (ተተኪው) የመንጻት መጀመሪያ ላይ ያለው የ9/11 ማብቀል፣ በእሑድ ሕግ ጊዜ ያለውን የእስራኤል ቤት (አሸናፊው) ማብቀል አመለከተ። በመጨረሻው ያለው ማብቀል በቀድሞው ኪዳን ሕዝብና በአንድ መቶ አርባ አራት ሺህ መካከል ልዩነትን ያመለክታል፤ እንዲሁም በቀርሜሎስ ተራራ ላይ የእሳት መፍሰስ በነቢዩ ኤልያስና በበኣል ነቢያት መካከል ልዩነት እንዳደረገ ነው። ይህ ልዩነት በትንቢታዊ ሁኔታ በሐሰተኛ የሰላምና የደኅንነት መልእክት ምክንያት የሚያፍር አንድ ወገን እና በትንቢታዊ ሁኔታ ደስ የሚላቸውን ሌላ ወገን ይወክላል፤ እነርሱም ፈጽሞ አያፍሩም።</w:t>
      </w:r>
    </w:p>
    <w:p>
      <w:pPr>
        <w:pStyle w:val="ArticleHeading"/>
        <w:jc w:val="left"/>
      </w:pPr>
      <w:r>
        <w:rPr>
          <w:rFonts w:ascii="Ebrima" w:hAnsi="Ebrima" w:eastAsia="Ebrima" w:cs="Ebrima"/>
        </w:rPr>
        <w:t>ስድስቱ ቀናት የግብፅ</w:t>
      </w:r>
    </w:p>
    <w:p>
      <w:pPr>
        <w:pStyle w:val="ArticleBody"/>
        <w:jc w:val="left"/>
      </w:pPr>
      <w:r>
        <w:rPr>
          <w:rFonts w:ascii="Ebrima" w:hAnsi="Ebrima" w:eastAsia="Ebrima" w:cs="Ebrima"/>
        </w:rPr>
        <w:t>ሕዝቅኤል ከግብጽ ጋር የተያያዙ ሌሎች አራት ቀኖችን ይጠቅሳል፤ ከእነዚህም ሁለቱ አሥራ አንደኛውን ዓመት ይወስናሉ፣ ሌሎቹ ሁለቱም ደግሞ የምርኮውን አሥራ ሁለተኛ ዓመት ይወስናሉ።</w:t>
      </w:r>
    </w:p>
    <w:p>
      <w:pPr>
        <w:pStyle w:val="ArticleHeading"/>
        <w:jc w:val="left"/>
      </w:pPr>
      <w:r>
        <w:rPr>
          <w:rFonts w:ascii="Ebrima" w:hAnsi="Ebrima" w:eastAsia="Ebrima" w:cs="Ebrima"/>
        </w:rPr>
        <w:t>የአሥራ አንደኛው ዓመት ከበባ</w:t>
      </w:r>
    </w:p>
    <w:p>
      <w:pPr>
        <w:pStyle w:val="ArticleScripture"/>
        <w:jc w:val="left"/>
      </w:pPr>
      <w:r>
        <w:rPr>
          <w:rFonts w:ascii="Ebrima" w:hAnsi="Ebrima" w:eastAsia="Ebrima" w:cs="Ebrima"/>
        </w:rPr>
        <w:t>እንዲህም ሆነ፤ በአሥራ አንደኛው ዓመት፥ በመጀመሪያው ወር፥ በወሩም በሰባተኛው ቀን፥ የእግዚአብሔር ቃል ወደ እኔ መጣ እንዲህ ሲል፤ የሰው ልጅ ሆይ፥ የግብፅን ንጉሥ ፈርዖንን ክንድ ሰብሬአለሁ፤ እነሆም፥ እንዲፈወስ ለመጠገን አይታሰርም፥ እንዲበረታም ሰይፍን ይዞ ይቆም ዘንድ ለማሰር መጠቅለያ አይጣልበትም። ሕዝቅኤል 30፥20፣ 21።</w:t>
      </w:r>
    </w:p>
    <w:p>
      <w:pPr>
        <w:pStyle w:val="ArticleScripture"/>
        <w:jc w:val="left"/>
      </w:pPr>
      <w:r>
        <w:rPr>
          <w:rFonts w:ascii="Ebrima" w:hAnsi="Ebrima" w:eastAsia="Ebrima" w:cs="Ebrima"/>
        </w:rPr>
        <w:t>እንዲህም ሆነ፤ በአሥራ አንደኛው ዓመት፥ በሦስተኛው ወር፥ በወሩም በመጀመሪያው ቀን፥ የእግዚአብሔር ቃል ወደ እኔ መጣ እንዲህ ሲል፤ የሰው ልጅ ሆይ፥ ለግብፅ ንጉሥ ለፈርዖንና ለሕዝቡ ብዛት ተናገር፤ በታላቅነትህ ከማን ጋር ትመሳሰላለህ? ሕዝቅኤል 31፥1-2።</w:t>
      </w:r>
    </w:p>
    <w:p>
      <w:pPr>
        <w:pStyle w:val="ArticleBody"/>
        <w:jc w:val="left"/>
      </w:pPr>
      <w:r>
        <w:rPr>
          <w:rFonts w:ascii="Ebrima" w:hAnsi="Ebrima" w:eastAsia="Ebrima" w:cs="Ebrima"/>
        </w:rPr>
        <w:t>በምርኮው አሥራ አንደኛው ዓመት፣ በሠላሳኛው ምዕራፍ የግብፅና የፈርዖን ክንዶች ተሰብረዋል፣ የባቢሎንም ክንዶች በርትተዋል። በሠላሳ አንደኛው ምዕራፍ በአሥራ አንደኛው ዓመት፣ የግብፅ ውድቀትና በዓለም ላይ ያሳደረው ተጽእኖ ተለይቶ ተገልጿል።</w:t>
      </w:r>
    </w:p>
    <w:p>
      <w:pPr>
        <w:pStyle w:val="ArticleHeading"/>
        <w:jc w:val="left"/>
      </w:pPr>
      <w:r>
        <w:rPr>
          <w:rFonts w:ascii="Ebrima" w:hAnsi="Ebrima" w:eastAsia="Ebrima" w:cs="Ebrima"/>
        </w:rPr>
        <w:t>አሥራ ሁለተኛው ዓመትና የኢየሩሳሌም ውድቀት</w:t>
      </w:r>
    </w:p>
    <w:p>
      <w:pPr>
        <w:pStyle w:val="ArticleBody"/>
        <w:jc w:val="left"/>
      </w:pPr>
      <w:r>
        <w:rPr>
          <w:rFonts w:ascii="Ebrima" w:hAnsi="Ebrima" w:eastAsia="Ebrima" w:cs="Ebrima"/>
        </w:rPr>
        <w:t>በአሥራ ሁለተኛው ዓመት ያሉት ሁለቱ ቀኖች በሕዝቅኤል ሠላሳ ሁለት ውስጥ ይገኛሉ።</w:t>
      </w:r>
    </w:p>
    <w:p>
      <w:pPr>
        <w:pStyle w:val="ArticleScripture"/>
        <w:jc w:val="left"/>
      </w:pPr>
      <w:r>
        <w:rPr>
          <w:rFonts w:ascii="Ebrima" w:hAnsi="Ebrima" w:eastAsia="Ebrima" w:cs="Ebrima"/>
        </w:rPr>
        <w:t>በአሥራ ሁለተኛውም ዓመት፥ በአሥራ ሁለተኛው ወር፥ በወሩም በመጀመሪያው ቀን፥ የእግዚአብሔር ቃል ወደ እኔ መጥቶ እንዲህ አለኝ፤ የሰው ልጅ ሆይ፥ ለግብፅ ንጉሥ ለፈርዖን ልቅሶ አንሣለት፥ እንዲህም በለው፤ አንተ እንደ አሕዛብ አንበሳ ግልገል ትመስላለህ፥ በባሕሮችም ውስጥ እንዳለ ታላቅ አሣ ነህ፤ በወንዞችህም ወጥተህ፥ በእግሮችህ ውኃዎቹን አወክህ፥ ወንዞቻቸውንም አረከስህ። ስለዚህ ጌታ እግዚአብሔር እንዲህ ይላል፤ መረቤን በብዙ ሕዝብ ጉባኤ በላይህ እዘረጋለሁ፥ በመረቤም ያወጡሃል። ሕዝቅኤል 32፥1–3።</w:t>
      </w:r>
    </w:p>
    <w:p>
      <w:pPr>
        <w:pStyle w:val="ArticleScripture"/>
        <w:jc w:val="left"/>
      </w:pPr>
      <w:r>
        <w:rPr>
          <w:rFonts w:ascii="Ebrima" w:hAnsi="Ebrima" w:eastAsia="Ebrima" w:cs="Ebrima"/>
        </w:rPr>
        <w:t>እንዲሁም በአሥራ ሁለተኛው ዓመት፥ በወሩም በአሥራ አምስተኛው ቀን፥ የእግዚአብሔር ቃል ወደ እኔ መጣ እንዲህም አለ፤ የሰው ልጅ ሆይ፥ ስለ ግብፅ ብዛት ልቅሶ አድርግ፥ እርሷንና የታወቁ አሕዛብን ሴቶች ከጉድጓድ ጋር ወደሚወርዱት ጋር ወደ ምድር ታችኛዎች ክፍሎች አውርዳቸው። ሕዝቅኤል 32፥17, 18።</w:t>
      </w:r>
    </w:p>
    <w:p>
      <w:pPr>
        <w:pStyle w:val="ArticleHeading"/>
        <w:jc w:val="left"/>
      </w:pPr>
      <w:r>
        <w:rPr>
          <w:rFonts w:ascii="Ebrima" w:hAnsi="Ebrima" w:eastAsia="Ebrima" w:cs="Ebrima"/>
        </w:rPr>
        <w:t>ፈርዖንና ሕዝቡ ብዙኃን</w:t>
      </w:r>
    </w:p>
    <w:p>
      <w:pPr>
        <w:pStyle w:val="ArticleBody"/>
        <w:jc w:val="left"/>
      </w:pPr>
      <w:r>
        <w:rPr>
          <w:rFonts w:ascii="Ebrima" w:hAnsi="Ebrima" w:eastAsia="Ebrima" w:cs="Ebrima"/>
        </w:rPr>
        <w:t>በሠላሳ አንደኛው ምዕራፍ በግብፅ ላይ በተነገረው ፍርድ የመጨረሻዎቹ ቁጥሮች እንዲህ ይላሉ፦</w:t>
      </w:r>
    </w:p>
    <w:p>
      <w:pPr>
        <w:pStyle w:val="ArticleScripture"/>
        <w:jc w:val="left"/>
      </w:pPr>
      <w:r>
        <w:rPr>
          <w:rFonts w:ascii="Ebrima" w:hAnsi="Ebrima" w:eastAsia="Ebrima" w:cs="Ebrima"/>
        </w:rPr>
        <w:t>እርሱን ከጉድጓድ ወደሚወርዱት ጋር ወደ ሲኦል በጣልሁት ጊዜ፥ በውድቀቱ ድምፅ አሕዛብን አናወጥሁ፤ የኤደንም ዛፎች ሁሉ፥ የሊባኖስ ምርጥና በጎ ዛፎች ሁሉ፥ ውኃ የሚጠጡ ሁሉ፥ በምድር ታችኛው ክፍል ይጽናናሉ። እነርሱም ደግሞ ከእርሱ ጋር በሰይፍ ወደተገደሉት ወደ ሲኦል ወረዱ፤ ክንዱም የነበሩት፥ በአሕዛብ መካከል በጥላው ሥር የተቀመጡት ደግሞ ከእርሱ ጋር ወረዱ። ከኤደን ዛፎች መካከል በክብርና በታላቅነት እንደ አንተ ያለ ማን ነው? ነገር ግን አንተ ከኤደን ዛፎች ጋር ወደ ምድር ታችኛው ክፍል ትወርዳለህ፤ በሰይፍ ከተገደሉት ጋር በማይገረዙት መካከል ትተኛለህ። ይህ ፈርዖንና ሕዝቡ ሁሉ ነው፥ ይላል ጌታ እግዚአብሔር። ሕዝቅኤል 31፥16–18።</w:t>
      </w:r>
    </w:p>
    <w:p>
      <w:pPr>
        <w:pStyle w:val="ArticleBody"/>
        <w:jc w:val="left"/>
      </w:pPr>
      <w:r>
        <w:rPr>
          <w:rFonts w:ascii="Ebrima" w:hAnsi="Ebrima" w:eastAsia="Ebrima" w:cs="Ebrima"/>
        </w:rPr>
        <w:t>በሠላሳ ሁለተኛው ምዕራፍ በግብፅ ላይ በተነገረው ፍርድ፣ የመጨረሻዎቹ ቁጥሮች የሠላሳ አንደኛውን ምዕራፍ ይደግማሉና ያስፋፉታል፤ ተመሳሳይ የመደምደሚያ ንግግርም ያካትታሉ።</w:t>
      </w:r>
    </w:p>
    <w:p>
      <w:pPr>
        <w:pStyle w:val="ArticleScripture"/>
        <w:jc w:val="left"/>
      </w:pPr>
      <w:r>
        <w:rPr>
          <w:rFonts w:ascii="Ebrima" w:hAnsi="Ebrima" w:eastAsia="Ebrima" w:cs="Ebrima"/>
        </w:rPr>
        <w:t>እኔ ሽብሬን በሕያዋን ምድር ውስጥ አሰፍኜአለሁና፤ እርሱም ከሰይፍ ጋር ከተገደሉት ጋር በማይገረዙት መካከል ይተኛል፤ እርሱም ፈርዖንና ሕዝቡ ሁሉ ነው፥ ይላል ጌታ እግዚአብሔር። ሕዝቅኤል 32፥32።</w:t>
      </w:r>
    </w:p>
    <w:p>
      <w:pPr>
        <w:pStyle w:val="ArticleHeading"/>
        <w:jc w:val="left"/>
      </w:pPr>
      <w:r>
        <w:rPr>
          <w:rFonts w:ascii="Ebrima" w:hAnsi="Ebrima" w:eastAsia="Ebrima" w:cs="Ebrima"/>
        </w:rPr>
        <w:t>የምዕራፍ ሃያ ዘጠኙ አሥራ ሰባት ዓመታት</w:t>
      </w:r>
    </w:p>
    <w:p>
      <w:pPr>
        <w:pStyle w:val="ArticleBody"/>
        <w:jc w:val="left"/>
      </w:pPr>
      <w:r>
        <w:rPr>
          <w:rFonts w:ascii="Ebrima" w:hAnsi="Ebrima" w:eastAsia="Ebrima" w:cs="Ebrima"/>
        </w:rPr>
        <w:t>በምዕራፍ ሃያ ዘጠኝ ውስጥ በተወከለው የአስራ ሰባት ዓመት ጊዜ ውስጥ የሚገኙት ቀኖች፣ ናቡከደነፆር ግብፅን እንደ ወረረ እና ግብፅም የአርባ ዓመት ምድረ በዳ መሆን እንዳጋጠማት ያመለክታሉ። አርባ ምድረ በዳን ይወክላል፤ ይህም ምድር ባድማ የምትሆንበትን ሺህ ዓመታት ይመስላል።</w:t>
      </w:r>
    </w:p>
    <w:p>
      <w:pPr>
        <w:pStyle w:val="ArticleScripture"/>
        <w:jc w:val="left"/>
      </w:pPr>
      <w:r>
        <w:rPr>
          <w:rFonts w:ascii="Ebrima" w:hAnsi="Ebrima" w:eastAsia="Ebrima" w:cs="Ebrima"/>
        </w:rPr>
        <w:t>ምድርን አየሁ፤ እነሆም፥ ባዶና ምድረ በዳ ነበረች፤ ሰማያትንም አየሁ፥ ብርሃንም አልነበራቸውም። ተራሮችን አየሁ፤ እነሆም፥ ይንቀጠቀጡ ነበር፥ ኮረብቶቹም ሁሉ ይናወጡ ነበር። አየሁ፤ እነሆም፥ ሰው አልነበረም፥ የሰማይም ወፎች ሁሉ ሸሽተው ነበር። አየሁ፤ እነሆም፥ ፍሬያማው ስፍራ ምድረ በዳ ሆኖ ነበር፥ ከእግዚአብሔርም ፊት ፊት፥ ከብርቱ ቍጣውም የተነሣ ከተሞቿ ሁሉ ፈርሰው ነበር። እግዚአብሔር እንዲህ ይላልና፤ ምድሪቱ ሁሉ ባድማ ትሆናለች፤ ነገር ግን ፍጹም ፍጻሜ አላደርግም። ኤርምያስ 4፥23–27።</w:t>
      </w:r>
    </w:p>
    <w:p>
      <w:pPr>
        <w:pStyle w:val="ArticleBody"/>
        <w:jc w:val="left"/>
      </w:pPr>
      <w:r>
        <w:rPr>
          <w:rFonts w:ascii="Ebrima" w:hAnsi="Ebrima" w:eastAsia="Ebrima" w:cs="Ebrima"/>
        </w:rPr>
        <w:t>በሕዝቅኤል ሃያ ዘጠኝ ውስጥ የግብፅ መበደል አርባ ዓመታት ፍጻሜ ላይ፣ የኃጢአተኞች የመጨረሻ ትንሣኤና የመጨረሻ ጥፋታቸው ተገልጦአል።</w:t>
      </w:r>
    </w:p>
    <w:p>
      <w:pPr>
        <w:pStyle w:val="ArticleScripture"/>
        <w:jc w:val="left"/>
      </w:pPr>
      <w:r>
        <w:rPr>
          <w:rFonts w:ascii="Ebrima" w:hAnsi="Ebrima" w:eastAsia="Ebrima" w:cs="Ebrima"/>
        </w:rPr>
        <w:t>ፍርሃትና ጉድጓድና ወጥመድ በአንተ ላይ ናቸው፥ አንተ የምድር ነዋሪ ሆይ። እንዲህም ይሆናል፤ ከፍርሃቱ ድምፅ የሚሸሽ ወደ ጉድጓድ ይወድቃል፥ ከጉድጓዱም መካከል የሚወጣ በወጥመድ ይያዛል፤ በላይ ያሉ መስኮቶች ተከፍተዋልና፥ የምድርም መሠረቶች ይናወጣሉ። ምድር ፈጽሞ ትፈርሳለች፥ ምድር ፈጽሞ ትበተናለች፥ ምድር እጅግ ትናወጣለች። ምድር እንደ ሰካራም ወዲህና ወዲያ ትወዛወዛለች፥ እንደ ጎጆም ትነቀላለች፤ መተላለፍዋም በእርስዋ ላይ ይከብዳል፥ ትወድቃለችም፥ ዳግመኛም አትነሣም። በዚያም ቀን እንዲህ ይሆናል፤ እግዚአብሔር በላይ ያሉትን የከፍታ ሠራዊት፥ በምድርም ላይ ያሉትን የምድር ነገሥታት ይቀጣል። እነርሱም እንደ እስረኞች በጉድጓድ እንደሚሰበሰቡ ይሰበሰባሉ፥ በእስር ቤትም ይዘጋሉ፥ ከብዙ ቀኖችም በኋላ ይጎበኛሉ። ኢሳይያስ 24፥17-22።</w:t>
      </w:r>
    </w:p>
    <w:p>
      <w:pPr>
        <w:pStyle w:val="ArticleBody"/>
        <w:jc w:val="left"/>
      </w:pPr>
      <w:r>
        <w:rPr>
          <w:rFonts w:ascii="Ebrima" w:hAnsi="Ebrima" w:eastAsia="Ebrima" w:cs="Ebrima"/>
        </w:rPr>
        <w:t>ከግብፅ ጋር በተያያዙት ስድስት ቀናት የተሰበሰበው የሕዝቅኤል መልእክት፣ የምድራዊው ዘንዶ ኃይል የመጨረሻ ጥፋትን ይለይታል፤ ይህም በቅርቡ በሚመጣው የእሑድ ሕግ የሚጀምር ሲሆን፣ በሺህ ዓመቱ መጨረሻ ድረስ በክፉዎቹ ግብፃውያን ላይ ወደ ሚደረሰው የመጨረሻ ጥፋት ይቀጥላል።</w:t>
      </w:r>
    </w:p>
    <w:p>
      <w:pPr>
        <w:pStyle w:val="ArticleBody"/>
        <w:jc w:val="left"/>
      </w:pPr>
      <w:r>
        <w:rPr>
          <w:rFonts w:ascii="Ebrima" w:hAnsi="Ebrima" w:eastAsia="Ebrima" w:cs="Ebrima"/>
        </w:rPr>
        <w:t>በትንቢታዊው ምስክርነት ውስጥ አውሬውና ሐሰተኛው ነቢይ መጨረሻቸውን በእሳት ባሕር ውስጥ ይደርሳሉ፤ ይህም የክርስቶስን ሁለተኛ ምጽአት ይወክላል፤ ነገር ግን የዘንዶው ኃይል በእሳት ባሕር የሚደርስበት ጥፋት በሺህ ዓመቱ መጨረሻ ነው።</w:t>
      </w:r>
    </w:p>
    <w:p>
      <w:pPr>
        <w:pStyle w:val="ArticleScripture"/>
        <w:jc w:val="left"/>
      </w:pPr>
      <w:r>
        <w:rPr>
          <w:rFonts w:ascii="Ebrima" w:hAnsi="Ebrima" w:eastAsia="Ebrima" w:cs="Ebrima"/>
        </w:rPr>
        <w:t>እንስሳውም ተያዘ፤ ከእርሱም ጋር በፊቱ ተአምራትን ያደረገው ሐሰተኛው ነቢይ ተያዘ፥ በእነዚህም ተአምራት የእንስሳውን ምልክት የተቀበሉትንና ለምስሉ የሰገዱትን አታለለ። እነዚህ ሁለቱ በሕይወት ሳሉ በዲን የሚነድ የእሳት ባሕር ውስጥ ተጣሉ። የቀሩትም በፈረሱ ላይ ተቀምጦ ካለው ከአፉ በሚወጣው ሰይፍ ተገደሉ፤ ወፎቹም ሁሉ ከሥጋቸው ጠገቡ። ራእይ 19፥20-21።</w:t>
      </w:r>
    </w:p>
    <w:p>
      <w:pPr>
        <w:pStyle w:val="ArticleBody"/>
        <w:jc w:val="left"/>
      </w:pPr>
      <w:r>
        <w:rPr>
          <w:rFonts w:ascii="Ebrima" w:hAnsi="Ebrima" w:eastAsia="Ebrima" w:cs="Ebrima"/>
        </w:rPr>
        <w:t>አውሬውና ሐሰተኛው ነቢይ በትንቢታዊ መልኩ በክርስቶስ ሁለተኛ ምጽአት መጨረሻቸውን ያገኛሉ፤ ነገር ግን ዘንዶው በክርስቶስ ሦስተኛ ምጽአት ከአንድ ሺህ ዓመት በኋላ ፍጻሜውን ያገኛል።</w:t>
      </w:r>
    </w:p>
    <w:p>
      <w:pPr>
        <w:pStyle w:val="ArticleScripture"/>
        <w:jc w:val="left"/>
      </w:pPr>
      <w:r>
        <w:rPr>
          <w:rFonts w:ascii="Ebrima" w:hAnsi="Ebrima" w:eastAsia="Ebrima" w:cs="Ebrima"/>
        </w:rPr>
        <w:t>ከሰማይም ሲወርድ የጥልቁን ጕድጓድ ቍልፍና ታላቅ ሰንሰለት በእጁ የያዘ አንድ መልአክ አየሁ። እርሱም ዘንዶውን፥ ያንን የቀደመውን እባብ፥ እርሱም ዲያብሎስና ሰይጣን የሆነውን፥ ያዘውና ለአንድ ሺህ ዓመት አሰረው፤ ወደ ጥልቁም ጕድጓድ ጣለው፥ ዘጋበትም፥ ሺህ ዓመቱ እስኪፈጸም ድረስ አሕዛብን እንዳያሳት በላዩ ማኅተም አኖረበት፤ ከዚያም በኋላ ለጥቂት ዘመን ይፈታ ዘንድ ግድ ነው። ራእይ 20፥1–3።</w:t>
      </w:r>
    </w:p>
    <w:p>
      <w:pPr>
        <w:pStyle w:val="ArticleHeading"/>
        <w:jc w:val="left"/>
      </w:pPr>
      <w:r>
        <w:rPr>
          <w:rFonts w:ascii="Ebrima" w:hAnsi="Ebrima" w:eastAsia="Ebrima" w:cs="Ebrima"/>
        </w:rPr>
        <w:t>አሥራ አንደኛው እና አሥራ ሁለተኛው ዓመታት</w:t>
      </w:r>
    </w:p>
    <w:p>
      <w:pPr>
        <w:pStyle w:val="ArticleBody"/>
        <w:jc w:val="left"/>
      </w:pPr>
      <w:r>
        <w:rPr>
          <w:rFonts w:ascii="Ebrima" w:hAnsi="Ebrima" w:eastAsia="Ebrima" w:cs="Ebrima"/>
        </w:rPr>
        <w:t>በሕዝቅኤል ሃያ ዘጠኝ የቀረቡት ሁለት ቀኖች የሚያመለክቱት የ“አሥራ ሰባት” ዓመት ዘመን በምርኮው አሥረኛ ዓመት ተጀምሮ በሃያ ሰባተኛው ዓመት ተጠናቀቀ። የምዕራፍ ሠላሳና ሠላሳ አንድ መልእክቶች በአሥራ አንደኛው ዓመት ተሰጡ፣ በምዕራፍ ሠላሳ ሁለት የቀረቡትም ሁለት ቀኖች በምርኮው አሥራ ሁለተኛ ዓመት ተሰጡ። በአሥረኛው ዓመት የጀመረው ይህ የአሥራ ሰባት ዓመት ዘመን፣ በግምት በኢየሩሳሌም ከበባ መጀመሪያ አካባቢ የጀመረው፣ በምዕራፍ ሠላሳና ሠላሳ አንድ የቀረቡት የአሥራ አንደኛው ዓመት ሁለቱ የግብፅ መልእክቶች ተከተሉት። እነዚህ የአሥራ አንደኛው ዓመት ሁለቱ መልእክቶች በአንድነት ሲታዩ ከእሁድ ሕግ በፊት ያለ መልእክትን ይወክላሉ። የአሥራ ሁለተኛው ዓመት ሌሎቹ ሁለት የግብፅ መልእክቶች ግን በ586/585 ዓ.ዓ. በኢየሩሳሌም ጥፋት ጊዜ ወይም ከዚያ ጥቂት በኋላ ተከሰቱ።</w:t>
      </w:r>
    </w:p>
    <w:p>
      <w:pPr>
        <w:pStyle w:val="ArticleBody"/>
        <w:jc w:val="left"/>
      </w:pPr>
      <w:r>
        <w:rPr>
          <w:rFonts w:ascii="Ebrima" w:hAnsi="Ebrima" w:eastAsia="Ebrima" w:cs="Ebrima"/>
        </w:rPr>
        <w:t>የክርስቶስ መምጣት መልእክት በእኩለ ሌሊት ጩኸት መልእክት አካል ሆኖ ይታወጃል፤ ይህም በእሑድ ሕግ ጊዜ ወደ ታላቅ ጩኸት መልእክት ይለወጣል። ከእሑድ ሕግ በፊት ሁለት የግብፅ መልእክቶች ይታወጃሉ፣ እንዲሁም በእሑድ ሕግ ጊዜ ወይም ወዲያውኑ ከዚያ በኋላ ሁለት የግብፅ መልእክቶች ይታወጃሉ። በተመሳሳይ ዓመት ውስጥ የተሰጡት መልእክቶች እጥፍ መሆናቸው—በየሩሳሌም ጥፋት የሚያበቃው በከበባው ወቅት የተሰጡት መልእክቶች እና ሌሎቹ ሁለት መልእክቶች በእሑድ ሕግ ጊዜ የተሰጡት—ሁልጊዜ እጥፍ መሆን ያለበትን የሁለተኛው መልአክ መልእክት ያመለክታሉ።</w:t>
      </w:r>
    </w:p>
    <w:p>
      <w:pPr>
        <w:pStyle w:val="ArticleBody"/>
        <w:jc w:val="left"/>
      </w:pPr>
      <w:r>
        <w:rPr>
          <w:rFonts w:ascii="Ebrima" w:hAnsi="Ebrima" w:eastAsia="Ebrima" w:cs="Ebrima"/>
        </w:rPr>
        <w:t>ሁለተኛው መልእክት ሁልጊዜ በሦስተኛው መልእክት ይከተላል።</w:t>
      </w:r>
    </w:p>
    <w:p>
      <w:pPr>
        <w:pStyle w:val="ArticleScripture"/>
        <w:jc w:val="left"/>
      </w:pPr>
      <w:r>
        <w:rPr>
          <w:rFonts w:ascii="Ebrima" w:hAnsi="Ebrima" w:eastAsia="Ebrima" w:cs="Ebrima"/>
        </w:rPr>
        <w:t>“በብዕርና በድምፅ እኛ ይህን አዋጅ ማሰማት አለብን፤ ሥርዓታቸውንም እያሳየን፣ ወደ ሦስተኛው መልአክ መልእክት የሚያደርሱንን ትንቢቶች አፈጻጸም እያቀረብን። ሦስተኛው ያለ ፊተኛውና ሁለተኛው ሊኖር አይችልም። እነዚህን መልእክቶች በህትመቶችና በንግግሮች ለዓለም ልንሰጥ ይገባናል፤ በትንቢታዊ ታሪክ ተከታታይ መስመር ውስጥ የሆኑትንና ወደፊት የሚሆኑትን ነገሮች እያሳየን።” Selected Messages, book 2, 104, 105.</w:t>
      </w:r>
    </w:p>
    <w:p>
      <w:pPr>
        <w:pStyle w:val="ArticleBody"/>
        <w:jc w:val="left"/>
      </w:pPr>
      <w:r>
        <w:rPr>
          <w:rFonts w:ascii="Ebrima" w:hAnsi="Ebrima" w:eastAsia="Ebrima" w:cs="Ebrima"/>
        </w:rPr>
        <w:t>በሦስተኛው መልእክት ጊዜ የምሕረት በር ይዘጋል። በእሑድ ሕግ ጊዜ ለአሜሪካ የምሕረት ጊዜ ይዘጋል፥ ሚካኤልም በሚቆምበት ጊዜ ለዓለም የምሕረት ጊዜ ይዘጋል። እነዚህ ሁለቱም የተዘጉ በሮች ሁልጊዜ በሁለተኛው መልእክት የሚቀድሙ ሦስተኛውን መልእክት ይወክላሉ፤ ይህ ሁለተኛው መልእክትም ሁልጊዜ ባለሁለት ክፍል መልእክት ነው።</w:t>
      </w:r>
    </w:p>
    <w:p>
      <w:pPr>
        <w:pStyle w:val="ArticleBody"/>
        <w:jc w:val="left"/>
      </w:pPr>
      <w:r>
        <w:rPr>
          <w:rFonts w:ascii="Ebrima" w:hAnsi="Ebrima" w:eastAsia="Ebrima" w:cs="Ebrima"/>
        </w:rPr>
        <w:t>የሁለተኛው መልአክ ኃይል መሞላት የሚፈጸመው በእኩለ ሌሊት ጩኸት መልእክት ሲቀላቀልበት ነው። በሕዝብ ሁሉ ላይ የተነገሩት ሁለቱ መልእክቶች፣ በሕዝቅኤል በምዕራፍ ሠላሳ እና ሠላሳ አንድ በግብፅ ላይ በተነገሩት እንደሚወከሉት፣ የእኩለ ሌሊት ጩኸት መልእክት ከሁለተኛው መልአክ ጋር መቼ እንደሚቀላቀል ያመለክታሉ፤ እናም የምዕራፍ ሠላሳ ሁለት ሁለቱ መልእክቶች በታላቁ ጩኸት የሦስተኛው መልአክ ኃይል መሞላትን ያመለክታሉ።</w:t>
      </w:r>
    </w:p>
    <w:p>
      <w:pPr>
        <w:pStyle w:val="ArticleBody"/>
        <w:jc w:val="left"/>
      </w:pPr>
      <w:r>
        <w:rPr>
          <w:rFonts w:ascii="Ebrima" w:hAnsi="Ebrima" w:eastAsia="Ebrima" w:cs="Ebrima"/>
        </w:rPr>
        <w:t>የሕዝቅኤል መንኮራኩሮች በሰብዓዊ ክስተቶች ውስብስብ መስተጋብር ውስጥ የሰው ልጅ የመጨረሻውን ማስጠንቀቂያ ያሳያሉ፤ ይህም የሦስተኛው መልአክ ማስጠንቀቂያ ነው፥ ሦስተኛው መልአክም ከመጀመሪያውና ከሁለተኛው መልአክ ማስጠንቀቂያዎች የተዋቀረ ነው። ከእሁድ ሕግ በፊት የሚሰማው የእኩለ ሌሊት ጩኸት እና ከእሁድ ሕግ በኋላ የሚሰማው ታላቁ ጩኸት፣ በሕዝቅኤል አራቱ ቀኖች ይወከላሉ፤ እነዚህም ቀኖች በምዕራፍ ሃያ ዘጠኝ ውስጥ ካሉት የአልፋና የኦሜጋ ቀኖች የሚገለጹት በ“አሥራ ሰባት” ዓመታት ውስጥ የሚወድቁ ሲሆን፣ እነዚህም ከዳንኤል አስራ አንድ ቁጥር አርባ ስውር ታሪክ ጋር ይጣጣማሉ፤ ይህም በዚያው ምዕራፍ ከቁጥር አሥራ አንድ እስከ አሥራ ስድስት ባሉት ቁጥሮች እንደተወከለ ነው።</w:t>
      </w:r>
    </w:p>
    <w:p>
      <w:pPr>
        <w:pStyle w:val="ArticleBody"/>
        <w:jc w:val="left"/>
      </w:pPr>
      <w:r>
        <w:rPr>
          <w:rFonts w:ascii="Ebrima" w:hAnsi="Ebrima" w:eastAsia="Ebrima" w:cs="Ebrima"/>
        </w:rPr>
        <w:t>በዳንኤል መጽሐፍ ምዕራፍ አሥር ውስጥ፣ ዳንኤል እንደ ሕዝቅኤል ሆኖ ዲዳ ተደረገ። የዳንኤል ዲዳነት በሦስት ንክኪዎች መካከል ተከሰተ፤ የመጀመሪያውና የሦስተኛው ንክኪ ከመልአኩ ገብርኤል የመጣ ሲሆን፣ መካከለኛው ንክኪ የክርስቶስ ንክኪ ነበር። ዳንኤልም፣ እንደ ጴጥሮስ በቄሳርያ ፊልጶስዩስና በመስቀሉ መካከል እንደነበረው፣ በመካከል ነው። በመካከሉ ጴጥሮስ የተከበረውን ክርስቶስ አየ፤ ዳንኤልም ደግሞ በምዕራፍ አሥር እንዲሁ አየው። ከሦስቱ መላእክት መካከለኛው ሁለተኛው መልእክት ነው፤ እርሱም የሁለት መልእክቶች ጥምረት ነው።</w:t>
      </w:r>
    </w:p>
    <w:p>
      <w:pPr>
        <w:pStyle w:val="ArticleHeading"/>
        <w:jc w:val="left"/>
      </w:pPr>
      <w:r>
        <w:rPr>
          <w:rFonts w:ascii="Ebrima" w:hAnsi="Ebrima" w:eastAsia="Ebrima" w:cs="Ebrima"/>
        </w:rPr>
        <w:t>የ4ኛው ወር 5ኛው ቀን እና 1844</w:t>
      </w:r>
    </w:p>
    <w:p>
      <w:pPr>
        <w:pStyle w:val="ArticleBody"/>
        <w:jc w:val="left"/>
      </w:pPr>
      <w:r>
        <w:rPr>
          <w:rFonts w:ascii="Ebrima" w:hAnsi="Ebrima" w:eastAsia="Ebrima" w:cs="Ebrima"/>
        </w:rPr>
        <w:t>በሕዝቅኤል መጽሐፍ ምዕራፍ አንድ፣ ቁጥር አንድና ሁለት ውስጥ፣ ሕዝቅኤል በአራተኛው ወር በአምስተኛው ቀን ላይ ነው፤ ይህም በ1844 ካለው የሰባተኛው ወር እንቅስቃሴ መካከለኛ ነጥብ ጋር ይጣጣማል። ሕዝቅኤል በ1844 ከኤፕሪል 19 እስከ ኦክቶበር 22 ድረስ ባለው ጊዜ መካከል እንዳለ ሁሉ፣ ሳሙኤል ስኖውም በ1844 የእኩለ ሌሊት ጩኸት መልእክተኛ እንደነበረ፣ በቦስተን ስለ መልእክቱ የመጀመሪያውን ግልጽ እይታ በቀረበበት ጊዜ፣ ከኤፕሪል 19 በኋላ 93 ቀናት እና በ1844 ኦክቶበር 22 በር ከተዘጋ 93 ቀናት በፊት ነበር። ሳሙኤል ስኖው በ1844 ጁላይ 21 በቦስተን ነበር፤ በሰባተኛው ወር እንቅስቃሴ መካከል ሆኖ፣ በትንቢታዊ ሁኔታ ከጴጥሮስ ጋር በመለወጥ ተራራ፣ ከሕዝቅኤል ጋር በአሥራ ሰባተኛው የኢዮቤልዩ ዑደት ሠላሳኛው ዓመት፣ እና ከዳንኤል ጋር በምዕራፍ አሥር የመስተዋት ራእይ ውስጥ በተደረገለት ሁለተኛ ንክኪ ላይ እንደቆመ ሳያውቅ ነበር። 2026 በ2028 የሚፈጸመውን ሰባተኛውን የኢዮቤልዩ ዑደት አርባ ሰባተኛውን ዓመት ይወክላል።</w:t>
      </w:r>
    </w:p>
    <w:p>
      <w:pPr>
        <w:pStyle w:val="ArticleHeading"/>
        <w:jc w:val="left"/>
      </w:pPr>
      <w:r>
        <w:rPr>
          <w:rFonts w:ascii="Ebrima" w:hAnsi="Ebrima" w:eastAsia="Ebrima" w:cs="Ebrima"/>
        </w:rPr>
        <w:t>ጢሮስ</w:t>
      </w:r>
    </w:p>
    <w:p>
      <w:pPr>
        <w:pStyle w:val="ArticleBody"/>
        <w:jc w:val="left"/>
      </w:pPr>
      <w:r>
        <w:rPr>
          <w:rFonts w:ascii="Ebrima" w:hAnsi="Ebrima" w:eastAsia="Ebrima" w:cs="Ebrima"/>
        </w:rPr>
        <w:t>ወደ ሕዝቅኤል ስለ ኢየሩሳሌም ያቀረባቸው ስድስት የቀን መጠቆሚያዎች ከመመለሳችን በፊት፣ መጀመሪያ በጢሮስ ላይ የታወጀውን አንዱን ቀን ልንለይ ይገባናል።</w:t>
      </w:r>
    </w:p>
    <w:p>
      <w:pPr>
        <w:pStyle w:val="ArticleScripture"/>
        <w:jc w:val="left"/>
      </w:pPr>
      <w:r>
        <w:rPr>
          <w:rFonts w:ascii="Ebrima" w:hAnsi="Ebrima" w:eastAsia="Ebrima" w:cs="Ebrima"/>
        </w:rPr>
        <w:t>በአሥራ አንደኛውም ዓመት፥ በወሩ በመጀመሪያው ቀን፥ የእግዚአብሔር ቃል ወደ እኔ መጣ እንዲህም አለኝ፤ የሰው ልጅ ሆይ፥ ጢሮስ በኢየሩሳሌም ላይ፦ እሰይ፥ የአሕዛብ በሮች የነበረችው ተሰበረች፤ ወደ እኔ ተመለሰች፤ እርስዋ ስለ ፈረሰች እኔ እሞላለሁ ብላ ስለ ተናገረች፥ ስለዚህ ጌታ እግዚአብሔር እንዲህ ይላል፤ እነሆ፥ ጢሮስ ሆይ፥ እኔ በአንቺ ላይ ነኝ፥ ባሕርም ሞገዶቹን እንደሚያወጣ እንዲሁ ብዙ አሕዛብን በአንቺ ላይ አስነሣለሁ። እነርሱም የጢሮስን ቅጥሮች ያፈርሳሉ፥ ግንቦቿንም ያወርዳሉ፤ ትቢያዋንም ከእርስዋ እጠርጋለሁ፥ እንደ ለስላሳ ዓለትም አደርጋታለሁ። በባሕሩ መካከል መረብ የሚዘረጋባት ስፍራ ትሆናለች፤ እኔ ተናግሬአለሁና፥ ይላል ጌታ እግዚአብሔር፤ ለአሕዛብም ምርኮ ትሆናለች። በሜዳም ያሉ ልጆቿ በሰይፍ ይገደላሉ፤ እኔም እግዚአብሔር እንደ ሆንሁ ያውቃሉ። ጌታ እግዚአብሔር እንዲህ ይላልና፤ እነሆ፥ ከሰሜን ንጉሥ ላይ ንጉሥ የሆነውን የባቢሎን ንጉሥ ናቡከደነፆርን በፈረሶችና በሠረገሎች፥ በፈረሰኞችም፥ በሰራዊትና በብዙ ሕዝብ በአንቺ ላይ አመጣለሁ።</w:t>
      </w:r>
    </w:p>
    <w:p>
      <w:pPr>
        <w:pStyle w:val="ArticleScripture"/>
        <w:jc w:val="left"/>
      </w:pPr>
      <w:r>
        <w:rPr>
          <w:rFonts w:ascii="Ebrima" w:hAnsi="Ebrima" w:eastAsia="Ebrima" w:cs="Ebrima"/>
        </w:rPr>
        <w:t>በሜዳ ያሉትን ሴት ልጆችሽ በሰይፍ ይገድላል፤ በአንቺም ላይ ምሽግ ይሠራል፥ ዐፈር ክምርም ይደርብብሻል፥ ጋሻውንም በአንቺ ላይ ያነሣል። ቅጥሮችሽንም የጦር መሣሪያዎች ይመታባቸዋል፥ ግንቦችሽንም በመጥረቢያዎቹ ያፈርሳል። ከፈረሶቹ ብዛት የተነሣ ትቢያቸው ይሸፍንሻል፤ ወደ ተፈረሰባት ከተማ እንደሚገቡ ሰዎች በደጆችሽ ሲገባ፥ ከፈረሰኞችና ከመንኰራኵሮች ከሠረገሎችም ድምፅ የተነሣ ቅጥሮችሽ ይናወጣሉ። በፈረሶቹ ጫማ መንገዶችሽን ሁሉ ይረግጣል፤ ሕዝብሽንም በሰይፍ ይገድላል፥ የኀይልሽም ምሽጎች ወደ ምድር ይወርዳሉ። ሀብትሽንም ይዘርፋሉ፥ ንግድሽንም ይበዘብዛሉ፤ ቅጥሮችሽንም ያፈርሳሉ፥ ውብ ቤቶችሽንም ያጠፋሉ፤ ድንጋዮችሽንና እንጨቶችሽን ትቢያሽንም በውኃ ውስጥ ይጥላሉ። የመዝሙርሽንም ድምፅ አስቀራለሁ፤ የበገናዎችሽም ድምፅ ከእንግዲህ ወዲህ አይሰማም። እንደ ዓለት ጫፍም አደርግሻለሁ፤ መረብ የሚዘረጋበት ስፍራ ትሆኛለሽ፤ ከእንግዲህ ወዲህ አትሠሪም፤ እኔ እግዚአብሔር ተናግሬአለሁና፥ ይላል ጌታ እግዚአብሔር።</w:t>
      </w:r>
    </w:p>
    <w:p>
      <w:pPr>
        <w:pStyle w:val="ArticleScripture"/>
        <w:jc w:val="left"/>
      </w:pPr>
      <w:r>
        <w:rPr>
          <w:rFonts w:ascii="Ebrima" w:hAnsi="Ebrima" w:eastAsia="Ebrima" w:cs="Ebrima"/>
        </w:rPr>
        <w:t>ጌታ እግዚአብሔር ለጢሮስ እንዲህ ይላል፤ በመውደቅሽ ድምፅ፣ ቍስለኞች ሲጮኹ፣ በመካከልሽም ግድያ በሚፈጸምበት ጊዜ፣ ደሴቶች አይናወጡምን? በዚያን ጊዜ የባሕር አለቆች ሁሉ ከዙፋናቸው ይወርዳሉ፥ መጐናጸፊያቸውንም ያወልቃሉ፥ የተጠለፉትንም ልብሶቻቸውን ያስወግዳሉ፤ መንቀጥቀጥን ይለብሳሉ፤ በምድር ላይ ይቀመጣሉ፥ በየቅጽበቱም ይንቀጠቀጣሉ፥ በአንቺም ይደነግጣሉ። ለአንቺም ልቅሶ ያነሣሉ፥ እንዲህም ይሉሻል፤ የባሕር ተጓዦች የተቀመጡባት፣ ዝነኛይቱ ከተማ፣ እርስዋና ነዋሪዎቿ በባሕር ላይ ብርቱ የነበረች፣ በውስጧም ለሚኖሩ ሁሉ ሽብርን ያመጡ የነበሩ፣ እንዴት ጠፋሽ! አሁንም በመውደቅሽ ቀን ደሴቶች ይንቀጠቀጣሉ፤ አዎን፣ በባሕር ያሉት ደሴቶች በመሄድሽ ይደነግጣሉ። ጌታ እግዚአብሔር እንዲህ ይላልና፤ ሰው እንደማይኖርባቸው ከተሞች እንደ ባድማ ከተማ በማደርግሽ ጊዜ፣ ጥልቁን በአንቺ ላይ በማመጣ ጊዜ፣ ታላላቅ ውኃዎችም በሚሸፍኑሽ ጊዜ፣ ወደ ጕድጓድ ከሚወርዱት ጋር፣ ከጥንት ሕዝብ ጋር ወደ ታች በማውረድሽ ጊዜ፣ ከጕድጓድ ከሚወርዱት ጋር በምድር ዝቅተኛ ክፍሎች፣ ከጥንት ጀምሮ ባድማ በሆኑ ስፍራዎች ውስጥ በማኖርሽ ጊዜ፣ እንዳትኖሪ፤ ክብርንም በሕያዋን ምድር አኖራለሁ፤ አስፈሪ ነገር አደርግሻለሁ፥ ከዚያም በኋላ አትኖሪም፤ ብትፈለጊም እንኳ ዳግመኛ ፈጽሞ አትገኚም፥ ይላል ጌታ እግዚአብሔር። ሕዝቅኤል 26፥1-21።</w:t>
      </w:r>
    </w:p>
    <w:p>
      <w:pPr>
        <w:pStyle w:val="ArticleBody"/>
        <w:jc w:val="left"/>
      </w:pPr>
      <w:r>
        <w:rPr>
          <w:rFonts w:ascii="Ebrima" w:hAnsi="Ebrima" w:eastAsia="Ebrima" w:cs="Ebrima"/>
        </w:rPr>
        <w:t>የጢሮስ መልእክት ኢየሩሳሌም በፈረሰችበት ዓመት ተነገረ፣ እናም በቅርብ የሚመጣው የእሑድ ሕግ ጊዜ የመጽሐፍ ቅዱስ ትንቢት ስድስተኛው መንግሥት መውደቅን ይወክላል። በእሑድ ሕግ ጊዜ፣ ኤለን ኋይት ሎዶቅያዊቱ የሰባተኛ ቀን አድቬንቲስት ቤተ ክርስቲያን መሆኗን የምታመለክተውን ኢየሩሳሌምን—ሕዝቡ በኤርምያስ “የሕዝቡ በሮች” ተብላ የሚጠራትን—አሜሪካ በትንቢታዊ ምልክት ጢሮስ ሆና ስላፈረሰች ደስ ትላለች። ጢሮስ ኢየሩሳሌም “ነበረች” የሕዝቡ በሮች እንደነበረች በአልፎ ያለ ጊዜ ትጠቅሳለች። “በር” በትንቢት ምልክት ቤተ ክርስቲያን ነው።</w:t>
      </w:r>
    </w:p>
    <w:p>
      <w:pPr>
        <w:pStyle w:val="ArticleScripture"/>
        <w:jc w:val="left"/>
      </w:pPr>
      <w:r>
        <w:rPr>
          <w:rFonts w:ascii="Ebrima" w:hAnsi="Ebrima" w:eastAsia="Ebrima" w:cs="Ebrima"/>
        </w:rPr>
        <w:t>እርሱም ፈራ፥ እንዲህም አለ፤ ይህ ስፍራ እንዴት የሚያስፈራ ነው! ይህ ከእግዚአብሔር ቤት በቀር ሌላ አይደለም፥ ይህም የሰማይ በር ነው። ያዕቆብም ማለዳ ተነሥቶ፥ ራሱን ደግፎበት የነበረውን ድንጋይ ወስዶ ሐውልት አድርጎ አቆመው፥ በራሱም ላይ ዘይት አፈሰሰበት። የዚያንም ስፍራ ስም ቤቴል ብሎ ጠራው፤ ዳሩ ግን በመጀመሪያ የዚያች ከተማ ስም ሎዛ ነበር። ዘፍጥረት 28፥17–19።</w:t>
      </w:r>
    </w:p>
    <w:p>
      <w:pPr>
        <w:pStyle w:val="ArticleBody"/>
        <w:jc w:val="left"/>
      </w:pPr>
      <w:r>
        <w:rPr>
          <w:rFonts w:ascii="Ebrima" w:hAnsi="Ebrima" w:eastAsia="Ebrima" w:cs="Ebrima"/>
        </w:rPr>
        <w:t>“ቤቴል” የሚለው ቃል የእግዚአብሔር ቤት ማለት ነው፤ ጢሮስም የላኦድቅያዊቱን የሰባተኛ ቀን አድቬንቲስት ቤተ ክርስቲያን የፀሐይ አምልኮን መጫን እንድትቀበል እንዳስገደዳት ደስ ይለዋል። ነገር ግን የፀሐይ አምልኮን የሚያስገድዱት ሰዎች በተሳሳተ መንገድ ቢደሰቱም፣ እግዚአብሔር በሕዝቅኤል አማካይነት፣ “እነሆ፥ ጢሮስ ሆይ፥ እኔ በአንቺ ላይ ነኝ፤ ባሕርም ማዕበሉን እንደሚያወጣ እንዲሁ ብዙ አሕዛብን በአንቺ ላይ አመጣለሁ። እነርሱም የጢሮስን ቅጥሮች ያፈርሳሉ፥ ማማዎቿንም ያፈርሳሉ።” ይላል።</w:t>
      </w:r>
    </w:p>
    <w:p>
      <w:pPr>
        <w:pStyle w:val="ArticleBody"/>
        <w:jc w:val="left"/>
      </w:pPr>
      <w:r>
        <w:rPr>
          <w:rFonts w:ascii="Ebrima" w:hAnsi="Ebrima" w:eastAsia="Ebrima" w:cs="Ebrima"/>
        </w:rPr>
        <w:t>“የጢሮስ ቅጥሮች” የጢሮስን ጥበቃ ይወክላሉ። “ቅጥር” የአሥርቱ ትእዛዛት ምልክት ነው።</w:t>
      </w:r>
    </w:p>
    <w:p>
      <w:pPr>
        <w:pStyle w:val="ArticleScripture"/>
        <w:jc w:val="left"/>
      </w:pPr>
      <w:r>
        <w:rPr>
          <w:rFonts w:ascii="Ebrima" w:hAnsi="Ebrima" w:eastAsia="Ebrima" w:cs="Ebrima"/>
        </w:rPr>
        <w:t>«ነቢዩ እዚህ በእውነትና በጽድቅ ላይ ከፍተኛ መራቅ በተስፋፋበት ዘመን፣ የእግዚአብሔር መንግሥት መሠረት የሆኑትን መርሆች እንደገና ለመመለስ የሚሹ ሕዝብ ይገልጻል። እነርሱ በእግዚአብሔር ሕግ ውስጥ የተፈጠረውን ስንጥቅ የሚጠግኑ ናቸው—ለተመረጡት ወገኖቹ ጥበቃ እንዲሆን በዙሪያቸው ያቆመው ቅጥር፤ የፍትሕ፣ የእውነትና የንጽሕና ትእዛዞቹንም መታዘዝ ለእነርሱ ዘወትር መጠበቂያቸው እንዲሆን የተደረገው።» Prophets and Kings, 677.</w:t>
      </w:r>
    </w:p>
    <w:p>
      <w:pPr>
        <w:pStyle w:val="ArticleBody"/>
        <w:jc w:val="left"/>
      </w:pPr>
      <w:r>
        <w:rPr>
          <w:rFonts w:ascii="Ebrima" w:hAnsi="Ebrima" w:eastAsia="Ebrima" w:cs="Ebrima"/>
        </w:rPr>
        <w:t>የእግዚአብሔር ሕግ የጥበቃ ቅጥር ነው፤ ነገር ግን “ቅጥሮች” በብዙ ቁጥር ሲጠቀስ የአሜሪካ የሪፐብሊካን ቀንድ ምልክት የሆነችውን ጢሮስን ‘የጠበቁ’ እና ብልጽግናዋንና ስኬቷን ያመጡ ሁለቱን መርሆች ይወክላል።</w:t>
      </w:r>
    </w:p>
    <w:p>
      <w:pPr>
        <w:pStyle w:val="ArticleScripture"/>
        <w:jc w:val="left"/>
      </w:pPr>
      <w:r>
        <w:rPr>
          <w:rFonts w:ascii="Ebrima" w:hAnsi="Ebrima" w:eastAsia="Ebrima" w:cs="Ebrima"/>
        </w:rPr>
        <w:t>“‘እና እንደ በግ ሁለት ቀንዶች ነበሩት።’ እነዚህ እንደ በግ ያሉ ቀንዶች ወጣትነትን፣ ንጽሕናን፣ እና ለስላሳነትን ያመለክታሉ፤ ይህም በ1798 “እየወጣ” ለነቢዩ በቀረበች ጊዜ የአሜሪካ ዩናይትድ ስቴትስን ባህርይ በተገቢው ሁኔታ ይወክላል። መጀመሪያ ወደ አሜሪካ ከሸሹ እና ከንጉሣዊ ጭቆናና ከካህናት አለመቻቻል መሸሸጊያ የፈለጉ ክርስቲያናዊ ስደተኞች መካከል፣ በሲቪልና በሃይማኖታዊ ነፃነት ሰፊ መሠረት ላይ መንግሥት ለመመሥረት የወሰኑ ብዙዎች ነበሩ። አመለካከታቸውም በነፃነት መግለጫው ውስጥ ቦታ አግኝቷል፤ ይህም “ሰዎች ሁሉ እኩል ተፈጥረዋል” እና “ሕይወት፣ ነፃነት፣ ደስታንም መፈለግ” የሚለውን ሊነጠቅ የማይችል መብት እንደ ተሰጣቸው የሚገልጽ ታላቅ እውነት ያቀርባል። ሕገ መንግሥቱም ሕዝቡ በራሱ ራስን የማስተዳደር መብት እንዲኖረው ዋስትና ይሰጣል፤ በሕዝብ ድምፅ የተመረጡ ተወካዮች ሕግ እንዲያወጡና እንዲያስፈጽሙ በማድረግ። የሃይማኖታዊ እምነት ነፃነትም ተሰጥቶ ነበር፤ እያንዳንዱ ሰው እግዚአብሔርን እንደ ሕሊናው መመሪያ መሠረት እንዲያመልክ ተፈቅዶለት ነበር። ሪፐብሊካኒዝምና ፕሮቴስታንቲዝም የሀገሪቱ መሠረታዊ መርሆች ሆኑ። እነዚህ መርሆች የኃይሏና የብልጽግናዋ ምስጢር ናቸው። በመላው ክርስቲያናዊ ዓለም ውስጥ የተጨቆኑና የተረገጡ ሰዎች ሁሉ ወደዚህች ምድር በፍላጎትና በተስፋ ተመልክተዋል። ሚሊዮኖች ወደ ዳርቻዋ ፈልገው መጥተዋል፣ ዩናይትድ ስቴትስም በምድር ላይ ካሉ እጅግ ኃያላን አገራት መካከል ወደ አንድ ስፍራ ከፍ ብላለች። …”</w:t>
      </w:r>
    </w:p>
    <w:p>
      <w:pPr>
        <w:pStyle w:val="ArticleScripture"/>
        <w:jc w:val="left"/>
      </w:pPr>
      <w:r>
        <w:rPr>
          <w:rFonts w:ascii="Ebrima" w:hAnsi="Ebrima" w:eastAsia="Ebrima" w:cs="Ebrima"/>
        </w:rPr>
        <w:t>“የምልክቱ እንደ በግ ያሉ ቀንዶችና የዘንዶ ድምፅ፣ እንዲሁ የተወከለችው ሕዝብ በሚያውጃቸው እምነቶችና በተግባሯ መካከል ያለውን አስደናቂ ተቃርኖ ያመለክታሉ። የዚያ ሕዝብ ‘መናገር’ ማለት የሕግ አውጪዎቿና የፍርድ ባለሥልጣኖቿ እርምጃ ነው። በእንዲህ ዓይነት እርምጃ እርሷ፣ የፖሊሲዋ መሠረት አድርጋ ያቀረበቻቸውን ነፃነትን የሚወዱና ሰላማዊ መርሆዎች ውሸት መሆናቸውን ታሳያለች። ‘እንደ ዘንዶ’ እንደሚናገርና ‘የመጀመሪያውን አውሬ ሥልጣን ሁሉ’ እንደሚፈጽም የተነገረው ትንቢት፣ በዘንዶውና በነብር መሰል አውሬው የተወከሉት አሕዛብ ያሳዩት የየማይቻቻልነትና የስደት መንፈስ እድገት እንደሚኖር በግልጽ ይጠቁማል። እንዲሁም ሁለት ቀንዶች ያሉት አውሬ ‘ምድርንና በእርስዋ የሚኖሩትን የመጀመሪያውን አውሬ እንዲያመልኩ ያደርጋል’ የሚለው ንግግር፣ የዚህ ሕዝብ ሥልጣን ለጳጳሳዊው ሥርዓት አክብሮት የሚያቀርብ ተግባር የሚሆን አንድ ሥርዓተ-አምልኮ እንዲጠበቅ ለማስገደድ እንደሚውል ያመለክታል።”</w:t>
      </w:r>
    </w:p>
    <w:p>
      <w:pPr>
        <w:pStyle w:val="ArticleScripture"/>
        <w:jc w:val="left"/>
      </w:pPr>
      <w:r>
        <w:rPr>
          <w:rFonts w:ascii="Ebrima" w:hAnsi="Ebrima" w:eastAsia="Ebrima" w:cs="Ebrima"/>
        </w:rPr>
        <w:t>“እንዲህ ያለ እርምጃ ከዚህ መንግሥት መርሆች፣ ከነፃ ተቋማቱ መንፈስ፣ ከነፃነት መግለጫው ግልጽና ጽኑ ማስታወቂያዎች፣ እንዲሁም ከሕገ መንግሥቱ ጋር በቀጥታ የሚጋጭ ይሆናል። የሀገሪቱ መሥራቾች በጥበብ ቤተ ክርስቲያን ዓለማዊ ኃይልን እንዳትጠቀም ለመከላከል ሞክረዋል፤ የዚህም የማይቀር ውጤት አለመቻቻልና ስደት ነው። ሕገ መንግሥቱ ‘ኮንግረስ ማንኛውንም ሃይማኖት ለማቋቋም ወይም የእርሱን ነፃ ሥርዓተ አምልኮ ለመከልከል ሕግ አያወጣም’ ብሎ ይደነግጋል፤ እንዲሁም ‘በአሜሪካ አንድነት ሥር ላለ ማንኛውም ሹመት ወይም ሕዝባዊ አደራ እንደ መመዘኛ የሃይማኖት ፈተና ፈጽሞ አይጠየቅም’ ብሎ ይደነግጋል። ለሀገሪቱ ነፃነት መጠበቂያ የሆኑትን እነዚህን ዋስትናዎች በግልጽ መጣስ ብቻ ነው ማንኛውም ሃይማኖታዊ ሥርዓት በሲቪል ባለሥልጣን ሊግደፍ የሚችለው። ነገር ግን የእንዲህ ዓይነቱ እርምጃ ውስጣዊ ተቃርኖ በምልክቱ ውስጥ ከተገለጸው የበለጠ አይደለም። እርሱ የበግ የሚመስሉ ቀንዶች ያሉት አውሬ ነው—በሙያ ንጹሕ፣ የዋህ፣ ጉዳት የማያደርስ ሆኖ ሳለ—እንደ ዘንዶ ይናገራል።” The Great Controversy, 441, 442.</w:t>
      </w:r>
    </w:p>
    <w:p>
      <w:pPr>
        <w:pStyle w:val="ArticleBody"/>
        <w:jc w:val="left"/>
      </w:pPr>
      <w:r>
        <w:rPr>
          <w:rFonts w:ascii="Ebrima" w:hAnsi="Ebrima" w:eastAsia="Ebrima" w:cs="Ebrima"/>
        </w:rPr>
        <w:t>የዩናይትድ ስቴትስ መሠረት ፕሮቴስታንቲዝምንና ሪፐብሊካኒዝምን በተከታታይ የሚወክሉት የነጻነት መግለጫው እና ሕገ መንግሥቱ ናቸው። የጥበቃና የብልጽግና “ቅጥሮች” ሪፐብሊካኒዝምና ፕሮቴስታንቲዝም ናቸው፤ በእሑድ ሕግ ጊዜም የነጻነት መግለጫውና የሕገ መንግሥቱ መርሆች ሁለቱም ይገለበጣሉ፤ ምክንያቱም ናቡከደነፆር “በቅጥሮችሽ ላይ የጦር መሣሪያዎችን ያቆማል፥ በመጥረቢያዎቹም ግንቦችሽን ያፈርሳልና።”</w:t>
      </w:r>
    </w:p>
    <w:p>
      <w:pPr>
        <w:pStyle w:val="ArticleBody"/>
        <w:jc w:val="left"/>
      </w:pPr>
      <w:r>
        <w:rPr>
          <w:rFonts w:ascii="Ebrima" w:hAnsi="Ebrima" w:eastAsia="Ebrima" w:cs="Ebrima"/>
        </w:rPr>
        <w:t>በእሁድ ሕግ ጊዜ ሁሉም “ማማዎች” ይፈርሳሉ፤ ማማም ሰው ራሱን ለማዳን በሚያደርገው ጥረት የተወከለውን መሠረታዊ ፍልስፍና የሚያመለክት የቤተ ክርስቲያን ምልክት ነው። ስለ ዓመፀኛው ታላቁ ኒምሮድና ስለ ማማው በProphets and Kings እንዲህ ተነግሮናል፦ “ማማው በከፊል በተጠናቀቀ ጊዜ፣ ከእርሱ አንድ ክፍል ለግንበኞቹ መኖሪያ ሆኖ ተይዞ ነበር፤ ሌሎች ክፍሎች ግን እጅግ በክብር ተሰናድተውና ተሸልመው ለጣዖቶቻቸው ተሰጥተው ነበር። ሕዝቡ በስኬታቸው ደስ አላቸው፣ የብርና የወርቅ አማልክትንም አመሰገኑ፣ በሰማይና በምድርም ገዢ ላይ ራሳቸውን አቆሙ።” በእሁድ ሕግ ጊዜ ጢሮስ ኢየሩሳሌም ተገልብጣለች ብሎ ደስ ይለዋል፤ ነገር ግን ብሔራዊ ክህደትን ብሔራዊ ጥፋት ይከተላል፣ ከዚያም የሰሜን ንጉሥ የአሜሪካን ግድግዳዎችና ማማዎች ይገለብጣል።</w:t>
      </w:r>
    </w:p>
    <w:p>
      <w:pPr>
        <w:pStyle w:val="ArticleBody"/>
        <w:jc w:val="left"/>
      </w:pPr>
      <w:r>
        <w:rPr>
          <w:rFonts w:ascii="Ebrima" w:hAnsi="Ebrima" w:eastAsia="Ebrima" w:cs="Ebrima"/>
        </w:rPr>
        <w:t>በሚቀጥለው ጽሑፍ ውስጥ በሕዝቅኤል መጽሐፍ ላይ የተመለከቱትን ስድስቱን የኢየሩሳሌም ቀኖች መመርመር እንጀምራለን።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ስውር ታሪክ - ሃያ ሰባት</dc:title>
  <dc:subject>ሕዝቅኤል ቁጥር ስምንት</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