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দনিয়েলের</w:t>
      </w:r>
      <w:r>
        <w:rPr>
          <w:rFonts w:ascii="Arial" w:hAnsi="Arial" w:eastAsia="Arial" w:cs="Arial"/>
        </w:rPr>
        <w:t xml:space="preserve"> </w:t>
      </w:r>
      <w:r>
        <w:rPr>
          <w:rFonts w:ascii="Nirmala UI" w:hAnsi="Nirmala UI" w:eastAsia="Nirmala UI" w:cs="Nirmala UI"/>
        </w:rPr>
        <w:t>পুস্তক</w:t>
      </w:r>
      <w:r>
        <w:rPr>
          <w:rFonts w:ascii="Arial" w:hAnsi="Arial" w:eastAsia="Arial" w:cs="Arial"/>
        </w:rPr>
        <w:t xml:space="preserve"> — </w:t>
      </w:r>
      <w:r>
        <w:rPr>
          <w:rFonts w:ascii="Nirmala UI" w:hAnsi="Nirmala UI" w:eastAsia="Nirmala UI" w:cs="Nirmala UI"/>
        </w:rPr>
        <w:t>দ্বিতীয়</w:t>
      </w:r>
      <w:r>
        <w:rPr>
          <w:rFonts w:ascii="Arial" w:hAnsi="Arial" w:eastAsia="Arial" w:cs="Arial"/>
        </w:rPr>
        <w:t xml:space="preserve"> </w:t>
      </w:r>
      <w:r>
        <w:rPr>
          <w:rFonts w:ascii="Nirmala UI" w:hAnsi="Nirmala UI" w:eastAsia="Nirmala UI" w:cs="Nirmala UI"/>
        </w:rPr>
        <w:t>সংখ্যা</w:t>
      </w:r>
    </w:p>
    <w:p>
      <w:pPr>
        <w:pStyle w:val="ArticleSubtitle"/>
        <w:jc w:val="left"/>
      </w:pPr>
      <w:r>
        <w:rPr>
          <w:rFonts w:ascii="Arial" w:hAnsi="Arial" w:eastAsia="Arial" w:cs="Arial"/>
        </w:rPr>
        <w:t>Butparastlıq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2023-11-23</w:t>
      </w:r>
    </w:p>
    <w:p>
      <w:pPr>
        <w:pStyle w:val="ArticleBody"/>
        <w:jc w:val="left"/>
      </w:pPr>
      <w:r>
        <w:rPr>
          <w:rFonts w:ascii="Times New Roman" w:hAnsi="Times New Roman" w:eastAsia="Times New Roman" w:cs="Times New Roman"/>
        </w:rPr>
        <w:t>Ji nîyeta xwe heye ku bibêjim ka “heft dem”ên Leviticus bîst û şeş de di pirtûka Daniel de çawa “li ber çavan veşartî” ne, û herwiha nas bikim ku ew bi navgînên mirovî yên ku Xwedê di pêşkêşkirina “kevirê” ku di pirtûka Daniel de li ser tê ketin, bi kar anîne, hat veşartin. Ji bo ku mirov ronahiya vê pêşkêşiyê bişopîne, “rastîdilî” pêwîst e. Wateya rastîdiliya ku ez pêşniyar dikim, ew e ku di kirin, nirx, rêbaz û prensîbên mirov de hevgirtin hebe. Ev daxwaz dike ku em bi tiştê ku di Navê Xwedê de hatiye eşkerekirin ve girêdayî bimînin, heta gava ku ew bi ramanên mirovî yên ku dijî Navê Xwedê ne re li hev nayên.</w:t>
      </w:r>
    </w:p>
    <w:p>
      <w:pPr>
        <w:pStyle w:val="ArticleScripture"/>
        <w:jc w:val="left"/>
      </w:pPr>
      <w:r>
        <w:rPr>
          <w:rFonts w:ascii="Times New Roman" w:hAnsi="Times New Roman" w:eastAsia="Times New Roman" w:cs="Times New Roman"/>
        </w:rPr>
        <w:t>«یادگی-یۆروكلۇق (strict integrity) ھەرقانداق ئوقۇغۇچى تەرىپىدىن قىممەتلىك دەپ ساقلىنىشى كېرەك. ھەرقانداق ئەقىل-زېھىن خۇدانىڭ ئاشكارا قىلىنغان سۆزىگە ھۆرمەت-ئېھتىرام بىلەن دىققەت قىلىپ يۈزلىنىشى كېرەك. مۇشۇنداق ھالدا خۇداغا ئىتائەت قىلىدىغانلارغا نۇر ۋە مېھىر-شەپقەت بېرىلىدۇ. ئۇلار ئۇنىڭ قانۇنىدىن ئەجايىپ ئىشلارنى كۆرىدۇ. بەنتەكۈست كۈنىدىن بۇيان ئېتىبارسىز قالغان ۋە كۆزگە چىلىنمىغان ئۇلۇغ ھەقىقەتلەر خۇدانىڭ سۆزىدىن ئۆز ئەسلى پاكلىقىدا پارلايدۇ. خۇدانى ھەقىقىي سۆيىدىغانلارغا مۇقەددەس روھ ئەقىلدىن سۇسلىشىپ كەتكەن ھەقىقەتلەرنى ئاشكارا قىلىدۇ، ۋە شۇنىڭ بىلەن بىللە پۈتۈنلەي يېڭى بولغان ھەقىقەتلەرنىمۇ ئاشكارا قىلىدۇ. خۇدانىڭ ئوغلىنىڭ گۆشىنى يەپ، قېنىنى ئىچىدىغانلار دانىيال ۋە ۋەھىي كىتابلىرىدىن مۇقەددەس روھ تەرىپىدىن ئىلھاملاندۇرۇلغان ھەقىقەتنى ئېلىپ چىقىدۇ. ئۇلار توختىتىپ بولمايدىغان كۈچلەرنى ھەرىكەتكە كەلتۈرىدۇ. بالىلارنىڭ لەۋلىرى ئىنسانلارنىڭ زېھنىدىن يوشۇرۇنۇپ كەلگەن سىرلارنى جاكارلاش ئۈچۈن ئېچىلىدۇ. رەبب بۇ دۇنيانىڭ ئەخمەق دەپ قارالغان نەرسىلىرىنى دانالارنى خىجىل قىلىش ئۈچۈن، ۋە دۇنيانىڭ ئاجىز نەرسىلىرىنى كۈچلۈكلەرنى خىجىل قىلىش ئۈچۈن تاللىدى.» The Fundamentals of Christian Education, 474.</w:t>
      </w:r>
    </w:p>
    <w:p>
      <w:pPr>
        <w:pStyle w:val="ArticleBody"/>
        <w:jc w:val="left"/>
      </w:pPr>
      <w:r>
        <w:rPr>
          <w:rFonts w:ascii="Myanmar Text" w:hAnsi="Myanmar Text" w:eastAsia="Myanmar Text" w:cs="Myanmar Text"/>
        </w:rPr>
        <w:t>ကမ္ဘာသစ်မဖြစ်သော</w:t>
      </w:r>
      <w:r>
        <w:rPr>
          <w:rFonts w:ascii="Times New Roman" w:hAnsi="Times New Roman" w:eastAsia="Times New Roman" w:cs="Times New Roman"/>
        </w:rPr>
        <w:t xml:space="preserve"> </w:t>
      </w:r>
      <w:r>
        <w:rPr>
          <w:rFonts w:ascii="Myanmar Text" w:hAnsi="Myanmar Text" w:eastAsia="Myanmar Text" w:cs="Myanmar Text"/>
        </w:rPr>
        <w:t>ဒ</w:t>
      </w:r>
      <w:r>
        <w:rPr>
          <w:rFonts w:ascii="Nirmala UI" w:hAnsi="Nirmala UI" w:eastAsia="Nirmala UI" w:cs="Nirmala UI"/>
        </w:rPr>
        <w:t>ැන</w:t>
      </w:r>
      <w:r>
        <w:rPr>
          <w:rFonts w:ascii="Myanmar Text" w:hAnsi="Myanmar Text" w:eastAsia="Myanmar Text" w:cs="Myanmar Text"/>
        </w:rPr>
        <w:t>ီယေလ၏စာအုပ်တွင်</w:t>
      </w:r>
      <w:r>
        <w:rPr>
          <w:rFonts w:ascii="Times New Roman" w:hAnsi="Times New Roman" w:eastAsia="Times New Roman" w:cs="Times New Roman"/>
        </w:rPr>
        <w:t xml:space="preserve"> </w:t>
      </w:r>
      <w:r>
        <w:rPr>
          <w:rFonts w:ascii="Myanmar Text" w:hAnsi="Myanmar Text" w:eastAsia="Myanmar Text" w:cs="Myanmar Text"/>
        </w:rPr>
        <w:t>တွေ့ရသော</w:t>
      </w:r>
      <w:r>
        <w:rPr>
          <w:rFonts w:ascii="Times New Roman" w:hAnsi="Times New Roman" w:eastAsia="Times New Roman" w:cs="Times New Roman"/>
        </w:rPr>
        <w:t xml:space="preserve"> </w:t>
      </w:r>
      <w:r>
        <w:rPr>
          <w:rFonts w:ascii="Myanmar Text" w:hAnsi="Myanmar Text" w:eastAsia="Myanmar Text" w:cs="Myanmar Text"/>
        </w:rPr>
        <w:t>လူ့အမှားနှင့်</w:t>
      </w:r>
      <w:r>
        <w:rPr>
          <w:rFonts w:ascii="Times New Roman" w:hAnsi="Times New Roman" w:eastAsia="Times New Roman" w:cs="Times New Roman"/>
        </w:rPr>
        <w:t xml:space="preserve"> </w:t>
      </w:r>
      <w:r>
        <w:rPr>
          <w:rFonts w:ascii="Myanmar Text" w:hAnsi="Myanmar Text" w:eastAsia="Myanmar Text" w:cs="Myanmar Text"/>
        </w:rPr>
        <w:t>ဘုရားသခင်၏နှုတ်ကပတ်တော်ကို</w:t>
      </w:r>
      <w:r>
        <w:rPr>
          <w:rFonts w:ascii="Times New Roman" w:hAnsi="Times New Roman" w:eastAsia="Times New Roman" w:cs="Times New Roman"/>
        </w:rPr>
        <w:t xml:space="preserve"> </w:t>
      </w:r>
      <w:r>
        <w:rPr>
          <w:rFonts w:ascii="Myanmar Text" w:hAnsi="Myanmar Text" w:eastAsia="Myanmar Text" w:cs="Myanmar Text"/>
        </w:rPr>
        <w:t>လိုက်နာလိုစိတ်မရှိခြင်း</w:t>
      </w:r>
      <w:r>
        <w:rPr>
          <w:rFonts w:ascii="Times New Roman" w:hAnsi="Times New Roman" w:eastAsia="Times New Roman" w:cs="Times New Roman"/>
        </w:rPr>
        <w:t xml:space="preserve"> </w:t>
      </w:r>
      <w:r>
        <w:rPr>
          <w:rFonts w:ascii="Myanmar Text" w:hAnsi="Myanmar Text" w:eastAsia="Myanmar Text" w:cs="Myanmar Text"/>
        </w:rPr>
        <w:t>နှစ်မျိုးစလုံးအတွက်</w:t>
      </w:r>
      <w:r>
        <w:rPr>
          <w:rFonts w:ascii="Times New Roman" w:hAnsi="Times New Roman" w:eastAsia="Times New Roman" w:cs="Times New Roman"/>
        </w:rPr>
        <w:t xml:space="preserve"> </w:t>
      </w:r>
      <w:r>
        <w:rPr>
          <w:rFonts w:ascii="Myanmar Text" w:hAnsi="Myanmar Text" w:eastAsia="Myanmar Text" w:cs="Myanmar Text"/>
        </w:rPr>
        <w:t>နားလည်လွယ်သော</w:t>
      </w:r>
      <w:r>
        <w:rPr>
          <w:rFonts w:ascii="Times New Roman" w:hAnsi="Times New Roman" w:eastAsia="Times New Roman" w:cs="Times New Roman"/>
        </w:rPr>
        <w:t xml:space="preserve"> </w:t>
      </w:r>
      <w:r>
        <w:rPr>
          <w:rFonts w:ascii="Myanmar Text" w:hAnsi="Myanmar Text" w:eastAsia="Myanmar Text" w:cs="Myanmar Text"/>
        </w:rPr>
        <w:t>ဥပမာတစ်ရပ်ကို</w:t>
      </w:r>
      <w:r>
        <w:rPr>
          <w:rFonts w:ascii="Times New Roman" w:hAnsi="Times New Roman" w:eastAsia="Times New Roman" w:cs="Times New Roman"/>
        </w:rPr>
        <w:t xml:space="preserve"> </w:t>
      </w:r>
      <w:r>
        <w:rPr>
          <w:rFonts w:ascii="Myanmar Text" w:hAnsi="Myanmar Text" w:eastAsia="Myanmar Text" w:cs="Myanmar Text"/>
        </w:rPr>
        <w:t>ဒ</w:t>
      </w:r>
      <w:r>
        <w:rPr>
          <w:rFonts w:ascii="Nirmala UI" w:hAnsi="Nirmala UI" w:eastAsia="Nirmala UI" w:cs="Nirmala UI"/>
        </w:rPr>
        <w:t>ැන</w:t>
      </w:r>
      <w:r>
        <w:rPr>
          <w:rFonts w:ascii="Myanmar Text" w:hAnsi="Myanmar Text" w:eastAsia="Myanmar Text" w:cs="Myanmar Text"/>
        </w:rPr>
        <w:t>ီယေလ</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၈</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“daily”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ဘာသာပြန်ထားသော</w:t>
      </w:r>
      <w:r>
        <w:rPr>
          <w:rFonts w:ascii="Times New Roman" w:hAnsi="Times New Roman" w:eastAsia="Times New Roman" w:cs="Times New Roman"/>
        </w:rPr>
        <w:t xml:space="preserve"> </w:t>
      </w:r>
      <w:r>
        <w:rPr>
          <w:rFonts w:ascii="Myanmar Text" w:hAnsi="Myanmar Text" w:eastAsia="Myanmar Text" w:cs="Myanmar Text"/>
        </w:rPr>
        <w:t>စကားလုံး၌</w:t>
      </w:r>
      <w:r>
        <w:rPr>
          <w:rFonts w:ascii="Times New Roman" w:hAnsi="Times New Roman" w:eastAsia="Times New Roman" w:cs="Times New Roman"/>
        </w:rPr>
        <w:t xml:space="preserve"> </w:t>
      </w:r>
      <w:r>
        <w:rPr>
          <w:rFonts w:ascii="Myanmar Text" w:hAnsi="Myanmar Text" w:eastAsia="Myanmar Text" w:cs="Myanmar Text"/>
        </w:rPr>
        <w:t>တွေ့နိုင်သည်။</w:t>
      </w:r>
      <w:r>
        <w:rPr>
          <w:rFonts w:ascii="Times New Roman" w:hAnsi="Times New Roman" w:eastAsia="Times New Roman" w:cs="Times New Roman"/>
        </w:rPr>
        <w:t xml:space="preserve"> Ellen White </w:t>
      </w:r>
      <w:r>
        <w:rPr>
          <w:rFonts w:ascii="Myanmar Text" w:hAnsi="Myanmar Text" w:eastAsia="Myanmar Text" w:cs="Myanmar Text"/>
        </w:rPr>
        <w:t>သည်</w:t>
      </w:r>
      <w:r>
        <w:rPr>
          <w:rFonts w:ascii="Times New Roman" w:hAnsi="Times New Roman" w:eastAsia="Times New Roman" w:cs="Times New Roman"/>
        </w:rPr>
        <w:t xml:space="preserve"> </w:t>
      </w:r>
      <w:r>
        <w:rPr>
          <w:rFonts w:ascii="Myanmar Text" w:hAnsi="Myanmar Text" w:eastAsia="Myanmar Text" w:cs="Myanmar Text"/>
        </w:rPr>
        <w:t>ထိုစကားလုံးအပေါ်</w:t>
      </w:r>
      <w:r>
        <w:rPr>
          <w:rFonts w:ascii="Times New Roman" w:hAnsi="Times New Roman" w:eastAsia="Times New Roman" w:cs="Times New Roman"/>
        </w:rPr>
        <w:t xml:space="preserve"> </w:t>
      </w:r>
      <w:r>
        <w:rPr>
          <w:rFonts w:ascii="Myanmar Text" w:hAnsi="Myanmar Text" w:eastAsia="Myanmar Text" w:cs="Myanmar Text"/>
        </w:rPr>
        <w:t>မှတ်ချက်ပြုထားသကဲ့သို့ပင်၊</w:t>
      </w:r>
      <w:r>
        <w:rPr>
          <w:rFonts w:ascii="Times New Roman" w:hAnsi="Times New Roman" w:eastAsia="Times New Roman" w:cs="Times New Roman"/>
        </w:rPr>
        <w:t xml:space="preserve"> </w:t>
      </w:r>
      <w:r>
        <w:rPr>
          <w:rFonts w:ascii="Myanmar Text" w:hAnsi="Myanmar Text" w:eastAsia="Myanmar Text" w:cs="Myanmar Text"/>
        </w:rPr>
        <w:t>သမာဓိရှိခြင်းက</w:t>
      </w:r>
      <w:r>
        <w:rPr>
          <w:rFonts w:ascii="Times New Roman" w:hAnsi="Times New Roman" w:eastAsia="Times New Roman" w:cs="Times New Roman"/>
        </w:rPr>
        <w:t xml:space="preserve"> </w:t>
      </w:r>
      <w:r>
        <w:rPr>
          <w:rFonts w:ascii="Myanmar Text" w:hAnsi="Myanmar Text" w:eastAsia="Myanmar Text" w:cs="Myanmar Text"/>
        </w:rPr>
        <w:t>ထိုအရာကို</w:t>
      </w:r>
      <w:r>
        <w:rPr>
          <w:rFonts w:ascii="Times New Roman" w:hAnsi="Times New Roman" w:eastAsia="Times New Roman" w:cs="Times New Roman"/>
        </w:rPr>
        <w:t xml:space="preserve"> </w:t>
      </w:r>
      <w:r>
        <w:rPr>
          <w:rFonts w:ascii="Myanmar Text" w:hAnsi="Myanmar Text" w:eastAsia="Myanmar Text" w:cs="Myanmar Text"/>
        </w:rPr>
        <w:t>တောင်းဆိုသည်မှာ၊</w:t>
      </w:r>
      <w:r>
        <w:rPr>
          <w:rFonts w:ascii="Times New Roman" w:hAnsi="Times New Roman" w:eastAsia="Times New Roman" w:cs="Times New Roman"/>
        </w:rPr>
        <w:t xml:space="preserve"> </w:t>
      </w:r>
      <w:r>
        <w:rPr>
          <w:rFonts w:ascii="Myanmar Text" w:hAnsi="Myanmar Text" w:eastAsia="Myanmar Text" w:cs="Myanmar Text"/>
        </w:rPr>
        <w:t>ပရောဖက်တော်၏ဝိညာဉ်ကို</w:t>
      </w:r>
      <w:r>
        <w:rPr>
          <w:rFonts w:ascii="Times New Roman" w:hAnsi="Times New Roman" w:eastAsia="Times New Roman" w:cs="Times New Roman"/>
        </w:rPr>
        <w:t xml:space="preserve"> </w:t>
      </w:r>
      <w:r>
        <w:rPr>
          <w:rFonts w:ascii="Myanmar Text" w:hAnsi="Myanmar Text" w:eastAsia="Myanmar Text" w:cs="Myanmar Text"/>
        </w:rPr>
        <w:t>ထောက်ခံကြောင်း</w:t>
      </w:r>
      <w:r>
        <w:rPr>
          <w:rFonts w:ascii="Times New Roman" w:hAnsi="Times New Roman" w:eastAsia="Times New Roman" w:cs="Times New Roman"/>
        </w:rPr>
        <w:t xml:space="preserve"> </w:t>
      </w:r>
      <w:r>
        <w:rPr>
          <w:rFonts w:ascii="Myanmar Text" w:hAnsi="Myanmar Text" w:eastAsia="Myanmar Text" w:cs="Myanmar Text"/>
        </w:rPr>
        <w:t>ဝန်ခံသော</w:t>
      </w:r>
      <w:r>
        <w:rPr>
          <w:rFonts w:ascii="Times New Roman" w:hAnsi="Times New Roman" w:eastAsia="Times New Roman" w:cs="Times New Roman"/>
        </w:rPr>
        <w:t xml:space="preserve"> Seventh-day Adventists </w:t>
      </w:r>
      <w:r>
        <w:rPr>
          <w:rFonts w:ascii="Myanmar Text" w:hAnsi="Myanmar Text" w:eastAsia="Myanmar Text" w:cs="Myanmar Text"/>
        </w:rPr>
        <w:t>များဖြစ်သော</w:t>
      </w:r>
      <w:r>
        <w:rPr>
          <w:rFonts w:ascii="Times New Roman" w:hAnsi="Times New Roman" w:eastAsia="Times New Roman" w:cs="Times New Roman"/>
        </w:rPr>
        <w:t xml:space="preserve"> </w:t>
      </w:r>
      <w:r>
        <w:rPr>
          <w:rFonts w:ascii="Myanmar Text" w:hAnsi="Myanmar Text" w:eastAsia="Myanmar Text" w:cs="Myanmar Text"/>
        </w:rPr>
        <w:t>ကျွန်ုပ်တို့သည်၊</w:t>
      </w:r>
      <w:r>
        <w:rPr>
          <w:rFonts w:ascii="Times New Roman" w:hAnsi="Times New Roman" w:eastAsia="Times New Roman" w:cs="Times New Roman"/>
        </w:rPr>
        <w:t xml:space="preserve"> </w:t>
      </w:r>
      <w:r>
        <w:rPr>
          <w:rFonts w:ascii="Myanmar Text" w:hAnsi="Myanmar Text" w:eastAsia="Myanmar Text" w:cs="Myanmar Text"/>
        </w:rPr>
        <w:t>မိမိတို့၏နားလည်မှုကို</w:t>
      </w:r>
      <w:r>
        <w:rPr>
          <w:rFonts w:ascii="Times New Roman" w:hAnsi="Times New Roman" w:eastAsia="Times New Roman" w:cs="Times New Roman"/>
        </w:rPr>
        <w:t xml:space="preserve"> </w:t>
      </w:r>
      <w:r>
        <w:rPr>
          <w:rFonts w:ascii="Myanmar Text" w:hAnsi="Myanmar Text" w:eastAsia="Myanmar Text" w:cs="Myanmar Text"/>
        </w:rPr>
        <w:t>ဦးတည်လမ်းညွှန်စေရန်</w:t>
      </w:r>
      <w:r>
        <w:rPr>
          <w:rFonts w:ascii="Times New Roman" w:hAnsi="Times New Roman" w:eastAsia="Times New Roman" w:cs="Times New Roman"/>
        </w:rPr>
        <w:t xml:space="preserve"> </w:t>
      </w:r>
      <w:r>
        <w:rPr>
          <w:rFonts w:ascii="Myanmar Text" w:hAnsi="Myanmar Text" w:eastAsia="Myanmar Text" w:cs="Myanmar Text"/>
        </w:rPr>
        <w:t>ထိုစကားလုံးအပေါ်</w:t>
      </w:r>
      <w:r>
        <w:rPr>
          <w:rFonts w:ascii="Times New Roman" w:hAnsi="Times New Roman" w:eastAsia="Times New Roman" w:cs="Times New Roman"/>
        </w:rPr>
        <w:t xml:space="preserve"> </w:t>
      </w:r>
      <w:r>
        <w:rPr>
          <w:rFonts w:ascii="Myanmar Text" w:hAnsi="Myanmar Text" w:eastAsia="Myanmar Text" w:cs="Myanmar Text"/>
        </w:rPr>
        <w:t>သူမ၏မှတ်ချက်ကို</w:t>
      </w:r>
      <w:r>
        <w:rPr>
          <w:rFonts w:ascii="Times New Roman" w:hAnsi="Times New Roman" w:eastAsia="Times New Roman" w:cs="Times New Roman"/>
        </w:rPr>
        <w:t xml:space="preserve"> </w:t>
      </w:r>
      <w:r>
        <w:rPr>
          <w:rFonts w:ascii="Myanmar Text" w:hAnsi="Myanmar Text" w:eastAsia="Myanmar Text" w:cs="Myanmar Text"/>
        </w:rPr>
        <w:t>အလိုအလျောက်</w:t>
      </w:r>
      <w:r>
        <w:rPr>
          <w:rFonts w:ascii="Times New Roman" w:hAnsi="Times New Roman" w:eastAsia="Times New Roman" w:cs="Times New Roman"/>
        </w:rPr>
        <w:t xml:space="preserve"> </w:t>
      </w:r>
      <w:r>
        <w:rPr>
          <w:rFonts w:ascii="Myanmar Text" w:hAnsi="Myanmar Text" w:eastAsia="Myanmar Text" w:cs="Myanmar Text"/>
        </w:rPr>
        <w:t>အသုံးပြုရမည်</w:t>
      </w:r>
      <w:r>
        <w:rPr>
          <w:rFonts w:ascii="Times New Roman" w:hAnsi="Times New Roman" w:eastAsia="Times New Roman" w:cs="Times New Roman"/>
        </w:rPr>
        <w:t xml:space="preserve"> </w:t>
      </w:r>
      <w:r>
        <w:rPr>
          <w:rFonts w:ascii="Myanmar Text" w:hAnsi="Myanmar Text" w:eastAsia="Myanmar Text" w:cs="Myanmar Text"/>
        </w:rPr>
        <w:t>ဖြစ်ကြောင်းပင်</w:t>
      </w:r>
      <w:r>
        <w:rPr>
          <w:rFonts w:ascii="Times New Roman" w:hAnsi="Times New Roman" w:eastAsia="Times New Roman" w:cs="Times New Roman"/>
        </w:rPr>
        <w:t xml:space="preserve"> </w:t>
      </w:r>
      <w:r>
        <w:rPr>
          <w:rFonts w:ascii="Myanmar Text" w:hAnsi="Myanmar Text" w:eastAsia="Myanmar Text" w:cs="Myanmar Text"/>
        </w:rPr>
        <w:t>ဖြစ်သည်။</w:t>
      </w:r>
    </w:p>
    <w:p>
      <w:pPr>
        <w:pStyle w:val="ArticleScripture"/>
        <w:jc w:val="left"/>
      </w:pPr>
      <w:r>
        <w:rPr>
          <w:rFonts w:ascii="Times New Roman" w:hAnsi="Times New Roman" w:eastAsia="Times New Roman" w:cs="Times New Roman"/>
        </w:rPr>
        <w:t>“Тэгээд би ‘Өдөр тутмын’ тухайд, ‘тахил’ гэдэг үгийг хүний мэргэн ухаанаар нэмэн оруулсан бөгөөд энэ нь эх бичвэрт хамаарахгүйг харсан; мөн Эзэн шүүлтийн цагийн хашхирааг тунхагласан хүмүүст энэ тухай зөв ойлголтыг өгсөн. 1844 оноос өмнө, нэгдэл оршин байх үед, бараг бүгд ‘Өдөр тутмын’-ы зөв ойлголт дээр нэгдмэл байсан; харин 1844 оноос хойш, төөрөгдлийн дунд, өөр үзлүүдийг хүлээн авсан бөгөөд үүний араас харанхуй ба төөрөгдөл дагалдсан.” Review and Herald, November 1, 1850.</w:t>
      </w:r>
    </w:p>
    <w:p>
      <w:pPr>
        <w:pStyle w:val="ArticleBody"/>
        <w:jc w:val="left"/>
      </w:pPr>
      <w:r>
        <w:rPr>
          <w:rFonts w:ascii="Myanmar Text" w:hAnsi="Myanmar Text" w:eastAsia="Myanmar Text" w:cs="Myanmar Text"/>
        </w:rPr>
        <w:t>ဖော်ပြထားသော</w:t>
      </w:r>
      <w:r>
        <w:rPr>
          <w:rFonts w:ascii="Times New Roman" w:hAnsi="Times New Roman" w:eastAsia="Times New Roman" w:cs="Times New Roman"/>
        </w:rPr>
        <w:t xml:space="preserve"> </w:t>
      </w:r>
      <w:r>
        <w:rPr>
          <w:rFonts w:ascii="Myanmar Text" w:hAnsi="Myanmar Text" w:eastAsia="Myanmar Text" w:cs="Myanmar Text"/>
        </w:rPr>
        <w:t>ဤဝါကျနှစ်ကြောင်းအပေါ်၌</w:t>
      </w:r>
      <w:r>
        <w:rPr>
          <w:rFonts w:ascii="Times New Roman" w:hAnsi="Times New Roman" w:eastAsia="Times New Roman" w:cs="Times New Roman"/>
        </w:rPr>
        <w:t xml:space="preserve"> </w:t>
      </w:r>
      <w:r>
        <w:rPr>
          <w:rFonts w:ascii="Myanmar Text" w:hAnsi="Myanmar Text" w:eastAsia="Myanmar Text" w:cs="Myanmar Text"/>
        </w:rPr>
        <w:t>ကျွန်ုပ်တို့သည်</w:t>
      </w:r>
      <w:r>
        <w:rPr>
          <w:rFonts w:ascii="Times New Roman" w:hAnsi="Times New Roman" w:eastAsia="Times New Roman" w:cs="Times New Roman"/>
        </w:rPr>
        <w:t xml:space="preserve"> </w:t>
      </w:r>
      <w:r>
        <w:rPr>
          <w:rFonts w:ascii="Myanmar Text" w:hAnsi="Myanmar Text" w:eastAsia="Myanmar Text" w:cs="Myanmar Text"/>
        </w:rPr>
        <w:t>အချိန်များစွာ</w:t>
      </w:r>
      <w:r>
        <w:rPr>
          <w:rFonts w:ascii="Times New Roman" w:hAnsi="Times New Roman" w:eastAsia="Times New Roman" w:cs="Times New Roman"/>
        </w:rPr>
        <w:t xml:space="preserve"> </w:t>
      </w:r>
      <w:r>
        <w:rPr>
          <w:rFonts w:ascii="Myanmar Text" w:hAnsi="Myanmar Text" w:eastAsia="Myanmar Text" w:cs="Myanmar Text"/>
        </w:rPr>
        <w:t>ကုန်စေ၍</w:t>
      </w:r>
      <w:r>
        <w:rPr>
          <w:rFonts w:ascii="Times New Roman" w:hAnsi="Times New Roman" w:eastAsia="Times New Roman" w:cs="Times New Roman"/>
        </w:rPr>
        <w:t xml:space="preserve"> </w:t>
      </w:r>
      <w:r>
        <w:rPr>
          <w:rFonts w:ascii="Myanmar Text" w:hAnsi="Myanmar Text" w:eastAsia="Myanmar Text" w:cs="Myanmar Text"/>
        </w:rPr>
        <w:t>ဆွေးနွေးနိုင်ကြသည်။</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w:t>
      </w:r>
      <w:r>
        <w:rPr>
          <w:rFonts w:ascii="Myanmar Text" w:hAnsi="Myanmar Text" w:eastAsia="Myanmar Text" w:cs="Myanmar Text"/>
        </w:rPr>
        <w:t>၎င်းတို့ကို</w:t>
      </w:r>
      <w:r>
        <w:rPr>
          <w:rFonts w:ascii="Times New Roman" w:hAnsi="Times New Roman" w:eastAsia="Times New Roman" w:cs="Times New Roman"/>
        </w:rPr>
        <w:t xml:space="preserve"> </w:t>
      </w:r>
      <w:r>
        <w:rPr>
          <w:rFonts w:ascii="Myanmar Text" w:hAnsi="Myanmar Text" w:eastAsia="Myanmar Text" w:cs="Myanmar Text"/>
        </w:rPr>
        <w:t>နောက်ဆုံးတွင်</w:t>
      </w:r>
      <w:r>
        <w:rPr>
          <w:rFonts w:ascii="Times New Roman" w:hAnsi="Times New Roman" w:eastAsia="Times New Roman" w:cs="Times New Roman"/>
        </w:rPr>
        <w:t xml:space="preserve"> Early Writings </w:t>
      </w:r>
      <w:r>
        <w:rPr>
          <w:rFonts w:ascii="Myanmar Text" w:hAnsi="Myanmar Text" w:eastAsia="Myanmar Text" w:cs="Myanmar Text"/>
        </w:rPr>
        <w:t>စာအုပ်၌</w:t>
      </w:r>
      <w:r>
        <w:rPr>
          <w:rFonts w:ascii="Times New Roman" w:hAnsi="Times New Roman" w:eastAsia="Times New Roman" w:cs="Times New Roman"/>
        </w:rPr>
        <w:t xml:space="preserve"> </w:t>
      </w:r>
      <w:r>
        <w:rPr>
          <w:rFonts w:ascii="Myanmar Text" w:hAnsi="Myanmar Text" w:eastAsia="Myanmar Text" w:cs="Myanmar Text"/>
        </w:rPr>
        <w:t>ထည့်သွင်းသောအခါ</w:t>
      </w:r>
      <w:r>
        <w:rPr>
          <w:rFonts w:ascii="Times New Roman" w:hAnsi="Times New Roman" w:eastAsia="Times New Roman" w:cs="Times New Roman"/>
        </w:rPr>
        <w:t xml:space="preserve"> </w:t>
      </w:r>
      <w:r>
        <w:rPr>
          <w:rFonts w:ascii="Myanmar Text" w:hAnsi="Myanmar Text" w:eastAsia="Myanmar Text" w:cs="Myanmar Text"/>
        </w:rPr>
        <w:t>လူ့အယ်ဒီတာများက</w:t>
      </w:r>
      <w:r>
        <w:rPr>
          <w:rFonts w:ascii="Times New Roman" w:hAnsi="Times New Roman" w:eastAsia="Times New Roman" w:cs="Times New Roman"/>
        </w:rPr>
        <w:t xml:space="preserve"> </w:t>
      </w:r>
      <w:r>
        <w:rPr>
          <w:rFonts w:ascii="Myanmar Text" w:hAnsi="Myanmar Text" w:eastAsia="Myanmar Text" w:cs="Myanmar Text"/>
        </w:rPr>
        <w:t>ဖော်ပြထားသည့်</w:t>
      </w:r>
      <w:r>
        <w:rPr>
          <w:rFonts w:ascii="Times New Roman" w:hAnsi="Times New Roman" w:eastAsia="Times New Roman" w:cs="Times New Roman"/>
        </w:rPr>
        <w:t xml:space="preserve"> </w:t>
      </w:r>
      <w:r>
        <w:rPr>
          <w:rFonts w:ascii="Myanmar Text" w:hAnsi="Myanmar Text" w:eastAsia="Myanmar Text" w:cs="Myanmar Text"/>
        </w:rPr>
        <w:t>အကြောင်းအရာအပေါ်</w:t>
      </w:r>
      <w:r>
        <w:rPr>
          <w:rFonts w:ascii="Times New Roman" w:hAnsi="Times New Roman" w:eastAsia="Times New Roman" w:cs="Times New Roman"/>
        </w:rPr>
        <w:t xml:space="preserve"> </w:t>
      </w:r>
      <w:r>
        <w:rPr>
          <w:rFonts w:ascii="Myanmar Text" w:hAnsi="Myanmar Text" w:eastAsia="Myanmar Text" w:cs="Myanmar Text"/>
        </w:rPr>
        <w:t>လမ်းလွဲသော</w:t>
      </w:r>
      <w:r>
        <w:rPr>
          <w:rFonts w:ascii="Times New Roman" w:hAnsi="Times New Roman" w:eastAsia="Times New Roman" w:cs="Times New Roman"/>
        </w:rPr>
        <w:t xml:space="preserve"> </w:t>
      </w:r>
      <w:r>
        <w:rPr>
          <w:rFonts w:ascii="Myanmar Text" w:hAnsi="Myanmar Text" w:eastAsia="Myanmar Text" w:cs="Myanmar Text"/>
        </w:rPr>
        <w:t>အဓိပ္ပါယ်ဖွင့်ဆိုချက်တစ်ရပ်ကို</w:t>
      </w:r>
      <w:r>
        <w:rPr>
          <w:rFonts w:ascii="Times New Roman" w:hAnsi="Times New Roman" w:eastAsia="Times New Roman" w:cs="Times New Roman"/>
        </w:rPr>
        <w:t xml:space="preserve"> </w:t>
      </w:r>
      <w:r>
        <w:rPr>
          <w:rFonts w:ascii="Myanmar Text" w:hAnsi="Myanmar Text" w:eastAsia="Myanmar Text" w:cs="Myanmar Text"/>
        </w:rPr>
        <w:t>ထည့်သွင်းထားခဲ့ကြသောကြောင့်</w:t>
      </w:r>
      <w:r>
        <w:rPr>
          <w:rFonts w:ascii="Times New Roman" w:hAnsi="Times New Roman" w:eastAsia="Times New Roman" w:cs="Times New Roman"/>
        </w:rPr>
        <w:t xml:space="preserve"> </w:t>
      </w:r>
      <w:r>
        <w:rPr>
          <w:rFonts w:ascii="Myanmar Text" w:hAnsi="Myanmar Text" w:eastAsia="Myanmar Text" w:cs="Myanmar Text"/>
        </w:rPr>
        <w:t>ဖြစ်သည်။</w:t>
      </w:r>
      <w:r>
        <w:rPr>
          <w:rFonts w:ascii="Times New Roman" w:hAnsi="Times New Roman" w:eastAsia="Times New Roman" w:cs="Times New Roman"/>
        </w:rPr>
        <w:t xml:space="preserve"> </w:t>
      </w:r>
      <w:r>
        <w:rPr>
          <w:rFonts w:ascii="Myanmar Text" w:hAnsi="Myanmar Text" w:eastAsia="Myanmar Text" w:cs="Myanmar Text"/>
        </w:rPr>
        <w:t>သို့ရာတွင်</w:t>
      </w:r>
      <w:r>
        <w:rPr>
          <w:rFonts w:ascii="Times New Roman" w:hAnsi="Times New Roman" w:eastAsia="Times New Roman" w:cs="Times New Roman"/>
        </w:rPr>
        <w:t xml:space="preserve"> </w:t>
      </w:r>
      <w:r>
        <w:rPr>
          <w:rFonts w:ascii="Myanmar Text" w:hAnsi="Myanmar Text" w:eastAsia="Myanmar Text" w:cs="Myanmar Text"/>
        </w:rPr>
        <w:t>ထိုအချက်မှာ</w:t>
      </w:r>
      <w:r>
        <w:rPr>
          <w:rFonts w:ascii="Times New Roman" w:hAnsi="Times New Roman" w:eastAsia="Times New Roman" w:cs="Times New Roman"/>
        </w:rPr>
        <w:t xml:space="preserve"> </w:t>
      </w:r>
      <w:r>
        <w:rPr>
          <w:rFonts w:ascii="Myanmar Text" w:hAnsi="Myanmar Text" w:eastAsia="Myanmar Text" w:cs="Myanmar Text"/>
        </w:rPr>
        <w:t>အခြားသော</w:t>
      </w:r>
      <w:r>
        <w:rPr>
          <w:rFonts w:ascii="Times New Roman" w:hAnsi="Times New Roman" w:eastAsia="Times New Roman" w:cs="Times New Roman"/>
        </w:rPr>
        <w:t xml:space="preserve"> </w:t>
      </w:r>
      <w:r>
        <w:rPr>
          <w:rFonts w:ascii="Myanmar Text" w:hAnsi="Myanmar Text" w:eastAsia="Myanmar Text" w:cs="Myanmar Text"/>
        </w:rPr>
        <w:t>အကြောင်းအရာတစ်ရပ်ဖြစ်သည်။</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ရည်ရွယ်ချက်အတွက်မူ</w:t>
      </w:r>
      <w:r>
        <w:rPr>
          <w:rFonts w:ascii="Times New Roman" w:hAnsi="Times New Roman" w:eastAsia="Times New Roman" w:cs="Times New Roman"/>
        </w:rPr>
        <w:t xml:space="preserve"> </w:t>
      </w:r>
      <w:r>
        <w:rPr>
          <w:rFonts w:ascii="Myanmar Text" w:hAnsi="Myanmar Text" w:eastAsia="Myanmar Text" w:cs="Myanmar Text"/>
        </w:rPr>
        <w:t>သက်ဆိုင်ရာ</w:t>
      </w:r>
      <w:r>
        <w:rPr>
          <w:rFonts w:ascii="Times New Roman" w:hAnsi="Times New Roman" w:eastAsia="Times New Roman" w:cs="Times New Roman"/>
        </w:rPr>
        <w:t xml:space="preserve"> </w:t>
      </w:r>
      <w:r>
        <w:rPr>
          <w:rFonts w:ascii="Myanmar Text" w:hAnsi="Myanmar Text" w:eastAsia="Myanmar Text" w:cs="Myanmar Text"/>
        </w:rPr>
        <w:t>အချက်နှစ်ချက်ကိုသာ</w:t>
      </w:r>
      <w:r>
        <w:rPr>
          <w:rFonts w:ascii="Times New Roman" w:hAnsi="Times New Roman" w:eastAsia="Times New Roman" w:cs="Times New Roman"/>
        </w:rPr>
        <w:t xml:space="preserve"> </w:t>
      </w:r>
      <w:r>
        <w:rPr>
          <w:rFonts w:ascii="Myanmar Text" w:hAnsi="Myanmar Text" w:eastAsia="Myanmar Text" w:cs="Myanmar Text"/>
        </w:rPr>
        <w:t>ရိုးရိုးရှင်းရှင်း</w:t>
      </w:r>
      <w:r>
        <w:rPr>
          <w:rFonts w:ascii="Times New Roman" w:hAnsi="Times New Roman" w:eastAsia="Times New Roman" w:cs="Times New Roman"/>
        </w:rPr>
        <w:t xml:space="preserve"> </w:t>
      </w:r>
      <w:r>
        <w:rPr>
          <w:rFonts w:ascii="Myanmar Text" w:hAnsi="Myanmar Text" w:eastAsia="Myanmar Text" w:cs="Myanmar Text"/>
        </w:rPr>
        <w:t>ညွှန်ပြလိုသည်။</w:t>
      </w:r>
      <w:r>
        <w:rPr>
          <w:rFonts w:ascii="Times New Roman" w:hAnsi="Times New Roman" w:eastAsia="Times New Roman" w:cs="Times New Roman"/>
        </w:rPr>
        <w:t xml:space="preserve"> </w:t>
      </w:r>
      <w:r>
        <w:rPr>
          <w:rFonts w:ascii="Myanmar Text" w:hAnsi="Myanmar Text" w:eastAsia="Myanmar Text" w:cs="Myanmar Text"/>
        </w:rPr>
        <w:t>ပထမအချက်မှာ</w:t>
      </w:r>
      <w:r>
        <w:rPr>
          <w:rFonts w:ascii="Times New Roman" w:hAnsi="Times New Roman" w:eastAsia="Times New Roman" w:cs="Times New Roman"/>
        </w:rPr>
        <w:t xml:space="preserve"> Sister White </w:t>
      </w:r>
      <w:r>
        <w:rPr>
          <w:rFonts w:ascii="Myanmar Text" w:hAnsi="Myanmar Text" w:eastAsia="Myanmar Text" w:cs="Myanmar Text"/>
        </w:rPr>
        <w:t>က</w:t>
      </w:r>
      <w:r>
        <w:rPr>
          <w:rFonts w:ascii="Times New Roman" w:hAnsi="Times New Roman" w:eastAsia="Times New Roman" w:cs="Times New Roman"/>
        </w:rPr>
        <w:t xml:space="preserve"> “sacrifice”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စကားလုံးသည်</w:t>
      </w:r>
      <w:r>
        <w:rPr>
          <w:rFonts w:ascii="Times New Roman" w:hAnsi="Times New Roman" w:eastAsia="Times New Roman" w:cs="Times New Roman"/>
        </w:rPr>
        <w:t xml:space="preserve"> </w:t>
      </w:r>
      <w:r>
        <w:rPr>
          <w:rFonts w:ascii="Myanmar Text" w:hAnsi="Myanmar Text" w:eastAsia="Myanmar Text" w:cs="Myanmar Text"/>
        </w:rPr>
        <w:t>လူ၏ပညာအရ</w:t>
      </w:r>
      <w:r>
        <w:rPr>
          <w:rFonts w:ascii="Times New Roman" w:hAnsi="Times New Roman" w:eastAsia="Times New Roman" w:cs="Times New Roman"/>
        </w:rPr>
        <w:t xml:space="preserve"> </w:t>
      </w:r>
      <w:r>
        <w:rPr>
          <w:rFonts w:ascii="Myanmar Text" w:hAnsi="Myanmar Text" w:eastAsia="Myanmar Text" w:cs="Myanmar Text"/>
        </w:rPr>
        <w:t>ထည့်ဖြည့်ထားခြင်းဖြစ်ပြီး၊</w:t>
      </w:r>
      <w:r>
        <w:rPr>
          <w:rFonts w:ascii="Times New Roman" w:hAnsi="Times New Roman" w:eastAsia="Times New Roman" w:cs="Times New Roman"/>
        </w:rPr>
        <w:t xml:space="preserve"> </w:t>
      </w:r>
      <w:r>
        <w:rPr>
          <w:rFonts w:ascii="Myanmar Text" w:hAnsi="Myanmar Text" w:eastAsia="Myanmar Text" w:cs="Myanmar Text"/>
        </w:rPr>
        <w:t>စာသားမူလတွင်</w:t>
      </w:r>
      <w:r>
        <w:rPr>
          <w:rFonts w:ascii="Times New Roman" w:hAnsi="Times New Roman" w:eastAsia="Times New Roman" w:cs="Times New Roman"/>
        </w:rPr>
        <w:t xml:space="preserve"> </w:t>
      </w:r>
      <w:r>
        <w:rPr>
          <w:rFonts w:ascii="Myanmar Text" w:hAnsi="Myanmar Text" w:eastAsia="Myanmar Text" w:cs="Myanmar Text"/>
        </w:rPr>
        <w:t>မပါဝင်ကြောင်း</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ဆိုထားခြင်းဖြစ်သည်။</w:t>
      </w:r>
    </w:p>
    <w:p>
      <w:pPr>
        <w:pStyle w:val="ArticleScripture"/>
        <w:jc w:val="left"/>
      </w:pPr>
      <w:r>
        <w:rPr>
          <w:rFonts w:ascii="Times New Roman" w:hAnsi="Times New Roman" w:eastAsia="Times New Roman" w:cs="Times New Roman"/>
        </w:rPr>
        <w:t>ئۆزۈم بىر مۇقەددەس زاتنىڭ سۆزلەۋاتقانىنى ئاڭلىدىم؛ ئاندىن باشقا بىر مۇقەددەس زات سۆزلىگەن شۇ مەلۇم مۇقەددەس زاتقا: «كۈندىلىك قۇربانلىق ۋە خارابىلىق كەلتۈرگۈچى گۇناھ ھەققىدىكى بۇ كۆرۈنۈش، مۇقەددەس جاي بىلەن قوشۇننىڭ ئاياغ ئاستىدا چەيلەنگۈدەك بولۇشىغىچە، قاچانغىچە داۋام قىلىدۇ؟» دېدى. دانيال 8:13.</w:t>
      </w:r>
    </w:p>
    <w:p>
      <w:pPr>
        <w:pStyle w:val="ArticleBody"/>
        <w:jc w:val="left"/>
      </w:pPr>
      <w:r>
        <w:rPr>
          <w:rFonts w:ascii="Times New Roman" w:hAnsi="Times New Roman" w:eastAsia="Times New Roman" w:cs="Times New Roman"/>
        </w:rPr>
        <w:t>Ayet avvalī haman pursish ast ke javāb-e ān dar āyah-ye chahārdahom farā mīresad, va ān javāb soton-e markazī va bonyād-e Adventism rā namāyandegī mīkonad. Va dar hamin pursishī ke ān nūr-e bozorg rā, ke be ‘onvān-e soton-e markazī-ye Adventism namāyesh dāde shode ast, padīd mīāvarad, be mā ītṭelā‘ dāde mīshavad ke kherad-e bashar bā gozashtan-e yek kalameh-ye ezāfī dar tarjomeh-ye ān āyah مرتکب-e khatā shode ast.</w:t>
      </w:r>
    </w:p>
    <w:p>
      <w:pPr>
        <w:pStyle w:val="ArticleBody"/>
        <w:jc w:val="left"/>
      </w:pPr>
      <w:r>
        <w:rPr>
          <w:rFonts w:ascii="Times New Roman" w:hAnsi="Times New Roman" w:eastAsia="Times New Roman" w:cs="Times New Roman"/>
        </w:rPr>
        <w:t>KJV Bible 1611 a tisa a ngei hrilh “added words” zînga thu belh zawng zawng chu zahza a ni tak tak a; mahse, chu thu belh zahza zînga pakhat chauh hi Pathianin dik lo tih a sawi a ni. Tin, chumi chu, Pathian Thu siam chhuah tûra mihring leh Pathian nihna inzawmna lam a mihring lam atanga chhuak dik lohna a ni tih a chiang. A pawimawh zâwk chu, thu belh “sacrifice” tih avânga châng hriatthiamna dik lo a thlen loh chuan, chumi chungchângah thil hrilhfiahna thâwktu hmangaiha pêk chu a tul dâwn lo. A thlentîr ngei tih a chiang e, a chhan chu thil hrilhfiahna thâwktu chuan chu thu chu awm tûr a ni lo tih chauh ni lovin, “judgment hour cry” pe tûrte chu “daily” chungchângah Lalpa’n “thlîrna dik” a pêk tih pawh a sawi bawk. Rinawmna chuan hêng thu hnihte hi an ziah ang zêlin kan hman tûr a ni tih a phût a ni.</w:t>
      </w:r>
    </w:p>
    <w:p>
      <w:pPr>
        <w:pStyle w:val="ArticleBody"/>
        <w:jc w:val="left"/>
      </w:pPr>
      <w:r>
        <w:rPr>
          <w:rFonts w:ascii="Times New Roman" w:hAnsi="Times New Roman" w:eastAsia="Times New Roman" w:cs="Times New Roman"/>
        </w:rPr>
        <w:t>Ikararua nia nga nangted iti oras ti panangukom ket inammuanda ti “in-araw-araw” a kas simbolo a mangibagi iti paganismo wenno paganong Roma, kas mayannatop iti konteksto a pagnaedanna. Ti sao a naipatarus a kas “in-araw-araw” ket agparang iti lima a daras iti libro ni Daniel. Dagiti amin a lima a pannakausar na ket kas nagan. Ti sao ket agparang iti maysa gasut ken uppat a daras iti Sao ti Dios, ket siam a pulo ket siam a daras ket nausar a kas panguri, ngem iti libro ni Daniel laeng a nausar a kas nagan. Dagiti lallaki a nangipatarus iti Biblia ti King James ket nakitaanda dayta a sao iti siam a pulo ket siam a daras a kas panguri, isu a idi simmangpetda iti libro ni Daniel, pinadasda a pagbalinen dayta a panguri tapno umannatop kadagiti dadduma pay amin a daras a pannakausar na a kas panguri. Tapno maaramidda dayta, inayonda ti sao a “daton.” Ngem kinuna ti Dios, babaen ken Ellen White, a ti “daton” ket masapul a maikkat, a mangipapan iti kayat a sawen a ti “in-araw-araw” ket masapul a maawatan a kas nagan.</w:t>
      </w:r>
    </w:p>
    <w:p>
      <w:pPr>
        <w:pStyle w:val="ArticleBody"/>
        <w:jc w:val="left"/>
      </w:pPr>
      <w:r>
        <w:rPr>
          <w:rFonts w:ascii="Times New Roman" w:hAnsi="Times New Roman" w:eastAsia="Times New Roman" w:cs="Times New Roman"/>
        </w:rPr>
        <w:t>Wiñaypaq Diospa yuyayninman kay simipi Adventismo ukhupi sayaqkunaqa kay simita Cristoq hanaq pacha santuariopi ministerionpa símbolon hina sut’ichinku, ichaqa juicio pacha qayakuyninta qhapaqta willaqkunaqa allinta paganismo nispa sut’ichirqanku. Kunan p’unchawpi Adventismoqa satanáspa atiyninpa símbolonta Cristota rikuchinampaqmi hap’in!</w:t>
      </w:r>
    </w:p>
    <w:p>
      <w:pPr>
        <w:pStyle w:val="ArticleBody"/>
        <w:jc w:val="left"/>
      </w:pPr>
      <w:r>
        <w:rPr>
          <w:rFonts w:ascii="Nirmala UI" w:hAnsi="Nirmala UI" w:eastAsia="Nirmala UI" w:cs="Nirmala UI"/>
        </w:rPr>
        <w:t>ᱵᱷᱩᱞ</w:t>
      </w:r>
      <w:r>
        <w:rPr>
          <w:rFonts w:ascii="Times New Roman" w:hAnsi="Times New Roman" w:eastAsia="Times New Roman" w:cs="Times New Roman"/>
        </w:rPr>
        <w:t xml:space="preserve"> </w:t>
      </w:r>
      <w:r>
        <w:rPr>
          <w:rFonts w:ascii="Nirmala UI" w:hAnsi="Nirmala UI" w:eastAsia="Nirmala UI" w:cs="Nirmala UI"/>
        </w:rPr>
        <w:t>ᱢᱟᱱᱣᱟᱹ</w:t>
      </w:r>
      <w:r>
        <w:rPr>
          <w:rFonts w:ascii="Times New Roman" w:hAnsi="Times New Roman" w:eastAsia="Times New Roman" w:cs="Times New Roman"/>
        </w:rPr>
        <w:t xml:space="preserve"> </w:t>
      </w:r>
      <w:r>
        <w:rPr>
          <w:rFonts w:ascii="Nirmala UI" w:hAnsi="Nirmala UI" w:eastAsia="Nirmala UI" w:cs="Nirmala UI"/>
        </w:rPr>
        <w:t>ᱛᱟᱨᱠᱚ</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w:t>
      </w:r>
      <w:r>
        <w:rPr>
          <w:rFonts w:ascii="Nirmala UI" w:hAnsi="Nirmala UI" w:eastAsia="Nirmala UI" w:cs="Nirmala UI"/>
        </w:rPr>
        <w:t>ᱫᱮᱞᱤ</w:t>
      </w:r>
      <w:r>
        <w:rPr>
          <w:rFonts w:ascii="Times New Roman" w:hAnsi="Times New Roman" w:eastAsia="Times New Roman" w:cs="Times New Roman"/>
        </w:rPr>
        <w:t xml:space="preserve">” </w:t>
      </w:r>
      <w:r>
        <w:rPr>
          <w:rFonts w:ascii="Nirmala UI" w:hAnsi="Nirmala UI" w:eastAsia="Nirmala UI" w:cs="Nirmala UI"/>
        </w:rPr>
        <w:t>ᱵᱚᱞ</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ᱟᱱᱩᱵᱟᱫ</w:t>
      </w:r>
      <w:r>
        <w:rPr>
          <w:rFonts w:ascii="Times New Roman" w:hAnsi="Times New Roman" w:eastAsia="Times New Roman" w:cs="Times New Roman"/>
        </w:rPr>
        <w:t xml:space="preserve"> </w:t>
      </w:r>
      <w:r>
        <w:rPr>
          <w:rFonts w:ascii="Nirmala UI" w:hAnsi="Nirmala UI" w:eastAsia="Nirmala UI" w:cs="Nirmala UI"/>
        </w:rPr>
        <w:t>ᱟᱠᱟᱱ</w:t>
      </w:r>
      <w:r>
        <w:rPr>
          <w:rFonts w:ascii="Times New Roman" w:hAnsi="Times New Roman" w:eastAsia="Times New Roman" w:cs="Times New Roman"/>
        </w:rPr>
        <w:t xml:space="preserve"> </w:t>
      </w:r>
      <w:r>
        <w:rPr>
          <w:rFonts w:ascii="Nirmala UI" w:hAnsi="Nirmala UI" w:eastAsia="Nirmala UI" w:cs="Nirmala UI"/>
        </w:rPr>
        <w:t>ᱥᱟᱹᱠᱟᱢ</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ᱥᱟᱹᱨᱤ</w:t>
      </w:r>
      <w:r>
        <w:rPr>
          <w:rFonts w:ascii="Times New Roman" w:hAnsi="Times New Roman" w:eastAsia="Times New Roman" w:cs="Times New Roman"/>
        </w:rPr>
        <w:t xml:space="preserve"> </w:t>
      </w:r>
      <w:r>
        <w:rPr>
          <w:rFonts w:ascii="Nirmala UI" w:hAnsi="Nirmala UI" w:eastAsia="Nirmala UI" w:cs="Nirmala UI"/>
        </w:rPr>
        <w:t>ᱵᱩᱡᱷᱟᱹᱣ</w:t>
      </w:r>
      <w:r>
        <w:rPr>
          <w:rFonts w:ascii="Times New Roman" w:hAnsi="Times New Roman" w:eastAsia="Times New Roman" w:cs="Times New Roman"/>
        </w:rPr>
        <w:t xml:space="preserve"> </w:t>
      </w:r>
      <w:r>
        <w:rPr>
          <w:rFonts w:ascii="Nirmala UI" w:hAnsi="Nirmala UI" w:eastAsia="Nirmala UI" w:cs="Nirmala UI"/>
        </w:rPr>
        <w:t>ᱟᱰᱵᱷᱮᱱᱴᱤᱡᱢ</w:t>
      </w:r>
      <w:r>
        <w:rPr>
          <w:rFonts w:ascii="Times New Roman" w:hAnsi="Times New Roman" w:eastAsia="Times New Roman" w:cs="Times New Roman"/>
        </w:rPr>
        <w:t xml:space="preserve"> </w:t>
      </w:r>
      <w:r>
        <w:rPr>
          <w:rFonts w:ascii="Nirmala UI" w:hAnsi="Nirmala UI" w:eastAsia="Nirmala UI" w:cs="Nirmala UI"/>
        </w:rPr>
        <w:t>ᱠᱷᱚᱱ</w:t>
      </w:r>
      <w:r>
        <w:rPr>
          <w:rFonts w:ascii="Times New Roman" w:hAnsi="Times New Roman" w:eastAsia="Times New Roman" w:cs="Times New Roman"/>
        </w:rPr>
        <w:t xml:space="preserve"> </w:t>
      </w:r>
      <w:r>
        <w:rPr>
          <w:rFonts w:ascii="Nirmala UI" w:hAnsi="Nirmala UI" w:eastAsia="Nirmala UI" w:cs="Nirmala UI"/>
        </w:rPr>
        <w:t>ᱩᱠᱩ</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ᱟᱰᱵᱷᱮᱱᱴᱤᱥᱴᱠᱚ</w:t>
      </w:r>
      <w:r>
        <w:rPr>
          <w:rFonts w:ascii="Times New Roman" w:hAnsi="Times New Roman" w:eastAsia="Times New Roman" w:cs="Times New Roman"/>
        </w:rPr>
        <w:t xml:space="preserve">, </w:t>
      </w:r>
      <w:r>
        <w:rPr>
          <w:rFonts w:ascii="Nirmala UI" w:hAnsi="Nirmala UI" w:eastAsia="Nirmala UI" w:cs="Nirmala UI"/>
        </w:rPr>
        <w:t>ᱡᱮᱠᱚ</w:t>
      </w:r>
      <w:r>
        <w:rPr>
          <w:rFonts w:ascii="Times New Roman" w:hAnsi="Times New Roman" w:eastAsia="Times New Roman" w:cs="Times New Roman"/>
        </w:rPr>
        <w:t xml:space="preserve"> </w:t>
      </w:r>
      <w:r>
        <w:rPr>
          <w:rFonts w:ascii="Nirmala UI" w:hAnsi="Nirmala UI" w:eastAsia="Nirmala UI" w:cs="Nirmala UI"/>
        </w:rPr>
        <w:t>ᱟᱹᱰᱤ</w:t>
      </w:r>
      <w:r>
        <w:rPr>
          <w:rFonts w:ascii="Times New Roman" w:hAnsi="Times New Roman" w:eastAsia="Times New Roman" w:cs="Times New Roman"/>
        </w:rPr>
        <w:t xml:space="preserve"> </w:t>
      </w:r>
      <w:r>
        <w:rPr>
          <w:rFonts w:ascii="Nirmala UI" w:hAnsi="Nirmala UI" w:eastAsia="Nirmala UI" w:cs="Nirmala UI"/>
        </w:rPr>
        <w:t>ᱵᱚᱪᱷᱚᱨ</w:t>
      </w:r>
      <w:r>
        <w:rPr>
          <w:rFonts w:ascii="Times New Roman" w:hAnsi="Times New Roman" w:eastAsia="Times New Roman" w:cs="Times New Roman"/>
        </w:rPr>
        <w:t xml:space="preserve"> </w:t>
      </w:r>
      <w:r>
        <w:rPr>
          <w:rFonts w:ascii="Nirmala UI" w:hAnsi="Nirmala UI" w:eastAsia="Nirmala UI" w:cs="Nirmala UI"/>
        </w:rPr>
        <w:t>ᱢᱟᱡᱷ</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ᱡᱟᱦᱟᱱᱟᱝ</w:t>
      </w:r>
      <w:r>
        <w:rPr>
          <w:rFonts w:ascii="Times New Roman" w:hAnsi="Times New Roman" w:eastAsia="Times New Roman" w:cs="Times New Roman"/>
        </w:rPr>
        <w:t xml:space="preserve"> </w:t>
      </w:r>
      <w:r>
        <w:rPr>
          <w:rFonts w:ascii="Nirmala UI" w:hAnsi="Nirmala UI" w:eastAsia="Nirmala UI" w:cs="Nirmala UI"/>
        </w:rPr>
        <w:t>ᱦᱩᱭ</w:t>
      </w:r>
      <w:r>
        <w:rPr>
          <w:rFonts w:ascii="Times New Roman" w:hAnsi="Times New Roman" w:eastAsia="Times New Roman" w:cs="Times New Roman"/>
        </w:rPr>
        <w:t xml:space="preserve"> </w:t>
      </w:r>
      <w:r>
        <w:rPr>
          <w:rFonts w:ascii="Nirmala UI" w:hAnsi="Nirmala UI" w:eastAsia="Nirmala UI" w:cs="Nirmala UI"/>
        </w:rPr>
        <w:t>ᱟᱠᱟᱱ</w:t>
      </w:r>
      <w:r>
        <w:rPr>
          <w:rFonts w:ascii="Times New Roman" w:hAnsi="Times New Roman" w:eastAsia="Times New Roman" w:cs="Times New Roman"/>
        </w:rPr>
        <w:t xml:space="preserve"> </w:t>
      </w:r>
      <w:r>
        <w:rPr>
          <w:rFonts w:ascii="Nirmala UI" w:hAnsi="Nirmala UI" w:eastAsia="Nirmala UI" w:cs="Nirmala UI"/>
        </w:rPr>
        <w:t>ᱵᱤᱥᱚᱭᱠᱚ</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ᱟᱢᱟᱜ</w:t>
      </w:r>
      <w:r>
        <w:rPr>
          <w:rFonts w:ascii="Times New Roman" w:hAnsi="Times New Roman" w:eastAsia="Times New Roman" w:cs="Times New Roman"/>
        </w:rPr>
        <w:t xml:space="preserve"> </w:t>
      </w:r>
      <w:r>
        <w:rPr>
          <w:rFonts w:ascii="Nirmala UI" w:hAnsi="Nirmala UI" w:eastAsia="Nirmala UI" w:cs="Nirmala UI"/>
        </w:rPr>
        <w:t>ᱥᱟᱵᱟᱛ</w:t>
      </w:r>
      <w:r>
        <w:rPr>
          <w:rFonts w:ascii="Times New Roman" w:hAnsi="Times New Roman" w:eastAsia="Times New Roman" w:cs="Times New Roman"/>
        </w:rPr>
        <w:t xml:space="preserve"> </w:t>
      </w:r>
      <w:r>
        <w:rPr>
          <w:rFonts w:ascii="Nirmala UI" w:hAnsi="Nirmala UI" w:eastAsia="Nirmala UI" w:cs="Nirmala UI"/>
        </w:rPr>
        <w:t>ᱥᱠᱩᱞ</w:t>
      </w:r>
      <w:r>
        <w:rPr>
          <w:rFonts w:ascii="Times New Roman" w:hAnsi="Times New Roman" w:eastAsia="Times New Roman" w:cs="Times New Roman"/>
        </w:rPr>
        <w:t xml:space="preserve"> </w:t>
      </w:r>
      <w:r>
        <w:rPr>
          <w:rFonts w:ascii="Nirmala UI" w:hAnsi="Nirmala UI" w:eastAsia="Nirmala UI" w:cs="Nirmala UI"/>
        </w:rPr>
        <w:t>ᱠᱣᱟᱨᱴᱚᱨᱞᱤ</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ᱟᱢᱟᱜ</w:t>
      </w:r>
      <w:r>
        <w:rPr>
          <w:rFonts w:ascii="Times New Roman" w:hAnsi="Times New Roman" w:eastAsia="Times New Roman" w:cs="Times New Roman"/>
        </w:rPr>
        <w:t xml:space="preserve"> </w:t>
      </w:r>
      <w:r>
        <w:rPr>
          <w:rFonts w:ascii="Nirmala UI" w:hAnsi="Nirmala UI" w:eastAsia="Nirmala UI" w:cs="Nirmala UI"/>
        </w:rPr>
        <w:t>ᱵᱷᱚᱵᱤᱥᱚᱛᱵᱟᱱᱤ</w:t>
      </w:r>
      <w:r>
        <w:rPr>
          <w:rFonts w:ascii="Times New Roman" w:hAnsi="Times New Roman" w:eastAsia="Times New Roman" w:cs="Times New Roman"/>
        </w:rPr>
        <w:t xml:space="preserve"> </w:t>
      </w:r>
      <w:r>
        <w:rPr>
          <w:rFonts w:ascii="Nirmala UI" w:hAnsi="Nirmala UI" w:eastAsia="Nirmala UI" w:cs="Nirmala UI"/>
        </w:rPr>
        <w:t>ᱟᱫᱷᱭᱟᱹᱭ</w:t>
      </w:r>
      <w:r>
        <w:rPr>
          <w:rFonts w:ascii="Times New Roman" w:hAnsi="Times New Roman" w:eastAsia="Times New Roman" w:cs="Times New Roman"/>
        </w:rPr>
        <w:t xml:space="preserve"> </w:t>
      </w:r>
      <w:r>
        <w:rPr>
          <w:rFonts w:ascii="Nirmala UI" w:hAnsi="Nirmala UI" w:eastAsia="Nirmala UI" w:cs="Nirmala UI"/>
        </w:rPr>
        <w:t>ᱛᱷᱟᱹᱣᱠᱟᱹᱜᱼᱟ</w:t>
      </w:r>
      <w:r>
        <w:rPr>
          <w:rFonts w:ascii="Times New Roman" w:hAnsi="Times New Roman" w:eastAsia="Times New Roman" w:cs="Times New Roman"/>
        </w:rPr>
        <w:t xml:space="preserve">, </w:t>
      </w:r>
      <w:r>
        <w:rPr>
          <w:rFonts w:ascii="Nirmala UI" w:hAnsi="Nirmala UI" w:eastAsia="Nirmala UI" w:cs="Nirmala UI"/>
        </w:rPr>
        <w:t>ᱠᱚᱣᱟᱨᱴᱚᱨᱞᱤ</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ᱵᱟᱝ</w:t>
      </w:r>
      <w:r>
        <w:rPr>
          <w:rFonts w:ascii="Times New Roman" w:hAnsi="Times New Roman" w:eastAsia="Times New Roman" w:cs="Times New Roman"/>
        </w:rPr>
        <w:t xml:space="preserve"> </w:t>
      </w:r>
      <w:r>
        <w:rPr>
          <w:rFonts w:ascii="Nirmala UI" w:hAnsi="Nirmala UI" w:eastAsia="Nirmala UI" w:cs="Nirmala UI"/>
        </w:rPr>
        <w:t>ᱪᱮᱫ</w:t>
      </w:r>
      <w:r>
        <w:rPr>
          <w:rFonts w:ascii="Times New Roman" w:hAnsi="Times New Roman" w:eastAsia="Times New Roman" w:cs="Times New Roman"/>
        </w:rPr>
        <w:t xml:space="preserve"> </w:t>
      </w:r>
      <w:r>
        <w:rPr>
          <w:rFonts w:ascii="Nirmala UI" w:hAnsi="Nirmala UI" w:eastAsia="Nirmala UI" w:cs="Nirmala UI"/>
        </w:rPr>
        <w:t>ᱟᱫᱚᱝ</w:t>
      </w:r>
      <w:r>
        <w:rPr>
          <w:rFonts w:ascii="Times New Roman" w:hAnsi="Times New Roman" w:eastAsia="Times New Roman" w:cs="Times New Roman"/>
        </w:rPr>
        <w:t xml:space="preserve"> </w:t>
      </w:r>
      <w:r>
        <w:rPr>
          <w:rFonts w:ascii="Nirmala UI" w:hAnsi="Nirmala UI" w:eastAsia="Nirmala UI" w:cs="Nirmala UI"/>
        </w:rPr>
        <w:t>ᱟᱹᱜᱩᱭᱟ</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“Kool-Aid”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ᱟᱞᱥᱮ</w:t>
      </w:r>
      <w:r>
        <w:rPr>
          <w:rFonts w:ascii="Times New Roman" w:hAnsi="Times New Roman" w:eastAsia="Times New Roman" w:cs="Times New Roman"/>
        </w:rPr>
        <w:t xml:space="preserve"> </w:t>
      </w:r>
      <w:r>
        <w:rPr>
          <w:rFonts w:ascii="Nirmala UI" w:hAnsi="Nirmala UI" w:eastAsia="Nirmala UI" w:cs="Nirmala UI"/>
        </w:rPr>
        <w:t>ᱩᱛᱩ</w:t>
      </w:r>
      <w:r>
        <w:rPr>
          <w:rFonts w:ascii="Times New Roman" w:hAnsi="Times New Roman" w:eastAsia="Times New Roman" w:cs="Times New Roman"/>
        </w:rPr>
        <w:t xml:space="preserve"> </w:t>
      </w:r>
      <w:r>
        <w:rPr>
          <w:rFonts w:ascii="Nirmala UI" w:hAnsi="Nirmala UI" w:eastAsia="Nirmala UI" w:cs="Nirmala UI"/>
        </w:rPr>
        <w:t>ᱢᱮᱫᱟᱠᱼᱟ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ᱯᱟᱥᱛᱚᱨᱠᱚ</w:t>
      </w:r>
      <w:r>
        <w:rPr>
          <w:rFonts w:ascii="Times New Roman" w:hAnsi="Times New Roman" w:eastAsia="Times New Roman" w:cs="Times New Roman"/>
        </w:rPr>
        <w:t xml:space="preserve"> </w:t>
      </w:r>
      <w:r>
        <w:rPr>
          <w:rFonts w:ascii="Nirmala UI" w:hAnsi="Nirmala UI" w:eastAsia="Nirmala UI" w:cs="Nirmala UI"/>
        </w:rPr>
        <w:t>ᱦᱚᱛᱮ</w:t>
      </w:r>
      <w:r>
        <w:rPr>
          <w:rFonts w:ascii="Times New Roman" w:hAnsi="Times New Roman" w:eastAsia="Times New Roman" w:cs="Times New Roman"/>
        </w:rPr>
        <w:t xml:space="preserve"> </w:t>
      </w:r>
      <w:r>
        <w:rPr>
          <w:rFonts w:ascii="Nirmala UI" w:hAnsi="Nirmala UI" w:eastAsia="Nirmala UI" w:cs="Nirmala UI"/>
        </w:rPr>
        <w:t>ᱥᱟᱹᱛᱤᱭᱟᱹᱣ</w:t>
      </w:r>
      <w:r>
        <w:rPr>
          <w:rFonts w:ascii="Times New Roman" w:hAnsi="Times New Roman" w:eastAsia="Times New Roman" w:cs="Times New Roman"/>
        </w:rPr>
        <w:t xml:space="preserve"> </w:t>
      </w:r>
      <w:r>
        <w:rPr>
          <w:rFonts w:ascii="Nirmala UI" w:hAnsi="Nirmala UI" w:eastAsia="Nirmala UI" w:cs="Nirmala UI"/>
        </w:rPr>
        <w:t>ᱦᱩᱭᱼᱟ</w:t>
      </w:r>
      <w:r>
        <w:rPr>
          <w:rFonts w:ascii="Times New Roman" w:hAnsi="Times New Roman" w:eastAsia="Times New Roman" w:cs="Times New Roman"/>
        </w:rPr>
        <w:t xml:space="preserve">, </w:t>
      </w:r>
      <w:r>
        <w:rPr>
          <w:rFonts w:ascii="Nirmala UI" w:hAnsi="Nirmala UI" w:eastAsia="Nirmala UI" w:cs="Nirmala UI"/>
        </w:rPr>
        <w:t>ᱡᱮᱠᱚ</w:t>
      </w:r>
      <w:r>
        <w:rPr>
          <w:rFonts w:ascii="Times New Roman" w:hAnsi="Times New Roman" w:eastAsia="Times New Roman" w:cs="Times New Roman"/>
        </w:rPr>
        <w:t xml:space="preserve"> </w:t>
      </w:r>
      <w:r>
        <w:rPr>
          <w:rFonts w:ascii="Nirmala UI" w:hAnsi="Nirmala UI" w:eastAsia="Nirmala UI" w:cs="Nirmala UI"/>
        </w:rPr>
        <w:t>ᱟᱯᱱᱟᱨ</w:t>
      </w:r>
      <w:r>
        <w:rPr>
          <w:rFonts w:ascii="Times New Roman" w:hAnsi="Times New Roman" w:eastAsia="Times New Roman" w:cs="Times New Roman"/>
        </w:rPr>
        <w:t xml:space="preserve"> </w:t>
      </w:r>
      <w:r>
        <w:rPr>
          <w:rFonts w:ascii="Nirmala UI" w:hAnsi="Nirmala UI" w:eastAsia="Nirmala UI" w:cs="Nirmala UI"/>
        </w:rPr>
        <w:t>ᱵᱷᱤᱛᱨᱤᱱ</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ᱥᱚᱡᱚᱛᱟ</w:t>
      </w:r>
      <w:r>
        <w:rPr>
          <w:rFonts w:ascii="Times New Roman" w:hAnsi="Times New Roman" w:eastAsia="Times New Roman" w:cs="Times New Roman"/>
        </w:rPr>
        <w:t xml:space="preserve"> </w:t>
      </w:r>
      <w:r>
        <w:rPr>
          <w:rFonts w:ascii="Nirmala UI" w:hAnsi="Nirmala UI" w:eastAsia="Nirmala UI" w:cs="Nirmala UI"/>
        </w:rPr>
        <w:t>ᱵᱟᱹᱱᱩᱜᱼᱟ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ᱵᱤᱥᱚᱭ</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ᱥᱤᱥᱴᱚᱨ</w:t>
      </w:r>
      <w:r>
        <w:rPr>
          <w:rFonts w:ascii="Times New Roman" w:hAnsi="Times New Roman" w:eastAsia="Times New Roman" w:cs="Times New Roman"/>
        </w:rPr>
        <w:t xml:space="preserve"> </w:t>
      </w:r>
      <w:r>
        <w:rPr>
          <w:rFonts w:ascii="Nirmala UI" w:hAnsi="Nirmala UI" w:eastAsia="Nirmala UI" w:cs="Nirmala UI"/>
        </w:rPr>
        <w:t>ᱣᱦᱟᱭᱤᱴ</w:t>
      </w:r>
      <w:r>
        <w:rPr>
          <w:rFonts w:ascii="Times New Roman" w:hAnsi="Times New Roman" w:eastAsia="Times New Roman" w:cs="Times New Roman"/>
        </w:rPr>
        <w:t xml:space="preserve"> </w:t>
      </w:r>
      <w:r>
        <w:rPr>
          <w:rFonts w:ascii="Nirmala UI" w:hAnsi="Nirmala UI" w:eastAsia="Nirmala UI" w:cs="Nirmala UI"/>
        </w:rPr>
        <w:t>ᱟᱢ</w:t>
      </w:r>
      <w:r>
        <w:rPr>
          <w:rFonts w:ascii="Times New Roman" w:hAnsi="Times New Roman" w:eastAsia="Times New Roman" w:cs="Times New Roman"/>
        </w:rPr>
        <w:t xml:space="preserve"> </w:t>
      </w:r>
      <w:r>
        <w:rPr>
          <w:rFonts w:ascii="Nirmala UI" w:hAnsi="Nirmala UI" w:eastAsia="Nirmala UI" w:cs="Nirmala UI"/>
        </w:rPr>
        <w:t>ᱢᱚᱱᱛᱚᱵᱽᱭᱚ</w:t>
      </w:r>
      <w:r>
        <w:rPr>
          <w:rFonts w:ascii="Times New Roman" w:hAnsi="Times New Roman" w:eastAsia="Times New Roman" w:cs="Times New Roman"/>
        </w:rPr>
        <w:t xml:space="preserve"> </w:t>
      </w:r>
      <w:r>
        <w:rPr>
          <w:rFonts w:ascii="Nirmala UI" w:hAnsi="Nirmala UI" w:eastAsia="Nirmala UI" w:cs="Nirmala UI"/>
        </w:rPr>
        <w:t>ᱠᱷᱚᱱ</w:t>
      </w:r>
      <w:r>
        <w:rPr>
          <w:rFonts w:ascii="Times New Roman" w:hAnsi="Times New Roman" w:eastAsia="Times New Roman" w:cs="Times New Roman"/>
        </w:rPr>
        <w:t xml:space="preserve"> </w:t>
      </w:r>
      <w:r>
        <w:rPr>
          <w:rFonts w:ascii="Nirmala UI" w:hAnsi="Nirmala UI" w:eastAsia="Nirmala UI" w:cs="Nirmala UI"/>
        </w:rPr>
        <w:t>ᱡᱟᱦᱟᱱ</w:t>
      </w:r>
      <w:r>
        <w:rPr>
          <w:rFonts w:ascii="Times New Roman" w:hAnsi="Times New Roman" w:eastAsia="Times New Roman" w:cs="Times New Roman"/>
        </w:rPr>
        <w:t xml:space="preserve"> </w:t>
      </w:r>
      <w:r>
        <w:rPr>
          <w:rFonts w:ascii="Nirmala UI" w:hAnsi="Nirmala UI" w:eastAsia="Nirmala UI" w:cs="Nirmala UI"/>
        </w:rPr>
        <w:t>ᱤᱱᱯᱩᱴ</w:t>
      </w:r>
      <w:r>
        <w:rPr>
          <w:rFonts w:ascii="Times New Roman" w:hAnsi="Times New Roman" w:eastAsia="Times New Roman" w:cs="Times New Roman"/>
        </w:rPr>
        <w:t xml:space="preserve"> </w:t>
      </w:r>
      <w:r>
        <w:rPr>
          <w:rFonts w:ascii="Nirmala UI" w:hAnsi="Nirmala UI" w:eastAsia="Nirmala UI" w:cs="Nirmala UI"/>
        </w:rPr>
        <w:t>ᱟᱹᱜᱩᱣᱟ</w:t>
      </w:r>
      <w:r>
        <w:rPr>
          <w:rFonts w:ascii="Times New Roman" w:hAnsi="Times New Roman" w:eastAsia="Times New Roman" w:cs="Times New Roman"/>
        </w:rPr>
        <w:t xml:space="preserve"> </w:t>
      </w:r>
      <w:r>
        <w:rPr>
          <w:rFonts w:ascii="Nirmala UI" w:hAnsi="Nirmala UI" w:eastAsia="Nirmala UI" w:cs="Nirmala UI"/>
        </w:rPr>
        <w:t>ᱦᱚᱪᱚ</w:t>
      </w:r>
      <w:r>
        <w:rPr>
          <w:rFonts w:ascii="Times New Roman" w:hAnsi="Times New Roman" w:eastAsia="Times New Roman" w:cs="Times New Roman"/>
        </w:rPr>
        <w:t xml:space="preserve"> </w:t>
      </w:r>
      <w:r>
        <w:rPr>
          <w:rFonts w:ascii="Nirmala UI" w:hAnsi="Nirmala UI" w:eastAsia="Nirmala UI" w:cs="Nirmala UI"/>
        </w:rPr>
        <w:t>ᱫᱮᱭᱟᱢ।</w:t>
      </w:r>
    </w:p>
    <w:p>
      <w:pPr>
        <w:pStyle w:val="ArticleBody"/>
        <w:jc w:val="left"/>
      </w:pPr>
      <w:r>
        <w:rPr>
          <w:rFonts w:ascii="Times New Roman" w:hAnsi="Times New Roman" w:eastAsia="Times New Roman" w:cs="Times New Roman"/>
        </w:rPr>
        <w:t>Kasaysayan ti panagbinnusor maipanggep iti “inaldaw” dimteng iti panagballigi a punto iti agarup 1911, idi a direkta nga imbaga ni Sister White a dagidiay nangilaksid iti pannakaawat dagiti nagruna a pionero iti “inaldaw” a kas pagano a kinapudno, ken nga isursuroda a ti “inaldaw” ket itakderna ti panagministro ni Cristo iti santuario, ket naawatda dayta a pannakaawat manipud kadagiti “anghel a naipapanaw manipud langit” (20 MR 17).</w:t>
      </w:r>
    </w:p>
    <w:p>
      <w:pPr>
        <w:pStyle w:val="ArticleBody"/>
        <w:jc w:val="left"/>
      </w:pPr>
      <w:r>
        <w:rPr>
          <w:rFonts w:ascii="Times New Roman" w:hAnsi="Times New Roman" w:eastAsia="Times New Roman" w:cs="Times New Roman"/>
        </w:rPr>
        <w:t>"</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ᎨᏒ</w:t>
      </w:r>
      <w:r>
        <w:rPr>
          <w:rFonts w:ascii="Times New Roman" w:hAnsi="Times New Roman" w:eastAsia="Times New Roman" w:cs="Times New Roman"/>
        </w:rPr>
        <w:t xml:space="preserve"> ‘</w:t>
      </w:r>
      <w:r>
        <w:rPr>
          <w:rFonts w:ascii="Gadugi" w:hAnsi="Gadugi" w:eastAsia="Gadugi" w:cs="Gadugi"/>
        </w:rPr>
        <w:t>ᎤᏓᏅᏒ</w:t>
      </w:r>
      <w:r>
        <w:rPr>
          <w:rFonts w:ascii="Times New Roman" w:hAnsi="Times New Roman" w:eastAsia="Times New Roman" w:cs="Times New Roman"/>
        </w:rPr>
        <w:t xml:space="preserve"> </w:t>
      </w:r>
      <w:r>
        <w:rPr>
          <w:rFonts w:ascii="Gadugi" w:hAnsi="Gadugi" w:eastAsia="Gadugi" w:cs="Gadugi"/>
        </w:rPr>
        <w:t>ᏂᏚᎩᏂᏒᎢ</w:t>
      </w:r>
      <w:r>
        <w:rPr>
          <w:rFonts w:ascii="Times New Roman" w:hAnsi="Times New Roman" w:eastAsia="Times New Roman" w:cs="Times New Roman"/>
        </w:rPr>
        <w:t xml:space="preserve">’ </w:t>
      </w:r>
      <w:r>
        <w:rPr>
          <w:rFonts w:ascii="Gadugi" w:hAnsi="Gadugi" w:eastAsia="Gadugi" w:cs="Gadugi"/>
        </w:rPr>
        <w:t>ᎤᎬᏫᏳᎯ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ᏚᏙᎥ</w:t>
      </w:r>
      <w:r>
        <w:rPr>
          <w:rFonts w:ascii="Times New Roman" w:hAnsi="Times New Roman" w:eastAsia="Times New Roman" w:cs="Times New Roman"/>
        </w:rPr>
        <w:t xml:space="preserve"> </w:t>
      </w:r>
      <w:r>
        <w:rPr>
          <w:rFonts w:ascii="Gadugi" w:hAnsi="Gadugi" w:eastAsia="Gadugi" w:cs="Gadugi"/>
        </w:rPr>
        <w:t>ᎤᏛᏅᏍᏔᏅ</w:t>
      </w:r>
      <w:r>
        <w:rPr>
          <w:rFonts w:ascii="Times New Roman" w:hAnsi="Times New Roman" w:eastAsia="Times New Roman" w:cs="Times New Roman"/>
        </w:rPr>
        <w:t xml:space="preserve"> </w:t>
      </w:r>
      <w:r>
        <w:rPr>
          <w:rFonts w:ascii="Gadugi" w:hAnsi="Gadugi" w:eastAsia="Gadugi" w:cs="Gadugi"/>
        </w:rPr>
        <w:t>ᎤᏣᏘ</w:t>
      </w:r>
      <w:r>
        <w:rPr>
          <w:rFonts w:ascii="Times New Roman" w:hAnsi="Times New Roman" w:eastAsia="Times New Roman" w:cs="Times New Roman"/>
        </w:rPr>
        <w:t xml:space="preserve"> </w:t>
      </w:r>
      <w:r>
        <w:rPr>
          <w:rFonts w:ascii="Gadugi" w:hAnsi="Gadugi" w:eastAsia="Gadugi" w:cs="Gadugi"/>
        </w:rPr>
        <w:t>ᎤᏍᏗ</w:t>
      </w:r>
      <w:r>
        <w:rPr>
          <w:rFonts w:ascii="Times New Roman" w:hAnsi="Times New Roman" w:eastAsia="Times New Roman" w:cs="Times New Roman"/>
        </w:rPr>
        <w:t xml:space="preserve"> </w:t>
      </w:r>
      <w:r>
        <w:rPr>
          <w:rFonts w:ascii="Gadugi" w:hAnsi="Gadugi" w:eastAsia="Gadugi" w:cs="Gadugi"/>
        </w:rPr>
        <w:t>ᏱᏓᏟᎶᏍᏔᏅ</w:t>
      </w:r>
      <w:r>
        <w:rPr>
          <w:rFonts w:ascii="Times New Roman" w:hAnsi="Times New Roman" w:eastAsia="Times New Roman" w:cs="Times New Roman"/>
        </w:rPr>
        <w:t xml:space="preserve"> </w:t>
      </w:r>
      <w:r>
        <w:rPr>
          <w:rFonts w:ascii="Gadugi" w:hAnsi="Gadugi" w:eastAsia="Gadugi" w:cs="Gadugi"/>
        </w:rPr>
        <w:t>ᏗᏓᏓᏁᎸᎯ</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ᏥᏍᎩ</w:t>
      </w:r>
      <w:r>
        <w:rPr>
          <w:rFonts w:ascii="Times New Roman" w:hAnsi="Times New Roman" w:eastAsia="Times New Roman" w:cs="Times New Roman"/>
        </w:rPr>
        <w:t xml:space="preserve"> </w:t>
      </w:r>
      <w:r>
        <w:rPr>
          <w:rFonts w:ascii="Gadugi" w:hAnsi="Gadugi" w:eastAsia="Gadugi" w:cs="Gadugi"/>
        </w:rPr>
        <w:t>ᏕᎦᏁᎶᏗ</w:t>
      </w:r>
      <w:r>
        <w:rPr>
          <w:rFonts w:ascii="Times New Roman" w:hAnsi="Times New Roman" w:eastAsia="Times New Roman" w:cs="Times New Roman"/>
        </w:rPr>
        <w:t xml:space="preserve"> </w:t>
      </w:r>
      <w:r>
        <w:rPr>
          <w:rFonts w:ascii="Gadugi" w:hAnsi="Gadugi" w:eastAsia="Gadugi" w:cs="Gadugi"/>
        </w:rPr>
        <w:t>ᎤᏕᏲᏅ</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ᎢᏳᏪᏛ</w:t>
      </w:r>
      <w:r>
        <w:rPr>
          <w:rFonts w:ascii="Times New Roman" w:hAnsi="Times New Roman" w:eastAsia="Times New Roman" w:cs="Times New Roman"/>
        </w:rPr>
        <w:t xml:space="preserve"> </w:t>
      </w:r>
      <w:r>
        <w:rPr>
          <w:rFonts w:ascii="Gadugi" w:hAnsi="Gadugi" w:eastAsia="Gadugi" w:cs="Gadugi"/>
        </w:rPr>
        <w:t>ᏗᏂᎦᏛᎯ</w:t>
      </w:r>
      <w:r>
        <w:rPr>
          <w:rFonts w:ascii="Times New Roman" w:hAnsi="Times New Roman" w:eastAsia="Times New Roman" w:cs="Times New Roman"/>
        </w:rPr>
        <w:t xml:space="preserve"> ‘</w:t>
      </w:r>
      <w:r>
        <w:rPr>
          <w:rFonts w:ascii="Gadugi" w:hAnsi="Gadugi" w:eastAsia="Gadugi" w:cs="Gadugi"/>
        </w:rPr>
        <w:t>ᏗᎸᎶᏗ</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ᏧᏂᏘᏃᎮᎭ</w:t>
      </w:r>
      <w:r>
        <w:rPr>
          <w:rFonts w:ascii="Times New Roman" w:hAnsi="Times New Roman" w:eastAsia="Times New Roman" w:cs="Times New Roman"/>
        </w:rPr>
        <w:t xml:space="preserve">’ </w:t>
      </w:r>
      <w:r>
        <w:rPr>
          <w:rFonts w:ascii="Gadugi" w:hAnsi="Gadugi" w:eastAsia="Gadugi" w:cs="Gadugi"/>
        </w:rPr>
        <w:t>ᏚᏂᏘᏃᎮᎭ</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ᏭᏌᎵᎻ</w:t>
      </w:r>
      <w:r>
        <w:rPr>
          <w:rFonts w:ascii="Times New Roman" w:hAnsi="Times New Roman" w:eastAsia="Times New Roman" w:cs="Times New Roman"/>
        </w:rPr>
        <w:t xml:space="preserve"> </w:t>
      </w:r>
      <w:r>
        <w:rPr>
          <w:rFonts w:ascii="Gadugi" w:hAnsi="Gadugi" w:eastAsia="Gadugi" w:cs="Gadugi"/>
        </w:rPr>
        <w:t>ᎻᎳ</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ᏗᏂᎸᎶᏗ</w:t>
      </w:r>
      <w:r>
        <w:rPr>
          <w:rFonts w:ascii="Times New Roman" w:hAnsi="Times New Roman" w:eastAsia="Times New Roman" w:cs="Times New Roman"/>
        </w:rPr>
        <w:t xml:space="preserve"> </w:t>
      </w:r>
      <w:r>
        <w:rPr>
          <w:rFonts w:ascii="Gadugi" w:hAnsi="Gadugi" w:eastAsia="Gadugi" w:cs="Gadugi"/>
        </w:rPr>
        <w:t>ᎨᎦᏄᎪᏫᏎᎸ</w:t>
      </w:r>
      <w:r>
        <w:rPr>
          <w:rFonts w:ascii="Times New Roman" w:hAnsi="Times New Roman" w:eastAsia="Times New Roman" w:cs="Times New Roman"/>
        </w:rPr>
        <w:t xml:space="preserve"> </w:t>
      </w:r>
      <w:r>
        <w:rPr>
          <w:rFonts w:ascii="Gadugi" w:hAnsi="Gadugi" w:eastAsia="Gadugi" w:cs="Gadugi"/>
        </w:rPr>
        <w:t>ᎦᎸᎳᏗ</w:t>
      </w:r>
      <w:r>
        <w:rPr>
          <w:rFonts w:ascii="Times New Roman" w:hAnsi="Times New Roman" w:eastAsia="Times New Roman" w:cs="Times New Roman"/>
        </w:rPr>
        <w:t xml:space="preserve">’ </w:t>
      </w:r>
      <w:r>
        <w:rPr>
          <w:rFonts w:ascii="Gadugi" w:hAnsi="Gadugi" w:eastAsia="Gadugi" w:cs="Gadugi"/>
        </w:rPr>
        <w:t>ᏗᏂᏘᏃᎮᎭ</w:t>
      </w:r>
      <w:r>
        <w:rPr>
          <w:rFonts w:ascii="Times New Roman" w:hAnsi="Times New Roman" w:eastAsia="Times New Roman" w:cs="Times New Roman"/>
        </w:rPr>
        <w:t xml:space="preserve"> </w:t>
      </w:r>
      <w:r>
        <w:rPr>
          <w:rFonts w:ascii="Gadugi" w:hAnsi="Gadugi" w:eastAsia="Gadugi" w:cs="Gadugi"/>
        </w:rPr>
        <w:t>ᏧᏂᏅᏙ</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ᎢᏳᏪᏛ</w:t>
      </w:r>
      <w:r>
        <w:rPr>
          <w:rFonts w:ascii="Times New Roman" w:hAnsi="Times New Roman" w:eastAsia="Times New Roman" w:cs="Times New Roman"/>
        </w:rPr>
        <w:t xml:space="preserve"> </w:t>
      </w:r>
      <w:r>
        <w:rPr>
          <w:rFonts w:ascii="Gadugi" w:hAnsi="Gadugi" w:eastAsia="Gadugi" w:cs="Gadugi"/>
        </w:rPr>
        <w:t>ᎠᏂᏕᎲᎢ</w:t>
      </w:r>
      <w:r>
        <w:rPr>
          <w:rFonts w:ascii="Times New Roman" w:hAnsi="Times New Roman" w:eastAsia="Times New Roman" w:cs="Times New Roman"/>
        </w:rPr>
        <w:t xml:space="preserve"> ‘</w:t>
      </w:r>
      <w:r>
        <w:rPr>
          <w:rFonts w:ascii="Gadugi" w:hAnsi="Gadugi" w:eastAsia="Gadugi" w:cs="Gadugi"/>
        </w:rPr>
        <w:t>ᎤᏓᏅᏒ</w:t>
      </w:r>
      <w:r>
        <w:rPr>
          <w:rFonts w:ascii="Times New Roman" w:hAnsi="Times New Roman" w:eastAsia="Times New Roman" w:cs="Times New Roman"/>
        </w:rPr>
        <w:t xml:space="preserve"> </w:t>
      </w:r>
      <w:r>
        <w:rPr>
          <w:rFonts w:ascii="Gadugi" w:hAnsi="Gadugi" w:eastAsia="Gadugi" w:cs="Gadugi"/>
        </w:rPr>
        <w:t>ᏂᏚᎩᏂᏒᎢ</w:t>
      </w:r>
      <w:r>
        <w:rPr>
          <w:rFonts w:ascii="Times New Roman" w:hAnsi="Times New Roman" w:eastAsia="Times New Roman" w:cs="Times New Roman"/>
        </w:rPr>
        <w:t xml:space="preserve">’ </w:t>
      </w:r>
      <w:r>
        <w:rPr>
          <w:rFonts w:ascii="Gadugi" w:hAnsi="Gadugi" w:eastAsia="Gadugi" w:cs="Gadugi"/>
        </w:rPr>
        <w:t>ᎦᎶᏁᏛ</w:t>
      </w:r>
      <w:r>
        <w:rPr>
          <w:rFonts w:ascii="Times New Roman" w:hAnsi="Times New Roman" w:eastAsia="Times New Roman" w:cs="Times New Roman"/>
        </w:rPr>
        <w:t xml:space="preserve"> </w:t>
      </w:r>
      <w:r>
        <w:rPr>
          <w:rFonts w:ascii="Gadugi" w:hAnsi="Gadugi" w:eastAsia="Gadugi" w:cs="Gadugi"/>
        </w:rPr>
        <w:t>ᎦᎸᎶᏗ</w:t>
      </w:r>
      <w:r>
        <w:rPr>
          <w:rFonts w:ascii="Times New Roman" w:hAnsi="Times New Roman" w:eastAsia="Times New Roman" w:cs="Times New Roman"/>
        </w:rPr>
        <w:t xml:space="preserve"> </w:t>
      </w:r>
      <w:r>
        <w:rPr>
          <w:rFonts w:ascii="Gadugi" w:hAnsi="Gadugi" w:eastAsia="Gadugi" w:cs="Gadugi"/>
        </w:rPr>
        <w:t>ᎤᏤᎵᎦ</w:t>
      </w:r>
      <w:r>
        <w:rPr>
          <w:rFonts w:ascii="Times New Roman" w:hAnsi="Times New Roman" w:eastAsia="Times New Roman" w:cs="Times New Roman"/>
        </w:rPr>
        <w:t xml:space="preserve"> </w:t>
      </w: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ᎠᏓᏛᏗᏍᎩ</w:t>
      </w:r>
      <w:r>
        <w:rPr>
          <w:rFonts w:ascii="Times New Roman" w:hAnsi="Times New Roman" w:eastAsia="Times New Roman" w:cs="Times New Roman"/>
        </w:rPr>
        <w:t xml:space="preserve"> </w:t>
      </w:r>
      <w:r>
        <w:rPr>
          <w:rFonts w:ascii="Gadugi" w:hAnsi="Gadugi" w:eastAsia="Gadugi" w:cs="Gadugi"/>
        </w:rPr>
        <w:t>ᏕᎤᏙᎥ</w:t>
      </w:r>
      <w:r>
        <w:rPr>
          <w:rFonts w:ascii="Times New Roman" w:hAnsi="Times New Roman" w:eastAsia="Times New Roman" w:cs="Times New Roman"/>
        </w:rPr>
        <w:t xml:space="preserve"> </w:t>
      </w:r>
      <w:r>
        <w:rPr>
          <w:rFonts w:ascii="Gadugi" w:hAnsi="Gadugi" w:eastAsia="Gadugi" w:cs="Gadugi"/>
        </w:rPr>
        <w:t>ᎤᏚᎩ</w:t>
      </w:r>
      <w:r>
        <w:rPr>
          <w:rFonts w:ascii="Times New Roman" w:hAnsi="Times New Roman" w:eastAsia="Times New Roman" w:cs="Times New Roman"/>
        </w:rPr>
        <w:t>. ‘</w:t>
      </w:r>
      <w:r>
        <w:rPr>
          <w:rFonts w:ascii="Gadugi" w:hAnsi="Gadugi" w:eastAsia="Gadugi" w:cs="Gadugi"/>
        </w:rPr>
        <w:t>ᎤᏓᏅᏒ</w:t>
      </w:r>
      <w:r>
        <w:rPr>
          <w:rFonts w:ascii="Times New Roman" w:hAnsi="Times New Roman" w:eastAsia="Times New Roman" w:cs="Times New Roman"/>
        </w:rPr>
        <w:t xml:space="preserve"> </w:t>
      </w:r>
      <w:r>
        <w:rPr>
          <w:rFonts w:ascii="Gadugi" w:hAnsi="Gadugi" w:eastAsia="Gadugi" w:cs="Gadugi"/>
        </w:rPr>
        <w:t>ᏂᏚᎩᏂᏒᎢ</w:t>
      </w:r>
      <w:r>
        <w:rPr>
          <w:rFonts w:ascii="Times New Roman" w:hAnsi="Times New Roman" w:eastAsia="Times New Roman" w:cs="Times New Roman"/>
        </w:rPr>
        <w:t xml:space="preserve">’ </w:t>
      </w:r>
      <w:r>
        <w:rPr>
          <w:rFonts w:ascii="Gadugi" w:hAnsi="Gadugi" w:eastAsia="Gadugi" w:cs="Gadugi"/>
        </w:rPr>
        <w:t>ᎤᏙᎯᏳᎯ</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ᎯᎠ</w:t>
      </w:r>
      <w:r>
        <w:rPr>
          <w:rFonts w:ascii="Times New Roman" w:hAnsi="Times New Roman" w:eastAsia="Times New Roman" w:cs="Times New Roman"/>
        </w:rPr>
        <w:t xml:space="preserve"> </w:t>
      </w:r>
      <w:r>
        <w:rPr>
          <w:rFonts w:ascii="Gadugi" w:hAnsi="Gadugi" w:eastAsia="Gadugi" w:cs="Gadugi"/>
        </w:rPr>
        <w:t>ᏂᎬᏁᎸ</w:t>
      </w:r>
      <w:r>
        <w:rPr>
          <w:rFonts w:ascii="Times New Roman" w:hAnsi="Times New Roman" w:eastAsia="Times New Roman" w:cs="Times New Roman"/>
        </w:rPr>
        <w:t xml:space="preserve"> </w:t>
      </w:r>
      <w:r>
        <w:rPr>
          <w:rFonts w:ascii="Gadugi" w:hAnsi="Gadugi" w:eastAsia="Gadugi" w:cs="Gadugi"/>
        </w:rPr>
        <w:t>ᎠᏂᏰᎵ</w:t>
      </w:r>
      <w:r>
        <w:rPr>
          <w:rFonts w:ascii="Times New Roman" w:hAnsi="Times New Roman" w:eastAsia="Times New Roman" w:cs="Times New Roman"/>
        </w:rPr>
        <w:t xml:space="preserve"> </w:t>
      </w:r>
      <w:r>
        <w:rPr>
          <w:rFonts w:ascii="Gadugi" w:hAnsi="Gadugi" w:eastAsia="Gadugi" w:cs="Gadugi"/>
        </w:rPr>
        <w:t>ᎤᎾᏓᏃᎸᎢ</w:t>
      </w:r>
      <w:r>
        <w:rPr>
          <w:rFonts w:ascii="Times New Roman" w:hAnsi="Times New Roman" w:eastAsia="Times New Roman" w:cs="Times New Roman"/>
        </w:rPr>
        <w:t xml:space="preserve"> </w:t>
      </w:r>
      <w:r>
        <w:rPr>
          <w:rFonts w:ascii="Gadugi" w:hAnsi="Gadugi" w:eastAsia="Gadugi" w:cs="Gadugi"/>
        </w:rPr>
        <w:t>ᎾᎯᏳ</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ᎨᏎᎢ</w:t>
      </w:r>
      <w:r>
        <w:rPr>
          <w:rFonts w:ascii="Times New Roman" w:hAnsi="Times New Roman" w:eastAsia="Times New Roman" w:cs="Times New Roman"/>
        </w:rPr>
        <w:t xml:space="preserve"> </w:t>
      </w:r>
      <w:r>
        <w:rPr>
          <w:rFonts w:ascii="Gadugi" w:hAnsi="Gadugi" w:eastAsia="Gadugi" w:cs="Gadugi"/>
        </w:rPr>
        <w:t>ᎤᏍᏆᏂᎪᏗ</w:t>
      </w:r>
      <w:r>
        <w:rPr>
          <w:rFonts w:ascii="Times New Roman" w:hAnsi="Times New Roman" w:eastAsia="Times New Roman" w:cs="Times New Roman"/>
        </w:rPr>
        <w:t xml:space="preserve"> </w:t>
      </w:r>
      <w:r>
        <w:rPr>
          <w:rFonts w:ascii="Gadugi" w:hAnsi="Gadugi" w:eastAsia="Gadugi" w:cs="Gadugi"/>
        </w:rPr>
        <w:t>ᎤᏂᏲᎵᏒᎢ</w:t>
      </w:r>
      <w:r>
        <w:rPr>
          <w:rFonts w:ascii="Times New Roman" w:hAnsi="Times New Roman" w:eastAsia="Times New Roman" w:cs="Times New Roman"/>
        </w:rPr>
        <w:t xml:space="preserve">, </w:t>
      </w:r>
      <w:r>
        <w:rPr>
          <w:rFonts w:ascii="Gadugi" w:hAnsi="Gadugi" w:eastAsia="Gadugi" w:cs="Gadugi"/>
        </w:rPr>
        <w:t>ᏭᏌᎵᎻ</w:t>
      </w:r>
      <w:r>
        <w:rPr>
          <w:rFonts w:ascii="Times New Roman" w:hAnsi="Times New Roman" w:eastAsia="Times New Roman" w:cs="Times New Roman"/>
        </w:rPr>
        <w:t xml:space="preserve"> </w:t>
      </w:r>
      <w:r>
        <w:rPr>
          <w:rFonts w:ascii="Gadugi" w:hAnsi="Gadugi" w:eastAsia="Gadugi" w:cs="Gadugi"/>
        </w:rPr>
        <w:t>ᎻᎳ</w:t>
      </w:r>
      <w:r>
        <w:rPr>
          <w:rFonts w:ascii="Times New Roman" w:hAnsi="Times New Roman" w:eastAsia="Times New Roman" w:cs="Times New Roman"/>
        </w:rPr>
        <w:t xml:space="preserve"> </w:t>
      </w:r>
      <w:r>
        <w:rPr>
          <w:rFonts w:ascii="Gadugi" w:hAnsi="Gadugi" w:eastAsia="Gadugi" w:cs="Gadugi"/>
        </w:rPr>
        <w:t>ᎤᏩᏛᏔᏁᎢ</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«Man̄ kān for ān dam, va hīč mawrid-e dīgarī na-yāftam ke ān [“har-rūzī”] dar ān āmadé bāshad, juz dar Dāniyāl. Āngāh [ba yārī-ye yek hamāhangī-ye lafaẓī] ān kalimātī rā ke bā ān dar ertebāṭ būdand, gereftam: “bar-dāshtan;” ū har-rūzī rā bar-mī-dārad; “az zamānī ke har-rūzī bar-dāshte shavad,” va ghayreh. Bāz ham khāndam, va pāndāshtam ke hīč nūrī bar īn matn na-khāham yāft; saranjām be 2 Tassālūnikiyān 2:7, 8 residam: “zīrā rāz-e bedīnī ham-aknūn nīz dar kār ast; faqaṭ ān kas ke al-ān māne‘ ast, māne‘ khāhad būd tā āngāh ke az miyān bar-dāshte shavad, va āngāh ān sharīr āshkār khāhad shod,” va ghayreh. Va chun be ān matn residam, āh، che sādeh va purnūr ān ḥaqīqat namūdār gardīd! Ān-jāst! Ān hamān har-rūzī ast! Khob, aknūn Pūlus az “ān kas ke al-ān māne‘ ast,” yā bāz-mī-dārad, che mī-khāhad begūyad? Az “mard-e gunāh” va “āng sharīr,” pāpīyyat morād ast. Pas, ān chīst ke māne‘ az āshkār shodan-e pāpīyyat mī-gardad? Cherā, ān but-parastī ast; pas, “har-rūzī” bāyad be ma‘nā-ye but-parastī bāshad.» Second Advent Manual, 66.</w:t>
      </w:r>
    </w:p>
    <w:p>
      <w:pPr>
        <w:pStyle w:val="ArticleBody"/>
        <w:jc w:val="left"/>
      </w:pPr>
      <w:r>
        <w:rPr>
          <w:rFonts w:ascii="Ebrima" w:hAnsi="Ebrima" w:eastAsia="Ebrima" w:cs="Ebrima"/>
        </w:rPr>
        <w:t>ሚለር</w:t>
      </w:r>
      <w:r>
        <w:rPr>
          <w:rFonts w:ascii="Times New Roman" w:hAnsi="Times New Roman" w:eastAsia="Times New Roman" w:cs="Times New Roman"/>
        </w:rPr>
        <w:t xml:space="preserve"> “</w:t>
      </w:r>
      <w:r>
        <w:rPr>
          <w:rFonts w:ascii="Ebrima" w:hAnsi="Ebrima" w:eastAsia="Ebrima" w:cs="Ebrima"/>
        </w:rPr>
        <w:t>የዕለቱ</w:t>
      </w:r>
      <w:r>
        <w:rPr>
          <w:rFonts w:ascii="Times New Roman" w:hAnsi="Times New Roman" w:eastAsia="Times New Roman" w:cs="Times New Roman"/>
        </w:rPr>
        <w:t xml:space="preserve">” </w:t>
      </w:r>
      <w:r>
        <w:rPr>
          <w:rFonts w:ascii="Ebrima" w:hAnsi="Ebrima" w:eastAsia="Ebrima" w:cs="Ebrima"/>
        </w:rPr>
        <w:t>ፓጋኒዝምን</w:t>
      </w:r>
      <w:r>
        <w:rPr>
          <w:rFonts w:ascii="Times New Roman" w:hAnsi="Times New Roman" w:eastAsia="Times New Roman" w:cs="Times New Roman"/>
        </w:rPr>
        <w:t xml:space="preserve"> </w:t>
      </w:r>
      <w:r>
        <w:rPr>
          <w:rFonts w:ascii="Ebrima" w:hAnsi="Ebrima" w:eastAsia="Ebrima" w:cs="Ebrima"/>
        </w:rPr>
        <w:t>እንደሚወክል</w:t>
      </w:r>
      <w:r>
        <w:rPr>
          <w:rFonts w:ascii="Times New Roman" w:hAnsi="Times New Roman" w:eastAsia="Times New Roman" w:cs="Times New Roman"/>
        </w:rPr>
        <w:t xml:space="preserve"> </w:t>
      </w:r>
      <w:r>
        <w:rPr>
          <w:rFonts w:ascii="Ebrima" w:hAnsi="Ebrima" w:eastAsia="Ebrima" w:cs="Ebrima"/>
        </w:rPr>
        <w:t>ያገኘው</w:t>
      </w:r>
      <w:r>
        <w:rPr>
          <w:rFonts w:ascii="Times New Roman" w:hAnsi="Times New Roman" w:eastAsia="Times New Roman" w:cs="Times New Roman"/>
        </w:rPr>
        <w:t xml:space="preserve"> </w:t>
      </w:r>
      <w:r>
        <w:rPr>
          <w:rFonts w:ascii="Ebrima" w:hAnsi="Ebrima" w:eastAsia="Ebrima" w:cs="Ebrima"/>
        </w:rPr>
        <w:t>ግኝት</w:t>
      </w:r>
      <w:r>
        <w:rPr>
          <w:rFonts w:ascii="Times New Roman" w:hAnsi="Times New Roman" w:eastAsia="Times New Roman" w:cs="Times New Roman"/>
        </w:rPr>
        <w:t xml:space="preserve"> </w:t>
      </w:r>
      <w:r>
        <w:rPr>
          <w:rFonts w:ascii="Ebrima" w:hAnsi="Ebrima" w:eastAsia="Ebrima" w:cs="Ebrima"/>
        </w:rPr>
        <w:t>በእርግጥ</w:t>
      </w:r>
      <w:r>
        <w:rPr>
          <w:rFonts w:ascii="Times New Roman" w:hAnsi="Times New Roman" w:eastAsia="Times New Roman" w:cs="Times New Roman"/>
        </w:rPr>
        <w:t xml:space="preserve"> </w:t>
      </w:r>
      <w:r>
        <w:rPr>
          <w:rFonts w:ascii="Ebrima" w:hAnsi="Ebrima" w:eastAsia="Ebrima" w:cs="Ebrima"/>
        </w:rPr>
        <w:t>እጅግ</w:t>
      </w:r>
      <w:r>
        <w:rPr>
          <w:rFonts w:ascii="Times New Roman" w:hAnsi="Times New Roman" w:eastAsia="Times New Roman" w:cs="Times New Roman"/>
        </w:rPr>
        <w:t xml:space="preserve"> </w:t>
      </w:r>
      <w:r>
        <w:rPr>
          <w:rFonts w:ascii="Ebrima" w:hAnsi="Ebrima" w:eastAsia="Ebrima" w:cs="Ebrima"/>
        </w:rPr>
        <w:t>የሚያስደነግጥ</w:t>
      </w:r>
      <w:r>
        <w:rPr>
          <w:rFonts w:ascii="Times New Roman" w:hAnsi="Times New Roman" w:eastAsia="Times New Roman" w:cs="Times New Roman"/>
        </w:rPr>
        <w:t xml:space="preserve"> </w:t>
      </w:r>
      <w:r>
        <w:rPr>
          <w:rFonts w:ascii="Ebrima" w:hAnsi="Ebrima" w:eastAsia="Ebrima" w:cs="Ebrima"/>
        </w:rPr>
        <w:t>የሆነው፣</w:t>
      </w:r>
      <w:r>
        <w:rPr>
          <w:rFonts w:ascii="Times New Roman" w:hAnsi="Times New Roman" w:eastAsia="Times New Roman" w:cs="Times New Roman"/>
        </w:rPr>
        <w:t xml:space="preserve"> </w:t>
      </w:r>
      <w:r>
        <w:rPr>
          <w:rFonts w:ascii="Ebrima" w:hAnsi="Ebrima" w:eastAsia="Ebrima" w:cs="Ebrima"/>
        </w:rPr>
        <w:t>እውነቱን</w:t>
      </w:r>
      <w:r>
        <w:rPr>
          <w:rFonts w:ascii="Times New Roman" w:hAnsi="Times New Roman" w:eastAsia="Times New Roman" w:cs="Times New Roman"/>
        </w:rPr>
        <w:t xml:space="preserve"> </w:t>
      </w:r>
      <w:r>
        <w:rPr>
          <w:rFonts w:ascii="Ebrima" w:hAnsi="Ebrima" w:eastAsia="Ebrima" w:cs="Ebrima"/>
        </w:rPr>
        <w:t>ያገኘበት</w:t>
      </w:r>
      <w:r>
        <w:rPr>
          <w:rFonts w:ascii="Times New Roman" w:hAnsi="Times New Roman" w:eastAsia="Times New Roman" w:cs="Times New Roman"/>
        </w:rPr>
        <w:t xml:space="preserve"> </w:t>
      </w:r>
      <w:r>
        <w:rPr>
          <w:rFonts w:ascii="Ebrima" w:hAnsi="Ebrima" w:eastAsia="Ebrima" w:cs="Ebrima"/>
        </w:rPr>
        <w:t>ቦታ</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እርሱ</w:t>
      </w:r>
      <w:r>
        <w:rPr>
          <w:rFonts w:ascii="Times New Roman" w:hAnsi="Times New Roman" w:eastAsia="Times New Roman" w:cs="Times New Roman"/>
        </w:rPr>
        <w:t xml:space="preserve"> </w:t>
      </w:r>
      <w:r>
        <w:rPr>
          <w:rFonts w:ascii="Ebrima" w:hAnsi="Ebrima" w:eastAsia="Ebrima" w:cs="Ebrima"/>
        </w:rPr>
        <w:t>እውነቱን</w:t>
      </w:r>
      <w:r>
        <w:rPr>
          <w:rFonts w:ascii="Times New Roman" w:hAnsi="Times New Roman" w:eastAsia="Times New Roman" w:cs="Times New Roman"/>
        </w:rPr>
        <w:t xml:space="preserve"> </w:t>
      </w:r>
      <w:r>
        <w:rPr>
          <w:rFonts w:ascii="Ebrima" w:hAnsi="Ebrima" w:eastAsia="Ebrima" w:cs="Ebrima"/>
        </w:rPr>
        <w:t>በሐዋርያው</w:t>
      </w:r>
      <w:r>
        <w:rPr>
          <w:rFonts w:ascii="Times New Roman" w:hAnsi="Times New Roman" w:eastAsia="Times New Roman" w:cs="Times New Roman"/>
        </w:rPr>
        <w:t xml:space="preserve"> </w:t>
      </w:r>
      <w:r>
        <w:rPr>
          <w:rFonts w:ascii="Ebrima" w:hAnsi="Ebrima" w:eastAsia="Ebrima" w:cs="Ebrima"/>
        </w:rPr>
        <w:t>ጳውሎስ</w:t>
      </w:r>
      <w:r>
        <w:rPr>
          <w:rFonts w:ascii="Times New Roman" w:hAnsi="Times New Roman" w:eastAsia="Times New Roman" w:cs="Times New Roman"/>
        </w:rPr>
        <w:t xml:space="preserve"> </w:t>
      </w:r>
      <w:r>
        <w:rPr>
          <w:rFonts w:ascii="Ebrima" w:hAnsi="Ebrima" w:eastAsia="Ebrima" w:cs="Ebrima"/>
        </w:rPr>
        <w:t>ጽሑፎች</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ባለው</w:t>
      </w:r>
      <w:r>
        <w:rPr>
          <w:rFonts w:ascii="Times New Roman" w:hAnsi="Times New Roman" w:eastAsia="Times New Roman" w:cs="Times New Roman"/>
        </w:rPr>
        <w:t xml:space="preserve"> </w:t>
      </w:r>
      <w:r>
        <w:rPr>
          <w:rFonts w:ascii="Ebrima" w:hAnsi="Ebrima" w:eastAsia="Ebrima" w:cs="Ebrima"/>
        </w:rPr>
        <w:t>ክፍል</w:t>
      </w:r>
      <w:r>
        <w:rPr>
          <w:rFonts w:ascii="Times New Roman" w:hAnsi="Times New Roman" w:eastAsia="Times New Roman" w:cs="Times New Roman"/>
        </w:rPr>
        <w:t xml:space="preserve"> </w:t>
      </w:r>
      <w:r>
        <w:rPr>
          <w:rFonts w:ascii="Ebrima" w:hAnsi="Ebrima" w:eastAsia="Ebrima" w:cs="Ebrima"/>
        </w:rPr>
        <w:t>አገኘው፤</w:t>
      </w:r>
      <w:r>
        <w:rPr>
          <w:rFonts w:ascii="Times New Roman" w:hAnsi="Times New Roman" w:eastAsia="Times New Roman" w:cs="Times New Roman"/>
        </w:rPr>
        <w:t xml:space="preserve"> </w:t>
      </w:r>
      <w:r>
        <w:rPr>
          <w:rFonts w:ascii="Ebrima" w:hAnsi="Ebrima" w:eastAsia="Ebrima" w:cs="Ebrima"/>
        </w:rPr>
        <w:t>በዚያም</w:t>
      </w:r>
      <w:r>
        <w:rPr>
          <w:rFonts w:ascii="Times New Roman" w:hAnsi="Times New Roman" w:eastAsia="Times New Roman" w:cs="Times New Roman"/>
        </w:rPr>
        <w:t xml:space="preserve"> </w:t>
      </w:r>
      <w:r>
        <w:rPr>
          <w:rFonts w:ascii="Ebrima" w:hAnsi="Ebrima" w:eastAsia="Ebrima" w:cs="Ebrima"/>
        </w:rPr>
        <w:t>ጳውሎስ</w:t>
      </w:r>
      <w:r>
        <w:rPr>
          <w:rFonts w:ascii="Times New Roman" w:hAnsi="Times New Roman" w:eastAsia="Times New Roman" w:cs="Times New Roman"/>
        </w:rPr>
        <w:t xml:space="preserve"> “</w:t>
      </w:r>
      <w:r>
        <w:rPr>
          <w:rFonts w:ascii="Ebrima" w:hAnsi="Ebrima" w:eastAsia="Ebrima" w:cs="Ebrima"/>
        </w:rPr>
        <w:t>የዕለቱን</w:t>
      </w:r>
      <w:r>
        <w:rPr>
          <w:rFonts w:ascii="Times New Roman" w:hAnsi="Times New Roman" w:eastAsia="Times New Roman" w:cs="Times New Roman"/>
        </w:rPr>
        <w:t xml:space="preserve">” </w:t>
      </w:r>
      <w:r>
        <w:rPr>
          <w:rFonts w:ascii="Ebrima" w:hAnsi="Ebrima" w:eastAsia="Ebrima" w:cs="Ebrima"/>
        </w:rPr>
        <w:t>ፓጋኒዝም</w:t>
      </w:r>
      <w:r>
        <w:rPr>
          <w:rFonts w:ascii="Times New Roman" w:hAnsi="Times New Roman" w:eastAsia="Times New Roman" w:cs="Times New Roman"/>
        </w:rPr>
        <w:t xml:space="preserve"> </w:t>
      </w:r>
      <w:r>
        <w:rPr>
          <w:rFonts w:ascii="Ebrima" w:hAnsi="Ebrima" w:eastAsia="Ebrima" w:cs="Ebrima"/>
        </w:rPr>
        <w:t>መሆኑን</w:t>
      </w:r>
      <w:r>
        <w:rPr>
          <w:rFonts w:ascii="Times New Roman" w:hAnsi="Times New Roman" w:eastAsia="Times New Roman" w:cs="Times New Roman"/>
        </w:rPr>
        <w:t xml:space="preserve"> </w:t>
      </w:r>
      <w:r>
        <w:rPr>
          <w:rFonts w:ascii="Ebrima" w:hAnsi="Ebrima" w:eastAsia="Ebrima" w:cs="Ebrima"/>
        </w:rPr>
        <w:t>ብቻ</w:t>
      </w:r>
      <w:r>
        <w:rPr>
          <w:rFonts w:ascii="Times New Roman" w:hAnsi="Times New Roman" w:eastAsia="Times New Roman" w:cs="Times New Roman"/>
        </w:rPr>
        <w:t xml:space="preserve"> </w:t>
      </w:r>
      <w:r>
        <w:rPr>
          <w:rFonts w:ascii="Ebrima" w:hAnsi="Ebrima" w:eastAsia="Ebrima" w:cs="Ebrima"/>
        </w:rPr>
        <w:t>ሳይሆን</w:t>
      </w:r>
      <w:r>
        <w:rPr>
          <w:rFonts w:ascii="Times New Roman" w:hAnsi="Times New Roman" w:eastAsia="Times New Roman" w:cs="Times New Roman"/>
        </w:rPr>
        <w:t xml:space="preserve"> </w:t>
      </w:r>
      <w:r>
        <w:rPr>
          <w:rFonts w:ascii="Ebrima" w:hAnsi="Ebrima" w:eastAsia="Ebrima" w:cs="Ebrima"/>
        </w:rPr>
        <w:t>ይገልጻል፣</w:t>
      </w:r>
      <w:r>
        <w:rPr>
          <w:rFonts w:ascii="Times New Roman" w:hAnsi="Times New Roman" w:eastAsia="Times New Roman" w:cs="Times New Roman"/>
        </w:rPr>
        <w:t xml:space="preserve"> </w:t>
      </w:r>
      <w:r>
        <w:rPr>
          <w:rFonts w:ascii="Ebrima" w:hAnsi="Ebrima" w:eastAsia="Ebrima" w:cs="Ebrima"/>
        </w:rPr>
        <w:t>እውነትን</w:t>
      </w:r>
      <w:r>
        <w:rPr>
          <w:rFonts w:ascii="Times New Roman" w:hAnsi="Times New Roman" w:eastAsia="Times New Roman" w:cs="Times New Roman"/>
        </w:rPr>
        <w:t xml:space="preserve"> </w:t>
      </w:r>
      <w:r>
        <w:rPr>
          <w:rFonts w:ascii="Ebrima" w:hAnsi="Ebrima" w:eastAsia="Ebrima" w:cs="Ebrima"/>
        </w:rPr>
        <w:t>መውደድ</w:t>
      </w:r>
      <w:r>
        <w:rPr>
          <w:rFonts w:ascii="Times New Roman" w:hAnsi="Times New Roman" w:eastAsia="Times New Roman" w:cs="Times New Roman"/>
        </w:rPr>
        <w:t xml:space="preserve"> </w:t>
      </w:r>
      <w:r>
        <w:rPr>
          <w:rFonts w:ascii="Ebrima" w:hAnsi="Ebrima" w:eastAsia="Ebrima" w:cs="Ebrima"/>
        </w:rPr>
        <w:t>ያልተቀበሉ</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ጽኑ</w:t>
      </w:r>
      <w:r>
        <w:rPr>
          <w:rFonts w:ascii="Times New Roman" w:hAnsi="Times New Roman" w:eastAsia="Times New Roman" w:cs="Times New Roman"/>
        </w:rPr>
        <w:t xml:space="preserve"> </w:t>
      </w:r>
      <w:r>
        <w:rPr>
          <w:rFonts w:ascii="Ebrima" w:hAnsi="Ebrima" w:eastAsia="Ebrima" w:cs="Ebrima"/>
        </w:rPr>
        <w:t>ማታለል</w:t>
      </w:r>
      <w:r>
        <w:rPr>
          <w:rFonts w:ascii="Times New Roman" w:hAnsi="Times New Roman" w:eastAsia="Times New Roman" w:cs="Times New Roman"/>
        </w:rPr>
        <w:t xml:space="preserve"> </w:t>
      </w:r>
      <w:r>
        <w:rPr>
          <w:rFonts w:ascii="Ebrima" w:hAnsi="Ebrima" w:eastAsia="Ebrima" w:cs="Ebrima"/>
        </w:rPr>
        <w:t>እንደሚቀበሉም</w:t>
      </w:r>
      <w:r>
        <w:rPr>
          <w:rFonts w:ascii="Times New Roman" w:hAnsi="Times New Roman" w:eastAsia="Times New Roman" w:cs="Times New Roman"/>
        </w:rPr>
        <w:t xml:space="preserve"> </w:t>
      </w:r>
      <w:r>
        <w:rPr>
          <w:rFonts w:ascii="Ebrima" w:hAnsi="Ebrima" w:eastAsia="Ebrima" w:cs="Ebrima"/>
        </w:rPr>
        <w:t>የሚለይበት</w:t>
      </w:r>
      <w:r>
        <w:rPr>
          <w:rFonts w:ascii="Times New Roman" w:hAnsi="Times New Roman" w:eastAsia="Times New Roman" w:cs="Times New Roman"/>
        </w:rPr>
        <w:t xml:space="preserve"> </w:t>
      </w:r>
      <w:r>
        <w:rPr>
          <w:rFonts w:ascii="Ebrima" w:hAnsi="Ebrima" w:eastAsia="Ebrima" w:cs="Ebrima"/>
        </w:rPr>
        <w:t>ክፍል</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የዕለቱን</w:t>
      </w:r>
      <w:r>
        <w:rPr>
          <w:rFonts w:ascii="Times New Roman" w:hAnsi="Times New Roman" w:eastAsia="Times New Roman" w:cs="Times New Roman"/>
        </w:rPr>
        <w:t xml:space="preserve">” </w:t>
      </w:r>
      <w:r>
        <w:rPr>
          <w:rFonts w:ascii="Ebrima" w:hAnsi="Ebrima" w:eastAsia="Ebrima" w:cs="Ebrima"/>
        </w:rPr>
        <w:t>የክርስቶስ</w:t>
      </w:r>
      <w:r>
        <w:rPr>
          <w:rFonts w:ascii="Times New Roman" w:hAnsi="Times New Roman" w:eastAsia="Times New Roman" w:cs="Times New Roman"/>
        </w:rPr>
        <w:t xml:space="preserve"> </w:t>
      </w:r>
      <w:r>
        <w:rPr>
          <w:rFonts w:ascii="Ebrima" w:hAnsi="Ebrima" w:eastAsia="Ebrima" w:cs="Ebrima"/>
        </w:rPr>
        <w:t>የመቅደስ</w:t>
      </w:r>
      <w:r>
        <w:rPr>
          <w:rFonts w:ascii="Times New Roman" w:hAnsi="Times New Roman" w:eastAsia="Times New Roman" w:cs="Times New Roman"/>
        </w:rPr>
        <w:t xml:space="preserve"> </w:t>
      </w:r>
      <w:r>
        <w:rPr>
          <w:rFonts w:ascii="Ebrima" w:hAnsi="Ebrima" w:eastAsia="Ebrima" w:cs="Ebrima"/>
        </w:rPr>
        <w:t>አገልግሎት</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እንደሆነ</w:t>
      </w:r>
      <w:r>
        <w:rPr>
          <w:rFonts w:ascii="Times New Roman" w:hAnsi="Times New Roman" w:eastAsia="Times New Roman" w:cs="Times New Roman"/>
        </w:rPr>
        <w:t xml:space="preserve"> </w:t>
      </w:r>
      <w:r>
        <w:rPr>
          <w:rFonts w:ascii="Ebrima" w:hAnsi="Ebrima" w:eastAsia="Ebrima" w:cs="Ebrima"/>
        </w:rPr>
        <w:t>መቀበል</w:t>
      </w:r>
      <w:r>
        <w:rPr>
          <w:rFonts w:ascii="Times New Roman" w:hAnsi="Times New Roman" w:eastAsia="Times New Roman" w:cs="Times New Roman"/>
        </w:rPr>
        <w:t>—</w:t>
      </w:r>
      <w:r>
        <w:rPr>
          <w:rFonts w:ascii="Ebrima" w:hAnsi="Ebrima" w:eastAsia="Ebrima" w:cs="Ebrima"/>
        </w:rPr>
        <w:t>ከሰማይ</w:t>
      </w:r>
      <w:r>
        <w:rPr>
          <w:rFonts w:ascii="Times New Roman" w:hAnsi="Times New Roman" w:eastAsia="Times New Roman" w:cs="Times New Roman"/>
        </w:rPr>
        <w:t xml:space="preserve"> </w:t>
      </w:r>
      <w:r>
        <w:rPr>
          <w:rFonts w:ascii="Ebrima" w:hAnsi="Ebrima" w:eastAsia="Ebrima" w:cs="Ebrima"/>
        </w:rPr>
        <w:t>ከተጣሉ</w:t>
      </w:r>
      <w:r>
        <w:rPr>
          <w:rFonts w:ascii="Times New Roman" w:hAnsi="Times New Roman" w:eastAsia="Times New Roman" w:cs="Times New Roman"/>
        </w:rPr>
        <w:t xml:space="preserve"> </w:t>
      </w:r>
      <w:r>
        <w:rPr>
          <w:rFonts w:ascii="Ebrima" w:hAnsi="Ebrima" w:eastAsia="Ebrima" w:cs="Ebrima"/>
        </w:rPr>
        <w:t>መላእክት</w:t>
      </w:r>
      <w:r>
        <w:rPr>
          <w:rFonts w:ascii="Times New Roman" w:hAnsi="Times New Roman" w:eastAsia="Times New Roman" w:cs="Times New Roman"/>
        </w:rPr>
        <w:t xml:space="preserve"> </w:t>
      </w:r>
      <w:r>
        <w:rPr>
          <w:rFonts w:ascii="Ebrima" w:hAnsi="Ebrima" w:eastAsia="Ebrima" w:cs="Ebrima"/>
        </w:rPr>
        <w:t>የመጣውን</w:t>
      </w:r>
      <w:r>
        <w:rPr>
          <w:rFonts w:ascii="Times New Roman" w:hAnsi="Times New Roman" w:eastAsia="Times New Roman" w:cs="Times New Roman"/>
        </w:rPr>
        <w:t xml:space="preserve"> </w:t>
      </w:r>
      <w:r>
        <w:rPr>
          <w:rFonts w:ascii="Ebrima" w:hAnsi="Ebrima" w:eastAsia="Ebrima" w:cs="Ebrima"/>
        </w:rPr>
        <w:t>ትርጓሜ</w:t>
      </w:r>
      <w:r>
        <w:rPr>
          <w:rFonts w:ascii="Times New Roman" w:hAnsi="Times New Roman" w:eastAsia="Times New Roman" w:cs="Times New Roman"/>
        </w:rPr>
        <w:t>—</w:t>
      </w:r>
      <w:r>
        <w:rPr>
          <w:rFonts w:ascii="Ebrima" w:hAnsi="Ebrima" w:eastAsia="Ebrima" w:cs="Ebrima"/>
        </w:rPr>
        <w:t>በአድቬንቲዝም</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ያሉ</w:t>
      </w:r>
      <w:r>
        <w:rPr>
          <w:rFonts w:ascii="Times New Roman" w:hAnsi="Times New Roman" w:eastAsia="Times New Roman" w:cs="Times New Roman"/>
        </w:rPr>
        <w:t xml:space="preserve"> </w:t>
      </w:r>
      <w:r>
        <w:rPr>
          <w:rFonts w:ascii="Ebrima" w:hAnsi="Ebrima" w:eastAsia="Ebrima" w:cs="Ebrima"/>
        </w:rPr>
        <w:t>እነዚያ</w:t>
      </w:r>
      <w:r>
        <w:rPr>
          <w:rFonts w:ascii="Times New Roman" w:hAnsi="Times New Roman" w:eastAsia="Times New Roman" w:cs="Times New Roman"/>
        </w:rPr>
        <w:t xml:space="preserve"> </w:t>
      </w:r>
      <w:r>
        <w:rPr>
          <w:rFonts w:ascii="Ebrima" w:hAnsi="Ebrima" w:eastAsia="Ebrima" w:cs="Ebrima"/>
        </w:rPr>
        <w:t>የእውነትን</w:t>
      </w:r>
      <w:r>
        <w:rPr>
          <w:rFonts w:ascii="Times New Roman" w:hAnsi="Times New Roman" w:eastAsia="Times New Roman" w:cs="Times New Roman"/>
        </w:rPr>
        <w:t xml:space="preserve"> </w:t>
      </w:r>
      <w:r>
        <w:rPr>
          <w:rFonts w:ascii="Ebrima" w:hAnsi="Ebrima" w:eastAsia="Ebrima" w:cs="Ebrima"/>
        </w:rPr>
        <w:t>ቃል</w:t>
      </w:r>
      <w:r>
        <w:rPr>
          <w:rFonts w:ascii="Times New Roman" w:hAnsi="Times New Roman" w:eastAsia="Times New Roman" w:cs="Times New Roman"/>
        </w:rPr>
        <w:t xml:space="preserve"> </w:t>
      </w:r>
      <w:r>
        <w:rPr>
          <w:rFonts w:ascii="Ebrima" w:hAnsi="Ebrima" w:eastAsia="Ebrima" w:cs="Ebrima"/>
        </w:rPr>
        <w:t>በትክክል</w:t>
      </w:r>
      <w:r>
        <w:rPr>
          <w:rFonts w:ascii="Times New Roman" w:hAnsi="Times New Roman" w:eastAsia="Times New Roman" w:cs="Times New Roman"/>
        </w:rPr>
        <w:t xml:space="preserve"> </w:t>
      </w:r>
      <w:r>
        <w:rPr>
          <w:rFonts w:ascii="Ebrima" w:hAnsi="Ebrima" w:eastAsia="Ebrima" w:cs="Ebrima"/>
        </w:rPr>
        <w:t>ለመከፋፈል</w:t>
      </w:r>
      <w:r>
        <w:rPr>
          <w:rFonts w:ascii="Times New Roman" w:hAnsi="Times New Roman" w:eastAsia="Times New Roman" w:cs="Times New Roman"/>
        </w:rPr>
        <w:t xml:space="preserve"> </w:t>
      </w:r>
      <w:r>
        <w:rPr>
          <w:rFonts w:ascii="Ebrima" w:hAnsi="Ebrima" w:eastAsia="Ebrima" w:cs="Ebrima"/>
        </w:rPr>
        <w:t>የሚያስፈልጋቸው</w:t>
      </w:r>
      <w:r>
        <w:rPr>
          <w:rFonts w:ascii="Times New Roman" w:hAnsi="Times New Roman" w:eastAsia="Times New Roman" w:cs="Times New Roman"/>
        </w:rPr>
        <w:t xml:space="preserve"> </w:t>
      </w:r>
      <w:r>
        <w:rPr>
          <w:rFonts w:ascii="Ebrima" w:hAnsi="Ebrima" w:eastAsia="Ebrima" w:cs="Ebrima"/>
        </w:rPr>
        <w:t>ቅንነት</w:t>
      </w:r>
      <w:r>
        <w:rPr>
          <w:rFonts w:ascii="Times New Roman" w:hAnsi="Times New Roman" w:eastAsia="Times New Roman" w:cs="Times New Roman"/>
        </w:rPr>
        <w:t xml:space="preserve"> </w:t>
      </w:r>
      <w:r>
        <w:rPr>
          <w:rFonts w:ascii="Ebrima" w:hAnsi="Ebrima" w:eastAsia="Ebrima" w:cs="Ebrima"/>
        </w:rPr>
        <w:t>የሌላቸውን</w:t>
      </w:r>
      <w:r>
        <w:rPr>
          <w:rFonts w:ascii="Times New Roman" w:hAnsi="Times New Roman" w:eastAsia="Times New Roman" w:cs="Times New Roman"/>
        </w:rPr>
        <w:t xml:space="preserve"> </w:t>
      </w:r>
      <w:r>
        <w:rPr>
          <w:rFonts w:ascii="Ebrima" w:hAnsi="Ebrima" w:eastAsia="Ebrima" w:cs="Ebrima"/>
        </w:rPr>
        <w:t>ሰዎች</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ስለዚህም</w:t>
      </w:r>
      <w:r>
        <w:rPr>
          <w:rFonts w:ascii="Times New Roman" w:hAnsi="Times New Roman" w:eastAsia="Times New Roman" w:cs="Times New Roman"/>
        </w:rPr>
        <w:t xml:space="preserve"> </w:t>
      </w:r>
      <w:r>
        <w:rPr>
          <w:rFonts w:ascii="Ebrima" w:hAnsi="Ebrima" w:eastAsia="Ebrima" w:cs="Ebrima"/>
        </w:rPr>
        <w:t>አስቀድሞ</w:t>
      </w:r>
      <w:r>
        <w:rPr>
          <w:rFonts w:ascii="Times New Roman" w:hAnsi="Times New Roman" w:eastAsia="Times New Roman" w:cs="Times New Roman"/>
        </w:rPr>
        <w:t xml:space="preserve"> </w:t>
      </w:r>
      <w:r>
        <w:rPr>
          <w:rFonts w:ascii="Ebrima" w:hAnsi="Ebrima" w:eastAsia="Ebrima" w:cs="Ebrima"/>
        </w:rPr>
        <w:t>ጽኑ</w:t>
      </w:r>
      <w:r>
        <w:rPr>
          <w:rFonts w:ascii="Times New Roman" w:hAnsi="Times New Roman" w:eastAsia="Times New Roman" w:cs="Times New Roman"/>
        </w:rPr>
        <w:t xml:space="preserve"> </w:t>
      </w:r>
      <w:r>
        <w:rPr>
          <w:rFonts w:ascii="Ebrima" w:hAnsi="Ebrima" w:eastAsia="Ebrima" w:cs="Ebrima"/>
        </w:rPr>
        <w:t>ማታለል</w:t>
      </w:r>
      <w:r>
        <w:rPr>
          <w:rFonts w:ascii="Times New Roman" w:hAnsi="Times New Roman" w:eastAsia="Times New Roman" w:cs="Times New Roman"/>
        </w:rPr>
        <w:t xml:space="preserve"> </w:t>
      </w:r>
      <w:r>
        <w:rPr>
          <w:rFonts w:ascii="Ebrima" w:hAnsi="Ebrima" w:eastAsia="Ebrima" w:cs="Ebrima"/>
        </w:rPr>
        <w:t>ለመቀበል</w:t>
      </w:r>
      <w:r>
        <w:rPr>
          <w:rFonts w:ascii="Times New Roman" w:hAnsi="Times New Roman" w:eastAsia="Times New Roman" w:cs="Times New Roman"/>
        </w:rPr>
        <w:t xml:space="preserve"> </w:t>
      </w:r>
      <w:r>
        <w:rPr>
          <w:rFonts w:ascii="Ebrima" w:hAnsi="Ebrima" w:eastAsia="Ebrima" w:cs="Ebrima"/>
        </w:rPr>
        <w:t>ተወስነው</w:t>
      </w:r>
      <w:r>
        <w:rPr>
          <w:rFonts w:ascii="Times New Roman" w:hAnsi="Times New Roman" w:eastAsia="Times New Roman" w:cs="Times New Roman"/>
        </w:rPr>
        <w:t xml:space="preserve"> </w:t>
      </w:r>
      <w:r>
        <w:rPr>
          <w:rFonts w:ascii="Ebrima" w:hAnsi="Ebrima" w:eastAsia="Ebrima" w:cs="Ebrima"/>
        </w:rPr>
        <w:t>አሉ።</w:t>
      </w:r>
    </w:p>
    <w:p>
      <w:pPr>
        <w:pStyle w:val="ArticleBody"/>
        <w:jc w:val="left"/>
      </w:pPr>
      <w:r>
        <w:rPr>
          <w:rFonts w:ascii="Times New Roman" w:hAnsi="Times New Roman" w:eastAsia="Times New Roman" w:cs="Times New Roman"/>
        </w:rPr>
        <w:t>Kwento ka yaomi adansara teeko ha maŋa gaŋ daɗe ko cini. Teeko nda noŋ ne ka “gaɓa jii” da, kaŋ maa soŋkanda ne wahay koroŋo nda “yaum” noŋ, goy-ndiiya ga tugu no boro kambe ra, baa a ga bara ne kaŋay no cimi ra. Woo ti misaali foonde no ka boro berandi firka, kaŋ tee no zamana zeena ra, nda no a ga laasa boro lakkaley ra seediyaŋ kaŋ ya warandi beene ra, ga goy handu woo ra, waati himaante woo ra kaŋ ga ti sanku kaŋ ga ti kene-daa zammaa bananta ga, hala i ma lakkaley danandi ka boŋ cimi se, cimi kaŋ ga bara ne kaŋay no cimi ra.</w:t>
      </w:r>
    </w:p>
    <w:p>
      <w:pPr>
        <w:pStyle w:val="ArticleBody"/>
        <w:jc w:val="left"/>
      </w:pPr>
      <w:r>
        <w:rPr>
          <w:rFonts w:ascii="Times New Roman" w:hAnsi="Times New Roman" w:eastAsia="Times New Roman" w:cs="Times New Roman"/>
        </w:rPr>
        <w:t>Îŋwɔ-nshɔɔlɔ lɔ 1910, kɛlɛɛ nɛ “ŋwɛ dindii” nɛsɛɛ lɛ bɔɔrɔ kɛkɛ kɛ nyɛɛsɛ, W. W. Prescott anɔ A. G. Daniells kɛ nyɛkpɛɛ lɔ Sɛtana tɔmɔ nɛ bɔɔ nyɛ nyɛlii lɛ mii kpaa nɔni lɔ “ŋwɛ dindii.” Nii lɛɛ ni yɛɛ lɔtɔɔ nɛkɛ taaŋmɔ lɔ shɔɔlɔ nɛɛ kɛ, mɛɛ Sister White kɛ nyɛ lɛ Sɛtana susumii nɛɛ lɔ “ŋwɛ dindii” nɛ lɔ Daniel gbɛi mɔ kɛ Kristo shɛlɛmɔ tɔmɔ lɔ shishiɔ. Kɛlɛɛ lɔ shɔɔlɔ nɛɛ, hɛ mɛi nɔɔ wɔ lɛ bɔɔ ya lɔ piiɔnia gbɛi kpaakpaa nɔ, bɔɔ kpɛi piiɔniai nɔni nɛɛ nɔɔ bɛɛshi lɛ bɔɔ yɔɔ hɛ nɔni tuntun nɛɛ lɔ Sɛtana. Mɛsɛɛ mii kɛ, yɛ bɛ nyɛ mlii kpaa anɔ nyɛlii gbɔŋgbɔŋ kɛ yɛ ka lɛɛ nii lɛɛ.</w:t>
      </w:r>
    </w:p>
    <w:p>
      <w:pPr>
        <w:pStyle w:val="ArticleScripture"/>
        <w:jc w:val="left"/>
      </w:pPr>
      <w:r>
        <w:rPr>
          <w:rFonts w:ascii="Times New Roman" w:hAnsi="Times New Roman" w:eastAsia="Times New Roman" w:cs="Times New Roman"/>
        </w:rPr>
        <w:t>«Bu tajriba bosqichimizda ongimiz konferensiyamizning muhim yig‘ilishida ko‘rib chiqishimiz uchun [bizga] berilgan maxsus nurdan chalg‘itilmasligi kerak. Va u yerda Birodar Daniells bor edi, uning ongida dushman ish olib borayotgan edi; sizning ongingiz va oqsoqol Prescottning ongi esa osmondan quvilgan farishtalar tomonidan ta’sir ostiga olinayotgan edi. Shaytonning ishi shundan iborat ediki, sizning onglaringizni chalg‘itsin, toki Rabbiy sizni kiritishga ilhomlantirmagan nuqta-yu vergullar olib kirilsin. Ular muhim emas edi. Ammo bu haqiqat ishiga ko‘p narsani anglatardi. Va agar onglaringiz nuqta-yu vergullarga burib yuborilsa, bu Shayton o‘ylab topgan ishdir. Siz yozilgan kitoblardagi mayda narsalarni tuzatishni buyuk ish qilayotgan bo‘lamiz, deb o‘ylaysiz. Ammo menga shunday topshirilgan: Sukut — fasohatdir.</w:t>
      </w:r>
    </w:p>
    <w:p>
      <w:pPr>
        <w:pStyle w:val="ArticleScripture"/>
        <w:jc w:val="left"/>
      </w:pPr>
      <w:r>
        <w:rPr>
          <w:rFonts w:ascii="Times New Roman" w:hAnsi="Times New Roman" w:eastAsia="Times New Roman" w:cs="Times New Roman"/>
        </w:rPr>
        <w:t>«Amï to sei, “Stop your picking flaws.” If this purpose of the devil could only be carried out, then [it] appears to you [that] your work would be considered as most wonderful in conception. It was the enemy’s plan to get all the supposed objectionable features where all classes of minds did not agree. »</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ចុះបន្ទាប់មកវិញយ៉ាងដូចម្តេច</w:t>
      </w:r>
      <w:r>
        <w:rPr>
          <w:rFonts w:ascii="Times New Roman" w:hAnsi="Times New Roman" w:eastAsia="Times New Roman" w:cs="Times New Roman"/>
        </w:rPr>
        <w:t xml:space="preserve">? </w:t>
      </w:r>
      <w:r>
        <w:rPr>
          <w:rFonts w:ascii="Leelawadee UI" w:hAnsi="Leelawadee UI" w:eastAsia="Leelawadee UI" w:cs="Leelawadee UI"/>
        </w:rPr>
        <w:t>កិច្ចការដែលធ្វើឲ្យអារក្សពេញចិត្តនោះឯង</w:t>
      </w:r>
      <w:r>
        <w:rPr>
          <w:rFonts w:ascii="Times New Roman" w:hAnsi="Times New Roman" w:eastAsia="Times New Roman" w:cs="Times New Roman"/>
        </w:rPr>
        <w:t xml:space="preserve"> </w:t>
      </w:r>
      <w:r>
        <w:rPr>
          <w:rFonts w:ascii="Leelawadee UI" w:hAnsi="Leelawadee UI" w:eastAsia="Leelawadee UI" w:cs="Leelawadee UI"/>
        </w:rPr>
        <w:t>នឹងកើតមានឡើង។</w:t>
      </w:r>
      <w:r>
        <w:rPr>
          <w:rFonts w:ascii="Times New Roman" w:hAnsi="Times New Roman" w:eastAsia="Times New Roman" w:cs="Times New Roman"/>
        </w:rPr>
        <w:t xml:space="preserve"> </w:t>
      </w:r>
      <w:r>
        <w:rPr>
          <w:rFonts w:ascii="Leelawadee UI" w:hAnsi="Leelawadee UI" w:eastAsia="Leelawadee UI" w:cs="Leelawadee UI"/>
        </w:rPr>
        <w:t>នឹងមានការបង្ហាញមួយដល់អ្នកខាងក្រៅដែលមិនមែនជាសេចក្តីជំនឿរបស់យើង</w:t>
      </w:r>
      <w:r>
        <w:rPr>
          <w:rFonts w:ascii="Times New Roman" w:hAnsi="Times New Roman" w:eastAsia="Times New Roman" w:cs="Times New Roman"/>
        </w:rPr>
        <w:t xml:space="preserve"> </w:t>
      </w:r>
      <w:r>
        <w:rPr>
          <w:rFonts w:ascii="Leelawadee UI" w:hAnsi="Leelawadee UI" w:eastAsia="Leelawadee UI" w:cs="Leelawadee UI"/>
        </w:rPr>
        <w:t>តែជាអ្វីដែលសមនឹងចិត្តពួកគេ</w:t>
      </w:r>
      <w:r>
        <w:rPr>
          <w:rFonts w:ascii="Times New Roman" w:hAnsi="Times New Roman" w:eastAsia="Times New Roman" w:cs="Times New Roman"/>
        </w:rPr>
        <w:t xml:space="preserve"> </w:t>
      </w:r>
      <w:r>
        <w:rPr>
          <w:rFonts w:ascii="Leelawadee UI" w:hAnsi="Leelawadee UI" w:eastAsia="Leelawadee UI" w:cs="Leelawadee UI"/>
        </w:rPr>
        <w:t>ដែលនឹងបណ្តាលឲ្យលក្ខណៈនិស្ស័យខ្លះៗរីកចម្រើនឡើង</w:t>
      </w:r>
      <w:r>
        <w:rPr>
          <w:rFonts w:ascii="Times New Roman" w:hAnsi="Times New Roman" w:eastAsia="Times New Roman" w:cs="Times New Roman"/>
        </w:rPr>
        <w:t xml:space="preserve"> </w:t>
      </w:r>
      <w:r>
        <w:rPr>
          <w:rFonts w:ascii="Leelawadee UI" w:hAnsi="Leelawadee UI" w:eastAsia="Leelawadee UI" w:cs="Leelawadee UI"/>
        </w:rPr>
        <w:t>ហើយបង្កឲ្យមានភាពច្របូកច្របល់យ៉ាងខ្លាំង</w:t>
      </w:r>
      <w:r>
        <w:rPr>
          <w:rFonts w:ascii="Times New Roman" w:hAnsi="Times New Roman" w:eastAsia="Times New Roman" w:cs="Times New Roman"/>
        </w:rPr>
        <w:t xml:space="preserve"> </w:t>
      </w:r>
      <w:r>
        <w:rPr>
          <w:rFonts w:ascii="Leelawadee UI" w:hAnsi="Leelawadee UI" w:eastAsia="Leelawadee UI" w:cs="Leelawadee UI"/>
        </w:rPr>
        <w:t>ព្រមទាំងកាន់កាប់ពេលវេលាមាសដ៏មានតម្លៃ</w:t>
      </w:r>
      <w:r>
        <w:rPr>
          <w:rFonts w:ascii="Times New Roman" w:hAnsi="Times New Roman" w:eastAsia="Times New Roman" w:cs="Times New Roman"/>
        </w:rPr>
        <w:t xml:space="preserve"> </w:t>
      </w:r>
      <w:r>
        <w:rPr>
          <w:rFonts w:ascii="Leelawadee UI" w:hAnsi="Leelawadee UI" w:eastAsia="Leelawadee UI" w:cs="Leelawadee UI"/>
        </w:rPr>
        <w:t>ដែលគួរត្រូវបានប្រើដោយសេចក្តីខ្នះខ្នែង</w:t>
      </w:r>
      <w:r>
        <w:rPr>
          <w:rFonts w:ascii="Times New Roman" w:hAnsi="Times New Roman" w:eastAsia="Times New Roman" w:cs="Times New Roman"/>
        </w:rPr>
        <w:t xml:space="preserve"> </w:t>
      </w:r>
      <w:r>
        <w:rPr>
          <w:rFonts w:ascii="Leelawadee UI" w:hAnsi="Leelawadee UI" w:eastAsia="Leelawadee UI" w:cs="Leelawadee UI"/>
        </w:rPr>
        <w:t>ដើម្បីនាំសារដ៏អស្ចារ្យនេះទៅមុខប្រជាជន។</w:t>
      </w:r>
      <w:r>
        <w:rPr>
          <w:rFonts w:ascii="Times New Roman" w:hAnsi="Times New Roman" w:eastAsia="Times New Roman" w:cs="Times New Roman"/>
        </w:rPr>
        <w:t xml:space="preserve"> </w:t>
      </w:r>
      <w:r>
        <w:rPr>
          <w:rFonts w:ascii="Leelawadee UI" w:hAnsi="Leelawadee UI" w:eastAsia="Leelawadee UI" w:cs="Leelawadee UI"/>
        </w:rPr>
        <w:t>ការបង្ហាញទាំងឡាយលើប្រធានបទណាមួយដែលយើងបានខិតខំធ្វើការ</w:t>
      </w:r>
      <w:r>
        <w:rPr>
          <w:rFonts w:ascii="Times New Roman" w:hAnsi="Times New Roman" w:eastAsia="Times New Roman" w:cs="Times New Roman"/>
        </w:rPr>
        <w:t xml:space="preserve"> </w:t>
      </w:r>
      <w:r>
        <w:rPr>
          <w:rFonts w:ascii="Leelawadee UI" w:hAnsi="Leelawadee UI" w:eastAsia="Leelawadee UI" w:cs="Leelawadee UI"/>
        </w:rPr>
        <w:t>មិនអាចសមស្របស្របគ្នាទាំងអស់បានឡើយ</w:t>
      </w:r>
      <w:r>
        <w:rPr>
          <w:rFonts w:ascii="Times New Roman" w:hAnsi="Times New Roman" w:eastAsia="Times New Roman" w:cs="Times New Roman"/>
        </w:rPr>
        <w:t xml:space="preserve"> </w:t>
      </w:r>
      <w:r>
        <w:rPr>
          <w:rFonts w:ascii="Leelawadee UI" w:hAnsi="Leelawadee UI" w:eastAsia="Leelawadee UI" w:cs="Leelawadee UI"/>
        </w:rPr>
        <w:t>ហើយលទ្ធផលនឹងជាការធ្វើឲ្យគំនិតរបស់ទាំងអ្នកជឿ</w:t>
      </w:r>
      <w:r>
        <w:rPr>
          <w:rFonts w:ascii="Times New Roman" w:hAnsi="Times New Roman" w:eastAsia="Times New Roman" w:cs="Times New Roman"/>
        </w:rPr>
        <w:t xml:space="preserve"> </w:t>
      </w:r>
      <w:r>
        <w:rPr>
          <w:rFonts w:ascii="Leelawadee UI" w:hAnsi="Leelawadee UI" w:eastAsia="Leelawadee UI" w:cs="Leelawadee UI"/>
        </w:rPr>
        <w:t>និងអ្នកមិនជឿ</w:t>
      </w:r>
      <w:r>
        <w:rPr>
          <w:rFonts w:ascii="Times New Roman" w:hAnsi="Times New Roman" w:eastAsia="Times New Roman" w:cs="Times New Roman"/>
        </w:rPr>
        <w:t xml:space="preserve"> </w:t>
      </w:r>
      <w:r>
        <w:rPr>
          <w:rFonts w:ascii="Leelawadee UI" w:hAnsi="Leelawadee UI" w:eastAsia="Leelawadee UI" w:cs="Leelawadee UI"/>
        </w:rPr>
        <w:t>មានភាពច្របូកច្របល់។</w:t>
      </w:r>
      <w:r>
        <w:rPr>
          <w:rFonts w:ascii="Times New Roman" w:hAnsi="Times New Roman" w:eastAsia="Times New Roman" w:cs="Times New Roman"/>
        </w:rPr>
        <w:t xml:space="preserve"> </w:t>
      </w:r>
      <w:r>
        <w:rPr>
          <w:rFonts w:ascii="Leelawadee UI" w:hAnsi="Leelawadee UI" w:eastAsia="Leelawadee UI" w:cs="Leelawadee UI"/>
        </w:rPr>
        <w:t>នេះហើយជារឿងដែលសាតាំងបានរៀបចំទុកជាមុនឲ្យកើតឡើង</w:t>
      </w:r>
      <w:r>
        <w:rPr>
          <w:rFonts w:ascii="Times New Roman" w:hAnsi="Times New Roman" w:eastAsia="Times New Roman" w:cs="Times New Roman"/>
        </w:rPr>
        <w:t>—</w:t>
      </w:r>
      <w:r>
        <w:rPr>
          <w:rFonts w:ascii="Leelawadee UI" w:hAnsi="Leelawadee UI" w:eastAsia="Leelawadee UI" w:cs="Leelawadee UI"/>
        </w:rPr>
        <w:t>អ្វីក៏ដោយដែលអាចត្រូវបានលើកធ្វើឲ្យធំឡើងថាជាការមិនស្របគ្នា។</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“Ḳeri Ezekiel, pereḳ 28. Haḳa, kani ishkhan majestuoso, maye spirito estranyo puede figura. Pero el Señor tin un ishkhan para ser hecho para salva almas pereciente; i los lugares los cuales Satanás, disfrazado, podría yena, trayendo konfusión entremedyo de muestras filas, él lo va a hacer a la perfección, i todas aquellas pequeñas diferencias se van a engrandecer, prominentes.</w:t>
      </w:r>
    </w:p>
    <w:p>
      <w:pPr>
        <w:pStyle w:val="ArticleScripture"/>
        <w:jc w:val="left"/>
      </w:pPr>
      <w:r>
        <w:rPr>
          <w:rFonts w:ascii="Times New Roman" w:hAnsi="Times New Roman" w:eastAsia="Times New Roman" w:cs="Times New Roman"/>
        </w:rPr>
        <w:t>«And I was shown from the first that the Lord had given neither Elders Daniells nor Prescott the burden of this work. Should Satan’s wiles be brought in, should this “Daily” be such a great matter as to be brought in to confuse minds and hinder the advancement of the work at this important period of time? It should not, whatever may be. This subject should not be introduced, for the spirit that would be brought in would be forbidding, and Lucifer is watching every movement. Satanic agencies would commence his work and there would be confusion brought into our ranks. You have no call to hunt up the difference of opinion that is not a testing question; but your silence is eloquence. I have the matter all plainly before me. If the devil could involve any one of our own people on these subjects, as he has proposed to do, Satan’s cause would triumph. Now the work without delay is to be taken up and not a [difference] of opinion expressed. “At the very beginning it was shown to me that the Lord had not laid the burden of this work upon either Elder Daniells or Elder Prescott. Should the artifices of Satan be introduced? Should this “Daily” be made so great a matter that it is brought forward to confuse minds and hinder the progress of the work at this important period of time? It ought not to be, whatever it may be. This subject should not be introduced, for the spirit that would thereby be brought in would be one of prohibition, and Lucifer is watching every movement. Satanic agencies would begin their working, and confusion would be brought into our ranks. You have no call to search out a difference of opinion on a point that is not a testing question; your silence is eloquence. The whole matter is plainly before me. If the devil could involve any of our own people in these subjects, as he has purposed to do, the cause of Satan would triumph. Now the work must be taken up without delay, and no [difference] of opinion expressed.»</w:t>
      </w:r>
    </w:p>
    <w:p>
      <w:pPr>
        <w:pStyle w:val="ArticleScripture"/>
        <w:jc w:val="left"/>
      </w:pPr>
      <w:r>
        <w:rPr>
          <w:rFonts w:ascii="Times New Roman" w:hAnsi="Times New Roman" w:eastAsia="Times New Roman" w:cs="Times New Roman"/>
        </w:rPr>
        <w:t>“Şeytan, aramızdan çıkmış olan o adamları, kötü meleklerle birleşmeye ve önemsiz meseleler üzerinde işimizi geciktirmeye sevk ederdi; ve düşman ordugâhında ne büyük bir sevinç olurdu. Birbirinize sımsıkı kenetlenin, sımsıkı kenetlenin. Her ayrılık gömülsün. Şimdiki görevimiz, bütün bedenî gücümüzü ve beyin-sinir kudretimizi bu ayrılıkları ortadan kaldırmaya vakfetmek ve herkesin uyum içinde olmasıdır. Eğer Şeytan’a, büyük takdis edilmemiş hikmetiyle en küçük bir tutunacak yer edinmesine izin verilseydi, [sevinirdi].”</w:t>
      </w:r>
    </w:p>
    <w:p>
      <w:pPr>
        <w:pStyle w:val="ArticleScripture"/>
        <w:jc w:val="left"/>
      </w:pPr>
      <w:r>
        <w:rPr>
          <w:rFonts w:ascii="Times New Roman" w:hAnsi="Times New Roman" w:eastAsia="Times New Roman" w:cs="Times New Roman"/>
        </w:rPr>
        <w:t>“Ñan, ñuka rikushka shina imashina kankuna rurashkata, ñuka yuyaymi tukuy kay imata, shinallatak imakunata riksirka, sipa kankuna ñawpakman rishpa ñukanchikmanta llukshishka partikunaman aslla llakichinatapas kushpa, ñukanchik tandanakuypi pantachinata yaykuchun sakishpaka. Kankunapa yachay illak kashka Satanas munashka shina kanka. Kankunapa sinchita willakuyka mana Espíritu Santo-pa samaywan kashkachu. Ñukaka yachachishka karkani kankunaman ninaykipak: Dios pushashka runakunapa killkashkakunapi pantaykunata maskayka mana Diosmanta shamushka samaychu. Shinallatak, kayka Elder Daniells llaktaman kunan yachay kashpaka, ima shinapash ama payman huk oficial puestota kuychu, imaraykuchus payka mana atinchu causa-manta efecto-kama yuyaywan tantiyata. Kay yachaymanta upallalla kashkaykika kikin kankunapa yachaymi. Kunan, wañushka mana kawsak runakunapa publicacionkunapi pantaykunata akllashka laya rurayka mana Dios kankunamanta mayqenkunamanpas kushka llamkanachu. Imaraykuchus kay runakuna—Elders Daniells y Prescott—llaktakunapi llamkanapak kushka kamachikunata katishka kashpaka, achka, ancha achka runakunami chekata yachakushka, tikrashka, atiyniyuk runakuna kankakman karanka, [kunan] maypi churashka kashpaka chayman manañam haykapipas chayachishka kankachu.”</w:t>
      </w:r>
    </w:p>
    <w:p>
      <w:pPr>
        <w:pStyle w:val="ArticleScripture"/>
        <w:jc w:val="left"/>
      </w:pPr>
      <w:r>
        <w:rPr>
          <w:rFonts w:ascii="Times New Roman" w:hAnsi="Times New Roman" w:eastAsia="Times New Roman" w:cs="Times New Roman"/>
        </w:rPr>
        <w:t>«Аҭәым дгьыл зегьы акыӡәӡәа зегьыҳалатәи аҭаацәара дук еиԥш иахәаԥшлатәуп. Аӡәырҩы адыррақәа рҳазына абас еиԥш иҟоу аҟынтә ахархәашьақәа шәымазар, изакәызеи шәымшхакәа адунеи ашықәсқәа жәпакы инарылагӡаны ҳ-Аҳ Иисус Христос иҟаиҵаз агәарҭарақәа рыцҵаны иқәӡаартә шәаныжьыз? Аиаша аныҳәатә дин ҳарҵауеит ахаҵа ҳаргьы, аҳәса ҳаргьы, ҳара абзиара ахьыҟаҳҵо алшо ауаҩы иеиԥш ҳарзыҟаларц.</w:t>
      </w:r>
    </w:p>
    <w:p>
      <w:pPr>
        <w:pStyle w:val="ArticleScripture"/>
        <w:jc w:val="left"/>
      </w:pPr>
      <w:r>
        <w:rPr>
          <w:rFonts w:ascii="Times New Roman" w:hAnsi="Times New Roman" w:eastAsia="Times New Roman" w:cs="Times New Roman"/>
        </w:rPr>
        <w:t>«Mi a imprimi panay dagiti adu a tawtawen: “Maysa a Natalged a Panunot,” pammaneknek ken Elder Andrews. Ti panunot ket mabalin a maurnos tapno agbalin a pannakabalin a mangammo no kaano a saoen ken ania dagiti kargada a maala ken maibaklay, ta ni Cristo ti Mannursurom. Ket nakaro unay ti pannakabutengko agpaay kenka [idi nakitak kenka] a pinatangsitmo ti bukodmo a sirib ken sinurotmo ti maysa a dalan a mangiyeg kadagiti panagdiduma ti pampanunot. Ti Apo ket mangawag kadagiti masirib a tattao a makabael a mangitinnag ti kappia da no dayta [ket] sirib a ramiden da. No kayatmo a magingga a tao, kasapulam ti pannakapasanto babaen ken Jesu-Cristo. Ita adda maysa a trabaho a kapapanangrugi laeng, ket koma agparang ti sirib iti tunggal ministro, iti tunggal presidente ti [maysa a] komperensia. Ngem adda idi ti maysa a trabaho nga aramidem koma manipud dagiti naglabas a tawtawen, a sadiay a kasapulan ka a mangipangato ti timekmo agpaay iti daytoy a mismo a trabaho. Inted ni Cristo kadagiti amin a tattaona dagiti naisangsangayan a bilin no ania ti aramiden da ken dagiti banag a saanda a rumbeng nga aramiden. Ket bassit laeng ti tiempo a nabati kadatayo tapno trabahuentayo ti kinalinteg ti Apo. Maawatam ti dalan ti Apo. Nakita ko ti panggepmo a mangituray kadagiti bambanag segun iti bukodmo a panagurnos kalpasan a naikkam iti saad a kas presidente. Napanunotmo a mangaramidka koma kadagiti nakaskasdaaw a banag, a trabaho a saan nga inyawat ti Dios kadagiti imam a ramiden. Ita, ti trabahom ket saan a mangidadanes no di ket mangwayawaya iti tunggal kasapulan a mabalin no inawat naka ti Apo nga agserbi. Ngem nasapa unay a nangtedka iti pammaneknek a ti sirib ken napasantuan a panangukom ket saan a naiparang kenka. Impukawmo dagiti banag a saanto a maawat no saan a ti Apo ti mangted ti lawag.</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ခရစ်တော်ကွန်ဖရင့်၏</w:t>
      </w:r>
      <w:r>
        <w:rPr>
          <w:rFonts w:ascii="Times New Roman" w:hAnsi="Times New Roman" w:eastAsia="Times New Roman" w:cs="Times New Roman"/>
        </w:rPr>
        <w:t xml:space="preserve"> </w:t>
      </w:r>
      <w:r>
        <w:rPr>
          <w:rFonts w:ascii="Myanmar Text" w:hAnsi="Myanmar Text" w:eastAsia="Myanmar Text" w:cs="Myanmar Text"/>
        </w:rPr>
        <w:t>ဥက္ကဋ္ဌအဖြစ်</w:t>
      </w:r>
      <w:r>
        <w:rPr>
          <w:rFonts w:ascii="Times New Roman" w:hAnsi="Times New Roman" w:eastAsia="Times New Roman" w:cs="Times New Roman"/>
        </w:rPr>
        <w:t xml:space="preserve"> </w:t>
      </w:r>
      <w:r>
        <w:rPr>
          <w:rFonts w:ascii="Myanmar Text" w:hAnsi="Myanmar Text" w:eastAsia="Myanmar Text" w:cs="Myanmar Text"/>
        </w:rPr>
        <w:t>နောက်ထပ်တစ်နှစ်တိုင်အောင်ပင်</w:t>
      </w:r>
      <w:r>
        <w:rPr>
          <w:rFonts w:ascii="Times New Roman" w:hAnsi="Times New Roman" w:eastAsia="Times New Roman" w:cs="Times New Roman"/>
        </w:rPr>
        <w:t xml:space="preserve"> </w:t>
      </w:r>
      <w:r>
        <w:rPr>
          <w:rFonts w:ascii="Myanmar Text" w:hAnsi="Myanmar Text" w:eastAsia="Myanmar Text" w:cs="Myanmar Text"/>
        </w:rPr>
        <w:t>သင့်ကို</w:t>
      </w:r>
      <w:r>
        <w:rPr>
          <w:rFonts w:ascii="Times New Roman" w:hAnsi="Times New Roman" w:eastAsia="Times New Roman" w:cs="Times New Roman"/>
        </w:rPr>
        <w:t xml:space="preserve"> </w:t>
      </w:r>
      <w:r>
        <w:rPr>
          <w:rFonts w:ascii="Myanmar Text" w:hAnsi="Myanmar Text" w:eastAsia="Myanmar Text" w:cs="Myanmar Text"/>
        </w:rPr>
        <w:t>ရွေးချယ်ခန့်အပ်ခြင်းကဲ့သို့သော</w:t>
      </w:r>
      <w:r>
        <w:rPr>
          <w:rFonts w:ascii="Times New Roman" w:hAnsi="Times New Roman" w:eastAsia="Times New Roman" w:cs="Times New Roman"/>
        </w:rPr>
        <w:t xml:space="preserve"> </w:t>
      </w:r>
      <w:r>
        <w:rPr>
          <w:rFonts w:ascii="Myanmar Text" w:hAnsi="Myanmar Text" w:eastAsia="Myanmar Text" w:cs="Myanmar Text"/>
        </w:rPr>
        <w:t>အလျင်စလို</w:t>
      </w:r>
      <w:r>
        <w:rPr>
          <w:rFonts w:ascii="Times New Roman" w:hAnsi="Times New Roman" w:eastAsia="Times New Roman" w:cs="Times New Roman"/>
        </w:rPr>
        <w:t xml:space="preserve"> </w:t>
      </w:r>
      <w:r>
        <w:rPr>
          <w:rFonts w:ascii="Myanmar Text" w:hAnsi="Myanmar Text" w:eastAsia="Myanmar Text" w:cs="Myanmar Text"/>
        </w:rPr>
        <w:t>ဆောင်ရွက်မှုများကို</w:t>
      </w:r>
      <w:r>
        <w:rPr>
          <w:rFonts w:ascii="Times New Roman" w:hAnsi="Times New Roman" w:eastAsia="Times New Roman" w:cs="Times New Roman"/>
        </w:rPr>
        <w:t xml:space="preserve"> </w:t>
      </w:r>
      <w:r>
        <w:rPr>
          <w:rFonts w:ascii="Myanmar Text" w:hAnsi="Myanmar Text" w:eastAsia="Myanmar Text" w:cs="Myanmar Text"/>
        </w:rPr>
        <w:t>မပြုသင့်ခဲ့ကြောင်း</w:t>
      </w:r>
      <w:r>
        <w:rPr>
          <w:rFonts w:ascii="Times New Roman" w:hAnsi="Times New Roman" w:eastAsia="Times New Roman" w:cs="Times New Roman"/>
        </w:rPr>
        <w:t xml:space="preserve"> </w:t>
      </w:r>
      <w:r>
        <w:rPr>
          <w:rFonts w:ascii="Myanmar Text" w:hAnsi="Myanmar Text" w:eastAsia="Myanmar Text" w:cs="Myanmar Text"/>
        </w:rPr>
        <w:t>ကျွန်ုပ်အား</w:t>
      </w:r>
      <w:r>
        <w:rPr>
          <w:rFonts w:ascii="Times New Roman" w:hAnsi="Times New Roman" w:eastAsia="Times New Roman" w:cs="Times New Roman"/>
        </w:rPr>
        <w:t xml:space="preserve"> </w:t>
      </w:r>
      <w:r>
        <w:rPr>
          <w:rFonts w:ascii="Myanmar Text" w:hAnsi="Myanmar Text" w:eastAsia="Myanmar Text" w:cs="Myanmar Text"/>
        </w:rPr>
        <w:t>ညွှန်ကြားခြင်းခံရ၏။</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ထိုအမှုကိစ္စကို</w:t>
      </w:r>
      <w:r>
        <w:rPr>
          <w:rFonts w:ascii="Times New Roman" w:hAnsi="Times New Roman" w:eastAsia="Times New Roman" w:cs="Times New Roman"/>
        </w:rPr>
        <w:t xml:space="preserve"> </w:t>
      </w:r>
      <w:r>
        <w:rPr>
          <w:rFonts w:ascii="Myanmar Text" w:hAnsi="Myanmar Text" w:eastAsia="Myanmar Text" w:cs="Myanmar Text"/>
        </w:rPr>
        <w:t>ဆုတောင်းခြင်းဖြင့်</w:t>
      </w:r>
      <w:r>
        <w:rPr>
          <w:rFonts w:ascii="Times New Roman" w:hAnsi="Times New Roman" w:eastAsia="Times New Roman" w:cs="Times New Roman"/>
        </w:rPr>
        <w:t xml:space="preserve"> </w:t>
      </w:r>
      <w:r>
        <w:rPr>
          <w:rFonts w:ascii="Myanmar Text" w:hAnsi="Myanmar Text" w:eastAsia="Myanmar Text" w:cs="Myanmar Text"/>
        </w:rPr>
        <w:t>ထာဝရဘုရားရှေ့တော်သို့</w:t>
      </w:r>
      <w:r>
        <w:rPr>
          <w:rFonts w:ascii="Times New Roman" w:hAnsi="Times New Roman" w:eastAsia="Times New Roman" w:cs="Times New Roman"/>
        </w:rPr>
        <w:t xml:space="preserve"> </w:t>
      </w:r>
      <w:r>
        <w:rPr>
          <w:rFonts w:ascii="Myanmar Text" w:hAnsi="Myanmar Text" w:eastAsia="Myanmar Text" w:cs="Myanmar Text"/>
        </w:rPr>
        <w:t>ယူဆောင်မလာမချင်း၊</w:t>
      </w:r>
      <w:r>
        <w:rPr>
          <w:rFonts w:ascii="Times New Roman" w:hAnsi="Times New Roman" w:eastAsia="Times New Roman" w:cs="Times New Roman"/>
        </w:rPr>
        <w:t xml:space="preserve"> </w:t>
      </w:r>
      <w:r>
        <w:rPr>
          <w:rFonts w:ascii="Myanmar Text" w:hAnsi="Myanmar Text" w:eastAsia="Myanmar Text" w:cs="Myanmar Text"/>
        </w:rPr>
        <w:t>ယင်းသို့သော</w:t>
      </w:r>
      <w:r>
        <w:rPr>
          <w:rFonts w:ascii="Times New Roman" w:hAnsi="Times New Roman" w:eastAsia="Times New Roman" w:cs="Times New Roman"/>
        </w:rPr>
        <w:t xml:space="preserve"> </w:t>
      </w:r>
      <w:r>
        <w:rPr>
          <w:rFonts w:ascii="Myanmar Text" w:hAnsi="Myanmar Text" w:eastAsia="Myanmar Text" w:cs="Myanmar Text"/>
        </w:rPr>
        <w:t>အလျင်စလို</w:t>
      </w:r>
      <w:r>
        <w:rPr>
          <w:rFonts w:ascii="Times New Roman" w:hAnsi="Times New Roman" w:eastAsia="Times New Roman" w:cs="Times New Roman"/>
        </w:rPr>
        <w:t xml:space="preserve"> </w:t>
      </w:r>
      <w:r>
        <w:rPr>
          <w:rFonts w:ascii="Myanmar Text" w:hAnsi="Myanmar Text" w:eastAsia="Myanmar Text" w:cs="Myanmar Text"/>
        </w:rPr>
        <w:t>ဆောင်ရွက်မှုမျိုးများကို</w:t>
      </w:r>
      <w:r>
        <w:rPr>
          <w:rFonts w:ascii="Times New Roman" w:hAnsi="Times New Roman" w:eastAsia="Times New Roman" w:cs="Times New Roman"/>
        </w:rPr>
        <w:t xml:space="preserve"> </w:t>
      </w:r>
      <w:r>
        <w:rPr>
          <w:rFonts w:ascii="Myanmar Text" w:hAnsi="Myanmar Text" w:eastAsia="Myanmar Text" w:cs="Myanmar Text"/>
        </w:rPr>
        <w:t>ထပ်မံမပြုရန်</w:t>
      </w:r>
      <w:r>
        <w:rPr>
          <w:rFonts w:ascii="Times New Roman" w:hAnsi="Times New Roman" w:eastAsia="Times New Roman" w:cs="Times New Roman"/>
        </w:rPr>
        <w:t xml:space="preserve"> </w:t>
      </w:r>
      <w:r>
        <w:rPr>
          <w:rFonts w:ascii="Myanmar Text" w:hAnsi="Myanmar Text" w:eastAsia="Myanmar Text" w:cs="Myanmar Text"/>
        </w:rPr>
        <w:t>ထာဝရဘုရားက</w:t>
      </w:r>
      <w:r>
        <w:rPr>
          <w:rFonts w:ascii="Times New Roman" w:hAnsi="Times New Roman" w:eastAsia="Times New Roman" w:cs="Times New Roman"/>
        </w:rPr>
        <w:t xml:space="preserve"> </w:t>
      </w:r>
      <w:r>
        <w:rPr>
          <w:rFonts w:ascii="Myanmar Text" w:hAnsi="Myanmar Text" w:eastAsia="Myanmar Text" w:cs="Myanmar Text"/>
        </w:rPr>
        <w:t>တားမြစ်တော်မူ၏။</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ကွန်ဖရင့်ဥက္ကဋ္ဌအပေါ်</w:t>
      </w:r>
      <w:r>
        <w:rPr>
          <w:rFonts w:ascii="Times New Roman" w:hAnsi="Times New Roman" w:eastAsia="Times New Roman" w:cs="Times New Roman"/>
        </w:rPr>
        <w:t xml:space="preserve"> </w:t>
      </w:r>
      <w:r>
        <w:rPr>
          <w:rFonts w:ascii="Myanmar Text" w:hAnsi="Myanmar Text" w:eastAsia="Myanmar Text" w:cs="Myanmar Text"/>
        </w:rPr>
        <w:t>အနားယူတည်ရှိသော</w:t>
      </w:r>
      <w:r>
        <w:rPr>
          <w:rFonts w:ascii="Times New Roman" w:hAnsi="Times New Roman" w:eastAsia="Times New Roman" w:cs="Times New Roman"/>
        </w:rPr>
        <w:t xml:space="preserve"> </w:t>
      </w:r>
      <w:r>
        <w:rPr>
          <w:rFonts w:ascii="Myanmar Text" w:hAnsi="Myanmar Text" w:eastAsia="Myanmar Text" w:cs="Myanmar Text"/>
        </w:rPr>
        <w:t>ထာဝရဘုရား၏</w:t>
      </w:r>
      <w:r>
        <w:rPr>
          <w:rFonts w:ascii="Times New Roman" w:hAnsi="Times New Roman" w:eastAsia="Times New Roman" w:cs="Times New Roman"/>
        </w:rPr>
        <w:t xml:space="preserve"> </w:t>
      </w:r>
      <w:r>
        <w:rPr>
          <w:rFonts w:ascii="Myanmar Text" w:hAnsi="Myanmar Text" w:eastAsia="Myanmar Text" w:cs="Myanmar Text"/>
        </w:rPr>
        <w:t>အမှုတော်သည်</w:t>
      </w:r>
      <w:r>
        <w:rPr>
          <w:rFonts w:ascii="Times New Roman" w:hAnsi="Times New Roman" w:eastAsia="Times New Roman" w:cs="Times New Roman"/>
        </w:rPr>
        <w:t xml:space="preserve"> </w:t>
      </w:r>
      <w:r>
        <w:rPr>
          <w:rFonts w:ascii="Myanmar Text" w:hAnsi="Myanmar Text" w:eastAsia="Myanmar Text" w:cs="Myanmar Text"/>
        </w:rPr>
        <w:t>အလွန်တည်ကြည်လေးနက်သော</w:t>
      </w:r>
      <w:r>
        <w:rPr>
          <w:rFonts w:ascii="Times New Roman" w:hAnsi="Times New Roman" w:eastAsia="Times New Roman" w:cs="Times New Roman"/>
        </w:rPr>
        <w:t xml:space="preserve"> </w:t>
      </w:r>
      <w:r>
        <w:rPr>
          <w:rFonts w:ascii="Myanmar Text" w:hAnsi="Myanmar Text" w:eastAsia="Myanmar Text" w:cs="Myanmar Text"/>
        </w:rPr>
        <w:t>တာဝန်ဖြစ်ကြောင်း</w:t>
      </w:r>
      <w:r>
        <w:rPr>
          <w:rFonts w:ascii="Times New Roman" w:hAnsi="Times New Roman" w:eastAsia="Times New Roman" w:cs="Times New Roman"/>
        </w:rPr>
        <w:t xml:space="preserve"> </w:t>
      </w:r>
      <w:r>
        <w:rPr>
          <w:rFonts w:ascii="Myanmar Text" w:hAnsi="Myanmar Text" w:eastAsia="Myanmar Text" w:cs="Myanmar Text"/>
        </w:rPr>
        <w:t>သင့်ထံ</w:t>
      </w:r>
      <w:r>
        <w:rPr>
          <w:rFonts w:ascii="Times New Roman" w:hAnsi="Times New Roman" w:eastAsia="Times New Roman" w:cs="Times New Roman"/>
        </w:rPr>
        <w:t xml:space="preserve"> </w:t>
      </w:r>
      <w:r>
        <w:rPr>
          <w:rFonts w:ascii="Myanmar Text" w:hAnsi="Myanmar Text" w:eastAsia="Myanmar Text" w:cs="Myanmar Text"/>
        </w:rPr>
        <w:t>သတင်းစကား</w:t>
      </w:r>
      <w:r>
        <w:rPr>
          <w:rFonts w:ascii="Times New Roman" w:hAnsi="Times New Roman" w:eastAsia="Times New Roman" w:cs="Times New Roman"/>
        </w:rPr>
        <w:t xml:space="preserve"> </w:t>
      </w:r>
      <w:r>
        <w:rPr>
          <w:rFonts w:ascii="Myanmar Text" w:hAnsi="Myanmar Text" w:eastAsia="Myanmar Text" w:cs="Myanmar Text"/>
        </w:rPr>
        <w:t>ရောက်ရှိလာပြီးနောက်တွင်၊</w:t>
      </w:r>
      <w:r>
        <w:rPr>
          <w:rFonts w:ascii="Times New Roman" w:hAnsi="Times New Roman" w:eastAsia="Times New Roman" w:cs="Times New Roman"/>
        </w:rPr>
        <w:t xml:space="preserve"> ‘Daily’ </w:t>
      </w:r>
      <w:r>
        <w:rPr>
          <w:rFonts w:ascii="Myanmar Text" w:hAnsi="Myanmar Text" w:eastAsia="Myanmar Text" w:cs="Myanmar Text"/>
        </w:rPr>
        <w:t>အကြောင်းအရာနှင့်စပ်လျဉ်း၍</w:t>
      </w:r>
      <w:r>
        <w:rPr>
          <w:rFonts w:ascii="Times New Roman" w:hAnsi="Times New Roman" w:eastAsia="Times New Roman" w:cs="Times New Roman"/>
        </w:rPr>
        <w:t xml:space="preserve"> </w:t>
      </w:r>
      <w:r>
        <w:rPr>
          <w:rFonts w:ascii="Myanmar Text" w:hAnsi="Myanmar Text" w:eastAsia="Myanmar Text" w:cs="Myanmar Text"/>
        </w:rPr>
        <w:t>သင်ပြုခဲ့သကဲ့သို့</w:t>
      </w:r>
      <w:r>
        <w:rPr>
          <w:rFonts w:ascii="Times New Roman" w:hAnsi="Times New Roman" w:eastAsia="Times New Roman" w:cs="Times New Roman"/>
        </w:rPr>
        <w:t xml:space="preserve"> </w:t>
      </w:r>
      <w:r>
        <w:rPr>
          <w:rFonts w:ascii="Myanmar Text" w:hAnsi="Myanmar Text" w:eastAsia="Myanmar Text" w:cs="Myanmar Text"/>
        </w:rPr>
        <w:t>မီးတောက်ပေါက်ကွဲသကဲ့သို့</w:t>
      </w:r>
      <w:r>
        <w:rPr>
          <w:rFonts w:ascii="Times New Roman" w:hAnsi="Times New Roman" w:eastAsia="Times New Roman" w:cs="Times New Roman"/>
        </w:rPr>
        <w:t xml:space="preserve"> </w:t>
      </w:r>
      <w:r>
        <w:rPr>
          <w:rFonts w:ascii="Myanmar Text" w:hAnsi="Myanmar Text" w:eastAsia="Myanmar Text" w:cs="Myanmar Text"/>
        </w:rPr>
        <w:t>ထွက်ဆိုရန်နှင့်</w:t>
      </w:r>
      <w:r>
        <w:rPr>
          <w:rFonts w:ascii="Times New Roman" w:hAnsi="Times New Roman" w:eastAsia="Times New Roman" w:cs="Times New Roman"/>
        </w:rPr>
        <w:t xml:space="preserve"> </w:t>
      </w:r>
      <w:r>
        <w:rPr>
          <w:rFonts w:ascii="Myanmar Text" w:hAnsi="Myanmar Text" w:eastAsia="Myanmar Text" w:cs="Myanmar Text"/>
        </w:rPr>
        <w:t>သင့်ဩဇာလွှမ်းမိုးမှုက</w:t>
      </w:r>
      <w:r>
        <w:rPr>
          <w:rFonts w:ascii="Times New Roman" w:hAnsi="Times New Roman" w:eastAsia="Times New Roman" w:cs="Times New Roman"/>
        </w:rPr>
        <w:t xml:space="preserve"> </w:t>
      </w:r>
      <w:r>
        <w:rPr>
          <w:rFonts w:ascii="Myanmar Text" w:hAnsi="Myanmar Text" w:eastAsia="Myanmar Text" w:cs="Myanmar Text"/>
        </w:rPr>
        <w:t>ထိုမေးခွန်းကို</w:t>
      </w:r>
      <w:r>
        <w:rPr>
          <w:rFonts w:ascii="Times New Roman" w:hAnsi="Times New Roman" w:eastAsia="Times New Roman" w:cs="Times New Roman"/>
        </w:rPr>
        <w:t xml:space="preserve"> </w:t>
      </w:r>
      <w:r>
        <w:rPr>
          <w:rFonts w:ascii="Myanmar Text" w:hAnsi="Myanmar Text" w:eastAsia="Myanmar Text" w:cs="Myanmar Text"/>
        </w:rPr>
        <w:t>ဆုံးဖြတ်ပေးလိမ့်မည်ဟု</w:t>
      </w:r>
      <w:r>
        <w:rPr>
          <w:rFonts w:ascii="Times New Roman" w:hAnsi="Times New Roman" w:eastAsia="Times New Roman" w:cs="Times New Roman"/>
        </w:rPr>
        <w:t xml:space="preserve"> </w:t>
      </w:r>
      <w:r>
        <w:rPr>
          <w:rFonts w:ascii="Myanmar Text" w:hAnsi="Myanmar Text" w:eastAsia="Myanmar Text" w:cs="Myanmar Text"/>
        </w:rPr>
        <w:t>ယူဆရန်</w:t>
      </w:r>
      <w:r>
        <w:rPr>
          <w:rFonts w:ascii="Times New Roman" w:hAnsi="Times New Roman" w:eastAsia="Times New Roman" w:cs="Times New Roman"/>
        </w:rPr>
        <w:t xml:space="preserve"> </w:t>
      </w:r>
      <w:r>
        <w:rPr>
          <w:rFonts w:ascii="Myanmar Text" w:hAnsi="Myanmar Text" w:eastAsia="Myanmar Text" w:cs="Myanmar Text"/>
        </w:rPr>
        <w:t>သင့်၌</w:t>
      </w:r>
      <w:r>
        <w:rPr>
          <w:rFonts w:ascii="Times New Roman" w:hAnsi="Times New Roman" w:eastAsia="Times New Roman" w:cs="Times New Roman"/>
        </w:rPr>
        <w:t xml:space="preserve"> </w:t>
      </w:r>
      <w:r>
        <w:rPr>
          <w:rFonts w:ascii="Myanmar Text" w:hAnsi="Myanmar Text" w:eastAsia="Myanmar Text" w:cs="Myanmar Text"/>
        </w:rPr>
        <w:t>ကိုယ်ကျင့်တရားဆိုင်ရာ</w:t>
      </w:r>
      <w:r>
        <w:rPr>
          <w:rFonts w:ascii="Times New Roman" w:hAnsi="Times New Roman" w:eastAsia="Times New Roman" w:cs="Times New Roman"/>
        </w:rPr>
        <w:t xml:space="preserve"> </w:t>
      </w:r>
      <w:r>
        <w:rPr>
          <w:rFonts w:ascii="Myanmar Text" w:hAnsi="Myanmar Text" w:eastAsia="Myanmar Text" w:cs="Myanmar Text"/>
        </w:rPr>
        <w:t>အခွင့်အရေး</w:t>
      </w:r>
      <w:r>
        <w:rPr>
          <w:rFonts w:ascii="Times New Roman" w:hAnsi="Times New Roman" w:eastAsia="Times New Roman" w:cs="Times New Roman"/>
        </w:rPr>
        <w:t xml:space="preserve"> </w:t>
      </w:r>
      <w:r>
        <w:rPr>
          <w:rFonts w:ascii="Myanmar Text" w:hAnsi="Myanmar Text" w:eastAsia="Myanmar Text" w:cs="Myanmar Text"/>
        </w:rPr>
        <w:t>မရှိခဲ့ပေ။</w:t>
      </w:r>
      <w:r>
        <w:rPr>
          <w:rFonts w:ascii="Times New Roman" w:hAnsi="Times New Roman" w:eastAsia="Times New Roman" w:cs="Times New Roman"/>
        </w:rPr>
        <w:t xml:space="preserve"> </w:t>
      </w:r>
      <w:r>
        <w:rPr>
          <w:rFonts w:ascii="Myanmar Text" w:hAnsi="Myanmar Text" w:eastAsia="Myanmar Text" w:cs="Myanmar Text"/>
        </w:rPr>
        <w:t>အလွန်လေးလံသော</w:t>
      </w:r>
      <w:r>
        <w:rPr>
          <w:rFonts w:ascii="Times New Roman" w:hAnsi="Times New Roman" w:eastAsia="Times New Roman" w:cs="Times New Roman"/>
        </w:rPr>
        <w:t xml:space="preserve"> </w:t>
      </w:r>
      <w:r>
        <w:rPr>
          <w:rFonts w:ascii="Myanmar Text" w:hAnsi="Myanmar Text" w:eastAsia="Myanmar Text" w:cs="Myanmar Text"/>
        </w:rPr>
        <w:t>တာဝန်များကို</w:t>
      </w:r>
      <w:r>
        <w:rPr>
          <w:rFonts w:ascii="Times New Roman" w:hAnsi="Times New Roman" w:eastAsia="Times New Roman" w:cs="Times New Roman"/>
        </w:rPr>
        <w:t xml:space="preserve"> </w:t>
      </w:r>
      <w:r>
        <w:rPr>
          <w:rFonts w:ascii="Myanmar Text" w:hAnsi="Myanmar Text" w:eastAsia="Myanmar Text" w:cs="Myanmar Text"/>
        </w:rPr>
        <w:t>ထမ်းဆောင်ခဲ့သော</w:t>
      </w:r>
      <w:r>
        <w:rPr>
          <w:rFonts w:ascii="Times New Roman" w:hAnsi="Times New Roman" w:eastAsia="Times New Roman" w:cs="Times New Roman"/>
        </w:rPr>
        <w:t xml:space="preserve"> </w:t>
      </w:r>
      <w:r>
        <w:rPr>
          <w:rFonts w:ascii="Myanmar Text" w:hAnsi="Myanmar Text" w:eastAsia="Myanmar Text" w:cs="Myanmar Text"/>
        </w:rPr>
        <w:t>အယ်လ်ဒါ</w:t>
      </w:r>
      <w:r>
        <w:rPr>
          <w:rFonts w:ascii="Times New Roman" w:hAnsi="Times New Roman" w:eastAsia="Times New Roman" w:cs="Times New Roman"/>
        </w:rPr>
        <w:t xml:space="preserve"> </w:t>
      </w:r>
      <w:r>
        <w:rPr>
          <w:rFonts w:ascii="Myanmar Text" w:hAnsi="Myanmar Text" w:eastAsia="Myanmar Text" w:cs="Myanmar Text"/>
        </w:rPr>
        <w:t>ဟက်စကဲလ်</w:t>
      </w:r>
      <w:r>
        <w:rPr>
          <w:rFonts w:ascii="Times New Roman" w:hAnsi="Times New Roman" w:eastAsia="Times New Roman" w:cs="Times New Roman"/>
        </w:rPr>
        <w:t xml:space="preserve"> </w:t>
      </w:r>
      <w:r>
        <w:rPr>
          <w:rFonts w:ascii="Myanmar Text" w:hAnsi="Myanmar Text" w:eastAsia="Myanmar Text" w:cs="Myanmar Text"/>
        </w:rPr>
        <w:t>ရှိသည်။</w:t>
      </w:r>
      <w:r>
        <w:rPr>
          <w:rFonts w:ascii="Times New Roman" w:hAnsi="Times New Roman" w:eastAsia="Times New Roman" w:cs="Times New Roman"/>
        </w:rPr>
        <w:t xml:space="preserve"> </w:t>
      </w:r>
      <w:r>
        <w:rPr>
          <w:rFonts w:ascii="Myanmar Text" w:hAnsi="Myanmar Text" w:eastAsia="Myanmar Text" w:cs="Myanmar Text"/>
        </w:rPr>
        <w:t>ထို့အပြင်</w:t>
      </w:r>
      <w:r>
        <w:rPr>
          <w:rFonts w:ascii="Times New Roman" w:hAnsi="Times New Roman" w:eastAsia="Times New Roman" w:cs="Times New Roman"/>
        </w:rPr>
        <w:t xml:space="preserve"> </w:t>
      </w:r>
      <w:r>
        <w:rPr>
          <w:rFonts w:ascii="Myanmar Text" w:hAnsi="Myanmar Text" w:eastAsia="Myanmar Text" w:cs="Myanmar Text"/>
        </w:rPr>
        <w:t>အယ်လ်ဒါ</w:t>
      </w:r>
      <w:r>
        <w:rPr>
          <w:rFonts w:ascii="Times New Roman" w:hAnsi="Times New Roman" w:eastAsia="Times New Roman" w:cs="Times New Roman"/>
        </w:rPr>
        <w:t xml:space="preserve"> </w:t>
      </w:r>
      <w:r>
        <w:rPr>
          <w:rFonts w:ascii="Myanmar Text" w:hAnsi="Myanmar Text" w:eastAsia="Myanmar Text" w:cs="Myanmar Text"/>
        </w:rPr>
        <w:t>အာဝင်လည်း</w:t>
      </w:r>
      <w:r>
        <w:rPr>
          <w:rFonts w:ascii="Times New Roman" w:hAnsi="Times New Roman" w:eastAsia="Times New Roman" w:cs="Times New Roman"/>
        </w:rPr>
        <w:t xml:space="preserve"> </w:t>
      </w:r>
      <w:r>
        <w:rPr>
          <w:rFonts w:ascii="Myanmar Text" w:hAnsi="Myanmar Text" w:eastAsia="Myanmar Text" w:cs="Myanmar Text"/>
        </w:rPr>
        <w:t>ရှိသကဲ့သို့၊</w:t>
      </w:r>
      <w:r>
        <w:rPr>
          <w:rFonts w:ascii="Times New Roman" w:hAnsi="Times New Roman" w:eastAsia="Times New Roman" w:cs="Times New Roman"/>
        </w:rPr>
        <w:t xml:space="preserve"> </w:t>
      </w:r>
      <w:r>
        <w:rPr>
          <w:rFonts w:ascii="Myanmar Text" w:hAnsi="Myanmar Text" w:eastAsia="Myanmar Text" w:cs="Myanmar Text"/>
        </w:rPr>
        <w:t>လေးလံသော</w:t>
      </w:r>
      <w:r>
        <w:rPr>
          <w:rFonts w:ascii="Times New Roman" w:hAnsi="Times New Roman" w:eastAsia="Times New Roman" w:cs="Times New Roman"/>
        </w:rPr>
        <w:t xml:space="preserve"> </w:t>
      </w:r>
      <w:r>
        <w:rPr>
          <w:rFonts w:ascii="Myanmar Text" w:hAnsi="Myanmar Text" w:eastAsia="Myanmar Text" w:cs="Myanmar Text"/>
        </w:rPr>
        <w:t>တာဝန်များကို</w:t>
      </w:r>
      <w:r>
        <w:rPr>
          <w:rFonts w:ascii="Times New Roman" w:hAnsi="Times New Roman" w:eastAsia="Times New Roman" w:cs="Times New Roman"/>
        </w:rPr>
        <w:t xml:space="preserve"> </w:t>
      </w:r>
      <w:r>
        <w:rPr>
          <w:rFonts w:ascii="Myanmar Text" w:hAnsi="Myanmar Text" w:eastAsia="Myanmar Text" w:cs="Myanmar Text"/>
        </w:rPr>
        <w:t>ထမ်းဆောင်လျက်ရှိသော</w:t>
      </w:r>
      <w:r>
        <w:rPr>
          <w:rFonts w:ascii="Times New Roman" w:hAnsi="Times New Roman" w:eastAsia="Times New Roman" w:cs="Times New Roman"/>
        </w:rPr>
        <w:t xml:space="preserve"> </w:t>
      </w:r>
      <w:r>
        <w:rPr>
          <w:rFonts w:ascii="Myanmar Text" w:hAnsi="Myanmar Text" w:eastAsia="Myanmar Text" w:cs="Myanmar Text"/>
        </w:rPr>
        <w:t>အခြားသူအချို့ကိုလည်း</w:t>
      </w:r>
      <w:r>
        <w:rPr>
          <w:rFonts w:ascii="Times New Roman" w:hAnsi="Times New Roman" w:eastAsia="Times New Roman" w:cs="Times New Roman"/>
        </w:rPr>
        <w:t xml:space="preserve"> </w:t>
      </w:r>
      <w:r>
        <w:rPr>
          <w:rFonts w:ascii="Myanmar Text" w:hAnsi="Myanmar Text" w:eastAsia="Myanmar Text" w:cs="Myanmar Text"/>
        </w:rPr>
        <w:t>ကျွန်ုပ်</w:t>
      </w:r>
      <w:r>
        <w:rPr>
          <w:rFonts w:ascii="Times New Roman" w:hAnsi="Times New Roman" w:eastAsia="Times New Roman" w:cs="Times New Roman"/>
        </w:rPr>
        <w:t xml:space="preserve"> </w:t>
      </w:r>
      <w:r>
        <w:rPr>
          <w:rFonts w:ascii="Myanmar Text" w:hAnsi="Myanmar Text" w:eastAsia="Myanmar Text" w:cs="Myanmar Text"/>
        </w:rPr>
        <w:t>ဖော်ပြနိုင်သေး၏။</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«Kēhiioy ateŋa nïïnït ke kɔc kɔk? Raan de ke ye raan tɔ̈u bï kuɔny nhom piny kä, cï lëu baai kɔc kɔk kɛɛn ye raan raan ke raan kuɛny kuëny ke kä kɔc? Ci këdït, raan acï bï kë piny yök. Raan acï bï tɔ̈u yen bï raan tɔ̈u looi, ka ye cï ke ye cï lëu baai ye looi kuɛny, ye këke Pan acï cieŋ käjuëc, ba nyic ë kuɛnydu ba looi kä piny lɔn acï jɔk de yic tök kënë. Të cïn ye looi kä piny jɔk de yic tök kënë ku kuɔny kɔc ke bï rɔm kuïny kuɛnydu, acï bï kekë kë cï yen bï rot yic ba cïth në yïïn ku Elder Prescott. Ku kɔc rɔtdu nyic piny në thok Nhialic. Pan acï bï nyin yïïn nyic ye cïn rɔt cïth kënë, ku cïn kɔc yen cï rɔt piny bï rot bï thok në thok [tënë], raan acï Elder Daniells ku Elder Prescott.»</w:t>
      </w:r>
    </w:p>
    <w:p>
      <w:pPr>
        <w:pStyle w:val="ArticleScripture"/>
        <w:jc w:val="left"/>
      </w:pPr>
      <w:r>
        <w:rPr>
          <w:rFonts w:ascii="Times New Roman" w:hAnsi="Times New Roman" w:eastAsia="Times New Roman" w:cs="Times New Roman"/>
        </w:rPr>
        <w:t>“Utaɨ kemwa mɨva man seven njɨva ya kwo wisdom, na kuhitila mɨthuko wa neema ya Ngai [monekanie] uthibitisho wa uongovu wa kavili. Kwa sababu andũ othe ala matwiiwe maitho kwa mwanya ũsu ũte wa kũsenga kuuma sababu kwenda kwa athari, hata meke kwiyĩga andũ ala me twikale mĩtĩkĩo ya kazi na aa athamaki a conferences, [na] andũ [ala] maikite kazi kwa miaka mĩlĩ ikĩlũ, meke kũlemwa na mũtethyo ũsu wa kũvinda, na matokeo ma mũno ma kũmetha maendele kusahau kazi yĩla yai kũonekania mbele wao kwa myaka—kazi ya misi—na ti kana ndeto nini, kana ndeto nene nĩ nene, [ya] kwĩtĩkĩla athembe a kũkũrũ kwa ushauri, no kutangaza mambu ala mekusya gwĩa andũ, yĩĩteeneene na ushahidi wayo mwene wa kũonania ũte wa ũthũku wa andũ ala ma kwĩtĩkĩlwa na kazi nene na ya mageganio ta ũsu.”</w:t>
      </w:r>
    </w:p>
    <w:p>
      <w:pPr>
        <w:pStyle w:val="ArticleScripture"/>
        <w:jc w:val="left"/>
      </w:pPr>
      <w:r>
        <w:rPr>
          <w:rFonts w:ascii="Times New Roman" w:hAnsi="Times New Roman" w:eastAsia="Times New Roman" w:cs="Times New Roman"/>
        </w:rPr>
        <w:t>«Масеҳ мурда нест. Ӯ ҳеҷ гоҳ иҷозат намедиҳад, ки кори Ӯ ба чунин тариқи ғайриодӣ пеш бурда шавад. Ба китобҳо даст нарасонед. Агар ягон тағйир воқеан зарур бошад, Худо ҳамоҳангиро дар он тағйир ба таври мувофиқ нигоҳ хоҳад дошт; аммо вақте паёме ба одамон бо масъулиятҳои бузурги марбут ба он супурда шудааст, [Худо] вафодорие талаб мекунад, ки ба воситаи муҳаббат амал намояд ва ҷонро пок созад. Пирон Даниэлс ва Прескотт ҳар ду ба бозгашт ниёз доранд. Кори аҷибе ворид шудааст, ва он бо коре, ки Масеҳ барои анҷом додани он ба ҷаҳони мо омад, ҳамоҳанг нест; ва ҳамаи онҳое ки ҳақиқатан табдил ёфтаанд, корҳои Масеҳро ба ҷо хоҳанд овард.</w:t>
      </w:r>
    </w:p>
    <w:p>
      <w:pPr>
        <w:pStyle w:val="ArticleScripture"/>
        <w:jc w:val="left"/>
      </w:pPr>
      <w:r>
        <w:rPr>
          <w:rFonts w:ascii="Times New Roman" w:hAnsi="Times New Roman" w:eastAsia="Times New Roman" w:cs="Times New Roman"/>
        </w:rPr>
        <w:t>“Ñuqanchik llapanchikmi rurana rurayta rurayku, Taytata hatunchanapaq. Chayamushkanchikmi kay sasachakuyman—kay wakichikuy pacha ukhupi Jesucristoq kasqanman hina kasqanta munaspa mana chayta atipanakunachu, utaq mana kallpanchakuychu. Mayor Daniells, ama qankichu yuyayniykiwan qispichisqa hina qipariyta kasukuychu, imaynatachus rikuchirqanki kaq hina sasachakuykunapi. Hinaspa entiendesunki, conferenciapa presidentenqa mana kamachiqchu. Payqa llamk’an yachaysapa runakunawan kuska, presidentekuna hina churakusqakunawan, pikunatachus Dios chaskisqa. Mana qispisqachu ch’ampaykuyta qillqasqa librukunapi qillqakunaman, Diospa chaskisqan qillqaqkunapa qillqayninkunaman. Manaña paykuna kamachinankuchu, mana pisillata rikuchinkuchu kamachiq, munayninwan atipayta munayniyuq kallpata. Sasachakuyqa chayamunña, Diosqa mana yupaychasqa kanqa.”</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ချင့်ယုံကြည်ခြင်းမပြုရသေးသော</w:t>
      </w:r>
      <w:r>
        <w:rPr>
          <w:rFonts w:ascii="Times New Roman" w:hAnsi="Times New Roman" w:eastAsia="Times New Roman" w:cs="Times New Roman"/>
        </w:rPr>
        <w:t xml:space="preserve"> </w:t>
      </w:r>
      <w:r>
        <w:rPr>
          <w:rFonts w:ascii="Myanmar Text" w:hAnsi="Myanmar Text" w:eastAsia="Myanmar Text" w:cs="Myanmar Text"/>
        </w:rPr>
        <w:t>မြို့များကို</w:t>
      </w:r>
      <w:r>
        <w:rPr>
          <w:rFonts w:ascii="Times New Roman" w:hAnsi="Times New Roman" w:eastAsia="Times New Roman" w:cs="Times New Roman"/>
        </w:rPr>
        <w:t xml:space="preserve"> </w:t>
      </w:r>
      <w:r>
        <w:rPr>
          <w:rFonts w:ascii="Myanmar Text" w:hAnsi="Myanmar Text" w:eastAsia="Myanmar Text" w:cs="Myanmar Text"/>
        </w:rPr>
        <w:t>သခင်သည်</w:t>
      </w:r>
      <w:r>
        <w:rPr>
          <w:rFonts w:ascii="Times New Roman" w:hAnsi="Times New Roman" w:eastAsia="Times New Roman" w:cs="Times New Roman"/>
        </w:rPr>
        <w:t xml:space="preserve"> </w:t>
      </w:r>
      <w:r>
        <w:rPr>
          <w:rFonts w:ascii="Myanmar Text" w:hAnsi="Myanmar Text" w:eastAsia="Myanmar Text" w:cs="Myanmar Text"/>
        </w:rPr>
        <w:t>မည်သို့ရှုမြင်တော်မူသနည်း။</w:t>
      </w:r>
      <w:r>
        <w:rPr>
          <w:rFonts w:ascii="Times New Roman" w:hAnsi="Times New Roman" w:eastAsia="Times New Roman" w:cs="Times New Roman"/>
        </w:rPr>
        <w:t xml:space="preserve"> </w:t>
      </w:r>
      <w:r>
        <w:rPr>
          <w:rFonts w:ascii="Myanmar Text" w:hAnsi="Myanmar Text" w:eastAsia="Myanmar Text" w:cs="Myanmar Text"/>
        </w:rPr>
        <w:t>ခရစ်တော်သည်</w:t>
      </w:r>
      <w:r>
        <w:rPr>
          <w:rFonts w:ascii="Times New Roman" w:hAnsi="Times New Roman" w:eastAsia="Times New Roman" w:cs="Times New Roman"/>
        </w:rPr>
        <w:t xml:space="preserve"> </w:t>
      </w:r>
      <w:r>
        <w:rPr>
          <w:rFonts w:ascii="Myanmar Text" w:hAnsi="Myanmar Text" w:eastAsia="Myanmar Text" w:cs="Myanmar Text"/>
        </w:rPr>
        <w:t>ကောင်းကင်ဘုံ၌</w:t>
      </w:r>
      <w:r>
        <w:rPr>
          <w:rFonts w:ascii="Times New Roman" w:hAnsi="Times New Roman" w:eastAsia="Times New Roman" w:cs="Times New Roman"/>
        </w:rPr>
        <w:t xml:space="preserve"> </w:t>
      </w:r>
      <w:r>
        <w:rPr>
          <w:rFonts w:ascii="Myanmar Text" w:hAnsi="Myanmar Text" w:eastAsia="Myanmar Text" w:cs="Myanmar Text"/>
        </w:rPr>
        <w:t>ရှိတော်မူ၏။</w:t>
      </w:r>
      <w:r>
        <w:rPr>
          <w:rFonts w:ascii="Times New Roman" w:hAnsi="Times New Roman" w:eastAsia="Times New Roman" w:cs="Times New Roman"/>
        </w:rPr>
        <w:t xml:space="preserve"> </w:t>
      </w:r>
      <w:r>
        <w:rPr>
          <w:rFonts w:ascii="Myanmar Text" w:hAnsi="Myanmar Text" w:eastAsia="Myanmar Text" w:cs="Myanmar Text"/>
        </w:rPr>
        <w:t>ယခု</w:t>
      </w:r>
      <w:r>
        <w:rPr>
          <w:rFonts w:ascii="Times New Roman" w:hAnsi="Times New Roman" w:eastAsia="Times New Roman" w:cs="Times New Roman"/>
        </w:rPr>
        <w:t xml:space="preserve"> </w:t>
      </w:r>
      <w:r>
        <w:rPr>
          <w:rFonts w:ascii="Myanmar Text" w:hAnsi="Myanmar Text" w:eastAsia="Myanmar Text" w:cs="Myanmar Text"/>
        </w:rPr>
        <w:t>ထိုအရာကို</w:t>
      </w:r>
      <w:r>
        <w:rPr>
          <w:rFonts w:ascii="Times New Roman" w:hAnsi="Times New Roman" w:eastAsia="Times New Roman" w:cs="Times New Roman"/>
        </w:rPr>
        <w:t xml:space="preserve"> </w:t>
      </w:r>
      <w:r>
        <w:rPr>
          <w:rFonts w:ascii="Myanmar Text" w:hAnsi="Myanmar Text" w:eastAsia="Myanmar Text" w:cs="Myanmar Text"/>
        </w:rPr>
        <w:t>အသိအမှတ်ပြုရမည်မှာ၊</w:t>
      </w:r>
      <w:r>
        <w:rPr>
          <w:rFonts w:ascii="Times New Roman" w:hAnsi="Times New Roman" w:eastAsia="Times New Roman" w:cs="Times New Roman"/>
        </w:rPr>
        <w:t xml:space="preserve"> ‘</w:t>
      </w:r>
      <w:r>
        <w:rPr>
          <w:rFonts w:ascii="Myanmar Text" w:hAnsi="Myanmar Text" w:eastAsia="Myanmar Text" w:cs="Myanmar Text"/>
        </w:rPr>
        <w:t>ဘုရင့်အာဏာစိုးမိုးမှုမရှိတော့။</w:t>
      </w:r>
      <w:r>
        <w:rPr>
          <w:rFonts w:ascii="Times New Roman" w:hAnsi="Times New Roman" w:eastAsia="Times New Roman" w:cs="Times New Roman"/>
        </w:rPr>
        <w:t xml:space="preserve"> </w:t>
      </w:r>
      <w:r>
        <w:rPr>
          <w:rFonts w:ascii="Myanmar Text" w:hAnsi="Myanmar Text" w:eastAsia="Myanmar Text" w:cs="Myanmar Text"/>
        </w:rPr>
        <w:t>ယခုလောက၏</w:t>
      </w:r>
      <w:r>
        <w:rPr>
          <w:rFonts w:ascii="Times New Roman" w:hAnsi="Times New Roman" w:eastAsia="Times New Roman" w:cs="Times New Roman"/>
        </w:rPr>
        <w:t xml:space="preserve"> </w:t>
      </w:r>
      <w:r>
        <w:rPr>
          <w:rFonts w:ascii="Myanmar Text" w:hAnsi="Myanmar Text" w:eastAsia="Myanmar Text" w:cs="Myanmar Text"/>
        </w:rPr>
        <w:t>အကြပ်အတည်းကာလဖြစ်၏။</w:t>
      </w:r>
      <w:r>
        <w:rPr>
          <w:rFonts w:ascii="Times New Roman" w:hAnsi="Times New Roman" w:eastAsia="Times New Roman" w:cs="Times New Roman"/>
        </w:rPr>
        <w:t xml:space="preserve"> </w:t>
      </w:r>
      <w:r>
        <w:rPr>
          <w:rFonts w:ascii="Myanmar Text" w:hAnsi="Myanmar Text" w:eastAsia="Myanmar Text" w:cs="Myanmar Text"/>
        </w:rPr>
        <w:t>ယခု</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ကယ်တင်ရန်</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ဖျက်ဆီးရန်</w:t>
      </w:r>
      <w:r>
        <w:rPr>
          <w:rFonts w:ascii="Times New Roman" w:hAnsi="Times New Roman" w:eastAsia="Times New Roman" w:cs="Times New Roman"/>
        </w:rPr>
        <w:t xml:space="preserve"> </w:t>
      </w:r>
      <w:r>
        <w:rPr>
          <w:rFonts w:ascii="Myanmar Text" w:hAnsi="Myanmar Text" w:eastAsia="Myanmar Text" w:cs="Myanmar Text"/>
        </w:rPr>
        <w:t>တန်ခိုးဖြစ်၏။</w:t>
      </w:r>
      <w:r>
        <w:rPr>
          <w:rFonts w:ascii="Times New Roman" w:hAnsi="Times New Roman" w:eastAsia="Times New Roman" w:cs="Times New Roman"/>
        </w:rPr>
        <w:t xml:space="preserve"> </w:t>
      </w:r>
      <w:r>
        <w:rPr>
          <w:rFonts w:ascii="Myanmar Text" w:hAnsi="Myanmar Text" w:eastAsia="Myanmar Text" w:cs="Myanmar Text"/>
        </w:rPr>
        <w:t>ယခုသည်</w:t>
      </w:r>
      <w:r>
        <w:rPr>
          <w:rFonts w:ascii="Times New Roman" w:hAnsi="Times New Roman" w:eastAsia="Times New Roman" w:cs="Times New Roman"/>
        </w:rPr>
        <w:t xml:space="preserve"> </w:t>
      </w:r>
      <w:r>
        <w:rPr>
          <w:rFonts w:ascii="Myanmar Text" w:hAnsi="Myanmar Text" w:eastAsia="Myanmar Text" w:cs="Myanmar Text"/>
        </w:rPr>
        <w:t>လူအားလုံး၏</w:t>
      </w:r>
      <w:r>
        <w:rPr>
          <w:rFonts w:ascii="Times New Roman" w:hAnsi="Times New Roman" w:eastAsia="Times New Roman" w:cs="Times New Roman"/>
        </w:rPr>
        <w:t xml:space="preserve"> </w:t>
      </w:r>
      <w:r>
        <w:rPr>
          <w:rFonts w:ascii="Myanmar Text" w:hAnsi="Myanmar Text" w:eastAsia="Myanmar Text" w:cs="Myanmar Text"/>
        </w:rPr>
        <w:t>ကံကြမ္မာသည်</w:t>
      </w:r>
      <w:r>
        <w:rPr>
          <w:rFonts w:ascii="Times New Roman" w:hAnsi="Times New Roman" w:eastAsia="Times New Roman" w:cs="Times New Roman"/>
        </w:rPr>
        <w:t xml:space="preserve"> </w:t>
      </w:r>
      <w:r>
        <w:rPr>
          <w:rFonts w:ascii="Myanmar Text" w:hAnsi="Myanmar Text" w:eastAsia="Myanmar Text" w:cs="Myanmar Text"/>
        </w:rPr>
        <w:t>ငါ့လက်၌</w:t>
      </w:r>
      <w:r>
        <w:rPr>
          <w:rFonts w:ascii="Times New Roman" w:hAnsi="Times New Roman" w:eastAsia="Times New Roman" w:cs="Times New Roman"/>
        </w:rPr>
        <w:t xml:space="preserve"> </w:t>
      </w:r>
      <w:r>
        <w:rPr>
          <w:rFonts w:ascii="Myanmar Text" w:hAnsi="Myanmar Text" w:eastAsia="Myanmar Text" w:cs="Myanmar Text"/>
        </w:rPr>
        <w:t>ရှိသောအချိန်ဖြစ်၏။</w:t>
      </w:r>
      <w:r>
        <w:rPr>
          <w:rFonts w:ascii="Times New Roman" w:hAnsi="Times New Roman" w:eastAsia="Times New Roman" w:cs="Times New Roman"/>
        </w:rPr>
        <w:t xml:space="preserve"> </w:t>
      </w:r>
      <w:r>
        <w:rPr>
          <w:rFonts w:ascii="Myanmar Text" w:hAnsi="Myanmar Text" w:eastAsia="Myanmar Text" w:cs="Myanmar Text"/>
        </w:rPr>
        <w:t>လောကကို</w:t>
      </w:r>
      <w:r>
        <w:rPr>
          <w:rFonts w:ascii="Times New Roman" w:hAnsi="Times New Roman" w:eastAsia="Times New Roman" w:cs="Times New Roman"/>
        </w:rPr>
        <w:t xml:space="preserve"> </w:t>
      </w:r>
      <w:r>
        <w:rPr>
          <w:rFonts w:ascii="Myanmar Text" w:hAnsi="Myanmar Text" w:eastAsia="Myanmar Text" w:cs="Myanmar Text"/>
        </w:rPr>
        <w:t>ကယ်တင်ရန်</w:t>
      </w:r>
      <w:r>
        <w:rPr>
          <w:rFonts w:ascii="Times New Roman" w:hAnsi="Times New Roman" w:eastAsia="Times New Roman" w:cs="Times New Roman"/>
        </w:rPr>
        <w:t xml:space="preserve"> </w:t>
      </w:r>
      <w:r>
        <w:rPr>
          <w:rFonts w:ascii="Myanmar Text" w:hAnsi="Myanmar Text" w:eastAsia="Myanmar Text" w:cs="Myanmar Text"/>
        </w:rPr>
        <w:t>ငါ၏အသက်ကို</w:t>
      </w:r>
      <w:r>
        <w:rPr>
          <w:rFonts w:ascii="Times New Roman" w:hAnsi="Times New Roman" w:eastAsia="Times New Roman" w:cs="Times New Roman"/>
        </w:rPr>
        <w:t xml:space="preserve"> </w:t>
      </w:r>
      <w:r>
        <w:rPr>
          <w:rFonts w:ascii="Myanmar Text" w:hAnsi="Myanmar Text" w:eastAsia="Myanmar Text" w:cs="Myanmar Text"/>
        </w:rPr>
        <w:t>ငါပေးအပ်ခဲ့ပြီ။</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မြှောက်တင်ခြင်းခံရလျှင်</w:t>
      </w:r>
      <w:r>
        <w:rPr>
          <w:rFonts w:ascii="Times New Roman" w:hAnsi="Times New Roman" w:eastAsia="Times New Roman" w:cs="Times New Roman"/>
        </w:rPr>
        <w:t xml:space="preserve">” </w:t>
      </w:r>
      <w:r>
        <w:rPr>
          <w:rFonts w:ascii="Myanmar Text" w:hAnsi="Myanmar Text" w:eastAsia="Myanmar Text" w:cs="Myanmar Text"/>
        </w:rPr>
        <w:t>ငါပေးအပ်မည့်</w:t>
      </w:r>
      <w:r>
        <w:rPr>
          <w:rFonts w:ascii="Times New Roman" w:hAnsi="Times New Roman" w:eastAsia="Times New Roman" w:cs="Times New Roman"/>
        </w:rPr>
        <w:t xml:space="preserve"> </w:t>
      </w:r>
      <w:r>
        <w:rPr>
          <w:rFonts w:ascii="Myanmar Text" w:hAnsi="Myanmar Text" w:eastAsia="Myanmar Text" w:cs="Myanmar Text"/>
        </w:rPr>
        <w:t>ကယ်တင်သောကျေးဇူးတရားသည်</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ပုံသဏ္ဌာန်တူစေရန်</w:t>
      </w:r>
      <w:r>
        <w:rPr>
          <w:rFonts w:ascii="Times New Roman" w:hAnsi="Times New Roman" w:eastAsia="Times New Roman" w:cs="Times New Roman"/>
        </w:rPr>
        <w:t xml:space="preserve"> </w:t>
      </w:r>
      <w:r>
        <w:rPr>
          <w:rFonts w:ascii="Myanmar Text" w:hAnsi="Myanmar Text" w:eastAsia="Myanmar Text" w:cs="Myanmar Text"/>
        </w:rPr>
        <w:t>ဖွဲ့ဆင်ခံလိုသူအပေါင်းနှင့်</w:t>
      </w:r>
      <w:r>
        <w:rPr>
          <w:rFonts w:ascii="Times New Roman" w:hAnsi="Times New Roman" w:eastAsia="Times New Roman" w:cs="Times New Roman"/>
        </w:rPr>
        <w:t xml:space="preserve"> </w:t>
      </w:r>
      <w:r>
        <w:rPr>
          <w:rFonts w:ascii="Myanmar Text" w:hAnsi="Myanmar Text" w:eastAsia="Myanmar Text" w:cs="Myanmar Text"/>
        </w:rPr>
        <w:t>ငါနှင့်တစ်လုံးတစ်ဝတည်းဖြစ်လိုသူအပေါင်းသည်</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ရွေးနှုတ်ကယ်တင်သော</w:t>
      </w:r>
      <w:r>
        <w:rPr>
          <w:rFonts w:ascii="Times New Roman" w:hAnsi="Times New Roman" w:eastAsia="Times New Roman" w:cs="Times New Roman"/>
        </w:rPr>
        <w:t xml:space="preserve"> </w:t>
      </w:r>
      <w:r>
        <w:rPr>
          <w:rFonts w:ascii="Myanmar Text" w:hAnsi="Myanmar Text" w:eastAsia="Myanmar Text" w:cs="Myanmar Text"/>
        </w:rPr>
        <w:t>ကျေးဇူးတန်ခိုးဖြင့်</w:t>
      </w:r>
      <w:r>
        <w:rPr>
          <w:rFonts w:ascii="Times New Roman" w:hAnsi="Times New Roman" w:eastAsia="Times New Roman" w:cs="Times New Roman"/>
        </w:rPr>
        <w:t xml:space="preserve"> </w:t>
      </w:r>
      <w:r>
        <w:rPr>
          <w:rFonts w:ascii="Myanmar Text" w:hAnsi="Myanmar Text" w:eastAsia="Myanmar Text" w:cs="Myanmar Text"/>
        </w:rPr>
        <w:t>ငါလုပ်သကဲ့သို့</w:t>
      </w:r>
      <w:r>
        <w:rPr>
          <w:rFonts w:ascii="Times New Roman" w:hAnsi="Times New Roman" w:eastAsia="Times New Roman" w:cs="Times New Roman"/>
        </w:rPr>
        <w:t xml:space="preserve"> </w:t>
      </w:r>
      <w:r>
        <w:rPr>
          <w:rFonts w:ascii="Myanmar Text" w:hAnsi="Myanmar Text" w:eastAsia="Myanmar Text" w:cs="Myanmar Text"/>
        </w:rPr>
        <w:t>အလုပ်လုပ်ကြလိမ့်မည်ကို</w:t>
      </w:r>
      <w:r>
        <w:rPr>
          <w:rFonts w:ascii="Times New Roman" w:hAnsi="Times New Roman" w:eastAsia="Times New Roman" w:cs="Times New Roman"/>
        </w:rPr>
        <w:t xml:space="preserve"> </w:t>
      </w:r>
      <w:r>
        <w:rPr>
          <w:rFonts w:ascii="Myanmar Text" w:hAnsi="Myanmar Text" w:eastAsia="Myanmar Text" w:cs="Myanmar Text"/>
        </w:rPr>
        <w:t>သက်သေပြလိမ့်မည်။</w:t>
      </w:r>
      <w:r>
        <w:rPr>
          <w:rFonts w:ascii="Times New Roman" w:hAnsi="Times New Roman" w:eastAsia="Times New Roman" w:cs="Times New Roman"/>
        </w:rPr>
        <w:t xml:space="preserve">’ </w:t>
      </w:r>
      <w:r>
        <w:rPr>
          <w:rFonts w:ascii="Myanmar Text" w:hAnsi="Myanmar Text" w:eastAsia="Myanmar Text" w:cs="Myanmar Text"/>
        </w:rPr>
        <w:t>အလိုရှိသောသူမည်သူမဆို</w:t>
      </w:r>
      <w:r>
        <w:rPr>
          <w:rFonts w:ascii="Times New Roman" w:hAnsi="Times New Roman" w:eastAsia="Times New Roman" w:cs="Times New Roman"/>
        </w:rPr>
        <w:t xml:space="preserve"> </w:t>
      </w:r>
      <w:r>
        <w:rPr>
          <w:rFonts w:ascii="Myanmar Text" w:hAnsi="Myanmar Text" w:eastAsia="Myanmar Text" w:cs="Myanmar Text"/>
        </w:rPr>
        <w:t>မိမိညီအစ်ကိုတို့နှင့်အတူ</w:t>
      </w:r>
      <w:r>
        <w:rPr>
          <w:rFonts w:ascii="Times New Roman" w:hAnsi="Times New Roman" w:eastAsia="Times New Roman" w:cs="Times New Roman"/>
        </w:rPr>
        <w:t xml:space="preserve"> </w:t>
      </w:r>
      <w:r>
        <w:rPr>
          <w:rFonts w:ascii="Myanmar Text" w:hAnsi="Myanmar Text" w:eastAsia="Myanmar Text" w:cs="Myanmar Text"/>
        </w:rPr>
        <w:t>ခိုင်မာစွာပူးပေါင်း၍၊</w:t>
      </w:r>
      <w:r>
        <w:rPr>
          <w:rFonts w:ascii="Times New Roman" w:hAnsi="Times New Roman" w:eastAsia="Times New Roman" w:cs="Times New Roman"/>
        </w:rPr>
        <w:t xml:space="preserve"> </w:t>
      </w:r>
      <w:r>
        <w:rPr>
          <w:rFonts w:ascii="Myanmar Text" w:hAnsi="Myanmar Text" w:eastAsia="Myanmar Text" w:cs="Myanmar Text"/>
        </w:rPr>
        <w:t>တာဝန်ခံရာထူးများ၌ရှိစဉ်</w:t>
      </w:r>
      <w:r>
        <w:rPr>
          <w:rFonts w:ascii="Times New Roman" w:hAnsi="Times New Roman" w:eastAsia="Times New Roman" w:cs="Times New Roman"/>
        </w:rPr>
        <w:t xml:space="preserve"> </w:t>
      </w:r>
      <w:r>
        <w:rPr>
          <w:rFonts w:ascii="Myanmar Text" w:hAnsi="Myanmar Text" w:eastAsia="Myanmar Text" w:cs="Myanmar Text"/>
        </w:rPr>
        <w:t>သခင်ပေးတော်မူသော</w:t>
      </w:r>
      <w:r>
        <w:rPr>
          <w:rFonts w:ascii="Times New Roman" w:hAnsi="Times New Roman" w:eastAsia="Times New Roman" w:cs="Times New Roman"/>
        </w:rPr>
        <w:t xml:space="preserve"> </w:t>
      </w:r>
      <w:r>
        <w:rPr>
          <w:rFonts w:ascii="Myanmar Text" w:hAnsi="Myanmar Text" w:eastAsia="Myanmar Text" w:cs="Myanmar Text"/>
        </w:rPr>
        <w:t>အကြံဉာဏ်အောက်၌</w:t>
      </w:r>
      <w:r>
        <w:rPr>
          <w:rFonts w:ascii="Times New Roman" w:hAnsi="Times New Roman" w:eastAsia="Times New Roman" w:cs="Times New Roman"/>
        </w:rPr>
        <w:t xml:space="preserve"> </w:t>
      </w:r>
      <w:r>
        <w:rPr>
          <w:rFonts w:ascii="Myanmar Text" w:hAnsi="Myanmar Text" w:eastAsia="Myanmar Text" w:cs="Myanmar Text"/>
        </w:rPr>
        <w:t>မိမိတို့အားပေးအပ်ထားသော</w:t>
      </w:r>
      <w:r>
        <w:rPr>
          <w:rFonts w:ascii="Times New Roman" w:hAnsi="Times New Roman" w:eastAsia="Times New Roman" w:cs="Times New Roman"/>
        </w:rPr>
        <w:t xml:space="preserve"> </w:t>
      </w:r>
      <w:r>
        <w:rPr>
          <w:rFonts w:ascii="Myanmar Text" w:hAnsi="Myanmar Text" w:eastAsia="Myanmar Text" w:cs="Myanmar Text"/>
        </w:rPr>
        <w:t>အလုပ်ကို</w:t>
      </w:r>
      <w:r>
        <w:rPr>
          <w:rFonts w:ascii="Times New Roman" w:hAnsi="Times New Roman" w:eastAsia="Times New Roman" w:cs="Times New Roman"/>
        </w:rPr>
        <w:t xml:space="preserve"> </w:t>
      </w:r>
      <w:r>
        <w:rPr>
          <w:rFonts w:ascii="Myanmar Text" w:hAnsi="Myanmar Text" w:eastAsia="Myanmar Text" w:cs="Myanmar Text"/>
        </w:rPr>
        <w:t>ဆောင်ရွက်ကြစေကာ၊</w:t>
      </w:r>
      <w:r>
        <w:rPr>
          <w:rFonts w:ascii="Times New Roman" w:hAnsi="Times New Roman" w:eastAsia="Times New Roman" w:cs="Times New Roman"/>
        </w:rPr>
        <w:t xml:space="preserve"> </w:t>
      </w:r>
      <w:r>
        <w:rPr>
          <w:rFonts w:ascii="Myanmar Text" w:hAnsi="Myanmar Text" w:eastAsia="Myanmar Text" w:cs="Myanmar Text"/>
        </w:rPr>
        <w:t>လောကကို</w:t>
      </w:r>
      <w:r>
        <w:rPr>
          <w:rFonts w:ascii="Times New Roman" w:hAnsi="Times New Roman" w:eastAsia="Times New Roman" w:cs="Times New Roman"/>
        </w:rPr>
        <w:t xml:space="preserve"> </w:t>
      </w:r>
      <w:r>
        <w:rPr>
          <w:rFonts w:ascii="Myanmar Text" w:hAnsi="Myanmar Text" w:eastAsia="Myanmar Text" w:cs="Myanmar Text"/>
        </w:rPr>
        <w:t>အလွန်ချစ်တော်မူ၍</w:t>
      </w:r>
      <w:r>
        <w:rPr>
          <w:rFonts w:ascii="Times New Roman" w:hAnsi="Times New Roman" w:eastAsia="Times New Roman" w:cs="Times New Roman"/>
        </w:rPr>
        <w:t xml:space="preserve"> </w:t>
      </w:r>
      <w:r>
        <w:rPr>
          <w:rFonts w:ascii="Myanmar Text" w:hAnsi="Myanmar Text" w:eastAsia="Myanmar Text" w:cs="Myanmar Text"/>
        </w:rPr>
        <w:t>လောကကယ်တင်ခြင်းအတွက်</w:t>
      </w:r>
      <w:r>
        <w:rPr>
          <w:rFonts w:ascii="Times New Roman" w:hAnsi="Times New Roman" w:eastAsia="Times New Roman" w:cs="Times New Roman"/>
        </w:rPr>
        <w:t xml:space="preserve"> </w:t>
      </w:r>
      <w:r>
        <w:rPr>
          <w:rFonts w:ascii="Myanmar Text" w:hAnsi="Myanmar Text" w:eastAsia="Myanmar Text" w:cs="Myanmar Text"/>
        </w:rPr>
        <w:t>မိမိအသက်ကို</w:t>
      </w:r>
      <w:r>
        <w:rPr>
          <w:rFonts w:ascii="Times New Roman" w:hAnsi="Times New Roman" w:eastAsia="Times New Roman" w:cs="Times New Roman"/>
        </w:rPr>
        <w:t xml:space="preserve"> </w:t>
      </w:r>
      <w:r>
        <w:rPr>
          <w:rFonts w:ascii="Myanmar Text" w:hAnsi="Myanmar Text" w:eastAsia="Myanmar Text" w:cs="Myanmar Text"/>
        </w:rPr>
        <w:t>ပြည့်စုံသောယဇ်အဖြစ်</w:t>
      </w:r>
      <w:r>
        <w:rPr>
          <w:rFonts w:ascii="Times New Roman" w:hAnsi="Times New Roman" w:eastAsia="Times New Roman" w:cs="Times New Roman"/>
        </w:rPr>
        <w:t xml:space="preserve"> </w:t>
      </w:r>
      <w:r>
        <w:rPr>
          <w:rFonts w:ascii="Myanmar Text" w:hAnsi="Myanmar Text" w:eastAsia="Myanmar Text" w:cs="Myanmar Text"/>
        </w:rPr>
        <w:t>ပေးအပ်တော်မူသော</w:t>
      </w:r>
      <w:r>
        <w:rPr>
          <w:rFonts w:ascii="Times New Roman" w:hAnsi="Times New Roman" w:eastAsia="Times New Roman" w:cs="Times New Roman"/>
        </w:rPr>
        <w:t xml:space="preserve"> </w:t>
      </w:r>
      <w:r>
        <w:rPr>
          <w:rFonts w:ascii="Myanmar Text" w:hAnsi="Myanmar Text" w:eastAsia="Myanmar Text" w:cs="Myanmar Text"/>
        </w:rPr>
        <w:t>သူနှင့်</w:t>
      </w:r>
      <w:r>
        <w:rPr>
          <w:rFonts w:ascii="Times New Roman" w:hAnsi="Times New Roman" w:eastAsia="Times New Roman" w:cs="Times New Roman"/>
        </w:rPr>
        <w:t xml:space="preserve"> </w:t>
      </w:r>
      <w:r>
        <w:rPr>
          <w:rFonts w:ascii="Myanmar Text" w:hAnsi="Myanmar Text" w:eastAsia="Myanmar Text" w:cs="Myanmar Text"/>
        </w:rPr>
        <w:t>အပြည့်အဝသဟဇာတဖြစ်စွာ</w:t>
      </w:r>
      <w:r>
        <w:rPr>
          <w:rFonts w:ascii="Times New Roman" w:hAnsi="Times New Roman" w:eastAsia="Times New Roman" w:cs="Times New Roman"/>
        </w:rPr>
        <w:t xml:space="preserve"> </w:t>
      </w:r>
      <w:r>
        <w:rPr>
          <w:rFonts w:ascii="Myanmar Text" w:hAnsi="Myanmar Text" w:eastAsia="Myanmar Text" w:cs="Myanmar Text"/>
        </w:rPr>
        <w:t>လုပ်ဆောင်ရန်</w:t>
      </w:r>
      <w:r>
        <w:rPr>
          <w:rFonts w:ascii="Times New Roman" w:hAnsi="Times New Roman" w:eastAsia="Times New Roman" w:cs="Times New Roman"/>
        </w:rPr>
        <w:t xml:space="preserve"> </w:t>
      </w:r>
      <w:r>
        <w:rPr>
          <w:rFonts w:ascii="Myanmar Text" w:hAnsi="Myanmar Text" w:eastAsia="Myanmar Text" w:cs="Myanmar Text"/>
        </w:rPr>
        <w:t>အလွန်တရာ</w:t>
      </w:r>
      <w:r>
        <w:rPr>
          <w:rFonts w:ascii="Times New Roman" w:hAnsi="Times New Roman" w:eastAsia="Times New Roman" w:cs="Times New Roman"/>
        </w:rPr>
        <w:t xml:space="preserve"> </w:t>
      </w:r>
      <w:r>
        <w:rPr>
          <w:rFonts w:ascii="Myanmar Text" w:hAnsi="Myanmar Text" w:eastAsia="Myanmar Text" w:cs="Myanmar Text"/>
        </w:rPr>
        <w:t>ကြိုးစားရှာဖွေကြစေ။</w:t>
      </w:r>
      <w:r>
        <w:rPr>
          <w:rFonts w:ascii="Times New Roman" w:hAnsi="Times New Roman" w:eastAsia="Times New Roman" w:cs="Times New Roman"/>
        </w:rPr>
        <w:t xml:space="preserve"> </w:t>
      </w:r>
      <w:r>
        <w:rPr>
          <w:rFonts w:ascii="Myanmar Text" w:hAnsi="Myanmar Text" w:eastAsia="Myanmar Text" w:cs="Myanmar Text"/>
        </w:rPr>
        <w:t>ငါသည်</w:t>
      </w:r>
      <w:r>
        <w:rPr>
          <w:rFonts w:ascii="Times New Roman" w:hAnsi="Times New Roman" w:eastAsia="Times New Roman" w:cs="Times New Roman"/>
        </w:rPr>
        <w:t xml:space="preserve"> </w:t>
      </w:r>
      <w:r>
        <w:rPr>
          <w:rFonts w:ascii="Myanmar Text" w:hAnsi="Myanmar Text" w:eastAsia="Myanmar Text" w:cs="Myanmar Text"/>
        </w:rPr>
        <w:t>ငါတို့၏</w:t>
      </w:r>
      <w:r>
        <w:rPr>
          <w:rFonts w:ascii="Times New Roman" w:hAnsi="Times New Roman" w:eastAsia="Times New Roman" w:cs="Times New Roman"/>
        </w:rPr>
        <w:t xml:space="preserve"> </w:t>
      </w:r>
      <w:r>
        <w:rPr>
          <w:rFonts w:ascii="Myanmar Text" w:hAnsi="Myanmar Text" w:eastAsia="Myanmar Text" w:cs="Myanmar Text"/>
        </w:rPr>
        <w:t>ဓမ္မဆရာတို့အား</w:t>
      </w:r>
      <w:r>
        <w:rPr>
          <w:rFonts w:ascii="Times New Roman" w:hAnsi="Times New Roman" w:eastAsia="Times New Roman" w:cs="Times New Roman"/>
        </w:rPr>
        <w:t xml:space="preserve"> </w:t>
      </w:r>
      <w:r>
        <w:rPr>
          <w:rFonts w:ascii="Myanmar Text" w:hAnsi="Myanmar Text" w:eastAsia="Myanmar Text" w:cs="Myanmar Text"/>
        </w:rPr>
        <w:t>ပြောကြားသည်မှာ၊</w:t>
      </w:r>
      <w:r>
        <w:rPr>
          <w:rFonts w:ascii="Times New Roman" w:hAnsi="Times New Roman" w:eastAsia="Times New Roman" w:cs="Times New Roman"/>
        </w:rPr>
        <w:t xml:space="preserve"> </w:t>
      </w:r>
      <w:r>
        <w:rPr>
          <w:rFonts w:ascii="Myanmar Text" w:hAnsi="Myanmar Text" w:eastAsia="Myanmar Text" w:cs="Myanmar Text"/>
        </w:rPr>
        <w:t>ငါတို့၏</w:t>
      </w:r>
      <w:r>
        <w:rPr>
          <w:rFonts w:ascii="Times New Roman" w:hAnsi="Times New Roman" w:eastAsia="Times New Roman" w:cs="Times New Roman"/>
        </w:rPr>
        <w:t xml:space="preserve"> </w:t>
      </w:r>
      <w:r>
        <w:rPr>
          <w:rFonts w:ascii="Myanmar Text" w:hAnsi="Myanmar Text" w:eastAsia="Myanmar Text" w:cs="Myanmar Text"/>
        </w:rPr>
        <w:t>မြို့များ၌</w:t>
      </w:r>
      <w:r>
        <w:rPr>
          <w:rFonts w:ascii="Times New Roman" w:hAnsi="Times New Roman" w:eastAsia="Times New Roman" w:cs="Times New Roman"/>
        </w:rPr>
        <w:t xml:space="preserve"> </w:t>
      </w:r>
      <w:r>
        <w:rPr>
          <w:rFonts w:ascii="Myanmar Text" w:hAnsi="Myanmar Text" w:eastAsia="Myanmar Text" w:cs="Myanmar Text"/>
        </w:rPr>
        <w:t>အမှုတော်ကို</w:t>
      </w:r>
      <w:r>
        <w:rPr>
          <w:rFonts w:ascii="Times New Roman" w:hAnsi="Times New Roman" w:eastAsia="Times New Roman" w:cs="Times New Roman"/>
        </w:rPr>
        <w:t xml:space="preserve"> </w:t>
      </w:r>
      <w:r>
        <w:rPr>
          <w:rFonts w:ascii="Myanmar Text" w:hAnsi="Myanmar Text" w:eastAsia="Myanmar Text" w:cs="Myanmar Text"/>
        </w:rPr>
        <w:t>ဝင်ရောက်ဆောင်ရွက်ကြစဉ်</w:t>
      </w:r>
      <w:r>
        <w:rPr>
          <w:rFonts w:ascii="Times New Roman" w:hAnsi="Times New Roman" w:eastAsia="Times New Roman" w:cs="Times New Roman"/>
        </w:rPr>
        <w:t xml:space="preserve"> </w:t>
      </w:r>
      <w:r>
        <w:rPr>
          <w:rFonts w:ascii="Myanmar Text" w:hAnsi="Myanmar Text" w:eastAsia="Myanmar Text" w:cs="Myanmar Text"/>
        </w:rPr>
        <w:t>နှုတ်ကပတ်တော်အမှုတော်နှင့်အတူ</w:t>
      </w:r>
      <w:r>
        <w:rPr>
          <w:rFonts w:ascii="Times New Roman" w:hAnsi="Times New Roman" w:eastAsia="Times New Roman" w:cs="Times New Roman"/>
        </w:rPr>
        <w:t xml:space="preserve"> </w:t>
      </w:r>
      <w:r>
        <w:rPr>
          <w:rFonts w:ascii="Myanmar Text" w:hAnsi="Myanmar Text" w:eastAsia="Myanmar Text" w:cs="Myanmar Text"/>
        </w:rPr>
        <w:t>ငြိမ်သက်၍</w:t>
      </w:r>
      <w:r>
        <w:rPr>
          <w:rFonts w:ascii="Times New Roman" w:hAnsi="Times New Roman" w:eastAsia="Times New Roman" w:cs="Times New Roman"/>
        </w:rPr>
        <w:t xml:space="preserve"> </w:t>
      </w:r>
      <w:r>
        <w:rPr>
          <w:rFonts w:ascii="Myanmar Text" w:hAnsi="Myanmar Text" w:eastAsia="Myanmar Text" w:cs="Myanmar Text"/>
        </w:rPr>
        <w:t>သန့်ရှင်းမြင့်မြတ်သော</w:t>
      </w:r>
      <w:r>
        <w:rPr>
          <w:rFonts w:ascii="Times New Roman" w:hAnsi="Times New Roman" w:eastAsia="Times New Roman" w:cs="Times New Roman"/>
        </w:rPr>
        <w:t xml:space="preserve"> </w:t>
      </w:r>
      <w:r>
        <w:rPr>
          <w:rFonts w:ascii="Myanmar Text" w:hAnsi="Myanmar Text" w:eastAsia="Myanmar Text" w:cs="Myanmar Text"/>
        </w:rPr>
        <w:t>အင်္ဂါရပ်တစ်ရပ်</w:t>
      </w:r>
      <w:r>
        <w:rPr>
          <w:rFonts w:ascii="Times New Roman" w:hAnsi="Times New Roman" w:eastAsia="Times New Roman" w:cs="Times New Roman"/>
        </w:rPr>
        <w:t xml:space="preserve"> </w:t>
      </w:r>
      <w:r>
        <w:rPr>
          <w:rFonts w:ascii="Myanmar Text" w:hAnsi="Myanmar Text" w:eastAsia="Myanmar Text" w:cs="Myanmar Text"/>
        </w:rPr>
        <w:t>လိုက်ပါနေစေကြ။</w:t>
      </w:r>
      <w:r>
        <w:rPr>
          <w:rFonts w:ascii="Times New Roman" w:hAnsi="Times New Roman" w:eastAsia="Times New Roman" w:cs="Times New Roman"/>
        </w:rPr>
        <w:t xml:space="preserve"> </w:t>
      </w:r>
      <w:r>
        <w:rPr>
          <w:rFonts w:ascii="Myanmar Text" w:hAnsi="Myanmar Text" w:eastAsia="Myanmar Text" w:cs="Myanmar Text"/>
        </w:rPr>
        <w:t>အကယ်၍</w:t>
      </w:r>
      <w:r>
        <w:rPr>
          <w:rFonts w:ascii="Times New Roman" w:hAnsi="Times New Roman" w:eastAsia="Times New Roman" w:cs="Times New Roman"/>
        </w:rPr>
        <w:t xml:space="preserve"> </w:t>
      </w:r>
      <w:r>
        <w:rPr>
          <w:rFonts w:ascii="Myanmar Text" w:hAnsi="Myanmar Text" w:eastAsia="Myanmar Text" w:cs="Myanmar Text"/>
        </w:rPr>
        <w:t>ငါတို့သည်</w:t>
      </w:r>
      <w:r>
        <w:rPr>
          <w:rFonts w:ascii="Times New Roman" w:hAnsi="Times New Roman" w:eastAsia="Times New Roman" w:cs="Times New Roman"/>
        </w:rPr>
        <w:t>... [</w:t>
      </w:r>
      <w:r>
        <w:rPr>
          <w:rFonts w:ascii="Myanmar Text" w:hAnsi="Myanmar Text" w:eastAsia="Myanmar Text" w:cs="Myanmar Text"/>
        </w:rPr>
        <w:t>ဤစာမျက်နှာ၏</w:t>
      </w:r>
      <w:r>
        <w:rPr>
          <w:rFonts w:ascii="Times New Roman" w:hAnsi="Times New Roman" w:eastAsia="Times New Roman" w:cs="Times New Roman"/>
        </w:rPr>
        <w:t xml:space="preserve"> </w:t>
      </w:r>
      <w:r>
        <w:rPr>
          <w:rFonts w:ascii="Myanmar Text" w:hAnsi="Myanmar Text" w:eastAsia="Myanmar Text" w:cs="Myanmar Text"/>
        </w:rPr>
        <w:t>အောက်ပိုင်း</w:t>
      </w:r>
      <w:r>
        <w:rPr>
          <w:rFonts w:ascii="Times New Roman" w:hAnsi="Times New Roman" w:eastAsia="Times New Roman" w:cs="Times New Roman"/>
        </w:rPr>
        <w:t xml:space="preserve"> </w:t>
      </w:r>
      <w:r>
        <w:rPr>
          <w:rFonts w:ascii="Myanmar Text" w:hAnsi="Myanmar Text" w:eastAsia="Myanmar Text" w:cs="Myanmar Text"/>
        </w:rPr>
        <w:t>သုံးပုံတစ်ပုံကို</w:t>
      </w:r>
      <w:r>
        <w:rPr>
          <w:rFonts w:ascii="Times New Roman" w:hAnsi="Times New Roman" w:eastAsia="Times New Roman" w:cs="Times New Roman"/>
        </w:rPr>
        <w:t xml:space="preserve"> </w:t>
      </w:r>
      <w:r>
        <w:rPr>
          <w:rFonts w:ascii="Myanmar Text" w:hAnsi="Myanmar Text" w:eastAsia="Myanmar Text" w:cs="Myanmar Text"/>
        </w:rPr>
        <w:t>အလွတ်ထားသည်။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Nirmala UI" w:hAnsi="Nirmala UI" w:eastAsia="Nirmala UI" w:cs="Nirmala UI"/>
        </w:rPr>
        <w:t>நான்</w:t>
      </w:r>
      <w:r>
        <w:rPr>
          <w:rFonts w:ascii="Times New Roman" w:hAnsi="Times New Roman" w:eastAsia="Times New Roman" w:cs="Times New Roman"/>
        </w:rPr>
        <w:t xml:space="preserve"> </w:t>
      </w:r>
      <w:r>
        <w:rPr>
          <w:rFonts w:ascii="Nirmala UI" w:hAnsi="Nirmala UI" w:eastAsia="Nirmala UI" w:cs="Nirmala UI"/>
        </w:rPr>
        <w:t>என்</w:t>
      </w:r>
      <w:r>
        <w:rPr>
          <w:rFonts w:ascii="Times New Roman" w:hAnsi="Times New Roman" w:eastAsia="Times New Roman" w:cs="Times New Roman"/>
        </w:rPr>
        <w:t xml:space="preserve"> </w:t>
      </w:r>
      <w:r>
        <w:rPr>
          <w:rFonts w:ascii="Nirmala UI" w:hAnsi="Nirmala UI" w:eastAsia="Nirmala UI" w:cs="Nirmala UI"/>
        </w:rPr>
        <w:t>நாட்குறிப்பிலிருந்து</w:t>
      </w:r>
      <w:r>
        <w:rPr>
          <w:rFonts w:ascii="Times New Roman" w:hAnsi="Times New Roman" w:eastAsia="Times New Roman" w:cs="Times New Roman"/>
        </w:rPr>
        <w:t xml:space="preserve"> </w:t>
      </w:r>
      <w:r>
        <w:rPr>
          <w:rFonts w:ascii="Nirmala UI" w:hAnsi="Nirmala UI" w:eastAsia="Nirmala UI" w:cs="Nirmala UI"/>
        </w:rPr>
        <w:t>நகலெடுக்கிறேன்</w:t>
      </w:r>
      <w:r>
        <w:rPr>
          <w:rFonts w:ascii="Times New Roman" w:hAnsi="Times New Roman" w:eastAsia="Times New Roman" w:cs="Times New Roman"/>
        </w:rPr>
        <w:t xml:space="preserve">. </w:t>
      </w:r>
      <w:r>
        <w:rPr>
          <w:rFonts w:ascii="Nirmala UI" w:hAnsi="Nirmala UI" w:eastAsia="Nirmala UI" w:cs="Nirmala UI"/>
        </w:rPr>
        <w:t>சத்தியம்</w:t>
      </w:r>
      <w:r>
        <w:rPr>
          <w:rFonts w:ascii="Times New Roman" w:hAnsi="Times New Roman" w:eastAsia="Times New Roman" w:cs="Times New Roman"/>
        </w:rPr>
        <w:t xml:space="preserve"> </w:t>
      </w:r>
      <w:r>
        <w:rPr>
          <w:rFonts w:ascii="Nirmala UI" w:hAnsi="Nirmala UI" w:eastAsia="Nirmala UI" w:cs="Nirmala UI"/>
        </w:rPr>
        <w:t>இயேசுவில்</w:t>
      </w:r>
      <w:r>
        <w:rPr>
          <w:rFonts w:ascii="Times New Roman" w:hAnsi="Times New Roman" w:eastAsia="Times New Roman" w:cs="Times New Roman"/>
        </w:rPr>
        <w:t xml:space="preserve"> </w:t>
      </w:r>
      <w:r>
        <w:rPr>
          <w:rFonts w:ascii="Nirmala UI" w:hAnsi="Nirmala UI" w:eastAsia="Nirmala UI" w:cs="Nirmala UI"/>
        </w:rPr>
        <w:t>இருப்பதுபோல</w:t>
      </w:r>
      <w:r>
        <w:rPr>
          <w:rFonts w:ascii="Times New Roman" w:hAnsi="Times New Roman" w:eastAsia="Times New Roman" w:cs="Times New Roman"/>
        </w:rPr>
        <w:t>—</w:t>
      </w:r>
      <w:r>
        <w:rPr>
          <w:rFonts w:ascii="Nirmala UI" w:hAnsi="Nirmala UI" w:eastAsia="Nirmala UI" w:cs="Nirmala UI"/>
        </w:rPr>
        <w:t>அதைப்</w:t>
      </w:r>
      <w:r>
        <w:rPr>
          <w:rFonts w:ascii="Times New Roman" w:hAnsi="Times New Roman" w:eastAsia="Times New Roman" w:cs="Times New Roman"/>
        </w:rPr>
        <w:t xml:space="preserve"> </w:t>
      </w:r>
      <w:r>
        <w:rPr>
          <w:rFonts w:ascii="Nirmala UI" w:hAnsi="Nirmala UI" w:eastAsia="Nirmala UI" w:cs="Nirmala UI"/>
        </w:rPr>
        <w:t>பேசுங்கள்</w:t>
      </w:r>
      <w:r>
        <w:rPr>
          <w:rFonts w:ascii="Times New Roman" w:hAnsi="Times New Roman" w:eastAsia="Times New Roman" w:cs="Times New Roman"/>
        </w:rPr>
        <w:t xml:space="preserve">, </w:t>
      </w:r>
      <w:r>
        <w:rPr>
          <w:rFonts w:ascii="Nirmala UI" w:hAnsi="Nirmala UI" w:eastAsia="Nirmala UI" w:cs="Nirmala UI"/>
        </w:rPr>
        <w:t>அதற்காக</w:t>
      </w:r>
      <w:r>
        <w:rPr>
          <w:rFonts w:ascii="Times New Roman" w:hAnsi="Times New Roman" w:eastAsia="Times New Roman" w:cs="Times New Roman"/>
        </w:rPr>
        <w:t xml:space="preserve"> </w:t>
      </w:r>
      <w:r>
        <w:rPr>
          <w:rFonts w:ascii="Nirmala UI" w:hAnsi="Nirmala UI" w:eastAsia="Nirmala UI" w:cs="Nirmala UI"/>
        </w:rPr>
        <w:t>ஜெபியுங்கள்</w:t>
      </w:r>
      <w:r>
        <w:rPr>
          <w:rFonts w:ascii="Times New Roman" w:hAnsi="Times New Roman" w:eastAsia="Times New Roman" w:cs="Times New Roman"/>
        </w:rPr>
        <w:t xml:space="preserve">, </w:t>
      </w:r>
      <w:r>
        <w:rPr>
          <w:rFonts w:ascii="Nirmala UI" w:hAnsi="Nirmala UI" w:eastAsia="Nirmala UI" w:cs="Nirmala UI"/>
        </w:rPr>
        <w:t>அதன்</w:t>
      </w:r>
      <w:r>
        <w:rPr>
          <w:rFonts w:ascii="Times New Roman" w:hAnsi="Times New Roman" w:eastAsia="Times New Roman" w:cs="Times New Roman"/>
        </w:rPr>
        <w:t xml:space="preserve"> </w:t>
      </w:r>
      <w:r>
        <w:rPr>
          <w:rFonts w:ascii="Nirmala UI" w:hAnsi="Nirmala UI" w:eastAsia="Nirmala UI" w:cs="Nirmala UI"/>
        </w:rPr>
        <w:t>ஒவ்வொரு</w:t>
      </w:r>
      <w:r>
        <w:rPr>
          <w:rFonts w:ascii="Times New Roman" w:hAnsi="Times New Roman" w:eastAsia="Times New Roman" w:cs="Times New Roman"/>
        </w:rPr>
        <w:t xml:space="preserve"> </w:t>
      </w:r>
      <w:r>
        <w:rPr>
          <w:rFonts w:ascii="Nirmala UI" w:hAnsi="Nirmala UI" w:eastAsia="Nirmala UI" w:cs="Nirmala UI"/>
        </w:rPr>
        <w:t>வார்த்தையையும்</w:t>
      </w:r>
      <w:r>
        <w:rPr>
          <w:rFonts w:ascii="Times New Roman" w:hAnsi="Times New Roman" w:eastAsia="Times New Roman" w:cs="Times New Roman"/>
        </w:rPr>
        <w:t xml:space="preserve"> </w:t>
      </w:r>
      <w:r>
        <w:rPr>
          <w:rFonts w:ascii="Nirmala UI" w:hAnsi="Nirmala UI" w:eastAsia="Nirmala UI" w:cs="Nirmala UI"/>
        </w:rPr>
        <w:t>அதன்</w:t>
      </w:r>
      <w:r>
        <w:rPr>
          <w:rFonts w:ascii="Times New Roman" w:hAnsi="Times New Roman" w:eastAsia="Times New Roman" w:cs="Times New Roman"/>
        </w:rPr>
        <w:t xml:space="preserve"> </w:t>
      </w:r>
      <w:r>
        <w:rPr>
          <w:rFonts w:ascii="Nirmala UI" w:hAnsi="Nirmala UI" w:eastAsia="Nirmala UI" w:cs="Nirmala UI"/>
        </w:rPr>
        <w:t>எளிமையிலே</w:t>
      </w:r>
      <w:r>
        <w:rPr>
          <w:rFonts w:ascii="Times New Roman" w:hAnsi="Times New Roman" w:eastAsia="Times New Roman" w:cs="Times New Roman"/>
        </w:rPr>
        <w:t xml:space="preserve"> </w:t>
      </w:r>
      <w:r>
        <w:rPr>
          <w:rFonts w:ascii="Nirmala UI" w:hAnsi="Nirmala UI" w:eastAsia="Nirmala UI" w:cs="Nirmala UI"/>
        </w:rPr>
        <w:t>விசுவாசியுங்கள்</w:t>
      </w:r>
      <w:r>
        <w:rPr>
          <w:rFonts w:ascii="Times New Roman" w:hAnsi="Times New Roman" w:eastAsia="Times New Roman" w:cs="Times New Roman"/>
        </w:rPr>
        <w:t xml:space="preserve">. </w:t>
      </w:r>
      <w:r>
        <w:rPr>
          <w:rFonts w:ascii="Nirmala UI" w:hAnsi="Nirmala UI" w:eastAsia="Nirmala UI" w:cs="Nirmala UI"/>
        </w:rPr>
        <w:t>விசுவாசத்திலிருந்து</w:t>
      </w:r>
      <w:r>
        <w:rPr>
          <w:rFonts w:ascii="Times New Roman" w:hAnsi="Times New Roman" w:eastAsia="Times New Roman" w:cs="Times New Roman"/>
        </w:rPr>
        <w:t xml:space="preserve"> </w:t>
      </w:r>
      <w:r>
        <w:rPr>
          <w:rFonts w:ascii="Nirmala UI" w:hAnsi="Nirmala UI" w:eastAsia="Nirmala UI" w:cs="Nirmala UI"/>
        </w:rPr>
        <w:t>விலகி</w:t>
      </w:r>
      <w:r>
        <w:rPr>
          <w:rFonts w:ascii="Times New Roman" w:hAnsi="Times New Roman" w:eastAsia="Times New Roman" w:cs="Times New Roman"/>
        </w:rPr>
        <w:t xml:space="preserve">, </w:t>
      </w:r>
      <w:r>
        <w:rPr>
          <w:rFonts w:ascii="Nirmala UI" w:hAnsi="Nirmala UI" w:eastAsia="Nirmala UI" w:cs="Nirmala UI"/>
        </w:rPr>
        <w:t>மயக்கும்</w:t>
      </w:r>
      <w:r>
        <w:rPr>
          <w:rFonts w:ascii="Times New Roman" w:hAnsi="Times New Roman" w:eastAsia="Times New Roman" w:cs="Times New Roman"/>
        </w:rPr>
        <w:t xml:space="preserve"> </w:t>
      </w:r>
      <w:r>
        <w:rPr>
          <w:rFonts w:ascii="Nirmala UI" w:hAnsi="Nirmala UI" w:eastAsia="Nirmala UI" w:cs="Nirmala UI"/>
        </w:rPr>
        <w:t>ஆவிகளுக்குச்</w:t>
      </w:r>
      <w:r>
        <w:rPr>
          <w:rFonts w:ascii="Times New Roman" w:hAnsi="Times New Roman" w:eastAsia="Times New Roman" w:cs="Times New Roman"/>
        </w:rPr>
        <w:t xml:space="preserve"> </w:t>
      </w:r>
      <w:r>
        <w:rPr>
          <w:rFonts w:ascii="Nirmala UI" w:hAnsi="Nirmala UI" w:eastAsia="Nirmala UI" w:cs="Nirmala UI"/>
        </w:rPr>
        <w:t>செவிகொடுத்த</w:t>
      </w:r>
      <w:r>
        <w:rPr>
          <w:rFonts w:ascii="Times New Roman" w:hAnsi="Times New Roman" w:eastAsia="Times New Roman" w:cs="Times New Roman"/>
        </w:rPr>
        <w:t xml:space="preserve"> </w:t>
      </w:r>
      <w:r>
        <w:rPr>
          <w:rFonts w:ascii="Nirmala UI" w:hAnsi="Nirmala UI" w:eastAsia="Nirmala UI" w:cs="Nirmala UI"/>
        </w:rPr>
        <w:t>மனிதர்களின்</w:t>
      </w:r>
      <w:r>
        <w:rPr>
          <w:rFonts w:ascii="Times New Roman" w:hAnsi="Times New Roman" w:eastAsia="Times New Roman" w:cs="Times New Roman"/>
        </w:rPr>
        <w:t xml:space="preserve"> </w:t>
      </w:r>
      <w:r>
        <w:rPr>
          <w:rFonts w:ascii="Nirmala UI" w:hAnsi="Nirmala UI" w:eastAsia="Nirmala UI" w:cs="Nirmala UI"/>
        </w:rPr>
        <w:t>முன்னிலையில்</w:t>
      </w:r>
      <w:r>
        <w:rPr>
          <w:rFonts w:ascii="Times New Roman" w:hAnsi="Times New Roman" w:eastAsia="Times New Roman" w:cs="Times New Roman"/>
        </w:rPr>
        <w:t xml:space="preserve"> </w:t>
      </w:r>
      <w:r>
        <w:rPr>
          <w:rFonts w:ascii="Nirmala UI" w:hAnsi="Nirmala UI" w:eastAsia="Nirmala UI" w:cs="Nirmala UI"/>
        </w:rPr>
        <w:t>தவறுகள்</w:t>
      </w:r>
      <w:r>
        <w:rPr>
          <w:rFonts w:ascii="Times New Roman" w:hAnsi="Times New Roman" w:eastAsia="Times New Roman" w:cs="Times New Roman"/>
        </w:rPr>
        <w:t xml:space="preserve"> </w:t>
      </w:r>
      <w:r>
        <w:rPr>
          <w:rFonts w:ascii="Nirmala UI" w:hAnsi="Nirmala UI" w:eastAsia="Nirmala UI" w:cs="Nirmala UI"/>
        </w:rPr>
        <w:t>கொண்டுவரப்பட்டால்</w:t>
      </w:r>
      <w:r>
        <w:rPr>
          <w:rFonts w:ascii="Times New Roman" w:hAnsi="Times New Roman" w:eastAsia="Times New Roman" w:cs="Times New Roman"/>
        </w:rPr>
        <w:t xml:space="preserve">, </w:t>
      </w:r>
      <w:r>
        <w:rPr>
          <w:rFonts w:ascii="Nirmala UI" w:hAnsi="Nirmala UI" w:eastAsia="Nirmala UI" w:cs="Nirmala UI"/>
        </w:rPr>
        <w:t>அதனால்</w:t>
      </w:r>
      <w:r>
        <w:rPr>
          <w:rFonts w:ascii="Times New Roman" w:hAnsi="Times New Roman" w:eastAsia="Times New Roman" w:cs="Times New Roman"/>
        </w:rPr>
        <w:t xml:space="preserve"> </w:t>
      </w:r>
      <w:r>
        <w:rPr>
          <w:rFonts w:ascii="Nirmala UI" w:hAnsi="Nirmala UI" w:eastAsia="Nirmala UI" w:cs="Nirmala UI"/>
        </w:rPr>
        <w:t>நீங்கள்</w:t>
      </w:r>
      <w:r>
        <w:rPr>
          <w:rFonts w:ascii="Times New Roman" w:hAnsi="Times New Roman" w:eastAsia="Times New Roman" w:cs="Times New Roman"/>
        </w:rPr>
        <w:t xml:space="preserve"> </w:t>
      </w:r>
      <w:r>
        <w:rPr>
          <w:rFonts w:ascii="Nirmala UI" w:hAnsi="Nirmala UI" w:eastAsia="Nirmala UI" w:cs="Nirmala UI"/>
        </w:rPr>
        <w:t>என்னப்</w:t>
      </w:r>
      <w:r>
        <w:rPr>
          <w:rFonts w:ascii="Times New Roman" w:hAnsi="Times New Roman" w:eastAsia="Times New Roman" w:cs="Times New Roman"/>
        </w:rPr>
        <w:t xml:space="preserve"> </w:t>
      </w:r>
      <w:r>
        <w:rPr>
          <w:rFonts w:ascii="Nirmala UI" w:hAnsi="Nirmala UI" w:eastAsia="Nirmala UI" w:cs="Nirmala UI"/>
        </w:rPr>
        <w:t>பெறுவீர்கள்</w:t>
      </w:r>
      <w:r>
        <w:rPr>
          <w:rFonts w:ascii="Times New Roman" w:hAnsi="Times New Roman" w:eastAsia="Times New Roman" w:cs="Times New Roman"/>
        </w:rPr>
        <w:t xml:space="preserve">? </w:t>
      </w:r>
      <w:r>
        <w:rPr>
          <w:rFonts w:ascii="Nirmala UI" w:hAnsi="Nirmala UI" w:eastAsia="Nirmala UI" w:cs="Nirmala UI"/>
        </w:rPr>
        <w:t>இவர்கள்</w:t>
      </w:r>
      <w:r>
        <w:rPr>
          <w:rFonts w:ascii="Times New Roman" w:hAnsi="Times New Roman" w:eastAsia="Times New Roman" w:cs="Times New Roman"/>
        </w:rPr>
        <w:t xml:space="preserve"> </w:t>
      </w:r>
      <w:r>
        <w:rPr>
          <w:rFonts w:ascii="Nirmala UI" w:hAnsi="Nirmala UI" w:eastAsia="Nirmala UI" w:cs="Nirmala UI"/>
        </w:rPr>
        <w:t>சிறிதுகாலத்திற்கு</w:t>
      </w:r>
      <w:r>
        <w:rPr>
          <w:rFonts w:ascii="Times New Roman" w:hAnsi="Times New Roman" w:eastAsia="Times New Roman" w:cs="Times New Roman"/>
        </w:rPr>
        <w:t xml:space="preserve"> </w:t>
      </w:r>
      <w:r>
        <w:rPr>
          <w:rFonts w:ascii="Nirmala UI" w:hAnsi="Nirmala UI" w:eastAsia="Nirmala UI" w:cs="Nirmala UI"/>
        </w:rPr>
        <w:t>முன்புவரை</w:t>
      </w:r>
      <w:r>
        <w:rPr>
          <w:rFonts w:ascii="Times New Roman" w:hAnsi="Times New Roman" w:eastAsia="Times New Roman" w:cs="Times New Roman"/>
        </w:rPr>
        <w:t xml:space="preserve"> </w:t>
      </w:r>
      <w:r>
        <w:rPr>
          <w:rFonts w:ascii="Nirmala UI" w:hAnsi="Nirmala UI" w:eastAsia="Nirmala UI" w:cs="Nirmala UI"/>
        </w:rPr>
        <w:t>விசுவாசத்தில்</w:t>
      </w:r>
      <w:r>
        <w:rPr>
          <w:rFonts w:ascii="Times New Roman" w:hAnsi="Times New Roman" w:eastAsia="Times New Roman" w:cs="Times New Roman"/>
        </w:rPr>
        <w:t xml:space="preserve"> </w:t>
      </w:r>
      <w:r>
        <w:rPr>
          <w:rFonts w:ascii="Nirmala UI" w:hAnsi="Nirmala UI" w:eastAsia="Nirmala UI" w:cs="Nirmala UI"/>
        </w:rPr>
        <w:t>நம்மோடு</w:t>
      </w:r>
      <w:r>
        <w:rPr>
          <w:rFonts w:ascii="Times New Roman" w:hAnsi="Times New Roman" w:eastAsia="Times New Roman" w:cs="Times New Roman"/>
        </w:rPr>
        <w:t xml:space="preserve"> </w:t>
      </w:r>
      <w:r>
        <w:rPr>
          <w:rFonts w:ascii="Nirmala UI" w:hAnsi="Nirmala UI" w:eastAsia="Nirmala UI" w:cs="Nirmala UI"/>
        </w:rPr>
        <w:t>இருந்தவர்கள்</w:t>
      </w:r>
      <w:r>
        <w:rPr>
          <w:rFonts w:ascii="Times New Roman" w:hAnsi="Times New Roman" w:eastAsia="Times New Roman" w:cs="Times New Roman"/>
        </w:rPr>
        <w:t xml:space="preserve"> </w:t>
      </w:r>
      <w:r>
        <w:rPr>
          <w:rFonts w:ascii="Nirmala UI" w:hAnsi="Nirmala UI" w:eastAsia="Nirmala UI" w:cs="Nirmala UI"/>
        </w:rPr>
        <w:t>அல்லவா</w:t>
      </w:r>
      <w:r>
        <w:rPr>
          <w:rFonts w:ascii="Times New Roman" w:hAnsi="Times New Roman" w:eastAsia="Times New Roman" w:cs="Times New Roman"/>
        </w:rPr>
        <w:t xml:space="preserve">? </w:t>
      </w:r>
      <w:r>
        <w:rPr>
          <w:rFonts w:ascii="Nirmala UI" w:hAnsi="Nirmala UI" w:eastAsia="Nirmala UI" w:cs="Nirmala UI"/>
        </w:rPr>
        <w:t>நீங்கள்</w:t>
      </w:r>
      <w:r>
        <w:rPr>
          <w:rFonts w:ascii="Times New Roman" w:hAnsi="Times New Roman" w:eastAsia="Times New Roman" w:cs="Times New Roman"/>
        </w:rPr>
        <w:t xml:space="preserve"> </w:t>
      </w:r>
      <w:r>
        <w:rPr>
          <w:rFonts w:ascii="Nirmala UI" w:hAnsi="Nirmala UI" w:eastAsia="Nirmala UI" w:cs="Nirmala UI"/>
        </w:rPr>
        <w:t>பிசாசின்</w:t>
      </w:r>
      <w:r>
        <w:rPr>
          <w:rFonts w:ascii="Times New Roman" w:hAnsi="Times New Roman" w:eastAsia="Times New Roman" w:cs="Times New Roman"/>
        </w:rPr>
        <w:t xml:space="preserve"> </w:t>
      </w:r>
      <w:r>
        <w:rPr>
          <w:rFonts w:ascii="Nirmala UI" w:hAnsi="Nirmala UI" w:eastAsia="Nirmala UI" w:cs="Nirmala UI"/>
        </w:rPr>
        <w:t>பக்கத்தில்</w:t>
      </w:r>
      <w:r>
        <w:rPr>
          <w:rFonts w:ascii="Times New Roman" w:hAnsi="Times New Roman" w:eastAsia="Times New Roman" w:cs="Times New Roman"/>
        </w:rPr>
        <w:t xml:space="preserve"> </w:t>
      </w:r>
      <w:r>
        <w:rPr>
          <w:rFonts w:ascii="Nirmala UI" w:hAnsi="Nirmala UI" w:eastAsia="Nirmala UI" w:cs="Nirmala UI"/>
        </w:rPr>
        <w:t>நிற்பீர்களா</w:t>
      </w:r>
      <w:r>
        <w:rPr>
          <w:rFonts w:ascii="Times New Roman" w:hAnsi="Times New Roman" w:eastAsia="Times New Roman" w:cs="Times New Roman"/>
        </w:rPr>
        <w:t xml:space="preserve">? </w:t>
      </w:r>
      <w:r>
        <w:rPr>
          <w:rFonts w:ascii="Nirmala UI" w:hAnsi="Nirmala UI" w:eastAsia="Nirmala UI" w:cs="Nirmala UI"/>
        </w:rPr>
        <w:t>இன்னும்</w:t>
      </w:r>
      <w:r>
        <w:rPr>
          <w:rFonts w:ascii="Times New Roman" w:hAnsi="Times New Roman" w:eastAsia="Times New Roman" w:cs="Times New Roman"/>
        </w:rPr>
        <w:t xml:space="preserve"> </w:t>
      </w:r>
      <w:r>
        <w:rPr>
          <w:rFonts w:ascii="Nirmala UI" w:hAnsi="Nirmala UI" w:eastAsia="Nirmala UI" w:cs="Nirmala UI"/>
        </w:rPr>
        <w:t>உழைக்கப்படாத</w:t>
      </w:r>
      <w:r>
        <w:rPr>
          <w:rFonts w:ascii="Times New Roman" w:hAnsi="Times New Roman" w:eastAsia="Times New Roman" w:cs="Times New Roman"/>
        </w:rPr>
        <w:t xml:space="preserve"> </w:t>
      </w:r>
      <w:r>
        <w:rPr>
          <w:rFonts w:ascii="Nirmala UI" w:hAnsi="Nirmala UI" w:eastAsia="Nirmala UI" w:cs="Nirmala UI"/>
        </w:rPr>
        <w:t>வயல்களின்மேல்</w:t>
      </w:r>
      <w:r>
        <w:rPr>
          <w:rFonts w:ascii="Times New Roman" w:hAnsi="Times New Roman" w:eastAsia="Times New Roman" w:cs="Times New Roman"/>
        </w:rPr>
        <w:t xml:space="preserve"> </w:t>
      </w:r>
      <w:r>
        <w:rPr>
          <w:rFonts w:ascii="Nirmala UI" w:hAnsi="Nirmala UI" w:eastAsia="Nirmala UI" w:cs="Nirmala UI"/>
        </w:rPr>
        <w:t>உங்கள்</w:t>
      </w:r>
      <w:r>
        <w:rPr>
          <w:rFonts w:ascii="Times New Roman" w:hAnsi="Times New Roman" w:eastAsia="Times New Roman" w:cs="Times New Roman"/>
        </w:rPr>
        <w:t xml:space="preserve"> </w:t>
      </w:r>
      <w:r>
        <w:rPr>
          <w:rFonts w:ascii="Nirmala UI" w:hAnsi="Nirmala UI" w:eastAsia="Nirmala UI" w:cs="Nirmala UI"/>
        </w:rPr>
        <w:t>கவனத்தைச்</w:t>
      </w:r>
      <w:r>
        <w:rPr>
          <w:rFonts w:ascii="Times New Roman" w:hAnsi="Times New Roman" w:eastAsia="Times New Roman" w:cs="Times New Roman"/>
        </w:rPr>
        <w:t xml:space="preserve"> </w:t>
      </w:r>
      <w:r>
        <w:rPr>
          <w:rFonts w:ascii="Nirmala UI" w:hAnsi="Nirmala UI" w:eastAsia="Nirmala UI" w:cs="Nirmala UI"/>
        </w:rPr>
        <w:t>செலுத்துங்கள்</w:t>
      </w:r>
      <w:r>
        <w:rPr>
          <w:rFonts w:ascii="Times New Roman" w:hAnsi="Times New Roman" w:eastAsia="Times New Roman" w:cs="Times New Roman"/>
        </w:rPr>
        <w:t xml:space="preserve">. </w:t>
      </w:r>
      <w:r>
        <w:rPr>
          <w:rFonts w:ascii="Nirmala UI" w:hAnsi="Nirmala UI" w:eastAsia="Nirmala UI" w:cs="Nirmala UI"/>
        </w:rPr>
        <w:t>உலகமுழுவதுமான</w:t>
      </w:r>
      <w:r>
        <w:rPr>
          <w:rFonts w:ascii="Times New Roman" w:hAnsi="Times New Roman" w:eastAsia="Times New Roman" w:cs="Times New Roman"/>
        </w:rPr>
        <w:t xml:space="preserve"> </w:t>
      </w:r>
      <w:r>
        <w:rPr>
          <w:rFonts w:ascii="Nirmala UI" w:hAnsi="Nirmala UI" w:eastAsia="Nirmala UI" w:cs="Nirmala UI"/>
        </w:rPr>
        <w:t>ஒரு</w:t>
      </w:r>
      <w:r>
        <w:rPr>
          <w:rFonts w:ascii="Times New Roman" w:hAnsi="Times New Roman" w:eastAsia="Times New Roman" w:cs="Times New Roman"/>
        </w:rPr>
        <w:t xml:space="preserve"> </w:t>
      </w:r>
      <w:r>
        <w:rPr>
          <w:rFonts w:ascii="Nirmala UI" w:hAnsi="Nirmala UI" w:eastAsia="Nirmala UI" w:cs="Nirmala UI"/>
        </w:rPr>
        <w:t>பணி</w:t>
      </w:r>
      <w:r>
        <w:rPr>
          <w:rFonts w:ascii="Times New Roman" w:hAnsi="Times New Roman" w:eastAsia="Times New Roman" w:cs="Times New Roman"/>
        </w:rPr>
        <w:t xml:space="preserve"> </w:t>
      </w:r>
      <w:r>
        <w:rPr>
          <w:rFonts w:ascii="Nirmala UI" w:hAnsi="Nirmala UI" w:eastAsia="Nirmala UI" w:cs="Nirmala UI"/>
        </w:rPr>
        <w:t>நமக்கு</w:t>
      </w:r>
      <w:r>
        <w:rPr>
          <w:rFonts w:ascii="Times New Roman" w:hAnsi="Times New Roman" w:eastAsia="Times New Roman" w:cs="Times New Roman"/>
        </w:rPr>
        <w:t xml:space="preserve"> </w:t>
      </w:r>
      <w:r>
        <w:rPr>
          <w:rFonts w:ascii="Nirmala UI" w:hAnsi="Nirmala UI" w:eastAsia="Nirmala UI" w:cs="Nirmala UI"/>
        </w:rPr>
        <w:t>முன்பாக</w:t>
      </w:r>
      <w:r>
        <w:rPr>
          <w:rFonts w:ascii="Times New Roman" w:hAnsi="Times New Roman" w:eastAsia="Times New Roman" w:cs="Times New Roman"/>
        </w:rPr>
        <w:t xml:space="preserve"> </w:t>
      </w:r>
      <w:r>
        <w:rPr>
          <w:rFonts w:ascii="Nirmala UI" w:hAnsi="Nirmala UI" w:eastAsia="Nirmala UI" w:cs="Nirmala UI"/>
        </w:rPr>
        <w:t>இருக்கிறது</w:t>
      </w:r>
      <w:r>
        <w:rPr>
          <w:rFonts w:ascii="Times New Roman" w:hAnsi="Times New Roman" w:eastAsia="Times New Roman" w:cs="Times New Roman"/>
        </w:rPr>
        <w:t xml:space="preserve">. </w:t>
      </w:r>
      <w:r>
        <w:rPr>
          <w:rFonts w:ascii="Nirmala UI" w:hAnsi="Nirmala UI" w:eastAsia="Nirmala UI" w:cs="Nirmala UI"/>
        </w:rPr>
        <w:t>யோவான்</w:t>
      </w:r>
      <w:r>
        <w:rPr>
          <w:rFonts w:ascii="Times New Roman" w:hAnsi="Times New Roman" w:eastAsia="Times New Roman" w:cs="Times New Roman"/>
        </w:rPr>
        <w:t xml:space="preserve"> </w:t>
      </w:r>
      <w:r>
        <w:rPr>
          <w:rFonts w:ascii="Nirmala UI" w:hAnsi="Nirmala UI" w:eastAsia="Nirmala UI" w:cs="Nirmala UI"/>
        </w:rPr>
        <w:t>கெல்லோக்கைப்</w:t>
      </w:r>
      <w:r>
        <w:rPr>
          <w:rFonts w:ascii="Times New Roman" w:hAnsi="Times New Roman" w:eastAsia="Times New Roman" w:cs="Times New Roman"/>
        </w:rPr>
        <w:t xml:space="preserve"> </w:t>
      </w:r>
      <w:r>
        <w:rPr>
          <w:rFonts w:ascii="Nirmala UI" w:hAnsi="Nirmala UI" w:eastAsia="Nirmala UI" w:cs="Nirmala UI"/>
        </w:rPr>
        <w:t>பற்றிய</w:t>
      </w:r>
      <w:r>
        <w:rPr>
          <w:rFonts w:ascii="Times New Roman" w:hAnsi="Times New Roman" w:eastAsia="Times New Roman" w:cs="Times New Roman"/>
        </w:rPr>
        <w:t xml:space="preserve"> </w:t>
      </w:r>
      <w:r>
        <w:rPr>
          <w:rFonts w:ascii="Nirmala UI" w:hAnsi="Nirmala UI" w:eastAsia="Nirmala UI" w:cs="Nirmala UI"/>
        </w:rPr>
        <w:t>காட்சிகள்</w:t>
      </w:r>
      <w:r>
        <w:rPr>
          <w:rFonts w:ascii="Times New Roman" w:hAnsi="Times New Roman" w:eastAsia="Times New Roman" w:cs="Times New Roman"/>
        </w:rPr>
        <w:t xml:space="preserve"> </w:t>
      </w:r>
      <w:r>
        <w:rPr>
          <w:rFonts w:ascii="Nirmala UI" w:hAnsi="Nirmala UI" w:eastAsia="Nirmala UI" w:cs="Nirmala UI"/>
        </w:rPr>
        <w:t>எனக்குக்</w:t>
      </w:r>
      <w:r>
        <w:rPr>
          <w:rFonts w:ascii="Times New Roman" w:hAnsi="Times New Roman" w:eastAsia="Times New Roman" w:cs="Times New Roman"/>
        </w:rPr>
        <w:t xml:space="preserve"> </w:t>
      </w:r>
      <w:r>
        <w:rPr>
          <w:rFonts w:ascii="Nirmala UI" w:hAnsi="Nirmala UI" w:eastAsia="Nirmala UI" w:cs="Nirmala UI"/>
        </w:rPr>
        <w:t>கொடுக்கப்பட்டன</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«یک شخص بسیار فریبنده، افکاری را که در قالب براهین ظاهرالصلاحی که عرضه می‌داشت، و احساساتی مغایر با حقیقت اصیل کتاب‌مقدس بود، مجسّم می‌ساخت. و آنان که گرسنه و تشنهٔ چیزی نو بودند، افکاری [چنان ظاهرالصلاح] را پیش می‌بردند که الدر پرسکات در خطری عظیم قرار داشت. الدر دانیلز در خطری بزرگ بود که در فریبی گرفتار شود، به این پندار که اگر این احساسات در همه‌جا بیان گردد، همچون جهانی نو خواهد بود.»</w:t>
      </w:r>
    </w:p>
    <w:p>
      <w:pPr>
        <w:pStyle w:val="ArticleScripture"/>
        <w:jc w:val="left"/>
      </w:pPr>
      <w:r>
        <w:rPr>
          <w:rFonts w:ascii="Times New Roman" w:hAnsi="Times New Roman" w:eastAsia="Times New Roman" w:cs="Times New Roman"/>
        </w:rPr>
        <w:t>“Wa, ya nyɛ anka ɛbɛyɛ saa, nanso bere a wɔn adwene yɛɛ wɔn saa mu dɔm no, wɔdaa no adi kyerɛɛ me sɛ Onua Daniells ne Onua Prescott de adwene ahorow a ɛwɔ honhom[ism]-tebea bi mu rehyɛ wɔn osuahu mu na wɔretwe yɛn nkurɔfo akɔ adwene fɛfɛ bi mu a sɛ ɛbɛyɛ yiye a, ɛbɛdaadaa mpo wɔn a wɔapaw wɔn no. Ɛsɛ sɛ mede me kyerɛwdua no twa [nokwasɛm] no ho sɛ anuanom yi behu mfomso wɔ wɔn nnaadaa adwene mu a ɛbɛma nokware no akɔ ahotoso biara mu; na [nanso] wɔde wɔn ho [bɛ] gyina hɔ sɛ [te sɛ nea wɔwɔ] honhom mu ntease kɛse. Afei wɔahyɛ me sɛ menka nkyerɛ wɔn [sɛ] bere a wɔdaa asɛm yi adi kyerɛɛ me no, bere a Ɔsɔfo Daniells repagya ne nne so te sɛ totorobɛnto wɔ ne ‘Daily’ ho adwene no ho no, na wɔde nea ebedi akyi aba no kyerɛɛ me. Ná yɛn nkurɔfo refra adwene. Mihuu nea efi mu ba no, na afei wɔde kɔkɔbɔ ahorow maa me sɛ sɛ Ɔsɔfo Daniells, a ɔmfa nea efi mu bɛba no nyɛ hwee, bɛma saa nkanyan yi akanyan no na wagye adi sɛ ɔwɔ Onyankopɔn home mu a, anka wɔbɛdua gyidi a enni hɔ ne akyinnye aba yɛn mu baabiara, na anka yɛbɛba baabi a Satan bɛfa ne nkrasɛm akɔ. Wɔbɛdua gyidi a enni hɔ ne akyinnye a ɛyɛ den wɔ nnipa adwene mu, na bɔne nnɔbae nwonwa bɛsi nokware ananmu.—Ms 67, 1910, 1–8. Manuscript Release, nhoma 20, 17–22.”</w:t>
      </w:r>
    </w:p>
    <w:p>
      <w:pPr>
        <w:pStyle w:val="ArticleBody"/>
        <w:jc w:val="left"/>
      </w:pPr>
      <w:r>
        <w:rPr>
          <w:rFonts w:ascii="Times New Roman" w:hAnsi="Times New Roman" w:eastAsia="Times New Roman" w:cs="Times New Roman"/>
        </w:rPr>
        <w:t>Ọkpọkpọ awa ikpe ahụ ka e nyere nghọta ziri ezi banyere “ihe a na-eme kwa ụbọchị” n’akwụkwọ Daniel. Site n’aka mmadụ ndị sụgharịrị akwụkwọ Daniel, ma mesịa site n’aka mmadụ ndị mmụọ ozi ndị a chụpụrụ n’eluigwe na-eduzi, nghọta ziri ezi banyere “ihe a na-eme kwa ụbọchị” aghọwo ihe ezoro ezo, ọ bụ ezie na ọ dị n’ihu anya doro anya. N’akwụkwọ Daniel, mgbe okwu ahụ a sụgharịrị dịka “ihe a na-eme kwa ụbọchị” pụtara, ọ bụghị ka e tinye okwu mmadụ a gbakwunyere bụ “àjà.” N’amaokwu nke iri na atọ nke Daniel asatọ, anyị na-ahụ otu n’ime ugboro ise nke nke a pụtara n’akwụkwọ Daniel. N’amaokwu ahụ kpọmkwem, a na-akọwakwa “oge asaa” nke Leviticus iri abụọ na isii, ma site n’otu ụdị aghụghọ mmadụ ahụ kwa, e mewo ka ọ bụrụ ihe ezoro ezo n’ihu anya doro anya.</w:t>
      </w:r>
    </w:p>
    <w:p>
      <w:pPr>
        <w:pStyle w:val="ArticleBody"/>
        <w:jc w:val="left"/>
      </w:pPr>
      <w:r>
        <w:rPr>
          <w:rFonts w:ascii="Times New Roman" w:hAnsi="Times New Roman" w:eastAsia="Times New Roman" w:cs="Times New Roman"/>
        </w:rPr>
        <w:t>Ekeceğiz bu gerçeğe bir sonraki yazıda.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দনিয়েলের পুস্তক — দ্বিতীয় সংখ্যা</dc:title>
  <dc:subject>Butparastlıq</dc:subject>
  <dc:creator>Jeff Pippenger</dc:creator>
  <cp:keywords/>
  <dc:description>Generated by ArticleDigger from daniel\02_daniel.json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