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Нӯҳум</w:t>
      </w:r>
    </w:p>
    <w:p>
      <w:pPr>
        <w:pStyle w:val="ArticleSubtitle"/>
        <w:jc w:val="left"/>
      </w:pPr>
      <w:r>
        <w:rPr>
          <w:rFonts w:ascii="Arial" w:hAnsi="Arial" w:eastAsia="Arial" w:cs="Arial"/>
        </w:rPr>
        <w:t>Ych'anaq ri Oxi' Ruk'amonel ri Q'ijb'al Tzij: Ri Q'ijb'al Ruk'uxal rech ri Apocalipsis, Ruwach'ulew Belej, xuquje' ri K'ak'aq K'exb'al K'aslemal rech waqib' q'ij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Ayıŋ alğı yartısı Vahiy toğızıncı babnıñ beshinshi karnaydı, yağıni birinshi qayığını körsetedi, al babnıñ ekinshi yartısı altınşı karnaydı, yağıni ekinshi qayığını körsetedi. Eki karnay da 1843 hám 1850-jılğı pióner sızbalarında körnekli túrde beynelegen. Daniyel on birinşi babnıñ sońğı altı ayatı aqırzaman waqtında, yağıni 1989-jılı Keńes Odağınıñ qulawı menen aşılğan kezde, júz qırıq tört mıñnıñ reformatorlıq háreketi baslandı.</w:t>
      </w:r>
    </w:p>
    <w:p>
      <w:pPr>
        <w:pStyle w:val="ArticleBody"/>
        <w:jc w:val="left"/>
      </w:pPr>
      <w:r>
        <w:rPr>
          <w:rFonts w:ascii="Times New Roman" w:hAnsi="Times New Roman" w:eastAsia="Times New Roman" w:cs="Times New Roman"/>
        </w:rPr>
        <w:t>1989 йылда етерелгән хәҡиҡәттәр араһында Изге Яҙма тарихындағы бөйөк реформатор хәрәкәттәр һәм уларҙың барыһының да бер-береһенә параллель булыуы ла бар ине. Барлыҡ пәйғәмбәрҙәр ҙә, тимәк, һәр изге тарих, шул иҫәптән изге реформатор хәрәкәттәр ҙә, өсөнсө фәрештәнең ҡеүәтле хәрәкәте лә булған йөҙ ҙә ҡырҡ дүрт меңдең һуңғы бөйөк реформатор хәрәкәтен һүрәтләй. Мөһөрләү эше башланғанда, һуңғы ямғырҙың һибелеүе лә башлана. 1989 йылда реформатор хәрәкәттәрҙең асылыуы, унан һуң 1992 йылда Данил ун беренсе бүлектең һуңғы алты аятының асылыуы, һәр ваҡыттағыса, яңы һәм хәҙерге хәҡиҡәт асылғанда барлыҡҡа килгән ҡаршылыҡ мөхитен тыуҙырҙы.</w:t>
      </w:r>
    </w:p>
    <w:p>
      <w:pPr>
        <w:pStyle w:val="ArticleBody"/>
        <w:jc w:val="left"/>
      </w:pPr>
      <w:r>
        <w:rPr>
          <w:rFonts w:ascii="Malgun Gothic" w:hAnsi="Malgun Gothic" w:eastAsia="Malgun Gothic" w:cs="Malgun Gothic"/>
        </w:rPr>
        <w:t>샤브아</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w:t>
      </w:r>
      <w:r>
        <w:rPr>
          <w:rFonts w:ascii="Malgun Gothic" w:hAnsi="Malgun Gothic" w:eastAsia="Malgun Gothic" w:cs="Malgun Gothic"/>
        </w:rPr>
        <w:t>열한</w:t>
      </w:r>
      <w:r>
        <w:rPr>
          <w:rFonts w:ascii="Times New Roman" w:hAnsi="Times New Roman" w:eastAsia="Times New Roman" w:cs="Times New Roman"/>
        </w:rPr>
        <w:t xml:space="preserve"> </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진리에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저항</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증인</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세워진</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이교</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교황권</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결합되어</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준다는</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보이셨다</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적용의</w:t>
      </w:r>
      <w:r>
        <w:rPr>
          <w:rFonts w:ascii="Times New Roman" w:hAnsi="Times New Roman" w:eastAsia="Times New Roman" w:cs="Times New Roman"/>
        </w:rPr>
        <w:t xml:space="preserve"> </w:t>
      </w:r>
      <w:r>
        <w:rPr>
          <w:rFonts w:ascii="Malgun Gothic" w:hAnsi="Malgun Gothic" w:eastAsia="Malgun Gothic" w:cs="Malgun Gothic"/>
        </w:rPr>
        <w:t>법칙이</w:t>
      </w:r>
      <w:r>
        <w:rPr>
          <w:rFonts w:ascii="Times New Roman" w:hAnsi="Times New Roman" w:eastAsia="Times New Roman" w:cs="Times New Roman"/>
        </w:rPr>
        <w:t xml:space="preserve"> </w:t>
      </w:r>
      <w:r>
        <w:rPr>
          <w:rFonts w:ascii="Malgun Gothic" w:hAnsi="Malgun Gothic" w:eastAsia="Malgun Gothic" w:cs="Malgun Gothic"/>
        </w:rPr>
        <w:t>인식되었고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후에는</w:t>
      </w:r>
      <w:r>
        <w:rPr>
          <w:rFonts w:ascii="Times New Roman" w:hAnsi="Times New Roman" w:eastAsia="Times New Roman" w:cs="Times New Roman"/>
        </w:rPr>
        <w:t xml:space="preserve"> </w:t>
      </w:r>
      <w:r>
        <w:rPr>
          <w:rFonts w:ascii="Malgun Gothic" w:hAnsi="Malgun Gothic" w:eastAsia="Malgun Gothic" w:cs="Malgun Gothic"/>
        </w:rPr>
        <w:t>오류를</w:t>
      </w:r>
      <w:r>
        <w:rPr>
          <w:rFonts w:ascii="Times New Roman" w:hAnsi="Times New Roman" w:eastAsia="Times New Roman" w:cs="Times New Roman"/>
        </w:rPr>
        <w:t xml:space="preserve"> </w:t>
      </w:r>
      <w:r>
        <w:rPr>
          <w:rFonts w:ascii="Malgun Gothic" w:hAnsi="Malgun Gothic" w:eastAsia="Malgun Gothic" w:cs="Malgun Gothic"/>
        </w:rPr>
        <w:t>방어하고</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식별하며</w:t>
      </w:r>
      <w:r>
        <w:rPr>
          <w:rFonts w:ascii="Times New Roman" w:hAnsi="Times New Roman" w:eastAsia="Times New Roman" w:cs="Times New Roman"/>
        </w:rPr>
        <w:t xml:space="preserve"> </w:t>
      </w:r>
      <w:r>
        <w:rPr>
          <w:rFonts w:ascii="Malgun Gothic" w:hAnsi="Malgun Gothic" w:eastAsia="Malgun Gothic" w:cs="Malgun Gothic"/>
        </w:rPr>
        <w:t>확립하기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사용되었다</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개혁</w:t>
      </w:r>
      <w:r>
        <w:rPr>
          <w:rFonts w:ascii="Times New Roman" w:hAnsi="Times New Roman" w:eastAsia="Times New Roman" w:cs="Times New Roman"/>
        </w:rPr>
        <w:t xml:space="preserve"> </w:t>
      </w:r>
      <w:r>
        <w:rPr>
          <w:rFonts w:ascii="Malgun Gothic" w:hAnsi="Malgun Gothic" w:eastAsia="Malgun Gothic" w:cs="Malgun Gothic"/>
        </w:rPr>
        <w:t>노선이</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개혁</w:t>
      </w:r>
      <w:r>
        <w:rPr>
          <w:rFonts w:ascii="Times New Roman" w:hAnsi="Times New Roman" w:eastAsia="Times New Roman" w:cs="Times New Roman"/>
        </w:rPr>
        <w:t xml:space="preserve"> </w:t>
      </w:r>
      <w:r>
        <w:rPr>
          <w:rFonts w:ascii="Malgun Gothic" w:hAnsi="Malgun Gothic" w:eastAsia="Malgun Gothic" w:cs="Malgun Gothic"/>
        </w:rPr>
        <w:t>노선들과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평행을</w:t>
      </w:r>
      <w:r>
        <w:rPr>
          <w:rFonts w:ascii="Times New Roman" w:hAnsi="Times New Roman" w:eastAsia="Times New Roman" w:cs="Times New Roman"/>
        </w:rPr>
        <w:t xml:space="preserve"> </w:t>
      </w:r>
      <w:r>
        <w:rPr>
          <w:rFonts w:ascii="Malgun Gothic" w:hAnsi="Malgun Gothic" w:eastAsia="Malgun Gothic" w:cs="Malgun Gothic"/>
        </w:rPr>
        <w:t>이룬다는</w:t>
      </w:r>
      <w:r>
        <w:rPr>
          <w:rFonts w:ascii="Times New Roman" w:hAnsi="Times New Roman" w:eastAsia="Times New Roman" w:cs="Times New Roman"/>
        </w:rPr>
        <w:t xml:space="preserve"> </w:t>
      </w:r>
      <w:r>
        <w:rPr>
          <w:rFonts w:ascii="Malgun Gothic" w:hAnsi="Malgun Gothic" w:eastAsia="Malgun Gothic" w:cs="Malgun Gothic"/>
        </w:rPr>
        <w:t>규칙들과</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삼중</w:t>
      </w:r>
      <w:r>
        <w:rPr>
          <w:rFonts w:ascii="Times New Roman" w:hAnsi="Times New Roman" w:eastAsia="Times New Roman" w:cs="Times New Roman"/>
        </w:rPr>
        <w:t xml:space="preserve"> </w:t>
      </w:r>
      <w:r>
        <w:rPr>
          <w:rFonts w:ascii="Malgun Gothic" w:hAnsi="Malgun Gothic" w:eastAsia="Malgun Gothic" w:cs="Malgun Gothic"/>
        </w:rPr>
        <w:t>적용과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규칙들은</w:t>
      </w:r>
      <w:r>
        <w:rPr>
          <w:rFonts w:ascii="Times New Roman" w:hAnsi="Times New Roman" w:eastAsia="Times New Roman" w:cs="Times New Roman"/>
        </w:rPr>
        <w:t xml:space="preserve">, </w:t>
      </w:r>
      <w:r>
        <w:rPr>
          <w:rFonts w:ascii="Malgun Gothic" w:hAnsi="Malgun Gothic" w:eastAsia="Malgun Gothic" w:cs="Malgun Gothic"/>
        </w:rPr>
        <w:t>밀러</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확립되고</w:t>
      </w:r>
      <w:r>
        <w:rPr>
          <w:rFonts w:ascii="Times New Roman" w:hAnsi="Times New Roman" w:eastAsia="Times New Roman" w:cs="Times New Roman"/>
        </w:rPr>
        <w:t xml:space="preserve"> </w:t>
      </w:r>
      <w:r>
        <w:rPr>
          <w:rFonts w:ascii="Malgun Gothic" w:hAnsi="Malgun Gothic" w:eastAsia="Malgun Gothic" w:cs="Malgun Gothic"/>
        </w:rPr>
        <w:t>사용되며</w:t>
      </w:r>
      <w:r>
        <w:rPr>
          <w:rFonts w:ascii="Times New Roman" w:hAnsi="Times New Roman" w:eastAsia="Times New Roman" w:cs="Times New Roman"/>
        </w:rPr>
        <w:t xml:space="preserve"> </w:t>
      </w:r>
      <w:r>
        <w:rPr>
          <w:rFonts w:ascii="Malgun Gothic" w:hAnsi="Malgun Gothic" w:eastAsia="Malgun Gothic" w:cs="Malgun Gothic"/>
        </w:rPr>
        <w:t>출판된</w:t>
      </w:r>
      <w:r>
        <w:rPr>
          <w:rFonts w:ascii="Times New Roman" w:hAnsi="Times New Roman" w:eastAsia="Times New Roman" w:cs="Times New Roman"/>
        </w:rPr>
        <w:t xml:space="preserve"> </w:t>
      </w:r>
      <w:r>
        <w:rPr>
          <w:rFonts w:ascii="Malgun Gothic" w:hAnsi="Malgun Gothic" w:eastAsia="Malgun Gothic" w:cs="Malgun Gothic"/>
        </w:rPr>
        <w:t>규칙들로</w:t>
      </w:r>
      <w:r>
        <w:rPr>
          <w:rFonts w:ascii="Times New Roman" w:hAnsi="Times New Roman" w:eastAsia="Times New Roman" w:cs="Times New Roman"/>
        </w:rPr>
        <w:t xml:space="preserve"> </w:t>
      </w:r>
      <w:r>
        <w:rPr>
          <w:rFonts w:ascii="Malgun Gothic" w:hAnsi="Malgun Gothic" w:eastAsia="Malgun Gothic" w:cs="Malgun Gothic"/>
        </w:rPr>
        <w:t>예표된</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 xml:space="preserve"> </w:t>
      </w:r>
      <w:r>
        <w:rPr>
          <w:rFonts w:ascii="Malgun Gothic" w:hAnsi="Malgun Gothic" w:eastAsia="Malgun Gothic" w:cs="Malgun Gothic"/>
        </w:rPr>
        <w:t>안에서</w:t>
      </w:r>
      <w:r>
        <w:rPr>
          <w:rFonts w:ascii="Times New Roman" w:hAnsi="Times New Roman" w:eastAsia="Times New Roman" w:cs="Times New Roman"/>
        </w:rPr>
        <w:t xml:space="preserve"> </w:t>
      </w:r>
      <w:r>
        <w:rPr>
          <w:rFonts w:ascii="Malgun Gothic" w:hAnsi="Malgun Gothic" w:eastAsia="Malgun Gothic" w:cs="Malgun Gothic"/>
        </w:rPr>
        <w:t>확립된</w:t>
      </w:r>
      <w:r>
        <w:rPr>
          <w:rFonts w:ascii="Times New Roman" w:hAnsi="Times New Roman" w:eastAsia="Times New Roman" w:cs="Times New Roman"/>
        </w:rPr>
        <w:t xml:space="preserve"> </w:t>
      </w:r>
      <w:r>
        <w:rPr>
          <w:rFonts w:ascii="Malgun Gothic" w:hAnsi="Malgun Gothic" w:eastAsia="Malgun Gothic" w:cs="Malgun Gothic"/>
        </w:rPr>
        <w:t>규칙들의</w:t>
      </w:r>
      <w:r>
        <w:rPr>
          <w:rFonts w:ascii="Times New Roman" w:hAnsi="Times New Roman" w:eastAsia="Times New Roman" w:cs="Times New Roman"/>
        </w:rPr>
        <w:t xml:space="preserve"> </w:t>
      </w:r>
      <w:r>
        <w:rPr>
          <w:rFonts w:ascii="Malgun Gothic" w:hAnsi="Malgun Gothic" w:eastAsia="Malgun Gothic" w:cs="Malgun Gothic"/>
        </w:rPr>
        <w:t>기반암이</w:t>
      </w:r>
      <w:r>
        <w:rPr>
          <w:rFonts w:ascii="Times New Roman" w:hAnsi="Times New Roman" w:eastAsia="Times New Roman" w:cs="Times New Roman"/>
        </w:rPr>
        <w:t xml:space="preserve"> </w:t>
      </w:r>
      <w:r>
        <w:rPr>
          <w:rFonts w:ascii="Malgun Gothic" w:hAnsi="Malgun Gothic" w:eastAsia="Malgun Gothic" w:cs="Malgun Gothic"/>
        </w:rPr>
        <w:t>되었다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apɛdeɛ no, wɔbuee nkɔmhyɛ no mmuasa-sɔhwɛ no mu maa apɔwmuden no a ɛwɔ ɔha aduanan anan no, efisɛ wɔn ne akyɛkyedeɛ a ɛwɔ osutɔ a edi akyiri no mu, na Islam a ɛyɛ amanehunu a ɛtɔ so mmiɛnsa no ne osutɔ a edi akyiri no nkrasɛm. Yuda abusuakuw no Gyata no na ɔdaa nkɔmhyɛ no mmuasa-sɔhwɛ nnyinasosɛm no adi, ansa na Islam a ɛyɛ amanehunu a ɛtɔ so mmiɛnsa no aba abakɔsɛm mu wɔ September 11, 2001 no, efisɛ na Ɔpɛ sɛ Ne nkurɔfoɔ a wɔwɔ nna a edi akyiri no bɛtumi ahunu nkrasɛm a amanehunu a ɛtɔ so mmiɛnsa no ba no gyina hɔ ma no ntɛm so, berɛ a Ɔde Ne nkurɔfoɔ sane kɔɔ Yeremia akwan dada no so.</w:t>
      </w:r>
    </w:p>
    <w:p>
      <w:pPr>
        <w:pStyle w:val="ArticleBody"/>
        <w:jc w:val="left"/>
      </w:pPr>
      <w:r>
        <w:rPr>
          <w:rFonts w:ascii="Times New Roman" w:hAnsi="Times New Roman" w:eastAsia="Times New Roman" w:cs="Times New Roman"/>
        </w:rPr>
        <w:t>Upambanuzi wa waanzilishi kuhusu baragumu ya tano na ya sita kama ilivyoelezwa katika Ufunuo sura ya tisa, ulieleweka kuwa ndiyo kifungu katika kitabu cha Ufunuo kilichoungwa mkono kwa uthabiti na uwazi zaidi na historia. Uriah Smith anaanza uwasilishaji wake wa Ufunuo sura ya tisa kwa kutumia maneno ya mwanahistoria Keith ili kusisitiza hoja hiyo hiyo.</w:t>
      </w:r>
    </w:p>
    <w:p>
      <w:pPr>
        <w:pStyle w:val="ArticleScripture"/>
        <w:jc w:val="left"/>
      </w:pPr>
      <w:r>
        <w:rPr>
          <w:rFonts w:ascii="Times New Roman" w:hAnsi="Times New Roman" w:eastAsia="Times New Roman" w:cs="Times New Roman"/>
        </w:rPr>
        <w:t>“</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තුරුඹුවේ</w:t>
      </w:r>
      <w:r>
        <w:rPr>
          <w:rFonts w:ascii="Times New Roman" w:hAnsi="Times New Roman" w:eastAsia="Times New Roman" w:cs="Times New Roman"/>
        </w:rPr>
        <w:t xml:space="preserve"> </w:t>
      </w:r>
      <w:r>
        <w:rPr>
          <w:rFonts w:ascii="Nirmala UI" w:hAnsi="Nirmala UI" w:eastAsia="Nirmala UI" w:cs="Nirmala UI"/>
        </w:rPr>
        <w:t>විවරණයක්</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මහතාගේ</w:t>
      </w:r>
      <w:r>
        <w:rPr>
          <w:rFonts w:ascii="Times New Roman" w:hAnsi="Times New Roman" w:eastAsia="Times New Roman" w:cs="Times New Roman"/>
        </w:rPr>
        <w:t xml:space="preserve"> </w:t>
      </w:r>
      <w:r>
        <w:rPr>
          <w:rFonts w:ascii="Nirmala UI" w:hAnsi="Nirmala UI" w:eastAsia="Nirmala UI" w:cs="Nirmala UI"/>
        </w:rPr>
        <w:t>ලේඛනවලින්</w:t>
      </w:r>
      <w:r>
        <w:rPr>
          <w:rFonts w:ascii="Times New Roman" w:hAnsi="Times New Roman" w:eastAsia="Times New Roman" w:cs="Times New Roman"/>
        </w:rPr>
        <w:t xml:space="preserve"> </w:t>
      </w:r>
      <w:r>
        <w:rPr>
          <w:rFonts w:ascii="Nirmala UI" w:hAnsi="Nirmala UI" w:eastAsia="Nirmala UI" w:cs="Nirmala UI"/>
        </w:rPr>
        <w:t>උපුටා</w:t>
      </w:r>
      <w:r>
        <w:rPr>
          <w:rFonts w:ascii="Times New Roman" w:hAnsi="Times New Roman" w:eastAsia="Times New Roman" w:cs="Times New Roman"/>
        </w:rPr>
        <w:t xml:space="preserve"> </w:t>
      </w:r>
      <w:r>
        <w:rPr>
          <w:rFonts w:ascii="Nirmala UI" w:hAnsi="Nirmala UI" w:eastAsia="Nirmala UI" w:cs="Nirmala UI"/>
        </w:rPr>
        <w:t>ගන්නෙමු</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ලේඛකයා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යවශයෙන්</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පවසයි</w:t>
      </w:r>
      <w:r>
        <w:rPr>
          <w:rFonts w:ascii="Times New Roman" w:hAnsi="Times New Roman" w:eastAsia="Times New Roman" w:cs="Times New Roman"/>
        </w:rPr>
        <w:t>: ‘</w:t>
      </w:r>
      <w:r>
        <w:rPr>
          <w:rFonts w:ascii="Nirmala UI" w:hAnsi="Nirmala UI" w:eastAsia="Nirmala UI" w:cs="Nirmala UI"/>
        </w:rPr>
        <w:t>අපොකලිප්සයේ</w:t>
      </w:r>
      <w:r>
        <w:rPr>
          <w:rFonts w:ascii="Times New Roman" w:hAnsi="Times New Roman" w:eastAsia="Times New Roman" w:cs="Times New Roman"/>
        </w:rPr>
        <w:t xml:space="preserve"> </w:t>
      </w:r>
      <w:r>
        <w:rPr>
          <w:rFonts w:ascii="Nirmala UI" w:hAnsi="Nirmala UI" w:eastAsia="Nirmala UI" w:cs="Nirmala UI"/>
        </w:rPr>
        <w:t>වෙනත්</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කොටසක්</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විවරණකරුවන්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පස්වන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සයවන</w:t>
      </w:r>
      <w:r>
        <w:rPr>
          <w:rFonts w:ascii="Times New Roman" w:hAnsi="Times New Roman" w:eastAsia="Times New Roman" w:cs="Times New Roman"/>
        </w:rPr>
        <w:t xml:space="preserve"> </w:t>
      </w:r>
      <w:r>
        <w:rPr>
          <w:rFonts w:ascii="Nirmala UI" w:hAnsi="Nirmala UI" w:eastAsia="Nirmala UI" w:cs="Nirmala UI"/>
        </w:rPr>
        <w:t>තුරුඹු</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විපත්</w:t>
      </w:r>
      <w:r>
        <w:rPr>
          <w:rFonts w:ascii="Times New Roman" w:hAnsi="Times New Roman" w:eastAsia="Times New Roman" w:cs="Times New Roman"/>
        </w:rPr>
        <w:t xml:space="preserve">, </w:t>
      </w:r>
      <w:r>
        <w:rPr>
          <w:rFonts w:ascii="Nirmala UI" w:hAnsi="Nirmala UI" w:eastAsia="Nirmala UI" w:cs="Nirmala UI"/>
        </w:rPr>
        <w:t>සරාසින්වරුන්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තුර්කිවරුන්</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අදාළ</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ආකාරය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තරම්</w:t>
      </w:r>
      <w:r>
        <w:rPr>
          <w:rFonts w:ascii="Times New Roman" w:hAnsi="Times New Roman" w:eastAsia="Times New Roman" w:cs="Times New Roman"/>
        </w:rPr>
        <w:t xml:space="preserve"> </w:t>
      </w:r>
      <w:r>
        <w:rPr>
          <w:rFonts w:ascii="Nirmala UI" w:hAnsi="Nirmala UI" w:eastAsia="Nirmala UI" w:cs="Nirmala UI"/>
        </w:rPr>
        <w:t>සමසමාන</w:t>
      </w:r>
      <w:r>
        <w:rPr>
          <w:rFonts w:ascii="Times New Roman" w:hAnsi="Times New Roman" w:eastAsia="Times New Roman" w:cs="Times New Roman"/>
        </w:rPr>
        <w:t xml:space="preserve"> </w:t>
      </w:r>
      <w:r>
        <w:rPr>
          <w:rFonts w:ascii="Nirmala UI" w:hAnsi="Nirmala UI" w:eastAsia="Nirmala UI" w:cs="Nirmala UI"/>
        </w:rPr>
        <w:t>එකඟතාවක්</w:t>
      </w:r>
      <w:r>
        <w:rPr>
          <w:rFonts w:ascii="Times New Roman" w:hAnsi="Times New Roman" w:eastAsia="Times New Roman" w:cs="Times New Roman"/>
        </w:rPr>
        <w:t xml:space="preserve">, </w:t>
      </w:r>
      <w:r>
        <w:rPr>
          <w:rFonts w:ascii="Nirmala UI" w:hAnsi="Nirmala UI" w:eastAsia="Nirmala UI" w:cs="Nirmala UI"/>
        </w:rPr>
        <w:t>ඉතා</w:t>
      </w:r>
      <w:r>
        <w:rPr>
          <w:rFonts w:ascii="Times New Roman" w:hAnsi="Times New Roman" w:eastAsia="Times New Roman" w:cs="Times New Roman"/>
        </w:rPr>
        <w:t xml:space="preserve"> </w:t>
      </w:r>
      <w:r>
        <w:rPr>
          <w:rFonts w:ascii="Nirmala UI" w:hAnsi="Nirmala UI" w:eastAsia="Nirmala UI" w:cs="Nirmala UI"/>
        </w:rPr>
        <w:t>දුර්ලභය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එතරම්ම</w:t>
      </w:r>
      <w:r>
        <w:rPr>
          <w:rFonts w:ascii="Times New Roman" w:hAnsi="Times New Roman" w:eastAsia="Times New Roman" w:cs="Times New Roman"/>
        </w:rPr>
        <w:t xml:space="preserve"> </w:t>
      </w:r>
      <w:r>
        <w:rPr>
          <w:rFonts w:ascii="Nirmala UI" w:hAnsi="Nirmala UI" w:eastAsia="Nirmala UI" w:cs="Nirmala UI"/>
        </w:rPr>
        <w:t>පැහැදිලිය</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වරදවා</w:t>
      </w:r>
      <w:r>
        <w:rPr>
          <w:rFonts w:ascii="Times New Roman" w:hAnsi="Times New Roman" w:eastAsia="Times New Roman" w:cs="Times New Roman"/>
        </w:rPr>
        <w:t xml:space="preserve"> </w:t>
      </w:r>
      <w:r>
        <w:rPr>
          <w:rFonts w:ascii="Nirmala UI" w:hAnsi="Nirmala UI" w:eastAsia="Nirmala UI" w:cs="Nirmala UI"/>
        </w:rPr>
        <w:t>වටහාගැනීම</w:t>
      </w:r>
      <w:r>
        <w:rPr>
          <w:rFonts w:ascii="Times New Roman" w:hAnsi="Times New Roman" w:eastAsia="Times New Roman" w:cs="Times New Roman"/>
        </w:rPr>
        <w:t xml:space="preserve"> </w:t>
      </w:r>
      <w:r>
        <w:rPr>
          <w:rFonts w:ascii="Nirmala UI" w:hAnsi="Nirmala UI" w:eastAsia="Nirmala UI" w:cs="Nirmala UI"/>
        </w:rPr>
        <w:t>දුර්ලභය</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පදයක්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නියම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වෙනුවට</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සම්පූර්ණයෙන්ම</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කොටස්වලින්</w:t>
      </w:r>
      <w:r>
        <w:rPr>
          <w:rFonts w:ascii="Times New Roman" w:hAnsi="Times New Roman" w:eastAsia="Times New Roman" w:cs="Times New Roman"/>
        </w:rPr>
        <w:t xml:space="preserve">, </w:t>
      </w:r>
      <w:r>
        <w:rPr>
          <w:rFonts w:ascii="Nirmala UI" w:hAnsi="Nirmala UI" w:eastAsia="Nirmala UI" w:cs="Nirmala UI"/>
        </w:rPr>
        <w:t>දෙදෙනාම</w:t>
      </w:r>
      <w:r>
        <w:rPr>
          <w:rFonts w:ascii="Times New Roman" w:hAnsi="Times New Roman" w:eastAsia="Times New Roman" w:cs="Times New Roman"/>
        </w:rPr>
        <w:t xml:space="preserve"> </w:t>
      </w:r>
      <w:r>
        <w:rPr>
          <w:rFonts w:ascii="Nirmala UI" w:hAnsi="Nirmala UI" w:eastAsia="Nirmala UI" w:cs="Nirmala UI"/>
        </w:rPr>
        <w:t>විස්තර</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Uriah Smith, Daniel and Revelation, 495.”</w:t>
      </w:r>
    </w:p>
    <w:p>
      <w:pPr>
        <w:pStyle w:val="ArticleBody"/>
        <w:jc w:val="left"/>
      </w:pPr>
      <w:r>
        <w:rPr>
          <w:rFonts w:ascii="Times New Roman" w:hAnsi="Times New Roman" w:eastAsia="Times New Roman" w:cs="Times New Roman"/>
        </w:rPr>
        <w:t>Naaybóol mayuukilo’ob ka’ tsol xook k’ajóoltik u k’aaba’ u tsolilo’ob ka’a p’éel u yóok’ol k’áak’náab, ku jáantiko’ob u ts’íibol u puksi’ik’alil u na’atilo’ u ts’o’okil u paalalil u yáax u yóok’ol k’áak’náab, je’el bix ku yila’al tumen Mohammed. Je’el le’ ku yaantal tu noj kaajilil yéetel tu lu’umil, ichil le ba’ax le historiador Alexander Keith ku t’aanik u yéetel le Saracenos, le ba’ax teech ku k’áat chi’oba’ale’ bey xan ku k’aaba’tik Arabia. U puksi’ik’alil u na’atilo’ u ka’a p’éel u yóok’ol k’áak’náab, je’el bix ku yila’al tumen Osman I, ku yaantal tu noj kaajilil yéetel tu lu’umil ichil Turkey, tu’ux le historiador ku k’ajóoltik le turcos. U puksi’ik’alil u yáax u yóok’ol k’áak’náab yaanil yéetel ts’o’okol ichil Arabia, u lu’umil tu’ux sáansaj Islam yéetel Mohammed. U puksi’ik’alil u ka’a p’éel u yóok’ol k’áak’náab yaanil yéetel ts’o’okol ichil Turkey, u lu’umil tu’ux sáansaj le Imperio Otomano.</w:t>
      </w:r>
    </w:p>
    <w:p>
      <w:pPr>
        <w:pStyle w:val="ArticleBody"/>
        <w:jc w:val="left"/>
      </w:pP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በርሳቸው</w:t>
      </w:r>
      <w:r>
        <w:rPr>
          <w:rFonts w:ascii="Times New Roman" w:hAnsi="Times New Roman" w:eastAsia="Times New Roman" w:cs="Times New Roman"/>
        </w:rPr>
        <w:t xml:space="preserve"> </w:t>
      </w:r>
      <w:r>
        <w:rPr>
          <w:rFonts w:ascii="Ebrima" w:hAnsi="Ebrima" w:eastAsia="Ebrima" w:cs="Ebrima"/>
        </w:rPr>
        <w:t>የሚያስተሳስራቸው</w:t>
      </w:r>
      <w:r>
        <w:rPr>
          <w:rFonts w:ascii="Times New Roman" w:hAnsi="Times New Roman" w:eastAsia="Times New Roman" w:cs="Times New Roman"/>
        </w:rPr>
        <w:t xml:space="preserve"> </w:t>
      </w:r>
      <w:r>
        <w:rPr>
          <w:rFonts w:ascii="Ebrima" w:hAnsi="Ebrima" w:eastAsia="Ebrima" w:cs="Ebrima"/>
        </w:rPr>
        <w:t>ብቸኛው</w:t>
      </w:r>
      <w:r>
        <w:rPr>
          <w:rFonts w:ascii="Times New Roman" w:hAnsi="Times New Roman" w:eastAsia="Times New Roman" w:cs="Times New Roman"/>
        </w:rPr>
        <w:t xml:space="preserve"> </w:t>
      </w:r>
      <w:r>
        <w:rPr>
          <w:rFonts w:ascii="Ebrima" w:hAnsi="Ebrima" w:eastAsia="Ebrima" w:cs="Ebrima"/>
        </w:rPr>
        <w:t>የጋራ</w:t>
      </w:r>
      <w:r>
        <w:rPr>
          <w:rFonts w:ascii="Times New Roman" w:hAnsi="Times New Roman" w:eastAsia="Times New Roman" w:cs="Times New Roman"/>
        </w:rPr>
        <w:t xml:space="preserve"> </w:t>
      </w:r>
      <w:r>
        <w:rPr>
          <w:rFonts w:ascii="Ebrima" w:hAnsi="Ebrima" w:eastAsia="Ebrima" w:cs="Ebrima"/>
        </w:rPr>
        <w:t>ትስስር</w:t>
      </w:r>
      <w:r>
        <w:rPr>
          <w:rFonts w:ascii="Times New Roman" w:hAnsi="Times New Roman" w:eastAsia="Times New Roman" w:cs="Times New Roman"/>
        </w:rPr>
        <w:t xml:space="preserve"> </w:t>
      </w:r>
      <w:r>
        <w:rPr>
          <w:rFonts w:ascii="Ebrima" w:hAnsi="Ebrima" w:eastAsia="Ebrima" w:cs="Ebrima"/>
        </w:rPr>
        <w:t>የእስልምና</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የነበረ</w:t>
      </w:r>
      <w:r>
        <w:rPr>
          <w:rFonts w:ascii="Times New Roman" w:hAnsi="Times New Roman" w:eastAsia="Times New Roman" w:cs="Times New Roman"/>
        </w:rPr>
        <w:t xml:space="preserve"> </w:t>
      </w:r>
      <w:r>
        <w:rPr>
          <w:rFonts w:ascii="Ebrima" w:hAnsi="Ebrima" w:eastAsia="Ebrima" w:cs="Ebrima"/>
        </w:rPr>
        <w:t>ነፃ</w:t>
      </w:r>
      <w:r>
        <w:rPr>
          <w:rFonts w:ascii="Times New Roman" w:hAnsi="Times New Roman" w:eastAsia="Times New Roman" w:cs="Times New Roman"/>
        </w:rPr>
        <w:t xml:space="preserve"> </w:t>
      </w:r>
      <w:r>
        <w:rPr>
          <w:rFonts w:ascii="Ebrima" w:hAnsi="Ebrima" w:eastAsia="Ebrima" w:cs="Ebrima"/>
        </w:rPr>
        <w:t>ተዋጊዎች</w:t>
      </w:r>
      <w:r>
        <w:rPr>
          <w:rFonts w:ascii="Times New Roman" w:hAnsi="Times New Roman" w:eastAsia="Times New Roman" w:cs="Times New Roman"/>
        </w:rPr>
        <w:t xml:space="preserve"> </w:t>
      </w:r>
      <w:r>
        <w:rPr>
          <w:rFonts w:ascii="Ebrima" w:hAnsi="Ebrima" w:eastAsia="Ebrima" w:cs="Ebrima"/>
        </w:rPr>
        <w:t>በሮማ</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ያቀኑትን</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ወዮ</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ካሊፋት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በሚጠራ</w:t>
      </w:r>
      <w:r>
        <w:rPr>
          <w:rFonts w:ascii="Times New Roman" w:hAnsi="Times New Roman" w:eastAsia="Times New Roman" w:cs="Times New Roman"/>
        </w:rPr>
        <w:t xml:space="preserve"> </w:t>
      </w:r>
      <w:r>
        <w:rPr>
          <w:rFonts w:ascii="Ebrima" w:hAnsi="Ebrima" w:eastAsia="Ebrima" w:cs="Ebrima"/>
        </w:rPr>
        <w:t>የተደራጀ</w:t>
      </w:r>
      <w:r>
        <w:rPr>
          <w:rFonts w:ascii="Times New Roman" w:hAnsi="Times New Roman" w:eastAsia="Times New Roman" w:cs="Times New Roman"/>
        </w:rPr>
        <w:t xml:space="preserve"> </w:t>
      </w:r>
      <w:r>
        <w:rPr>
          <w:rFonts w:ascii="Ebrima" w:hAnsi="Ebrima" w:eastAsia="Ebrima" w:cs="Ebrima"/>
        </w:rPr>
        <w:t>ሃይማኖትና</w:t>
      </w:r>
      <w:r>
        <w:rPr>
          <w:rFonts w:ascii="Times New Roman" w:hAnsi="Times New Roman" w:eastAsia="Times New Roman" w:cs="Times New Roman"/>
        </w:rPr>
        <w:t xml:space="preserve"> </w:t>
      </w:r>
      <w:r>
        <w:rPr>
          <w:rFonts w:ascii="Ebrima" w:hAnsi="Ebrima" w:eastAsia="Ebrima" w:cs="Ebrima"/>
        </w:rPr>
        <w:t>የመንግሥት</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በሮማ</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ያቀናውን</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በሁለቱም</w:t>
      </w:r>
      <w:r>
        <w:rPr>
          <w:rFonts w:ascii="Times New Roman" w:hAnsi="Times New Roman" w:eastAsia="Times New Roman" w:cs="Times New Roman"/>
        </w:rPr>
        <w:t xml:space="preserve"> </w:t>
      </w:r>
      <w:r>
        <w:rPr>
          <w:rFonts w:ascii="Ebrima" w:hAnsi="Ebrima" w:eastAsia="Ebrima" w:cs="Ebrima"/>
        </w:rPr>
        <w:t>ሁኔታዎች፣</w:t>
      </w:r>
      <w:r>
        <w:rPr>
          <w:rFonts w:ascii="Times New Roman" w:hAnsi="Times New Roman" w:eastAsia="Times New Roman" w:cs="Times New Roman"/>
        </w:rPr>
        <w:t xml:space="preserve"> </w:t>
      </w:r>
      <w:r>
        <w:rPr>
          <w:rFonts w:ascii="Ebrima" w:hAnsi="Ebrima" w:eastAsia="Ebrima" w:cs="Ebrima"/>
        </w:rPr>
        <w:t>በመሐመድ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የተቀረጸው</w:t>
      </w:r>
      <w:r>
        <w:rPr>
          <w:rFonts w:ascii="Times New Roman" w:hAnsi="Times New Roman" w:eastAsia="Times New Roman" w:cs="Times New Roman"/>
        </w:rPr>
        <w:t xml:space="preserve"> </w:t>
      </w:r>
      <w:r>
        <w:rPr>
          <w:rFonts w:ascii="Ebrima" w:hAnsi="Ebrima" w:eastAsia="Ebrima" w:cs="Ebrima"/>
        </w:rPr>
        <w:t>ነፃ</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በኦትማን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በኦቶማን</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የተደራጀ</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የጦርነቱ</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በድንገትና</w:t>
      </w:r>
      <w:r>
        <w:rPr>
          <w:rFonts w:ascii="Times New Roman" w:hAnsi="Times New Roman" w:eastAsia="Times New Roman" w:cs="Times New Roman"/>
        </w:rPr>
        <w:t xml:space="preserve"> </w:t>
      </w:r>
      <w:r>
        <w:rPr>
          <w:rFonts w:ascii="Ebrima" w:hAnsi="Ebrima" w:eastAsia="Ebrima" w:cs="Ebrima"/>
        </w:rPr>
        <w:t>ሳይጠበቅ</w:t>
      </w:r>
      <w:r>
        <w:rPr>
          <w:rFonts w:ascii="Times New Roman" w:hAnsi="Times New Roman" w:eastAsia="Times New Roman" w:cs="Times New Roman"/>
        </w:rPr>
        <w:t xml:space="preserve"> </w:t>
      </w:r>
      <w:r>
        <w:rPr>
          <w:rFonts w:ascii="Ebrima" w:hAnsi="Ebrima" w:eastAsia="Ebrima" w:cs="Ebrima"/>
        </w:rPr>
        <w:t>መድበን</w:t>
      </w:r>
      <w:r>
        <w:rPr>
          <w:rFonts w:ascii="Times New Roman" w:hAnsi="Times New Roman" w:eastAsia="Times New Roman" w:cs="Times New Roman"/>
        </w:rPr>
        <w:t xml:space="preserve"> </w:t>
      </w:r>
      <w:r>
        <w:rPr>
          <w:rFonts w:ascii="Ebrima" w:hAnsi="Ebrima" w:eastAsia="Ebrima" w:cs="Ebrima"/>
        </w:rPr>
        <w:t>መጥቃት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ዚያን</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ወታደራዊ</w:t>
      </w:r>
      <w:r>
        <w:rPr>
          <w:rFonts w:ascii="Times New Roman" w:hAnsi="Times New Roman" w:eastAsia="Times New Roman" w:cs="Times New Roman"/>
        </w:rPr>
        <w:t xml:space="preserve"> </w:t>
      </w:r>
      <w:r>
        <w:rPr>
          <w:rFonts w:ascii="Ebrima" w:hAnsi="Ebrima" w:eastAsia="Ebrima" w:cs="Ebrima"/>
        </w:rPr>
        <w:t>ልማድ</w:t>
      </w:r>
      <w:r>
        <w:rPr>
          <w:rFonts w:ascii="Times New Roman" w:hAnsi="Times New Roman" w:eastAsia="Times New Roman" w:cs="Times New Roman"/>
        </w:rPr>
        <w:t xml:space="preserve"> </w:t>
      </w:r>
      <w:r>
        <w:rPr>
          <w:rFonts w:ascii="Ebrima" w:hAnsi="Ebrima" w:eastAsia="Ebrima" w:cs="Ebrima"/>
        </w:rPr>
        <w:t>ወታደሮችን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ቀለም</w:t>
      </w:r>
      <w:r>
        <w:rPr>
          <w:rFonts w:ascii="Times New Roman" w:hAnsi="Times New Roman" w:eastAsia="Times New Roman" w:cs="Times New Roman"/>
        </w:rPr>
        <w:t xml:space="preserve"> </w:t>
      </w:r>
      <w:r>
        <w:rPr>
          <w:rFonts w:ascii="Ebrima" w:hAnsi="Ebrima" w:eastAsia="Ebrima" w:cs="Ebrima"/>
        </w:rPr>
        <w:t>ዩኒፎርም</w:t>
      </w:r>
      <w:r>
        <w:rPr>
          <w:rFonts w:ascii="Times New Roman" w:hAnsi="Times New Roman" w:eastAsia="Times New Roman" w:cs="Times New Roman"/>
        </w:rPr>
        <w:t xml:space="preserve"> </w:t>
      </w:r>
      <w:r>
        <w:rPr>
          <w:rFonts w:ascii="Ebrima" w:hAnsi="Ebrima" w:eastAsia="Ebrima" w:cs="Ebrima"/>
        </w:rPr>
        <w:t>አልብሶ፣</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ወታደሮቹን</w:t>
      </w:r>
      <w:r>
        <w:rPr>
          <w:rFonts w:ascii="Times New Roman" w:hAnsi="Times New Roman" w:eastAsia="Times New Roman" w:cs="Times New Roman"/>
        </w:rPr>
        <w:t xml:space="preserve"> </w:t>
      </w:r>
      <w:r>
        <w:rPr>
          <w:rFonts w:ascii="Ebrima" w:hAnsi="Ebrima" w:eastAsia="Ebrima" w:cs="Ebrima"/>
        </w:rPr>
        <w:t>በሰልፍ</w:t>
      </w:r>
      <w:r>
        <w:rPr>
          <w:rFonts w:ascii="Times New Roman" w:hAnsi="Times New Roman" w:eastAsia="Times New Roman" w:cs="Times New Roman"/>
        </w:rPr>
        <w:t xml:space="preserve"> </w:t>
      </w:r>
      <w:r>
        <w:rPr>
          <w:rFonts w:ascii="Ebrima" w:hAnsi="Ebrima" w:eastAsia="Ebrima" w:cs="Ebrima"/>
        </w:rPr>
        <w:t>አደራጅቶ</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ጠመንጃ</w:t>
      </w:r>
      <w:r>
        <w:rPr>
          <w:rFonts w:ascii="Times New Roman" w:hAnsi="Times New Roman" w:eastAsia="Times New Roman" w:cs="Times New Roman"/>
        </w:rPr>
        <w:t xml:space="preserve"> </w:t>
      </w:r>
      <w:r>
        <w:rPr>
          <w:rFonts w:ascii="Ebrima" w:hAnsi="Ebrima" w:eastAsia="Ebrima" w:cs="Ebrima"/>
        </w:rPr>
        <w:t>ተኩስ</w:t>
      </w:r>
      <w:r>
        <w:rPr>
          <w:rFonts w:ascii="Times New Roman" w:hAnsi="Times New Roman" w:eastAsia="Times New Roman" w:cs="Times New Roman"/>
        </w:rPr>
        <w:t xml:space="preserve"> </w:t>
      </w:r>
      <w:r>
        <w:rPr>
          <w:rFonts w:ascii="Ebrima" w:hAnsi="Ebrima" w:eastAsia="Ebrima" w:cs="Ebrima"/>
        </w:rPr>
        <w:t>እየተገፉ</w:t>
      </w:r>
      <w:r>
        <w:rPr>
          <w:rFonts w:ascii="Times New Roman" w:hAnsi="Times New Roman" w:eastAsia="Times New Roman" w:cs="Times New Roman"/>
        </w:rPr>
        <w:t xml:space="preserve"> </w:t>
      </w:r>
      <w:r>
        <w:rPr>
          <w:rFonts w:ascii="Ebrima" w:hAnsi="Ebrima" w:eastAsia="Ebrima" w:cs="Ebrima"/>
        </w:rPr>
        <w:t>የሚካሄድ</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“Assassin”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መሠረቱን</w:t>
      </w:r>
      <w:r>
        <w:rPr>
          <w:rFonts w:ascii="Times New Roman" w:hAnsi="Times New Roman" w:eastAsia="Times New Roman" w:cs="Times New Roman"/>
        </w:rPr>
        <w:t xml:space="preserve"> </w:t>
      </w:r>
      <w:r>
        <w:rPr>
          <w:rFonts w:ascii="Ebrima" w:hAnsi="Ebrima" w:eastAsia="Ebrima" w:cs="Ebrima"/>
        </w:rPr>
        <w:t>ያገኘው</w:t>
      </w:r>
      <w:r>
        <w:rPr>
          <w:rFonts w:ascii="Times New Roman" w:hAnsi="Times New Roman" w:eastAsia="Times New Roman" w:cs="Times New Roman"/>
        </w:rPr>
        <w:t xml:space="preserve"> </w:t>
      </w:r>
      <w:r>
        <w:rPr>
          <w:rFonts w:ascii="Ebrima" w:hAnsi="Ebrima" w:eastAsia="Ebrima" w:cs="Ebrima"/>
        </w:rPr>
        <w:t>በእስልምናዊው</w:t>
      </w:r>
      <w:r>
        <w:rPr>
          <w:rFonts w:ascii="Times New Roman" w:hAnsi="Times New Roman" w:eastAsia="Times New Roman" w:cs="Times New Roman"/>
        </w:rPr>
        <w:t xml:space="preserve"> </w:t>
      </w:r>
      <w:r>
        <w:rPr>
          <w:rFonts w:ascii="Ebrima" w:hAnsi="Ebrima" w:eastAsia="Ebrima" w:cs="Ebrima"/>
        </w:rPr>
        <w:t>የጦርነት</w:t>
      </w:r>
      <w:r>
        <w:rPr>
          <w:rFonts w:ascii="Times New Roman" w:hAnsi="Times New Roman" w:eastAsia="Times New Roman" w:cs="Times New Roman"/>
        </w:rPr>
        <w:t xml:space="preserve"> </w:t>
      </w:r>
      <w:r>
        <w:rPr>
          <w:rFonts w:ascii="Ebrima" w:hAnsi="Ebrima" w:eastAsia="Ebrima" w:cs="Ebrima"/>
        </w:rPr>
        <w:t>ስልት</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በድንገትና</w:t>
      </w:r>
      <w:r>
        <w:rPr>
          <w:rFonts w:ascii="Times New Roman" w:hAnsi="Times New Roman" w:eastAsia="Times New Roman" w:cs="Times New Roman"/>
        </w:rPr>
        <w:t xml:space="preserve"> </w:t>
      </w:r>
      <w:r>
        <w:rPr>
          <w:rFonts w:ascii="Ebrima" w:hAnsi="Ebrima" w:eastAsia="Ebrima" w:cs="Ebrima"/>
        </w:rPr>
        <w:t>ሳይጠበቅ</w:t>
      </w:r>
      <w:r>
        <w:rPr>
          <w:rFonts w:ascii="Times New Roman" w:hAnsi="Times New Roman" w:eastAsia="Times New Roman" w:cs="Times New Roman"/>
        </w:rPr>
        <w:t xml:space="preserve"> </w:t>
      </w:r>
      <w:r>
        <w:rPr>
          <w:rFonts w:ascii="Ebrima" w:hAnsi="Ebrima" w:eastAsia="Ebrima" w:cs="Ebrima"/>
        </w:rPr>
        <w:t>መድበን</w:t>
      </w:r>
      <w:r>
        <w:rPr>
          <w:rFonts w:ascii="Times New Roman" w:hAnsi="Times New Roman" w:eastAsia="Times New Roman" w:cs="Times New Roman"/>
        </w:rPr>
        <w:t xml:space="preserve"> </w:t>
      </w:r>
      <w:r>
        <w:rPr>
          <w:rFonts w:ascii="Ebrima" w:hAnsi="Ebrima" w:eastAsia="Ebrima" w:cs="Ebrima"/>
        </w:rPr>
        <w:t>መምታት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አጥቂው</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እንዲሞት</w:t>
      </w:r>
      <w:r>
        <w:rPr>
          <w:rFonts w:ascii="Times New Roman" w:hAnsi="Times New Roman" w:eastAsia="Times New Roman" w:cs="Times New Roman"/>
        </w:rPr>
        <w:t xml:space="preserve"> </w:t>
      </w:r>
      <w:r>
        <w:rPr>
          <w:rFonts w:ascii="Ebrima" w:hAnsi="Ebrima" w:eastAsia="Ebrima" w:cs="Ebrima"/>
        </w:rPr>
        <w:t>የሚያበቃ</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لفظ «قاتل» از واژهٔ عربی «حشّاشین» مشتق شده است، که خود از «حشیش» گرفته شده و به معنای «حشیش» یا «شاه‌دانه» است. این اصطلاح در اصل برای اشاره به گروهی پنهان‌کار و متعصّب از مسلمانان نزاریِ اسماعیلی در خاورمیانه در دوران قرون وسطی به کار می‌رفت. اعضای این گروه به سبب شیوه‌های نامتعارف و غالباً خشونت‌آمیز خود شناخته می‌شدند، از جمله به‌کارگیری ترورهای سیاسی برای دستیابی به اهداف خویش. گفته می‌شود که آنان گاه برای آماده شدن جهت مأموریت‌های خود حشیش مصرف می‌کردند، و همین امر سبب شد که اصطلاح «حشّاشین» یا «قاتلان» در جهان غرب رواج یابد. حشّاشین در دوران قرون وسطی، عمدتاً در ایران و سوریه، فعال بودند و در کشمکش‌های سیاسی گوناگون و ترورهای آن عصر نقشی مهم ایفا کردند. اصطلاح «قاتل» سرانجام به زبان‌های اروپایی راه یافت و در آن‌جا به معنایی گسترده‌تر برای اشاره به افرادی به کار رفت که دست به کشتارهای سیاسی یا قتل‌های هدفمند می‌زنند.</w:t>
      </w:r>
    </w:p>
    <w:p>
      <w:pPr>
        <w:pStyle w:val="ArticleBody"/>
        <w:jc w:val="left"/>
      </w:pPr>
      <w:r>
        <w:rPr>
          <w:rFonts w:ascii="Nirmala UI" w:hAnsi="Nirmala UI" w:eastAsia="Nirmala UI" w:cs="Nirmala UI"/>
        </w:rPr>
        <w:t>ਏਹ</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ਹਾਏਆਂ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ਮਹੱਤਵਪੂਰਨ</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ਵਿਸ਼ੇਸ਼ਤਾ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ਭੂਮਿਕਾ</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ਹਾਏਆਂ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ਦਰਸ਼ਨਾਤਮਕ</w:t>
      </w:r>
      <w:r>
        <w:rPr>
          <w:rFonts w:ascii="Times New Roman" w:hAnsi="Times New Roman" w:eastAsia="Times New Roman" w:cs="Times New Roman"/>
        </w:rPr>
        <w:t xml:space="preserve"> </w:t>
      </w:r>
      <w:r>
        <w:rPr>
          <w:rFonts w:ascii="Nirmala UI" w:hAnsi="Nirmala UI" w:eastAsia="Nirmala UI" w:cs="Nirmala UI"/>
        </w:rPr>
        <w:t>ਉਦਾਹਰਨ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ਕਰਤੂਤ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ਬਿਲਕੁਲ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ਥੋੜ੍ਹਾ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ਕਿਰਪਾ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ته غضب قومونه، او ستا قهر را رسېدلی دی، او د مړو وخت، چې هغوی دې محکوم شي؛ او دا چې ته اجر ورکړې خپلو بندګانو، نبيانو ته، او مقدسينو ته، او هغو ته چې له ستا نوم څخه وېرېږي، که واړه وي او که لويان؛ او هغه کسان دې هلاک کړې چې ځمکه هلاکوي. مکاشفه 11:18.</w:t>
      </w:r>
    </w:p>
    <w:p>
      <w:pPr>
        <w:pStyle w:val="ArticleBody"/>
        <w:jc w:val="left"/>
      </w:pPr>
      <w:r>
        <w:rPr>
          <w:rFonts w:ascii="Times New Roman" w:hAnsi="Times New Roman" w:eastAsia="Times New Roman" w:cs="Times New Roman"/>
        </w:rPr>
        <w:t>“</w:t>
      </w:r>
      <w:r>
        <w:rPr>
          <w:rFonts w:ascii="Nirmala UI" w:hAnsi="Nirmala UI" w:eastAsia="Nirmala UI" w:cs="Nirmala UI"/>
        </w:rPr>
        <w:t>राष्ट्रहरू</w:t>
      </w:r>
      <w:r>
        <w:rPr>
          <w:rFonts w:ascii="Times New Roman" w:hAnsi="Times New Roman" w:eastAsia="Times New Roman" w:cs="Times New Roman"/>
        </w:rPr>
        <w:t>”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बनाइन्छन्</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त्यसअघि</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महामारीहरू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मानवको</w:t>
      </w:r>
      <w:r>
        <w:rPr>
          <w:rFonts w:ascii="Times New Roman" w:hAnsi="Times New Roman" w:eastAsia="Times New Roman" w:cs="Times New Roman"/>
        </w:rPr>
        <w:t xml:space="preserve"> </w:t>
      </w:r>
      <w:r>
        <w:rPr>
          <w:rFonts w:ascii="Nirmala UI" w:hAnsi="Nirmala UI" w:eastAsia="Nirmala UI" w:cs="Nirmala UI"/>
        </w:rPr>
        <w:t>अवसर</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आउँछन्।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तीनवटा</w:t>
      </w:r>
      <w:r>
        <w:rPr>
          <w:rFonts w:ascii="Times New Roman" w:hAnsi="Times New Roman" w:eastAsia="Times New Roman" w:cs="Times New Roman"/>
        </w:rPr>
        <w:t xml:space="preserve"> </w:t>
      </w:r>
      <w:r>
        <w:rPr>
          <w:rFonts w:ascii="Nirmala UI" w:hAnsi="Nirmala UI" w:eastAsia="Nirmala UI" w:cs="Nirmala UI"/>
        </w:rPr>
        <w:t>मार्गचिह्नहरू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राष्ट्रहरूको</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सहस्राब्दीको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मृतकहरूको</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पदका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मार्गचिह्नहरू</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क्रमअनुसार</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हुन्छन्।</w:t>
      </w:r>
    </w:p>
    <w:p>
      <w:pPr>
        <w:pStyle w:val="ArticleScripture"/>
        <w:jc w:val="left"/>
      </w:pPr>
      <w:r>
        <w:rPr>
          <w:rFonts w:ascii="Times New Roman" w:hAnsi="Times New Roman" w:eastAsia="Times New Roman" w:cs="Times New Roman"/>
        </w:rPr>
        <w:t>“Ndzi vonile leswaku vukarhi bya matiko, vukarhi bya Xikwembu, ni nkarhi wo avanyisa vafi a swi hambanile naswona swi ri swilo swo hlawuleka, xin’wana xi landzela xin’wana; nakambe leswaku Mikayele a nga si yima, ni leswaku nkarhi wa maxangu, lowu nga si tshamaka wu va kona, a wu nga si sungula. Matiko sweswi ma le ku kariheni; kambe loko Muprista wa hina Lonkulu a hetile ntirho wa Yena exikwembeni xo kwetsima, U ta yima, a ambala swiambalo swa ku rihisela, kutani makhombo ya nkombo yo hetelela ma ta chuluriwa.”</w:t>
      </w:r>
    </w:p>
    <w:p>
      <w:pPr>
        <w:pStyle w:val="ArticleScripture"/>
        <w:jc w:val="left"/>
      </w:pPr>
      <w:r>
        <w:rPr>
          <w:rFonts w:ascii="Times New Roman" w:hAnsi="Times New Roman" w:eastAsia="Times New Roman" w:cs="Times New Roman"/>
        </w:rPr>
        <w:t>“Ndzi vone leswaku tintsumi ta mune a ti ta khoma mimoya ya mune ku fikela loko ntirho wa Yesu wu hetiwile endhawini yo kwetsima, kutani hi kona ku nga ta ta makhombo ya nkombo yo hetelela.” Early Writings, 36.</w:t>
      </w:r>
    </w:p>
    <w:p>
      <w:pPr>
        <w:pStyle w:val="ArticleBody"/>
        <w:jc w:val="left"/>
      </w:pPr>
      <w:r>
        <w:rPr>
          <w:rFonts w:ascii="Times New Roman" w:hAnsi="Times New Roman" w:eastAsia="Times New Roman" w:cs="Times New Roman"/>
        </w:rPr>
        <w:t>A papel de Islam gi katapusan nga libro de la Biblia amo para manpasina el mga nacion, y hace sila este por medio del guerra. A papel de Islam gi primer libro de la Biblia amo para trae el mano de cada hombre gi mundo junto contra Islam, representado como Ishmael.</w:t>
      </w:r>
    </w:p>
    <w:p>
      <w:pPr>
        <w:pStyle w:val="ArticleScripture"/>
        <w:jc w:val="left"/>
      </w:pPr>
      <w:r>
        <w:rPr>
          <w:rFonts w:ascii="Times New Roman" w:hAnsi="Times New Roman" w:eastAsia="Times New Roman" w:cs="Times New Roman"/>
        </w:rPr>
        <w:t>ئۇنىڭغا پەرۋەردىگارنىڭ پەرىشتىسى ئېيتتى: «مانا، سەن ھامىلدار بولدۇڭ، بىر ئوغۇل تۇغىسىڭ، ۋە ئۇنىڭ ئاتىنى ئىسمائىل دەپ قويىسىڭ؛ چۈنكى پەرۋەردىگار سېنىڭ مۇسىبىتىڭنى ئاڭلىدى. ئۇ ياۋا بىر ئادەم بولىدۇ؛ ئۇنىڭ قولى ھەر بىر ئادەمگە قارشى بولىدۇ، ۋە ھەر بىر ئادەمنىڭ قولى ئۇنىڭغا قارشى بولىدۇ؛ ۋە ئۇ بارلىق قېرىنداشلىرىنىڭ ئالدىدا ياشايدۇ.» يارىتىلىش 16:11، 12.</w:t>
      </w:r>
    </w:p>
    <w:p>
      <w:pPr>
        <w:pStyle w:val="ArticleBody"/>
        <w:jc w:val="left"/>
      </w:pP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ܐܝܕܐ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ܟܠܗܘܢ</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ܡܙܐ</w:t>
      </w:r>
      <w:r>
        <w:rPr>
          <w:rFonts w:ascii="Times New Roman" w:hAnsi="Times New Roman" w:eastAsia="Times New Roman" w:cs="Times New Roman"/>
        </w:rPr>
        <w:t xml:space="preserve"> </w:t>
      </w:r>
      <w:r>
        <w:rPr>
          <w:rFonts w:ascii="Segoe UI Historic" w:hAnsi="Segoe UI Historic" w:eastAsia="Segoe UI Historic" w:cs="Segoe UI Historic"/>
        </w:rPr>
        <w:t>ܟܬܒܢܝ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ܘܡܨܝܐ</w:t>
      </w:r>
      <w:r>
        <w:rPr>
          <w:rFonts w:ascii="Times New Roman" w:hAnsi="Times New Roman" w:eastAsia="Times New Roman" w:cs="Times New Roman"/>
        </w:rPr>
        <w:t xml:space="preserve"> </w:t>
      </w:r>
      <w:r>
        <w:rPr>
          <w:rFonts w:ascii="Segoe UI Historic" w:hAnsi="Segoe UI Historic" w:eastAsia="Segoe UI Historic" w:cs="Segoe UI Historic"/>
        </w:rPr>
        <w:t>ܕܬܗܘܐ</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ܝܬܝܪ</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ܡܫܡܗܐ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ܕܡܬܚܙܝܐ</w:t>
      </w:r>
      <w:r>
        <w:rPr>
          <w:rFonts w:ascii="Times New Roman" w:hAnsi="Times New Roman" w:eastAsia="Times New Roman" w:cs="Times New Roman"/>
        </w:rPr>
        <w:t xml:space="preserve"> </w:t>
      </w:r>
      <w:r>
        <w:rPr>
          <w:rFonts w:ascii="Segoe UI Historic" w:hAnsi="Segoe UI Historic" w:eastAsia="Segoe UI Historic" w:cs="Segoe UI Historic"/>
        </w:rPr>
        <w:t>ܒܗܘ</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ܩܘܢܛܟܣܛܐ</w:t>
      </w:r>
      <w:r>
        <w:rPr>
          <w:rFonts w:ascii="Times New Roman" w:hAnsi="Times New Roman" w:eastAsia="Times New Roman" w:cs="Times New Roman"/>
        </w:rPr>
        <w:t xml:space="preserve"> </w:t>
      </w:r>
      <w:r>
        <w:rPr>
          <w:rFonts w:ascii="Segoe UI Historic" w:hAnsi="Segoe UI Historic" w:eastAsia="Segoe UI Historic" w:cs="Segoe UI Historic"/>
        </w:rPr>
        <w:t>ܐܝܟܐ</w:t>
      </w:r>
      <w:r>
        <w:rPr>
          <w:rFonts w:ascii="Times New Roman" w:hAnsi="Times New Roman" w:eastAsia="Times New Roman" w:cs="Times New Roman"/>
        </w:rPr>
        <w:t xml:space="preserve"> </w:t>
      </w:r>
      <w:r>
        <w:rPr>
          <w:rFonts w:ascii="Segoe UI Historic" w:hAnsi="Segoe UI Historic" w:eastAsia="Segoe UI Historic" w:cs="Segoe UI Historic"/>
        </w:rPr>
        <w:t>ܕܡܬܬܚܫܒܐ</w:t>
      </w:r>
      <w:r>
        <w:rPr>
          <w:rFonts w:ascii="Times New Roman" w:hAnsi="Times New Roman" w:eastAsia="Times New Roman" w:cs="Times New Roman"/>
        </w:rPr>
        <w:t xml:space="preserve">. </w:t>
      </w:r>
      <w:r>
        <w:rPr>
          <w:rFonts w:ascii="Segoe UI Historic" w:hAnsi="Segoe UI Historic" w:eastAsia="Segoe UI Historic" w:cs="Segoe UI Historic"/>
        </w:rPr>
        <w:t>ܒܪܝܫܐ</w:t>
      </w:r>
      <w:r>
        <w:rPr>
          <w:rFonts w:ascii="Times New Roman" w:hAnsi="Times New Roman" w:eastAsia="Times New Roman" w:cs="Times New Roman"/>
        </w:rPr>
        <w:t xml:space="preserve"> </w:t>
      </w:r>
      <w:r>
        <w:rPr>
          <w:rFonts w:ascii="Segoe UI Historic" w:hAnsi="Segoe UI Historic" w:eastAsia="Segoe UI Historic" w:cs="Segoe UI Historic"/>
        </w:rPr>
        <w:t>ܕܟܠ</w:t>
      </w:r>
      <w:r>
        <w:rPr>
          <w:rFonts w:ascii="Times New Roman" w:hAnsi="Times New Roman" w:eastAsia="Times New Roman" w:cs="Times New Roman"/>
        </w:rPr>
        <w:t>، «</w:t>
      </w:r>
      <w:r>
        <w:rPr>
          <w:rFonts w:ascii="Segoe UI Historic" w:hAnsi="Segoe UI Historic" w:eastAsia="Segoe UI Historic" w:cs="Segoe UI Historic"/>
        </w:rPr>
        <w:t>ܐܝܕܐ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ܒܢܒܝܘܬܐ</w:t>
      </w:r>
      <w:r>
        <w:rPr>
          <w:rFonts w:ascii="Times New Roman" w:hAnsi="Times New Roman" w:eastAsia="Times New Roman" w:cs="Times New Roman"/>
        </w:rPr>
        <w:t xml:space="preserve"> </w:t>
      </w:r>
      <w:r>
        <w:rPr>
          <w:rFonts w:ascii="Segoe UI Historic" w:hAnsi="Segoe UI Historic" w:eastAsia="Segoe UI Historic" w:cs="Segoe UI Historic"/>
        </w:rPr>
        <w:t>ܕܟܬܒܐ</w:t>
      </w:r>
      <w:r>
        <w:rPr>
          <w:rFonts w:ascii="Times New Roman" w:hAnsi="Times New Roman" w:eastAsia="Times New Roman" w:cs="Times New Roman"/>
        </w:rPr>
        <w:t xml:space="preserve"> </w:t>
      </w:r>
      <w:r>
        <w:rPr>
          <w:rFonts w:ascii="Segoe UI Historic" w:hAnsi="Segoe UI Historic" w:eastAsia="Segoe UI Historic" w:cs="Segoe UI Historic"/>
        </w:rPr>
        <w:t>ܩܕܝܫܐ</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ܕܩܪܒܐ</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ܥܒܪܝܬܐ</w:t>
      </w:r>
      <w:r>
        <w:rPr>
          <w:rFonts w:ascii="Times New Roman" w:hAnsi="Times New Roman" w:eastAsia="Times New Roman" w:cs="Times New Roman"/>
        </w:rPr>
        <w:t xml:space="preserve"> </w:t>
      </w:r>
      <w:r>
        <w:rPr>
          <w:rFonts w:ascii="Segoe UI Historic" w:hAnsi="Segoe UI Historic" w:eastAsia="Segoe UI Historic" w:cs="Segoe UI Historic"/>
        </w:rPr>
        <w:t>ܕܡܬܬܪܓܡܐ</w:t>
      </w:r>
      <w:r>
        <w:rPr>
          <w:rFonts w:ascii="Times New Roman" w:hAnsi="Times New Roman" w:eastAsia="Times New Roman" w:cs="Times New Roman"/>
        </w:rPr>
        <w:t xml:space="preserve"> «</w:t>
      </w:r>
      <w:r>
        <w:rPr>
          <w:rFonts w:ascii="Segoe UI Historic" w:hAnsi="Segoe UI Historic" w:eastAsia="Segoe UI Historic" w:cs="Segoe UI Historic"/>
        </w:rPr>
        <w:t>ܒܪܢܫܐ</w:t>
      </w:r>
      <w:r>
        <w:rPr>
          <w:rFonts w:ascii="Times New Roman" w:hAnsi="Times New Roman" w:eastAsia="Times New Roman" w:cs="Times New Roman"/>
        </w:rPr>
        <w:t xml:space="preserve"> </w:t>
      </w:r>
      <w:r>
        <w:rPr>
          <w:rFonts w:ascii="Segoe UI Historic" w:hAnsi="Segoe UI Historic" w:eastAsia="Segoe UI Historic" w:cs="Segoe UI Historic"/>
        </w:rPr>
        <w:t>ܚܝܘܬܐ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ܕܚܡܪܐ</w:t>
      </w:r>
      <w:r>
        <w:rPr>
          <w:rFonts w:ascii="Times New Roman" w:hAnsi="Times New Roman" w:eastAsia="Times New Roman" w:cs="Times New Roman"/>
        </w:rPr>
        <w:t xml:space="preserve"> </w:t>
      </w:r>
      <w:r>
        <w:rPr>
          <w:rFonts w:ascii="Segoe UI Historic" w:hAnsi="Segoe UI Historic" w:eastAsia="Segoe UI Historic" w:cs="Segoe UI Historic"/>
        </w:rPr>
        <w:t>ܥܪܒܝܐ</w:t>
      </w:r>
      <w:r>
        <w:rPr>
          <w:rFonts w:ascii="Times New Roman" w:hAnsi="Times New Roman" w:eastAsia="Times New Roman" w:cs="Times New Roman"/>
        </w:rPr>
        <w:t xml:space="preserve"> </w:t>
      </w:r>
      <w:r>
        <w:rPr>
          <w:rFonts w:ascii="Segoe UI Historic" w:hAnsi="Segoe UI Historic" w:eastAsia="Segoe UI Historic" w:cs="Segoe UI Historic"/>
        </w:rPr>
        <w:t>ܕܒܪܐ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ܟܡܐ</w:t>
      </w:r>
      <w:r>
        <w:rPr>
          <w:rFonts w:ascii="Times New Roman" w:hAnsi="Times New Roman" w:eastAsia="Times New Roman" w:cs="Times New Roman"/>
        </w:rPr>
        <w:t xml:space="preserve"> </w:t>
      </w:r>
      <w:r>
        <w:rPr>
          <w:rFonts w:ascii="Segoe UI Historic" w:hAnsi="Segoe UI Historic" w:eastAsia="Segoe UI Historic" w:cs="Segoe UI Historic"/>
        </w:rPr>
        <w:t>ܡܫܬܡܗܢܘܬ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ܢܒܝܝ</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ܒܬܐ</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ܡܢܗܝܢ</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ܕܗܘ</w:t>
      </w:r>
      <w:r>
        <w:rPr>
          <w:rFonts w:ascii="Times New Roman" w:hAnsi="Times New Roman" w:eastAsia="Times New Roman" w:cs="Times New Roman"/>
        </w:rPr>
        <w:t xml:space="preserve"> </w:t>
      </w:r>
      <w:r>
        <w:rPr>
          <w:rFonts w:ascii="Segoe UI Historic" w:hAnsi="Segoe UI Historic" w:eastAsia="Segoe UI Historic" w:cs="Segoe UI Historic"/>
        </w:rPr>
        <w:t>ܚܡܪܐ</w:t>
      </w:r>
      <w:r>
        <w:rPr>
          <w:rFonts w:ascii="Times New Roman" w:hAnsi="Times New Roman" w:eastAsia="Times New Roman" w:cs="Times New Roman"/>
        </w:rPr>
        <w:t xml:space="preserve"> </w:t>
      </w:r>
      <w:r>
        <w:rPr>
          <w:rFonts w:ascii="Segoe UI Historic" w:hAnsi="Segoe UI Historic" w:eastAsia="Segoe UI Historic" w:cs="Segoe UI Historic"/>
        </w:rPr>
        <w:t>ܥܪܒܝܐ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ܒܝܬ</w:t>
      </w:r>
      <w:r>
        <w:rPr>
          <w:rFonts w:ascii="Times New Roman" w:hAnsi="Times New Roman" w:eastAsia="Times New Roman" w:cs="Times New Roman"/>
        </w:rPr>
        <w:t xml:space="preserve"> </w:t>
      </w:r>
      <w:r>
        <w:rPr>
          <w:rFonts w:ascii="Segoe UI Historic" w:hAnsi="Segoe UI Historic" w:eastAsia="Segoe UI Historic" w:cs="Segoe UI Historic"/>
        </w:rPr>
        <w:t>ܓܢܣܐ</w:t>
      </w:r>
      <w:r>
        <w:rPr>
          <w:rFonts w:ascii="Times New Roman" w:hAnsi="Times New Roman" w:eastAsia="Times New Roman" w:cs="Times New Roman"/>
        </w:rPr>
        <w:t xml:space="preserve"> </w:t>
      </w:r>
      <w:r>
        <w:rPr>
          <w:rFonts w:ascii="Segoe UI Historic" w:hAnsi="Segoe UI Historic" w:eastAsia="Segoe UI Historic" w:cs="Segoe UI Historic"/>
        </w:rPr>
        <w:t>ܕܚܝܘܬ</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ܕܐܩܘܝܕܐ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ܕܐܦ</w:t>
      </w:r>
      <w:r>
        <w:rPr>
          <w:rFonts w:ascii="Times New Roman" w:hAnsi="Times New Roman" w:eastAsia="Times New Roman" w:cs="Times New Roman"/>
        </w:rPr>
        <w:t xml:space="preserve"> </w:t>
      </w:r>
      <w:r>
        <w:rPr>
          <w:rFonts w:ascii="Segoe UI Historic" w:hAnsi="Segoe UI Historic" w:eastAsia="Segoe UI Historic" w:cs="Segoe UI Historic"/>
        </w:rPr>
        <w:t>ܣܘܣܝܐ</w:t>
      </w:r>
      <w:r>
        <w:rPr>
          <w:rFonts w:ascii="Times New Roman" w:hAnsi="Times New Roman" w:eastAsia="Times New Roman" w:cs="Times New Roman"/>
        </w:rPr>
        <w:t xml:space="preserve">. </w:t>
      </w:r>
      <w:r>
        <w:rPr>
          <w:rFonts w:ascii="Segoe UI Historic" w:hAnsi="Segoe UI Historic" w:eastAsia="Segoe UI Historic" w:cs="Segoe UI Historic"/>
        </w:rPr>
        <w:t>ܒܓܠܝܢܐ</w:t>
      </w:r>
      <w:r>
        <w:rPr>
          <w:rFonts w:ascii="Times New Roman" w:hAnsi="Times New Roman" w:eastAsia="Times New Roman" w:cs="Times New Roman"/>
        </w:rPr>
        <w:t xml:space="preserve"> </w:t>
      </w:r>
      <w:r>
        <w:rPr>
          <w:rFonts w:ascii="Segoe UI Historic" w:hAnsi="Segoe UI Historic" w:eastAsia="Segoe UI Historic" w:cs="Segoe UI Historic"/>
        </w:rPr>
        <w:t>ܦܪܩܐ</w:t>
      </w:r>
      <w:r>
        <w:rPr>
          <w:rFonts w:ascii="Times New Roman" w:hAnsi="Times New Roman" w:eastAsia="Times New Roman" w:cs="Times New Roman"/>
        </w:rPr>
        <w:t xml:space="preserve"> </w:t>
      </w:r>
      <w:r>
        <w:rPr>
          <w:rFonts w:ascii="Segoe UI Historic" w:hAnsi="Segoe UI Historic" w:eastAsia="Segoe UI Historic" w:cs="Segoe UI Historic"/>
        </w:rPr>
        <w:t>ܬܫܥܐ</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ܬܪܬܝܢ</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w:t>
      </w:r>
      <w:r>
        <w:rPr>
          <w:rFonts w:ascii="Segoe UI Historic" w:hAnsi="Segoe UI Historic" w:eastAsia="Segoe UI Historic" w:cs="Segoe UI Historic"/>
        </w:rPr>
        <w:t>ܠܬܐ</w:t>
      </w:r>
      <w:r>
        <w:rPr>
          <w:rFonts w:ascii="Times New Roman" w:hAnsi="Times New Roman" w:eastAsia="Times New Roman" w:cs="Times New Roman"/>
        </w:rPr>
        <w:t xml:space="preserve"> </w:t>
      </w:r>
      <w:r>
        <w:rPr>
          <w:rFonts w:ascii="Segoe UI Historic" w:hAnsi="Segoe UI Historic" w:eastAsia="Segoe UI Historic" w:cs="Segoe UI Historic"/>
        </w:rPr>
        <w:t>ܩܕܝ</w:t>
      </w:r>
      <w:r>
        <w:rPr>
          <w:rFonts w:ascii="Times New Roman" w:hAnsi="Times New Roman" w:eastAsia="Times New Roman" w:cs="Times New Roman"/>
        </w:rPr>
        <w:t>̈</w:t>
      </w:r>
      <w:r>
        <w:rPr>
          <w:rFonts w:ascii="Segoe UI Historic" w:hAnsi="Segoe UI Historic" w:eastAsia="Segoe UI Historic" w:cs="Segoe UI Historic"/>
        </w:rPr>
        <w:t>ܫܬܐ</w:t>
      </w:r>
      <w:r>
        <w:rPr>
          <w:rFonts w:ascii="Times New Roman" w:hAnsi="Times New Roman" w:eastAsia="Times New Roman" w:cs="Times New Roman"/>
        </w:rPr>
        <w:t xml:space="preserve"> </w:t>
      </w:r>
      <w:r>
        <w:rPr>
          <w:rFonts w:ascii="Segoe UI Historic" w:hAnsi="Segoe UI Historic" w:eastAsia="Segoe UI Historic" w:cs="Segoe UI Historic"/>
        </w:rPr>
        <w:t>ܕܚܒܩܘܩ</w:t>
      </w:r>
      <w:r>
        <w:rPr>
          <w:rFonts w:ascii="Times New Roman" w:hAnsi="Times New Roman" w:eastAsia="Times New Roman" w:cs="Times New Roman"/>
        </w:rPr>
        <w:t xml:space="preserve"> (</w:t>
      </w:r>
      <w:r>
        <w:rPr>
          <w:rFonts w:ascii="Segoe UI Historic" w:hAnsi="Segoe UI Historic" w:eastAsia="Segoe UI Historic" w:cs="Segoe UI Historic"/>
        </w:rPr>
        <w:t>ܛܒܠܬܐ</w:t>
      </w:r>
      <w:r>
        <w:rPr>
          <w:rFonts w:ascii="Times New Roman" w:hAnsi="Times New Roman" w:eastAsia="Times New Roman" w:cs="Times New Roman"/>
        </w:rPr>
        <w:t xml:space="preserve"> </w:t>
      </w:r>
      <w:r>
        <w:rPr>
          <w:rFonts w:ascii="Segoe UI Historic" w:hAnsi="Segoe UI Historic" w:eastAsia="Segoe UI Historic" w:cs="Segoe UI Historic"/>
        </w:rPr>
        <w:t>ܕܦܠܚ</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 xml:space="preserve">-1843 </w:t>
      </w:r>
      <w:r>
        <w:rPr>
          <w:rFonts w:ascii="Segoe UI Historic" w:hAnsi="Segoe UI Historic" w:eastAsia="Segoe UI Historic" w:cs="Segoe UI Historic"/>
        </w:rPr>
        <w:t>ܘܕ</w:t>
      </w:r>
      <w:r>
        <w:rPr>
          <w:rFonts w:ascii="Times New Roman" w:hAnsi="Times New Roman" w:eastAsia="Times New Roman" w:cs="Times New Roman"/>
        </w:rPr>
        <w:t xml:space="preserve">-1850)، </w:t>
      </w:r>
      <w:r>
        <w:rPr>
          <w:rFonts w:ascii="Segoe UI Historic" w:hAnsi="Segoe UI Historic" w:eastAsia="Segoe UI Historic" w:cs="Segoe UI Historic"/>
        </w:rPr>
        <w:t>ܣܘܣܝܐ</w:t>
      </w:r>
      <w:r>
        <w:rPr>
          <w:rFonts w:ascii="Times New Roman" w:hAnsi="Times New Roman" w:eastAsia="Times New Roman" w:cs="Times New Roman"/>
        </w:rPr>
        <w:t xml:space="preserve"> </w:t>
      </w:r>
      <w:r>
        <w:rPr>
          <w:rFonts w:ascii="Segoe UI Historic" w:hAnsi="Segoe UI Historic" w:eastAsia="Segoe UI Historic" w:cs="Segoe UI Historic"/>
        </w:rPr>
        <w:t>ܡܬܬܚܫܒ</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ܕܩܪܒܐ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ܕܡܬܪܡܙ</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 xml:space="preserve"> </w:t>
      </w:r>
      <w:r>
        <w:rPr>
          <w:rFonts w:ascii="Segoe UI Historic" w:hAnsi="Segoe UI Historic" w:eastAsia="Segoe UI Historic" w:cs="Segoe UI Historic"/>
        </w:rPr>
        <w:t>ܐܣܠܐܡ</w:t>
      </w:r>
      <w:r>
        <w:rPr>
          <w:rFonts w:ascii="Times New Roman" w:hAnsi="Times New Roman" w:eastAsia="Times New Roman" w:cs="Times New Roman"/>
        </w:rPr>
        <w:t xml:space="preserve"> </w:t>
      </w:r>
      <w:r>
        <w:rPr>
          <w:rFonts w:ascii="Segoe UI Historic" w:hAnsi="Segoe UI Historic" w:eastAsia="Segoe UI Historic" w:cs="Segoe UI Historic"/>
        </w:rPr>
        <w:t>ܕܬܠܬܐ</w:t>
      </w:r>
      <w:r>
        <w:rPr>
          <w:rFonts w:ascii="Times New Roman" w:hAnsi="Times New Roman" w:eastAsia="Times New Roman" w:cs="Times New Roman"/>
        </w:rPr>
        <w:t xml:space="preserve"> </w:t>
      </w:r>
      <w:r>
        <w:rPr>
          <w:rFonts w:ascii="Segoe UI Historic" w:hAnsi="Segoe UI Historic" w:eastAsia="Segoe UI Historic" w:cs="Segoe UI Historic"/>
        </w:rPr>
        <w:t>ܘ</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ܕܘܟܪܢܐ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ܘܐܚܪܝܐ</w:t>
      </w:r>
      <w:r>
        <w:rPr>
          <w:rFonts w:ascii="Times New Roman" w:hAnsi="Times New Roman" w:eastAsia="Times New Roman" w:cs="Times New Roman"/>
        </w:rPr>
        <w:t xml:space="preserve"> </w:t>
      </w:r>
      <w:r>
        <w:rPr>
          <w:rFonts w:ascii="Segoe UI Historic" w:hAnsi="Segoe UI Historic" w:eastAsia="Segoe UI Historic" w:cs="Segoe UI Historic"/>
        </w:rPr>
        <w:t>ܕܐܣܠܐܡ</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ܕܡܬܪܡܙ</w:t>
      </w:r>
      <w:r>
        <w:rPr>
          <w:rFonts w:ascii="Times New Roman" w:hAnsi="Times New Roman" w:eastAsia="Times New Roman" w:cs="Times New Roman"/>
        </w:rPr>
        <w:t xml:space="preserve"> </w:t>
      </w:r>
      <w:r>
        <w:rPr>
          <w:rFonts w:ascii="Segoe UI Historic" w:hAnsi="Segoe UI Historic" w:eastAsia="Segoe UI Historic" w:cs="Segoe UI Historic"/>
        </w:rPr>
        <w:t>ܒܣܦܪܐ</w:t>
      </w:r>
      <w:r>
        <w:rPr>
          <w:rFonts w:ascii="Times New Roman" w:hAnsi="Times New Roman" w:eastAsia="Times New Roman" w:cs="Times New Roman"/>
        </w:rPr>
        <w:t xml:space="preserve"> </w:t>
      </w:r>
      <w:r>
        <w:rPr>
          <w:rFonts w:ascii="Segoe UI Historic" w:hAnsi="Segoe UI Historic" w:eastAsia="Segoe UI Historic" w:cs="Segoe UI Historic"/>
        </w:rPr>
        <w:t>ܕܒܪܝܬܐ</w:t>
      </w:r>
      <w:r>
        <w:rPr>
          <w:rFonts w:ascii="Times New Roman" w:hAnsi="Times New Roman" w:eastAsia="Times New Roman" w:cs="Times New Roman"/>
        </w:rPr>
        <w:t xml:space="preserve"> </w:t>
      </w:r>
      <w:r>
        <w:rPr>
          <w:rFonts w:ascii="Segoe UI Historic" w:hAnsi="Segoe UI Historic" w:eastAsia="Segoe UI Historic" w:cs="Segoe UI Historic"/>
        </w:rPr>
        <w:t>ܘܒܣܦܪܐ</w:t>
      </w:r>
      <w:r>
        <w:rPr>
          <w:rFonts w:ascii="Times New Roman" w:hAnsi="Times New Roman" w:eastAsia="Times New Roman" w:cs="Times New Roman"/>
        </w:rPr>
        <w:t xml:space="preserve"> </w:t>
      </w:r>
      <w:r>
        <w:rPr>
          <w:rFonts w:ascii="Segoe UI Historic" w:hAnsi="Segoe UI Historic" w:eastAsia="Segoe UI Historic" w:cs="Segoe UI Historic"/>
        </w:rPr>
        <w:t>ܕܓܠܝܢܐ</w:t>
      </w:r>
      <w:r>
        <w:rPr>
          <w:rFonts w:ascii="Times New Roman" w:hAnsi="Times New Roman" w:eastAsia="Times New Roman" w:cs="Times New Roman"/>
        </w:rPr>
        <w:t xml:space="preserve">، </w:t>
      </w:r>
      <w:r>
        <w:rPr>
          <w:rFonts w:ascii="Segoe UI Historic" w:hAnsi="Segoe UI Historic" w:eastAsia="Segoe UI Historic" w:cs="Segoe UI Historic"/>
        </w:rPr>
        <w:t>ܡܫܘܕܥܝܢ</w:t>
      </w:r>
      <w:r>
        <w:rPr>
          <w:rFonts w:ascii="Times New Roman" w:hAnsi="Times New Roman" w:eastAsia="Times New Roman" w:cs="Times New Roman"/>
        </w:rPr>
        <w:t xml:space="preserve"> </w:t>
      </w:r>
      <w:r>
        <w:rPr>
          <w:rFonts w:ascii="Segoe UI Historic" w:hAnsi="Segoe UI Historic" w:eastAsia="Segoe UI Historic" w:cs="Segoe UI Historic"/>
        </w:rPr>
        <w:t>ܠܐܣܠܐܡ</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ܕܒܝܬ</w:t>
      </w:r>
      <w:r>
        <w:rPr>
          <w:rFonts w:ascii="Times New Roman" w:hAnsi="Times New Roman" w:eastAsia="Times New Roman" w:cs="Times New Roman"/>
        </w:rPr>
        <w:t xml:space="preserve"> </w:t>
      </w:r>
      <w:r>
        <w:rPr>
          <w:rFonts w:ascii="Segoe UI Historic" w:hAnsi="Segoe UI Historic" w:eastAsia="Segoe UI Historic" w:cs="Segoe UI Historic"/>
        </w:rPr>
        <w:t>ܓܢܣܐ</w:t>
      </w:r>
      <w:r>
        <w:rPr>
          <w:rFonts w:ascii="Times New Roman" w:hAnsi="Times New Roman" w:eastAsia="Times New Roman" w:cs="Times New Roman"/>
        </w:rPr>
        <w:t xml:space="preserve"> </w:t>
      </w:r>
      <w:r>
        <w:rPr>
          <w:rFonts w:ascii="Segoe UI Historic" w:hAnsi="Segoe UI Historic" w:eastAsia="Segoe UI Historic" w:cs="Segoe UI Historic"/>
        </w:rPr>
        <w:t>ܕܐܩܘܝܕܐ</w:t>
      </w:r>
      <w:r>
        <w:rPr>
          <w:rFonts w:ascii="Times New Roman" w:hAnsi="Times New Roman" w:eastAsia="Times New Roman" w:cs="Times New Roman"/>
        </w:rPr>
        <w:t xml:space="preserve"> (</w:t>
      </w:r>
      <w:r>
        <w:rPr>
          <w:rFonts w:ascii="Segoe UI Historic" w:hAnsi="Segoe UI Historic" w:eastAsia="Segoe UI Historic" w:cs="Segoe UI Historic"/>
        </w:rPr>
        <w:t>ܚܡܪܐ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ܣܘܣܝܐ</w:t>
      </w:r>
      <w:r>
        <w:rPr>
          <w:rFonts w:ascii="Times New Roman" w:hAnsi="Times New Roman" w:eastAsia="Times New Roman" w:cs="Times New Roman"/>
        </w:rPr>
        <w:t xml:space="preserve">)، </w:t>
      </w:r>
      <w:r>
        <w:rPr>
          <w:rFonts w:ascii="Segoe UI Historic" w:hAnsi="Segoe UI Historic" w:eastAsia="Segoe UI Historic" w:cs="Segoe UI Historic"/>
        </w:rPr>
        <w:t>ܘܬܪܝܗܘܢ</w:t>
      </w:r>
      <w:r>
        <w:rPr>
          <w:rFonts w:ascii="Times New Roman" w:hAnsi="Times New Roman" w:eastAsia="Times New Roman" w:cs="Times New Roman"/>
        </w:rPr>
        <w:t xml:space="preserve"> </w:t>
      </w:r>
      <w:r>
        <w:rPr>
          <w:rFonts w:ascii="Segoe UI Historic" w:hAnsi="Segoe UI Historic" w:eastAsia="Segoe UI Historic" w:cs="Segoe UI Historic"/>
        </w:rPr>
        <w:t>ܡܕܓܫܝܢ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ܬܫܡܫܬܗ</w:t>
      </w:r>
      <w:r>
        <w:rPr>
          <w:rFonts w:ascii="Times New Roman" w:hAnsi="Times New Roman" w:eastAsia="Times New Roman" w:cs="Times New Roman"/>
        </w:rPr>
        <w:t xml:space="preserve"> </w:t>
      </w:r>
      <w:r>
        <w:rPr>
          <w:rFonts w:ascii="Segoe UI Historic" w:hAnsi="Segoe UI Historic" w:eastAsia="Segoe UI Historic" w:cs="Segoe UI Historic"/>
        </w:rPr>
        <w:t>ܕܐܣܠܐܡ</w:t>
      </w:r>
      <w:r>
        <w:rPr>
          <w:rFonts w:ascii="Times New Roman" w:hAnsi="Times New Roman" w:eastAsia="Times New Roman" w:cs="Times New Roman"/>
        </w:rPr>
        <w:t xml:space="preserve"> </w:t>
      </w:r>
      <w:r>
        <w:rPr>
          <w:rFonts w:ascii="Segoe UI Historic" w:hAnsi="Segoe UI Historic" w:eastAsia="Segoe UI Historic" w:cs="Segoe UI Historic"/>
        </w:rPr>
        <w:t>ܕܬܝܬܐ</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ܒܪܢܫܐ</w:t>
      </w:r>
      <w:r>
        <w:rPr>
          <w:rFonts w:ascii="Times New Roman" w:hAnsi="Times New Roman" w:eastAsia="Times New Roman" w:cs="Times New Roman"/>
        </w:rPr>
        <w:t>» (</w:t>
      </w:r>
      <w:r>
        <w:rPr>
          <w:rFonts w:ascii="Segoe UI Historic" w:hAnsi="Segoe UI Historic" w:eastAsia="Segoe UI Historic" w:cs="Segoe UI Historic"/>
        </w:rPr>
        <w:t>ܥܡ</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 Kitabınıŋ TOQUZINÇI babınıŋ ON BİRİNÇİ ayetinde İslamnıŋ xarakteri tanıtıladı, çünki peyğemberlik tilide xarakter bir isim bilen temsil qilinidu. İslam üstide höküm süridighan padishaqa berilgen isim, Yaratılış Kitabida İslam toghrisidiki o birinçi işarini eks etdiridu; anda İsmailniŋ xarakteri yaki ruhi “barliq qerindaşliriniŋ aldida turidu” dep yezilgen. Pütün İslam üstide höküm süridighan padisha — İsmailniŋ ruhi (ularniŋ padishahi) bolup, uning qoli “her bir ademge qarşı”dur.</w:t>
      </w:r>
    </w:p>
    <w:p>
      <w:pPr>
        <w:pStyle w:val="ArticleScripture"/>
        <w:jc w:val="left"/>
      </w:pPr>
      <w:r>
        <w:rPr>
          <w:rFonts w:ascii="Times New Roman" w:hAnsi="Times New Roman" w:eastAsia="Times New Roman" w:cs="Times New Roman"/>
        </w:rPr>
        <w:t>Ka dul berkat marajaw a para da kandará, na i anghil hin waráy-katapusan nga kahiladman; an iya ngaran ha yinaknan nga Hebreo amo an Abaddon, kondi ha yinaknan nga Griego an iya ngaran amo an Apollyon. Pahadayag 9:11.</w:t>
      </w:r>
    </w:p>
    <w:p>
      <w:pPr>
        <w:pStyle w:val="ArticleBody"/>
        <w:jc w:val="left"/>
      </w:pPr>
      <w:r>
        <w:rPr>
          <w:rFonts w:ascii="Times New Roman" w:hAnsi="Times New Roman" w:eastAsia="Times New Roman" w:cs="Times New Roman"/>
        </w:rPr>
        <w:t>Ayat Al-Qadim, allatī yumaththiluhā al-ʿIbrāniyyah, aw Ayat Al-Jadid, allatī yumaththiluhā al-Yūnāniyyah, yutam taʿrīf al-ṭabīʿah allatī tasūd ʿalā atbāʿ dīn al-Islām bi-annahā immā Abaddon aw Apollyon, wa-kilāhumā fī ayyi min al-lughatayn yaʿnī “al-mawt wa-al-halāk.” Al-mawt wa-al-halāk humā ṣifah al-Islām, sawāʾan umuththila fī Ayat Al-Qadim aw Al-Jadid. Inna al-khaṣāʾiṣ al-muḥaddadah lil-rūḥ allatī taḥkum fī dākhil kull tābiʿ lil-Islām, fī irtibāṭihā bi-ramz al-ḥimār aw al-ḥiṣān, humā ʿunṣurān min ʿanāṣir al-marjiʿ al-awwal wa-al-marjiʿ al-ākhir ilā al-Islām. Wahātāni al-ṣifatān al-nabawiyyatān taḥmilān khatm Alpha wa Omega. Wa-ʿindamā tuʿarrif al-Ukht White al-risālah allatī tuḥyī al-miʾah wa-arbaʿah wa-arbaʿīn alfًا bi-annahā al-jaysh al-ʿaẓīm lil-malak al-thālith, taqūl mā يلي:</w:t>
      </w:r>
    </w:p>
    <w:p>
      <w:pPr>
        <w:pStyle w:val="ArticleScripture"/>
        <w:jc w:val="left"/>
      </w:pPr>
      <w:r>
        <w:rPr>
          <w:rFonts w:ascii="Times New Roman" w:hAnsi="Times New Roman" w:eastAsia="Times New Roman" w:cs="Times New Roman"/>
        </w:rPr>
        <w:t>«مەڵائىكلەر ئۇ تۆت شامالنى تۇتۇپ تۇرىدۇ؛ ئۇلار ئاچچىقلانغان، ئۈزۈلۈپ چىقىپ پۈتۈن يەر يۈزىگە ئېتىلىپ كېتىشكە ئۇرۇنۇۋاتقان بىر ئات بىلەن ئىپادىلەنگەن بولۇپ، ئۇنىڭ يولىدا ۋەيرانچىلىق بىلەن ئۆلۈمنى ئېلىپ يۈرىدۇ.»</w:t>
      </w:r>
    </w:p>
    <w:p>
      <w:pPr>
        <w:pStyle w:val="ArticleScripture"/>
        <w:jc w:val="left"/>
      </w:pPr>
      <w:r>
        <w:rPr>
          <w:rFonts w:ascii="Times New Roman" w:hAnsi="Times New Roman" w:eastAsia="Times New Roman" w:cs="Times New Roman"/>
        </w:rPr>
        <w:t>«Әллә мәңгелек донъяның тап ҡырында уҡ йоҡлап ятырбыҙмы? Әллә һүлпән, һыуыҡ һәм үле булырбыҙмы? Эй, сиркәүҙәребеҙҙә Алланың Рухы һәм тын алышы Үҙ халҡына өрөлгән булһа ине, улар аяҡтарына баҫып терелһендәр ине. Беҙгә юлдың тар, ә ҡапҡаның ҡыҫынҡы икәнен күрергә кәрәк. Әммә шул тар ҡапҡанан үткәндә, уның киңлеге сигһеҙ була». Manuscript Releases, volume 20, 217.</w:t>
      </w:r>
    </w:p>
    <w:p>
      <w:pPr>
        <w:pStyle w:val="ArticleBody"/>
        <w:jc w:val="left"/>
      </w:pPr>
      <w:r>
        <w:rPr>
          <w:rFonts w:ascii="Times New Roman" w:hAnsi="Times New Roman" w:eastAsia="Times New Roman" w:cs="Times New Roman"/>
        </w:rPr>
        <w:t>Ордун дӏала ӏедал а цхьана дийсана бу ииттӏа а царна юккъехь лаьттан цхьа шиъ бӏе дӏа диъ ткъа пхиъ эзар совгӏатдеш долуш, иштта ордун диъ дӏала — «кхийра догӏуш йолу говр» ю, ша «йоьхна а ӏожалла а» тӏекхачийна йолу некъа тӏе. 2001 шеран сентябрин 11-чу дийнахь кхоалгӏа вайна язъеллачу пайхамарийн тариха чу чӏогӏа тӏедуьйжира, «йоьхна а ӏожалла а» цхьана тӏекхачош, цо «къамехь цӏийна тӏехьийра», хӏунда аьлча цо саийнахь йолу хаза латта «гэнна а тешам боцуш а» тӏекхийтира. 2023 шеран октябран 7-чу дийнахь кхоалгӏа вайна, шен «йоьхна а ӏожалла а» йолчу некъа тӏехь дӏайоьллина, иштта дагахьа «къамехь цӏийна тӏехьийра», хӏунда аьлча цо хьакъийнахь йолу хаза латта «гэнна а тешам боцуш а» тӏекхийтира. Хьалха болу иза гэнна тӏекхийтар цхьа шиъ бӏе дӏа диъ ткъа пхиъ эзар совгӏатдеш болчу ханан юьхьанца хилла, а 2023 шеран октябран 7-чу дийнахьа болу керла тӏекхийтар — цхьа шиъ бӏе дӏа диъ ткъа пхиъ эзар совгӏатдеш болчу ханан чаккхенан я, ялахь «чулоцу» ханан юьхьанца билгалйо. Хӏинца вай тӏехь долчу абаден дуьнен чехка юьхьанца тӏе, муха хьоьжур ду вай?</w:t>
      </w:r>
    </w:p>
    <w:p>
      <w:pPr>
        <w:pStyle w:val="ArticleBody"/>
        <w:jc w:val="left"/>
      </w:pPr>
      <w:r>
        <w:rPr>
          <w:rFonts w:ascii="Times New Roman" w:hAnsi="Times New Roman" w:eastAsia="Times New Roman" w:cs="Times New Roman"/>
        </w:rPr>
        <w:t>Kwenye chati zote mbili takatifu za waanzilishi, Uislamu wa ole wa kwanza na wa pili umeonyeshwa kwa namna ya picha kwa wapiganaji wa Kiislamu waliopanda juu ya farasi wao wa vita. Mpanda farasi juu ya farasi wa vita wa ole wa kwanza katika vielelezo vyote viwili amebeba mkuki, na mpanda farasi wa yule farasi anayewakilisha ole wa pili anafyatua bunduki. Tofauti hiyo imeainishwa wazi katika Ufunuo sura ya tisa, kwa maana ilikuwa katika historia ya ole wa pili ndipo baruti ilivumbuliwa na kutumiwa kwa mara ya kwanza vitani. Akitoa maoni juu ya aya ya kumi na saba hadi ya kumi na tisa ya Ufunuo sura ya tisa, Uriah Smith ameandika yafuatayo:</w:t>
      </w:r>
    </w:p>
    <w:p>
      <w:pPr>
        <w:pStyle w:val="ArticleScripture"/>
        <w:jc w:val="left"/>
      </w:pPr>
      <w:r>
        <w:rPr>
          <w:rFonts w:ascii="Times New Roman" w:hAnsi="Times New Roman" w:eastAsia="Times New Roman" w:cs="Times New Roman"/>
        </w:rPr>
        <w:t>“دوصیف داڭ بۇل بېرینچی بۆلیگى، بۇل سالتاتتى ئاتلىلاردىق سىرتقى كەلىپ-كۆرینیسینه قاتىستى بولۇى مۇمكىن. ئوت، رەڭدى بىلدیرەتۇن نەرە سەبىندە، قىزىلدى اڭعاتادۇ؛ «اوتتەي قىزىل» دەپ ايتىۋ جى بولاتۇن سۆز ايرىتىمدەرىنىڭ بىرى؛ ياцинت، نەمسە گиацинت، كۆك رەڭدى؛ ال كۈكۈرت، سارى رەڭدى بىلدیرەدۇ. ءبىراق بۇ رەڭدەر بۇل جاۋىڭگەرلەردىڭ كەيىم-كەشەگىندە باسىم تۇرگەندەي بولاتۇن؛ سوندىقتان، بۇل قاراس بويىنشا، بۇل دوصیف قىزىل نەمسە ال قىزل، كۆك، جانە سارى رەڭدەر باسىم بولىپ قۇراستىرىلعان تۈركى فورماسىنا دەل كەلىپ تۇرار ەدى. اتتاردىق باستارى سىرتقى پىشىنى بويىنشا ارسلان باستارىندايدى بولدى، بۇل ولاردىق كۈشىن، باتىلدىعىن، جانە اياۋسىزدىعىن بىلدیرۋ ءۇشىن؛ ال اياتتىق سوڭعى بۆلیگى، سوز جوق، سول ۋاقىتتا ەنە جاڭا ەنگىزىلگەن سوعىسى ءۇشىن دارى-دەرەك پەن وت قۇرالدارىن قولدانۋعا قاتىستى. تۈركتەردىڭ وت قۇرالدارىن ات ئۈستىندە اتىپ جۈرگەنە سەبىپتى، الىستا تۇرعان بايقاۋشىعا، قوسا بەرىلگەن سۋرەتتە كۆرسەتىلگەندەي، وت، تۈتۈن، جانە كۈكۈرت اتتاردىق اۋىزدارىنان شىعىپ جاتقاندای بولىپ كۆرینەر ەدى.</w:t>
      </w:r>
    </w:p>
    <w:p>
      <w:pPr>
        <w:pStyle w:val="ArticleScripture"/>
        <w:jc w:val="left"/>
      </w:pPr>
      <w:r>
        <w:rPr>
          <w:rFonts w:ascii="Times New Roman" w:hAnsi="Times New Roman" w:eastAsia="Times New Roman" w:cs="Times New Roman"/>
        </w:rPr>
        <w:t>“Пушкәләрниң түркләр тәрипидин Константинополға қарши қилған жоруқида ишлитилиши һәққидә Эллиотт (Horae Apocalypticae, Vol. I, pp. 482–484) мундақ дәйду:—«Адәмләрниң үчтин бир қисмини өлтүрүш, йәни Константинополниң елиниши вә шуниң ақивитидә Грек империйәсиниң йоқитилиши дәл “от, түтүн вә күкүрткә”, йәни Мәһмәтниң артиллерийәси вә отлуқ қораллириға бағлиқ еди. Униң Константин тәрипидин асас селинғинидин буян һазир он бир йүз йилдин артуқ вақит өтүп болған еди. Бу вақит җәрянида готлар, һунлар, аварлар, парслар, булғарлар, сарацинлар, руслар, һәтта Османли түрклириниң өзлириму униңға дүшмәнләрчә һуҗум қилған яки уни муһасиригә алған еди. Лекин улар үчүн бу истиһкамлар өтүлмәс еди. Константинопол сақлинип қалди, униң билән биллә Грек империйәсиму сақлинип қалди. Шуңа Султан Мәһмәтниң бу тосалғуни йоқ қилидиған нәрсини тепишқа болған әндишиси күчлүк еди. “Константинопол сепилини өрүп чүшүргидәк йетәрлик чоңлуқта бир зәмбирәк қуяламсән?” — бу униң қешиға қечип кәлгән зәмбирәк қуюғучиға қойған соали еди. Андин Әдирнидә қуюшханә қурулди, зәмбирәкләр қуюлди, артиллерийә тәйярланди вә муһасирә башланди.»</w:t>
      </w:r>
    </w:p>
    <w:p>
      <w:pPr>
        <w:pStyle w:val="ArticleScripture"/>
        <w:jc w:val="left"/>
      </w:pPr>
      <w:r>
        <w:rPr>
          <w:rFonts w:ascii="Times New Roman" w:hAnsi="Times New Roman" w:eastAsia="Times New Roman" w:cs="Times New Roman"/>
        </w:rPr>
        <w:t>«</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ނުކުތާ</w:t>
      </w:r>
      <w:r>
        <w:rPr>
          <w:rFonts w:ascii="Times New Roman" w:hAnsi="Times New Roman" w:eastAsia="Times New Roman" w:cs="Times New Roman"/>
        </w:rPr>
        <w:t xml:space="preserve"> </w:t>
      </w:r>
      <w:r>
        <w:rPr>
          <w:rFonts w:ascii="MV Boli" w:hAnsi="MV Boli" w:eastAsia="MV Boli" w:cs="MV Boli"/>
        </w:rPr>
        <w:t>ޚާއްސަކޮށް</w:t>
      </w:r>
      <w:r>
        <w:rPr>
          <w:rFonts w:ascii="Times New Roman" w:hAnsi="Times New Roman" w:eastAsia="Times New Roman" w:cs="Times New Roman"/>
        </w:rPr>
        <w:t xml:space="preserve"> </w:t>
      </w:r>
      <w:r>
        <w:rPr>
          <w:rFonts w:ascii="MV Boli" w:hAnsi="MV Boli" w:eastAsia="MV Boli" w:cs="MV Boli"/>
        </w:rPr>
        <w:t>ފާހަގަކުރަން</w:t>
      </w:r>
      <w:r>
        <w:rPr>
          <w:rFonts w:ascii="Times New Roman" w:hAnsi="Times New Roman" w:eastAsia="Times New Roman" w:cs="Times New Roman"/>
        </w:rPr>
        <w:t xml:space="preserve"> </w:t>
      </w:r>
      <w:r>
        <w:rPr>
          <w:rFonts w:ascii="MV Boli" w:hAnsi="MV Boli" w:eastAsia="MV Boli" w:cs="MV Boli"/>
        </w:rPr>
        <w:t>ހައްގުވެއެވެ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އަޕޮކަލިޕްޓިކް</w:t>
      </w:r>
      <w:r>
        <w:rPr>
          <w:rFonts w:ascii="Times New Roman" w:hAnsi="Times New Roman" w:eastAsia="Times New Roman" w:cs="Times New Roman"/>
        </w:rPr>
        <w:t xml:space="preserve"> </w:t>
      </w:r>
      <w:r>
        <w:rPr>
          <w:rFonts w:ascii="MV Boli" w:hAnsi="MV Boli" w:eastAsia="MV Boli" w:cs="MV Boli"/>
        </w:rPr>
        <w:t>ނުބުއްވަތުގެ</w:t>
      </w:r>
      <w:r>
        <w:rPr>
          <w:rFonts w:ascii="Times New Roman" w:hAnsi="Times New Roman" w:eastAsia="Times New Roman" w:cs="Times New Roman"/>
        </w:rPr>
        <w:t xml:space="preserve"> </w:t>
      </w:r>
      <w:r>
        <w:rPr>
          <w:rFonts w:ascii="MV Boli" w:hAnsi="MV Boli" w:eastAsia="MV Boli" w:cs="MV Boli"/>
        </w:rPr>
        <w:t>ހޭނުންނެތް</w:t>
      </w:r>
      <w:r>
        <w:rPr>
          <w:rFonts w:ascii="Times New Roman" w:hAnsi="Times New Roman" w:eastAsia="Times New Roman" w:cs="Times New Roman"/>
        </w:rPr>
        <w:t xml:space="preserve"> </w:t>
      </w:r>
      <w:r>
        <w:rPr>
          <w:rFonts w:ascii="MV Boli" w:hAnsi="MV Boli" w:eastAsia="MV Boli" w:cs="MV Boli"/>
        </w:rPr>
        <w:t>ޝަރުޙަކާރު</w:t>
      </w:r>
      <w:r>
        <w:rPr>
          <w:rFonts w:ascii="Times New Roman" w:hAnsi="Times New Roman" w:eastAsia="Times New Roman" w:cs="Times New Roman"/>
        </w:rPr>
        <w:t xml:space="preserve"> </w:t>
      </w:r>
      <w:r>
        <w:rPr>
          <w:rFonts w:ascii="MV Boli" w:hAnsi="MV Boli" w:eastAsia="MV Boli" w:cs="MV Boli"/>
        </w:rPr>
        <w:t>މިންވަރަށް</w:t>
      </w:r>
      <w:r>
        <w:rPr>
          <w:rFonts w:ascii="Times New Roman" w:hAnsi="Times New Roman" w:eastAsia="Times New Roman" w:cs="Times New Roman"/>
        </w:rPr>
        <w:t xml:space="preserve"> </w:t>
      </w:r>
      <w:r>
        <w:rPr>
          <w:rFonts w:ascii="MV Boli" w:hAnsi="MV Boli" w:eastAsia="MV Boli" w:cs="MV Boli"/>
        </w:rPr>
        <w:t>ހުންނަ</w:t>
      </w:r>
      <w:r>
        <w:rPr>
          <w:rFonts w:ascii="Times New Roman" w:hAnsi="Times New Roman" w:eastAsia="Times New Roman" w:cs="Times New Roman"/>
        </w:rPr>
        <w:t xml:space="preserve"> </w:t>
      </w:r>
      <w:r>
        <w:rPr>
          <w:rFonts w:ascii="MV Boli" w:hAnsi="MV Boli" w:eastAsia="MV Boli" w:cs="MV Boli"/>
        </w:rPr>
        <w:t>ގިބަން</w:t>
      </w:r>
      <w:r>
        <w:rPr>
          <w:rFonts w:ascii="Times New Roman" w:hAnsi="Times New Roman" w:eastAsia="Times New Roman" w:cs="Times New Roman"/>
        </w:rPr>
        <w:t xml:space="preserve">، </w:t>
      </w:r>
      <w:r>
        <w:rPr>
          <w:rFonts w:ascii="MV Boli" w:hAnsi="MV Boli" w:eastAsia="MV Boli" w:cs="MV Boli"/>
        </w:rPr>
        <w:t>ޔޫނާން</w:t>
      </w:r>
      <w:r>
        <w:rPr>
          <w:rFonts w:ascii="Times New Roman" w:hAnsi="Times New Roman" w:eastAsia="Times New Roman" w:cs="Times New Roman"/>
        </w:rPr>
        <w:t xml:space="preserve"> </w:t>
      </w:r>
      <w:r>
        <w:rPr>
          <w:rFonts w:ascii="MV Boli" w:hAnsi="MV Boli" w:eastAsia="MV Boli" w:cs="MV Boli"/>
        </w:rPr>
        <w:t>އިމްޕައަރުގެ</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ހާދިސާއިގެ</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ފަސޭހަ</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ފާޅު</w:t>
      </w:r>
      <w:r>
        <w:rPr>
          <w:rFonts w:ascii="Times New Roman" w:hAnsi="Times New Roman" w:eastAsia="Times New Roman" w:cs="Times New Roman"/>
        </w:rPr>
        <w:t xml:space="preserve"> </w:t>
      </w:r>
      <w:r>
        <w:rPr>
          <w:rFonts w:ascii="MV Boli" w:hAnsi="MV Boli" w:eastAsia="MV Boli" w:cs="MV Boli"/>
        </w:rPr>
        <w:t>ރިވާޔަތުގައި</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ހަނގުރާމައިގެ</w:t>
      </w:r>
      <w:r>
        <w:rPr>
          <w:rFonts w:ascii="Times New Roman" w:hAnsi="Times New Roman" w:eastAsia="Times New Roman" w:cs="Times New Roman"/>
        </w:rPr>
        <w:t xml:space="preserve"> </w:t>
      </w:r>
      <w:r>
        <w:rPr>
          <w:rFonts w:ascii="MV Boli" w:hAnsi="MV Boli" w:eastAsia="MV Boli" w:cs="MV Boli"/>
        </w:rPr>
        <w:t>ވަސީލަތް</w:t>
      </w:r>
      <w:r>
        <w:rPr>
          <w:rFonts w:ascii="Times New Roman" w:hAnsi="Times New Roman" w:eastAsia="Times New Roman" w:cs="Times New Roman"/>
        </w:rPr>
        <w:t xml:space="preserve"> </w:t>
      </w:r>
      <w:r>
        <w:rPr>
          <w:rFonts w:ascii="MV Boli" w:hAnsi="MV Boli" w:eastAsia="MV Boli" w:cs="MV Boli"/>
        </w:rPr>
        <w:t>ފޮރިގްރައުންޑަށް</w:t>
      </w:r>
      <w:r>
        <w:rPr>
          <w:rFonts w:ascii="Times New Roman" w:hAnsi="Times New Roman" w:eastAsia="Times New Roman" w:cs="Times New Roman"/>
        </w:rPr>
        <w:t xml:space="preserve"> </w:t>
      </w:r>
      <w:r>
        <w:rPr>
          <w:rFonts w:ascii="MV Boli" w:hAnsi="MV Boli" w:eastAsia="MV Boli" w:cs="MV Boli"/>
        </w:rPr>
        <w:t>ނެރެފައި</w:t>
      </w:r>
      <w:r>
        <w:rPr>
          <w:rFonts w:ascii="Times New Roman" w:hAnsi="Times New Roman" w:eastAsia="Times New Roman" w:cs="Times New Roman"/>
        </w:rPr>
        <w:t xml:space="preserve"> </w:t>
      </w:r>
      <w:r>
        <w:rPr>
          <w:rFonts w:ascii="MV Boli" w:hAnsi="MV Boli" w:eastAsia="MV Boli" w:cs="MV Boli"/>
        </w:rPr>
        <w:t>ބަޔާންކުރާ</w:t>
      </w:r>
      <w:r>
        <w:rPr>
          <w:rFonts w:ascii="Times New Roman" w:hAnsi="Times New Roman" w:eastAsia="Times New Roman" w:cs="Times New Roman"/>
        </w:rPr>
        <w:t xml:space="preserve"> </w:t>
      </w:r>
      <w:r>
        <w:rPr>
          <w:rFonts w:ascii="MV Boli" w:hAnsi="MV Boli" w:eastAsia="MV Boli" w:cs="MV Boli"/>
        </w:rPr>
        <w:t>ގޮތެވެ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ތައްޔާރުވުމުގައި</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ބާރުދޫގެ</w:t>
      </w:r>
      <w:r>
        <w:rPr>
          <w:rFonts w:ascii="Times New Roman" w:hAnsi="Times New Roman" w:eastAsia="Times New Roman" w:cs="Times New Roman"/>
        </w:rPr>
        <w:t xml:space="preserve"> </w:t>
      </w:r>
      <w:r>
        <w:rPr>
          <w:rFonts w:ascii="MV Boli" w:hAnsi="MV Boli" w:eastAsia="MV Boli" w:cs="MV Boli"/>
        </w:rPr>
        <w:t>ހަދާސަ</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ފެންނަ</w:t>
      </w:r>
      <w:r>
        <w:rPr>
          <w:rFonts w:ascii="Times New Roman" w:hAnsi="Times New Roman" w:eastAsia="Times New Roman" w:cs="Times New Roman"/>
        </w:rPr>
        <w:t xml:space="preserve"> </w:t>
      </w:r>
      <w:r>
        <w:rPr>
          <w:rFonts w:ascii="MV Boli" w:hAnsi="MV Boli" w:eastAsia="MV Boli" w:cs="MV Boli"/>
        </w:rPr>
        <w:t>ވާހަކަ</w:t>
      </w:r>
      <w:r>
        <w:rPr>
          <w:rFonts w:ascii="Times New Roman" w:hAnsi="Times New Roman" w:eastAsia="Times New Roman" w:cs="Times New Roman"/>
        </w:rPr>
        <w:t xml:space="preserve"> </w:t>
      </w:r>
      <w:r>
        <w:rPr>
          <w:rFonts w:ascii="MV Boli" w:hAnsi="MV Boli" w:eastAsia="MV Boli" w:cs="MV Boli"/>
        </w:rPr>
        <w:t>ދެކެއެވެ</w:t>
      </w:r>
      <w:r>
        <w:rPr>
          <w:rFonts w:ascii="Times New Roman" w:hAnsi="Times New Roman" w:eastAsia="Times New Roman" w:cs="Times New Roman"/>
        </w:rPr>
        <w:t>،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ސޯލްޓްޕީޓަރ</w:t>
      </w:r>
      <w:r>
        <w:rPr>
          <w:rFonts w:ascii="Times New Roman" w:hAnsi="Times New Roman" w:eastAsia="Times New Roman" w:cs="Times New Roman"/>
        </w:rPr>
        <w:t xml:space="preserve">، </w:t>
      </w:r>
      <w:r>
        <w:rPr>
          <w:rFonts w:ascii="MV Boli" w:hAnsi="MV Boli" w:eastAsia="MV Boli" w:cs="MV Boli"/>
        </w:rPr>
        <w:t>ސަލްފަރ</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ޗާރްކޯލްގެ</w:t>
      </w:r>
      <w:r>
        <w:rPr>
          <w:rFonts w:ascii="Times New Roman" w:hAnsi="Times New Roman" w:eastAsia="Times New Roman" w:cs="Times New Roman"/>
        </w:rPr>
        <w:t xml:space="preserve"> </w:t>
      </w:r>
      <w:r>
        <w:rPr>
          <w:rFonts w:ascii="MV Boli" w:hAnsi="MV Boli" w:eastAsia="MV Boli" w:cs="MV Boli"/>
        </w:rPr>
        <w:t>މިކްސްޗަރެއް</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ސުލްޠާން</w:t>
      </w:r>
      <w:r>
        <w:rPr>
          <w:rFonts w:ascii="Times New Roman" w:hAnsi="Times New Roman" w:eastAsia="Times New Roman" w:cs="Times New Roman"/>
        </w:rPr>
        <w:t xml:space="preserve"> </w:t>
      </w:r>
      <w:r>
        <w:rPr>
          <w:rFonts w:ascii="MV Boli" w:hAnsi="MV Boli" w:eastAsia="MV Boli" w:cs="MV Boli"/>
        </w:rPr>
        <w:t>އަމުރާތު</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ކުރީގެ</w:t>
      </w:r>
      <w:r>
        <w:rPr>
          <w:rFonts w:ascii="Times New Roman" w:hAnsi="Times New Roman" w:eastAsia="Times New Roman" w:cs="Times New Roman"/>
        </w:rPr>
        <w:t xml:space="preserve"> </w:t>
      </w:r>
      <w:r>
        <w:rPr>
          <w:rFonts w:ascii="MV Boli" w:hAnsi="MV Boli" w:eastAsia="MV Boli" w:cs="MV Boli"/>
        </w:rPr>
        <w:t>ބޭނުން</w:t>
      </w:r>
      <w:r>
        <w:rPr>
          <w:rFonts w:ascii="Times New Roman" w:hAnsi="Times New Roman" w:eastAsia="Times New Roman" w:cs="Times New Roman"/>
        </w:rPr>
        <w:t xml:space="preserve"> </w:t>
      </w:r>
      <w:r>
        <w:rPr>
          <w:rFonts w:ascii="MV Boli" w:hAnsi="MV Boli" w:eastAsia="MV Boli" w:cs="MV Boli"/>
        </w:rPr>
        <w:t>ބުނެދެއެވެ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އިހަށް</w:t>
      </w:r>
      <w:r>
        <w:rPr>
          <w:rFonts w:ascii="Times New Roman" w:hAnsi="Times New Roman" w:eastAsia="Times New Roman" w:cs="Times New Roman"/>
        </w:rPr>
        <w:t xml:space="preserve"> </w:t>
      </w:r>
      <w:r>
        <w:rPr>
          <w:rFonts w:ascii="MV Boli" w:hAnsi="MV Boli" w:eastAsia="MV Boli" w:cs="MV Boli"/>
        </w:rPr>
        <w:t>ބުނެވުނު</w:t>
      </w:r>
      <w:r>
        <w:rPr>
          <w:rFonts w:ascii="Times New Roman" w:hAnsi="Times New Roman" w:eastAsia="Times New Roman" w:cs="Times New Roman"/>
        </w:rPr>
        <w:t xml:space="preserve"> </w:t>
      </w:r>
      <w:r>
        <w:rPr>
          <w:rFonts w:ascii="MV Boli" w:hAnsi="MV Boli" w:eastAsia="MV Boli" w:cs="MV Boli"/>
        </w:rPr>
        <w:t>ގޮތަށް</w:t>
      </w:r>
      <w:r>
        <w:rPr>
          <w:rFonts w:ascii="Times New Roman" w:hAnsi="Times New Roman" w:eastAsia="Times New Roman" w:cs="Times New Roman"/>
        </w:rPr>
        <w:t xml:space="preserve"> </w:t>
      </w:r>
      <w:r>
        <w:rPr>
          <w:rFonts w:ascii="MV Boli" w:hAnsi="MV Boli" w:eastAsia="MV Boli" w:cs="MV Boli"/>
        </w:rPr>
        <w:t>އެޑްރިޔަނޮޕަލްގައި</w:t>
      </w:r>
      <w:r>
        <w:rPr>
          <w:rFonts w:ascii="Times New Roman" w:hAnsi="Times New Roman" w:eastAsia="Times New Roman" w:cs="Times New Roman"/>
        </w:rPr>
        <w:t xml:space="preserve"> </w:t>
      </w:r>
      <w:r>
        <w:rPr>
          <w:rFonts w:ascii="MV Boli" w:hAnsi="MV Boli" w:eastAsia="MV Boli" w:cs="MV Boli"/>
        </w:rPr>
        <w:t>މަހޮމެތު</w:t>
      </w:r>
      <w:r>
        <w:rPr>
          <w:rFonts w:ascii="Times New Roman" w:hAnsi="Times New Roman" w:eastAsia="Times New Roman" w:cs="Times New Roman"/>
        </w:rPr>
        <w:t xml:space="preserve"> </w:t>
      </w:r>
      <w:r>
        <w:rPr>
          <w:rFonts w:ascii="MV Boli" w:hAnsi="MV Boli" w:eastAsia="MV Boli" w:cs="MV Boli"/>
        </w:rPr>
        <w:t>ބޮޑެތި</w:t>
      </w:r>
      <w:r>
        <w:rPr>
          <w:rFonts w:ascii="Times New Roman" w:hAnsi="Times New Roman" w:eastAsia="Times New Roman" w:cs="Times New Roman"/>
        </w:rPr>
        <w:t xml:space="preserve"> </w:t>
      </w:r>
      <w:r>
        <w:rPr>
          <w:rFonts w:ascii="MV Boli" w:hAnsi="MV Boli" w:eastAsia="MV Boli" w:cs="MV Boli"/>
        </w:rPr>
        <w:t>ކެނަން</w:t>
      </w:r>
      <w:r>
        <w:rPr>
          <w:rFonts w:ascii="Times New Roman" w:hAnsi="Times New Roman" w:eastAsia="Times New Roman" w:cs="Times New Roman"/>
        </w:rPr>
        <w:t xml:space="preserve"> </w:t>
      </w:r>
      <w:r>
        <w:rPr>
          <w:rFonts w:ascii="MV Boli" w:hAnsi="MV Boli" w:eastAsia="MV Boli" w:cs="MV Boli"/>
        </w:rPr>
        <w:t>އަޅާ</w:t>
      </w:r>
      <w:r>
        <w:rPr>
          <w:rFonts w:ascii="Times New Roman" w:hAnsi="Times New Roman" w:eastAsia="Times New Roman" w:cs="Times New Roman"/>
        </w:rPr>
        <w:t xml:space="preserve"> </w:t>
      </w:r>
      <w:r>
        <w:rPr>
          <w:rFonts w:ascii="MV Boli" w:hAnsi="MV Boli" w:eastAsia="MV Boli" w:cs="MV Boli"/>
        </w:rPr>
        <w:t>ފައުންޑްރީއެއް</w:t>
      </w:r>
      <w:r>
        <w:rPr>
          <w:rFonts w:ascii="Times New Roman" w:hAnsi="Times New Roman" w:eastAsia="Times New Roman" w:cs="Times New Roman"/>
        </w:rPr>
        <w:t xml:space="preserve"> </w:t>
      </w:r>
      <w:r>
        <w:rPr>
          <w:rFonts w:ascii="MV Boli" w:hAnsi="MV Boli" w:eastAsia="MV Boli" w:cs="MV Boli"/>
        </w:rPr>
        <w:t>ހަދައިފި</w:t>
      </w:r>
      <w:r>
        <w:rPr>
          <w:rFonts w:ascii="Times New Roman" w:hAnsi="Times New Roman" w:eastAsia="Times New Roman" w:cs="Times New Roman"/>
        </w:rPr>
        <w:t xml:space="preserve"> </w:t>
      </w:r>
      <w:r>
        <w:rPr>
          <w:rFonts w:ascii="MV Boli" w:hAnsi="MV Boli" w:eastAsia="MV Boli" w:cs="MV Boli"/>
        </w:rPr>
        <w:t>ކަމެވެ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މުހާސަރާގެ</w:t>
      </w:r>
      <w:r>
        <w:rPr>
          <w:rFonts w:ascii="Times New Roman" w:hAnsi="Times New Roman" w:eastAsia="Times New Roman" w:cs="Times New Roman"/>
        </w:rPr>
        <w:t xml:space="preserve"> </w:t>
      </w:r>
      <w:r>
        <w:rPr>
          <w:rFonts w:ascii="MV Boli" w:hAnsi="MV Boli" w:eastAsia="MV Boli" w:cs="MV Boli"/>
        </w:rPr>
        <w:t>ނިޔާމަށް</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މިންވަރު</w:t>
      </w:r>
      <w:r>
        <w:rPr>
          <w:rFonts w:ascii="Times New Roman" w:hAnsi="Times New Roman" w:eastAsia="Times New Roman" w:cs="Times New Roman"/>
        </w:rPr>
        <w:t>، «</w:t>
      </w:r>
      <w:r>
        <w:rPr>
          <w:rFonts w:ascii="MV Boli" w:hAnsi="MV Boli" w:eastAsia="MV Boli" w:cs="MV Boli"/>
        </w:rPr>
        <w:t>ތޫންޏައި</w:t>
      </w:r>
      <w:r>
        <w:rPr>
          <w:rFonts w:ascii="Times New Roman" w:hAnsi="Times New Roman" w:eastAsia="Times New Roman" w:cs="Times New Roman"/>
        </w:rPr>
        <w:t xml:space="preserve"> </w:t>
      </w:r>
      <w:r>
        <w:rPr>
          <w:rFonts w:ascii="MV Boli" w:hAnsi="MV Boli" w:eastAsia="MV Boli" w:cs="MV Boli"/>
        </w:rPr>
        <w:t>ތިރުތަކުގެ</w:t>
      </w:r>
      <w:r>
        <w:rPr>
          <w:rFonts w:ascii="Times New Roman" w:hAnsi="Times New Roman" w:eastAsia="Times New Roman" w:cs="Times New Roman"/>
        </w:rPr>
        <w:t xml:space="preserve"> </w:t>
      </w:r>
      <w:r>
        <w:rPr>
          <w:rFonts w:ascii="MV Boli" w:hAnsi="MV Boli" w:eastAsia="MV Boli" w:cs="MV Boli"/>
        </w:rPr>
        <w:t>ވޮލީތަކާއެކު</w:t>
      </w:r>
      <w:r>
        <w:rPr>
          <w:rFonts w:ascii="Times New Roman" w:hAnsi="Times New Roman" w:eastAsia="Times New Roman" w:cs="Times New Roman"/>
        </w:rPr>
        <w:t xml:space="preserve"> </w:t>
      </w:r>
      <w:r>
        <w:rPr>
          <w:rFonts w:ascii="MV Boli" w:hAnsi="MV Boli" w:eastAsia="MV Boli" w:cs="MV Boli"/>
        </w:rPr>
        <w:t>މަސްކެޓްރީ</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ކެނަންގެ</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އަޑު</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އަލިފާން</w:t>
      </w:r>
      <w:r>
        <w:rPr>
          <w:rFonts w:ascii="Times New Roman" w:hAnsi="Times New Roman" w:eastAsia="Times New Roman" w:cs="Times New Roman"/>
        </w:rPr>
        <w:t xml:space="preserve"> </w:t>
      </w:r>
      <w:r>
        <w:rPr>
          <w:rFonts w:ascii="MV Boli" w:hAnsi="MV Boli" w:eastAsia="MV Boli" w:cs="MV Boli"/>
        </w:rPr>
        <w:t>އޮންނަމުން</w:t>
      </w:r>
      <w:r>
        <w:rPr>
          <w:rFonts w:ascii="Times New Roman" w:hAnsi="Times New Roman" w:eastAsia="Times New Roman" w:cs="Times New Roman"/>
        </w:rPr>
        <w:t xml:space="preserve"> </w:t>
      </w:r>
      <w:r>
        <w:rPr>
          <w:rFonts w:ascii="MV Boli" w:hAnsi="MV Boli" w:eastAsia="MV Boli" w:cs="MV Boli"/>
        </w:rPr>
        <w:t>ގޮސްފި</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ބަޔާންކުރެއެވެ</w:t>
      </w:r>
      <w:r>
        <w:rPr>
          <w:rFonts w:ascii="Times New Roman" w:hAnsi="Times New Roman" w:eastAsia="Times New Roman" w:cs="Times New Roman"/>
        </w:rPr>
        <w:t>؛ «</w:t>
      </w:r>
      <w:r>
        <w:rPr>
          <w:rFonts w:ascii="MV Boli" w:hAnsi="MV Boli" w:eastAsia="MV Boli" w:cs="MV Boli"/>
        </w:rPr>
        <w:t>ތުރުކީ</w:t>
      </w:r>
      <w:r>
        <w:rPr>
          <w:rFonts w:ascii="Times New Roman" w:hAnsi="Times New Roman" w:eastAsia="Times New Roman" w:cs="Times New Roman"/>
        </w:rPr>
        <w:t xml:space="preserve"> </w:t>
      </w:r>
      <w:r>
        <w:rPr>
          <w:rFonts w:ascii="MV Boli" w:hAnsi="MV Boli" w:eastAsia="MV Boli" w:cs="MV Boli"/>
        </w:rPr>
        <w:t>އާޓިލަރީގެ</w:t>
      </w:r>
      <w:r>
        <w:rPr>
          <w:rFonts w:ascii="Times New Roman" w:hAnsi="Times New Roman" w:eastAsia="Times New Roman" w:cs="Times New Roman"/>
        </w:rPr>
        <w:t xml:space="preserve"> </w:t>
      </w:r>
      <w:r>
        <w:rPr>
          <w:rFonts w:ascii="MV Boli" w:hAnsi="MV Boli" w:eastAsia="MV Boli" w:cs="MV Boli"/>
        </w:rPr>
        <w:t>ދިގު</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ފާރުތަކަށް</w:t>
      </w:r>
      <w:r>
        <w:rPr>
          <w:rFonts w:ascii="Times New Roman" w:hAnsi="Times New Roman" w:eastAsia="Times New Roman" w:cs="Times New Roman"/>
        </w:rPr>
        <w:t xml:space="preserve"> </w:t>
      </w:r>
      <w:r>
        <w:rPr>
          <w:rFonts w:ascii="MV Boli" w:hAnsi="MV Boli" w:eastAsia="MV Boli" w:cs="MV Boli"/>
        </w:rPr>
        <w:t>އިޝާރާކޮށް</w:t>
      </w:r>
      <w:r>
        <w:rPr>
          <w:rFonts w:ascii="Times New Roman" w:hAnsi="Times New Roman" w:eastAsia="Times New Roman" w:cs="Times New Roman"/>
        </w:rPr>
        <w:t xml:space="preserve">، </w:t>
      </w:r>
      <w:r>
        <w:rPr>
          <w:rFonts w:ascii="MV Boli" w:hAnsi="MV Boli" w:eastAsia="MV Boli" w:cs="MV Boli"/>
        </w:rPr>
        <w:t>ސާދަ</w:t>
      </w:r>
      <w:r>
        <w:rPr>
          <w:rFonts w:ascii="Times New Roman" w:hAnsi="Times New Roman" w:eastAsia="Times New Roman" w:cs="Times New Roman"/>
        </w:rPr>
        <w:t xml:space="preserve"> </w:t>
      </w:r>
      <w:r>
        <w:rPr>
          <w:rFonts w:ascii="MV Boli" w:hAnsi="MV Boli" w:eastAsia="MV Boli" w:cs="MV Boli"/>
        </w:rPr>
        <w:t>ބެޓަރީއެއް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ވަގުތުގައި</w:t>
      </w:r>
      <w:r>
        <w:rPr>
          <w:rFonts w:ascii="Times New Roman" w:hAnsi="Times New Roman" w:eastAsia="Times New Roman" w:cs="Times New Roman"/>
        </w:rPr>
        <w:t xml:space="preserve"> </w:t>
      </w:r>
      <w:r>
        <w:rPr>
          <w:rFonts w:ascii="MV Boli" w:hAnsi="MV Boli" w:eastAsia="MV Boli" w:cs="MV Boli"/>
        </w:rPr>
        <w:t>ވަދުމަށް</w:t>
      </w:r>
      <w:r>
        <w:rPr>
          <w:rFonts w:ascii="Times New Roman" w:hAnsi="Times New Roman" w:eastAsia="Times New Roman" w:cs="Times New Roman"/>
        </w:rPr>
        <w:t xml:space="preserve"> </w:t>
      </w:r>
      <w:r>
        <w:rPr>
          <w:rFonts w:ascii="MV Boli" w:hAnsi="MV Boli" w:eastAsia="MV Boli" w:cs="MV Boli"/>
        </w:rPr>
        <w:t>ފަސޭހަ</w:t>
      </w:r>
      <w:r>
        <w:rPr>
          <w:rFonts w:ascii="Times New Roman" w:hAnsi="Times New Roman" w:eastAsia="Times New Roman" w:cs="Times New Roman"/>
        </w:rPr>
        <w:t xml:space="preserve"> </w:t>
      </w:r>
      <w:r>
        <w:rPr>
          <w:rFonts w:ascii="MV Boli" w:hAnsi="MV Boli" w:eastAsia="MV Boli" w:cs="MV Boli"/>
        </w:rPr>
        <w:t>ތަންތަކުގައި</w:t>
      </w:r>
      <w:r>
        <w:rPr>
          <w:rFonts w:ascii="Times New Roman" w:hAnsi="Times New Roman" w:eastAsia="Times New Roman" w:cs="Times New Roman"/>
        </w:rPr>
        <w:t xml:space="preserve"> </w:t>
      </w:r>
      <w:r>
        <w:rPr>
          <w:rFonts w:ascii="MV Boli" w:hAnsi="MV Boli" w:eastAsia="MV Boli" w:cs="MV Boli"/>
        </w:rPr>
        <w:t>ގުގުމުން</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ބުނެއެވެ</w:t>
      </w:r>
      <w:r>
        <w:rPr>
          <w:rFonts w:ascii="Times New Roman" w:hAnsi="Times New Roman" w:eastAsia="Times New Roman" w:cs="Times New Roman"/>
        </w:rPr>
        <w:t>؛ «</w:t>
      </w:r>
      <w:r>
        <w:rPr>
          <w:rFonts w:ascii="MV Boli" w:hAnsi="MV Boli" w:eastAsia="MV Boli" w:cs="MV Boli"/>
        </w:rPr>
        <w:t>ދުޝްމަންގެ</w:t>
      </w:r>
      <w:r>
        <w:rPr>
          <w:rFonts w:ascii="Times New Roman" w:hAnsi="Times New Roman" w:eastAsia="Times New Roman" w:cs="Times New Roman"/>
        </w:rPr>
        <w:t xml:space="preserve"> </w:t>
      </w:r>
      <w:r>
        <w:rPr>
          <w:rFonts w:ascii="MV Boli" w:hAnsi="MV Boli" w:eastAsia="MV Boli" w:cs="MV Boli"/>
        </w:rPr>
        <w:t>އަނިޔާއަށް</w:t>
      </w:r>
      <w:r>
        <w:rPr>
          <w:rFonts w:ascii="Times New Roman" w:hAnsi="Times New Roman" w:eastAsia="Times New Roman" w:cs="Times New Roman"/>
        </w:rPr>
        <w:t xml:space="preserve"> </w:t>
      </w:r>
      <w:r>
        <w:rPr>
          <w:rFonts w:ascii="MV Boli" w:hAnsi="MV Boli" w:eastAsia="MV Boli" w:cs="MV Boli"/>
        </w:rPr>
        <w:t>ޒަމާނުތަކެއް</w:t>
      </w:r>
      <w:r>
        <w:rPr>
          <w:rFonts w:ascii="Times New Roman" w:hAnsi="Times New Roman" w:eastAsia="Times New Roman" w:cs="Times New Roman"/>
        </w:rPr>
        <w:t xml:space="preserve"> </w:t>
      </w:r>
      <w:r>
        <w:rPr>
          <w:rFonts w:ascii="MV Boli" w:hAnsi="MV Boli" w:eastAsia="MV Boli" w:cs="MV Boli"/>
        </w:rPr>
        <w:t>ދުވަހު</w:t>
      </w:r>
      <w:r>
        <w:rPr>
          <w:rFonts w:ascii="Times New Roman" w:hAnsi="Times New Roman" w:eastAsia="Times New Roman" w:cs="Times New Roman"/>
        </w:rPr>
        <w:t xml:space="preserve"> </w:t>
      </w:r>
      <w:r>
        <w:rPr>
          <w:rFonts w:ascii="MV Boli" w:hAnsi="MV Boli" w:eastAsia="MV Boli" w:cs="MV Boli"/>
        </w:rPr>
        <w:t>ދެމިހުރި</w:t>
      </w:r>
      <w:r>
        <w:rPr>
          <w:rFonts w:ascii="Times New Roman" w:hAnsi="Times New Roman" w:eastAsia="Times New Roman" w:cs="Times New Roman"/>
        </w:rPr>
        <w:t xml:space="preserve"> </w:t>
      </w:r>
      <w:r>
        <w:rPr>
          <w:rFonts w:ascii="MV Boli" w:hAnsi="MV Boli" w:eastAsia="MV Boli" w:cs="MV Boli"/>
        </w:rPr>
        <w:t>އަރަކަށް</w:t>
      </w:r>
      <w:r>
        <w:rPr>
          <w:rFonts w:ascii="Times New Roman" w:hAnsi="Times New Roman" w:eastAsia="Times New Roman" w:cs="Times New Roman"/>
        </w:rPr>
        <w:t xml:space="preserve"> </w:t>
      </w:r>
      <w:r>
        <w:rPr>
          <w:rFonts w:ascii="MV Boli" w:hAnsi="MV Boli" w:eastAsia="MV Boli" w:cs="MV Boli"/>
        </w:rPr>
        <w:t>ހެދިފައިވާ</w:t>
      </w:r>
      <w:r>
        <w:rPr>
          <w:rFonts w:ascii="Times New Roman" w:hAnsi="Times New Roman" w:eastAsia="Times New Roman" w:cs="Times New Roman"/>
        </w:rPr>
        <w:t xml:space="preserve"> </w:t>
      </w:r>
      <w:r>
        <w:rPr>
          <w:rFonts w:ascii="MV Boli" w:hAnsi="MV Boli" w:eastAsia="MV Boli" w:cs="MV Boli"/>
        </w:rPr>
        <w:t>ފާރުމަތިތައް</w:t>
      </w:r>
      <w:r>
        <w:rPr>
          <w:rFonts w:ascii="Times New Roman" w:hAnsi="Times New Roman" w:eastAsia="Times New Roman" w:cs="Times New Roman"/>
        </w:rPr>
        <w:t xml:space="preserve"> </w:t>
      </w:r>
      <w:r>
        <w:rPr>
          <w:rFonts w:ascii="MV Boli" w:hAnsi="MV Boli" w:eastAsia="MV Boli" w:cs="MV Boli"/>
        </w:rPr>
        <w:t>އޮތުމާނީ</w:t>
      </w:r>
      <w:r>
        <w:rPr>
          <w:rFonts w:ascii="Times New Roman" w:hAnsi="Times New Roman" w:eastAsia="Times New Roman" w:cs="Times New Roman"/>
        </w:rPr>
        <w:t xml:space="preserve"> </w:t>
      </w:r>
      <w:r>
        <w:rPr>
          <w:rFonts w:ascii="MV Boli" w:hAnsi="MV Boli" w:eastAsia="MV Boli" w:cs="MV Boli"/>
        </w:rPr>
        <w:t>ކެނަންނުން</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ފަރާތަކުން</w:t>
      </w:r>
      <w:r>
        <w:rPr>
          <w:rFonts w:ascii="Times New Roman" w:hAnsi="Times New Roman" w:eastAsia="Times New Roman" w:cs="Times New Roman"/>
        </w:rPr>
        <w:t xml:space="preserve"> </w:t>
      </w:r>
      <w:r>
        <w:rPr>
          <w:rFonts w:ascii="MV Boli" w:hAnsi="MV Boli" w:eastAsia="MV Boli" w:cs="MV Boli"/>
        </w:rPr>
        <w:t>ވިގުންޖެހި</w:t>
      </w:r>
      <w:r>
        <w:rPr>
          <w:rFonts w:ascii="Times New Roman" w:hAnsi="Times New Roman" w:eastAsia="Times New Roman" w:cs="Times New Roman"/>
        </w:rPr>
        <w:t xml:space="preserve">، </w:t>
      </w:r>
      <w:r>
        <w:rPr>
          <w:rFonts w:ascii="MV Boli" w:hAnsi="MV Boli" w:eastAsia="MV Boli" w:cs="MV Boli"/>
        </w:rPr>
        <w:t>ގިނަ</w:t>
      </w:r>
      <w:r>
        <w:rPr>
          <w:rFonts w:ascii="Times New Roman" w:hAnsi="Times New Roman" w:eastAsia="Times New Roman" w:cs="Times New Roman"/>
        </w:rPr>
        <w:t xml:space="preserve"> </w:t>
      </w:r>
      <w:r>
        <w:rPr>
          <w:rFonts w:ascii="MV Boli" w:hAnsi="MV Boli" w:eastAsia="MV Boli" w:cs="MV Boli"/>
        </w:rPr>
        <w:t>ބުރީޗްތައް</w:t>
      </w:r>
      <w:r>
        <w:rPr>
          <w:rFonts w:ascii="Times New Roman" w:hAnsi="Times New Roman" w:eastAsia="Times New Roman" w:cs="Times New Roman"/>
        </w:rPr>
        <w:t xml:space="preserve"> </w:t>
      </w:r>
      <w:r>
        <w:rPr>
          <w:rFonts w:ascii="MV Boli" w:hAnsi="MV Boli" w:eastAsia="MV Boli" w:cs="MV Boli"/>
        </w:rPr>
        <w:t>ހުޅުވާލެވި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ސެންޓް</w:t>
      </w:r>
      <w:r>
        <w:rPr>
          <w:rFonts w:ascii="Times New Roman" w:hAnsi="Times New Roman" w:eastAsia="Times New Roman" w:cs="Times New Roman"/>
        </w:rPr>
        <w:t xml:space="preserve"> </w:t>
      </w:r>
      <w:r>
        <w:rPr>
          <w:rFonts w:ascii="MV Boli" w:hAnsi="MV Boli" w:eastAsia="MV Boli" w:cs="MV Boli"/>
        </w:rPr>
        <w:t>ރޯމަނަސްގެ</w:t>
      </w:r>
      <w:r>
        <w:rPr>
          <w:rFonts w:ascii="Times New Roman" w:hAnsi="Times New Roman" w:eastAsia="Times New Roman" w:cs="Times New Roman"/>
        </w:rPr>
        <w:t xml:space="preserve"> </w:t>
      </w:r>
      <w:r>
        <w:rPr>
          <w:rFonts w:ascii="MV Boli" w:hAnsi="MV Boli" w:eastAsia="MV Boli" w:cs="MV Boli"/>
        </w:rPr>
        <w:t>ދޮރު</w:t>
      </w:r>
      <w:r>
        <w:rPr>
          <w:rFonts w:ascii="Times New Roman" w:hAnsi="Times New Roman" w:eastAsia="Times New Roman" w:cs="Times New Roman"/>
        </w:rPr>
        <w:t xml:space="preserve"> </w:t>
      </w:r>
      <w:r>
        <w:rPr>
          <w:rFonts w:ascii="MV Boli" w:hAnsi="MV Boli" w:eastAsia="MV Boli" w:cs="MV Boli"/>
        </w:rPr>
        <w:t>ކައިރީގައި</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ބުރުޒު</w:t>
      </w:r>
      <w:r>
        <w:rPr>
          <w:rFonts w:ascii="Times New Roman" w:hAnsi="Times New Roman" w:eastAsia="Times New Roman" w:cs="Times New Roman"/>
        </w:rPr>
        <w:t xml:space="preserve"> </w:t>
      </w:r>
      <w:r>
        <w:rPr>
          <w:rFonts w:ascii="MV Boli" w:hAnsi="MV Boli" w:eastAsia="MV Boli" w:cs="MV Boli"/>
        </w:rPr>
        <w:t>ބިމާއެކު</w:t>
      </w:r>
      <w:r>
        <w:rPr>
          <w:rFonts w:ascii="Times New Roman" w:hAnsi="Times New Roman" w:eastAsia="Times New Roman" w:cs="Times New Roman"/>
        </w:rPr>
        <w:t xml:space="preserve"> </w:t>
      </w:r>
      <w:r>
        <w:rPr>
          <w:rFonts w:ascii="MV Boli" w:hAnsi="MV Boli" w:eastAsia="MV Boli" w:cs="MV Boli"/>
        </w:rPr>
        <w:t>ސަވާވެއްޖެ</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ލައިންތަކުން</w:t>
      </w:r>
      <w:r>
        <w:rPr>
          <w:rFonts w:ascii="Times New Roman" w:hAnsi="Times New Roman" w:eastAsia="Times New Roman" w:cs="Times New Roman"/>
        </w:rPr>
        <w:t xml:space="preserve">، </w:t>
      </w:r>
      <w:r>
        <w:rPr>
          <w:rFonts w:ascii="MV Boli" w:hAnsi="MV Boli" w:eastAsia="MV Boli" w:cs="MV Boli"/>
        </w:rPr>
        <w:t>ގެލީތަކުން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ބުރިޖުން</w:t>
      </w:r>
      <w:r>
        <w:rPr>
          <w:rFonts w:ascii="Times New Roman" w:hAnsi="Times New Roman" w:eastAsia="Times New Roman" w:cs="Times New Roman"/>
        </w:rPr>
        <w:t xml:space="preserve">، </w:t>
      </w:r>
      <w:r>
        <w:rPr>
          <w:rFonts w:ascii="MV Boli" w:hAnsi="MV Boli" w:eastAsia="MV Boli" w:cs="MV Boli"/>
        </w:rPr>
        <w:t>އޮތުމާނީ</w:t>
      </w:r>
      <w:r>
        <w:rPr>
          <w:rFonts w:ascii="Times New Roman" w:hAnsi="Times New Roman" w:eastAsia="Times New Roman" w:cs="Times New Roman"/>
        </w:rPr>
        <w:t xml:space="preserve"> </w:t>
      </w:r>
      <w:r>
        <w:rPr>
          <w:rFonts w:ascii="MV Boli" w:hAnsi="MV Boli" w:eastAsia="MV Boli" w:cs="MV Boli"/>
        </w:rPr>
        <w:t>އާޓިލަރީ</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ފަރާތަކުން</w:t>
      </w:r>
      <w:r>
        <w:rPr>
          <w:rFonts w:ascii="Times New Roman" w:hAnsi="Times New Roman" w:eastAsia="Times New Roman" w:cs="Times New Roman"/>
        </w:rPr>
        <w:t xml:space="preserve"> </w:t>
      </w:r>
      <w:r>
        <w:rPr>
          <w:rFonts w:ascii="MV Boli" w:hAnsi="MV Boli" w:eastAsia="MV Boli" w:cs="MV Boli"/>
        </w:rPr>
        <w:t>ގުގުމުން</w:t>
      </w:r>
      <w:r>
        <w:rPr>
          <w:rFonts w:ascii="Times New Roman" w:hAnsi="Times New Roman" w:eastAsia="Times New Roman" w:cs="Times New Roman"/>
        </w:rPr>
        <w:t xml:space="preserve"> </w:t>
      </w:r>
      <w:r>
        <w:rPr>
          <w:rFonts w:ascii="MV Boli" w:hAnsi="MV Boli" w:eastAsia="MV Boli" w:cs="MV Boli"/>
        </w:rPr>
        <w:t>އައިސްފިއިރު</w:t>
      </w:r>
      <w:r>
        <w:rPr>
          <w:rFonts w:ascii="Times New Roman" w:hAnsi="Times New Roman" w:eastAsia="Times New Roman" w:cs="Times New Roman"/>
        </w:rPr>
        <w:t xml:space="preserve">، </w:t>
      </w:r>
      <w:r>
        <w:rPr>
          <w:rFonts w:ascii="MV Boli" w:hAnsi="MV Boli" w:eastAsia="MV Boli" w:cs="MV Boli"/>
        </w:rPr>
        <w:t>ލަޝްކަރާއި</w:t>
      </w:r>
      <w:r>
        <w:rPr>
          <w:rFonts w:ascii="Times New Roman" w:hAnsi="Times New Roman" w:eastAsia="Times New Roman" w:cs="Times New Roman"/>
        </w:rPr>
        <w:t xml:space="preserve"> </w:t>
      </w:r>
      <w:r>
        <w:rPr>
          <w:rFonts w:ascii="MV Boli" w:hAnsi="MV Boli" w:eastAsia="MV Boli" w:cs="MV Boli"/>
        </w:rPr>
        <w:t>ރަށް</w:t>
      </w:r>
      <w:r>
        <w:rPr>
          <w:rFonts w:ascii="Times New Roman" w:hAnsi="Times New Roman" w:eastAsia="Times New Roman" w:cs="Times New Roman"/>
        </w:rPr>
        <w:t xml:space="preserve">، </w:t>
      </w:r>
      <w:r>
        <w:rPr>
          <w:rFonts w:ascii="MV Boli" w:hAnsi="MV Boli" w:eastAsia="MV Boli" w:cs="MV Boli"/>
        </w:rPr>
        <w:t>ޔޫނާންމީހުނާއި</w:t>
      </w:r>
      <w:r>
        <w:rPr>
          <w:rFonts w:ascii="Times New Roman" w:hAnsi="Times New Roman" w:eastAsia="Times New Roman" w:cs="Times New Roman"/>
        </w:rPr>
        <w:t xml:space="preserve"> </w:t>
      </w:r>
      <w:r>
        <w:rPr>
          <w:rFonts w:ascii="MV Boli" w:hAnsi="MV Boli" w:eastAsia="MV Boli" w:cs="MV Boli"/>
        </w:rPr>
        <w:t>ތުރުކުން</w:t>
      </w:r>
      <w:r>
        <w:rPr>
          <w:rFonts w:ascii="Times New Roman" w:hAnsi="Times New Roman" w:eastAsia="Times New Roman" w:cs="Times New Roman"/>
        </w:rPr>
        <w:t xml:space="preserve">، </w:t>
      </w:r>
      <w:r>
        <w:rPr>
          <w:rFonts w:ascii="MV Boli" w:hAnsi="MV Boli" w:eastAsia="MV Boli" w:cs="MV Boli"/>
        </w:rPr>
        <w:t>ދުނުގެ</w:t>
      </w:r>
      <w:r>
        <w:rPr>
          <w:rFonts w:ascii="Times New Roman" w:hAnsi="Times New Roman" w:eastAsia="Times New Roman" w:cs="Times New Roman"/>
        </w:rPr>
        <w:t xml:space="preserve"> </w:t>
      </w:r>
      <w:r>
        <w:rPr>
          <w:rFonts w:ascii="MV Boli" w:hAnsi="MV Boli" w:eastAsia="MV Boli" w:cs="MV Boli"/>
        </w:rPr>
        <w:t>ވިލާތެއްގައި</w:t>
      </w:r>
      <w:r>
        <w:rPr>
          <w:rFonts w:ascii="Times New Roman" w:hAnsi="Times New Roman" w:eastAsia="Times New Roman" w:cs="Times New Roman"/>
        </w:rPr>
        <w:t xml:space="preserve"> </w:t>
      </w:r>
      <w:r>
        <w:rPr>
          <w:rFonts w:ascii="MV Boli" w:hAnsi="MV Boli" w:eastAsia="MV Boli" w:cs="MV Boli"/>
        </w:rPr>
        <w:t>ހިމެނިގެން</w:t>
      </w:r>
      <w:r>
        <w:rPr>
          <w:rFonts w:ascii="Times New Roman" w:hAnsi="Times New Roman" w:eastAsia="Times New Roman" w:cs="Times New Roman"/>
        </w:rPr>
        <w:t xml:space="preserve"> </w:t>
      </w:r>
      <w:r>
        <w:rPr>
          <w:rFonts w:ascii="MV Boli" w:hAnsi="MV Boli" w:eastAsia="MV Boli" w:cs="MV Boli"/>
        </w:rPr>
        <w:t>ދިޔައި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ވިލާތް</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ނަޖާތު</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ރޯމަން</w:t>
      </w:r>
      <w:r>
        <w:rPr>
          <w:rFonts w:ascii="Times New Roman" w:hAnsi="Times New Roman" w:eastAsia="Times New Roman" w:cs="Times New Roman"/>
        </w:rPr>
        <w:t xml:space="preserve"> </w:t>
      </w:r>
      <w:r>
        <w:rPr>
          <w:rFonts w:ascii="MV Boli" w:hAnsi="MV Boli" w:eastAsia="MV Boli" w:cs="MV Boli"/>
        </w:rPr>
        <w:t>އިމްޕައަރުގެ</w:t>
      </w:r>
      <w:r>
        <w:rPr>
          <w:rFonts w:ascii="Times New Roman" w:hAnsi="Times New Roman" w:eastAsia="Times New Roman" w:cs="Times New Roman"/>
        </w:rPr>
        <w:t xml:space="preserve"> </w:t>
      </w:r>
      <w:r>
        <w:rPr>
          <w:rFonts w:ascii="MV Boli" w:hAnsi="MV Boli" w:eastAsia="MV Boli" w:cs="MV Boli"/>
        </w:rPr>
        <w:t>ހަލާކުން</w:t>
      </w:r>
      <w:r>
        <w:rPr>
          <w:rFonts w:ascii="Times New Roman" w:hAnsi="Times New Roman" w:eastAsia="Times New Roman" w:cs="Times New Roman"/>
        </w:rPr>
        <w:t xml:space="preserve"> </w:t>
      </w:r>
      <w:r>
        <w:rPr>
          <w:rFonts w:ascii="MV Boli" w:hAnsi="MV Boli" w:eastAsia="MV Boli" w:cs="MV Boli"/>
        </w:rPr>
        <w:t>މެނުވީ</w:t>
      </w:r>
      <w:r>
        <w:rPr>
          <w:rFonts w:ascii="Times New Roman" w:hAnsi="Times New Roman" w:eastAsia="Times New Roman" w:cs="Times New Roman"/>
        </w:rPr>
        <w:t xml:space="preserve"> </w:t>
      </w:r>
      <w:r>
        <w:rPr>
          <w:rFonts w:ascii="MV Boli" w:hAnsi="MV Boli" w:eastAsia="MV Boli" w:cs="MV Boli"/>
        </w:rPr>
        <w:t>ފިލުވައި</w:t>
      </w:r>
      <w:r>
        <w:rPr>
          <w:rFonts w:ascii="Times New Roman" w:hAnsi="Times New Roman" w:eastAsia="Times New Roman" w:cs="Times New Roman"/>
        </w:rPr>
        <w:t xml:space="preserve"> </w:t>
      </w:r>
      <w:r>
        <w:rPr>
          <w:rFonts w:ascii="MV Boli" w:hAnsi="MV Boli" w:eastAsia="MV Boli" w:cs="MV Boli"/>
        </w:rPr>
        <w:t>ނުލެވޭނެ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ބުނެއެވެ</w:t>
      </w:r>
      <w:r>
        <w:rPr>
          <w:rFonts w:ascii="Times New Roman" w:hAnsi="Times New Roman" w:eastAsia="Times New Roman" w:cs="Times New Roman"/>
        </w:rPr>
        <w:t>؛ «</w:t>
      </w:r>
      <w:r>
        <w:rPr>
          <w:rFonts w:ascii="MV Boli" w:hAnsi="MV Boli" w:eastAsia="MV Boli" w:cs="MV Boli"/>
        </w:rPr>
        <w:t>ދެގުނަ</w:t>
      </w:r>
      <w:r>
        <w:rPr>
          <w:rFonts w:ascii="Times New Roman" w:hAnsi="Times New Roman" w:eastAsia="Times New Roman" w:cs="Times New Roman"/>
        </w:rPr>
        <w:t xml:space="preserve"> </w:t>
      </w:r>
      <w:r>
        <w:rPr>
          <w:rFonts w:ascii="MV Boli" w:hAnsi="MV Boli" w:eastAsia="MV Boli" w:cs="MV Boli"/>
        </w:rPr>
        <w:t>ފާރު</w:t>
      </w:r>
      <w:r>
        <w:rPr>
          <w:rFonts w:ascii="Times New Roman" w:hAnsi="Times New Roman" w:eastAsia="Times New Roman" w:cs="Times New Roman"/>
        </w:rPr>
        <w:t xml:space="preserve"> </w:t>
      </w:r>
      <w:r>
        <w:rPr>
          <w:rFonts w:ascii="MV Boli" w:hAnsi="MV Boli" w:eastAsia="MV Boli" w:cs="MV Boli"/>
        </w:rPr>
        <w:t>ކެނަންނުން</w:t>
      </w:r>
      <w:r>
        <w:rPr>
          <w:rFonts w:ascii="Times New Roman" w:hAnsi="Times New Roman" w:eastAsia="Times New Roman" w:cs="Times New Roman"/>
        </w:rPr>
        <w:t xml:space="preserve"> </w:t>
      </w:r>
      <w:r>
        <w:rPr>
          <w:rFonts w:ascii="MV Boli" w:hAnsi="MV Boli" w:eastAsia="MV Boli" w:cs="MV Boli"/>
        </w:rPr>
        <w:t>ހަލާކުކޮށް</w:t>
      </w:r>
      <w:r>
        <w:rPr>
          <w:rFonts w:ascii="Times New Roman" w:hAnsi="Times New Roman" w:eastAsia="Times New Roman" w:cs="Times New Roman"/>
        </w:rPr>
        <w:t xml:space="preserve"> </w:t>
      </w:r>
      <w:r>
        <w:rPr>
          <w:rFonts w:ascii="MV Boli" w:hAnsi="MV Boli" w:eastAsia="MV Boli" w:cs="MV Boli"/>
        </w:rPr>
        <w:t>ފަސްކުނިގެ</w:t>
      </w:r>
      <w:r>
        <w:rPr>
          <w:rFonts w:ascii="Times New Roman" w:hAnsi="Times New Roman" w:eastAsia="Times New Roman" w:cs="Times New Roman"/>
        </w:rPr>
        <w:t xml:space="preserve"> </w:t>
      </w:r>
      <w:r>
        <w:rPr>
          <w:rFonts w:ascii="MV Boli" w:hAnsi="MV Boli" w:eastAsia="MV Boli" w:cs="MV Boli"/>
        </w:rPr>
        <w:t>ގޮނޑިއަކަށް</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ތުރުކުން</w:t>
      </w:r>
      <w:r>
        <w:rPr>
          <w:rFonts w:ascii="Times New Roman" w:hAnsi="Times New Roman" w:eastAsia="Times New Roman" w:cs="Times New Roman"/>
        </w:rPr>
        <w:t xml:space="preserve"> «</w:t>
      </w:r>
      <w:r>
        <w:rPr>
          <w:rFonts w:ascii="MV Boli" w:hAnsi="MV Boli" w:eastAsia="MV Boli" w:cs="MV Boli"/>
        </w:rPr>
        <w:t>ބުރީޗްތަކުން</w:t>
      </w:r>
      <w:r>
        <w:rPr>
          <w:rFonts w:ascii="Times New Roman" w:hAnsi="Times New Roman" w:eastAsia="Times New Roman" w:cs="Times New Roman"/>
        </w:rPr>
        <w:t xml:space="preserve"> </w:t>
      </w:r>
      <w:r>
        <w:rPr>
          <w:rFonts w:ascii="MV Boli" w:hAnsi="MV Boli" w:eastAsia="MV Boli" w:cs="MV Boli"/>
        </w:rPr>
        <w:t>އެރިއައިސް</w:t>
      </w:r>
      <w:r>
        <w:rPr>
          <w:rFonts w:ascii="Times New Roman" w:hAnsi="Times New Roman" w:eastAsia="Times New Roman" w:cs="Times New Roman"/>
        </w:rPr>
        <w:t xml:space="preserve">» </w:t>
      </w:r>
      <w:r>
        <w:rPr>
          <w:rFonts w:ascii="MV Boli" w:hAnsi="MV Boli" w:eastAsia="MV Boli" w:cs="MV Boli"/>
        </w:rPr>
        <w:t>އަތުލުވި</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w:t>
      </w:r>
      <w:r>
        <w:rPr>
          <w:rFonts w:ascii="MV Boli" w:hAnsi="MV Boli" w:eastAsia="MV Boli" w:cs="MV Boli"/>
        </w:rPr>
        <w:t>ޤުސްޠަންޠިނިއްޔާ</w:t>
      </w:r>
      <w:r>
        <w:rPr>
          <w:rFonts w:ascii="Times New Roman" w:hAnsi="Times New Roman" w:eastAsia="Times New Roman" w:cs="Times New Roman"/>
        </w:rPr>
        <w:t xml:space="preserve"> </w:t>
      </w:r>
      <w:r>
        <w:rPr>
          <w:rFonts w:ascii="MV Boli" w:hAnsi="MV Boli" w:eastAsia="MV Boli" w:cs="MV Boli"/>
        </w:rPr>
        <w:t>ފަތުޙަ</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އިމްޕައަރު</w:t>
      </w:r>
      <w:r>
        <w:rPr>
          <w:rFonts w:ascii="Times New Roman" w:hAnsi="Times New Roman" w:eastAsia="Times New Roman" w:cs="Times New Roman"/>
        </w:rPr>
        <w:t xml:space="preserve"> </w:t>
      </w:r>
      <w:r>
        <w:rPr>
          <w:rFonts w:ascii="MV Boli" w:hAnsi="MV Boli" w:eastAsia="MV Boli" w:cs="MV Boli"/>
        </w:rPr>
        <w:t>އުނިވެއްޖެ</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މުސްލިމް</w:t>
      </w:r>
      <w:r>
        <w:rPr>
          <w:rFonts w:ascii="Times New Roman" w:hAnsi="Times New Roman" w:eastAsia="Times New Roman" w:cs="Times New Roman"/>
        </w:rPr>
        <w:t xml:space="preserve"> </w:t>
      </w:r>
      <w:r>
        <w:rPr>
          <w:rFonts w:ascii="MV Boli" w:hAnsi="MV Boli" w:eastAsia="MV Boli" w:cs="MV Boli"/>
        </w:rPr>
        <w:t>ފަތްޙަވެރިންގެ</w:t>
      </w:r>
      <w:r>
        <w:rPr>
          <w:rFonts w:ascii="Times New Roman" w:hAnsi="Times New Roman" w:eastAsia="Times New Roman" w:cs="Times New Roman"/>
        </w:rPr>
        <w:t xml:space="preserve"> </w:t>
      </w:r>
      <w:r>
        <w:rPr>
          <w:rFonts w:ascii="MV Boli" w:hAnsi="MV Boli" w:eastAsia="MV Boli" w:cs="MV Boli"/>
        </w:rPr>
        <w:t>ފައިދަށުގައި</w:t>
      </w:r>
      <w:r>
        <w:rPr>
          <w:rFonts w:ascii="Times New Roman" w:hAnsi="Times New Roman" w:eastAsia="Times New Roman" w:cs="Times New Roman"/>
        </w:rPr>
        <w:t xml:space="preserve"> </w:t>
      </w:r>
      <w:r>
        <w:rPr>
          <w:rFonts w:ascii="MV Boli" w:hAnsi="MV Boli" w:eastAsia="MV Boli" w:cs="MV Boli"/>
        </w:rPr>
        <w:t>ފިތިލެވިއްޖެ</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ބުނެއެވެ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ރަށް</w:t>
      </w:r>
      <w:r>
        <w:rPr>
          <w:rFonts w:ascii="Times New Roman" w:hAnsi="Times New Roman" w:eastAsia="Times New Roman" w:cs="Times New Roman"/>
        </w:rPr>
        <w:t xml:space="preserve"> </w:t>
      </w:r>
      <w:r>
        <w:rPr>
          <w:rFonts w:ascii="MV Boli" w:hAnsi="MV Boli" w:eastAsia="MV Boli" w:cs="MV Boli"/>
        </w:rPr>
        <w:t>ފަތުޙަ</w:t>
      </w:r>
      <w:r>
        <w:rPr>
          <w:rFonts w:ascii="Times New Roman" w:hAnsi="Times New Roman" w:eastAsia="Times New Roman" w:cs="Times New Roman"/>
        </w:rPr>
        <w:t xml:space="preserve"> </w:t>
      </w:r>
      <w:r>
        <w:rPr>
          <w:rFonts w:ascii="MV Boli" w:hAnsi="MV Boli" w:eastAsia="MV Boli" w:cs="MV Boli"/>
        </w:rPr>
        <w:t>ކުރުމާއެކު</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އިމްޕައަރުގެ</w:t>
      </w:r>
      <w:r>
        <w:rPr>
          <w:rFonts w:ascii="Times New Roman" w:hAnsi="Times New Roman" w:eastAsia="Times New Roman" w:cs="Times New Roman"/>
        </w:rPr>
        <w:t xml:space="preserve"> </w:t>
      </w:r>
      <w:r>
        <w:rPr>
          <w:rFonts w:ascii="MV Boli" w:hAnsi="MV Boli" w:eastAsia="MV Boli" w:cs="MV Boli"/>
        </w:rPr>
        <w:t>ހަލާކުން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އޮތުމާނީ</w:t>
      </w:r>
      <w:r>
        <w:rPr>
          <w:rFonts w:ascii="Times New Roman" w:hAnsi="Times New Roman" w:eastAsia="Times New Roman" w:cs="Times New Roman"/>
        </w:rPr>
        <w:t xml:space="preserve"> </w:t>
      </w:r>
      <w:r>
        <w:rPr>
          <w:rFonts w:ascii="MV Boli" w:hAnsi="MV Boli" w:eastAsia="MV Boli" w:cs="MV Boli"/>
        </w:rPr>
        <w:t>އާޓިލަރީއަށް</w:t>
      </w:r>
      <w:r>
        <w:rPr>
          <w:rFonts w:ascii="Times New Roman" w:hAnsi="Times New Roman" w:eastAsia="Times New Roman" w:cs="Times New Roman"/>
        </w:rPr>
        <w:t xml:space="preserve"> </w:t>
      </w:r>
      <w:r>
        <w:rPr>
          <w:rFonts w:ascii="MV Boli" w:hAnsi="MV Boli" w:eastAsia="MV Boli" w:cs="MV Boli"/>
        </w:rPr>
        <w:t>ގިބަން</w:t>
      </w:r>
      <w:r>
        <w:rPr>
          <w:rFonts w:ascii="Times New Roman" w:hAnsi="Times New Roman" w:eastAsia="Times New Roman" w:cs="Times New Roman"/>
        </w:rPr>
        <w:t xml:space="preserve"> </w:t>
      </w:r>
      <w:r>
        <w:rPr>
          <w:rFonts w:ascii="MV Boli" w:hAnsi="MV Boli" w:eastAsia="MV Boli" w:cs="MV Boli"/>
        </w:rPr>
        <w:t>ކިހާ</w:t>
      </w:r>
      <w:r>
        <w:rPr>
          <w:rFonts w:ascii="Times New Roman" w:hAnsi="Times New Roman" w:eastAsia="Times New Roman" w:cs="Times New Roman"/>
        </w:rPr>
        <w:t xml:space="preserve"> </w:t>
      </w:r>
      <w:r>
        <w:rPr>
          <w:rFonts w:ascii="MV Boli" w:hAnsi="MV Boli" w:eastAsia="MV Boli" w:cs="MV Boli"/>
        </w:rPr>
        <w:t>ފާޅުކޮށާއި</w:t>
      </w:r>
      <w:r>
        <w:rPr>
          <w:rFonts w:ascii="Times New Roman" w:hAnsi="Times New Roman" w:eastAsia="Times New Roman" w:cs="Times New Roman"/>
        </w:rPr>
        <w:t xml:space="preserve"> </w:t>
      </w:r>
      <w:r>
        <w:rPr>
          <w:rFonts w:ascii="MV Boli" w:hAnsi="MV Boli" w:eastAsia="MV Boli" w:cs="MV Boli"/>
        </w:rPr>
        <w:t>ހަކަތަކާއެކު</w:t>
      </w:r>
      <w:r>
        <w:rPr>
          <w:rFonts w:ascii="Times New Roman" w:hAnsi="Times New Roman" w:eastAsia="Times New Roman" w:cs="Times New Roman"/>
        </w:rPr>
        <w:t xml:space="preserve"> </w:t>
      </w:r>
      <w:r>
        <w:rPr>
          <w:rFonts w:ascii="MV Boli" w:hAnsi="MV Boli" w:eastAsia="MV Boli" w:cs="MV Boli"/>
        </w:rPr>
        <w:t>ނިސްބަތްކުރާ</w:t>
      </w:r>
      <w:r>
        <w:rPr>
          <w:rFonts w:ascii="Times New Roman" w:hAnsi="Times New Roman" w:eastAsia="Times New Roman" w:cs="Times New Roman"/>
        </w:rPr>
        <w:t xml:space="preserve"> </w:t>
      </w:r>
      <w:r>
        <w:rPr>
          <w:rFonts w:ascii="MV Boli" w:hAnsi="MV Boli" w:eastAsia="MV Boli" w:cs="MV Boli"/>
        </w:rPr>
        <w:t>ގޮތް</w:t>
      </w:r>
      <w:r>
        <w:rPr>
          <w:rFonts w:ascii="Times New Roman" w:hAnsi="Times New Roman" w:eastAsia="Times New Roman" w:cs="Times New Roman"/>
        </w:rPr>
        <w:t xml:space="preserve"> </w:t>
      </w:r>
      <w:r>
        <w:rPr>
          <w:rFonts w:ascii="MV Boli" w:hAnsi="MV Boli" w:eastAsia="MV Boli" w:cs="MV Boli"/>
        </w:rPr>
        <w:t>ޚާއްސަކޮށް</w:t>
      </w:r>
      <w:r>
        <w:rPr>
          <w:rFonts w:ascii="Times New Roman" w:hAnsi="Times New Roman" w:eastAsia="Times New Roman" w:cs="Times New Roman"/>
        </w:rPr>
        <w:t xml:space="preserve"> </w:t>
      </w:r>
      <w:r>
        <w:rPr>
          <w:rFonts w:ascii="MV Boli" w:hAnsi="MV Boli" w:eastAsia="MV Boli" w:cs="MV Boli"/>
        </w:rPr>
        <w:t>ފާހަގަކުރަން</w:t>
      </w:r>
      <w:r>
        <w:rPr>
          <w:rFonts w:ascii="Times New Roman" w:hAnsi="Times New Roman" w:eastAsia="Times New Roman" w:cs="Times New Roman"/>
        </w:rPr>
        <w:t xml:space="preserve"> </w:t>
      </w:r>
      <w:r>
        <w:rPr>
          <w:rFonts w:ascii="MV Boli" w:hAnsi="MV Boli" w:eastAsia="MV Boli" w:cs="MV Boli"/>
        </w:rPr>
        <w:t>ހައްގުވެއެވެ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މާނައަކީ</w:t>
      </w:r>
      <w:r>
        <w:rPr>
          <w:rFonts w:ascii="Times New Roman" w:hAnsi="Times New Roman" w:eastAsia="Times New Roman" w:cs="Times New Roman"/>
        </w:rPr>
        <w:t xml:space="preserve"> </w:t>
      </w:r>
      <w:r>
        <w:rPr>
          <w:rFonts w:ascii="MV Boli" w:hAnsi="MV Boli" w:eastAsia="MV Boli" w:cs="MV Boli"/>
        </w:rPr>
        <w:t>އަހަރެމެންގެ</w:t>
      </w:r>
      <w:r>
        <w:rPr>
          <w:rFonts w:ascii="Times New Roman" w:hAnsi="Times New Roman" w:eastAsia="Times New Roman" w:cs="Times New Roman"/>
        </w:rPr>
        <w:t xml:space="preserve"> </w:t>
      </w:r>
      <w:r>
        <w:rPr>
          <w:rFonts w:ascii="MV Boli" w:hAnsi="MV Boli" w:eastAsia="MV Boli" w:cs="MV Boli"/>
        </w:rPr>
        <w:t>ނުބުއްވަތުގެ</w:t>
      </w:r>
      <w:r>
        <w:rPr>
          <w:rFonts w:ascii="Times New Roman" w:hAnsi="Times New Roman" w:eastAsia="Times New Roman" w:cs="Times New Roman"/>
        </w:rPr>
        <w:t xml:space="preserve"> </w:t>
      </w:r>
      <w:r>
        <w:rPr>
          <w:rFonts w:ascii="MV Boli" w:hAnsi="MV Boli" w:eastAsia="MV Boli" w:cs="MV Boli"/>
        </w:rPr>
        <w:t>ބަސްތަކަށް</w:t>
      </w:r>
      <w:r>
        <w:rPr>
          <w:rFonts w:ascii="Times New Roman" w:hAnsi="Times New Roman" w:eastAsia="Times New Roman" w:cs="Times New Roman"/>
        </w:rPr>
        <w:t xml:space="preserve"> </w:t>
      </w:r>
      <w:r>
        <w:rPr>
          <w:rFonts w:ascii="MV Boli" w:hAnsi="MV Boli" w:eastAsia="MV Boli" w:cs="MV Boli"/>
        </w:rPr>
        <w:t>ޝަރުޙައެއް</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ކޮބާ</w:t>
      </w:r>
      <w:r>
        <w:rPr>
          <w:rFonts w:ascii="Times New Roman" w:hAnsi="Times New Roman" w:eastAsia="Times New Roman" w:cs="Times New Roman"/>
        </w:rPr>
        <w:t>؟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ކަމުން</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ތިންބައިކުޅަ</w:t>
      </w:r>
      <w:r>
        <w:rPr>
          <w:rFonts w:ascii="Times New Roman" w:hAnsi="Times New Roman" w:eastAsia="Times New Roman" w:cs="Times New Roman"/>
        </w:rPr>
        <w:t xml:space="preserve"> </w:t>
      </w:r>
      <w:r>
        <w:rPr>
          <w:rFonts w:ascii="MV Boli" w:hAnsi="MV Boli" w:eastAsia="MV Boli" w:cs="MV Boli"/>
        </w:rPr>
        <w:t>މަރުވިއެވެ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އަލިފާންނާއި</w:t>
      </w:r>
      <w:r>
        <w:rPr>
          <w:rFonts w:ascii="Times New Roman" w:hAnsi="Times New Roman" w:eastAsia="Times New Roman" w:cs="Times New Roman"/>
        </w:rPr>
        <w:t xml:space="preserve">، </w:t>
      </w:r>
      <w:r>
        <w:rPr>
          <w:rFonts w:ascii="MV Boli" w:hAnsi="MV Boli" w:eastAsia="MV Boli" w:cs="MV Boli"/>
        </w:rPr>
        <w:t>ދުނާއި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ސަލްފަރުން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ތަކެތި</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އަނގައިން</w:t>
      </w:r>
      <w:r>
        <w:rPr>
          <w:rFonts w:ascii="Times New Roman" w:hAnsi="Times New Roman" w:eastAsia="Times New Roman" w:cs="Times New Roman"/>
        </w:rPr>
        <w:t xml:space="preserve"> </w:t>
      </w:r>
      <w:r>
        <w:rPr>
          <w:rFonts w:ascii="MV Boli" w:hAnsi="MV Boli" w:eastAsia="MV Boli" w:cs="MV Boli"/>
        </w:rPr>
        <w:t>ނިކުންނަމުން</w:t>
      </w:r>
      <w:r>
        <w:rPr>
          <w:rFonts w:ascii="Times New Roman" w:hAnsi="Times New Roman" w:eastAsia="Times New Roman" w:cs="Times New Roman"/>
        </w:rPr>
        <w:t xml:space="preserve"> </w:t>
      </w:r>
      <w:r>
        <w:rPr>
          <w:rFonts w:ascii="MV Boli" w:hAnsi="MV Boli" w:eastAsia="MV Boli" w:cs="MV Boli"/>
        </w:rPr>
        <w:t>އައިސްފި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«ۋەرس 18. بۇ ئۈچ ئارقىلىق ئادەملەرنىڭ ئۈچتىن بىرى، ئۇلارنىڭ ئاغزىلىرىدىن چىققان ئوت، تۈتۈن ۋە گۈڭگۈرت بىلەن ئۆلتۈرۈلدى. 19. چۈنكى ئۇلارنىڭ كۈچى ئاغزىدا ۋە قۇيرۇقىدا ئىدى؛ زىرا قۇيرۇقلىرى يىلانلارغا ئوخشايتتى ۋە باشلىرى بار ئىدى، ۋە شۇلار بىلەن زىيان سالاتتى.»</w:t>
      </w:r>
    </w:p>
    <w:p>
      <w:pPr>
        <w:pStyle w:val="ArticleScripture"/>
        <w:jc w:val="left"/>
      </w:pPr>
      <w:r>
        <w:rPr>
          <w:rFonts w:ascii="Times New Roman" w:hAnsi="Times New Roman" w:eastAsia="Times New Roman" w:cs="Times New Roman"/>
        </w:rPr>
        <w:t>“Mi versículonan ta expresá e efekto mortal di e nobo manera di guera ku a wordu introducí. Tabata por medio di e agentenan akí,—pólbora, armamento di fuego, i kánon,—ku finalmente a dominá Konstantinòpel, i a entreg’é den man di e Turkonan.” Uriah Smith, Daniel and Revelation, 510–514.</w:t>
      </w:r>
    </w:p>
    <w:p>
      <w:pPr>
        <w:pStyle w:val="ArticleBody"/>
        <w:jc w:val="left"/>
      </w:pPr>
      <w:r>
        <w:rPr>
          <w:rFonts w:ascii="Times New Roman" w:hAnsi="Times New Roman" w:eastAsia="Times New Roman" w:cs="Times New Roman"/>
        </w:rPr>
        <w:t>Jichha qillqatanx kimsïr t’aqhisïwit yatxatäwimp sarantaskakiñäni.</w:t>
      </w:r>
    </w:p>
    <w:p>
      <w:pPr>
        <w:pStyle w:val="ArticleScripture"/>
        <w:jc w:val="left"/>
      </w:pPr>
      <w:r>
        <w:rPr>
          <w:rFonts w:ascii="Times New Roman" w:hAnsi="Times New Roman" w:eastAsia="Times New Roman" w:cs="Times New Roman"/>
        </w:rPr>
        <w:t>«ھەمىن كېچە ئۇيقۇمدىن ئويغىنىپ كەتتىم، زېھنىمگە زور بىر يۈك بېسىپ تۇراتتى. مەن قېرىنداشلىرىمىزغا ۋە ھەمشېرىلىرىمىزغا بىر ئۇچۇر يەتكۈزۈۋاتاتتىم، ۋە بۇ ئۇچۇر مۇقەددەس روھنى قوبۇل قىلىش ۋە ئۇنىڭ ئىنسانىي ۋاسىتىلەر ئارقىلىق ئىشلىشى ھەققىدە خاتا نەزەرىيىلەرنى تەشۋىق قىلىۋاتقان بەزى كىشىلەرنىڭ ئىشى توغرىسىدىكى ئاگاھلاندۇرۇش ۋە كۆرسەتمە ئۇچۇرى ئىدى.»</w:t>
      </w:r>
    </w:p>
    <w:p>
      <w:pPr>
        <w:pStyle w:val="ArticleScripture"/>
        <w:jc w:val="left"/>
      </w:pPr>
      <w:r>
        <w:rPr>
          <w:rFonts w:ascii="Times New Roman" w:hAnsi="Times New Roman" w:eastAsia="Times New Roman" w:cs="Times New Roman"/>
        </w:rPr>
        <w:t>“Ndzi leteriwile leswaku ku hiseka ngopfu ka muxaka lowu a hi vitaniwe ku hlangana na wona endzhaku ka ku hundza ka nkarhi hi 1844, a ku ta tlhela ku nghena exikarhi ka hina eminsukwini yo hetelela ya rungula, naswona leswaku hi fanele ku langutana ni vubihi lebyi hi ku tiyisisa loku fanaka sweswi hilaha hi byi langutaneke hakona eka mitokoto ya hina ya le masungulweni.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ကြီးမား၍</w:t>
      </w:r>
      <w:r>
        <w:rPr>
          <w:rFonts w:ascii="Times New Roman" w:hAnsi="Times New Roman" w:eastAsia="Times New Roman" w:cs="Times New Roman"/>
        </w:rPr>
        <w:t xml:space="preserve"> </w:t>
      </w:r>
      <w:r>
        <w:rPr>
          <w:rFonts w:ascii="Myanmar Text" w:hAnsi="Myanmar Text" w:eastAsia="Myanmar Text" w:cs="Myanmar Text"/>
        </w:rPr>
        <w:t>ဂုဏ်သိက္ခာကြီးသော</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တံခါးဝတွင်</w:t>
      </w:r>
      <w:r>
        <w:rPr>
          <w:rFonts w:ascii="Times New Roman" w:hAnsi="Times New Roman" w:eastAsia="Times New Roman" w:cs="Times New Roman"/>
        </w:rPr>
        <w:t xml:space="preserve"> </w:t>
      </w:r>
      <w:r>
        <w:rPr>
          <w:rFonts w:ascii="Myanmar Text" w:hAnsi="Myanmar Text" w:eastAsia="Myanmar Text" w:cs="Myanmar Text"/>
        </w:rPr>
        <w:t>ရပ်တည်လျက်ရှိကြသည်။</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ပြည့်စုံလျက်ရှိကြသည်။</w:t>
      </w:r>
      <w:r>
        <w:rPr>
          <w:rFonts w:ascii="Times New Roman" w:hAnsi="Times New Roman" w:eastAsia="Times New Roman" w:cs="Times New Roman"/>
        </w:rPr>
        <w:t xml:space="preserve"> </w:t>
      </w:r>
      <w:r>
        <w:rPr>
          <w:rFonts w:ascii="Myanmar Text" w:hAnsi="Myanmar Text" w:eastAsia="Myanmar Text" w:cs="Myanmar Text"/>
        </w:rPr>
        <w:t>ထူးဆန်း၍</w:t>
      </w:r>
      <w:r>
        <w:rPr>
          <w:rFonts w:ascii="Times New Roman" w:hAnsi="Times New Roman" w:eastAsia="Times New Roman" w:cs="Times New Roman"/>
        </w:rPr>
        <w:t xml:space="preserve"> </w:t>
      </w:r>
      <w:r>
        <w:rPr>
          <w:rFonts w:ascii="Myanmar Text" w:hAnsi="Myanmar Text" w:eastAsia="Myanmar Text" w:cs="Myanmar Text"/>
        </w:rPr>
        <w:t>အရေးပါသော</w:t>
      </w:r>
      <w:r>
        <w:rPr>
          <w:rFonts w:ascii="Times New Roman" w:hAnsi="Times New Roman" w:eastAsia="Times New Roman" w:cs="Times New Roman"/>
        </w:rPr>
        <w:t xml:space="preserve"> </w:t>
      </w:r>
      <w:r>
        <w:rPr>
          <w:rFonts w:ascii="Myanmar Text" w:hAnsi="Myanmar Text" w:eastAsia="Myanmar Text" w:cs="Myanmar Text"/>
        </w:rPr>
        <w:t>သမိုင်းဖြစ်ရပ်များကို</w:t>
      </w:r>
      <w:r>
        <w:rPr>
          <w:rFonts w:ascii="Times New Roman" w:hAnsi="Times New Roman" w:eastAsia="Times New Roman" w:cs="Times New Roman"/>
        </w:rPr>
        <w:t xml:space="preserve"> </w:t>
      </w:r>
      <w:r>
        <w:rPr>
          <w:rFonts w:ascii="Myanmar Text" w:hAnsi="Myanmar Text" w:eastAsia="Myanmar Text" w:cs="Myanmar Text"/>
        </w:rPr>
        <w:t>ကောင်းကင်စာအုပ်များ၌</w:t>
      </w:r>
      <w:r>
        <w:rPr>
          <w:rFonts w:ascii="Times New Roman" w:hAnsi="Times New Roman" w:eastAsia="Times New Roman" w:cs="Times New Roman"/>
        </w:rPr>
        <w:t xml:space="preserve"> </w:t>
      </w:r>
      <w:r>
        <w:rPr>
          <w:rFonts w:ascii="Myanmar Text" w:hAnsi="Myanmar Text" w:eastAsia="Myanmar Text" w:cs="Myanmar Text"/>
        </w:rPr>
        <w:t>မှတ်တမ်းတင်လျက်ရှိသည်</w:t>
      </w:r>
      <w:r>
        <w:rPr>
          <w:rFonts w:ascii="Times New Roman" w:hAnsi="Times New Roman" w:eastAsia="Times New Roman" w:cs="Times New Roman"/>
        </w:rPr>
        <w:t>—</w:t>
      </w:r>
      <w:r>
        <w:rPr>
          <w:rFonts w:ascii="Myanmar Text" w:hAnsi="Myanmar Text" w:eastAsia="Myanmar Text" w:cs="Myanmar Text"/>
        </w:rPr>
        <w:t>ထိုအဖြစ်အပျက်များသည်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ကြီးမြတ်သောနေ့တော်မတိုင်မီ</w:t>
      </w:r>
      <w:r>
        <w:rPr>
          <w:rFonts w:ascii="Times New Roman" w:hAnsi="Times New Roman" w:eastAsia="Times New Roman" w:cs="Times New Roman"/>
        </w:rPr>
        <w:t xml:space="preserve"> </w:t>
      </w:r>
      <w:r>
        <w:rPr>
          <w:rFonts w:ascii="Myanmar Text" w:hAnsi="Myanmar Text" w:eastAsia="Myanmar Text" w:cs="Myanmar Text"/>
        </w:rPr>
        <w:t>မကြာမီဖြစ်ပေါ်မည်ဟု</w:t>
      </w:r>
      <w:r>
        <w:rPr>
          <w:rFonts w:ascii="Times New Roman" w:hAnsi="Times New Roman" w:eastAsia="Times New Roman" w:cs="Times New Roman"/>
        </w:rPr>
        <w:t xml:space="preserve"> </w:t>
      </w:r>
      <w:r>
        <w:rPr>
          <w:rFonts w:ascii="Myanmar Text" w:hAnsi="Myanmar Text" w:eastAsia="Myanmar Text" w:cs="Myanmar Text"/>
        </w:rPr>
        <w:t>ကြေညာထားခဲ့သော</w:t>
      </w:r>
      <w:r>
        <w:rPr>
          <w:rFonts w:ascii="Times New Roman" w:hAnsi="Times New Roman" w:eastAsia="Times New Roman" w:cs="Times New Roman"/>
        </w:rPr>
        <w:t xml:space="preserve"> </w:t>
      </w:r>
      <w:r>
        <w:rPr>
          <w:rFonts w:ascii="Myanmar Text" w:hAnsi="Myanmar Text" w:eastAsia="Myanmar Text" w:cs="Myanmar Text"/>
        </w:rPr>
        <w:t>အရာများဖြစ်ကြသည်။</w:t>
      </w:r>
      <w:r>
        <w:rPr>
          <w:rFonts w:ascii="Times New Roman" w:hAnsi="Times New Roman" w:eastAsia="Times New Roman" w:cs="Times New Roman"/>
        </w:rPr>
        <w:t xml:space="preserve"> </w:t>
      </w:r>
      <w:r>
        <w:rPr>
          <w:rFonts w:ascii="Myanmar Text" w:hAnsi="Myanmar Text" w:eastAsia="Myanmar Text" w:cs="Myanmar Text"/>
        </w:rPr>
        <w:t>လောက၌ရှိသမျှအရာအားလုံးသည်</w:t>
      </w:r>
      <w:r>
        <w:rPr>
          <w:rFonts w:ascii="Times New Roman" w:hAnsi="Times New Roman" w:eastAsia="Times New Roman" w:cs="Times New Roman"/>
        </w:rPr>
        <w:t xml:space="preserve"> </w:t>
      </w:r>
      <w:r>
        <w:rPr>
          <w:rFonts w:ascii="Myanmar Text" w:hAnsi="Myanmar Text" w:eastAsia="Myanmar Text" w:cs="Myanmar Text"/>
        </w:rPr>
        <w:t>မတည်ငြိမ်သော</w:t>
      </w:r>
      <w:r>
        <w:rPr>
          <w:rFonts w:ascii="Times New Roman" w:hAnsi="Times New Roman" w:eastAsia="Times New Roman" w:cs="Times New Roman"/>
        </w:rPr>
        <w:t xml:space="preserve"> </w:t>
      </w:r>
      <w:r>
        <w:rPr>
          <w:rFonts w:ascii="Myanmar Text" w:hAnsi="Myanmar Text" w:eastAsia="Myanmar Text" w:cs="Myanmar Text"/>
        </w:rPr>
        <w:t>အခြေအနေ၌</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လူမျိုးများသည်</w:t>
      </w:r>
      <w:r>
        <w:rPr>
          <w:rFonts w:ascii="Times New Roman" w:hAnsi="Times New Roman" w:eastAsia="Times New Roman" w:cs="Times New Roman"/>
        </w:rPr>
        <w:t xml:space="preserve"> </w:t>
      </w:r>
      <w:r>
        <w:rPr>
          <w:rFonts w:ascii="Myanmar Text" w:hAnsi="Myanmar Text" w:eastAsia="Myanmar Text" w:cs="Myanmar Text"/>
        </w:rPr>
        <w:t>ဒေါသထွက်လျက်ရှိကြပြီး၊</w:t>
      </w:r>
      <w:r>
        <w:rPr>
          <w:rFonts w:ascii="Times New Roman" w:hAnsi="Times New Roman" w:eastAsia="Times New Roman" w:cs="Times New Roman"/>
        </w:rPr>
        <w:t xml:space="preserve"> </w:t>
      </w:r>
      <w:r>
        <w:rPr>
          <w:rFonts w:ascii="Myanmar Text" w:hAnsi="Myanmar Text" w:eastAsia="Myanmar Text" w:cs="Myanmar Text"/>
        </w:rPr>
        <w:t>စစ်ပွဲအတွက်</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ပြင်ဆင်မှုများကို</w:t>
      </w:r>
      <w:r>
        <w:rPr>
          <w:rFonts w:ascii="Times New Roman" w:hAnsi="Times New Roman" w:eastAsia="Times New Roman" w:cs="Times New Roman"/>
        </w:rPr>
        <w:t xml:space="preserve"> </w:t>
      </w:r>
      <w:r>
        <w:rPr>
          <w:rFonts w:ascii="Myanmar Text" w:hAnsi="Myanmar Text" w:eastAsia="Myanmar Text" w:cs="Myanmar Text"/>
        </w:rPr>
        <w:t>ပြုလုပ်လျက်ရှိကြသည်။</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လူမျိုးတစ်မျိုးကို</w:t>
      </w:r>
      <w:r>
        <w:rPr>
          <w:rFonts w:ascii="Times New Roman" w:hAnsi="Times New Roman" w:eastAsia="Times New Roman" w:cs="Times New Roman"/>
        </w:rPr>
        <w:t xml:space="preserve"> </w:t>
      </w:r>
      <w:r>
        <w:rPr>
          <w:rFonts w:ascii="Myanmar Text" w:hAnsi="Myanmar Text" w:eastAsia="Myanmar Text" w:cs="Myanmar Text"/>
        </w:rPr>
        <w:t>ဆန့်ကျင်ရန်</w:t>
      </w:r>
      <w:r>
        <w:rPr>
          <w:rFonts w:ascii="Times New Roman" w:hAnsi="Times New Roman" w:eastAsia="Times New Roman" w:cs="Times New Roman"/>
        </w:rPr>
        <w:t xml:space="preserve"> </w:t>
      </w:r>
      <w:r>
        <w:rPr>
          <w:rFonts w:ascii="Myanmar Text" w:hAnsi="Myanmar Text" w:eastAsia="Myanmar Text" w:cs="Myanmar Text"/>
        </w:rPr>
        <w:t>ကြံစည်လျက်ရှိသကဲ့သို့၊</w:t>
      </w:r>
      <w:r>
        <w:rPr>
          <w:rFonts w:ascii="Times New Roman" w:hAnsi="Times New Roman" w:eastAsia="Times New Roman" w:cs="Times New Roman"/>
        </w:rPr>
        <w:t xml:space="preserve"> </w:t>
      </w:r>
      <w:r>
        <w:rPr>
          <w:rFonts w:ascii="Myanmar Text" w:hAnsi="Myanmar Text" w:eastAsia="Myanmar Text" w:cs="Myanmar Text"/>
        </w:rPr>
        <w:t>နိုင်ငံတော်သည်လည်း</w:t>
      </w:r>
      <w:r>
        <w:rPr>
          <w:rFonts w:ascii="Times New Roman" w:hAnsi="Times New Roman" w:eastAsia="Times New Roman" w:cs="Times New Roman"/>
        </w:rPr>
        <w:t xml:space="preserve"> </w:t>
      </w:r>
      <w:r>
        <w:rPr>
          <w:rFonts w:ascii="Myanmar Text" w:hAnsi="Myanmar Text" w:eastAsia="Myanmar Text" w:cs="Myanmar Text"/>
        </w:rPr>
        <w:t>နိုင်ငံတော်တစ်ခုကို</w:t>
      </w:r>
      <w:r>
        <w:rPr>
          <w:rFonts w:ascii="Times New Roman" w:hAnsi="Times New Roman" w:eastAsia="Times New Roman" w:cs="Times New Roman"/>
        </w:rPr>
        <w:t xml:space="preserve"> </w:t>
      </w:r>
      <w:r>
        <w:rPr>
          <w:rFonts w:ascii="Myanmar Text" w:hAnsi="Myanmar Text" w:eastAsia="Myanmar Text" w:cs="Myanmar Text"/>
        </w:rPr>
        <w:t>ဆန့်ကျင်ရန်</w:t>
      </w:r>
      <w:r>
        <w:rPr>
          <w:rFonts w:ascii="Times New Roman" w:hAnsi="Times New Roman" w:eastAsia="Times New Roman" w:cs="Times New Roman"/>
        </w:rPr>
        <w:t xml:space="preserve"> </w:t>
      </w:r>
      <w:r>
        <w:rPr>
          <w:rFonts w:ascii="Myanmar Text" w:hAnsi="Myanmar Text" w:eastAsia="Myanmar Text" w:cs="Myanmar Text"/>
        </w:rPr>
        <w:t>ကြံစည်လျက်ရှိသည်။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ကြီးမြတ်သောနေ့တော်သည်</w:t>
      </w:r>
      <w:r>
        <w:rPr>
          <w:rFonts w:ascii="Times New Roman" w:hAnsi="Times New Roman" w:eastAsia="Times New Roman" w:cs="Times New Roman"/>
        </w:rPr>
        <w:t xml:space="preserve"> </w:t>
      </w:r>
      <w:r>
        <w:rPr>
          <w:rFonts w:ascii="Myanmar Text" w:hAnsi="Myanmar Text" w:eastAsia="Myanmar Text" w:cs="Myanmar Text"/>
        </w:rPr>
        <w:t>အလွန်လျင်မြန်စွာ</w:t>
      </w:r>
      <w:r>
        <w:rPr>
          <w:rFonts w:ascii="Times New Roman" w:hAnsi="Times New Roman" w:eastAsia="Times New Roman" w:cs="Times New Roman"/>
        </w:rPr>
        <w:t xml:space="preserve"> </w:t>
      </w:r>
      <w:r>
        <w:rPr>
          <w:rFonts w:ascii="Myanmar Text" w:hAnsi="Myanmar Text" w:eastAsia="Myanmar Text" w:cs="Myanmar Text"/>
        </w:rPr>
        <w:t>နီးကပ်လာလျက်ရှိသည်။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လူမျိုးများသည်</w:t>
      </w:r>
      <w:r>
        <w:rPr>
          <w:rFonts w:ascii="Times New Roman" w:hAnsi="Times New Roman" w:eastAsia="Times New Roman" w:cs="Times New Roman"/>
        </w:rPr>
        <w:t xml:space="preserve"> </w:t>
      </w:r>
      <w:r>
        <w:rPr>
          <w:rFonts w:ascii="Myanmar Text" w:hAnsi="Myanmar Text" w:eastAsia="Myanmar Text" w:cs="Myanmar Text"/>
        </w:rPr>
        <w:t>စစ်ပွဲနှင့်</w:t>
      </w:r>
      <w:r>
        <w:rPr>
          <w:rFonts w:ascii="Times New Roman" w:hAnsi="Times New Roman" w:eastAsia="Times New Roman" w:cs="Times New Roman"/>
        </w:rPr>
        <w:t xml:space="preserve"> </w:t>
      </w:r>
      <w:r>
        <w:rPr>
          <w:rFonts w:ascii="Myanmar Text" w:hAnsi="Myanmar Text" w:eastAsia="Myanmar Text" w:cs="Myanmar Text"/>
        </w:rPr>
        <w:t>သွေးသွန်မှုအတွက်</w:t>
      </w:r>
      <w:r>
        <w:rPr>
          <w:rFonts w:ascii="Times New Roman" w:hAnsi="Times New Roman" w:eastAsia="Times New Roman" w:cs="Times New Roman"/>
        </w:rPr>
        <w:t xml:space="preserve"> </w:t>
      </w:r>
      <w:r>
        <w:rPr>
          <w:rFonts w:ascii="Myanmar Text" w:hAnsi="Myanmar Text" w:eastAsia="Myanmar Text" w:cs="Myanmar Text"/>
        </w:rPr>
        <w:t>မိမိတို့၏အင်အားများကို</w:t>
      </w:r>
      <w:r>
        <w:rPr>
          <w:rFonts w:ascii="Times New Roman" w:hAnsi="Times New Roman" w:eastAsia="Times New Roman" w:cs="Times New Roman"/>
        </w:rPr>
        <w:t xml:space="preserve"> </w:t>
      </w:r>
      <w:r>
        <w:rPr>
          <w:rFonts w:ascii="Myanmar Text" w:hAnsi="Myanmar Text" w:eastAsia="Myanmar Text" w:cs="Myanmar Text"/>
        </w:rPr>
        <w:t>စုစည်းလျက်ရှိကြသော်လည်း၊</w:t>
      </w:r>
      <w:r>
        <w:rPr>
          <w:rFonts w:ascii="Times New Roman" w:hAnsi="Times New Roman" w:eastAsia="Times New Roman" w:cs="Times New Roman"/>
        </w:rPr>
        <w:t xml:space="preserve"> </w:t>
      </w:r>
      <w:r>
        <w:rPr>
          <w:rFonts w:ascii="Myanmar Text" w:hAnsi="Myanmar Text" w:eastAsia="Myanmar Text" w:cs="Myanmar Text"/>
        </w:rPr>
        <w:t>ကောင်းကင်တမန်များအား</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အမိန့်တော်မှာ</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အကျုံးဝင်လျက်ရှိသည်၊</w:t>
      </w:r>
      <w:r>
        <w:rPr>
          <w:rFonts w:ascii="Times New Roman" w:hAnsi="Times New Roman" w:eastAsia="Times New Roman" w:cs="Times New Roman"/>
        </w:rPr>
        <w:t xml:space="preserve"> </w:t>
      </w:r>
      <w:r>
        <w:rPr>
          <w:rFonts w:ascii="Myanmar Text" w:hAnsi="Myanmar Text" w:eastAsia="Myanmar Text" w:cs="Myanmar Text"/>
        </w:rPr>
        <w:t>ထိုအမိန့်တော်မှာ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အမှုတော်ဆောင်များ၏</w:t>
      </w:r>
      <w:r>
        <w:rPr>
          <w:rFonts w:ascii="Times New Roman" w:hAnsi="Times New Roman" w:eastAsia="Times New Roman" w:cs="Times New Roman"/>
        </w:rPr>
        <w:t xml:space="preserve"> </w:t>
      </w:r>
      <w:r>
        <w:rPr>
          <w:rFonts w:ascii="Myanmar Text" w:hAnsi="Myanmar Text" w:eastAsia="Myanmar Text" w:cs="Myanmar Text"/>
        </w:rPr>
        <w:t>နဖူးများပေါ်တွင်</w:t>
      </w:r>
      <w:r>
        <w:rPr>
          <w:rFonts w:ascii="Times New Roman" w:hAnsi="Times New Roman" w:eastAsia="Times New Roman" w:cs="Times New Roman"/>
        </w:rPr>
        <w:t xml:space="preserve"> </w:t>
      </w:r>
      <w:r>
        <w:rPr>
          <w:rFonts w:ascii="Myanmar Text" w:hAnsi="Myanmar Text" w:eastAsia="Myanmar Text" w:cs="Myanmar Text"/>
        </w:rPr>
        <w:t>တံဆိပ်ခတ်ခြင်း</w:t>
      </w:r>
      <w:r>
        <w:rPr>
          <w:rFonts w:ascii="Times New Roman" w:hAnsi="Times New Roman" w:eastAsia="Times New Roman" w:cs="Times New Roman"/>
        </w:rPr>
        <w:t xml:space="preserve"> </w:t>
      </w:r>
      <w:r>
        <w:rPr>
          <w:rFonts w:ascii="Myanmar Text" w:hAnsi="Myanmar Text" w:eastAsia="Myanmar Text" w:cs="Myanmar Text"/>
        </w:rPr>
        <w:t>မပြုမီအထိ</w:t>
      </w:r>
      <w:r>
        <w:rPr>
          <w:rFonts w:ascii="Times New Roman" w:hAnsi="Times New Roman" w:eastAsia="Times New Roman" w:cs="Times New Roman"/>
        </w:rPr>
        <w:t xml:space="preserve"> </w:t>
      </w:r>
      <w:r>
        <w:rPr>
          <w:rFonts w:ascii="Myanmar Text" w:hAnsi="Myanmar Text" w:eastAsia="Myanmar Text" w:cs="Myanmar Text"/>
        </w:rPr>
        <w:t>လေကြီးလေးပါးကို</w:t>
      </w:r>
      <w:r>
        <w:rPr>
          <w:rFonts w:ascii="Times New Roman" w:hAnsi="Times New Roman" w:eastAsia="Times New Roman" w:cs="Times New Roman"/>
        </w:rPr>
        <w:t xml:space="preserve"> </w:t>
      </w:r>
      <w:r>
        <w:rPr>
          <w:rFonts w:ascii="Myanmar Text" w:hAnsi="Myanmar Text" w:eastAsia="Myanmar Text" w:cs="Myanmar Text"/>
        </w:rPr>
        <w:t>ထိန်းထားကြရန်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Нӯҳум</dc:title>
  <dc:subject>Ych'anaq ri Oxi' Ruk'amonel ri Q'ijb'al Tzij: Ri Q'ijb'al Ruk'uxal rech ri Apocalipsis, Ruwach'ulew Belej, xuquje' ri K'ak'aq K'exb'al K'aslemal rech waqib' q'ij</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