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تَتْنِخِيḍ ن دانيال - مية وتمانتاش</w:t>
      </w:r>
    </w:p>
    <w:p>
      <w:pPr>
        <w:pStyle w:val="ArticleSubtitle"/>
        <w:jc w:val="left"/>
      </w:pPr>
      <w:r>
        <w:rPr>
          <w:rFonts w:ascii="Arial" w:hAnsi="Arial" w:eastAsia="Arial" w:cs="Arial"/>
        </w:rPr>
        <w:t>Yerusaləmə Qumanda Profətikə: Təsvir Səmvolikə hədisat axir-zamanı</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2024-03-05</w:t>
      </w:r>
    </w:p>
    <w:p>
      <w:pPr>
        <w:pStyle w:val="ArticleBody"/>
        <w:jc w:val="left"/>
      </w:pPr>
      <w:r>
        <w:rPr>
          <w:rFonts w:ascii="Times New Roman" w:hAnsi="Times New Roman" w:eastAsia="Times New Roman" w:cs="Times New Roman"/>
        </w:rPr>
        <w:t>Saba’ wataata dinniinkii ka 63 ilaa sanadka 70, oo uu ku dhawaaqay ninkii “kor iyo hoos ugu socon jiray jidadka Yeruusaalem, isagoo ku dhawaaqaya hoogagga ku soo degi lahaa magaalada,” waxa hore loogu sii tusay digniintii Yeruusaalem loo siiyey saddex sano iyo badh—marka hore adeegiddii Masiixa, dabadeedna saddex sano iyo badh adeegiddii xertii. Maqaallo hore ayaa durba caddeeyey in burburinta Yeruusaalem ay dhici kari lahayd iskutallaabta dusheeda, ama goor dambe markii Istefanos la dhagxiyey, hase ahaatee dulqaadashada dheer ee Ilaah ayaa dib u dhigtay xukunkiisii magaalada iyo dadka.</w:t>
      </w:r>
    </w:p>
    <w:p>
      <w:pPr>
        <w:pStyle w:val="ArticleScripture"/>
        <w:jc w:val="left"/>
      </w:pPr>
      <w:r>
        <w:rPr>
          <w:rFonts w:ascii="Times New Roman" w:hAnsi="Times New Roman" w:eastAsia="Times New Roman" w:cs="Times New Roman"/>
        </w:rPr>
        <w:t>“</w:t>
      </w:r>
      <w:r>
        <w:rPr>
          <w:rFonts w:ascii="Nirmala UI" w:hAnsi="Nirmala UI" w:eastAsia="Nirmala UI" w:cs="Nirmala UI"/>
        </w:rPr>
        <w:t>উজে</w:t>
      </w:r>
      <w:r>
        <w:rPr>
          <w:rFonts w:ascii="Times New Roman" w:hAnsi="Times New Roman" w:eastAsia="Times New Roman" w:cs="Times New Roman"/>
        </w:rPr>
        <w:t xml:space="preserve"> ‘</w:t>
      </w:r>
      <w:r>
        <w:rPr>
          <w:rFonts w:ascii="Nirmala UI" w:hAnsi="Nirmala UI" w:eastAsia="Nirmala UI" w:cs="Nirmala UI"/>
        </w:rPr>
        <w:t>যাহাৰ</w:t>
      </w:r>
      <w:r>
        <w:rPr>
          <w:rFonts w:ascii="Times New Roman" w:hAnsi="Times New Roman" w:eastAsia="Times New Roman" w:cs="Times New Roman"/>
        </w:rPr>
        <w:t xml:space="preserve"> </w:t>
      </w:r>
      <w:r>
        <w:rPr>
          <w:rFonts w:ascii="Nirmala UI" w:hAnsi="Nirmala UI" w:eastAsia="Nirmala UI" w:cs="Nirmala UI"/>
        </w:rPr>
        <w:t>ওপৰত</w:t>
      </w:r>
      <w:r>
        <w:rPr>
          <w:rFonts w:ascii="Times New Roman" w:hAnsi="Times New Roman" w:eastAsia="Times New Roman" w:cs="Times New Roman"/>
        </w:rPr>
        <w:t xml:space="preserve"> </w:t>
      </w:r>
      <w:r>
        <w:rPr>
          <w:rFonts w:ascii="Nirmala UI" w:hAnsi="Nirmala UI" w:eastAsia="Nirmala UI" w:cs="Nirmala UI"/>
        </w:rPr>
        <w:t>ই</w:t>
      </w:r>
      <w:r>
        <w:rPr>
          <w:rFonts w:ascii="Times New Roman" w:hAnsi="Times New Roman" w:eastAsia="Times New Roman" w:cs="Times New Roman"/>
        </w:rPr>
        <w:t xml:space="preserve"> </w:t>
      </w:r>
      <w:r>
        <w:rPr>
          <w:rFonts w:ascii="Nirmala UI" w:hAnsi="Nirmala UI" w:eastAsia="Nirmala UI" w:cs="Nirmala UI"/>
        </w:rPr>
        <w:t>পৰিব</w:t>
      </w:r>
      <w:r>
        <w:rPr>
          <w:rFonts w:ascii="Times New Roman" w:hAnsi="Times New Roman" w:eastAsia="Times New Roman" w:cs="Times New Roman"/>
        </w:rPr>
        <w:t xml:space="preserve">, </w:t>
      </w:r>
      <w:r>
        <w:rPr>
          <w:rFonts w:ascii="Nirmala UI" w:hAnsi="Nirmala UI" w:eastAsia="Nirmala UI" w:cs="Nirmala UI"/>
        </w:rPr>
        <w:t>তাক</w:t>
      </w:r>
      <w:r>
        <w:rPr>
          <w:rFonts w:ascii="Times New Roman" w:hAnsi="Times New Roman" w:eastAsia="Times New Roman" w:cs="Times New Roman"/>
        </w:rPr>
        <w:t xml:space="preserve"> </w:t>
      </w:r>
      <w:r>
        <w:rPr>
          <w:rFonts w:ascii="Nirmala UI" w:hAnsi="Nirmala UI" w:eastAsia="Nirmala UI" w:cs="Nirmala UI"/>
        </w:rPr>
        <w:t>ই</w:t>
      </w:r>
      <w:r>
        <w:rPr>
          <w:rFonts w:ascii="Times New Roman" w:hAnsi="Times New Roman" w:eastAsia="Times New Roman" w:cs="Times New Roman"/>
        </w:rPr>
        <w:t xml:space="preserve"> </w:t>
      </w:r>
      <w:r>
        <w:rPr>
          <w:rFonts w:ascii="Nirmala UI" w:hAnsi="Nirmala UI" w:eastAsia="Nirmala UI" w:cs="Nirmala UI"/>
        </w:rPr>
        <w:t>গুৰি</w:t>
      </w:r>
      <w:r>
        <w:rPr>
          <w:rFonts w:ascii="Times New Roman" w:hAnsi="Times New Roman" w:eastAsia="Times New Roman" w:cs="Times New Roman"/>
        </w:rPr>
        <w:t xml:space="preserve"> </w:t>
      </w:r>
      <w:r>
        <w:rPr>
          <w:rFonts w:ascii="Nirmala UI" w:hAnsi="Nirmala UI" w:eastAsia="Nirmala UI" w:cs="Nirmala UI"/>
        </w:rPr>
        <w:t>গুৰি</w:t>
      </w:r>
      <w:r>
        <w:rPr>
          <w:rFonts w:ascii="Times New Roman" w:hAnsi="Times New Roman" w:eastAsia="Times New Roman" w:cs="Times New Roman"/>
        </w:rPr>
        <w:t xml:space="preserve"> </w:t>
      </w:r>
      <w:r>
        <w:rPr>
          <w:rFonts w:ascii="Nirmala UI" w:hAnsi="Nirmala UI" w:eastAsia="Nirmala UI" w:cs="Nirmala UI"/>
        </w:rPr>
        <w:t>কৰি</w:t>
      </w:r>
      <w:r>
        <w:rPr>
          <w:rFonts w:ascii="Times New Roman" w:hAnsi="Times New Roman" w:eastAsia="Times New Roman" w:cs="Times New Roman"/>
        </w:rPr>
        <w:t xml:space="preserve"> </w:t>
      </w:r>
      <w:r>
        <w:rPr>
          <w:rFonts w:ascii="Nirmala UI" w:hAnsi="Nirmala UI" w:eastAsia="Nirmala UI" w:cs="Nirmala UI"/>
        </w:rPr>
        <w:t>পেলাব।</w:t>
      </w:r>
      <w:r>
        <w:rPr>
          <w:rFonts w:ascii="Times New Roman" w:hAnsi="Times New Roman" w:eastAsia="Times New Roman" w:cs="Times New Roman"/>
        </w:rPr>
        <w:t xml:space="preserve">’ </w:t>
      </w:r>
      <w:r>
        <w:rPr>
          <w:rFonts w:ascii="Nirmala UI" w:hAnsi="Nirmala UI" w:eastAsia="Nirmala UI" w:cs="Nirmala UI"/>
        </w:rPr>
        <w:t>খ্ৰীষ্টক</w:t>
      </w:r>
      <w:r>
        <w:rPr>
          <w:rFonts w:ascii="Times New Roman" w:hAnsi="Times New Roman" w:eastAsia="Times New Roman" w:cs="Times New Roman"/>
        </w:rPr>
        <w:t xml:space="preserve"> </w:t>
      </w:r>
      <w:r>
        <w:rPr>
          <w:rFonts w:ascii="Nirmala UI" w:hAnsi="Nirmala UI" w:eastAsia="Nirmala UI" w:cs="Nirmala UI"/>
        </w:rPr>
        <w:t>অগ্ৰাহ্য</w:t>
      </w:r>
      <w:r>
        <w:rPr>
          <w:rFonts w:ascii="Times New Roman" w:hAnsi="Times New Roman" w:eastAsia="Times New Roman" w:cs="Times New Roman"/>
        </w:rPr>
        <w:t xml:space="preserve"> </w:t>
      </w:r>
      <w:r>
        <w:rPr>
          <w:rFonts w:ascii="Nirmala UI" w:hAnsi="Nirmala UI" w:eastAsia="Nirmala UI" w:cs="Nirmala UI"/>
        </w:rPr>
        <w:t>কৰা</w:t>
      </w:r>
      <w:r>
        <w:rPr>
          <w:rFonts w:ascii="Times New Roman" w:hAnsi="Times New Roman" w:eastAsia="Times New Roman" w:cs="Times New Roman"/>
        </w:rPr>
        <w:t xml:space="preserve"> </w:t>
      </w:r>
      <w:r>
        <w:rPr>
          <w:rFonts w:ascii="Nirmala UI" w:hAnsi="Nirmala UI" w:eastAsia="Nirmala UI" w:cs="Nirmala UI"/>
        </w:rPr>
        <w:t>লোকসকলে</w:t>
      </w:r>
      <w:r>
        <w:rPr>
          <w:rFonts w:ascii="Times New Roman" w:hAnsi="Times New Roman" w:eastAsia="Times New Roman" w:cs="Times New Roman"/>
        </w:rPr>
        <w:t xml:space="preserve"> </w:t>
      </w:r>
      <w:r>
        <w:rPr>
          <w:rFonts w:ascii="Nirmala UI" w:hAnsi="Nirmala UI" w:eastAsia="Nirmala UI" w:cs="Nirmala UI"/>
        </w:rPr>
        <w:t>শীঘ্ৰেই</w:t>
      </w:r>
      <w:r>
        <w:rPr>
          <w:rFonts w:ascii="Times New Roman" w:hAnsi="Times New Roman" w:eastAsia="Times New Roman" w:cs="Times New Roman"/>
        </w:rPr>
        <w:t xml:space="preserve"> </w:t>
      </w:r>
      <w:r>
        <w:rPr>
          <w:rFonts w:ascii="Nirmala UI" w:hAnsi="Nirmala UI" w:eastAsia="Nirmala UI" w:cs="Nirmala UI"/>
        </w:rPr>
        <w:t>নিজৰ</w:t>
      </w:r>
      <w:r>
        <w:rPr>
          <w:rFonts w:ascii="Times New Roman" w:hAnsi="Times New Roman" w:eastAsia="Times New Roman" w:cs="Times New Roman"/>
        </w:rPr>
        <w:t xml:space="preserve"> </w:t>
      </w:r>
      <w:r>
        <w:rPr>
          <w:rFonts w:ascii="Nirmala UI" w:hAnsi="Nirmala UI" w:eastAsia="Nirmala UI" w:cs="Nirmala UI"/>
        </w:rPr>
        <w:t>নগৰ</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নিজৰ</w:t>
      </w:r>
      <w:r>
        <w:rPr>
          <w:rFonts w:ascii="Times New Roman" w:hAnsi="Times New Roman" w:eastAsia="Times New Roman" w:cs="Times New Roman"/>
        </w:rPr>
        <w:t xml:space="preserve"> </w:t>
      </w:r>
      <w:r>
        <w:rPr>
          <w:rFonts w:ascii="Nirmala UI" w:hAnsi="Nirmala UI" w:eastAsia="Nirmala UI" w:cs="Nirmala UI"/>
        </w:rPr>
        <w:t>জাতিৰ</w:t>
      </w:r>
      <w:r>
        <w:rPr>
          <w:rFonts w:ascii="Times New Roman" w:hAnsi="Times New Roman" w:eastAsia="Times New Roman" w:cs="Times New Roman"/>
        </w:rPr>
        <w:t xml:space="preserve"> </w:t>
      </w:r>
      <w:r>
        <w:rPr>
          <w:rFonts w:ascii="Nirmala UI" w:hAnsi="Nirmala UI" w:eastAsia="Nirmala UI" w:cs="Nirmala UI"/>
        </w:rPr>
        <w:t>বিনাশ</w:t>
      </w:r>
      <w:r>
        <w:rPr>
          <w:rFonts w:ascii="Times New Roman" w:hAnsi="Times New Roman" w:eastAsia="Times New Roman" w:cs="Times New Roman"/>
        </w:rPr>
        <w:t xml:space="preserve"> </w:t>
      </w:r>
      <w:r>
        <w:rPr>
          <w:rFonts w:ascii="Nirmala UI" w:hAnsi="Nirmala UI" w:eastAsia="Nirmala UI" w:cs="Nirmala UI"/>
        </w:rPr>
        <w:t>দেখা</w:t>
      </w:r>
      <w:r>
        <w:rPr>
          <w:rFonts w:ascii="Times New Roman" w:hAnsi="Times New Roman" w:eastAsia="Times New Roman" w:cs="Times New Roman"/>
        </w:rPr>
        <w:t xml:space="preserve"> </w:t>
      </w:r>
      <w:r>
        <w:rPr>
          <w:rFonts w:ascii="Nirmala UI" w:hAnsi="Nirmala UI" w:eastAsia="Nirmala UI" w:cs="Nirmala UI"/>
        </w:rPr>
        <w:t>পাবলগীয়া</w:t>
      </w:r>
      <w:r>
        <w:rPr>
          <w:rFonts w:ascii="Times New Roman" w:hAnsi="Times New Roman" w:eastAsia="Times New Roman" w:cs="Times New Roman"/>
        </w:rPr>
        <w:t xml:space="preserve"> </w:t>
      </w:r>
      <w:r>
        <w:rPr>
          <w:rFonts w:ascii="Nirmala UI" w:hAnsi="Nirmala UI" w:eastAsia="Nirmala UI" w:cs="Nirmala UI"/>
        </w:rPr>
        <w:t>আছিল।</w:t>
      </w:r>
      <w:r>
        <w:rPr>
          <w:rFonts w:ascii="Times New Roman" w:hAnsi="Times New Roman" w:eastAsia="Times New Roman" w:cs="Times New Roman"/>
        </w:rPr>
        <w:t xml:space="preserve"> </w:t>
      </w:r>
      <w:r>
        <w:rPr>
          <w:rFonts w:ascii="Nirmala UI" w:hAnsi="Nirmala UI" w:eastAsia="Nirmala UI" w:cs="Nirmala UI"/>
        </w:rPr>
        <w:t>তেওঁলোকৰ</w:t>
      </w:r>
      <w:r>
        <w:rPr>
          <w:rFonts w:ascii="Times New Roman" w:hAnsi="Times New Roman" w:eastAsia="Times New Roman" w:cs="Times New Roman"/>
        </w:rPr>
        <w:t xml:space="preserve"> </w:t>
      </w:r>
      <w:r>
        <w:rPr>
          <w:rFonts w:ascii="Nirmala UI" w:hAnsi="Nirmala UI" w:eastAsia="Nirmala UI" w:cs="Nirmala UI"/>
        </w:rPr>
        <w:t>মহিমা</w:t>
      </w:r>
      <w:r>
        <w:rPr>
          <w:rFonts w:ascii="Times New Roman" w:hAnsi="Times New Roman" w:eastAsia="Times New Roman" w:cs="Times New Roman"/>
        </w:rPr>
        <w:t xml:space="preserve"> </w:t>
      </w:r>
      <w:r>
        <w:rPr>
          <w:rFonts w:ascii="Nirmala UI" w:hAnsi="Nirmala UI" w:eastAsia="Nirmala UI" w:cs="Nirmala UI"/>
        </w:rPr>
        <w:t>ভঙি</w:t>
      </w:r>
      <w:r>
        <w:rPr>
          <w:rFonts w:ascii="Times New Roman" w:hAnsi="Times New Roman" w:eastAsia="Times New Roman" w:cs="Times New Roman"/>
        </w:rPr>
        <w:t xml:space="preserve"> </w:t>
      </w:r>
      <w:r>
        <w:rPr>
          <w:rFonts w:ascii="Nirmala UI" w:hAnsi="Nirmala UI" w:eastAsia="Nirmala UI" w:cs="Nirmala UI"/>
        </w:rPr>
        <w:t>চূৰমাৰ</w:t>
      </w:r>
      <w:r>
        <w:rPr>
          <w:rFonts w:ascii="Times New Roman" w:hAnsi="Times New Roman" w:eastAsia="Times New Roman" w:cs="Times New Roman"/>
        </w:rPr>
        <w:t xml:space="preserve"> </w:t>
      </w:r>
      <w:r>
        <w:rPr>
          <w:rFonts w:ascii="Nirmala UI" w:hAnsi="Nirmala UI" w:eastAsia="Nirmala UI" w:cs="Nirmala UI"/>
        </w:rPr>
        <w:t>হৈ</w:t>
      </w:r>
      <w:r>
        <w:rPr>
          <w:rFonts w:ascii="Times New Roman" w:hAnsi="Times New Roman" w:eastAsia="Times New Roman" w:cs="Times New Roman"/>
        </w:rPr>
        <w:t xml:space="preserve">, </w:t>
      </w:r>
      <w:r>
        <w:rPr>
          <w:rFonts w:ascii="Nirmala UI" w:hAnsi="Nirmala UI" w:eastAsia="Nirmala UI" w:cs="Nirmala UI"/>
        </w:rPr>
        <w:t>বতাহৰ</w:t>
      </w:r>
      <w:r>
        <w:rPr>
          <w:rFonts w:ascii="Times New Roman" w:hAnsi="Times New Roman" w:eastAsia="Times New Roman" w:cs="Times New Roman"/>
        </w:rPr>
        <w:t xml:space="preserve"> </w:t>
      </w:r>
      <w:r>
        <w:rPr>
          <w:rFonts w:ascii="Nirmala UI" w:hAnsi="Nirmala UI" w:eastAsia="Nirmala UI" w:cs="Nirmala UI"/>
        </w:rPr>
        <w:t>আগত</w:t>
      </w:r>
      <w:r>
        <w:rPr>
          <w:rFonts w:ascii="Times New Roman" w:hAnsi="Times New Roman" w:eastAsia="Times New Roman" w:cs="Times New Roman"/>
        </w:rPr>
        <w:t xml:space="preserve"> </w:t>
      </w:r>
      <w:r>
        <w:rPr>
          <w:rFonts w:ascii="Nirmala UI" w:hAnsi="Nirmala UI" w:eastAsia="Nirmala UI" w:cs="Nirmala UI"/>
        </w:rPr>
        <w:t>ধূলিৰ</w:t>
      </w:r>
      <w:r>
        <w:rPr>
          <w:rFonts w:ascii="Times New Roman" w:hAnsi="Times New Roman" w:eastAsia="Times New Roman" w:cs="Times New Roman"/>
        </w:rPr>
        <w:t xml:space="preserve"> </w:t>
      </w:r>
      <w:r>
        <w:rPr>
          <w:rFonts w:ascii="Nirmala UI" w:hAnsi="Nirmala UI" w:eastAsia="Nirmala UI" w:cs="Nirmala UI"/>
        </w:rPr>
        <w:t>দৰে</w:t>
      </w:r>
      <w:r>
        <w:rPr>
          <w:rFonts w:ascii="Times New Roman" w:hAnsi="Times New Roman" w:eastAsia="Times New Roman" w:cs="Times New Roman"/>
        </w:rPr>
        <w:t xml:space="preserve"> </w:t>
      </w:r>
      <w:r>
        <w:rPr>
          <w:rFonts w:ascii="Nirmala UI" w:hAnsi="Nirmala UI" w:eastAsia="Nirmala UI" w:cs="Nirmala UI"/>
        </w:rPr>
        <w:t>ছটিয়াই</w:t>
      </w:r>
      <w:r>
        <w:rPr>
          <w:rFonts w:ascii="Times New Roman" w:hAnsi="Times New Roman" w:eastAsia="Times New Roman" w:cs="Times New Roman"/>
        </w:rPr>
        <w:t xml:space="preserve"> </w:t>
      </w:r>
      <w:r>
        <w:rPr>
          <w:rFonts w:ascii="Nirmala UI" w:hAnsi="Nirmala UI" w:eastAsia="Nirmala UI" w:cs="Nirmala UI"/>
        </w:rPr>
        <w:t>পৰিব।</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কিহে</w:t>
      </w:r>
      <w:r>
        <w:rPr>
          <w:rFonts w:ascii="Times New Roman" w:hAnsi="Times New Roman" w:eastAsia="Times New Roman" w:cs="Times New Roman"/>
        </w:rPr>
        <w:t xml:space="preserve"> </w:t>
      </w:r>
      <w:r>
        <w:rPr>
          <w:rFonts w:ascii="Nirmala UI" w:hAnsi="Nirmala UI" w:eastAsia="Nirmala UI" w:cs="Nirmala UI"/>
        </w:rPr>
        <w:t>ইহুদীসকলক</w:t>
      </w:r>
      <w:r>
        <w:rPr>
          <w:rFonts w:ascii="Times New Roman" w:hAnsi="Times New Roman" w:eastAsia="Times New Roman" w:cs="Times New Roman"/>
        </w:rPr>
        <w:t xml:space="preserve"> </w:t>
      </w:r>
      <w:r>
        <w:rPr>
          <w:rFonts w:ascii="Nirmala UI" w:hAnsi="Nirmala UI" w:eastAsia="Nirmala UI" w:cs="Nirmala UI"/>
        </w:rPr>
        <w:t>ধ্বংস</w:t>
      </w:r>
      <w:r>
        <w:rPr>
          <w:rFonts w:ascii="Times New Roman" w:hAnsi="Times New Roman" w:eastAsia="Times New Roman" w:cs="Times New Roman"/>
        </w:rPr>
        <w:t xml:space="preserve"> </w:t>
      </w:r>
      <w:r>
        <w:rPr>
          <w:rFonts w:ascii="Nirmala UI" w:hAnsi="Nirmala UI" w:eastAsia="Nirmala UI" w:cs="Nirmala UI"/>
        </w:rPr>
        <w:t>কৰিলে</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শিলখণ্ডেই</w:t>
      </w:r>
      <w:r>
        <w:rPr>
          <w:rFonts w:ascii="Times New Roman" w:hAnsi="Times New Roman" w:eastAsia="Times New Roman" w:cs="Times New Roman"/>
        </w:rPr>
        <w:t xml:space="preserve">, </w:t>
      </w:r>
      <w:r>
        <w:rPr>
          <w:rFonts w:ascii="Nirmala UI" w:hAnsi="Nirmala UI" w:eastAsia="Nirmala UI" w:cs="Nirmala UI"/>
        </w:rPr>
        <w:t>যাৰ</w:t>
      </w:r>
      <w:r>
        <w:rPr>
          <w:rFonts w:ascii="Times New Roman" w:hAnsi="Times New Roman" w:eastAsia="Times New Roman" w:cs="Times New Roman"/>
        </w:rPr>
        <w:t xml:space="preserve"> </w:t>
      </w:r>
      <w:r>
        <w:rPr>
          <w:rFonts w:ascii="Nirmala UI" w:hAnsi="Nirmala UI" w:eastAsia="Nirmala UI" w:cs="Nirmala UI"/>
        </w:rPr>
        <w:t>ওপৰত</w:t>
      </w:r>
      <w:r>
        <w:rPr>
          <w:rFonts w:ascii="Times New Roman" w:hAnsi="Times New Roman" w:eastAsia="Times New Roman" w:cs="Times New Roman"/>
        </w:rPr>
        <w:t xml:space="preserve"> </w:t>
      </w:r>
      <w:r>
        <w:rPr>
          <w:rFonts w:ascii="Nirmala UI" w:hAnsi="Nirmala UI" w:eastAsia="Nirmala UI" w:cs="Nirmala UI"/>
        </w:rPr>
        <w:t>যদি</w:t>
      </w:r>
      <w:r>
        <w:rPr>
          <w:rFonts w:ascii="Times New Roman" w:hAnsi="Times New Roman" w:eastAsia="Times New Roman" w:cs="Times New Roman"/>
        </w:rPr>
        <w:t xml:space="preserve"> </w:t>
      </w:r>
      <w:r>
        <w:rPr>
          <w:rFonts w:ascii="Nirmala UI" w:hAnsi="Nirmala UI" w:eastAsia="Nirmala UI" w:cs="Nirmala UI"/>
        </w:rPr>
        <w:t>তেওঁলোকে</w:t>
      </w:r>
      <w:r>
        <w:rPr>
          <w:rFonts w:ascii="Times New Roman" w:hAnsi="Times New Roman" w:eastAsia="Times New Roman" w:cs="Times New Roman"/>
        </w:rPr>
        <w:t xml:space="preserve"> </w:t>
      </w:r>
      <w:r>
        <w:rPr>
          <w:rFonts w:ascii="Nirmala UI" w:hAnsi="Nirmala UI" w:eastAsia="Nirmala UI" w:cs="Nirmala UI"/>
        </w:rPr>
        <w:t>গঢ়ি</w:t>
      </w:r>
      <w:r>
        <w:rPr>
          <w:rFonts w:ascii="Times New Roman" w:hAnsi="Times New Roman" w:eastAsia="Times New Roman" w:cs="Times New Roman"/>
        </w:rPr>
        <w:t xml:space="preserve"> </w:t>
      </w:r>
      <w:r>
        <w:rPr>
          <w:rFonts w:ascii="Nirmala UI" w:hAnsi="Nirmala UI" w:eastAsia="Nirmala UI" w:cs="Nirmala UI"/>
        </w:rPr>
        <w:t>তুলিলেহেঁতেন</w:t>
      </w:r>
      <w:r>
        <w:rPr>
          <w:rFonts w:ascii="Times New Roman" w:hAnsi="Times New Roman" w:eastAsia="Times New Roman" w:cs="Times New Roman"/>
        </w:rPr>
        <w:t xml:space="preserve">, </w:t>
      </w:r>
      <w:r>
        <w:rPr>
          <w:rFonts w:ascii="Nirmala UI" w:hAnsi="Nirmala UI" w:eastAsia="Nirmala UI" w:cs="Nirmala UI"/>
        </w:rPr>
        <w:t>তেন্তে</w:t>
      </w:r>
      <w:r>
        <w:rPr>
          <w:rFonts w:ascii="Times New Roman" w:hAnsi="Times New Roman" w:eastAsia="Times New Roman" w:cs="Times New Roman"/>
        </w:rPr>
        <w:t xml:space="preserve"> </w:t>
      </w:r>
      <w:r>
        <w:rPr>
          <w:rFonts w:ascii="Nirmala UI" w:hAnsi="Nirmala UI" w:eastAsia="Nirmala UI" w:cs="Nirmala UI"/>
        </w:rPr>
        <w:t>সেয়াই</w:t>
      </w:r>
      <w:r>
        <w:rPr>
          <w:rFonts w:ascii="Times New Roman" w:hAnsi="Times New Roman" w:eastAsia="Times New Roman" w:cs="Times New Roman"/>
        </w:rPr>
        <w:t xml:space="preserve"> </w:t>
      </w:r>
      <w:r>
        <w:rPr>
          <w:rFonts w:ascii="Nirmala UI" w:hAnsi="Nirmala UI" w:eastAsia="Nirmala UI" w:cs="Nirmala UI"/>
        </w:rPr>
        <w:t>তেওঁলোকৰ</w:t>
      </w:r>
      <w:r>
        <w:rPr>
          <w:rFonts w:ascii="Times New Roman" w:hAnsi="Times New Roman" w:eastAsia="Times New Roman" w:cs="Times New Roman"/>
        </w:rPr>
        <w:t xml:space="preserve"> </w:t>
      </w:r>
      <w:r>
        <w:rPr>
          <w:rFonts w:ascii="Nirmala UI" w:hAnsi="Nirmala UI" w:eastAsia="Nirmala UI" w:cs="Nirmala UI"/>
        </w:rPr>
        <w:t>নিৰাপত্তা</w:t>
      </w:r>
      <w:r>
        <w:rPr>
          <w:rFonts w:ascii="Times New Roman" w:hAnsi="Times New Roman" w:eastAsia="Times New Roman" w:cs="Times New Roman"/>
        </w:rPr>
        <w:t xml:space="preserve"> </w:t>
      </w:r>
      <w:r>
        <w:rPr>
          <w:rFonts w:ascii="Nirmala UI" w:hAnsi="Nirmala UI" w:eastAsia="Nirmala UI" w:cs="Nirmala UI"/>
        </w:rPr>
        <w:t>হ</w:t>
      </w:r>
      <w:r>
        <w:rPr>
          <w:rFonts w:ascii="Times New Roman" w:hAnsi="Times New Roman" w:eastAsia="Times New Roman" w:cs="Times New Roman"/>
        </w:rPr>
        <w:t>’</w:t>
      </w:r>
      <w:r>
        <w:rPr>
          <w:rFonts w:ascii="Nirmala UI" w:hAnsi="Nirmala UI" w:eastAsia="Nirmala UI" w:cs="Nirmala UI"/>
        </w:rPr>
        <w:t>লহেঁতেন।</w:t>
      </w:r>
      <w:r>
        <w:rPr>
          <w:rFonts w:ascii="Times New Roman" w:hAnsi="Times New Roman" w:eastAsia="Times New Roman" w:cs="Times New Roman"/>
        </w:rPr>
        <w:t xml:space="preserve"> </w:t>
      </w:r>
      <w:r>
        <w:rPr>
          <w:rFonts w:ascii="Nirmala UI" w:hAnsi="Nirmala UI" w:eastAsia="Nirmala UI" w:cs="Nirmala UI"/>
        </w:rPr>
        <w:t>সেয়াই</w:t>
      </w:r>
      <w:r>
        <w:rPr>
          <w:rFonts w:ascii="Times New Roman" w:hAnsi="Times New Roman" w:eastAsia="Times New Roman" w:cs="Times New Roman"/>
        </w:rPr>
        <w:t xml:space="preserve"> </w:t>
      </w:r>
      <w:r>
        <w:rPr>
          <w:rFonts w:ascii="Nirmala UI" w:hAnsi="Nirmala UI" w:eastAsia="Nirmala UI" w:cs="Nirmala UI"/>
        </w:rPr>
        <w:t>আছিল</w:t>
      </w:r>
      <w:r>
        <w:rPr>
          <w:rFonts w:ascii="Times New Roman" w:hAnsi="Times New Roman" w:eastAsia="Times New Roman" w:cs="Times New Roman"/>
        </w:rPr>
        <w:t xml:space="preserve"> </w:t>
      </w:r>
      <w:r>
        <w:rPr>
          <w:rFonts w:ascii="Nirmala UI" w:hAnsi="Nirmala UI" w:eastAsia="Nirmala UI" w:cs="Nirmala UI"/>
        </w:rPr>
        <w:t>অৱজ্ঞাত</w:t>
      </w:r>
      <w:r>
        <w:rPr>
          <w:rFonts w:ascii="Times New Roman" w:hAnsi="Times New Roman" w:eastAsia="Times New Roman" w:cs="Times New Roman"/>
        </w:rPr>
        <w:t xml:space="preserve"> </w:t>
      </w:r>
      <w:r>
        <w:rPr>
          <w:rFonts w:ascii="Nirmala UI" w:hAnsi="Nirmala UI" w:eastAsia="Nirmala UI" w:cs="Nirmala UI"/>
        </w:rPr>
        <w:t>ঈশ্বৰৰ</w:t>
      </w:r>
      <w:r>
        <w:rPr>
          <w:rFonts w:ascii="Times New Roman" w:hAnsi="Times New Roman" w:eastAsia="Times New Roman" w:cs="Times New Roman"/>
        </w:rPr>
        <w:t xml:space="preserve"> </w:t>
      </w:r>
      <w:r>
        <w:rPr>
          <w:rFonts w:ascii="Nirmala UI" w:hAnsi="Nirmala UI" w:eastAsia="Nirmala UI" w:cs="Nirmala UI"/>
        </w:rPr>
        <w:t>মঙ্গল</w:t>
      </w:r>
      <w:r>
        <w:rPr>
          <w:rFonts w:ascii="Times New Roman" w:hAnsi="Times New Roman" w:eastAsia="Times New Roman" w:cs="Times New Roman"/>
        </w:rPr>
        <w:t xml:space="preserve">, </w:t>
      </w:r>
      <w:r>
        <w:rPr>
          <w:rFonts w:ascii="Nirmala UI" w:hAnsi="Nirmala UI" w:eastAsia="Nirmala UI" w:cs="Nirmala UI"/>
        </w:rPr>
        <w:t>তুচ্ছজ্ঞান</w:t>
      </w:r>
      <w:r>
        <w:rPr>
          <w:rFonts w:ascii="Times New Roman" w:hAnsi="Times New Roman" w:eastAsia="Times New Roman" w:cs="Times New Roman"/>
        </w:rPr>
        <w:t xml:space="preserve"> </w:t>
      </w:r>
      <w:r>
        <w:rPr>
          <w:rFonts w:ascii="Nirmala UI" w:hAnsi="Nirmala UI" w:eastAsia="Nirmala UI" w:cs="Nirmala UI"/>
        </w:rPr>
        <w:t>কৰা</w:t>
      </w:r>
      <w:r>
        <w:rPr>
          <w:rFonts w:ascii="Times New Roman" w:hAnsi="Times New Roman" w:eastAsia="Times New Roman" w:cs="Times New Roman"/>
        </w:rPr>
        <w:t xml:space="preserve"> </w:t>
      </w:r>
      <w:r>
        <w:rPr>
          <w:rFonts w:ascii="Nirmala UI" w:hAnsi="Nirmala UI" w:eastAsia="Nirmala UI" w:cs="Nirmala UI"/>
        </w:rPr>
        <w:t>ধাৰ্মিকতা</w:t>
      </w:r>
      <w:r>
        <w:rPr>
          <w:rFonts w:ascii="Times New Roman" w:hAnsi="Times New Roman" w:eastAsia="Times New Roman" w:cs="Times New Roman"/>
        </w:rPr>
        <w:t xml:space="preserve">, </w:t>
      </w:r>
      <w:r>
        <w:rPr>
          <w:rFonts w:ascii="Nirmala UI" w:hAnsi="Nirmala UI" w:eastAsia="Nirmala UI" w:cs="Nirmala UI"/>
        </w:rPr>
        <w:t>উপেক্ষিত</w:t>
      </w:r>
      <w:r>
        <w:rPr>
          <w:rFonts w:ascii="Times New Roman" w:hAnsi="Times New Roman" w:eastAsia="Times New Roman" w:cs="Times New Roman"/>
        </w:rPr>
        <w:t xml:space="preserve"> </w:t>
      </w:r>
      <w:r>
        <w:rPr>
          <w:rFonts w:ascii="Nirmala UI" w:hAnsi="Nirmala UI" w:eastAsia="Nirmala UI" w:cs="Nirmala UI"/>
        </w:rPr>
        <w:t>দয়া।</w:t>
      </w:r>
      <w:r>
        <w:rPr>
          <w:rFonts w:ascii="Times New Roman" w:hAnsi="Times New Roman" w:eastAsia="Times New Roman" w:cs="Times New Roman"/>
        </w:rPr>
        <w:t xml:space="preserve"> </w:t>
      </w:r>
      <w:r>
        <w:rPr>
          <w:rFonts w:ascii="Nirmala UI" w:hAnsi="Nirmala UI" w:eastAsia="Nirmala UI" w:cs="Nirmala UI"/>
        </w:rPr>
        <w:t>মনুষ্যলোকে</w:t>
      </w:r>
      <w:r>
        <w:rPr>
          <w:rFonts w:ascii="Times New Roman" w:hAnsi="Times New Roman" w:eastAsia="Times New Roman" w:cs="Times New Roman"/>
        </w:rPr>
        <w:t xml:space="preserve"> </w:t>
      </w:r>
      <w:r>
        <w:rPr>
          <w:rFonts w:ascii="Nirmala UI" w:hAnsi="Nirmala UI" w:eastAsia="Nirmala UI" w:cs="Nirmala UI"/>
        </w:rPr>
        <w:t>নিজকে</w:t>
      </w:r>
      <w:r>
        <w:rPr>
          <w:rFonts w:ascii="Times New Roman" w:hAnsi="Times New Roman" w:eastAsia="Times New Roman" w:cs="Times New Roman"/>
        </w:rPr>
        <w:t xml:space="preserve"> </w:t>
      </w:r>
      <w:r>
        <w:rPr>
          <w:rFonts w:ascii="Nirmala UI" w:hAnsi="Nirmala UI" w:eastAsia="Nirmala UI" w:cs="Nirmala UI"/>
        </w:rPr>
        <w:t>ঈশ্বৰৰ</w:t>
      </w:r>
      <w:r>
        <w:rPr>
          <w:rFonts w:ascii="Times New Roman" w:hAnsi="Times New Roman" w:eastAsia="Times New Roman" w:cs="Times New Roman"/>
        </w:rPr>
        <w:t xml:space="preserve"> </w:t>
      </w:r>
      <w:r>
        <w:rPr>
          <w:rFonts w:ascii="Nirmala UI" w:hAnsi="Nirmala UI" w:eastAsia="Nirmala UI" w:cs="Nirmala UI"/>
        </w:rPr>
        <w:t>বিপক্ষে</w:t>
      </w:r>
      <w:r>
        <w:rPr>
          <w:rFonts w:ascii="Times New Roman" w:hAnsi="Times New Roman" w:eastAsia="Times New Roman" w:cs="Times New Roman"/>
        </w:rPr>
        <w:t xml:space="preserve"> </w:t>
      </w:r>
      <w:r>
        <w:rPr>
          <w:rFonts w:ascii="Nirmala UI" w:hAnsi="Nirmala UI" w:eastAsia="Nirmala UI" w:cs="Nirmala UI"/>
        </w:rPr>
        <w:t>স্থাপন</w:t>
      </w:r>
      <w:r>
        <w:rPr>
          <w:rFonts w:ascii="Times New Roman" w:hAnsi="Times New Roman" w:eastAsia="Times New Roman" w:cs="Times New Roman"/>
        </w:rPr>
        <w:t xml:space="preserve"> </w:t>
      </w:r>
      <w:r>
        <w:rPr>
          <w:rFonts w:ascii="Nirmala UI" w:hAnsi="Nirmala UI" w:eastAsia="Nirmala UI" w:cs="Nirmala UI"/>
        </w:rPr>
        <w:t>কৰিলে</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সকলো</w:t>
      </w:r>
      <w:r>
        <w:rPr>
          <w:rFonts w:ascii="Times New Roman" w:hAnsi="Times New Roman" w:eastAsia="Times New Roman" w:cs="Times New Roman"/>
        </w:rPr>
        <w:t xml:space="preserve"> </w:t>
      </w:r>
      <w:r>
        <w:rPr>
          <w:rFonts w:ascii="Nirmala UI" w:hAnsi="Nirmala UI" w:eastAsia="Nirmala UI" w:cs="Nirmala UI"/>
        </w:rPr>
        <w:t>তেওঁলোকৰ</w:t>
      </w:r>
      <w:r>
        <w:rPr>
          <w:rFonts w:ascii="Times New Roman" w:hAnsi="Times New Roman" w:eastAsia="Times New Roman" w:cs="Times New Roman"/>
        </w:rPr>
        <w:t xml:space="preserve"> </w:t>
      </w:r>
      <w:r>
        <w:rPr>
          <w:rFonts w:ascii="Nirmala UI" w:hAnsi="Nirmala UI" w:eastAsia="Nirmala UI" w:cs="Nirmala UI"/>
        </w:rPr>
        <w:t>পৰিত্ৰাণ</w:t>
      </w:r>
      <w:r>
        <w:rPr>
          <w:rFonts w:ascii="Times New Roman" w:hAnsi="Times New Roman" w:eastAsia="Times New Roman" w:cs="Times New Roman"/>
        </w:rPr>
        <w:t xml:space="preserve"> </w:t>
      </w:r>
      <w:r>
        <w:rPr>
          <w:rFonts w:ascii="Nirmala UI" w:hAnsi="Nirmala UI" w:eastAsia="Nirmala UI" w:cs="Nirmala UI"/>
        </w:rPr>
        <w:t>হ</w:t>
      </w:r>
      <w:r>
        <w:rPr>
          <w:rFonts w:ascii="Times New Roman" w:hAnsi="Times New Roman" w:eastAsia="Times New Roman" w:cs="Times New Roman"/>
        </w:rPr>
        <w:t>’</w:t>
      </w:r>
      <w:r>
        <w:rPr>
          <w:rFonts w:ascii="Nirmala UI" w:hAnsi="Nirmala UI" w:eastAsia="Nirmala UI" w:cs="Nirmala UI"/>
        </w:rPr>
        <w:t>ব</w:t>
      </w:r>
      <w:r>
        <w:rPr>
          <w:rFonts w:ascii="Times New Roman" w:hAnsi="Times New Roman" w:eastAsia="Times New Roman" w:cs="Times New Roman"/>
        </w:rPr>
        <w:t xml:space="preserve"> </w:t>
      </w:r>
      <w:r>
        <w:rPr>
          <w:rFonts w:ascii="Nirmala UI" w:hAnsi="Nirmala UI" w:eastAsia="Nirmala UI" w:cs="Nirmala UI"/>
        </w:rPr>
        <w:t>পাৰিলেহেঁতেন</w:t>
      </w:r>
      <w:r>
        <w:rPr>
          <w:rFonts w:ascii="Times New Roman" w:hAnsi="Times New Roman" w:eastAsia="Times New Roman" w:cs="Times New Roman"/>
        </w:rPr>
        <w:t xml:space="preserve">, </w:t>
      </w:r>
      <w:r>
        <w:rPr>
          <w:rFonts w:ascii="Nirmala UI" w:hAnsi="Nirmala UI" w:eastAsia="Nirmala UI" w:cs="Nirmala UI"/>
        </w:rPr>
        <w:t>সেয়াই</w:t>
      </w:r>
      <w:r>
        <w:rPr>
          <w:rFonts w:ascii="Times New Roman" w:hAnsi="Times New Roman" w:eastAsia="Times New Roman" w:cs="Times New Roman"/>
        </w:rPr>
        <w:t xml:space="preserve"> </w:t>
      </w:r>
      <w:r>
        <w:rPr>
          <w:rFonts w:ascii="Nirmala UI" w:hAnsi="Nirmala UI" w:eastAsia="Nirmala UI" w:cs="Nirmala UI"/>
        </w:rPr>
        <w:t>তেওঁলোকৰ</w:t>
      </w:r>
      <w:r>
        <w:rPr>
          <w:rFonts w:ascii="Times New Roman" w:hAnsi="Times New Roman" w:eastAsia="Times New Roman" w:cs="Times New Roman"/>
        </w:rPr>
        <w:t xml:space="preserve"> </w:t>
      </w:r>
      <w:r>
        <w:rPr>
          <w:rFonts w:ascii="Nirmala UI" w:hAnsi="Nirmala UI" w:eastAsia="Nirmala UI" w:cs="Nirmala UI"/>
        </w:rPr>
        <w:t>বিনাশলৈ</w:t>
      </w:r>
      <w:r>
        <w:rPr>
          <w:rFonts w:ascii="Times New Roman" w:hAnsi="Times New Roman" w:eastAsia="Times New Roman" w:cs="Times New Roman"/>
        </w:rPr>
        <w:t xml:space="preserve"> </w:t>
      </w:r>
      <w:r>
        <w:rPr>
          <w:rFonts w:ascii="Nirmala UI" w:hAnsi="Nirmala UI" w:eastAsia="Nirmala UI" w:cs="Nirmala UI"/>
        </w:rPr>
        <w:t>পৰিণত</w:t>
      </w:r>
      <w:r>
        <w:rPr>
          <w:rFonts w:ascii="Times New Roman" w:hAnsi="Times New Roman" w:eastAsia="Times New Roman" w:cs="Times New Roman"/>
        </w:rPr>
        <w:t xml:space="preserve"> </w:t>
      </w:r>
      <w:r>
        <w:rPr>
          <w:rFonts w:ascii="Nirmala UI" w:hAnsi="Nirmala UI" w:eastAsia="Nirmala UI" w:cs="Nirmala UI"/>
        </w:rPr>
        <w:t>হ</w:t>
      </w:r>
      <w:r>
        <w:rPr>
          <w:rFonts w:ascii="Times New Roman" w:hAnsi="Times New Roman" w:eastAsia="Times New Roman" w:cs="Times New Roman"/>
        </w:rPr>
        <w:t>’</w:t>
      </w:r>
      <w:r>
        <w:rPr>
          <w:rFonts w:ascii="Nirmala UI" w:hAnsi="Nirmala UI" w:eastAsia="Nirmala UI" w:cs="Nirmala UI"/>
        </w:rPr>
        <w:t>ল।</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সকলো</w:t>
      </w:r>
      <w:r>
        <w:rPr>
          <w:rFonts w:ascii="Times New Roman" w:hAnsi="Times New Roman" w:eastAsia="Times New Roman" w:cs="Times New Roman"/>
        </w:rPr>
        <w:t xml:space="preserve"> </w:t>
      </w:r>
      <w:r>
        <w:rPr>
          <w:rFonts w:ascii="Nirmala UI" w:hAnsi="Nirmala UI" w:eastAsia="Nirmala UI" w:cs="Nirmala UI"/>
        </w:rPr>
        <w:t>ঈশ্বৰে</w:t>
      </w:r>
      <w:r>
        <w:rPr>
          <w:rFonts w:ascii="Times New Roman" w:hAnsi="Times New Roman" w:eastAsia="Times New Roman" w:cs="Times New Roman"/>
        </w:rPr>
        <w:t xml:space="preserve"> </w:t>
      </w:r>
      <w:r>
        <w:rPr>
          <w:rFonts w:ascii="Nirmala UI" w:hAnsi="Nirmala UI" w:eastAsia="Nirmala UI" w:cs="Nirmala UI"/>
        </w:rPr>
        <w:t>জীৱনৰ</w:t>
      </w:r>
      <w:r>
        <w:rPr>
          <w:rFonts w:ascii="Times New Roman" w:hAnsi="Times New Roman" w:eastAsia="Times New Roman" w:cs="Times New Roman"/>
        </w:rPr>
        <w:t xml:space="preserve"> </w:t>
      </w:r>
      <w:r>
        <w:rPr>
          <w:rFonts w:ascii="Nirmala UI" w:hAnsi="Nirmala UI" w:eastAsia="Nirmala UI" w:cs="Nirmala UI"/>
        </w:rPr>
        <w:t>বাবে</w:t>
      </w:r>
      <w:r>
        <w:rPr>
          <w:rFonts w:ascii="Times New Roman" w:hAnsi="Times New Roman" w:eastAsia="Times New Roman" w:cs="Times New Roman"/>
        </w:rPr>
        <w:t xml:space="preserve"> </w:t>
      </w:r>
      <w:r>
        <w:rPr>
          <w:rFonts w:ascii="Nirmala UI" w:hAnsi="Nirmala UI" w:eastAsia="Nirmala UI" w:cs="Nirmala UI"/>
        </w:rPr>
        <w:t>নিযুক্ত</w:t>
      </w:r>
      <w:r>
        <w:rPr>
          <w:rFonts w:ascii="Times New Roman" w:hAnsi="Times New Roman" w:eastAsia="Times New Roman" w:cs="Times New Roman"/>
        </w:rPr>
        <w:t xml:space="preserve"> </w:t>
      </w:r>
      <w:r>
        <w:rPr>
          <w:rFonts w:ascii="Nirmala UI" w:hAnsi="Nirmala UI" w:eastAsia="Nirmala UI" w:cs="Nirmala UI"/>
        </w:rPr>
        <w:t>কৰিছিল</w:t>
      </w:r>
      <w:r>
        <w:rPr>
          <w:rFonts w:ascii="Times New Roman" w:hAnsi="Times New Roman" w:eastAsia="Times New Roman" w:cs="Times New Roman"/>
        </w:rPr>
        <w:t xml:space="preserve">, </w:t>
      </w:r>
      <w:r>
        <w:rPr>
          <w:rFonts w:ascii="Nirmala UI" w:hAnsi="Nirmala UI" w:eastAsia="Nirmala UI" w:cs="Nirmala UI"/>
        </w:rPr>
        <w:t>সেয়াকেই</w:t>
      </w:r>
      <w:r>
        <w:rPr>
          <w:rFonts w:ascii="Times New Roman" w:hAnsi="Times New Roman" w:eastAsia="Times New Roman" w:cs="Times New Roman"/>
        </w:rPr>
        <w:t xml:space="preserve"> </w:t>
      </w:r>
      <w:r>
        <w:rPr>
          <w:rFonts w:ascii="Nirmala UI" w:hAnsi="Nirmala UI" w:eastAsia="Nirmala UI" w:cs="Nirmala UI"/>
        </w:rPr>
        <w:t>তেওঁলোকে</w:t>
      </w:r>
      <w:r>
        <w:rPr>
          <w:rFonts w:ascii="Times New Roman" w:hAnsi="Times New Roman" w:eastAsia="Times New Roman" w:cs="Times New Roman"/>
        </w:rPr>
        <w:t xml:space="preserve"> </w:t>
      </w:r>
      <w:r>
        <w:rPr>
          <w:rFonts w:ascii="Nirmala UI" w:hAnsi="Nirmala UI" w:eastAsia="Nirmala UI" w:cs="Nirmala UI"/>
        </w:rPr>
        <w:t>মৃত্যুলৈ</w:t>
      </w:r>
      <w:r>
        <w:rPr>
          <w:rFonts w:ascii="Times New Roman" w:hAnsi="Times New Roman" w:eastAsia="Times New Roman" w:cs="Times New Roman"/>
        </w:rPr>
        <w:t xml:space="preserve"> </w:t>
      </w:r>
      <w:r>
        <w:rPr>
          <w:rFonts w:ascii="Nirmala UI" w:hAnsi="Nirmala UI" w:eastAsia="Nirmala UI" w:cs="Nirmala UI"/>
        </w:rPr>
        <w:t>পৰিণত</w:t>
      </w:r>
      <w:r>
        <w:rPr>
          <w:rFonts w:ascii="Times New Roman" w:hAnsi="Times New Roman" w:eastAsia="Times New Roman" w:cs="Times New Roman"/>
        </w:rPr>
        <w:t xml:space="preserve"> </w:t>
      </w:r>
      <w:r>
        <w:rPr>
          <w:rFonts w:ascii="Nirmala UI" w:hAnsi="Nirmala UI" w:eastAsia="Nirmala UI" w:cs="Nirmala UI"/>
        </w:rPr>
        <w:t>হোৱা</w:t>
      </w:r>
      <w:r>
        <w:rPr>
          <w:rFonts w:ascii="Times New Roman" w:hAnsi="Times New Roman" w:eastAsia="Times New Roman" w:cs="Times New Roman"/>
        </w:rPr>
        <w:t xml:space="preserve"> </w:t>
      </w:r>
      <w:r>
        <w:rPr>
          <w:rFonts w:ascii="Nirmala UI" w:hAnsi="Nirmala UI" w:eastAsia="Nirmala UI" w:cs="Nirmala UI"/>
        </w:rPr>
        <w:t>বুলি</w:t>
      </w:r>
      <w:r>
        <w:rPr>
          <w:rFonts w:ascii="Times New Roman" w:hAnsi="Times New Roman" w:eastAsia="Times New Roman" w:cs="Times New Roman"/>
        </w:rPr>
        <w:t xml:space="preserve"> </w:t>
      </w:r>
      <w:r>
        <w:rPr>
          <w:rFonts w:ascii="Nirmala UI" w:hAnsi="Nirmala UI" w:eastAsia="Nirmala UI" w:cs="Nirmala UI"/>
        </w:rPr>
        <w:t>পালে।</w:t>
      </w:r>
      <w:r>
        <w:rPr>
          <w:rFonts w:ascii="Times New Roman" w:hAnsi="Times New Roman" w:eastAsia="Times New Roman" w:cs="Times New Roman"/>
        </w:rPr>
        <w:t xml:space="preserve"> </w:t>
      </w:r>
      <w:r>
        <w:rPr>
          <w:rFonts w:ascii="Nirmala UI" w:hAnsi="Nirmala UI" w:eastAsia="Nirmala UI" w:cs="Nirmala UI"/>
        </w:rPr>
        <w:t>ইহুদীসকলে</w:t>
      </w:r>
      <w:r>
        <w:rPr>
          <w:rFonts w:ascii="Times New Roman" w:hAnsi="Times New Roman" w:eastAsia="Times New Roman" w:cs="Times New Roman"/>
        </w:rPr>
        <w:t xml:space="preserve"> </w:t>
      </w:r>
      <w:r>
        <w:rPr>
          <w:rFonts w:ascii="Nirmala UI" w:hAnsi="Nirmala UI" w:eastAsia="Nirmala UI" w:cs="Nirmala UI"/>
        </w:rPr>
        <w:t>খ্ৰীষ্টক</w:t>
      </w:r>
      <w:r>
        <w:rPr>
          <w:rFonts w:ascii="Times New Roman" w:hAnsi="Times New Roman" w:eastAsia="Times New Roman" w:cs="Times New Roman"/>
        </w:rPr>
        <w:t xml:space="preserve"> </w:t>
      </w:r>
      <w:r>
        <w:rPr>
          <w:rFonts w:ascii="Nirmala UI" w:hAnsi="Nirmala UI" w:eastAsia="Nirmala UI" w:cs="Nirmala UI"/>
        </w:rPr>
        <w:t>ক্ৰুশবিদ্ধ</w:t>
      </w:r>
      <w:r>
        <w:rPr>
          <w:rFonts w:ascii="Times New Roman" w:hAnsi="Times New Roman" w:eastAsia="Times New Roman" w:cs="Times New Roman"/>
        </w:rPr>
        <w:t xml:space="preserve"> </w:t>
      </w:r>
      <w:r>
        <w:rPr>
          <w:rFonts w:ascii="Nirmala UI" w:hAnsi="Nirmala UI" w:eastAsia="Nirmala UI" w:cs="Nirmala UI"/>
        </w:rPr>
        <w:t>কৰাতেই</w:t>
      </w:r>
      <w:r>
        <w:rPr>
          <w:rFonts w:ascii="Times New Roman" w:hAnsi="Times New Roman" w:eastAsia="Times New Roman" w:cs="Times New Roman"/>
        </w:rPr>
        <w:t xml:space="preserve"> </w:t>
      </w:r>
      <w:r>
        <w:rPr>
          <w:rFonts w:ascii="Nirmala UI" w:hAnsi="Nirmala UI" w:eastAsia="Nirmala UI" w:cs="Nirmala UI"/>
        </w:rPr>
        <w:t>যিৰূচালেমৰ</w:t>
      </w:r>
      <w:r>
        <w:rPr>
          <w:rFonts w:ascii="Times New Roman" w:hAnsi="Times New Roman" w:eastAsia="Times New Roman" w:cs="Times New Roman"/>
        </w:rPr>
        <w:t xml:space="preserve"> </w:t>
      </w:r>
      <w:r>
        <w:rPr>
          <w:rFonts w:ascii="Nirmala UI" w:hAnsi="Nirmala UI" w:eastAsia="Nirmala UI" w:cs="Nirmala UI"/>
        </w:rPr>
        <w:t>ধ্বংস</w:t>
      </w:r>
      <w:r>
        <w:rPr>
          <w:rFonts w:ascii="Times New Roman" w:hAnsi="Times New Roman" w:eastAsia="Times New Roman" w:cs="Times New Roman"/>
        </w:rPr>
        <w:t xml:space="preserve"> </w:t>
      </w:r>
      <w:r>
        <w:rPr>
          <w:rFonts w:ascii="Nirmala UI" w:hAnsi="Nirmala UI" w:eastAsia="Nirmala UI" w:cs="Nirmala UI"/>
        </w:rPr>
        <w:t>নিহিত</w:t>
      </w:r>
      <w:r>
        <w:rPr>
          <w:rFonts w:ascii="Times New Roman" w:hAnsi="Times New Roman" w:eastAsia="Times New Roman" w:cs="Times New Roman"/>
        </w:rPr>
        <w:t xml:space="preserve"> </w:t>
      </w:r>
      <w:r>
        <w:rPr>
          <w:rFonts w:ascii="Nirmala UI" w:hAnsi="Nirmala UI" w:eastAsia="Nirmala UI" w:cs="Nirmala UI"/>
        </w:rPr>
        <w:t>আছিল।</w:t>
      </w:r>
      <w:r>
        <w:rPr>
          <w:rFonts w:ascii="Times New Roman" w:hAnsi="Times New Roman" w:eastAsia="Times New Roman" w:cs="Times New Roman"/>
        </w:rPr>
        <w:t xml:space="preserve"> </w:t>
      </w:r>
      <w:r>
        <w:rPr>
          <w:rFonts w:ascii="Nirmala UI" w:hAnsi="Nirmala UI" w:eastAsia="Nirmala UI" w:cs="Nirmala UI"/>
        </w:rPr>
        <w:t>কালভাৰীত</w:t>
      </w:r>
      <w:r>
        <w:rPr>
          <w:rFonts w:ascii="Times New Roman" w:hAnsi="Times New Roman" w:eastAsia="Times New Roman" w:cs="Times New Roman"/>
        </w:rPr>
        <w:t xml:space="preserve"> </w:t>
      </w:r>
      <w:r>
        <w:rPr>
          <w:rFonts w:ascii="Nirmala UI" w:hAnsi="Nirmala UI" w:eastAsia="Nirmala UI" w:cs="Nirmala UI"/>
        </w:rPr>
        <w:t>বোৱা</w:t>
      </w:r>
      <w:r>
        <w:rPr>
          <w:rFonts w:ascii="Times New Roman" w:hAnsi="Times New Roman" w:eastAsia="Times New Roman" w:cs="Times New Roman"/>
        </w:rPr>
        <w:t xml:space="preserve"> </w:t>
      </w:r>
      <w:r>
        <w:rPr>
          <w:rFonts w:ascii="Nirmala UI" w:hAnsi="Nirmala UI" w:eastAsia="Nirmala UI" w:cs="Nirmala UI"/>
        </w:rPr>
        <w:t>তেজেই</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ভাৰ</w:t>
      </w:r>
      <w:r>
        <w:rPr>
          <w:rFonts w:ascii="Times New Roman" w:hAnsi="Times New Roman" w:eastAsia="Times New Roman" w:cs="Times New Roman"/>
        </w:rPr>
        <w:t xml:space="preserve"> </w:t>
      </w:r>
      <w:r>
        <w:rPr>
          <w:rFonts w:ascii="Nirmala UI" w:hAnsi="Nirmala UI" w:eastAsia="Nirmala UI" w:cs="Nirmala UI"/>
        </w:rPr>
        <w:t>আছিল</w:t>
      </w:r>
      <w:r>
        <w:rPr>
          <w:rFonts w:ascii="Times New Roman" w:hAnsi="Times New Roman" w:eastAsia="Times New Roman" w:cs="Times New Roman"/>
        </w:rPr>
        <w:t xml:space="preserve">, </w:t>
      </w:r>
      <w:r>
        <w:rPr>
          <w:rFonts w:ascii="Nirmala UI" w:hAnsi="Nirmala UI" w:eastAsia="Nirmala UI" w:cs="Nirmala UI"/>
        </w:rPr>
        <w:t>যিয়ে</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জগত</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আগন্তুক</w:t>
      </w:r>
      <w:r>
        <w:rPr>
          <w:rFonts w:ascii="Times New Roman" w:hAnsi="Times New Roman" w:eastAsia="Times New Roman" w:cs="Times New Roman"/>
        </w:rPr>
        <w:t xml:space="preserve"> </w:t>
      </w:r>
      <w:r>
        <w:rPr>
          <w:rFonts w:ascii="Nirmala UI" w:hAnsi="Nirmala UI" w:eastAsia="Nirmala UI" w:cs="Nirmala UI"/>
        </w:rPr>
        <w:t>জগত</w:t>
      </w:r>
      <w:r>
        <w:rPr>
          <w:rFonts w:ascii="Times New Roman" w:hAnsi="Times New Roman" w:eastAsia="Times New Roman" w:cs="Times New Roman"/>
        </w:rPr>
        <w:t>—</w:t>
      </w:r>
      <w:r>
        <w:rPr>
          <w:rFonts w:ascii="Nirmala UI" w:hAnsi="Nirmala UI" w:eastAsia="Nirmala UI" w:cs="Nirmala UI"/>
        </w:rPr>
        <w:t>উভয়ৰে</w:t>
      </w:r>
      <w:r>
        <w:rPr>
          <w:rFonts w:ascii="Times New Roman" w:hAnsi="Times New Roman" w:eastAsia="Times New Roman" w:cs="Times New Roman"/>
        </w:rPr>
        <w:t xml:space="preserve"> </w:t>
      </w:r>
      <w:r>
        <w:rPr>
          <w:rFonts w:ascii="Nirmala UI" w:hAnsi="Nirmala UI" w:eastAsia="Nirmala UI" w:cs="Nirmala UI"/>
        </w:rPr>
        <w:t>বাবে</w:t>
      </w:r>
      <w:r>
        <w:rPr>
          <w:rFonts w:ascii="Times New Roman" w:hAnsi="Times New Roman" w:eastAsia="Times New Roman" w:cs="Times New Roman"/>
        </w:rPr>
        <w:t>—</w:t>
      </w:r>
      <w:r>
        <w:rPr>
          <w:rFonts w:ascii="Nirmala UI" w:hAnsi="Nirmala UI" w:eastAsia="Nirmala UI" w:cs="Nirmala UI"/>
        </w:rPr>
        <w:t>তেওঁলোকক</w:t>
      </w:r>
      <w:r>
        <w:rPr>
          <w:rFonts w:ascii="Times New Roman" w:hAnsi="Times New Roman" w:eastAsia="Times New Roman" w:cs="Times New Roman"/>
        </w:rPr>
        <w:t xml:space="preserve"> </w:t>
      </w:r>
      <w:r>
        <w:rPr>
          <w:rFonts w:ascii="Nirmala UI" w:hAnsi="Nirmala UI" w:eastAsia="Nirmala UI" w:cs="Nirmala UI"/>
        </w:rPr>
        <w:t>ধ্বংসৰ</w:t>
      </w:r>
      <w:r>
        <w:rPr>
          <w:rFonts w:ascii="Times New Roman" w:hAnsi="Times New Roman" w:eastAsia="Times New Roman" w:cs="Times New Roman"/>
        </w:rPr>
        <w:t xml:space="preserve"> </w:t>
      </w:r>
      <w:r>
        <w:rPr>
          <w:rFonts w:ascii="Nirmala UI" w:hAnsi="Nirmala UI" w:eastAsia="Nirmala UI" w:cs="Nirmala UI"/>
        </w:rPr>
        <w:t>গভীৰতালৈ</w:t>
      </w:r>
      <w:r>
        <w:rPr>
          <w:rFonts w:ascii="Times New Roman" w:hAnsi="Times New Roman" w:eastAsia="Times New Roman" w:cs="Times New Roman"/>
        </w:rPr>
        <w:t xml:space="preserve"> </w:t>
      </w:r>
      <w:r>
        <w:rPr>
          <w:rFonts w:ascii="Nirmala UI" w:hAnsi="Nirmala UI" w:eastAsia="Nirmala UI" w:cs="Nirmala UI"/>
        </w:rPr>
        <w:t>ডুবাই</w:t>
      </w:r>
      <w:r>
        <w:rPr>
          <w:rFonts w:ascii="Times New Roman" w:hAnsi="Times New Roman" w:eastAsia="Times New Roman" w:cs="Times New Roman"/>
        </w:rPr>
        <w:t xml:space="preserve"> </w:t>
      </w:r>
      <w:r>
        <w:rPr>
          <w:rFonts w:ascii="Nirmala UI" w:hAnsi="Nirmala UI" w:eastAsia="Nirmala UI" w:cs="Nirmala UI"/>
        </w:rPr>
        <w:t>দিলে।</w:t>
      </w:r>
      <w:r>
        <w:rPr>
          <w:rFonts w:ascii="Times New Roman" w:hAnsi="Times New Roman" w:eastAsia="Times New Roman" w:cs="Times New Roman"/>
        </w:rPr>
        <w:t xml:space="preserve"> </w:t>
      </w:r>
      <w:r>
        <w:rPr>
          <w:rFonts w:ascii="Nirmala UI" w:hAnsi="Nirmala UI" w:eastAsia="Nirmala UI" w:cs="Nirmala UI"/>
        </w:rPr>
        <w:t>ঈশ্বৰৰ</w:t>
      </w:r>
      <w:r>
        <w:rPr>
          <w:rFonts w:ascii="Times New Roman" w:hAnsi="Times New Roman" w:eastAsia="Times New Roman" w:cs="Times New Roman"/>
        </w:rPr>
        <w:t xml:space="preserve"> </w:t>
      </w:r>
      <w:r>
        <w:rPr>
          <w:rFonts w:ascii="Nirmala UI" w:hAnsi="Nirmala UI" w:eastAsia="Nirmala UI" w:cs="Nirmala UI"/>
        </w:rPr>
        <w:t>অনুগ্ৰহ</w:t>
      </w:r>
      <w:r>
        <w:rPr>
          <w:rFonts w:ascii="Times New Roman" w:hAnsi="Times New Roman" w:eastAsia="Times New Roman" w:cs="Times New Roman"/>
        </w:rPr>
        <w:t xml:space="preserve"> </w:t>
      </w:r>
      <w:r>
        <w:rPr>
          <w:rFonts w:ascii="Nirmala UI" w:hAnsi="Nirmala UI" w:eastAsia="Nirmala UI" w:cs="Nirmala UI"/>
        </w:rPr>
        <w:t>অগ্ৰাহ্য</w:t>
      </w:r>
      <w:r>
        <w:rPr>
          <w:rFonts w:ascii="Times New Roman" w:hAnsi="Times New Roman" w:eastAsia="Times New Roman" w:cs="Times New Roman"/>
        </w:rPr>
        <w:t xml:space="preserve"> </w:t>
      </w:r>
      <w:r>
        <w:rPr>
          <w:rFonts w:ascii="Nirmala UI" w:hAnsi="Nirmala UI" w:eastAsia="Nirmala UI" w:cs="Nirmala UI"/>
        </w:rPr>
        <w:t>কৰা</w:t>
      </w:r>
      <w:r>
        <w:rPr>
          <w:rFonts w:ascii="Times New Roman" w:hAnsi="Times New Roman" w:eastAsia="Times New Roman" w:cs="Times New Roman"/>
        </w:rPr>
        <w:t xml:space="preserve"> </w:t>
      </w:r>
      <w:r>
        <w:rPr>
          <w:rFonts w:ascii="Nirmala UI" w:hAnsi="Nirmala UI" w:eastAsia="Nirmala UI" w:cs="Nirmala UI"/>
        </w:rPr>
        <w:t>লোকসকলৰ</w:t>
      </w:r>
      <w:r>
        <w:rPr>
          <w:rFonts w:ascii="Times New Roman" w:hAnsi="Times New Roman" w:eastAsia="Times New Roman" w:cs="Times New Roman"/>
        </w:rPr>
        <w:t xml:space="preserve"> </w:t>
      </w:r>
      <w:r>
        <w:rPr>
          <w:rFonts w:ascii="Nirmala UI" w:hAnsi="Nirmala UI" w:eastAsia="Nirmala UI" w:cs="Nirmala UI"/>
        </w:rPr>
        <w:t>ওপৰত</w:t>
      </w:r>
      <w:r>
        <w:rPr>
          <w:rFonts w:ascii="Times New Roman" w:hAnsi="Times New Roman" w:eastAsia="Times New Roman" w:cs="Times New Roman"/>
        </w:rPr>
        <w:t xml:space="preserve"> </w:t>
      </w:r>
      <w:r>
        <w:rPr>
          <w:rFonts w:ascii="Nirmala UI" w:hAnsi="Nirmala UI" w:eastAsia="Nirmala UI" w:cs="Nirmala UI"/>
        </w:rPr>
        <w:t>যেতিয়া</w:t>
      </w:r>
      <w:r>
        <w:rPr>
          <w:rFonts w:ascii="Times New Roman" w:hAnsi="Times New Roman" w:eastAsia="Times New Roman" w:cs="Times New Roman"/>
        </w:rPr>
        <w:t xml:space="preserve"> </w:t>
      </w:r>
      <w:r>
        <w:rPr>
          <w:rFonts w:ascii="Nirmala UI" w:hAnsi="Nirmala UI" w:eastAsia="Nirmala UI" w:cs="Nirmala UI"/>
        </w:rPr>
        <w:t>বিচাৰ</w:t>
      </w:r>
      <w:r>
        <w:rPr>
          <w:rFonts w:ascii="Times New Roman" w:hAnsi="Times New Roman" w:eastAsia="Times New Roman" w:cs="Times New Roman"/>
        </w:rPr>
        <w:t xml:space="preserve"> </w:t>
      </w:r>
      <w:r>
        <w:rPr>
          <w:rFonts w:ascii="Nirmala UI" w:hAnsi="Nirmala UI" w:eastAsia="Nirmala UI" w:cs="Nirmala UI"/>
        </w:rPr>
        <w:t>আহি</w:t>
      </w:r>
      <w:r>
        <w:rPr>
          <w:rFonts w:ascii="Times New Roman" w:hAnsi="Times New Roman" w:eastAsia="Times New Roman" w:cs="Times New Roman"/>
        </w:rPr>
        <w:t xml:space="preserve"> </w:t>
      </w:r>
      <w:r>
        <w:rPr>
          <w:rFonts w:ascii="Nirmala UI" w:hAnsi="Nirmala UI" w:eastAsia="Nirmala UI" w:cs="Nirmala UI"/>
        </w:rPr>
        <w:t>পৰিব</w:t>
      </w:r>
      <w:r>
        <w:rPr>
          <w:rFonts w:ascii="Times New Roman" w:hAnsi="Times New Roman" w:eastAsia="Times New Roman" w:cs="Times New Roman"/>
        </w:rPr>
        <w:t xml:space="preserve">, </w:t>
      </w:r>
      <w:r>
        <w:rPr>
          <w:rFonts w:ascii="Nirmala UI" w:hAnsi="Nirmala UI" w:eastAsia="Nirmala UI" w:cs="Nirmala UI"/>
        </w:rPr>
        <w:t>তেতিয়া</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মহান</w:t>
      </w:r>
      <w:r>
        <w:rPr>
          <w:rFonts w:ascii="Times New Roman" w:hAnsi="Times New Roman" w:eastAsia="Times New Roman" w:cs="Times New Roman"/>
        </w:rPr>
        <w:t xml:space="preserve"> </w:t>
      </w:r>
      <w:r>
        <w:rPr>
          <w:rFonts w:ascii="Nirmala UI" w:hAnsi="Nirmala UI" w:eastAsia="Nirmala UI" w:cs="Nirmala UI"/>
        </w:rPr>
        <w:t>অন্তিম</w:t>
      </w:r>
      <w:r>
        <w:rPr>
          <w:rFonts w:ascii="Times New Roman" w:hAnsi="Times New Roman" w:eastAsia="Times New Roman" w:cs="Times New Roman"/>
        </w:rPr>
        <w:t xml:space="preserve"> </w:t>
      </w:r>
      <w:r>
        <w:rPr>
          <w:rFonts w:ascii="Nirmala UI" w:hAnsi="Nirmala UI" w:eastAsia="Nirmala UI" w:cs="Nirmala UI"/>
        </w:rPr>
        <w:t>দিনতো</w:t>
      </w:r>
      <w:r>
        <w:rPr>
          <w:rFonts w:ascii="Times New Roman" w:hAnsi="Times New Roman" w:eastAsia="Times New Roman" w:cs="Times New Roman"/>
        </w:rPr>
        <w:t xml:space="preserve"> </w:t>
      </w:r>
      <w:r>
        <w:rPr>
          <w:rFonts w:ascii="Nirmala UI" w:hAnsi="Nirmala UI" w:eastAsia="Nirmala UI" w:cs="Nirmala UI"/>
        </w:rPr>
        <w:t>এনেদৰেই</w:t>
      </w:r>
      <w:r>
        <w:rPr>
          <w:rFonts w:ascii="Times New Roman" w:hAnsi="Times New Roman" w:eastAsia="Times New Roman" w:cs="Times New Roman"/>
        </w:rPr>
        <w:t xml:space="preserve"> </w:t>
      </w:r>
      <w:r>
        <w:rPr>
          <w:rFonts w:ascii="Nirmala UI" w:hAnsi="Nirmala UI" w:eastAsia="Nirmala UI" w:cs="Nirmala UI"/>
        </w:rPr>
        <w:t>হ</w:t>
      </w:r>
      <w:r>
        <w:rPr>
          <w:rFonts w:ascii="Times New Roman" w:hAnsi="Times New Roman" w:eastAsia="Times New Roman" w:cs="Times New Roman"/>
        </w:rPr>
        <w:t>’</w:t>
      </w:r>
      <w:r>
        <w:rPr>
          <w:rFonts w:ascii="Nirmala UI" w:hAnsi="Nirmala UI" w:eastAsia="Nirmala UI" w:cs="Nirmala UI"/>
        </w:rPr>
        <w:t>ব।</w:t>
      </w:r>
      <w:r>
        <w:rPr>
          <w:rFonts w:ascii="Times New Roman" w:hAnsi="Times New Roman" w:eastAsia="Times New Roman" w:cs="Times New Roman"/>
        </w:rPr>
        <w:t xml:space="preserve"> </w:t>
      </w:r>
      <w:r>
        <w:rPr>
          <w:rFonts w:ascii="Nirmala UI" w:hAnsi="Nirmala UI" w:eastAsia="Nirmala UI" w:cs="Nirmala UI"/>
        </w:rPr>
        <w:t>খ্ৰীষ্ট</w:t>
      </w:r>
      <w:r>
        <w:rPr>
          <w:rFonts w:ascii="Times New Roman" w:hAnsi="Times New Roman" w:eastAsia="Times New Roman" w:cs="Times New Roman"/>
        </w:rPr>
        <w:t xml:space="preserve">, </w:t>
      </w:r>
      <w:r>
        <w:rPr>
          <w:rFonts w:ascii="Nirmala UI" w:hAnsi="Nirmala UI" w:eastAsia="Nirmala UI" w:cs="Nirmala UI"/>
        </w:rPr>
        <w:t>যিজন</w:t>
      </w:r>
      <w:r>
        <w:rPr>
          <w:rFonts w:ascii="Times New Roman" w:hAnsi="Times New Roman" w:eastAsia="Times New Roman" w:cs="Times New Roman"/>
        </w:rPr>
        <w:t xml:space="preserve"> </w:t>
      </w:r>
      <w:r>
        <w:rPr>
          <w:rFonts w:ascii="Nirmala UI" w:hAnsi="Nirmala UI" w:eastAsia="Nirmala UI" w:cs="Nirmala UI"/>
        </w:rPr>
        <w:t>তেওঁলোকৰ</w:t>
      </w:r>
      <w:r>
        <w:rPr>
          <w:rFonts w:ascii="Times New Roman" w:hAnsi="Times New Roman" w:eastAsia="Times New Roman" w:cs="Times New Roman"/>
        </w:rPr>
        <w:t xml:space="preserve"> </w:t>
      </w:r>
      <w:r>
        <w:rPr>
          <w:rFonts w:ascii="Nirmala UI" w:hAnsi="Nirmala UI" w:eastAsia="Nirmala UI" w:cs="Nirmala UI"/>
        </w:rPr>
        <w:t>অপৰাধজনক</w:t>
      </w:r>
      <w:r>
        <w:rPr>
          <w:rFonts w:ascii="Times New Roman" w:hAnsi="Times New Roman" w:eastAsia="Times New Roman" w:cs="Times New Roman"/>
        </w:rPr>
        <w:t xml:space="preserve"> </w:t>
      </w:r>
      <w:r>
        <w:rPr>
          <w:rFonts w:ascii="Nirmala UI" w:hAnsi="Nirmala UI" w:eastAsia="Nirmala UI" w:cs="Nirmala UI"/>
        </w:rPr>
        <w:t>শিল</w:t>
      </w:r>
      <w:r>
        <w:rPr>
          <w:rFonts w:ascii="Times New Roman" w:hAnsi="Times New Roman" w:eastAsia="Times New Roman" w:cs="Times New Roman"/>
        </w:rPr>
        <w:t xml:space="preserve">, </w:t>
      </w:r>
      <w:r>
        <w:rPr>
          <w:rFonts w:ascii="Nirmala UI" w:hAnsi="Nirmala UI" w:eastAsia="Nirmala UI" w:cs="Nirmala UI"/>
        </w:rPr>
        <w:t>তেতিয়া</w:t>
      </w:r>
      <w:r>
        <w:rPr>
          <w:rFonts w:ascii="Times New Roman" w:hAnsi="Times New Roman" w:eastAsia="Times New Roman" w:cs="Times New Roman"/>
        </w:rPr>
        <w:t xml:space="preserve"> </w:t>
      </w:r>
      <w:r>
        <w:rPr>
          <w:rFonts w:ascii="Nirmala UI" w:hAnsi="Nirmala UI" w:eastAsia="Nirmala UI" w:cs="Nirmala UI"/>
        </w:rPr>
        <w:t>তেওঁলোকৰ</w:t>
      </w:r>
      <w:r>
        <w:rPr>
          <w:rFonts w:ascii="Times New Roman" w:hAnsi="Times New Roman" w:eastAsia="Times New Roman" w:cs="Times New Roman"/>
        </w:rPr>
        <w:t xml:space="preserve"> </w:t>
      </w:r>
      <w:r>
        <w:rPr>
          <w:rFonts w:ascii="Nirmala UI" w:hAnsi="Nirmala UI" w:eastAsia="Nirmala UI" w:cs="Nirmala UI"/>
        </w:rPr>
        <w:t>আগত</w:t>
      </w:r>
      <w:r>
        <w:rPr>
          <w:rFonts w:ascii="Times New Roman" w:hAnsi="Times New Roman" w:eastAsia="Times New Roman" w:cs="Times New Roman"/>
        </w:rPr>
        <w:t xml:space="preserve"> </w:t>
      </w:r>
      <w:r>
        <w:rPr>
          <w:rFonts w:ascii="Nirmala UI" w:hAnsi="Nirmala UI" w:eastAsia="Nirmala UI" w:cs="Nirmala UI"/>
        </w:rPr>
        <w:t>প্ৰতিশোধ</w:t>
      </w:r>
      <w:r>
        <w:rPr>
          <w:rFonts w:ascii="Times New Roman" w:hAnsi="Times New Roman" w:eastAsia="Times New Roman" w:cs="Times New Roman"/>
        </w:rPr>
        <w:t xml:space="preserve"> </w:t>
      </w:r>
      <w:r>
        <w:rPr>
          <w:rFonts w:ascii="Nirmala UI" w:hAnsi="Nirmala UI" w:eastAsia="Nirmala UI" w:cs="Nirmala UI"/>
        </w:rPr>
        <w:t>লোৱা</w:t>
      </w:r>
      <w:r>
        <w:rPr>
          <w:rFonts w:ascii="Times New Roman" w:hAnsi="Times New Roman" w:eastAsia="Times New Roman" w:cs="Times New Roman"/>
        </w:rPr>
        <w:t xml:space="preserve"> </w:t>
      </w:r>
      <w:r>
        <w:rPr>
          <w:rFonts w:ascii="Nirmala UI" w:hAnsi="Nirmala UI" w:eastAsia="Nirmala UI" w:cs="Nirmala UI"/>
        </w:rPr>
        <w:t>পৰ্বতৰূপে</w:t>
      </w:r>
      <w:r>
        <w:rPr>
          <w:rFonts w:ascii="Times New Roman" w:hAnsi="Times New Roman" w:eastAsia="Times New Roman" w:cs="Times New Roman"/>
        </w:rPr>
        <w:t xml:space="preserve"> </w:t>
      </w:r>
      <w:r>
        <w:rPr>
          <w:rFonts w:ascii="Nirmala UI" w:hAnsi="Nirmala UI" w:eastAsia="Nirmala UI" w:cs="Nirmala UI"/>
        </w:rPr>
        <w:t>প্ৰকাশ</w:t>
      </w:r>
      <w:r>
        <w:rPr>
          <w:rFonts w:ascii="Times New Roman" w:hAnsi="Times New Roman" w:eastAsia="Times New Roman" w:cs="Times New Roman"/>
        </w:rPr>
        <w:t xml:space="preserve"> </w:t>
      </w:r>
      <w:r>
        <w:rPr>
          <w:rFonts w:ascii="Nirmala UI" w:hAnsi="Nirmala UI" w:eastAsia="Nirmala UI" w:cs="Nirmala UI"/>
        </w:rPr>
        <w:t>পাব।</w:t>
      </w:r>
      <w:r>
        <w:rPr>
          <w:rFonts w:ascii="Times New Roman" w:hAnsi="Times New Roman" w:eastAsia="Times New Roman" w:cs="Times New Roman"/>
        </w:rPr>
        <w:t xml:space="preserve"> </w:t>
      </w:r>
      <w:r>
        <w:rPr>
          <w:rFonts w:ascii="Nirmala UI" w:hAnsi="Nirmala UI" w:eastAsia="Nirmala UI" w:cs="Nirmala UI"/>
        </w:rPr>
        <w:t>তেওঁৰ</w:t>
      </w:r>
      <w:r>
        <w:rPr>
          <w:rFonts w:ascii="Times New Roman" w:hAnsi="Times New Roman" w:eastAsia="Times New Roman" w:cs="Times New Roman"/>
        </w:rPr>
        <w:t xml:space="preserve"> </w:t>
      </w:r>
      <w:r>
        <w:rPr>
          <w:rFonts w:ascii="Nirmala UI" w:hAnsi="Nirmala UI" w:eastAsia="Nirmala UI" w:cs="Nirmala UI"/>
        </w:rPr>
        <w:t>মুখমণ্ডলৰ</w:t>
      </w:r>
      <w:r>
        <w:rPr>
          <w:rFonts w:ascii="Times New Roman" w:hAnsi="Times New Roman" w:eastAsia="Times New Roman" w:cs="Times New Roman"/>
        </w:rPr>
        <w:t xml:space="preserve"> </w:t>
      </w:r>
      <w:r>
        <w:rPr>
          <w:rFonts w:ascii="Nirmala UI" w:hAnsi="Nirmala UI" w:eastAsia="Nirmala UI" w:cs="Nirmala UI"/>
        </w:rPr>
        <w:t>মহিমা</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ধাৰ্মিকসকলৰ</w:t>
      </w:r>
      <w:r>
        <w:rPr>
          <w:rFonts w:ascii="Times New Roman" w:hAnsi="Times New Roman" w:eastAsia="Times New Roman" w:cs="Times New Roman"/>
        </w:rPr>
        <w:t xml:space="preserve"> </w:t>
      </w:r>
      <w:r>
        <w:rPr>
          <w:rFonts w:ascii="Nirmala UI" w:hAnsi="Nirmala UI" w:eastAsia="Nirmala UI" w:cs="Nirmala UI"/>
        </w:rPr>
        <w:t>বাবে</w:t>
      </w:r>
      <w:r>
        <w:rPr>
          <w:rFonts w:ascii="Times New Roman" w:hAnsi="Times New Roman" w:eastAsia="Times New Roman" w:cs="Times New Roman"/>
        </w:rPr>
        <w:t xml:space="preserve"> </w:t>
      </w:r>
      <w:r>
        <w:rPr>
          <w:rFonts w:ascii="Nirmala UI" w:hAnsi="Nirmala UI" w:eastAsia="Nirmala UI" w:cs="Nirmala UI"/>
        </w:rPr>
        <w:t>জীৱন</w:t>
      </w:r>
      <w:r>
        <w:rPr>
          <w:rFonts w:ascii="Times New Roman" w:hAnsi="Times New Roman" w:eastAsia="Times New Roman" w:cs="Times New Roman"/>
        </w:rPr>
        <w:t xml:space="preserve">, </w:t>
      </w:r>
      <w:r>
        <w:rPr>
          <w:rFonts w:ascii="Nirmala UI" w:hAnsi="Nirmala UI" w:eastAsia="Nirmala UI" w:cs="Nirmala UI"/>
        </w:rPr>
        <w:t>অধাৰ্মিকসকলৰ</w:t>
      </w:r>
      <w:r>
        <w:rPr>
          <w:rFonts w:ascii="Times New Roman" w:hAnsi="Times New Roman" w:eastAsia="Times New Roman" w:cs="Times New Roman"/>
        </w:rPr>
        <w:t xml:space="preserve"> </w:t>
      </w:r>
      <w:r>
        <w:rPr>
          <w:rFonts w:ascii="Nirmala UI" w:hAnsi="Nirmala UI" w:eastAsia="Nirmala UI" w:cs="Nirmala UI"/>
        </w:rPr>
        <w:t>বাবে</w:t>
      </w:r>
      <w:r>
        <w:rPr>
          <w:rFonts w:ascii="Times New Roman" w:hAnsi="Times New Roman" w:eastAsia="Times New Roman" w:cs="Times New Roman"/>
        </w:rPr>
        <w:t xml:space="preserve"> </w:t>
      </w:r>
      <w:r>
        <w:rPr>
          <w:rFonts w:ascii="Nirmala UI" w:hAnsi="Nirmala UI" w:eastAsia="Nirmala UI" w:cs="Nirmala UI"/>
        </w:rPr>
        <w:t>ভস্মকাৰী</w:t>
      </w:r>
      <w:r>
        <w:rPr>
          <w:rFonts w:ascii="Times New Roman" w:hAnsi="Times New Roman" w:eastAsia="Times New Roman" w:cs="Times New Roman"/>
        </w:rPr>
        <w:t xml:space="preserve"> </w:t>
      </w:r>
      <w:r>
        <w:rPr>
          <w:rFonts w:ascii="Nirmala UI" w:hAnsi="Nirmala UI" w:eastAsia="Nirmala UI" w:cs="Nirmala UI"/>
        </w:rPr>
        <w:t>অগ্নি</w:t>
      </w:r>
      <w:r>
        <w:rPr>
          <w:rFonts w:ascii="Times New Roman" w:hAnsi="Times New Roman" w:eastAsia="Times New Roman" w:cs="Times New Roman"/>
        </w:rPr>
        <w:t xml:space="preserve"> </w:t>
      </w:r>
      <w:r>
        <w:rPr>
          <w:rFonts w:ascii="Nirmala UI" w:hAnsi="Nirmala UI" w:eastAsia="Nirmala UI" w:cs="Nirmala UI"/>
        </w:rPr>
        <w:t>হ</w:t>
      </w:r>
      <w:r>
        <w:rPr>
          <w:rFonts w:ascii="Times New Roman" w:hAnsi="Times New Roman" w:eastAsia="Times New Roman" w:cs="Times New Roman"/>
        </w:rPr>
        <w:t>’</w:t>
      </w:r>
      <w:r>
        <w:rPr>
          <w:rFonts w:ascii="Nirmala UI" w:hAnsi="Nirmala UI" w:eastAsia="Nirmala UI" w:cs="Nirmala UI"/>
        </w:rPr>
        <w:t>ব।</w:t>
      </w:r>
      <w:r>
        <w:rPr>
          <w:rFonts w:ascii="Times New Roman" w:hAnsi="Times New Roman" w:eastAsia="Times New Roman" w:cs="Times New Roman"/>
        </w:rPr>
        <w:t xml:space="preserve"> </w:t>
      </w:r>
      <w:r>
        <w:rPr>
          <w:rFonts w:ascii="Nirmala UI" w:hAnsi="Nirmala UI" w:eastAsia="Nirmala UI" w:cs="Nirmala UI"/>
        </w:rPr>
        <w:t>প্ৰত্যাখ্যাত</w:t>
      </w:r>
      <w:r>
        <w:rPr>
          <w:rFonts w:ascii="Times New Roman" w:hAnsi="Times New Roman" w:eastAsia="Times New Roman" w:cs="Times New Roman"/>
        </w:rPr>
        <w:t xml:space="preserve"> </w:t>
      </w:r>
      <w:r>
        <w:rPr>
          <w:rFonts w:ascii="Nirmala UI" w:hAnsi="Nirmala UI" w:eastAsia="Nirmala UI" w:cs="Nirmala UI"/>
        </w:rPr>
        <w:t>প্ৰেম</w:t>
      </w:r>
      <w:r>
        <w:rPr>
          <w:rFonts w:ascii="Times New Roman" w:hAnsi="Times New Roman" w:eastAsia="Times New Roman" w:cs="Times New Roman"/>
        </w:rPr>
        <w:t xml:space="preserve">, </w:t>
      </w:r>
      <w:r>
        <w:rPr>
          <w:rFonts w:ascii="Nirmala UI" w:hAnsi="Nirmala UI" w:eastAsia="Nirmala UI" w:cs="Nirmala UI"/>
        </w:rPr>
        <w:t>অৱজ্ঞাত</w:t>
      </w:r>
      <w:r>
        <w:rPr>
          <w:rFonts w:ascii="Times New Roman" w:hAnsi="Times New Roman" w:eastAsia="Times New Roman" w:cs="Times New Roman"/>
        </w:rPr>
        <w:t xml:space="preserve"> </w:t>
      </w:r>
      <w:r>
        <w:rPr>
          <w:rFonts w:ascii="Nirmala UI" w:hAnsi="Nirmala UI" w:eastAsia="Nirmala UI" w:cs="Nirmala UI"/>
        </w:rPr>
        <w:t>অনুগ্ৰহৰ</w:t>
      </w:r>
      <w:r>
        <w:rPr>
          <w:rFonts w:ascii="Times New Roman" w:hAnsi="Times New Roman" w:eastAsia="Times New Roman" w:cs="Times New Roman"/>
        </w:rPr>
        <w:t xml:space="preserve"> </w:t>
      </w:r>
      <w:r>
        <w:rPr>
          <w:rFonts w:ascii="Nirmala UI" w:hAnsi="Nirmala UI" w:eastAsia="Nirmala UI" w:cs="Nirmala UI"/>
        </w:rPr>
        <w:t>কাৰণে</w:t>
      </w:r>
      <w:r>
        <w:rPr>
          <w:rFonts w:ascii="Times New Roman" w:hAnsi="Times New Roman" w:eastAsia="Times New Roman" w:cs="Times New Roman"/>
        </w:rPr>
        <w:t xml:space="preserve">, </w:t>
      </w:r>
      <w:r>
        <w:rPr>
          <w:rFonts w:ascii="Nirmala UI" w:hAnsi="Nirmala UI" w:eastAsia="Nirmala UI" w:cs="Nirmala UI"/>
        </w:rPr>
        <w:t>পাপীৰ</w:t>
      </w:r>
      <w:r>
        <w:rPr>
          <w:rFonts w:ascii="Times New Roman" w:hAnsi="Times New Roman" w:eastAsia="Times New Roman" w:cs="Times New Roman"/>
        </w:rPr>
        <w:t xml:space="preserve"> </w:t>
      </w:r>
      <w:r>
        <w:rPr>
          <w:rFonts w:ascii="Nirmala UI" w:hAnsi="Nirmala UI" w:eastAsia="Nirmala UI" w:cs="Nirmala UI"/>
        </w:rPr>
        <w:t>বিনাশ</w:t>
      </w:r>
      <w:r>
        <w:rPr>
          <w:rFonts w:ascii="Times New Roman" w:hAnsi="Times New Roman" w:eastAsia="Times New Roman" w:cs="Times New Roman"/>
        </w:rPr>
        <w:t xml:space="preserve"> </w:t>
      </w:r>
      <w:r>
        <w:rPr>
          <w:rFonts w:ascii="Nirmala UI" w:hAnsi="Nirmala UI" w:eastAsia="Nirmala UI" w:cs="Nirmala UI"/>
        </w:rPr>
        <w:t>হ</w:t>
      </w:r>
      <w:r>
        <w:rPr>
          <w:rFonts w:ascii="Times New Roman" w:hAnsi="Times New Roman" w:eastAsia="Times New Roman" w:cs="Times New Roman"/>
        </w:rPr>
        <w:t>’</w:t>
      </w:r>
      <w:r>
        <w:rPr>
          <w:rFonts w:ascii="Nirmala UI" w:hAnsi="Nirmala UI" w:eastAsia="Nirmala UI" w:cs="Nirmala UI"/>
        </w:rPr>
        <w:t>ব।</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«Sceada ungarirayu mirachispa, cutin-cutinta willakuyninwanpas, Jesús ricuchirqan imayna kananta judíokunapaq Diospa Churinata mana chaskisqankumanta. Kay simikunapiqa payqa llapa pacha, llapa watakunapi, payta mana chaskiqkunatam rimapayan karqan, qispichiqnin hina. Sapa willakuyqa paykunapaqmi. Qhellichasqa templopas, mana kasukuq churipas, llullakuq yapuykuna qhawaqkuna, pisi yupaychaywan wasi ruwaqkunaqa, sapa huchasapa runapa kawsayninpi tupaqninmi kanku. Mana wanakuspaqa, paykuna ima wañuyta ñawpaqman rikuchirqanku chayqa, paypa kaqninmi kanqa.» The Desire of Ages, 600.</w:t>
      </w:r>
    </w:p>
    <w:p>
      <w:pPr>
        <w:pStyle w:val="ArticleBody"/>
        <w:jc w:val="left"/>
      </w:pPr>
      <w:r>
        <w:rPr>
          <w:rFonts w:ascii="Times New Roman" w:hAnsi="Times New Roman" w:eastAsia="Times New Roman" w:cs="Times New Roman"/>
        </w:rPr>
        <w:t>Sa pitong-taóng yugto na doo’y nagpatotoo ang lalaki sa Jerusalem, ito’y nahati sa unang pagkubkob sa dalawang magkapantay na yugto na tig-iisang libo at dalawang daan at animnapung araw. Ang pitong taóng iyon ay kumatawan sa pagkawasak ng Jerusalem, at ang pitong taon ng mga ministeryo ni Cristo at ng mga alagad ay kumatawan sa pasimula ng pagkawasak ng Jerusalem, at laging inilalarawan ni Jesus ang wakas sa pamamagitan ng pasimula. Ang pitong taóng iyon ay inilarawan din sa anyo ng “pitong panahon” laban sa hilagang kaharian na nahati sa dalawang magkapantay na yugto na tig-iisang libo at dalawang daan at animnapung taon.</w:t>
      </w:r>
    </w:p>
    <w:p>
      <w:pPr>
        <w:pStyle w:val="ArticleBody"/>
        <w:jc w:val="left"/>
      </w:pPr>
      <w:r>
        <w:rPr>
          <w:rFonts w:ascii="Times New Roman" w:hAnsi="Times New Roman" w:eastAsia="Times New Roman" w:cs="Times New Roman"/>
        </w:rPr>
        <w:t>Atuq Pumamarka, paganu hinaspa papal Pumamarkap historiaqta huktawan rurachkan literal hinallataq espiritü Jerusalénta saruchispan, hinaspa Atuq Pumamarka qhawarichin chay iskay historia-kunata, iskay pachakunaq amonestaciónninkunata, wata 63-manta pacha wata 70-kama runa qorqan, hinaspa atuq Pumamarka huktawan rurachkan chay historiaqta, chay iskay pachakunaq rikch’ayninpi Cristo hinallataq discípulo-kuna Jerusalénpi yaykuspa lluqsispa purirqanku kimsa wata chusku killa kuskan, iskay sapa pachakuna rikurinqa, ichaqa qhipa p’unchaykunapi, “pacha manañam kanchu.”</w:t>
      </w:r>
    </w:p>
    <w:p>
      <w:pPr>
        <w:pStyle w:val="ArticleBody"/>
        <w:jc w:val="left"/>
      </w:pPr>
      <w:r>
        <w:rPr>
          <w:rFonts w:ascii="Times New Roman" w:hAnsi="Times New Roman" w:eastAsia="Times New Roman" w:cs="Times New Roman"/>
        </w:rPr>
        <w:t>Ña paha mokõi período pahaguéva ha’e pe simbólico irundy pa mokõi jasy, upépe Roma Moderna omohu’ã hag̃ua ipahaitépe pe jejopy vai umi jeroviapy rehegua rehe, peteĩ jey oñemonguera rire pe iherida omano hag̃uáicha pe ára domingo rehegua léi oútava pya’e rupive. Upe simbólico irundy pa mokõi jasy ha’e pe mokõi período apytégui pe mokõiháva, ha ha’e pe período pe juicio ejecutivo Roma moderna rehegua. Upe período mboyve oiko pe juicio investigativo umi oikovéva rehegua Adventismo Laodicense-pe.</w:t>
      </w:r>
    </w:p>
    <w:p>
      <w:pPr>
        <w:pStyle w:val="ArticleBody"/>
        <w:jc w:val="left"/>
      </w:pPr>
      <w:r>
        <w:rPr>
          <w:rFonts w:ascii="Times New Roman" w:hAnsi="Times New Roman" w:eastAsia="Times New Roman" w:cs="Times New Roman"/>
        </w:rPr>
        <w:t>Ang taong naglahad ng babala sa literal na Jerusalem ay namatay sa panahon ng pagkubkob ni Tito. Hindi siya namatay sa mismong pagkalipol, kundi sa panahon ng pagkubkob na nauna sa pagkalipol, sapagkat walang ni isang Cristiano ang namatay sa pagkalipol ng Jerusalem.</w:t>
      </w:r>
    </w:p>
    <w:p>
      <w:pPr>
        <w:pStyle w:val="ArticleScripture"/>
        <w:jc w:val="left"/>
      </w:pPr>
      <w:r>
        <w:rPr>
          <w:rFonts w:ascii="Times New Roman" w:hAnsi="Times New Roman" w:eastAsia="Times New Roman" w:cs="Times New Roman"/>
        </w:rPr>
        <w:t>«Kwa myaka irindwi umuntu yakomeje kuzamuka no kumanuka mu mihanda ya Yerusalemu, atangaza amakuba yari agiye kuza kuri uwo murwa. Ku manywa no nijoro yaririmbaga indirimbo y’agahinda iteye ubwoba iti: “Ijwi riturutse iburasirazuba! ijwi riturutse iburengerazuba! ijwi riturutse mu muyaga ine! ijwi rirwanya Yerusalemu kandi rirwanya urusengero! ijwi rirwanya abakwe n’abageni! ijwi rirwanya abantu bose!”—Ibid. Uwo muntu w’umunyamahanga yarafunzwe kandi arakubitwa ibiboko, ariko nta kirego na kimwe cyigeze gisohoka ku munwa we. Iyo bamusekaga kandi bamukorera nabi, yasubizaga gusa ati: “Makuba, makuba kuri Yerusalemu!” “makuba, makuba ku bayituye!” Gutaka kwe ko kuburira ntikwigeze guceceka kugeza igihe yiciwe mu kugotwa k’umurwa yari yarahanuye.» The Great Controversy, 29, 30.</w:t>
      </w:r>
    </w:p>
    <w:p>
      <w:pPr>
        <w:pStyle w:val="ArticleBody"/>
        <w:jc w:val="left"/>
      </w:pPr>
      <w:r>
        <w:rPr>
          <w:rFonts w:ascii="Myanmar Text" w:hAnsi="Myanmar Text" w:eastAsia="Myanmar Text" w:cs="Myanmar Text"/>
        </w:rPr>
        <w:t>ယောကျ်ားသည်</w:t>
      </w:r>
      <w:r>
        <w:rPr>
          <w:rFonts w:ascii="Times New Roman" w:hAnsi="Times New Roman" w:eastAsia="Times New Roman" w:cs="Times New Roman"/>
        </w:rPr>
        <w:t xml:space="preserve"> </w:t>
      </w:r>
      <w:r>
        <w:rPr>
          <w:rFonts w:ascii="Myanmar Text" w:hAnsi="Myanmar Text" w:eastAsia="Myanmar Text" w:cs="Myanmar Text"/>
        </w:rPr>
        <w:t>မြို့ဝန်းရံတိုက်ခိုက်မှုအတွင်း</w:t>
      </w:r>
      <w:r>
        <w:rPr>
          <w:rFonts w:ascii="Times New Roman" w:hAnsi="Times New Roman" w:eastAsia="Times New Roman" w:cs="Times New Roman"/>
        </w:rPr>
        <w:t xml:space="preserve"> </w:t>
      </w:r>
      <w:r>
        <w:rPr>
          <w:rFonts w:ascii="Myanmar Text" w:hAnsi="Myanmar Text" w:eastAsia="Myanmar Text" w:cs="Myanmar Text"/>
        </w:rPr>
        <w:t>သေဆုံးခဲ့သော်လည်း</w:t>
      </w:r>
      <w:r>
        <w:rPr>
          <w:rFonts w:ascii="Times New Roman" w:hAnsi="Times New Roman" w:eastAsia="Times New Roman" w:cs="Times New Roman"/>
        </w:rPr>
        <w:t xml:space="preserve"> </w:t>
      </w:r>
      <w:r>
        <w:rPr>
          <w:rFonts w:ascii="Myanmar Text" w:hAnsi="Myanmar Text" w:eastAsia="Myanmar Text" w:cs="Myanmar Text"/>
        </w:rPr>
        <w:t>နောက်ဆုံးဖျက်ဆီးခြင်း၌</w:t>
      </w:r>
      <w:r>
        <w:rPr>
          <w:rFonts w:ascii="Times New Roman" w:hAnsi="Times New Roman" w:eastAsia="Times New Roman" w:cs="Times New Roman"/>
        </w:rPr>
        <w:t xml:space="preserve"> </w:t>
      </w:r>
      <w:r>
        <w:rPr>
          <w:rFonts w:ascii="Myanmar Text" w:hAnsi="Myanmar Text" w:eastAsia="Myanmar Text" w:cs="Myanmar Text"/>
        </w:rPr>
        <w:t>မဟုတ်ပေ။</w:t>
      </w:r>
      <w:r>
        <w:rPr>
          <w:rFonts w:ascii="Times New Roman" w:hAnsi="Times New Roman" w:eastAsia="Times New Roman" w:cs="Times New Roman"/>
        </w:rPr>
        <w:t xml:space="preserve"> </w:t>
      </w:r>
      <w:r>
        <w:rPr>
          <w:rFonts w:ascii="Myanmar Text" w:hAnsi="Myanmar Text" w:eastAsia="Myanmar Text" w:cs="Myanmar Text"/>
        </w:rPr>
        <w:t>ထို့ပြင်</w:t>
      </w:r>
      <w:r>
        <w:rPr>
          <w:rFonts w:ascii="Times New Roman" w:hAnsi="Times New Roman" w:eastAsia="Times New Roman" w:cs="Times New Roman"/>
        </w:rPr>
        <w:t xml:space="preserve"> </w:t>
      </w:r>
      <w:r>
        <w:rPr>
          <w:rFonts w:ascii="Myanmar Text" w:hAnsi="Myanmar Text" w:eastAsia="Myanmar Text" w:cs="Myanmar Text"/>
        </w:rPr>
        <w:t>နောက်ဆုံးဖျက်ဆီးခြင်းသည်</w:t>
      </w:r>
      <w:r>
        <w:rPr>
          <w:rFonts w:ascii="Times New Roman" w:hAnsi="Times New Roman" w:eastAsia="Times New Roman" w:cs="Times New Roman"/>
        </w:rPr>
        <w:t xml:space="preserve"> </w:t>
      </w:r>
      <w:r>
        <w:rPr>
          <w:rFonts w:ascii="Myanmar Text" w:hAnsi="Myanmar Text" w:eastAsia="Myanmar Text" w:cs="Myanmar Text"/>
        </w:rPr>
        <w:t>ကရုဏာတံခါးပိတ်သိမ်းခြင်း၏</w:t>
      </w:r>
      <w:r>
        <w:rPr>
          <w:rFonts w:ascii="Times New Roman" w:hAnsi="Times New Roman" w:eastAsia="Times New Roman" w:cs="Times New Roman"/>
        </w:rPr>
        <w:t xml:space="preserve"> </w:t>
      </w:r>
      <w:r>
        <w:rPr>
          <w:rFonts w:ascii="Myanmar Text" w:hAnsi="Myanmar Text" w:eastAsia="Myanmar Text" w:cs="Myanmar Text"/>
        </w:rPr>
        <w:t>အဆုံးနှင့်</w:t>
      </w:r>
      <w:r>
        <w:rPr>
          <w:rFonts w:ascii="Times New Roman" w:hAnsi="Times New Roman" w:eastAsia="Times New Roman" w:cs="Times New Roman"/>
        </w:rPr>
        <w:t xml:space="preserve"> </w:t>
      </w:r>
      <w:r>
        <w:rPr>
          <w:rFonts w:ascii="Myanmar Text" w:hAnsi="Myanmar Text" w:eastAsia="Myanmar Text" w:cs="Myanmar Text"/>
        </w:rPr>
        <w:t>နောက်ဆုံးကပ်ဘေးခုနစ်ပါးကို</w:t>
      </w:r>
      <w:r>
        <w:rPr>
          <w:rFonts w:ascii="Times New Roman" w:hAnsi="Times New Roman" w:eastAsia="Times New Roman" w:cs="Times New Roman"/>
        </w:rPr>
        <w:t xml:space="preserve"> </w:t>
      </w:r>
      <w:r>
        <w:rPr>
          <w:rFonts w:ascii="Myanmar Text" w:hAnsi="Myanmar Text" w:eastAsia="Myanmar Text" w:cs="Myanmar Text"/>
        </w:rPr>
        <w:t>ကိုယ်စားပြုသည်။</w:t>
      </w:r>
      <w:r>
        <w:rPr>
          <w:rFonts w:ascii="Times New Roman" w:hAnsi="Times New Roman" w:eastAsia="Times New Roman" w:cs="Times New Roman"/>
        </w:rPr>
        <w:t xml:space="preserve"> </w:t>
      </w:r>
      <w:r>
        <w:rPr>
          <w:rFonts w:ascii="Myanmar Text" w:hAnsi="Myanmar Text" w:eastAsia="Myanmar Text" w:cs="Myanmar Text"/>
        </w:rPr>
        <w:t>ထို့ကြောင့်</w:t>
      </w:r>
      <w:r>
        <w:rPr>
          <w:rFonts w:ascii="Times New Roman" w:hAnsi="Times New Roman" w:eastAsia="Times New Roman" w:cs="Times New Roman"/>
        </w:rPr>
        <w:t xml:space="preserve"> </w:t>
      </w:r>
      <w:r>
        <w:rPr>
          <w:rFonts w:ascii="Myanmar Text" w:hAnsi="Myanmar Text" w:eastAsia="Myanmar Text" w:cs="Myanmar Text"/>
        </w:rPr>
        <w:t>ဤယောကျ်ားသည်</w:t>
      </w:r>
      <w:r>
        <w:rPr>
          <w:rFonts w:ascii="Times New Roman" w:hAnsi="Times New Roman" w:eastAsia="Times New Roman" w:cs="Times New Roman"/>
        </w:rPr>
        <w:t xml:space="preserve"> </w:t>
      </w:r>
      <w:r>
        <w:rPr>
          <w:rFonts w:ascii="Myanmar Text" w:hAnsi="Myanmar Text" w:eastAsia="Myanmar Text" w:cs="Myanmar Text"/>
        </w:rPr>
        <w:t>ပထမမြို့ဝန်းရံတိုက်ခိုက်မှုအချိန်တွင်</w:t>
      </w:r>
      <w:r>
        <w:rPr>
          <w:rFonts w:ascii="Times New Roman" w:hAnsi="Times New Roman" w:eastAsia="Times New Roman" w:cs="Times New Roman"/>
        </w:rPr>
        <w:t xml:space="preserve"> </w:t>
      </w:r>
      <w:r>
        <w:rPr>
          <w:rFonts w:ascii="Myanmar Text" w:hAnsi="Myanmar Text" w:eastAsia="Myanmar Text" w:cs="Myanmar Text"/>
        </w:rPr>
        <w:t>ယေရုရှလင်မြို့မှ</w:t>
      </w:r>
      <w:r>
        <w:rPr>
          <w:rFonts w:ascii="Times New Roman" w:hAnsi="Times New Roman" w:eastAsia="Times New Roman" w:cs="Times New Roman"/>
        </w:rPr>
        <w:t xml:space="preserve"> </w:t>
      </w:r>
      <w:r>
        <w:rPr>
          <w:rFonts w:ascii="Myanmar Text" w:hAnsi="Myanmar Text" w:eastAsia="Myanmar Text" w:cs="Myanmar Text"/>
        </w:rPr>
        <w:t>ထွက်ခွာရန်</w:t>
      </w:r>
      <w:r>
        <w:rPr>
          <w:rFonts w:ascii="Times New Roman" w:hAnsi="Times New Roman" w:eastAsia="Times New Roman" w:cs="Times New Roman"/>
        </w:rPr>
        <w:t xml:space="preserve"> </w:t>
      </w:r>
      <w:r>
        <w:rPr>
          <w:rFonts w:ascii="Myanmar Text" w:hAnsi="Myanmar Text" w:eastAsia="Myanmar Text" w:cs="Myanmar Text"/>
        </w:rPr>
        <w:t>ပေးသော</w:t>
      </w:r>
      <w:r>
        <w:rPr>
          <w:rFonts w:ascii="Times New Roman" w:hAnsi="Times New Roman" w:eastAsia="Times New Roman" w:cs="Times New Roman"/>
        </w:rPr>
        <w:t xml:space="preserve"> </w:t>
      </w:r>
      <w:r>
        <w:rPr>
          <w:rFonts w:ascii="Myanmar Text" w:hAnsi="Myanmar Text" w:eastAsia="Myanmar Text" w:cs="Myanmar Text"/>
        </w:rPr>
        <w:t>သတင်းစကား၏</w:t>
      </w:r>
      <w:r>
        <w:rPr>
          <w:rFonts w:ascii="Times New Roman" w:hAnsi="Times New Roman" w:eastAsia="Times New Roman" w:cs="Times New Roman"/>
        </w:rPr>
        <w:t xml:space="preserve"> </w:t>
      </w:r>
      <w:r>
        <w:rPr>
          <w:rFonts w:ascii="Myanmar Text" w:hAnsi="Myanmar Text" w:eastAsia="Myanmar Text" w:cs="Myanmar Text"/>
        </w:rPr>
        <w:t>သင်္ကေတဖြစ်သည်။</w:t>
      </w:r>
      <w:r>
        <w:rPr>
          <w:rFonts w:ascii="Times New Roman" w:hAnsi="Times New Roman" w:eastAsia="Times New Roman" w:cs="Times New Roman"/>
        </w:rPr>
        <w:t xml:space="preserve"> </w:t>
      </w:r>
      <w:r>
        <w:rPr>
          <w:rFonts w:ascii="Myanmar Text" w:hAnsi="Myanmar Text" w:eastAsia="Myanmar Text" w:cs="Myanmar Text"/>
        </w:rPr>
        <w:t>ထိုအခါ</w:t>
      </w:r>
      <w:r>
        <w:rPr>
          <w:rFonts w:ascii="Times New Roman" w:hAnsi="Times New Roman" w:eastAsia="Times New Roman" w:cs="Times New Roman"/>
        </w:rPr>
        <w:t xml:space="preserve"> </w:t>
      </w:r>
      <w:r>
        <w:rPr>
          <w:rFonts w:ascii="Myanmar Text" w:hAnsi="Myanmar Text" w:eastAsia="Myanmar Text" w:cs="Myanmar Text"/>
        </w:rPr>
        <w:t>ခရစ်ယာန်များသည်</w:t>
      </w:r>
      <w:r>
        <w:rPr>
          <w:rFonts w:ascii="Times New Roman" w:hAnsi="Times New Roman" w:eastAsia="Times New Roman" w:cs="Times New Roman"/>
        </w:rPr>
        <w:t xml:space="preserve"> </w:t>
      </w:r>
      <w:r>
        <w:rPr>
          <w:rFonts w:ascii="Myanmar Text" w:hAnsi="Myanmar Text" w:eastAsia="Myanmar Text" w:cs="Myanmar Text"/>
        </w:rPr>
        <w:t>ထွက်ပြေးခဲ့ကြပြီး၊</w:t>
      </w:r>
      <w:r>
        <w:rPr>
          <w:rFonts w:ascii="Times New Roman" w:hAnsi="Times New Roman" w:eastAsia="Times New Roman" w:cs="Times New Roman"/>
        </w:rPr>
        <w:t xml:space="preserve"> </w:t>
      </w:r>
      <w:r>
        <w:rPr>
          <w:rFonts w:ascii="Myanmar Text" w:hAnsi="Myanmar Text" w:eastAsia="Myanmar Text" w:cs="Myanmar Text"/>
        </w:rPr>
        <w:t>ပထမ</w:t>
      </w:r>
      <w:r>
        <w:rPr>
          <w:rFonts w:ascii="Times New Roman" w:hAnsi="Times New Roman" w:eastAsia="Times New Roman" w:cs="Times New Roman"/>
        </w:rPr>
        <w:t xml:space="preserve"> </w:t>
      </w:r>
      <w:r>
        <w:rPr>
          <w:rFonts w:ascii="Myanmar Text" w:hAnsi="Myanmar Text" w:eastAsia="Myanmar Text" w:cs="Myanmar Text"/>
        </w:rPr>
        <w:t>သုံးနှစ်ခွဲကာလအတွင်း</w:t>
      </w:r>
      <w:r>
        <w:rPr>
          <w:rFonts w:ascii="Times New Roman" w:hAnsi="Times New Roman" w:eastAsia="Times New Roman" w:cs="Times New Roman"/>
        </w:rPr>
        <w:t xml:space="preserve"> </w:t>
      </w:r>
      <w:r>
        <w:rPr>
          <w:rFonts w:ascii="Myanmar Text" w:hAnsi="Myanmar Text" w:eastAsia="Myanmar Text" w:cs="Myanmar Text"/>
        </w:rPr>
        <w:t>ဤယောကျ်ားသည်</w:t>
      </w:r>
      <w:r>
        <w:rPr>
          <w:rFonts w:ascii="Times New Roman" w:hAnsi="Times New Roman" w:eastAsia="Times New Roman" w:cs="Times New Roman"/>
        </w:rPr>
        <w:t xml:space="preserve"> </w:t>
      </w:r>
      <w:r>
        <w:rPr>
          <w:rFonts w:ascii="Myanmar Text" w:hAnsi="Myanmar Text" w:eastAsia="Myanmar Text" w:cs="Myanmar Text"/>
        </w:rPr>
        <w:t>ယေရုရှလင်မြို့၌</w:t>
      </w:r>
      <w:r>
        <w:rPr>
          <w:rFonts w:ascii="Times New Roman" w:hAnsi="Times New Roman" w:eastAsia="Times New Roman" w:cs="Times New Roman"/>
        </w:rPr>
        <w:t xml:space="preserve"> </w:t>
      </w:r>
      <w:r>
        <w:rPr>
          <w:rFonts w:ascii="Myanmar Text" w:hAnsi="Myanmar Text" w:eastAsia="Myanmar Text" w:cs="Myanmar Text"/>
        </w:rPr>
        <w:t>မသေဆုံးသော</w:t>
      </w:r>
      <w:r>
        <w:rPr>
          <w:rFonts w:ascii="Times New Roman" w:hAnsi="Times New Roman" w:eastAsia="Times New Roman" w:cs="Times New Roman"/>
        </w:rPr>
        <w:t xml:space="preserve"> </w:t>
      </w:r>
      <w:r>
        <w:rPr>
          <w:rFonts w:ascii="Myanmar Text" w:hAnsi="Myanmar Text" w:eastAsia="Myanmar Text" w:cs="Myanmar Text"/>
        </w:rPr>
        <w:t>အုပ်စုတစ်စု၏</w:t>
      </w:r>
      <w:r>
        <w:rPr>
          <w:rFonts w:ascii="Times New Roman" w:hAnsi="Times New Roman" w:eastAsia="Times New Roman" w:cs="Times New Roman"/>
        </w:rPr>
        <w:t xml:space="preserve"> </w:t>
      </w:r>
      <w:r>
        <w:rPr>
          <w:rFonts w:ascii="Myanmar Text" w:hAnsi="Myanmar Text" w:eastAsia="Myanmar Text" w:cs="Myanmar Text"/>
        </w:rPr>
        <w:t>သင်္ကေတဖြစ်သည်။</w:t>
      </w:r>
      <w:r>
        <w:rPr>
          <w:rFonts w:ascii="Times New Roman" w:hAnsi="Times New Roman" w:eastAsia="Times New Roman" w:cs="Times New Roman"/>
        </w:rPr>
        <w:t xml:space="preserve"> </w:t>
      </w:r>
      <w:r>
        <w:rPr>
          <w:rFonts w:ascii="Myanmar Text" w:hAnsi="Myanmar Text" w:eastAsia="Myanmar Text" w:cs="Myanmar Text"/>
        </w:rPr>
        <w:t>ဒုတိယ</w:t>
      </w:r>
      <w:r>
        <w:rPr>
          <w:rFonts w:ascii="Times New Roman" w:hAnsi="Times New Roman" w:eastAsia="Times New Roman" w:cs="Times New Roman"/>
        </w:rPr>
        <w:t xml:space="preserve"> </w:t>
      </w:r>
      <w:r>
        <w:rPr>
          <w:rFonts w:ascii="Myanmar Text" w:hAnsi="Myanmar Text" w:eastAsia="Myanmar Text" w:cs="Myanmar Text"/>
        </w:rPr>
        <w:t>သုံးနှစ်ခွဲကာလ၌မူ</w:t>
      </w:r>
      <w:r>
        <w:rPr>
          <w:rFonts w:ascii="Times New Roman" w:hAnsi="Times New Roman" w:eastAsia="Times New Roman" w:cs="Times New Roman"/>
        </w:rPr>
        <w:t xml:space="preserve"> </w:t>
      </w:r>
      <w:r>
        <w:rPr>
          <w:rFonts w:ascii="Myanmar Text" w:hAnsi="Myanmar Text" w:eastAsia="Myanmar Text" w:cs="Myanmar Text"/>
        </w:rPr>
        <w:t>သူသည်</w:t>
      </w:r>
      <w:r>
        <w:rPr>
          <w:rFonts w:ascii="Times New Roman" w:hAnsi="Times New Roman" w:eastAsia="Times New Roman" w:cs="Times New Roman"/>
        </w:rPr>
        <w:t xml:space="preserve"> </w:t>
      </w:r>
      <w:r>
        <w:rPr>
          <w:rFonts w:ascii="Myanmar Text" w:hAnsi="Myanmar Text" w:eastAsia="Myanmar Text" w:cs="Myanmar Text"/>
        </w:rPr>
        <w:t>ကရုဏာတံခါးပိတ်သိမ်းခြင်းမတိုင်မီ</w:t>
      </w:r>
      <w:r>
        <w:rPr>
          <w:rFonts w:ascii="Times New Roman" w:hAnsi="Times New Roman" w:eastAsia="Times New Roman" w:cs="Times New Roman"/>
        </w:rPr>
        <w:t xml:space="preserve"> </w:t>
      </w:r>
      <w:r>
        <w:rPr>
          <w:rFonts w:ascii="Myanmar Text" w:hAnsi="Myanmar Text" w:eastAsia="Myanmar Text" w:cs="Myanmar Text"/>
        </w:rPr>
        <w:t>သေဆုံးရမည့်</w:t>
      </w:r>
      <w:r>
        <w:rPr>
          <w:rFonts w:ascii="Times New Roman" w:hAnsi="Times New Roman" w:eastAsia="Times New Roman" w:cs="Times New Roman"/>
        </w:rPr>
        <w:t xml:space="preserve"> </w:t>
      </w:r>
      <w:r>
        <w:rPr>
          <w:rFonts w:ascii="Myanmar Text" w:hAnsi="Myanmar Text" w:eastAsia="Myanmar Text" w:cs="Myanmar Text"/>
        </w:rPr>
        <w:t>နောက်ဆုံးခရစ်ယာန်များ၏</w:t>
      </w:r>
      <w:r>
        <w:rPr>
          <w:rFonts w:ascii="Times New Roman" w:hAnsi="Times New Roman" w:eastAsia="Times New Roman" w:cs="Times New Roman"/>
        </w:rPr>
        <w:t xml:space="preserve"> </w:t>
      </w:r>
      <w:r>
        <w:rPr>
          <w:rFonts w:ascii="Myanmar Text" w:hAnsi="Myanmar Text" w:eastAsia="Myanmar Text" w:cs="Myanmar Text"/>
        </w:rPr>
        <w:t>သင်္ကေတဖြစ်သည်။</w:t>
      </w:r>
      <w:r>
        <w:rPr>
          <w:rFonts w:ascii="Times New Roman" w:hAnsi="Times New Roman" w:eastAsia="Times New Roman" w:cs="Times New Roman"/>
        </w:rPr>
        <w:t xml:space="preserve"> </w:t>
      </w:r>
      <w:r>
        <w:rPr>
          <w:rFonts w:ascii="Myanmar Text" w:hAnsi="Myanmar Text" w:eastAsia="Myanmar Text" w:cs="Myanmar Text"/>
        </w:rPr>
        <w:t>ပထမကာလတွင်</w:t>
      </w:r>
      <w:r>
        <w:rPr>
          <w:rFonts w:ascii="Times New Roman" w:hAnsi="Times New Roman" w:eastAsia="Times New Roman" w:cs="Times New Roman"/>
        </w:rPr>
        <w:t xml:space="preserve"> </w:t>
      </w:r>
      <w:r>
        <w:rPr>
          <w:rFonts w:ascii="Myanmar Text" w:hAnsi="Myanmar Text" w:eastAsia="Myanmar Text" w:cs="Myanmar Text"/>
        </w:rPr>
        <w:t>သူသည်</w:t>
      </w:r>
      <w:r>
        <w:rPr>
          <w:rFonts w:ascii="Times New Roman" w:hAnsi="Times New Roman" w:eastAsia="Times New Roman" w:cs="Times New Roman"/>
        </w:rPr>
        <w:t xml:space="preserve"> </w:t>
      </w:r>
      <w:r>
        <w:rPr>
          <w:rFonts w:ascii="Myanmar Text" w:hAnsi="Myanmar Text" w:eastAsia="Myanmar Text" w:cs="Myanmar Text"/>
        </w:rPr>
        <w:t>တစ်သိန်းလေးသောင်းလေးထောင်ကို</w:t>
      </w:r>
      <w:r>
        <w:rPr>
          <w:rFonts w:ascii="Times New Roman" w:hAnsi="Times New Roman" w:eastAsia="Times New Roman" w:cs="Times New Roman"/>
        </w:rPr>
        <w:t xml:space="preserve"> </w:t>
      </w:r>
      <w:r>
        <w:rPr>
          <w:rFonts w:ascii="Myanmar Text" w:hAnsi="Myanmar Text" w:eastAsia="Myanmar Text" w:cs="Myanmar Text"/>
        </w:rPr>
        <w:t>သတ်မှတ်ဖော်ပြနေပြီး၊</w:t>
      </w:r>
      <w:r>
        <w:rPr>
          <w:rFonts w:ascii="Times New Roman" w:hAnsi="Times New Roman" w:eastAsia="Times New Roman" w:cs="Times New Roman"/>
        </w:rPr>
        <w:t xml:space="preserve"> </w:t>
      </w:r>
      <w:r>
        <w:rPr>
          <w:rFonts w:ascii="Myanmar Text" w:hAnsi="Myanmar Text" w:eastAsia="Myanmar Text" w:cs="Myanmar Text"/>
        </w:rPr>
        <w:t>ဒုတိယ</w:t>
      </w:r>
      <w:r>
        <w:rPr>
          <w:rFonts w:ascii="Times New Roman" w:hAnsi="Times New Roman" w:eastAsia="Times New Roman" w:cs="Times New Roman"/>
        </w:rPr>
        <w:t xml:space="preserve"> </w:t>
      </w:r>
      <w:r>
        <w:rPr>
          <w:rFonts w:ascii="Myanmar Text" w:hAnsi="Myanmar Text" w:eastAsia="Myanmar Text" w:cs="Myanmar Text"/>
        </w:rPr>
        <w:t>သုံးနှစ်ခွဲကာလတွင်မူ</w:t>
      </w:r>
      <w:r>
        <w:rPr>
          <w:rFonts w:ascii="Times New Roman" w:hAnsi="Times New Roman" w:eastAsia="Times New Roman" w:cs="Times New Roman"/>
        </w:rPr>
        <w:t xml:space="preserve"> </w:t>
      </w:r>
      <w:r>
        <w:rPr>
          <w:rFonts w:ascii="Myanmar Text" w:hAnsi="Myanmar Text" w:eastAsia="Myanmar Text" w:cs="Myanmar Text"/>
        </w:rPr>
        <w:t>ဒုတိယကာလအတွင်း</w:t>
      </w:r>
      <w:r>
        <w:rPr>
          <w:rFonts w:ascii="Times New Roman" w:hAnsi="Times New Roman" w:eastAsia="Times New Roman" w:cs="Times New Roman"/>
        </w:rPr>
        <w:t xml:space="preserve"> </w:t>
      </w:r>
      <w:r>
        <w:rPr>
          <w:rFonts w:ascii="Myanmar Text" w:hAnsi="Myanmar Text" w:eastAsia="Myanmar Text" w:cs="Myanmar Text"/>
        </w:rPr>
        <w:t>သေဆုံးသော</w:t>
      </w:r>
      <w:r>
        <w:rPr>
          <w:rFonts w:ascii="Times New Roman" w:hAnsi="Times New Roman" w:eastAsia="Times New Roman" w:cs="Times New Roman"/>
        </w:rPr>
        <w:t xml:space="preserve"> </w:t>
      </w:r>
      <w:r>
        <w:rPr>
          <w:rFonts w:ascii="Myanmar Text" w:hAnsi="Myanmar Text" w:eastAsia="Myanmar Text" w:cs="Myanmar Text"/>
        </w:rPr>
        <w:t>လူအစုအဝေးကြီးကို</w:t>
      </w:r>
      <w:r>
        <w:rPr>
          <w:rFonts w:ascii="Times New Roman" w:hAnsi="Times New Roman" w:eastAsia="Times New Roman" w:cs="Times New Roman"/>
        </w:rPr>
        <w:t xml:space="preserve"> </w:t>
      </w:r>
      <w:r>
        <w:rPr>
          <w:rFonts w:ascii="Myanmar Text" w:hAnsi="Myanmar Text" w:eastAsia="Myanmar Text" w:cs="Myanmar Text"/>
        </w:rPr>
        <w:t>ကိုယ်စားပြုသည်။</w:t>
      </w:r>
    </w:p>
    <w:p>
      <w:pPr>
        <w:pStyle w:val="ArticleBody"/>
        <w:jc w:val="left"/>
      </w:pPr>
      <w:r>
        <w:rPr>
          <w:rFonts w:ascii="Times New Roman" w:hAnsi="Times New Roman" w:eastAsia="Times New Roman" w:cs="Times New Roman"/>
        </w:rPr>
        <w:t>Λόγος τοῦ ἀνδρὸς ἐγράφη ὑπὸ τοῦ ἱστορικοῦ, καὶ ἐπαριστάνετο διὰ ἓξ φωνῶν. Ὅταν δὲ τελικῶς ἐφυλακίσθη, τὸ ἕβδομον καὶ τελευταῖον μήνυμά του ἦτο «οὐαί, οὐαί» εἰς τὴν Ἱερουσαλὴμ καὶ τοὺς κατοίκους αὐτῆς. Ἡ πρώτη «φωνή» ἡ καταγεγραμμένη ἦτο «φωνὴ ἐκ τῆς ἀνατολῆς», καὶ τὸ τελευταῖον μήνυμά του ἦτο «οὐαί». Τὸ πρῶτον στοιχεῖον τοῦ μηνύματός του καὶ τὸ τελευταῖον στοιχεῖον τοῦ μηνύματός του ἦτο τὸ βιβλικὸν σύμβολον τὸ ὁποῖον ἀντιπροσωπεύει τὸ Ἰσλάμ, διότι τὸ Ἰσλάμ εἶναι τὰ τέκνα τῆς «ἀνατολῆς» ἐν τῇ Βίβλῳ, καὶ ἀντιπροσωπεύονται ὑπὸ τοῦ «ἀνέμου τοῦ ἀνατολικοῦ». Ἡ διπλῆ χρήσις τῆς λέξεως «οὐαί» ἐν τῷ τελευταίῳ αὐτοῦ μηνύματι ἀντανακλᾷ τὸ τέλος τῆς Μοντέρνας Βαβυλῶνος, ὅτε οἱ βασιλεῖς τῆς γῆς κράζουσι τρὶς «Οὐαί, οὐαί, ἡ πόλις ἡ μεγάλη». Ἡ ἑλληνικὴ λέξις ἡ μεταφραζομένη ὡς «ἀλλοίμονον» ἐν ταῖς τρισὶν ἐδαφίοις τοῦ δεκάτου ὀγδόου κεφαλαίου τῆς Ἀποκαλύψεως, μεταφράζεται ὡς «οὐαί» ἐν τῷ ὀγδόῳ κεφαλαίῳ, δεκάτῳ τρίτῳ ἐδαφίῳ.</w:t>
      </w:r>
    </w:p>
    <w:p>
      <w:pPr>
        <w:pStyle w:val="ArticleScripture"/>
        <w:jc w:val="left"/>
      </w:pPr>
      <w:r>
        <w:rPr>
          <w:rFonts w:ascii="Times New Roman" w:hAnsi="Times New Roman" w:eastAsia="Times New Roman" w:cs="Times New Roman"/>
        </w:rPr>
        <w:t>Na ndeláki, mpe nayokaki anzelu moko azalaki kopumbwa na katikati ya likoló, azalaki koloba na mongongo makasi ete: Mawa, mawa, mawa epai ya bafandi ya mabele mpo na mingongo mosusu ya kelelo ya baanzelu misato oyo bazali naino kobeta te! Emoniseli 8:13.</w:t>
      </w:r>
    </w:p>
    <w:p>
      <w:pPr>
        <w:pStyle w:val="ArticleBody"/>
        <w:jc w:val="left"/>
      </w:pPr>
      <w:r>
        <w:rPr>
          <w:rFonts w:ascii="Times New Roman" w:hAnsi="Times New Roman" w:eastAsia="Times New Roman" w:cs="Times New Roman"/>
        </w:rPr>
        <w:t>Na fatake’y “ays, ay” le baama’ fànnaka ay waxtaanu ñatti yoon yi ñàkk ndax jumtukaayi Ñàkk bu njëkk bi, boole ak jumtukaayi Ñàkk bu ñaareel bi “saar ci saar,” dañuy xamle jumtukaayi Ñàkk bu ñetteel bi, ni ñetti waxi “alku, alku” yu buur yi ci suuf si wax ci saaru fukk ak juróom ñett bi di tegtal Ñàkk bu ñetteel bi, ni ko Ñàkk bu njëkk bi ak Ñàkk bu ñaareel bi tabbale. Njëlbéen ak mujjug yégleb góor ga moo misaal yéglebu Islaam bu Ñàkk bu ñetteel bi.</w:t>
      </w:r>
    </w:p>
    <w:p>
      <w:pPr>
        <w:pStyle w:val="ArticleBody"/>
        <w:jc w:val="left"/>
      </w:pPr>
      <w:r>
        <w:rPr>
          <w:rFonts w:ascii="Times New Roman" w:hAnsi="Times New Roman" w:eastAsia="Times New Roman" w:cs="Times New Roman"/>
        </w:rPr>
        <w:t>آوی پیامی ئاو بڕیندارەکەی لە «ڕۆژھەڵات»ەوە بوو، و «ڕۆژھەڵات» ھێمای ئیسلامە، بەڵام ھەر وەها ناساندنی ئەو فریشتەی مۆرکردنەیە کە لە ڕۆژھەڵات ھەڵدەستێت.</w:t>
      </w:r>
    </w:p>
    <w:p>
      <w:pPr>
        <w:pStyle w:val="ArticleScripture"/>
        <w:jc w:val="left"/>
      </w:pP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इन</w:t>
      </w:r>
      <w:r>
        <w:rPr>
          <w:rFonts w:ascii="Times New Roman" w:hAnsi="Times New Roman" w:eastAsia="Times New Roman" w:cs="Times New Roman"/>
        </w:rPr>
        <w:t xml:space="preserve"> </w:t>
      </w:r>
      <w:r>
        <w:rPr>
          <w:rFonts w:ascii="Nirmala UI" w:hAnsi="Nirmala UI" w:eastAsia="Nirmala UI" w:cs="Nirmala UI"/>
        </w:rPr>
        <w:t>बातन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धियान</w:t>
      </w:r>
      <w:r>
        <w:rPr>
          <w:rFonts w:ascii="Times New Roman" w:hAnsi="Times New Roman" w:eastAsia="Times New Roman" w:cs="Times New Roman"/>
        </w:rPr>
        <w:t xml:space="preserve"> </w:t>
      </w:r>
      <w:r>
        <w:rPr>
          <w:rFonts w:ascii="Nirmala UI" w:hAnsi="Nirmala UI" w:eastAsia="Nirmala UI" w:cs="Nirmala UI"/>
        </w:rPr>
        <w:t>दिहिस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धरती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खड़ा</w:t>
      </w:r>
      <w:r>
        <w:rPr>
          <w:rFonts w:ascii="Times New Roman" w:hAnsi="Times New Roman" w:eastAsia="Times New Roman" w:cs="Times New Roman"/>
        </w:rPr>
        <w:t xml:space="preserve"> </w:t>
      </w:r>
      <w:r>
        <w:rPr>
          <w:rFonts w:ascii="Nirmala UI" w:hAnsi="Nirmala UI" w:eastAsia="Nirmala UI" w:cs="Nirmala UI"/>
        </w:rPr>
        <w:t>रहेन</w:t>
      </w:r>
      <w:r>
        <w:rPr>
          <w:rFonts w:ascii="Times New Roman" w:hAnsi="Times New Roman" w:eastAsia="Times New Roman" w:cs="Times New Roman"/>
        </w:rPr>
        <w:t xml:space="preserve">, </w:t>
      </w:r>
      <w:r>
        <w:rPr>
          <w:rFonts w:ascii="Nirmala UI" w:hAnsi="Nirmala UI" w:eastAsia="Nirmala UI" w:cs="Nirmala UI"/>
        </w:rPr>
        <w:t>अउ</w:t>
      </w:r>
      <w:r>
        <w:rPr>
          <w:rFonts w:ascii="Times New Roman" w:hAnsi="Times New Roman" w:eastAsia="Times New Roman" w:cs="Times New Roman"/>
        </w:rPr>
        <w:t xml:space="preserve"> </w:t>
      </w:r>
      <w:r>
        <w:rPr>
          <w:rFonts w:ascii="Nirmala UI" w:hAnsi="Nirmala UI" w:eastAsia="Nirmala UI" w:cs="Nirmala UI"/>
        </w:rPr>
        <w:t>धरती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पवन</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रोक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धरे</w:t>
      </w:r>
      <w:r>
        <w:rPr>
          <w:rFonts w:ascii="Times New Roman" w:hAnsi="Times New Roman" w:eastAsia="Times New Roman" w:cs="Times New Roman"/>
        </w:rPr>
        <w:t xml:space="preserve"> </w:t>
      </w:r>
      <w:r>
        <w:rPr>
          <w:rFonts w:ascii="Nirmala UI" w:hAnsi="Nirmala UI" w:eastAsia="Nirmala UI" w:cs="Nirmala UI"/>
        </w:rPr>
        <w:t>रहेन</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पवन</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धरती</w:t>
      </w:r>
      <w:r>
        <w:rPr>
          <w:rFonts w:ascii="Times New Roman" w:hAnsi="Times New Roman" w:eastAsia="Times New Roman" w:cs="Times New Roman"/>
        </w:rPr>
        <w:t xml:space="preserve"> </w:t>
      </w:r>
      <w:r>
        <w:rPr>
          <w:rFonts w:ascii="Nirmala UI" w:hAnsi="Nirmala UI" w:eastAsia="Nirmala UI" w:cs="Nirmala UI"/>
        </w:rPr>
        <w:t>ऊपर</w:t>
      </w:r>
      <w:r>
        <w:rPr>
          <w:rFonts w:ascii="Times New Roman" w:hAnsi="Times New Roman" w:eastAsia="Times New Roman" w:cs="Times New Roman"/>
        </w:rPr>
        <w:t xml:space="preserve"> </w:t>
      </w:r>
      <w:r>
        <w:rPr>
          <w:rFonts w:ascii="Nirmala UI" w:hAnsi="Nirmala UI" w:eastAsia="Nirmala UI" w:cs="Nirmala UI"/>
        </w:rPr>
        <w:t>फूंके</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समुद्र</w:t>
      </w:r>
      <w:r>
        <w:rPr>
          <w:rFonts w:ascii="Times New Roman" w:hAnsi="Times New Roman" w:eastAsia="Times New Roman" w:cs="Times New Roman"/>
        </w:rPr>
        <w:t xml:space="preserve"> </w:t>
      </w:r>
      <w:r>
        <w:rPr>
          <w:rFonts w:ascii="Nirmala UI" w:hAnsi="Nirmala UI" w:eastAsia="Nirmala UI" w:cs="Nirmala UI"/>
        </w:rPr>
        <w:t>ऊपर</w:t>
      </w:r>
      <w:r>
        <w:rPr>
          <w:rFonts w:ascii="Times New Roman" w:hAnsi="Times New Roman" w:eastAsia="Times New Roman" w:cs="Times New Roman"/>
        </w:rPr>
        <w:t xml:space="preserve">, </w:t>
      </w:r>
      <w:r>
        <w:rPr>
          <w:rFonts w:ascii="Nirmala UI" w:hAnsi="Nirmala UI" w:eastAsia="Nirmala UI" w:cs="Nirmala UI"/>
        </w:rPr>
        <w:t>अउ</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ऊपर।</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अउ</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पूरब</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चढ़त</w:t>
      </w:r>
      <w:r>
        <w:rPr>
          <w:rFonts w:ascii="Times New Roman" w:hAnsi="Times New Roman" w:eastAsia="Times New Roman" w:cs="Times New Roman"/>
        </w:rPr>
        <w:t xml:space="preserve"> </w:t>
      </w:r>
      <w:r>
        <w:rPr>
          <w:rFonts w:ascii="Nirmala UI" w:hAnsi="Nirmala UI" w:eastAsia="Nirmala UI" w:cs="Nirmala UI"/>
        </w:rPr>
        <w:t>देखेन</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जियत</w:t>
      </w:r>
      <w:r>
        <w:rPr>
          <w:rFonts w:ascii="Times New Roman" w:hAnsi="Times New Roman" w:eastAsia="Times New Roman" w:cs="Times New Roman"/>
        </w:rPr>
        <w:t xml:space="preserve"> </w:t>
      </w:r>
      <w:r>
        <w:rPr>
          <w:rFonts w:ascii="Nirmala UI" w:hAnsi="Nirmala UI" w:eastAsia="Nirmala UI" w:cs="Nirmala UI"/>
        </w:rPr>
        <w:t>परमेसर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मुहर</w:t>
      </w:r>
      <w:r>
        <w:rPr>
          <w:rFonts w:ascii="Times New Roman" w:hAnsi="Times New Roman" w:eastAsia="Times New Roman" w:cs="Times New Roman"/>
        </w:rPr>
        <w:t xml:space="preserve"> </w:t>
      </w:r>
      <w:r>
        <w:rPr>
          <w:rFonts w:ascii="Nirmala UI" w:hAnsi="Nirmala UI" w:eastAsia="Nirmala UI" w:cs="Nirmala UI"/>
        </w:rPr>
        <w:t>धरे</w:t>
      </w:r>
      <w:r>
        <w:rPr>
          <w:rFonts w:ascii="Times New Roman" w:hAnsi="Times New Roman" w:eastAsia="Times New Roman" w:cs="Times New Roman"/>
        </w:rPr>
        <w:t xml:space="preserve"> </w:t>
      </w:r>
      <w:r>
        <w:rPr>
          <w:rFonts w:ascii="Nirmala UI" w:hAnsi="Nirmala UI" w:eastAsia="Nirmala UI" w:cs="Nirmala UI"/>
        </w:rPr>
        <w:t>रहिस</w:t>
      </w:r>
      <w:r>
        <w:rPr>
          <w:rFonts w:ascii="Times New Roman" w:hAnsi="Times New Roman" w:eastAsia="Times New Roman" w:cs="Times New Roman"/>
        </w:rPr>
        <w:t xml:space="preserve">; </w:t>
      </w:r>
      <w:r>
        <w:rPr>
          <w:rFonts w:ascii="Nirmala UI" w:hAnsi="Nirmala UI" w:eastAsia="Nirmala UI" w:cs="Nirmala UI"/>
        </w:rPr>
        <w:t>अउ</w:t>
      </w:r>
      <w:r>
        <w:rPr>
          <w:rFonts w:ascii="Times New Roman" w:hAnsi="Times New Roman" w:eastAsia="Times New Roman" w:cs="Times New Roman"/>
        </w:rPr>
        <w:t xml:space="preserve"> </w:t>
      </w:r>
      <w:r>
        <w:rPr>
          <w:rFonts w:ascii="Nirmala UI" w:hAnsi="Nirmala UI" w:eastAsia="Nirmala UI" w:cs="Nirmala UI"/>
        </w:rPr>
        <w:t>ओह</w:t>
      </w:r>
      <w:r>
        <w:rPr>
          <w:rFonts w:ascii="Times New Roman" w:hAnsi="Times New Roman" w:eastAsia="Times New Roman" w:cs="Times New Roman"/>
        </w:rPr>
        <w:t xml:space="preserve"> </w:t>
      </w:r>
      <w:r>
        <w:rPr>
          <w:rFonts w:ascii="Nirmala UI" w:hAnsi="Nirmala UI" w:eastAsia="Nirmala UI" w:cs="Nirmala UI"/>
        </w:rPr>
        <w:t>बड़े</w:t>
      </w:r>
      <w:r>
        <w:rPr>
          <w:rFonts w:ascii="Times New Roman" w:hAnsi="Times New Roman" w:eastAsia="Times New Roman" w:cs="Times New Roman"/>
        </w:rPr>
        <w:t xml:space="preserve"> </w:t>
      </w:r>
      <w:r>
        <w:rPr>
          <w:rFonts w:ascii="Nirmala UI" w:hAnsi="Nirmala UI" w:eastAsia="Nirmala UI" w:cs="Nirmala UI"/>
        </w:rPr>
        <w:t>जोर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अवाज</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ओ</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पुकारिस</w:t>
      </w:r>
      <w:r>
        <w:rPr>
          <w:rFonts w:ascii="Times New Roman" w:hAnsi="Times New Roman" w:eastAsia="Times New Roman" w:cs="Times New Roman"/>
        </w:rPr>
        <w:t xml:space="preserve">, </w:t>
      </w:r>
      <w:r>
        <w:rPr>
          <w:rFonts w:ascii="Nirmala UI" w:hAnsi="Nirmala UI" w:eastAsia="Nirmala UI" w:cs="Nirmala UI"/>
        </w:rPr>
        <w:t>जिहन</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धरती</w:t>
      </w:r>
      <w:r>
        <w:rPr>
          <w:rFonts w:ascii="Times New Roman" w:hAnsi="Times New Roman" w:eastAsia="Times New Roman" w:cs="Times New Roman"/>
        </w:rPr>
        <w:t xml:space="preserve"> </w:t>
      </w:r>
      <w:r>
        <w:rPr>
          <w:rFonts w:ascii="Nirmala UI" w:hAnsi="Nirmala UI" w:eastAsia="Nirmala UI" w:cs="Nirmala UI"/>
        </w:rPr>
        <w:t>अउ</w:t>
      </w:r>
      <w:r>
        <w:rPr>
          <w:rFonts w:ascii="Times New Roman" w:hAnsi="Times New Roman" w:eastAsia="Times New Roman" w:cs="Times New Roman"/>
        </w:rPr>
        <w:t xml:space="preserve"> </w:t>
      </w:r>
      <w:r>
        <w:rPr>
          <w:rFonts w:ascii="Nirmala UI" w:hAnsi="Nirmala UI" w:eastAsia="Nirmala UI" w:cs="Nirmala UI"/>
        </w:rPr>
        <w:t>समुद्र</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पहुँचाय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अधिकार</w:t>
      </w:r>
      <w:r>
        <w:rPr>
          <w:rFonts w:ascii="Times New Roman" w:hAnsi="Times New Roman" w:eastAsia="Times New Roman" w:cs="Times New Roman"/>
        </w:rPr>
        <w:t xml:space="preserve"> </w:t>
      </w:r>
      <w:r>
        <w:rPr>
          <w:rFonts w:ascii="Nirmala UI" w:hAnsi="Nirmala UI" w:eastAsia="Nirmala UI" w:cs="Nirmala UI"/>
        </w:rPr>
        <w:t>दीगे</w:t>
      </w:r>
      <w:r>
        <w:rPr>
          <w:rFonts w:ascii="Times New Roman" w:hAnsi="Times New Roman" w:eastAsia="Times New Roman" w:cs="Times New Roman"/>
        </w:rPr>
        <w:t xml:space="preserve"> </w:t>
      </w:r>
      <w:r>
        <w:rPr>
          <w:rFonts w:ascii="Nirmala UI" w:hAnsi="Nirmala UI" w:eastAsia="Nirmala UI" w:cs="Nirmala UI"/>
        </w:rPr>
        <w:t>रहिस</w:t>
      </w:r>
      <w:r>
        <w:rPr>
          <w:rFonts w:ascii="Times New Roman" w:hAnsi="Times New Roman" w:eastAsia="Times New Roman" w:cs="Times New Roman"/>
        </w:rPr>
        <w:t xml:space="preserve">, </w:t>
      </w:r>
      <w:r>
        <w:rPr>
          <w:rFonts w:ascii="Nirmala UI" w:hAnsi="Nirmala UI" w:eastAsia="Nirmala UI" w:cs="Nirmala UI"/>
        </w:rPr>
        <w:t>कहत</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हमन</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परमेसर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कपार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मुहर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लेबो</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धरती</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पहुँचावव</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समुद्र</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अउ</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अउ</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ओ</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गिनती</w:t>
      </w:r>
      <w:r>
        <w:rPr>
          <w:rFonts w:ascii="Times New Roman" w:hAnsi="Times New Roman" w:eastAsia="Times New Roman" w:cs="Times New Roman"/>
        </w:rPr>
        <w:t xml:space="preserve"> </w:t>
      </w:r>
      <w:r>
        <w:rPr>
          <w:rFonts w:ascii="Nirmala UI" w:hAnsi="Nirmala UI" w:eastAsia="Nirmala UI" w:cs="Nirmala UI"/>
        </w:rPr>
        <w:t>सुनेन</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मुहर</w:t>
      </w:r>
      <w:r>
        <w:rPr>
          <w:rFonts w:ascii="Times New Roman" w:hAnsi="Times New Roman" w:eastAsia="Times New Roman" w:cs="Times New Roman"/>
        </w:rPr>
        <w:t xml:space="preserve"> </w:t>
      </w:r>
      <w:r>
        <w:rPr>
          <w:rFonts w:ascii="Nirmala UI" w:hAnsi="Nirmala UI" w:eastAsia="Nirmala UI" w:cs="Nirmala UI"/>
        </w:rPr>
        <w:t>लगाए</w:t>
      </w:r>
      <w:r>
        <w:rPr>
          <w:rFonts w:ascii="Times New Roman" w:hAnsi="Times New Roman" w:eastAsia="Times New Roman" w:cs="Times New Roman"/>
        </w:rPr>
        <w:t xml:space="preserve"> </w:t>
      </w:r>
      <w:r>
        <w:rPr>
          <w:rFonts w:ascii="Nirmala UI" w:hAnsi="Nirmala UI" w:eastAsia="Nirmala UI" w:cs="Nirmala UI"/>
        </w:rPr>
        <w:t>गे</w:t>
      </w:r>
      <w:r>
        <w:rPr>
          <w:rFonts w:ascii="Times New Roman" w:hAnsi="Times New Roman" w:eastAsia="Times New Roman" w:cs="Times New Roman"/>
        </w:rPr>
        <w:t xml:space="preserve"> </w:t>
      </w:r>
      <w:r>
        <w:rPr>
          <w:rFonts w:ascii="Nirmala UI" w:hAnsi="Nirmala UI" w:eastAsia="Nirmala UI" w:cs="Nirmala UI"/>
        </w:rPr>
        <w:t>रहिन</w:t>
      </w:r>
      <w:r>
        <w:rPr>
          <w:rFonts w:ascii="Times New Roman" w:hAnsi="Times New Roman" w:eastAsia="Times New Roman" w:cs="Times New Roman"/>
        </w:rPr>
        <w:t xml:space="preserve">: </w:t>
      </w:r>
      <w:r>
        <w:rPr>
          <w:rFonts w:ascii="Nirmala UI" w:hAnsi="Nirmala UI" w:eastAsia="Nirmala UI" w:cs="Nirmala UI"/>
        </w:rPr>
        <w:t>इस्राएल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संतान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गोत्र</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मुहर</w:t>
      </w:r>
      <w:r>
        <w:rPr>
          <w:rFonts w:ascii="Times New Roman" w:hAnsi="Times New Roman" w:eastAsia="Times New Roman" w:cs="Times New Roman"/>
        </w:rPr>
        <w:t xml:space="preserve"> </w:t>
      </w:r>
      <w:r>
        <w:rPr>
          <w:rFonts w:ascii="Nirmala UI" w:hAnsi="Nirmala UI" w:eastAsia="Nirmala UI" w:cs="Nirmala UI"/>
        </w:rPr>
        <w:t>लगाए</w:t>
      </w:r>
      <w:r>
        <w:rPr>
          <w:rFonts w:ascii="Times New Roman" w:hAnsi="Times New Roman" w:eastAsia="Times New Roman" w:cs="Times New Roman"/>
        </w:rPr>
        <w:t xml:space="preserve"> </w:t>
      </w:r>
      <w:r>
        <w:rPr>
          <w:rFonts w:ascii="Nirmala UI" w:hAnsi="Nirmala UI" w:eastAsia="Nirmala UI" w:cs="Nirmala UI"/>
        </w:rPr>
        <w:t>गे</w:t>
      </w:r>
      <w:r>
        <w:rPr>
          <w:rFonts w:ascii="Times New Roman" w:hAnsi="Times New Roman" w:eastAsia="Times New Roman" w:cs="Times New Roman"/>
        </w:rPr>
        <w:t xml:space="preserve"> </w:t>
      </w:r>
      <w:r>
        <w:rPr>
          <w:rFonts w:ascii="Nirmala UI" w:hAnsi="Nirmala UI" w:eastAsia="Nirmala UI" w:cs="Nirmala UI"/>
        </w:rPr>
        <w:t>रहिन।</w:t>
      </w:r>
      <w:r>
        <w:rPr>
          <w:rFonts w:ascii="Times New Roman" w:hAnsi="Times New Roman" w:eastAsia="Times New Roman" w:cs="Times New Roman"/>
        </w:rPr>
        <w:t xml:space="preserve"> </w:t>
      </w:r>
      <w:r>
        <w:rPr>
          <w:rFonts w:ascii="Nirmala UI" w:hAnsi="Nirmala UI" w:eastAsia="Nirmala UI" w:cs="Nirmala UI"/>
        </w:rPr>
        <w:t>प्रकाशित</w:t>
      </w:r>
      <w:r>
        <w:rPr>
          <w:rFonts w:ascii="Times New Roman" w:hAnsi="Times New Roman" w:eastAsia="Times New Roman" w:cs="Times New Roman"/>
        </w:rPr>
        <w:t xml:space="preserve"> </w:t>
      </w:r>
      <w:r>
        <w:rPr>
          <w:rFonts w:ascii="Nirmala UI" w:hAnsi="Nirmala UI" w:eastAsia="Nirmala UI" w:cs="Nirmala UI"/>
        </w:rPr>
        <w:t>वाक्य</w:t>
      </w:r>
      <w:r>
        <w:rPr>
          <w:rFonts w:ascii="Times New Roman" w:hAnsi="Times New Roman" w:eastAsia="Times New Roman" w:cs="Times New Roman"/>
        </w:rPr>
        <w:t xml:space="preserve"> 7:1–4</w:t>
      </w:r>
      <w:r>
        <w:rPr>
          <w:rFonts w:ascii="Nirmala UI" w:hAnsi="Nirmala UI" w:eastAsia="Nirmala UI" w:cs="Nirmala UI"/>
        </w:rPr>
        <w:t>।</w:t>
      </w:r>
    </w:p>
    <w:p>
      <w:pPr>
        <w:pStyle w:val="ArticleBody"/>
        <w:jc w:val="left"/>
      </w:pPr>
      <w:r>
        <w:rPr>
          <w:rFonts w:ascii="Times New Roman" w:hAnsi="Times New Roman" w:eastAsia="Times New Roman" w:cs="Times New Roman"/>
        </w:rPr>
        <w:t>قەرمەڵ تېغىدىكى ئەلىياس پەيغەمبەر توغرىسىدىكى ھېكايىدە، ئۇ دېڭىز تەرەپكە قاراپ بىر بۇلۇتنى كۆرگەندە، ئۇ غەربكە قارىغان ئىدى، چۈنكى قەرمەڵ تېغى ئوتتۇرا دېڭىزغا يېقىن جايلاشقان.</w:t>
      </w:r>
    </w:p>
    <w:p>
      <w:pPr>
        <w:pStyle w:val="ArticleScripture"/>
        <w:jc w:val="left"/>
      </w:pPr>
      <w:r>
        <w:rPr>
          <w:rFonts w:ascii="Times New Roman" w:hAnsi="Times New Roman" w:eastAsia="Times New Roman" w:cs="Times New Roman"/>
        </w:rPr>
        <w:t>Ки йәтти қетимда у: «Мана, деңиздин адәмниң қолиға охшаш кичик бир булут көтириливатиду», деди. У болса: «Чиқип, Аһабқа ейтқин: “Һарваңни тәйярлап чүшүп кәткин, ямғур сени тосуп қалмисун”», деди. 1 Падишалар 18:44.</w:t>
      </w:r>
    </w:p>
    <w:p>
      <w:pPr>
        <w:pStyle w:val="ArticleBody"/>
        <w:jc w:val="left"/>
      </w:pPr>
      <w:r>
        <w:rPr>
          <w:rFonts w:ascii="Times New Roman" w:hAnsi="Times New Roman" w:eastAsia="Times New Roman" w:cs="Times New Roman"/>
        </w:rPr>
        <w:t>Eliyahu bi qata'la yuqarib maghrib, jitja ṣawwa baḥr al-Mutawassiṭ. Fi Injil Luqa, iṣḥa tnaʿash, al-Masih biḥki inno risalto hi risalet inqisam.</w:t>
      </w:r>
    </w:p>
    <w:p>
      <w:pPr>
        <w:pStyle w:val="ArticleScripture"/>
        <w:jc w:val="left"/>
      </w:pPr>
      <w:r>
        <w:rPr>
          <w:rFonts w:ascii="Times New Roman" w:hAnsi="Times New Roman" w:eastAsia="Times New Roman" w:cs="Times New Roman"/>
        </w:rPr>
        <w:t>Аз дэлхий дээр амар амгаланг өгөхөөр ирсэн гэж та нар бодож байна уу? Би та нарт хэлье, Үгүй; харин ч хуваагдал авчирсан юм. Учир нь үүнээс хойш нэг гэрт таван хүн хуваагдаж, гурав нь хоёрын эсрэг, хоёр нь гурвын эсрэг байна. Эцэг нь хүүгийнхээ эсрэг, хүү нь эцгийнхээ эсрэг; эх нь охиныхоо эсрэг, охин нь эхийнхээ эсрэг; хадам эх нь бэрийнхээ эсрэг, бэр нь хадам эхийнхээ эсрэг хуваагдана. Тэр мөн олонд хандан, Та нар баруунаас үүл хөөрөхийг хараад даруй, “Аадар бороо ирж байна” гэдэг; тэгээд тийнхүү болдог. Өмнөд салхи салхилахыг хараад, “Халуун болно” гэдэг; тэгээд биелдэг. Хоёр нүүртнүүд ээ, та нар тэнгэрийн болон газрын төрхийг ялган таньж чаддаг атлаа энэ цаг үеийг яагаад ялган танихгүй байна вэ? Лук 12:51–56.</w:t>
      </w:r>
    </w:p>
    <w:p>
      <w:pPr>
        <w:pStyle w:val="ArticleBody"/>
        <w:jc w:val="left"/>
      </w:pPr>
      <w:r>
        <w:rPr>
          <w:rFonts w:ascii="Times New Roman" w:hAnsi="Times New Roman" w:eastAsia="Times New Roman" w:cs="Times New Roman"/>
        </w:rPr>
        <w:t>نیرشەلیم وەرگەن ئەلچىنىڭ سۆزىدە ئاⅼفا بىلەن ئۆمېگىنىڭ مۆھۈرى بار، چۈنكى باشلىنىش بىلەن ئاخىرلىشىش ئۈچۈنچى ۋاينىڭ ئىسلامىنى تونۇتۇپ بېرىدۇ، ھەمدە «شەرق»نىڭ ئاۋازى بىلەن بىر ۋاقىتتا ئىسلامنىڭ سۆزىنىمۇ مۆھۈرلەش سۆزى ئىكەنلىكىنى بىلدۈرىدۇ. «غەرب»تىن كەلگەن «ئىككىنچى ئاۋاز» كېيىنكى يامغۇرنى تونۇتۇپ بېرىدۇ؛ بۇ بولسا ئەڭ ئاخىرقى يامغۇر بولۇپ، بارلىق پەيغەمبەرلەر ئاخىرقى كۈنلەرگە خىتاب قىلماقتا. «غەرب»نىڭ سۆزى كېيىنكى يامغۇر سۆزىنىڭ بىر رەمزىدۇر، ئۇ ئىبادەت قىلغۇچىلارنىڭ ئىككى تۈرنى پەيدا قىلىدۇ. بىر تۈر كېيىنكى يامغۇر سۆزىنى تونۇپ يېتەلمەيدۇ، چۈنكى ئۇلار «بۇ زاماننى پەرق ئېتەلمەيدۇ».</w:t>
      </w:r>
    </w:p>
    <w:p>
      <w:pPr>
        <w:pStyle w:val="ArticleBody"/>
        <w:jc w:val="left"/>
      </w:pPr>
      <w:r>
        <w:rPr>
          <w:rFonts w:ascii="Microsoft Himalaya" w:hAnsi="Microsoft Himalaya" w:eastAsia="Microsoft Himalaya" w:cs="Microsoft Himalaya"/>
        </w:rPr>
        <w:t>ཕྱིར་མངགས་པའི་འཕྲིན་གྱི་རྒྱུ་ཆ་རྗེས་མ་ནི་</w:t>
      </w:r>
      <w:r>
        <w:rPr>
          <w:rFonts w:ascii="Times New Roman" w:hAnsi="Times New Roman" w:eastAsia="Times New Roman" w:cs="Times New Roman"/>
        </w:rPr>
        <w:t xml:space="preserve"> “</w:t>
      </w:r>
      <w:r>
        <w:rPr>
          <w:rFonts w:ascii="Microsoft Himalaya" w:hAnsi="Microsoft Himalaya" w:eastAsia="Microsoft Himalaya" w:cs="Microsoft Himalaya"/>
        </w:rPr>
        <w:t>རླུང་བཞིའི་</w:t>
      </w:r>
      <w:r>
        <w:rPr>
          <w:rFonts w:ascii="Times New Roman" w:hAnsi="Times New Roman" w:eastAsia="Times New Roman" w:cs="Times New Roman"/>
        </w:rPr>
        <w:t>”</w:t>
      </w:r>
      <w:r>
        <w:rPr>
          <w:rFonts w:ascii="Microsoft Himalaya" w:hAnsi="Microsoft Himalaya" w:eastAsia="Microsoft Himalaya" w:cs="Microsoft Himalaya"/>
        </w:rPr>
        <w:t>སྐད་ཡིན་ལ།</w:t>
      </w:r>
      <w:r>
        <w:rPr>
          <w:rFonts w:ascii="Times New Roman" w:hAnsi="Times New Roman" w:eastAsia="Times New Roman" w:cs="Times New Roman"/>
        </w:rPr>
        <w:t xml:space="preserve"> </w:t>
      </w:r>
      <w:r>
        <w:rPr>
          <w:rFonts w:ascii="Microsoft Himalaya" w:hAnsi="Microsoft Himalaya" w:eastAsia="Microsoft Himalaya" w:cs="Microsoft Himalaya"/>
        </w:rPr>
        <w:t>འདི་ནི་ཕྱག་རྒྱ་འཇོག་པའི་འཕྲིན་ཡང་ཡིན་ཞིང་།</w:t>
      </w:r>
      <w:r>
        <w:rPr>
          <w:rFonts w:ascii="Times New Roman" w:hAnsi="Times New Roman" w:eastAsia="Times New Roman" w:cs="Times New Roman"/>
        </w:rPr>
        <w:t xml:space="preserve"> </w:t>
      </w:r>
      <w:r>
        <w:rPr>
          <w:rFonts w:ascii="Microsoft Himalaya" w:hAnsi="Microsoft Himalaya" w:eastAsia="Microsoft Himalaya" w:cs="Microsoft Himalaya"/>
        </w:rPr>
        <w:t>གསུམ་པའི་ཆགས་སྡུག་གིས་མཚོན་པ་བཞིན་</w:t>
      </w:r>
      <w:r>
        <w:rPr>
          <w:rFonts w:ascii="Times New Roman" w:hAnsi="Times New Roman" w:eastAsia="Times New Roman" w:cs="Times New Roman"/>
        </w:rPr>
        <w:t xml:space="preserve"> </w:t>
      </w:r>
      <w:r>
        <w:rPr>
          <w:rFonts w:ascii="Microsoft Himalaya" w:hAnsi="Microsoft Himalaya" w:eastAsia="Microsoft Himalaya" w:cs="Microsoft Himalaya"/>
        </w:rPr>
        <w:t>ཨིས་ལམ་གྱི་ཁྲོས་པའི་རྟའི་འཕྲིན་ཡང་ཡིན།</w:t>
      </w:r>
      <w:r>
        <w:rPr>
          <w:rFonts w:ascii="Times New Roman" w:hAnsi="Times New Roman" w:eastAsia="Times New Roman" w:cs="Times New Roman"/>
        </w:rPr>
        <w:t xml:space="preserve"> </w:t>
      </w:r>
      <w:r>
        <w:rPr>
          <w:rFonts w:ascii="Microsoft Himalaya" w:hAnsi="Microsoft Himalaya" w:eastAsia="Microsoft Himalaya" w:cs="Microsoft Himalaya"/>
        </w:rPr>
        <w:t>རྒྱུ་ཆ་རྗེས་མ་ནི་ཡེ་རུ་ཤ་ལེམ་དང་མཆོད་ཁང་ལ་ཁ་གཏད་པ་ཡིན་པས།</w:t>
      </w:r>
      <w:r>
        <w:rPr>
          <w:rFonts w:ascii="Times New Roman" w:hAnsi="Times New Roman" w:eastAsia="Times New Roman" w:cs="Times New Roman"/>
        </w:rPr>
        <w:t xml:space="preserve"> </w:t>
      </w:r>
      <w:r>
        <w:rPr>
          <w:rFonts w:ascii="Microsoft Himalaya" w:hAnsi="Microsoft Himalaya" w:eastAsia="Microsoft Himalaya" w:cs="Microsoft Himalaya"/>
        </w:rPr>
        <w:t>དེས་ལུང་སྟོན་པ་ཐམས་ཅད་ཀྱི་འཕྲིན་ངོས་འཛིན་པ་ཡིན།</w:t>
      </w:r>
      <w:r>
        <w:rPr>
          <w:rFonts w:ascii="Times New Roman" w:hAnsi="Times New Roman" w:eastAsia="Times New Roman" w:cs="Times New Roman"/>
        </w:rPr>
        <w:t xml:space="preserve"> </w:t>
      </w:r>
      <w:r>
        <w:rPr>
          <w:rFonts w:ascii="Microsoft Himalaya" w:hAnsi="Microsoft Himalaya" w:eastAsia="Microsoft Himalaya" w:cs="Microsoft Himalaya"/>
        </w:rPr>
        <w:t>དེའང་མི་ཚོགས་ཤིག་ངོས་འཛིན་པ་ཡིན་པས།</w:t>
      </w:r>
      <w:r>
        <w:rPr>
          <w:rFonts w:ascii="Times New Roman" w:hAnsi="Times New Roman" w:eastAsia="Times New Roman" w:cs="Times New Roman"/>
        </w:rPr>
        <w:t xml:space="preserve"> </w:t>
      </w:r>
      <w:r>
        <w:rPr>
          <w:rFonts w:ascii="Microsoft Himalaya" w:hAnsi="Microsoft Himalaya" w:eastAsia="Microsoft Himalaya" w:cs="Microsoft Himalaya"/>
        </w:rPr>
        <w:t>ཁོ་ཚོ་ནི་བསྐྱབས་པའི་རེ་བའི་གཞི་གནས་དེ་ཀྲིསྟོས་ལ་མ་བཞག་པར།</w:t>
      </w:r>
      <w:r>
        <w:rPr>
          <w:rFonts w:ascii="Times New Roman" w:hAnsi="Times New Roman" w:eastAsia="Times New Roman" w:cs="Times New Roman"/>
        </w:rPr>
        <w:t xml:space="preserve"> </w:t>
      </w:r>
      <w:r>
        <w:rPr>
          <w:rFonts w:ascii="Microsoft Himalaya" w:hAnsi="Microsoft Himalaya" w:eastAsia="Microsoft Himalaya" w:cs="Microsoft Himalaya"/>
        </w:rPr>
        <w:t>མཆོད་ཁང་དང་།</w:t>
      </w:r>
      <w:r>
        <w:rPr>
          <w:rFonts w:ascii="Times New Roman" w:hAnsi="Times New Roman" w:eastAsia="Times New Roman" w:cs="Times New Roman"/>
        </w:rPr>
        <w:t xml:space="preserve"> </w:t>
      </w:r>
      <w:r>
        <w:rPr>
          <w:rFonts w:ascii="Microsoft Himalaya" w:hAnsi="Microsoft Himalaya" w:eastAsia="Microsoft Himalaya" w:cs="Microsoft Himalaya"/>
        </w:rPr>
        <w:t>ཁོ་ཚོ་རང་ཉིད་ནི་དཀོན་མཆོག་གིས་བདམས་པའི་མི་རིགས་ཡིན་པའི་རྒྱུད་པ་ལ་བཞག་པས།</w:t>
      </w:r>
      <w:r>
        <w:rPr>
          <w:rFonts w:ascii="Times New Roman" w:hAnsi="Times New Roman" w:eastAsia="Times New Roman" w:cs="Times New Roman"/>
        </w:rPr>
        <w:t xml:space="preserve"> </w:t>
      </w:r>
      <w:r>
        <w:rPr>
          <w:rFonts w:ascii="Microsoft Himalaya" w:hAnsi="Microsoft Himalaya" w:eastAsia="Microsoft Himalaya" w:cs="Microsoft Himalaya"/>
        </w:rPr>
        <w:t>ཁོ་ཚོ་ནི་བརྒལ་བའི་མི་རིགས་ཡིན།</w:t>
      </w:r>
      <w:r>
        <w:rPr>
          <w:rFonts w:ascii="Times New Roman" w:hAnsi="Times New Roman" w:eastAsia="Times New Roman" w:cs="Times New Roman"/>
        </w:rPr>
        <w:t xml:space="preserve"> </w:t>
      </w:r>
      <w:r>
        <w:rPr>
          <w:rFonts w:ascii="Microsoft Himalaya" w:hAnsi="Microsoft Himalaya" w:eastAsia="Microsoft Himalaya" w:cs="Microsoft Himalaya"/>
        </w:rPr>
        <w:t>དམ་པའི་ལོ་རྒྱུས་ཡོངས་སུ་ཁོ་ཚོ་ནི་</w:t>
      </w:r>
      <w:r>
        <w:rPr>
          <w:rFonts w:ascii="Times New Roman" w:hAnsi="Times New Roman" w:eastAsia="Times New Roman" w:cs="Times New Roman"/>
        </w:rPr>
        <w:t xml:space="preserve"> “</w:t>
      </w:r>
      <w:r>
        <w:rPr>
          <w:rFonts w:ascii="Microsoft Himalaya" w:hAnsi="Microsoft Himalaya" w:eastAsia="Microsoft Himalaya" w:cs="Microsoft Himalaya"/>
        </w:rPr>
        <w:t>གཙོ་བོའི་མཆོད་ཁང་།</w:t>
      </w:r>
      <w:r>
        <w:rPr>
          <w:rFonts w:ascii="Times New Roman" w:hAnsi="Times New Roman" w:eastAsia="Times New Roman" w:cs="Times New Roman"/>
        </w:rPr>
        <w:t xml:space="preserve"> </w:t>
      </w:r>
      <w:r>
        <w:rPr>
          <w:rFonts w:ascii="Microsoft Himalaya" w:hAnsi="Microsoft Himalaya" w:eastAsia="Microsoft Himalaya" w:cs="Microsoft Himalaya"/>
        </w:rPr>
        <w:t>གཙོ་བོའི་མཆོད་ཁང་།</w:t>
      </w:r>
      <w:r>
        <w:rPr>
          <w:rFonts w:ascii="Times New Roman" w:hAnsi="Times New Roman" w:eastAsia="Times New Roman" w:cs="Times New Roman"/>
        </w:rPr>
        <w:t xml:space="preserve"> </w:t>
      </w:r>
      <w:r>
        <w:rPr>
          <w:rFonts w:ascii="Microsoft Himalaya" w:hAnsi="Microsoft Himalaya" w:eastAsia="Microsoft Himalaya" w:cs="Microsoft Himalaya"/>
        </w:rPr>
        <w:t>ངེད་རང་ཚོ་ཡིན་</w:t>
      </w:r>
      <w:r>
        <w:rPr>
          <w:rFonts w:ascii="Times New Roman" w:hAnsi="Times New Roman" w:eastAsia="Times New Roman" w:cs="Times New Roman"/>
        </w:rPr>
        <w:t xml:space="preserve">” </w:t>
      </w:r>
      <w:r>
        <w:rPr>
          <w:rFonts w:ascii="Microsoft Himalaya" w:hAnsi="Microsoft Himalaya" w:eastAsia="Microsoft Himalaya" w:cs="Microsoft Himalaya"/>
        </w:rPr>
        <w:t>ཞེས་བསྒྲགས་པ་བཞིན་དུ་མཚོན་པ་ཡིན།</w:t>
      </w:r>
      <w:r>
        <w:rPr>
          <w:rFonts w:ascii="Times New Roman" w:hAnsi="Times New Roman" w:eastAsia="Times New Roman" w:cs="Times New Roman"/>
        </w:rPr>
        <w:t xml:space="preserve"> </w:t>
      </w:r>
      <w:r>
        <w:rPr>
          <w:rFonts w:ascii="Microsoft Himalaya" w:hAnsi="Microsoft Himalaya" w:eastAsia="Microsoft Himalaya" w:cs="Microsoft Himalaya"/>
        </w:rPr>
        <w:t>ཡེ་རུ་ཤ་ལེམ་དང་མཆོད་ཁང་ལ་ཁ་གཏད་པའི་འཕྲིན་ནི་ལ་ཨོ་དི་སེ་ཡའི་འཕྲིན་ཡིན།</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ကောင်းကင်တော်ဝိညာဉ်တော်၏</w:t>
      </w:r>
      <w:r>
        <w:rPr>
          <w:rFonts w:ascii="Times New Roman" w:hAnsi="Times New Roman" w:eastAsia="Times New Roman" w:cs="Times New Roman"/>
        </w:rPr>
        <w:t xml:space="preserve"> </w:t>
      </w:r>
      <w:r>
        <w:rPr>
          <w:rFonts w:ascii="Myanmar Text" w:hAnsi="Myanmar Text" w:eastAsia="Myanmar Text" w:cs="Myanmar Text"/>
        </w:rPr>
        <w:t>တန်ခိုးအားဖြင့်</w:t>
      </w:r>
      <w:r>
        <w:rPr>
          <w:rFonts w:ascii="Times New Roman" w:hAnsi="Times New Roman" w:eastAsia="Times New Roman" w:cs="Times New Roman"/>
        </w:rPr>
        <w:t xml:space="preserve"> </w:t>
      </w:r>
      <w:r>
        <w:rPr>
          <w:rFonts w:ascii="Myanmar Text" w:hAnsi="Myanmar Text" w:eastAsia="Myanmar Text" w:cs="Myanmar Text"/>
        </w:rPr>
        <w:t>အသင်းတော်သည်</w:t>
      </w:r>
      <w:r>
        <w:rPr>
          <w:rFonts w:ascii="Times New Roman" w:hAnsi="Times New Roman" w:eastAsia="Times New Roman" w:cs="Times New Roman"/>
        </w:rPr>
        <w:t xml:space="preserve"> </w:t>
      </w:r>
      <w:r>
        <w:rPr>
          <w:rFonts w:ascii="Myanmar Text" w:hAnsi="Myanmar Text" w:eastAsia="Myanmar Text" w:cs="Myanmar Text"/>
        </w:rPr>
        <w:t>အသက်သွင်းခြင်းမခံရသည်ကို</w:t>
      </w:r>
      <w:r>
        <w:rPr>
          <w:rFonts w:ascii="Times New Roman" w:hAnsi="Times New Roman" w:eastAsia="Times New Roman" w:cs="Times New Roman"/>
        </w:rPr>
        <w:t xml:space="preserve"> </w:t>
      </w:r>
      <w:r>
        <w:rPr>
          <w:rFonts w:ascii="Myanmar Text" w:hAnsi="Myanmar Text" w:eastAsia="Myanmar Text" w:cs="Myanmar Text"/>
        </w:rPr>
        <w:t>အံ့ဩစရာဟု</w:t>
      </w:r>
      <w:r>
        <w:rPr>
          <w:rFonts w:ascii="Times New Roman" w:hAnsi="Times New Roman" w:eastAsia="Times New Roman" w:cs="Times New Roman"/>
        </w:rPr>
        <w:t xml:space="preserve"> </w:t>
      </w:r>
      <w:r>
        <w:rPr>
          <w:rFonts w:ascii="Myanmar Text" w:hAnsi="Myanmar Text" w:eastAsia="Myanmar Text" w:cs="Myanmar Text"/>
        </w:rPr>
        <w:t>မယူရန်</w:t>
      </w:r>
      <w:r>
        <w:rPr>
          <w:rFonts w:ascii="Times New Roman" w:hAnsi="Times New Roman" w:eastAsia="Times New Roman" w:cs="Times New Roman"/>
        </w:rPr>
        <w:t xml:space="preserve"> </w:t>
      </w:r>
      <w:r>
        <w:rPr>
          <w:rFonts w:ascii="Myanmar Text" w:hAnsi="Myanmar Text" w:eastAsia="Myanmar Text" w:cs="Myanmar Text"/>
        </w:rPr>
        <w:t>လိုသည်။</w:t>
      </w:r>
      <w:r>
        <w:rPr>
          <w:rFonts w:ascii="Times New Roman" w:hAnsi="Times New Roman" w:eastAsia="Times New Roman" w:cs="Times New Roman"/>
        </w:rPr>
        <w:t xml:space="preserve"> </w:t>
      </w:r>
      <w:r>
        <w:rPr>
          <w:rFonts w:ascii="Myanmar Text" w:hAnsi="Myanmar Text" w:eastAsia="Myanmar Text" w:cs="Myanmar Text"/>
        </w:rPr>
        <w:t>လူသားနှင့်</w:t>
      </w:r>
      <w:r>
        <w:rPr>
          <w:rFonts w:ascii="Times New Roman" w:hAnsi="Times New Roman" w:eastAsia="Times New Roman" w:cs="Times New Roman"/>
        </w:rPr>
        <w:t xml:space="preserve"> </w:t>
      </w:r>
      <w:r>
        <w:rPr>
          <w:rFonts w:ascii="Myanmar Text" w:hAnsi="Myanmar Text" w:eastAsia="Myanmar Text" w:cs="Myanmar Text"/>
        </w:rPr>
        <w:t>မိန်းမသားတို့သည်</w:t>
      </w:r>
      <w:r>
        <w:rPr>
          <w:rFonts w:ascii="Times New Roman" w:hAnsi="Times New Roman" w:eastAsia="Times New Roman" w:cs="Times New Roman"/>
        </w:rPr>
        <w:t xml:space="preserve"> </w:t>
      </w:r>
      <w:r>
        <w:rPr>
          <w:rFonts w:ascii="Myanmar Text" w:hAnsi="Myanmar Text" w:eastAsia="Myanmar Text" w:cs="Myanmar Text"/>
        </w:rPr>
        <w:t>ခရစ်တော်ပေးထားသော</w:t>
      </w:r>
      <w:r>
        <w:rPr>
          <w:rFonts w:ascii="Times New Roman" w:hAnsi="Times New Roman" w:eastAsia="Times New Roman" w:cs="Times New Roman"/>
        </w:rPr>
        <w:t xml:space="preserve"> </w:t>
      </w:r>
      <w:r>
        <w:rPr>
          <w:rFonts w:ascii="Myanmar Text" w:hAnsi="Myanmar Text" w:eastAsia="Myanmar Text" w:cs="Myanmar Text"/>
        </w:rPr>
        <w:t>ညွှန်ကြားချက်ကို</w:t>
      </w:r>
      <w:r>
        <w:rPr>
          <w:rFonts w:ascii="Times New Roman" w:hAnsi="Times New Roman" w:eastAsia="Times New Roman" w:cs="Times New Roman"/>
        </w:rPr>
        <w:t xml:space="preserve"> </w:t>
      </w:r>
      <w:r>
        <w:rPr>
          <w:rFonts w:ascii="Myanmar Text" w:hAnsi="Myanmar Text" w:eastAsia="Myanmar Text" w:cs="Myanmar Text"/>
        </w:rPr>
        <w:t>ဘေးဖယ်ထားလျက်ရှိကြသည်။</w:t>
      </w:r>
      <w:r>
        <w:rPr>
          <w:rFonts w:ascii="Times New Roman" w:hAnsi="Times New Roman" w:eastAsia="Times New Roman" w:cs="Times New Roman"/>
        </w:rPr>
        <w:t xml:space="preserve"> </w:t>
      </w:r>
      <w:r>
        <w:rPr>
          <w:rFonts w:ascii="Myanmar Text" w:hAnsi="Myanmar Text" w:eastAsia="Myanmar Text" w:cs="Myanmar Text"/>
        </w:rPr>
        <w:t>ဒေါသနှင့်</w:t>
      </w:r>
      <w:r>
        <w:rPr>
          <w:rFonts w:ascii="Times New Roman" w:hAnsi="Times New Roman" w:eastAsia="Times New Roman" w:cs="Times New Roman"/>
        </w:rPr>
        <w:t xml:space="preserve"> </w:t>
      </w:r>
      <w:r>
        <w:rPr>
          <w:rFonts w:ascii="Myanmar Text" w:hAnsi="Myanmar Text" w:eastAsia="Myanmar Text" w:cs="Myanmar Text"/>
        </w:rPr>
        <w:t>လောဘတို့သည်</w:t>
      </w:r>
      <w:r>
        <w:rPr>
          <w:rFonts w:ascii="Times New Roman" w:hAnsi="Times New Roman" w:eastAsia="Times New Roman" w:cs="Times New Roman"/>
        </w:rPr>
        <w:t xml:space="preserve"> </w:t>
      </w:r>
      <w:r>
        <w:rPr>
          <w:rFonts w:ascii="Myanmar Text" w:hAnsi="Myanmar Text" w:eastAsia="Myanmar Text" w:cs="Myanmar Text"/>
        </w:rPr>
        <w:t>အနိုင်ရလျက်ရှိကြသည်။</w:t>
      </w:r>
      <w:r>
        <w:rPr>
          <w:rFonts w:ascii="Times New Roman" w:hAnsi="Times New Roman" w:eastAsia="Times New Roman" w:cs="Times New Roman"/>
        </w:rPr>
        <w:t xml:space="preserve"> </w:t>
      </w:r>
      <w:r>
        <w:rPr>
          <w:rFonts w:ascii="Myanmar Text" w:hAnsi="Myanmar Text" w:eastAsia="Myanmar Text" w:cs="Myanmar Text"/>
        </w:rPr>
        <w:t>စိတ်ဝိညာဉ်၏</w:t>
      </w:r>
      <w:r>
        <w:rPr>
          <w:rFonts w:ascii="Times New Roman" w:hAnsi="Times New Roman" w:eastAsia="Times New Roman" w:cs="Times New Roman"/>
        </w:rPr>
        <w:t xml:space="preserve"> </w:t>
      </w:r>
      <w:r>
        <w:rPr>
          <w:rFonts w:ascii="Myanmar Text" w:hAnsi="Myanmar Text" w:eastAsia="Myanmar Text" w:cs="Myanmar Text"/>
        </w:rPr>
        <w:t>ဗိမာန်တော်သည်</w:t>
      </w:r>
      <w:r>
        <w:rPr>
          <w:rFonts w:ascii="Times New Roman" w:hAnsi="Times New Roman" w:eastAsia="Times New Roman" w:cs="Times New Roman"/>
        </w:rPr>
        <w:t xml:space="preserve"> </w:t>
      </w:r>
      <w:r>
        <w:rPr>
          <w:rFonts w:ascii="Myanmar Text" w:hAnsi="Myanmar Text" w:eastAsia="Myanmar Text" w:cs="Myanmar Text"/>
        </w:rPr>
        <w:t>ဆိုးညစ်မှုဖြင့်</w:t>
      </w:r>
      <w:r>
        <w:rPr>
          <w:rFonts w:ascii="Times New Roman" w:hAnsi="Times New Roman" w:eastAsia="Times New Roman" w:cs="Times New Roman"/>
        </w:rPr>
        <w:t xml:space="preserve"> </w:t>
      </w:r>
      <w:r>
        <w:rPr>
          <w:rFonts w:ascii="Myanmar Text" w:hAnsi="Myanmar Text" w:eastAsia="Myanmar Text" w:cs="Myanmar Text"/>
        </w:rPr>
        <w:t>ပြည့်နှက်နေသည်။</w:t>
      </w:r>
      <w:r>
        <w:rPr>
          <w:rFonts w:ascii="Times New Roman" w:hAnsi="Times New Roman" w:eastAsia="Times New Roman" w:cs="Times New Roman"/>
        </w:rPr>
        <w:t xml:space="preserve"> </w:t>
      </w:r>
      <w:r>
        <w:rPr>
          <w:rFonts w:ascii="Myanmar Text" w:hAnsi="Myanmar Text" w:eastAsia="Myanmar Text" w:cs="Myanmar Text"/>
        </w:rPr>
        <w:t>ခရစ်တော်အတွက်</w:t>
      </w:r>
      <w:r>
        <w:rPr>
          <w:rFonts w:ascii="Times New Roman" w:hAnsi="Times New Roman" w:eastAsia="Times New Roman" w:cs="Times New Roman"/>
        </w:rPr>
        <w:t xml:space="preserve"> </w:t>
      </w:r>
      <w:r>
        <w:rPr>
          <w:rFonts w:ascii="Myanmar Text" w:hAnsi="Myanmar Text" w:eastAsia="Myanmar Text" w:cs="Myanmar Text"/>
        </w:rPr>
        <w:t>နေရာမရှိ။</w:t>
      </w:r>
      <w:r>
        <w:rPr>
          <w:rFonts w:ascii="Times New Roman" w:hAnsi="Times New Roman" w:eastAsia="Times New Roman" w:cs="Times New Roman"/>
        </w:rPr>
        <w:t xml:space="preserve"> </w:t>
      </w:r>
      <w:r>
        <w:rPr>
          <w:rFonts w:ascii="Myanmar Text" w:hAnsi="Myanmar Text" w:eastAsia="Myanmar Text" w:cs="Myanmar Text"/>
        </w:rPr>
        <w:t>လူတို့သည်</w:t>
      </w:r>
      <w:r>
        <w:rPr>
          <w:rFonts w:ascii="Times New Roman" w:hAnsi="Times New Roman" w:eastAsia="Times New Roman" w:cs="Times New Roman"/>
        </w:rPr>
        <w:t xml:space="preserve"> </w:t>
      </w: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ဖောက်ပြန်သော</w:t>
      </w:r>
      <w:r>
        <w:rPr>
          <w:rFonts w:ascii="Times New Roman" w:hAnsi="Times New Roman" w:eastAsia="Times New Roman" w:cs="Times New Roman"/>
        </w:rPr>
        <w:t xml:space="preserve"> </w:t>
      </w:r>
      <w:r>
        <w:rPr>
          <w:rFonts w:ascii="Myanmar Text" w:hAnsi="Myanmar Text" w:eastAsia="Myanmar Text" w:cs="Myanmar Text"/>
        </w:rPr>
        <w:t>လမ်းများကို</w:t>
      </w:r>
      <w:r>
        <w:rPr>
          <w:rFonts w:ascii="Times New Roman" w:hAnsi="Times New Roman" w:eastAsia="Times New Roman" w:cs="Times New Roman"/>
        </w:rPr>
        <w:t xml:space="preserve"> </w:t>
      </w:r>
      <w:r>
        <w:rPr>
          <w:rFonts w:ascii="Myanmar Text" w:hAnsi="Myanmar Text" w:eastAsia="Myanmar Text" w:cs="Myanmar Text"/>
        </w:rPr>
        <w:t>လိုက်ကြသည်။</w:t>
      </w:r>
      <w:r>
        <w:rPr>
          <w:rFonts w:ascii="Times New Roman" w:hAnsi="Times New Roman" w:eastAsia="Times New Roman" w:cs="Times New Roman"/>
        </w:rPr>
        <w:t xml:space="preserve"> </w:t>
      </w:r>
      <w:r>
        <w:rPr>
          <w:rFonts w:ascii="Myanmar Text" w:hAnsi="Myanmar Text" w:eastAsia="Myanmar Text" w:cs="Myanmar Text"/>
        </w:rPr>
        <w:t>ကယ်တင်ရှင်၏</w:t>
      </w:r>
      <w:r>
        <w:rPr>
          <w:rFonts w:ascii="Times New Roman" w:hAnsi="Times New Roman" w:eastAsia="Times New Roman" w:cs="Times New Roman"/>
        </w:rPr>
        <w:t xml:space="preserve"> </w:t>
      </w:r>
      <w:r>
        <w:rPr>
          <w:rFonts w:ascii="Myanmar Text" w:hAnsi="Myanmar Text" w:eastAsia="Myanmar Text" w:cs="Myanmar Text"/>
        </w:rPr>
        <w:t>စကားများကို</w:t>
      </w:r>
      <w:r>
        <w:rPr>
          <w:rFonts w:ascii="Times New Roman" w:hAnsi="Times New Roman" w:eastAsia="Times New Roman" w:cs="Times New Roman"/>
        </w:rPr>
        <w:t xml:space="preserve"> </w:t>
      </w:r>
      <w:r>
        <w:rPr>
          <w:rFonts w:ascii="Myanmar Text" w:hAnsi="Myanmar Text" w:eastAsia="Myanmar Text" w:cs="Myanmar Text"/>
        </w:rPr>
        <w:t>သူတို့</w:t>
      </w:r>
      <w:r>
        <w:rPr>
          <w:rFonts w:ascii="Times New Roman" w:hAnsi="Times New Roman" w:eastAsia="Times New Roman" w:cs="Times New Roman"/>
        </w:rPr>
        <w:t xml:space="preserve"> </w:t>
      </w:r>
      <w:r>
        <w:rPr>
          <w:rFonts w:ascii="Myanmar Text" w:hAnsi="Myanmar Text" w:eastAsia="Myanmar Text" w:cs="Myanmar Text"/>
        </w:rPr>
        <w:t>နားမထောင်ကြ။</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ကိုယ်ကိုကိုယ်</w:t>
      </w:r>
      <w:r>
        <w:rPr>
          <w:rFonts w:ascii="Times New Roman" w:hAnsi="Times New Roman" w:eastAsia="Times New Roman" w:cs="Times New Roman"/>
        </w:rPr>
        <w:t xml:space="preserve"> </w:t>
      </w:r>
      <w:r>
        <w:rPr>
          <w:rFonts w:ascii="Myanmar Text" w:hAnsi="Myanmar Text" w:eastAsia="Myanmar Text" w:cs="Myanmar Text"/>
        </w:rPr>
        <w:t>မိမိတို့လက်ထဲသို့</w:t>
      </w:r>
      <w:r>
        <w:rPr>
          <w:rFonts w:ascii="Times New Roman" w:hAnsi="Times New Roman" w:eastAsia="Times New Roman" w:cs="Times New Roman"/>
        </w:rPr>
        <w:t xml:space="preserve"> </w:t>
      </w:r>
      <w:r>
        <w:rPr>
          <w:rFonts w:ascii="Myanmar Text" w:hAnsi="Myanmar Text" w:eastAsia="Myanmar Text" w:cs="Myanmar Text"/>
        </w:rPr>
        <w:t>ယူ၍၊</w:t>
      </w:r>
      <w:r>
        <w:rPr>
          <w:rFonts w:ascii="Times New Roman" w:hAnsi="Times New Roman" w:eastAsia="Times New Roman" w:cs="Times New Roman"/>
        </w:rPr>
        <w:t xml:space="preserve"> </w:t>
      </w:r>
      <w:r>
        <w:rPr>
          <w:rFonts w:ascii="Myanmar Text" w:hAnsi="Myanmar Text" w:eastAsia="Myanmar Text" w:cs="Myanmar Text"/>
        </w:rPr>
        <w:t>အပြစ်တင်ခြင်းများနှင့်</w:t>
      </w:r>
      <w:r>
        <w:rPr>
          <w:rFonts w:ascii="Times New Roman" w:hAnsi="Times New Roman" w:eastAsia="Times New Roman" w:cs="Times New Roman"/>
        </w:rPr>
        <w:t xml:space="preserve"> </w:t>
      </w:r>
      <w:r>
        <w:rPr>
          <w:rFonts w:ascii="Myanmar Text" w:hAnsi="Myanmar Text" w:eastAsia="Myanmar Text" w:cs="Myanmar Text"/>
        </w:rPr>
        <w:t>သတိပေးချက်များကို</w:t>
      </w:r>
      <w:r>
        <w:rPr>
          <w:rFonts w:ascii="Times New Roman" w:hAnsi="Times New Roman" w:eastAsia="Times New Roman" w:cs="Times New Roman"/>
        </w:rPr>
        <w:t xml:space="preserve"> </w:t>
      </w:r>
      <w:r>
        <w:rPr>
          <w:rFonts w:ascii="Myanmar Text" w:hAnsi="Myanmar Text" w:eastAsia="Myanmar Text" w:cs="Myanmar Text"/>
        </w:rPr>
        <w:t>ငြင်းပယ်ကြသဖြင့်၊</w:t>
      </w:r>
      <w:r>
        <w:rPr>
          <w:rFonts w:ascii="Times New Roman" w:hAnsi="Times New Roman" w:eastAsia="Times New Roman" w:cs="Times New Roman"/>
        </w:rPr>
        <w:t xml:space="preserve"> </w:t>
      </w:r>
      <w:r>
        <w:rPr>
          <w:rFonts w:ascii="Myanmar Text" w:hAnsi="Myanmar Text" w:eastAsia="Myanmar Text" w:cs="Myanmar Text"/>
        </w:rPr>
        <w:t>နောက်ဆုံးတွင်</w:t>
      </w:r>
      <w:r>
        <w:rPr>
          <w:rFonts w:ascii="Times New Roman" w:hAnsi="Times New Roman" w:eastAsia="Times New Roman" w:cs="Times New Roman"/>
        </w:rPr>
        <w:t xml:space="preserve"> </w:t>
      </w:r>
      <w:r>
        <w:rPr>
          <w:rFonts w:ascii="Myanmar Text" w:hAnsi="Myanmar Text" w:eastAsia="Myanmar Text" w:cs="Myanmar Text"/>
        </w:rPr>
        <w:t>မီးတိုင်သည်</w:t>
      </w:r>
      <w:r>
        <w:rPr>
          <w:rFonts w:ascii="Times New Roman" w:hAnsi="Times New Roman" w:eastAsia="Times New Roman" w:cs="Times New Roman"/>
        </w:rPr>
        <w:t xml:space="preserve"> </w:t>
      </w:r>
      <w:r>
        <w:rPr>
          <w:rFonts w:ascii="Myanmar Text" w:hAnsi="Myanmar Text" w:eastAsia="Myanmar Text" w:cs="Myanmar Text"/>
        </w:rPr>
        <w:t>၎င်း၏</w:t>
      </w:r>
      <w:r>
        <w:rPr>
          <w:rFonts w:ascii="Times New Roman" w:hAnsi="Times New Roman" w:eastAsia="Times New Roman" w:cs="Times New Roman"/>
        </w:rPr>
        <w:t xml:space="preserve"> </w:t>
      </w:r>
      <w:r>
        <w:rPr>
          <w:rFonts w:ascii="Myanmar Text" w:hAnsi="Myanmar Text" w:eastAsia="Myanmar Text" w:cs="Myanmar Text"/>
        </w:rPr>
        <w:t>နေရာမှ</w:t>
      </w:r>
      <w:r>
        <w:rPr>
          <w:rFonts w:ascii="Times New Roman" w:hAnsi="Times New Roman" w:eastAsia="Times New Roman" w:cs="Times New Roman"/>
        </w:rPr>
        <w:t xml:space="preserve"> </w:t>
      </w:r>
      <w:r>
        <w:rPr>
          <w:rFonts w:ascii="Myanmar Text" w:hAnsi="Myanmar Text" w:eastAsia="Myanmar Text" w:cs="Myanmar Text"/>
        </w:rPr>
        <w:t>ရွှေ့ထုတ်ခံရပြီး၊</w:t>
      </w:r>
      <w:r>
        <w:rPr>
          <w:rFonts w:ascii="Times New Roman" w:hAnsi="Times New Roman" w:eastAsia="Times New Roman" w:cs="Times New Roman"/>
        </w:rPr>
        <w:t xml:space="preserve"> </w:t>
      </w:r>
      <w:r>
        <w:rPr>
          <w:rFonts w:ascii="Myanmar Text" w:hAnsi="Myanmar Text" w:eastAsia="Myanmar Text" w:cs="Myanmar Text"/>
        </w:rPr>
        <w:t>ဝိညာဉ်ရေး</w:t>
      </w:r>
      <w:r>
        <w:rPr>
          <w:rFonts w:ascii="Times New Roman" w:hAnsi="Times New Roman" w:eastAsia="Times New Roman" w:cs="Times New Roman"/>
        </w:rPr>
        <w:t xml:space="preserve"> </w:t>
      </w:r>
      <w:r>
        <w:rPr>
          <w:rFonts w:ascii="Myanmar Text" w:hAnsi="Myanmar Text" w:eastAsia="Myanmar Text" w:cs="Myanmar Text"/>
        </w:rPr>
        <w:t>ခွဲခြားသိမြင်မှုသည်</w:t>
      </w:r>
      <w:r>
        <w:rPr>
          <w:rFonts w:ascii="Times New Roman" w:hAnsi="Times New Roman" w:eastAsia="Times New Roman" w:cs="Times New Roman"/>
        </w:rPr>
        <w:t xml:space="preserve"> </w:t>
      </w:r>
      <w:r>
        <w:rPr>
          <w:rFonts w:ascii="Myanmar Text" w:hAnsi="Myanmar Text" w:eastAsia="Myanmar Text" w:cs="Myanmar Text"/>
        </w:rPr>
        <w:t>လူသားအတွေးအခေါ်များကြောင့်</w:t>
      </w:r>
      <w:r>
        <w:rPr>
          <w:rFonts w:ascii="Times New Roman" w:hAnsi="Times New Roman" w:eastAsia="Times New Roman" w:cs="Times New Roman"/>
        </w:rPr>
        <w:t xml:space="preserve"> </w:t>
      </w:r>
      <w:r>
        <w:rPr>
          <w:rFonts w:ascii="Myanmar Text" w:hAnsi="Myanmar Text" w:eastAsia="Myanmar Text" w:cs="Myanmar Text"/>
        </w:rPr>
        <w:t>ရှုပ်ထွေးသွားသည်။</w:t>
      </w:r>
      <w:r>
        <w:rPr>
          <w:rFonts w:ascii="Times New Roman" w:hAnsi="Times New Roman" w:eastAsia="Times New Roman" w:cs="Times New Roman"/>
        </w:rPr>
        <w:t xml:space="preserve"> </w:t>
      </w:r>
      <w:r>
        <w:rPr>
          <w:rFonts w:ascii="Myanmar Text" w:hAnsi="Myanmar Text" w:eastAsia="Myanmar Text" w:cs="Myanmar Text"/>
        </w:rPr>
        <w:t>အမှုဆောင်ခြင်း၌</w:t>
      </w:r>
      <w:r>
        <w:rPr>
          <w:rFonts w:ascii="Times New Roman" w:hAnsi="Times New Roman" w:eastAsia="Times New Roman" w:cs="Times New Roman"/>
        </w:rPr>
        <w:t xml:space="preserve"> </w:t>
      </w:r>
      <w:r>
        <w:rPr>
          <w:rFonts w:ascii="Myanmar Text" w:hAnsi="Myanmar Text" w:eastAsia="Myanmar Text" w:cs="Myanmar Text"/>
        </w:rPr>
        <w:t>ချို့တဲ့နေသော်လည်း၊</w:t>
      </w:r>
      <w:r>
        <w:rPr>
          <w:rFonts w:ascii="Times New Roman" w:hAnsi="Times New Roman" w:eastAsia="Times New Roman" w:cs="Times New Roman"/>
        </w:rPr>
        <w:t xml:space="preserve"> ‘</w:t>
      </w:r>
      <w:r>
        <w:rPr>
          <w:rFonts w:ascii="Myanmar Text" w:hAnsi="Myanmar Text" w:eastAsia="Myanmar Text" w:cs="Myanmar Text"/>
        </w:rPr>
        <w:t>ထာဝရဘုရား၏</w:t>
      </w:r>
      <w:r>
        <w:rPr>
          <w:rFonts w:ascii="Times New Roman" w:hAnsi="Times New Roman" w:eastAsia="Times New Roman" w:cs="Times New Roman"/>
        </w:rPr>
        <w:t xml:space="preserve"> </w:t>
      </w:r>
      <w:r>
        <w:rPr>
          <w:rFonts w:ascii="Myanmar Text" w:hAnsi="Myanmar Text" w:eastAsia="Myanmar Text" w:cs="Myanmar Text"/>
        </w:rPr>
        <w:t>ဗိမာန်တော်၊</w:t>
      </w:r>
      <w:r>
        <w:rPr>
          <w:rFonts w:ascii="Times New Roman" w:hAnsi="Times New Roman" w:eastAsia="Times New Roman" w:cs="Times New Roman"/>
        </w:rPr>
        <w:t xml:space="preserve"> </w:t>
      </w:r>
      <w:r>
        <w:rPr>
          <w:rFonts w:ascii="Myanmar Text" w:hAnsi="Myanmar Text" w:eastAsia="Myanmar Text" w:cs="Myanmar Text"/>
        </w:rPr>
        <w:t>ထာဝရဘုရား၏</w:t>
      </w:r>
      <w:r>
        <w:rPr>
          <w:rFonts w:ascii="Times New Roman" w:hAnsi="Times New Roman" w:eastAsia="Times New Roman" w:cs="Times New Roman"/>
        </w:rPr>
        <w:t xml:space="preserve"> </w:t>
      </w:r>
      <w:r>
        <w:rPr>
          <w:rFonts w:ascii="Myanmar Text" w:hAnsi="Myanmar Text" w:eastAsia="Myanmar Text" w:cs="Myanmar Text"/>
        </w:rPr>
        <w:t>ဗိမာန်တော်သည်</w:t>
      </w:r>
      <w:r>
        <w:rPr>
          <w:rFonts w:ascii="Times New Roman" w:hAnsi="Times New Roman" w:eastAsia="Times New Roman" w:cs="Times New Roman"/>
        </w:rPr>
        <w:t xml:space="preserve"> </w:t>
      </w:r>
      <w:r>
        <w:rPr>
          <w:rFonts w:ascii="Myanmar Text" w:hAnsi="Myanmar Text" w:eastAsia="Myanmar Text" w:cs="Myanmar Text"/>
        </w:rPr>
        <w:t>ငါတို့ဖြစ်သည်</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ဆိုကာ</w:t>
      </w:r>
      <w:r>
        <w:rPr>
          <w:rFonts w:ascii="Times New Roman" w:hAnsi="Times New Roman" w:eastAsia="Times New Roman" w:cs="Times New Roman"/>
        </w:rPr>
        <w:t xml:space="preserve"> </w:t>
      </w:r>
      <w:r>
        <w:rPr>
          <w:rFonts w:ascii="Myanmar Text" w:hAnsi="Myanmar Text" w:eastAsia="Myanmar Text" w:cs="Myanmar Text"/>
        </w:rPr>
        <w:t>မိမိတို့ကိုယ်ကို</w:t>
      </w:r>
      <w:r>
        <w:rPr>
          <w:rFonts w:ascii="Times New Roman" w:hAnsi="Times New Roman" w:eastAsia="Times New Roman" w:cs="Times New Roman"/>
        </w:rPr>
        <w:t xml:space="preserve"> </w:t>
      </w:r>
      <w:r>
        <w:rPr>
          <w:rFonts w:ascii="Myanmar Text" w:hAnsi="Myanmar Text" w:eastAsia="Myanmar Text" w:cs="Myanmar Text"/>
        </w:rPr>
        <w:t>မှန်ကန်ကြောင်း</w:t>
      </w:r>
      <w:r>
        <w:rPr>
          <w:rFonts w:ascii="Times New Roman" w:hAnsi="Times New Roman" w:eastAsia="Times New Roman" w:cs="Times New Roman"/>
        </w:rPr>
        <w:t xml:space="preserve"> </w:t>
      </w:r>
      <w:r>
        <w:rPr>
          <w:rFonts w:ascii="Myanmar Text" w:hAnsi="Myanmar Text" w:eastAsia="Myanmar Text" w:cs="Myanmar Text"/>
        </w:rPr>
        <w:t>ပြုကြသည်။</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ကိုယ်ပိုင်</w:t>
      </w:r>
      <w:r>
        <w:rPr>
          <w:rFonts w:ascii="Times New Roman" w:hAnsi="Times New Roman" w:eastAsia="Times New Roman" w:cs="Times New Roman"/>
        </w:rPr>
        <w:t xml:space="preserve"> </w:t>
      </w:r>
      <w:r>
        <w:rPr>
          <w:rFonts w:ascii="Myanmar Text" w:hAnsi="Myanmar Text" w:eastAsia="Myanmar Text" w:cs="Myanmar Text"/>
        </w:rPr>
        <w:t>စိတ်ကူးအလင်းကို</w:t>
      </w:r>
      <w:r>
        <w:rPr>
          <w:rFonts w:ascii="Times New Roman" w:hAnsi="Times New Roman" w:eastAsia="Times New Roman" w:cs="Times New Roman"/>
        </w:rPr>
        <w:t xml:space="preserve"> </w:t>
      </w:r>
      <w:r>
        <w:rPr>
          <w:rFonts w:ascii="Myanmar Text" w:hAnsi="Myanmar Text" w:eastAsia="Myanmar Text" w:cs="Myanmar Text"/>
        </w:rPr>
        <w:t>လိုက်နာရန်</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ပညတ်တရားကို</w:t>
      </w:r>
      <w:r>
        <w:rPr>
          <w:rFonts w:ascii="Times New Roman" w:hAnsi="Times New Roman" w:eastAsia="Times New Roman" w:cs="Times New Roman"/>
        </w:rPr>
        <w:t xml:space="preserve"> </w:t>
      </w:r>
      <w:r>
        <w:rPr>
          <w:rFonts w:ascii="Myanmar Text" w:hAnsi="Myanmar Text" w:eastAsia="Myanmar Text" w:cs="Myanmar Text"/>
        </w:rPr>
        <w:t>ဘေးဖယ်ထားကြသည်။</w:t>
      </w:r>
      <w:r>
        <w:rPr>
          <w:rFonts w:ascii="Times New Roman" w:hAnsi="Times New Roman" w:eastAsia="Times New Roman" w:cs="Times New Roman"/>
        </w:rPr>
        <w:t>” Review and Herald, April 8, 1902.</w:t>
      </w:r>
    </w:p>
    <w:p>
      <w:pPr>
        <w:pStyle w:val="ArticleBody"/>
        <w:jc w:val="left"/>
      </w:pPr>
      <w:r>
        <w:rPr>
          <w:rFonts w:ascii="Gadugi" w:hAnsi="Gadugi" w:eastAsia="Gadugi" w:cs="Gadugi"/>
        </w:rPr>
        <w:t>ᎿᏍᎩᏂ</w:t>
      </w:r>
      <w:r>
        <w:rPr>
          <w:rFonts w:ascii="Times New Roman" w:hAnsi="Times New Roman" w:eastAsia="Times New Roman" w:cs="Times New Roman"/>
        </w:rPr>
        <w:t xml:space="preserve"> </w:t>
      </w:r>
      <w:r>
        <w:rPr>
          <w:rFonts w:ascii="Gadugi" w:hAnsi="Gadugi" w:eastAsia="Gadugi" w:cs="Gadugi"/>
        </w:rPr>
        <w:t>ᎠᏍᎦᏯ</w:t>
      </w:r>
      <w:r>
        <w:rPr>
          <w:rFonts w:ascii="Times New Roman" w:hAnsi="Times New Roman" w:eastAsia="Times New Roman" w:cs="Times New Roman"/>
        </w:rPr>
        <w:t xml:space="preserve"> </w:t>
      </w:r>
      <w:r>
        <w:rPr>
          <w:rFonts w:ascii="Gadugi" w:hAnsi="Gadugi" w:eastAsia="Gadugi" w:cs="Gadugi"/>
        </w:rPr>
        <w:t>ᎤᏌᎯᎸ</w:t>
      </w:r>
      <w:r>
        <w:rPr>
          <w:rFonts w:ascii="Times New Roman" w:hAnsi="Times New Roman" w:eastAsia="Times New Roman" w:cs="Times New Roman"/>
        </w:rPr>
        <w:t xml:space="preserve"> </w:t>
      </w:r>
      <w:r>
        <w:rPr>
          <w:rFonts w:ascii="Gadugi" w:hAnsi="Gadugi" w:eastAsia="Gadugi" w:cs="Gadugi"/>
        </w:rPr>
        <w:t>ᎤᏓᏅᏙ</w:t>
      </w:r>
      <w:r>
        <w:rPr>
          <w:rFonts w:ascii="Times New Roman" w:hAnsi="Times New Roman" w:eastAsia="Times New Roman" w:cs="Times New Roman"/>
        </w:rPr>
        <w:t xml:space="preserve"> </w:t>
      </w:r>
      <w:r>
        <w:rPr>
          <w:rFonts w:ascii="Gadugi" w:hAnsi="Gadugi" w:eastAsia="Gadugi" w:cs="Gadugi"/>
        </w:rPr>
        <w:t>ᎤᏬᏂᏍᎬ</w:t>
      </w:r>
      <w:r>
        <w:rPr>
          <w:rFonts w:ascii="Times New Roman" w:hAnsi="Times New Roman" w:eastAsia="Times New Roman" w:cs="Times New Roman"/>
        </w:rPr>
        <w:t xml:space="preserve"> </w:t>
      </w:r>
      <w:r>
        <w:rPr>
          <w:rFonts w:ascii="Gadugi" w:hAnsi="Gadugi" w:eastAsia="Gadugi" w:cs="Gadugi"/>
        </w:rPr>
        <w:t>ᎠᎦᏘᏰᏗ</w:t>
      </w:r>
      <w:r>
        <w:rPr>
          <w:rFonts w:ascii="Times New Roman" w:hAnsi="Times New Roman" w:eastAsia="Times New Roman" w:cs="Times New Roman"/>
        </w:rPr>
        <w:t xml:space="preserve"> </w:t>
      </w:r>
      <w:r>
        <w:rPr>
          <w:rFonts w:ascii="Gadugi" w:hAnsi="Gadugi" w:eastAsia="Gadugi" w:cs="Gadugi"/>
        </w:rPr>
        <w:t>ᎤᎾᏤᎵ</w:t>
      </w:r>
      <w:r>
        <w:rPr>
          <w:rFonts w:ascii="Times New Roman" w:hAnsi="Times New Roman" w:eastAsia="Times New Roman" w:cs="Times New Roman"/>
        </w:rPr>
        <w:t xml:space="preserve"> </w:t>
      </w:r>
      <w:r>
        <w:rPr>
          <w:rFonts w:ascii="Gadugi" w:hAnsi="Gadugi" w:eastAsia="Gadugi" w:cs="Gadugi"/>
        </w:rPr>
        <w:t>ᎠᏎᏍᎩ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ᎠᎨᏴ</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ᎤᏙᎴᎰᏒ</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ᏚᏬᏢᏒ</w:t>
      </w:r>
      <w:r>
        <w:rPr>
          <w:rFonts w:ascii="Times New Roman" w:hAnsi="Times New Roman" w:eastAsia="Times New Roman" w:cs="Times New Roman"/>
        </w:rPr>
        <w:t xml:space="preserve"> </w:t>
      </w:r>
      <w:r>
        <w:rPr>
          <w:rFonts w:ascii="Gadugi" w:hAnsi="Gadugi" w:eastAsia="Gadugi" w:cs="Gadugi"/>
        </w:rPr>
        <w:t>ᏧᏬᏢᏒ</w:t>
      </w:r>
      <w:r>
        <w:rPr>
          <w:rFonts w:ascii="Times New Roman" w:hAnsi="Times New Roman" w:eastAsia="Times New Roman" w:cs="Times New Roman"/>
        </w:rPr>
        <w:t xml:space="preserve"> </w:t>
      </w:r>
      <w:r>
        <w:rPr>
          <w:rFonts w:ascii="Gadugi" w:hAnsi="Gadugi" w:eastAsia="Gadugi" w:cs="Gadugi"/>
        </w:rPr>
        <w:t>ᎦᎸᏍᏗ</w:t>
      </w:r>
      <w:r>
        <w:rPr>
          <w:rFonts w:ascii="Times New Roman" w:hAnsi="Times New Roman" w:eastAsia="Times New Roman" w:cs="Times New Roman"/>
        </w:rPr>
        <w:t xml:space="preserve">” </w:t>
      </w:r>
      <w:r>
        <w:rPr>
          <w:rFonts w:ascii="Gadugi" w:hAnsi="Gadugi" w:eastAsia="Gadugi" w:cs="Gadugi"/>
        </w:rPr>
        <w:t>ᎤᏍᏗᎦᏛ</w:t>
      </w:r>
      <w:r>
        <w:rPr>
          <w:rFonts w:ascii="Times New Roman" w:hAnsi="Times New Roman" w:eastAsia="Times New Roman" w:cs="Times New Roman"/>
        </w:rPr>
        <w:t xml:space="preserve"> </w:t>
      </w:r>
      <w:r>
        <w:rPr>
          <w:rFonts w:ascii="Gadugi" w:hAnsi="Gadugi" w:eastAsia="Gadugi" w:cs="Gadugi"/>
        </w:rPr>
        <w:t>ᏗᎦᎸᏫᏍᏓᏁᎲ</w:t>
      </w:r>
      <w:r>
        <w:rPr>
          <w:rFonts w:ascii="Times New Roman" w:hAnsi="Times New Roman" w:eastAsia="Times New Roman" w:cs="Times New Roman"/>
        </w:rPr>
        <w:t xml:space="preserve">; </w:t>
      </w:r>
      <w:r>
        <w:rPr>
          <w:rFonts w:ascii="Gadugi" w:hAnsi="Gadugi" w:eastAsia="Gadugi" w:cs="Gadugi"/>
        </w:rPr>
        <w:t>ᎤᎵᏐᏅ</w:t>
      </w:r>
      <w:r>
        <w:rPr>
          <w:rFonts w:ascii="Times New Roman" w:hAnsi="Times New Roman" w:eastAsia="Times New Roman" w:cs="Times New Roman"/>
        </w:rPr>
        <w:t xml:space="preserve"> </w:t>
      </w:r>
      <w:r>
        <w:rPr>
          <w:rFonts w:ascii="Gadugi" w:hAnsi="Gadugi" w:eastAsia="Gadugi" w:cs="Gadugi"/>
        </w:rPr>
        <w:t>ᎠᏙᎴᎰᏍᎬ</w:t>
      </w:r>
      <w:r>
        <w:rPr>
          <w:rFonts w:ascii="Times New Roman" w:hAnsi="Times New Roman" w:eastAsia="Times New Roman" w:cs="Times New Roman"/>
        </w:rPr>
        <w:t xml:space="preserve"> </w:t>
      </w:r>
      <w:r>
        <w:rPr>
          <w:rFonts w:ascii="Gadugi" w:hAnsi="Gadugi" w:eastAsia="Gadugi" w:cs="Gadugi"/>
        </w:rPr>
        <w:t>ᎤᏪᏥ</w:t>
      </w:r>
      <w:r>
        <w:rPr>
          <w:rFonts w:ascii="Times New Roman" w:hAnsi="Times New Roman" w:eastAsia="Times New Roman" w:cs="Times New Roman"/>
        </w:rPr>
        <w:t xml:space="preserve"> </w:t>
      </w:r>
      <w:r>
        <w:rPr>
          <w:rFonts w:ascii="Gadugi" w:hAnsi="Gadugi" w:eastAsia="Gadugi" w:cs="Gadugi"/>
        </w:rPr>
        <w:t>ᎤᏓᏅᏙ</w:t>
      </w:r>
      <w:r>
        <w:rPr>
          <w:rFonts w:ascii="Times New Roman" w:hAnsi="Times New Roman" w:eastAsia="Times New Roman" w:cs="Times New Roman"/>
        </w:rPr>
        <w:t xml:space="preserve"> </w:t>
      </w:r>
      <w:r>
        <w:rPr>
          <w:rFonts w:ascii="Gadugi" w:hAnsi="Gadugi" w:eastAsia="Gadugi" w:cs="Gadugi"/>
        </w:rPr>
        <w:t>ᎣᏂ</w:t>
      </w:r>
      <w:r>
        <w:rPr>
          <w:rFonts w:ascii="Times New Roman" w:hAnsi="Times New Roman" w:eastAsia="Times New Roman" w:cs="Times New Roman"/>
        </w:rPr>
        <w:t xml:space="preserve"> </w:t>
      </w:r>
      <w:r>
        <w:rPr>
          <w:rFonts w:ascii="Gadugi" w:hAnsi="Gadugi" w:eastAsia="Gadugi" w:cs="Gadugi"/>
        </w:rPr>
        <w:t>ᏧᏓᎵᏍᏗᏱ</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ᎠᏙᎴᎰᏍᎬ</w:t>
      </w:r>
      <w:r>
        <w:rPr>
          <w:rFonts w:ascii="Times New Roman" w:hAnsi="Times New Roman" w:eastAsia="Times New Roman" w:cs="Times New Roman"/>
        </w:rPr>
        <w:t xml:space="preserve"> </w:t>
      </w:r>
      <w:r>
        <w:rPr>
          <w:rFonts w:ascii="Gadugi" w:hAnsi="Gadugi" w:eastAsia="Gadugi" w:cs="Gadugi"/>
        </w:rPr>
        <w:t>ᎤᏪᏥ</w:t>
      </w:r>
      <w:r>
        <w:rPr>
          <w:rFonts w:ascii="Times New Roman" w:hAnsi="Times New Roman" w:eastAsia="Times New Roman" w:cs="Times New Roman"/>
        </w:rPr>
        <w:t xml:space="preserve"> </w:t>
      </w:r>
      <w:r>
        <w:rPr>
          <w:rFonts w:ascii="Gadugi" w:hAnsi="Gadugi" w:eastAsia="Gadugi" w:cs="Gadugi"/>
        </w:rPr>
        <w:t>ᎤᏓᏅᏙ</w:t>
      </w:r>
      <w:r>
        <w:rPr>
          <w:rFonts w:ascii="Times New Roman" w:hAnsi="Times New Roman" w:eastAsia="Times New Roman" w:cs="Times New Roman"/>
        </w:rPr>
        <w:t xml:space="preserve"> </w:t>
      </w:r>
      <w:r>
        <w:rPr>
          <w:rFonts w:ascii="Gadugi" w:hAnsi="Gadugi" w:eastAsia="Gadugi" w:cs="Gadugi"/>
        </w:rPr>
        <w:t>ᏃᏆ</w:t>
      </w:r>
      <w:r>
        <w:rPr>
          <w:rFonts w:ascii="Times New Roman" w:hAnsi="Times New Roman" w:eastAsia="Times New Roman" w:cs="Times New Roman"/>
        </w:rPr>
        <w:t xml:space="preserve"> </w:t>
      </w:r>
      <w:r>
        <w:rPr>
          <w:rFonts w:ascii="Gadugi" w:hAnsi="Gadugi" w:eastAsia="Gadugi" w:cs="Gadugi"/>
        </w:rPr>
        <w:t>ᎤᏕᏒ</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ᎾᎯᏳ</w:t>
      </w:r>
      <w:r>
        <w:rPr>
          <w:rFonts w:ascii="Times New Roman" w:hAnsi="Times New Roman" w:eastAsia="Times New Roman" w:cs="Times New Roman"/>
        </w:rPr>
        <w:t xml:space="preserve"> </w:t>
      </w:r>
      <w:r>
        <w:rPr>
          <w:rFonts w:ascii="Gadugi" w:hAnsi="Gadugi" w:eastAsia="Gadugi" w:cs="Gadugi"/>
        </w:rPr>
        <w:t>ᏄᏍᏛ</w:t>
      </w:r>
      <w:r>
        <w:rPr>
          <w:rFonts w:ascii="Times New Roman" w:hAnsi="Times New Roman" w:eastAsia="Times New Roman" w:cs="Times New Roman"/>
        </w:rPr>
        <w:t xml:space="preserve">, </w:t>
      </w:r>
      <w:r>
        <w:rPr>
          <w:rFonts w:ascii="Gadugi" w:hAnsi="Gadugi" w:eastAsia="Gadugi" w:cs="Gadugi"/>
        </w:rPr>
        <w:t>ᎿᏉ</w:t>
      </w:r>
      <w:r>
        <w:rPr>
          <w:rFonts w:ascii="Times New Roman" w:hAnsi="Times New Roman" w:eastAsia="Times New Roman" w:cs="Times New Roman"/>
        </w:rPr>
        <w:t xml:space="preserve"> </w:t>
      </w:r>
      <w:r>
        <w:rPr>
          <w:rFonts w:ascii="Gadugi" w:hAnsi="Gadugi" w:eastAsia="Gadugi" w:cs="Gadugi"/>
        </w:rPr>
        <w:t>ᏗᎨᏴ</w:t>
      </w:r>
      <w:r>
        <w:rPr>
          <w:rFonts w:ascii="Times New Roman" w:hAnsi="Times New Roman" w:eastAsia="Times New Roman" w:cs="Times New Roman"/>
        </w:rPr>
        <w:t xml:space="preserve"> </w:t>
      </w:r>
      <w:r>
        <w:rPr>
          <w:rFonts w:ascii="Gadugi" w:hAnsi="Gadugi" w:eastAsia="Gadugi" w:cs="Gadugi"/>
        </w:rPr>
        <w:t>ᏓᏂᏁᎬᎢ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ᏗᎨᏴ</w:t>
      </w:r>
      <w:r>
        <w:rPr>
          <w:rFonts w:ascii="Times New Roman" w:hAnsi="Times New Roman" w:eastAsia="Times New Roman" w:cs="Times New Roman"/>
        </w:rPr>
        <w:t xml:space="preserve"> </w:t>
      </w:r>
      <w:r>
        <w:rPr>
          <w:rFonts w:ascii="Gadugi" w:hAnsi="Gadugi" w:eastAsia="Gadugi" w:cs="Gadugi"/>
        </w:rPr>
        <w:t>ᎠᏂᏁᎬᎢ</w:t>
      </w:r>
      <w:r>
        <w:rPr>
          <w:rFonts w:ascii="Times New Roman" w:hAnsi="Times New Roman" w:eastAsia="Times New Roman" w:cs="Times New Roman"/>
        </w:rPr>
        <w:t xml:space="preserve"> </w:t>
      </w:r>
      <w:r>
        <w:rPr>
          <w:rFonts w:ascii="Gadugi" w:hAnsi="Gadugi" w:eastAsia="Gadugi" w:cs="Gadugi"/>
        </w:rPr>
        <w:t>ᎠᏏᏉ</w:t>
      </w:r>
      <w:r>
        <w:rPr>
          <w:rFonts w:ascii="Times New Roman" w:hAnsi="Times New Roman" w:eastAsia="Times New Roman" w:cs="Times New Roman"/>
        </w:rPr>
        <w:t xml:space="preserve"> </w:t>
      </w:r>
      <w:r>
        <w:rPr>
          <w:rFonts w:ascii="Gadugi" w:hAnsi="Gadugi" w:eastAsia="Gadugi" w:cs="Gadugi"/>
        </w:rPr>
        <w:t>ᎾᎯᏳ</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ᎠᎹ</w:t>
      </w:r>
      <w:r>
        <w:rPr>
          <w:rFonts w:ascii="Times New Roman" w:hAnsi="Times New Roman" w:eastAsia="Times New Roman" w:cs="Times New Roman"/>
        </w:rPr>
        <w:t xml:space="preserve"> </w:t>
      </w:r>
      <w:r>
        <w:rPr>
          <w:rFonts w:ascii="Gadugi" w:hAnsi="Gadugi" w:eastAsia="Gadugi" w:cs="Gadugi"/>
        </w:rPr>
        <w:t>ᎤᏲᎱᏒ</w:t>
      </w:r>
      <w:r>
        <w:rPr>
          <w:rFonts w:ascii="Times New Roman" w:hAnsi="Times New Roman" w:eastAsia="Times New Roman" w:cs="Times New Roman"/>
        </w:rPr>
        <w:t xml:space="preserve"> </w:t>
      </w:r>
      <w:r>
        <w:rPr>
          <w:rFonts w:ascii="Gadugi" w:hAnsi="Gadugi" w:eastAsia="Gadugi" w:cs="Gadugi"/>
        </w:rPr>
        <w:t>ᎠᏛᏁᎯ</w:t>
      </w:r>
      <w:r>
        <w:rPr>
          <w:rFonts w:ascii="Times New Roman" w:hAnsi="Times New Roman" w:eastAsia="Times New Roman" w:cs="Times New Roman"/>
        </w:rPr>
        <w:t xml:space="preserve"> </w:t>
      </w:r>
      <w:r>
        <w:rPr>
          <w:rFonts w:ascii="Gadugi" w:hAnsi="Gadugi" w:eastAsia="Gadugi" w:cs="Gadugi"/>
        </w:rPr>
        <w:t>ᎤᎵᏍᏗᏱ</w:t>
      </w:r>
      <w:r>
        <w:rPr>
          <w:rFonts w:ascii="Times New Roman" w:hAnsi="Times New Roman" w:eastAsia="Times New Roman" w:cs="Times New Roman"/>
        </w:rPr>
        <w:t xml:space="preserve"> </w:t>
      </w:r>
      <w:r>
        <w:rPr>
          <w:rFonts w:ascii="Gadugi" w:hAnsi="Gadugi" w:eastAsia="Gadugi" w:cs="Gadugi"/>
        </w:rPr>
        <w:t>ᏚᎾᎶᏒ</w:t>
      </w:r>
      <w:r>
        <w:rPr>
          <w:rFonts w:ascii="Times New Roman" w:hAnsi="Times New Roman" w:eastAsia="Times New Roman" w:cs="Times New Roman"/>
        </w:rPr>
        <w:t xml:space="preserve"> </w:t>
      </w:r>
      <w:r>
        <w:rPr>
          <w:rFonts w:ascii="Gadugi" w:hAnsi="Gadugi" w:eastAsia="Gadugi" w:cs="Gadugi"/>
        </w:rPr>
        <w:t>ᎤᎾᏓᏅᏖᏗ</w:t>
      </w:r>
      <w:r>
        <w:rPr>
          <w:rFonts w:ascii="Times New Roman" w:hAnsi="Times New Roman" w:eastAsia="Times New Roman" w:cs="Times New Roman"/>
        </w:rPr>
        <w:t xml:space="preserve"> </w:t>
      </w:r>
      <w:r>
        <w:rPr>
          <w:rFonts w:ascii="Gadugi" w:hAnsi="Gadugi" w:eastAsia="Gadugi" w:cs="Gadugi"/>
        </w:rPr>
        <w:t>ᎤᎾᏤᎵ</w:t>
      </w:r>
      <w:r>
        <w:rPr>
          <w:rFonts w:ascii="Times New Roman" w:hAnsi="Times New Roman" w:eastAsia="Times New Roman" w:cs="Times New Roman"/>
        </w:rPr>
        <w:t xml:space="preserve"> </w:t>
      </w:r>
      <w:r>
        <w:rPr>
          <w:rFonts w:ascii="Gadugi" w:hAnsi="Gadugi" w:eastAsia="Gadugi" w:cs="Gadugi"/>
        </w:rPr>
        <w:t>ᎡᎶᎯ</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ᏗᎾᏍᏆᏂᎪᏗ</w:t>
      </w:r>
      <w:r>
        <w:rPr>
          <w:rFonts w:ascii="Times New Roman" w:hAnsi="Times New Roman" w:eastAsia="Times New Roman" w:cs="Times New Roman"/>
        </w:rPr>
        <w:t xml:space="preserve"> </w:t>
      </w:r>
      <w:r>
        <w:rPr>
          <w:rFonts w:ascii="Gadugi" w:hAnsi="Gadugi" w:eastAsia="Gadugi" w:cs="Gadugi"/>
        </w:rPr>
        <w:t>ᎤᎾᏓᏅᏖᏗ</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“Ko Tusi Tapu e pehe ai i te au rā openga ka riro te tangata i te au kimianga o teianei ao, i te rekareka e te kimi moni. Ka matapo ratou ki te au mea mou o te ora mutu kore. Te karanga ra a Karaiti, ‘E mei te au rā o Noa ra, koia katoa te tae anga mai o te Tamaiti a te tangata. Mei te au rā i mua ake i te diluvi, te kai ra ratou e te inu ra, te akaipoipo ra e te akaipoipo atu ra, e tae ua atu ki te rā i tomo atu ei a Noa ki roto i te araka, e kare ratou i kite e kia tae mai ra te diluvi, e kua apai ke atura ia ratou katoatoa; koia katoa te tae anga mai o te Tamaiti a te tangata.’ Matthew 24:37–39.</w:t>
      </w:r>
    </w:p>
    <w:p>
      <w:pPr>
        <w:pStyle w:val="ArticleScripture"/>
        <w:jc w:val="left"/>
      </w:pPr>
      <w:r>
        <w:rPr>
          <w:rFonts w:ascii="Times New Roman" w:hAnsi="Times New Roman" w:eastAsia="Times New Roman" w:cs="Times New Roman"/>
        </w:rPr>
        <w:t>“Ukho kunjalo nanamhlanje. Abantu bagxalathelana ekusukeleni inzuzo nasekuzonwabiseni ngobugovu, ngokungathi akukho Thixo, akukho zulu, kungekho bomi bangaphaya. Ngemihla kaNowa isilumkiso sonogumbe sathunyelwa ukuze sothuse abantu ebubini babo size sibabize enguqukweni. Ngokunjalo nesigidimi sokuza kukaKristu okusondeleyo siyilelwe ukuvusa abantu ekuntywilisweni kwabo kwizinto zehlabathi. Senzelwe ukubavusela ukuqonda izinto ezingunaphakade, ukuze banikele ingqalelo kwisimemo esiya etafileni yeNkosi.</w:t>
      </w:r>
    </w:p>
    <w:p>
      <w:pPr>
        <w:pStyle w:val="ArticleScripture"/>
        <w:jc w:val="left"/>
      </w:pPr>
      <w:r>
        <w:rPr>
          <w:rFonts w:ascii="Times New Roman" w:hAnsi="Times New Roman" w:eastAsia="Times New Roman" w:cs="Times New Roman"/>
        </w:rPr>
        <w:t>“</w:t>
      </w:r>
      <w:r>
        <w:rPr>
          <w:rFonts w:ascii="Gadugi" w:hAnsi="Gadugi" w:eastAsia="Gadugi" w:cs="Gadugi"/>
        </w:rPr>
        <w:t>ᎣᏍᏛ</w:t>
      </w:r>
      <w:r>
        <w:rPr>
          <w:rFonts w:ascii="Times New Roman" w:hAnsi="Times New Roman" w:eastAsia="Times New Roman" w:cs="Times New Roman"/>
        </w:rPr>
        <w:t xml:space="preserve"> </w:t>
      </w:r>
      <w:r>
        <w:rPr>
          <w:rFonts w:ascii="Gadugi" w:hAnsi="Gadugi" w:eastAsia="Gadugi" w:cs="Gadugi"/>
        </w:rPr>
        <w:t>ᎧᏃᎮᏓ</w:t>
      </w:r>
      <w:r>
        <w:rPr>
          <w:rFonts w:ascii="Times New Roman" w:hAnsi="Times New Roman" w:eastAsia="Times New Roman" w:cs="Times New Roman"/>
        </w:rPr>
        <w:t xml:space="preserve"> </w:t>
      </w:r>
      <w:r>
        <w:rPr>
          <w:rFonts w:ascii="Gadugi" w:hAnsi="Gadugi" w:eastAsia="Gadugi" w:cs="Gadugi"/>
        </w:rPr>
        <w:t>ᎤᏂᏴᎯᏙᎯ</w:t>
      </w:r>
      <w:r>
        <w:rPr>
          <w:rFonts w:ascii="Times New Roman" w:hAnsi="Times New Roman" w:eastAsia="Times New Roman" w:cs="Times New Roman"/>
        </w:rPr>
        <w:t xml:space="preserve"> </w:t>
      </w:r>
      <w:r>
        <w:rPr>
          <w:rFonts w:ascii="Gadugi" w:hAnsi="Gadugi" w:eastAsia="Gadugi" w:cs="Gadugi"/>
        </w:rPr>
        <w:t>ᏂᎦᏛ</w:t>
      </w:r>
      <w:r>
        <w:rPr>
          <w:rFonts w:ascii="Times New Roman" w:hAnsi="Times New Roman" w:eastAsia="Times New Roman" w:cs="Times New Roman"/>
        </w:rPr>
        <w:t xml:space="preserve"> </w:t>
      </w:r>
      <w:r>
        <w:rPr>
          <w:rFonts w:ascii="Gadugi" w:hAnsi="Gadugi" w:eastAsia="Gadugi" w:cs="Gadugi"/>
        </w:rPr>
        <w:t>ᎡᎶᎯ</w:t>
      </w:r>
      <w:r>
        <w:rPr>
          <w:rFonts w:ascii="Times New Roman" w:hAnsi="Times New Roman" w:eastAsia="Times New Roman" w:cs="Times New Roman"/>
        </w:rPr>
        <w:t xml:space="preserve"> </w:t>
      </w:r>
      <w:r>
        <w:rPr>
          <w:rFonts w:ascii="Gadugi" w:hAnsi="Gadugi" w:eastAsia="Gadugi" w:cs="Gadugi"/>
        </w:rPr>
        <w:t>ᎤᏪᎯ</w:t>
      </w:r>
      <w:r>
        <w:rPr>
          <w:rFonts w:ascii="Times New Roman" w:hAnsi="Times New Roman" w:eastAsia="Times New Roman" w:cs="Times New Roman"/>
        </w:rPr>
        <w:t xml:space="preserve"> </w:t>
      </w:r>
      <w:r>
        <w:rPr>
          <w:rFonts w:ascii="Gadugi" w:hAnsi="Gadugi" w:eastAsia="Gadugi" w:cs="Gadugi"/>
        </w:rPr>
        <w:t>ᎬᏩᏃᎮᏗ</w:t>
      </w:r>
      <w:r>
        <w:rPr>
          <w:rFonts w:ascii="Times New Roman" w:hAnsi="Times New Roman" w:eastAsia="Times New Roman" w:cs="Times New Roman"/>
        </w:rPr>
        <w:t xml:space="preserve"> </w:t>
      </w:r>
      <w:r>
        <w:rPr>
          <w:rFonts w:ascii="Gadugi" w:hAnsi="Gadugi" w:eastAsia="Gadugi" w:cs="Gadugi"/>
        </w:rPr>
        <w:t>ᎠᏎᏉ</w:t>
      </w:r>
      <w:r>
        <w:rPr>
          <w:rFonts w:ascii="Times New Roman" w:hAnsi="Times New Roman" w:eastAsia="Times New Roman" w:cs="Times New Roman"/>
        </w:rPr>
        <w:t>—‘</w:t>
      </w:r>
      <w:r>
        <w:rPr>
          <w:rFonts w:ascii="Gadugi" w:hAnsi="Gadugi" w:eastAsia="Gadugi" w:cs="Gadugi"/>
        </w:rPr>
        <w:t>ᏂᎦᏛ</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ᏴᏫ</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ᎪᏪᎵ</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ᏗᎦᏴᎵᎨ</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ᏴᏫ</w:t>
      </w:r>
      <w:r>
        <w:rPr>
          <w:rFonts w:ascii="Times New Roman" w:hAnsi="Times New Roman" w:eastAsia="Times New Roman" w:cs="Times New Roman"/>
        </w:rPr>
        <w:t xml:space="preserve">.’ Revelation 14:6. </w:t>
      </w:r>
      <w:r>
        <w:rPr>
          <w:rFonts w:ascii="Gadugi" w:hAnsi="Gadugi" w:eastAsia="Gadugi" w:cs="Gadugi"/>
        </w:rPr>
        <w:t>ᎤᎵᏍᏆᎸᎯ</w:t>
      </w:r>
      <w:r>
        <w:rPr>
          <w:rFonts w:ascii="Times New Roman" w:hAnsi="Times New Roman" w:eastAsia="Times New Roman" w:cs="Times New Roman"/>
        </w:rPr>
        <w:t xml:space="preserve"> </w:t>
      </w:r>
      <w:r>
        <w:rPr>
          <w:rFonts w:ascii="Gadugi" w:hAnsi="Gadugi" w:eastAsia="Gadugi" w:cs="Gadugi"/>
        </w:rPr>
        <w:t>ᎠᏓᏬᏍᎬ</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ᎣᏓᏙᎵᎩ</w:t>
      </w:r>
      <w:r>
        <w:rPr>
          <w:rFonts w:ascii="Times New Roman" w:hAnsi="Times New Roman" w:eastAsia="Times New Roman" w:cs="Times New Roman"/>
        </w:rPr>
        <w:t xml:space="preserve"> </w:t>
      </w:r>
      <w:r>
        <w:rPr>
          <w:rFonts w:ascii="Gadugi" w:hAnsi="Gadugi" w:eastAsia="Gadugi" w:cs="Gadugi"/>
        </w:rPr>
        <w:t>ᎤᏃᏴᎯᏙᎯ</w:t>
      </w:r>
      <w:r>
        <w:rPr>
          <w:rFonts w:ascii="Times New Roman" w:hAnsi="Times New Roman" w:eastAsia="Times New Roman" w:cs="Times New Roman"/>
        </w:rPr>
        <w:t xml:space="preserve"> </w:t>
      </w:r>
      <w:r>
        <w:rPr>
          <w:rFonts w:ascii="Gadugi" w:hAnsi="Gadugi" w:eastAsia="Gadugi" w:cs="Gadugi"/>
        </w:rPr>
        <w:t>ᎬᏗ</w:t>
      </w:r>
      <w:r>
        <w:rPr>
          <w:rFonts w:ascii="Times New Roman" w:hAnsi="Times New Roman" w:eastAsia="Times New Roman" w:cs="Times New Roman"/>
        </w:rPr>
        <w:t xml:space="preserve"> </w:t>
      </w:r>
      <w:r>
        <w:rPr>
          <w:rFonts w:ascii="Gadugi" w:hAnsi="Gadugi" w:eastAsia="Gadugi" w:cs="Gadugi"/>
        </w:rPr>
        <w:t>ᏂᎬᎾᏛ</w:t>
      </w:r>
      <w:r>
        <w:rPr>
          <w:rFonts w:ascii="Times New Roman" w:hAnsi="Times New Roman" w:eastAsia="Times New Roman" w:cs="Times New Roman"/>
        </w:rPr>
        <w:t xml:space="preserve"> </w:t>
      </w:r>
      <w:r>
        <w:rPr>
          <w:rFonts w:ascii="Gadugi" w:hAnsi="Gadugi" w:eastAsia="Gadugi" w:cs="Gadugi"/>
        </w:rPr>
        <w:t>ᎡᎶᎯ</w:t>
      </w:r>
      <w:r>
        <w:rPr>
          <w:rFonts w:ascii="Times New Roman" w:hAnsi="Times New Roman" w:eastAsia="Times New Roman" w:cs="Times New Roman"/>
        </w:rPr>
        <w:t xml:space="preserve"> </w:t>
      </w:r>
      <w:r>
        <w:rPr>
          <w:rFonts w:ascii="Gadugi" w:hAnsi="Gadugi" w:eastAsia="Gadugi" w:cs="Gadugi"/>
        </w:rPr>
        <w:t>ᎤᎵᏌᎳᏓᏅᎯ</w:t>
      </w:r>
      <w:r>
        <w:rPr>
          <w:rFonts w:ascii="Times New Roman" w:hAnsi="Times New Roman" w:eastAsia="Times New Roman" w:cs="Times New Roman"/>
        </w:rPr>
        <w:t xml:space="preserve"> </w:t>
      </w:r>
      <w:r>
        <w:rPr>
          <w:rFonts w:ascii="Gadugi" w:hAnsi="Gadugi" w:eastAsia="Gadugi" w:cs="Gadugi"/>
        </w:rPr>
        <w:t>ᏗᎬᏩᏚᏫᏍᏗ</w:t>
      </w:r>
      <w:r>
        <w:rPr>
          <w:rFonts w:ascii="Times New Roman" w:hAnsi="Times New Roman" w:eastAsia="Times New Roman" w:cs="Times New Roman"/>
        </w:rPr>
        <w:t xml:space="preserve"> </w:t>
      </w:r>
      <w:r>
        <w:rPr>
          <w:rFonts w:ascii="Gadugi" w:hAnsi="Gadugi" w:eastAsia="Gadugi" w:cs="Gadugi"/>
        </w:rPr>
        <w:t>ᎠᏥᏰᎸᏍᏗ</w:t>
      </w:r>
      <w:r>
        <w:rPr>
          <w:rFonts w:ascii="Times New Roman" w:hAnsi="Times New Roman" w:eastAsia="Times New Roman" w:cs="Times New Roman"/>
        </w:rPr>
        <w:t xml:space="preserve">. </w:t>
      </w:r>
      <w:r>
        <w:rPr>
          <w:rFonts w:ascii="Gadugi" w:hAnsi="Gadugi" w:eastAsia="Gadugi" w:cs="Gadugi"/>
        </w:rPr>
        <w:t>ᏂᎦᏛ</w:t>
      </w:r>
      <w:r>
        <w:rPr>
          <w:rFonts w:ascii="Times New Roman" w:hAnsi="Times New Roman" w:eastAsia="Times New Roman" w:cs="Times New Roman"/>
        </w:rPr>
        <w:t xml:space="preserve"> </w:t>
      </w:r>
      <w:r>
        <w:rPr>
          <w:rFonts w:ascii="Gadugi" w:hAnsi="Gadugi" w:eastAsia="Gadugi" w:cs="Gadugi"/>
        </w:rPr>
        <w:t>ᏴᏫ</w:t>
      </w:r>
      <w:r>
        <w:rPr>
          <w:rFonts w:ascii="Times New Roman" w:hAnsi="Times New Roman" w:eastAsia="Times New Roman" w:cs="Times New Roman"/>
        </w:rPr>
        <w:t xml:space="preserve"> </w:t>
      </w:r>
      <w:r>
        <w:rPr>
          <w:rFonts w:ascii="Gadugi" w:hAnsi="Gadugi" w:eastAsia="Gadugi" w:cs="Gadugi"/>
        </w:rPr>
        <w:t>ᏗᎨᏥᏍᎩᏍᏙᏗ</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ᏧᏁᎿᎢ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ᏧᏲᎢ</w:t>
      </w:r>
      <w:r>
        <w:rPr>
          <w:rFonts w:ascii="Times New Roman" w:hAnsi="Times New Roman" w:eastAsia="Times New Roman" w:cs="Times New Roman"/>
        </w:rPr>
        <w:t xml:space="preserve">, </w:t>
      </w:r>
      <w:r>
        <w:rPr>
          <w:rFonts w:ascii="Gadugi" w:hAnsi="Gadugi" w:eastAsia="Gadugi" w:cs="Gadugi"/>
        </w:rPr>
        <w:t>ᏧᏟᎶᏒ</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ᏧᏬᎵ</w:t>
      </w:r>
      <w:r>
        <w:rPr>
          <w:rFonts w:ascii="Times New Roman" w:hAnsi="Times New Roman" w:eastAsia="Times New Roman" w:cs="Times New Roman"/>
        </w:rPr>
        <w:t>. ‘</w:t>
      </w:r>
      <w:r>
        <w:rPr>
          <w:rFonts w:ascii="Gadugi" w:hAnsi="Gadugi" w:eastAsia="Gadugi" w:cs="Gadugi"/>
        </w:rPr>
        <w:t>ᏫᎶᎯᏍᏗ</w:t>
      </w:r>
      <w:r>
        <w:rPr>
          <w:rFonts w:ascii="Times New Roman" w:hAnsi="Times New Roman" w:eastAsia="Times New Roman" w:cs="Times New Roman"/>
        </w:rPr>
        <w:t xml:space="preserve"> </w:t>
      </w:r>
      <w:r>
        <w:rPr>
          <w:rFonts w:ascii="Gadugi" w:hAnsi="Gadugi" w:eastAsia="Gadugi" w:cs="Gadugi"/>
        </w:rPr>
        <w:t>ᎦᏅᎯᏛ</w:t>
      </w:r>
      <w:r>
        <w:rPr>
          <w:rFonts w:ascii="Times New Roman" w:hAnsi="Times New Roman" w:eastAsia="Times New Roman" w:cs="Times New Roman"/>
        </w:rPr>
        <w:t xml:space="preserve"> </w:t>
      </w:r>
      <w:r>
        <w:rPr>
          <w:rFonts w:ascii="Gadugi" w:hAnsi="Gadugi" w:eastAsia="Gadugi" w:cs="Gadugi"/>
        </w:rPr>
        <w:t>ᏧᏅᏅ</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ᎠᎴᏗ</w:t>
      </w:r>
      <w:r>
        <w:rPr>
          <w:rFonts w:ascii="Times New Roman" w:hAnsi="Times New Roman" w:eastAsia="Times New Roman" w:cs="Times New Roman"/>
        </w:rPr>
        <w:t xml:space="preserve"> </w:t>
      </w:r>
      <w:r>
        <w:rPr>
          <w:rFonts w:ascii="Gadugi" w:hAnsi="Gadugi" w:eastAsia="Gadugi" w:cs="Gadugi"/>
        </w:rPr>
        <w:t>ᏗᎦᏅᏅ</w:t>
      </w:r>
      <w:r>
        <w:rPr>
          <w:rFonts w:ascii="Times New Roman" w:hAnsi="Times New Roman" w:eastAsia="Times New Roman" w:cs="Times New Roman"/>
        </w:rPr>
        <w:t xml:space="preserve"> </w:t>
      </w:r>
      <w:r>
        <w:rPr>
          <w:rFonts w:ascii="Gadugi" w:hAnsi="Gadugi" w:eastAsia="Gadugi" w:cs="Gadugi"/>
        </w:rPr>
        <w:t>ᏫᏥᏴᏍᏗ</w:t>
      </w:r>
      <w:r>
        <w:rPr>
          <w:rFonts w:ascii="Times New Roman" w:hAnsi="Times New Roman" w:eastAsia="Times New Roman" w:cs="Times New Roman"/>
        </w:rPr>
        <w:t xml:space="preserve">,’ </w:t>
      </w:r>
      <w:r>
        <w:rPr>
          <w:rFonts w:ascii="Gadugi" w:hAnsi="Gadugi" w:eastAsia="Gadugi" w:cs="Gadugi"/>
        </w:rPr>
        <w:t>ᎦᏛᎦ</w:t>
      </w:r>
      <w:r>
        <w:rPr>
          <w:rFonts w:ascii="Times New Roman" w:hAnsi="Times New Roman" w:eastAsia="Times New Roman" w:cs="Times New Roman"/>
        </w:rPr>
        <w:t xml:space="preserve"> </w:t>
      </w:r>
      <w:r>
        <w:rPr>
          <w:rFonts w:ascii="Gadugi" w:hAnsi="Gadugi" w:eastAsia="Gadugi" w:cs="Gadugi"/>
        </w:rPr>
        <w:t>ᎦᏪᎭ</w:t>
      </w:r>
      <w:r>
        <w:rPr>
          <w:rFonts w:ascii="Times New Roman" w:hAnsi="Times New Roman" w:eastAsia="Times New Roman" w:cs="Times New Roman"/>
        </w:rPr>
        <w:t>,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ᏫᏕᎯᏴᏍᏗ</w:t>
      </w:r>
      <w:r>
        <w:rPr>
          <w:rFonts w:ascii="Times New Roman" w:hAnsi="Times New Roman" w:eastAsia="Times New Roman" w:cs="Times New Roman"/>
        </w:rPr>
        <w:t xml:space="preserve"> </w:t>
      </w:r>
      <w:r>
        <w:rPr>
          <w:rFonts w:ascii="Gadugi" w:hAnsi="Gadugi" w:eastAsia="Gadugi" w:cs="Gadugi"/>
        </w:rPr>
        <w:t>ᏧᏂᏴᎯᏍᏗ</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ᎠᏆᏁᎸ</w:t>
      </w:r>
      <w:r>
        <w:rPr>
          <w:rFonts w:ascii="Times New Roman" w:hAnsi="Times New Roman" w:eastAsia="Times New Roman" w:cs="Times New Roman"/>
        </w:rPr>
        <w:t xml:space="preserve"> </w:t>
      </w:r>
      <w:r>
        <w:rPr>
          <w:rFonts w:ascii="Gadugi" w:hAnsi="Gadugi" w:eastAsia="Gadugi" w:cs="Gadugi"/>
        </w:rPr>
        <w:t>ᎤᎧᎵᎢᏍᏗ</w:t>
      </w:r>
      <w:r>
        <w:rPr>
          <w:rFonts w:ascii="Times New Roman" w:hAnsi="Times New Roman" w:eastAsia="Times New Roman" w:cs="Times New Roman"/>
        </w:rPr>
        <w:t xml:space="preserve"> </w:t>
      </w:r>
      <w:r>
        <w:rPr>
          <w:rFonts w:ascii="Gadugi" w:hAnsi="Gadugi" w:eastAsia="Gadugi" w:cs="Gadugi"/>
        </w:rPr>
        <w:t>ᎤᏣᏘ</w:t>
      </w:r>
      <w:r>
        <w:rPr>
          <w:rFonts w:ascii="Times New Roman" w:hAnsi="Times New Roman" w:eastAsia="Times New Roman" w:cs="Times New Roman"/>
        </w:rPr>
        <w:t>.’” Christ’s Object Lessons, 228.</w:t>
      </w:r>
    </w:p>
    <w:p>
      <w:pPr>
        <w:pStyle w:val="ArticleBody"/>
        <w:jc w:val="left"/>
      </w:pPr>
      <w:r>
        <w:rPr>
          <w:rFonts w:ascii="Times New Roman" w:hAnsi="Times New Roman" w:eastAsia="Times New Roman" w:cs="Times New Roman"/>
        </w:rPr>
        <w:t>Awi aɣrum n usmekti yettusemɣer deg uḍris yezrin. Izen yettwaseknen am taɣect mgal “akk agdud”, d Lbšara n Lebda, i d-yemmalen tisra n wakken ad yemmagren yisewwaṛen n lbšara akken ad yili yiwen yettwaselken. Amezwaru n yisewwaṛen n Lbšara n Lebda d awehhi i Öebbi, yerna awehhi-nni yebna ɣef tilawt belli d ibekkḍen-nneɣ i yerran Lmasiḥ, Mmi-s n Öebbi i d-Iderren, ɣef uṣlib.</w:t>
      </w:r>
    </w:p>
    <w:p>
      <w:pPr>
        <w:pStyle w:val="ArticleBody"/>
        <w:jc w:val="left"/>
      </w:pPr>
      <w:r>
        <w:rPr>
          <w:rFonts w:ascii="Times New Roman" w:hAnsi="Times New Roman" w:eastAsia="Times New Roman" w:cs="Times New Roman"/>
        </w:rPr>
        <w:t>Herrusalénpe qanchis watakuna ministrasqanpi kachaqpa sapa imapas wiñay allin willakuyta rikuchirqan; chayqa kikin allin willakuymi karqan, mayqentachus Cristo 27 watamanta 34 watakama achkakunawan rimanakuyta takyachispa rikuchirqan. Chaymi hinallataq qhepa p’unchaykunapa qhipa iskay pacha-kutipi willakusqa wiñay allin willakuyqa, hinaspapas qhipa paraq willakuyninman sapaqchasqa, kimsa kaq Ay! nisqapa Islam willakuynin kaspa. Chayqa pachak tawa chunka tawa waranqakunapa sellakusqanta reqsichin, trigowan malezakunapa t’aqanakusqanta, malezakunapa Laodicea hina kayninta, hinaspapas qhechwa qhelqasqakunapa kimsa kutin churanakuyta, qhipa paraq rurayninpa mayqinmanta nisqa unancha hina, mayqanqa “siki patapi siki pata” nisqami.</w:t>
      </w:r>
    </w:p>
    <w:p>
      <w:pPr>
        <w:pStyle w:val="ArticleBody"/>
        <w:jc w:val="left"/>
      </w:pPr>
      <w:r>
        <w:rPr>
          <w:rFonts w:ascii="Times New Roman" w:hAnsi="Times New Roman" w:eastAsia="Times New Roman" w:cs="Times New Roman"/>
        </w:rPr>
        <w:t>Historiyaug piturni ukiuni arfineq-marlunniittoq siulittuutikkut inissinneqarsimavoq “akiniarfissat ulluini”, tassa Kristusip nalunaarutaata suliassaatalu eqqaaneqaqqaarneranni nammineq ilaalluni, nalunaarutaalu suliassaalu ulluni kingullerni ataasiakkaanit katillugit ataatsimik hundredinik arfinilinnik qulinillu sisamanik tusindinik marlunnik sinnerlugitittut ulloq unnuarlu uteqqinneqartussaallutik. Taakkua taava nalunaarutertik siulittuutikkut inissinneqarsimaffiani “Guutip akiniarnerata ulluini” ilisarisimajumaarpaat. Biibilimi Guutip “akiniarnera” eqqarsaatigalugu assersuutit marluk atuupput, Oqarfigisaata iluani ersersinneqartut, tassa akiniarnera innuttaminut, kiisalu aamma akiniarnera inimminut akeraasunut.</w:t>
      </w:r>
    </w:p>
    <w:p>
      <w:pPr>
        <w:pStyle w:val="ArticleBody"/>
        <w:jc w:val="left"/>
      </w:pPr>
      <w:r>
        <w:rPr>
          <w:rFonts w:ascii="Nirmala UI" w:hAnsi="Nirmala UI" w:eastAsia="Nirmala UI" w:cs="Nirmala UI"/>
        </w:rPr>
        <w:t>अस्तित्ववे</w:t>
      </w:r>
      <w:r>
        <w:rPr>
          <w:rFonts w:ascii="Times New Roman" w:hAnsi="Times New Roman" w:eastAsia="Times New Roman" w:cs="Times New Roman"/>
        </w:rPr>
        <w:t xml:space="preserve"> </w:t>
      </w:r>
      <w:r>
        <w:rPr>
          <w:rFonts w:ascii="Nirmala UI" w:hAnsi="Nirmala UI" w:eastAsia="Nirmala UI" w:cs="Nirmala UI"/>
        </w:rPr>
        <w:t>पवित्रशास्त्र</w:t>
      </w:r>
      <w:r>
        <w:rPr>
          <w:rFonts w:ascii="Times New Roman" w:hAnsi="Times New Roman" w:eastAsia="Times New Roman" w:cs="Times New Roman"/>
        </w:rPr>
        <w:t xml:space="preserve"> </w:t>
      </w:r>
      <w:r>
        <w:rPr>
          <w:rFonts w:ascii="Nirmala UI" w:hAnsi="Nirmala UI" w:eastAsia="Nirmala UI" w:cs="Nirmala UI"/>
        </w:rPr>
        <w:t>लेविटिकस</w:t>
      </w:r>
      <w:r>
        <w:rPr>
          <w:rFonts w:ascii="Times New Roman" w:hAnsi="Times New Roman" w:eastAsia="Times New Roman" w:cs="Times New Roman"/>
        </w:rPr>
        <w:t xml:space="preserve"> </w:t>
      </w:r>
      <w:r>
        <w:rPr>
          <w:rFonts w:ascii="Nirmala UI" w:hAnsi="Nirmala UI" w:eastAsia="Nirmala UI" w:cs="Nirmala UI"/>
        </w:rPr>
        <w:t>छब्बीस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विद्रोही</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होनेवाली</w:t>
      </w:r>
      <w:r>
        <w:rPr>
          <w:rFonts w:ascii="Times New Roman" w:hAnsi="Times New Roman" w:eastAsia="Times New Roman" w:cs="Times New Roman"/>
        </w:rPr>
        <w:t xml:space="preserve"> </w:t>
      </w:r>
      <w:r>
        <w:rPr>
          <w:rFonts w:ascii="Nirmala UI" w:hAnsi="Nirmala UI" w:eastAsia="Nirmala UI" w:cs="Nirmala UI"/>
        </w:rPr>
        <w:t>प्रतिशोध</w:t>
      </w:r>
      <w:r>
        <w:rPr>
          <w:rFonts w:ascii="Times New Roman" w:hAnsi="Times New Roman" w:eastAsia="Times New Roman" w:cs="Times New Roman"/>
        </w:rPr>
        <w:t>-</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चित्रित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प्रतिशोध</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पवित्रस्थान</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सैन्यदल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शाब्दिक</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आत्मिक</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प्रकार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रौंदा</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सम्मिलित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पवित्रस्थान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सैन्यदल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रौंदे</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प्रतीकात्मकता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भीतर</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शत्रुओं</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प्रतिशोध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प्रतीकात्मकता</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विरुद्ध</w:t>
      </w:r>
      <w:r>
        <w:rPr>
          <w:rFonts w:ascii="Times New Roman" w:hAnsi="Times New Roman" w:eastAsia="Times New Roman" w:cs="Times New Roman"/>
        </w:rPr>
        <w:t xml:space="preserve"> </w:t>
      </w:r>
      <w:r>
        <w:rPr>
          <w:rFonts w:ascii="Nirmala UI" w:hAnsi="Nirmala UI" w:eastAsia="Nirmala UI" w:cs="Nirmala UI"/>
        </w:rPr>
        <w:t>प्रतिशोध</w:t>
      </w:r>
      <w:r>
        <w:rPr>
          <w:rFonts w:ascii="Times New Roman" w:hAnsi="Times New Roman" w:eastAsia="Times New Roman" w:cs="Times New Roman"/>
        </w:rPr>
        <w:t xml:space="preserve">, </w:t>
      </w:r>
      <w:r>
        <w:rPr>
          <w:rFonts w:ascii="Nirmala UI" w:hAnsi="Nirmala UI" w:eastAsia="Nirmala UI" w:cs="Nirmala UI"/>
        </w:rPr>
        <w:t>शीघ्र</w:t>
      </w:r>
      <w:r>
        <w:rPr>
          <w:rFonts w:ascii="Times New Roman" w:hAnsi="Times New Roman" w:eastAsia="Times New Roman" w:cs="Times New Roman"/>
        </w:rPr>
        <w:t xml:space="preserve"> </w:t>
      </w:r>
      <w:r>
        <w:rPr>
          <w:rFonts w:ascii="Nirmala UI" w:hAnsi="Nirmala UI" w:eastAsia="Nirmala UI" w:cs="Nirmala UI"/>
        </w:rPr>
        <w:t>आनेवाले</w:t>
      </w:r>
      <w:r>
        <w:rPr>
          <w:rFonts w:ascii="Times New Roman" w:hAnsi="Times New Roman" w:eastAsia="Times New Roman" w:cs="Times New Roman"/>
        </w:rPr>
        <w:t xml:space="preserve"> </w:t>
      </w:r>
      <w:r>
        <w:rPr>
          <w:rFonts w:ascii="Nirmala UI" w:hAnsi="Nirmala UI" w:eastAsia="Nirmala UI" w:cs="Nirmala UI"/>
        </w:rPr>
        <w:t>रविवार</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लौदीकियाी</w:t>
      </w:r>
      <w:r>
        <w:rPr>
          <w:rFonts w:ascii="Times New Roman" w:hAnsi="Times New Roman" w:eastAsia="Times New Roman" w:cs="Times New Roman"/>
        </w:rPr>
        <w:t xml:space="preserve"> </w:t>
      </w:r>
      <w:r>
        <w:rPr>
          <w:rFonts w:ascii="Nirmala UI" w:hAnsi="Nirmala UI" w:eastAsia="Nirmala UI" w:cs="Nirmala UI"/>
        </w:rPr>
        <w:t>एडवेंटिज़्म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उगल</w:t>
      </w:r>
      <w:r>
        <w:rPr>
          <w:rFonts w:ascii="Times New Roman" w:hAnsi="Times New Roman" w:eastAsia="Times New Roman" w:cs="Times New Roman"/>
        </w:rPr>
        <w:t xml:space="preserve"> </w:t>
      </w:r>
      <w:r>
        <w:rPr>
          <w:rFonts w:ascii="Nirmala UI" w:hAnsi="Nirmala UI" w:eastAsia="Nirmala UI" w:cs="Nirmala UI"/>
        </w:rPr>
        <w:t>दिए</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दर्शाया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मार्गचिह्न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आधुनिक</w:t>
      </w:r>
      <w:r>
        <w:rPr>
          <w:rFonts w:ascii="Times New Roman" w:hAnsi="Times New Roman" w:eastAsia="Times New Roman" w:cs="Times New Roman"/>
        </w:rPr>
        <w:t xml:space="preserve"> </w:t>
      </w:r>
      <w:r>
        <w:rPr>
          <w:rFonts w:ascii="Nirmala UI" w:hAnsi="Nirmala UI" w:eastAsia="Nirmala UI" w:cs="Nirmala UI"/>
        </w:rPr>
        <w:t>बाबेल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विरुद्ध</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प्रतिशोध</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Ebrima" w:hAnsi="Ebrima" w:eastAsia="Ebrima" w:cs="Ebrima"/>
        </w:rPr>
        <w:t>የሕያዋኑ</w:t>
      </w:r>
      <w:r>
        <w:rPr>
          <w:rFonts w:ascii="Times New Roman" w:hAnsi="Times New Roman" w:eastAsia="Times New Roman" w:cs="Times New Roman"/>
        </w:rPr>
        <w:t xml:space="preserve"> </w:t>
      </w:r>
      <w:r>
        <w:rPr>
          <w:rFonts w:ascii="Ebrima" w:hAnsi="Ebrima" w:eastAsia="Ebrima" w:cs="Ebrima"/>
        </w:rPr>
        <w:t>ምርመራዊ</w:t>
      </w:r>
      <w:r>
        <w:rPr>
          <w:rFonts w:ascii="Times New Roman" w:hAnsi="Times New Roman" w:eastAsia="Times New Roman" w:cs="Times New Roman"/>
        </w:rPr>
        <w:t xml:space="preserve"> </w:t>
      </w:r>
      <w:r>
        <w:rPr>
          <w:rFonts w:ascii="Ebrima" w:hAnsi="Ebrima" w:eastAsia="Ebrima" w:cs="Ebrima"/>
        </w:rPr>
        <w:t>ፍርድ</w:t>
      </w:r>
      <w:r>
        <w:rPr>
          <w:rFonts w:ascii="Times New Roman" w:hAnsi="Times New Roman" w:eastAsia="Times New Roman" w:cs="Times New Roman"/>
        </w:rPr>
        <w:t xml:space="preserve"> </w:t>
      </w:r>
      <w:r>
        <w:rPr>
          <w:rFonts w:ascii="Ebrima" w:hAnsi="Ebrima" w:eastAsia="Ebrima" w:cs="Ebrima"/>
        </w:rPr>
        <w:t>በሎዶቅያ</w:t>
      </w:r>
      <w:r>
        <w:rPr>
          <w:rFonts w:ascii="Times New Roman" w:hAnsi="Times New Roman" w:eastAsia="Times New Roman" w:cs="Times New Roman"/>
        </w:rPr>
        <w:t xml:space="preserve"> </w:t>
      </w:r>
      <w:r>
        <w:rPr>
          <w:rFonts w:ascii="Ebrima" w:hAnsi="Ebrima" w:eastAsia="Ebrima" w:cs="Ebrima"/>
        </w:rPr>
        <w:t>አድቬንቲዝም</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ከዚያም</w:t>
      </w:r>
      <w:r>
        <w:rPr>
          <w:rFonts w:ascii="Times New Roman" w:hAnsi="Times New Roman" w:eastAsia="Times New Roman" w:cs="Times New Roman"/>
        </w:rPr>
        <w:t xml:space="preserve"> </w:t>
      </w:r>
      <w:r>
        <w:rPr>
          <w:rFonts w:ascii="Ebrima" w:hAnsi="Ebrima" w:eastAsia="Ebrima" w:cs="Ebrima"/>
        </w:rPr>
        <w:t>በኋላ</w:t>
      </w:r>
      <w:r>
        <w:rPr>
          <w:rFonts w:ascii="Times New Roman" w:hAnsi="Times New Roman" w:eastAsia="Times New Roman" w:cs="Times New Roman"/>
        </w:rPr>
        <w:t xml:space="preserve"> </w:t>
      </w:r>
      <w:r>
        <w:rPr>
          <w:rFonts w:ascii="Ebrima" w:hAnsi="Ebrima" w:eastAsia="Ebrima" w:cs="Ebrima"/>
        </w:rPr>
        <w:t>በጢሮስ</w:t>
      </w:r>
      <w:r>
        <w:rPr>
          <w:rFonts w:ascii="Times New Roman" w:hAnsi="Times New Roman" w:eastAsia="Times New Roman" w:cs="Times New Roman"/>
        </w:rPr>
        <w:t xml:space="preserve"> </w:t>
      </w:r>
      <w:r>
        <w:rPr>
          <w:rFonts w:ascii="Ebrima" w:hAnsi="Ebrima" w:eastAsia="Ebrima" w:cs="Ebrima"/>
        </w:rPr>
        <w:t>ጋለሞታና</w:t>
      </w:r>
      <w:r>
        <w:rPr>
          <w:rFonts w:ascii="Times New Roman" w:hAnsi="Times New Roman" w:eastAsia="Times New Roman" w:cs="Times New Roman"/>
        </w:rPr>
        <w:t xml:space="preserve"> </w:t>
      </w:r>
      <w:r>
        <w:rPr>
          <w:rFonts w:ascii="Ebrima" w:hAnsi="Ebrima" w:eastAsia="Ebrima" w:cs="Ebrima"/>
        </w:rPr>
        <w:t>በእርሷ</w:t>
      </w:r>
      <w:r>
        <w:rPr>
          <w:rFonts w:ascii="Times New Roman" w:hAnsi="Times New Roman" w:eastAsia="Times New Roman" w:cs="Times New Roman"/>
        </w:rPr>
        <w:t xml:space="preserve"> </w:t>
      </w:r>
      <w:r>
        <w:rPr>
          <w:rFonts w:ascii="Ebrima" w:hAnsi="Ebrima" w:eastAsia="Ebrima" w:cs="Ebrima"/>
        </w:rPr>
        <w:t>የምትጋልበውና</w:t>
      </w:r>
      <w:r>
        <w:rPr>
          <w:rFonts w:ascii="Times New Roman" w:hAnsi="Times New Roman" w:eastAsia="Times New Roman" w:cs="Times New Roman"/>
        </w:rPr>
        <w:t xml:space="preserve"> </w:t>
      </w:r>
      <w:r>
        <w:rPr>
          <w:rFonts w:ascii="Ebrima" w:hAnsi="Ebrima" w:eastAsia="Ebrima" w:cs="Ebrima"/>
        </w:rPr>
        <w:t>የምትነግሥበት</w:t>
      </w:r>
      <w:r>
        <w:rPr>
          <w:rFonts w:ascii="Times New Roman" w:hAnsi="Times New Roman" w:eastAsia="Times New Roman" w:cs="Times New Roman"/>
        </w:rPr>
        <w:t xml:space="preserve"> </w:t>
      </w:r>
      <w:r>
        <w:rPr>
          <w:rFonts w:ascii="Ebrima" w:hAnsi="Ebrima" w:eastAsia="Ebrima" w:cs="Ebrima"/>
        </w:rPr>
        <w:t>አውሬ</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የሚመጣው</w:t>
      </w:r>
      <w:r>
        <w:rPr>
          <w:rFonts w:ascii="Times New Roman" w:hAnsi="Times New Roman" w:eastAsia="Times New Roman" w:cs="Times New Roman"/>
        </w:rPr>
        <w:t xml:space="preserve"> </w:t>
      </w:r>
      <w:r>
        <w:rPr>
          <w:rFonts w:ascii="Ebrima" w:hAnsi="Ebrima" w:eastAsia="Ebrima" w:cs="Ebrima"/>
        </w:rPr>
        <w:t>የአስፈጻሚ</w:t>
      </w:r>
      <w:r>
        <w:rPr>
          <w:rFonts w:ascii="Times New Roman" w:hAnsi="Times New Roman" w:eastAsia="Times New Roman" w:cs="Times New Roman"/>
        </w:rPr>
        <w:t xml:space="preserve"> </w:t>
      </w:r>
      <w:r>
        <w:rPr>
          <w:rFonts w:ascii="Ebrima" w:hAnsi="Ebrima" w:eastAsia="Ebrima" w:cs="Ebrima"/>
        </w:rPr>
        <w:t>ፍርድ፣</w:t>
      </w:r>
      <w:r>
        <w:rPr>
          <w:rFonts w:ascii="Times New Roman" w:hAnsi="Times New Roman" w:eastAsia="Times New Roman" w:cs="Times New Roman"/>
        </w:rPr>
        <w:t xml:space="preserve"> </w:t>
      </w:r>
      <w:r>
        <w:rPr>
          <w:rFonts w:ascii="Ebrima" w:hAnsi="Ebrima" w:eastAsia="Ebrima" w:cs="Ebrima"/>
        </w:rPr>
        <w:t>የመጨረሻዎቹ</w:t>
      </w:r>
      <w:r>
        <w:rPr>
          <w:rFonts w:ascii="Times New Roman" w:hAnsi="Times New Roman" w:eastAsia="Times New Roman" w:cs="Times New Roman"/>
        </w:rPr>
        <w:t xml:space="preserve"> </w:t>
      </w:r>
      <w:r>
        <w:rPr>
          <w:rFonts w:ascii="Ebrima" w:hAnsi="Ebrima" w:eastAsia="Ebrima" w:cs="Ebrima"/>
        </w:rPr>
        <w:t>ዘመናት</w:t>
      </w:r>
      <w:r>
        <w:rPr>
          <w:rFonts w:ascii="Times New Roman" w:hAnsi="Times New Roman" w:eastAsia="Times New Roman" w:cs="Times New Roman"/>
        </w:rPr>
        <w:t xml:space="preserve"> </w:t>
      </w:r>
      <w:r>
        <w:rPr>
          <w:rFonts w:ascii="Ebrima" w:hAnsi="Ebrima" w:eastAsia="Ebrima" w:cs="Ebrima"/>
        </w:rPr>
        <w:t>ትንቢታዊ</w:t>
      </w:r>
      <w:r>
        <w:rPr>
          <w:rFonts w:ascii="Times New Roman" w:hAnsi="Times New Roman" w:eastAsia="Times New Roman" w:cs="Times New Roman"/>
        </w:rPr>
        <w:t xml:space="preserve">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በዚያም</w:t>
      </w:r>
      <w:r>
        <w:rPr>
          <w:rFonts w:ascii="Times New Roman" w:hAnsi="Times New Roman" w:eastAsia="Times New Roman" w:cs="Times New Roman"/>
        </w:rPr>
        <w:t xml:space="preserve"> </w:t>
      </w:r>
      <w:r>
        <w:rPr>
          <w:rFonts w:ascii="Ebrima" w:hAnsi="Ebrima" w:eastAsia="Ebrima" w:cs="Ebrima"/>
        </w:rPr>
        <w:t>የእያንዳንዱ</w:t>
      </w:r>
      <w:r>
        <w:rPr>
          <w:rFonts w:ascii="Times New Roman" w:hAnsi="Times New Roman" w:eastAsia="Times New Roman" w:cs="Times New Roman"/>
        </w:rPr>
        <w:t xml:space="preserve"> </w:t>
      </w:r>
      <w:r>
        <w:rPr>
          <w:rFonts w:ascii="Ebrima" w:hAnsi="Ebrima" w:eastAsia="Ebrima" w:cs="Ebrima"/>
        </w:rPr>
        <w:t>ራእይ</w:t>
      </w:r>
      <w:r>
        <w:rPr>
          <w:rFonts w:ascii="Times New Roman" w:hAnsi="Times New Roman" w:eastAsia="Times New Roman" w:cs="Times New Roman"/>
        </w:rPr>
        <w:t xml:space="preserve"> </w:t>
      </w:r>
      <w:r>
        <w:rPr>
          <w:rFonts w:ascii="Ebrima" w:hAnsi="Ebrima" w:eastAsia="Ebrima" w:cs="Ebrima"/>
        </w:rPr>
        <w:t>ውጤት</w:t>
      </w:r>
      <w:r>
        <w:rPr>
          <w:rFonts w:ascii="Times New Roman" w:hAnsi="Times New Roman" w:eastAsia="Times New Roman" w:cs="Times New Roman"/>
        </w:rPr>
        <w:t xml:space="preserve"> </w:t>
      </w:r>
      <w:r>
        <w:rPr>
          <w:rFonts w:ascii="Ebrima" w:hAnsi="Ebrima" w:eastAsia="Ebrima" w:cs="Ebrima"/>
        </w:rPr>
        <w:t>ይፈጸማል።</w:t>
      </w:r>
      <w:r>
        <w:rPr>
          <w:rFonts w:ascii="Times New Roman" w:hAnsi="Times New Roman" w:eastAsia="Times New Roman" w:cs="Times New Roman"/>
        </w:rPr>
        <w:t xml:space="preserve"> </w:t>
      </w:r>
      <w:r>
        <w:rPr>
          <w:rFonts w:ascii="Ebrima" w:hAnsi="Ebrima" w:eastAsia="Ebrima" w:cs="Ebrima"/>
        </w:rPr>
        <w:t>እያንዳንዱ</w:t>
      </w:r>
      <w:r>
        <w:rPr>
          <w:rFonts w:ascii="Times New Roman" w:hAnsi="Times New Roman" w:eastAsia="Times New Roman" w:cs="Times New Roman"/>
        </w:rPr>
        <w:t xml:space="preserve"> </w:t>
      </w:r>
      <w:r>
        <w:rPr>
          <w:rFonts w:ascii="Ebrima" w:hAnsi="Ebrima" w:eastAsia="Ebrima" w:cs="Ebrima"/>
        </w:rPr>
        <w:t>ራእይ</w:t>
      </w:r>
      <w:r>
        <w:rPr>
          <w:rFonts w:ascii="Times New Roman" w:hAnsi="Times New Roman" w:eastAsia="Times New Roman" w:cs="Times New Roman"/>
        </w:rPr>
        <w:t xml:space="preserve"> </w:t>
      </w:r>
      <w:r>
        <w:rPr>
          <w:rFonts w:ascii="Ebrima" w:hAnsi="Ebrima" w:eastAsia="Ebrima" w:cs="Ebrima"/>
        </w:rPr>
        <w:t>በእነዚያ</w:t>
      </w:r>
      <w:r>
        <w:rPr>
          <w:rFonts w:ascii="Times New Roman" w:hAnsi="Times New Roman" w:eastAsia="Times New Roman" w:cs="Times New Roman"/>
        </w:rPr>
        <w:t xml:space="preserve"> </w:t>
      </w:r>
      <w:r>
        <w:rPr>
          <w:rFonts w:ascii="Ebrima" w:hAnsi="Ebrima" w:eastAsia="Ebrima" w:cs="Ebrima"/>
        </w:rPr>
        <w:t>ሁለት</w:t>
      </w:r>
      <w:r>
        <w:rPr>
          <w:rFonts w:ascii="Times New Roman" w:hAnsi="Times New Roman" w:eastAsia="Times New Roman" w:cs="Times New Roman"/>
        </w:rPr>
        <w:t xml:space="preserve"> </w:t>
      </w:r>
      <w:r>
        <w:rPr>
          <w:rFonts w:ascii="Ebrima" w:hAnsi="Ebrima" w:eastAsia="Ebrima" w:cs="Ebrima"/>
        </w:rPr>
        <w:t>ትንቢታዊ</w:t>
      </w:r>
      <w:r>
        <w:rPr>
          <w:rFonts w:ascii="Times New Roman" w:hAnsi="Times New Roman" w:eastAsia="Times New Roman" w:cs="Times New Roman"/>
        </w:rPr>
        <w:t xml:space="preserve"> </w:t>
      </w:r>
      <w:r>
        <w:rPr>
          <w:rFonts w:ascii="Ebrima" w:hAnsi="Ebrima" w:eastAsia="Ebrima" w:cs="Ebrima"/>
        </w:rPr>
        <w:t>ዘመናት</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ሊተገበር</w:t>
      </w:r>
      <w:r>
        <w:rPr>
          <w:rFonts w:ascii="Times New Roman" w:hAnsi="Times New Roman" w:eastAsia="Times New Roman" w:cs="Times New Roman"/>
        </w:rPr>
        <w:t xml:space="preserve"> </w:t>
      </w:r>
      <w:r>
        <w:rPr>
          <w:rFonts w:ascii="Ebrima" w:hAnsi="Ebrima" w:eastAsia="Ebrima" w:cs="Ebrima"/>
        </w:rPr>
        <w:t>ይገባል፥</w:t>
      </w:r>
      <w:r>
        <w:rPr>
          <w:rFonts w:ascii="Times New Roman" w:hAnsi="Times New Roman" w:eastAsia="Times New Roman" w:cs="Times New Roman"/>
        </w:rPr>
        <w:t xml:space="preserve"> </w:t>
      </w:r>
      <w:r>
        <w:rPr>
          <w:rFonts w:ascii="Ebrima" w:hAnsi="Ebrima" w:eastAsia="Ebrima" w:cs="Ebrima"/>
        </w:rPr>
        <w:t>ምክንያቱም</w:t>
      </w:r>
      <w:r>
        <w:rPr>
          <w:rFonts w:ascii="Times New Roman" w:hAnsi="Times New Roman" w:eastAsia="Times New Roman" w:cs="Times New Roman"/>
        </w:rPr>
        <w:t xml:space="preserve"> </w:t>
      </w:r>
      <w:r>
        <w:rPr>
          <w:rFonts w:ascii="Ebrima" w:hAnsi="Ebrima" w:eastAsia="Ebrima" w:cs="Ebrima"/>
        </w:rPr>
        <w:t>የኋለኛው</w:t>
      </w:r>
      <w:r>
        <w:rPr>
          <w:rFonts w:ascii="Times New Roman" w:hAnsi="Times New Roman" w:eastAsia="Times New Roman" w:cs="Times New Roman"/>
        </w:rPr>
        <w:t xml:space="preserve"> </w:t>
      </w:r>
      <w:r>
        <w:rPr>
          <w:rFonts w:ascii="Ebrima" w:hAnsi="Ebrima" w:eastAsia="Ebrima" w:cs="Ebrima"/>
        </w:rPr>
        <w:t>ዝናብ</w:t>
      </w:r>
      <w:r>
        <w:rPr>
          <w:rFonts w:ascii="Times New Roman" w:hAnsi="Times New Roman" w:eastAsia="Times New Roman" w:cs="Times New Roman"/>
        </w:rPr>
        <w:t xml:space="preserve"> </w:t>
      </w:r>
      <w:r>
        <w:rPr>
          <w:rFonts w:ascii="Ebrima" w:hAnsi="Ebrima" w:eastAsia="Ebrima" w:cs="Ebrima"/>
        </w:rPr>
        <w:t>ዘዴ</w:t>
      </w:r>
      <w:r>
        <w:rPr>
          <w:rFonts w:ascii="Times New Roman" w:hAnsi="Times New Roman" w:eastAsia="Times New Roman" w:cs="Times New Roman"/>
        </w:rPr>
        <w:t xml:space="preserve"> </w:t>
      </w:r>
      <w:r>
        <w:rPr>
          <w:rFonts w:ascii="Ebrima" w:hAnsi="Ebrima" w:eastAsia="Ebrima" w:cs="Ebrima"/>
        </w:rPr>
        <w:t>ትንቢታዊ</w:t>
      </w:r>
      <w:r>
        <w:rPr>
          <w:rFonts w:ascii="Times New Roman" w:hAnsi="Times New Roman" w:eastAsia="Times New Roman" w:cs="Times New Roman"/>
        </w:rPr>
        <w:t xml:space="preserve"> </w:t>
      </w:r>
      <w:r>
        <w:rPr>
          <w:rFonts w:ascii="Ebrima" w:hAnsi="Ebrima" w:eastAsia="Ebrima" w:cs="Ebrima"/>
        </w:rPr>
        <w:t>መስመር</w:t>
      </w:r>
      <w:r>
        <w:rPr>
          <w:rFonts w:ascii="Times New Roman" w:hAnsi="Times New Roman" w:eastAsia="Times New Roman" w:cs="Times New Roman"/>
        </w:rPr>
        <w:t xml:space="preserve"> </w:t>
      </w:r>
      <w:r>
        <w:rPr>
          <w:rFonts w:ascii="Ebrima" w:hAnsi="Ebrima" w:eastAsia="Ebrima" w:cs="Ebrima"/>
        </w:rPr>
        <w:t>በትንቢታዊ</w:t>
      </w:r>
      <w:r>
        <w:rPr>
          <w:rFonts w:ascii="Times New Roman" w:hAnsi="Times New Roman" w:eastAsia="Times New Roman" w:cs="Times New Roman"/>
        </w:rPr>
        <w:t xml:space="preserve"> </w:t>
      </w:r>
      <w:r>
        <w:rPr>
          <w:rFonts w:ascii="Ebrima" w:hAnsi="Ebrima" w:eastAsia="Ebrima" w:cs="Ebrima"/>
        </w:rPr>
        <w:t>መስመር</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መተግበር</w:t>
      </w:r>
      <w:r>
        <w:rPr>
          <w:rFonts w:ascii="Times New Roman" w:hAnsi="Times New Roman" w:eastAsia="Times New Roman" w:cs="Times New Roman"/>
        </w:rPr>
        <w:t xml:space="preserve"> </w:t>
      </w:r>
      <w:r>
        <w:rPr>
          <w:rFonts w:ascii="Ebrima" w:hAnsi="Ebrima" w:eastAsia="Ebrima" w:cs="Ebrima"/>
        </w:rPr>
        <w:t>ነውና።</w:t>
      </w:r>
      <w:r>
        <w:rPr>
          <w:rFonts w:ascii="Times New Roman" w:hAnsi="Times New Roman" w:eastAsia="Times New Roman" w:cs="Times New Roman"/>
        </w:rPr>
        <w:t xml:space="preserve"> </w:t>
      </w:r>
      <w:r>
        <w:rPr>
          <w:rFonts w:ascii="Ebrima" w:hAnsi="Ebrima" w:eastAsia="Ebrima" w:cs="Ebrima"/>
        </w:rPr>
        <w:t>በእነዚያ</w:t>
      </w:r>
      <w:r>
        <w:rPr>
          <w:rFonts w:ascii="Times New Roman" w:hAnsi="Times New Roman" w:eastAsia="Times New Roman" w:cs="Times New Roman"/>
        </w:rPr>
        <w:t xml:space="preserve"> </w:t>
      </w:r>
      <w:r>
        <w:rPr>
          <w:rFonts w:ascii="Ebrima" w:hAnsi="Ebrima" w:eastAsia="Ebrima" w:cs="Ebrima"/>
        </w:rPr>
        <w:t>ሁለት</w:t>
      </w:r>
      <w:r>
        <w:rPr>
          <w:rFonts w:ascii="Times New Roman" w:hAnsi="Times New Roman" w:eastAsia="Times New Roman" w:cs="Times New Roman"/>
        </w:rPr>
        <w:t xml:space="preserve"> </w:t>
      </w:r>
      <w:r>
        <w:rPr>
          <w:rFonts w:ascii="Ebrima" w:hAnsi="Ebrima" w:eastAsia="Ebrima" w:cs="Ebrima"/>
        </w:rPr>
        <w:t>ታሪኮች</w:t>
      </w:r>
      <w:r>
        <w:rPr>
          <w:rFonts w:ascii="Times New Roman" w:hAnsi="Times New Roman" w:eastAsia="Times New Roman" w:cs="Times New Roman"/>
        </w:rPr>
        <w:t xml:space="preserve"> </w:t>
      </w:r>
      <w:r>
        <w:rPr>
          <w:rFonts w:ascii="Ebrima" w:hAnsi="Ebrima" w:eastAsia="Ebrima" w:cs="Ebrima"/>
        </w:rPr>
        <w:t>መጀመሪያ</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ኢየሱስ</w:t>
      </w:r>
      <w:r>
        <w:rPr>
          <w:rFonts w:ascii="Times New Roman" w:hAnsi="Times New Roman" w:eastAsia="Times New Roman" w:cs="Times New Roman"/>
        </w:rPr>
        <w:t xml:space="preserve"> </w:t>
      </w:r>
      <w:r>
        <w:rPr>
          <w:rFonts w:ascii="Ebrima" w:hAnsi="Ebrima" w:eastAsia="Ebrima" w:cs="Ebrima"/>
        </w:rPr>
        <w:t>በዚያ</w:t>
      </w:r>
      <w:r>
        <w:rPr>
          <w:rFonts w:ascii="Times New Roman" w:hAnsi="Times New Roman" w:eastAsia="Times New Roman" w:cs="Times New Roman"/>
        </w:rPr>
        <w:t xml:space="preserve"> </w:t>
      </w:r>
      <w:r>
        <w:rPr>
          <w:rFonts w:ascii="Ebrima" w:hAnsi="Ebrima" w:eastAsia="Ebrima" w:cs="Ebrima"/>
        </w:rPr>
        <w:t>ወቅት</w:t>
      </w:r>
      <w:r>
        <w:rPr>
          <w:rFonts w:ascii="Times New Roman" w:hAnsi="Times New Roman" w:eastAsia="Times New Roman" w:cs="Times New Roman"/>
        </w:rPr>
        <w:t xml:space="preserve"> </w:t>
      </w:r>
      <w:r>
        <w:rPr>
          <w:rFonts w:ascii="Ebrima" w:hAnsi="Ebrima" w:eastAsia="Ebrima" w:cs="Ebrima"/>
        </w:rPr>
        <w:t>የሚኖሩት</w:t>
      </w:r>
      <w:r>
        <w:rPr>
          <w:rFonts w:ascii="Times New Roman" w:hAnsi="Times New Roman" w:eastAsia="Times New Roman" w:cs="Times New Roman"/>
        </w:rPr>
        <w:t xml:space="preserve"> </w:t>
      </w:r>
      <w:r>
        <w:rPr>
          <w:rFonts w:ascii="Ebrima" w:hAnsi="Ebrima" w:eastAsia="Ebrima" w:cs="Ebrima"/>
        </w:rPr>
        <w:t>በምድር</w:t>
      </w:r>
      <w:r>
        <w:rPr>
          <w:rFonts w:ascii="Times New Roman" w:hAnsi="Times New Roman" w:eastAsia="Times New Roman" w:cs="Times New Roman"/>
        </w:rPr>
        <w:t xml:space="preserve">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የመጨረሻው</w:t>
      </w:r>
      <w:r>
        <w:rPr>
          <w:rFonts w:ascii="Times New Roman" w:hAnsi="Times New Roman" w:eastAsia="Times New Roman" w:cs="Times New Roman"/>
        </w:rPr>
        <w:t xml:space="preserve"> </w:t>
      </w:r>
      <w:r>
        <w:rPr>
          <w:rFonts w:ascii="Ebrima" w:hAnsi="Ebrima" w:eastAsia="Ebrima" w:cs="Ebrima"/>
        </w:rPr>
        <w:t>ትውልድ</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እንዳሉ</w:t>
      </w:r>
      <w:r>
        <w:rPr>
          <w:rFonts w:ascii="Times New Roman" w:hAnsi="Times New Roman" w:eastAsia="Times New Roman" w:cs="Times New Roman"/>
        </w:rPr>
        <w:t xml:space="preserve"> </w:t>
      </w:r>
      <w:r>
        <w:rPr>
          <w:rFonts w:ascii="Ebrima" w:hAnsi="Ebrima" w:eastAsia="Ebrima" w:cs="Ebrima"/>
        </w:rPr>
        <w:t>የሚያረጋግጥ</w:t>
      </w:r>
      <w:r>
        <w:rPr>
          <w:rFonts w:ascii="Times New Roman" w:hAnsi="Times New Roman" w:eastAsia="Times New Roman" w:cs="Times New Roman"/>
        </w:rPr>
        <w:t xml:space="preserve"> “</w:t>
      </w:r>
      <w:r>
        <w:rPr>
          <w:rFonts w:ascii="Ebrima" w:hAnsi="Ebrima" w:eastAsia="Ebrima" w:cs="Ebrima"/>
        </w:rPr>
        <w:t>ምልክት</w:t>
      </w:r>
      <w:r>
        <w:rPr>
          <w:rFonts w:ascii="Times New Roman" w:hAnsi="Times New Roman" w:eastAsia="Times New Roman" w:cs="Times New Roman"/>
        </w:rPr>
        <w:t xml:space="preserve">” </w:t>
      </w:r>
      <w:r>
        <w:rPr>
          <w:rFonts w:ascii="Ebrima" w:hAnsi="Ebrima" w:eastAsia="Ebrima" w:cs="Ebrima"/>
        </w:rPr>
        <w:t>ለየ።</w:t>
      </w:r>
    </w:p>
    <w:p>
      <w:pPr>
        <w:pStyle w:val="ArticleBody"/>
        <w:jc w:val="left"/>
      </w:pPr>
      <w:r>
        <w:rPr>
          <w:rFonts w:ascii="Times New Roman" w:hAnsi="Times New Roman" w:eastAsia="Times New Roman" w:cs="Times New Roman"/>
        </w:rPr>
        <w:t>Peryoda ewil a bedenawut ntnaxacen ntnaxacwan arbatn arbatn timharatn asra-arbatn asra-arba ka’a’ata’en nteqebat b’11 September, 2001. B-wst zia waymark, tamta “sign” iyu Kristu z’letfeles b-Luke 21 temesre’a.</w:t>
      </w:r>
    </w:p>
    <w:p>
      <w:pPr>
        <w:pStyle w:val="ArticleBody"/>
        <w:jc w:val="left"/>
      </w:pPr>
      <w:r>
        <w:rPr>
          <w:rFonts w:ascii="Times New Roman" w:hAnsi="Times New Roman" w:eastAsia="Times New Roman" w:cs="Times New Roman"/>
        </w:rPr>
        <w:t>Asi dajpoŋgo mɔnɛndo maŋgo ni ɓii maŋgo ŋwɛ.</w:t>
      </w:r>
    </w:p>
    <w:p>
      <w:pPr>
        <w:pStyle w:val="ArticleScripture"/>
        <w:jc w:val="left"/>
      </w:pPr>
      <w:r>
        <w:rPr>
          <w:rFonts w:ascii="Times New Roman" w:hAnsi="Times New Roman" w:eastAsia="Times New Roman" w:cs="Times New Roman"/>
        </w:rPr>
        <w:t>“Taima, hermanos, Dios quiere que tomemos nuestra posición con el hombre que lleva el fanal; queremos tomar nuestra posición donde está la luz, y donde Dios ha dado a la trompeta un sonido cierto. Queremos dar a la trompeta un sonido cierto. Hemos estado en perplejidad, y hemos estado en duda, y las iglesias están listas para morir. Pero ahora aquí leemos: ‘Y después de estas cosas vi a otro ángel descender del cielo con gran poder; y la tierra fue alumbrada con su gloria. Y clamó con gran voz, diciendo: Ha caído, ha caído la gran Babilonia, y ha venido a ser habitación de demonios, y guarida de todo espíritu inmundo, y albergue de toda ave inmunda y aborrecible’ [Apocalipsis 18:1, 2].”</w:t>
      </w:r>
    </w:p>
    <w:p>
      <w:pPr>
        <w:pStyle w:val="ArticleScripture"/>
        <w:jc w:val="left"/>
      </w:pPr>
      <w:r>
        <w:rPr>
          <w:rFonts w:ascii="Times New Roman" w:hAnsi="Times New Roman" w:eastAsia="Times New Roman" w:cs="Times New Roman"/>
        </w:rPr>
        <w:t>«مەگەر ئێستا، ئەگەر ئێمە لەو بارودۆخەدا نەبین کە بتوانین هەر شتێک لە ڕووناکیی ئاسمان بناسین کاتێک دێتە لامان، چۆن دەزانین هەر شتێک سەبارەت بەو پەیامە؟ و ئەگەر لە لایەن کەسێکەوە بێتە لامان کە لەگەڵمان هاوڕاستە، بە هەمان خێرایی درۆفریوی تاریکترین هەڵدەگرین، کاتێک تەنانەت تۆزێک بەڵگەشمان نییە کە ڕۆحی خودا ئەوی ناردووە. مەسیح فەرمووی: “من بە ناوی باوکم هاتووم، بەڵام ئێوە من وەرناگرن” [see John 5:43]. ئێستا، ئەمە بە تەواوی هەمان کارە کە لێرە بەردەوام بووە هەر لە کۆبوونەوەی مینیاپۆلیسەوە. چونکە خودا پەیامێک بە ناوی خۆی دەنێرێت کە لەگەڵ بیرۆکەکانی ئێوە یەک ناگرێتەوە، بۆیە [ئێوە حوکم دەدەن] کە ناتوانێت پەیامێک لە خوداوە بێت.» Sermons and Talks, volume 1, 142.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تَتْنِخِيḍ ن دانيال - مية وتمانتاش</dc:title>
  <dc:subject>Yerusaləmə Qumanda Profətikə: Təsvir Səmvolikə hədisat axir-zamanı</dc:subject>
  <dc:creator>Jeff Pippenger</dc:creator>
  <cp:keywords/>
  <dc:description>Generated by ArticleDigger from daniel\118_daniel.json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