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 Даниїла — сто двадцять сьома</w:t>
      </w:r>
    </w:p>
    <w:p>
      <w:pPr>
        <w:pStyle w:val="ArticleSubtitle"/>
        <w:jc w:val="left"/>
      </w:pPr>
      <w:r>
        <w:rPr>
          <w:rFonts w:ascii="Arial" w:hAnsi="Arial" w:eastAsia="Arial" w:cs="Arial"/>
        </w:rPr>
        <w:t>Revelando las características proféticas de la confederación maligna: perspectivas de Isaías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Nirmala UI" w:hAnsi="Nirmala UI" w:eastAsia="Nirmala UI" w:cs="Nirmala UI"/>
        </w:rPr>
        <w:t>বিশাল</w:t>
      </w:r>
      <w:r>
        <w:rPr>
          <w:rFonts w:ascii="Times New Roman" w:hAnsi="Times New Roman" w:eastAsia="Times New Roman" w:cs="Times New Roman"/>
        </w:rPr>
        <w:t xml:space="preserve"> </w:t>
      </w:r>
      <w:r>
        <w:rPr>
          <w:rFonts w:ascii="Nirmala UI" w:hAnsi="Nirmala UI" w:eastAsia="Nirmala UI" w:cs="Nirmala UI"/>
        </w:rPr>
        <w:t>সাপটির</w:t>
      </w:r>
      <w:r>
        <w:rPr>
          <w:rFonts w:ascii="Times New Roman" w:hAnsi="Times New Roman" w:eastAsia="Times New Roman" w:cs="Times New Roman"/>
        </w:rPr>
        <w:t xml:space="preserve"> </w:t>
      </w:r>
      <w:r>
        <w:rPr>
          <w:rFonts w:ascii="Nirmala UI" w:hAnsi="Nirmala UI" w:eastAsia="Nirmala UI" w:cs="Nirmala UI"/>
        </w:rPr>
        <w:t>ভবিষ্যদ্বাণীমূলক</w:t>
      </w:r>
      <w:r>
        <w:rPr>
          <w:rFonts w:ascii="Times New Roman" w:hAnsi="Times New Roman" w:eastAsia="Times New Roman" w:cs="Times New Roman"/>
        </w:rPr>
        <w:t xml:space="preserve"> </w:t>
      </w:r>
      <w:r>
        <w:rPr>
          <w:rFonts w:ascii="Nirmala UI" w:hAnsi="Nirmala UI" w:eastAsia="Nirmala UI" w:cs="Nirmala UI"/>
        </w:rPr>
        <w:t>বৈশিষ্ট্য</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সংঘবদ্ধতা</w:t>
      </w:r>
      <w:r>
        <w:rPr>
          <w:rFonts w:ascii="Times New Roman" w:hAnsi="Times New Roman" w:eastAsia="Times New Roman" w:cs="Times New Roman"/>
        </w:rPr>
        <w:t xml:space="preserve">, </w:t>
      </w:r>
      <w:r>
        <w:rPr>
          <w:rFonts w:ascii="Nirmala UI" w:hAnsi="Nirmala UI" w:eastAsia="Nirmala UI" w:cs="Nirmala UI"/>
        </w:rPr>
        <w:t>যেমনটি</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শনাক্ত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p>
    <w:p>
      <w:pPr>
        <w:pStyle w:val="ArticleScripture"/>
        <w:jc w:val="left"/>
      </w:pPr>
      <w:r>
        <w:rPr>
          <w:rFonts w:ascii="Nirmala UI" w:hAnsi="Nirmala UI" w:eastAsia="Nirmala UI" w:cs="Nirmala UI"/>
        </w:rPr>
        <w:t>సమూహములైకూడుడి</w:t>
      </w:r>
      <w:r>
        <w:rPr>
          <w:rFonts w:ascii="Times New Roman" w:hAnsi="Times New Roman" w:eastAsia="Times New Roman" w:cs="Times New Roman"/>
        </w:rPr>
        <w:t xml:space="preserve">, </w:t>
      </w:r>
      <w:r>
        <w:rPr>
          <w:rFonts w:ascii="Nirmala UI" w:hAnsi="Nirmala UI" w:eastAsia="Nirmala UI" w:cs="Nirmala UI"/>
        </w:rPr>
        <w:t>ఓ</w:t>
      </w:r>
      <w:r>
        <w:rPr>
          <w:rFonts w:ascii="Times New Roman" w:hAnsi="Times New Roman" w:eastAsia="Times New Roman" w:cs="Times New Roman"/>
        </w:rPr>
        <w:t xml:space="preserve"> </w:t>
      </w:r>
      <w:r>
        <w:rPr>
          <w:rFonts w:ascii="Nirmala UI" w:hAnsi="Nirmala UI" w:eastAsia="Nirmala UI" w:cs="Nirmala UI"/>
        </w:rPr>
        <w:t>ప్రజలారా</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ముక్కలైపోవుదురు</w:t>
      </w:r>
      <w:r>
        <w:rPr>
          <w:rFonts w:ascii="Times New Roman" w:hAnsi="Times New Roman" w:eastAsia="Times New Roman" w:cs="Times New Roman"/>
        </w:rPr>
        <w:t xml:space="preserve">; </w:t>
      </w:r>
      <w:r>
        <w:rPr>
          <w:rFonts w:ascii="Nirmala UI" w:hAnsi="Nirmala UI" w:eastAsia="Nirmala UI" w:cs="Nirmala UI"/>
        </w:rPr>
        <w:t>దూర</w:t>
      </w:r>
      <w:r>
        <w:rPr>
          <w:rFonts w:ascii="Times New Roman" w:hAnsi="Times New Roman" w:eastAsia="Times New Roman" w:cs="Times New Roman"/>
        </w:rPr>
        <w:t xml:space="preserve"> </w:t>
      </w:r>
      <w:r>
        <w:rPr>
          <w:rFonts w:ascii="Nirmala UI" w:hAnsi="Nirmala UI" w:eastAsia="Nirmala UI" w:cs="Nirmala UI"/>
        </w:rPr>
        <w:t>దేశముల</w:t>
      </w:r>
      <w:r>
        <w:rPr>
          <w:rFonts w:ascii="Times New Roman" w:hAnsi="Times New Roman" w:eastAsia="Times New Roman" w:cs="Times New Roman"/>
        </w:rPr>
        <w:t xml:space="preserve"> </w:t>
      </w:r>
      <w:r>
        <w:rPr>
          <w:rFonts w:ascii="Nirmala UI" w:hAnsi="Nirmala UI" w:eastAsia="Nirmala UI" w:cs="Nirmala UI"/>
        </w:rPr>
        <w:t>వారందరును</w:t>
      </w:r>
      <w:r>
        <w:rPr>
          <w:rFonts w:ascii="Times New Roman" w:hAnsi="Times New Roman" w:eastAsia="Times New Roman" w:cs="Times New Roman"/>
        </w:rPr>
        <w:t xml:space="preserve">, </w:t>
      </w:r>
      <w:r>
        <w:rPr>
          <w:rFonts w:ascii="Nirmala UI" w:hAnsi="Nirmala UI" w:eastAsia="Nirmala UI" w:cs="Nirmala UI"/>
        </w:rPr>
        <w:t>చెవియొగ్గుడి</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బలముగా</w:t>
      </w:r>
      <w:r>
        <w:rPr>
          <w:rFonts w:ascii="Times New Roman" w:hAnsi="Times New Roman" w:eastAsia="Times New Roman" w:cs="Times New Roman"/>
        </w:rPr>
        <w:t xml:space="preserve"> </w:t>
      </w:r>
      <w:r>
        <w:rPr>
          <w:rFonts w:ascii="Nirmala UI" w:hAnsi="Nirmala UI" w:eastAsia="Nirmala UI" w:cs="Nirmala UI"/>
        </w:rPr>
        <w:t>సిద్ధపడుడి</w:t>
      </w:r>
      <w:r>
        <w:rPr>
          <w:rFonts w:ascii="Times New Roman" w:hAnsi="Times New Roman" w:eastAsia="Times New Roman" w:cs="Times New Roman"/>
        </w:rPr>
        <w:t xml:space="preserve">, </w:t>
      </w:r>
      <w:r>
        <w:rPr>
          <w:rFonts w:ascii="Nirmala UI" w:hAnsi="Nirmala UI" w:eastAsia="Nirmala UI" w:cs="Nirmala UI"/>
        </w:rPr>
        <w:t>అయినను</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ముక్కలైపోవుదురు</w:t>
      </w:r>
      <w:r>
        <w:rPr>
          <w:rFonts w:ascii="Times New Roman" w:hAnsi="Times New Roman" w:eastAsia="Times New Roman" w:cs="Times New Roman"/>
        </w:rPr>
        <w:t xml:space="preserve">; </w:t>
      </w:r>
      <w:r>
        <w:rPr>
          <w:rFonts w:ascii="Nirmala UI" w:hAnsi="Nirmala UI" w:eastAsia="Nirmala UI" w:cs="Nirmala UI"/>
        </w:rPr>
        <w:t>సిద్ధపడుడి</w:t>
      </w:r>
      <w:r>
        <w:rPr>
          <w:rFonts w:ascii="Times New Roman" w:hAnsi="Times New Roman" w:eastAsia="Times New Roman" w:cs="Times New Roman"/>
        </w:rPr>
        <w:t xml:space="preserve">, </w:t>
      </w:r>
      <w:r>
        <w:rPr>
          <w:rFonts w:ascii="Nirmala UI" w:hAnsi="Nirmala UI" w:eastAsia="Nirmala UI" w:cs="Nirmala UI"/>
        </w:rPr>
        <w:t>అయినను</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ముక్కలైపోవుదురు</w:t>
      </w:r>
      <w:r>
        <w:rPr>
          <w:rFonts w:ascii="Times New Roman" w:hAnsi="Times New Roman" w:eastAsia="Times New Roman" w:cs="Times New Roman"/>
        </w:rPr>
        <w:t xml:space="preserve">. </w:t>
      </w:r>
      <w:r>
        <w:rPr>
          <w:rFonts w:ascii="Nirmala UI" w:hAnsi="Nirmala UI" w:eastAsia="Nirmala UI" w:cs="Nirmala UI"/>
        </w:rPr>
        <w:t>కలిసి</w:t>
      </w:r>
      <w:r>
        <w:rPr>
          <w:rFonts w:ascii="Times New Roman" w:hAnsi="Times New Roman" w:eastAsia="Times New Roman" w:cs="Times New Roman"/>
        </w:rPr>
        <w:t xml:space="preserve"> </w:t>
      </w:r>
      <w:r>
        <w:rPr>
          <w:rFonts w:ascii="Nirmala UI" w:hAnsi="Nirmala UI" w:eastAsia="Nirmala UI" w:cs="Nirmala UI"/>
        </w:rPr>
        <w:t>ఆలోచన</w:t>
      </w:r>
      <w:r>
        <w:rPr>
          <w:rFonts w:ascii="Times New Roman" w:hAnsi="Times New Roman" w:eastAsia="Times New Roman" w:cs="Times New Roman"/>
        </w:rPr>
        <w:t xml:space="preserve"> </w:t>
      </w:r>
      <w:r>
        <w:rPr>
          <w:rFonts w:ascii="Nirmala UI" w:hAnsi="Nirmala UI" w:eastAsia="Nirmala UI" w:cs="Nirmala UI"/>
        </w:rPr>
        <w:t>చేయుడి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వ్యర్థమగును</w:t>
      </w:r>
      <w:r>
        <w:rPr>
          <w:rFonts w:ascii="Times New Roman" w:hAnsi="Times New Roman" w:eastAsia="Times New Roman" w:cs="Times New Roman"/>
        </w:rPr>
        <w:t xml:space="preserve">; </w:t>
      </w:r>
      <w:r>
        <w:rPr>
          <w:rFonts w:ascii="Nirmala UI" w:hAnsi="Nirmala UI" w:eastAsia="Nirmala UI" w:cs="Nirmala UI"/>
        </w:rPr>
        <w:t>మాట</w:t>
      </w:r>
      <w:r>
        <w:rPr>
          <w:rFonts w:ascii="Times New Roman" w:hAnsi="Times New Roman" w:eastAsia="Times New Roman" w:cs="Times New Roman"/>
        </w:rPr>
        <w:t xml:space="preserve"> </w:t>
      </w:r>
      <w:r>
        <w:rPr>
          <w:rFonts w:ascii="Nirmala UI" w:hAnsi="Nirmala UI" w:eastAsia="Nirmala UI" w:cs="Nirmala UI"/>
        </w:rPr>
        <w:t>పలుకుడి</w:t>
      </w:r>
      <w:r>
        <w:rPr>
          <w:rFonts w:ascii="Times New Roman" w:hAnsi="Times New Roman" w:eastAsia="Times New Roman" w:cs="Times New Roman"/>
        </w:rPr>
        <w:t xml:space="preserve">, </w:t>
      </w:r>
      <w:r>
        <w:rPr>
          <w:rFonts w:ascii="Nirmala UI" w:hAnsi="Nirmala UI" w:eastAsia="Nirmala UI" w:cs="Nirmala UI"/>
        </w:rPr>
        <w:t>అది</w:t>
      </w:r>
      <w:r>
        <w:rPr>
          <w:rFonts w:ascii="Times New Roman" w:hAnsi="Times New Roman" w:eastAsia="Times New Roman" w:cs="Times New Roman"/>
        </w:rPr>
        <w:t xml:space="preserve"> </w:t>
      </w:r>
      <w:r>
        <w:rPr>
          <w:rFonts w:ascii="Nirmala UI" w:hAnsi="Nirmala UI" w:eastAsia="Nirmala UI" w:cs="Nirmala UI"/>
        </w:rPr>
        <w:t>నిలువదు</w:t>
      </w:r>
      <w:r>
        <w:rPr>
          <w:rFonts w:ascii="Times New Roman" w:hAnsi="Times New Roman" w:eastAsia="Times New Roman" w:cs="Times New Roman"/>
        </w:rPr>
        <w:t xml:space="preserve">; </w:t>
      </w:r>
      <w:r>
        <w:rPr>
          <w:rFonts w:ascii="Nirmala UI" w:hAnsi="Nirmala UI" w:eastAsia="Nirmala UI" w:cs="Nirmala UI"/>
        </w:rPr>
        <w:t>ఎందుకనగా</w:t>
      </w:r>
      <w:r>
        <w:rPr>
          <w:rFonts w:ascii="Times New Roman" w:hAnsi="Times New Roman" w:eastAsia="Times New Roman" w:cs="Times New Roman"/>
        </w:rPr>
        <w:t xml:space="preserve"> </w:t>
      </w:r>
      <w:r>
        <w:rPr>
          <w:rFonts w:ascii="Nirmala UI" w:hAnsi="Nirmala UI" w:eastAsia="Nirmala UI" w:cs="Nirmala UI"/>
        </w:rPr>
        <w:t>దేవుడు</w:t>
      </w:r>
      <w:r>
        <w:rPr>
          <w:rFonts w:ascii="Times New Roman" w:hAnsi="Times New Roman" w:eastAsia="Times New Roman" w:cs="Times New Roman"/>
        </w:rPr>
        <w:t xml:space="preserve"> </w:t>
      </w:r>
      <w:r>
        <w:rPr>
          <w:rFonts w:ascii="Nirmala UI" w:hAnsi="Nirmala UI" w:eastAsia="Nirmala UI" w:cs="Nirmala UI"/>
        </w:rPr>
        <w:t>మనతో</w:t>
      </w:r>
      <w:r>
        <w:rPr>
          <w:rFonts w:ascii="Times New Roman" w:hAnsi="Times New Roman" w:eastAsia="Times New Roman" w:cs="Times New Roman"/>
        </w:rPr>
        <w:t xml:space="preserve"> </w:t>
      </w:r>
      <w:r>
        <w:rPr>
          <w:rFonts w:ascii="Nirmala UI" w:hAnsi="Nirmala UI" w:eastAsia="Nirmala UI" w:cs="Nirmala UI"/>
        </w:rPr>
        <w:t>ఉన్నాడు</w:t>
      </w:r>
      <w:r>
        <w:rPr>
          <w:rFonts w:ascii="Times New Roman" w:hAnsi="Times New Roman" w:eastAsia="Times New Roman" w:cs="Times New Roman"/>
        </w:rPr>
        <w:t xml:space="preserve">. </w:t>
      </w:r>
      <w:r>
        <w:rPr>
          <w:rFonts w:ascii="Nirmala UI" w:hAnsi="Nirmala UI" w:eastAsia="Nirmala UI" w:cs="Nirmala UI"/>
        </w:rPr>
        <w:t>యెహోవా</w:t>
      </w:r>
      <w:r>
        <w:rPr>
          <w:rFonts w:ascii="Times New Roman" w:hAnsi="Times New Roman" w:eastAsia="Times New Roman" w:cs="Times New Roman"/>
        </w:rPr>
        <w:t xml:space="preserve"> </w:t>
      </w:r>
      <w:r>
        <w:rPr>
          <w:rFonts w:ascii="Nirmala UI" w:hAnsi="Nirmala UI" w:eastAsia="Nirmala UI" w:cs="Nirmala UI"/>
        </w:rPr>
        <w:t>బలమైన</w:t>
      </w:r>
      <w:r>
        <w:rPr>
          <w:rFonts w:ascii="Times New Roman" w:hAnsi="Times New Roman" w:eastAsia="Times New Roman" w:cs="Times New Roman"/>
        </w:rPr>
        <w:t xml:space="preserve"> </w:t>
      </w:r>
      <w:r>
        <w:rPr>
          <w:rFonts w:ascii="Nirmala UI" w:hAnsi="Nirmala UI" w:eastAsia="Nirmala UI" w:cs="Nirmala UI"/>
        </w:rPr>
        <w:t>హస్తముతో</w:t>
      </w:r>
      <w:r>
        <w:rPr>
          <w:rFonts w:ascii="Times New Roman" w:hAnsi="Times New Roman" w:eastAsia="Times New Roman" w:cs="Times New Roman"/>
        </w:rPr>
        <w:t xml:space="preserve"> </w:t>
      </w:r>
      <w:r>
        <w:rPr>
          <w:rFonts w:ascii="Nirmala UI" w:hAnsi="Nirmala UI" w:eastAsia="Nirmala UI" w:cs="Nirmala UI"/>
        </w:rPr>
        <w:t>నాతో</w:t>
      </w:r>
      <w:r>
        <w:rPr>
          <w:rFonts w:ascii="Times New Roman" w:hAnsi="Times New Roman" w:eastAsia="Times New Roman" w:cs="Times New Roman"/>
        </w:rPr>
        <w:t xml:space="preserve"> </w:t>
      </w:r>
      <w:r>
        <w:rPr>
          <w:rFonts w:ascii="Nirmala UI" w:hAnsi="Nirmala UI" w:eastAsia="Nirmala UI" w:cs="Nirmala UI"/>
        </w:rPr>
        <w:t>ఇలా</w:t>
      </w:r>
      <w:r>
        <w:rPr>
          <w:rFonts w:ascii="Times New Roman" w:hAnsi="Times New Roman" w:eastAsia="Times New Roman" w:cs="Times New Roman"/>
        </w:rPr>
        <w:t xml:space="preserve"> </w:t>
      </w:r>
      <w:r>
        <w:rPr>
          <w:rFonts w:ascii="Nirmala UI" w:hAnsi="Nirmala UI" w:eastAsia="Nirmala UI" w:cs="Nirmala UI"/>
        </w:rPr>
        <w:t>చెప్పెను</w:t>
      </w:r>
      <w:r>
        <w:rPr>
          <w:rFonts w:ascii="Times New Roman" w:hAnsi="Times New Roman" w:eastAsia="Times New Roman" w:cs="Times New Roman"/>
        </w:rPr>
        <w:t xml:space="preserve">, </w:t>
      </w:r>
      <w:r>
        <w:rPr>
          <w:rFonts w:ascii="Nirmala UI" w:hAnsi="Nirmala UI" w:eastAsia="Nirmala UI" w:cs="Nirmala UI"/>
        </w:rPr>
        <w:t>నేను</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మార్గమున</w:t>
      </w:r>
      <w:r>
        <w:rPr>
          <w:rFonts w:ascii="Times New Roman" w:hAnsi="Times New Roman" w:eastAsia="Times New Roman" w:cs="Times New Roman"/>
        </w:rPr>
        <w:t xml:space="preserve"> </w:t>
      </w:r>
      <w:r>
        <w:rPr>
          <w:rFonts w:ascii="Nirmala UI" w:hAnsi="Nirmala UI" w:eastAsia="Nirmala UI" w:cs="Nirmala UI"/>
        </w:rPr>
        <w:t>నడువకూడదని</w:t>
      </w:r>
      <w:r>
        <w:rPr>
          <w:rFonts w:ascii="Times New Roman" w:hAnsi="Times New Roman" w:eastAsia="Times New Roman" w:cs="Times New Roman"/>
        </w:rPr>
        <w:t xml:space="preserve"> </w:t>
      </w:r>
      <w:r>
        <w:rPr>
          <w:rFonts w:ascii="Nirmala UI" w:hAnsi="Nirmala UI" w:eastAsia="Nirmala UI" w:cs="Nirmala UI"/>
        </w:rPr>
        <w:t>నన్ను</w:t>
      </w:r>
      <w:r>
        <w:rPr>
          <w:rFonts w:ascii="Times New Roman" w:hAnsi="Times New Roman" w:eastAsia="Times New Roman" w:cs="Times New Roman"/>
        </w:rPr>
        <w:t xml:space="preserve"> </w:t>
      </w:r>
      <w:r>
        <w:rPr>
          <w:rFonts w:ascii="Nirmala UI" w:hAnsi="Nirmala UI" w:eastAsia="Nirmala UI" w:cs="Nirmala UI"/>
        </w:rPr>
        <w:t>బోధించెను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చెప్పినది</w:t>
      </w:r>
      <w:r>
        <w:rPr>
          <w:rFonts w:ascii="Times New Roman" w:hAnsi="Times New Roman" w:eastAsia="Times New Roman" w:cs="Times New Roman"/>
        </w:rPr>
        <w:t xml:space="preserve"> </w:t>
      </w:r>
      <w:r>
        <w:rPr>
          <w:rFonts w:ascii="Nirmala UI" w:hAnsi="Nirmala UI" w:eastAsia="Nirmala UI" w:cs="Nirmala UI"/>
        </w:rPr>
        <w:t>ఇదే</w:t>
      </w:r>
      <w:r>
        <w:rPr>
          <w:rFonts w:ascii="Times New Roman" w:hAnsi="Times New Roman" w:eastAsia="Times New Roman" w:cs="Times New Roman"/>
        </w:rPr>
        <w:t xml:space="preserve">: </w:t>
      </w:r>
      <w:r>
        <w:rPr>
          <w:rFonts w:ascii="Nirmala UI" w:hAnsi="Nirmala UI" w:eastAsia="Nirmala UI" w:cs="Nirmala UI"/>
        </w:rPr>
        <w:t>ఈ</w:t>
      </w:r>
      <w:r>
        <w:rPr>
          <w:rFonts w:ascii="Times New Roman" w:hAnsi="Times New Roman" w:eastAsia="Times New Roman" w:cs="Times New Roman"/>
        </w:rPr>
        <w:t xml:space="preserve"> </w:t>
      </w:r>
      <w:r>
        <w:rPr>
          <w:rFonts w:ascii="Nirmala UI" w:hAnsi="Nirmala UI" w:eastAsia="Nirmala UI" w:cs="Nirmala UI"/>
        </w:rPr>
        <w:t>ప్రజలు</w:t>
      </w:r>
      <w:r>
        <w:rPr>
          <w:rFonts w:ascii="Times New Roman" w:hAnsi="Times New Roman" w:eastAsia="Times New Roman" w:cs="Times New Roman"/>
        </w:rPr>
        <w:t xml:space="preserve"> “</w:t>
      </w:r>
      <w:r>
        <w:rPr>
          <w:rFonts w:ascii="Nirmala UI" w:hAnsi="Nirmala UI" w:eastAsia="Nirmala UI" w:cs="Nirmala UI"/>
        </w:rPr>
        <w:t>కూటమి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w:t>
      </w:r>
      <w:r>
        <w:rPr>
          <w:rFonts w:ascii="Times New Roman" w:hAnsi="Times New Roman" w:eastAsia="Times New Roman" w:cs="Times New Roman"/>
        </w:rPr>
        <w:t xml:space="preserve"> </w:t>
      </w:r>
      <w:r>
        <w:rPr>
          <w:rFonts w:ascii="Nirmala UI" w:hAnsi="Nirmala UI" w:eastAsia="Nirmala UI" w:cs="Nirmala UI"/>
        </w:rPr>
        <w:t>ప్రతి</w:t>
      </w:r>
      <w:r>
        <w:rPr>
          <w:rFonts w:ascii="Times New Roman" w:hAnsi="Times New Roman" w:eastAsia="Times New Roman" w:cs="Times New Roman"/>
        </w:rPr>
        <w:t xml:space="preserve"> </w:t>
      </w:r>
      <w:r>
        <w:rPr>
          <w:rFonts w:ascii="Nirmala UI" w:hAnsi="Nirmala UI" w:eastAsia="Nirmala UI" w:cs="Nirmala UI"/>
        </w:rPr>
        <w:t>విషయమును</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కూటమి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చెప్పకుడి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భయపడు</w:t>
      </w:r>
      <w:r>
        <w:rPr>
          <w:rFonts w:ascii="Times New Roman" w:hAnsi="Times New Roman" w:eastAsia="Times New Roman" w:cs="Times New Roman"/>
        </w:rPr>
        <w:t xml:space="preserve"> </w:t>
      </w:r>
      <w:r>
        <w:rPr>
          <w:rFonts w:ascii="Nirmala UI" w:hAnsi="Nirmala UI" w:eastAsia="Nirmala UI" w:cs="Nirmala UI"/>
        </w:rPr>
        <w:t>దానినిబట్టి</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భయపడకుడి</w:t>
      </w:r>
      <w:r>
        <w:rPr>
          <w:rFonts w:ascii="Times New Roman" w:hAnsi="Times New Roman" w:eastAsia="Times New Roman" w:cs="Times New Roman"/>
        </w:rPr>
        <w:t xml:space="preserve">, </w:t>
      </w:r>
      <w:r>
        <w:rPr>
          <w:rFonts w:ascii="Nirmala UI" w:hAnsi="Nirmala UI" w:eastAsia="Nirmala UI" w:cs="Nirmala UI"/>
        </w:rPr>
        <w:t>దిగులుపడకుడి</w:t>
      </w:r>
      <w:r>
        <w:rPr>
          <w:rFonts w:ascii="Times New Roman" w:hAnsi="Times New Roman" w:eastAsia="Times New Roman" w:cs="Times New Roman"/>
        </w:rPr>
        <w:t xml:space="preserve">. </w:t>
      </w:r>
      <w:r>
        <w:rPr>
          <w:rFonts w:ascii="Nirmala UI" w:hAnsi="Nirmala UI" w:eastAsia="Nirmala UI" w:cs="Nirmala UI"/>
        </w:rPr>
        <w:t>సైన్యముల</w:t>
      </w:r>
      <w:r>
        <w:rPr>
          <w:rFonts w:ascii="Times New Roman" w:hAnsi="Times New Roman" w:eastAsia="Times New Roman" w:cs="Times New Roman"/>
        </w:rPr>
        <w:t xml:space="preserve"> </w:t>
      </w:r>
      <w:r>
        <w:rPr>
          <w:rFonts w:ascii="Nirmala UI" w:hAnsi="Nirmala UI" w:eastAsia="Nirmala UI" w:cs="Nirmala UI"/>
        </w:rPr>
        <w:t>అధిపతియగు</w:t>
      </w:r>
      <w:r>
        <w:rPr>
          <w:rFonts w:ascii="Times New Roman" w:hAnsi="Times New Roman" w:eastAsia="Times New Roman" w:cs="Times New Roman"/>
        </w:rPr>
        <w:t xml:space="preserve"> </w:t>
      </w:r>
      <w:r>
        <w:rPr>
          <w:rFonts w:ascii="Nirmala UI" w:hAnsi="Nirmala UI" w:eastAsia="Nirmala UI" w:cs="Nirmala UI"/>
        </w:rPr>
        <w:t>యెహోవానేకే</w:t>
      </w:r>
      <w:r>
        <w:rPr>
          <w:rFonts w:ascii="Times New Roman" w:hAnsi="Times New Roman" w:eastAsia="Times New Roman" w:cs="Times New Roman"/>
        </w:rPr>
        <w:t xml:space="preserve"> </w:t>
      </w:r>
      <w:r>
        <w:rPr>
          <w:rFonts w:ascii="Nirmala UI" w:hAnsi="Nirmala UI" w:eastAsia="Nirmala UI" w:cs="Nirmala UI"/>
        </w:rPr>
        <w:t>పరిశుద్ధుడని</w:t>
      </w:r>
      <w:r>
        <w:rPr>
          <w:rFonts w:ascii="Times New Roman" w:hAnsi="Times New Roman" w:eastAsia="Times New Roman" w:cs="Times New Roman"/>
        </w:rPr>
        <w:t xml:space="preserve"> </w:t>
      </w:r>
      <w:r>
        <w:rPr>
          <w:rFonts w:ascii="Nirmala UI" w:hAnsi="Nirmala UI" w:eastAsia="Nirmala UI" w:cs="Nirmala UI"/>
        </w:rPr>
        <w:t>ఎంచుడి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భయము</w:t>
      </w:r>
      <w:r>
        <w:rPr>
          <w:rFonts w:ascii="Times New Roman" w:hAnsi="Times New Roman" w:eastAsia="Times New Roman" w:cs="Times New Roman"/>
        </w:rPr>
        <w:t xml:space="preserve"> </w:t>
      </w:r>
      <w:r>
        <w:rPr>
          <w:rFonts w:ascii="Nirmala UI" w:hAnsi="Nirmala UI" w:eastAsia="Nirmala UI" w:cs="Nirmala UI"/>
        </w:rPr>
        <w:t>కావలెను</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భీతియు</w:t>
      </w:r>
      <w:r>
        <w:rPr>
          <w:rFonts w:ascii="Times New Roman" w:hAnsi="Times New Roman" w:eastAsia="Times New Roman" w:cs="Times New Roman"/>
        </w:rPr>
        <w:t xml:space="preserve"> </w:t>
      </w:r>
      <w:r>
        <w:rPr>
          <w:rFonts w:ascii="Nirmala UI" w:hAnsi="Nirmala UI" w:eastAsia="Nirmala UI" w:cs="Nirmala UI"/>
        </w:rPr>
        <w:t>కావలెను</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పరిశుద్ధస్థలమగును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ఇశ్రాయేలు</w:t>
      </w:r>
      <w:r>
        <w:rPr>
          <w:rFonts w:ascii="Times New Roman" w:hAnsi="Times New Roman" w:eastAsia="Times New Roman" w:cs="Times New Roman"/>
        </w:rPr>
        <w:t xml:space="preserve"> </w:t>
      </w:r>
      <w:r>
        <w:rPr>
          <w:rFonts w:ascii="Nirmala UI" w:hAnsi="Nirmala UI" w:eastAsia="Nirmala UI" w:cs="Nirmala UI"/>
        </w:rPr>
        <w:t>రెండు</w:t>
      </w:r>
      <w:r>
        <w:rPr>
          <w:rFonts w:ascii="Times New Roman" w:hAnsi="Times New Roman" w:eastAsia="Times New Roman" w:cs="Times New Roman"/>
        </w:rPr>
        <w:t xml:space="preserve"> </w:t>
      </w:r>
      <w:r>
        <w:rPr>
          <w:rFonts w:ascii="Nirmala UI" w:hAnsi="Nirmala UI" w:eastAsia="Nirmala UI" w:cs="Nirmala UI"/>
        </w:rPr>
        <w:t>ఇళ్లకు</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అడ్డురాయియు</w:t>
      </w:r>
      <w:r>
        <w:rPr>
          <w:rFonts w:ascii="Times New Roman" w:hAnsi="Times New Roman" w:eastAsia="Times New Roman" w:cs="Times New Roman"/>
        </w:rPr>
        <w:t xml:space="preserve"> </w:t>
      </w:r>
      <w:r>
        <w:rPr>
          <w:rFonts w:ascii="Nirmala UI" w:hAnsi="Nirmala UI" w:eastAsia="Nirmala UI" w:cs="Nirmala UI"/>
        </w:rPr>
        <w:t>అపరాధకరమైన</w:t>
      </w:r>
      <w:r>
        <w:rPr>
          <w:rFonts w:ascii="Times New Roman" w:hAnsi="Times New Roman" w:eastAsia="Times New Roman" w:cs="Times New Roman"/>
        </w:rPr>
        <w:t xml:space="preserve"> </w:t>
      </w:r>
      <w:r>
        <w:rPr>
          <w:rFonts w:ascii="Nirmala UI" w:hAnsi="Nirmala UI" w:eastAsia="Nirmala UI" w:cs="Nirmala UI"/>
        </w:rPr>
        <w:t>శిలయును</w:t>
      </w:r>
      <w:r>
        <w:rPr>
          <w:rFonts w:ascii="Times New Roman" w:hAnsi="Times New Roman" w:eastAsia="Times New Roman" w:cs="Times New Roman"/>
        </w:rPr>
        <w:t xml:space="preserve">, </w:t>
      </w:r>
      <w:r>
        <w:rPr>
          <w:rFonts w:ascii="Nirmala UI" w:hAnsi="Nirmala UI" w:eastAsia="Nirmala UI" w:cs="Nirmala UI"/>
        </w:rPr>
        <w:t>యెరూషలేము</w:t>
      </w:r>
      <w:r>
        <w:rPr>
          <w:rFonts w:ascii="Times New Roman" w:hAnsi="Times New Roman" w:eastAsia="Times New Roman" w:cs="Times New Roman"/>
        </w:rPr>
        <w:t xml:space="preserve"> </w:t>
      </w:r>
      <w:r>
        <w:rPr>
          <w:rFonts w:ascii="Nirmala UI" w:hAnsi="Nirmala UI" w:eastAsia="Nirmala UI" w:cs="Nirmala UI"/>
        </w:rPr>
        <w:t>నివాసులకు</w:t>
      </w:r>
      <w:r>
        <w:rPr>
          <w:rFonts w:ascii="Times New Roman" w:hAnsi="Times New Roman" w:eastAsia="Times New Roman" w:cs="Times New Roman"/>
        </w:rPr>
        <w:t xml:space="preserve"> </w:t>
      </w:r>
      <w:r>
        <w:rPr>
          <w:rFonts w:ascii="Nirmala UI" w:hAnsi="Nirmala UI" w:eastAsia="Nirmala UI" w:cs="Nirmala UI"/>
        </w:rPr>
        <w:t>ఉరుగాయియు</w:t>
      </w:r>
      <w:r>
        <w:rPr>
          <w:rFonts w:ascii="Times New Roman" w:hAnsi="Times New Roman" w:eastAsia="Times New Roman" w:cs="Times New Roman"/>
        </w:rPr>
        <w:t xml:space="preserve"> </w:t>
      </w:r>
      <w:r>
        <w:rPr>
          <w:rFonts w:ascii="Nirmala UI" w:hAnsi="Nirmala UI" w:eastAsia="Nirmala UI" w:cs="Nirmala UI"/>
        </w:rPr>
        <w:t>పాశముగాను</w:t>
      </w:r>
      <w:r>
        <w:rPr>
          <w:rFonts w:ascii="Times New Roman" w:hAnsi="Times New Roman" w:eastAsia="Times New Roman" w:cs="Times New Roman"/>
        </w:rPr>
        <w:t xml:space="preserve"> </w:t>
      </w:r>
      <w:r>
        <w:rPr>
          <w:rFonts w:ascii="Nirmala UI" w:hAnsi="Nirmala UI" w:eastAsia="Nirmala UI" w:cs="Nirmala UI"/>
        </w:rPr>
        <w:t>ఉండును</w:t>
      </w:r>
      <w:r>
        <w:rPr>
          <w:rFonts w:ascii="Times New Roman" w:hAnsi="Times New Roman" w:eastAsia="Times New Roman" w:cs="Times New Roman"/>
        </w:rPr>
        <w:t xml:space="preserve">. </w:t>
      </w:r>
      <w:r>
        <w:rPr>
          <w:rFonts w:ascii="Nirmala UI" w:hAnsi="Nirmala UI" w:eastAsia="Nirmala UI" w:cs="Nirmala UI"/>
        </w:rPr>
        <w:t>వారిలో</w:t>
      </w:r>
      <w:r>
        <w:rPr>
          <w:rFonts w:ascii="Times New Roman" w:hAnsi="Times New Roman" w:eastAsia="Times New Roman" w:cs="Times New Roman"/>
        </w:rPr>
        <w:t xml:space="preserve"> </w:t>
      </w:r>
      <w:r>
        <w:rPr>
          <w:rFonts w:ascii="Nirmala UI" w:hAnsi="Nirmala UI" w:eastAsia="Nirmala UI" w:cs="Nirmala UI"/>
        </w:rPr>
        <w:t>అనేకులు</w:t>
      </w:r>
      <w:r>
        <w:rPr>
          <w:rFonts w:ascii="Times New Roman" w:hAnsi="Times New Roman" w:eastAsia="Times New Roman" w:cs="Times New Roman"/>
        </w:rPr>
        <w:t xml:space="preserve"> </w:t>
      </w:r>
      <w:r>
        <w:rPr>
          <w:rFonts w:ascii="Nirmala UI" w:hAnsi="Nirmala UI" w:eastAsia="Nirmala UI" w:cs="Nirmala UI"/>
        </w:rPr>
        <w:t>తొట్రుపడి</w:t>
      </w:r>
      <w:r>
        <w:rPr>
          <w:rFonts w:ascii="Times New Roman" w:hAnsi="Times New Roman" w:eastAsia="Times New Roman" w:cs="Times New Roman"/>
        </w:rPr>
        <w:t xml:space="preserve"> </w:t>
      </w:r>
      <w:r>
        <w:rPr>
          <w:rFonts w:ascii="Nirmala UI" w:hAnsi="Nirmala UI" w:eastAsia="Nirmala UI" w:cs="Nirmala UI"/>
        </w:rPr>
        <w:t>పడిపోవుదురు</w:t>
      </w:r>
      <w:r>
        <w:rPr>
          <w:rFonts w:ascii="Times New Roman" w:hAnsi="Times New Roman" w:eastAsia="Times New Roman" w:cs="Times New Roman"/>
        </w:rPr>
        <w:t xml:space="preserve">, </w:t>
      </w:r>
      <w:r>
        <w:rPr>
          <w:rFonts w:ascii="Nirmala UI" w:hAnsi="Nirmala UI" w:eastAsia="Nirmala UI" w:cs="Nirmala UI"/>
        </w:rPr>
        <w:t>ముక్కలైపోవుదురు</w:t>
      </w:r>
      <w:r>
        <w:rPr>
          <w:rFonts w:ascii="Times New Roman" w:hAnsi="Times New Roman" w:eastAsia="Times New Roman" w:cs="Times New Roman"/>
        </w:rPr>
        <w:t xml:space="preserve">, </w:t>
      </w:r>
      <w:r>
        <w:rPr>
          <w:rFonts w:ascii="Nirmala UI" w:hAnsi="Nirmala UI" w:eastAsia="Nirmala UI" w:cs="Nirmala UI"/>
        </w:rPr>
        <w:t>చిక్కుకొని</w:t>
      </w:r>
      <w:r>
        <w:rPr>
          <w:rFonts w:ascii="Times New Roman" w:hAnsi="Times New Roman" w:eastAsia="Times New Roman" w:cs="Times New Roman"/>
        </w:rPr>
        <w:t xml:space="preserve"> </w:t>
      </w:r>
      <w:r>
        <w:rPr>
          <w:rFonts w:ascii="Nirmala UI" w:hAnsi="Nirmala UI" w:eastAsia="Nirmala UI" w:cs="Nirmala UI"/>
        </w:rPr>
        <w:t>పట్టబడుదురు</w:t>
      </w:r>
      <w:r>
        <w:rPr>
          <w:rFonts w:ascii="Times New Roman" w:hAnsi="Times New Roman" w:eastAsia="Times New Roman" w:cs="Times New Roman"/>
        </w:rPr>
        <w:t xml:space="preserve">. </w:t>
      </w:r>
      <w:r>
        <w:rPr>
          <w:rFonts w:ascii="Nirmala UI" w:hAnsi="Nirmala UI" w:eastAsia="Nirmala UI" w:cs="Nirmala UI"/>
        </w:rPr>
        <w:t>సాక్ష్యమును</w:t>
      </w:r>
      <w:r>
        <w:rPr>
          <w:rFonts w:ascii="Times New Roman" w:hAnsi="Times New Roman" w:eastAsia="Times New Roman" w:cs="Times New Roman"/>
        </w:rPr>
        <w:t xml:space="preserve"> </w:t>
      </w:r>
      <w:r>
        <w:rPr>
          <w:rFonts w:ascii="Nirmala UI" w:hAnsi="Nirmala UI" w:eastAsia="Nirmala UI" w:cs="Nirmala UI"/>
        </w:rPr>
        <w:t>కట్టివేసి</w:t>
      </w:r>
      <w:r>
        <w:rPr>
          <w:rFonts w:ascii="Times New Roman" w:hAnsi="Times New Roman" w:eastAsia="Times New Roman" w:cs="Times New Roman"/>
        </w:rPr>
        <w:t xml:space="preserve">, </w:t>
      </w:r>
      <w:r>
        <w:rPr>
          <w:rFonts w:ascii="Nirmala UI" w:hAnsi="Nirmala UI" w:eastAsia="Nirmala UI" w:cs="Nirmala UI"/>
        </w:rPr>
        <w:t>ఉపదేశమును</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శిష్యుల</w:t>
      </w:r>
      <w:r>
        <w:rPr>
          <w:rFonts w:ascii="Times New Roman" w:hAnsi="Times New Roman" w:eastAsia="Times New Roman" w:cs="Times New Roman"/>
        </w:rPr>
        <w:t xml:space="preserve"> </w:t>
      </w:r>
      <w:r>
        <w:rPr>
          <w:rFonts w:ascii="Nirmala UI" w:hAnsi="Nirmala UI" w:eastAsia="Nirmala UI" w:cs="Nirmala UI"/>
        </w:rPr>
        <w:t>మధ్య</w:t>
      </w:r>
      <w:r>
        <w:rPr>
          <w:rFonts w:ascii="Times New Roman" w:hAnsi="Times New Roman" w:eastAsia="Times New Roman" w:cs="Times New Roman"/>
        </w:rPr>
        <w:t xml:space="preserve"> </w:t>
      </w:r>
      <w:r>
        <w:rPr>
          <w:rFonts w:ascii="Nirmala UI" w:hAnsi="Nirmala UI" w:eastAsia="Nirmala UI" w:cs="Nirmala UI"/>
        </w:rPr>
        <w:t>ముద్రింపుము</w:t>
      </w:r>
      <w:r>
        <w:rPr>
          <w:rFonts w:ascii="Times New Roman" w:hAnsi="Times New Roman" w:eastAsia="Times New Roman" w:cs="Times New Roman"/>
        </w:rPr>
        <w:t xml:space="preserve">. </w:t>
      </w:r>
      <w:r>
        <w:rPr>
          <w:rFonts w:ascii="Nirmala UI" w:hAnsi="Nirmala UI" w:eastAsia="Nirmala UI" w:cs="Nirmala UI"/>
        </w:rPr>
        <w:t>యెషయా</w:t>
      </w:r>
      <w:r>
        <w:rPr>
          <w:rFonts w:ascii="Times New Roman" w:hAnsi="Times New Roman" w:eastAsia="Times New Roman" w:cs="Times New Roman"/>
        </w:rPr>
        <w:t xml:space="preserve"> 8:9–16.</w:t>
      </w:r>
    </w:p>
    <w:p>
      <w:pPr>
        <w:pStyle w:val="ArticleBody"/>
        <w:jc w:val="left"/>
      </w:pPr>
      <w:r>
        <w:rPr>
          <w:rFonts w:ascii="Times New Roman" w:hAnsi="Times New Roman" w:eastAsia="Times New Roman" w:cs="Times New Roman"/>
        </w:rPr>
        <w:t>Amin qhipa urunakanjja, patak pusi tunka pusini waranqa jaqenakan sellasiña pacha purinkani ukhajja, kunjamtï Isaías profetajj siskejja: “Yatiyäw qʼiptʼam, leyjja nayan discipulonak taypin sellam” sasa, aka oraqenjja mä “ñanqa mayachtʼäwi” utjaskaniwa. Wali wakiskiriwa amuyañajja, Estados Unidos markan sarnaqäwipajj, domingo leyir puriñkama, uka pachpa luräwinakaw oraqpachan nivelanjja nayraqata uñachtʼayi.</w:t>
      </w:r>
    </w:p>
    <w:p>
      <w:pPr>
        <w:pStyle w:val="ArticleScripture"/>
        <w:jc w:val="left"/>
      </w:pPr>
      <w:r>
        <w:rPr>
          <w:rFonts w:ascii="Times New Roman" w:hAnsi="Times New Roman" w:eastAsia="Times New Roman" w:cs="Times New Roman"/>
        </w:rPr>
        <w:t>“Զգեստավոր ազգերը պիտի հետևեն Միացյալ Նահանգների օրինակին։ Թեև նա է առաջնորդում, սակայն նույն ճգնաժամը պիտի գա մեր ժողովրդի վրա աշխարհի բոլոր կողմերում”։ Testimonies, հ. 6, էջ 395։</w:t>
      </w:r>
    </w:p>
    <w:p>
      <w:pPr>
        <w:pStyle w:val="ArticleBody"/>
        <w:jc w:val="left"/>
      </w:pPr>
      <w:r>
        <w:rPr>
          <w:rFonts w:ascii="Times New Roman" w:hAnsi="Times New Roman" w:eastAsia="Times New Roman" w:cs="Times New Roman"/>
        </w:rPr>
        <w:t>Хатагтай Уайт «хорон эвсэл» хэн болохыг нягтлан тодорхойлсон бөгөөд энэ нь орчин үеийн даяаршигчдын дэвшилтэт либерализмыг төлөөлдөг. Тэрээр ийнхүү тодорхойлохдоо Исаиагийн өмнөх эшлэлүүдийг дахин дахин эш татдаг бөгөөд тэдгээр нь нэг зуун дөчин дөрвөн мянгыг лацдах цаг үед буй хорон эвслийг илэрхийлдэг.</w:t>
      </w:r>
    </w:p>
    <w:p>
      <w:pPr>
        <w:pStyle w:val="ArticleScripture"/>
        <w:jc w:val="left"/>
      </w:pPr>
      <w:r>
        <w:rPr>
          <w:rFonts w:ascii="Times New Roman" w:hAnsi="Times New Roman" w:eastAsia="Times New Roman" w:cs="Times New Roman"/>
        </w:rPr>
        <w:t>«Иеҳова ба воситаи пайғамбар Ишаъё эълон мекунад: Ишаъё 8:9–13 иқтибос оварда шудааст.»</w:t>
      </w:r>
    </w:p>
    <w:p>
      <w:pPr>
        <w:pStyle w:val="ArticleScripture"/>
        <w:jc w:val="left"/>
      </w:pPr>
      <w:r>
        <w:rPr>
          <w:rFonts w:ascii="Times New Roman" w:hAnsi="Times New Roman" w:eastAsia="Times New Roman" w:cs="Times New Roman"/>
        </w:rPr>
        <w:t>“Ma le nguva kukhona labo lababuta kutsi kulungile yini kutsi emaKhristu abe sema-Free Mason nakuleminye imiphakatsi lefihlakele. Bonkhe labanjalo abacabange ngemibhalo lesandza kuyicaphuna. Nangabe sisemaKhristu ngempela, kufanele sibe semaKhristu ndzawo tonkhe, futsi kufanele sicabangele siphindze silalele seluleko lesinikiwe kuze sisente sibe semaKhristu ngekuya ngelizinga leLivi laNkulunkulu.” Evangelism, 617, 618.</w:t>
      </w:r>
    </w:p>
    <w:p>
      <w:pPr>
        <w:pStyle w:val="ArticleBody"/>
        <w:jc w:val="left"/>
      </w:pPr>
      <w:r>
        <w:rPr>
          <w:rFonts w:ascii="Times New Roman" w:hAnsi="Times New Roman" w:eastAsia="Times New Roman" w:cs="Times New Roman"/>
        </w:rPr>
        <w:t>‫اتحادِ شریرِ ایامِ آخر با فراماسون‌ها و دیگر انجمن‌های سری پیوند دارد. دینِ آن روح‌باوری است، و از بانک‌دارانِ جهانی و بازرگانانِ میلیاردرِ زمین تشکیل شده است؛ همانان که «ثروت و قدرتِ جهان را متمرکز می‌سازند» و جنبش‌هایی چون Antifa و Black Lives Matter را ترویج می‌کنند تا «روحِ ناآرامی، آشوب و خون‌ریزی» را در «مقیاسی جهانی» برانگیزند، در تلاشی برای بازتولید هرج‌ومرجِ «انقلاب فرانسه».‬</w:t>
      </w:r>
    </w:p>
    <w:p>
      <w:pPr>
        <w:pStyle w:val="ArticleScripture"/>
        <w:jc w:val="left"/>
      </w:pPr>
      <w:r>
        <w:rPr>
          <w:rFonts w:ascii="Times New Roman" w:hAnsi="Times New Roman" w:eastAsia="Times New Roman" w:cs="Times New Roman"/>
        </w:rPr>
        <w:t>«Спиритуализм утверждает, что люди — непадшие полубоги; что “каждый разум будет судить сам себя”; что “истинное знание ставит людей выше всякого закона”; что “все совершаемые грехи невинны”; ибо “что бы ни было, то правильно”, и “Бог не осуждает”. Самых низких из человеческих существ он представляет как находящихся на небесах и там весьма превознесённых. Так он возвещает всем людям: “Не имеет значения, что вы делаете; живите, как вам угодно, небеса — ваш дом”. Так множество людей приводится к вере в то, что желание есть высший закон, что вседозволенность есть свобода и что человек ответственен только перед самим собой.</w:t>
      </w:r>
    </w:p>
    <w:p>
      <w:pPr>
        <w:pStyle w:val="ArticleScripture"/>
        <w:jc w:val="left"/>
      </w:pPr>
      <w:r>
        <w:rPr>
          <w:rFonts w:ascii="Times New Roman" w:hAnsi="Times New Roman" w:eastAsia="Times New Roman" w:cs="Times New Roman"/>
        </w:rPr>
        <w:t>«تىرىشچانلىق ۋە پاكلىققا بولغان تەلەپ ئەڭ جىددىي بولغان، ھەۋەس-ئىنتىلىش ئەڭ كۈچلۈك تۇرغان ھاياتنىڭ ئەڭ باشلىنىشىدىلا مۇنداق تەلىم بېرىلسە، پەزىلەتنىڭ قوغداش تۈۋرۈكلىرى قەيەردە؟ دۇنيانىڭ ئىككىنچى سادومغا ئايلىنىپ كېتىشىنىڭ ئالدىنى نېمە ئالىدۇ؟ شۇنىڭ بىلەن بىر ۋاقىتتا، ئانارخىيە خۇدانىڭ قانۇنىلا ئەمەس، ئىنسانىي قانۇننىمۇ سۈپۈرۈپ تاشلاشقا ئۇرۇنماقتا. بايلىق بىلەن ھاكىمىيەتنىڭ مەركەزلەشتۈرۈلۈشى؛ كۆپچىلىكنىڭ زىيىنىغا ئاز سانلىقلارنى بايىتىش ئۈچۈن تۈزۈلگەن زور بىرلەشمىلەر؛ نامرات قاتلاملارنىڭ ئۆز مەنپەئەتلىرى ۋە ھوقۇق-دەۋالىرىنى قوغداش ئۈچۈن قۇرغان بىرلەشمىلىرى؛ بىئاراملىق، قالايمىقانچىلىق ۋە قان تۆكۈش روھى؛ فىرانسۇز ئىنقىلابىغا يول ئاچقان شۇ بىرخىل تەلىملەرنىڭ پۈتۈن دۇنياغا تارقىتىلىشى — بۇلارنىڭ ھەممىسى پۈتۈن دۇنيانى فىرانسىيەنى زىلزىلىگە سالغانغا ئوخشاش بىر كۈرەشكە تارتىپ كىرىشكە مايىل بولماقتا.» Education, 227, 228.</w:t>
      </w:r>
    </w:p>
    <w:p>
      <w:pPr>
        <w:pStyle w:val="ArticleBody"/>
        <w:jc w:val="left"/>
      </w:pP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ଚିନ୍ତନଶୀଳ</w:t>
      </w:r>
      <w:r>
        <w:rPr>
          <w:rFonts w:ascii="Times New Roman" w:hAnsi="Times New Roman" w:eastAsia="Times New Roman" w:cs="Times New Roman"/>
        </w:rPr>
        <w:t xml:space="preserve"> </w:t>
      </w:r>
      <w:r>
        <w:rPr>
          <w:rFonts w:ascii="Nirmala UI" w:hAnsi="Nirmala UI" w:eastAsia="Nirmala UI" w:cs="Nirmala UI"/>
        </w:rPr>
        <w:t>ବ୍ୟକ୍ତି</w:t>
      </w:r>
      <w:r>
        <w:rPr>
          <w:rFonts w:ascii="Times New Roman" w:hAnsi="Times New Roman" w:eastAsia="Times New Roman" w:cs="Times New Roman"/>
        </w:rPr>
        <w:t xml:space="preserve"> </w:t>
      </w:r>
      <w:r>
        <w:rPr>
          <w:rFonts w:ascii="Nirmala UI" w:hAnsi="Nirmala UI" w:eastAsia="Nirmala UI" w:cs="Nirmala UI"/>
        </w:rPr>
        <w:t>ନିଜକୁ</w:t>
      </w:r>
      <w:r>
        <w:rPr>
          <w:rFonts w:ascii="Times New Roman" w:hAnsi="Times New Roman" w:eastAsia="Times New Roman" w:cs="Times New Roman"/>
        </w:rPr>
        <w:t xml:space="preserve"> </w:t>
      </w:r>
      <w:r>
        <w:rPr>
          <w:rFonts w:ascii="Nirmala UI" w:hAnsi="Nirmala UI" w:eastAsia="Nirmala UI" w:cs="Nirmala UI"/>
        </w:rPr>
        <w:t>ପଚାରିବା</w:t>
      </w:r>
      <w:r>
        <w:rPr>
          <w:rFonts w:ascii="Times New Roman" w:hAnsi="Times New Roman" w:eastAsia="Times New Roman" w:cs="Times New Roman"/>
        </w:rPr>
        <w:t xml:space="preserve"> </w:t>
      </w:r>
      <w:r>
        <w:rPr>
          <w:rFonts w:ascii="Nirmala UI" w:hAnsi="Nirmala UI" w:eastAsia="Nirmala UI" w:cs="Nirmala UI"/>
        </w:rPr>
        <w:t>ଉଚିତ</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ଦାଭୋସରେ</w:t>
      </w:r>
      <w:r>
        <w:rPr>
          <w:rFonts w:ascii="Times New Roman" w:hAnsi="Times New Roman" w:eastAsia="Times New Roman" w:cs="Times New Roman"/>
        </w:rPr>
        <w:t xml:space="preserve"> </w:t>
      </w:r>
      <w:r>
        <w:rPr>
          <w:rFonts w:ascii="Nirmala UI" w:hAnsi="Nirmala UI" w:eastAsia="Nirmala UI" w:cs="Nirmala UI"/>
        </w:rPr>
        <w:t>ସମ୍ପ୍ରତି</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ସଭା</w:t>
      </w:r>
      <w:r>
        <w:rPr>
          <w:rFonts w:ascii="Times New Roman" w:hAnsi="Times New Roman" w:eastAsia="Times New Roman" w:cs="Times New Roman"/>
        </w:rPr>
        <w:t xml:space="preserve"> </w:t>
      </w:r>
      <w:r>
        <w:rPr>
          <w:rFonts w:ascii="Nirmala UI" w:hAnsi="Nirmala UI" w:eastAsia="Nirmala UI" w:cs="Nirmala UI"/>
        </w:rPr>
        <w:t>ଅନୁଷ୍ଠିତ</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ସେହିପରି</w:t>
      </w:r>
      <w:r>
        <w:rPr>
          <w:rFonts w:ascii="Times New Roman" w:hAnsi="Times New Roman" w:eastAsia="Times New Roman" w:cs="Times New Roman"/>
        </w:rPr>
        <w:t xml:space="preserve"> </w:t>
      </w:r>
      <w:r>
        <w:rPr>
          <w:rFonts w:ascii="Nirmala UI" w:hAnsi="Nirmala UI" w:eastAsia="Nirmala UI" w:cs="Nirmala UI"/>
        </w:rPr>
        <w:t>ସଭାମାନଙ୍କରେ</w:t>
      </w:r>
      <w:r>
        <w:rPr>
          <w:rFonts w:ascii="Times New Roman" w:hAnsi="Times New Roman" w:eastAsia="Times New Roman" w:cs="Times New Roman"/>
        </w:rPr>
        <w:t xml:space="preserve"> </w:t>
      </w:r>
      <w:r>
        <w:rPr>
          <w:rFonts w:ascii="Nirmala UI" w:hAnsi="Nirmala UI" w:eastAsia="Nirmala UI" w:cs="Nirmala UI"/>
        </w:rPr>
        <w:t>କ</w:t>
      </w:r>
      <w:r>
        <w:rPr>
          <w:rFonts w:ascii="Times New Roman" w:hAnsi="Times New Roman" w:eastAsia="Times New Roman" w:cs="Times New Roman"/>
        </w:rPr>
        <w:t>’</w:t>
      </w:r>
      <w:r>
        <w:rPr>
          <w:rFonts w:ascii="Nirmala UI" w:hAnsi="Nirmala UI" w:eastAsia="Nirmala UI" w:cs="Nirmala UI"/>
        </w:rPr>
        <w:t>ଣ</w:t>
      </w:r>
      <w:r>
        <w:rPr>
          <w:rFonts w:ascii="Times New Roman" w:hAnsi="Times New Roman" w:eastAsia="Times New Roman" w:cs="Times New Roman"/>
        </w:rPr>
        <w:t xml:space="preserve"> </w:t>
      </w:r>
      <w:r>
        <w:rPr>
          <w:rFonts w:ascii="Nirmala UI" w:hAnsi="Nirmala UI" w:eastAsia="Nirmala UI" w:cs="Nirmala UI"/>
        </w:rPr>
        <w:t>ଘଟେ</w:t>
      </w:r>
      <w:r>
        <w:rPr>
          <w:rFonts w:ascii="Times New Roman" w:hAnsi="Times New Roman" w:eastAsia="Times New Roman" w:cs="Times New Roman"/>
        </w:rPr>
        <w:t xml:space="preserve">, </w:t>
      </w:r>
      <w:r>
        <w:rPr>
          <w:rFonts w:ascii="Nirmala UI" w:hAnsi="Nirmala UI" w:eastAsia="Nirmala UI" w:cs="Nirmala UI"/>
        </w:rPr>
        <w:t>ଯେଠାରେ</w:t>
      </w:r>
      <w:r>
        <w:rPr>
          <w:rFonts w:ascii="Times New Roman" w:hAnsi="Times New Roman" w:eastAsia="Times New Roman" w:cs="Times New Roman"/>
        </w:rPr>
        <w:t xml:space="preserve"> </w:t>
      </w:r>
      <w:r>
        <w:rPr>
          <w:rFonts w:ascii="Nirmala UI" w:hAnsi="Nirmala UI" w:eastAsia="Nirmala UI" w:cs="Nirmala UI"/>
        </w:rPr>
        <w:t>ଲୋକମାନେ</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ଅବଶିଷ୍ଟ</w:t>
      </w:r>
      <w:r>
        <w:rPr>
          <w:rFonts w:ascii="Times New Roman" w:hAnsi="Times New Roman" w:eastAsia="Times New Roman" w:cs="Times New Roman"/>
        </w:rPr>
        <w:t xml:space="preserve"> </w:t>
      </w:r>
      <w:r>
        <w:rPr>
          <w:rFonts w:ascii="Nirmala UI" w:hAnsi="Nirmala UI" w:eastAsia="Nirmala UI" w:cs="Nirmala UI"/>
        </w:rPr>
        <w:t>ଜନସାଧାରଣଙ୍କ</w:t>
      </w:r>
      <w:r>
        <w:rPr>
          <w:rFonts w:ascii="Times New Roman" w:hAnsi="Times New Roman" w:eastAsia="Times New Roman" w:cs="Times New Roman"/>
        </w:rPr>
        <w:t xml:space="preserve"> </w:t>
      </w:r>
      <w:r>
        <w:rPr>
          <w:rFonts w:ascii="Nirmala UI" w:hAnsi="Nirmala UI" w:eastAsia="Nirmala UI" w:cs="Nirmala UI"/>
        </w:rPr>
        <w:t>ପ୍ରତି</w:t>
      </w:r>
      <w:r>
        <w:rPr>
          <w:rFonts w:ascii="Times New Roman" w:hAnsi="Times New Roman" w:eastAsia="Times New Roman" w:cs="Times New Roman"/>
        </w:rPr>
        <w:t xml:space="preserve"> </w:t>
      </w:r>
      <w:r>
        <w:rPr>
          <w:rFonts w:ascii="Nirmala UI" w:hAnsi="Nirmala UI" w:eastAsia="Nirmala UI" w:cs="Nirmala UI"/>
        </w:rPr>
        <w:t>କୌଣସି</w:t>
      </w:r>
      <w:r>
        <w:rPr>
          <w:rFonts w:ascii="Times New Roman" w:hAnsi="Times New Roman" w:eastAsia="Times New Roman" w:cs="Times New Roman"/>
        </w:rPr>
        <w:t xml:space="preserve"> </w:t>
      </w:r>
      <w:r>
        <w:rPr>
          <w:rFonts w:ascii="Nirmala UI" w:hAnsi="Nirmala UI" w:eastAsia="Nirmala UI" w:cs="Nirmala UI"/>
        </w:rPr>
        <w:t>ବିଚାର</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ବିନା</w:t>
      </w:r>
      <w:r>
        <w:rPr>
          <w:rFonts w:ascii="Times New Roman" w:hAnsi="Times New Roman" w:eastAsia="Times New Roman" w:cs="Times New Roman"/>
        </w:rPr>
        <w:t xml:space="preserve"> </w:t>
      </w:r>
      <w:r>
        <w:rPr>
          <w:rFonts w:ascii="Nirmala UI" w:hAnsi="Nirmala UI" w:eastAsia="Nirmala UI" w:cs="Nirmala UI"/>
        </w:rPr>
        <w:t>ଗ୍ରହ</w:t>
      </w:r>
      <w:r>
        <w:rPr>
          <w:rFonts w:ascii="Times New Roman" w:hAnsi="Times New Roman" w:eastAsia="Times New Roman" w:cs="Times New Roman"/>
        </w:rPr>
        <w:t xml:space="preserve"> </w:t>
      </w:r>
      <w:r>
        <w:rPr>
          <w:rFonts w:ascii="Nirmala UI" w:hAnsi="Nirmala UI" w:eastAsia="Nirmala UI" w:cs="Nirmala UI"/>
        </w:rPr>
        <w:t>ପୃଥିବୀ</w:t>
      </w:r>
      <w:r>
        <w:rPr>
          <w:rFonts w:ascii="Times New Roman" w:hAnsi="Times New Roman" w:eastAsia="Times New Roman" w:cs="Times New Roman"/>
        </w:rPr>
        <w:t xml:space="preserve"> </w:t>
      </w:r>
      <w:r>
        <w:rPr>
          <w:rFonts w:ascii="Nirmala UI" w:hAnsi="Nirmala UI" w:eastAsia="Nirmala UI" w:cs="Nirmala UI"/>
        </w:rPr>
        <w:t>ସମ୍ବନ୍ଧରେ</w:t>
      </w:r>
      <w:r>
        <w:rPr>
          <w:rFonts w:ascii="Times New Roman" w:hAnsi="Times New Roman" w:eastAsia="Times New Roman" w:cs="Times New Roman"/>
        </w:rPr>
        <w:t xml:space="preserve"> </w:t>
      </w:r>
      <w:r>
        <w:rPr>
          <w:rFonts w:ascii="Nirmala UI" w:hAnsi="Nirmala UI" w:eastAsia="Nirmala UI" w:cs="Nirmala UI"/>
        </w:rPr>
        <w:t>ନିଜମାନଙ୍କର</w:t>
      </w:r>
      <w:r>
        <w:rPr>
          <w:rFonts w:ascii="Times New Roman" w:hAnsi="Times New Roman" w:eastAsia="Times New Roman" w:cs="Times New Roman"/>
        </w:rPr>
        <w:t xml:space="preserve"> </w:t>
      </w:r>
      <w:r>
        <w:rPr>
          <w:rFonts w:ascii="Nirmala UI" w:hAnsi="Nirmala UI" w:eastAsia="Nirmala UI" w:cs="Nirmala UI"/>
        </w:rPr>
        <w:t>ପରିକଳ୍ପନା</w:t>
      </w:r>
      <w:r>
        <w:rPr>
          <w:rFonts w:ascii="Times New Roman" w:hAnsi="Times New Roman" w:eastAsia="Times New Roman" w:cs="Times New Roman"/>
        </w:rPr>
        <w:t xml:space="preserve"> </w:t>
      </w:r>
      <w:r>
        <w:rPr>
          <w:rFonts w:ascii="Nirmala UI" w:hAnsi="Nirmala UI" w:eastAsia="Nirmala UI" w:cs="Nirmala UI"/>
        </w:rPr>
        <w:t>ପ୍ରକାଶ</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ସେଠାରେ</w:t>
      </w:r>
      <w:r>
        <w:rPr>
          <w:rFonts w:ascii="Times New Roman" w:hAnsi="Times New Roman" w:eastAsia="Times New Roman" w:cs="Times New Roman"/>
        </w:rPr>
        <w:t xml:space="preserve"> </w:t>
      </w:r>
      <w:r>
        <w:rPr>
          <w:rFonts w:ascii="Nirmala UI" w:hAnsi="Nirmala UI" w:eastAsia="Nirmala UI" w:cs="Nirmala UI"/>
        </w:rPr>
        <w:t>କେଉଁ</w:t>
      </w:r>
      <w:r>
        <w:rPr>
          <w:rFonts w:ascii="Times New Roman" w:hAnsi="Times New Roman" w:eastAsia="Times New Roman" w:cs="Times New Roman"/>
        </w:rPr>
        <w:t xml:space="preserve"> </w:t>
      </w:r>
      <w:r>
        <w:rPr>
          <w:rFonts w:ascii="Nirmala UI" w:hAnsi="Nirmala UI" w:eastAsia="Nirmala UI" w:cs="Nirmala UI"/>
        </w:rPr>
        <w:t>ଗୁପ୍ତ</w:t>
      </w:r>
      <w:r>
        <w:rPr>
          <w:rFonts w:ascii="Times New Roman" w:hAnsi="Times New Roman" w:eastAsia="Times New Roman" w:cs="Times New Roman"/>
        </w:rPr>
        <w:t xml:space="preserve"> </w:t>
      </w:r>
      <w:r>
        <w:rPr>
          <w:rFonts w:ascii="Nirmala UI" w:hAnsi="Nirmala UI" w:eastAsia="Nirmala UI" w:cs="Nirmala UI"/>
        </w:rPr>
        <w:t>ବିଷୟମାନଙ୍କ</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ଆଲୋଚନା</w:t>
      </w:r>
      <w:r>
        <w:rPr>
          <w:rFonts w:ascii="Times New Roman" w:hAnsi="Times New Roman" w:eastAsia="Times New Roman" w:cs="Times New Roman"/>
        </w:rPr>
        <w:t xml:space="preserve"> </w:t>
      </w:r>
      <w:r>
        <w:rPr>
          <w:rFonts w:ascii="Nirmala UI" w:hAnsi="Nirmala UI" w:eastAsia="Nirmala UI" w:cs="Nirmala UI"/>
        </w:rPr>
        <w:t>ହୋଇଥିଲା</w:t>
      </w:r>
      <w:r>
        <w:rPr>
          <w:rFonts w:ascii="Times New Roman" w:hAnsi="Times New Roman" w:eastAsia="Times New Roman" w:cs="Times New Roman"/>
        </w:rPr>
        <w:t xml:space="preserve">? </w:t>
      </w:r>
      <w:r>
        <w:rPr>
          <w:rFonts w:ascii="Nirmala UI" w:hAnsi="Nirmala UI" w:eastAsia="Nirmala UI" w:cs="Nirmala UI"/>
        </w:rPr>
        <w:t>ନିଶ୍ଚୟ</w:t>
      </w:r>
      <w:r>
        <w:rPr>
          <w:rFonts w:ascii="Times New Roman" w:hAnsi="Times New Roman" w:eastAsia="Times New Roman" w:cs="Times New Roman"/>
        </w:rPr>
        <w:t xml:space="preserve">, </w:t>
      </w:r>
      <w:r>
        <w:rPr>
          <w:rFonts w:ascii="Nirmala UI" w:hAnsi="Nirmala UI" w:eastAsia="Nirmala UI" w:cs="Nirmala UI"/>
        </w:rPr>
        <w:t>ଦାଭୋସ</w:t>
      </w:r>
      <w:r>
        <w:rPr>
          <w:rFonts w:ascii="Times New Roman" w:hAnsi="Times New Roman" w:eastAsia="Times New Roman" w:cs="Times New Roman"/>
        </w:rPr>
        <w:t xml:space="preserve"> </w:t>
      </w:r>
      <w:r>
        <w:rPr>
          <w:rFonts w:ascii="Nirmala UI" w:hAnsi="Nirmala UI" w:eastAsia="Nirmala UI" w:cs="Nirmala UI"/>
        </w:rPr>
        <w:t>ମାତ୍ର</w:t>
      </w:r>
      <w:r>
        <w:rPr>
          <w:rFonts w:ascii="Times New Roman" w:hAnsi="Times New Roman" w:eastAsia="Times New Roman" w:cs="Times New Roman"/>
        </w:rPr>
        <w:t xml:space="preserve"> </w:t>
      </w:r>
      <w:r>
        <w:rPr>
          <w:rFonts w:ascii="Nirmala UI" w:hAnsi="Nirmala UI" w:eastAsia="Nirmala UI" w:cs="Nirmala UI"/>
        </w:rPr>
        <w:t>ପୃଥିବୀର</w:t>
      </w:r>
      <w:r>
        <w:rPr>
          <w:rFonts w:ascii="Times New Roman" w:hAnsi="Times New Roman" w:eastAsia="Times New Roman" w:cs="Times New Roman"/>
        </w:rPr>
        <w:t xml:space="preserve"> </w:t>
      </w:r>
      <w:r>
        <w:rPr>
          <w:rFonts w:ascii="Nirmala UI" w:hAnsi="Nirmala UI" w:eastAsia="Nirmala UI" w:cs="Nirmala UI"/>
        </w:rPr>
        <w:t>ଅର୍ବପତିମାନେ</w:t>
      </w:r>
      <w:r>
        <w:rPr>
          <w:rFonts w:ascii="Times New Roman" w:hAnsi="Times New Roman" w:eastAsia="Times New Roman" w:cs="Times New Roman"/>
        </w:rPr>
        <w:t xml:space="preserve">, </w:t>
      </w:r>
      <w:r>
        <w:rPr>
          <w:rFonts w:ascii="Nirmala UI" w:hAnsi="Nirmala UI" w:eastAsia="Nirmala UI" w:cs="Nirmala UI"/>
        </w:rPr>
        <w:t>ବ୍ୟାଙ୍କରମାନେ</w:t>
      </w:r>
      <w:r>
        <w:rPr>
          <w:rFonts w:ascii="Times New Roman" w:hAnsi="Times New Roman" w:eastAsia="Times New Roman" w:cs="Times New Roman"/>
        </w:rPr>
        <w:t xml:space="preserve">, </w:t>
      </w:r>
      <w:r>
        <w:rPr>
          <w:rFonts w:ascii="Nirmala UI" w:hAnsi="Nirmala UI" w:eastAsia="Nirmala UI" w:cs="Nirmala UI"/>
        </w:rPr>
        <w:t>ଦୁର୍ନୀତିଗ୍ରସ୍ତ</w:t>
      </w:r>
      <w:r>
        <w:rPr>
          <w:rFonts w:ascii="Times New Roman" w:hAnsi="Times New Roman" w:eastAsia="Times New Roman" w:cs="Times New Roman"/>
        </w:rPr>
        <w:t xml:space="preserve"> </w:t>
      </w:r>
      <w:r>
        <w:rPr>
          <w:rFonts w:ascii="Nirmala UI" w:hAnsi="Nirmala UI" w:eastAsia="Nirmala UI" w:cs="Nirmala UI"/>
        </w:rPr>
        <w:t>ରାଜନୀତିଜ୍ଞମାନେ</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ନୈତିକ</w:t>
      </w:r>
      <w:r>
        <w:rPr>
          <w:rFonts w:ascii="Times New Roman" w:hAnsi="Times New Roman" w:eastAsia="Times New Roman" w:cs="Times New Roman"/>
        </w:rPr>
        <w:t xml:space="preserve"> </w:t>
      </w:r>
      <w:r>
        <w:rPr>
          <w:rFonts w:ascii="Nirmala UI" w:hAnsi="Nirmala UI" w:eastAsia="Nirmala UI" w:cs="Nirmala UI"/>
        </w:rPr>
        <w:t>ଭାବେ</w:t>
      </w:r>
      <w:r>
        <w:rPr>
          <w:rFonts w:ascii="Times New Roman" w:hAnsi="Times New Roman" w:eastAsia="Times New Roman" w:cs="Times New Roman"/>
        </w:rPr>
        <w:t xml:space="preserve"> </w:t>
      </w:r>
      <w:r>
        <w:rPr>
          <w:rFonts w:ascii="Nirmala UI" w:hAnsi="Nirmala UI" w:eastAsia="Nirmala UI" w:cs="Nirmala UI"/>
        </w:rPr>
        <w:t>ବିକୃତ</w:t>
      </w:r>
      <w:r>
        <w:rPr>
          <w:rFonts w:ascii="Times New Roman" w:hAnsi="Times New Roman" w:eastAsia="Times New Roman" w:cs="Times New Roman"/>
        </w:rPr>
        <w:t xml:space="preserve"> </w:t>
      </w:r>
      <w:r>
        <w:rPr>
          <w:rFonts w:ascii="Nirmala UI" w:hAnsi="Nirmala UI" w:eastAsia="Nirmala UI" w:cs="Nirmala UI"/>
        </w:rPr>
        <w:t>ପୁରୁଷମାନଙ୍କର</w:t>
      </w:r>
      <w:r>
        <w:rPr>
          <w:rFonts w:ascii="Times New Roman" w:hAnsi="Times New Roman" w:eastAsia="Times New Roman" w:cs="Times New Roman"/>
        </w:rPr>
        <w:t xml:space="preserve"> </w:t>
      </w:r>
      <w:r>
        <w:rPr>
          <w:rFonts w:ascii="Nirmala UI" w:hAnsi="Nirmala UI" w:eastAsia="Nirmala UI" w:cs="Nirmala UI"/>
        </w:rPr>
        <w:t>ଗୁପ୍ତ</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ସୀମିତ</w:t>
      </w:r>
      <w:r>
        <w:rPr>
          <w:rFonts w:ascii="Times New Roman" w:hAnsi="Times New Roman" w:eastAsia="Times New Roman" w:cs="Times New Roman"/>
        </w:rPr>
        <w:t xml:space="preserve"> </w:t>
      </w:r>
      <w:r>
        <w:rPr>
          <w:rFonts w:ascii="Nirmala UI" w:hAnsi="Nirmala UI" w:eastAsia="Nirmala UI" w:cs="Nirmala UI"/>
        </w:rPr>
        <w:t>ସଭାମାନଙ୍କ</w:t>
      </w:r>
      <w:r>
        <w:rPr>
          <w:rFonts w:ascii="Times New Roman" w:hAnsi="Times New Roman" w:eastAsia="Times New Roman" w:cs="Times New Roman"/>
        </w:rPr>
        <w:t xml:space="preserve">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କେବଳ</w:t>
      </w:r>
      <w:r>
        <w:rPr>
          <w:rFonts w:ascii="Times New Roman" w:hAnsi="Times New Roman" w:eastAsia="Times New Roman" w:cs="Times New Roman"/>
        </w:rPr>
        <w:t xml:space="preserve"> </w:t>
      </w:r>
      <w:r>
        <w:rPr>
          <w:rFonts w:ascii="Nirmala UI" w:hAnsi="Nirmala UI" w:eastAsia="Nirmala UI" w:cs="Nirmala UI"/>
        </w:rPr>
        <w:t>ଗୋଟିଏ</w:t>
      </w:r>
      <w:r>
        <w:rPr>
          <w:rFonts w:ascii="Times New Roman" w:hAnsi="Times New Roman" w:eastAsia="Times New Roman" w:cs="Times New Roman"/>
        </w:rPr>
        <w:t xml:space="preserve">, </w:t>
      </w:r>
      <w:r>
        <w:rPr>
          <w:rFonts w:ascii="Nirmala UI" w:hAnsi="Nirmala UI" w:eastAsia="Nirmala UI" w:cs="Nirmala UI"/>
        </w:rPr>
        <w:t>ଯେଠାରେ</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ଗ୍ରହ</w:t>
      </w:r>
      <w:r>
        <w:rPr>
          <w:rFonts w:ascii="Times New Roman" w:hAnsi="Times New Roman" w:eastAsia="Times New Roman" w:cs="Times New Roman"/>
        </w:rPr>
        <w:t xml:space="preserve"> </w:t>
      </w:r>
      <w:r>
        <w:rPr>
          <w:rFonts w:ascii="Nirmala UI" w:hAnsi="Nirmala UI" w:eastAsia="Nirmala UI" w:cs="Nirmala UI"/>
        </w:rPr>
        <w:t>ପୃଥିବୀ</w:t>
      </w:r>
      <w:r>
        <w:rPr>
          <w:rFonts w:ascii="Times New Roman" w:hAnsi="Times New Roman" w:eastAsia="Times New Roman" w:cs="Times New Roman"/>
        </w:rPr>
        <w:t xml:space="preserve"> </w:t>
      </w:r>
      <w:r>
        <w:rPr>
          <w:rFonts w:ascii="Nirmala UI" w:hAnsi="Nirmala UI" w:eastAsia="Nirmala UI" w:cs="Nirmala UI"/>
        </w:rPr>
        <w:t>ପାଇଁ</w:t>
      </w:r>
      <w:r>
        <w:rPr>
          <w:rFonts w:ascii="Times New Roman" w:hAnsi="Times New Roman" w:eastAsia="Times New Roman" w:cs="Times New Roman"/>
        </w:rPr>
        <w:t xml:space="preserve"> </w:t>
      </w:r>
      <w:r>
        <w:rPr>
          <w:rFonts w:ascii="Nirmala UI" w:hAnsi="Nirmala UI" w:eastAsia="Nirmala UI" w:cs="Nirmala UI"/>
        </w:rPr>
        <w:t>ନିଜମାନଙ୍କର</w:t>
      </w:r>
      <w:r>
        <w:rPr>
          <w:rFonts w:ascii="Times New Roman" w:hAnsi="Times New Roman" w:eastAsia="Times New Roman" w:cs="Times New Roman"/>
        </w:rPr>
        <w:t xml:space="preserve"> </w:t>
      </w:r>
      <w:r>
        <w:rPr>
          <w:rFonts w:ascii="Nirmala UI" w:hAnsi="Nirmala UI" w:eastAsia="Nirmala UI" w:cs="Nirmala UI"/>
        </w:rPr>
        <w:t>ଉଚ୍ଚାକାଙ୍କ୍ଷୀ</w:t>
      </w:r>
      <w:r>
        <w:rPr>
          <w:rFonts w:ascii="Times New Roman" w:hAnsi="Times New Roman" w:eastAsia="Times New Roman" w:cs="Times New Roman"/>
        </w:rPr>
        <w:t xml:space="preserve"> </w:t>
      </w:r>
      <w:r>
        <w:rPr>
          <w:rFonts w:ascii="Nirmala UI" w:hAnsi="Nirmala UI" w:eastAsia="Nirmala UI" w:cs="Nirmala UI"/>
        </w:rPr>
        <w:t>ପରିକଳ୍ପନାଗୁଡ଼ିକ</w:t>
      </w:r>
      <w:r>
        <w:rPr>
          <w:rFonts w:ascii="Times New Roman" w:hAnsi="Times New Roman" w:eastAsia="Times New Roman" w:cs="Times New Roman"/>
        </w:rPr>
        <w:t xml:space="preserve"> </w:t>
      </w:r>
      <w:r>
        <w:rPr>
          <w:rFonts w:ascii="Nirmala UI" w:hAnsi="Nirmala UI" w:eastAsia="Nirmala UI" w:cs="Nirmala UI"/>
        </w:rPr>
        <w:t>ଗଢ଼ନ୍ତି।</w:t>
      </w:r>
    </w:p>
    <w:p>
      <w:pPr>
        <w:pStyle w:val="ArticleScripture"/>
        <w:jc w:val="left"/>
      </w:pPr>
      <w:r>
        <w:rPr>
          <w:rFonts w:ascii="Times New Roman" w:hAnsi="Times New Roman" w:eastAsia="Times New Roman" w:cs="Times New Roman"/>
        </w:rPr>
        <w:t>“Ezinanụzụ ikpeazụ ndị a, aghụghọ ndị ijuanya na echiche ndị mmadụ chepụtara na-ebili, nke Chineke na-ekwupụta na a ga-agbajisị iberibe. Mmụọ nke anyaukwu emeela ka ndị mmadụ chọọ uru ụwa, ma site n’ịlụbiga ndụ ókè na ngosipụta mpako ha gbalịwo izochi ajọ omume ha, nke ha mere iji ruo ihe ha na-achọ. Ndị ji ọnọdụ ntụkwasị obi dị elu egosila ọchịchọ a na-adịghị n’iwu maka uru; ha emeela izu ohi site n’ike na izu ohi n’onwe ya, ma mejuokwa agụụ ọjọọ nke obi ha, ruo mgbe e mebiri obodo anyị site n’ajọ omume ha. Chineke ekwupụtala na Ọ ga-ekpughe ọrụ aghụghọ na izu ohi ndị a site n’ọrụ ha onwe ha. N’ọnọdụ ụfọdụ, ikpe Chineke adalaala arọ n’elu obodo ndị a.”</w:t>
      </w:r>
    </w:p>
    <w:p>
      <w:pPr>
        <w:pStyle w:val="ArticleScripture"/>
        <w:jc w:val="left"/>
      </w:pPr>
      <w:r>
        <w:rPr>
          <w:rFonts w:ascii="Times New Roman" w:hAnsi="Times New Roman" w:eastAsia="Times New Roman" w:cs="Times New Roman"/>
        </w:rPr>
        <w:t>“</w:t>
      </w:r>
      <w:r>
        <w:rPr>
          <w:rFonts w:ascii="Gadugi" w:hAnsi="Gadugi" w:eastAsia="Gadugi" w:cs="Gadugi"/>
        </w:rPr>
        <w:t>ᎡᏏᏯ</w:t>
      </w:r>
      <w:r>
        <w:rPr>
          <w:rFonts w:ascii="Times New Roman" w:hAnsi="Times New Roman" w:eastAsia="Times New Roman" w:cs="Times New Roman"/>
        </w:rPr>
        <w:t xml:space="preserve"> 8:8–12 </w:t>
      </w:r>
      <w:r>
        <w:rPr>
          <w:rFonts w:ascii="Gadugi" w:hAnsi="Gadugi" w:eastAsia="Gadugi" w:cs="Gadugi"/>
        </w:rPr>
        <w:t>ᎤᏂᏔᏅᎢ</w:t>
      </w:r>
      <w:r>
        <w:rPr>
          <w:rFonts w:ascii="Times New Roman" w:hAnsi="Times New Roman" w:eastAsia="Times New Roman" w:cs="Times New Roman"/>
        </w:rPr>
        <w:t xml:space="preserve"> </w:t>
      </w:r>
      <w:r>
        <w:rPr>
          <w:rFonts w:ascii="Gadugi" w:hAnsi="Gadugi" w:eastAsia="Gadugi" w:cs="Gadugi"/>
        </w:rPr>
        <w:t>ᎠᏗᎾᏄᎪᏫᏎᎸᎢ</w:t>
      </w:r>
      <w:r>
        <w:rPr>
          <w:rFonts w:ascii="Times New Roman" w:hAnsi="Times New Roman" w:eastAsia="Times New Roman" w:cs="Times New Roman"/>
        </w:rPr>
        <w:t>.” Review and Herald, July 18, 1907.</w:t>
      </w:r>
    </w:p>
    <w:p>
      <w:pPr>
        <w:pStyle w:val="ArticleBody"/>
        <w:jc w:val="left"/>
      </w:pPr>
      <w:r>
        <w:rPr>
          <w:rFonts w:ascii="Times New Roman" w:hAnsi="Times New Roman" w:eastAsia="Times New Roman" w:cs="Times New Roman"/>
        </w:rPr>
        <w:t>Awọn ìlú náà ti bàjẹ́, gẹ́gẹ́ bí a ti sọ tẹ́lẹ̀ nínú àyọkà iṣáájú, ìbàjẹ́ náà sì ni àjọṣepọ̀ búburú ti Isaiah orí kẹjọ mú wá. Wọ́n ti bàjẹ́ nípasẹ̀ “àwọn ènìyàn tí wọ́n wà ní ipò gíga ti ìgbẹ́kẹ̀lé” tí “ti fi hàn” “ìfẹ́kúfẹ̀ẹ́ wọn tí kò bófin mu fún èrè.” A lè rí àwọn ìlú tí ó ti bàjẹ́ yìí ní rọrùn nínú àwọn ìpínlẹ̀ tí a ti fi owó àwọn Kọ́múníìsì bíi George Soros dìbò yan àwọn attorney general wọn. A lè rí i nígbà tí àwọn òfin tí a ti fi múlẹ̀ kò ní ìmúlò mọ́ nípasẹ̀ àwọn olóṣèlú tí ìbàjẹ́ ti bàjẹ́ ní Washington, DC. A lè rí i nípasẹ̀ àwọn òfin tí a ń lò sí àwọn tí wọ́n wà ní apá kejì ti àgbègbè ìṣèlú nìkan, gẹ́gẹ́ bí a ti fi hàn nínú àwọn ẹni bíi Nancy Pelosi àti Adam Schiff.</w:t>
      </w:r>
    </w:p>
    <w:p>
      <w:pPr>
        <w:pStyle w:val="ArticleScripture"/>
        <w:jc w:val="left"/>
      </w:pPr>
      <w:r>
        <w:rPr>
          <w:rFonts w:ascii="Times New Roman" w:hAnsi="Times New Roman" w:eastAsia="Times New Roman" w:cs="Times New Roman"/>
        </w:rPr>
        <w:t>ئفنع كتل لحەنب ئەب یەزدان، و دوورکەوتنەوە لە خودای خۆمان، قسەکردن بە ستەم و یاخیبوون، هەڵگرتن و دەردەهێنانی وشەکانی درۆ لە دڵەوە. ئەوسا دادوەری بۆ دواوە دەگەڕێتەوە، و دادپەروەری لە دوور دەوەستێت؛ چونکە ڕاستی لە شەقامدا کەوتووە، و ڕاستگۆیی ناتوانێت بچێتە ژوورەوە. بەڕاستی، ڕاستی ون دەبێت؛ و ئەوەی لە خراپە دوور دەکەوێتەوە خۆی دەکاتە نێچیر: و یەزدان ئەوەی بینی، و لای ناخۆش بوو کە هیچ دادوەرییەک نەبوو. ئیسایا 59:13–15</w:t>
      </w:r>
    </w:p>
    <w:p>
      <w:pPr>
        <w:pStyle w:val="ArticleBody"/>
        <w:jc w:val="left"/>
      </w:pPr>
      <w:r>
        <w:rPr>
          <w:rFonts w:ascii="Times New Roman" w:hAnsi="Times New Roman" w:eastAsia="Times New Roman" w:cs="Times New Roman"/>
        </w:rPr>
        <w:t>Naxtebalaŋ aŋɛl la teŋa Review and Herald, ninsalaŋba minnu bɛ taamasiyɛn tanaminɛw kɔrɔla kan, olu ye politisiyɛnw bɔlenw dɔ dɔrɔn to, minnu ka Wall Street portefeuillew tɛgɛ yɛrɛma ka dɔgɔya i n’i fɛ ka tɛmɛ ka bo hakɛ yɔrɔw bɛɛ la, sabu i ka baarakɛcogo la sariyaw kɛli ka “insider trading” dafa i yɛrɛw de ye, mɔgɔ wɛrɛw tɛ. Martha Stewart ka tarikɛ lakodon. Duguw minnu bɛ naxtebalaŋ la, olu bolonnen don i ka jurumuw sabu la, ani o bɛ se ka yɛlɛma kɛnɛya la kɛlɛya donba fɔlɔla duguw ni etati minnu bɛ ɲɛmɔgɔya kɛ ka taa dunɲaɲɛmɔgɔya-don Demokratuw bolo.</w:t>
      </w:r>
    </w:p>
    <w:p>
      <w:pPr>
        <w:pStyle w:val="ArticleBody"/>
        <w:jc w:val="left"/>
      </w:pPr>
      <w:r>
        <w:rPr>
          <w:rFonts w:ascii="Times New Roman" w:hAnsi="Times New Roman" w:eastAsia="Times New Roman" w:cs="Times New Roman"/>
        </w:rPr>
        <w:t>Re ñáape ára paha pe joaju vai oguerekóva dragón, mymba ñarõ ha proféta japu, ha pe mymba ñarõ ha pe proféta japu oguereko avei hikuái imbaʼe vai profético rechaukaha tee, péro umi rechaukaha ojehecháva hesakã hag̃uáicha pe globalísmo liberal-pe haʼe hína umi mbaʼe rechaukaha dragón rehegua.</w:t>
      </w:r>
    </w:p>
    <w:p>
      <w:pPr>
        <w:pStyle w:val="ArticleScripture"/>
        <w:jc w:val="left"/>
      </w:pPr>
      <w:r>
        <w:rPr>
          <w:rFonts w:ascii="Times New Roman" w:hAnsi="Times New Roman" w:eastAsia="Times New Roman" w:cs="Times New Roman"/>
        </w:rPr>
        <w:t>“Wahyu 17:13–14 dipetik. ‘Mereka sehati sepikir.’ Akan ada suatu ikatan persatuan yang universal, suatu keselarasan besar, suatu persekutuan pasukan-pasukan Setan. ‘Dan mereka akan menyerahkan kuasa dan kekuatan mereka kepada binatang itu.’ Dengan demikian dinyatakan kuasa yang sewenang-wenang dan menindas yang sama terhadap kemerdekaan beragama, kebebasan untuk menyembah Allah menurut tuntunan hati nurani, sebagaimana telah dinyatakan oleh kepausan, ketika pada masa lampau ia menganiaya mereka yang berani menolak untuk menyesuaikan diri dengan ritus dan upacara keagamaan Romanisme.</w:t>
      </w:r>
    </w:p>
    <w:p>
      <w:pPr>
        <w:pStyle w:val="ArticleScripture"/>
        <w:jc w:val="left"/>
      </w:pPr>
      <w:r>
        <w:rPr>
          <w:rFonts w:ascii="Times New Roman" w:hAnsi="Times New Roman" w:eastAsia="Times New Roman" w:cs="Times New Roman"/>
        </w:rPr>
        <w:t>“</w:t>
      </w:r>
      <w:r>
        <w:rPr>
          <w:rFonts w:ascii="Nirmala UI" w:hAnsi="Nirmala UI" w:eastAsia="Nirmala UI" w:cs="Nirmala UI"/>
        </w:rPr>
        <w:t>बुर्किबोर</w:t>
      </w:r>
      <w:r>
        <w:rPr>
          <w:rFonts w:ascii="Times New Roman" w:hAnsi="Times New Roman" w:eastAsia="Times New Roman" w:cs="Times New Roman"/>
        </w:rPr>
        <w:t xml:space="preserve"> </w:t>
      </w:r>
      <w:r>
        <w:rPr>
          <w:rFonts w:ascii="Nirmala UI" w:hAnsi="Nirmala UI" w:eastAsia="Nirmala UI" w:cs="Nirmala UI"/>
        </w:rPr>
        <w:t>आरायी</w:t>
      </w:r>
      <w:r>
        <w:rPr>
          <w:rFonts w:ascii="Times New Roman" w:hAnsi="Times New Roman" w:eastAsia="Times New Roman" w:cs="Times New Roman"/>
        </w:rPr>
        <w:t xml:space="preserve"> </w:t>
      </w:r>
      <w:r>
        <w:rPr>
          <w:rFonts w:ascii="Nirmala UI" w:hAnsi="Nirmala UI" w:eastAsia="Nirmala UI" w:cs="Nirmala UI"/>
        </w:rPr>
        <w:t>गाज्रि</w:t>
      </w:r>
      <w:r>
        <w:rPr>
          <w:rFonts w:ascii="Times New Roman" w:hAnsi="Times New Roman" w:eastAsia="Times New Roman" w:cs="Times New Roman"/>
        </w:rPr>
        <w:t xml:space="preserve"> </w:t>
      </w:r>
      <w:r>
        <w:rPr>
          <w:rFonts w:ascii="Nirmala UI" w:hAnsi="Nirmala UI" w:eastAsia="Nirmala UI" w:cs="Nirmala UI"/>
        </w:rPr>
        <w:t>बिथांयाव</w:t>
      </w:r>
      <w:r>
        <w:rPr>
          <w:rFonts w:ascii="Times New Roman" w:hAnsi="Times New Roman" w:eastAsia="Times New Roman" w:cs="Times New Roman"/>
        </w:rPr>
        <w:t xml:space="preserve"> </w:t>
      </w:r>
      <w:r>
        <w:rPr>
          <w:rFonts w:ascii="Nirmala UI" w:hAnsi="Nirmala UI" w:eastAsia="Nirmala UI" w:cs="Nirmala UI"/>
        </w:rPr>
        <w:t>मावनाय</w:t>
      </w:r>
      <w:r>
        <w:rPr>
          <w:rFonts w:ascii="Times New Roman" w:hAnsi="Times New Roman" w:eastAsia="Times New Roman" w:cs="Times New Roman"/>
        </w:rPr>
        <w:t xml:space="preserve"> </w:t>
      </w:r>
      <w:r>
        <w:rPr>
          <w:rFonts w:ascii="Nirmala UI" w:hAnsi="Nirmala UI" w:eastAsia="Nirmala UI" w:cs="Nirmala UI"/>
        </w:rPr>
        <w:t>थाखाय</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फरायाव</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मावथायाव</w:t>
      </w:r>
      <w:r>
        <w:rPr>
          <w:rFonts w:ascii="Times New Roman" w:hAnsi="Times New Roman" w:eastAsia="Times New Roman" w:cs="Times New Roman"/>
        </w:rPr>
        <w:t xml:space="preserve"> </w:t>
      </w:r>
      <w:r>
        <w:rPr>
          <w:rFonts w:ascii="Nirmala UI" w:hAnsi="Nirmala UI" w:eastAsia="Nirmala UI" w:cs="Nirmala UI"/>
        </w:rPr>
        <w:t>गोजोनां</w:t>
      </w:r>
      <w:r>
        <w:rPr>
          <w:rFonts w:ascii="Times New Roman" w:hAnsi="Times New Roman" w:eastAsia="Times New Roman" w:cs="Times New Roman"/>
        </w:rPr>
        <w:t xml:space="preserve"> </w:t>
      </w:r>
      <w:r>
        <w:rPr>
          <w:rFonts w:ascii="Nirmala UI" w:hAnsi="Nirmala UI" w:eastAsia="Nirmala UI" w:cs="Nirmala UI"/>
        </w:rPr>
        <w:t>गोग्गोनाय</w:t>
      </w:r>
      <w:r>
        <w:rPr>
          <w:rFonts w:ascii="Times New Roman" w:hAnsi="Times New Roman" w:eastAsia="Times New Roman" w:cs="Times New Roman"/>
        </w:rPr>
        <w:t xml:space="preserve"> </w:t>
      </w:r>
      <w:r>
        <w:rPr>
          <w:rFonts w:ascii="Nirmala UI" w:hAnsi="Nirmala UI" w:eastAsia="Nirmala UI" w:cs="Nirmala UI"/>
        </w:rPr>
        <w:t>जेहोवानी</w:t>
      </w:r>
      <w:r>
        <w:rPr>
          <w:rFonts w:ascii="Times New Roman" w:hAnsi="Times New Roman" w:eastAsia="Times New Roman" w:cs="Times New Roman"/>
        </w:rPr>
        <w:t xml:space="preserve"> </w:t>
      </w:r>
      <w:r>
        <w:rPr>
          <w:rFonts w:ascii="Nirmala UI" w:hAnsi="Nirmala UI" w:eastAsia="Nirmala UI" w:cs="Nirmala UI"/>
        </w:rPr>
        <w:t>बिथायनि</w:t>
      </w:r>
      <w:r>
        <w:rPr>
          <w:rFonts w:ascii="Times New Roman" w:hAnsi="Times New Roman" w:eastAsia="Times New Roman" w:cs="Times New Roman"/>
        </w:rPr>
        <w:t xml:space="preserve"> </w:t>
      </w:r>
      <w:r>
        <w:rPr>
          <w:rFonts w:ascii="Nirmala UI" w:hAnsi="Nirmala UI" w:eastAsia="Nirmala UI" w:cs="Nirmala UI"/>
        </w:rPr>
        <w:t>आइनोनि</w:t>
      </w:r>
      <w:r>
        <w:rPr>
          <w:rFonts w:ascii="Times New Roman" w:hAnsi="Times New Roman" w:eastAsia="Times New Roman" w:cs="Times New Roman"/>
        </w:rPr>
        <w:t xml:space="preserve"> </w:t>
      </w:r>
      <w:r>
        <w:rPr>
          <w:rFonts w:ascii="Nirmala UI" w:hAnsi="Nirmala UI" w:eastAsia="Nirmala UI" w:cs="Nirmala UI"/>
        </w:rPr>
        <w:t>बाख्रि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फिथाइग्रा</w:t>
      </w:r>
      <w:r>
        <w:rPr>
          <w:rFonts w:ascii="Times New Roman" w:hAnsi="Times New Roman" w:eastAsia="Times New Roman" w:cs="Times New Roman"/>
        </w:rPr>
        <w:t xml:space="preserve"> </w:t>
      </w:r>
      <w:r>
        <w:rPr>
          <w:rFonts w:ascii="Nirmala UI" w:hAnsi="Nirmala UI" w:eastAsia="Nirmala UI" w:cs="Nirmala UI"/>
        </w:rPr>
        <w:t>गथ</w:t>
      </w:r>
      <w:r>
        <w:rPr>
          <w:rFonts w:ascii="Times New Roman" w:hAnsi="Times New Roman" w:eastAsia="Times New Roman" w:cs="Times New Roman"/>
        </w:rPr>
        <w:t>'</w:t>
      </w:r>
      <w:r>
        <w:rPr>
          <w:rFonts w:ascii="Nirmala UI" w:hAnsi="Nirmala UI" w:eastAsia="Nirmala UI" w:cs="Nirmala UI"/>
        </w:rPr>
        <w:t>फोरनि</w:t>
      </w:r>
      <w:r>
        <w:rPr>
          <w:rFonts w:ascii="Times New Roman" w:hAnsi="Times New Roman" w:eastAsia="Times New Roman" w:cs="Times New Roman"/>
        </w:rPr>
        <w:t xml:space="preserve"> </w:t>
      </w:r>
      <w:r>
        <w:rPr>
          <w:rFonts w:ascii="Nirmala UI" w:hAnsi="Nirmala UI" w:eastAsia="Nirmala UI" w:cs="Nirmala UI"/>
        </w:rPr>
        <w:t>दानाय</w:t>
      </w:r>
      <w:r>
        <w:rPr>
          <w:rFonts w:ascii="Times New Roman" w:hAnsi="Times New Roman" w:eastAsia="Times New Roman" w:cs="Times New Roman"/>
        </w:rPr>
        <w:t xml:space="preserve"> </w:t>
      </w:r>
      <w:r>
        <w:rPr>
          <w:rFonts w:ascii="Nirmala UI" w:hAnsi="Nirmala UI" w:eastAsia="Nirmala UI" w:cs="Nirmala UI"/>
        </w:rPr>
        <w:t>गासै</w:t>
      </w:r>
      <w:r>
        <w:rPr>
          <w:rFonts w:ascii="Times New Roman" w:hAnsi="Times New Roman" w:eastAsia="Times New Roman" w:cs="Times New Roman"/>
        </w:rPr>
        <w:t xml:space="preserve"> </w:t>
      </w:r>
      <w:r>
        <w:rPr>
          <w:rFonts w:ascii="Nirmala UI" w:hAnsi="Nirmala UI" w:eastAsia="Nirmala UI" w:cs="Nirmala UI"/>
        </w:rPr>
        <w:t>गोरोबनि</w:t>
      </w:r>
      <w:r>
        <w:rPr>
          <w:rFonts w:ascii="Times New Roman" w:hAnsi="Times New Roman" w:eastAsia="Times New Roman" w:cs="Times New Roman"/>
        </w:rPr>
        <w:t xml:space="preserve"> </w:t>
      </w:r>
      <w:r>
        <w:rPr>
          <w:rFonts w:ascii="Nirmala UI" w:hAnsi="Nirmala UI" w:eastAsia="Nirmala UI" w:cs="Nirmala UI"/>
        </w:rPr>
        <w:t>बोलबांथिफोर</w:t>
      </w:r>
      <w:r>
        <w:rPr>
          <w:rFonts w:ascii="Times New Roman" w:hAnsi="Times New Roman" w:eastAsia="Times New Roman" w:cs="Times New Roman"/>
        </w:rPr>
        <w:t xml:space="preserve"> </w:t>
      </w:r>
      <w:r>
        <w:rPr>
          <w:rFonts w:ascii="Nirmala UI" w:hAnsi="Nirmala UI" w:eastAsia="Nirmala UI" w:cs="Nirmala UI"/>
        </w:rPr>
        <w:t>गुबुन</w:t>
      </w:r>
      <w:r>
        <w:rPr>
          <w:rFonts w:ascii="Times New Roman" w:hAnsi="Times New Roman" w:eastAsia="Times New Roman" w:cs="Times New Roman"/>
        </w:rPr>
        <w:t xml:space="preserve"> </w:t>
      </w:r>
      <w:r>
        <w:rPr>
          <w:rFonts w:ascii="Nirmala UI" w:hAnsi="Nirmala UI" w:eastAsia="Nirmala UI" w:cs="Nirmala UI"/>
        </w:rPr>
        <w:t>खामानियै</w:t>
      </w:r>
      <w:r>
        <w:rPr>
          <w:rFonts w:ascii="Times New Roman" w:hAnsi="Times New Roman" w:eastAsia="Times New Roman" w:cs="Times New Roman"/>
        </w:rPr>
        <w:t xml:space="preserve"> </w:t>
      </w:r>
      <w:r>
        <w:rPr>
          <w:rFonts w:ascii="Nirmala UI" w:hAnsi="Nirmala UI" w:eastAsia="Nirmala UI" w:cs="Nirmala UI"/>
        </w:rPr>
        <w:t>गोदांनि</w:t>
      </w:r>
      <w:r>
        <w:rPr>
          <w:rFonts w:ascii="Times New Roman" w:hAnsi="Times New Roman" w:eastAsia="Times New Roman" w:cs="Times New Roman"/>
        </w:rPr>
        <w:t xml:space="preserve"> </w:t>
      </w:r>
      <w:r>
        <w:rPr>
          <w:rFonts w:ascii="Nirmala UI" w:hAnsi="Nirmala UI" w:eastAsia="Nirmala UI" w:cs="Nirmala UI"/>
        </w:rPr>
        <w:t>मानुषफोरनि</w:t>
      </w:r>
      <w:r>
        <w:rPr>
          <w:rFonts w:ascii="Times New Roman" w:hAnsi="Times New Roman" w:eastAsia="Times New Roman" w:cs="Times New Roman"/>
        </w:rPr>
        <w:t xml:space="preserve"> </w:t>
      </w:r>
      <w:r>
        <w:rPr>
          <w:rFonts w:ascii="Nirmala UI" w:hAnsi="Nirmala UI" w:eastAsia="Nirmala UI" w:cs="Nirmala UI"/>
        </w:rPr>
        <w:t>बिरोधाव</w:t>
      </w:r>
      <w:r>
        <w:rPr>
          <w:rFonts w:ascii="Times New Roman" w:hAnsi="Times New Roman" w:eastAsia="Times New Roman" w:cs="Times New Roman"/>
        </w:rPr>
        <w:t xml:space="preserve"> </w:t>
      </w:r>
      <w:r>
        <w:rPr>
          <w:rFonts w:ascii="Nirmala UI" w:hAnsi="Nirmala UI" w:eastAsia="Nirmala UI" w:cs="Nirmala UI"/>
        </w:rPr>
        <w:t>एकजुट</w:t>
      </w:r>
      <w:r>
        <w:rPr>
          <w:rFonts w:ascii="Times New Roman" w:hAnsi="Times New Roman" w:eastAsia="Times New Roman" w:cs="Times New Roman"/>
        </w:rPr>
        <w:t xml:space="preserve"> </w:t>
      </w:r>
      <w:r>
        <w:rPr>
          <w:rFonts w:ascii="Nirmala UI" w:hAnsi="Nirmala UI" w:eastAsia="Nirmala UI" w:cs="Nirmala UI"/>
        </w:rPr>
        <w:t>जागोन।</w:t>
      </w:r>
      <w:r>
        <w:rPr>
          <w:rFonts w:ascii="Times New Roman" w:hAnsi="Times New Roman" w:eastAsia="Times New Roman" w:cs="Times New Roman"/>
        </w:rPr>
        <w:t xml:space="preserve"> </w:t>
      </w:r>
      <w:r>
        <w:rPr>
          <w:rFonts w:ascii="Nirmala UI" w:hAnsi="Nirmala UI" w:eastAsia="Nirmala UI" w:cs="Nirmala UI"/>
        </w:rPr>
        <w:t>बे</w:t>
      </w:r>
      <w:r>
        <w:rPr>
          <w:rFonts w:ascii="Times New Roman" w:hAnsi="Times New Roman" w:eastAsia="Times New Roman" w:cs="Times New Roman"/>
        </w:rPr>
        <w:t xml:space="preserve"> </w:t>
      </w:r>
      <w:r>
        <w:rPr>
          <w:rFonts w:ascii="Nirmala UI" w:hAnsi="Nirmala UI" w:eastAsia="Nirmala UI" w:cs="Nirmala UI"/>
        </w:rPr>
        <w:t>बुर्किबोराव</w:t>
      </w:r>
      <w:r>
        <w:rPr>
          <w:rFonts w:ascii="Times New Roman" w:hAnsi="Times New Roman" w:eastAsia="Times New Roman" w:cs="Times New Roman"/>
        </w:rPr>
        <w:t xml:space="preserve"> </w:t>
      </w:r>
      <w:r>
        <w:rPr>
          <w:rFonts w:ascii="Nirmala UI" w:hAnsi="Nirmala UI" w:eastAsia="Nirmala UI" w:cs="Nirmala UI"/>
        </w:rPr>
        <w:t>बिथायनि</w:t>
      </w:r>
      <w:r>
        <w:rPr>
          <w:rFonts w:ascii="Times New Roman" w:hAnsi="Times New Roman" w:eastAsia="Times New Roman" w:cs="Times New Roman"/>
        </w:rPr>
        <w:t xml:space="preserve"> </w:t>
      </w:r>
      <w:r>
        <w:rPr>
          <w:rFonts w:ascii="Nirmala UI" w:hAnsi="Nirmala UI" w:eastAsia="Nirmala UI" w:cs="Nirmala UI"/>
        </w:rPr>
        <w:t>फोरखान्थि</w:t>
      </w:r>
      <w:r>
        <w:rPr>
          <w:rFonts w:ascii="Times New Roman" w:hAnsi="Times New Roman" w:eastAsia="Times New Roman" w:cs="Times New Roman"/>
        </w:rPr>
        <w:t xml:space="preserve"> </w:t>
      </w:r>
      <w:r>
        <w:rPr>
          <w:rFonts w:ascii="Nirmala UI" w:hAnsi="Nirmala UI" w:eastAsia="Nirmala UI" w:cs="Nirmala UI"/>
        </w:rPr>
        <w:t>बिथायनि</w:t>
      </w:r>
      <w:r>
        <w:rPr>
          <w:rFonts w:ascii="Times New Roman" w:hAnsi="Times New Roman" w:eastAsia="Times New Roman" w:cs="Times New Roman"/>
        </w:rPr>
        <w:t xml:space="preserve"> </w:t>
      </w:r>
      <w:r>
        <w:rPr>
          <w:rFonts w:ascii="Nirmala UI" w:hAnsi="Nirmala UI" w:eastAsia="Nirmala UI" w:cs="Nirmala UI"/>
        </w:rPr>
        <w:t>सबाथखौ</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बिबादनि</w:t>
      </w:r>
      <w:r>
        <w:rPr>
          <w:rFonts w:ascii="Times New Roman" w:hAnsi="Times New Roman" w:eastAsia="Times New Roman" w:cs="Times New Roman"/>
        </w:rPr>
        <w:t xml:space="preserve"> </w:t>
      </w:r>
      <w:r>
        <w:rPr>
          <w:rFonts w:ascii="Nirmala UI" w:hAnsi="Nirmala UI" w:eastAsia="Nirmala UI" w:cs="Nirmala UI"/>
        </w:rPr>
        <w:t>बिंदु</w:t>
      </w:r>
      <w:r>
        <w:rPr>
          <w:rFonts w:ascii="Times New Roman" w:hAnsi="Times New Roman" w:eastAsia="Times New Roman" w:cs="Times New Roman"/>
        </w:rPr>
        <w:t xml:space="preserve"> </w:t>
      </w:r>
      <w:r>
        <w:rPr>
          <w:rFonts w:ascii="Nirmala UI" w:hAnsi="Nirmala UI" w:eastAsia="Nirmala UI" w:cs="Nirmala UI"/>
        </w:rPr>
        <w:t>जानांगोन</w:t>
      </w:r>
      <w:r>
        <w:rPr>
          <w:rFonts w:ascii="Times New Roman" w:hAnsi="Times New Roman" w:eastAsia="Times New Roman" w:cs="Times New Roman"/>
        </w:rPr>
        <w:t xml:space="preserve">; </w:t>
      </w:r>
      <w:r>
        <w:rPr>
          <w:rFonts w:ascii="Nirmala UI" w:hAnsi="Nirmala UI" w:eastAsia="Nirmala UI" w:cs="Nirmala UI"/>
        </w:rPr>
        <w:t>मानोना</w:t>
      </w:r>
      <w:r>
        <w:rPr>
          <w:rFonts w:ascii="Times New Roman" w:hAnsi="Times New Roman" w:eastAsia="Times New Roman" w:cs="Times New Roman"/>
        </w:rPr>
        <w:t xml:space="preserve"> </w:t>
      </w:r>
      <w:r>
        <w:rPr>
          <w:rFonts w:ascii="Nirmala UI" w:hAnsi="Nirmala UI" w:eastAsia="Nirmala UI" w:cs="Nirmala UI"/>
        </w:rPr>
        <w:t>सबाथनि</w:t>
      </w:r>
      <w:r>
        <w:rPr>
          <w:rFonts w:ascii="Times New Roman" w:hAnsi="Times New Roman" w:eastAsia="Times New Roman" w:cs="Times New Roman"/>
        </w:rPr>
        <w:t xml:space="preserve"> </w:t>
      </w:r>
      <w:r>
        <w:rPr>
          <w:rFonts w:ascii="Nirmala UI" w:hAnsi="Nirmala UI" w:eastAsia="Nirmala UI" w:cs="Nirmala UI"/>
        </w:rPr>
        <w:t>बिथायाव</w:t>
      </w:r>
      <w:r>
        <w:rPr>
          <w:rFonts w:ascii="Times New Roman" w:hAnsi="Times New Roman" w:eastAsia="Times New Roman" w:cs="Times New Roman"/>
        </w:rPr>
        <w:t xml:space="preserve"> </w:t>
      </w:r>
      <w:r>
        <w:rPr>
          <w:rFonts w:ascii="Nirmala UI" w:hAnsi="Nirmala UI" w:eastAsia="Nirmala UI" w:cs="Nirmala UI"/>
        </w:rPr>
        <w:t>गोजौ</w:t>
      </w:r>
      <w:r>
        <w:rPr>
          <w:rFonts w:ascii="Times New Roman" w:hAnsi="Times New Roman" w:eastAsia="Times New Roman" w:cs="Times New Roman"/>
        </w:rPr>
        <w:t xml:space="preserve"> </w:t>
      </w:r>
      <w:r>
        <w:rPr>
          <w:rFonts w:ascii="Nirmala UI" w:hAnsi="Nirmala UI" w:eastAsia="Nirmala UI" w:cs="Nirmala UI"/>
        </w:rPr>
        <w:t>आइनोनि</w:t>
      </w:r>
      <w:r>
        <w:rPr>
          <w:rFonts w:ascii="Times New Roman" w:hAnsi="Times New Roman" w:eastAsia="Times New Roman" w:cs="Times New Roman"/>
        </w:rPr>
        <w:t xml:space="preserve"> </w:t>
      </w:r>
      <w:r>
        <w:rPr>
          <w:rFonts w:ascii="Nirmala UI" w:hAnsi="Nirmala UI" w:eastAsia="Nirmala UI" w:cs="Nirmala UI"/>
        </w:rPr>
        <w:t>दानायगिरि</w:t>
      </w:r>
      <w:r>
        <w:rPr>
          <w:rFonts w:ascii="Times New Roman" w:hAnsi="Times New Roman" w:eastAsia="Times New Roman" w:cs="Times New Roman"/>
        </w:rPr>
        <w:t xml:space="preserve"> </w:t>
      </w:r>
      <w:r>
        <w:rPr>
          <w:rFonts w:ascii="Nirmala UI" w:hAnsi="Nirmala UI" w:eastAsia="Nirmala UI" w:cs="Nirmala UI"/>
        </w:rPr>
        <w:t>निजेहोलाय</w:t>
      </w:r>
      <w:r>
        <w:rPr>
          <w:rFonts w:ascii="Times New Roman" w:hAnsi="Times New Roman" w:eastAsia="Times New Roman" w:cs="Times New Roman"/>
        </w:rPr>
        <w:t xml:space="preserve"> </w:t>
      </w:r>
      <w:r>
        <w:rPr>
          <w:rFonts w:ascii="Nirmala UI" w:hAnsi="Nirmala UI" w:eastAsia="Nirmala UI" w:cs="Nirmala UI"/>
        </w:rPr>
        <w:t>निजाखौ</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आरो</w:t>
      </w:r>
      <w:r>
        <w:rPr>
          <w:rFonts w:ascii="Times New Roman" w:hAnsi="Times New Roman" w:eastAsia="Times New Roman" w:cs="Times New Roman"/>
        </w:rPr>
        <w:t xml:space="preserve"> </w:t>
      </w:r>
      <w:r>
        <w:rPr>
          <w:rFonts w:ascii="Nirmala UI" w:hAnsi="Nirmala UI" w:eastAsia="Nirmala UI" w:cs="Nirmala UI"/>
        </w:rPr>
        <w:t>फांथाइनि</w:t>
      </w:r>
      <w:r>
        <w:rPr>
          <w:rFonts w:ascii="Times New Roman" w:hAnsi="Times New Roman" w:eastAsia="Times New Roman" w:cs="Times New Roman"/>
        </w:rPr>
        <w:t xml:space="preserve"> </w:t>
      </w:r>
      <w:r>
        <w:rPr>
          <w:rFonts w:ascii="Nirmala UI" w:hAnsi="Nirmala UI" w:eastAsia="Nirmala UI" w:cs="Nirmala UI"/>
        </w:rPr>
        <w:t>सृष्टिकर्ता</w:t>
      </w:r>
      <w:r>
        <w:rPr>
          <w:rFonts w:ascii="Times New Roman" w:hAnsi="Times New Roman" w:eastAsia="Times New Roman" w:cs="Times New Roman"/>
        </w:rPr>
        <w:t xml:space="preserve"> </w:t>
      </w:r>
      <w:r>
        <w:rPr>
          <w:rFonts w:ascii="Nirmala UI" w:hAnsi="Nirmala UI" w:eastAsia="Nirmala UI" w:cs="Nirmala UI"/>
        </w:rPr>
        <w:t>जानायो।</w:t>
      </w:r>
      <w:r>
        <w:rPr>
          <w:rFonts w:ascii="Times New Roman" w:hAnsi="Times New Roman" w:eastAsia="Times New Roman" w:cs="Times New Roman"/>
        </w:rPr>
        <w:t>” The Seventh-day Adventist Bible Commentary, 983.</w:t>
      </w:r>
    </w:p>
    <w:p>
      <w:pPr>
        <w:pStyle w:val="ArticleBody"/>
        <w:jc w:val="left"/>
      </w:pPr>
      <w:r>
        <w:rPr>
          <w:rFonts w:ascii="Javanese Text" w:hAnsi="Javanese Text" w:eastAsia="Javanese Text" w:cs="Javanese Text"/>
        </w:rPr>
        <w:t>꧋ꦏꦩꦶꦧꦏꦭ꧀ꦤꦶꦩ꧀ꦧꦁꦱꦶꦥꦠ꧀</w:t>
      </w:r>
      <w:r>
        <w:rPr>
          <w:rFonts w:ascii="Times New Roman" w:hAnsi="Times New Roman" w:eastAsia="Times New Roman" w:cs="Times New Roman"/>
        </w:rPr>
        <w:t>-</w:t>
      </w:r>
      <w:r>
        <w:rPr>
          <w:rFonts w:ascii="Javanese Text" w:hAnsi="Javanese Text" w:eastAsia="Javanese Text" w:cs="Javanese Text"/>
        </w:rPr>
        <w:t>ꦱꦶꦥꦠ꧀ꦏꦼꦤꦧꦶꦪꦤ꧀ꦱꦠꦺꦱ꧀ꦱꦂꦠꦥꦿꦺꦴꦠꦺꦱ꧀ꦠꦤ꧀ꦩꦸꦂꦠꦢ꧀ꦲꦶꦏꦶꦲꦶꦁꦠꦸꦭꦶꦱꦤ꧀</w:t>
      </w:r>
      <w:r>
        <w:rPr>
          <w:rFonts w:ascii="Times New Roman" w:hAnsi="Times New Roman" w:eastAsia="Times New Roman" w:cs="Times New Roman"/>
        </w:rPr>
        <w:t>-</w:t>
      </w:r>
      <w:r>
        <w:rPr>
          <w:rFonts w:ascii="Javanese Text" w:hAnsi="Javanese Text" w:eastAsia="Javanese Text" w:cs="Javanese Text"/>
        </w:rPr>
        <w:t>ꦠꦸꦭꦶꦱꦤ꧀ꦥꦶꦤ꧀ꦱꦁꦏꦁ꧉</w:t>
      </w:r>
      <w:r>
        <w:rPr>
          <w:rFonts w:ascii="Times New Roman" w:hAnsi="Times New Roman" w:eastAsia="Times New Roman" w:cs="Times New Roman"/>
        </w:rPr>
        <w:t xml:space="preserve"> </w:t>
      </w:r>
      <w:r>
        <w:rPr>
          <w:rFonts w:ascii="Javanese Text" w:hAnsi="Javanese Text" w:eastAsia="Javanese Text" w:cs="Javanese Text"/>
        </w:rPr>
        <w:t>ꦥꦼꦤ꧀ꦠꦶꦁꦥꦶꦱꦤ꧀ꦥꦸꦤꦶꦏꦸꦩꦁꦺꦤꦭꦶꦲꦥꦏꦁꦏꦁꦒꦺꦏꦭꦸꦮꦂꦏꦺꦪꦺꦤ꧀ꦩꦁꦼꦤꦺꦴꦥꦂꦠꦻꦥꦺꦴꦭꦶꦠꦶꦏ꧀ꦏꦁꦩꦶꦩ꧀ꦥꦶꦤ꧀ꦩꦗꦸꦱꦂꦠꦤꦪꦸꦠ꧀ꦠꦭꦶ</w:t>
      </w:r>
      <w:r>
        <w:rPr>
          <w:rFonts w:ascii="Times New Roman" w:hAnsi="Times New Roman" w:eastAsia="Times New Roman" w:cs="Times New Roman"/>
        </w:rPr>
        <w:t>-</w:t>
      </w:r>
      <w:r>
        <w:rPr>
          <w:rFonts w:ascii="Javanese Text" w:hAnsi="Javanese Text" w:eastAsia="Javanese Text" w:cs="Javanese Text"/>
        </w:rPr>
        <w:t>ꦠꦭꦶꦤꦺꦲꦶꦁꦥꦼꦤꦼꦒꦏꦤ꧀ꦈꦤ꧀ꦢꦁ</w:t>
      </w:r>
      <w:r>
        <w:rPr>
          <w:rFonts w:ascii="Times New Roman" w:hAnsi="Times New Roman" w:eastAsia="Times New Roman" w:cs="Times New Roman"/>
        </w:rPr>
        <w:t>-</w:t>
      </w:r>
      <w:r>
        <w:rPr>
          <w:rFonts w:ascii="Javanese Text" w:hAnsi="Javanese Text" w:eastAsia="Javanese Text" w:cs="Javanese Text"/>
        </w:rPr>
        <w:t>ꦈꦤ꧀ꦢꦁꦲꦫꦶꦩꦶꦁꦒꦸ꧉</w:t>
      </w:r>
      <w:r>
        <w:rPr>
          <w:rFonts w:ascii="Times New Roman" w:hAnsi="Times New Roman" w:eastAsia="Times New Roman" w:cs="Times New Roman"/>
        </w:rPr>
        <w:t xml:space="preserve"> </w:t>
      </w:r>
      <w:r>
        <w:rPr>
          <w:rFonts w:ascii="Javanese Text" w:hAnsi="Javanese Text" w:eastAsia="Javanese Text" w:cs="Javanese Text"/>
        </w:rPr>
        <w:t>ꦠꦼꦤ꧀ꦠꦸꦮꦺꦏꦭꦶꦃꦥꦂꦠꦻ</w:t>
      </w:r>
      <w:r>
        <w:rPr>
          <w:rFonts w:ascii="Times New Roman" w:hAnsi="Times New Roman" w:eastAsia="Times New Roman" w:cs="Times New Roman"/>
        </w:rPr>
        <w:t xml:space="preserve">(Democrat </w:t>
      </w:r>
      <w:r>
        <w:rPr>
          <w:rFonts w:ascii="Javanese Text" w:hAnsi="Javanese Text" w:eastAsia="Javanese Text" w:cs="Javanese Text"/>
        </w:rPr>
        <w:t>ꦱꦂꦠ</w:t>
      </w:r>
      <w:r>
        <w:rPr>
          <w:rFonts w:ascii="Times New Roman" w:hAnsi="Times New Roman" w:eastAsia="Times New Roman" w:cs="Times New Roman"/>
        </w:rPr>
        <w:t xml:space="preserve"> Republican) </w:t>
      </w:r>
      <w:r>
        <w:rPr>
          <w:rFonts w:ascii="Javanese Text" w:hAnsi="Javanese Text" w:eastAsia="Javanese Text" w:cs="Javanese Text"/>
        </w:rPr>
        <w:t>ꦏꦸꦩ꧀ꦥꦸꦭ꧀ꦧꦫꦼꦁꦲꦶꦁꦥꦼꦂꦱꦺꦴꦭꦤ꧀ꦲꦸꦏꦸꦩ꧀ꦲꦫꦶꦩꦶꦁꦒꦸ</w:t>
      </w:r>
      <w:r>
        <w:rPr>
          <w:rFonts w:ascii="Times New Roman" w:hAnsi="Times New Roman" w:eastAsia="Times New Roman" w:cs="Times New Roman"/>
        </w:rPr>
        <w:t xml:space="preserve">, </w:t>
      </w:r>
      <w:r>
        <w:rPr>
          <w:rFonts w:ascii="Javanese Text" w:hAnsi="Javanese Text" w:eastAsia="Javanese Text" w:cs="Javanese Text"/>
        </w:rPr>
        <w:t>ꦏꦪꦲꦭꦶꦱꦺꦴꦫꦥꦼꦫꦶꦱꦶꦱꦂꦠꦱꦢꦸꦏꦶꦏꦠꦼꦩꦸꦲꦶꦁꦥꦼꦂꦱꦶꦭꦁꦤ꧀</w:t>
      </w:r>
      <w:r>
        <w:rPr>
          <w:rFonts w:ascii="Times New Roman" w:hAnsi="Times New Roman" w:eastAsia="Times New Roman" w:cs="Times New Roman"/>
        </w:rPr>
        <w:t xml:space="preserve">, </w:t>
      </w:r>
      <w:r>
        <w:rPr>
          <w:rFonts w:ascii="Javanese Text" w:hAnsi="Javanese Text" w:eastAsia="Javanese Text" w:cs="Javanese Text"/>
        </w:rPr>
        <w:t>ꦤꦩꦸꦁꦲꦺꦴꦫꦲꦤꦲꦭꦱꦤ꧀ꦏꦁꦱꦃꦭꦤ꧀ꦢꦥꦠ꧀ꦢꦶꦥꦼꦂꦠꦁꦒꦸꦁꦗꦮꦧ꧀ꦏꦺꦫꦶꦁꦲꦸꦱꦸꦭꦏꦺꦪꦺꦤ꧀ꦭꦧꦺꦭ꧀ꦥꦿꦺꦴꦠꦺꦱ꧀ꦠꦤ꧀ꦲꦠꦮꦥꦿꦺꦴꦠꦺꦱ꧀ꦠꦤ꧀ꦩꦸꦂꦠꦢ꧀ꦏꦁꦧꦶꦱꦢꦶꦒꦤ꧀ꦠꦺꦴꦏ꧀ꦏꦺꦩꦫꦁꦥꦂꦠꦻ</w:t>
      </w:r>
      <w:r>
        <w:rPr>
          <w:rFonts w:ascii="Times New Roman" w:hAnsi="Times New Roman" w:eastAsia="Times New Roman" w:cs="Times New Roman"/>
        </w:rPr>
        <w:t xml:space="preserve">Democratic, </w:t>
      </w:r>
      <w:r>
        <w:rPr>
          <w:rFonts w:ascii="Javanese Text" w:hAnsi="Javanese Text" w:eastAsia="Javanese Text" w:cs="Javanese Text"/>
        </w:rPr>
        <w:t>ꦱꦧꦧ꧀ꦥꦿꦠꦺꦭꦪꦺꦤ꧀ꦥꦂꦠꦻꦲꦶꦏꦸꦢꦪꦤꦒ</w:t>
      </w:r>
      <w:r>
        <w:rPr>
          <w:rFonts w:ascii="Times New Roman" w:hAnsi="Times New Roman" w:eastAsia="Times New Roman" w:cs="Times New Roman"/>
        </w:rPr>
        <w:t>(dragon power)</w:t>
      </w:r>
      <w:r>
        <w:rPr>
          <w:rFonts w:ascii="Javanese Text" w:hAnsi="Javanese Text" w:eastAsia="Javanese Text" w:cs="Javanese Text"/>
        </w:rPr>
        <w:t>꧉</w:t>
      </w:r>
    </w:p>
    <w:p>
      <w:pPr>
        <w:pStyle w:val="ArticleBody"/>
        <w:jc w:val="left"/>
      </w:pPr>
      <w:r>
        <w:rPr>
          <w:rFonts w:ascii="Myanmar Text" w:hAnsi="Myanmar Text" w:eastAsia="Myanmar Text" w:cs="Myanmar Text"/>
        </w:rPr>
        <w:t>သိမ်းမှတ်ခြင်းခံရသော</w:t>
      </w:r>
      <w:r>
        <w:rPr>
          <w:rFonts w:ascii="Times New Roman" w:hAnsi="Times New Roman" w:eastAsia="Times New Roman" w:cs="Times New Roman"/>
        </w:rPr>
        <w:t xml:space="preserve"> </w:t>
      </w:r>
      <w:r>
        <w:rPr>
          <w:rFonts w:ascii="Myanmar Text" w:hAnsi="Myanmar Text" w:eastAsia="Myanmar Text" w:cs="Myanmar Text"/>
        </w:rPr>
        <w:t>တစ်သိန်းလေးသောင်းလေးထောင်၏</w:t>
      </w:r>
      <w:r>
        <w:rPr>
          <w:rFonts w:ascii="Times New Roman" w:hAnsi="Times New Roman" w:eastAsia="Times New Roman" w:cs="Times New Roman"/>
        </w:rPr>
        <w:t xml:space="preserve"> </w:t>
      </w:r>
      <w:r>
        <w:rPr>
          <w:rFonts w:ascii="Myanmar Text" w:hAnsi="Myanmar Text" w:eastAsia="Myanmar Text" w:cs="Myanmar Text"/>
        </w:rPr>
        <w:t>သမိုင်းသည်</w:t>
      </w:r>
      <w:r>
        <w:rPr>
          <w:rFonts w:ascii="Times New Roman" w:hAnsi="Times New Roman" w:eastAsia="Times New Roman" w:cs="Times New Roman"/>
        </w:rPr>
        <w:t xml:space="preserve"> </w:t>
      </w:r>
      <w:r>
        <w:rPr>
          <w:rFonts w:ascii="Myanmar Text" w:hAnsi="Myanmar Text" w:eastAsia="Myanmar Text" w:cs="Myanmar Text"/>
        </w:rPr>
        <w:t>ဟေရှာယ</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မကောင်းသော</w:t>
      </w:r>
      <w:r>
        <w:rPr>
          <w:rFonts w:ascii="Times New Roman" w:hAnsi="Times New Roman" w:eastAsia="Times New Roman" w:cs="Times New Roman"/>
        </w:rPr>
        <w:t xml:space="preserve"> </w:t>
      </w:r>
      <w:r>
        <w:rPr>
          <w:rFonts w:ascii="Myanmar Text" w:hAnsi="Myanmar Text" w:eastAsia="Myanmar Text" w:cs="Myanmar Text"/>
        </w:rPr>
        <w:t>မဟာမိတ်ဖွဲ့ခြင်းကို</w:t>
      </w:r>
      <w:r>
        <w:rPr>
          <w:rFonts w:ascii="Times New Roman" w:hAnsi="Times New Roman" w:eastAsia="Times New Roman" w:cs="Times New Roman"/>
        </w:rPr>
        <w:t xml:space="preserve"> </w:t>
      </w:r>
      <w:r>
        <w:rPr>
          <w:rFonts w:ascii="Myanmar Text" w:hAnsi="Myanmar Text" w:eastAsia="Myanmar Text" w:cs="Myanmar Text"/>
        </w:rPr>
        <w:t>သတ်မှတ်ဖော်ထုတ်ရာ</w:t>
      </w:r>
      <w:r>
        <w:rPr>
          <w:rFonts w:ascii="Times New Roman" w:hAnsi="Times New Roman" w:eastAsia="Times New Roman" w:cs="Times New Roman"/>
        </w:rPr>
        <w:t xml:space="preserve"> </w:t>
      </w:r>
      <w:r>
        <w:rPr>
          <w:rFonts w:ascii="Myanmar Text" w:hAnsi="Myanmar Text" w:eastAsia="Myanmar Text" w:cs="Myanmar Text"/>
        </w:rPr>
        <w:t>သမိုင်းပင်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ထိုသမိုင်းသည်</w:t>
      </w:r>
      <w:r>
        <w:rPr>
          <w:rFonts w:ascii="Times New Roman" w:hAnsi="Times New Roman" w:eastAsia="Times New Roman" w:cs="Times New Roman"/>
        </w:rPr>
        <w:t xml:space="preserve"> </w:t>
      </w:r>
      <w:r>
        <w:rPr>
          <w:rFonts w:ascii="Myanmar Text" w:hAnsi="Myanmar Text" w:eastAsia="Myanmar Text" w:cs="Myanmar Text"/>
        </w:rPr>
        <w:t>စတုတ္ထမြောက်</w:t>
      </w:r>
      <w:r>
        <w:rPr>
          <w:rFonts w:ascii="Times New Roman" w:hAnsi="Times New Roman" w:eastAsia="Times New Roman" w:cs="Times New Roman"/>
        </w:rPr>
        <w:t xml:space="preserve"> </w:t>
      </w:r>
      <w:r>
        <w:rPr>
          <w:rFonts w:ascii="Myanmar Text" w:hAnsi="Myanmar Text" w:eastAsia="Myanmar Text" w:cs="Myanmar Text"/>
        </w:rPr>
        <w:t>သမ္မတဖြစ်သော</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ဘုရှ်</w:t>
      </w:r>
      <w:r>
        <w:rPr>
          <w:rFonts w:ascii="Times New Roman" w:hAnsi="Times New Roman" w:eastAsia="Times New Roman" w:cs="Times New Roman"/>
        </w:rPr>
        <w:t xml:space="preserve"> </w:t>
      </w:r>
      <w:r>
        <w:rPr>
          <w:rFonts w:ascii="Myanmar Text" w:hAnsi="Myanmar Text" w:eastAsia="Myanmar Text" w:cs="Myanmar Text"/>
        </w:rPr>
        <w:t>အာဏာရှိနေစဉ်၊</w:t>
      </w:r>
      <w:r>
        <w:rPr>
          <w:rFonts w:ascii="Times New Roman" w:hAnsi="Times New Roman" w:eastAsia="Times New Roman" w:cs="Times New Roman"/>
        </w:rPr>
        <w:t xml:space="preserve"> </w:t>
      </w:r>
      <w:r>
        <w:rPr>
          <w:rFonts w:ascii="Myanmar Text" w:hAnsi="Myanmar Text" w:eastAsia="Myanmar Text" w:cs="Myanmar Text"/>
        </w:rPr>
        <w:t>၂၀၀၁</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စက်တင်ဘာ</w:t>
      </w:r>
      <w:r>
        <w:rPr>
          <w:rFonts w:ascii="Times New Roman" w:hAnsi="Times New Roman" w:eastAsia="Times New Roman" w:cs="Times New Roman"/>
        </w:rPr>
        <w:t xml:space="preserve"> </w:t>
      </w:r>
      <w:r>
        <w:rPr>
          <w:rFonts w:ascii="Myanmar Text" w:hAnsi="Myanmar Text" w:eastAsia="Myanmar Text" w:cs="Myanmar Text"/>
        </w:rPr>
        <w:t>၁၁</w:t>
      </w:r>
      <w:r>
        <w:rPr>
          <w:rFonts w:ascii="Times New Roman" w:hAnsi="Times New Roman" w:eastAsia="Times New Roman" w:cs="Times New Roman"/>
        </w:rPr>
        <w:t xml:space="preserve"> </w:t>
      </w:r>
      <w:r>
        <w:rPr>
          <w:rFonts w:ascii="Myanmar Text" w:hAnsi="Myanmar Text" w:eastAsia="Myanmar Text" w:cs="Myanmar Text"/>
        </w:rPr>
        <w:t>ရက်နေ့တွင်</w:t>
      </w:r>
      <w:r>
        <w:rPr>
          <w:rFonts w:ascii="Times New Roman" w:hAnsi="Times New Roman" w:eastAsia="Times New Roman" w:cs="Times New Roman"/>
        </w:rPr>
        <w:t xml:space="preserve"> </w:t>
      </w:r>
      <w:r>
        <w:rPr>
          <w:rFonts w:ascii="Myanmar Text" w:hAnsi="Myanmar Text" w:eastAsia="Myanmar Text" w:cs="Myanmar Text"/>
        </w:rPr>
        <w:t>စတင်ခဲ့သည်။</w:t>
      </w:r>
      <w:r>
        <w:rPr>
          <w:rFonts w:ascii="Times New Roman" w:hAnsi="Times New Roman" w:eastAsia="Times New Roman" w:cs="Times New Roman"/>
        </w:rPr>
        <w:t xml:space="preserve"> </w:t>
      </w:r>
      <w:r>
        <w:rPr>
          <w:rFonts w:ascii="Myanmar Text" w:hAnsi="Myanmar Text" w:eastAsia="Myanmar Text" w:cs="Myanmar Text"/>
        </w:rPr>
        <w:t>ထိုသမိုင်းအတွင်း</w:t>
      </w:r>
      <w:r>
        <w:rPr>
          <w:rFonts w:ascii="Times New Roman" w:hAnsi="Times New Roman" w:eastAsia="Times New Roman" w:cs="Times New Roman"/>
        </w:rPr>
        <w:t xml:space="preserve"> </w:t>
      </w:r>
      <w:r>
        <w:rPr>
          <w:rFonts w:ascii="Myanmar Text" w:hAnsi="Myanmar Text" w:eastAsia="Myanmar Text" w:cs="Myanmar Text"/>
        </w:rPr>
        <w:t>ဆဋ္ဌမမြောက်</w:t>
      </w:r>
      <w:r>
        <w:rPr>
          <w:rFonts w:ascii="Times New Roman" w:hAnsi="Times New Roman" w:eastAsia="Times New Roman" w:cs="Times New Roman"/>
        </w:rPr>
        <w:t xml:space="preserve"> </w:t>
      </w:r>
      <w:r>
        <w:rPr>
          <w:rFonts w:ascii="Myanmar Text" w:hAnsi="Myanmar Text" w:eastAsia="Myanmar Text" w:cs="Myanmar Text"/>
        </w:rPr>
        <w:t>သမ္မတသည်</w:t>
      </w:r>
      <w:r>
        <w:rPr>
          <w:rFonts w:ascii="Times New Roman" w:hAnsi="Times New Roman" w:eastAsia="Times New Roman" w:cs="Times New Roman"/>
        </w:rPr>
        <w:t xml:space="preserve"> </w:t>
      </w:r>
      <w:r>
        <w:rPr>
          <w:rFonts w:ascii="Myanmar Text" w:hAnsi="Myanmar Text" w:eastAsia="Myanmar Text" w:cs="Myanmar Text"/>
        </w:rPr>
        <w:t>၂၀၁၆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ပေါ်ထွန်းလာမည်ဖြစ်ပြီး၊</w:t>
      </w:r>
      <w:r>
        <w:rPr>
          <w:rFonts w:ascii="Times New Roman" w:hAnsi="Times New Roman" w:eastAsia="Times New Roman" w:cs="Times New Roman"/>
        </w:rPr>
        <w:t xml:space="preserve"> </w:t>
      </w:r>
      <w:r>
        <w:rPr>
          <w:rFonts w:ascii="Myanmar Text" w:hAnsi="Myanmar Text" w:eastAsia="Myanmar Text" w:cs="Myanmar Text"/>
        </w:rPr>
        <w:t>ဂရိနိုင်ငံတော်တစ်ခွင်လုံးကို</w:t>
      </w:r>
      <w:r>
        <w:rPr>
          <w:rFonts w:ascii="Times New Roman" w:hAnsi="Times New Roman" w:eastAsia="Times New Roman" w:cs="Times New Roman"/>
        </w:rPr>
        <w:t xml:space="preserve"> </w:t>
      </w:r>
      <w:r>
        <w:rPr>
          <w:rFonts w:ascii="Myanmar Text" w:hAnsi="Myanmar Text" w:eastAsia="Myanmar Text" w:cs="Myanmar Text"/>
        </w:rPr>
        <w:t>နိုးဆော်မည်</w:t>
      </w:r>
      <w:r>
        <w:rPr>
          <w:rFonts w:ascii="Times New Roman" w:hAnsi="Times New Roman" w:eastAsia="Times New Roman" w:cs="Times New Roman"/>
        </w:rPr>
        <w:t xml:space="preserve"> (</w:t>
      </w:r>
      <w:r>
        <w:rPr>
          <w:rFonts w:ascii="Myanmar Text" w:hAnsi="Myanmar Text" w:eastAsia="Myanmar Text" w:cs="Myanmar Text"/>
        </w:rPr>
        <w:t>လှုံ့ဆော်မည်</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နဂါးအာဏာနှင့်</w:t>
      </w:r>
      <w:r>
        <w:rPr>
          <w:rFonts w:ascii="Times New Roman" w:hAnsi="Times New Roman" w:eastAsia="Times New Roman" w:cs="Times New Roman"/>
        </w:rPr>
        <w:t xml:space="preserve"> </w:t>
      </w:r>
      <w:r>
        <w:rPr>
          <w:rFonts w:ascii="Myanmar Text" w:hAnsi="Myanmar Text" w:eastAsia="Myanmar Text" w:cs="Myanmar Text"/>
        </w:rPr>
        <w:t>အယူဖောက်ပြန်သော</w:t>
      </w:r>
      <w:r>
        <w:rPr>
          <w:rFonts w:ascii="Times New Roman" w:hAnsi="Times New Roman" w:eastAsia="Times New Roman" w:cs="Times New Roman"/>
        </w:rPr>
        <w:t xml:space="preserve"> </w:t>
      </w:r>
      <w:r>
        <w:rPr>
          <w:rFonts w:ascii="Myanmar Text" w:hAnsi="Myanmar Text" w:eastAsia="Myanmar Text" w:cs="Myanmar Text"/>
        </w:rPr>
        <w:t>ပရိုတက်စတင့်အယူဝါဒတို့အကြားရှိ</w:t>
      </w:r>
      <w:r>
        <w:rPr>
          <w:rFonts w:ascii="Times New Roman" w:hAnsi="Times New Roman" w:eastAsia="Times New Roman" w:cs="Times New Roman"/>
        </w:rPr>
        <w:t xml:space="preserve"> </w:t>
      </w:r>
      <w:r>
        <w:rPr>
          <w:rFonts w:ascii="Myanmar Text" w:hAnsi="Myanmar Text" w:eastAsia="Myanmar Text" w:cs="Myanmar Text"/>
        </w:rPr>
        <w:t>တိုက်ပွဲသို့</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နိုးကြားစေမည်ဖြစ်ပြီး၊</w:t>
      </w:r>
      <w:r>
        <w:rPr>
          <w:rFonts w:ascii="Times New Roman" w:hAnsi="Times New Roman" w:eastAsia="Times New Roman" w:cs="Times New Roman"/>
        </w:rPr>
        <w:t xml:space="preserve"> </w:t>
      </w:r>
      <w:r>
        <w:rPr>
          <w:rFonts w:ascii="Myanmar Text" w:hAnsi="Myanmar Text" w:eastAsia="Myanmar Text" w:cs="Myanmar Text"/>
        </w:rPr>
        <w:t>ထိုတိုက်ပွဲကပင်</w:t>
      </w:r>
      <w:r>
        <w:rPr>
          <w:rFonts w:ascii="Times New Roman" w:hAnsi="Times New Roman" w:eastAsia="Times New Roman" w:cs="Times New Roman"/>
        </w:rPr>
        <w:t xml:space="preserve"> </w:t>
      </w:r>
      <w:r>
        <w:rPr>
          <w:rFonts w:ascii="Myanmar Text" w:hAnsi="Myanmar Text" w:eastAsia="Myanmar Text" w:cs="Myanmar Text"/>
        </w:rPr>
        <w:t>သားရဲကို</w:t>
      </w:r>
      <w:r>
        <w:rPr>
          <w:rFonts w:ascii="Times New Roman" w:hAnsi="Times New Roman" w:eastAsia="Times New Roman" w:cs="Times New Roman"/>
        </w:rPr>
        <w:t xml:space="preserve"> </w:t>
      </w:r>
      <w:r>
        <w:rPr>
          <w:rFonts w:ascii="Myanmar Text" w:hAnsi="Myanmar Text" w:eastAsia="Myanmar Text" w:cs="Myanmar Text"/>
        </w:rPr>
        <w:t>မြေကြီး၏</w:t>
      </w:r>
      <w:r>
        <w:rPr>
          <w:rFonts w:ascii="Times New Roman" w:hAnsi="Times New Roman" w:eastAsia="Times New Roman" w:cs="Times New Roman"/>
        </w:rPr>
        <w:t xml:space="preserve"> </w:t>
      </w:r>
      <w:r>
        <w:rPr>
          <w:rFonts w:ascii="Myanmar Text" w:hAnsi="Myanmar Text" w:eastAsia="Myanmar Text" w:cs="Myanmar Text"/>
        </w:rPr>
        <w:t>ရာဇပလ္လင်ပေါ်သို့</w:t>
      </w:r>
      <w:r>
        <w:rPr>
          <w:rFonts w:ascii="Times New Roman" w:hAnsi="Times New Roman" w:eastAsia="Times New Roman" w:cs="Times New Roman"/>
        </w:rPr>
        <w:t xml:space="preserve"> </w:t>
      </w:r>
      <w:r>
        <w:rPr>
          <w:rFonts w:ascii="Myanmar Text" w:hAnsi="Myanmar Text" w:eastAsia="Myanmar Text" w:cs="Myanmar Text"/>
        </w:rPr>
        <w:t>ပြန်လည်တင်မြှောက်သော</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ပြီးမြောက်စေသောကြောင့်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Body"/>
        <w:jc w:val="left"/>
      </w:pPr>
      <w:r>
        <w:rPr>
          <w:rFonts w:ascii="Times New Roman" w:hAnsi="Times New Roman" w:eastAsia="Times New Roman" w:cs="Times New Roman"/>
        </w:rPr>
        <w:t>Ang mapagbulag, di-makatuwirang pagkapoot laban kay Trump ay kinikilala ng marami bilang isang uri ng kabaliwan, sapagkat ito ay nakasalig sa kawalang-katapatan at di-makatwirang lohika. Sinisikap ng sanlibutan na ipaliwanag ang di-mapangatwirang pagkapoot kay Trump, ngunit ang katotohanan ay hindi ito isang tuwirang makataong kabaliwan sa panig ng mga globalista; bagkus, ito ang higit-sa-karaniwang pagpapamalas ng katuparan ng hula sa panahon ng kasaysayan ng pagtatatak sa isang daan at apatnapu’t apat na libo.</w:t>
      </w:r>
    </w:p>
    <w:p>
      <w:pPr>
        <w:pStyle w:val="ArticleScripture"/>
        <w:jc w:val="left"/>
      </w:pPr>
      <w:r>
        <w:rPr>
          <w:rFonts w:ascii="Times New Roman" w:hAnsi="Times New Roman" w:eastAsia="Times New Roman" w:cs="Times New Roman"/>
        </w:rPr>
        <w:t>“</w:t>
      </w:r>
      <w:r>
        <w:rPr>
          <w:rFonts w:ascii="Nirmala UI" w:hAnsi="Nirmala UI" w:eastAsia="Nirmala UI" w:cs="Nirmala UI"/>
        </w:rPr>
        <w:t>ఓహ్</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ప్రజలకు</w:t>
      </w:r>
      <w:r>
        <w:rPr>
          <w:rFonts w:ascii="Times New Roman" w:hAnsi="Times New Roman" w:eastAsia="Times New Roman" w:cs="Times New Roman"/>
        </w:rPr>
        <w:t xml:space="preserve"> </w:t>
      </w:r>
      <w:r>
        <w:rPr>
          <w:rFonts w:ascii="Nirmala UI" w:hAnsi="Nirmala UI" w:eastAsia="Nirmala UI" w:cs="Nirmala UI"/>
        </w:rPr>
        <w:t>త్వరలో</w:t>
      </w:r>
      <w:r>
        <w:rPr>
          <w:rFonts w:ascii="Times New Roman" w:hAnsi="Times New Roman" w:eastAsia="Times New Roman" w:cs="Times New Roman"/>
        </w:rPr>
        <w:t xml:space="preserve"> </w:t>
      </w:r>
      <w:r>
        <w:rPr>
          <w:rFonts w:ascii="Nirmala UI" w:hAnsi="Nirmala UI" w:eastAsia="Nirmala UI" w:cs="Nirmala UI"/>
        </w:rPr>
        <w:t>సంభవించబోవుచున్న</w:t>
      </w:r>
      <w:r>
        <w:rPr>
          <w:rFonts w:ascii="Times New Roman" w:hAnsi="Times New Roman" w:eastAsia="Times New Roman" w:cs="Times New Roman"/>
        </w:rPr>
        <w:t xml:space="preserve"> </w:t>
      </w:r>
      <w:r>
        <w:rPr>
          <w:rFonts w:ascii="Nirmala UI" w:hAnsi="Nirmala UI" w:eastAsia="Nirmala UI" w:cs="Nirmala UI"/>
        </w:rPr>
        <w:t>వేలాది</w:t>
      </w:r>
      <w:r>
        <w:rPr>
          <w:rFonts w:ascii="Times New Roman" w:hAnsi="Times New Roman" w:eastAsia="Times New Roman" w:cs="Times New Roman"/>
        </w:rPr>
        <w:t xml:space="preserve"> </w:t>
      </w:r>
      <w:r>
        <w:rPr>
          <w:rFonts w:ascii="Nirmala UI" w:hAnsi="Nirmala UI" w:eastAsia="Nirmala UI" w:cs="Nirmala UI"/>
        </w:rPr>
        <w:t>పట్టణాల</w:t>
      </w:r>
      <w:r>
        <w:rPr>
          <w:rFonts w:ascii="Times New Roman" w:hAnsi="Times New Roman" w:eastAsia="Times New Roman" w:cs="Times New Roman"/>
        </w:rPr>
        <w:t xml:space="preserve"> </w:t>
      </w:r>
      <w:r>
        <w:rPr>
          <w:rFonts w:ascii="Nirmala UI" w:hAnsi="Nirmala UI" w:eastAsia="Nirmala UI" w:cs="Nirmala UI"/>
        </w:rPr>
        <w:t>వినాశమునకు</w:t>
      </w:r>
      <w:r>
        <w:rPr>
          <w:rFonts w:ascii="Times New Roman" w:hAnsi="Times New Roman" w:eastAsia="Times New Roman" w:cs="Times New Roman"/>
        </w:rPr>
        <w:t xml:space="preserve"> </w:t>
      </w:r>
      <w:r>
        <w:rPr>
          <w:rFonts w:ascii="Nirmala UI" w:hAnsi="Nirmala UI" w:eastAsia="Nirmala UI" w:cs="Nirmala UI"/>
        </w:rPr>
        <w:t>గూర్చి</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స్పష్టమైన</w:t>
      </w:r>
      <w:r>
        <w:rPr>
          <w:rFonts w:ascii="Times New Roman" w:hAnsi="Times New Roman" w:eastAsia="Times New Roman" w:cs="Times New Roman"/>
        </w:rPr>
        <w:t xml:space="preserve"> </w:t>
      </w:r>
      <w:r>
        <w:rPr>
          <w:rFonts w:ascii="Nirmala UI" w:hAnsi="Nirmala UI" w:eastAsia="Nirmala UI" w:cs="Nirmala UI"/>
        </w:rPr>
        <w:t>గ్రహింపుండి</w:t>
      </w:r>
      <w:r>
        <w:rPr>
          <w:rFonts w:ascii="Times New Roman" w:hAnsi="Times New Roman" w:eastAsia="Times New Roman" w:cs="Times New Roman"/>
        </w:rPr>
        <w:t xml:space="preserve"> </w:t>
      </w:r>
      <w:r>
        <w:rPr>
          <w:rFonts w:ascii="Nirmala UI" w:hAnsi="Nirmala UI" w:eastAsia="Nirmala UI" w:cs="Nirmala UI"/>
        </w:rPr>
        <w:t>యుంటే</w:t>
      </w:r>
      <w:r>
        <w:rPr>
          <w:rFonts w:ascii="Times New Roman" w:hAnsi="Times New Roman" w:eastAsia="Times New Roman" w:cs="Times New Roman"/>
        </w:rPr>
        <w:t xml:space="preserve"> </w:t>
      </w:r>
      <w:r>
        <w:rPr>
          <w:rFonts w:ascii="Nirmala UI" w:hAnsi="Nirmala UI" w:eastAsia="Nirmala UI" w:cs="Nirmala UI"/>
        </w:rPr>
        <w:t>ఎంత</w:t>
      </w:r>
      <w:r>
        <w:rPr>
          <w:rFonts w:ascii="Times New Roman" w:hAnsi="Times New Roman" w:eastAsia="Times New Roman" w:cs="Times New Roman"/>
        </w:rPr>
        <w:t xml:space="preserve"> </w:t>
      </w:r>
      <w:r>
        <w:rPr>
          <w:rFonts w:ascii="Nirmala UI" w:hAnsi="Nirmala UI" w:eastAsia="Nirmala UI" w:cs="Nirmala UI"/>
        </w:rPr>
        <w:t>మంచిది</w:t>
      </w:r>
      <w:r>
        <w:rPr>
          <w:rFonts w:ascii="Times New Roman" w:hAnsi="Times New Roman" w:eastAsia="Times New Roman" w:cs="Times New Roman"/>
        </w:rPr>
        <w:t xml:space="preserve">! </w:t>
      </w:r>
      <w:r>
        <w:rPr>
          <w:rFonts w:ascii="Nirmala UI" w:hAnsi="Nirmala UI" w:eastAsia="Nirmala UI" w:cs="Nirmala UI"/>
        </w:rPr>
        <w:t>ఆ</w:t>
      </w:r>
      <w:r>
        <w:rPr>
          <w:rFonts w:ascii="Times New Roman" w:hAnsi="Times New Roman" w:eastAsia="Times New Roman" w:cs="Times New Roman"/>
        </w:rPr>
        <w:t xml:space="preserve"> </w:t>
      </w:r>
      <w:r>
        <w:rPr>
          <w:rFonts w:ascii="Nirmala UI" w:hAnsi="Nirmala UI" w:eastAsia="Nirmala UI" w:cs="Nirmala UI"/>
        </w:rPr>
        <w:t>పట్టణములు</w:t>
      </w:r>
      <w:r>
        <w:rPr>
          <w:rFonts w:ascii="Times New Roman" w:hAnsi="Times New Roman" w:eastAsia="Times New Roman" w:cs="Times New Roman"/>
        </w:rPr>
        <w:t xml:space="preserve"> </w:t>
      </w:r>
      <w:r>
        <w:rPr>
          <w:rFonts w:ascii="Nirmala UI" w:hAnsi="Nirmala UI" w:eastAsia="Nirmala UI" w:cs="Nirmala UI"/>
        </w:rPr>
        <w:t>ఇప్పుడే</w:t>
      </w:r>
      <w:r>
        <w:rPr>
          <w:rFonts w:ascii="Times New Roman" w:hAnsi="Times New Roman" w:eastAsia="Times New Roman" w:cs="Times New Roman"/>
        </w:rPr>
        <w:t xml:space="preserve"> </w:t>
      </w:r>
      <w:r>
        <w:rPr>
          <w:rFonts w:ascii="Nirmala UI" w:hAnsi="Nirmala UI" w:eastAsia="Nirmala UI" w:cs="Nirmala UI"/>
        </w:rPr>
        <w:t>దాదాపుగా</w:t>
      </w:r>
      <w:r>
        <w:rPr>
          <w:rFonts w:ascii="Times New Roman" w:hAnsi="Times New Roman" w:eastAsia="Times New Roman" w:cs="Times New Roman"/>
        </w:rPr>
        <w:t xml:space="preserve"> </w:t>
      </w:r>
      <w:r>
        <w:rPr>
          <w:rFonts w:ascii="Nirmala UI" w:hAnsi="Nirmala UI" w:eastAsia="Nirmala UI" w:cs="Nirmala UI"/>
        </w:rPr>
        <w:t>విగ్రహారాధనకు</w:t>
      </w:r>
      <w:r>
        <w:rPr>
          <w:rFonts w:ascii="Times New Roman" w:hAnsi="Times New Roman" w:eastAsia="Times New Roman" w:cs="Times New Roman"/>
        </w:rPr>
        <w:t xml:space="preserve"> </w:t>
      </w:r>
      <w:r>
        <w:rPr>
          <w:rFonts w:ascii="Nirmala UI" w:hAnsi="Nirmala UI" w:eastAsia="Nirmala UI" w:cs="Nirmala UI"/>
        </w:rPr>
        <w:t>అప్పగింపబడిపోయినవిగా</w:t>
      </w:r>
      <w:r>
        <w:rPr>
          <w:rFonts w:ascii="Times New Roman" w:hAnsi="Times New Roman" w:eastAsia="Times New Roman" w:cs="Times New Roman"/>
        </w:rPr>
        <w:t xml:space="preserve"> </w:t>
      </w:r>
      <w:r>
        <w:rPr>
          <w:rFonts w:ascii="Nirmala UI" w:hAnsi="Nirmala UI" w:eastAsia="Nirmala UI" w:cs="Nirmala UI"/>
        </w:rPr>
        <w:t>ఉన్నవి</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సత్యమును</w:t>
      </w:r>
      <w:r>
        <w:rPr>
          <w:rFonts w:ascii="Times New Roman" w:hAnsi="Times New Roman" w:eastAsia="Times New Roman" w:cs="Times New Roman"/>
        </w:rPr>
        <w:t xml:space="preserve"> </w:t>
      </w:r>
      <w:r>
        <w:rPr>
          <w:rFonts w:ascii="Nirmala UI" w:hAnsi="Nirmala UI" w:eastAsia="Nirmala UI" w:cs="Nirmala UI"/>
        </w:rPr>
        <w:t>ప్రకటించవలసిన</w:t>
      </w:r>
      <w:r>
        <w:rPr>
          <w:rFonts w:ascii="Times New Roman" w:hAnsi="Times New Roman" w:eastAsia="Times New Roman" w:cs="Times New Roman"/>
        </w:rPr>
        <w:t xml:space="preserve"> </w:t>
      </w:r>
      <w:r>
        <w:rPr>
          <w:rFonts w:ascii="Nirmala UI" w:hAnsi="Nirmala UI" w:eastAsia="Nirmala UI" w:cs="Nirmala UI"/>
        </w:rPr>
        <w:t>వారిలో</w:t>
      </w:r>
      <w:r>
        <w:rPr>
          <w:rFonts w:ascii="Times New Roman" w:hAnsi="Times New Roman" w:eastAsia="Times New Roman" w:cs="Times New Roman"/>
        </w:rPr>
        <w:t xml:space="preserve"> </w:t>
      </w:r>
      <w:r>
        <w:rPr>
          <w:rFonts w:ascii="Nirmala UI" w:hAnsi="Nirmala UI" w:eastAsia="Nirmala UI" w:cs="Nirmala UI"/>
        </w:rPr>
        <w:t>అనేకులు</w:t>
      </w:r>
      <w:r>
        <w:rPr>
          <w:rFonts w:ascii="Times New Roman" w:hAnsi="Times New Roman" w:eastAsia="Times New Roman" w:cs="Times New Roman"/>
        </w:rPr>
        <w:t xml:space="preserve"> </w:t>
      </w:r>
      <w:r>
        <w:rPr>
          <w:rFonts w:ascii="Nirmala UI" w:hAnsi="Nirmala UI" w:eastAsia="Nirmala UI" w:cs="Nirmala UI"/>
        </w:rPr>
        <w:t>తమ</w:t>
      </w:r>
      <w:r>
        <w:rPr>
          <w:rFonts w:ascii="Times New Roman" w:hAnsi="Times New Roman" w:eastAsia="Times New Roman" w:cs="Times New Roman"/>
        </w:rPr>
        <w:t xml:space="preserve"> </w:t>
      </w:r>
      <w:r>
        <w:rPr>
          <w:rFonts w:ascii="Nirmala UI" w:hAnsi="Nirmala UI" w:eastAsia="Nirmala UI" w:cs="Nirmala UI"/>
        </w:rPr>
        <w:t>సహోదరులను</w:t>
      </w:r>
      <w:r>
        <w:rPr>
          <w:rFonts w:ascii="Times New Roman" w:hAnsi="Times New Roman" w:eastAsia="Times New Roman" w:cs="Times New Roman"/>
        </w:rPr>
        <w:t xml:space="preserve"> </w:t>
      </w:r>
      <w:r>
        <w:rPr>
          <w:rFonts w:ascii="Nirmala UI" w:hAnsi="Nirmala UI" w:eastAsia="Nirmala UI" w:cs="Nirmala UI"/>
        </w:rPr>
        <w:t>నిందించి</w:t>
      </w:r>
      <w:r>
        <w:rPr>
          <w:rFonts w:ascii="Times New Roman" w:hAnsi="Times New Roman" w:eastAsia="Times New Roman" w:cs="Times New Roman"/>
        </w:rPr>
        <w:t xml:space="preserve"> </w:t>
      </w:r>
      <w:r>
        <w:rPr>
          <w:rFonts w:ascii="Nirmala UI" w:hAnsi="Nirmala UI" w:eastAsia="Nirmala UI" w:cs="Nirmala UI"/>
        </w:rPr>
        <w:t>దోషారోపణ</w:t>
      </w:r>
      <w:r>
        <w:rPr>
          <w:rFonts w:ascii="Times New Roman" w:hAnsi="Times New Roman" w:eastAsia="Times New Roman" w:cs="Times New Roman"/>
        </w:rPr>
        <w:t xml:space="preserve"> </w:t>
      </w:r>
      <w:r>
        <w:rPr>
          <w:rFonts w:ascii="Nirmala UI" w:hAnsi="Nirmala UI" w:eastAsia="Nirmala UI" w:cs="Nirmala UI"/>
        </w:rPr>
        <w:t>చేయుచున్నారు</w:t>
      </w:r>
      <w:r>
        <w:rPr>
          <w:rFonts w:ascii="Times New Roman" w:hAnsi="Times New Roman" w:eastAsia="Times New Roman" w:cs="Times New Roman"/>
        </w:rPr>
        <w:t xml:space="preserve">. </w:t>
      </w:r>
      <w:r>
        <w:rPr>
          <w:rFonts w:ascii="Nirmala UI" w:hAnsi="Nirmala UI" w:eastAsia="Nirmala UI" w:cs="Nirmala UI"/>
        </w:rPr>
        <w:t>దేవుని</w:t>
      </w:r>
      <w:r>
        <w:rPr>
          <w:rFonts w:ascii="Times New Roman" w:hAnsi="Times New Roman" w:eastAsia="Times New Roman" w:cs="Times New Roman"/>
        </w:rPr>
        <w:t xml:space="preserve"> </w:t>
      </w:r>
      <w:r>
        <w:rPr>
          <w:rFonts w:ascii="Nirmala UI" w:hAnsi="Nirmala UI" w:eastAsia="Nirmala UI" w:cs="Nirmala UI"/>
        </w:rPr>
        <w:t>పరివర్తనశక్తి</w:t>
      </w:r>
      <w:r>
        <w:rPr>
          <w:rFonts w:ascii="Times New Roman" w:hAnsi="Times New Roman" w:eastAsia="Times New Roman" w:cs="Times New Roman"/>
        </w:rPr>
        <w:t xml:space="preserve"> </w:t>
      </w:r>
      <w:r>
        <w:rPr>
          <w:rFonts w:ascii="Nirmala UI" w:hAnsi="Nirmala UI" w:eastAsia="Nirmala UI" w:cs="Nirmala UI"/>
        </w:rPr>
        <w:t>మనస్సులపై</w:t>
      </w:r>
      <w:r>
        <w:rPr>
          <w:rFonts w:ascii="Times New Roman" w:hAnsi="Times New Roman" w:eastAsia="Times New Roman" w:cs="Times New Roman"/>
        </w:rPr>
        <w:t xml:space="preserve"> </w:t>
      </w:r>
      <w:r>
        <w:rPr>
          <w:rFonts w:ascii="Nirmala UI" w:hAnsi="Nirmala UI" w:eastAsia="Nirmala UI" w:cs="Nirmala UI"/>
        </w:rPr>
        <w:t>వచ్చునప్పుడు</w:t>
      </w:r>
      <w:r>
        <w:rPr>
          <w:rFonts w:ascii="Times New Roman" w:hAnsi="Times New Roman" w:eastAsia="Times New Roman" w:cs="Times New Roman"/>
        </w:rPr>
        <w:t xml:space="preserve">, </w:t>
      </w:r>
      <w:r>
        <w:rPr>
          <w:rFonts w:ascii="Nirmala UI" w:hAnsi="Nirmala UI" w:eastAsia="Nirmala UI" w:cs="Nirmala UI"/>
        </w:rPr>
        <w:t>ఒక</w:t>
      </w:r>
      <w:r>
        <w:rPr>
          <w:rFonts w:ascii="Times New Roman" w:hAnsi="Times New Roman" w:eastAsia="Times New Roman" w:cs="Times New Roman"/>
        </w:rPr>
        <w:t xml:space="preserve"> </w:t>
      </w:r>
      <w:r>
        <w:rPr>
          <w:rFonts w:ascii="Nirmala UI" w:hAnsi="Nirmala UI" w:eastAsia="Nirmala UI" w:cs="Nirmala UI"/>
        </w:rPr>
        <w:t>స్పష్టమైన</w:t>
      </w:r>
      <w:r>
        <w:rPr>
          <w:rFonts w:ascii="Times New Roman" w:hAnsi="Times New Roman" w:eastAsia="Times New Roman" w:cs="Times New Roman"/>
        </w:rPr>
        <w:t xml:space="preserve"> </w:t>
      </w:r>
      <w:r>
        <w:rPr>
          <w:rFonts w:ascii="Nirmala UI" w:hAnsi="Nirmala UI" w:eastAsia="Nirmala UI" w:cs="Nirmala UI"/>
        </w:rPr>
        <w:t>మార్పు</w:t>
      </w:r>
      <w:r>
        <w:rPr>
          <w:rFonts w:ascii="Times New Roman" w:hAnsi="Times New Roman" w:eastAsia="Times New Roman" w:cs="Times New Roman"/>
        </w:rPr>
        <w:t xml:space="preserve"> </w:t>
      </w:r>
      <w:r>
        <w:rPr>
          <w:rFonts w:ascii="Nirmala UI" w:hAnsi="Nirmala UI" w:eastAsia="Nirmala UI" w:cs="Nirmala UI"/>
        </w:rPr>
        <w:t>సంభవించును</w:t>
      </w:r>
      <w:r>
        <w:rPr>
          <w:rFonts w:ascii="Times New Roman" w:hAnsi="Times New Roman" w:eastAsia="Times New Roman" w:cs="Times New Roman"/>
        </w:rPr>
        <w:t xml:space="preserve">. </w:t>
      </w:r>
      <w:r>
        <w:rPr>
          <w:rFonts w:ascii="Nirmala UI" w:hAnsi="Nirmala UI" w:eastAsia="Nirmala UI" w:cs="Nirmala UI"/>
        </w:rPr>
        <w:t>మనుష్యులకు</w:t>
      </w:r>
      <w:r>
        <w:rPr>
          <w:rFonts w:ascii="Times New Roman" w:hAnsi="Times New Roman" w:eastAsia="Times New Roman" w:cs="Times New Roman"/>
        </w:rPr>
        <w:t xml:space="preserve"> </w:t>
      </w:r>
      <w:r>
        <w:rPr>
          <w:rFonts w:ascii="Nirmala UI" w:hAnsi="Nirmala UI" w:eastAsia="Nirmala UI" w:cs="Nirmala UI"/>
        </w:rPr>
        <w:t>విమర్శించి</w:t>
      </w:r>
      <w:r>
        <w:rPr>
          <w:rFonts w:ascii="Times New Roman" w:hAnsi="Times New Roman" w:eastAsia="Times New Roman" w:cs="Times New Roman"/>
        </w:rPr>
        <w:t xml:space="preserve"> </w:t>
      </w:r>
      <w:r>
        <w:rPr>
          <w:rFonts w:ascii="Nirmala UI" w:hAnsi="Nirmala UI" w:eastAsia="Nirmala UI" w:cs="Nirmala UI"/>
        </w:rPr>
        <w:t>కూలదోయు</w:t>
      </w:r>
      <w:r>
        <w:rPr>
          <w:rFonts w:ascii="Times New Roman" w:hAnsi="Times New Roman" w:eastAsia="Times New Roman" w:cs="Times New Roman"/>
        </w:rPr>
        <w:t xml:space="preserve"> </w:t>
      </w:r>
      <w:r>
        <w:rPr>
          <w:rFonts w:ascii="Nirmala UI" w:hAnsi="Nirmala UI" w:eastAsia="Nirmala UI" w:cs="Nirmala UI"/>
        </w:rPr>
        <w:t>స్వభావం</w:t>
      </w:r>
      <w:r>
        <w:rPr>
          <w:rFonts w:ascii="Times New Roman" w:hAnsi="Times New Roman" w:eastAsia="Times New Roman" w:cs="Times New Roman"/>
        </w:rPr>
        <w:t xml:space="preserve"> </w:t>
      </w:r>
      <w:r>
        <w:rPr>
          <w:rFonts w:ascii="Nirmala UI" w:hAnsi="Nirmala UI" w:eastAsia="Nirmala UI" w:cs="Nirmala UI"/>
        </w:rPr>
        <w:t>ఉండదు</w:t>
      </w:r>
      <w:r>
        <w:rPr>
          <w:rFonts w:ascii="Times New Roman" w:hAnsi="Times New Roman" w:eastAsia="Times New Roman" w:cs="Times New Roman"/>
        </w:rPr>
        <w:t xml:space="preserve">. </w:t>
      </w:r>
      <w:r>
        <w:rPr>
          <w:rFonts w:ascii="Nirmala UI" w:hAnsi="Nirmala UI" w:eastAsia="Nirmala UI" w:cs="Nirmala UI"/>
        </w:rPr>
        <w:t>లోకమునకు</w:t>
      </w:r>
      <w:r>
        <w:rPr>
          <w:rFonts w:ascii="Times New Roman" w:hAnsi="Times New Roman" w:eastAsia="Times New Roman" w:cs="Times New Roman"/>
        </w:rPr>
        <w:t xml:space="preserve"> </w:t>
      </w:r>
      <w:r>
        <w:rPr>
          <w:rFonts w:ascii="Nirmala UI" w:hAnsi="Nirmala UI" w:eastAsia="Nirmala UI" w:cs="Nirmala UI"/>
        </w:rPr>
        <w:t>వెలుగు</w:t>
      </w:r>
      <w:r>
        <w:rPr>
          <w:rFonts w:ascii="Times New Roman" w:hAnsi="Times New Roman" w:eastAsia="Times New Roman" w:cs="Times New Roman"/>
        </w:rPr>
        <w:t xml:space="preserve"> </w:t>
      </w:r>
      <w:r>
        <w:rPr>
          <w:rFonts w:ascii="Nirmala UI" w:hAnsi="Nirmala UI" w:eastAsia="Nirmala UI" w:cs="Nirmala UI"/>
        </w:rPr>
        <w:t>ప్రకాశించుటను</w:t>
      </w:r>
      <w:r>
        <w:rPr>
          <w:rFonts w:ascii="Times New Roman" w:hAnsi="Times New Roman" w:eastAsia="Times New Roman" w:cs="Times New Roman"/>
        </w:rPr>
        <w:t xml:space="preserve"> </w:t>
      </w:r>
      <w:r>
        <w:rPr>
          <w:rFonts w:ascii="Nirmala UI" w:hAnsi="Nirmala UI" w:eastAsia="Nirmala UI" w:cs="Nirmala UI"/>
        </w:rPr>
        <w:t>అడ్డుకొనునట్లు</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ఏ</w:t>
      </w:r>
      <w:r>
        <w:rPr>
          <w:rFonts w:ascii="Times New Roman" w:hAnsi="Times New Roman" w:eastAsia="Times New Roman" w:cs="Times New Roman"/>
        </w:rPr>
        <w:t xml:space="preserve"> </w:t>
      </w:r>
      <w:r>
        <w:rPr>
          <w:rFonts w:ascii="Nirmala UI" w:hAnsi="Nirmala UI" w:eastAsia="Nirmala UI" w:cs="Nirmala UI"/>
        </w:rPr>
        <w:t>స్థితిలోను</w:t>
      </w:r>
      <w:r>
        <w:rPr>
          <w:rFonts w:ascii="Times New Roman" w:hAnsi="Times New Roman" w:eastAsia="Times New Roman" w:cs="Times New Roman"/>
        </w:rPr>
        <w:t xml:space="preserve"> </w:t>
      </w:r>
      <w:r>
        <w:rPr>
          <w:rFonts w:ascii="Nirmala UI" w:hAnsi="Nirmala UI" w:eastAsia="Nirmala UI" w:cs="Nirmala UI"/>
        </w:rPr>
        <w:t>నిలువరు</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విమర్శ</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దోషారోపణ</w:t>
      </w:r>
      <w:r>
        <w:rPr>
          <w:rFonts w:ascii="Times New Roman" w:hAnsi="Times New Roman" w:eastAsia="Times New Roman" w:cs="Times New Roman"/>
        </w:rPr>
        <w:t xml:space="preserve">, </w:t>
      </w:r>
      <w:r>
        <w:rPr>
          <w:rFonts w:ascii="Nirmala UI" w:hAnsi="Nirmala UI" w:eastAsia="Nirmala UI" w:cs="Nirmala UI"/>
        </w:rPr>
        <w:t>నిలిచిపోవును</w:t>
      </w:r>
      <w:r>
        <w:rPr>
          <w:rFonts w:ascii="Times New Roman" w:hAnsi="Times New Roman" w:eastAsia="Times New Roman" w:cs="Times New Roman"/>
        </w:rPr>
        <w:t xml:space="preserve">. </w:t>
      </w:r>
      <w:r>
        <w:rPr>
          <w:rFonts w:ascii="Nirmala UI" w:hAnsi="Nirmala UI" w:eastAsia="Nirmala UI" w:cs="Nirmala UI"/>
        </w:rPr>
        <w:t>శత్రువు</w:t>
      </w:r>
      <w:r>
        <w:rPr>
          <w:rFonts w:ascii="Times New Roman" w:hAnsi="Times New Roman" w:eastAsia="Times New Roman" w:cs="Times New Roman"/>
        </w:rPr>
        <w:t xml:space="preserve"> </w:t>
      </w:r>
      <w:r>
        <w:rPr>
          <w:rFonts w:ascii="Nirmala UI" w:hAnsi="Nirmala UI" w:eastAsia="Nirmala UI" w:cs="Nirmala UI"/>
        </w:rPr>
        <w:t>యొక్క</w:t>
      </w:r>
      <w:r>
        <w:rPr>
          <w:rFonts w:ascii="Times New Roman" w:hAnsi="Times New Roman" w:eastAsia="Times New Roman" w:cs="Times New Roman"/>
        </w:rPr>
        <w:t xml:space="preserve"> </w:t>
      </w:r>
      <w:r>
        <w:rPr>
          <w:rFonts w:ascii="Nirmala UI" w:hAnsi="Nirmala UI" w:eastAsia="Nirmala UI" w:cs="Nirmala UI"/>
        </w:rPr>
        <w:t>శక్తులు</w:t>
      </w:r>
      <w:r>
        <w:rPr>
          <w:rFonts w:ascii="Times New Roman" w:hAnsi="Times New Roman" w:eastAsia="Times New Roman" w:cs="Times New Roman"/>
        </w:rPr>
        <w:t xml:space="preserve"> </w:t>
      </w:r>
      <w:r>
        <w:rPr>
          <w:rFonts w:ascii="Nirmala UI" w:hAnsi="Nirmala UI" w:eastAsia="Nirmala UI" w:cs="Nirmala UI"/>
        </w:rPr>
        <w:t>యుద్ధమునకు</w:t>
      </w:r>
      <w:r>
        <w:rPr>
          <w:rFonts w:ascii="Times New Roman" w:hAnsi="Times New Roman" w:eastAsia="Times New Roman" w:cs="Times New Roman"/>
        </w:rPr>
        <w:t xml:space="preserve"> </w:t>
      </w:r>
      <w:r>
        <w:rPr>
          <w:rFonts w:ascii="Nirmala UI" w:hAnsi="Nirmala UI" w:eastAsia="Nirmala UI" w:cs="Nirmala UI"/>
        </w:rPr>
        <w:t>సమీకరించబడుచున్నవి</w:t>
      </w:r>
      <w:r>
        <w:rPr>
          <w:rFonts w:ascii="Times New Roman" w:hAnsi="Times New Roman" w:eastAsia="Times New Roman" w:cs="Times New Roman"/>
        </w:rPr>
        <w:t xml:space="preserve">. </w:t>
      </w:r>
      <w:r>
        <w:rPr>
          <w:rFonts w:ascii="Nirmala UI" w:hAnsi="Nirmala UI" w:eastAsia="Nirmala UI" w:cs="Nirmala UI"/>
        </w:rPr>
        <w:t>కఠినమైన</w:t>
      </w:r>
      <w:r>
        <w:rPr>
          <w:rFonts w:ascii="Times New Roman" w:hAnsi="Times New Roman" w:eastAsia="Times New Roman" w:cs="Times New Roman"/>
        </w:rPr>
        <w:t xml:space="preserve"> </w:t>
      </w:r>
      <w:r>
        <w:rPr>
          <w:rFonts w:ascii="Nirmala UI" w:hAnsi="Nirmala UI" w:eastAsia="Nirmala UI" w:cs="Nirmala UI"/>
        </w:rPr>
        <w:t>సంఘర్షణలు</w:t>
      </w:r>
      <w:r>
        <w:rPr>
          <w:rFonts w:ascii="Times New Roman" w:hAnsi="Times New Roman" w:eastAsia="Times New Roman" w:cs="Times New Roman"/>
        </w:rPr>
        <w:t xml:space="preserve"> </w:t>
      </w:r>
      <w:r>
        <w:rPr>
          <w:rFonts w:ascii="Nirmala UI" w:hAnsi="Nirmala UI" w:eastAsia="Nirmala UI" w:cs="Nirmala UI"/>
        </w:rPr>
        <w:t>మన</w:t>
      </w:r>
      <w:r>
        <w:rPr>
          <w:rFonts w:ascii="Times New Roman" w:hAnsi="Times New Roman" w:eastAsia="Times New Roman" w:cs="Times New Roman"/>
        </w:rPr>
        <w:t xml:space="preserve"> </w:t>
      </w:r>
      <w:r>
        <w:rPr>
          <w:rFonts w:ascii="Nirmala UI" w:hAnsi="Nirmala UI" w:eastAsia="Nirmala UI" w:cs="Nirmala UI"/>
        </w:rPr>
        <w:t>ముందున్నవి</w:t>
      </w:r>
      <w:r>
        <w:rPr>
          <w:rFonts w:ascii="Times New Roman" w:hAnsi="Times New Roman" w:eastAsia="Times New Roman" w:cs="Times New Roman"/>
        </w:rPr>
        <w:t xml:space="preserve">. </w:t>
      </w:r>
      <w:r>
        <w:rPr>
          <w:rFonts w:ascii="Nirmala UI" w:hAnsi="Nirmala UI" w:eastAsia="Nirmala UI" w:cs="Nirmala UI"/>
        </w:rPr>
        <w:t>నా</w:t>
      </w:r>
      <w:r>
        <w:rPr>
          <w:rFonts w:ascii="Times New Roman" w:hAnsi="Times New Roman" w:eastAsia="Times New Roman" w:cs="Times New Roman"/>
        </w:rPr>
        <w:t xml:space="preserve"> </w:t>
      </w:r>
      <w:r>
        <w:rPr>
          <w:rFonts w:ascii="Nirmala UI" w:hAnsi="Nirmala UI" w:eastAsia="Nirmala UI" w:cs="Nirmala UI"/>
        </w:rPr>
        <w:t>సహోదరులారా</w:t>
      </w:r>
      <w:r>
        <w:rPr>
          <w:rFonts w:ascii="Times New Roman" w:hAnsi="Times New Roman" w:eastAsia="Times New Roman" w:cs="Times New Roman"/>
        </w:rPr>
        <w:t xml:space="preserve">, </w:t>
      </w:r>
      <w:r>
        <w:rPr>
          <w:rFonts w:ascii="Nirmala UI" w:hAnsi="Nirmala UI" w:eastAsia="Nirmala UI" w:cs="Nirmala UI"/>
        </w:rPr>
        <w:t>సహోదరీలారా</w:t>
      </w:r>
      <w:r>
        <w:rPr>
          <w:rFonts w:ascii="Times New Roman" w:hAnsi="Times New Roman" w:eastAsia="Times New Roman" w:cs="Times New Roman"/>
        </w:rPr>
        <w:t xml:space="preserve">, </w:t>
      </w:r>
      <w:r>
        <w:rPr>
          <w:rFonts w:ascii="Nirmala UI" w:hAnsi="Nirmala UI" w:eastAsia="Nirmala UI" w:cs="Nirmala UI"/>
        </w:rPr>
        <w:t>ఏకముగా</w:t>
      </w:r>
      <w:r>
        <w:rPr>
          <w:rFonts w:ascii="Times New Roman" w:hAnsi="Times New Roman" w:eastAsia="Times New Roman" w:cs="Times New Roman"/>
        </w:rPr>
        <w:t xml:space="preserve"> </w:t>
      </w:r>
      <w:r>
        <w:rPr>
          <w:rFonts w:ascii="Nirmala UI" w:hAnsi="Nirmala UI" w:eastAsia="Nirmala UI" w:cs="Nirmala UI"/>
        </w:rPr>
        <w:t>చేరుడి</w:t>
      </w:r>
      <w:r>
        <w:rPr>
          <w:rFonts w:ascii="Times New Roman" w:hAnsi="Times New Roman" w:eastAsia="Times New Roman" w:cs="Times New Roman"/>
        </w:rPr>
        <w:t xml:space="preserve">, </w:t>
      </w:r>
      <w:r>
        <w:rPr>
          <w:rFonts w:ascii="Nirmala UI" w:hAnsi="Nirmala UI" w:eastAsia="Nirmala UI" w:cs="Nirmala UI"/>
        </w:rPr>
        <w:t>ఏకముగా</w:t>
      </w:r>
      <w:r>
        <w:rPr>
          <w:rFonts w:ascii="Times New Roman" w:hAnsi="Times New Roman" w:eastAsia="Times New Roman" w:cs="Times New Roman"/>
        </w:rPr>
        <w:t xml:space="preserve"> </w:t>
      </w:r>
      <w:r>
        <w:rPr>
          <w:rFonts w:ascii="Nirmala UI" w:hAnsi="Nirmala UI" w:eastAsia="Nirmala UI" w:cs="Nirmala UI"/>
        </w:rPr>
        <w:t>చేరుడి</w:t>
      </w:r>
      <w:r>
        <w:rPr>
          <w:rFonts w:ascii="Times New Roman" w:hAnsi="Times New Roman" w:eastAsia="Times New Roman" w:cs="Times New Roman"/>
        </w:rPr>
        <w:t xml:space="preserve">. </w:t>
      </w:r>
      <w:r>
        <w:rPr>
          <w:rFonts w:ascii="Nirmala UI" w:hAnsi="Nirmala UI" w:eastAsia="Nirmala UI" w:cs="Nirmala UI"/>
        </w:rPr>
        <w:t>క్రీస్తుతో</w:t>
      </w:r>
      <w:r>
        <w:rPr>
          <w:rFonts w:ascii="Times New Roman" w:hAnsi="Times New Roman" w:eastAsia="Times New Roman" w:cs="Times New Roman"/>
        </w:rPr>
        <w:t xml:space="preserve"> </w:t>
      </w:r>
      <w:r>
        <w:rPr>
          <w:rFonts w:ascii="Nirmala UI" w:hAnsi="Nirmala UI" w:eastAsia="Nirmala UI" w:cs="Nirmala UI"/>
        </w:rPr>
        <w:t>బంధింపబడుడి</w:t>
      </w:r>
      <w:r>
        <w:rPr>
          <w:rFonts w:ascii="Times New Roman" w:hAnsi="Times New Roman" w:eastAsia="Times New Roman" w:cs="Times New Roman"/>
        </w:rPr>
        <w:t>. ‘</w:t>
      </w:r>
      <w:r>
        <w:rPr>
          <w:rFonts w:ascii="Nirmala UI" w:hAnsi="Nirmala UI" w:eastAsia="Nirmala UI" w:cs="Nirmala UI"/>
        </w:rPr>
        <w:t>మీరు</w:t>
      </w:r>
      <w:r>
        <w:rPr>
          <w:rFonts w:ascii="Times New Roman" w:hAnsi="Times New Roman" w:eastAsia="Times New Roman" w:cs="Times New Roman"/>
        </w:rPr>
        <w:t>, “</w:t>
      </w:r>
      <w:r>
        <w:rPr>
          <w:rFonts w:ascii="Nirmala UI" w:hAnsi="Nirmala UI" w:eastAsia="Nirmala UI" w:cs="Nirmala UI"/>
        </w:rPr>
        <w:t>కూటమి</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అనకుడి</w:t>
      </w:r>
      <w:r>
        <w:rPr>
          <w:rFonts w:ascii="Times New Roman" w:hAnsi="Times New Roman" w:eastAsia="Times New Roman" w:cs="Times New Roman"/>
        </w:rPr>
        <w:t xml:space="preserve">;... </w:t>
      </w: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భయపడు</w:t>
      </w:r>
      <w:r>
        <w:rPr>
          <w:rFonts w:ascii="Times New Roman" w:hAnsi="Times New Roman" w:eastAsia="Times New Roman" w:cs="Times New Roman"/>
        </w:rPr>
        <w:t xml:space="preserve"> </w:t>
      </w:r>
      <w:r>
        <w:rPr>
          <w:rFonts w:ascii="Nirmala UI" w:hAnsi="Nirmala UI" w:eastAsia="Nirmala UI" w:cs="Nirmala UI"/>
        </w:rPr>
        <w:t>దానిని</w:t>
      </w:r>
      <w:r>
        <w:rPr>
          <w:rFonts w:ascii="Times New Roman" w:hAnsi="Times New Roman" w:eastAsia="Times New Roman" w:cs="Times New Roman"/>
        </w:rPr>
        <w:t xml:space="preserve"> </w:t>
      </w:r>
      <w:r>
        <w:rPr>
          <w:rFonts w:ascii="Nirmala UI" w:hAnsi="Nirmala UI" w:eastAsia="Nirmala UI" w:cs="Nirmala UI"/>
        </w:rPr>
        <w:t>మీరు</w:t>
      </w:r>
      <w:r>
        <w:rPr>
          <w:rFonts w:ascii="Times New Roman" w:hAnsi="Times New Roman" w:eastAsia="Times New Roman" w:cs="Times New Roman"/>
        </w:rPr>
        <w:t xml:space="preserve"> </w:t>
      </w:r>
      <w:r>
        <w:rPr>
          <w:rFonts w:ascii="Nirmala UI" w:hAnsi="Nirmala UI" w:eastAsia="Nirmala UI" w:cs="Nirmala UI"/>
        </w:rPr>
        <w:t>భయపడకుడి</w:t>
      </w:r>
      <w:r>
        <w:rPr>
          <w:rFonts w:ascii="Times New Roman" w:hAnsi="Times New Roman" w:eastAsia="Times New Roman" w:cs="Times New Roman"/>
        </w:rPr>
        <w:t xml:space="preserve">, </w:t>
      </w:r>
      <w:r>
        <w:rPr>
          <w:rFonts w:ascii="Nirmala UI" w:hAnsi="Nirmala UI" w:eastAsia="Nirmala UI" w:cs="Nirmala UI"/>
        </w:rPr>
        <w:t>దిగులుపడకుడి</w:t>
      </w:r>
      <w:r>
        <w:rPr>
          <w:rFonts w:ascii="Times New Roman" w:hAnsi="Times New Roman" w:eastAsia="Times New Roman" w:cs="Times New Roman"/>
        </w:rPr>
        <w:t xml:space="preserve">. </w:t>
      </w:r>
      <w:r>
        <w:rPr>
          <w:rFonts w:ascii="Nirmala UI" w:hAnsi="Nirmala UI" w:eastAsia="Nirmala UI" w:cs="Nirmala UI"/>
        </w:rPr>
        <w:t>సైన్యముల</w:t>
      </w:r>
      <w:r>
        <w:rPr>
          <w:rFonts w:ascii="Times New Roman" w:hAnsi="Times New Roman" w:eastAsia="Times New Roman" w:cs="Times New Roman"/>
        </w:rPr>
        <w:t xml:space="preserve"> </w:t>
      </w:r>
      <w:r>
        <w:rPr>
          <w:rFonts w:ascii="Nirmala UI" w:hAnsi="Nirmala UI" w:eastAsia="Nirmala UI" w:cs="Nirmala UI"/>
        </w:rPr>
        <w:t>యెహోవానైన</w:t>
      </w:r>
      <w:r>
        <w:rPr>
          <w:rFonts w:ascii="Times New Roman" w:hAnsi="Times New Roman" w:eastAsia="Times New Roman" w:cs="Times New Roman"/>
        </w:rPr>
        <w:t xml:space="preserve"> </w:t>
      </w:r>
      <w:r>
        <w:rPr>
          <w:rFonts w:ascii="Nirmala UI" w:hAnsi="Nirmala UI" w:eastAsia="Nirmala UI" w:cs="Nirmala UI"/>
        </w:rPr>
        <w:t>ఆయనను</w:t>
      </w:r>
      <w:r>
        <w:rPr>
          <w:rFonts w:ascii="Times New Roman" w:hAnsi="Times New Roman" w:eastAsia="Times New Roman" w:cs="Times New Roman"/>
        </w:rPr>
        <w:t xml:space="preserve"> </w:t>
      </w:r>
      <w:r>
        <w:rPr>
          <w:rFonts w:ascii="Nirmala UI" w:hAnsi="Nirmala UI" w:eastAsia="Nirmala UI" w:cs="Nirmala UI"/>
        </w:rPr>
        <w:t>పరిశుద్ధపరచుడి</w:t>
      </w:r>
      <w:r>
        <w:rPr>
          <w:rFonts w:ascii="Times New Roman" w:hAnsi="Times New Roman" w:eastAsia="Times New Roman" w:cs="Times New Roman"/>
        </w:rPr>
        <w:t xml:space="preserve">; </w:t>
      </w:r>
      <w:r>
        <w:rPr>
          <w:rFonts w:ascii="Nirmala UI" w:hAnsi="Nirmala UI" w:eastAsia="Nirmala UI" w:cs="Nirmala UI"/>
        </w:rPr>
        <w:t>ఆయనయే</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భయముగా</w:t>
      </w:r>
      <w:r>
        <w:rPr>
          <w:rFonts w:ascii="Times New Roman" w:hAnsi="Times New Roman" w:eastAsia="Times New Roman" w:cs="Times New Roman"/>
        </w:rPr>
        <w:t xml:space="preserve"> </w:t>
      </w:r>
      <w:r>
        <w:rPr>
          <w:rFonts w:ascii="Nirmala UI" w:hAnsi="Nirmala UI" w:eastAsia="Nirmala UI" w:cs="Nirmala UI"/>
        </w:rPr>
        <w:t>నుండును</w:t>
      </w:r>
      <w:r>
        <w:rPr>
          <w:rFonts w:ascii="Times New Roman" w:hAnsi="Times New Roman" w:eastAsia="Times New Roman" w:cs="Times New Roman"/>
        </w:rPr>
        <w:t xml:space="preserve"> </w:t>
      </w:r>
      <w:r>
        <w:rPr>
          <w:rFonts w:ascii="Nirmala UI" w:hAnsi="Nirmala UI" w:eastAsia="Nirmala UI" w:cs="Nirmala UI"/>
        </w:rPr>
        <w:t>గాక</w:t>
      </w:r>
      <w:r>
        <w:rPr>
          <w:rFonts w:ascii="Times New Roman" w:hAnsi="Times New Roman" w:eastAsia="Times New Roman" w:cs="Times New Roman"/>
        </w:rPr>
        <w:t xml:space="preserve">, </w:t>
      </w:r>
      <w:r>
        <w:rPr>
          <w:rFonts w:ascii="Nirmala UI" w:hAnsi="Nirmala UI" w:eastAsia="Nirmala UI" w:cs="Nirmala UI"/>
        </w:rPr>
        <w:t>ఆయనయే</w:t>
      </w:r>
      <w:r>
        <w:rPr>
          <w:rFonts w:ascii="Times New Roman" w:hAnsi="Times New Roman" w:eastAsia="Times New Roman" w:cs="Times New Roman"/>
        </w:rPr>
        <w:t xml:space="preserve"> </w:t>
      </w:r>
      <w:r>
        <w:rPr>
          <w:rFonts w:ascii="Nirmala UI" w:hAnsi="Nirmala UI" w:eastAsia="Nirmala UI" w:cs="Nirmala UI"/>
        </w:rPr>
        <w:t>మీ</w:t>
      </w:r>
      <w:r>
        <w:rPr>
          <w:rFonts w:ascii="Times New Roman" w:hAnsi="Times New Roman" w:eastAsia="Times New Roman" w:cs="Times New Roman"/>
        </w:rPr>
        <w:t xml:space="preserve"> </w:t>
      </w:r>
      <w:r>
        <w:rPr>
          <w:rFonts w:ascii="Nirmala UI" w:hAnsi="Nirmala UI" w:eastAsia="Nirmala UI" w:cs="Nirmala UI"/>
        </w:rPr>
        <w:t>భీతిగా</w:t>
      </w:r>
      <w:r>
        <w:rPr>
          <w:rFonts w:ascii="Times New Roman" w:hAnsi="Times New Roman" w:eastAsia="Times New Roman" w:cs="Times New Roman"/>
        </w:rPr>
        <w:t xml:space="preserve"> </w:t>
      </w:r>
      <w:r>
        <w:rPr>
          <w:rFonts w:ascii="Nirmala UI" w:hAnsi="Nirmala UI" w:eastAsia="Nirmala UI" w:cs="Nirmala UI"/>
        </w:rPr>
        <w:t>నుండును</w:t>
      </w:r>
      <w:r>
        <w:rPr>
          <w:rFonts w:ascii="Times New Roman" w:hAnsi="Times New Roman" w:eastAsia="Times New Roman" w:cs="Times New Roman"/>
        </w:rPr>
        <w:t xml:space="preserve"> </w:t>
      </w:r>
      <w:r>
        <w:rPr>
          <w:rFonts w:ascii="Nirmala UI" w:hAnsi="Nirmala UI" w:eastAsia="Nirmala UI" w:cs="Nirmala UI"/>
        </w:rPr>
        <w:t>గాక</w:t>
      </w:r>
      <w:r>
        <w:rPr>
          <w:rFonts w:ascii="Times New Roman" w:hAnsi="Times New Roman" w:eastAsia="Times New Roman" w:cs="Times New Roman"/>
        </w:rPr>
        <w:t xml:space="preserve">. </w:t>
      </w:r>
      <w:r>
        <w:rPr>
          <w:rFonts w:ascii="Nirmala UI" w:hAnsi="Nirmala UI" w:eastAsia="Nirmala UI" w:cs="Nirmala UI"/>
        </w:rPr>
        <w:t>అప్పుడు</w:t>
      </w:r>
      <w:r>
        <w:rPr>
          <w:rFonts w:ascii="Times New Roman" w:hAnsi="Times New Roman" w:eastAsia="Times New Roman" w:cs="Times New Roman"/>
        </w:rPr>
        <w:t xml:space="preserve"> </w:t>
      </w:r>
      <w:r>
        <w:rPr>
          <w:rFonts w:ascii="Nirmala UI" w:hAnsi="Nirmala UI" w:eastAsia="Nirmala UI" w:cs="Nirmala UI"/>
        </w:rPr>
        <w:t>ఆయన</w:t>
      </w:r>
      <w:r>
        <w:rPr>
          <w:rFonts w:ascii="Times New Roman" w:hAnsi="Times New Roman" w:eastAsia="Times New Roman" w:cs="Times New Roman"/>
        </w:rPr>
        <w:t xml:space="preserve"> </w:t>
      </w:r>
      <w:r>
        <w:rPr>
          <w:rFonts w:ascii="Nirmala UI" w:hAnsi="Nirmala UI" w:eastAsia="Nirmala UI" w:cs="Nirmala UI"/>
        </w:rPr>
        <w:t>పరిశుద్ధస్థలముగా</w:t>
      </w:r>
      <w:r>
        <w:rPr>
          <w:rFonts w:ascii="Times New Roman" w:hAnsi="Times New Roman" w:eastAsia="Times New Roman" w:cs="Times New Roman"/>
        </w:rPr>
        <w:t xml:space="preserve"> </w:t>
      </w:r>
      <w:r>
        <w:rPr>
          <w:rFonts w:ascii="Nirmala UI" w:hAnsi="Nirmala UI" w:eastAsia="Nirmala UI" w:cs="Nirmala UI"/>
        </w:rPr>
        <w:t>నుండును</w:t>
      </w:r>
      <w:r>
        <w:rPr>
          <w:rFonts w:ascii="Times New Roman" w:hAnsi="Times New Roman" w:eastAsia="Times New Roman" w:cs="Times New Roman"/>
        </w:rPr>
        <w:t xml:space="preserve">; </w:t>
      </w:r>
      <w:r>
        <w:rPr>
          <w:rFonts w:ascii="Nirmala UI" w:hAnsi="Nirmala UI" w:eastAsia="Nirmala UI" w:cs="Nirmala UI"/>
        </w:rPr>
        <w:t>అయితే</w:t>
      </w:r>
      <w:r>
        <w:rPr>
          <w:rFonts w:ascii="Times New Roman" w:hAnsi="Times New Roman" w:eastAsia="Times New Roman" w:cs="Times New Roman"/>
        </w:rPr>
        <w:t xml:space="preserve"> </w:t>
      </w:r>
      <w:r>
        <w:rPr>
          <w:rFonts w:ascii="Nirmala UI" w:hAnsi="Nirmala UI" w:eastAsia="Nirmala UI" w:cs="Nirmala UI"/>
        </w:rPr>
        <w:t>ఇశ్రాయేలు</w:t>
      </w:r>
      <w:r>
        <w:rPr>
          <w:rFonts w:ascii="Times New Roman" w:hAnsi="Times New Roman" w:eastAsia="Times New Roman" w:cs="Times New Roman"/>
        </w:rPr>
        <w:t xml:space="preserve"> </w:t>
      </w:r>
      <w:r>
        <w:rPr>
          <w:rFonts w:ascii="Nirmala UI" w:hAnsi="Nirmala UI" w:eastAsia="Nirmala UI" w:cs="Nirmala UI"/>
        </w:rPr>
        <w:t>యొద్దనున్న</w:t>
      </w:r>
      <w:r>
        <w:rPr>
          <w:rFonts w:ascii="Times New Roman" w:hAnsi="Times New Roman" w:eastAsia="Times New Roman" w:cs="Times New Roman"/>
        </w:rPr>
        <w:t xml:space="preserve"> </w:t>
      </w:r>
      <w:r>
        <w:rPr>
          <w:rFonts w:ascii="Nirmala UI" w:hAnsi="Nirmala UI" w:eastAsia="Nirmala UI" w:cs="Nirmala UI"/>
        </w:rPr>
        <w:t>ఇరు</w:t>
      </w:r>
      <w:r>
        <w:rPr>
          <w:rFonts w:ascii="Times New Roman" w:hAnsi="Times New Roman" w:eastAsia="Times New Roman" w:cs="Times New Roman"/>
        </w:rPr>
        <w:t xml:space="preserve"> </w:t>
      </w:r>
      <w:r>
        <w:rPr>
          <w:rFonts w:ascii="Nirmala UI" w:hAnsi="Nirmala UI" w:eastAsia="Nirmala UI" w:cs="Nirmala UI"/>
        </w:rPr>
        <w:t>గృహములకు</w:t>
      </w:r>
      <w:r>
        <w:rPr>
          <w:rFonts w:ascii="Times New Roman" w:hAnsi="Times New Roman" w:eastAsia="Times New Roman" w:cs="Times New Roman"/>
        </w:rPr>
        <w:t xml:space="preserve"> </w:t>
      </w:r>
      <w:r>
        <w:rPr>
          <w:rFonts w:ascii="Nirmala UI" w:hAnsi="Nirmala UI" w:eastAsia="Nirmala UI" w:cs="Nirmala UI"/>
        </w:rPr>
        <w:t>తడబడుటకు</w:t>
      </w:r>
      <w:r>
        <w:rPr>
          <w:rFonts w:ascii="Times New Roman" w:hAnsi="Times New Roman" w:eastAsia="Times New Roman" w:cs="Times New Roman"/>
        </w:rPr>
        <w:t xml:space="preserve"> </w:t>
      </w:r>
      <w:r>
        <w:rPr>
          <w:rFonts w:ascii="Nirmala UI" w:hAnsi="Nirmala UI" w:eastAsia="Nirmala UI" w:cs="Nirmala UI"/>
        </w:rPr>
        <w:t>రాయిగాను</w:t>
      </w:r>
      <w:r>
        <w:rPr>
          <w:rFonts w:ascii="Times New Roman" w:hAnsi="Times New Roman" w:eastAsia="Times New Roman" w:cs="Times New Roman"/>
        </w:rPr>
        <w:t xml:space="preserve">, </w:t>
      </w:r>
      <w:r>
        <w:rPr>
          <w:rFonts w:ascii="Nirmala UI" w:hAnsi="Nirmala UI" w:eastAsia="Nirmala UI" w:cs="Nirmala UI"/>
        </w:rPr>
        <w:t>అభ్యంతరపరచు</w:t>
      </w:r>
      <w:r>
        <w:rPr>
          <w:rFonts w:ascii="Times New Roman" w:hAnsi="Times New Roman" w:eastAsia="Times New Roman" w:cs="Times New Roman"/>
        </w:rPr>
        <w:t xml:space="preserve"> </w:t>
      </w:r>
      <w:r>
        <w:rPr>
          <w:rFonts w:ascii="Nirmala UI" w:hAnsi="Nirmala UI" w:eastAsia="Nirmala UI" w:cs="Nirmala UI"/>
        </w:rPr>
        <w:t>శిలగాను</w:t>
      </w:r>
      <w:r>
        <w:rPr>
          <w:rFonts w:ascii="Times New Roman" w:hAnsi="Times New Roman" w:eastAsia="Times New Roman" w:cs="Times New Roman"/>
        </w:rPr>
        <w:t xml:space="preserve">, </w:t>
      </w:r>
      <w:r>
        <w:rPr>
          <w:rFonts w:ascii="Nirmala UI" w:hAnsi="Nirmala UI" w:eastAsia="Nirmala UI" w:cs="Nirmala UI"/>
        </w:rPr>
        <w:t>యెరూషలేము</w:t>
      </w:r>
      <w:r>
        <w:rPr>
          <w:rFonts w:ascii="Times New Roman" w:hAnsi="Times New Roman" w:eastAsia="Times New Roman" w:cs="Times New Roman"/>
        </w:rPr>
        <w:t xml:space="preserve"> </w:t>
      </w:r>
      <w:r>
        <w:rPr>
          <w:rFonts w:ascii="Nirmala UI" w:hAnsi="Nirmala UI" w:eastAsia="Nirmala UI" w:cs="Nirmala UI"/>
        </w:rPr>
        <w:t>నివాసులకు</w:t>
      </w:r>
      <w:r>
        <w:rPr>
          <w:rFonts w:ascii="Times New Roman" w:hAnsi="Times New Roman" w:eastAsia="Times New Roman" w:cs="Times New Roman"/>
        </w:rPr>
        <w:t xml:space="preserve"> </w:t>
      </w:r>
      <w:r>
        <w:rPr>
          <w:rFonts w:ascii="Nirmala UI" w:hAnsi="Nirmala UI" w:eastAsia="Nirmala UI" w:cs="Nirmala UI"/>
        </w:rPr>
        <w:t>ఉరిగాను</w:t>
      </w:r>
      <w:r>
        <w:rPr>
          <w:rFonts w:ascii="Times New Roman" w:hAnsi="Times New Roman" w:eastAsia="Times New Roman" w:cs="Times New Roman"/>
        </w:rPr>
        <w:t xml:space="preserve">, </w:t>
      </w:r>
      <w:r>
        <w:rPr>
          <w:rFonts w:ascii="Nirmala UI" w:hAnsi="Nirmala UI" w:eastAsia="Nirmala UI" w:cs="Nirmala UI"/>
        </w:rPr>
        <w:t>వలగాను</w:t>
      </w:r>
      <w:r>
        <w:rPr>
          <w:rFonts w:ascii="Times New Roman" w:hAnsi="Times New Roman" w:eastAsia="Times New Roman" w:cs="Times New Roman"/>
        </w:rPr>
        <w:t xml:space="preserve"> </w:t>
      </w:r>
      <w:r>
        <w:rPr>
          <w:rFonts w:ascii="Nirmala UI" w:hAnsi="Nirmala UI" w:eastAsia="Nirmala UI" w:cs="Nirmala UI"/>
        </w:rPr>
        <w:t>నుండును</w:t>
      </w:r>
      <w:r>
        <w:rPr>
          <w:rFonts w:ascii="Times New Roman" w:hAnsi="Times New Roman" w:eastAsia="Times New Roman" w:cs="Times New Roman"/>
        </w:rPr>
        <w:t xml:space="preserve">. </w:t>
      </w:r>
      <w:r>
        <w:rPr>
          <w:rFonts w:ascii="Nirmala UI" w:hAnsi="Nirmala UI" w:eastAsia="Nirmala UI" w:cs="Nirmala UI"/>
        </w:rPr>
        <w:t>వారిలో</w:t>
      </w:r>
      <w:r>
        <w:rPr>
          <w:rFonts w:ascii="Times New Roman" w:hAnsi="Times New Roman" w:eastAsia="Times New Roman" w:cs="Times New Roman"/>
        </w:rPr>
        <w:t xml:space="preserve"> </w:t>
      </w:r>
      <w:r>
        <w:rPr>
          <w:rFonts w:ascii="Nirmala UI" w:hAnsi="Nirmala UI" w:eastAsia="Nirmala UI" w:cs="Nirmala UI"/>
        </w:rPr>
        <w:t>అనేకులు</w:t>
      </w:r>
      <w:r>
        <w:rPr>
          <w:rFonts w:ascii="Times New Roman" w:hAnsi="Times New Roman" w:eastAsia="Times New Roman" w:cs="Times New Roman"/>
        </w:rPr>
        <w:t xml:space="preserve"> </w:t>
      </w:r>
      <w:r>
        <w:rPr>
          <w:rFonts w:ascii="Nirmala UI" w:hAnsi="Nirmala UI" w:eastAsia="Nirmala UI" w:cs="Nirmala UI"/>
        </w:rPr>
        <w:t>తడబడి</w:t>
      </w:r>
      <w:r>
        <w:rPr>
          <w:rFonts w:ascii="Times New Roman" w:hAnsi="Times New Roman" w:eastAsia="Times New Roman" w:cs="Times New Roman"/>
        </w:rPr>
        <w:t xml:space="preserve"> </w:t>
      </w:r>
      <w:r>
        <w:rPr>
          <w:rFonts w:ascii="Nirmala UI" w:hAnsi="Nirmala UI" w:eastAsia="Nirmala UI" w:cs="Nirmala UI"/>
        </w:rPr>
        <w:t>పడుదురు</w:t>
      </w:r>
      <w:r>
        <w:rPr>
          <w:rFonts w:ascii="Times New Roman" w:hAnsi="Times New Roman" w:eastAsia="Times New Roman" w:cs="Times New Roman"/>
        </w:rPr>
        <w:t xml:space="preserve">, </w:t>
      </w:r>
      <w:r>
        <w:rPr>
          <w:rFonts w:ascii="Nirmala UI" w:hAnsi="Nirmala UI" w:eastAsia="Nirmala UI" w:cs="Nirmala UI"/>
        </w:rPr>
        <w:t>విరుగుదురు</w:t>
      </w:r>
      <w:r>
        <w:rPr>
          <w:rFonts w:ascii="Times New Roman" w:hAnsi="Times New Roman" w:eastAsia="Times New Roman" w:cs="Times New Roman"/>
        </w:rPr>
        <w:t xml:space="preserve">, </w:t>
      </w:r>
      <w:r>
        <w:rPr>
          <w:rFonts w:ascii="Nirmala UI" w:hAnsi="Nirmala UI" w:eastAsia="Nirmala UI" w:cs="Nirmala UI"/>
        </w:rPr>
        <w:t>ఉరిలో</w:t>
      </w:r>
      <w:r>
        <w:rPr>
          <w:rFonts w:ascii="Times New Roman" w:hAnsi="Times New Roman" w:eastAsia="Times New Roman" w:cs="Times New Roman"/>
        </w:rPr>
        <w:t xml:space="preserve"> </w:t>
      </w:r>
      <w:r>
        <w:rPr>
          <w:rFonts w:ascii="Nirmala UI" w:hAnsi="Nirmala UI" w:eastAsia="Nirmala UI" w:cs="Nirmala UI"/>
        </w:rPr>
        <w:t>చిక్కుదురు</w:t>
      </w:r>
      <w:r>
        <w:rPr>
          <w:rFonts w:ascii="Times New Roman" w:hAnsi="Times New Roman" w:eastAsia="Times New Roman" w:cs="Times New Roman"/>
        </w:rPr>
        <w:t xml:space="preserve">, </w:t>
      </w:r>
      <w:r>
        <w:rPr>
          <w:rFonts w:ascii="Nirmala UI" w:hAnsi="Nirmala UI" w:eastAsia="Nirmala UI" w:cs="Nirmala UI"/>
        </w:rPr>
        <w:t>పట్టుబడుదురు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“Dünya bir tiyatrodur. Oyuncuları, yani sakinleri, son büyük dramdaki rollerini oynamaya hazırlanmaktadır. Tanrı gözden yitirilmiştir. İnsanlığın büyük kitleleri arasında, insanlar bencil amaçlarını gerçekleştirmek için birleşmeleri dışında, hiçbir birlik yoktur. Tanrı bakmaktadır. İsyankâr tebaasıyla ilgili amaçları yerine getirilecektir. Tanrı, karışıklık ve düzensizlik unsurlarının bir süre için hüküm sürmesine izin vermekteyse de, dünya insanların eline verilmiş değildir. Aşağıdan gelen bir güç, dramın son büyük sahnelerini meydana getirmek için çalışmaktadır,—Şeytan’ın Mesih olarak gelmesi ve gizli cemiyetlerde kendilerini birbirine bağlayanlar arasında her türlü haksızlık aldatıcılığıyla iş görmesi. İttifak tutkusuna teslim olanlar, düşmanın planlarını uygulamaktadırlar. Sebep, etki tarafından izlenecektir.”</w:t>
      </w:r>
    </w:p>
    <w:p>
      <w:pPr>
        <w:pStyle w:val="ArticleScripture"/>
        <w:jc w:val="left"/>
      </w:pPr>
      <w:r>
        <w:rPr>
          <w:rFonts w:ascii="Times New Roman" w:hAnsi="Times New Roman" w:eastAsia="Times New Roman" w:cs="Times New Roman"/>
        </w:rPr>
        <w:t>«پێشێلکاری نزیکەیە سنووری خۆی تەواو بکات. ئاڵۆزی جیهان پڕ کردووە، و ترسێکی گەورە بە زوویی دێتە سەر مرۆڤەکان. کۆتایی زۆر نزیکە. ئێمەی ئەوانەی ڕاستی دەزانین، دەبێت خۆمان ئامادە بکەین بۆ ئەوەی کە بە زوویی وەک سەرسوڕمانێکی زۆر گەورە دەبێتە سەر جیهان.» Review and Herald, September 10, 1903.</w:t>
      </w:r>
    </w:p>
    <w:p>
      <w:pPr>
        <w:pStyle w:val="ArticleBody"/>
        <w:jc w:val="left"/>
      </w:pPr>
      <w:r>
        <w:rPr>
          <w:rFonts w:ascii="Times New Roman" w:hAnsi="Times New Roman" w:eastAsia="Times New Roman" w:cs="Times New Roman"/>
        </w:rPr>
        <w:t>ثالثین وای کا اسلام “شهرلرین مین‌لری‌نه” ضربه وورماق اوزره‌دیر و لائودیکئالی آدونتیزمین باش وِرمه‌ک اوزره اولان یاخین بیر هلاکتدن هیچ بیر شعوری یوخدور. اشعیا‌نین شرّ اتحادیه‌سی ایشینی یِرینه یتیرمکده اولدوغو دورده، “آشاغیدان گلن” شیطانی بیر “قوت” وار کی، “درام‌دا سون بویوک صحنه‌لری حیاتا گچیرمک اوچون ایشله‌مکده‌دیر”، و بو شیلر “قهری‌مانه‌جه تعجّب‌دوغوروجو” بیر صورتده گلیر. ترامپه قارشی اعمال اولونان دیوانه‌لیک آشاغیدان گلن بیر قوت‌دن قیاغلانیر. بو، یِر تاریخي‌نین سون صحنه‌لرینین بیر ترکيب حصّه‌سیدیر.</w:t>
      </w:r>
    </w:p>
    <w:p>
      <w:pPr>
        <w:pStyle w:val="ArticleBody"/>
        <w:jc w:val="left"/>
      </w:pPr>
      <w:r>
        <w:rPr>
          <w:rFonts w:ascii="Times New Roman" w:hAnsi="Times New Roman" w:eastAsia="Times New Roman" w:cs="Times New Roman"/>
        </w:rPr>
        <w:t>Akka kuni Trumpman jani qhanañchañat amuyatäñapäkiti; akasti Diosan Arupakiwa, ukasti janipuniw pantjkiti. Pataka pusi tunkani pusi waranqa jaqinakan sellasiñap pachanjja Diosaw alaxpachat ch’amap warxati, ukkamarak Supayasti aynachpachat ch’amap apnaqaskaraki.</w:t>
      </w:r>
    </w:p>
    <w:p>
      <w:pPr>
        <w:pStyle w:val="ArticleScripture"/>
        <w:jc w:val="left"/>
      </w:pPr>
      <w:r>
        <w:rPr>
          <w:rFonts w:ascii="Times New Roman" w:hAnsi="Times New Roman" w:eastAsia="Times New Roman" w:cs="Times New Roman"/>
        </w:rPr>
        <w:t>“</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स्वर्गदूतको</w:t>
      </w:r>
      <w:r>
        <w:rPr>
          <w:rFonts w:ascii="Times New Roman" w:hAnsi="Times New Roman" w:eastAsia="Times New Roman" w:cs="Times New Roman"/>
        </w:rPr>
        <w:t xml:space="preserve"> </w:t>
      </w:r>
      <w:r>
        <w:rPr>
          <w:rFonts w:ascii="Nirmala UI" w:hAnsi="Nirmala UI" w:eastAsia="Nirmala UI" w:cs="Nirmala UI"/>
        </w:rPr>
        <w:t>सन्देशको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पाउन</w:t>
      </w:r>
      <w:r>
        <w:rPr>
          <w:rFonts w:ascii="Times New Roman" w:hAnsi="Times New Roman" w:eastAsia="Times New Roman" w:cs="Times New Roman"/>
        </w:rPr>
        <w:t xml:space="preserve"> </w:t>
      </w:r>
      <w:r>
        <w:rPr>
          <w:rFonts w:ascii="Nirmala UI" w:hAnsi="Nirmala UI" w:eastAsia="Nirmala UI" w:cs="Nirmala UI"/>
        </w:rPr>
        <w:t>चाहन्छौं</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हामीले</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सुसमाचारलाई</w:t>
      </w:r>
      <w:r>
        <w:rPr>
          <w:rFonts w:ascii="Times New Roman" w:hAnsi="Times New Roman" w:eastAsia="Times New Roman" w:cs="Times New Roman"/>
        </w:rPr>
        <w:t xml:space="preserve"> </w:t>
      </w:r>
      <w:r>
        <w:rPr>
          <w:rFonts w:ascii="Nirmala UI" w:hAnsi="Nirmala UI" w:eastAsia="Nirmala UI" w:cs="Nirmala UI"/>
        </w:rPr>
        <w:t>सँगसँगै</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गर्नुपर्छ</w:t>
      </w:r>
      <w:r>
        <w:rPr>
          <w:rFonts w:ascii="Times New Roman" w:hAnsi="Times New Roman" w:eastAsia="Times New Roman" w:cs="Times New Roman"/>
        </w:rPr>
        <w:t xml:space="preserve">, </w:t>
      </w:r>
      <w:r>
        <w:rPr>
          <w:rFonts w:ascii="Nirmala UI" w:hAnsi="Nirmala UI" w:eastAsia="Nirmala UI" w:cs="Nirmala UI"/>
        </w:rPr>
        <w:t>किनकि</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हातमा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मिलाएर</w:t>
      </w:r>
      <w:r>
        <w:rPr>
          <w:rFonts w:ascii="Times New Roman" w:hAnsi="Times New Roman" w:eastAsia="Times New Roman" w:cs="Times New Roman"/>
        </w:rPr>
        <w:t xml:space="preserve"> </w:t>
      </w:r>
      <w:r>
        <w:rPr>
          <w:rFonts w:ascii="Nirmala UI" w:hAnsi="Nirmala UI" w:eastAsia="Nirmala UI" w:cs="Nirmala UI"/>
        </w:rPr>
        <w:t>अघि</w:t>
      </w:r>
      <w:r>
        <w:rPr>
          <w:rFonts w:ascii="Times New Roman" w:hAnsi="Times New Roman" w:eastAsia="Times New Roman" w:cs="Times New Roman"/>
        </w:rPr>
        <w:t xml:space="preserve"> </w:t>
      </w:r>
      <w:r>
        <w:rPr>
          <w:rFonts w:ascii="Nirmala UI" w:hAnsi="Nirmala UI" w:eastAsia="Nirmala UI" w:cs="Nirmala UI"/>
        </w:rPr>
        <w:t>बढ्छन्।</w:t>
      </w:r>
      <w:r>
        <w:rPr>
          <w:rFonts w:ascii="Times New Roman" w:hAnsi="Times New Roman" w:eastAsia="Times New Roman" w:cs="Times New Roman"/>
        </w:rPr>
        <w:t xml:space="preserve"> </w:t>
      </w:r>
      <w:r>
        <w:rPr>
          <w:rFonts w:ascii="Nirmala UI" w:hAnsi="Nirmala UI" w:eastAsia="Nirmala UI" w:cs="Nirmala UI"/>
        </w:rPr>
        <w:t>तलबाट</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शक्तिले</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नमान्ने</w:t>
      </w:r>
      <w:r>
        <w:rPr>
          <w:rFonts w:ascii="Times New Roman" w:hAnsi="Times New Roman" w:eastAsia="Times New Roman" w:cs="Times New Roman"/>
        </w:rPr>
        <w:t xml:space="preserve"> </w:t>
      </w:r>
      <w:r>
        <w:rPr>
          <w:rFonts w:ascii="Nirmala UI" w:hAnsi="Nirmala UI" w:eastAsia="Nirmala UI" w:cs="Nirmala UI"/>
        </w:rPr>
        <w:t>सन्तानहरूलाई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निष्फल</w:t>
      </w:r>
      <w:r>
        <w:rPr>
          <w:rFonts w:ascii="Times New Roman" w:hAnsi="Times New Roman" w:eastAsia="Times New Roman" w:cs="Times New Roman"/>
        </w:rPr>
        <w:t xml:space="preserve"> </w:t>
      </w:r>
      <w:r>
        <w:rPr>
          <w:rFonts w:ascii="Nirmala UI" w:hAnsi="Nirmala UI" w:eastAsia="Nirmala UI" w:cs="Nirmala UI"/>
        </w:rPr>
        <w:t>तुल्याउन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हुनुहुन्छ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सत्यलाई</w:t>
      </w:r>
      <w:r>
        <w:rPr>
          <w:rFonts w:ascii="Times New Roman" w:hAnsi="Times New Roman" w:eastAsia="Times New Roman" w:cs="Times New Roman"/>
        </w:rPr>
        <w:t xml:space="preserve"> </w:t>
      </w:r>
      <w:r>
        <w:rPr>
          <w:rFonts w:ascii="Nirmala UI" w:hAnsi="Nirmala UI" w:eastAsia="Nirmala UI" w:cs="Nirmala UI"/>
        </w:rPr>
        <w:t>कुल्चिन</w:t>
      </w:r>
      <w:r>
        <w:rPr>
          <w:rFonts w:ascii="Times New Roman" w:hAnsi="Times New Roman" w:eastAsia="Times New Roman" w:cs="Times New Roman"/>
        </w:rPr>
        <w:t xml:space="preserve"> </w:t>
      </w:r>
      <w:r>
        <w:rPr>
          <w:rFonts w:ascii="Nirmala UI" w:hAnsi="Nirmala UI" w:eastAsia="Nirmala UI" w:cs="Nirmala UI"/>
        </w:rPr>
        <w:t>उक्साइरहेको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त्यस्तै</w:t>
      </w:r>
      <w:r>
        <w:rPr>
          <w:rFonts w:ascii="Times New Roman" w:hAnsi="Times New Roman" w:eastAsia="Times New Roman" w:cs="Times New Roman"/>
        </w:rPr>
        <w:t xml:space="preserve">, </w:t>
      </w:r>
      <w:r>
        <w:rPr>
          <w:rFonts w:ascii="Nirmala UI" w:hAnsi="Nirmala UI" w:eastAsia="Nirmala UI" w:cs="Nirmala UI"/>
        </w:rPr>
        <w:t>माथिबाट</w:t>
      </w:r>
      <w:r>
        <w:rPr>
          <w:rFonts w:ascii="Times New Roman" w:hAnsi="Times New Roman" w:eastAsia="Times New Roman" w:cs="Times New Roman"/>
        </w:rPr>
        <w:t xml:space="preserve"> </w:t>
      </w:r>
      <w:r>
        <w:rPr>
          <w:rFonts w:ascii="Nirmala UI" w:hAnsi="Nirmala UI" w:eastAsia="Nirmala UI" w:cs="Nirmala UI"/>
        </w:rPr>
        <w:t>आएको</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शक्तिले</w:t>
      </w:r>
      <w:r>
        <w:rPr>
          <w:rFonts w:ascii="Times New Roman" w:hAnsi="Times New Roman" w:eastAsia="Times New Roman" w:cs="Times New Roman"/>
        </w:rPr>
        <w:t xml:space="preserve"> </w:t>
      </w:r>
      <w:r>
        <w:rPr>
          <w:rFonts w:ascii="Nirmala UI" w:hAnsi="Nirmala UI" w:eastAsia="Nirmala UI" w:cs="Nirmala UI"/>
        </w:rPr>
        <w:t>निष्ठावानहरूको</w:t>
      </w:r>
      <w:r>
        <w:rPr>
          <w:rFonts w:ascii="Times New Roman" w:hAnsi="Times New Roman" w:eastAsia="Times New Roman" w:cs="Times New Roman"/>
        </w:rPr>
        <w:t xml:space="preserve"> </w:t>
      </w:r>
      <w:r>
        <w:rPr>
          <w:rFonts w:ascii="Nirmala UI" w:hAnsi="Nirmala UI" w:eastAsia="Nirmala UI" w:cs="Nirmala UI"/>
        </w:rPr>
        <w:t>हृदयमा</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गर्दै</w:t>
      </w:r>
      <w:r>
        <w:rPr>
          <w:rFonts w:ascii="Times New Roman" w:hAnsi="Times New Roman" w:eastAsia="Times New Roman" w:cs="Times New Roman"/>
        </w:rPr>
        <w:t xml:space="preserve"> </w:t>
      </w:r>
      <w:r>
        <w:rPr>
          <w:rFonts w:ascii="Nirmala UI" w:hAnsi="Nirmala UI" w:eastAsia="Nirmala UI" w:cs="Nirmala UI"/>
        </w:rPr>
        <w:t>व्यवस्था</w:t>
      </w:r>
      <w:r>
        <w:rPr>
          <w:rFonts w:ascii="Times New Roman" w:hAnsi="Times New Roman" w:eastAsia="Times New Roman" w:cs="Times New Roman"/>
        </w:rPr>
        <w:t xml:space="preserve"> </w:t>
      </w:r>
      <w:r>
        <w:rPr>
          <w:rFonts w:ascii="Nirmala UI" w:hAnsi="Nirmala UI" w:eastAsia="Nirmala UI" w:cs="Nirmala UI"/>
        </w:rPr>
        <w:t>उच्च</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येशूलाई</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मुक्तिदाता</w:t>
      </w:r>
      <w:r>
        <w:rPr>
          <w:rFonts w:ascii="Times New Roman" w:hAnsi="Times New Roman" w:eastAsia="Times New Roman" w:cs="Times New Roman"/>
        </w:rPr>
        <w:t xml:space="preserve"> </w:t>
      </w:r>
      <w:r>
        <w:rPr>
          <w:rFonts w:ascii="Nirmala UI" w:hAnsi="Nirmala UI" w:eastAsia="Nirmala UI" w:cs="Nirmala UI"/>
        </w:rPr>
        <w:t>स्वरूप</w:t>
      </w:r>
      <w:r>
        <w:rPr>
          <w:rFonts w:ascii="Times New Roman" w:hAnsi="Times New Roman" w:eastAsia="Times New Roman" w:cs="Times New Roman"/>
        </w:rPr>
        <w:t xml:space="preserve"> </w:t>
      </w:r>
      <w:r>
        <w:rPr>
          <w:rFonts w:ascii="Nirmala UI" w:hAnsi="Nirmala UI" w:eastAsia="Nirmala UI" w:cs="Nirmala UI"/>
        </w:rPr>
        <w:t>उचाल्न</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गरिरहेको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जबसम्म</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जनहरूको</w:t>
      </w:r>
      <w:r>
        <w:rPr>
          <w:rFonts w:ascii="Times New Roman" w:hAnsi="Times New Roman" w:eastAsia="Times New Roman" w:cs="Times New Roman"/>
        </w:rPr>
        <w:t xml:space="preserve"> </w:t>
      </w:r>
      <w:r>
        <w:rPr>
          <w:rFonts w:ascii="Nirmala UI" w:hAnsi="Nirmala UI" w:eastAsia="Nirmala UI" w:cs="Nirmala UI"/>
        </w:rPr>
        <w:t>अनुभवमा</w:t>
      </w:r>
      <w:r>
        <w:rPr>
          <w:rFonts w:ascii="Times New Roman" w:hAnsi="Times New Roman" w:eastAsia="Times New Roman" w:cs="Times New Roman"/>
        </w:rPr>
        <w:t xml:space="preserve"> </w:t>
      </w:r>
      <w:r>
        <w:rPr>
          <w:rFonts w:ascii="Nirmala UI" w:hAnsi="Nirmala UI" w:eastAsia="Nirmala UI" w:cs="Nirmala UI"/>
        </w:rPr>
        <w:t>ईश्वरीय</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ल्याइँदैन</w:t>
      </w:r>
      <w:r>
        <w:rPr>
          <w:rFonts w:ascii="Times New Roman" w:hAnsi="Times New Roman" w:eastAsia="Times New Roman" w:cs="Times New Roman"/>
        </w:rPr>
        <w:t xml:space="preserve">, </w:t>
      </w:r>
      <w:r>
        <w:rPr>
          <w:rFonts w:ascii="Nirmala UI" w:hAnsi="Nirmala UI" w:eastAsia="Nirmala UI" w:cs="Nirmala UI"/>
        </w:rPr>
        <w:t>तबसम्म</w:t>
      </w:r>
      <w:r>
        <w:rPr>
          <w:rFonts w:ascii="Times New Roman" w:hAnsi="Times New Roman" w:eastAsia="Times New Roman" w:cs="Times New Roman"/>
        </w:rPr>
        <w:t xml:space="preserve"> </w:t>
      </w:r>
      <w:r>
        <w:rPr>
          <w:rFonts w:ascii="Nirmala UI" w:hAnsi="Nirmala UI" w:eastAsia="Nirmala UI" w:cs="Nirmala UI"/>
        </w:rPr>
        <w:t>झूटा</w:t>
      </w:r>
      <w:r>
        <w:rPr>
          <w:rFonts w:ascii="Times New Roman" w:hAnsi="Times New Roman" w:eastAsia="Times New Roman" w:cs="Times New Roman"/>
        </w:rPr>
        <w:t xml:space="preserve"> </w:t>
      </w:r>
      <w:r>
        <w:rPr>
          <w:rFonts w:ascii="Nirmala UI" w:hAnsi="Nirmala UI" w:eastAsia="Nirmala UI" w:cs="Nirmala UI"/>
        </w:rPr>
        <w:t>सिद्धान्तहरू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विचारहरूले</w:t>
      </w:r>
      <w:r>
        <w:rPr>
          <w:rFonts w:ascii="Times New Roman" w:hAnsi="Times New Roman" w:eastAsia="Times New Roman" w:cs="Times New Roman"/>
        </w:rPr>
        <w:t xml:space="preserve"> </w:t>
      </w:r>
      <w:r>
        <w:rPr>
          <w:rFonts w:ascii="Nirmala UI" w:hAnsi="Nirmala UI" w:eastAsia="Nirmala UI" w:cs="Nirmala UI"/>
        </w:rPr>
        <w:t>मनहरूलाई</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बनाउनेछन्</w:t>
      </w:r>
      <w:r>
        <w:rPr>
          <w:rFonts w:ascii="Times New Roman" w:hAnsi="Times New Roman" w:eastAsia="Times New Roman" w:cs="Times New Roman"/>
        </w:rPr>
        <w:t xml:space="preserve">, </w:t>
      </w:r>
      <w:r>
        <w:rPr>
          <w:rFonts w:ascii="Nirmala UI" w:hAnsi="Nirmala UI" w:eastAsia="Nirmala UI" w:cs="Nirmala UI"/>
        </w:rPr>
        <w:t>ख्रीष्ट</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धार्मिकता</w:t>
      </w:r>
      <w:r>
        <w:rPr>
          <w:rFonts w:ascii="Times New Roman" w:hAnsi="Times New Roman" w:eastAsia="Times New Roman" w:cs="Times New Roman"/>
        </w:rPr>
        <w:t xml:space="preserve"> </w:t>
      </w:r>
      <w:r>
        <w:rPr>
          <w:rFonts w:ascii="Nirmala UI" w:hAnsi="Nirmala UI" w:eastAsia="Nirmala UI" w:cs="Nirmala UI"/>
        </w:rPr>
        <w:t>धेरैका</w:t>
      </w:r>
      <w:r>
        <w:rPr>
          <w:rFonts w:ascii="Times New Roman" w:hAnsi="Times New Roman" w:eastAsia="Times New Roman" w:cs="Times New Roman"/>
        </w:rPr>
        <w:t xml:space="preserve"> </w:t>
      </w:r>
      <w:r>
        <w:rPr>
          <w:rFonts w:ascii="Nirmala UI" w:hAnsi="Nirmala UI" w:eastAsia="Nirmala UI" w:cs="Nirmala UI"/>
        </w:rPr>
        <w:t>अनुभवबाट</w:t>
      </w:r>
      <w:r>
        <w:rPr>
          <w:rFonts w:ascii="Times New Roman" w:hAnsi="Times New Roman" w:eastAsia="Times New Roman" w:cs="Times New Roman"/>
        </w:rPr>
        <w:t xml:space="preserve"> </w:t>
      </w:r>
      <w:r>
        <w:rPr>
          <w:rFonts w:ascii="Nirmala UI" w:hAnsi="Nirmala UI" w:eastAsia="Nirmala UI" w:cs="Nirmala UI"/>
        </w:rPr>
        <w:t>हटाइनेछन्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तिनीहरूको</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जीवनविहीन</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Gospel Workers, 161.</w:t>
      </w:r>
    </w:p>
    <w:p>
      <w:pPr>
        <w:pStyle w:val="ArticleBody"/>
        <w:jc w:val="left"/>
      </w:pPr>
      <w:r>
        <w:rPr>
          <w:rFonts w:ascii="Times New Roman" w:hAnsi="Times New Roman" w:eastAsia="Times New Roman" w:cs="Times New Roman"/>
        </w:rPr>
        <w:t>Apariciónan qʼañchäwix, kunjamatix Supayankir chʼamax nayraqat uñsti, ukatsti jakʼachasiñkamax mä jukʼa jutïr domingo kamachir puriñkamax, ukax uñachtʼayi Supayankir chʼamapan pʼiqinchir luräwipa, kunatix uka jakʼa jutïr domingo kamachin phuqhasini.</w:t>
      </w:r>
    </w:p>
    <w:p>
      <w:pPr>
        <w:pStyle w:val="ArticleScripture"/>
        <w:jc w:val="left"/>
      </w:pPr>
      <w:r>
        <w:rPr>
          <w:rFonts w:ascii="Times New Roman" w:hAnsi="Times New Roman" w:eastAsia="Times New Roman" w:cs="Times New Roman"/>
        </w:rPr>
        <w:t>«Тәңриниң қануниға хилап һалда Папилиқ тизимини иҗра қилиш тоғрилиқ пәрман арқилиқ, милләтимиз өзини һәққанийәттин толуқ айрийду. Протестантлиқ өз қолиنى упқун үстидин созуп Рим һакимийитиниң қолиға тутушқанда, өз қолины җар үстидин узитип Роһийәтчилик билән қол елишқанда, мушу үч тәрәплик бирләшминиң тәсири астида дөлитимиз Протестант вә җумһурийәтлик һөкүмәт сүпитидә өз Конституциясиниң һәр бир қаидисини рәт қилғанда вә папилиқниң сахта тәлимати билән аздурушлириниң тарқитилишиға шараит яратқанда, шу чағда биз Шәйтанниң әҗайип иш-һәрикитиниң вақти кәлгәнлигини вә ахирниң йеқин екәнлигини билишимиз мүмкин.» Testimonies, volume 5, 451.</w:t>
      </w:r>
    </w:p>
    <w:p>
      <w:pPr>
        <w:pStyle w:val="ArticleBody"/>
        <w:jc w:val="left"/>
      </w:pPr>
      <w:r>
        <w:rPr>
          <w:rFonts w:ascii="Times New Roman" w:hAnsi="Times New Roman" w:eastAsia="Times New Roman" w:cs="Times New Roman"/>
        </w:rPr>
        <w:t>Kute kyonki daane kane ttaung hnga hmu nga ai, mungkan ga na dragon a globalist myu sa ga ni hta America muga hkan e nhtoi shangun hkrum ai, Sunday law du jang mungkan ga a amyu ni hta hpaji shagu sha bai shapraw ya na re. Ya du hkra pyi, mungkan ga a amyu ni gaw Trump a lam hta laknak hte seng ai hpaji shagu na amu madun nga ai.</w:t>
      </w:r>
    </w:p>
    <w:p>
      <w:pPr>
        <w:pStyle w:val="ArticleScripture"/>
        <w:jc w:val="left"/>
      </w:pPr>
      <w:r>
        <w:rPr>
          <w:rFonts w:ascii="Times New Roman" w:hAnsi="Times New Roman" w:eastAsia="Times New Roman" w:cs="Times New Roman"/>
        </w:rPr>
        <w:t>“Naciones extranjeras seguirán el ejemplo de los Estados Unidos. Aunque ella tome la delantera, sin embargo, la misma crisis sobrevendrá a nuestro pueblo en todas partes del mundo.” Testimonies, tomo 6, 395.</w:t>
      </w:r>
    </w:p>
    <w:p>
      <w:pPr>
        <w:pStyle w:val="ArticleBody"/>
        <w:jc w:val="left"/>
      </w:pPr>
      <w:r>
        <w:rPr>
          <w:rFonts w:ascii="Times New Roman" w:hAnsi="Times New Roman" w:eastAsia="Times New Roman" w:cs="Times New Roman"/>
        </w:rPr>
        <w:t>Awo A-Repɔblikan a Ɛwɔ Amɛrika no ka sɛ ɛyɛ adwene mu yare a ɛwɔ Dɛmokratfoɔ no mu wɔ wɔn atirimpɔw nni mu a wɔde tia Trump no ho no, nokware mu no yɛ honhom bɔne Satan tumi no da adi wɔ ɔkwan a ɛboro onipa de so, na ɛyɛ Daniel ti dubaako, nkyekyem abien no mmamu. Trump, ɔmampanyin a ɔtɔ so asia fi bere a awiei no hyɛe ase wɔ 1989 no, na ɛsɛ sɛ “ɔkanyan” (ɔnyan) wɔn a wɔyɛ sosialist globalist wɔ wiase nyinaa. Ɔtan a wɔtan no no yɛ nea efi honhom mu, na ɛyɛ mfonini a edi kan kyerɛ Satan tumi no da a ɛbɛda adi kɛse wɔ Memeneda ho mmara a ɛrebɛba ntɛm no mu.</w:t>
      </w:r>
    </w:p>
    <w:p>
      <w:pPr>
        <w:pStyle w:val="ArticleBody"/>
        <w:jc w:val="left"/>
      </w:pPr>
      <w:r>
        <w:rPr>
          <w:rFonts w:ascii="Times New Roman" w:hAnsi="Times New Roman" w:eastAsia="Times New Roman" w:cs="Times New Roman"/>
        </w:rPr>
        <w:t>A phew rol na kumngeihnak hnuaia thilti theihnak a langhternak cu, Sister White i relnak bangin, Isaiah nih chapter pariatnak ah a ralrin pekmi sual i pehtlaih awknak lai ah a thleng, cun cu caan ah Pathian minung pawl cu hrihseal in an um.</w:t>
      </w:r>
    </w:p>
    <w:p>
      <w:pPr>
        <w:pStyle w:val="ArticleScripture"/>
        <w:jc w:val="left"/>
      </w:pPr>
      <w:r>
        <w:rPr>
          <w:rFonts w:ascii="Times New Roman" w:hAnsi="Times New Roman" w:eastAsia="Times New Roman" w:cs="Times New Roman"/>
        </w:rPr>
        <w:t>Maŋoŋ testimony ne, pɔt law ne wʋlaŋ mɛ disciples nɔ. Isaiah 8:16.</w:t>
      </w:r>
    </w:p>
    <w:p>
      <w:pPr>
        <w:pStyle w:val="ArticleBody"/>
        <w:jc w:val="left"/>
      </w:pPr>
      <w:r>
        <w:rPr>
          <w:rFonts w:ascii="Times New Roman" w:hAnsi="Times New Roman" w:eastAsia="Times New Roman" w:cs="Times New Roman"/>
        </w:rPr>
        <w:t>Nupaliyat kadagiti sumaruno nga artikulo daytoy nga adal.</w:t>
      </w:r>
    </w:p>
    <w:p>
      <w:pPr>
        <w:pStyle w:val="ArticleScripture"/>
        <w:jc w:val="left"/>
      </w:pPr>
      <w:r>
        <w:rPr>
          <w:rFonts w:ascii="Times New Roman" w:hAnsi="Times New Roman" w:eastAsia="Times New Roman" w:cs="Times New Roman"/>
        </w:rPr>
        <w:t>“Naʾakwa ḥayawān li-jins fawqa al-ṭabīʿa sataẓhar qarīban fī al-samāwāt, ʿalā sabīl al-ʿalāma ʿalā qudrat al-shayāṭīn al-ʿāmilīn bi-al-muʿjizāt. Wa-satakhruju arwāḥ al-shayāṭīn ilā mulūk al-arḍ wa-ilā al-ʿālam kullihi li-tuthabbitahum fī al-khidāʿ, wa-tadfaʿahum ilā al-ittiḥād maʿa al-Shayṭān fī ṣirāʿihi al-akhīr ḍidda ḥukūmat al-samāʾ. Wa-bi-hādhihi al-wasāʾiṭ sayukhdaʿ al-ḥukkām wa-al-maḥkūmūn ʿalā al-sawāʾ. Wa-sayaqūmu ashkhāṣ muddaʿīn annahum al-Masīḥ nafsuhu, wa-yazʿumūna al-laqab wa-al-ʿibāda alladhayn yaḫuṣṣān Fidya al-ʿālam. Wa-sayaṣnaʿūna muʿjizāt ʿajība min al-shifāʾ, wa-sayaʿtarifūna bi-ann lahum iʿlānāt min al-samāʾ tunāqiḍ shahādat al-Kitāb المقدس.”</w:t>
      </w:r>
    </w:p>
    <w:p>
      <w:pPr>
        <w:pStyle w:val="ArticleScripture"/>
        <w:jc w:val="left"/>
      </w:pPr>
      <w:r>
        <w:rPr>
          <w:rFonts w:ascii="Times New Roman" w:hAnsi="Times New Roman" w:eastAsia="Times New Roman" w:cs="Times New Roman"/>
        </w:rPr>
        <w:t>“</w:t>
      </w:r>
      <w:r>
        <w:rPr>
          <w:rFonts w:ascii="Ebrima" w:hAnsi="Ebrima" w:eastAsia="Ebrima" w:cs="Ebrima"/>
        </w:rPr>
        <w:t>በዓቢይ</w:t>
      </w:r>
      <w:r>
        <w:rPr>
          <w:rFonts w:ascii="Times New Roman" w:hAnsi="Times New Roman" w:eastAsia="Times New Roman" w:cs="Times New Roman"/>
        </w:rPr>
        <w:t xml:space="preserve"> </w:t>
      </w:r>
      <w:r>
        <w:rPr>
          <w:rFonts w:ascii="Ebrima" w:hAnsi="Ebrima" w:eastAsia="Ebrima" w:cs="Ebrima"/>
        </w:rPr>
        <w:t>ድራማ</w:t>
      </w:r>
      <w:r>
        <w:rPr>
          <w:rFonts w:ascii="Times New Roman" w:hAnsi="Times New Roman" w:eastAsia="Times New Roman" w:cs="Times New Roman"/>
        </w:rPr>
        <w:t xml:space="preserve"> </w:t>
      </w:r>
      <w:r>
        <w:rPr>
          <w:rFonts w:ascii="Ebrima" w:hAnsi="Ebrima" w:eastAsia="Ebrima" w:cs="Ebrima"/>
        </w:rPr>
        <w:t>መታለል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አክሊል</w:t>
      </w:r>
      <w:r>
        <w:rPr>
          <w:rFonts w:ascii="Times New Roman" w:hAnsi="Times New Roman" w:eastAsia="Times New Roman" w:cs="Times New Roman"/>
        </w:rPr>
        <w:t xml:space="preserve"> </w:t>
      </w:r>
      <w:r>
        <w:rPr>
          <w:rFonts w:ascii="Ebrima" w:hAnsi="Ebrima" w:eastAsia="Ebrima" w:cs="Ebrima"/>
        </w:rPr>
        <w:t>የሚያስቀምጥ</w:t>
      </w:r>
      <w:r>
        <w:rPr>
          <w:rFonts w:ascii="Times New Roman" w:hAnsi="Times New Roman" w:eastAsia="Times New Roman" w:cs="Times New Roman"/>
        </w:rPr>
        <w:t xml:space="preserve"> </w:t>
      </w:r>
      <w:r>
        <w:rPr>
          <w:rFonts w:ascii="Ebrima" w:hAnsi="Ebrima" w:eastAsia="Ebrima" w:cs="Ebrima"/>
        </w:rPr>
        <w:t>መጨረሻው</w:t>
      </w:r>
      <w:r>
        <w:rPr>
          <w:rFonts w:ascii="Times New Roman" w:hAnsi="Times New Roman" w:eastAsia="Times New Roman" w:cs="Times New Roman"/>
        </w:rPr>
        <w:t xml:space="preserve"> </w:t>
      </w:r>
      <w:r>
        <w:rPr>
          <w:rFonts w:ascii="Ebrima" w:hAnsi="Ebrima" w:eastAsia="Ebrima" w:cs="Ebrima"/>
        </w:rPr>
        <w:t>ተግባር፣</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ራሱ</w:t>
      </w:r>
      <w:r>
        <w:rPr>
          <w:rFonts w:ascii="Times New Roman" w:hAnsi="Times New Roman" w:eastAsia="Times New Roman" w:cs="Times New Roman"/>
        </w:rPr>
        <w:t xml:space="preserve"> </w:t>
      </w:r>
      <w:r>
        <w:rPr>
          <w:rFonts w:ascii="Ebrima" w:hAnsi="Ebrima" w:eastAsia="Ebrima" w:cs="Ebrima"/>
        </w:rPr>
        <w:t>ክርስቶስን</w:t>
      </w:r>
      <w:r>
        <w:rPr>
          <w:rFonts w:ascii="Times New Roman" w:hAnsi="Times New Roman" w:eastAsia="Times New Roman" w:cs="Times New Roman"/>
        </w:rPr>
        <w:t xml:space="preserve"> </w:t>
      </w:r>
      <w:r>
        <w:rPr>
          <w:rFonts w:ascii="Ebrima" w:hAnsi="Ebrima" w:eastAsia="Ebrima" w:cs="Ebrima"/>
        </w:rPr>
        <w:t>ይመስላል።</w:t>
      </w:r>
      <w:r>
        <w:rPr>
          <w:rFonts w:ascii="Times New Roman" w:hAnsi="Times New Roman" w:eastAsia="Times New Roman" w:cs="Times New Roman"/>
        </w:rPr>
        <w:t xml:space="preserve"> </w:t>
      </w:r>
      <w:r>
        <w:rPr>
          <w:rFonts w:ascii="Ebrima" w:hAnsi="Ebrima" w:eastAsia="Ebrima" w:cs="Ebrima"/>
        </w:rPr>
        <w:t>ቤተ</w:t>
      </w:r>
      <w:r>
        <w:rPr>
          <w:rFonts w:ascii="Times New Roman" w:hAnsi="Times New Roman" w:eastAsia="Times New Roman" w:cs="Times New Roman"/>
        </w:rPr>
        <w:t xml:space="preserve"> </w:t>
      </w:r>
      <w:r>
        <w:rPr>
          <w:rFonts w:ascii="Ebrima" w:hAnsi="Ebrima" w:eastAsia="Ebrima" w:cs="Ebrima"/>
        </w:rPr>
        <w:t>ክርስቲያን</w:t>
      </w:r>
      <w:r>
        <w:rPr>
          <w:rFonts w:ascii="Times New Roman" w:hAnsi="Times New Roman" w:eastAsia="Times New Roman" w:cs="Times New Roman"/>
        </w:rPr>
        <w:t xml:space="preserve"> </w:t>
      </w:r>
      <w:r>
        <w:rPr>
          <w:rFonts w:ascii="Ebrima" w:hAnsi="Ebrima" w:eastAsia="Ebrima" w:cs="Ebrima"/>
        </w:rPr>
        <w:t>ከጥንት</w:t>
      </w:r>
      <w:r>
        <w:rPr>
          <w:rFonts w:ascii="Times New Roman" w:hAnsi="Times New Roman" w:eastAsia="Times New Roman" w:cs="Times New Roman"/>
        </w:rPr>
        <w:t xml:space="preserve"> </w:t>
      </w:r>
      <w:r>
        <w:rPr>
          <w:rFonts w:ascii="Ebrima" w:hAnsi="Ebrima" w:eastAsia="Ebrima" w:cs="Ebrima"/>
        </w:rPr>
        <w:t>ጀምሮ</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አዳኙ</w:t>
      </w:r>
      <w:r>
        <w:rPr>
          <w:rFonts w:ascii="Times New Roman" w:hAnsi="Times New Roman" w:eastAsia="Times New Roman" w:cs="Times New Roman"/>
        </w:rPr>
        <w:t xml:space="preserve"> </w:t>
      </w:r>
      <w:r>
        <w:rPr>
          <w:rFonts w:ascii="Ebrima" w:hAnsi="Ebrima" w:eastAsia="Ebrima" w:cs="Ebrima"/>
        </w:rPr>
        <w:t>ምጽአት</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ተስፋዋ</w:t>
      </w:r>
      <w:r>
        <w:rPr>
          <w:rFonts w:ascii="Times New Roman" w:hAnsi="Times New Roman" w:eastAsia="Times New Roman" w:cs="Times New Roman"/>
        </w:rPr>
        <w:t xml:space="preserve">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መመልከትን</w:t>
      </w:r>
      <w:r>
        <w:rPr>
          <w:rFonts w:ascii="Times New Roman" w:hAnsi="Times New Roman" w:eastAsia="Times New Roman" w:cs="Times New Roman"/>
        </w:rPr>
        <w:t xml:space="preserve"> </w:t>
      </w:r>
      <w:r>
        <w:rPr>
          <w:rFonts w:ascii="Ebrima" w:hAnsi="Ebrima" w:eastAsia="Ebrima" w:cs="Ebrima"/>
        </w:rPr>
        <w:t>ተናግራለች።</w:t>
      </w:r>
      <w:r>
        <w:rPr>
          <w:rFonts w:ascii="Times New Roman" w:hAnsi="Times New Roman" w:eastAsia="Times New Roman" w:cs="Times New Roman"/>
        </w:rPr>
        <w:t xml:space="preserve"> </w:t>
      </w:r>
      <w:r>
        <w:rPr>
          <w:rFonts w:ascii="Ebrima" w:hAnsi="Ebrima" w:eastAsia="Ebrima" w:cs="Ebrima"/>
        </w:rPr>
        <w:t>አሁን</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አታላይ</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እንደመጣ</w:t>
      </w:r>
      <w:r>
        <w:rPr>
          <w:rFonts w:ascii="Times New Roman" w:hAnsi="Times New Roman" w:eastAsia="Times New Roman" w:cs="Times New Roman"/>
        </w:rPr>
        <w:t xml:space="preserve"> </w:t>
      </w:r>
      <w:r>
        <w:rPr>
          <w:rFonts w:ascii="Ebrima" w:hAnsi="Ebrima" w:eastAsia="Ebrima" w:cs="Ebrima"/>
        </w:rPr>
        <w:t>ያስመስላል።</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የተለያዩ</w:t>
      </w:r>
      <w:r>
        <w:rPr>
          <w:rFonts w:ascii="Times New Roman" w:hAnsi="Times New Roman" w:eastAsia="Times New Roman" w:cs="Times New Roman"/>
        </w:rPr>
        <w:t xml:space="preserve"> </w:t>
      </w:r>
      <w:r>
        <w:rPr>
          <w:rFonts w:ascii="Ebrima" w:hAnsi="Ebrima" w:eastAsia="Ebrima" w:cs="Ebrima"/>
        </w:rPr>
        <w:t>ክፍሎች</w:t>
      </w:r>
      <w:r>
        <w:rPr>
          <w:rFonts w:ascii="Times New Roman" w:hAnsi="Times New Roman" w:eastAsia="Times New Roman" w:cs="Times New Roman"/>
        </w:rPr>
        <w:t xml:space="preserve"> </w:t>
      </w:r>
      <w:r>
        <w:rPr>
          <w:rFonts w:ascii="Ebrima" w:hAnsi="Ebrima" w:eastAsia="Ebrima" w:cs="Ebrima"/>
        </w:rPr>
        <w:t>ሰይጣን</w:t>
      </w:r>
      <w:r>
        <w:rPr>
          <w:rFonts w:ascii="Times New Roman" w:hAnsi="Times New Roman" w:eastAsia="Times New Roman" w:cs="Times New Roman"/>
        </w:rPr>
        <w:t xml:space="preserve"> </w:t>
      </w:r>
      <w:r>
        <w:rPr>
          <w:rFonts w:ascii="Ebrima" w:hAnsi="Ebrima" w:eastAsia="Ebrima" w:cs="Ebrima"/>
        </w:rPr>
        <w:t>በሰዎች</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የሚያበራ</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ያለው</w:t>
      </w:r>
      <w:r>
        <w:rPr>
          <w:rFonts w:ascii="Times New Roman" w:hAnsi="Times New Roman" w:eastAsia="Times New Roman" w:cs="Times New Roman"/>
        </w:rPr>
        <w:t xml:space="preserve"> </w:t>
      </w:r>
      <w:r>
        <w:rPr>
          <w:rFonts w:ascii="Ebrima" w:hAnsi="Ebrima" w:eastAsia="Ebrima" w:cs="Ebrima"/>
        </w:rPr>
        <w:t>ግርማማ</w:t>
      </w:r>
      <w:r>
        <w:rPr>
          <w:rFonts w:ascii="Times New Roman" w:hAnsi="Times New Roman" w:eastAsia="Times New Roman" w:cs="Times New Roman"/>
        </w:rPr>
        <w:t xml:space="preserve"> </w:t>
      </w:r>
      <w:r>
        <w:rPr>
          <w:rFonts w:ascii="Ebrima" w:hAnsi="Ebrima" w:eastAsia="Ebrima" w:cs="Ebrima"/>
        </w:rPr>
        <w:t>ፍጡር</w:t>
      </w:r>
      <w:r>
        <w:rPr>
          <w:rFonts w:ascii="Times New Roman" w:hAnsi="Times New Roman" w:eastAsia="Times New Roman" w:cs="Times New Roman"/>
        </w:rPr>
        <w:t xml:space="preserve"> </w:t>
      </w:r>
      <w:r>
        <w:rPr>
          <w:rFonts w:ascii="Ebrima" w:hAnsi="Ebrima" w:eastAsia="Ebrima" w:cs="Ebrima"/>
        </w:rPr>
        <w:t>ሆኖ</w:t>
      </w:r>
      <w:r>
        <w:rPr>
          <w:rFonts w:ascii="Times New Roman" w:hAnsi="Times New Roman" w:eastAsia="Times New Roman" w:cs="Times New Roman"/>
        </w:rPr>
        <w:t xml:space="preserve"> </w:t>
      </w:r>
      <w:r>
        <w:rPr>
          <w:rFonts w:ascii="Ebrima" w:hAnsi="Ebrima" w:eastAsia="Ebrima" w:cs="Ebrima"/>
        </w:rPr>
        <w:t>ይገለጣል፤</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በራእይ</w:t>
      </w:r>
      <w:r>
        <w:rPr>
          <w:rFonts w:ascii="Times New Roman" w:hAnsi="Times New Roman" w:eastAsia="Times New Roman" w:cs="Times New Roman"/>
        </w:rPr>
        <w:t xml:space="preserve"> </w:t>
      </w:r>
      <w:r>
        <w:rPr>
          <w:rFonts w:ascii="Ebrima" w:hAnsi="Ebrima" w:eastAsia="Ebrima" w:cs="Ebrima"/>
        </w:rPr>
        <w:t>መጽሐፍ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w:t>
      </w:r>
      <w:r>
        <w:rPr>
          <w:rFonts w:ascii="Ebrima" w:hAnsi="Ebrima" w:eastAsia="Ebrima" w:cs="Ebrima"/>
        </w:rPr>
        <w:t>ስለ</w:t>
      </w:r>
      <w:r>
        <w:rPr>
          <w:rFonts w:ascii="Times New Roman" w:hAnsi="Times New Roman" w:eastAsia="Times New Roman" w:cs="Times New Roman"/>
        </w:rPr>
        <w:t xml:space="preserve"> </w:t>
      </w:r>
      <w:r>
        <w:rPr>
          <w:rFonts w:ascii="Ebrima" w:hAnsi="Ebrima" w:eastAsia="Ebrima" w:cs="Ebrima"/>
        </w:rPr>
        <w:t>ወልደ</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ከሰጠው</w:t>
      </w:r>
      <w:r>
        <w:rPr>
          <w:rFonts w:ascii="Times New Roman" w:hAnsi="Times New Roman" w:eastAsia="Times New Roman" w:cs="Times New Roman"/>
        </w:rPr>
        <w:t xml:space="preserve"> </w:t>
      </w:r>
      <w:r>
        <w:rPr>
          <w:rFonts w:ascii="Ebrima" w:hAnsi="Ebrima" w:eastAsia="Ebrima" w:cs="Ebrima"/>
        </w:rPr>
        <w:t>መግለጫ</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የሚመሳሰል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1</w:t>
      </w:r>
      <w:r>
        <w:rPr>
          <w:rFonts w:ascii="Ebrima" w:hAnsi="Ebrima" w:eastAsia="Ebrima" w:cs="Ebrima"/>
        </w:rPr>
        <w:t>፥</w:t>
      </w:r>
      <w:r>
        <w:rPr>
          <w:rFonts w:ascii="Times New Roman" w:hAnsi="Times New Roman" w:eastAsia="Times New Roman" w:cs="Times New Roman"/>
        </w:rPr>
        <w:t>13–15</w:t>
      </w:r>
      <w:r>
        <w:rPr>
          <w:rFonts w:ascii="Ebrima" w:hAnsi="Ebrima" w:eastAsia="Ebrima" w:cs="Ebrima"/>
        </w:rPr>
        <w:t>።</w:t>
      </w:r>
      <w:r>
        <w:rPr>
          <w:rFonts w:ascii="Times New Roman" w:hAnsi="Times New Roman" w:eastAsia="Times New Roman" w:cs="Times New Roman"/>
        </w:rPr>
        <w:t xml:space="preserve"> </w:t>
      </w:r>
      <w:r>
        <w:rPr>
          <w:rFonts w:ascii="Ebrima" w:hAnsi="Ebrima" w:eastAsia="Ebrima" w:cs="Ebrima"/>
        </w:rPr>
        <w:t>የሚከብበውም</w:t>
      </w:r>
      <w:r>
        <w:rPr>
          <w:rFonts w:ascii="Times New Roman" w:hAnsi="Times New Roman" w:eastAsia="Times New Roman" w:cs="Times New Roman"/>
        </w:rPr>
        <w:t xml:space="preserve"> </w:t>
      </w:r>
      <w:r>
        <w:rPr>
          <w:rFonts w:ascii="Ebrima" w:hAnsi="Ebrima" w:eastAsia="Ebrima" w:cs="Ebrima"/>
        </w:rPr>
        <w:t>ክብር</w:t>
      </w:r>
      <w:r>
        <w:rPr>
          <w:rFonts w:ascii="Times New Roman" w:hAnsi="Times New Roman" w:eastAsia="Times New Roman" w:cs="Times New Roman"/>
        </w:rPr>
        <w:t xml:space="preserve"> </w:t>
      </w:r>
      <w:r>
        <w:rPr>
          <w:rFonts w:ascii="Ebrima" w:hAnsi="Ebrima" w:eastAsia="Ebrima" w:cs="Ebrima"/>
        </w:rPr>
        <w:t>እስካሁን</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የሟች</w:t>
      </w:r>
      <w:r>
        <w:rPr>
          <w:rFonts w:ascii="Times New Roman" w:hAnsi="Times New Roman" w:eastAsia="Times New Roman" w:cs="Times New Roman"/>
        </w:rPr>
        <w:t xml:space="preserve"> </w:t>
      </w:r>
      <w:r>
        <w:rPr>
          <w:rFonts w:ascii="Ebrima" w:hAnsi="Ebrima" w:eastAsia="Ebrima" w:cs="Ebrima"/>
        </w:rPr>
        <w:t>ዓይኖች</w:t>
      </w:r>
      <w:r>
        <w:rPr>
          <w:rFonts w:ascii="Times New Roman" w:hAnsi="Times New Roman" w:eastAsia="Times New Roman" w:cs="Times New Roman"/>
        </w:rPr>
        <w:t xml:space="preserve"> </w:t>
      </w:r>
      <w:r>
        <w:rPr>
          <w:rFonts w:ascii="Ebrima" w:hAnsi="Ebrima" w:eastAsia="Ebrima" w:cs="Ebrima"/>
        </w:rPr>
        <w:t>ካዩት</w:t>
      </w:r>
      <w:r>
        <w:rPr>
          <w:rFonts w:ascii="Times New Roman" w:hAnsi="Times New Roman" w:eastAsia="Times New Roman" w:cs="Times New Roman"/>
        </w:rPr>
        <w:t xml:space="preserve"> </w:t>
      </w:r>
      <w:r>
        <w:rPr>
          <w:rFonts w:ascii="Ebrima" w:hAnsi="Ebrima" w:eastAsia="Ebrima" w:cs="Ebrima"/>
        </w:rPr>
        <w:t>ማንኛውም</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የሚበልጥ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የድል</w:t>
      </w:r>
      <w:r>
        <w:rPr>
          <w:rFonts w:ascii="Times New Roman" w:hAnsi="Times New Roman" w:eastAsia="Times New Roman" w:cs="Times New Roman"/>
        </w:rPr>
        <w:t xml:space="preserve"> </w:t>
      </w:r>
      <w:r>
        <w:rPr>
          <w:rFonts w:ascii="Ebrima" w:hAnsi="Ebrima" w:eastAsia="Ebrima" w:cs="Ebrima"/>
        </w:rPr>
        <w:t>ጩኸት</w:t>
      </w:r>
      <w:r>
        <w:rPr>
          <w:rFonts w:ascii="Times New Roman" w:hAnsi="Times New Roman" w:eastAsia="Times New Roman" w:cs="Times New Roman"/>
        </w:rPr>
        <w:t xml:space="preserve"> </w:t>
      </w:r>
      <w:r>
        <w:rPr>
          <w:rFonts w:ascii="Ebrima" w:hAnsi="Ebrima" w:eastAsia="Ebrima" w:cs="Ebrima"/>
        </w:rPr>
        <w:t>በአየር</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ይደምቃል፤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መጥቶአል</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መጥቶአል</w:t>
      </w:r>
      <w:r>
        <w:rPr>
          <w:rFonts w:ascii="Times New Roman" w:hAnsi="Times New Roman" w:eastAsia="Times New Roman" w:cs="Times New Roman"/>
        </w:rPr>
        <w:t xml:space="preserve">!’ </w:t>
      </w:r>
      <w:r>
        <w:rPr>
          <w:rFonts w:ascii="Ebrima" w:hAnsi="Ebrima" w:eastAsia="Ebrima" w:cs="Ebrima"/>
        </w:rPr>
        <w:t>ሕዝቡ</w:t>
      </w:r>
      <w:r>
        <w:rPr>
          <w:rFonts w:ascii="Times New Roman" w:hAnsi="Times New Roman" w:eastAsia="Times New Roman" w:cs="Times New Roman"/>
        </w:rPr>
        <w:t xml:space="preserve"> </w:t>
      </w:r>
      <w:r>
        <w:rPr>
          <w:rFonts w:ascii="Ebrima" w:hAnsi="Ebrima" w:eastAsia="Ebrima" w:cs="Ebrima"/>
        </w:rPr>
        <w:t>በፊቱ</w:t>
      </w:r>
      <w:r>
        <w:rPr>
          <w:rFonts w:ascii="Times New Roman" w:hAnsi="Times New Roman" w:eastAsia="Times New Roman" w:cs="Times New Roman"/>
        </w:rPr>
        <w:t xml:space="preserve"> </w:t>
      </w:r>
      <w:r>
        <w:rPr>
          <w:rFonts w:ascii="Ebrima" w:hAnsi="Ebrima" w:eastAsia="Ebrima" w:cs="Ebrima"/>
        </w:rPr>
        <w:t>በአምልኮ</w:t>
      </w:r>
      <w:r>
        <w:rPr>
          <w:rFonts w:ascii="Times New Roman" w:hAnsi="Times New Roman" w:eastAsia="Times New Roman" w:cs="Times New Roman"/>
        </w:rPr>
        <w:t xml:space="preserve"> </w:t>
      </w:r>
      <w:r>
        <w:rPr>
          <w:rFonts w:ascii="Ebrima" w:hAnsi="Ebrima" w:eastAsia="Ebrima" w:cs="Ebrima"/>
        </w:rPr>
        <w:t>ተደፍተው</w:t>
      </w:r>
      <w:r>
        <w:rPr>
          <w:rFonts w:ascii="Times New Roman" w:hAnsi="Times New Roman" w:eastAsia="Times New Roman" w:cs="Times New Roman"/>
        </w:rPr>
        <w:t xml:space="preserve"> </w:t>
      </w:r>
      <w:r>
        <w:rPr>
          <w:rFonts w:ascii="Ebrima" w:hAnsi="Ebrima" w:eastAsia="Ebrima" w:cs="Ebrima"/>
        </w:rPr>
        <w:t>ይወድቃሉ፤</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በምድር</w:t>
      </w:r>
      <w:r>
        <w:rPr>
          <w:rFonts w:ascii="Times New Roman" w:hAnsi="Times New Roman" w:eastAsia="Times New Roman" w:cs="Times New Roman"/>
        </w:rPr>
        <w:t xml:space="preserve"> </w:t>
      </w:r>
      <w:r>
        <w:rPr>
          <w:rFonts w:ascii="Ebrima" w:hAnsi="Ebrima" w:eastAsia="Ebrima" w:cs="Ebrima"/>
        </w:rPr>
        <w:t>ሳለ</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ደቀ</w:t>
      </w:r>
      <w:r>
        <w:rPr>
          <w:rFonts w:ascii="Times New Roman" w:hAnsi="Times New Roman" w:eastAsia="Times New Roman" w:cs="Times New Roman"/>
        </w:rPr>
        <w:t xml:space="preserve"> </w:t>
      </w:r>
      <w:r>
        <w:rPr>
          <w:rFonts w:ascii="Ebrima" w:hAnsi="Ebrima" w:eastAsia="Ebrima" w:cs="Ebrima"/>
        </w:rPr>
        <w:t>መዛሙርቱን</w:t>
      </w:r>
      <w:r>
        <w:rPr>
          <w:rFonts w:ascii="Times New Roman" w:hAnsi="Times New Roman" w:eastAsia="Times New Roman" w:cs="Times New Roman"/>
        </w:rPr>
        <w:t xml:space="preserve"> </w:t>
      </w:r>
      <w:r>
        <w:rPr>
          <w:rFonts w:ascii="Ebrima" w:hAnsi="Ebrima" w:eastAsia="Ebrima" w:cs="Ebrima"/>
        </w:rPr>
        <w:t>እንደባረከ</w:t>
      </w:r>
      <w:r>
        <w:rPr>
          <w:rFonts w:ascii="Times New Roman" w:hAnsi="Times New Roman" w:eastAsia="Times New Roman" w:cs="Times New Roman"/>
        </w:rPr>
        <w:t xml:space="preserve"> </w:t>
      </w:r>
      <w:r>
        <w:rPr>
          <w:rFonts w:ascii="Ebrima" w:hAnsi="Ebrima" w:eastAsia="Ebrima" w:cs="Ebrima"/>
        </w:rPr>
        <w:t>እጆቹን</w:t>
      </w:r>
      <w:r>
        <w:rPr>
          <w:rFonts w:ascii="Times New Roman" w:hAnsi="Times New Roman" w:eastAsia="Times New Roman" w:cs="Times New Roman"/>
        </w:rPr>
        <w:t xml:space="preserve"> </w:t>
      </w:r>
      <w:r>
        <w:rPr>
          <w:rFonts w:ascii="Ebrima" w:hAnsi="Ebrima" w:eastAsia="Ebrima" w:cs="Ebrima"/>
        </w:rPr>
        <w:t>ከፍ</w:t>
      </w:r>
      <w:r>
        <w:rPr>
          <w:rFonts w:ascii="Times New Roman" w:hAnsi="Times New Roman" w:eastAsia="Times New Roman" w:cs="Times New Roman"/>
        </w:rPr>
        <w:t xml:space="preserve"> </w:t>
      </w:r>
      <w:r>
        <w:rPr>
          <w:rFonts w:ascii="Ebrima" w:hAnsi="Ebrima" w:eastAsia="Ebrima" w:cs="Ebrima"/>
        </w:rPr>
        <w:t>አድርጎ</w:t>
      </w:r>
      <w:r>
        <w:rPr>
          <w:rFonts w:ascii="Times New Roman" w:hAnsi="Times New Roman" w:eastAsia="Times New Roman" w:cs="Times New Roman"/>
        </w:rPr>
        <w:t xml:space="preserve"> </w:t>
      </w:r>
      <w:r>
        <w:rPr>
          <w:rFonts w:ascii="Ebrima" w:hAnsi="Ebrima" w:eastAsia="Ebrima" w:cs="Ebrima"/>
        </w:rPr>
        <w:t>በእነርሱ</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በረከትን</w:t>
      </w:r>
      <w:r>
        <w:rPr>
          <w:rFonts w:ascii="Times New Roman" w:hAnsi="Times New Roman" w:eastAsia="Times New Roman" w:cs="Times New Roman"/>
        </w:rPr>
        <w:t xml:space="preserve"> </w:t>
      </w:r>
      <w:r>
        <w:rPr>
          <w:rFonts w:ascii="Ebrima" w:hAnsi="Ebrima" w:eastAsia="Ebrima" w:cs="Ebrima"/>
        </w:rPr>
        <w:t>ያውጃል።</w:t>
      </w:r>
      <w:r>
        <w:rPr>
          <w:rFonts w:ascii="Times New Roman" w:hAnsi="Times New Roman" w:eastAsia="Times New Roman" w:cs="Times New Roman"/>
        </w:rPr>
        <w:t xml:space="preserve"> </w:t>
      </w:r>
      <w:r>
        <w:rPr>
          <w:rFonts w:ascii="Ebrima" w:hAnsi="Ebrima" w:eastAsia="Ebrima" w:cs="Ebrima"/>
        </w:rPr>
        <w:t>ድምፁ</w:t>
      </w:r>
      <w:r>
        <w:rPr>
          <w:rFonts w:ascii="Times New Roman" w:hAnsi="Times New Roman" w:eastAsia="Times New Roman" w:cs="Times New Roman"/>
        </w:rPr>
        <w:t xml:space="preserve"> </w:t>
      </w:r>
      <w:r>
        <w:rPr>
          <w:rFonts w:ascii="Ebrima" w:hAnsi="Ebrima" w:eastAsia="Ebrima" w:cs="Ebrima"/>
        </w:rPr>
        <w:t>ለስላሳና</w:t>
      </w:r>
      <w:r>
        <w:rPr>
          <w:rFonts w:ascii="Times New Roman" w:hAnsi="Times New Roman" w:eastAsia="Times New Roman" w:cs="Times New Roman"/>
        </w:rPr>
        <w:t xml:space="preserve"> </w:t>
      </w:r>
      <w:r>
        <w:rPr>
          <w:rFonts w:ascii="Ebrima" w:hAnsi="Ebrima" w:eastAsia="Ebrima" w:cs="Ebrima"/>
        </w:rPr>
        <w:t>ዝቅተኛ</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ግን</w:t>
      </w:r>
      <w:r>
        <w:rPr>
          <w:rFonts w:ascii="Times New Roman" w:hAnsi="Times New Roman" w:eastAsia="Times New Roman" w:cs="Times New Roman"/>
        </w:rPr>
        <w:t xml:space="preserve"> </w:t>
      </w:r>
      <w:r>
        <w:rPr>
          <w:rFonts w:ascii="Ebrima" w:hAnsi="Ebrima" w:eastAsia="Ebrima" w:cs="Ebrima"/>
        </w:rPr>
        <w:t>በዜማ</w:t>
      </w:r>
      <w:r>
        <w:rPr>
          <w:rFonts w:ascii="Times New Roman" w:hAnsi="Times New Roman" w:eastAsia="Times New Roman" w:cs="Times New Roman"/>
        </w:rPr>
        <w:t xml:space="preserve"> </w:t>
      </w:r>
      <w:r>
        <w:rPr>
          <w:rFonts w:ascii="Ebrima" w:hAnsi="Ebrima" w:eastAsia="Ebrima" w:cs="Ebrima"/>
        </w:rPr>
        <w:t>የተሞላ</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በገርነትና</w:t>
      </w:r>
      <w:r>
        <w:rPr>
          <w:rFonts w:ascii="Times New Roman" w:hAnsi="Times New Roman" w:eastAsia="Times New Roman" w:cs="Times New Roman"/>
        </w:rPr>
        <w:t xml:space="preserve"> </w:t>
      </w:r>
      <w:r>
        <w:rPr>
          <w:rFonts w:ascii="Ebrima" w:hAnsi="Ebrima" w:eastAsia="Ebrima" w:cs="Ebrima"/>
        </w:rPr>
        <w:t>በርኅራኄ</w:t>
      </w:r>
      <w:r>
        <w:rPr>
          <w:rFonts w:ascii="Times New Roman" w:hAnsi="Times New Roman" w:eastAsia="Times New Roman" w:cs="Times New Roman"/>
        </w:rPr>
        <w:t xml:space="preserve"> </w:t>
      </w:r>
      <w:r>
        <w:rPr>
          <w:rFonts w:ascii="Ebrima" w:hAnsi="Ebrima" w:eastAsia="Ebrima" w:cs="Ebrima"/>
        </w:rPr>
        <w:t>ቃላት፣</w:t>
      </w:r>
      <w:r>
        <w:rPr>
          <w:rFonts w:ascii="Times New Roman" w:hAnsi="Times New Roman" w:eastAsia="Times New Roman" w:cs="Times New Roman"/>
        </w:rPr>
        <w:t xml:space="preserve"> </w:t>
      </w:r>
      <w:r>
        <w:rPr>
          <w:rFonts w:ascii="Ebrima" w:hAnsi="Ebrima" w:eastAsia="Ebrima" w:cs="Ebrima"/>
        </w:rPr>
        <w:t>አዳኙ</w:t>
      </w:r>
      <w:r>
        <w:rPr>
          <w:rFonts w:ascii="Times New Roman" w:hAnsi="Times New Roman" w:eastAsia="Times New Roman" w:cs="Times New Roman"/>
        </w:rPr>
        <w:t xml:space="preserve"> </w:t>
      </w:r>
      <w:r>
        <w:rPr>
          <w:rFonts w:ascii="Ebrima" w:hAnsi="Ebrima" w:eastAsia="Ebrima" w:cs="Ebrima"/>
        </w:rPr>
        <w:t>ከተናገራቸው</w:t>
      </w:r>
      <w:r>
        <w:rPr>
          <w:rFonts w:ascii="Times New Roman" w:hAnsi="Times New Roman" w:eastAsia="Times New Roman" w:cs="Times New Roman"/>
        </w:rPr>
        <w:t xml:space="preserve"> </w:t>
      </w:r>
      <w:r>
        <w:rPr>
          <w:rFonts w:ascii="Ebrima" w:hAnsi="Ebrima" w:eastAsia="Ebrima" w:cs="Ebrima"/>
        </w:rPr>
        <w:t>ጸጋ</w:t>
      </w:r>
      <w:r>
        <w:rPr>
          <w:rFonts w:ascii="Times New Roman" w:hAnsi="Times New Roman" w:eastAsia="Times New Roman" w:cs="Times New Roman"/>
        </w:rPr>
        <w:t xml:space="preserve"> </w:t>
      </w:r>
      <w:r>
        <w:rPr>
          <w:rFonts w:ascii="Ebrima" w:hAnsi="Ebrima" w:eastAsia="Ebrima" w:cs="Ebrima"/>
        </w:rPr>
        <w:t>የሞሉ</w:t>
      </w:r>
      <w:r>
        <w:rPr>
          <w:rFonts w:ascii="Times New Roman" w:hAnsi="Times New Roman" w:eastAsia="Times New Roman" w:cs="Times New Roman"/>
        </w:rPr>
        <w:t xml:space="preserve"> </w:t>
      </w:r>
      <w:r>
        <w:rPr>
          <w:rFonts w:ascii="Ebrima" w:hAnsi="Ebrima" w:eastAsia="Ebrima" w:cs="Ebrima"/>
        </w:rPr>
        <w:t>ሰማያዊ</w:t>
      </w:r>
      <w:r>
        <w:rPr>
          <w:rFonts w:ascii="Times New Roman" w:hAnsi="Times New Roman" w:eastAsia="Times New Roman" w:cs="Times New Roman"/>
        </w:rPr>
        <w:t xml:space="preserve"> </w:t>
      </w:r>
      <w:r>
        <w:rPr>
          <w:rFonts w:ascii="Ebrima" w:hAnsi="Ebrima" w:eastAsia="Ebrima" w:cs="Ebrima"/>
        </w:rPr>
        <w:t>እውነቶች</w:t>
      </w:r>
      <w:r>
        <w:rPr>
          <w:rFonts w:ascii="Times New Roman" w:hAnsi="Times New Roman" w:eastAsia="Times New Roman" w:cs="Times New Roman"/>
        </w:rPr>
        <w:t xml:space="preserve"> </w:t>
      </w:r>
      <w:r>
        <w:rPr>
          <w:rFonts w:ascii="Ebrima" w:hAnsi="Ebrima" w:eastAsia="Ebrima" w:cs="Ebrima"/>
        </w:rPr>
        <w:t>አንዳንዶቹን</w:t>
      </w:r>
      <w:r>
        <w:rPr>
          <w:rFonts w:ascii="Times New Roman" w:hAnsi="Times New Roman" w:eastAsia="Times New Roman" w:cs="Times New Roman"/>
        </w:rPr>
        <w:t xml:space="preserve"> </w:t>
      </w:r>
      <w:r>
        <w:rPr>
          <w:rFonts w:ascii="Ebrima" w:hAnsi="Ebrima" w:eastAsia="Ebrima" w:cs="Ebrima"/>
        </w:rPr>
        <w:t>ያቀርባል፤</w:t>
      </w:r>
      <w:r>
        <w:rPr>
          <w:rFonts w:ascii="Times New Roman" w:hAnsi="Times New Roman" w:eastAsia="Times New Roman" w:cs="Times New Roman"/>
        </w:rPr>
        <w:t xml:space="preserve"> </w:t>
      </w:r>
      <w:r>
        <w:rPr>
          <w:rFonts w:ascii="Ebrima" w:hAnsi="Ebrima" w:eastAsia="Ebrima" w:cs="Ebrima"/>
        </w:rPr>
        <w:t>የሕዝቡንም</w:t>
      </w:r>
      <w:r>
        <w:rPr>
          <w:rFonts w:ascii="Times New Roman" w:hAnsi="Times New Roman" w:eastAsia="Times New Roman" w:cs="Times New Roman"/>
        </w:rPr>
        <w:t xml:space="preserve"> </w:t>
      </w:r>
      <w:r>
        <w:rPr>
          <w:rFonts w:ascii="Ebrima" w:hAnsi="Ebrima" w:eastAsia="Ebrima" w:cs="Ebrima"/>
        </w:rPr>
        <w:t>በሽታ</w:t>
      </w:r>
      <w:r>
        <w:rPr>
          <w:rFonts w:ascii="Times New Roman" w:hAnsi="Times New Roman" w:eastAsia="Times New Roman" w:cs="Times New Roman"/>
        </w:rPr>
        <w:t xml:space="preserve"> </w:t>
      </w:r>
      <w:r>
        <w:rPr>
          <w:rFonts w:ascii="Ebrima" w:hAnsi="Ebrima" w:eastAsia="Ebrima" w:cs="Ebrima"/>
        </w:rPr>
        <w:t>ይፈውሳል፤</w:t>
      </w:r>
      <w:r>
        <w:rPr>
          <w:rFonts w:ascii="Times New Roman" w:hAnsi="Times New Roman" w:eastAsia="Times New Roman" w:cs="Times New Roman"/>
        </w:rPr>
        <w:t xml:space="preserve"> </w:t>
      </w:r>
      <w:r>
        <w:rPr>
          <w:rFonts w:ascii="Ebrima" w:hAnsi="Ebrima" w:eastAsia="Ebrima" w:cs="Ebrima"/>
        </w:rPr>
        <w:t>ከዚያም</w:t>
      </w:r>
      <w:r>
        <w:rPr>
          <w:rFonts w:ascii="Times New Roman" w:hAnsi="Times New Roman" w:eastAsia="Times New Roman" w:cs="Times New Roman"/>
        </w:rPr>
        <w:t xml:space="preserve"> </w:t>
      </w:r>
      <w:r>
        <w:rPr>
          <w:rFonts w:ascii="Ebrima" w:hAnsi="Ebrima" w:eastAsia="Ebrima" w:cs="Ebrima"/>
        </w:rPr>
        <w:t>ክርስቶስ</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በተወሰደው</w:t>
      </w:r>
      <w:r>
        <w:rPr>
          <w:rFonts w:ascii="Times New Roman" w:hAnsi="Times New Roman" w:eastAsia="Times New Roman" w:cs="Times New Roman"/>
        </w:rPr>
        <w:t xml:space="preserve"> </w:t>
      </w:r>
      <w:r>
        <w:rPr>
          <w:rFonts w:ascii="Ebrima" w:hAnsi="Ebrima" w:eastAsia="Ebrima" w:cs="Ebrima"/>
        </w:rPr>
        <w:t>ማንነት</w:t>
      </w:r>
      <w:r>
        <w:rPr>
          <w:rFonts w:ascii="Times New Roman" w:hAnsi="Times New Roman" w:eastAsia="Times New Roman" w:cs="Times New Roman"/>
        </w:rPr>
        <w:t xml:space="preserve"> </w:t>
      </w:r>
      <w:r>
        <w:rPr>
          <w:rFonts w:ascii="Ebrima" w:hAnsi="Ebrima" w:eastAsia="Ebrima" w:cs="Ebrima"/>
        </w:rPr>
        <w:t>ሰንበትን</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እሑድ</w:t>
      </w:r>
      <w:r>
        <w:rPr>
          <w:rFonts w:ascii="Times New Roman" w:hAnsi="Times New Roman" w:eastAsia="Times New Roman" w:cs="Times New Roman"/>
        </w:rPr>
        <w:t xml:space="preserve"> </w:t>
      </w:r>
      <w:r>
        <w:rPr>
          <w:rFonts w:ascii="Ebrima" w:hAnsi="Ebrima" w:eastAsia="Ebrima" w:cs="Ebrima"/>
        </w:rPr>
        <w:t>እንደለወጠ</w:t>
      </w:r>
      <w:r>
        <w:rPr>
          <w:rFonts w:ascii="Times New Roman" w:hAnsi="Times New Roman" w:eastAsia="Times New Roman" w:cs="Times New Roman"/>
        </w:rPr>
        <w:t xml:space="preserve"> </w:t>
      </w:r>
      <w:r>
        <w:rPr>
          <w:rFonts w:ascii="Ebrima" w:hAnsi="Ebrima" w:eastAsia="Ebrima" w:cs="Ebrima"/>
        </w:rPr>
        <w:t>ይናገራል፣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የባረከውንም</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ሁሉም</w:t>
      </w:r>
      <w:r>
        <w:rPr>
          <w:rFonts w:ascii="Times New Roman" w:hAnsi="Times New Roman" w:eastAsia="Times New Roman" w:cs="Times New Roman"/>
        </w:rPr>
        <w:t xml:space="preserve"> </w:t>
      </w:r>
      <w:r>
        <w:rPr>
          <w:rFonts w:ascii="Ebrima" w:hAnsi="Ebrima" w:eastAsia="Ebrima" w:cs="Ebrima"/>
        </w:rPr>
        <w:t>እንዲቀድሱ</w:t>
      </w:r>
      <w:r>
        <w:rPr>
          <w:rFonts w:ascii="Times New Roman" w:hAnsi="Times New Roman" w:eastAsia="Times New Roman" w:cs="Times New Roman"/>
        </w:rPr>
        <w:t xml:space="preserve"> </w:t>
      </w:r>
      <w:r>
        <w:rPr>
          <w:rFonts w:ascii="Ebrima" w:hAnsi="Ebrima" w:eastAsia="Ebrima" w:cs="Ebrima"/>
        </w:rPr>
        <w:t>ያዛል።</w:t>
      </w:r>
      <w:r>
        <w:rPr>
          <w:rFonts w:ascii="Times New Roman" w:hAnsi="Times New Roman" w:eastAsia="Times New Roman" w:cs="Times New Roman"/>
        </w:rPr>
        <w:t xml:space="preserve"> </w:t>
      </w:r>
      <w:r>
        <w:rPr>
          <w:rFonts w:ascii="Ebrima" w:hAnsi="Ebrima" w:eastAsia="Ebrima" w:cs="Ebrima"/>
        </w:rPr>
        <w:t>ሰባተኛውን</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ቅዱስ</w:t>
      </w:r>
      <w:r>
        <w:rPr>
          <w:rFonts w:ascii="Times New Roman" w:hAnsi="Times New Roman" w:eastAsia="Times New Roman" w:cs="Times New Roman"/>
        </w:rPr>
        <w:t xml:space="preserve"> </w:t>
      </w:r>
      <w:r>
        <w:rPr>
          <w:rFonts w:ascii="Ebrima" w:hAnsi="Ebrima" w:eastAsia="Ebrima" w:cs="Ebrima"/>
        </w:rPr>
        <w:t>አድርገው</w:t>
      </w:r>
      <w:r>
        <w:rPr>
          <w:rFonts w:ascii="Times New Roman" w:hAnsi="Times New Roman" w:eastAsia="Times New Roman" w:cs="Times New Roman"/>
        </w:rPr>
        <w:t xml:space="preserve"> </w:t>
      </w:r>
      <w:r>
        <w:rPr>
          <w:rFonts w:ascii="Ebrima" w:hAnsi="Ebrima" w:eastAsia="Ebrima" w:cs="Ebrima"/>
        </w:rPr>
        <w:t>መጠበቅ</w:t>
      </w:r>
      <w:r>
        <w:rPr>
          <w:rFonts w:ascii="Times New Roman" w:hAnsi="Times New Roman" w:eastAsia="Times New Roman" w:cs="Times New Roman"/>
        </w:rPr>
        <w:t xml:space="preserve"> </w:t>
      </w:r>
      <w:r>
        <w:rPr>
          <w:rFonts w:ascii="Ebrima" w:hAnsi="Ebrima" w:eastAsia="Ebrima" w:cs="Ebrima"/>
        </w:rPr>
        <w:t>የሚቀጥሉት</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ብርሃንና</w:t>
      </w:r>
      <w:r>
        <w:rPr>
          <w:rFonts w:ascii="Times New Roman" w:hAnsi="Times New Roman" w:eastAsia="Times New Roman" w:cs="Times New Roman"/>
        </w:rPr>
        <w:t xml:space="preserve"> </w:t>
      </w:r>
      <w:r>
        <w:rPr>
          <w:rFonts w:ascii="Ebrima" w:hAnsi="Ebrima" w:eastAsia="Ebrima" w:cs="Ebrima"/>
        </w:rPr>
        <w:t>እውነት</w:t>
      </w:r>
      <w:r>
        <w:rPr>
          <w:rFonts w:ascii="Times New Roman" w:hAnsi="Times New Roman" w:eastAsia="Times New Roman" w:cs="Times New Roman"/>
        </w:rPr>
        <w:t xml:space="preserve"> </w:t>
      </w:r>
      <w:r>
        <w:rPr>
          <w:rFonts w:ascii="Ebrima" w:hAnsi="Ebrima" w:eastAsia="Ebrima" w:cs="Ebrima"/>
        </w:rPr>
        <w:t>ይዘው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እነርሱ</w:t>
      </w:r>
      <w:r>
        <w:rPr>
          <w:rFonts w:ascii="Times New Roman" w:hAnsi="Times New Roman" w:eastAsia="Times New Roman" w:cs="Times New Roman"/>
        </w:rPr>
        <w:t xml:space="preserve"> </w:t>
      </w:r>
      <w:r>
        <w:rPr>
          <w:rFonts w:ascii="Ebrima" w:hAnsi="Ebrima" w:eastAsia="Ebrima" w:cs="Ebrima"/>
        </w:rPr>
        <w:t>የተላኩትን</w:t>
      </w:r>
      <w:r>
        <w:rPr>
          <w:rFonts w:ascii="Times New Roman" w:hAnsi="Times New Roman" w:eastAsia="Times New Roman" w:cs="Times New Roman"/>
        </w:rPr>
        <w:t xml:space="preserve"> </w:t>
      </w:r>
      <w:r>
        <w:rPr>
          <w:rFonts w:ascii="Ebrima" w:hAnsi="Ebrima" w:eastAsia="Ebrima" w:cs="Ebrima"/>
        </w:rPr>
        <w:t>መላእክቱን</w:t>
      </w:r>
      <w:r>
        <w:rPr>
          <w:rFonts w:ascii="Times New Roman" w:hAnsi="Times New Roman" w:eastAsia="Times New Roman" w:cs="Times New Roman"/>
        </w:rPr>
        <w:t xml:space="preserve"> </w:t>
      </w:r>
      <w:r>
        <w:rPr>
          <w:rFonts w:ascii="Ebrima" w:hAnsi="Ebrima" w:eastAsia="Ebrima" w:cs="Ebrima"/>
        </w:rPr>
        <w:t>ለመስማት</w:t>
      </w:r>
      <w:r>
        <w:rPr>
          <w:rFonts w:ascii="Times New Roman" w:hAnsi="Times New Roman" w:eastAsia="Times New Roman" w:cs="Times New Roman"/>
        </w:rPr>
        <w:t xml:space="preserve"> </w:t>
      </w:r>
      <w:r>
        <w:rPr>
          <w:rFonts w:ascii="Ebrima" w:hAnsi="Ebrima" w:eastAsia="Ebrima" w:cs="Ebrima"/>
        </w:rPr>
        <w:t>ስለማይፈቅዱ፣</w:t>
      </w:r>
      <w:r>
        <w:rPr>
          <w:rFonts w:ascii="Times New Roman" w:hAnsi="Times New Roman" w:eastAsia="Times New Roman" w:cs="Times New Roman"/>
        </w:rPr>
        <w:t xml:space="preserve"> </w:t>
      </w:r>
      <w:r>
        <w:rPr>
          <w:rFonts w:ascii="Ebrima" w:hAnsi="Ebrima" w:eastAsia="Ebrima" w:cs="Ebrima"/>
        </w:rPr>
        <w:t>ስሙን</w:t>
      </w:r>
      <w:r>
        <w:rPr>
          <w:rFonts w:ascii="Times New Roman" w:hAnsi="Times New Roman" w:eastAsia="Times New Roman" w:cs="Times New Roman"/>
        </w:rPr>
        <w:t xml:space="preserve"> </w:t>
      </w:r>
      <w:r>
        <w:rPr>
          <w:rFonts w:ascii="Ebrima" w:hAnsi="Ebrima" w:eastAsia="Ebrima" w:cs="Ebrima"/>
        </w:rPr>
        <w:t>እየተሳደቡ</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ይናገራል።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ጠንካራ፣</w:t>
      </w:r>
      <w:r>
        <w:rPr>
          <w:rFonts w:ascii="Times New Roman" w:hAnsi="Times New Roman" w:eastAsia="Times New Roman" w:cs="Times New Roman"/>
        </w:rPr>
        <w:t xml:space="preserve"> </w:t>
      </w:r>
      <w:r>
        <w:rPr>
          <w:rFonts w:ascii="Ebrima" w:hAnsi="Ebrima" w:eastAsia="Ebrima" w:cs="Ebrima"/>
        </w:rPr>
        <w:t>ለማሸነፍ</w:t>
      </w:r>
      <w:r>
        <w:rPr>
          <w:rFonts w:ascii="Times New Roman" w:hAnsi="Times New Roman" w:eastAsia="Times New Roman" w:cs="Times New Roman"/>
        </w:rPr>
        <w:t xml:space="preserve"> </w:t>
      </w:r>
      <w:r>
        <w:rPr>
          <w:rFonts w:ascii="Ebrima" w:hAnsi="Ebrima" w:eastAsia="Ebrima" w:cs="Ebrima"/>
        </w:rPr>
        <w:t>እስኪቃረብ</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የሚያስገድድ</w:t>
      </w:r>
      <w:r>
        <w:rPr>
          <w:rFonts w:ascii="Times New Roman" w:hAnsi="Times New Roman" w:eastAsia="Times New Roman" w:cs="Times New Roman"/>
        </w:rPr>
        <w:t xml:space="preserve"> </w:t>
      </w:r>
      <w:r>
        <w:rPr>
          <w:rFonts w:ascii="Ebrima" w:hAnsi="Ebrima" w:eastAsia="Ebrima" w:cs="Ebrima"/>
        </w:rPr>
        <w:t>ማታለል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በሲሞን</w:t>
      </w:r>
      <w:r>
        <w:rPr>
          <w:rFonts w:ascii="Times New Roman" w:hAnsi="Times New Roman" w:eastAsia="Times New Roman" w:cs="Times New Roman"/>
        </w:rPr>
        <w:t xml:space="preserve"> </w:t>
      </w:r>
      <w:r>
        <w:rPr>
          <w:rFonts w:ascii="Ebrima" w:hAnsi="Ebrima" w:eastAsia="Ebrima" w:cs="Ebrima"/>
        </w:rPr>
        <w:t>መጉስ</w:t>
      </w:r>
      <w:r>
        <w:rPr>
          <w:rFonts w:ascii="Times New Roman" w:hAnsi="Times New Roman" w:eastAsia="Times New Roman" w:cs="Times New Roman"/>
        </w:rPr>
        <w:t xml:space="preserve"> </w:t>
      </w:r>
      <w:r>
        <w:rPr>
          <w:rFonts w:ascii="Ebrima" w:hAnsi="Ebrima" w:eastAsia="Ebrima" w:cs="Ebrima"/>
        </w:rPr>
        <w:t>የተታለሉት</w:t>
      </w:r>
      <w:r>
        <w:rPr>
          <w:rFonts w:ascii="Times New Roman" w:hAnsi="Times New Roman" w:eastAsia="Times New Roman" w:cs="Times New Roman"/>
        </w:rPr>
        <w:t xml:space="preserve"> </w:t>
      </w:r>
      <w:r>
        <w:rPr>
          <w:rFonts w:ascii="Ebrima" w:hAnsi="Ebrima" w:eastAsia="Ebrima" w:cs="Ebrima"/>
        </w:rPr>
        <w:t>ሳምራውያን</w:t>
      </w:r>
      <w:r>
        <w:rPr>
          <w:rFonts w:ascii="Times New Roman" w:hAnsi="Times New Roman" w:eastAsia="Times New Roman" w:cs="Times New Roman"/>
        </w:rPr>
        <w:t xml:space="preserve"> </w:t>
      </w:r>
      <w:r>
        <w:rPr>
          <w:rFonts w:ascii="Ebrima" w:hAnsi="Ebrima" w:eastAsia="Ebrima" w:cs="Ebrima"/>
        </w:rPr>
        <w:t>እንደነበሩ፣</w:t>
      </w:r>
      <w:r>
        <w:rPr>
          <w:rFonts w:ascii="Times New Roman" w:hAnsi="Times New Roman" w:eastAsia="Times New Roman" w:cs="Times New Roman"/>
        </w:rPr>
        <w:t xml:space="preserve"> </w:t>
      </w:r>
      <w:r>
        <w:rPr>
          <w:rFonts w:ascii="Ebrima" w:hAnsi="Ebrima" w:eastAsia="Ebrima" w:cs="Ebrima"/>
        </w:rPr>
        <w:t>ብዙ</w:t>
      </w:r>
      <w:r>
        <w:rPr>
          <w:rFonts w:ascii="Times New Roman" w:hAnsi="Times New Roman" w:eastAsia="Times New Roman" w:cs="Times New Roman"/>
        </w:rPr>
        <w:t xml:space="preserve"> </w:t>
      </w:r>
      <w:r>
        <w:rPr>
          <w:rFonts w:ascii="Ebrima" w:hAnsi="Ebrima" w:eastAsia="Ebrima" w:cs="Ebrima"/>
        </w:rPr>
        <w:t>ሕዝብ</w:t>
      </w:r>
      <w:r>
        <w:rPr>
          <w:rFonts w:ascii="Times New Roman" w:hAnsi="Times New Roman" w:eastAsia="Times New Roman" w:cs="Times New Roman"/>
        </w:rPr>
        <w:t xml:space="preserve"> </w:t>
      </w:r>
      <w:r>
        <w:rPr>
          <w:rFonts w:ascii="Ebrima" w:hAnsi="Ebrima" w:eastAsia="Ebrima" w:cs="Ebrima"/>
        </w:rPr>
        <w:t>ከታናሹ</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ሁሉ</w:t>
      </w:r>
      <w:r>
        <w:rPr>
          <w:rFonts w:ascii="Times New Roman" w:hAnsi="Times New Roman" w:eastAsia="Times New Roman" w:cs="Times New Roman"/>
        </w:rPr>
        <w:t xml:space="preserve"> </w:t>
      </w:r>
      <w:r>
        <w:rPr>
          <w:rFonts w:ascii="Ebrima" w:hAnsi="Ebrima" w:eastAsia="Ebrima" w:cs="Ebrima"/>
        </w:rPr>
        <w:t>ለእነዚህ</w:t>
      </w:r>
      <w:r>
        <w:rPr>
          <w:rFonts w:ascii="Times New Roman" w:hAnsi="Times New Roman" w:eastAsia="Times New Roman" w:cs="Times New Roman"/>
        </w:rPr>
        <w:t xml:space="preserve"> </w:t>
      </w:r>
      <w:r>
        <w:rPr>
          <w:rFonts w:ascii="Ebrima" w:hAnsi="Ebrima" w:eastAsia="Ebrima" w:cs="Ebrima"/>
        </w:rPr>
        <w:t>አስማቶች</w:t>
      </w:r>
      <w:r>
        <w:rPr>
          <w:rFonts w:ascii="Times New Roman" w:hAnsi="Times New Roman" w:eastAsia="Times New Roman" w:cs="Times New Roman"/>
        </w:rPr>
        <w:t xml:space="preserve"> </w:t>
      </w:r>
      <w:r>
        <w:rPr>
          <w:rFonts w:ascii="Ebrima" w:hAnsi="Ebrima" w:eastAsia="Ebrima" w:cs="Ebrima"/>
        </w:rPr>
        <w:t>ትኩረት</w:t>
      </w:r>
      <w:r>
        <w:rPr>
          <w:rFonts w:ascii="Times New Roman" w:hAnsi="Times New Roman" w:eastAsia="Times New Roman" w:cs="Times New Roman"/>
        </w:rPr>
        <w:t xml:space="preserve"> </w:t>
      </w:r>
      <w:r>
        <w:rPr>
          <w:rFonts w:ascii="Ebrima" w:hAnsi="Ebrima" w:eastAsia="Ebrima" w:cs="Ebrima"/>
        </w:rPr>
        <w:t>ይሰጣሉ፤</w:t>
      </w:r>
      <w:r>
        <w:rPr>
          <w:rFonts w:ascii="Times New Roman" w:hAnsi="Times New Roman" w:eastAsia="Times New Roman" w:cs="Times New Roman"/>
        </w:rPr>
        <w:t xml:space="preserve"> </w:t>
      </w:r>
      <w:r>
        <w:rPr>
          <w:rFonts w:ascii="Ebrima" w:hAnsi="Ebrima" w:eastAsia="Ebrima" w:cs="Ebrima"/>
        </w:rPr>
        <w:t>እንዲህም</w:t>
      </w:r>
      <w:r>
        <w:rPr>
          <w:rFonts w:ascii="Times New Roman" w:hAnsi="Times New Roman" w:eastAsia="Times New Roman" w:cs="Times New Roman"/>
        </w:rPr>
        <w:t xml:space="preserve"> </w:t>
      </w:r>
      <w:r>
        <w:rPr>
          <w:rFonts w:ascii="Ebrima" w:hAnsi="Ebrima" w:eastAsia="Ebrima" w:cs="Ebrima"/>
        </w:rPr>
        <w:t>ይላሉ፦</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ታላቁ</w:t>
      </w:r>
      <w:r>
        <w:rPr>
          <w:rFonts w:ascii="Times New Roman" w:hAnsi="Times New Roman" w:eastAsia="Times New Roman" w:cs="Times New Roman"/>
        </w:rPr>
        <w:t xml:space="preserve"> </w:t>
      </w:r>
      <w:r>
        <w:rPr>
          <w:rFonts w:ascii="Ebrima" w:hAnsi="Ebrima" w:eastAsia="Ebrima" w:cs="Ebrima"/>
        </w:rPr>
        <w:t>ኃይል</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ሐዋርያት</w:t>
      </w:r>
      <w:r>
        <w:rPr>
          <w:rFonts w:ascii="Times New Roman" w:hAnsi="Times New Roman" w:eastAsia="Times New Roman" w:cs="Times New Roman"/>
        </w:rPr>
        <w:t xml:space="preserve"> </w:t>
      </w:r>
      <w:r>
        <w:rPr>
          <w:rFonts w:ascii="Ebrima" w:hAnsi="Ebrima" w:eastAsia="Ebrima" w:cs="Ebrima"/>
        </w:rPr>
        <w:t>ሥራ</w:t>
      </w:r>
      <w:r>
        <w:rPr>
          <w:rFonts w:ascii="Times New Roman" w:hAnsi="Times New Roman" w:eastAsia="Times New Roman" w:cs="Times New Roman"/>
        </w:rPr>
        <w:t xml:space="preserve"> 8</w:t>
      </w:r>
      <w:r>
        <w:rPr>
          <w:rFonts w:ascii="Ebrima" w:hAnsi="Ebrima" w:eastAsia="Ebrima" w:cs="Ebrima"/>
        </w:rPr>
        <w:t>፥</w:t>
      </w:r>
      <w:r>
        <w:rPr>
          <w:rFonts w:ascii="Times New Roman" w:hAnsi="Times New Roman" w:eastAsia="Times New Roman" w:cs="Times New Roman"/>
        </w:rPr>
        <w:t>10</w:t>
      </w:r>
      <w:r>
        <w:rPr>
          <w:rFonts w:ascii="Ebrima" w:hAnsi="Ebrima" w:eastAsia="Ebrima" w:cs="Ebrima"/>
        </w:rPr>
        <w:t>።</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“Ngunit ang bayan ng Diyos ay hindi maililigaw. Ang mga aral ng huwad na kristong ito ay hindi naaayon sa mga Kasulatan. Ang kaniyang pagpapala ay ipinahahayag sa mga sumasamba sa halimaw at sa kaniyang larawan, yaong mismong uri na ipinahahayag ng Biblia na pagbubuhusan ng dalisay na poot ng Diyos.”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 Даниїла — сто двадцять сьома</dc:title>
  <dc:subject>Revelando las características proféticas de la confederación maligna: perspectivas de Isaías</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