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Nomor Seratus Tiga Puluh Tiga</w:t>
      </w:r>
    </w:p>
    <w:p>
      <w:pPr>
        <w:pStyle w:val="ArticleSubtitle"/>
        <w:jc w:val="left"/>
      </w:pPr>
      <w:r>
        <w:rPr>
          <w:rFonts w:ascii="Arial" w:hAnsi="Arial" w:eastAsia="Arial" w:cs="Arial"/>
        </w:rPr>
        <w:t>Pagbubukas han Propetiko nga Hablon: Mga Panabot Mahitungod ha Panahon han Pagpatik han 144,000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2024-03-13</w:t>
      </w:r>
    </w:p>
    <w:p>
      <w:pPr>
        <w:pStyle w:val="ArticleBody"/>
        <w:jc w:val="left"/>
      </w:pPr>
      <w:r>
        <w:rPr>
          <w:rFonts w:ascii="Times New Roman" w:hAnsi="Times New Roman" w:eastAsia="Times New Roman" w:cs="Times New Roman"/>
        </w:rPr>
        <w:t>Nyaxil profetak qhep na noq qañob’ re junam, chuqa’ konojel tz’inunïk qas chi rij ri ruq’isib’al ri uwach’ulew chwach ri q’ij taq ri xek’oji’ pa ri kik’aslemal. Ri kitzijol k’o chi rojqasaxik pa ri q’ijil q’alajisab’al rech ri k’ijul richin ri jun ciento cuarenta y cuatro mil, rumal ri’ chiri’ k’o wi ri ruchuq’a’ ronojel ri visión. Isaías, pa ri u waqib’ capítulo, pa visión xya’ q’ij chi re richin xril ri Santísimo Lugar, pa ri q’ijil rech ri q’ijul richin ri jun ciento cuarenta y cuatro mil, jawje’ xril wi ri juluwem rech Dios. Qeta’m chi k’o chik chwij ri 11 rech septiembre rech 2001, rumal pa ri versículo ox xutzijoj ri ángeles, xkiq’alajisaj chi ri uwach’ulew k’o chik nojinaq che ri juluwem rech Riya’.</w:t>
      </w:r>
    </w:p>
    <w:p>
      <w:pPr>
        <w:pStyle w:val="ArticleScripture"/>
        <w:jc w:val="left"/>
      </w:pPr>
      <w:r>
        <w:rPr>
          <w:rFonts w:ascii="Times New Roman" w:hAnsi="Times New Roman" w:eastAsia="Times New Roman" w:cs="Times New Roman"/>
        </w:rPr>
        <w:t>«Nigba ti Ọlọ́run fẹ́ rán Isaiah pẹ̀lú ìránṣẹ́ kan sí àwọn ènìyàn Rẹ̀, Ó kọ́kọ́ jẹ́ kí wòlíì náà rí nínú ìran inú ibi mímọ́ jùlọ láàárín ibi mímọ́. Lójijì, ẹnu-ọ̀nà àti aṣọ ìkélé inú tẹ́ńpìlì dàbí ẹni pé a gbé sókè tàbí a fà sẹ́yìn, a sì jẹ́ kí ó wo inú rẹ̀, sí ibi mímọ́ jùlọ, níbi tí àní ẹsẹ̀ wòlíì náà kò ti lè wọ̀. Ìran kan ti Jehovah tí ó jókòó lórí ìtẹ́ gíga tí a sì gbé sókè farahàn níwájú rẹ̀, nígbà tí ẹ̀wù ògo Rẹ̀ kún tẹ́ńpìlì náà. Yí ká ìtẹ́ náà ni àwọn serafimu wà, gẹ́gẹ́ bí àwọn olùṣọ́ yí ká Ọba ńlá náà, wọ́n sì ń fi ògo tí ó yí wọn ká hàn padà. Bí orin ìyìn wọn ṣe ń dún ní ohùn jíjin ti ìjọsìn, àwọn ọ̀wọ̀n ẹnu-ọ̀nà náà mì tìtì, bí ẹni pé ìṣẹ̀lẹ̀ ilẹ̀ ń mì wọ́n. Pẹ̀lú ètè tí ẹ̀ṣẹ̀ kò ti bà jẹ́, àwọn áńgẹ́lì wọ̀nyí tú ìyìn Ọlọ́run jáde. “Mímọ́, mímọ́, mímọ́, ni Oluwa àwọn ọmọ-ogun,” ni wọ́n ké; “gbogbo ayé kún fún ògo Rẹ̀.” [Wo Isaiah 6:1–8.]»</w:t>
      </w:r>
    </w:p>
    <w:p>
      <w:pPr>
        <w:pStyle w:val="ArticleScripture"/>
        <w:jc w:val="left"/>
      </w:pPr>
      <w:r>
        <w:rPr>
          <w:rFonts w:ascii="Times New Roman" w:hAnsi="Times New Roman" w:eastAsia="Times New Roman" w:cs="Times New Roman"/>
        </w:rPr>
        <w:t>“</w:t>
      </w:r>
      <w:r>
        <w:rPr>
          <w:rFonts w:ascii="Gadugi" w:hAnsi="Gadugi" w:eastAsia="Gadugi" w:cs="Gadugi"/>
        </w:rPr>
        <w:t>ᎤᏂᏍᏆᏂᎪᏛ</w:t>
      </w:r>
      <w:r>
        <w:rPr>
          <w:rFonts w:ascii="Times New Roman" w:hAnsi="Times New Roman" w:eastAsia="Times New Roman" w:cs="Times New Roman"/>
        </w:rPr>
        <w:t xml:space="preserve"> </w:t>
      </w:r>
      <w:r>
        <w:rPr>
          <w:rFonts w:ascii="Gadugi" w:hAnsi="Gadugi" w:eastAsia="Gadugi" w:cs="Gadugi"/>
        </w:rPr>
        <w:t>ᏧᏂᏢᎩ</w:t>
      </w:r>
      <w:r>
        <w:rPr>
          <w:rFonts w:ascii="Times New Roman" w:hAnsi="Times New Roman" w:eastAsia="Times New Roman" w:cs="Times New Roman"/>
        </w:rPr>
        <w:t xml:space="preserve"> </w:t>
      </w:r>
      <w:r>
        <w:rPr>
          <w:rFonts w:ascii="Gadugi" w:hAnsi="Gadugi" w:eastAsia="Gadugi" w:cs="Gadugi"/>
        </w:rPr>
        <w:t>ᎦᏍᎩᎸ</w:t>
      </w:r>
      <w:r>
        <w:rPr>
          <w:rFonts w:ascii="Times New Roman" w:hAnsi="Times New Roman" w:eastAsia="Times New Roman" w:cs="Times New Roman"/>
        </w:rPr>
        <w:t xml:space="preserve"> </w:t>
      </w:r>
      <w:r>
        <w:rPr>
          <w:rFonts w:ascii="Gadugi" w:hAnsi="Gadugi" w:eastAsia="Gadugi" w:cs="Gadugi"/>
        </w:rPr>
        <w:t>ᎤᎵᏍᏆᏂᎪᏛ</w:t>
      </w:r>
      <w:r>
        <w:rPr>
          <w:rFonts w:ascii="Times New Roman" w:hAnsi="Times New Roman" w:eastAsia="Times New Roman" w:cs="Times New Roman"/>
        </w:rPr>
        <w:t xml:space="preserve"> </w:t>
      </w:r>
      <w:r>
        <w:rPr>
          <w:rFonts w:ascii="Gadugi" w:hAnsi="Gadugi" w:eastAsia="Gadugi" w:cs="Gadugi"/>
        </w:rPr>
        <w:t>ᎤᏁᎳᏅᎯ</w:t>
      </w:r>
      <w:r>
        <w:rPr>
          <w:rFonts w:ascii="Times New Roman" w:hAnsi="Times New Roman" w:eastAsia="Times New Roman" w:cs="Times New Roman"/>
        </w:rPr>
        <w:t xml:space="preserve"> </w:t>
      </w:r>
      <w:r>
        <w:rPr>
          <w:rFonts w:ascii="Gadugi" w:hAnsi="Gadugi" w:eastAsia="Gadugi" w:cs="Gadugi"/>
        </w:rPr>
        <w:t>ᎤᏩᏒ</w:t>
      </w:r>
      <w:r>
        <w:rPr>
          <w:rFonts w:ascii="Times New Roman" w:hAnsi="Times New Roman" w:eastAsia="Times New Roman" w:cs="Times New Roman"/>
        </w:rPr>
        <w:t xml:space="preserve"> </w:t>
      </w:r>
      <w:r>
        <w:rPr>
          <w:rFonts w:ascii="Gadugi" w:hAnsi="Gadugi" w:eastAsia="Gadugi" w:cs="Gadugi"/>
        </w:rPr>
        <w:t>ᎤᏂᎪᎲᎢ</w:t>
      </w:r>
      <w:r>
        <w:rPr>
          <w:rFonts w:ascii="Times New Roman" w:hAnsi="Times New Roman" w:eastAsia="Times New Roman" w:cs="Times New Roman"/>
        </w:rPr>
        <w:t xml:space="preserve"> </w:t>
      </w:r>
      <w:r>
        <w:rPr>
          <w:rFonts w:ascii="Gadugi" w:hAnsi="Gadugi" w:eastAsia="Gadugi" w:cs="Gadugi"/>
        </w:rPr>
        <w:t>ᎤᏂᎧᎿᎭᎩ</w:t>
      </w:r>
      <w:r>
        <w:rPr>
          <w:rFonts w:ascii="Times New Roman" w:hAnsi="Times New Roman" w:eastAsia="Times New Roman" w:cs="Times New Roman"/>
        </w:rPr>
        <w:t xml:space="preserve"> </w:t>
      </w:r>
      <w:r>
        <w:rPr>
          <w:rFonts w:ascii="Gadugi" w:hAnsi="Gadugi" w:eastAsia="Gadugi" w:cs="Gadugi"/>
        </w:rPr>
        <w:t>ᎤᎾᏓᏅᏛᎯ</w:t>
      </w:r>
      <w:r>
        <w:rPr>
          <w:rFonts w:ascii="Times New Roman" w:hAnsi="Times New Roman" w:eastAsia="Times New Roman" w:cs="Times New Roman"/>
        </w:rPr>
        <w:t xml:space="preserve"> </w:t>
      </w:r>
      <w:r>
        <w:rPr>
          <w:rFonts w:ascii="Gadugi" w:hAnsi="Gadugi" w:eastAsia="Gadugi" w:cs="Gadugi"/>
        </w:rPr>
        <w:t>ᎤᏂᎧᎿᎭᎩ</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ᎤᏅᏒ</w:t>
      </w:r>
      <w:r>
        <w:rPr>
          <w:rFonts w:ascii="Times New Roman" w:hAnsi="Times New Roman" w:eastAsia="Times New Roman" w:cs="Times New Roman"/>
        </w:rPr>
        <w:t xml:space="preserve"> </w:t>
      </w:r>
      <w:r>
        <w:rPr>
          <w:rFonts w:ascii="Gadugi" w:hAnsi="Gadugi" w:eastAsia="Gadugi" w:cs="Gadugi"/>
        </w:rPr>
        <w:t>ᎤᏂᎪᎲᎢ</w:t>
      </w:r>
      <w:r>
        <w:rPr>
          <w:rFonts w:ascii="Times New Roman" w:hAnsi="Times New Roman" w:eastAsia="Times New Roman" w:cs="Times New Roman"/>
        </w:rPr>
        <w:t xml:space="preserve"> </w:t>
      </w:r>
      <w:r>
        <w:rPr>
          <w:rFonts w:ascii="Gadugi" w:hAnsi="Gadugi" w:eastAsia="Gadugi" w:cs="Gadugi"/>
        </w:rPr>
        <w:t>ᎤᎾᎵᎮᎵᏤᎵᏍᎬ</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ᎤᏂᎦᏔᎲᎾ</w:t>
      </w:r>
      <w:r>
        <w:rPr>
          <w:rFonts w:ascii="Times New Roman" w:hAnsi="Times New Roman" w:eastAsia="Times New Roman" w:cs="Times New Roman"/>
        </w:rPr>
        <w:t xml:space="preserve"> </w:t>
      </w:r>
      <w:r>
        <w:rPr>
          <w:rFonts w:ascii="Gadugi" w:hAnsi="Gadugi" w:eastAsia="Gadugi" w:cs="Gadugi"/>
        </w:rPr>
        <w:t>ᎤᏂᎦᏔᎲ</w:t>
      </w:r>
      <w:r>
        <w:rPr>
          <w:rFonts w:ascii="Times New Roman" w:hAnsi="Times New Roman" w:eastAsia="Times New Roman" w:cs="Times New Roman"/>
        </w:rPr>
        <w:t xml:space="preserve"> </w:t>
      </w:r>
      <w:r>
        <w:rPr>
          <w:rFonts w:ascii="Gadugi" w:hAnsi="Gadugi" w:eastAsia="Gadugi" w:cs="Gadugi"/>
        </w:rPr>
        <w:t>ᎤᏂᏅᏒ</w:t>
      </w:r>
      <w:r>
        <w:rPr>
          <w:rFonts w:ascii="Times New Roman" w:hAnsi="Times New Roman" w:eastAsia="Times New Roman" w:cs="Times New Roman"/>
        </w:rPr>
        <w:t xml:space="preserve">. </w:t>
      </w:r>
      <w:r>
        <w:rPr>
          <w:rFonts w:ascii="Gadugi" w:hAnsi="Gadugi" w:eastAsia="Gadugi" w:cs="Gadugi"/>
        </w:rPr>
        <w:t>ᎤᏂᏃᎮᎸᎢ</w:t>
      </w:r>
      <w:r>
        <w:rPr>
          <w:rFonts w:ascii="Times New Roman" w:hAnsi="Times New Roman" w:eastAsia="Times New Roman" w:cs="Times New Roman"/>
        </w:rPr>
        <w:t xml:space="preserve"> </w:t>
      </w:r>
      <w:r>
        <w:rPr>
          <w:rFonts w:ascii="Gadugi" w:hAnsi="Gadugi" w:eastAsia="Gadugi" w:cs="Gadugi"/>
        </w:rPr>
        <w:t>ᎤᏂᎬᏫᏳᎯ</w:t>
      </w:r>
      <w:r>
        <w:rPr>
          <w:rFonts w:ascii="Times New Roman" w:hAnsi="Times New Roman" w:eastAsia="Times New Roman" w:cs="Times New Roman"/>
        </w:rPr>
        <w:t xml:space="preserve"> </w:t>
      </w:r>
      <w:r>
        <w:rPr>
          <w:rFonts w:ascii="Gadugi" w:hAnsi="Gadugi" w:eastAsia="Gadugi" w:cs="Gadugi"/>
        </w:rPr>
        <w:t>ᎠᏂᏯᏫᏍᎩ</w:t>
      </w:r>
      <w:r>
        <w:rPr>
          <w:rFonts w:ascii="Times New Roman" w:hAnsi="Times New Roman" w:eastAsia="Times New Roman" w:cs="Times New Roman"/>
        </w:rPr>
        <w:t xml:space="preserve"> </w:t>
      </w:r>
      <w:r>
        <w:rPr>
          <w:rFonts w:ascii="Gadugi" w:hAnsi="Gadugi" w:eastAsia="Gadugi" w:cs="Gadugi"/>
        </w:rPr>
        <w:t>ᎤᏤᎵᎦ</w:t>
      </w:r>
      <w:r>
        <w:rPr>
          <w:rFonts w:ascii="Times New Roman" w:hAnsi="Times New Roman" w:eastAsia="Times New Roman" w:cs="Times New Roman"/>
        </w:rPr>
        <w:t xml:space="preserve">. </w:t>
      </w:r>
      <w:r>
        <w:rPr>
          <w:rFonts w:ascii="Gadugi" w:hAnsi="Gadugi" w:eastAsia="Gadugi" w:cs="Gadugi"/>
        </w:rPr>
        <w:t>ᎤᏂᎪᎲᎢ</w:t>
      </w:r>
      <w:r>
        <w:rPr>
          <w:rFonts w:ascii="Times New Roman" w:hAnsi="Times New Roman" w:eastAsia="Times New Roman" w:cs="Times New Roman"/>
        </w:rPr>
        <w:t xml:space="preserve"> </w:t>
      </w:r>
      <w:r>
        <w:rPr>
          <w:rFonts w:ascii="Gadugi" w:hAnsi="Gadugi" w:eastAsia="Gadugi" w:cs="Gadugi"/>
        </w:rPr>
        <w:t>ᎢᎬᏱᏊ</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ᎿᎭᏉ</w:t>
      </w:r>
      <w:r>
        <w:rPr>
          <w:rFonts w:ascii="Times New Roman" w:hAnsi="Times New Roman" w:eastAsia="Times New Roman" w:cs="Times New Roman"/>
        </w:rPr>
        <w:t xml:space="preserve"> </w:t>
      </w:r>
      <w:r>
        <w:rPr>
          <w:rFonts w:ascii="Gadugi" w:hAnsi="Gadugi" w:eastAsia="Gadugi" w:cs="Gadugi"/>
        </w:rPr>
        <w:t>ᏂᎦᎥ</w:t>
      </w:r>
      <w:r>
        <w:rPr>
          <w:rFonts w:ascii="Times New Roman" w:hAnsi="Times New Roman" w:eastAsia="Times New Roman" w:cs="Times New Roman"/>
        </w:rPr>
        <w:t xml:space="preserve"> </w:t>
      </w:r>
      <w:r>
        <w:rPr>
          <w:rFonts w:ascii="Gadugi" w:hAnsi="Gadugi" w:eastAsia="Gadugi" w:cs="Gadugi"/>
        </w:rPr>
        <w:t>ᎡᎶᎯ</w:t>
      </w:r>
      <w:r>
        <w:rPr>
          <w:rFonts w:ascii="Times New Roman" w:hAnsi="Times New Roman" w:eastAsia="Times New Roman" w:cs="Times New Roman"/>
        </w:rPr>
        <w:t xml:space="preserve"> </w:t>
      </w:r>
      <w:r>
        <w:rPr>
          <w:rFonts w:ascii="Gadugi" w:hAnsi="Gadugi" w:eastAsia="Gadugi" w:cs="Gadugi"/>
        </w:rPr>
        <w:t>ᎤᎧᎵᎢ</w:t>
      </w:r>
      <w:r>
        <w:rPr>
          <w:rFonts w:ascii="Times New Roman" w:hAnsi="Times New Roman" w:eastAsia="Times New Roman" w:cs="Times New Roman"/>
        </w:rPr>
        <w:t xml:space="preserve"> </w:t>
      </w:r>
      <w:r>
        <w:rPr>
          <w:rFonts w:ascii="Gadugi" w:hAnsi="Gadugi" w:eastAsia="Gadugi" w:cs="Gadugi"/>
        </w:rPr>
        <w:t>ᎤᏂᎬᏫᏳᎯ</w:t>
      </w:r>
      <w:r>
        <w:rPr>
          <w:rFonts w:ascii="Times New Roman" w:hAnsi="Times New Roman" w:eastAsia="Times New Roman" w:cs="Times New Roman"/>
        </w:rPr>
        <w:t xml:space="preserve"> </w:t>
      </w:r>
      <w:r>
        <w:rPr>
          <w:rFonts w:ascii="Gadugi" w:hAnsi="Gadugi" w:eastAsia="Gadugi" w:cs="Gadugi"/>
        </w:rPr>
        <w:t>ᎤᏤᎸ</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ᎨᏎᏍᏗ</w:t>
      </w:r>
      <w:r>
        <w:rPr>
          <w:rFonts w:ascii="Times New Roman" w:hAnsi="Times New Roman" w:eastAsia="Times New Roman" w:cs="Times New Roman"/>
        </w:rPr>
        <w:t xml:space="preserve">, </w:t>
      </w:r>
      <w:r>
        <w:rPr>
          <w:rFonts w:ascii="Gadugi" w:hAnsi="Gadugi" w:eastAsia="Gadugi" w:cs="Gadugi"/>
        </w:rPr>
        <w:t>ᎤᏂᏍᏚᎩ</w:t>
      </w:r>
      <w:r>
        <w:rPr>
          <w:rFonts w:ascii="Times New Roman" w:hAnsi="Times New Roman" w:eastAsia="Times New Roman" w:cs="Times New Roman"/>
        </w:rPr>
        <w:t xml:space="preserve"> </w:t>
      </w:r>
      <w:r>
        <w:rPr>
          <w:rFonts w:ascii="Gadugi" w:hAnsi="Gadugi" w:eastAsia="Gadugi" w:cs="Gadugi"/>
        </w:rPr>
        <w:t>ᎤᏂᏃᎮᎸᎢ</w:t>
      </w:r>
      <w:r>
        <w:rPr>
          <w:rFonts w:ascii="Times New Roman" w:hAnsi="Times New Roman" w:eastAsia="Times New Roman" w:cs="Times New Roman"/>
        </w:rPr>
        <w:t xml:space="preserve"> </w:t>
      </w:r>
      <w:r>
        <w:rPr>
          <w:rFonts w:ascii="Gadugi" w:hAnsi="Gadugi" w:eastAsia="Gadugi" w:cs="Gadugi"/>
        </w:rPr>
        <w:t>ᎠᏏᏴᏫ</w:t>
      </w:r>
      <w:r>
        <w:rPr>
          <w:rFonts w:ascii="Times New Roman" w:hAnsi="Times New Roman" w:eastAsia="Times New Roman" w:cs="Times New Roman"/>
        </w:rPr>
        <w:t xml:space="preserve"> </w:t>
      </w:r>
      <w:r>
        <w:rPr>
          <w:rFonts w:ascii="Gadugi" w:hAnsi="Gadugi" w:eastAsia="Gadugi" w:cs="Gadugi"/>
        </w:rPr>
        <w:t>ᎠᏏᏴᏫ</w:t>
      </w:r>
      <w:r>
        <w:rPr>
          <w:rFonts w:ascii="Times New Roman" w:hAnsi="Times New Roman" w:eastAsia="Times New Roman" w:cs="Times New Roman"/>
        </w:rPr>
        <w:t xml:space="preserve"> </w:t>
      </w:r>
      <w:r>
        <w:rPr>
          <w:rFonts w:ascii="Gadugi" w:hAnsi="Gadugi" w:eastAsia="Gadugi" w:cs="Gadugi"/>
        </w:rPr>
        <w:t>ᎠᎾᏓᏟᎶᏍᏔᏅ</w:t>
      </w:r>
      <w:r>
        <w:rPr>
          <w:rFonts w:ascii="Times New Roman" w:hAnsi="Times New Roman" w:eastAsia="Times New Roman" w:cs="Times New Roman"/>
        </w:rPr>
        <w:t xml:space="preserve"> </w:t>
      </w:r>
      <w:r>
        <w:rPr>
          <w:rFonts w:ascii="Gadugi" w:hAnsi="Gadugi" w:eastAsia="Gadugi" w:cs="Gadugi"/>
        </w:rPr>
        <w:t>ᎠᏂᏃᎯᏳᏔᏅ</w:t>
      </w:r>
      <w:r>
        <w:rPr>
          <w:rFonts w:ascii="Times New Roman" w:hAnsi="Times New Roman" w:eastAsia="Times New Roman" w:cs="Times New Roman"/>
        </w:rPr>
        <w:t xml:space="preserve"> </w:t>
      </w:r>
      <w:r>
        <w:rPr>
          <w:rFonts w:ascii="Gadugi" w:hAnsi="Gadugi" w:eastAsia="Gadugi" w:cs="Gadugi"/>
        </w:rPr>
        <w:t>ᎤᏃᎴ</w:t>
      </w:r>
      <w:r>
        <w:rPr>
          <w:rFonts w:ascii="Times New Roman" w:hAnsi="Times New Roman" w:eastAsia="Times New Roman" w:cs="Times New Roman"/>
        </w:rPr>
        <w:t>, ‘</w:t>
      </w:r>
      <w:r>
        <w:rPr>
          <w:rFonts w:ascii="Gadugi" w:hAnsi="Gadugi" w:eastAsia="Gadugi" w:cs="Gadugi"/>
        </w:rPr>
        <w:t>ᎦᎸᎳᏗ</w:t>
      </w:r>
      <w:r>
        <w:rPr>
          <w:rFonts w:ascii="Times New Roman" w:hAnsi="Times New Roman" w:eastAsia="Times New Roman" w:cs="Times New Roman"/>
        </w:rPr>
        <w:t xml:space="preserve">, </w:t>
      </w:r>
      <w:r>
        <w:rPr>
          <w:rFonts w:ascii="Gadugi" w:hAnsi="Gadugi" w:eastAsia="Gadugi" w:cs="Gadugi"/>
        </w:rPr>
        <w:t>ᎦᎸᎳᏗ</w:t>
      </w:r>
      <w:r>
        <w:rPr>
          <w:rFonts w:ascii="Times New Roman" w:hAnsi="Times New Roman" w:eastAsia="Times New Roman" w:cs="Times New Roman"/>
        </w:rPr>
        <w:t xml:space="preserve">, </w:t>
      </w:r>
      <w:r>
        <w:rPr>
          <w:rFonts w:ascii="Gadugi" w:hAnsi="Gadugi" w:eastAsia="Gadugi" w:cs="Gadugi"/>
        </w:rPr>
        <w:t>ᎦᎸᎳᏗ</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ᎠᏂᏯᏫᏍᎩ</w:t>
      </w:r>
      <w:r>
        <w:rPr>
          <w:rFonts w:ascii="Times New Roman" w:hAnsi="Times New Roman" w:eastAsia="Times New Roman" w:cs="Times New Roman"/>
        </w:rPr>
        <w:t xml:space="preserve"> </w:t>
      </w:r>
      <w:r>
        <w:rPr>
          <w:rFonts w:ascii="Gadugi" w:hAnsi="Gadugi" w:eastAsia="Gadugi" w:cs="Gadugi"/>
        </w:rPr>
        <w:t>ᎤᏤᎵᎦ</w:t>
      </w:r>
      <w:r>
        <w:rPr>
          <w:rFonts w:ascii="Times New Roman" w:hAnsi="Times New Roman" w:eastAsia="Times New Roman" w:cs="Times New Roman"/>
        </w:rPr>
        <w:t xml:space="preserve">.’ </w:t>
      </w:r>
      <w:r>
        <w:rPr>
          <w:rFonts w:ascii="Gadugi" w:hAnsi="Gadugi" w:eastAsia="Gadugi" w:cs="Gadugi"/>
        </w:rPr>
        <w:t>ᎤᏂᏣᎳᎩ</w:t>
      </w:r>
      <w:r>
        <w:rPr>
          <w:rFonts w:ascii="Times New Roman" w:hAnsi="Times New Roman" w:eastAsia="Times New Roman" w:cs="Times New Roman"/>
        </w:rPr>
        <w:t xml:space="preserve"> </w:t>
      </w:r>
      <w:r>
        <w:rPr>
          <w:rFonts w:ascii="Gadugi" w:hAnsi="Gadugi" w:eastAsia="Gadugi" w:cs="Gadugi"/>
        </w:rPr>
        <w:t>ᎤᏂᏰᎸ</w:t>
      </w:r>
      <w:r>
        <w:rPr>
          <w:rFonts w:ascii="Times New Roman" w:hAnsi="Times New Roman" w:eastAsia="Times New Roman" w:cs="Times New Roman"/>
        </w:rPr>
        <w:t xml:space="preserve"> </w:t>
      </w:r>
      <w:r>
        <w:rPr>
          <w:rFonts w:ascii="Gadugi" w:hAnsi="Gadugi" w:eastAsia="Gadugi" w:cs="Gadugi"/>
        </w:rPr>
        <w:t>ᎤᎾᎸᏉᏗᏱ</w:t>
      </w:r>
      <w:r>
        <w:rPr>
          <w:rFonts w:ascii="Times New Roman" w:hAnsi="Times New Roman" w:eastAsia="Times New Roman" w:cs="Times New Roman"/>
        </w:rPr>
        <w:t xml:space="preserve"> </w:t>
      </w:r>
      <w:r>
        <w:rPr>
          <w:rFonts w:ascii="Gadugi" w:hAnsi="Gadugi" w:eastAsia="Gadugi" w:cs="Gadugi"/>
        </w:rPr>
        <w:t>ᎤᏁᎳᏅᎯ</w:t>
      </w:r>
      <w:r>
        <w:rPr>
          <w:rFonts w:ascii="Times New Roman" w:hAnsi="Times New Roman" w:eastAsia="Times New Roman" w:cs="Times New Roman"/>
        </w:rPr>
        <w:t xml:space="preserve">; </w:t>
      </w:r>
      <w:r>
        <w:rPr>
          <w:rFonts w:ascii="Gadugi" w:hAnsi="Gadugi" w:eastAsia="Gadugi" w:cs="Gadugi"/>
        </w:rPr>
        <w:t>ᎤᏂᏯᎥᎢ</w:t>
      </w:r>
      <w:r>
        <w:rPr>
          <w:rFonts w:ascii="Times New Roman" w:hAnsi="Times New Roman" w:eastAsia="Times New Roman" w:cs="Times New Roman"/>
        </w:rPr>
        <w:t xml:space="preserve"> </w:t>
      </w:r>
      <w:r>
        <w:rPr>
          <w:rFonts w:ascii="Gadugi" w:hAnsi="Gadugi" w:eastAsia="Gadugi" w:cs="Gadugi"/>
        </w:rPr>
        <w:t>ᎤᏤᎸ</w:t>
      </w:r>
      <w:r>
        <w:rPr>
          <w:rFonts w:ascii="Times New Roman" w:hAnsi="Times New Roman" w:eastAsia="Times New Roman" w:cs="Times New Roman"/>
        </w:rPr>
        <w:t xml:space="preserve"> </w:t>
      </w:r>
      <w:r>
        <w:rPr>
          <w:rFonts w:ascii="Gadugi" w:hAnsi="Gadugi" w:eastAsia="Gadugi" w:cs="Gadugi"/>
        </w:rPr>
        <w:t>ᎦᏙᎯ</w:t>
      </w:r>
      <w:r>
        <w:rPr>
          <w:rFonts w:ascii="Times New Roman" w:hAnsi="Times New Roman" w:eastAsia="Times New Roman" w:cs="Times New Roman"/>
        </w:rPr>
        <w:t xml:space="preserve">, </w:t>
      </w:r>
      <w:r>
        <w:rPr>
          <w:rFonts w:ascii="Gadugi" w:hAnsi="Gadugi" w:eastAsia="Gadugi" w:cs="Gadugi"/>
        </w:rPr>
        <w:t>ᎤᏤᎸ</w:t>
      </w:r>
      <w:r>
        <w:rPr>
          <w:rFonts w:ascii="Times New Roman" w:hAnsi="Times New Roman" w:eastAsia="Times New Roman" w:cs="Times New Roman"/>
        </w:rPr>
        <w:t xml:space="preserve"> </w:t>
      </w:r>
      <w:r>
        <w:rPr>
          <w:rFonts w:ascii="Gadugi" w:hAnsi="Gadugi" w:eastAsia="Gadugi" w:cs="Gadugi"/>
        </w:rPr>
        <w:t>ᎤᏤᎵᎦ</w:t>
      </w:r>
      <w:r>
        <w:rPr>
          <w:rFonts w:ascii="Times New Roman" w:hAnsi="Times New Roman" w:eastAsia="Times New Roman" w:cs="Times New Roman"/>
        </w:rPr>
        <w:t xml:space="preserve"> </w:t>
      </w:r>
      <w:r>
        <w:rPr>
          <w:rFonts w:ascii="Gadugi" w:hAnsi="Gadugi" w:eastAsia="Gadugi" w:cs="Gadugi"/>
        </w:rPr>
        <w:t>ᎤᏒᏃᏱ</w:t>
      </w:r>
      <w:r>
        <w:rPr>
          <w:rFonts w:ascii="Times New Roman" w:hAnsi="Times New Roman" w:eastAsia="Times New Roman" w:cs="Times New Roman"/>
        </w:rPr>
        <w:t xml:space="preserve"> </w:t>
      </w:r>
      <w:r>
        <w:rPr>
          <w:rFonts w:ascii="Gadugi" w:hAnsi="Gadugi" w:eastAsia="Gadugi" w:cs="Gadugi"/>
        </w:rPr>
        <w:t>ᎠᏁᏙᎲ</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ᎪᎱᏍᏗ</w:t>
      </w:r>
      <w:r>
        <w:rPr>
          <w:rFonts w:ascii="Times New Roman" w:hAnsi="Times New Roman" w:eastAsia="Times New Roman" w:cs="Times New Roman"/>
        </w:rPr>
        <w:t xml:space="preserve"> </w:t>
      </w:r>
      <w:r>
        <w:rPr>
          <w:rFonts w:ascii="Gadugi" w:hAnsi="Gadugi" w:eastAsia="Gadugi" w:cs="Gadugi"/>
        </w:rPr>
        <w:t>ᏅᏩᏓᎴ</w:t>
      </w:r>
      <w:r>
        <w:rPr>
          <w:rFonts w:ascii="Times New Roman" w:hAnsi="Times New Roman" w:eastAsia="Times New Roman" w:cs="Times New Roman"/>
        </w:rPr>
        <w:t xml:space="preserve"> </w:t>
      </w:r>
      <w:r>
        <w:rPr>
          <w:rFonts w:ascii="Gadugi" w:hAnsi="Gadugi" w:eastAsia="Gadugi" w:cs="Gadugi"/>
        </w:rPr>
        <w:t>ᎤᏂᏔᏲᎯᎭ</w:t>
      </w:r>
      <w:r>
        <w:rPr>
          <w:rFonts w:ascii="Times New Roman" w:hAnsi="Times New Roman" w:eastAsia="Times New Roman" w:cs="Times New Roman"/>
        </w:rPr>
        <w:t xml:space="preserve">. </w:t>
      </w:r>
      <w:r>
        <w:rPr>
          <w:rFonts w:ascii="Gadugi" w:hAnsi="Gadugi" w:eastAsia="Gadugi" w:cs="Gadugi"/>
        </w:rPr>
        <w:t>ᎤᏂᏃᎯᏳᏔᏅ</w:t>
      </w:r>
      <w:r>
        <w:rPr>
          <w:rFonts w:ascii="Times New Roman" w:hAnsi="Times New Roman" w:eastAsia="Times New Roman" w:cs="Times New Roman"/>
        </w:rPr>
        <w:t xml:space="preserve"> </w:t>
      </w:r>
      <w:r>
        <w:rPr>
          <w:rFonts w:ascii="Gadugi" w:hAnsi="Gadugi" w:eastAsia="Gadugi" w:cs="Gadugi"/>
        </w:rPr>
        <w:t>ᎤᏁᎳᏅᎯ</w:t>
      </w:r>
      <w:r>
        <w:rPr>
          <w:rFonts w:ascii="Times New Roman" w:hAnsi="Times New Roman" w:eastAsia="Times New Roman" w:cs="Times New Roman"/>
        </w:rPr>
        <w:t xml:space="preserve"> </w:t>
      </w:r>
      <w:r>
        <w:rPr>
          <w:rFonts w:ascii="Gadugi" w:hAnsi="Gadugi" w:eastAsia="Gadugi" w:cs="Gadugi"/>
        </w:rPr>
        <w:t>ᎤᏓᎷᎸᎢ</w:t>
      </w:r>
      <w:r>
        <w:rPr>
          <w:rFonts w:ascii="Times New Roman" w:hAnsi="Times New Roman" w:eastAsia="Times New Roman" w:cs="Times New Roman"/>
        </w:rPr>
        <w:t xml:space="preserve">, </w:t>
      </w:r>
      <w:r>
        <w:rPr>
          <w:rFonts w:ascii="Gadugi" w:hAnsi="Gadugi" w:eastAsia="Gadugi" w:cs="Gadugi"/>
        </w:rPr>
        <w:t>ᎤᏂᏛᏁᎲ</w:t>
      </w:r>
      <w:r>
        <w:rPr>
          <w:rFonts w:ascii="Times New Roman" w:hAnsi="Times New Roman" w:eastAsia="Times New Roman" w:cs="Times New Roman"/>
        </w:rPr>
        <w:t xml:space="preserve"> </w:t>
      </w:r>
      <w:r>
        <w:rPr>
          <w:rFonts w:ascii="Gadugi" w:hAnsi="Gadugi" w:eastAsia="Gadugi" w:cs="Gadugi"/>
        </w:rPr>
        <w:t>ᎤᏄᏬᎸᎢ</w:t>
      </w:r>
      <w:r>
        <w:rPr>
          <w:rFonts w:ascii="Times New Roman" w:hAnsi="Times New Roman" w:eastAsia="Times New Roman" w:cs="Times New Roman"/>
        </w:rPr>
        <w:t xml:space="preserve">, </w:t>
      </w:r>
      <w:r>
        <w:rPr>
          <w:rFonts w:ascii="Gadugi" w:hAnsi="Gadugi" w:eastAsia="Gadugi" w:cs="Gadugi"/>
        </w:rPr>
        <w:t>ᎤᏂᎾᏓᏙᎵᏍᏗᏍᎬ</w:t>
      </w:r>
      <w:r>
        <w:rPr>
          <w:rFonts w:ascii="Times New Roman" w:hAnsi="Times New Roman" w:eastAsia="Times New Roman" w:cs="Times New Roman"/>
        </w:rPr>
        <w:t xml:space="preserve"> </w:t>
      </w:r>
      <w:r>
        <w:rPr>
          <w:rFonts w:ascii="Gadugi" w:hAnsi="Gadugi" w:eastAsia="Gadugi" w:cs="Gadugi"/>
        </w:rPr>
        <w:t>ᎤᏩᏒ</w:t>
      </w:r>
      <w:r>
        <w:rPr>
          <w:rFonts w:ascii="Times New Roman" w:hAnsi="Times New Roman" w:eastAsia="Times New Roman" w:cs="Times New Roman"/>
        </w:rPr>
        <w:t xml:space="preserve">, </w:t>
      </w:r>
      <w:r>
        <w:rPr>
          <w:rFonts w:ascii="Gadugi" w:hAnsi="Gadugi" w:eastAsia="Gadugi" w:cs="Gadugi"/>
        </w:rPr>
        <w:t>ᎤᏂᏟᏂᎬᏁᎸ</w:t>
      </w:r>
      <w:r>
        <w:rPr>
          <w:rFonts w:ascii="Times New Roman" w:hAnsi="Times New Roman" w:eastAsia="Times New Roman" w:cs="Times New Roman"/>
        </w:rPr>
        <w:t xml:space="preserve"> </w:t>
      </w:r>
      <w:r>
        <w:rPr>
          <w:rFonts w:ascii="Gadugi" w:hAnsi="Gadugi" w:eastAsia="Gadugi" w:cs="Gadugi"/>
        </w:rPr>
        <w:t>ᎤᏅᏟᎩ</w:t>
      </w:r>
      <w:r>
        <w:rPr>
          <w:rFonts w:ascii="Times New Roman" w:hAnsi="Times New Roman" w:eastAsia="Times New Roman" w:cs="Times New Roman"/>
        </w:rPr>
        <w:t xml:space="preserve"> </w:t>
      </w:r>
      <w:r>
        <w:rPr>
          <w:rFonts w:ascii="Gadugi" w:hAnsi="Gadugi" w:eastAsia="Gadugi" w:cs="Gadugi"/>
        </w:rPr>
        <w:t>ᎤᎵᏍᏆᏛᎢ</w:t>
      </w:r>
      <w:r>
        <w:rPr>
          <w:rFonts w:ascii="Times New Roman" w:hAnsi="Times New Roman" w:eastAsia="Times New Roman" w:cs="Times New Roman"/>
        </w:rPr>
        <w:t xml:space="preserve"> </w:t>
      </w:r>
      <w:r>
        <w:rPr>
          <w:rFonts w:ascii="Gadugi" w:hAnsi="Gadugi" w:eastAsia="Gadugi" w:cs="Gadugi"/>
        </w:rPr>
        <w:t>ᎦᎵᏍᏔᏅ</w:t>
      </w:r>
      <w:r>
        <w:rPr>
          <w:rFonts w:ascii="Times New Roman" w:hAnsi="Times New Roman" w:eastAsia="Times New Roman" w:cs="Times New Roman"/>
        </w:rPr>
        <w:t>.” Gospel Workers, 21.</w:t>
      </w:r>
    </w:p>
    <w:p>
      <w:pPr>
        <w:pStyle w:val="ArticleBody"/>
        <w:jc w:val="left"/>
      </w:pPr>
      <w:r>
        <w:rPr>
          <w:rFonts w:ascii="Times New Roman" w:hAnsi="Times New Roman" w:eastAsia="Times New Roman" w:cs="Times New Roman"/>
        </w:rPr>
        <w:t>Ишаямен келісе отырып, Езекиел пайғамбарға да Ең Қасиетті Орынды көруге рұқсат етілді. Езекиелдің көрінісі бірінші тараудың бірінші аятынан басталды.</w:t>
      </w:r>
    </w:p>
    <w:p>
      <w:pPr>
        <w:pStyle w:val="ArticleScripture"/>
        <w:jc w:val="left"/>
      </w:pPr>
      <w:r>
        <w:rPr>
          <w:rFonts w:ascii="Times New Roman" w:hAnsi="Times New Roman" w:eastAsia="Times New Roman" w:cs="Times New Roman"/>
        </w:rPr>
        <w:t>Ameva mba tai lavo nandeha, tamin’ny taona fahatelopolo, tamin’ny volana fahefatra, tamin’ny andro fahadimin’ny volana, raha teo amin’ny babo teo amoron’ny ony Kebara aho, dia nisokatra ny lanitra, ka nahita fahitan’Andriamanitra aho. Ezekiela 1:1.</w:t>
      </w:r>
    </w:p>
    <w:p>
      <w:pPr>
        <w:pStyle w:val="ArticleBody"/>
        <w:jc w:val="left"/>
      </w:pPr>
      <w:r>
        <w:rPr>
          <w:rFonts w:ascii="Times New Roman" w:hAnsi="Times New Roman" w:eastAsia="Times New Roman" w:cs="Times New Roman"/>
        </w:rPr>
        <w:t>Awon aniotgdisi agu licheen n’ibem, imáwod k’häa eya se t’äniñot n’ituru k’ochok k’atín k’eñet a-bet k’atán eyi k’otonga ataditgdiot 8 n’ituru 9, k’atamun a-bet ataténadit n’itukuyit gíriit akwatat 144,000. Akiro nuun k’ejan k’esi atesubutanu.</w:t>
      </w:r>
    </w:p>
    <w:p>
      <w:pPr>
        <w:pStyle w:val="ArticleScripture"/>
        <w:jc w:val="left"/>
      </w:pPr>
      <w:r>
        <w:rPr>
          <w:rFonts w:ascii="Times New Roman" w:hAnsi="Times New Roman" w:eastAsia="Times New Roman" w:cs="Times New Roman"/>
        </w:rPr>
        <w:t>И шестой год, в шестой месяц, в пятый день месяца, когда я сидел в доме моём, и старейшины Иуды сидели предо мною, там ниспала на меня рука Господа Бога. И увидел я: и вот, некое подобие, как бы вид огня; от вида чресл Его и ниже — огонь, и от чресл Его и выше — как бы сияние, как бы цвет янтаря. И простёр Он как бы руку, и взял меня за локон головы моей; и дух поднял меня между землёю и небом и принёс меня в видениях Божиих в Иерусалим, ко входу внутренних ворот, обращённых к северу, где было седалище идола ревности, возбуждающего ревность. И вот, слава Бога Израилева была там, по видению, какое я видел на равнине. Иезекииль 8:1–4.</w:t>
      </w:r>
    </w:p>
    <w:p>
      <w:pPr>
        <w:pStyle w:val="ArticleBody"/>
        <w:jc w:val="left"/>
      </w:pPr>
      <w:r>
        <w:rPr>
          <w:rFonts w:ascii="Times New Roman" w:hAnsi="Times New Roman" w:eastAsia="Times New Roman" w:cs="Times New Roman"/>
        </w:rPr>
        <w:t>Mae gweledigaeth penodau wyth a naw, sy’n dynodi’r ddau ddosbarth a ddatblygir yn ystod selio’r cant pedwar deg a phedair mil, yn ôl “y weledigaeth a” welodd Eseciel “yn y gwastadedd.” Y mae’r weledigaeth a welodd yn y gwastadedd wedi ei dynodi ym mhennod tri.</w:t>
      </w:r>
    </w:p>
    <w:p>
      <w:pPr>
        <w:pStyle w:val="ArticleScripture"/>
        <w:jc w:val="left"/>
      </w:pPr>
      <w:r>
        <w:rPr>
          <w:rFonts w:ascii="Times New Roman" w:hAnsi="Times New Roman" w:eastAsia="Times New Roman" w:cs="Times New Roman"/>
        </w:rPr>
        <w:t>И тэнд ЭЗЭНий мутар миний дээр байв; Тэр надад, «Бос, тал уруу гар, тэнд Би чамтай ярина» гэж айлдав. Тэгээд би босож, тал уруу гарсан бөгөөд, болгоогтун, Хебар мөрний дэргэд миний харсан алдартай адил ЭЗЭНий алдар тэнд зогсож байлаа. Тэгэхэд би нүүрээрээ газар унав. Езекиел 3:22, 23.</w:t>
      </w:r>
    </w:p>
    <w:p>
      <w:pPr>
        <w:pStyle w:val="ArticleBody"/>
        <w:jc w:val="left"/>
      </w:pPr>
      <w:r>
        <w:rPr>
          <w:rFonts w:ascii="Times New Roman" w:hAnsi="Times New Roman" w:eastAsia="Times New Roman" w:cs="Times New Roman"/>
        </w:rPr>
        <w:t>Ti ñy visión Ezequiel ti “plain,” ket kas iti “glory which” nga “nakita” ni Ezequiel “iti igid ti karayan ti Chebar,” ket dayta ti visión iti kapitulo uno, bersikulo uno. Ti visión ti panangmarka iti kapitulo siam, ken ti visión ti “plain,” ket dagitoy ket simpleng panagtultuloy laeng ti visión iti karayan a Chebar. Dayta ket maysa a visión ti dayag ti Dios iti Kaasinaan a Nasantoan a Lugar, iti panawen ti panangmarka kadagiti sangagasut uppat a pulo ket uppat a ribo, a kas met iti visión ni Isaias. Ti visión ni Isaias ket mangipakpakdaar iti aramid ti Dios a panangibangon kadagiti mensahero iti panawen ti panangmarka, ket iti kapitulo dua ken tallo, ni Ezequiel ket ilasinna dayta mismo nga aramid iti ad-adda a naidetalyeng wagas ngem ni Isaias, ta iladawanna ti maysa a mensahero a mangyeg iti maysa a mensahe iti Laodicean Adventism, ken tapno maawatanna ti mensahe a yegna kadagiti managrebelde a tattao a mapalabaslaban, ni Ezequiel ket nabilin a mangan iti bassit a libro, a adda idiay ima ti anghel idi immulog Isuna idi Septiembre 11, 2001.</w:t>
      </w:r>
    </w:p>
    <w:p>
      <w:pPr>
        <w:pStyle w:val="ArticleScripture"/>
        <w:jc w:val="left"/>
      </w:pPr>
      <w:r>
        <w:rPr>
          <w:rFonts w:ascii="Times New Roman" w:hAnsi="Times New Roman" w:eastAsia="Times New Roman" w:cs="Times New Roman"/>
        </w:rPr>
        <w:t>Ṣùgbọ́n ó tún wí fún mi pé, Ọmọ ènìyàn, jẹ ohun tí o bá rí; jẹ ìwé yìí, kí o sì lọ sọ̀rọ̀ fún ilé Ísírẹ́lì. Nígbà náà ni mo há ẹnu mi, ó sì mú kí n jẹ ìwé náà. Ó sì wí fún mi pé, Ọmọ ènìyàn, mú kí inú rẹ jẹ, kí o sì fi ìwé yìí tí mo fi fún ọ kún ìfun rẹ. Nígbà náà ni mo jẹ ẹ́; ó sì dùn nínú ẹnu mi bí oyin nítorí adùn rẹ̀. Ó sì wí fún mi pé, Ọmọ ènìyàn, lọ, tọ̀ ara rẹ sí ilé Ísírẹ́lì, kí o sì fi ọ̀rọ̀ mi sọ̀rọ̀ fún wọn. Nítorí a kò rán ọ sí ọ̀dọ̀ àwọn ènìyàn tí ọ̀rọ̀ wọn jẹ́ àjèjì, tí èdè wọn sì le, bí kò ṣe sí ilé Ísírẹ́lì; kì í ṣe sí ọ̀dọ̀ ọ̀pọ̀lọpọ̀ ènìyàn tí ọ̀rọ̀ wọn jẹ́ àjèjì, tí èdè wọn sì le, àwọn tí o kò lè lóye ọ̀rọ̀ wọn. Nítõtọ́, bí mo bá ti rán ọ sí ọ̀dọ̀ wọn, wọn ì bá fetí sí ọ. Ṣùgbọ́n ilé Ísírẹ́lì kì yóò fetí sí ọ; nítorí wọn kì yóò fetí sí mi: nítorí gbogbo ilé Ísírẹ́lì jẹ́ aláìtìjú àti aláìní ọkàn rírò. Kíyèsi i, mo ti mú ojú rẹ le sí ojú wọn, mo sì ti mú iwájú orí rẹ le sí iwájú orí wọn. Bí adámáǹtì tí ó le ju òkúta fílíǹtì lọ ni mo ti ṣe iwájú orí rẹ: má ṣe bẹ̀rù wọn, bẹ́ẹ̀ ni má ṣe fòyà nítorí ojú wọn, bí ó tilẹ̀ jẹ́ pé ilé ọlọ̀tẹ̀ ni wọ́n. Hesekieli 3:1–9.</w:t>
      </w:r>
    </w:p>
    <w:p>
      <w:pPr>
        <w:pStyle w:val="ArticleBody"/>
        <w:jc w:val="left"/>
      </w:pP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ᎤᏬᏚᎯ</w:t>
      </w:r>
      <w:r>
        <w:rPr>
          <w:rFonts w:ascii="Times New Roman" w:hAnsi="Times New Roman" w:eastAsia="Times New Roman" w:cs="Times New Roman"/>
        </w:rPr>
        <w:t xml:space="preserve"> </w:t>
      </w:r>
      <w:r>
        <w:rPr>
          <w:rFonts w:ascii="Gadugi" w:hAnsi="Gadugi" w:eastAsia="Gadugi" w:cs="Gadugi"/>
        </w:rPr>
        <w:t>ᎠᏂᎦᏴᎵᎨ</w:t>
      </w:r>
      <w:r>
        <w:rPr>
          <w:rFonts w:ascii="Times New Roman" w:hAnsi="Times New Roman" w:eastAsia="Times New Roman" w:cs="Times New Roman"/>
        </w:rPr>
        <w:t xml:space="preserve"> </w:t>
      </w:r>
      <w:r>
        <w:rPr>
          <w:rFonts w:ascii="Gadugi" w:hAnsi="Gadugi" w:eastAsia="Gadugi" w:cs="Gadugi"/>
        </w:rPr>
        <w:t>ᎤᏬᏚᎯ</w:t>
      </w:r>
      <w:r>
        <w:rPr>
          <w:rFonts w:ascii="Times New Roman" w:hAnsi="Times New Roman" w:eastAsia="Times New Roman" w:cs="Times New Roman"/>
        </w:rPr>
        <w:t xml:space="preserve"> </w:t>
      </w:r>
      <w:r>
        <w:rPr>
          <w:rFonts w:ascii="Gadugi" w:hAnsi="Gadugi" w:eastAsia="Gadugi" w:cs="Gadugi"/>
        </w:rPr>
        <w:t>ᎤᏓᏅᏘ</w:t>
      </w:r>
      <w:r>
        <w:rPr>
          <w:rFonts w:ascii="Times New Roman" w:hAnsi="Times New Roman" w:eastAsia="Times New Roman" w:cs="Times New Roman"/>
        </w:rPr>
        <w:t xml:space="preserve"> </w:t>
      </w:r>
      <w:r>
        <w:rPr>
          <w:rFonts w:ascii="Gadugi" w:hAnsi="Gadugi" w:eastAsia="Gadugi" w:cs="Gadugi"/>
        </w:rPr>
        <w:t>ᎤᏬᏚᎯ</w:t>
      </w:r>
      <w:r>
        <w:rPr>
          <w:rFonts w:ascii="Times New Roman" w:hAnsi="Times New Roman" w:eastAsia="Times New Roman" w:cs="Times New Roman"/>
        </w:rPr>
        <w:t xml:space="preserve"> </w:t>
      </w:r>
      <w:r>
        <w:rPr>
          <w:rFonts w:ascii="Gadugi" w:hAnsi="Gadugi" w:eastAsia="Gadugi" w:cs="Gadugi"/>
        </w:rPr>
        <w:t>ᎤᏬᏂᎭ</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ᎤᏬᏂᎯᏍᏗ</w:t>
      </w:r>
      <w:r>
        <w:rPr>
          <w:rFonts w:ascii="Times New Roman" w:hAnsi="Times New Roman" w:eastAsia="Times New Roman" w:cs="Times New Roman"/>
        </w:rPr>
        <w:t xml:space="preserve"> </w:t>
      </w:r>
      <w:r>
        <w:rPr>
          <w:rFonts w:ascii="Gadugi" w:hAnsi="Gadugi" w:eastAsia="Gadugi" w:cs="Gadugi"/>
        </w:rPr>
        <w:t>ᎠᏍᏆᎸᎢ</w:t>
      </w:r>
      <w:r>
        <w:rPr>
          <w:rFonts w:ascii="Times New Roman" w:hAnsi="Times New Roman" w:eastAsia="Times New Roman" w:cs="Times New Roman"/>
        </w:rPr>
        <w:t xml:space="preserve"> </w:t>
      </w:r>
      <w:r>
        <w:rPr>
          <w:rFonts w:ascii="Gadugi" w:hAnsi="Gadugi" w:eastAsia="Gadugi" w:cs="Gadugi"/>
        </w:rPr>
        <w:t>ᎤᏬᏂᎭ</w:t>
      </w:r>
      <w:r>
        <w:rPr>
          <w:rFonts w:ascii="Times New Roman" w:hAnsi="Times New Roman" w:eastAsia="Times New Roman" w:cs="Times New Roman"/>
        </w:rPr>
        <w:t xml:space="preserve"> </w:t>
      </w:r>
      <w:r>
        <w:rPr>
          <w:rFonts w:ascii="Gadugi" w:hAnsi="Gadugi" w:eastAsia="Gadugi" w:cs="Gadugi"/>
        </w:rPr>
        <w:t>ᏅᏩᏓᎴ</w:t>
      </w:r>
      <w:r>
        <w:rPr>
          <w:rFonts w:ascii="Times New Roman" w:hAnsi="Times New Roman" w:eastAsia="Times New Roman" w:cs="Times New Roman"/>
        </w:rPr>
        <w:t xml:space="preserve"> </w:t>
      </w:r>
      <w:r>
        <w:rPr>
          <w:rFonts w:ascii="Gadugi" w:hAnsi="Gadugi" w:eastAsia="Gadugi" w:cs="Gadugi"/>
        </w:rPr>
        <w:t>ᎦᏬᏂᎯᏍᏗ</w:t>
      </w:r>
      <w:r>
        <w:rPr>
          <w:rFonts w:ascii="Times New Roman" w:hAnsi="Times New Roman" w:eastAsia="Times New Roman" w:cs="Times New Roman"/>
        </w:rPr>
        <w:t xml:space="preserve">. </w:t>
      </w:r>
      <w:r>
        <w:rPr>
          <w:rFonts w:ascii="Gadugi" w:hAnsi="Gadugi" w:eastAsia="Gadugi" w:cs="Gadugi"/>
        </w:rPr>
        <w:t>ᎢᏏᎩᎵ</w:t>
      </w:r>
      <w:r>
        <w:rPr>
          <w:rFonts w:ascii="Times New Roman" w:hAnsi="Times New Roman" w:eastAsia="Times New Roman" w:cs="Times New Roman"/>
        </w:rPr>
        <w:t xml:space="preserve"> </w:t>
      </w:r>
      <w:r>
        <w:rPr>
          <w:rFonts w:ascii="Gadugi" w:hAnsi="Gadugi" w:eastAsia="Gadugi" w:cs="Gadugi"/>
        </w:rPr>
        <w:t>ᎤᏪᏅᏒ</w:t>
      </w:r>
      <w:r>
        <w:rPr>
          <w:rFonts w:ascii="Times New Roman" w:hAnsi="Times New Roman" w:eastAsia="Times New Roman" w:cs="Times New Roman"/>
        </w:rPr>
        <w:t xml:space="preserve"> </w:t>
      </w:r>
      <w:r>
        <w:rPr>
          <w:rFonts w:ascii="Gadugi" w:hAnsi="Gadugi" w:eastAsia="Gadugi" w:cs="Gadugi"/>
        </w:rPr>
        <w:t>ᎠᏓᏁᎸ</w:t>
      </w:r>
      <w:r>
        <w:rPr>
          <w:rFonts w:ascii="Times New Roman" w:hAnsi="Times New Roman" w:eastAsia="Times New Roman" w:cs="Times New Roman"/>
        </w:rPr>
        <w:t xml:space="preserve"> </w:t>
      </w:r>
      <w:r>
        <w:rPr>
          <w:rFonts w:ascii="Gadugi" w:hAnsi="Gadugi" w:eastAsia="Gadugi" w:cs="Gadugi"/>
        </w:rPr>
        <w:t>ᎢᏏᎵ</w:t>
      </w:r>
      <w:r>
        <w:rPr>
          <w:rFonts w:ascii="Times New Roman" w:hAnsi="Times New Roman" w:eastAsia="Times New Roman" w:cs="Times New Roman"/>
        </w:rPr>
        <w:t xml:space="preserve"> </w:t>
      </w:r>
      <w:r>
        <w:rPr>
          <w:rFonts w:ascii="Gadugi" w:hAnsi="Gadugi" w:eastAsia="Gadugi" w:cs="Gadugi"/>
        </w:rPr>
        <w:t>ᎪᎯᏳ</w:t>
      </w:r>
      <w:r>
        <w:rPr>
          <w:rFonts w:ascii="Times New Roman" w:hAnsi="Times New Roman" w:eastAsia="Times New Roman" w:cs="Times New Roman"/>
        </w:rPr>
        <w:t xml:space="preserve"> </w:t>
      </w:r>
      <w:r>
        <w:rPr>
          <w:rFonts w:ascii="Gadugi" w:hAnsi="Gadugi" w:eastAsia="Gadugi" w:cs="Gadugi"/>
        </w:rPr>
        <w:t>ᎤᏓᏅᏘ</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ᎤᏓᏅᏘ</w:t>
      </w:r>
      <w:r>
        <w:rPr>
          <w:rFonts w:ascii="Times New Roman" w:hAnsi="Times New Roman" w:eastAsia="Times New Roman" w:cs="Times New Roman"/>
        </w:rPr>
        <w:t xml:space="preserve"> </w:t>
      </w:r>
      <w:r>
        <w:rPr>
          <w:rFonts w:ascii="Gadugi" w:hAnsi="Gadugi" w:eastAsia="Gadugi" w:cs="Gadugi"/>
        </w:rPr>
        <w:t>ᎠᏍᏆᎸ</w:t>
      </w:r>
      <w:r>
        <w:rPr>
          <w:rFonts w:ascii="Times New Roman" w:hAnsi="Times New Roman" w:eastAsia="Times New Roman" w:cs="Times New Roman"/>
        </w:rPr>
        <w:t xml:space="preserve"> </w:t>
      </w:r>
      <w:r>
        <w:rPr>
          <w:rFonts w:ascii="Gadugi" w:hAnsi="Gadugi" w:eastAsia="Gadugi" w:cs="Gadugi"/>
        </w:rPr>
        <w:t>ᎤᏜᏓᏅᏛ</w:t>
      </w:r>
      <w:r>
        <w:rPr>
          <w:rFonts w:ascii="Times New Roman" w:hAnsi="Times New Roman" w:eastAsia="Times New Roman" w:cs="Times New Roman"/>
        </w:rPr>
        <w:t xml:space="preserve"> </w:t>
      </w:r>
      <w:r>
        <w:rPr>
          <w:rFonts w:ascii="Gadugi" w:hAnsi="Gadugi" w:eastAsia="Gadugi" w:cs="Gadugi"/>
        </w:rPr>
        <w:t>ᎤᏪᏯᎢ</w:t>
      </w:r>
      <w:r>
        <w:rPr>
          <w:rFonts w:ascii="Times New Roman" w:hAnsi="Times New Roman" w:eastAsia="Times New Roman" w:cs="Times New Roman"/>
        </w:rPr>
        <w:t xml:space="preserve"> </w:t>
      </w:r>
      <w:r>
        <w:rPr>
          <w:rFonts w:ascii="Gadugi" w:hAnsi="Gadugi" w:eastAsia="Gadugi" w:cs="Gadugi"/>
        </w:rPr>
        <w:t>ᎴᎣᏗᏏᎠ</w:t>
      </w:r>
      <w:r>
        <w:rPr>
          <w:rFonts w:ascii="Times New Roman" w:hAnsi="Times New Roman" w:eastAsia="Times New Roman" w:cs="Times New Roman"/>
        </w:rPr>
        <w:t xml:space="preserve"> </w:t>
      </w:r>
      <w:r>
        <w:rPr>
          <w:rFonts w:ascii="Gadugi" w:hAnsi="Gadugi" w:eastAsia="Gadugi" w:cs="Gadugi"/>
        </w:rPr>
        <w:t>ᏣᎳᏩᏍᏗ</w:t>
      </w:r>
      <w:r>
        <w:rPr>
          <w:rFonts w:ascii="Times New Roman" w:hAnsi="Times New Roman" w:eastAsia="Times New Roman" w:cs="Times New Roman"/>
        </w:rPr>
        <w:t xml:space="preserve"> </w:t>
      </w:r>
      <w:r>
        <w:rPr>
          <w:rFonts w:ascii="Gadugi" w:hAnsi="Gadugi" w:eastAsia="Gadugi" w:cs="Gadugi"/>
        </w:rPr>
        <w:t>ᏏᎾᎢ</w:t>
      </w:r>
      <w:r>
        <w:rPr>
          <w:rFonts w:ascii="Times New Roman" w:hAnsi="Times New Roman" w:eastAsia="Times New Roman" w:cs="Times New Roman"/>
        </w:rPr>
        <w:t>-</w:t>
      </w:r>
      <w:r>
        <w:rPr>
          <w:rFonts w:ascii="Gadugi" w:hAnsi="Gadugi" w:eastAsia="Gadugi" w:cs="Gadugi"/>
        </w:rPr>
        <w:t>ᎠᎴ</w:t>
      </w:r>
      <w:r>
        <w:rPr>
          <w:rFonts w:ascii="Times New Roman" w:hAnsi="Times New Roman" w:eastAsia="Times New Roman" w:cs="Times New Roman"/>
        </w:rPr>
        <w:t>-</w:t>
      </w:r>
      <w:r>
        <w:rPr>
          <w:rFonts w:ascii="Gadugi" w:hAnsi="Gadugi" w:eastAsia="Gadugi" w:cs="Gadugi"/>
        </w:rPr>
        <w:t>ᏧᎾᎩᏨᏂ</w:t>
      </w:r>
      <w:r>
        <w:rPr>
          <w:rFonts w:ascii="Times New Roman" w:hAnsi="Times New Roman" w:eastAsia="Times New Roman" w:cs="Times New Roman"/>
        </w:rPr>
        <w:t xml:space="preserve"> </w:t>
      </w:r>
      <w:r>
        <w:rPr>
          <w:rFonts w:ascii="Gadugi" w:hAnsi="Gadugi" w:eastAsia="Gadugi" w:cs="Gadugi"/>
        </w:rPr>
        <w:t>ᎠᏂᏯᏛᎯ</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ᎤᏂᎪᎵᏰᎢ</w:t>
      </w:r>
      <w:r>
        <w:rPr>
          <w:rFonts w:ascii="Times New Roman" w:hAnsi="Times New Roman" w:eastAsia="Times New Roman" w:cs="Times New Roman"/>
        </w:rPr>
        <w:t xml:space="preserve"> </w:t>
      </w:r>
      <w:r>
        <w:rPr>
          <w:rFonts w:ascii="Gadugi" w:hAnsi="Gadugi" w:eastAsia="Gadugi" w:cs="Gadugi"/>
        </w:rPr>
        <w:t>ᏱᎨᏎᏍᏗ</w:t>
      </w:r>
      <w:r>
        <w:rPr>
          <w:rFonts w:ascii="Times New Roman" w:hAnsi="Times New Roman" w:eastAsia="Times New Roman" w:cs="Times New Roman"/>
        </w:rPr>
        <w:t xml:space="preserve"> </w:t>
      </w:r>
      <w:r>
        <w:rPr>
          <w:rFonts w:ascii="Gadugi" w:hAnsi="Gadugi" w:eastAsia="Gadugi" w:cs="Gadugi"/>
        </w:rPr>
        <w:t>ᎠᎢ</w:t>
      </w:r>
      <w:r>
        <w:rPr>
          <w:rFonts w:ascii="Times New Roman" w:hAnsi="Times New Roman" w:eastAsia="Times New Roman" w:cs="Times New Roman"/>
        </w:rPr>
        <w:t xml:space="preserve">. </w:t>
      </w:r>
      <w:r>
        <w:rPr>
          <w:rFonts w:ascii="Gadugi" w:hAnsi="Gadugi" w:eastAsia="Gadugi" w:cs="Gadugi"/>
        </w:rPr>
        <w:t>ᎠᏕᎸᎢ</w:t>
      </w:r>
      <w:r>
        <w:rPr>
          <w:rFonts w:ascii="Times New Roman" w:hAnsi="Times New Roman" w:eastAsia="Times New Roman" w:cs="Times New Roman"/>
        </w:rPr>
        <w:t xml:space="preserve"> </w:t>
      </w:r>
      <w:r>
        <w:rPr>
          <w:rFonts w:ascii="Gadugi" w:hAnsi="Gadugi" w:eastAsia="Gadugi" w:cs="Gadugi"/>
        </w:rPr>
        <w:t>ᎤᏜᏓᏅᏛ</w:t>
      </w:r>
      <w:r>
        <w:rPr>
          <w:rFonts w:ascii="Times New Roman" w:hAnsi="Times New Roman" w:eastAsia="Times New Roman" w:cs="Times New Roman"/>
        </w:rPr>
        <w:t xml:space="preserve"> </w:t>
      </w:r>
      <w:r>
        <w:rPr>
          <w:rFonts w:ascii="Gadugi" w:hAnsi="Gadugi" w:eastAsia="Gadugi" w:cs="Gadugi"/>
        </w:rPr>
        <w:t>ᎠᏍᏆᎸ</w:t>
      </w:r>
      <w:r>
        <w:rPr>
          <w:rFonts w:ascii="Times New Roman" w:hAnsi="Times New Roman" w:eastAsia="Times New Roman" w:cs="Times New Roman"/>
        </w:rPr>
        <w:t xml:space="preserve"> </w:t>
      </w:r>
      <w:r>
        <w:rPr>
          <w:rFonts w:ascii="Gadugi" w:hAnsi="Gadugi" w:eastAsia="Gadugi" w:cs="Gadugi"/>
        </w:rPr>
        <w:t>ᎤᏪᏯᎢ</w:t>
      </w:r>
      <w:r>
        <w:rPr>
          <w:rFonts w:ascii="Times New Roman" w:hAnsi="Times New Roman" w:eastAsia="Times New Roman" w:cs="Times New Roman"/>
        </w:rPr>
        <w:t xml:space="preserve"> </w:t>
      </w:r>
      <w:r>
        <w:rPr>
          <w:rFonts w:ascii="Gadugi" w:hAnsi="Gadugi" w:eastAsia="Gadugi" w:cs="Gadugi"/>
        </w:rPr>
        <w:t>ᎠᏂᏍᎪᎯ</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ᏅᎩᎦᏟ</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ᎠᏍᎪᎯ</w:t>
      </w:r>
      <w:r>
        <w:rPr>
          <w:rFonts w:ascii="Times New Roman" w:hAnsi="Times New Roman" w:eastAsia="Times New Roman" w:cs="Times New Roman"/>
        </w:rPr>
        <w:t xml:space="preserve"> </w:t>
      </w:r>
      <w:r>
        <w:rPr>
          <w:rFonts w:ascii="Gadugi" w:hAnsi="Gadugi" w:eastAsia="Gadugi" w:cs="Gadugi"/>
        </w:rPr>
        <w:t>ᎠᏁᎳᏚ</w:t>
      </w:r>
      <w:r>
        <w:rPr>
          <w:rFonts w:ascii="Times New Roman" w:hAnsi="Times New Roman" w:eastAsia="Times New Roman" w:cs="Times New Roman"/>
        </w:rPr>
        <w:t xml:space="preserve"> </w:t>
      </w:r>
      <w:r>
        <w:rPr>
          <w:rFonts w:ascii="Gadugi" w:hAnsi="Gadugi" w:eastAsia="Gadugi" w:cs="Gadugi"/>
        </w:rPr>
        <w:t>ᎦᎵᏉᎩ</w:t>
      </w:r>
      <w:r>
        <w:rPr>
          <w:rFonts w:ascii="Times New Roman" w:hAnsi="Times New Roman" w:eastAsia="Times New Roman" w:cs="Times New Roman"/>
        </w:rPr>
        <w:t xml:space="preserve"> </w:t>
      </w:r>
      <w:r>
        <w:rPr>
          <w:rFonts w:ascii="Gadugi" w:hAnsi="Gadugi" w:eastAsia="Gadugi" w:cs="Gadugi"/>
        </w:rPr>
        <w:t>ᏅᎩᏈᏅ</w:t>
      </w:r>
      <w:r>
        <w:rPr>
          <w:rFonts w:ascii="Times New Roman" w:hAnsi="Times New Roman" w:eastAsia="Times New Roman" w:cs="Times New Roman"/>
        </w:rPr>
        <w:t xml:space="preserve"> </w:t>
      </w:r>
      <w:r>
        <w:rPr>
          <w:rFonts w:ascii="Gadugi" w:hAnsi="Gadugi" w:eastAsia="Gadugi" w:cs="Gadugi"/>
        </w:rPr>
        <w:t>ᎢᏯᏂᏛ</w:t>
      </w:r>
      <w:r>
        <w:rPr>
          <w:rFonts w:ascii="Times New Roman" w:hAnsi="Times New Roman" w:eastAsia="Times New Roman" w:cs="Times New Roman"/>
        </w:rPr>
        <w:t xml:space="preserve"> </w:t>
      </w:r>
      <w:r>
        <w:rPr>
          <w:rFonts w:ascii="Gadugi" w:hAnsi="Gadugi" w:eastAsia="Gadugi" w:cs="Gadugi"/>
        </w:rPr>
        <w:t>ᎤᏠᏯᏍᏗ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ᎠᎦᏁᎳᏛ</w:t>
      </w:r>
      <w:r>
        <w:rPr>
          <w:rFonts w:ascii="Times New Roman" w:hAnsi="Times New Roman" w:eastAsia="Times New Roman" w:cs="Times New Roman"/>
        </w:rPr>
        <w:t xml:space="preserve"> </w:t>
      </w:r>
      <w:r>
        <w:rPr>
          <w:rFonts w:ascii="Gadugi" w:hAnsi="Gadugi" w:eastAsia="Gadugi" w:cs="Gadugi"/>
        </w:rPr>
        <w:t>ᎤᏤᎵ</w:t>
      </w:r>
      <w:r>
        <w:rPr>
          <w:rFonts w:ascii="Times New Roman" w:hAnsi="Times New Roman" w:eastAsia="Times New Roman" w:cs="Times New Roman"/>
        </w:rPr>
        <w:t xml:space="preserve"> </w:t>
      </w:r>
      <w:r>
        <w:rPr>
          <w:rFonts w:ascii="Gadugi" w:hAnsi="Gadugi" w:eastAsia="Gadugi" w:cs="Gadugi"/>
        </w:rPr>
        <w:t>ᎤᏓᏅᏘ</w:t>
      </w:r>
      <w:r>
        <w:rPr>
          <w:rFonts w:ascii="Times New Roman" w:hAnsi="Times New Roman" w:eastAsia="Times New Roman" w:cs="Times New Roman"/>
        </w:rPr>
        <w:t xml:space="preserve"> </w:t>
      </w:r>
      <w:r>
        <w:rPr>
          <w:rFonts w:ascii="Gadugi" w:hAnsi="Gadugi" w:eastAsia="Gadugi" w:cs="Gadugi"/>
        </w:rPr>
        <w:t>ᎠᏥᏁᎯ</w:t>
      </w:r>
      <w:r>
        <w:rPr>
          <w:rFonts w:ascii="Times New Roman" w:hAnsi="Times New Roman" w:eastAsia="Times New Roman" w:cs="Times New Roman"/>
        </w:rPr>
        <w:t xml:space="preserve"> </w:t>
      </w:r>
      <w:r>
        <w:rPr>
          <w:rFonts w:ascii="Gadugi" w:hAnsi="Gadugi" w:eastAsia="Gadugi" w:cs="Gadugi"/>
        </w:rPr>
        <w:t>ᎨᏎᏍᏗ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ᎠᏥᎪᎵᏰᎢ</w:t>
      </w:r>
      <w:r>
        <w:rPr>
          <w:rFonts w:ascii="Times New Roman" w:hAnsi="Times New Roman" w:eastAsia="Times New Roman" w:cs="Times New Roman"/>
        </w:rPr>
        <w:t xml:space="preserve">, </w:t>
      </w:r>
      <w:r>
        <w:rPr>
          <w:rFonts w:ascii="Gadugi" w:hAnsi="Gadugi" w:eastAsia="Gadugi" w:cs="Gadugi"/>
        </w:rPr>
        <w:t>ᎿᎭᏉ</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ᎾᎥ</w:t>
      </w:r>
      <w:r>
        <w:rPr>
          <w:rFonts w:ascii="Times New Roman" w:hAnsi="Times New Roman" w:eastAsia="Times New Roman" w:cs="Times New Roman"/>
        </w:rPr>
        <w:t xml:space="preserve"> </w:t>
      </w:r>
      <w:r>
        <w:rPr>
          <w:rFonts w:ascii="Gadugi" w:hAnsi="Gadugi" w:eastAsia="Gadugi" w:cs="Gadugi"/>
        </w:rPr>
        <w:t>ᎤᏬᎯᏳ</w:t>
      </w:r>
      <w:r>
        <w:rPr>
          <w:rFonts w:ascii="Times New Roman" w:hAnsi="Times New Roman" w:eastAsia="Times New Roman" w:cs="Times New Roman"/>
        </w:rPr>
        <w:t xml:space="preserve"> </w:t>
      </w:r>
      <w:r>
        <w:rPr>
          <w:rFonts w:ascii="Gadugi" w:hAnsi="Gadugi" w:eastAsia="Gadugi" w:cs="Gadugi"/>
        </w:rPr>
        <w:t>ᎤᎾᎵᎡᎵᏍᏗ</w:t>
      </w:r>
      <w:r>
        <w:rPr>
          <w:rFonts w:ascii="Times New Roman" w:hAnsi="Times New Roman" w:eastAsia="Times New Roman" w:cs="Times New Roman"/>
        </w:rPr>
        <w:t xml:space="preserve"> </w:t>
      </w:r>
      <w:r>
        <w:rPr>
          <w:rFonts w:ascii="Gadugi" w:hAnsi="Gadugi" w:eastAsia="Gadugi" w:cs="Gadugi"/>
        </w:rPr>
        <w:t>ᏧᏙᏢᏒ</w:t>
      </w:r>
      <w:r>
        <w:rPr>
          <w:rFonts w:ascii="Times New Roman" w:hAnsi="Times New Roman" w:eastAsia="Times New Roman" w:cs="Times New Roman"/>
        </w:rPr>
        <w:t xml:space="preserve"> </w:t>
      </w:r>
      <w:r>
        <w:rPr>
          <w:rFonts w:ascii="Gadugi" w:hAnsi="Gadugi" w:eastAsia="Gadugi" w:cs="Gadugi"/>
        </w:rPr>
        <w:t>ᎤᎷᏨᎭ</w:t>
      </w:r>
      <w:r>
        <w:rPr>
          <w:rFonts w:ascii="Times New Roman" w:hAnsi="Times New Roman" w:eastAsia="Times New Roman" w:cs="Times New Roman"/>
        </w:rPr>
        <w:t xml:space="preserve"> </w:t>
      </w:r>
      <w:r>
        <w:rPr>
          <w:rFonts w:ascii="Gadugi" w:hAnsi="Gadugi" w:eastAsia="Gadugi" w:cs="Gadugi"/>
        </w:rPr>
        <w:t>ᏍᏆᏂᎪᏗ</w:t>
      </w:r>
      <w:r>
        <w:rPr>
          <w:rFonts w:ascii="Times New Roman" w:hAnsi="Times New Roman" w:eastAsia="Times New Roman" w:cs="Times New Roman"/>
        </w:rPr>
        <w:t xml:space="preserve"> </w:t>
      </w:r>
      <w:r>
        <w:rPr>
          <w:rFonts w:ascii="Gadugi" w:hAnsi="Gadugi" w:eastAsia="Gadugi" w:cs="Gadugi"/>
        </w:rPr>
        <w:t>ᎤᏪᏅᏛ</w:t>
      </w:r>
      <w:r>
        <w:rPr>
          <w:rFonts w:ascii="Times New Roman" w:hAnsi="Times New Roman" w:eastAsia="Times New Roman" w:cs="Times New Roman"/>
        </w:rPr>
        <w:t xml:space="preserve"> </w:t>
      </w:r>
      <w:r>
        <w:rPr>
          <w:rFonts w:ascii="Gadugi" w:hAnsi="Gadugi" w:eastAsia="Gadugi" w:cs="Gadugi"/>
        </w:rPr>
        <w:t>ᏗᎧᏃᎮᏛ</w:t>
      </w:r>
      <w:r>
        <w:rPr>
          <w:rFonts w:ascii="Times New Roman" w:hAnsi="Times New Roman" w:eastAsia="Times New Roman" w:cs="Times New Roman"/>
        </w:rPr>
        <w:t xml:space="preserve">, </w:t>
      </w:r>
      <w:r>
        <w:rPr>
          <w:rFonts w:ascii="Gadugi" w:hAnsi="Gadugi" w:eastAsia="Gadugi" w:cs="Gadugi"/>
        </w:rPr>
        <w:t>ᏔᎵᏁ</w:t>
      </w:r>
      <w:r>
        <w:rPr>
          <w:rFonts w:ascii="Times New Roman" w:hAnsi="Times New Roman" w:eastAsia="Times New Roman" w:cs="Times New Roman"/>
        </w:rPr>
        <w:t xml:space="preserve"> </w:t>
      </w:r>
      <w:r>
        <w:rPr>
          <w:rFonts w:ascii="Gadugi" w:hAnsi="Gadugi" w:eastAsia="Gadugi" w:cs="Gadugi"/>
        </w:rPr>
        <w:t>ᎧᏁᎬ</w:t>
      </w:r>
      <w:r>
        <w:rPr>
          <w:rFonts w:ascii="Times New Roman" w:hAnsi="Times New Roman" w:eastAsia="Times New Roman" w:cs="Times New Roman"/>
        </w:rPr>
        <w:t xml:space="preserve"> </w:t>
      </w:r>
      <w:r>
        <w:rPr>
          <w:rFonts w:ascii="Gadugi" w:hAnsi="Gadugi" w:eastAsia="Gadugi" w:cs="Gadugi"/>
        </w:rPr>
        <w:t>ᎤᎾᏄᎪᏫᏎᎸ</w:t>
      </w:r>
      <w:r>
        <w:rPr>
          <w:rFonts w:ascii="Times New Roman" w:hAnsi="Times New Roman" w:eastAsia="Times New Roman" w:cs="Times New Roman"/>
        </w:rPr>
        <w:t xml:space="preserve"> 18 </w:t>
      </w:r>
      <w:r>
        <w:rPr>
          <w:rFonts w:ascii="Gadugi" w:hAnsi="Gadugi" w:eastAsia="Gadugi" w:cs="Gadugi"/>
        </w:rPr>
        <w:t>ᎢᎬᏱᏢ</w:t>
      </w:r>
      <w:r>
        <w:rPr>
          <w:rFonts w:ascii="Times New Roman" w:hAnsi="Times New Roman" w:eastAsia="Times New Roman" w:cs="Times New Roman"/>
        </w:rPr>
        <w:t xml:space="preserve">, </w:t>
      </w:r>
      <w:r>
        <w:rPr>
          <w:rFonts w:ascii="Gadugi" w:hAnsi="Gadugi" w:eastAsia="Gadugi" w:cs="Gadugi"/>
        </w:rPr>
        <w:t>ᎠᏯᏃᎯᏍᏗ</w:t>
      </w:r>
      <w:r>
        <w:rPr>
          <w:rFonts w:ascii="Times New Roman" w:hAnsi="Times New Roman" w:eastAsia="Times New Roman" w:cs="Times New Roman"/>
        </w:rPr>
        <w:t xml:space="preserve"> </w:t>
      </w:r>
      <w:r>
        <w:rPr>
          <w:rFonts w:ascii="Gadugi" w:hAnsi="Gadugi" w:eastAsia="Gadugi" w:cs="Gadugi"/>
        </w:rPr>
        <w:t>ᎠᎦᏁᎳᏛ</w:t>
      </w:r>
      <w:r>
        <w:rPr>
          <w:rFonts w:ascii="Times New Roman" w:hAnsi="Times New Roman" w:eastAsia="Times New Roman" w:cs="Times New Roman"/>
        </w:rPr>
        <w:t xml:space="preserve"> </w:t>
      </w:r>
      <w:r>
        <w:rPr>
          <w:rFonts w:ascii="Gadugi" w:hAnsi="Gadugi" w:eastAsia="Gadugi" w:cs="Gadugi"/>
        </w:rPr>
        <w:t>ᎤᏤᎵ</w:t>
      </w:r>
      <w:r>
        <w:rPr>
          <w:rFonts w:ascii="Times New Roman" w:hAnsi="Times New Roman" w:eastAsia="Times New Roman" w:cs="Times New Roman"/>
        </w:rPr>
        <w:t xml:space="preserve"> </w:t>
      </w:r>
      <w:r>
        <w:rPr>
          <w:rFonts w:ascii="Gadugi" w:hAnsi="Gadugi" w:eastAsia="Gadugi" w:cs="Gadugi"/>
        </w:rPr>
        <w:t>ᎠᏂᎦᏴᎵᎨ</w:t>
      </w:r>
      <w:r>
        <w:rPr>
          <w:rFonts w:ascii="Times New Roman" w:hAnsi="Times New Roman" w:eastAsia="Times New Roman" w:cs="Times New Roman"/>
        </w:rPr>
        <w:t xml:space="preserve"> </w:t>
      </w:r>
      <w:r>
        <w:rPr>
          <w:rFonts w:ascii="Gadugi" w:hAnsi="Gadugi" w:eastAsia="Gadugi" w:cs="Gadugi"/>
        </w:rPr>
        <w:t>ᎠᏂᏫᏯ</w:t>
      </w:r>
      <w:r>
        <w:rPr>
          <w:rFonts w:ascii="Times New Roman" w:hAnsi="Times New Roman" w:eastAsia="Times New Roman" w:cs="Times New Roman"/>
        </w:rPr>
        <w:t xml:space="preserve"> </w:t>
      </w:r>
      <w:r>
        <w:rPr>
          <w:rFonts w:ascii="Gadugi" w:hAnsi="Gadugi" w:eastAsia="Gadugi" w:cs="Gadugi"/>
        </w:rPr>
        <w:t>ᏆᏇᎶᏂ</w:t>
      </w:r>
      <w:r>
        <w:rPr>
          <w:rFonts w:ascii="Times New Roman" w:hAnsi="Times New Roman" w:eastAsia="Times New Roman" w:cs="Times New Roman"/>
        </w:rPr>
        <w:t xml:space="preserve"> </w:t>
      </w:r>
      <w:r>
        <w:rPr>
          <w:rFonts w:ascii="Gadugi" w:hAnsi="Gadugi" w:eastAsia="Gadugi" w:cs="Gadugi"/>
        </w:rPr>
        <w:t>ᎤᏂᏄᎪᏫᏍᏗ</w:t>
      </w:r>
      <w:r>
        <w:rPr>
          <w:rFonts w:ascii="Times New Roman" w:hAnsi="Times New Roman" w:eastAsia="Times New Roman" w:cs="Times New Roman"/>
        </w:rPr>
        <w:t xml:space="preserve">. </w:t>
      </w:r>
      <w:r>
        <w:rPr>
          <w:rFonts w:ascii="Gadugi" w:hAnsi="Gadugi" w:eastAsia="Gadugi" w:cs="Gadugi"/>
        </w:rPr>
        <w:t>ᎢᏌᏯ</w:t>
      </w:r>
      <w:r>
        <w:rPr>
          <w:rFonts w:ascii="Times New Roman" w:hAnsi="Times New Roman" w:eastAsia="Times New Roman" w:cs="Times New Roman"/>
        </w:rPr>
        <w:t xml:space="preserve">, </w:t>
      </w:r>
      <w:r>
        <w:rPr>
          <w:rFonts w:ascii="Gadugi" w:hAnsi="Gadugi" w:eastAsia="Gadugi" w:cs="Gadugi"/>
        </w:rPr>
        <w:t>ᏑᏓᎵᏁ</w:t>
      </w:r>
      <w:r>
        <w:rPr>
          <w:rFonts w:ascii="Times New Roman" w:hAnsi="Times New Roman" w:eastAsia="Times New Roman" w:cs="Times New Roman"/>
        </w:rPr>
        <w:t xml:space="preserve"> </w:t>
      </w:r>
      <w:r>
        <w:rPr>
          <w:rFonts w:ascii="Gadugi" w:hAnsi="Gadugi" w:eastAsia="Gadugi" w:cs="Gadugi"/>
        </w:rPr>
        <w:t>ᎢᎬᏱᏢ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ᎤᏓᏤᎸ</w:t>
      </w:r>
      <w:r>
        <w:rPr>
          <w:rFonts w:ascii="Times New Roman" w:hAnsi="Times New Roman" w:eastAsia="Times New Roman" w:cs="Times New Roman"/>
        </w:rPr>
        <w:t xml:space="preserve"> </w:t>
      </w:r>
      <w:r>
        <w:rPr>
          <w:rFonts w:ascii="Gadugi" w:hAnsi="Gadugi" w:eastAsia="Gadugi" w:cs="Gadugi"/>
        </w:rPr>
        <w:t>ᎤᏂᏓᏂᎸᏨ</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ᎠᏥᏅᏏᏙᎸ</w:t>
      </w:r>
      <w:r>
        <w:rPr>
          <w:rFonts w:ascii="Times New Roman" w:hAnsi="Times New Roman" w:eastAsia="Times New Roman" w:cs="Times New Roman"/>
        </w:rPr>
        <w:t xml:space="preserve"> </w:t>
      </w:r>
      <w:r>
        <w:rPr>
          <w:rFonts w:ascii="Gadugi" w:hAnsi="Gadugi" w:eastAsia="Gadugi" w:cs="Gadugi"/>
        </w:rPr>
        <w:t>ᎤᏕᎶ</w:t>
      </w:r>
      <w:r>
        <w:rPr>
          <w:rFonts w:ascii="Malgun Gothic" w:hAnsi="Malgun Gothic" w:eastAsia="Malgun Gothic" w:cs="Malgun Gothic"/>
        </w:rPr>
        <w:t>ᆯ</w:t>
      </w:r>
      <w:r>
        <w:rPr>
          <w:rFonts w:ascii="Gadugi" w:hAnsi="Gadugi" w:eastAsia="Gadugi" w:cs="Gadugi"/>
        </w:rPr>
        <w:t>ᏔᏅ</w:t>
      </w:r>
      <w:r>
        <w:rPr>
          <w:rFonts w:ascii="Times New Roman" w:hAnsi="Times New Roman" w:eastAsia="Times New Roman" w:cs="Times New Roman"/>
        </w:rPr>
        <w:t xml:space="preserve"> </w:t>
      </w:r>
      <w:r>
        <w:rPr>
          <w:rFonts w:ascii="Gadugi" w:hAnsi="Gadugi" w:eastAsia="Gadugi" w:cs="Gadugi"/>
        </w:rPr>
        <w:t>ᎠᏂᏍᎦᏅᎨᎢ</w:t>
      </w:r>
      <w:r>
        <w:rPr>
          <w:rFonts w:ascii="Times New Roman" w:hAnsi="Times New Roman" w:eastAsia="Times New Roman" w:cs="Times New Roman"/>
        </w:rPr>
        <w:t xml:space="preserve"> </w:t>
      </w:r>
      <w:r>
        <w:rPr>
          <w:rFonts w:ascii="Gadugi" w:hAnsi="Gadugi" w:eastAsia="Gadugi" w:cs="Gadugi"/>
        </w:rPr>
        <w:t>ᎠᏓᏁᎸ</w:t>
      </w:r>
      <w:r>
        <w:rPr>
          <w:rFonts w:ascii="Times New Roman" w:hAnsi="Times New Roman" w:eastAsia="Times New Roman" w:cs="Times New Roman"/>
        </w:rPr>
        <w:t xml:space="preserve"> </w:t>
      </w:r>
      <w:r>
        <w:rPr>
          <w:rFonts w:ascii="Gadugi" w:hAnsi="Gadugi" w:eastAsia="Gadugi" w:cs="Gadugi"/>
        </w:rPr>
        <w:t>ᎴᎣᏗᏏᎠ</w:t>
      </w:r>
      <w:r>
        <w:rPr>
          <w:rFonts w:ascii="Times New Roman" w:hAnsi="Times New Roman" w:eastAsia="Times New Roman" w:cs="Times New Roman"/>
        </w:rPr>
        <w:t xml:space="preserve"> </w:t>
      </w:r>
      <w:r>
        <w:rPr>
          <w:rFonts w:ascii="Gadugi" w:hAnsi="Gadugi" w:eastAsia="Gadugi" w:cs="Gadugi"/>
        </w:rPr>
        <w:t>ᎠᏕᎸᎢ</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ᎦᏳᎳ</w:t>
      </w:r>
      <w:r>
        <w:rPr>
          <w:rFonts w:ascii="Times New Roman" w:hAnsi="Times New Roman" w:eastAsia="Times New Roman" w:cs="Times New Roman"/>
        </w:rPr>
        <w:t xml:space="preserve"> </w:t>
      </w:r>
      <w:r>
        <w:rPr>
          <w:rFonts w:ascii="Gadugi" w:hAnsi="Gadugi" w:eastAsia="Gadugi" w:cs="Gadugi"/>
        </w:rPr>
        <w:t>ᎠᏥᏯᏃᏁᏗᏍᎬᎢ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ᎠᏂᏴᏫ</w:t>
      </w:r>
      <w:r>
        <w:rPr>
          <w:rFonts w:ascii="Times New Roman" w:hAnsi="Times New Roman" w:eastAsia="Times New Roman" w:cs="Times New Roman"/>
        </w:rPr>
        <w:t xml:space="preserve"> </w:t>
      </w:r>
      <w:r>
        <w:rPr>
          <w:rFonts w:ascii="Gadugi" w:hAnsi="Gadugi" w:eastAsia="Gadugi" w:cs="Gadugi"/>
        </w:rPr>
        <w:t>ᏗᎨᎦᎧᎿᎭᎬ</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ᏱᎬᏂᎨᏒ</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ᎤᎾᏛᎩᎸ</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ᏱᎬᏃᎵᏍᎬᎢ</w:t>
      </w:r>
      <w:r>
        <w:rPr>
          <w:rFonts w:ascii="Times New Roman" w:hAnsi="Times New Roman" w:eastAsia="Times New Roman" w:cs="Times New Roman"/>
        </w:rPr>
        <w:t xml:space="preserve">. </w:t>
      </w:r>
      <w:r>
        <w:rPr>
          <w:rFonts w:ascii="Gadugi" w:hAnsi="Gadugi" w:eastAsia="Gadugi" w:cs="Gadugi"/>
        </w:rPr>
        <w:t>ᎢᏌᏯ</w:t>
      </w:r>
      <w:r>
        <w:rPr>
          <w:rFonts w:ascii="Times New Roman" w:hAnsi="Times New Roman" w:eastAsia="Times New Roman" w:cs="Times New Roman"/>
        </w:rPr>
        <w:t xml:space="preserve"> </w:t>
      </w:r>
      <w:r>
        <w:rPr>
          <w:rFonts w:ascii="Gadugi" w:hAnsi="Gadugi" w:eastAsia="Gadugi" w:cs="Gadugi"/>
        </w:rPr>
        <w:t>ᎤᏃᏪᎳ</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ᎤᏕᎶ</w:t>
      </w:r>
      <w:r>
        <w:rPr>
          <w:rFonts w:ascii="Malgun Gothic" w:hAnsi="Malgun Gothic" w:eastAsia="Malgun Gothic" w:cs="Malgun Gothic"/>
        </w:rPr>
        <w:t>ᆯ</w:t>
      </w:r>
      <w:r>
        <w:rPr>
          <w:rFonts w:ascii="Gadugi" w:hAnsi="Gadugi" w:eastAsia="Gadugi" w:cs="Gadugi"/>
        </w:rPr>
        <w:t>ᏔᏅ</w:t>
      </w:r>
      <w:r>
        <w:rPr>
          <w:rFonts w:ascii="Times New Roman" w:hAnsi="Times New Roman" w:eastAsia="Times New Roman" w:cs="Times New Roman"/>
        </w:rPr>
        <w:t xml:space="preserve"> </w:t>
      </w:r>
      <w:r>
        <w:rPr>
          <w:rFonts w:ascii="Gadugi" w:hAnsi="Gadugi" w:eastAsia="Gadugi" w:cs="Gadugi"/>
        </w:rPr>
        <w:t>ᎡᏣᏌ</w:t>
      </w:r>
      <w:r>
        <w:rPr>
          <w:rFonts w:ascii="Times New Roman" w:hAnsi="Times New Roman" w:eastAsia="Times New Roman" w:cs="Times New Roman"/>
        </w:rPr>
        <w:t xml:space="preserve"> </w:t>
      </w:r>
      <w:r>
        <w:rPr>
          <w:rFonts w:ascii="Gadugi" w:hAnsi="Gadugi" w:eastAsia="Gadugi" w:cs="Gadugi"/>
        </w:rPr>
        <w:t>ᎤᏁᎬ</w:t>
      </w:r>
      <w:r>
        <w:rPr>
          <w:rFonts w:ascii="Times New Roman" w:hAnsi="Times New Roman" w:eastAsia="Times New Roman" w:cs="Times New Roman"/>
        </w:rPr>
        <w:t xml:space="preserve"> </w:t>
      </w:r>
      <w:r>
        <w:rPr>
          <w:rFonts w:ascii="Gadugi" w:hAnsi="Gadugi" w:eastAsia="Gadugi" w:cs="Gadugi"/>
        </w:rPr>
        <w:t>ᎢᏌᏯ</w:t>
      </w:r>
      <w:r>
        <w:rPr>
          <w:rFonts w:ascii="Times New Roman" w:hAnsi="Times New Roman" w:eastAsia="Times New Roman" w:cs="Times New Roman"/>
        </w:rPr>
        <w:t xml:space="preserve"> </w:t>
      </w:r>
      <w:r>
        <w:rPr>
          <w:rFonts w:ascii="Gadugi" w:hAnsi="Gadugi" w:eastAsia="Gadugi" w:cs="Gadugi"/>
        </w:rPr>
        <w:t>ᏑᏓᎵᏁ</w:t>
      </w:r>
      <w:r>
        <w:rPr>
          <w:rFonts w:ascii="Times New Roman" w:hAnsi="Times New Roman" w:eastAsia="Times New Roman" w:cs="Times New Roman"/>
        </w:rPr>
        <w:t xml:space="preserve"> </w:t>
      </w:r>
      <w:r>
        <w:rPr>
          <w:rFonts w:ascii="Gadugi" w:hAnsi="Gadugi" w:eastAsia="Gadugi" w:cs="Gadugi"/>
        </w:rPr>
        <w:t>ᎢᎬᏱᏢ</w:t>
      </w:r>
      <w:r>
        <w:rPr>
          <w:rFonts w:ascii="Times New Roman" w:hAnsi="Times New Roman" w:eastAsia="Times New Roman" w:cs="Times New Roman"/>
        </w:rPr>
        <w:t xml:space="preserve"> </w:t>
      </w:r>
      <w:r>
        <w:rPr>
          <w:rFonts w:ascii="Gadugi" w:hAnsi="Gadugi" w:eastAsia="Gadugi" w:cs="Gadugi"/>
        </w:rPr>
        <w:t>ᎤᏓᏅᏛ</w:t>
      </w:r>
      <w:r>
        <w:rPr>
          <w:rFonts w:ascii="Times New Roman" w:hAnsi="Times New Roman" w:eastAsia="Times New Roman" w:cs="Times New Roman"/>
        </w:rPr>
        <w:t xml:space="preserve">, </w:t>
      </w:r>
      <w:r>
        <w:rPr>
          <w:rFonts w:ascii="Gadugi" w:hAnsi="Gadugi" w:eastAsia="Gadugi" w:cs="Gadugi"/>
        </w:rPr>
        <w:t>ᎾᎯᏳ</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ᎤᏁᎳᏁᎸ</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ᎤᏕᎶ</w:t>
      </w:r>
      <w:r>
        <w:rPr>
          <w:rFonts w:ascii="Malgun Gothic" w:hAnsi="Malgun Gothic" w:eastAsia="Malgun Gothic" w:cs="Malgun Gothic"/>
        </w:rPr>
        <w:t>ᆯ</w:t>
      </w:r>
      <w:r>
        <w:rPr>
          <w:rFonts w:ascii="Gadugi" w:hAnsi="Gadugi" w:eastAsia="Gadugi" w:cs="Gadugi"/>
        </w:rPr>
        <w:t>ᏔᏅ</w:t>
      </w:r>
      <w:r>
        <w:rPr>
          <w:rFonts w:ascii="Times New Roman" w:hAnsi="Times New Roman" w:eastAsia="Times New Roman" w:cs="Times New Roman"/>
        </w:rPr>
        <w:t xml:space="preserve"> </w:t>
      </w:r>
      <w:r>
        <w:rPr>
          <w:rFonts w:ascii="Gadugi" w:hAnsi="Gadugi" w:eastAsia="Gadugi" w:cs="Gadugi"/>
        </w:rPr>
        <w:t>ᎠᏂᏧᏏ</w:t>
      </w:r>
      <w:r>
        <w:rPr>
          <w:rFonts w:ascii="Times New Roman" w:hAnsi="Times New Roman" w:eastAsia="Times New Roman" w:cs="Times New Roman"/>
        </w:rPr>
        <w:t xml:space="preserve"> </w:t>
      </w:r>
      <w:r>
        <w:rPr>
          <w:rFonts w:ascii="Gadugi" w:hAnsi="Gadugi" w:eastAsia="Gadugi" w:cs="Gadugi"/>
        </w:rPr>
        <w:t>ᎤᏂᏘᏲᎯᎯ</w:t>
      </w:r>
      <w:r>
        <w:rPr>
          <w:rFonts w:ascii="Times New Roman" w:hAnsi="Times New Roman" w:eastAsia="Times New Roman" w:cs="Times New Roman"/>
        </w:rPr>
        <w:t xml:space="preserve"> </w:t>
      </w:r>
      <w:r>
        <w:rPr>
          <w:rFonts w:ascii="Gadugi" w:hAnsi="Gadugi" w:eastAsia="Gadugi" w:cs="Gadugi"/>
        </w:rPr>
        <w:t>ᎠᏂᏗᎦᎵᏍᎩ</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ᎤᏂᎪᎵᏰᎢ</w:t>
      </w:r>
      <w:r>
        <w:rPr>
          <w:rFonts w:ascii="Times New Roman" w:hAnsi="Times New Roman" w:eastAsia="Times New Roman" w:cs="Times New Roman"/>
        </w:rPr>
        <w:t xml:space="preserve"> </w:t>
      </w:r>
      <w:r>
        <w:rPr>
          <w:rFonts w:ascii="Gadugi" w:hAnsi="Gadugi" w:eastAsia="Gadugi" w:cs="Gadugi"/>
        </w:rPr>
        <w:t>ᏱᎨᏎᏍᏗ</w:t>
      </w:r>
      <w:r>
        <w:rPr>
          <w:rFonts w:ascii="Times New Roman" w:hAnsi="Times New Roman" w:eastAsia="Times New Roman" w:cs="Times New Roman"/>
        </w:rPr>
        <w:t xml:space="preserve"> </w:t>
      </w:r>
      <w:r>
        <w:rPr>
          <w:rFonts w:ascii="Gadugi" w:hAnsi="Gadugi" w:eastAsia="Gadugi" w:cs="Gadugi"/>
        </w:rPr>
        <w:t>ᎦᏅᏪᎸ</w:t>
      </w:r>
      <w:r>
        <w:rPr>
          <w:rFonts w:ascii="Times New Roman" w:hAnsi="Times New Roman" w:eastAsia="Times New Roman" w:cs="Times New Roman"/>
        </w:rPr>
        <w:t xml:space="preserve"> </w:t>
      </w:r>
      <w:r>
        <w:rPr>
          <w:rFonts w:ascii="Gadugi" w:hAnsi="Gadugi" w:eastAsia="Gadugi" w:cs="Gadugi"/>
        </w:rPr>
        <w:t>ᎦᎶᏁᏛ</w:t>
      </w:r>
      <w:r>
        <w:rPr>
          <w:rFonts w:ascii="Times New Roman" w:hAnsi="Times New Roman" w:eastAsia="Times New Roman" w:cs="Times New Roman"/>
        </w:rPr>
        <w:t xml:space="preserve"> </w:t>
      </w:r>
      <w:r>
        <w:rPr>
          <w:rFonts w:ascii="Gadugi" w:hAnsi="Gadugi" w:eastAsia="Gadugi" w:cs="Gadugi"/>
        </w:rPr>
        <w:t>ᎤᏓᏅᏛ</w:t>
      </w:r>
      <w:r>
        <w:rPr>
          <w:rFonts w:ascii="Times New Roman" w:hAnsi="Times New Roman" w:eastAsia="Times New Roman" w:cs="Times New Roman"/>
        </w:rPr>
        <w:t xml:space="preserve"> </w:t>
      </w:r>
      <w:r>
        <w:rPr>
          <w:rFonts w:ascii="Gadugi" w:hAnsi="Gadugi" w:eastAsia="Gadugi" w:cs="Gadugi"/>
        </w:rPr>
        <w:t>ᎢᏯᎢ</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Yaxşılarda on ikiinci bapta, Ezekiel hem şol birmeňzeş sözleýşi ulanýar, şeýlelik bilen hem on ikiinji baby ýüz kyrk dört müňüň möhürlenýän wagtyna anyk ýerleşdirýär.</w:t>
      </w:r>
    </w:p>
    <w:p>
      <w:pPr>
        <w:pStyle w:val="ArticleScripture"/>
        <w:jc w:val="left"/>
      </w:pPr>
      <w:r>
        <w:rPr>
          <w:rFonts w:ascii="Times New Roman" w:hAnsi="Times New Roman" w:eastAsia="Times New Roman" w:cs="Times New Roman"/>
        </w:rPr>
        <w:t>ئۇنىڭدىن باشقا پەرۋەردىگارنىڭ سۆزى ماڭا كېلىپ مۇنداق دېدى: «ئى ئىنسان ئوغلى، سەن ئاسىي بىر خەلقنىڭ ئوتتۇرىسىدا تۇرۇۋاتىسەن؛ ئۇلارنىڭ كۆرىدىغان كۆزلىرى بار، بىراق كۆرمەيدۇ؛ ئاڭلايدىغان قۇلاقلىرى بار، بىراق ئاڭلىمايدۇ؛ چۈنكى ئۇلار ئاسىي بىر خەلقتۇر.» Ezekiel 12:1, 2.</w:t>
      </w:r>
    </w:p>
    <w:p>
      <w:pPr>
        <w:pStyle w:val="ArticleBody"/>
        <w:jc w:val="left"/>
      </w:pPr>
      <w:r>
        <w:rPr>
          <w:rFonts w:ascii="Times New Roman" w:hAnsi="Times New Roman" w:eastAsia="Times New Roman" w:cs="Times New Roman"/>
        </w:rPr>
        <w:t>Sura ya kumi na mbili ya Ezekieli inatambulisha wakati wa kutiwa muhuri kwa wale mia moja arobaini na nne elfu, na kwa kufanya hivyo inashughulikia ujumbe bandia wa mvua ya masika ya mwisho unaotolewa na walevi wa Efraimu wanaowatawala watu wa Yerusalemu, walevi wasioweza kusoma kile kitabu kilichotiwa muhuri. Ujumbe wao bandia wa mvua ya masika ya mwisho umejengwa juu ya kuweka maono ya kinabii ya Neno la Mungu mbali sana katika wakati ujao.</w:t>
      </w:r>
    </w:p>
    <w:p>
      <w:pPr>
        <w:pStyle w:val="ArticleBody"/>
        <w:jc w:val="left"/>
      </w:pPr>
      <w:r>
        <w:rPr>
          <w:rFonts w:ascii="Times New Roman" w:hAnsi="Times New Roman" w:eastAsia="Times New Roman" w:cs="Times New Roman"/>
        </w:rPr>
        <w:t>Ayat tilu nepi ka lima belas, Yehezkiel diparentahkeun pikeun ngagambarkeun umat Allah nu asup kana panawanan di Babul. Panawanan di Babul ngalambangkeun hukum Minggu nu baris geura sumping, tuluy dina ayat genep belas nepi ka dua puluh, anjeunna nandakeun kalaparan nu ngiring kana karuksakan kota-kota nu mimiti dina jam lini gedé, nyaéta hukum Minggu nu baris geura sumping. Kauntungan hirup di lembur dina mangsa krisis éta dilambangkeun di dinya, tuluy dina ayat dua puluh hiji nepi ka dua puluh dalapan, urang manggihan petikan nu dipikawanoh minangka bebeneran kiwari dina sajarah Millerite. Petikan éta dikutip kecap demi kecap dina The Great Controversy dina pedaran ngeunaan sajarah Millerite dina éta buku.</w:t>
      </w:r>
    </w:p>
    <w:p>
      <w:pPr>
        <w:pStyle w:val="ArticleScripture"/>
        <w:jc w:val="left"/>
      </w:pPr>
      <w:r>
        <w:rPr>
          <w:rFonts w:ascii="Times New Roman" w:hAnsi="Times New Roman" w:eastAsia="Times New Roman" w:cs="Times New Roman"/>
        </w:rPr>
        <w:t>At ang salita ng Panginoon ay dumating sa akin, na sinasabi, Anak ng tao, ano ang kawikaang iyan na taglay ninyo sa lupain ng Israel, na nagsasabi, Ang mga araw ay tumatagal, at ang bawat pangitain ay nabibigo? Kaya't sabihin mo sa kanila, Ganito ang sabi ng Panginoong Dios; Aking papawiin ang kawikaang ito, at hindi na nila muling gagamitin ito bilang kawikaan sa Israel; kundi sabihin mo sa kanila, Ang mga araw ay malapit na, at ang katuparan ng bawat pangitain. Sapagka't hindi na magkakaroon pa ng anumang walang kabuluhang pangitain ni mapagbalatkayong panghuhula sa gitna ng sangbahayan ng Israel. Sapagka't ako ang Panginoon: ako'y magsasalita, at ang salitang aking sasalitain ay mangyayari; hindi na ito magtatagal pa: sapagka't sa inyong mga araw, Oh mapanghimagsik na sangbahayan, aking sasalitain ang salita, at aking isasagawa, sabi ng Panginoong Dios. Muling dumating sa akin ang salita ng Panginoon, na sinasabi, Anak ng tao, narito, sinasabi ng sangbahayan ng Israel, Ang pangitaing kaniyang nakikita ay ukol pa sa maraming araw na darating, at siya'y nanghuhula tungkol sa mga panahong malayo pa. Kaya't sabihin mo sa kanila, Ganito ang sabi ng Panginoong Dios; Wala nang anuman sa aking mga salita ang magtatagal pa, kundi ang salitang aking sinalita ay mangyayari, sabi ng Panginoong Dios. Ezekiel 12:21–28.</w:t>
      </w:r>
    </w:p>
    <w:p>
      <w:pPr>
        <w:pStyle w:val="ArticleBody"/>
        <w:jc w:val="left"/>
      </w:pPr>
      <w:r>
        <w:rPr>
          <w:rFonts w:ascii="Times New Roman" w:hAnsi="Times New Roman" w:eastAsia="Times New Roman" w:cs="Times New Roman"/>
        </w:rPr>
        <w:t>Adagây a mensahe ti huwad a urayen a mangibaga iti maudi a tudo a maiparang iti panawen ti pannakaseal dagiti sangagasut ket uppat a pulo ket uppat a ribu ket kunana, “Ti aldaw ket naatiddog, ket amin a sirmata ket agpukaw.” Ta saan kadi a dagidiay mensahero a naipakita babaen ken Moses, Elias, Ezequiel, Isaias, ken Juan ket nagballigi a saan iti padto da maipapan iti Julio 18, 2020? Ti mensahe ti Laodicean Adventista iti dayta a tiempo ket, “Ti sirmata a makitana ket agpaay kadagiti adu pay nga aldaw a umay, ket agipadpadto iti maipapan kadagiti tiempo a adayo pay.” Iti dayta a pakasaritaan, saan laeng a tunggal sirmata ket mapasamakto, no di ket ti mensahero ket ibagana iti napukaw a balay ti kabaruan nga Israel, “Casta ti kuna ni Apo Dios,” “Pagpatinggaekto” ti huwad a “pangngarig” ti Laodicean Adventismo. Ibaga kadakuada, “Dagiti aldaw ket asidegen, ken ti pannakapasamak ti tunggal sirmata.” “Awanen ti uray maysa kadagiti sasaok a maitan-ok pay iti kinaatiddog; no di ket ti sao a naisaoko ket maaramidto, kuna ni Apo Dios.”</w:t>
      </w:r>
    </w:p>
    <w:p>
      <w:pPr>
        <w:pStyle w:val="ArticleBody"/>
        <w:jc w:val="left"/>
      </w:pPr>
      <w:r>
        <w:rPr>
          <w:rFonts w:ascii="Times New Roman" w:hAnsi="Times New Roman" w:eastAsia="Times New Roman" w:cs="Times New Roman"/>
        </w:rPr>
        <w:t>Mensahe ti Laodicea ket sapulenna a ti mensahe ket ipakdaarna a ti aldaw ket asidegen a dumteng iti pannakapasamak ti epekto ti tunggal sirmata, ket dagidiay nga aldaw ket dagiti aldaw ti pannakaseal dagiti sangagasut ken uppat a pulo ket uppat a ribo. Ti kangrunaan a punto a saan a mabalin a malipatan iti daytoy a teksto ket dayta a ti Dios a mismo ti mangibaga a iti “dagiti aldaw,” a mangitakder iti panawen ti pannakaseal, pagtinayagenna a mapukaw ti “awan serserbina a sirmata” ti Laodicean nga Adventismo, ti “mangallilaw a panagpadto”da, ken ti peke a “pagsasao”da. Ti Dios pagtinayagenna a mapukaw ti peke a mensaheda maipanggep iti ud-udi a tudo sakbay ti asidegen a linteg ti Domingo, ta pagtinayagenna a mapukaw dayta iti dagiti aldaw a saksakupenna iti pannakaibatina. Pagtinayagenna a mapukaw dayta babaen iti panangpasingkedna iti pudno a mensahe ti ud-udi a tudo kabayatan a patag-ayenna dagidiay napili a mangbalin nga insinial iti asidegen a linteg ti Domingo. Dagidiay napili ket nasealda sakbay ti “ginggined.”</w:t>
      </w:r>
    </w:p>
    <w:p>
      <w:pPr>
        <w:pStyle w:val="ArticleBody"/>
        <w:jc w:val="left"/>
      </w:pP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ካልእ</w:t>
      </w:r>
      <w:r>
        <w:rPr>
          <w:rFonts w:ascii="Times New Roman" w:hAnsi="Times New Roman" w:eastAsia="Times New Roman" w:cs="Times New Roman"/>
        </w:rPr>
        <w:t xml:space="preserve"> </w:t>
      </w:r>
      <w:r>
        <w:rPr>
          <w:rFonts w:ascii="Ebrima" w:hAnsi="Ebrima" w:eastAsia="Ebrima" w:cs="Ebrima"/>
        </w:rPr>
        <w:t>መገዲ</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ሓሶት</w:t>
      </w:r>
      <w:r>
        <w:rPr>
          <w:rFonts w:ascii="Times New Roman" w:hAnsi="Times New Roman" w:eastAsia="Times New Roman" w:cs="Times New Roman"/>
        </w:rPr>
        <w:t xml:space="preserve"> </w:t>
      </w:r>
      <w:r>
        <w:rPr>
          <w:rFonts w:ascii="Ebrima" w:hAnsi="Ebrima" w:eastAsia="Ebrima" w:cs="Ebrima"/>
        </w:rPr>
        <w:t>ዳሕረዋይ</w:t>
      </w:r>
      <w:r>
        <w:rPr>
          <w:rFonts w:ascii="Times New Roman" w:hAnsi="Times New Roman" w:eastAsia="Times New Roman" w:cs="Times New Roman"/>
        </w:rPr>
        <w:t xml:space="preserve"> </w:t>
      </w:r>
      <w:r>
        <w:rPr>
          <w:rFonts w:ascii="Ebrima" w:hAnsi="Ebrima" w:eastAsia="Ebrima" w:cs="Ebrima"/>
        </w:rPr>
        <w:t>ዝናብ</w:t>
      </w:r>
      <w:r>
        <w:rPr>
          <w:rFonts w:ascii="Times New Roman" w:hAnsi="Times New Roman" w:eastAsia="Times New Roman" w:cs="Times New Roman"/>
        </w:rPr>
        <w:t xml:space="preserve"> </w:t>
      </w:r>
      <w:r>
        <w:rPr>
          <w:rFonts w:ascii="Ebrima" w:hAnsi="Ebrima" w:eastAsia="Ebrima" w:cs="Ebrima"/>
        </w:rPr>
        <w:t>መልእኽቲ</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ከንቱ</w:t>
      </w:r>
      <w:r>
        <w:rPr>
          <w:rFonts w:ascii="Times New Roman" w:hAnsi="Times New Roman" w:eastAsia="Times New Roman" w:cs="Times New Roman"/>
        </w:rPr>
        <w:t xml:space="preserve"> </w:t>
      </w:r>
      <w:r>
        <w:rPr>
          <w:rFonts w:ascii="Ebrima" w:hAnsi="Ebrima" w:eastAsia="Ebrima" w:cs="Ebrima"/>
        </w:rPr>
        <w:t>ምሳሌ</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ዝቋረጽ</w:t>
      </w:r>
      <w:r>
        <w:rPr>
          <w:rFonts w:ascii="Times New Roman" w:hAnsi="Times New Roman" w:eastAsia="Times New Roman" w:cs="Times New Roman"/>
        </w:rPr>
        <w:t xml:space="preserve"> </w:t>
      </w:r>
      <w:r>
        <w:rPr>
          <w:rFonts w:ascii="Ebrima" w:hAnsi="Ebrima" w:eastAsia="Ebrima" w:cs="Ebrima"/>
        </w:rPr>
        <w:t>ዝገብሮ፣</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ብድንገት</w:t>
      </w:r>
      <w:r>
        <w:rPr>
          <w:rFonts w:ascii="Times New Roman" w:hAnsi="Times New Roman" w:eastAsia="Times New Roman" w:cs="Times New Roman"/>
        </w:rPr>
        <w:t xml:space="preserve"> </w:t>
      </w:r>
      <w:r>
        <w:rPr>
          <w:rFonts w:ascii="Ebrima" w:hAnsi="Ebrima" w:eastAsia="Ebrima" w:cs="Ebrima"/>
        </w:rPr>
        <w:t>ዝመጽእን</w:t>
      </w:r>
      <w:r>
        <w:rPr>
          <w:rFonts w:ascii="Times New Roman" w:hAnsi="Times New Roman" w:eastAsia="Times New Roman" w:cs="Times New Roman"/>
        </w:rPr>
        <w:t xml:space="preserve"> </w:t>
      </w:r>
      <w:r>
        <w:rPr>
          <w:rFonts w:ascii="Ebrima" w:hAnsi="Ebrima" w:eastAsia="Ebrima" w:cs="Ebrima"/>
        </w:rPr>
        <w:t>ብቐጻሊ</w:t>
      </w:r>
      <w:r>
        <w:rPr>
          <w:rFonts w:ascii="Times New Roman" w:hAnsi="Times New Roman" w:eastAsia="Times New Roman" w:cs="Times New Roman"/>
        </w:rPr>
        <w:t xml:space="preserve"> </w:t>
      </w:r>
      <w:r>
        <w:rPr>
          <w:rFonts w:ascii="Ebrima" w:hAnsi="Ebrima" w:eastAsia="Ebrima" w:cs="Ebrima"/>
        </w:rPr>
        <w:t>ዝበዝሕን</w:t>
      </w:r>
      <w:r>
        <w:rPr>
          <w:rFonts w:ascii="Times New Roman" w:hAnsi="Times New Roman" w:eastAsia="Times New Roman" w:cs="Times New Roman"/>
        </w:rPr>
        <w:t xml:space="preserve"> </w:t>
      </w:r>
      <w:r>
        <w:rPr>
          <w:rFonts w:ascii="Ebrima" w:hAnsi="Ebrima" w:eastAsia="Ebrima" w:cs="Ebrima"/>
        </w:rPr>
        <w:t>ፍርድታት</w:t>
      </w:r>
      <w:r>
        <w:rPr>
          <w:rFonts w:ascii="Times New Roman" w:hAnsi="Times New Roman" w:eastAsia="Times New Roman" w:cs="Times New Roman"/>
        </w:rPr>
        <w:t xml:space="preserve"> </w:t>
      </w:r>
      <w:r>
        <w:rPr>
          <w:rFonts w:ascii="Ebrima" w:hAnsi="Ebrima" w:eastAsia="Ebrima" w:cs="Ebrima"/>
        </w:rPr>
        <w:t>ኣምላኽ</w:t>
      </w:r>
      <w:r>
        <w:rPr>
          <w:rFonts w:ascii="Times New Roman" w:hAnsi="Times New Roman" w:eastAsia="Times New Roman" w:cs="Times New Roman"/>
        </w:rPr>
        <w:t xml:space="preserve"> </w:t>
      </w:r>
      <w:r>
        <w:rPr>
          <w:rFonts w:ascii="Ebrima" w:hAnsi="Ebrima" w:eastAsia="Ebrima" w:cs="Ebrima"/>
        </w:rPr>
        <w:t>ምምጻኡ</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ንደቂ</w:t>
      </w:r>
      <w:r>
        <w:rPr>
          <w:rFonts w:ascii="Times New Roman" w:hAnsi="Times New Roman" w:eastAsia="Times New Roman" w:cs="Times New Roman"/>
        </w:rPr>
        <w:t xml:space="preserve"> </w:t>
      </w:r>
      <w:r>
        <w:rPr>
          <w:rFonts w:ascii="Ebrima" w:hAnsi="Ebrima" w:eastAsia="Ebrima" w:cs="Ebrima"/>
        </w:rPr>
        <w:t>ጸልማት</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ዘይተጸበዩ</w:t>
      </w:r>
      <w:r>
        <w:rPr>
          <w:rFonts w:ascii="Times New Roman" w:hAnsi="Times New Roman" w:eastAsia="Times New Roman" w:cs="Times New Roman"/>
        </w:rPr>
        <w:t xml:space="preserve"> </w:t>
      </w:r>
      <w:r>
        <w:rPr>
          <w:rFonts w:ascii="Ebrima" w:hAnsi="Ebrima" w:eastAsia="Ebrima" w:cs="Ebrima"/>
        </w:rPr>
        <w:t>ዓብዪ</w:t>
      </w:r>
      <w:r>
        <w:rPr>
          <w:rFonts w:ascii="Times New Roman" w:hAnsi="Times New Roman" w:eastAsia="Times New Roman" w:cs="Times New Roman"/>
        </w:rPr>
        <w:t xml:space="preserve"> </w:t>
      </w:r>
      <w:r>
        <w:rPr>
          <w:rFonts w:ascii="Ebrima" w:hAnsi="Ebrima" w:eastAsia="Ebrima" w:cs="Ebrima"/>
        </w:rPr>
        <w:t>ድንጋጸ</w:t>
      </w:r>
      <w:r>
        <w:rPr>
          <w:rFonts w:ascii="Times New Roman" w:hAnsi="Times New Roman" w:eastAsia="Times New Roman" w:cs="Times New Roman"/>
        </w:rPr>
        <w:t xml:space="preserve"> </w:t>
      </w:r>
      <w:r>
        <w:rPr>
          <w:rFonts w:ascii="Ebrima" w:hAnsi="Ebrima" w:eastAsia="Ebrima" w:cs="Ebrima"/>
        </w:rPr>
        <w:t>ይመጽእ፣</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ካብቲ</w:t>
      </w:r>
      <w:r>
        <w:rPr>
          <w:rFonts w:ascii="Times New Roman" w:hAnsi="Times New Roman" w:eastAsia="Times New Roman" w:cs="Times New Roman"/>
        </w:rPr>
        <w:t xml:space="preserve"> </w:t>
      </w:r>
      <w:r>
        <w:rPr>
          <w:rFonts w:ascii="Ebrima" w:hAnsi="Ebrima" w:eastAsia="Ebrima" w:cs="Ebrima"/>
        </w:rPr>
        <w:t>ደቂ</w:t>
      </w:r>
      <w:r>
        <w:rPr>
          <w:rFonts w:ascii="Times New Roman" w:hAnsi="Times New Roman" w:eastAsia="Times New Roman" w:cs="Times New Roman"/>
        </w:rPr>
        <w:t xml:space="preserve"> </w:t>
      </w:r>
      <w:r>
        <w:rPr>
          <w:rFonts w:ascii="Ebrima" w:hAnsi="Ebrima" w:eastAsia="Ebrima" w:cs="Ebrima"/>
        </w:rPr>
        <w:t>ብርሃን</w:t>
      </w:r>
      <w:r>
        <w:rPr>
          <w:rFonts w:ascii="Times New Roman" w:hAnsi="Times New Roman" w:eastAsia="Times New Roman" w:cs="Times New Roman"/>
        </w:rPr>
        <w:t xml:space="preserve"> </w:t>
      </w:r>
      <w:r>
        <w:rPr>
          <w:rFonts w:ascii="Ebrima" w:hAnsi="Ebrima" w:eastAsia="Ebrima" w:cs="Ebrima"/>
        </w:rPr>
        <w:t>ቀዲሞም</w:t>
      </w:r>
      <w:r>
        <w:rPr>
          <w:rFonts w:ascii="Times New Roman" w:hAnsi="Times New Roman" w:eastAsia="Times New Roman" w:cs="Times New Roman"/>
        </w:rPr>
        <w:t xml:space="preserve"> </w:t>
      </w:r>
      <w:r>
        <w:rPr>
          <w:rFonts w:ascii="Ebrima" w:hAnsi="Ebrima" w:eastAsia="Ebrima" w:cs="Ebrima"/>
        </w:rPr>
        <w:t>ክንበዩዎ</w:t>
      </w:r>
      <w:r>
        <w:rPr>
          <w:rFonts w:ascii="Times New Roman" w:hAnsi="Times New Roman" w:eastAsia="Times New Roman" w:cs="Times New Roman"/>
        </w:rPr>
        <w:t xml:space="preserve"> </w:t>
      </w:r>
      <w:r>
        <w:rPr>
          <w:rFonts w:ascii="Ebrima" w:hAnsi="Ebrima" w:eastAsia="Ebrima" w:cs="Ebrima"/>
        </w:rPr>
        <w:t>ዝነበሩ</w:t>
      </w:r>
      <w:r>
        <w:rPr>
          <w:rFonts w:ascii="Times New Roman" w:hAnsi="Times New Roman" w:eastAsia="Times New Roman" w:cs="Times New Roman"/>
        </w:rPr>
        <w:t xml:space="preserve"> </w:t>
      </w:r>
      <w:r>
        <w:rPr>
          <w:rFonts w:ascii="Ebrima" w:hAnsi="Ebrima" w:eastAsia="Ebrima" w:cs="Ebrima"/>
        </w:rPr>
        <w:t>መልእኽቲ</w:t>
      </w:r>
      <w:r>
        <w:rPr>
          <w:rFonts w:ascii="Times New Roman" w:hAnsi="Times New Roman" w:eastAsia="Times New Roman" w:cs="Times New Roman"/>
        </w:rPr>
        <w:t xml:space="preserve"> </w:t>
      </w:r>
      <w:r>
        <w:rPr>
          <w:rFonts w:ascii="Ebrima" w:hAnsi="Ebrima" w:eastAsia="Ebrima" w:cs="Ebrima"/>
        </w:rPr>
        <w:t>ሓደ</w:t>
      </w:r>
      <w:r>
        <w:rPr>
          <w:rFonts w:ascii="Times New Roman" w:hAnsi="Times New Roman" w:eastAsia="Times New Roman" w:cs="Times New Roman"/>
        </w:rPr>
        <w:t xml:space="preserve"> </w:t>
      </w:r>
      <w:r>
        <w:rPr>
          <w:rFonts w:ascii="Ebrima" w:hAnsi="Ebrima" w:eastAsia="Ebrima" w:cs="Ebrima"/>
        </w:rPr>
        <w:t>ክፍሊ</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እታ</w:t>
      </w:r>
      <w:r>
        <w:rPr>
          <w:rFonts w:ascii="Times New Roman" w:hAnsi="Times New Roman" w:eastAsia="Times New Roman" w:cs="Times New Roman"/>
        </w:rPr>
        <w:t xml:space="preserve"> </w:t>
      </w:r>
      <w:r>
        <w:rPr>
          <w:rFonts w:ascii="Ebrima" w:hAnsi="Ebrima" w:eastAsia="Ebrima" w:cs="Ebrima"/>
        </w:rPr>
        <w:t>ታሪኽ</w:t>
      </w:r>
      <w:r>
        <w:rPr>
          <w:rFonts w:ascii="Times New Roman" w:hAnsi="Times New Roman" w:eastAsia="Times New Roman" w:cs="Times New Roman"/>
        </w:rPr>
        <w:t xml:space="preserve"> </w:t>
      </w:r>
      <w:r>
        <w:rPr>
          <w:rFonts w:ascii="Ebrima" w:hAnsi="Ebrima" w:eastAsia="Ebrima" w:cs="Ebrima"/>
        </w:rPr>
        <w:t>እንተኣትወና</w:t>
      </w:r>
      <w:r>
        <w:rPr>
          <w:rFonts w:ascii="Times New Roman" w:hAnsi="Times New Roman" w:eastAsia="Times New Roman" w:cs="Times New Roman"/>
        </w:rPr>
        <w:t xml:space="preserve"> </w:t>
      </w:r>
      <w:r>
        <w:rPr>
          <w:rFonts w:ascii="Ebrima" w:hAnsi="Ebrima" w:eastAsia="Ebrima" w:cs="Ebrima"/>
        </w:rPr>
        <w:t>ዘለና</w:t>
      </w:r>
      <w:r>
        <w:rPr>
          <w:rFonts w:ascii="Times New Roman" w:hAnsi="Times New Roman" w:eastAsia="Times New Roman" w:cs="Times New Roman"/>
        </w:rPr>
        <w:t xml:space="preserve"> </w:t>
      </w:r>
      <w:r>
        <w:rPr>
          <w:rFonts w:ascii="Ebrima" w:hAnsi="Ebrima" w:eastAsia="Ebrima" w:cs="Ebrima"/>
        </w:rPr>
        <w:t>ሕጂ፣</w:t>
      </w:r>
      <w:r>
        <w:rPr>
          <w:rFonts w:ascii="Times New Roman" w:hAnsi="Times New Roman" w:eastAsia="Times New Roman" w:cs="Times New Roman"/>
        </w:rPr>
        <w:t xml:space="preserve"> </w:t>
      </w:r>
      <w:r>
        <w:rPr>
          <w:rFonts w:ascii="Ebrima" w:hAnsi="Ebrima" w:eastAsia="Ebrima" w:cs="Ebrima"/>
        </w:rPr>
        <w:t>ብፍርድታት</w:t>
      </w:r>
      <w:r>
        <w:rPr>
          <w:rFonts w:ascii="Times New Roman" w:hAnsi="Times New Roman" w:eastAsia="Times New Roman" w:cs="Times New Roman"/>
        </w:rPr>
        <w:t xml:space="preserve"> </w:t>
      </w:r>
      <w:r>
        <w:rPr>
          <w:rFonts w:ascii="Ebrima" w:hAnsi="Ebrima" w:eastAsia="Ebrima" w:cs="Ebrima"/>
        </w:rPr>
        <w:t>ኣምላኽ</w:t>
      </w:r>
      <w:r>
        <w:rPr>
          <w:rFonts w:ascii="Times New Roman" w:hAnsi="Times New Roman" w:eastAsia="Times New Roman" w:cs="Times New Roman"/>
        </w:rPr>
        <w:t xml:space="preserve"> </w:t>
      </w:r>
      <w:r>
        <w:rPr>
          <w:rFonts w:ascii="Ebrima" w:hAnsi="Ebrima" w:eastAsia="Ebrima" w:cs="Ebrima"/>
        </w:rPr>
        <w:t>ክትጋጠም</w:t>
      </w:r>
      <w:r>
        <w:rPr>
          <w:rFonts w:ascii="Times New Roman" w:hAnsi="Times New Roman" w:eastAsia="Times New Roman" w:cs="Times New Roman"/>
        </w:rPr>
        <w:t xml:space="preserve"> </w:t>
      </w:r>
      <w:r>
        <w:rPr>
          <w:rFonts w:ascii="Ebrima" w:hAnsi="Ebrima" w:eastAsia="Ebrima" w:cs="Ebrima"/>
        </w:rPr>
        <w:t>ቀሪባ</w:t>
      </w:r>
      <w:r>
        <w:rPr>
          <w:rFonts w:ascii="Times New Roman" w:hAnsi="Times New Roman" w:eastAsia="Times New Roman" w:cs="Times New Roman"/>
        </w:rPr>
        <w:t xml:space="preserve"> </w:t>
      </w:r>
      <w:r>
        <w:rPr>
          <w:rFonts w:ascii="Ebrima" w:hAnsi="Ebrima" w:eastAsia="Ebrima" w:cs="Ebrima"/>
        </w:rPr>
        <w:t>ኣላ።</w:t>
      </w:r>
      <w:r>
        <w:rPr>
          <w:rFonts w:ascii="Times New Roman" w:hAnsi="Times New Roman" w:eastAsia="Times New Roman" w:cs="Times New Roman"/>
        </w:rPr>
        <w:t xml:space="preserve"> </w:t>
      </w:r>
      <w:r>
        <w:rPr>
          <w:rFonts w:ascii="Ebrima" w:hAnsi="Ebrima" w:eastAsia="Ebrima" w:cs="Ebrima"/>
        </w:rPr>
        <w:t>እቶም</w:t>
      </w:r>
      <w:r>
        <w:rPr>
          <w:rFonts w:ascii="Times New Roman" w:hAnsi="Times New Roman" w:eastAsia="Times New Roman" w:cs="Times New Roman"/>
        </w:rPr>
        <w:t xml:space="preserve"> </w:t>
      </w:r>
      <w:r>
        <w:rPr>
          <w:rFonts w:ascii="Ebrima" w:hAnsi="Ebrima" w:eastAsia="Ebrima" w:cs="Ebrima"/>
        </w:rPr>
        <w:t>ፍርድታት</w:t>
      </w:r>
      <w:r>
        <w:rPr>
          <w:rFonts w:ascii="Times New Roman" w:hAnsi="Times New Roman" w:eastAsia="Times New Roman" w:cs="Times New Roman"/>
        </w:rPr>
        <w:t xml:space="preserve"> </w:t>
      </w:r>
      <w:r>
        <w:rPr>
          <w:rFonts w:ascii="Ebrima" w:hAnsi="Ebrima" w:eastAsia="Ebrima" w:cs="Ebrima"/>
        </w:rPr>
        <w:t>ብቓል</w:t>
      </w:r>
      <w:r>
        <w:rPr>
          <w:rFonts w:ascii="Times New Roman" w:hAnsi="Times New Roman" w:eastAsia="Times New Roman" w:cs="Times New Roman"/>
        </w:rPr>
        <w:t xml:space="preserve"> </w:t>
      </w:r>
      <w:r>
        <w:rPr>
          <w:rFonts w:ascii="Ebrima" w:hAnsi="Ebrima" w:eastAsia="Ebrima" w:cs="Ebrima"/>
        </w:rPr>
        <w:t>ኣምላኽ</w:t>
      </w:r>
      <w:r>
        <w:rPr>
          <w:rFonts w:ascii="Times New Roman" w:hAnsi="Times New Roman" w:eastAsia="Times New Roman" w:cs="Times New Roman"/>
        </w:rPr>
        <w:t xml:space="preserve"> </w:t>
      </w:r>
      <w:r>
        <w:rPr>
          <w:rFonts w:ascii="Ebrima" w:hAnsi="Ebrima" w:eastAsia="Ebrima" w:cs="Ebrima"/>
        </w:rPr>
        <w:t>ብተደጋጋሚ</w:t>
      </w:r>
      <w:r>
        <w:rPr>
          <w:rFonts w:ascii="Times New Roman" w:hAnsi="Times New Roman" w:eastAsia="Times New Roman" w:cs="Times New Roman"/>
        </w:rPr>
        <w:t xml:space="preserve"> </w:t>
      </w:r>
      <w:r>
        <w:rPr>
          <w:rFonts w:ascii="Ebrima" w:hAnsi="Ebrima" w:eastAsia="Ebrima" w:cs="Ebrima"/>
        </w:rPr>
        <w:t>ተወኪሎም</w:t>
      </w:r>
      <w:r>
        <w:rPr>
          <w:rFonts w:ascii="Times New Roman" w:hAnsi="Times New Roman" w:eastAsia="Times New Roman" w:cs="Times New Roman"/>
        </w:rPr>
        <w:t xml:space="preserve"> </w:t>
      </w:r>
      <w:r>
        <w:rPr>
          <w:rFonts w:ascii="Ebrima" w:hAnsi="Ebrima" w:eastAsia="Ebrima" w:cs="Ebrima"/>
        </w:rPr>
        <w:t>ኣለዉ፣</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ካብ</w:t>
      </w:r>
      <w:r>
        <w:rPr>
          <w:rFonts w:ascii="Times New Roman" w:hAnsi="Times New Roman" w:eastAsia="Times New Roman" w:cs="Times New Roman"/>
        </w:rPr>
        <w:t xml:space="preserve"> 11 </w:t>
      </w:r>
      <w:r>
        <w:rPr>
          <w:rFonts w:ascii="Ebrima" w:hAnsi="Ebrima" w:eastAsia="Ebrima" w:cs="Ebrima"/>
        </w:rPr>
        <w:t>መስከረም</w:t>
      </w:r>
      <w:r>
        <w:rPr>
          <w:rFonts w:ascii="Times New Roman" w:hAnsi="Times New Roman" w:eastAsia="Times New Roman" w:cs="Times New Roman"/>
        </w:rPr>
        <w:t xml:space="preserve"> 2001 </w:t>
      </w:r>
      <w:r>
        <w:rPr>
          <w:rFonts w:ascii="Ebrima" w:hAnsi="Ebrima" w:eastAsia="Ebrima" w:cs="Ebrima"/>
        </w:rPr>
        <w:t>ዝጀመረ</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ምሕታም</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ቃሉ</w:t>
      </w:r>
      <w:r>
        <w:rPr>
          <w:rFonts w:ascii="Times New Roman" w:hAnsi="Times New Roman" w:eastAsia="Times New Roman" w:cs="Times New Roman"/>
        </w:rPr>
        <w:t xml:space="preserve"> </w:t>
      </w:r>
      <w:r>
        <w:rPr>
          <w:rFonts w:ascii="Ebrima" w:hAnsi="Ebrima" w:eastAsia="Ebrima" w:cs="Ebrima"/>
        </w:rPr>
        <w:t>ፈጺሙ</w:t>
      </w:r>
      <w:r>
        <w:rPr>
          <w:rFonts w:ascii="Times New Roman" w:hAnsi="Times New Roman" w:eastAsia="Times New Roman" w:cs="Times New Roman"/>
        </w:rPr>
        <w:t xml:space="preserve"> </w:t>
      </w:r>
      <w:r>
        <w:rPr>
          <w:rFonts w:ascii="Ebrima" w:hAnsi="Ebrima" w:eastAsia="Ebrima" w:cs="Ebrima"/>
        </w:rPr>
        <w:t>ስለ</w:t>
      </w:r>
      <w:r>
        <w:rPr>
          <w:rFonts w:ascii="Times New Roman" w:hAnsi="Times New Roman" w:eastAsia="Times New Roman" w:cs="Times New Roman"/>
        </w:rPr>
        <w:t xml:space="preserve"> </w:t>
      </w:r>
      <w:r>
        <w:rPr>
          <w:rFonts w:ascii="Ebrima" w:hAnsi="Ebrima" w:eastAsia="Ebrima" w:cs="Ebrima"/>
        </w:rPr>
        <w:t>ዘይወድቕ፣</w:t>
      </w:r>
      <w:r>
        <w:rPr>
          <w:rFonts w:ascii="Times New Roman" w:hAnsi="Times New Roman" w:eastAsia="Times New Roman" w:cs="Times New Roman"/>
        </w:rPr>
        <w:t xml:space="preserve"> </w:t>
      </w:r>
      <w:r>
        <w:rPr>
          <w:rFonts w:ascii="Ebrima" w:hAnsi="Ebrima" w:eastAsia="Ebrima" w:cs="Ebrima"/>
        </w:rPr>
        <w:t>ኩሉ</w:t>
      </w:r>
      <w:r>
        <w:rPr>
          <w:rFonts w:ascii="Times New Roman" w:hAnsi="Times New Roman" w:eastAsia="Times New Roman" w:cs="Times New Roman"/>
        </w:rPr>
        <w:t xml:space="preserve"> </w:t>
      </w:r>
      <w:r>
        <w:rPr>
          <w:rFonts w:ascii="Ebrima" w:hAnsi="Ebrima" w:eastAsia="Ebrima" w:cs="Ebrima"/>
        </w:rPr>
        <w:t>ራእይ፣</w:t>
      </w:r>
      <w:r>
        <w:rPr>
          <w:rFonts w:ascii="Times New Roman" w:hAnsi="Times New Roman" w:eastAsia="Times New Roman" w:cs="Times New Roman"/>
        </w:rPr>
        <w:t xml:space="preserve"> </w:t>
      </w:r>
      <w:r>
        <w:rPr>
          <w:rFonts w:ascii="Ebrima" w:hAnsi="Ebrima" w:eastAsia="Ebrima" w:cs="Ebrima"/>
        </w:rPr>
        <w:t>ራእያት</w:t>
      </w:r>
      <w:r>
        <w:rPr>
          <w:rFonts w:ascii="Times New Roman" w:hAnsi="Times New Roman" w:eastAsia="Times New Roman" w:cs="Times New Roman"/>
        </w:rPr>
        <w:t xml:space="preserve"> </w:t>
      </w:r>
      <w:r>
        <w:rPr>
          <w:rFonts w:ascii="Ebrima" w:hAnsi="Ebrima" w:eastAsia="Ebrima" w:cs="Ebrima"/>
        </w:rPr>
        <w:t>ፍርድታት</w:t>
      </w:r>
      <w:r>
        <w:rPr>
          <w:rFonts w:ascii="Times New Roman" w:hAnsi="Times New Roman" w:eastAsia="Times New Roman" w:cs="Times New Roman"/>
        </w:rPr>
        <w:t xml:space="preserve"> </w:t>
      </w:r>
      <w:r>
        <w:rPr>
          <w:rFonts w:ascii="Ebrima" w:hAnsi="Ebrima" w:eastAsia="Ebrima" w:cs="Ebrima"/>
        </w:rPr>
        <w:t>ኣምላኽ</w:t>
      </w:r>
      <w:r>
        <w:rPr>
          <w:rFonts w:ascii="Times New Roman" w:hAnsi="Times New Roman" w:eastAsia="Times New Roman" w:cs="Times New Roman"/>
        </w:rPr>
        <w:t xml:space="preserve"> </w:t>
      </w:r>
      <w:r>
        <w:rPr>
          <w:rFonts w:ascii="Ebrima" w:hAnsi="Ebrima" w:eastAsia="Ebrima" w:cs="Ebrima"/>
        </w:rPr>
        <w:t>እንተኾኑ</w:t>
      </w:r>
      <w:r>
        <w:rPr>
          <w:rFonts w:ascii="Times New Roman" w:hAnsi="Times New Roman" w:eastAsia="Times New Roman" w:cs="Times New Roman"/>
        </w:rPr>
        <w:t xml:space="preserve"> </w:t>
      </w:r>
      <w:r>
        <w:rPr>
          <w:rFonts w:ascii="Ebrima" w:hAnsi="Ebrima" w:eastAsia="Ebrima" w:cs="Ebrima"/>
        </w:rPr>
        <w:t>እኳ፣</w:t>
      </w:r>
      <w:r>
        <w:rPr>
          <w:rFonts w:ascii="Times New Roman" w:hAnsi="Times New Roman" w:eastAsia="Times New Roman" w:cs="Times New Roman"/>
        </w:rPr>
        <w:t xml:space="preserve"> </w:t>
      </w:r>
      <w:r>
        <w:rPr>
          <w:rFonts w:ascii="Ebrima" w:hAnsi="Ebrima" w:eastAsia="Ebrima" w:cs="Ebrima"/>
        </w:rPr>
        <w:t>ክበጽሖ</w:t>
      </w:r>
      <w:r>
        <w:rPr>
          <w:rFonts w:ascii="Times New Roman" w:hAnsi="Times New Roman" w:eastAsia="Times New Roman" w:cs="Times New Roman"/>
        </w:rPr>
        <w:t xml:space="preserve"> </w:t>
      </w:r>
      <w:r>
        <w:rPr>
          <w:rFonts w:ascii="Ebrima" w:hAnsi="Ebrima" w:eastAsia="Ebrima" w:cs="Ebrima"/>
        </w:rPr>
        <w:t>ዘለዎ</w:t>
      </w:r>
      <w:r>
        <w:rPr>
          <w:rFonts w:ascii="Times New Roman" w:hAnsi="Times New Roman" w:eastAsia="Times New Roman" w:cs="Times New Roman"/>
        </w:rPr>
        <w:t xml:space="preserve"> </w:t>
      </w:r>
      <w:r>
        <w:rPr>
          <w:rFonts w:ascii="Ebrima" w:hAnsi="Ebrima" w:eastAsia="Ebrima" w:cs="Ebrima"/>
        </w:rPr>
        <w:t>ስፍራ</w:t>
      </w:r>
      <w:r>
        <w:rPr>
          <w:rFonts w:ascii="Times New Roman" w:hAnsi="Times New Roman" w:eastAsia="Times New Roman" w:cs="Times New Roman"/>
        </w:rPr>
        <w:t xml:space="preserve"> </w:t>
      </w:r>
      <w:r>
        <w:rPr>
          <w:rFonts w:ascii="Ebrima" w:hAnsi="Ebrima" w:eastAsia="Ebrima" w:cs="Ebrima"/>
        </w:rPr>
        <w:t>እዩ።</w:t>
      </w:r>
    </w:p>
    <w:p>
      <w:pPr>
        <w:pStyle w:val="ArticleBody"/>
        <w:jc w:val="left"/>
      </w:pPr>
      <w:r>
        <w:rPr>
          <w:rFonts w:ascii="Times New Roman" w:hAnsi="Times New Roman" w:eastAsia="Times New Roman" w:cs="Times New Roman"/>
        </w:rPr>
        <w:t>Asɛm a atwam no mu no, yɛdaa no adi sɛ atiri abiɛsa a edi kan wɔ Daniel nhoma no mu no gyina hɔ ma abɔfo baasa no nkrasɛm a ɛwɔ Adiyisɛm ti dunan no mu. Ti abien no yɛ ɔbɔfo a ɔto so abien no nkrasɛm, na enti ɛyɛ sɔhwɛ a ɛto so abien wɔ sɔanohyɛ bere no mu no ho mfatoho. Sɔhwɛ a edi kan no ne ti baako, na na ɛyɛ aduan ho sɔhwɛ a ɛfa ho sɛ onipa bɛpaw ɔsoro aduan anaasɛ Babilon aduan. Ti abien no, na wɔde no gyinaa hɔ wɔ nokware a ahintaw wɔ Nebukadnesar dae no mu, a ɛfa aboa ahoni no ho, a ɛyɛ ahenni ahorow no.</w:t>
      </w:r>
    </w:p>
    <w:p>
      <w:pPr>
        <w:pStyle w:val="ArticleBody"/>
        <w:jc w:val="left"/>
      </w:pPr>
      <w:r>
        <w:rPr>
          <w:rFonts w:ascii="Times New Roman" w:hAnsi="Times New Roman" w:eastAsia="Times New Roman" w:cs="Times New Roman"/>
        </w:rPr>
        <w:t>Daniel biyu, yana wakiltar gwajin siffar dabbar a lokacin hatimtar mutum ɗari da arba’in da huɗu, kuma yana ƙunshe da fahimta wadda take ɓoye, gama Nebukadnezzar bai iya tuna mafarkin ba. Yana wakiltar ɓoyayyiyar gaskiya da ake buɗewa a cikin tarihin mutum ɗari da arba’in da huɗu, da kuma ɓoyayyiyar gaskiya game da mulkoki na annabcin Littafi Mai Tsarki da aka wakilta a cikin siffar. Ya wakilci gwaji na rai ko mutuwa ga Daniyel da samari uku fitattu, haka kuma ga masu hikimar Kaldiyawa waɗanda suka ci daga abincin Babila.</w:t>
      </w:r>
    </w:p>
    <w:p>
      <w:pPr>
        <w:pStyle w:val="ArticleBody"/>
        <w:jc w:val="left"/>
      </w:pPr>
      <w:r>
        <w:rPr>
          <w:rFonts w:ascii="Times New Roman" w:hAnsi="Times New Roman" w:eastAsia="Times New Roman" w:cs="Times New Roman"/>
        </w:rPr>
        <w:t>Ellen White amxänaq uñjatänwa, uywa salvaje ukan imagenapax “gracia pachax janïr tukuykipan luratäniwa, kunatix Diosan markapatak jach’a yant’äwiwa, uka tuqiw wiñay sarnaqäwipax amtatäni” sasa. Nabucodonosoran imantat samkapax uka yant’äw uñacht’ayi. Uka imagenan imantat chiqap yatichäwipax, aka urunakan qhananchatäxi ukhaxa, kunapachatix taqi visiónan luräwipax janx juk’amp suyt’atäxiti ukhaxa, Jesúsax, Alfa ukhamarak Omegajamaxa, Biblia profecían reinonakapat nayrïr ukat qhipïr arsutanakan uñt’ayawayiwa, llätunkaqallqu uywa salvajejj paqallqutawa sasa.</w:t>
      </w:r>
    </w:p>
    <w:p>
      <w:pPr>
        <w:pStyle w:val="ArticleBody"/>
        <w:jc w:val="left"/>
      </w:pPr>
      <w:r>
        <w:rPr>
          <w:rFonts w:ascii="Ebrima" w:hAnsi="Ebrima" w:eastAsia="Ebrima" w:cs="Ebrima"/>
        </w:rPr>
        <w:t>ⴰⵣⵣⴰⵎ</w:t>
      </w:r>
      <w:r>
        <w:rPr>
          <w:rFonts w:ascii="Times New Roman" w:hAnsi="Times New Roman" w:eastAsia="Times New Roman" w:cs="Times New Roman"/>
        </w:rPr>
        <w:t xml:space="preserve"> </w:t>
      </w:r>
      <w:r>
        <w:rPr>
          <w:rFonts w:ascii="Ebrima" w:hAnsi="Ebrima" w:eastAsia="Ebrima" w:cs="Ebrima"/>
        </w:rPr>
        <w:t>ⵡⵉⵙ</w:t>
      </w:r>
      <w:r>
        <w:rPr>
          <w:rFonts w:ascii="Times New Roman" w:hAnsi="Times New Roman" w:eastAsia="Times New Roman" w:cs="Times New Roman"/>
        </w:rPr>
        <w:t xml:space="preserve"> </w:t>
      </w:r>
      <w:r>
        <w:rPr>
          <w:rFonts w:ascii="Ebrima" w:hAnsi="Ebrima" w:eastAsia="Ebrima" w:cs="Ebrima"/>
        </w:rPr>
        <w:t>ⵜⴰⵎⵏⵜ</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ⵡⴰⵙⴰⵔⵏ</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Tasuqa n Usmari 17, </w:t>
      </w:r>
      <w:r>
        <w:rPr>
          <w:rFonts w:ascii="Ebrima" w:hAnsi="Ebrima" w:eastAsia="Ebrima" w:cs="Ebrima"/>
        </w:rPr>
        <w:t>ⵡⴰⵏⵏⴰ</w:t>
      </w:r>
      <w:r>
        <w:rPr>
          <w:rFonts w:ascii="Times New Roman" w:hAnsi="Times New Roman" w:eastAsia="Times New Roman" w:cs="Times New Roman"/>
        </w:rPr>
        <w:t xml:space="preserve"> </w:t>
      </w:r>
      <w:r>
        <w:rPr>
          <w:rFonts w:ascii="Ebrima" w:hAnsi="Ebrima" w:eastAsia="Ebrima" w:cs="Ebrima"/>
        </w:rPr>
        <w:t>ⵉⵍⵍⴰⵏ</w:t>
      </w:r>
      <w:r>
        <w:rPr>
          <w:rFonts w:ascii="Times New Roman" w:hAnsi="Times New Roman" w:eastAsia="Times New Roman" w:cs="Times New Roman"/>
        </w:rPr>
        <w:t xml:space="preserve"> </w:t>
      </w:r>
      <w:r>
        <w:rPr>
          <w:rFonts w:ascii="Ebrima" w:hAnsi="Ebrima" w:eastAsia="Ebrima" w:cs="Ebrima"/>
        </w:rPr>
        <w:t>ⵙⴳ</w:t>
      </w:r>
      <w:r>
        <w:rPr>
          <w:rFonts w:ascii="Times New Roman" w:hAnsi="Times New Roman" w:eastAsia="Times New Roman" w:cs="Times New Roman"/>
        </w:rPr>
        <w:t xml:space="preserve"> </w:t>
      </w:r>
      <w:r>
        <w:rPr>
          <w:rFonts w:ascii="Ebrima" w:hAnsi="Ebrima" w:eastAsia="Ebrima" w:cs="Ebrima"/>
        </w:rPr>
        <w:t>ⵡⴰⵙⴰⵔⵏ</w:t>
      </w:r>
      <w:r>
        <w:rPr>
          <w:rFonts w:ascii="Times New Roman" w:hAnsi="Times New Roman" w:eastAsia="Times New Roman" w:cs="Times New Roman"/>
        </w:rPr>
        <w:t xml:space="preserve"> </w:t>
      </w:r>
      <w:r>
        <w:rPr>
          <w:rFonts w:ascii="Ebrima" w:hAnsi="Ebrima" w:eastAsia="Ebrima" w:cs="Ebrima"/>
        </w:rPr>
        <w:t>ⵙⴰ</w:t>
      </w:r>
      <w:r>
        <w:rPr>
          <w:rFonts w:ascii="Times New Roman" w:hAnsi="Times New Roman" w:eastAsia="Times New Roman" w:cs="Times New Roman"/>
        </w:rPr>
        <w:t xml:space="preserve">, </w:t>
      </w:r>
      <w:r>
        <w:rPr>
          <w:rFonts w:ascii="Ebrima" w:hAnsi="Ebrima" w:eastAsia="Ebrima" w:cs="Ebrima"/>
        </w:rPr>
        <w:t>ⵏⵜⵜⴰ</w:t>
      </w:r>
      <w:r>
        <w:rPr>
          <w:rFonts w:ascii="Times New Roman" w:hAnsi="Times New Roman" w:eastAsia="Times New Roman" w:cs="Times New Roman"/>
        </w:rPr>
        <w:t xml:space="preserve"> </w:t>
      </w:r>
      <w:r>
        <w:rPr>
          <w:rFonts w:ascii="Ebrima" w:hAnsi="Ebrima" w:eastAsia="Ebrima" w:cs="Ebrima"/>
        </w:rPr>
        <w:t>ⴷ</w:t>
      </w:r>
      <w:r>
        <w:rPr>
          <w:rFonts w:ascii="Times New Roman" w:hAnsi="Times New Roman" w:eastAsia="Times New Roman" w:cs="Times New Roman"/>
        </w:rPr>
        <w:t xml:space="preserve"> </w:t>
      </w:r>
      <w:r>
        <w:rPr>
          <w:rFonts w:ascii="Ebrima" w:hAnsi="Ebrima" w:eastAsia="Ebrima" w:cs="Ebrima"/>
        </w:rPr>
        <w:t>ⵜⴰⵏⴰⴼⵓⴳⵜ</w:t>
      </w:r>
      <w:r>
        <w:rPr>
          <w:rFonts w:ascii="Times New Roman" w:hAnsi="Times New Roman" w:eastAsia="Times New Roman" w:cs="Times New Roman"/>
        </w:rPr>
        <w:t xml:space="preserve"> </w:t>
      </w:r>
      <w:r>
        <w:rPr>
          <w:rFonts w:ascii="Ebrima" w:hAnsi="Ebrima" w:eastAsia="Ebrima" w:cs="Ebrima"/>
        </w:rPr>
        <w:t>ⵜⴰⴱⴰⴱⴰⵡⵉⵜ</w:t>
      </w:r>
      <w:r>
        <w:rPr>
          <w:rFonts w:ascii="Times New Roman" w:hAnsi="Times New Roman" w:eastAsia="Times New Roman" w:cs="Times New Roman"/>
        </w:rPr>
        <w:t xml:space="preserve"> </w:t>
      </w:r>
      <w:r>
        <w:rPr>
          <w:rFonts w:ascii="Ebrima" w:hAnsi="Ebrima" w:eastAsia="Ebrima" w:cs="Ebrima"/>
        </w:rPr>
        <w:t>ⵉⵜⵜⵓⵔⵔⴰⵏ</w:t>
      </w:r>
      <w:r>
        <w:rPr>
          <w:rFonts w:ascii="Times New Roman" w:hAnsi="Times New Roman" w:eastAsia="Times New Roman" w:cs="Times New Roman"/>
        </w:rPr>
        <w:t xml:space="preserve"> </w:t>
      </w:r>
      <w:r>
        <w:rPr>
          <w:rFonts w:ascii="Ebrima" w:hAnsi="Ebrima" w:eastAsia="Ebrima" w:cs="Ebrima"/>
        </w:rPr>
        <w:t>ⵙ</w:t>
      </w:r>
      <w:r>
        <w:rPr>
          <w:rFonts w:ascii="Times New Roman" w:hAnsi="Times New Roman" w:eastAsia="Times New Roman" w:cs="Times New Roman"/>
        </w:rPr>
        <w:t xml:space="preserve"> </w:t>
      </w:r>
      <w:r>
        <w:rPr>
          <w:rFonts w:ascii="Ebrima" w:hAnsi="Ebrima" w:eastAsia="Ebrima" w:cs="Ebrima"/>
        </w:rPr>
        <w:t>ⵜⵖⵉⵎⵉ</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ⵜⵎⵓⵔⵜ</w:t>
      </w:r>
      <w:r>
        <w:rPr>
          <w:rFonts w:ascii="Times New Roman" w:hAnsi="Times New Roman" w:eastAsia="Times New Roman" w:cs="Times New Roman"/>
        </w:rPr>
        <w:t xml:space="preserve">; </w:t>
      </w:r>
      <w:r>
        <w:rPr>
          <w:rFonts w:ascii="Ebrima" w:hAnsi="Ebrima" w:eastAsia="Ebrima" w:cs="Ebrima"/>
        </w:rPr>
        <w:t>ⵓⵔⴰⵔ</w:t>
      </w:r>
      <w:r>
        <w:rPr>
          <w:rFonts w:ascii="Times New Roman" w:hAnsi="Times New Roman" w:eastAsia="Times New Roman" w:cs="Times New Roman"/>
        </w:rPr>
        <w:t xml:space="preserve"> </w:t>
      </w:r>
      <w:r>
        <w:rPr>
          <w:rFonts w:ascii="Ebrima" w:hAnsi="Ebrima" w:eastAsia="Ebrima" w:cs="Ebrima"/>
        </w:rPr>
        <w:t>ⴰⵙⵉⵔ</w:t>
      </w:r>
      <w:r>
        <w:rPr>
          <w:rFonts w:ascii="Times New Roman" w:hAnsi="Times New Roman" w:eastAsia="Times New Roman" w:cs="Times New Roman"/>
        </w:rPr>
        <w:t xml:space="preserve"> </w:t>
      </w:r>
      <w:r>
        <w:rPr>
          <w:rFonts w:ascii="Ebrima" w:hAnsi="Ebrima" w:eastAsia="Ebrima" w:cs="Ebrima"/>
        </w:rPr>
        <w:t>ⴰⵎⵓⵏ</w:t>
      </w:r>
      <w:r>
        <w:rPr>
          <w:rFonts w:ascii="Times New Roman" w:hAnsi="Times New Roman" w:eastAsia="Times New Roman" w:cs="Times New Roman"/>
        </w:rPr>
        <w:t xml:space="preserve"> </w:t>
      </w:r>
      <w:r>
        <w:rPr>
          <w:rFonts w:ascii="Ebrima" w:hAnsi="Ebrima" w:eastAsia="Ebrima" w:cs="Ebrima"/>
        </w:rPr>
        <w:t>ⵓⵎⵎⵍⵉⵍ</w:t>
      </w:r>
      <w:r>
        <w:rPr>
          <w:rFonts w:ascii="Times New Roman" w:hAnsi="Times New Roman" w:eastAsia="Times New Roman" w:cs="Times New Roman"/>
        </w:rPr>
        <w:t xml:space="preserve"> </w:t>
      </w:r>
      <w:r>
        <w:rPr>
          <w:rFonts w:ascii="Ebrima" w:hAnsi="Ebrima" w:eastAsia="Ebrima" w:cs="Ebrima"/>
        </w:rPr>
        <w:t>ⵉⵜⵜⵡⴰⵙⵙⴰⵏⵏ</w:t>
      </w:r>
      <w:r>
        <w:rPr>
          <w:rFonts w:ascii="Times New Roman" w:hAnsi="Times New Roman" w:eastAsia="Times New Roman" w:cs="Times New Roman"/>
        </w:rPr>
        <w:t xml:space="preserve"> </w:t>
      </w:r>
      <w:r>
        <w:rPr>
          <w:rFonts w:ascii="Ebrima" w:hAnsi="Ebrima" w:eastAsia="Ebrima" w:cs="Ebrima"/>
        </w:rPr>
        <w:t>ⴷⴰ</w:t>
      </w:r>
      <w:r>
        <w:rPr>
          <w:rFonts w:ascii="Times New Roman" w:hAnsi="Times New Roman" w:eastAsia="Times New Roman" w:cs="Times New Roman"/>
        </w:rPr>
        <w:t xml:space="preserve"> </w:t>
      </w:r>
      <w:r>
        <w:rPr>
          <w:rFonts w:ascii="Ebrima" w:hAnsi="Ebrima" w:eastAsia="Ebrima" w:cs="Ebrima"/>
        </w:rPr>
        <w:t>ⵢⴰⴽⴽⴰ</w:t>
      </w:r>
      <w:r>
        <w:rPr>
          <w:rFonts w:ascii="Times New Roman" w:hAnsi="Times New Roman" w:eastAsia="Times New Roman" w:cs="Times New Roman"/>
        </w:rPr>
        <w:t xml:space="preserve"> </w:t>
      </w:r>
      <w:r>
        <w:rPr>
          <w:rFonts w:ascii="Ebrima" w:hAnsi="Ebrima" w:eastAsia="Ebrima" w:cs="Ebrima"/>
        </w:rPr>
        <w:t>ⵎⴰⵙ</w:t>
      </w:r>
      <w:r>
        <w:rPr>
          <w:rFonts w:ascii="Times New Roman" w:hAnsi="Times New Roman" w:eastAsia="Times New Roman" w:cs="Times New Roman"/>
        </w:rPr>
        <w:t xml:space="preserve">, </w:t>
      </w:r>
      <w:r>
        <w:rPr>
          <w:rFonts w:ascii="Ebrima" w:hAnsi="Ebrima" w:eastAsia="Ebrima" w:cs="Ebrima"/>
        </w:rPr>
        <w:t>ⴰⴽⴽⵯ</w:t>
      </w:r>
      <w:r>
        <w:rPr>
          <w:rFonts w:ascii="Times New Roman" w:hAnsi="Times New Roman" w:eastAsia="Times New Roman" w:cs="Times New Roman"/>
        </w:rPr>
        <w:t xml:space="preserve"> </w:t>
      </w:r>
      <w:r>
        <w:rPr>
          <w:rFonts w:ascii="Ebrima" w:hAnsi="Ebrima" w:eastAsia="Ebrima" w:cs="Ebrima"/>
        </w:rPr>
        <w:t>ⵎⴰ</w:t>
      </w:r>
      <w:r>
        <w:rPr>
          <w:rFonts w:ascii="Times New Roman" w:hAnsi="Times New Roman" w:eastAsia="Times New Roman" w:cs="Times New Roman"/>
        </w:rPr>
        <w:t xml:space="preserve"> </w:t>
      </w:r>
      <w:r>
        <w:rPr>
          <w:rFonts w:ascii="Ebrima" w:hAnsi="Ebrima" w:eastAsia="Ebrima" w:cs="Ebrima"/>
        </w:rPr>
        <w:t>ⵢⵙⴽⴰⵔ</w:t>
      </w:r>
      <w:r>
        <w:rPr>
          <w:rFonts w:ascii="Times New Roman" w:hAnsi="Times New Roman" w:eastAsia="Times New Roman" w:cs="Times New Roman"/>
        </w:rPr>
        <w:t xml:space="preserve"> </w:t>
      </w:r>
      <w:r>
        <w:rPr>
          <w:rFonts w:ascii="Ebrima" w:hAnsi="Ebrima" w:eastAsia="Ebrima" w:cs="Ebrima"/>
        </w:rPr>
        <w:t>ⵡⴰⴼⴰⵙ</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Yiwunak Ittuḥdun </w:t>
      </w:r>
      <w:r>
        <w:rPr>
          <w:rFonts w:ascii="Ebrima" w:hAnsi="Ebrima" w:eastAsia="Ebrima" w:cs="Ebrima"/>
        </w:rPr>
        <w:t>ⵜⴰⵎⵙⴰⵍⵜ</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ⵓⵣⵣⴰⵎ</w:t>
      </w:r>
      <w:r>
        <w:rPr>
          <w:rFonts w:ascii="Times New Roman" w:hAnsi="Times New Roman" w:eastAsia="Times New Roman" w:cs="Times New Roman"/>
        </w:rPr>
        <w:t xml:space="preserve"> </w:t>
      </w:r>
      <w:r>
        <w:rPr>
          <w:rFonts w:ascii="Ebrima" w:hAnsi="Ebrima" w:eastAsia="Ebrima" w:cs="Ebrima"/>
        </w:rPr>
        <w:t>ⴳ</w:t>
      </w:r>
      <w:r>
        <w:rPr>
          <w:rFonts w:ascii="Times New Roman" w:hAnsi="Times New Roman" w:eastAsia="Times New Roman" w:cs="Times New Roman"/>
        </w:rPr>
        <w:t xml:space="preserve"> </w:t>
      </w:r>
      <w:r>
        <w:rPr>
          <w:rFonts w:ascii="Ebrima" w:hAnsi="Ebrima" w:eastAsia="Ebrima" w:cs="Ebrima"/>
        </w:rPr>
        <w:t>ⵜⵎⵓⵔⵜ</w:t>
      </w:r>
      <w:r>
        <w:rPr>
          <w:rFonts w:ascii="Times New Roman" w:hAnsi="Times New Roman" w:eastAsia="Times New Roman" w:cs="Times New Roman"/>
        </w:rPr>
        <w:t>-</w:t>
      </w:r>
      <w:r>
        <w:rPr>
          <w:rFonts w:ascii="Ebrima" w:hAnsi="Ebrima" w:eastAsia="Ebrima" w:cs="Ebrima"/>
        </w:rPr>
        <w:t>ⴰ</w:t>
      </w:r>
      <w:r>
        <w:rPr>
          <w:rFonts w:ascii="Times New Roman" w:hAnsi="Times New Roman" w:eastAsia="Times New Roman" w:cs="Times New Roman"/>
        </w:rPr>
        <w:t xml:space="preserve">, </w:t>
      </w:r>
      <w:r>
        <w:rPr>
          <w:rFonts w:ascii="Ebrima" w:hAnsi="Ebrima" w:eastAsia="Ebrima" w:cs="Ebrima"/>
        </w:rPr>
        <w:t>ⴰⴷ</w:t>
      </w:r>
      <w:r>
        <w:rPr>
          <w:rFonts w:ascii="Times New Roman" w:hAnsi="Times New Roman" w:eastAsia="Times New Roman" w:cs="Times New Roman"/>
        </w:rPr>
        <w:t xml:space="preserve"> </w:t>
      </w:r>
      <w:r>
        <w:rPr>
          <w:rFonts w:ascii="Ebrima" w:hAnsi="Ebrima" w:eastAsia="Ebrima" w:cs="Ebrima"/>
        </w:rPr>
        <w:t>ⵉⵍⵉ</w:t>
      </w:r>
      <w:r>
        <w:rPr>
          <w:rFonts w:ascii="Times New Roman" w:hAnsi="Times New Roman" w:eastAsia="Times New Roman" w:cs="Times New Roman"/>
        </w:rPr>
        <w:t xml:space="preserve"> </w:t>
      </w:r>
      <w:r>
        <w:rPr>
          <w:rFonts w:ascii="Ebrima" w:hAnsi="Ebrima" w:eastAsia="Ebrima" w:cs="Ebrima"/>
        </w:rPr>
        <w:t>ⴷⴰⵔⵙ</w:t>
      </w:r>
      <w:r>
        <w:rPr>
          <w:rFonts w:ascii="Times New Roman" w:hAnsi="Times New Roman" w:eastAsia="Times New Roman" w:cs="Times New Roman"/>
        </w:rPr>
        <w:t xml:space="preserve"> </w:t>
      </w:r>
      <w:r>
        <w:rPr>
          <w:rFonts w:ascii="Ebrima" w:hAnsi="Ebrima" w:eastAsia="Ebrima" w:cs="Ebrima"/>
        </w:rPr>
        <w:t>ⵓⵍⴰ</w:t>
      </w:r>
      <w:r>
        <w:rPr>
          <w:rFonts w:ascii="Times New Roman" w:hAnsi="Times New Roman" w:eastAsia="Times New Roman" w:cs="Times New Roman"/>
        </w:rPr>
        <w:t xml:space="preserve"> </w:t>
      </w:r>
      <w:r>
        <w:rPr>
          <w:rFonts w:ascii="Ebrima" w:hAnsi="Ebrima" w:eastAsia="Ebrima" w:cs="Ebrima"/>
        </w:rPr>
        <w:t>ⴰⴷ</w:t>
      </w:r>
      <w:r>
        <w:rPr>
          <w:rFonts w:ascii="Times New Roman" w:hAnsi="Times New Roman" w:eastAsia="Times New Roman" w:cs="Times New Roman"/>
        </w:rPr>
        <w:t xml:space="preserve"> </w:t>
      </w:r>
      <w:r>
        <w:rPr>
          <w:rFonts w:ascii="Ebrima" w:hAnsi="Ebrima" w:eastAsia="Ebrima" w:cs="Ebrima"/>
        </w:rPr>
        <w:t>ⵢⵎⵎⴰⵍ</w:t>
      </w:r>
      <w:r>
        <w:rPr>
          <w:rFonts w:ascii="Times New Roman" w:hAnsi="Times New Roman" w:eastAsia="Times New Roman" w:cs="Times New Roman"/>
        </w:rPr>
        <w:t xml:space="preserve"> </w:t>
      </w:r>
      <w:r>
        <w:rPr>
          <w:rFonts w:ascii="Ebrima" w:hAnsi="Ebrima" w:eastAsia="Ebrima" w:cs="Ebrima"/>
        </w:rPr>
        <w:t>ⵜⴰⵙⴽⴽⵉⵔⵜ</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ⵡⵉⵙ</w:t>
      </w:r>
      <w:r>
        <w:rPr>
          <w:rFonts w:ascii="Times New Roman" w:hAnsi="Times New Roman" w:eastAsia="Times New Roman" w:cs="Times New Roman"/>
        </w:rPr>
        <w:t xml:space="preserve"> </w:t>
      </w:r>
      <w:r>
        <w:rPr>
          <w:rFonts w:ascii="Ebrima" w:hAnsi="Ebrima" w:eastAsia="Ebrima" w:cs="Ebrima"/>
        </w:rPr>
        <w:t>ⵜⴰⵎⵏⵜ</w:t>
      </w:r>
      <w:r>
        <w:rPr>
          <w:rFonts w:ascii="Times New Roman" w:hAnsi="Times New Roman" w:eastAsia="Times New Roman" w:cs="Times New Roman"/>
        </w:rPr>
        <w:t xml:space="preserve">, </w:t>
      </w:r>
      <w:r>
        <w:rPr>
          <w:rFonts w:ascii="Ebrima" w:hAnsi="Ebrima" w:eastAsia="Ebrima" w:cs="Ebrima"/>
        </w:rPr>
        <w:t>ⵉⵍⵍⴰⵏ</w:t>
      </w:r>
      <w:r>
        <w:rPr>
          <w:rFonts w:ascii="Times New Roman" w:hAnsi="Times New Roman" w:eastAsia="Times New Roman" w:cs="Times New Roman"/>
        </w:rPr>
        <w:t xml:space="preserve"> </w:t>
      </w:r>
      <w:r>
        <w:rPr>
          <w:rFonts w:ascii="Ebrima" w:hAnsi="Ebrima" w:eastAsia="Ebrima" w:cs="Ebrima"/>
        </w:rPr>
        <w:t>ⵙⴳ</w:t>
      </w:r>
      <w:r>
        <w:rPr>
          <w:rFonts w:ascii="Times New Roman" w:hAnsi="Times New Roman" w:eastAsia="Times New Roman" w:cs="Times New Roman"/>
        </w:rPr>
        <w:t xml:space="preserve"> </w:t>
      </w:r>
      <w:r>
        <w:rPr>
          <w:rFonts w:ascii="Ebrima" w:hAnsi="Ebrima" w:eastAsia="Ebrima" w:cs="Ebrima"/>
        </w:rPr>
        <w:t>ⵡⴰⵙⴰⵔⵏ</w:t>
      </w:r>
      <w:r>
        <w:rPr>
          <w:rFonts w:ascii="Times New Roman" w:hAnsi="Times New Roman" w:eastAsia="Times New Roman" w:cs="Times New Roman"/>
        </w:rPr>
        <w:t xml:space="preserve"> </w:t>
      </w:r>
      <w:r>
        <w:rPr>
          <w:rFonts w:ascii="Ebrima" w:hAnsi="Ebrima" w:eastAsia="Ebrima" w:cs="Ebrima"/>
        </w:rPr>
        <w:t>ⵙⴰ</w:t>
      </w:r>
      <w:r>
        <w:rPr>
          <w:rFonts w:ascii="Times New Roman" w:hAnsi="Times New Roman" w:eastAsia="Times New Roman" w:cs="Times New Roman"/>
        </w:rPr>
        <w:t xml:space="preserve">. </w:t>
      </w:r>
      <w:r>
        <w:rPr>
          <w:rFonts w:ascii="Ebrima" w:hAnsi="Ebrima" w:eastAsia="Ebrima" w:cs="Ebrima"/>
        </w:rPr>
        <w:t>ⴰⵎⵏⵣⵓ</w:t>
      </w:r>
      <w:r>
        <w:rPr>
          <w:rFonts w:ascii="Times New Roman" w:hAnsi="Times New Roman" w:eastAsia="Times New Roman" w:cs="Times New Roman"/>
        </w:rPr>
        <w:t xml:space="preserve"> </w:t>
      </w:r>
      <w:r>
        <w:rPr>
          <w:rFonts w:ascii="Ebrima" w:hAnsi="Ebrima" w:eastAsia="Ebrima" w:cs="Ebrima"/>
        </w:rPr>
        <w:t>ⵡⵉⵙ</w:t>
      </w:r>
      <w:r>
        <w:rPr>
          <w:rFonts w:ascii="Times New Roman" w:hAnsi="Times New Roman" w:eastAsia="Times New Roman" w:cs="Times New Roman"/>
        </w:rPr>
        <w:t xml:space="preserve"> </w:t>
      </w:r>
      <w:r>
        <w:rPr>
          <w:rFonts w:ascii="Ebrima" w:hAnsi="Ebrima" w:eastAsia="Ebrima" w:cs="Ebrima"/>
        </w:rPr>
        <w:t>ⵚⴹⵉⵚ</w:t>
      </w:r>
      <w:r>
        <w:rPr>
          <w:rFonts w:ascii="Times New Roman" w:hAnsi="Times New Roman" w:eastAsia="Times New Roman" w:cs="Times New Roman"/>
        </w:rPr>
        <w:t xml:space="preserve"> </w:t>
      </w:r>
      <w:r>
        <w:rPr>
          <w:rFonts w:ascii="Ebrima" w:hAnsi="Ebrima" w:eastAsia="Ebrima" w:cs="Ebrima"/>
        </w:rPr>
        <w:t>ⵙⴳ</w:t>
      </w:r>
      <w:r>
        <w:rPr>
          <w:rFonts w:ascii="Times New Roman" w:hAnsi="Times New Roman" w:eastAsia="Times New Roman" w:cs="Times New Roman"/>
        </w:rPr>
        <w:t xml:space="preserve"> </w:t>
      </w:r>
      <w:r>
        <w:rPr>
          <w:rFonts w:ascii="Ebrima" w:hAnsi="Ebrima" w:eastAsia="Ebrima" w:cs="Ebrima"/>
        </w:rPr>
        <w:t>ⵡⴰⴽⵓⴷ</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ⵜⴰⴳⴳⴰⵔⴰ</w:t>
      </w:r>
      <w:r>
        <w:rPr>
          <w:rFonts w:ascii="Times New Roman" w:hAnsi="Times New Roman" w:eastAsia="Times New Roman" w:cs="Times New Roman"/>
        </w:rPr>
        <w:t xml:space="preserve"> </w:t>
      </w:r>
      <w:r>
        <w:rPr>
          <w:rFonts w:ascii="Ebrima" w:hAnsi="Ebrima" w:eastAsia="Ebrima" w:cs="Ebrima"/>
        </w:rPr>
        <w:t>ⴳ</w:t>
      </w:r>
      <w:r>
        <w:rPr>
          <w:rFonts w:ascii="Times New Roman" w:hAnsi="Times New Roman" w:eastAsia="Times New Roman" w:cs="Times New Roman"/>
        </w:rPr>
        <w:t xml:space="preserve"> 1989, </w:t>
      </w:r>
      <w:r>
        <w:rPr>
          <w:rFonts w:ascii="Ebrima" w:hAnsi="Ebrima" w:eastAsia="Ebrima" w:cs="Ebrima"/>
        </w:rPr>
        <w:t>ⵡⴰⵏⵏⴰ</w:t>
      </w:r>
      <w:r>
        <w:rPr>
          <w:rFonts w:ascii="Times New Roman" w:hAnsi="Times New Roman" w:eastAsia="Times New Roman" w:cs="Times New Roman"/>
        </w:rPr>
        <w:t xml:space="preserve"> </w:t>
      </w:r>
      <w:r>
        <w:rPr>
          <w:rFonts w:ascii="Ebrima" w:hAnsi="Ebrima" w:eastAsia="Ebrima" w:cs="Ebrima"/>
        </w:rPr>
        <w:t>ⵢⴰⵡⵙⵔⵏ</w:t>
      </w:r>
      <w:r>
        <w:rPr>
          <w:rFonts w:ascii="Times New Roman" w:hAnsi="Times New Roman" w:eastAsia="Times New Roman" w:cs="Times New Roman"/>
        </w:rPr>
        <w:t xml:space="preserve"> </w:t>
      </w:r>
      <w:r>
        <w:rPr>
          <w:rFonts w:ascii="Ebrima" w:hAnsi="Ebrima" w:eastAsia="Ebrima" w:cs="Ebrima"/>
        </w:rPr>
        <w:t>ⴰⵎⵏⵣⵓ</w:t>
      </w:r>
      <w:r>
        <w:rPr>
          <w:rFonts w:ascii="Times New Roman" w:hAnsi="Times New Roman" w:eastAsia="Times New Roman" w:cs="Times New Roman"/>
        </w:rPr>
        <w:t xml:space="preserve"> </w:t>
      </w:r>
      <w:r>
        <w:rPr>
          <w:rFonts w:ascii="Ebrima" w:hAnsi="Ebrima" w:eastAsia="Ebrima" w:cs="Ebrima"/>
        </w:rPr>
        <w:t>ⴰⵎⵔⴰⵔ</w:t>
      </w:r>
      <w:r>
        <w:rPr>
          <w:rFonts w:ascii="Times New Roman" w:hAnsi="Times New Roman" w:eastAsia="Times New Roman" w:cs="Times New Roman"/>
        </w:rPr>
        <w:t xml:space="preserve"> </w:t>
      </w:r>
      <w:r>
        <w:rPr>
          <w:rFonts w:ascii="Ebrima" w:hAnsi="Ebrima" w:eastAsia="Ebrima" w:cs="Ebrima"/>
        </w:rPr>
        <w:t>ⵉⵙⵙⴽⵔⵏ</w:t>
      </w:r>
      <w:r>
        <w:rPr>
          <w:rFonts w:ascii="Times New Roman" w:hAnsi="Times New Roman" w:eastAsia="Times New Roman" w:cs="Times New Roman"/>
        </w:rPr>
        <w:t xml:space="preserve"> </w:t>
      </w:r>
      <w:r>
        <w:rPr>
          <w:rFonts w:ascii="Ebrima" w:hAnsi="Ebrima" w:eastAsia="Ebrima" w:cs="Ebrima"/>
        </w:rPr>
        <w:t>ⴰⴽⴽ</w:t>
      </w:r>
      <w:r>
        <w:rPr>
          <w:rFonts w:ascii="Times New Roman" w:hAnsi="Times New Roman" w:eastAsia="Times New Roman" w:cs="Times New Roman"/>
        </w:rPr>
        <w:t xml:space="preserve"> </w:t>
      </w:r>
      <w:r>
        <w:rPr>
          <w:rFonts w:ascii="Ebrima" w:hAnsi="Ebrima" w:eastAsia="Ebrima" w:cs="Ebrima"/>
        </w:rPr>
        <w:t>ⵜⴰⵎⵏⴹⴰⵡⵜ</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ⵓⴷⵔⴰⴳⵓⵏ</w:t>
      </w:r>
      <w:r>
        <w:rPr>
          <w:rFonts w:ascii="Times New Roman" w:hAnsi="Times New Roman" w:eastAsia="Times New Roman" w:cs="Times New Roman"/>
        </w:rPr>
        <w:t xml:space="preserve">, </w:t>
      </w:r>
      <w:r>
        <w:rPr>
          <w:rFonts w:ascii="Ebrima" w:hAnsi="Ebrima" w:eastAsia="Ebrima" w:cs="Ebrima"/>
        </w:rPr>
        <w:t>ⵢⵓⵡⵉ</w:t>
      </w:r>
      <w:r>
        <w:rPr>
          <w:rFonts w:ascii="Times New Roman" w:hAnsi="Times New Roman" w:eastAsia="Times New Roman" w:cs="Times New Roman"/>
        </w:rPr>
        <w:t xml:space="preserve"> </w:t>
      </w:r>
      <w:r>
        <w:rPr>
          <w:rFonts w:ascii="Ebrima" w:hAnsi="Ebrima" w:eastAsia="Ebrima" w:cs="Ebrima"/>
        </w:rPr>
        <w:t>ⵜⴰⵡⵓⵔⵜ</w:t>
      </w:r>
      <w:r>
        <w:rPr>
          <w:rFonts w:ascii="Times New Roman" w:hAnsi="Times New Roman" w:eastAsia="Times New Roman" w:cs="Times New Roman"/>
        </w:rPr>
        <w:t xml:space="preserve"> </w:t>
      </w:r>
      <w:r>
        <w:rPr>
          <w:rFonts w:ascii="Ebrima" w:hAnsi="Ebrima" w:eastAsia="Ebrima" w:cs="Ebrima"/>
        </w:rPr>
        <w:t>ⵜⴰⵙⵔⵜⴰⵏⵜ</w:t>
      </w:r>
      <w:r>
        <w:rPr>
          <w:rFonts w:ascii="Times New Roman" w:hAnsi="Times New Roman" w:eastAsia="Times New Roman" w:cs="Times New Roman"/>
        </w:rPr>
        <w:t xml:space="preserve"> </w:t>
      </w:r>
      <w:r>
        <w:rPr>
          <w:rFonts w:ascii="Ebrima" w:hAnsi="Ebrima" w:eastAsia="Ebrima" w:cs="Ebrima"/>
        </w:rPr>
        <w:t>ⵜⴰⵎⵎⵓⵜⵜⴰⵏⵜ</w:t>
      </w:r>
      <w:r>
        <w:rPr>
          <w:rFonts w:ascii="Times New Roman" w:hAnsi="Times New Roman" w:eastAsia="Times New Roman" w:cs="Times New Roman"/>
        </w:rPr>
        <w:t xml:space="preserve"> </w:t>
      </w:r>
      <w:r>
        <w:rPr>
          <w:rFonts w:ascii="Ebrima" w:hAnsi="Ebrima" w:eastAsia="Ebrima" w:cs="Ebrima"/>
        </w:rPr>
        <w:t>ⵙ</w:t>
      </w:r>
      <w:r>
        <w:rPr>
          <w:rFonts w:ascii="Times New Roman" w:hAnsi="Times New Roman" w:eastAsia="Times New Roman" w:cs="Times New Roman"/>
        </w:rPr>
        <w:t xml:space="preserve"> </w:t>
      </w:r>
      <w:r>
        <w:rPr>
          <w:rFonts w:ascii="Ebrima" w:hAnsi="Ebrima" w:eastAsia="Ebrima" w:cs="Ebrima"/>
        </w:rPr>
        <w:t>ⵉⴼⴰⵙⵙⵏ</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ⵉⴳⵍⵓⴱⴰⵍⵉⵙⵜⵏ</w:t>
      </w:r>
      <w:r>
        <w:rPr>
          <w:rFonts w:ascii="Times New Roman" w:hAnsi="Times New Roman" w:eastAsia="Times New Roman" w:cs="Times New Roman"/>
        </w:rPr>
        <w:t xml:space="preserve"> </w:t>
      </w:r>
      <w:r>
        <w:rPr>
          <w:rFonts w:ascii="Ebrima" w:hAnsi="Ebrima" w:eastAsia="Ebrima" w:cs="Ebrima"/>
        </w:rPr>
        <w:t>ⵉⵏⵉⵎⴰⵍⵏ</w:t>
      </w:r>
      <w:r>
        <w:rPr>
          <w:rFonts w:ascii="Times New Roman" w:hAnsi="Times New Roman" w:eastAsia="Times New Roman" w:cs="Times New Roman"/>
        </w:rPr>
        <w:t xml:space="preserve">, </w:t>
      </w:r>
      <w:r>
        <w:rPr>
          <w:rFonts w:ascii="Ebrima" w:hAnsi="Ebrima" w:eastAsia="Ebrima" w:cs="Ebrima"/>
        </w:rPr>
        <w:t>ⵉⵏⵓⵔⵉⵏ</w:t>
      </w:r>
      <w:r>
        <w:rPr>
          <w:rFonts w:ascii="Times New Roman" w:hAnsi="Times New Roman" w:eastAsia="Times New Roman" w:cs="Times New Roman"/>
        </w:rPr>
        <w:t xml:space="preserve">, </w:t>
      </w:r>
      <w:r>
        <w:rPr>
          <w:rFonts w:ascii="Ebrima" w:hAnsi="Ebrima" w:eastAsia="Ebrima" w:cs="Ebrima"/>
        </w:rPr>
        <w:t>ⵉⵍⵉⴱⵉⵔⴰⵍⵏ</w:t>
      </w:r>
      <w:r>
        <w:rPr>
          <w:rFonts w:ascii="Times New Roman" w:hAnsi="Times New Roman" w:eastAsia="Times New Roman" w:cs="Times New Roman"/>
        </w:rPr>
        <w:t xml:space="preserve">, </w:t>
      </w:r>
      <w:r>
        <w:rPr>
          <w:rFonts w:ascii="Ebrima" w:hAnsi="Ebrima" w:eastAsia="Ebrima" w:cs="Ebrima"/>
        </w:rPr>
        <w:t>ⵉⵙⵏⴽⴰⵔⵏ</w:t>
      </w:r>
      <w:r>
        <w:rPr>
          <w:rFonts w:ascii="Times New Roman" w:hAnsi="Times New Roman" w:eastAsia="Times New Roman" w:cs="Times New Roman"/>
        </w:rPr>
        <w:t xml:space="preserve"> “woke” </w:t>
      </w:r>
      <w:r>
        <w:rPr>
          <w:rFonts w:ascii="Ebrima" w:hAnsi="Ebrima" w:eastAsia="Ebrima" w:cs="Ebrima"/>
        </w:rPr>
        <w:t>ⴳ</w:t>
      </w:r>
      <w:r>
        <w:rPr>
          <w:rFonts w:ascii="Times New Roman" w:hAnsi="Times New Roman" w:eastAsia="Times New Roman" w:cs="Times New Roman"/>
        </w:rPr>
        <w:t xml:space="preserve"> 2020, </w:t>
      </w:r>
      <w:r>
        <w:rPr>
          <w:rFonts w:ascii="Ebrima" w:hAnsi="Ebrima" w:eastAsia="Ebrima" w:cs="Ebrima"/>
        </w:rPr>
        <w:t>ⵎⵉⵏⵣⵉ</w:t>
      </w:r>
      <w:r>
        <w:rPr>
          <w:rFonts w:ascii="Times New Roman" w:hAnsi="Times New Roman" w:eastAsia="Times New Roman" w:cs="Times New Roman"/>
        </w:rPr>
        <w:t xml:space="preserve"> </w:t>
      </w:r>
      <w:r>
        <w:rPr>
          <w:rFonts w:ascii="Ebrima" w:hAnsi="Ebrima" w:eastAsia="Ebrima" w:cs="Ebrima"/>
        </w:rPr>
        <w:t>ⴰⵇⵔⵉ</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Republican </w:t>
      </w:r>
      <w:r>
        <w:rPr>
          <w:rFonts w:ascii="Ebrima" w:hAnsi="Ebrima" w:eastAsia="Ebrima" w:cs="Ebrima"/>
        </w:rPr>
        <w:t>ⵢⵜⵜⵓⵏⵖⴰ</w:t>
      </w:r>
      <w:r>
        <w:rPr>
          <w:rFonts w:ascii="Times New Roman" w:hAnsi="Times New Roman" w:eastAsia="Times New Roman" w:cs="Times New Roman"/>
        </w:rPr>
        <w:t xml:space="preserve"> </w:t>
      </w:r>
      <w:r>
        <w:rPr>
          <w:rFonts w:ascii="Ebrima" w:hAnsi="Ebrima" w:eastAsia="Ebrima" w:cs="Ebrima"/>
        </w:rPr>
        <w:t>ⴳ</w:t>
      </w:r>
      <w:r>
        <w:rPr>
          <w:rFonts w:ascii="Times New Roman" w:hAnsi="Times New Roman" w:eastAsia="Times New Roman" w:cs="Times New Roman"/>
        </w:rPr>
        <w:t xml:space="preserve"> </w:t>
      </w:r>
      <w:r>
        <w:rPr>
          <w:rFonts w:ascii="Ebrima" w:hAnsi="Ebrima" w:eastAsia="Ebrima" w:cs="Ebrima"/>
        </w:rPr>
        <w:t>ⵉⵣⵣⵏⴰⵏ</w:t>
      </w:r>
      <w:r>
        <w:rPr>
          <w:rFonts w:ascii="Times New Roman" w:hAnsi="Times New Roman" w:eastAsia="Times New Roman" w:cs="Times New Roman"/>
        </w:rPr>
        <w:t xml:space="preserve"> </w:t>
      </w:r>
      <w:r>
        <w:rPr>
          <w:rFonts w:ascii="Ebrima" w:hAnsi="Ebrima" w:eastAsia="Ebrima" w:cs="Ebrima"/>
        </w:rPr>
        <w:t>ⵙ</w:t>
      </w:r>
      <w:r>
        <w:rPr>
          <w:rFonts w:ascii="Times New Roman" w:hAnsi="Times New Roman" w:eastAsia="Times New Roman" w:cs="Times New Roman"/>
        </w:rPr>
        <w:t xml:space="preserve"> </w:t>
      </w:r>
      <w:r>
        <w:rPr>
          <w:rFonts w:ascii="Ebrima" w:hAnsi="Ebrima" w:eastAsia="Ebrima" w:cs="Ebrima"/>
        </w:rPr>
        <w:t>ⵓⵣⵣⴰⵎ</w:t>
      </w:r>
      <w:r>
        <w:rPr>
          <w:rFonts w:ascii="Times New Roman" w:hAnsi="Times New Roman" w:eastAsia="Times New Roman" w:cs="Times New Roman"/>
        </w:rPr>
        <w:t xml:space="preserve"> </w:t>
      </w:r>
      <w:r>
        <w:rPr>
          <w:rFonts w:ascii="Ebrima" w:hAnsi="Ebrima" w:eastAsia="Ebrima" w:cs="Ebrima"/>
        </w:rPr>
        <w:t>ⴰⵡⵉⵙⵎⴰⵏ</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Tasuqa n Usmari 11.</w:t>
      </w:r>
    </w:p>
    <w:p>
      <w:pPr>
        <w:pStyle w:val="ArticleBody"/>
        <w:jc w:val="left"/>
      </w:pPr>
      <w:r>
        <w:rPr>
          <w:rFonts w:ascii="Times New Roman" w:hAnsi="Times New Roman" w:eastAsia="Times New Roman" w:cs="Times New Roman"/>
        </w:rPr>
        <w:t>Pero al mismo tiempo, el movimiento del tercer ángel recibió una herida mortal el 18 de julio de 2020, a manos de la bestia atea de Apocalipsis capítulo once. Aquel movimiento había estado compuesto por adventistas del séptimo día laodicenses, y en 2023 el movimiento fue levantado como el movimiento filadelfiano del tercer ángel. Ambos cuernos fueron muertos en 2020, y ambos cuernos se levantan después de tres días y medio simbólicos. La formación de la imagen política de la bestia consiste en la combinación de la Iglesia y el Estado en los Estados Unidos, y la bestia de la cual hacen una imagen en los últimos días es la octava bestia, que es de entre las siete. Cuando la bestia imagen sea formada en los Estados Unidos, poseerá ese mismo atributo profético de la octava bestia de Roma.</w:t>
      </w:r>
    </w:p>
    <w:p>
      <w:pPr>
        <w:pStyle w:val="ArticleBody"/>
        <w:jc w:val="left"/>
      </w:pPr>
      <w:r>
        <w:rPr>
          <w:rFonts w:ascii="Times New Roman" w:hAnsi="Times New Roman" w:eastAsia="Times New Roman" w:cs="Times New Roman"/>
        </w:rPr>
        <w:t>Nubone mu diŋgir ya dyaŋbeŋ la kʋl la yʋn tɛn taantɔɔn dyaŋ wa, ba la nyɛ̄m pɛrɔfɛ́t tɔm-nyɛŋ kpàŋkpàŋ la kùkùr kùr dyaŋbeŋ la bɔŋ kʋl tɛn tìl la nàmsɛn nìn nìŋ, ba nà kʋr kàbʋr tɛn-tɛn pɔɔr la nàŋ Kristo dyaŋ. Pʋg-pʋg nàŋmà bɔŋ yèl-pàal la, nìŋ bɛ́ɛ́r nà tɔm dyaŋbeŋ la kʋl tɛn-tɛn.</w:t>
      </w:r>
    </w:p>
    <w:p>
      <w:pPr>
        <w:pStyle w:val="ArticleScripture"/>
        <w:jc w:val="left"/>
      </w:pPr>
      <w:r>
        <w:rPr>
          <w:rFonts w:ascii="Times New Roman" w:hAnsi="Times New Roman" w:eastAsia="Times New Roman" w:cs="Times New Roman"/>
        </w:rPr>
        <w:t>“Ayubuwu aky’Omulanzi Ezeekyeri kye yalaba, bwe wa maaso ge agaali geewuunyizza ne wabaawo obubonero obwalaga Obuyinza obufuga era obulangirira ensonga z’abafuzi b’ensi. Namuziga nga gisalagana gyaali gitambuzibwa ebitonde ebiramu bina. Waggulu nnyo ku ebyo byonna ‘waaliwo ekifaananyi eky’entebe ey’obwakabaka, mu ndabika ng’ejjinja erya safiro; era ng’atudde waggulu ku kifaananyi ky’entebe ey’obwakabaka waaliwo ekifaananyi, ng’ekifaanana n’omuntu.’ Ezeekyeri 1:26, RSV.</w:t>
      </w:r>
    </w:p>
    <w:p>
      <w:pPr>
        <w:pStyle w:val="ArticleScripture"/>
        <w:jc w:val="left"/>
      </w:pPr>
      <w:r>
        <w:rPr>
          <w:rFonts w:ascii="Times New Roman" w:hAnsi="Times New Roman" w:eastAsia="Times New Roman" w:cs="Times New Roman"/>
        </w:rPr>
        <w:t>«الدواليبُ، على ما بدا فيها من تعقيدٍ حتى إنها ظهرت للنظرة الأولى كأنها في اضطراب، كانت تتحرك في انسجامٍ كامل. وكانت كائناتٌ سماوية تدفع تلك الدواليب. وإن التشابك المعقّد لأحداث البشر هو تحت سلطانٍ إلهي. وفي وسط خصام الأمم واضطرابها، ما يزال الجالس فوق الكروبيم يوجّه شؤون هذه الأرض. وقد عيّن الله لكل أمة ولكل فرد موضعًا في خطته العظمى. واليوم يقرّر الناس والأمم، باختيارهم هم، مصيرهم، بينما الله يدبّر الكل لإتمام مقاصده.»</w:t>
      </w:r>
    </w:p>
    <w:p>
      <w:pPr>
        <w:pStyle w:val="ArticleScripture"/>
        <w:jc w:val="left"/>
      </w:pPr>
      <w:r>
        <w:rPr>
          <w:rFonts w:ascii="Times New Roman" w:hAnsi="Times New Roman" w:eastAsia="Times New Roman" w:cs="Times New Roman"/>
        </w:rPr>
        <w:t>“Abụma ndị Ahụ̀rụ̀ M Nọ̀ N’eluigwe nyere n’Okwu Ya na-agwa anyị ebe anyị nọ n’usoro ngagharị nke oge niile. Ihe niile amụma buru n’ihu ruo n’oge a ka e depụtara n’akwụkwọ akụkọ ihe mere eme, ma ihe niile ka ga-abịa ga-emezu kwa n’usoro ya.</w:t>
      </w:r>
    </w:p>
    <w:p>
      <w:pPr>
        <w:pStyle w:val="ArticleScripture"/>
        <w:jc w:val="left"/>
      </w:pPr>
      <w:r>
        <w:rPr>
          <w:rFonts w:ascii="Times New Roman" w:hAnsi="Times New Roman" w:eastAsia="Times New Roman" w:cs="Times New Roman"/>
        </w:rPr>
        <w:t>“Alamán ya pan tyempo ay ipakpakdáda a sarak tayon ed sangi ti dadakel tan solemn a paspasamak. Amin a banag ed mundotayo et agkikillo. Impanpadton nen Manangisalakan so sarayan a paspasamak a manguna ed isasangpet to: ‘Nadngel yo so gera tan balita na gera…. Tumaray bansa a maonlad bansa, tan pagarian a maonlad pagarian: tan onsaray bisin, tan salot, tan linog, ed nadumaduma a pasen.’ Mateo 24:6, 7. Saray manuley tan saray estadista et amta ra a wala so dakel tan mapatnagan a banag a asingger lan onsan—ya mankakatayo so mundo ed gilid na maysa a makapakelkelaw a krisis.”</w:t>
      </w:r>
    </w:p>
    <w:p>
      <w:pPr>
        <w:pStyle w:val="ArticleScripture"/>
        <w:jc w:val="left"/>
      </w:pPr>
      <w:r>
        <w:rPr>
          <w:rFonts w:ascii="Times New Roman" w:hAnsi="Times New Roman" w:eastAsia="Times New Roman" w:cs="Times New Roman"/>
        </w:rPr>
        <w:t>“Библи, зөвхөн Библи л, аль хэдийнэ өмнөөсөө сүүдрээ тусгаж буй үйл явдлуудын зөв дүр зургийг өгдөг; тэдгээрийн ойртон ирэх чимээ нь газрыг чичрүүлж, хүмүүсийн зүрхийг айдсаас болж мохож байна. ‘Харагтун, ЭЗЭН дэлхийг эзгүйрүүлж, хоосруулна; Тэр түүний гадаргыг эргүүлж, оршин суугчдыг нь тараана.’ ‘Учир нь тэд хуулиудыг зөрчиж, тогтоолуудыг эвдэж, мөнхийн гэрээг хугалсан. Тиймээс хараал дэлхийг залгиж, оршин суугчид нь гэмийнхээ төлөө зовж байна.’ Исаиа 24:1, 5, 6, RSV.”</w:t>
      </w:r>
    </w:p>
    <w:p>
      <w:pPr>
        <w:pStyle w:val="ArticleScripture"/>
        <w:jc w:val="left"/>
      </w:pPr>
      <w:r>
        <w:rPr>
          <w:rFonts w:ascii="Times New Roman" w:hAnsi="Times New Roman" w:eastAsia="Times New Roman" w:cs="Times New Roman"/>
        </w:rPr>
        <w:t>“‘¡Ay!, porque grande es aquel día, tanto que no hay otro semejante a él: es tiempo de angustia para Jacob; pero de ella será librado.’ Jeremías 30:7.</w:t>
      </w:r>
    </w:p>
    <w:p>
      <w:pPr>
        <w:pStyle w:val="ArticleScripture"/>
        <w:jc w:val="left"/>
      </w:pPr>
      <w:r>
        <w:rPr>
          <w:rFonts w:ascii="Times New Roman" w:hAnsi="Times New Roman" w:eastAsia="Times New Roman" w:cs="Times New Roman"/>
        </w:rPr>
        <w:t>«چونکہ تو نے خداوند کو، جو میری پناہ گاہ ہے، یعنی حق تعالیٰ کو، اپنا مسکن بنایا ہے؛ تجھ پر کوئی بدی واقع نہ ہوگی، اور نہ کوئی آفت تیری سکونت گاہ کے نزدیک آئے گی۔» زبور 91:9، 10۔</w:t>
      </w:r>
    </w:p>
    <w:p>
      <w:pPr>
        <w:pStyle w:val="ArticleScripture"/>
        <w:jc w:val="left"/>
      </w:pPr>
      <w:r>
        <w:rPr>
          <w:rFonts w:ascii="Times New Roman" w:hAnsi="Times New Roman" w:eastAsia="Times New Roman" w:cs="Times New Roman"/>
        </w:rPr>
        <w:t>“</w:t>
      </w:r>
      <w:r>
        <w:rPr>
          <w:rFonts w:ascii="Ebrima" w:hAnsi="Ebrima" w:eastAsia="Ebrima" w:cs="Ebrima"/>
        </w:rPr>
        <w:t>ሰአተ</w:t>
      </w:r>
      <w:r>
        <w:rPr>
          <w:rFonts w:ascii="Times New Roman" w:hAnsi="Times New Roman" w:eastAsia="Times New Roman" w:cs="Times New Roman"/>
        </w:rPr>
        <w:t xml:space="preserve"> </w:t>
      </w:r>
      <w:r>
        <w:rPr>
          <w:rFonts w:ascii="Ebrima" w:hAnsi="Ebrima" w:eastAsia="Ebrima" w:cs="Ebrima"/>
        </w:rPr>
        <w:t>ዝዓበየ</w:t>
      </w:r>
      <w:r>
        <w:rPr>
          <w:rFonts w:ascii="Times New Roman" w:hAnsi="Times New Roman" w:eastAsia="Times New Roman" w:cs="Times New Roman"/>
        </w:rPr>
        <w:t xml:space="preserve"> </w:t>
      </w:r>
      <w:r>
        <w:rPr>
          <w:rFonts w:ascii="Ebrima" w:hAnsi="Ebrima" w:eastAsia="Ebrima" w:cs="Ebrima"/>
        </w:rPr>
        <w:t>ሓደጋኣ</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ዝኾነ</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እግዚአብሔር</w:t>
      </w:r>
      <w:r>
        <w:rPr>
          <w:rFonts w:ascii="Times New Roman" w:hAnsi="Times New Roman" w:eastAsia="Times New Roman" w:cs="Times New Roman"/>
        </w:rPr>
        <w:t xml:space="preserve"> </w:t>
      </w:r>
      <w:r>
        <w:rPr>
          <w:rFonts w:ascii="Ebrima" w:hAnsi="Ebrima" w:eastAsia="Ebrima" w:cs="Ebrima"/>
        </w:rPr>
        <w:t>ንቤተ</w:t>
      </w:r>
      <w:r>
        <w:rPr>
          <w:rFonts w:ascii="Times New Roman" w:hAnsi="Times New Roman" w:eastAsia="Times New Roman" w:cs="Times New Roman"/>
        </w:rPr>
        <w:t xml:space="preserve"> </w:t>
      </w:r>
      <w:r>
        <w:rPr>
          <w:rFonts w:ascii="Ebrima" w:hAnsi="Ebrima" w:eastAsia="Ebrima" w:cs="Ebrima"/>
        </w:rPr>
        <w:t>ክርስቲያኑ</w:t>
      </w:r>
      <w:r>
        <w:rPr>
          <w:rFonts w:ascii="Times New Roman" w:hAnsi="Times New Roman" w:eastAsia="Times New Roman" w:cs="Times New Roman"/>
        </w:rPr>
        <w:t xml:space="preserve"> </w:t>
      </w:r>
      <w:r>
        <w:rPr>
          <w:rFonts w:ascii="Ebrima" w:hAnsi="Ebrima" w:eastAsia="Ebrima" w:cs="Ebrima"/>
        </w:rPr>
        <w:t>ኣይሓድጋን።</w:t>
      </w:r>
      <w:r>
        <w:rPr>
          <w:rFonts w:ascii="Times New Roman" w:hAnsi="Times New Roman" w:eastAsia="Times New Roman" w:cs="Times New Roman"/>
        </w:rPr>
        <w:t xml:space="preserve"> </w:t>
      </w:r>
      <w:r>
        <w:rPr>
          <w:rFonts w:ascii="Ebrima" w:hAnsi="Ebrima" w:eastAsia="Ebrima" w:cs="Ebrima"/>
        </w:rPr>
        <w:t>ምድሓን</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ዝህብ</w:t>
      </w:r>
      <w:r>
        <w:rPr>
          <w:rFonts w:ascii="Times New Roman" w:hAnsi="Times New Roman" w:eastAsia="Times New Roman" w:cs="Times New Roman"/>
        </w:rPr>
        <w:t xml:space="preserve"> </w:t>
      </w:r>
      <w:r>
        <w:rPr>
          <w:rFonts w:ascii="Ebrima" w:hAnsi="Ebrima" w:eastAsia="Ebrima" w:cs="Ebrima"/>
        </w:rPr>
        <w:t>ተስፋ</w:t>
      </w:r>
      <w:r>
        <w:rPr>
          <w:rFonts w:ascii="Times New Roman" w:hAnsi="Times New Roman" w:eastAsia="Times New Roman" w:cs="Times New Roman"/>
        </w:rPr>
        <w:t xml:space="preserve"> </w:t>
      </w:r>
      <w:r>
        <w:rPr>
          <w:rFonts w:ascii="Ebrima" w:hAnsi="Ebrima" w:eastAsia="Ebrima" w:cs="Ebrima"/>
        </w:rPr>
        <w:t>ኣቢሉ</w:t>
      </w:r>
      <w:r>
        <w:rPr>
          <w:rFonts w:ascii="Times New Roman" w:hAnsi="Times New Roman" w:eastAsia="Times New Roman" w:cs="Times New Roman"/>
        </w:rPr>
        <w:t xml:space="preserve"> </w:t>
      </w:r>
      <w:r>
        <w:rPr>
          <w:rFonts w:ascii="Ebrima" w:hAnsi="Ebrima" w:eastAsia="Ebrima" w:cs="Ebrima"/>
        </w:rPr>
        <w:t>ኣሎ።</w:t>
      </w:r>
      <w:r>
        <w:rPr>
          <w:rFonts w:ascii="Times New Roman" w:hAnsi="Times New Roman" w:eastAsia="Times New Roman" w:cs="Times New Roman"/>
        </w:rPr>
        <w:t xml:space="preserve"> </w:t>
      </w:r>
      <w:r>
        <w:rPr>
          <w:rFonts w:ascii="Ebrima" w:hAnsi="Ebrima" w:eastAsia="Ebrima" w:cs="Ebrima"/>
        </w:rPr>
        <w:t>መትከላት</w:t>
      </w:r>
      <w:r>
        <w:rPr>
          <w:rFonts w:ascii="Times New Roman" w:hAnsi="Times New Roman" w:eastAsia="Times New Roman" w:cs="Times New Roman"/>
        </w:rPr>
        <w:t xml:space="preserve"> </w:t>
      </w:r>
      <w:r>
        <w:rPr>
          <w:rFonts w:ascii="Ebrima" w:hAnsi="Ebrima" w:eastAsia="Ebrima" w:cs="Ebrima"/>
        </w:rPr>
        <w:t>መንግሥቱ</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ትሕቲ</w:t>
      </w:r>
      <w:r>
        <w:rPr>
          <w:rFonts w:ascii="Times New Roman" w:hAnsi="Times New Roman" w:eastAsia="Times New Roman" w:cs="Times New Roman"/>
        </w:rPr>
        <w:t xml:space="preserve"> </w:t>
      </w:r>
      <w:r>
        <w:rPr>
          <w:rFonts w:ascii="Ebrima" w:hAnsi="Ebrima" w:eastAsia="Ebrima" w:cs="Ebrima"/>
        </w:rPr>
        <w:t>ጸሓይ</w:t>
      </w:r>
      <w:r>
        <w:rPr>
          <w:rFonts w:ascii="Times New Roman" w:hAnsi="Times New Roman" w:eastAsia="Times New Roman" w:cs="Times New Roman"/>
        </w:rPr>
        <w:t xml:space="preserve"> </w:t>
      </w:r>
      <w:r>
        <w:rPr>
          <w:rFonts w:ascii="Ebrima" w:hAnsi="Ebrima" w:eastAsia="Ebrima" w:cs="Ebrima"/>
        </w:rPr>
        <w:t>ብዘሎ</w:t>
      </w:r>
      <w:r>
        <w:rPr>
          <w:rFonts w:ascii="Times New Roman" w:hAnsi="Times New Roman" w:eastAsia="Times New Roman" w:cs="Times New Roman"/>
        </w:rPr>
        <w:t xml:space="preserve"> </w:t>
      </w:r>
      <w:r>
        <w:rPr>
          <w:rFonts w:ascii="Ebrima" w:hAnsi="Ebrima" w:eastAsia="Ebrima" w:cs="Ebrima"/>
        </w:rPr>
        <w:t>ኵሉ</w:t>
      </w:r>
      <w:r>
        <w:rPr>
          <w:rFonts w:ascii="Times New Roman" w:hAnsi="Times New Roman" w:eastAsia="Times New Roman" w:cs="Times New Roman"/>
        </w:rPr>
        <w:t xml:space="preserve"> </w:t>
      </w:r>
      <w:r>
        <w:rPr>
          <w:rFonts w:ascii="Ebrima" w:hAnsi="Ebrima" w:eastAsia="Ebrima" w:cs="Ebrima"/>
        </w:rPr>
        <w:t>ይኽበሩ</w:t>
      </w:r>
      <w:r>
        <w:rPr>
          <w:rFonts w:ascii="Times New Roman" w:hAnsi="Times New Roman" w:eastAsia="Times New Roman" w:cs="Times New Roman"/>
        </w:rPr>
        <w:t xml:space="preserve"> </w:t>
      </w:r>
      <w:r>
        <w:rPr>
          <w:rFonts w:ascii="Ebrima" w:hAnsi="Ebrima" w:eastAsia="Ebrima" w:cs="Ebrima"/>
        </w:rPr>
        <w:t>እዮም።</w:t>
      </w:r>
      <w:r>
        <w:rPr>
          <w:rFonts w:ascii="Times New Roman" w:hAnsi="Times New Roman" w:eastAsia="Times New Roman" w:cs="Times New Roman"/>
        </w:rPr>
        <w:t>” Historical Sketches 277–279.</w:t>
      </w:r>
    </w:p>
    <w:p>
      <w:pPr>
        <w:pStyle w:val="ArticleBody"/>
        <w:jc w:val="left"/>
      </w:pPr>
      <w:r>
        <w:rPr>
          <w:rFonts w:ascii="Times New Roman" w:hAnsi="Times New Roman" w:eastAsia="Times New Roman" w:cs="Times New Roman"/>
        </w:rPr>
        <w:t>“Марәктәң Ахыркы Орнында” Әзэкиелниң көрүнүшидә тәгәрмиләрниң тәгәрмиләр билән кесишип туриши арқилиқ көрситилгән нәрсә — мөөрләш вақтидики «инсаний вақиәләрниң мурәккәп өзара оюн»идур. У вақиәләр илаһий башқуруш астидадур, чүнки у вақиәләр Худаниң Сөзидики барлиқ көрүнүшләрниң әмәлгә ешишидур; шу көрүнүшләр ахирқи вә мукәммәл тәсирини мөөрләш вақтида тапиду. «Дуния аңлап йетишниң дәл босуғисида турған» «һәйран қаларлиқ инқиризни» айрип көрситидиған бир «аваз» бар. Шу «аваз» «йәрни титритиду вә қорқунучтин адәмләрниң жүрәклирини һалсизландуриду». Йәрниң титриши һәм адәмләрниң жүрәклириниң қорқунучтин һалсизлиниши — иккилси йәттинчи вә ахирқи Канайниң, йәни үчинчи вәйниң авазиға аит рамзлардин ибарәттур.</w:t>
      </w:r>
    </w:p>
    <w:p>
      <w:pPr>
        <w:pStyle w:val="ArticleBody"/>
        <w:jc w:val="left"/>
      </w:pPr>
      <w:r>
        <w:rPr>
          <w:rFonts w:ascii="Times New Roman" w:hAnsi="Times New Roman" w:eastAsia="Times New Roman" w:cs="Times New Roman"/>
        </w:rPr>
        <w:t>Waxlii ummadaha ee Islaamka hoogga saddexaad, waa sida naag foolanaysa; sidaas darteedna waxay u taagan tahay qalalaase sii kordhaya oo isa sii taraya. Qalalaasahaas isa sii taraya wuxuu billowday 11 Sebtembar, 2001; oo 7 Oktoobar, 2023, xanuunka dhalmada ee daran ee xigay ayaa dhacay, oo maadaama Erayga Ilaah marnaba fashilmin, xanuunka dhalmada ee xiga ayaa aad u dhow imanaya, wuxuuna ahaan doonaa mid ka sii burbur badan. Weli ma waxaad ku nooshahay magaalo?</w:t>
      </w:r>
    </w:p>
    <w:p>
      <w:pPr>
        <w:pStyle w:val="ArticleBody"/>
        <w:jc w:val="left"/>
      </w:pPr>
      <w:r>
        <w:rPr>
          <w:rFonts w:ascii="Times New Roman" w:hAnsi="Times New Roman" w:eastAsia="Times New Roman" w:cs="Times New Roman"/>
        </w:rPr>
        <w:t>Kita atutuloy an pag-adal na ini sa masunod na artikulo.</w:t>
      </w:r>
    </w:p>
    <w:p>
      <w:pPr>
        <w:pStyle w:val="ArticleScripture"/>
        <w:jc w:val="left"/>
      </w:pPr>
      <w:r>
        <w:rPr>
          <w:rFonts w:ascii="Times New Roman" w:hAnsi="Times New Roman" w:eastAsia="Times New Roman" w:cs="Times New Roman"/>
        </w:rPr>
        <w:t>«Пәйғәмбәргә чақниң ичидики чақ, улар билән бағлинишлиқ тирик мәхлуқларниң көрүнүши — һәммиси мурәккәп вә чүшәндүрүп болмайдиғандәк көрүнди. Лекин чәксиз Даналиқниң қоли чақлар арисида көрүнүп туриду, вә униң ишиниң нәтиҗиси мукәммәл тәртиптур. Худаниң қоли йетәклигән һәр бир чақ һәр қандақ башқа чақ билән мукәммәл уйғунлуқта ишләйду. Маңа шу көрситилди: инсаний васитиләр һәддидин ташқири һоқуқ издәшкә вә ишни өзлири назарәт қилмақчи болушқа майилдур. Улар өз усуллири вә пиланлиридин Қудрәтлик Ишлигүчи болған Пәрвәрдигар Худани һәддидин ташқири четтә қалдуруп қойиду вә ишниң илгирилиши һәққидә һәр нәрсидә Униңға толуқ ишәнмәйду. Һечким бир дәқиқиму өзини Улуқ Мән Болғучиға тәәллуқ болған ишларни башқуралалаймән дәп ойлимисун. Худа Өз инайәтлик тәдбири билән ишниң инсаний амиллар арқилиқ әмәлгә ешиши үчүн йол тәйярлаватиду. Шуңа һәр бир адәм өз вәзипә орнида турсун, бу заман үчүн өз ролини ада қилсун вә Худаниң өзигә Остаз екәнлигини билсун». Testimonies, volume 9, 259.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Nomor Seratus Tiga Puluh Tiga</dc:title>
  <dc:subject>Pagbubukas han Propetiko nga Hablon: Mga Panabot Mahitungod ha Panahon han Pagpatik han 144,000</dc:subject>
  <dc:creator>Jeff Pippenger</dc:creator>
  <cp:keywords/>
  <dc:description>Generated by ArticleDigger from daniel\133_daniel.json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