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 Libro de Daniel - Número ciento treinta y ocho</w:t>
      </w:r>
    </w:p>
    <w:p>
      <w:pPr>
        <w:pStyle w:val="ArticleSubtitle"/>
        <w:jc w:val="left"/>
      </w:pPr>
      <w:r>
        <w:rPr>
          <w:rFonts w:ascii="Arial" w:hAnsi="Arial" w:eastAsia="Arial" w:cs="Arial"/>
        </w:rPr>
        <w:t>Daniel 11 n’aqachiy: Tarikh n umɣar asnaw n tinnawt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اوّى دانِيال 11:40، ئايا تێكڕايەکی زۆر قووڵی وشەی خودا نیشان دەدات. مێژووی پێشبینییەکان کە لەوەدا نیشان دراون، ئەو شوێنانەن کە تیژەکان لە ناو تیژەکانى بینینی حەزقیال تێکەڵ دەبن. لەگەڵ کاتی کۆتاییی بزووتنەوەی میلەری لە ساڵی 1798، و هەروەها کاتی کۆتاییی بزووتنەوەی فریشتەی سێیەم لە ساڵی 1989، مێژووی ناوخۆیی و دەرەکیی گەلی خودا لە ڕۆژانی دوایی نیشان دەدرێن. لە ناو ئەو ئايەتەدا ڕاگەیاندنی حوکمی نزیکبووەوە هەیە، ئەو حوکمەی کە لەگەڵ فریشتەی یەکەم لە 1798 هات، هەتا گەیشتن بە یاسای یەکشەممەی ئايەتی 41. بۆیە ئەو ئايەتە نوێنەرایەتیی حوکمی لێکۆڵینەوەیی کڵێسای خودا دەکات، کە بە مردووان دەست پێ دەکات، هەتا گەیشتن بە مۆرکردنی سەد و چل و چوار هەزار، و خودا ئەدڤێنتیستی لاودیکیای لە دەمەوە دەر دەفڕێنێت.</w:t>
      </w:r>
    </w:p>
    <w:p>
      <w:pPr>
        <w:pStyle w:val="ArticleBody"/>
        <w:jc w:val="left"/>
      </w:pP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ጳጳሳዊ</w:t>
      </w:r>
      <w:r>
        <w:rPr>
          <w:rFonts w:ascii="Times New Roman" w:hAnsi="Times New Roman" w:eastAsia="Times New Roman" w:cs="Times New Roman"/>
        </w:rPr>
        <w:t xml:space="preserve"> </w:t>
      </w:r>
      <w:r>
        <w:rPr>
          <w:rFonts w:ascii="Ebrima" w:hAnsi="Ebrima" w:eastAsia="Ebrima" w:cs="Ebrima"/>
        </w:rPr>
        <w:t>ስልጣን</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1798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መቕተል</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ቍስሉ</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ዝተቐበለሉ</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ቍስሊ</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ዓረፍተ</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ሓደን</w:t>
      </w:r>
      <w:r>
        <w:rPr>
          <w:rFonts w:ascii="Times New Roman" w:hAnsi="Times New Roman" w:eastAsia="Times New Roman" w:cs="Times New Roman"/>
        </w:rPr>
        <w:t xml:space="preserve"> </w:t>
      </w:r>
      <w:r>
        <w:rPr>
          <w:rFonts w:ascii="Ebrima" w:hAnsi="Ebrima" w:eastAsia="Ebrima" w:cs="Ebrima"/>
        </w:rPr>
        <w:t>ዝፈወሰሉ</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ብታሪኽ</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ዓረፍተ</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ይውከል።</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ዓረፍተ</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ሓደን</w:t>
      </w:r>
      <w:r>
        <w:rPr>
          <w:rFonts w:ascii="Times New Roman" w:hAnsi="Times New Roman" w:eastAsia="Times New Roman" w:cs="Times New Roman"/>
        </w:rPr>
        <w:t xml:space="preserve"> </w:t>
      </w:r>
      <w:r>
        <w:rPr>
          <w:rFonts w:ascii="Ebrima" w:hAnsi="Ebrima" w:eastAsia="Ebrima" w:cs="Ebrima"/>
        </w:rPr>
        <w:t>ንድሕሪት</w:t>
      </w:r>
      <w:r>
        <w:rPr>
          <w:rFonts w:ascii="Times New Roman" w:hAnsi="Times New Roman" w:eastAsia="Times New Roman" w:cs="Times New Roman"/>
        </w:rPr>
        <w:t xml:space="preserve"> </w:t>
      </w:r>
      <w:r>
        <w:rPr>
          <w:rFonts w:ascii="Ebrima" w:hAnsi="Ebrima" w:eastAsia="Ebrima" w:cs="Ebrima"/>
        </w:rPr>
        <w:t>ዘሎ</w:t>
      </w:r>
      <w:r>
        <w:rPr>
          <w:rFonts w:ascii="Times New Roman" w:hAnsi="Times New Roman" w:eastAsia="Times New Roman" w:cs="Times New Roman"/>
        </w:rPr>
        <w:t xml:space="preserve"> </w:t>
      </w:r>
      <w:r>
        <w:rPr>
          <w:rFonts w:ascii="Ebrima" w:hAnsi="Ebrima" w:eastAsia="Ebrima" w:cs="Ebrima"/>
        </w:rPr>
        <w:t>ክፍሊ፡</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ዓረፍተ</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ዝጅምር</w:t>
      </w:r>
      <w:r>
        <w:rPr>
          <w:rFonts w:ascii="Times New Roman" w:hAnsi="Times New Roman" w:eastAsia="Times New Roman" w:cs="Times New Roman"/>
        </w:rPr>
        <w:t xml:space="preserve"> </w:t>
      </w:r>
      <w:r>
        <w:rPr>
          <w:rFonts w:ascii="Ebrima" w:hAnsi="Ebrima" w:eastAsia="Ebrima" w:cs="Ebrima"/>
        </w:rPr>
        <w:t>እናተዓበየ</w:t>
      </w:r>
      <w:r>
        <w:rPr>
          <w:rFonts w:ascii="Times New Roman" w:hAnsi="Times New Roman" w:eastAsia="Times New Roman" w:cs="Times New Roman"/>
        </w:rPr>
        <w:t xml:space="preserve"> </w:t>
      </w:r>
      <w:r>
        <w:rPr>
          <w:rFonts w:ascii="Ebrima" w:hAnsi="Ebrima" w:eastAsia="Ebrima" w:cs="Ebrima"/>
        </w:rPr>
        <w:t>ዝኸይድ</w:t>
      </w:r>
      <w:r>
        <w:rPr>
          <w:rFonts w:ascii="Times New Roman" w:hAnsi="Times New Roman" w:eastAsia="Times New Roman" w:cs="Times New Roman"/>
        </w:rPr>
        <w:t xml:space="preserve"> </w:t>
      </w:r>
      <w:r>
        <w:rPr>
          <w:rFonts w:ascii="Ebrima" w:hAnsi="Ebrima" w:eastAsia="Ebrima" w:cs="Ebrima"/>
        </w:rPr>
        <w:t>ኣስፈጻሚ</w:t>
      </w:r>
      <w:r>
        <w:rPr>
          <w:rFonts w:ascii="Times New Roman" w:hAnsi="Times New Roman" w:eastAsia="Times New Roman" w:cs="Times New Roman"/>
        </w:rPr>
        <w:t xml:space="preserve"> </w:t>
      </w:r>
      <w:r>
        <w:rPr>
          <w:rFonts w:ascii="Ebrima" w:hAnsi="Ebrima" w:eastAsia="Ebrima" w:cs="Ebrima"/>
        </w:rPr>
        <w:t>ፍርድታት</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ዝርከብሉ</w:t>
      </w:r>
      <w:r>
        <w:rPr>
          <w:rFonts w:ascii="Times New Roman" w:hAnsi="Times New Roman" w:eastAsia="Times New Roman" w:cs="Times New Roman"/>
        </w:rPr>
        <w:t xml:space="preserve"> </w:t>
      </w:r>
      <w:r>
        <w:rPr>
          <w:rFonts w:ascii="Ebrima" w:hAnsi="Ebrima" w:eastAsia="Ebrima" w:cs="Ebrima"/>
        </w:rPr>
        <w:t>ኣውድ</w:t>
      </w:r>
      <w:r>
        <w:rPr>
          <w:rFonts w:ascii="Times New Roman" w:hAnsi="Times New Roman" w:eastAsia="Times New Roman" w:cs="Times New Roman"/>
        </w:rPr>
        <w:t xml:space="preserve"> </w:t>
      </w:r>
      <w:r>
        <w:rPr>
          <w:rFonts w:ascii="Ebrima" w:hAnsi="Ebrima" w:eastAsia="Ebrima" w:cs="Ebrima"/>
        </w:rPr>
        <w:t>ውሽጢ</w:t>
      </w:r>
      <w:r>
        <w:rPr>
          <w:rFonts w:ascii="Times New Roman" w:hAnsi="Times New Roman" w:eastAsia="Times New Roman" w:cs="Times New Roman"/>
        </w:rPr>
        <w:t xml:space="preserve"> </w:t>
      </w:r>
      <w:r>
        <w:rPr>
          <w:rFonts w:ascii="Ebrima" w:hAnsi="Ebrima" w:eastAsia="Ebrima" w:cs="Ebrima"/>
        </w:rPr>
        <w:t>ተቐሚጡ</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በዚ</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ትርጉም፡</w:t>
      </w:r>
      <w:r>
        <w:rPr>
          <w:rFonts w:ascii="Times New Roman" w:hAnsi="Times New Roman" w:eastAsia="Times New Roman" w:cs="Times New Roman"/>
        </w:rPr>
        <w:t xml:space="preserve"> </w:t>
      </w:r>
      <w:r>
        <w:rPr>
          <w:rFonts w:ascii="Ebrima" w:hAnsi="Ebrima" w:eastAsia="Ebrima" w:cs="Ebrima"/>
        </w:rPr>
        <w:t>ዓረፍተ</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ኣርብዓ</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ዓረፍተ</w:t>
      </w:r>
      <w:r>
        <w:rPr>
          <w:rFonts w:ascii="Times New Roman" w:hAnsi="Times New Roman" w:eastAsia="Times New Roman" w:cs="Times New Roman"/>
        </w:rPr>
        <w:t xml:space="preserve"> </w:t>
      </w:r>
      <w:r>
        <w:rPr>
          <w:rFonts w:ascii="Ebrima" w:hAnsi="Ebrima" w:eastAsia="Ebrima" w:cs="Ebrima"/>
        </w:rPr>
        <w:t>ነገራት</w:t>
      </w:r>
      <w:r>
        <w:rPr>
          <w:rFonts w:ascii="Times New Roman" w:hAnsi="Times New Roman" w:eastAsia="Times New Roman" w:cs="Times New Roman"/>
        </w:rPr>
        <w:t xml:space="preserve"> </w:t>
      </w:r>
      <w:r>
        <w:rPr>
          <w:rFonts w:ascii="Ebrima" w:hAnsi="Ebrima" w:eastAsia="Ebrima" w:cs="Ebrima"/>
        </w:rPr>
        <w:t>ሓደን</w:t>
      </w:r>
      <w:r>
        <w:rPr>
          <w:rFonts w:ascii="Times New Roman" w:hAnsi="Times New Roman" w:eastAsia="Times New Roman" w:cs="Times New Roman"/>
        </w:rPr>
        <w:t xml:space="preserve"> </w:t>
      </w:r>
      <w:r>
        <w:rPr>
          <w:rFonts w:ascii="Ebrima" w:hAnsi="Ebrima" w:eastAsia="Ebrima" w:cs="Ebrima"/>
        </w:rPr>
        <w:t>ክልተን</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ዕልወት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ጸረ</w:t>
      </w:r>
      <w:r>
        <w:rPr>
          <w:rFonts w:ascii="Times New Roman" w:hAnsi="Times New Roman" w:eastAsia="Times New Roman" w:cs="Times New Roman"/>
        </w:rPr>
        <w:t>-</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ይቕርብ፣</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ወሓዚ</w:t>
      </w:r>
      <w:r>
        <w:rPr>
          <w:rFonts w:ascii="Times New Roman" w:hAnsi="Times New Roman" w:eastAsia="Times New Roman" w:cs="Times New Roman"/>
        </w:rPr>
        <w:t xml:space="preserve"> </w:t>
      </w:r>
      <w:r>
        <w:rPr>
          <w:rFonts w:ascii="Ebrima" w:hAnsi="Ebrima" w:eastAsia="Ebrima" w:cs="Ebrima"/>
        </w:rPr>
        <w:t>ሂድደቀል</w:t>
      </w:r>
      <w:r>
        <w:rPr>
          <w:rFonts w:ascii="Times New Roman" w:hAnsi="Times New Roman" w:eastAsia="Times New Roman" w:cs="Times New Roman"/>
        </w:rPr>
        <w:t xml:space="preserve"> </w:t>
      </w:r>
      <w:r>
        <w:rPr>
          <w:rFonts w:ascii="Ebrima" w:hAnsi="Ebrima" w:eastAsia="Ebrima" w:cs="Ebrima"/>
        </w:rPr>
        <w:t>ይውክል፣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መወዳእታኡ</w:t>
      </w:r>
      <w:r>
        <w:rPr>
          <w:rFonts w:ascii="Times New Roman" w:hAnsi="Times New Roman" w:eastAsia="Times New Roman" w:cs="Times New Roman"/>
        </w:rPr>
        <w:t xml:space="preserve"> </w:t>
      </w:r>
      <w:r>
        <w:rPr>
          <w:rFonts w:ascii="Ebrima" w:hAnsi="Ebrima" w:eastAsia="Ebrima" w:cs="Ebrima"/>
        </w:rPr>
        <w:t>ይውክል።</w:t>
      </w:r>
      <w:r>
        <w:rPr>
          <w:rFonts w:ascii="Times New Roman" w:hAnsi="Times New Roman" w:eastAsia="Times New Roman" w:cs="Times New Roman"/>
        </w:rPr>
        <w:t xml:space="preserve"> </w:t>
      </w:r>
      <w:r>
        <w:rPr>
          <w:rFonts w:ascii="Ebrima" w:hAnsi="Ebrima" w:eastAsia="Ebrima" w:cs="Ebrima"/>
        </w:rPr>
        <w:t>ምዕራፋት</w:t>
      </w:r>
      <w:r>
        <w:rPr>
          <w:rFonts w:ascii="Times New Roman" w:hAnsi="Times New Roman" w:eastAsia="Times New Roman" w:cs="Times New Roman"/>
        </w:rPr>
        <w:t xml:space="preserve"> </w:t>
      </w:r>
      <w:r>
        <w:rPr>
          <w:rFonts w:ascii="Ebrima" w:hAnsi="Ebrima" w:eastAsia="Ebrima" w:cs="Ebrima"/>
        </w:rPr>
        <w:t>ዓሰርተን</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ክልተን</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ቀዳማይን</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ዳሕራይን</w:t>
      </w:r>
      <w:r>
        <w:rPr>
          <w:rFonts w:ascii="Times New Roman" w:hAnsi="Times New Roman" w:eastAsia="Times New Roman" w:cs="Times New Roman"/>
        </w:rPr>
        <w:t xml:space="preserve"> </w:t>
      </w:r>
      <w:r>
        <w:rPr>
          <w:rFonts w:ascii="Ebrima" w:hAnsi="Ebrima" w:eastAsia="Ebrima" w:cs="Ebrima"/>
        </w:rPr>
        <w:t>ይውክሉ፣</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መንጎ</w:t>
      </w:r>
      <w:r>
        <w:rPr>
          <w:rFonts w:ascii="Times New Roman" w:hAnsi="Times New Roman" w:eastAsia="Times New Roman" w:cs="Times New Roman"/>
        </w:rPr>
        <w:t xml:space="preserve"> </w:t>
      </w:r>
      <w:r>
        <w:rPr>
          <w:rFonts w:ascii="Ebrima" w:hAnsi="Ebrima" w:eastAsia="Ebrima" w:cs="Ebrima"/>
        </w:rPr>
        <w:t>ዘሎ</w:t>
      </w:r>
      <w:r>
        <w:rPr>
          <w:rFonts w:ascii="Times New Roman" w:hAnsi="Times New Roman" w:eastAsia="Times New Roman" w:cs="Times New Roman"/>
        </w:rPr>
        <w:t xml:space="preserve"> </w:t>
      </w:r>
      <w:r>
        <w:rPr>
          <w:rFonts w:ascii="Ebrima" w:hAnsi="Ebrima" w:eastAsia="Ebrima" w:cs="Ebrima"/>
        </w:rPr>
        <w:t>ዕልወት</w:t>
      </w:r>
      <w:r>
        <w:rPr>
          <w:rFonts w:ascii="Times New Roman" w:hAnsi="Times New Roman" w:eastAsia="Times New Roman" w:cs="Times New Roman"/>
        </w:rPr>
        <w:t xml:space="preserve"> </w:t>
      </w:r>
      <w:r>
        <w:rPr>
          <w:rFonts w:ascii="Ebrima" w:hAnsi="Ebrima" w:eastAsia="Ebrima" w:cs="Ebrima"/>
        </w:rPr>
        <w:t>እዩ።</w:t>
      </w:r>
    </w:p>
    <w:p>
      <w:pPr>
        <w:pStyle w:val="ArticleBody"/>
        <w:jc w:val="left"/>
      </w:pPr>
      <w:r>
        <w:rPr>
          <w:rFonts w:ascii="Times New Roman" w:hAnsi="Times New Roman" w:eastAsia="Times New Roman" w:cs="Times New Roman"/>
        </w:rPr>
        <w:t>Isura ya ikumi na ya ikumi na ibiri ni zimwi cine, kuko, bitandukanye n’isura ya ikumi na imwe, zigereranya ivyo Daniyeli yaciyemwo mu bijanye n’iyerekwa, kandi isura ya ikumi na imwe ni yo yerekwa ubwaryo. Isura ya ikumi ni urudome rwa mbere rw’inyuguti z’Ikiheburayo, isura ya ikumi na imwe ni urudome rwa cumi na gatatu rw’inyagano rwo mu nyuguti z’Ikiheburayo, kandi isura ya ikumi na ibiri ni urudome rwa nyuma rw’izo nyuguti. Iyerekwa ryo ku Ruzi Hiddekel ni “Ukuri.”</w:t>
      </w:r>
    </w:p>
    <w:p>
      <w:pPr>
        <w:pStyle w:val="ArticleBody"/>
        <w:jc w:val="left"/>
      </w:pPr>
      <w:r>
        <w:rPr>
          <w:rFonts w:ascii="Times New Roman" w:hAnsi="Times New Roman" w:eastAsia="Times New Roman" w:cs="Times New Roman"/>
        </w:rPr>
        <w:t>En el capítulo once, el principio ilustra el fin, porque Cristo nunca cambia. La historia final representada en el versículo cuarenta es el tiempo de prueba de la imagen de la bestia. Ese tiempo de prueba concluye con la marca de la bestia, la cual está representada en el versículo cuarenta y uno. Los versículos uno y dos, por lo tanto, deben referirse al tiempo del sellamiento de los ciento cuarenta y cuatro mil, porque ese período de tiempo es también el período de la formación de la imagen de la bestia.</w:t>
      </w:r>
    </w:p>
    <w:p>
      <w:pPr>
        <w:pStyle w:val="ArticleScripture"/>
        <w:jc w:val="left"/>
      </w:pPr>
      <w:r>
        <w:rPr>
          <w:rFonts w:ascii="Times New Roman" w:hAnsi="Times New Roman" w:eastAsia="Times New Roman" w:cs="Times New Roman"/>
        </w:rPr>
        <w:t>“Rabbi na a fili cewa za a kafa siffar dabbar kafin ƙofar alheri ta rufe; gama ita ce za ta zama babban gwaji ga mutanen Allah, wanda ta wurinsa za a yanke hukuncin makomarsu ta har abada....”</w:t>
      </w:r>
    </w:p>
    <w:p>
      <w:pPr>
        <w:pStyle w:val="ArticleScripture"/>
        <w:jc w:val="left"/>
      </w:pPr>
      <w:r>
        <w:rPr>
          <w:rFonts w:ascii="Times New Roman" w:hAnsi="Times New Roman" w:eastAsia="Times New Roman" w:cs="Times New Roman"/>
        </w:rPr>
        <w:t>«Aya su'udda qormaata saba Waaqayyoo dura mallatteeffamaniin qabaachuu qaban dha». Manuscript Releases, volume 15, 15.</w:t>
      </w:r>
    </w:p>
    <w:p>
      <w:pPr>
        <w:pStyle w:val="ArticleBody"/>
        <w:jc w:val="left"/>
      </w:pPr>
      <w:r>
        <w:rPr>
          <w:rFonts w:ascii="Times New Roman" w:hAnsi="Times New Roman" w:eastAsia="Times New Roman" w:cs="Times New Roman"/>
        </w:rPr>
        <w:t>Tx̣ahab xaa dachxán x̱wasakú áwé x̱ʼéik’ has yoo x̱atángi yáa “time of the end” yéi x̱atángi. Moses yá reform movement áyá, Aaron tléix’ x̱átgi x̱wasáakw, áx̱ toowú klig̱éi tléix’ x̱ánxʼi i jee Moses x̱wasáakw. Babylon x̱áat uwagút át wé reform movement, i temple wooch.óotx̱ei kaa at wooné, áyá king Darius, áx̱ toowú yéi áwé king Cyrus. Christ yá reform movement áyá, John the Baptist x̱wasáakw, áx̱ tle six months i jee Christ x̱wasáakw. Millerites yá reform movement áyá, papal system kaadé 1798 x̱’éináx̱ x̱wasiteen, áx̱ toowú yéi áwé pope kaadé 1799 x̱’éináx̱ x̱wasiteen. Third angel yá reform movement áyá, president Reagan tlé president Bush the first, woosh jín yéi x̱atángi 1989. Daniel chapter ten, verse one kide, king Cyrus yéi x̱atángi x̱wasakóo.</w:t>
      </w:r>
    </w:p>
    <w:p>
      <w:pPr>
        <w:pStyle w:val="ArticleScripture"/>
        <w:jc w:val="left"/>
      </w:pP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ሳልሳይ</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ቂሮስ</w:t>
      </w:r>
      <w:r>
        <w:rPr>
          <w:rFonts w:ascii="Times New Roman" w:hAnsi="Times New Roman" w:eastAsia="Times New Roman" w:cs="Times New Roman"/>
        </w:rPr>
        <w:t xml:space="preserve"> </w:t>
      </w:r>
      <w:r>
        <w:rPr>
          <w:rFonts w:ascii="Ebrima" w:hAnsi="Ebrima" w:eastAsia="Ebrima" w:cs="Ebrima"/>
        </w:rPr>
        <w:t>ንጉስ</w:t>
      </w:r>
      <w:r>
        <w:rPr>
          <w:rFonts w:ascii="Times New Roman" w:hAnsi="Times New Roman" w:eastAsia="Times New Roman" w:cs="Times New Roman"/>
        </w:rPr>
        <w:t xml:space="preserve"> </w:t>
      </w:r>
      <w:r>
        <w:rPr>
          <w:rFonts w:ascii="Ebrima" w:hAnsi="Ebrima" w:eastAsia="Ebrima" w:cs="Ebrima"/>
        </w:rPr>
        <w:t>ፋርስ፡</w:t>
      </w:r>
      <w:r>
        <w:rPr>
          <w:rFonts w:ascii="Times New Roman" w:hAnsi="Times New Roman" w:eastAsia="Times New Roman" w:cs="Times New Roman"/>
        </w:rPr>
        <w:t xml:space="preserve"> </w:t>
      </w:r>
      <w:r>
        <w:rPr>
          <w:rFonts w:ascii="Ebrima" w:hAnsi="Ebrima" w:eastAsia="Ebrima" w:cs="Ebrima"/>
        </w:rPr>
        <w:t>ንዳንኤል</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ብልጣሳር</w:t>
      </w:r>
      <w:r>
        <w:rPr>
          <w:rFonts w:ascii="Times New Roman" w:hAnsi="Times New Roman" w:eastAsia="Times New Roman" w:cs="Times New Roman"/>
        </w:rPr>
        <w:t xml:space="preserve"> </w:t>
      </w:r>
      <w:r>
        <w:rPr>
          <w:rFonts w:ascii="Ebrima" w:hAnsi="Ebrima" w:eastAsia="Ebrima" w:cs="Ebrima"/>
        </w:rPr>
        <w:t>ዝተባህለ</w:t>
      </w:r>
      <w:r>
        <w:rPr>
          <w:rFonts w:ascii="Times New Roman" w:hAnsi="Times New Roman" w:eastAsia="Times New Roman" w:cs="Times New Roman"/>
        </w:rPr>
        <w:t xml:space="preserve"> </w:t>
      </w:r>
      <w:r>
        <w:rPr>
          <w:rFonts w:ascii="Ebrima" w:hAnsi="Ebrima" w:eastAsia="Ebrima" w:cs="Ebrima"/>
        </w:rPr>
        <w:t>ስሙ</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ተገልጸሉ፤</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ዝተወሰነ</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ነዊሕ</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ንሱ</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ኣስተውዒሉ፣</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ምስትውዓል</w:t>
      </w:r>
      <w:r>
        <w:rPr>
          <w:rFonts w:ascii="Times New Roman" w:hAnsi="Times New Roman" w:eastAsia="Times New Roman" w:cs="Times New Roman"/>
        </w:rPr>
        <w:t xml:space="preserve"> </w:t>
      </w:r>
      <w:r>
        <w:rPr>
          <w:rFonts w:ascii="Ebrima" w:hAnsi="Ebrima" w:eastAsia="Ebrima" w:cs="Ebrima"/>
        </w:rPr>
        <w:t>ነበሮ።</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10</w:t>
      </w:r>
      <w:r>
        <w:rPr>
          <w:rFonts w:ascii="Ebrima" w:hAnsi="Ebrima" w:eastAsia="Ebrima" w:cs="Ebrima"/>
        </w:rPr>
        <w:t>፥</w:t>
      </w:r>
      <w:r>
        <w:rPr>
          <w:rFonts w:ascii="Times New Roman" w:hAnsi="Times New Roman" w:eastAsia="Times New Roman" w:cs="Times New Roman"/>
        </w:rPr>
        <w:t>1</w:t>
      </w:r>
      <w:r>
        <w:rPr>
          <w:rFonts w:ascii="Ebrima" w:hAnsi="Ebrima" w:eastAsia="Ebrima" w:cs="Ebrima"/>
        </w:rPr>
        <w:t>።</w:t>
      </w:r>
    </w:p>
    <w:p>
      <w:pPr>
        <w:pStyle w:val="ArticleBody"/>
        <w:jc w:val="left"/>
      </w:pPr>
      <w:r>
        <w:rPr>
          <w:rFonts w:ascii="Nirmala UI" w:hAnsi="Nirmala UI" w:eastAsia="Nirmala UI" w:cs="Nirmala UI"/>
        </w:rPr>
        <w:t>कपितुलु</w:t>
      </w:r>
      <w:r>
        <w:rPr>
          <w:rFonts w:ascii="Times New Roman" w:hAnsi="Times New Roman" w:eastAsia="Times New Roman" w:cs="Times New Roman"/>
        </w:rPr>
        <w:t xml:space="preserve"> </w:t>
      </w:r>
      <w:r>
        <w:rPr>
          <w:rFonts w:ascii="Nirmala UI" w:hAnsi="Nirmala UI" w:eastAsia="Nirmala UI" w:cs="Nirmala UI"/>
        </w:rPr>
        <w:t>दसकं</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क्रिन्दि</w:t>
      </w:r>
      <w:r>
        <w:rPr>
          <w:rFonts w:ascii="Times New Roman" w:hAnsi="Times New Roman" w:eastAsia="Times New Roman" w:cs="Times New Roman"/>
        </w:rPr>
        <w:t xml:space="preserve"> </w:t>
      </w:r>
      <w:r>
        <w:rPr>
          <w:rFonts w:ascii="Nirmala UI" w:hAnsi="Nirmala UI" w:eastAsia="Nirmala UI" w:cs="Nirmala UI"/>
        </w:rPr>
        <w:t>वचనाल्लो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पदకొండुलो</w:t>
      </w:r>
      <w:r>
        <w:rPr>
          <w:rFonts w:ascii="Times New Roman" w:hAnsi="Times New Roman" w:eastAsia="Times New Roman" w:cs="Times New Roman"/>
        </w:rPr>
        <w:t xml:space="preserve"> </w:t>
      </w:r>
      <w:r>
        <w:rPr>
          <w:rFonts w:ascii="Nirmala UI" w:hAnsi="Nirmala UI" w:eastAsia="Nirmala UI" w:cs="Nirmala UI"/>
        </w:rPr>
        <w:t>प्रवचनात्मक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योక్క</w:t>
      </w:r>
      <w:r>
        <w:rPr>
          <w:rFonts w:ascii="Times New Roman" w:hAnsi="Times New Roman" w:eastAsia="Times New Roman" w:cs="Times New Roman"/>
        </w:rPr>
        <w:t xml:space="preserve"> </w:t>
      </w:r>
      <w:r>
        <w:rPr>
          <w:rFonts w:ascii="Nirmala UI" w:hAnsi="Nirmala UI" w:eastAsia="Nirmala UI" w:cs="Nirmala UI"/>
        </w:rPr>
        <w:t>दर्शनान्नि</w:t>
      </w:r>
      <w:r>
        <w:rPr>
          <w:rFonts w:ascii="Times New Roman" w:hAnsi="Times New Roman" w:eastAsia="Times New Roman" w:cs="Times New Roman"/>
        </w:rPr>
        <w:t xml:space="preserve"> </w:t>
      </w:r>
      <w:r>
        <w:rPr>
          <w:rFonts w:ascii="Nirmala UI" w:hAnsi="Nirmala UI" w:eastAsia="Nirmala UI" w:cs="Nirmala UI"/>
        </w:rPr>
        <w:t>गब्रिएलु</w:t>
      </w:r>
      <w:r>
        <w:rPr>
          <w:rFonts w:ascii="Times New Roman" w:hAnsi="Times New Roman" w:eastAsia="Times New Roman" w:cs="Times New Roman"/>
        </w:rPr>
        <w:t xml:space="preserve"> </w:t>
      </w:r>
      <w:r>
        <w:rPr>
          <w:rFonts w:ascii="Nirmala UI" w:hAnsi="Nirmala UI" w:eastAsia="Nirmala UI" w:cs="Nirmala UI"/>
        </w:rPr>
        <w:t>अन्दिञ्चुटकु</w:t>
      </w:r>
      <w:r>
        <w:rPr>
          <w:rFonts w:ascii="Times New Roman" w:hAnsi="Times New Roman" w:eastAsia="Times New Roman" w:cs="Times New Roman"/>
        </w:rPr>
        <w:t xml:space="preserve"> </w:t>
      </w:r>
      <w:r>
        <w:rPr>
          <w:rFonts w:ascii="Nirmala UI" w:hAnsi="Nirmala UI" w:eastAsia="Nirmala UI" w:cs="Nirmala UI"/>
        </w:rPr>
        <w:t>मुंदुगाने</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योक्क</w:t>
      </w:r>
      <w:r>
        <w:rPr>
          <w:rFonts w:ascii="Times New Roman" w:hAnsi="Times New Roman" w:eastAsia="Times New Roman" w:cs="Times New Roman"/>
        </w:rPr>
        <w:t xml:space="preserve"> </w:t>
      </w:r>
      <w:r>
        <w:rPr>
          <w:rFonts w:ascii="Nirmala UI" w:hAnsi="Nirmala UI" w:eastAsia="Nirmala UI" w:cs="Nirmala UI"/>
        </w:rPr>
        <w:t>अनुभवमु</w:t>
      </w:r>
      <w:r>
        <w:rPr>
          <w:rFonts w:ascii="Times New Roman" w:hAnsi="Times New Roman" w:eastAsia="Times New Roman" w:cs="Times New Roman"/>
        </w:rPr>
        <w:t xml:space="preserve"> </w:t>
      </w:r>
      <w:r>
        <w:rPr>
          <w:rFonts w:ascii="Nirmala UI" w:hAnsi="Nirmala UI" w:eastAsia="Nirmala UI" w:cs="Nirmala UI"/>
        </w:rPr>
        <w:t>प्रतिनिधिंचबडिनदि</w:t>
      </w:r>
      <w:r>
        <w:rPr>
          <w:rFonts w:ascii="Times New Roman" w:hAnsi="Times New Roman" w:eastAsia="Times New Roman" w:cs="Times New Roman"/>
        </w:rPr>
        <w:t xml:space="preserve"> </w:t>
      </w:r>
      <w:r>
        <w:rPr>
          <w:rFonts w:ascii="Nirmala UI" w:hAnsi="Nirmala UI" w:eastAsia="Nirmala UI" w:cs="Nirmala UI"/>
        </w:rPr>
        <w:t>मनमु</w:t>
      </w:r>
      <w:r>
        <w:rPr>
          <w:rFonts w:ascii="Times New Roman" w:hAnsi="Times New Roman" w:eastAsia="Times New Roman" w:cs="Times New Roman"/>
        </w:rPr>
        <w:t xml:space="preserve"> </w:t>
      </w:r>
      <w:r>
        <w:rPr>
          <w:rFonts w:ascii="Nirmala UI" w:hAnsi="Nirmala UI" w:eastAsia="Nirmala UI" w:cs="Nirmala UI"/>
        </w:rPr>
        <w:t>चूचुचुन्नामु।</w:t>
      </w:r>
      <w:r>
        <w:rPr>
          <w:rFonts w:ascii="Times New Roman" w:hAnsi="Times New Roman" w:eastAsia="Times New Roman" w:cs="Times New Roman"/>
        </w:rPr>
        <w:t xml:space="preserve"> </w:t>
      </w:r>
      <w:r>
        <w:rPr>
          <w:rFonts w:ascii="Nirmala UI" w:hAnsi="Nirmala UI" w:eastAsia="Nirmala UI" w:cs="Nirmala UI"/>
        </w:rPr>
        <w:t>साइरसु</w:t>
      </w:r>
      <w:r>
        <w:rPr>
          <w:rFonts w:ascii="Times New Roman" w:hAnsi="Times New Roman" w:eastAsia="Times New Roman" w:cs="Times New Roman"/>
        </w:rPr>
        <w:t xml:space="preserve"> </w:t>
      </w:r>
      <w:r>
        <w:rPr>
          <w:rFonts w:ascii="Nirmala UI" w:hAnsi="Nirmala UI" w:eastAsia="Nirmala UI" w:cs="Nirmala UI"/>
        </w:rPr>
        <w:t>अंत्यकालान्नि</w:t>
      </w:r>
      <w:r>
        <w:rPr>
          <w:rFonts w:ascii="Times New Roman" w:hAnsi="Times New Roman" w:eastAsia="Times New Roman" w:cs="Times New Roman"/>
        </w:rPr>
        <w:t xml:space="preserve"> </w:t>
      </w:r>
      <w:r>
        <w:rPr>
          <w:rFonts w:ascii="Nirmala UI" w:hAnsi="Nirmala UI" w:eastAsia="Nirmala UI" w:cs="Nirmala UI"/>
        </w:rPr>
        <w:t>सूचिस्ताडु</w:t>
      </w:r>
      <w:r>
        <w:rPr>
          <w:rFonts w:ascii="Times New Roman" w:hAnsi="Times New Roman" w:eastAsia="Times New Roman" w:cs="Times New Roman"/>
        </w:rPr>
        <w:t xml:space="preserve">, </w:t>
      </w:r>
      <w:r>
        <w:rPr>
          <w:rFonts w:ascii="Nirmala UI" w:hAnsi="Nirmala UI" w:eastAsia="Nirmala UI" w:cs="Nirmala UI"/>
        </w:rPr>
        <w:t>एन्दुकनगा</w:t>
      </w:r>
      <w:r>
        <w:rPr>
          <w:rFonts w:ascii="Times New Roman" w:hAnsi="Times New Roman" w:eastAsia="Times New Roman" w:cs="Times New Roman"/>
        </w:rPr>
        <w:t xml:space="preserve"> </w:t>
      </w:r>
      <w:r>
        <w:rPr>
          <w:rFonts w:ascii="Nirmala UI" w:hAnsi="Nirmala UI" w:eastAsia="Nirmala UI" w:cs="Nirmala UI"/>
        </w:rPr>
        <w:t>इदिवरकु</w:t>
      </w:r>
      <w:r>
        <w:rPr>
          <w:rFonts w:ascii="Times New Roman" w:hAnsi="Times New Roman" w:eastAsia="Times New Roman" w:cs="Times New Roman"/>
        </w:rPr>
        <w:t xml:space="preserve"> </w:t>
      </w:r>
      <w:r>
        <w:rPr>
          <w:rFonts w:ascii="Nirmala UI" w:hAnsi="Nirmala UI" w:eastAsia="Nirmala UI" w:cs="Nirmala UI"/>
        </w:rPr>
        <w:t>साइरसु</w:t>
      </w:r>
      <w:r>
        <w:rPr>
          <w:rFonts w:ascii="Times New Roman" w:hAnsi="Times New Roman" w:eastAsia="Times New Roman" w:cs="Times New Roman"/>
        </w:rPr>
        <w:t xml:space="preserve">, </w:t>
      </w:r>
      <w:r>
        <w:rPr>
          <w:rFonts w:ascii="Nirmala UI" w:hAnsi="Nirmala UI" w:eastAsia="Nirmala UI" w:cs="Nirmala UI"/>
        </w:rPr>
        <w:t>दारियुसु</w:t>
      </w:r>
      <w:r>
        <w:rPr>
          <w:rFonts w:ascii="Times New Roman" w:hAnsi="Times New Roman" w:eastAsia="Times New Roman" w:cs="Times New Roman"/>
        </w:rPr>
        <w:t xml:space="preserve"> </w:t>
      </w:r>
      <w:r>
        <w:rPr>
          <w:rFonts w:ascii="Nirmala UI" w:hAnsi="Nirmala UI" w:eastAsia="Nirmala UI" w:cs="Nirmala UI"/>
        </w:rPr>
        <w:t>योక్క</w:t>
      </w:r>
      <w:r>
        <w:rPr>
          <w:rFonts w:ascii="Times New Roman" w:hAnsi="Times New Roman" w:eastAsia="Times New Roman" w:cs="Times New Roman"/>
        </w:rPr>
        <w:t xml:space="preserve"> </w:t>
      </w:r>
      <w:r>
        <w:rPr>
          <w:rFonts w:ascii="Nirmala UI" w:hAnsi="Nirmala UI" w:eastAsia="Nirmala UI" w:cs="Nirmala UI"/>
        </w:rPr>
        <w:t>मनमडु</w:t>
      </w:r>
      <w:r>
        <w:rPr>
          <w:rFonts w:ascii="Times New Roman" w:hAnsi="Times New Roman" w:eastAsia="Times New Roman" w:cs="Times New Roman"/>
        </w:rPr>
        <w:t xml:space="preserve">, </w:t>
      </w:r>
      <w:r>
        <w:rPr>
          <w:rFonts w:ascii="Nirmala UI" w:hAnsi="Nirmala UI" w:eastAsia="Nirmala UI" w:cs="Nirmala UI"/>
        </w:rPr>
        <w:t>दारियुसु</w:t>
      </w:r>
      <w:r>
        <w:rPr>
          <w:rFonts w:ascii="Times New Roman" w:hAnsi="Times New Roman" w:eastAsia="Times New Roman" w:cs="Times New Roman"/>
        </w:rPr>
        <w:t xml:space="preserve"> </w:t>
      </w:r>
      <w:r>
        <w:rPr>
          <w:rFonts w:ascii="Nirmala UI" w:hAnsi="Nirmala UI" w:eastAsia="Nirmala UI" w:cs="Nirmala UI"/>
        </w:rPr>
        <w:t>योक्क</w:t>
      </w:r>
      <w:r>
        <w:rPr>
          <w:rFonts w:ascii="Times New Roman" w:hAnsi="Times New Roman" w:eastAsia="Times New Roman" w:cs="Times New Roman"/>
        </w:rPr>
        <w:t xml:space="preserve"> </w:t>
      </w:r>
      <w:r>
        <w:rPr>
          <w:rFonts w:ascii="Nirmala UI" w:hAnsi="Nirmala UI" w:eastAsia="Nirmala UI" w:cs="Nirmala UI"/>
        </w:rPr>
        <w:t>सेनापतिगा</w:t>
      </w:r>
      <w:r>
        <w:rPr>
          <w:rFonts w:ascii="Times New Roman" w:hAnsi="Times New Roman" w:eastAsia="Times New Roman" w:cs="Times New Roman"/>
        </w:rPr>
        <w:t xml:space="preserve"> </w:t>
      </w:r>
      <w:r>
        <w:rPr>
          <w:rFonts w:ascii="Nirmala UI" w:hAnsi="Nirmala UI" w:eastAsia="Nirmala UI" w:cs="Nirmala UI"/>
        </w:rPr>
        <w:t>उण्डि</w:t>
      </w:r>
      <w:r>
        <w:rPr>
          <w:rFonts w:ascii="Times New Roman" w:hAnsi="Times New Roman" w:eastAsia="Times New Roman" w:cs="Times New Roman"/>
        </w:rPr>
        <w:t xml:space="preserve"> </w:t>
      </w:r>
      <w:r>
        <w:rPr>
          <w:rFonts w:ascii="Nirmala UI" w:hAnsi="Nirmala UI" w:eastAsia="Nirmala UI" w:cs="Nirmala UI"/>
        </w:rPr>
        <w:t>बेल्शज्जरुनु</w:t>
      </w:r>
      <w:r>
        <w:rPr>
          <w:rFonts w:ascii="Times New Roman" w:hAnsi="Times New Roman" w:eastAsia="Times New Roman" w:cs="Times New Roman"/>
        </w:rPr>
        <w:t xml:space="preserve"> </w:t>
      </w:r>
      <w:r>
        <w:rPr>
          <w:rFonts w:ascii="Nirmala UI" w:hAnsi="Nirmala UI" w:eastAsia="Nirmala UI" w:cs="Nirmala UI"/>
        </w:rPr>
        <w:t>संवहरिञ्चेनु</w:t>
      </w:r>
      <w:r>
        <w:rPr>
          <w:rFonts w:ascii="Times New Roman" w:hAnsi="Times New Roman" w:eastAsia="Times New Roman" w:cs="Times New Roman"/>
        </w:rPr>
        <w:t xml:space="preserve">; </w:t>
      </w:r>
      <w:r>
        <w:rPr>
          <w:rFonts w:ascii="Nirmala UI" w:hAnsi="Nirmala UI" w:eastAsia="Nirmala UI" w:cs="Nirmala UI"/>
        </w:rPr>
        <w:t>अट्टि</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डेब्बै</w:t>
      </w:r>
      <w:r>
        <w:rPr>
          <w:rFonts w:ascii="Times New Roman" w:hAnsi="Times New Roman" w:eastAsia="Times New Roman" w:cs="Times New Roman"/>
        </w:rPr>
        <w:t xml:space="preserve"> </w:t>
      </w:r>
      <w:r>
        <w:rPr>
          <w:rFonts w:ascii="Nirmala UI" w:hAnsi="Nirmala UI" w:eastAsia="Nirmala UI" w:cs="Nirmala UI"/>
        </w:rPr>
        <w:t>संवत्सराल</w:t>
      </w:r>
      <w:r>
        <w:rPr>
          <w:rFonts w:ascii="Times New Roman" w:hAnsi="Times New Roman" w:eastAsia="Times New Roman" w:cs="Times New Roman"/>
        </w:rPr>
        <w:t xml:space="preserve"> </w:t>
      </w:r>
      <w:r>
        <w:rPr>
          <w:rFonts w:ascii="Nirmala UI" w:hAnsi="Nirmala UI" w:eastAsia="Nirmala UI" w:cs="Nirmala UI"/>
        </w:rPr>
        <w:t>बंधकत्वानिकि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गुरुतिंचबडेनु</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538 </w:t>
      </w:r>
      <w:r>
        <w:rPr>
          <w:rFonts w:ascii="Nirmala UI" w:hAnsi="Nirmala UI" w:eastAsia="Nirmala UI" w:cs="Nirmala UI"/>
        </w:rPr>
        <w:t>नुण्डि</w:t>
      </w:r>
      <w:r>
        <w:rPr>
          <w:rFonts w:ascii="Times New Roman" w:hAnsi="Times New Roman" w:eastAsia="Times New Roman" w:cs="Times New Roman"/>
        </w:rPr>
        <w:t xml:space="preserve"> 1798 </w:t>
      </w:r>
      <w:r>
        <w:rPr>
          <w:rFonts w:ascii="Nirmala UI" w:hAnsi="Nirmala UI" w:eastAsia="Nirmala UI" w:cs="Nirmala UI"/>
        </w:rPr>
        <w:t>वरकु</w:t>
      </w:r>
      <w:r>
        <w:rPr>
          <w:rFonts w:ascii="Times New Roman" w:hAnsi="Times New Roman" w:eastAsia="Times New Roman" w:cs="Times New Roman"/>
        </w:rPr>
        <w:t xml:space="preserve"> </w:t>
      </w:r>
      <w:r>
        <w:rPr>
          <w:rFonts w:ascii="Nirmala UI" w:hAnsi="Nirmala UI" w:eastAsia="Nirmala UI" w:cs="Nirmala UI"/>
        </w:rPr>
        <w:t>आत्मीय</w:t>
      </w:r>
      <w:r>
        <w:rPr>
          <w:rFonts w:ascii="Times New Roman" w:hAnsi="Times New Roman" w:eastAsia="Times New Roman" w:cs="Times New Roman"/>
        </w:rPr>
        <w:t xml:space="preserve"> </w:t>
      </w:r>
      <w:r>
        <w:rPr>
          <w:rFonts w:ascii="Nirmala UI" w:hAnsi="Nirmala UI" w:eastAsia="Nirmala UI" w:cs="Nirmala UI"/>
        </w:rPr>
        <w:t>बाबेलुलो</w:t>
      </w:r>
      <w:r>
        <w:rPr>
          <w:rFonts w:ascii="Times New Roman" w:hAnsi="Times New Roman" w:eastAsia="Times New Roman" w:cs="Times New Roman"/>
        </w:rPr>
        <w:t xml:space="preserve"> </w:t>
      </w:r>
      <w:r>
        <w:rPr>
          <w:rFonts w:ascii="Nirmala UI" w:hAnsi="Nirmala UI" w:eastAsia="Nirmala UI" w:cs="Nirmala UI"/>
        </w:rPr>
        <w:t>आत्मीय</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योक्क</w:t>
      </w:r>
      <w:r>
        <w:rPr>
          <w:rFonts w:ascii="Times New Roman" w:hAnsi="Times New Roman" w:eastAsia="Times New Roman" w:cs="Times New Roman"/>
        </w:rPr>
        <w:t xml:space="preserve"> </w:t>
      </w:r>
      <w:r>
        <w:rPr>
          <w:rFonts w:ascii="Nirmala UI" w:hAnsi="Nirmala UI" w:eastAsia="Nirmala UI" w:cs="Nirmala UI"/>
        </w:rPr>
        <w:t>पन्नेण्डु</w:t>
      </w:r>
      <w:r>
        <w:rPr>
          <w:rFonts w:ascii="Times New Roman" w:hAnsi="Times New Roman" w:eastAsia="Times New Roman" w:cs="Times New Roman"/>
        </w:rPr>
        <w:t xml:space="preserve"> </w:t>
      </w:r>
      <w:r>
        <w:rPr>
          <w:rFonts w:ascii="Nirmala UI" w:hAnsi="Nirmala UI" w:eastAsia="Nirmala UI" w:cs="Nirmala UI"/>
        </w:rPr>
        <w:t>वंदल</w:t>
      </w:r>
      <w:r>
        <w:rPr>
          <w:rFonts w:ascii="Times New Roman" w:hAnsi="Times New Roman" w:eastAsia="Times New Roman" w:cs="Times New Roman"/>
        </w:rPr>
        <w:t xml:space="preserve"> </w:t>
      </w:r>
      <w:r>
        <w:rPr>
          <w:rFonts w:ascii="Nirmala UI" w:hAnsi="Nirmala UI" w:eastAsia="Nirmala UI" w:cs="Nirmala UI"/>
        </w:rPr>
        <w:t>अरवै</w:t>
      </w:r>
      <w:r>
        <w:rPr>
          <w:rFonts w:ascii="Times New Roman" w:hAnsi="Times New Roman" w:eastAsia="Times New Roman" w:cs="Times New Roman"/>
        </w:rPr>
        <w:t xml:space="preserve"> </w:t>
      </w:r>
      <w:r>
        <w:rPr>
          <w:rFonts w:ascii="Nirmala UI" w:hAnsi="Nirmala UI" w:eastAsia="Nirmala UI" w:cs="Nirmala UI"/>
        </w:rPr>
        <w:t>संवत्सराल</w:t>
      </w:r>
      <w:r>
        <w:rPr>
          <w:rFonts w:ascii="Times New Roman" w:hAnsi="Times New Roman" w:eastAsia="Times New Roman" w:cs="Times New Roman"/>
        </w:rPr>
        <w:t xml:space="preserve"> </w:t>
      </w:r>
      <w:r>
        <w:rPr>
          <w:rFonts w:ascii="Nirmala UI" w:hAnsi="Nirmala UI" w:eastAsia="Nirmala UI" w:cs="Nirmala UI"/>
        </w:rPr>
        <w:t>बंधकत्वानिकि</w:t>
      </w:r>
      <w:r>
        <w:rPr>
          <w:rFonts w:ascii="Times New Roman" w:hAnsi="Times New Roman" w:eastAsia="Times New Roman" w:cs="Times New Roman"/>
        </w:rPr>
        <w:t xml:space="preserve"> </w:t>
      </w:r>
      <w:r>
        <w:rPr>
          <w:rFonts w:ascii="Nirmala UI" w:hAnsi="Nirmala UI" w:eastAsia="Nirmala UI" w:cs="Nirmala UI"/>
        </w:rPr>
        <w:t>प्रतिरूपमै</w:t>
      </w:r>
      <w:r>
        <w:rPr>
          <w:rFonts w:ascii="Times New Roman" w:hAnsi="Times New Roman" w:eastAsia="Times New Roman" w:cs="Times New Roman"/>
        </w:rPr>
        <w:t xml:space="preserve"> </w:t>
      </w:r>
      <w:r>
        <w:rPr>
          <w:rFonts w:ascii="Nirmala UI" w:hAnsi="Nirmala UI" w:eastAsia="Nirmala UI" w:cs="Nirmala UI"/>
        </w:rPr>
        <w:t>उण्डेनु।</w:t>
      </w:r>
    </w:p>
    <w:p>
      <w:pPr>
        <w:pStyle w:val="ArticleScripture"/>
        <w:jc w:val="left"/>
      </w:pPr>
      <w:r>
        <w:rPr>
          <w:rFonts w:ascii="Times New Roman" w:hAnsi="Times New Roman" w:eastAsia="Times New Roman" w:cs="Times New Roman"/>
        </w:rPr>
        <w:t>“Diospa iglesiana kay daga ket pudno unay a naipanaw iti pannakakayaw iti daytoy nga atiddog a panawen ti di agsardeng a pannakaidadanes, a kas met laeng kadagiti annak ti Israel a nairaman iti pannakakayaw idiay Babilonia iti panawen ti pannakaipapanawda.” Prophets and Kings, 714.</w:t>
      </w:r>
    </w:p>
    <w:p>
      <w:pPr>
        <w:pStyle w:val="ArticleBody"/>
        <w:jc w:val="left"/>
      </w:pPr>
      <w:r>
        <w:rPr>
          <w:rFonts w:ascii="Times New Roman" w:hAnsi="Times New Roman" w:eastAsia="Times New Roman" w:cs="Times New Roman"/>
        </w:rPr>
        <w:t xml:space="preserve">1798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އަހަރު</w:t>
      </w:r>
      <w:r>
        <w:rPr>
          <w:rFonts w:ascii="Times New Roman" w:hAnsi="Times New Roman" w:eastAsia="Times New Roman" w:cs="Times New Roman"/>
        </w:rPr>
        <w:t xml:space="preserve">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ފުރިހަމަވި</w:t>
      </w:r>
      <w:r>
        <w:rPr>
          <w:rFonts w:ascii="Times New Roman" w:hAnsi="Times New Roman" w:eastAsia="Times New Roman" w:cs="Times New Roman"/>
        </w:rPr>
        <w:t xml:space="preserve"> </w:t>
      </w:r>
      <w:r>
        <w:rPr>
          <w:rFonts w:ascii="MV Boli" w:hAnsi="MV Boli" w:eastAsia="MV Boli" w:cs="MV Boli"/>
        </w:rPr>
        <w:t>އެކަށްޓާޅީ</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 xml:space="preserve"> </w:t>
      </w:r>
      <w:r>
        <w:rPr>
          <w:rFonts w:ascii="MV Boli" w:hAnsi="MV Boli" w:eastAsia="MV Boli" w:cs="MV Boli"/>
        </w:rPr>
        <w:t>ސަތޭކަ</w:t>
      </w:r>
      <w:r>
        <w:rPr>
          <w:rFonts w:ascii="Times New Roman" w:hAnsi="Times New Roman" w:eastAsia="Times New Roman" w:cs="Times New Roman"/>
        </w:rPr>
        <w:t xml:space="preserve"> </w:t>
      </w:r>
      <w:r>
        <w:rPr>
          <w:rFonts w:ascii="MV Boli" w:hAnsi="MV Boli" w:eastAsia="MV Boli" w:cs="MV Boli"/>
        </w:rPr>
        <w:t>ހަލީސް</w:t>
      </w:r>
      <w:r>
        <w:rPr>
          <w:rFonts w:ascii="Times New Roman" w:hAnsi="Times New Roman" w:eastAsia="Times New Roman" w:cs="Times New Roman"/>
        </w:rPr>
        <w:t xml:space="preserve"> </w:t>
      </w:r>
      <w:r>
        <w:rPr>
          <w:rFonts w:ascii="MV Boli" w:hAnsi="MV Boli" w:eastAsia="MV Boli" w:cs="MV Boli"/>
        </w:rPr>
        <w:t>އަހަރު</w:t>
      </w:r>
      <w:r>
        <w:rPr>
          <w:rFonts w:ascii="Times New Roman" w:hAnsi="Times New Roman" w:eastAsia="Times New Roman" w:cs="Times New Roman"/>
        </w:rPr>
        <w:t>، “</w:t>
      </w:r>
      <w:r>
        <w:rPr>
          <w:rFonts w:ascii="MV Boli" w:hAnsi="MV Boli" w:eastAsia="MV Boli" w:cs="MV Boli"/>
        </w:rPr>
        <w:t>ނިމުމުގެ</w:t>
      </w:r>
      <w:r>
        <w:rPr>
          <w:rFonts w:ascii="Times New Roman" w:hAnsi="Times New Roman" w:eastAsia="Times New Roman" w:cs="Times New Roman"/>
        </w:rPr>
        <w:t xml:space="preserve"> </w:t>
      </w:r>
      <w:r>
        <w:rPr>
          <w:rFonts w:ascii="MV Boli" w:hAnsi="MV Boli" w:eastAsia="MV Boli" w:cs="MV Boli"/>
        </w:rPr>
        <w:t>ވަގުތު</w:t>
      </w:r>
      <w:r>
        <w:rPr>
          <w:rFonts w:ascii="Times New Roman" w:hAnsi="Times New Roman" w:eastAsia="Times New Roman" w:cs="Times New Roman"/>
        </w:rPr>
        <w:t xml:space="preserve">” </w:t>
      </w:r>
      <w:r>
        <w:rPr>
          <w:rFonts w:ascii="MV Boli" w:hAnsi="MV Boli" w:eastAsia="MV Boli" w:cs="MV Boli"/>
        </w:rPr>
        <w:t>ފާހަގަ</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ވަގުތެވެ</w:t>
      </w:r>
      <w:r>
        <w:rPr>
          <w:rFonts w:ascii="Times New Roman" w:hAnsi="Times New Roman" w:eastAsia="Times New Roman" w:cs="Times New Roman"/>
        </w:rPr>
        <w:t xml:space="preserve">؛ </w:t>
      </w:r>
      <w:r>
        <w:rPr>
          <w:rFonts w:ascii="MV Boli" w:hAnsi="MV Boli" w:eastAsia="MV Boli" w:cs="MV Boli"/>
        </w:rPr>
        <w:t>އެހެންމެ</w:t>
      </w:r>
      <w:r>
        <w:rPr>
          <w:rFonts w:ascii="Times New Roman" w:hAnsi="Times New Roman" w:eastAsia="Times New Roman" w:cs="Times New Roman"/>
        </w:rPr>
        <w:t xml:space="preserve">، </w:t>
      </w:r>
      <w:r>
        <w:rPr>
          <w:rFonts w:ascii="MV Boli" w:hAnsi="MV Boli" w:eastAsia="MV Boli" w:cs="MV Boli"/>
        </w:rPr>
        <w:t>ހަތްދިހަ</w:t>
      </w:r>
      <w:r>
        <w:rPr>
          <w:rFonts w:ascii="Times New Roman" w:hAnsi="Times New Roman" w:eastAsia="Times New Roman" w:cs="Times New Roman"/>
        </w:rPr>
        <w:t xml:space="preserve"> </w:t>
      </w:r>
      <w:r>
        <w:rPr>
          <w:rFonts w:ascii="MV Boli" w:hAnsi="MV Boli" w:eastAsia="MV Boli" w:cs="MV Boli"/>
        </w:rPr>
        <w:t>އަހަރުގެ</w:t>
      </w:r>
      <w:r>
        <w:rPr>
          <w:rFonts w:ascii="Times New Roman" w:hAnsi="Times New Roman" w:eastAsia="Times New Roman" w:cs="Times New Roman"/>
        </w:rPr>
        <w:t xml:space="preserve"> </w:t>
      </w:r>
      <w:r>
        <w:rPr>
          <w:rFonts w:ascii="MV Boli" w:hAnsi="MV Boli" w:eastAsia="MV Boli" w:cs="MV Boli"/>
        </w:rPr>
        <w:t>ނިމުން</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ތާރީޚަށް</w:t>
      </w:r>
      <w:r>
        <w:rPr>
          <w:rFonts w:ascii="Times New Roman" w:hAnsi="Times New Roman" w:eastAsia="Times New Roman" w:cs="Times New Roman"/>
        </w:rPr>
        <w:t xml:space="preserve"> “</w:t>
      </w:r>
      <w:r>
        <w:rPr>
          <w:rFonts w:ascii="MV Boli" w:hAnsi="MV Boli" w:eastAsia="MV Boli" w:cs="MV Boli"/>
        </w:rPr>
        <w:t>ނިމުމުގެ</w:t>
      </w:r>
      <w:r>
        <w:rPr>
          <w:rFonts w:ascii="Times New Roman" w:hAnsi="Times New Roman" w:eastAsia="Times New Roman" w:cs="Times New Roman"/>
        </w:rPr>
        <w:t xml:space="preserve"> </w:t>
      </w:r>
      <w:r>
        <w:rPr>
          <w:rFonts w:ascii="MV Boli" w:hAnsi="MV Boli" w:eastAsia="MV Boli" w:cs="MV Boli"/>
        </w:rPr>
        <w:t>ވަގުތު</w:t>
      </w:r>
      <w:r>
        <w:rPr>
          <w:rFonts w:ascii="Times New Roman" w:hAnsi="Times New Roman" w:eastAsia="Times New Roman" w:cs="Times New Roman"/>
        </w:rPr>
        <w:t xml:space="preserve">” </w:t>
      </w:r>
      <w:r>
        <w:rPr>
          <w:rFonts w:ascii="MV Boli" w:hAnsi="MV Boli" w:eastAsia="MV Boli" w:cs="MV Boli"/>
        </w:rPr>
        <w:t>ފާހަގަ</w:t>
      </w:r>
      <w:r>
        <w:rPr>
          <w:rFonts w:ascii="Times New Roman" w:hAnsi="Times New Roman" w:eastAsia="Times New Roman" w:cs="Times New Roman"/>
        </w:rPr>
        <w:t xml:space="preserve"> </w:t>
      </w:r>
      <w:r>
        <w:rPr>
          <w:rFonts w:ascii="MV Boli" w:hAnsi="MV Boli" w:eastAsia="MV Boli" w:cs="MV Boli"/>
        </w:rPr>
        <w:t>ކުރިއެވެ</w:t>
      </w:r>
      <w:r>
        <w:rPr>
          <w:rFonts w:ascii="Times New Roman" w:hAnsi="Times New Roman" w:eastAsia="Times New Roman" w:cs="Times New Roman"/>
        </w:rPr>
        <w:t xml:space="preserve">. </w:t>
      </w:r>
      <w:r>
        <w:rPr>
          <w:rFonts w:ascii="MV Boli" w:hAnsi="MV Boli" w:eastAsia="MV Boli" w:cs="MV Boli"/>
        </w:rPr>
        <w:t>ބެލްޝައްޒަރުގެ</w:t>
      </w:r>
      <w:r>
        <w:rPr>
          <w:rFonts w:ascii="Times New Roman" w:hAnsi="Times New Roman" w:eastAsia="Times New Roman" w:cs="Times New Roman"/>
        </w:rPr>
        <w:t xml:space="preserve"> </w:t>
      </w:r>
      <w:r>
        <w:rPr>
          <w:rFonts w:ascii="MV Boli" w:hAnsi="MV Boli" w:eastAsia="MV Boli" w:cs="MV Boli"/>
        </w:rPr>
        <w:t>މަރުގައި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ބާބިލޯނުގެ</w:t>
      </w:r>
      <w:r>
        <w:rPr>
          <w:rFonts w:ascii="Times New Roman" w:hAnsi="Times New Roman" w:eastAsia="Times New Roman" w:cs="Times New Roman"/>
        </w:rPr>
        <w:t xml:space="preserve"> </w:t>
      </w:r>
      <w:r>
        <w:rPr>
          <w:rFonts w:ascii="MV Boli" w:hAnsi="MV Boli" w:eastAsia="MV Boli" w:cs="MV Boli"/>
        </w:rPr>
        <w:t>މަންދޫބު</w:t>
      </w:r>
      <w:r>
        <w:rPr>
          <w:rFonts w:ascii="Times New Roman" w:hAnsi="Times New Roman" w:eastAsia="Times New Roman" w:cs="Times New Roman"/>
        </w:rPr>
        <w:t xml:space="preserve"> </w:t>
      </w:r>
      <w:r>
        <w:rPr>
          <w:rFonts w:ascii="MV Boli" w:hAnsi="MV Boli" w:eastAsia="MV Boli" w:cs="MV Boli"/>
        </w:rPr>
        <w:t>ނިމުމުގައި</w:t>
      </w:r>
      <w:r>
        <w:rPr>
          <w:rFonts w:ascii="Times New Roman" w:hAnsi="Times New Roman" w:eastAsia="Times New Roman" w:cs="Times New Roman"/>
        </w:rPr>
        <w:t xml:space="preserve"> </w:t>
      </w:r>
      <w:r>
        <w:rPr>
          <w:rFonts w:ascii="MV Boli" w:hAnsi="MV Boli" w:eastAsia="MV Boli" w:cs="MV Boli"/>
        </w:rPr>
        <w:t>ދާރިޔުސް</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ސައިރަސް</w:t>
      </w:r>
      <w:r>
        <w:rPr>
          <w:rFonts w:ascii="Times New Roman" w:hAnsi="Times New Roman" w:eastAsia="Times New Roman" w:cs="Times New Roman"/>
        </w:rPr>
        <w:t xml:space="preserve"> </w:t>
      </w:r>
      <w:r>
        <w:rPr>
          <w:rFonts w:ascii="MV Boli" w:hAnsi="MV Boli" w:eastAsia="MV Boli" w:cs="MV Boli"/>
        </w:rPr>
        <w:t>ދެކެވެސް</w:t>
      </w:r>
      <w:r>
        <w:rPr>
          <w:rFonts w:ascii="Times New Roman" w:hAnsi="Times New Roman" w:eastAsia="Times New Roman" w:cs="Times New Roman"/>
        </w:rPr>
        <w:t xml:space="preserve"> </w:t>
      </w:r>
      <w:r>
        <w:rPr>
          <w:rFonts w:ascii="MV Boli" w:hAnsi="MV Boli" w:eastAsia="MV Boli" w:cs="MV Boli"/>
        </w:rPr>
        <w:t>މެތިވެގެންވާނެއެވެ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ކަން</w:t>
      </w:r>
      <w:r>
        <w:rPr>
          <w:rFonts w:ascii="Times New Roman" w:hAnsi="Times New Roman" w:eastAsia="Times New Roman" w:cs="Times New Roman"/>
        </w:rPr>
        <w:t xml:space="preserve"> </w:t>
      </w:r>
      <w:r>
        <w:rPr>
          <w:rFonts w:ascii="MV Boli" w:hAnsi="MV Boli" w:eastAsia="MV Boli" w:cs="MV Boli"/>
        </w:rPr>
        <w:t>ހަމައެކު</w:t>
      </w:r>
      <w:r>
        <w:rPr>
          <w:rFonts w:ascii="Times New Roman" w:hAnsi="Times New Roman" w:eastAsia="Times New Roman" w:cs="Times New Roman"/>
        </w:rPr>
        <w:t xml:space="preserve"> </w:t>
      </w:r>
      <w:r>
        <w:rPr>
          <w:rFonts w:ascii="MV Boli" w:hAnsi="MV Boli" w:eastAsia="MV Boli" w:cs="MV Boli"/>
        </w:rPr>
        <w:t>ނިންމި</w:t>
      </w:r>
      <w:r>
        <w:rPr>
          <w:rFonts w:ascii="Times New Roman" w:hAnsi="Times New Roman" w:eastAsia="Times New Roman" w:cs="Times New Roman"/>
        </w:rPr>
        <w:t xml:space="preserve"> </w:t>
      </w:r>
      <w:r>
        <w:rPr>
          <w:rFonts w:ascii="MV Boli" w:hAnsi="MV Boli" w:eastAsia="MV Boli" w:cs="MV Boli"/>
        </w:rPr>
        <w:t>ދާރިޔުސްގެ</w:t>
      </w:r>
      <w:r>
        <w:rPr>
          <w:rFonts w:ascii="Times New Roman" w:hAnsi="Times New Roman" w:eastAsia="Times New Roman" w:cs="Times New Roman"/>
        </w:rPr>
        <w:t xml:space="preserve"> </w:t>
      </w:r>
      <w:r>
        <w:rPr>
          <w:rFonts w:ascii="MV Boli" w:hAnsi="MV Boli" w:eastAsia="MV Boli" w:cs="MV Boli"/>
        </w:rPr>
        <w:t>ޖެނެރަލެއް</w:t>
      </w:r>
      <w:r>
        <w:rPr>
          <w:rFonts w:ascii="Times New Roman" w:hAnsi="Times New Roman" w:eastAsia="Times New Roman" w:cs="Times New Roman"/>
        </w:rPr>
        <w:t xml:space="preserve"> </w:t>
      </w:r>
      <w:r>
        <w:rPr>
          <w:rFonts w:ascii="MV Boli" w:hAnsi="MV Boli" w:eastAsia="MV Boli" w:cs="MV Boli"/>
        </w:rPr>
        <w:t>ކަމުގައި</w:t>
      </w:r>
      <w:r>
        <w:rPr>
          <w:rFonts w:ascii="Times New Roman" w:hAnsi="Times New Roman" w:eastAsia="Times New Roman" w:cs="Times New Roman"/>
        </w:rPr>
        <w:t xml:space="preserve"> </w:t>
      </w:r>
      <w:r>
        <w:rPr>
          <w:rFonts w:ascii="MV Boli" w:hAnsi="MV Boli" w:eastAsia="MV Boli" w:cs="MV Boli"/>
        </w:rPr>
        <w:t>ސައިރަސް</w:t>
      </w:r>
      <w:r>
        <w:rPr>
          <w:rFonts w:ascii="Times New Roman" w:hAnsi="Times New Roman" w:eastAsia="Times New Roman" w:cs="Times New Roman"/>
        </w:rPr>
        <w:t xml:space="preserve"> </w:t>
      </w:r>
      <w:r>
        <w:rPr>
          <w:rFonts w:ascii="MV Boli" w:hAnsi="MV Boli" w:eastAsia="MV Boli" w:cs="MV Boli"/>
        </w:rPr>
        <w:t>ދާރިޔުސްގެ</w:t>
      </w:r>
      <w:r>
        <w:rPr>
          <w:rFonts w:ascii="Times New Roman" w:hAnsi="Times New Roman" w:eastAsia="Times New Roman" w:cs="Times New Roman"/>
        </w:rPr>
        <w:t xml:space="preserve"> </w:t>
      </w:r>
      <w:r>
        <w:rPr>
          <w:rFonts w:ascii="MV Boli" w:hAnsi="MV Boli" w:eastAsia="MV Boli" w:cs="MV Boli"/>
        </w:rPr>
        <w:t>ތަމްސީލު</w:t>
      </w:r>
      <w:r>
        <w:rPr>
          <w:rFonts w:ascii="Times New Roman" w:hAnsi="Times New Roman" w:eastAsia="Times New Roman" w:cs="Times New Roman"/>
        </w:rPr>
        <w:t xml:space="preserve"> </w:t>
      </w:r>
      <w:r>
        <w:rPr>
          <w:rFonts w:ascii="MV Boli" w:hAnsi="MV Boli" w:eastAsia="MV Boli" w:cs="MV Boli"/>
        </w:rPr>
        <w:t>ކުރަމުން</w:t>
      </w:r>
      <w:r>
        <w:rPr>
          <w:rFonts w:ascii="Times New Roman" w:hAnsi="Times New Roman" w:eastAsia="Times New Roman" w:cs="Times New Roman"/>
        </w:rPr>
        <w:t xml:space="preserve"> </w:t>
      </w:r>
      <w:r>
        <w:rPr>
          <w:rFonts w:ascii="MV Boli" w:hAnsi="MV Boli" w:eastAsia="MV Boli" w:cs="MV Boli"/>
        </w:rPr>
        <w:t>އައިސްވެއެވެ</w:t>
      </w:r>
      <w:r>
        <w:rPr>
          <w:rFonts w:ascii="Times New Roman" w:hAnsi="Times New Roman" w:eastAsia="Times New Roman" w:cs="Times New Roman"/>
        </w:rPr>
        <w:t xml:space="preserve">. 1989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އަހަރުގެ</w:t>
      </w:r>
      <w:r>
        <w:rPr>
          <w:rFonts w:ascii="Times New Roman" w:hAnsi="Times New Roman" w:eastAsia="Times New Roman" w:cs="Times New Roman"/>
        </w:rPr>
        <w:t xml:space="preserve"> </w:t>
      </w:r>
      <w:r>
        <w:rPr>
          <w:rFonts w:ascii="MV Boli" w:hAnsi="MV Boli" w:eastAsia="MV Boli" w:cs="MV Boli"/>
        </w:rPr>
        <w:t>ޖެނުއަރީ</w:t>
      </w:r>
      <w:r>
        <w:rPr>
          <w:rFonts w:ascii="Times New Roman" w:hAnsi="Times New Roman" w:eastAsia="Times New Roman" w:cs="Times New Roman"/>
        </w:rPr>
        <w:t xml:space="preserve"> 20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ޖޯރޖު</w:t>
      </w:r>
      <w:r>
        <w:rPr>
          <w:rFonts w:ascii="Times New Roman" w:hAnsi="Times New Roman" w:eastAsia="Times New Roman" w:cs="Times New Roman"/>
        </w:rPr>
        <w:t xml:space="preserve"> </w:t>
      </w:r>
      <w:r>
        <w:rPr>
          <w:rFonts w:ascii="MV Boli" w:hAnsi="MV Boli" w:eastAsia="MV Boli" w:cs="MV Boli"/>
        </w:rPr>
        <w:t>ބުޝް</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ހުވާކުރުމުގެ</w:t>
      </w:r>
      <w:r>
        <w:rPr>
          <w:rFonts w:ascii="Times New Roman" w:hAnsi="Times New Roman" w:eastAsia="Times New Roman" w:cs="Times New Roman"/>
        </w:rPr>
        <w:t xml:space="preserve"> </w:t>
      </w:r>
      <w:r>
        <w:rPr>
          <w:rFonts w:ascii="MV Boli" w:hAnsi="MV Boli" w:eastAsia="MV Boli" w:cs="MV Boli"/>
        </w:rPr>
        <w:t>މަޤާމަށް</w:t>
      </w:r>
      <w:r>
        <w:rPr>
          <w:rFonts w:ascii="Times New Roman" w:hAnsi="Times New Roman" w:eastAsia="Times New Roman" w:cs="Times New Roman"/>
        </w:rPr>
        <w:t xml:space="preserve"> </w:t>
      </w:r>
      <w:r>
        <w:rPr>
          <w:rFonts w:ascii="MV Boli" w:hAnsi="MV Boli" w:eastAsia="MV Boli" w:cs="MV Boli"/>
        </w:rPr>
        <w:t>ވަންނަ</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xml:space="preserve">، 1989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ނަވާރަ</w:t>
      </w:r>
      <w:r>
        <w:rPr>
          <w:rFonts w:ascii="Times New Roman" w:hAnsi="Times New Roman" w:eastAsia="Times New Roman" w:cs="Times New Roman"/>
        </w:rPr>
        <w:t xml:space="preserve"> </w:t>
      </w:r>
      <w:r>
        <w:rPr>
          <w:rFonts w:ascii="MV Boli" w:hAnsi="MV Boli" w:eastAsia="MV Boli" w:cs="MV Boli"/>
        </w:rPr>
        <w:t>ދުވަސް</w:t>
      </w:r>
      <w:r>
        <w:rPr>
          <w:rFonts w:ascii="Times New Roman" w:hAnsi="Times New Roman" w:eastAsia="Times New Roman" w:cs="Times New Roman"/>
        </w:rPr>
        <w:t xml:space="preserve"> </w:t>
      </w:r>
      <w:r>
        <w:rPr>
          <w:rFonts w:ascii="MV Boli" w:hAnsi="MV Boli" w:eastAsia="MV Boli" w:cs="MV Boli"/>
        </w:rPr>
        <w:t>ރީގަން</w:t>
      </w:r>
      <w:r>
        <w:rPr>
          <w:rFonts w:ascii="Times New Roman" w:hAnsi="Times New Roman" w:eastAsia="Times New Roman" w:cs="Times New Roman"/>
        </w:rPr>
        <w:t xml:space="preserve"> </w:t>
      </w:r>
      <w:r>
        <w:rPr>
          <w:rFonts w:ascii="MV Boli" w:hAnsi="MV Boli" w:eastAsia="MV Boli" w:cs="MV Boli"/>
        </w:rPr>
        <w:t>ރިޔާސަތުގެ</w:t>
      </w:r>
      <w:r>
        <w:rPr>
          <w:rFonts w:ascii="Times New Roman" w:hAnsi="Times New Roman" w:eastAsia="Times New Roman" w:cs="Times New Roman"/>
        </w:rPr>
        <w:t xml:space="preserve"> </w:t>
      </w:r>
      <w:r>
        <w:rPr>
          <w:rFonts w:ascii="MV Boli" w:hAnsi="MV Boli" w:eastAsia="MV Boli" w:cs="MV Boli"/>
        </w:rPr>
        <w:t>ރައީސް</w:t>
      </w:r>
      <w:r>
        <w:rPr>
          <w:rFonts w:ascii="Times New Roman" w:hAnsi="Times New Roman" w:eastAsia="Times New Roman" w:cs="Times New Roman"/>
        </w:rPr>
        <w:t xml:space="preserve"> </w:t>
      </w:r>
      <w:r>
        <w:rPr>
          <w:rFonts w:ascii="MV Boli" w:hAnsi="MV Boli" w:eastAsia="MV Boli" w:cs="MV Boli"/>
        </w:rPr>
        <w:t>ކަމުގައި</w:t>
      </w:r>
      <w:r>
        <w:rPr>
          <w:rFonts w:ascii="Times New Roman" w:hAnsi="Times New Roman" w:eastAsia="Times New Roman" w:cs="Times New Roman"/>
        </w:rPr>
        <w:t xml:space="preserve"> </w:t>
      </w:r>
      <w:r>
        <w:rPr>
          <w:rFonts w:ascii="MV Boli" w:hAnsi="MV Boli" w:eastAsia="MV Boli" w:cs="MV Boli"/>
        </w:rPr>
        <w:t>ހުރިއެވެ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دید هِدِکَل در وقتِ آخر، در سالِ سومِ کوروش، آغاز شد. هنگامی که جبرئیل آغاز می‌کند تا تاریخِ نبویِ باب یازدهم را بر دانیال مکشوف سازد، نخست به سالِ اولِ داریوش اشاره می‌کند، تا به‌روشنی تثبیت کند که رؤیای تاریخِ نبوی که در شُرُفِ عرضه به دانیال بود، در زمانِ واپسینِ آخر، یعنی در سالِ 1989، آغاز می‌شود؛ زیرا همهٔ انبیا بیش از ایّامی که خود در آن می‌زیستند، از ایّامِ آخر سخن می‌گویند.</w:t>
      </w:r>
    </w:p>
    <w:p>
      <w:pPr>
        <w:pStyle w:val="ArticleScripture"/>
        <w:jc w:val="left"/>
      </w:pPr>
      <w:r>
        <w:rPr>
          <w:rFonts w:ascii="Times New Roman" w:hAnsi="Times New Roman" w:eastAsia="Times New Roman" w:cs="Times New Roman"/>
        </w:rPr>
        <w:t>Ma tusuay na inan-anay ko kenka dayta naisurat iti surat ti kinapudno; ket awan ti sabali a makitinnulong kaniak kadagitoy a banbanag no di laeng ni Miguel, ti prinsipeyo. Ket siak met iti umuna a tawen ni Dario a Medo, siak mismo ti nagtakder a mangpasingked ken mangpapigsa kenkuana. Daniel 10:21; 11:1.</w:t>
      </w:r>
    </w:p>
    <w:p>
      <w:pPr>
        <w:pStyle w:val="ArticleBody"/>
        <w:jc w:val="left"/>
      </w:pPr>
      <w:r>
        <w:rPr>
          <w:rFonts w:ascii="Times New Roman" w:hAnsi="Times New Roman" w:eastAsia="Times New Roman" w:cs="Times New Roman"/>
        </w:rPr>
        <w:t>Darioen lehen urtean, zeinak 1989ko amaierako denbora adierazten baitu, Gabrieldek «zutitu» egin zuen; hala, identifikatuz ezen «amaierako denbora» batean aingeru bat iristen dela. 1798an lehen aingerua iritsi zen, eta 1989an, hirugarren aingerua iritsi zen. Hirugarren aingeruaren mezua 2001ean ahaldundu zen arte ez zen hirugarren aingeruaren zigilatzea hasi; baina 1989an hirugarren aingerua iristearen mugimendua Gabriel amaierako denboran zutiturik agertzeak adierazten du. Gabrieldek Danieli erakutsiko dio «egiazko Eskrituraren liburuan idatzita dagoena», eta Hiddekelen ikuspenak ezaugarri gisa dauka «Egia»ren sinadura, Gabriel aurkeztera doana.</w:t>
      </w:r>
    </w:p>
    <w:p>
      <w:pPr>
        <w:pStyle w:val="ArticleBody"/>
        <w:jc w:val="left"/>
      </w:pPr>
      <w:r>
        <w:rPr>
          <w:rFonts w:ascii="Times New Roman" w:hAnsi="Times New Roman" w:eastAsia="Times New Roman" w:cs="Times New Roman"/>
        </w:rPr>
        <w:t>تەڭ تۆتىنچى ئايەتتە، گابرىيەل دانيالغا ئاللىقاچان شۇنى بىلدۈرگەن ئىدىكى، ئۇ ھىددىكەلدىكى كۆرۈنۈشتە بايان قىلىۋاتقان نەرسە «ئاخىرقى كۈنلەردە خۇدانىڭ خەلقىگە يۈز بېرىدىغان ئىشلار» ئىكەن.</w:t>
      </w:r>
    </w:p>
    <w:p>
      <w:pPr>
        <w:pStyle w:val="ArticleScripture"/>
        <w:jc w:val="left"/>
      </w:pPr>
      <w:r>
        <w:rPr>
          <w:rFonts w:ascii="Times New Roman" w:hAnsi="Times New Roman" w:eastAsia="Times New Roman" w:cs="Times New Roman"/>
        </w:rPr>
        <w:t>أمّا الآن فقد جئتُ لأُفهِمَكَ ما الذي سيصيبُ شعبَكَ في الأيامِ الأخيرة، لأنّ الرؤيا لا تزالُ لأيامٍ كثيرة. دانيال 10:14.</w:t>
      </w:r>
    </w:p>
    <w:p>
      <w:pPr>
        <w:pStyle w:val="ArticleBody"/>
        <w:jc w:val="left"/>
      </w:pPr>
      <w:r>
        <w:rPr>
          <w:rFonts w:ascii="Times New Roman" w:hAnsi="Times New Roman" w:eastAsia="Times New Roman" w:cs="Times New Roman"/>
        </w:rPr>
        <w:t>Verso dos de Daniel capítulo once representak 1989 watapasqa pacha tukukuypi kichasqa yachayta, chaymi reqsichin ima “pasanqa” Diospa llaqtanman “qhipa p’unchaykunapi”.</w:t>
      </w:r>
    </w:p>
    <w:p>
      <w:pPr>
        <w:pStyle w:val="ArticleScripture"/>
        <w:jc w:val="left"/>
      </w:pPr>
      <w:r>
        <w:rPr>
          <w:rFonts w:ascii="Times New Roman" w:hAnsi="Times New Roman" w:eastAsia="Times New Roman" w:cs="Times New Roman"/>
        </w:rPr>
        <w:t>Jichha nayatak chiqaman qamman chiqayta. Qhawariy, Persia llaktapi manaraq kinsa reykuna sayarinqaku; chaymanta tawaq kaqqa llapankumanta aswan ancha qhapaq kanqa. Payqa qhapaq kayninpa kallpanwan Grecia suyutaq contranpi llapanta hatarichinqa. Daniel 11:2.</w:t>
      </w:r>
    </w:p>
    <w:p>
      <w:pPr>
        <w:pStyle w:val="ArticleBody"/>
        <w:jc w:val="left"/>
      </w:pPr>
      <w:r>
        <w:rPr>
          <w:rFonts w:ascii="Gadugi" w:hAnsi="Gadugi" w:eastAsia="Gadugi" w:cs="Gadugi"/>
        </w:rPr>
        <w:t>ᏌᎵᏍ</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1989 </w:t>
      </w:r>
      <w:r>
        <w:rPr>
          <w:rFonts w:ascii="Gadugi" w:hAnsi="Gadugi" w:eastAsia="Gadugi" w:cs="Gadugi"/>
        </w:rPr>
        <w:t>ᎤᎵᏍᏓᏴᏗᏍᎬ</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ᎬᏩᏤᎵᎦ</w:t>
      </w:r>
      <w:r>
        <w:rPr>
          <w:rFonts w:ascii="Times New Roman" w:hAnsi="Times New Roman" w:eastAsia="Times New Roman" w:cs="Times New Roman"/>
        </w:rPr>
        <w:t xml:space="preserve"> </w:t>
      </w:r>
      <w:r>
        <w:rPr>
          <w:rFonts w:ascii="Gadugi" w:hAnsi="Gadugi" w:eastAsia="Gadugi" w:cs="Gadugi"/>
        </w:rPr>
        <w:t>ᎤᏬᏚᎯᏍᏗᏍᎪᎢ</w:t>
      </w:r>
      <w:r>
        <w:rPr>
          <w:rFonts w:ascii="Times New Roman" w:hAnsi="Times New Roman" w:eastAsia="Times New Roman" w:cs="Times New Roman"/>
        </w:rPr>
        <w:t xml:space="preserve">. </w:t>
      </w:r>
      <w:r>
        <w:rPr>
          <w:rFonts w:ascii="Gadugi" w:hAnsi="Gadugi" w:eastAsia="Gadugi" w:cs="Gadugi"/>
        </w:rPr>
        <w:t>ᎡᎵ</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ᎻᏗᏱ</w:t>
      </w:r>
      <w:r>
        <w:rPr>
          <w:rFonts w:ascii="Times New Roman" w:hAnsi="Times New Roman" w:eastAsia="Times New Roman" w:cs="Times New Roman"/>
        </w:rPr>
        <w:t>-</w:t>
      </w:r>
      <w:r>
        <w:rPr>
          <w:rFonts w:ascii="Gadugi" w:hAnsi="Gadugi" w:eastAsia="Gadugi" w:cs="Gadugi"/>
        </w:rPr>
        <w:t>ᏆᏏᎠᏂ</w:t>
      </w:r>
      <w:r>
        <w:rPr>
          <w:rFonts w:ascii="Times New Roman" w:hAnsi="Times New Roman" w:eastAsia="Times New Roman" w:cs="Times New Roman"/>
        </w:rPr>
        <w:t xml:space="preserve"> </w:t>
      </w:r>
      <w:r>
        <w:rPr>
          <w:rFonts w:ascii="Gadugi" w:hAnsi="Gadugi" w:eastAsia="Gadugi" w:cs="Gadugi"/>
        </w:rPr>
        <w:t>ᎤᏂᏍᏗ</w:t>
      </w:r>
      <w:r>
        <w:rPr>
          <w:rFonts w:ascii="Times New Roman" w:hAnsi="Times New Roman" w:eastAsia="Times New Roman" w:cs="Times New Roman"/>
        </w:rPr>
        <w:t xml:space="preserve"> </w:t>
      </w:r>
      <w:r>
        <w:rPr>
          <w:rFonts w:ascii="Gadugi" w:hAnsi="Gadugi" w:eastAsia="Gadugi" w:cs="Gadugi"/>
        </w:rPr>
        <w:t>ᎪᎯᏳᏗ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ᏥᏳ</w:t>
      </w:r>
      <w:r>
        <w:rPr>
          <w:rFonts w:ascii="Times New Roman" w:hAnsi="Times New Roman" w:eastAsia="Times New Roman" w:cs="Times New Roman"/>
        </w:rPr>
        <w:t xml:space="preserve"> </w:t>
      </w:r>
      <w:r>
        <w:rPr>
          <w:rFonts w:ascii="Gadugi" w:hAnsi="Gadugi" w:eastAsia="Gadugi" w:cs="Gadugi"/>
        </w:rPr>
        <w:t>ᎤᏮᏔᏅᎯ</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ᎤᎾᏤᎵᎬ</w:t>
      </w:r>
      <w:r>
        <w:rPr>
          <w:rFonts w:ascii="Times New Roman" w:hAnsi="Times New Roman" w:eastAsia="Times New Roman" w:cs="Times New Roman"/>
        </w:rPr>
        <w:t xml:space="preserve"> </w:t>
      </w:r>
      <w:r>
        <w:rPr>
          <w:rFonts w:ascii="Gadugi" w:hAnsi="Gadugi" w:eastAsia="Gadugi" w:cs="Gadugi"/>
        </w:rPr>
        <w:t>ᎪᎯᏳᏗ</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 xml:space="preserve"> </w:t>
      </w:r>
      <w:r>
        <w:rPr>
          <w:rFonts w:ascii="Gadugi" w:hAnsi="Gadugi" w:eastAsia="Gadugi" w:cs="Gadugi"/>
        </w:rPr>
        <w:t>ᎤᏍᏆᎸᎯ</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ᏓᏳᏓᎴ</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ᎻᏗᏱᏍᎩ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ᏆᏏᎠᏂ</w:t>
      </w:r>
      <w:r>
        <w:rPr>
          <w:rFonts w:ascii="Times New Roman" w:hAnsi="Times New Roman" w:eastAsia="Times New Roman" w:cs="Times New Roman"/>
        </w:rPr>
        <w:t xml:space="preserve">. 1989 </w:t>
      </w:r>
      <w:r>
        <w:rPr>
          <w:rFonts w:ascii="Gadugi" w:hAnsi="Gadugi" w:eastAsia="Gadugi" w:cs="Gadugi"/>
        </w:rPr>
        <w:t>ᎤᎵᏍᏆᎸ</w:t>
      </w:r>
      <w:r>
        <w:rPr>
          <w:rFonts w:ascii="Times New Roman" w:hAnsi="Times New Roman" w:eastAsia="Times New Roman" w:cs="Times New Roman"/>
        </w:rPr>
        <w:t xml:space="preserve"> </w:t>
      </w:r>
      <w:r>
        <w:rPr>
          <w:rFonts w:ascii="Gadugi" w:hAnsi="Gadugi" w:eastAsia="Gadugi" w:cs="Gadugi"/>
        </w:rPr>
        <w:t>ᏗᏂᎪᎯᎸ</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ᎠᏂᏅᏅ</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ᎤᏬᏎᎯ</w:t>
      </w:r>
      <w:r>
        <w:rPr>
          <w:rFonts w:ascii="Times New Roman" w:hAnsi="Times New Roman" w:eastAsia="Times New Roman" w:cs="Times New Roman"/>
        </w:rPr>
        <w:t xml:space="preserve"> </w:t>
      </w:r>
      <w:r>
        <w:rPr>
          <w:rFonts w:ascii="Gadugi" w:hAnsi="Gadugi" w:eastAsia="Gadugi" w:cs="Gadugi"/>
        </w:rPr>
        <w:t>ᎠᏂᎬᏫᏳᎯ</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ᏗᎨᏥᎬᏫᏳᎯ</w:t>
      </w:r>
      <w:r>
        <w:rPr>
          <w:rFonts w:ascii="Times New Roman" w:hAnsi="Times New Roman" w:eastAsia="Times New Roman" w:cs="Times New Roman"/>
        </w:rPr>
        <w:t xml:space="preserve"> (Clinton, Bush </w:t>
      </w:r>
      <w:r>
        <w:rPr>
          <w:rFonts w:ascii="Gadugi" w:hAnsi="Gadugi" w:eastAsia="Gadugi" w:cs="Gadugi"/>
        </w:rPr>
        <w:t>ᎤᎵᏍᏆᎸᎯ</w:t>
      </w:r>
      <w:r>
        <w:rPr>
          <w:rFonts w:ascii="Times New Roman" w:hAnsi="Times New Roman" w:eastAsia="Times New Roman" w:cs="Times New Roman"/>
        </w:rPr>
        <w:t xml:space="preserve">, Obama), </w:t>
      </w:r>
      <w:r>
        <w:rPr>
          <w:rFonts w:ascii="Gadugi" w:hAnsi="Gadugi" w:eastAsia="Gadugi" w:cs="Gadugi"/>
        </w:rPr>
        <w:t>ᎣᏂᏃ</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ᎤᎣᏍᏛ</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ᎤᏤᎯ</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ᎠᏂᎬᏫᏳᎯ</w:t>
      </w:r>
      <w:r>
        <w:rPr>
          <w:rFonts w:ascii="Times New Roman" w:hAnsi="Times New Roman" w:eastAsia="Times New Roman" w:cs="Times New Roman"/>
        </w:rPr>
        <w:t xml:space="preserve"> </w:t>
      </w:r>
      <w:r>
        <w:rPr>
          <w:rFonts w:ascii="Gadugi" w:hAnsi="Gadugi" w:eastAsia="Gadugi" w:cs="Gadugi"/>
        </w:rPr>
        <w:t>ᎬᏩᏍᏓᏩᏛ</w:t>
      </w:r>
      <w:r>
        <w:rPr>
          <w:rFonts w:ascii="Times New Roman" w:hAnsi="Times New Roman" w:eastAsia="Times New Roman" w:cs="Times New Roman"/>
        </w:rPr>
        <w:t xml:space="preserve"> Bush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ᎤᏂᏁᎿᎭᎥ</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ᎤᏅᏒᎢ</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ᎬᏩᎾᎵᏍᏔᏅ</w:t>
      </w:r>
      <w:r>
        <w:rPr>
          <w:rFonts w:ascii="Times New Roman" w:hAnsi="Times New Roman" w:eastAsia="Times New Roman" w:cs="Times New Roman"/>
        </w:rPr>
        <w:t xml:space="preserve"> </w:t>
      </w:r>
      <w:r>
        <w:rPr>
          <w:rFonts w:ascii="Gadugi" w:hAnsi="Gadugi" w:eastAsia="Gadugi" w:cs="Gadugi"/>
        </w:rPr>
        <w:t>ᎠᏂᎬᏫᏳᎯ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ᏧᏓᎴᏅ</w:t>
      </w:r>
      <w:r>
        <w:rPr>
          <w:rFonts w:ascii="Times New Roman" w:hAnsi="Times New Roman" w:eastAsia="Times New Roman" w:cs="Times New Roman"/>
        </w:rPr>
        <w:t xml:space="preserve">. Trump, </w:t>
      </w:r>
      <w:r>
        <w:rPr>
          <w:rFonts w:ascii="Gadugi" w:hAnsi="Gadugi" w:eastAsia="Gadugi" w:cs="Gadugi"/>
        </w:rPr>
        <w:t>ᏅᎩᏁᎢ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ᎤᏤᎯ</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ᏥᎨᏎᎢ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ᎤᏂᎥ</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ᏥᎨᏎᎢ</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ᎤᏅᏅᎢ</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ᏄᎵᏍᏔᏅᎢ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ᎠᏂᎦᏛ</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ᎦᏁᏍᎩ</w:t>
      </w:r>
      <w:r>
        <w:rPr>
          <w:rFonts w:ascii="Times New Roman" w:hAnsi="Times New Roman" w:eastAsia="Times New Roman" w:cs="Times New Roman"/>
        </w:rPr>
        <w:t xml:space="preserve"> </w:t>
      </w:r>
      <w:r>
        <w:rPr>
          <w:rFonts w:ascii="Gadugi" w:hAnsi="Gadugi" w:eastAsia="Gadugi" w:cs="Gadugi"/>
        </w:rPr>
        <w:t>ᎤᎾᏁᎬ</w:t>
      </w:r>
      <w:r>
        <w:rPr>
          <w:rFonts w:ascii="Times New Roman" w:hAnsi="Times New Roman" w:eastAsia="Times New Roman" w:cs="Times New Roman"/>
        </w:rPr>
        <w:t xml:space="preserve"> </w:t>
      </w:r>
      <w:r>
        <w:rPr>
          <w:rFonts w:ascii="Gadugi" w:hAnsi="Gadugi" w:eastAsia="Gadugi" w:cs="Gadugi"/>
        </w:rPr>
        <w:t>ᎤᏅᏅᎢ</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ᎢᎸᎯᏳ</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ᎤᏓᏬᏂᏍᎬ</w:t>
      </w:r>
      <w:r>
        <w:rPr>
          <w:rFonts w:ascii="Times New Roman" w:hAnsi="Times New Roman" w:eastAsia="Times New Roman" w:cs="Times New Roman"/>
        </w:rPr>
        <w:t xml:space="preserve"> </w:t>
      </w:r>
      <w:r>
        <w:rPr>
          <w:rFonts w:ascii="Gadugi" w:hAnsi="Gadugi" w:eastAsia="Gadugi" w:cs="Gadugi"/>
        </w:rPr>
        <w:t>ᏗᎦᏁᎶᏗ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ᏱᏂᎦᎵᏍᏔᏅ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Abroha no adwumayɛfoɔ-panyin a na ɔyɛ ɔdefoɔ kɛseɛ paa wɔ Amerika abakɔsɛm mu, sɛ wɔde toto ho a, ne na ɔyɛɛ United States no manpanyin a ɔdi kan. Ansa na Donald Trump reba no, George Washington na ɔyɛɛ manpanyin a ɔdefoɔ kɛseɛ paa wɔ Amerika abakɔsɛm mu, na ɔnyaa n’ahonya no te sɛ Donald Trump nso, nam asase ne adan mu sika-sisɛm mu. Washington ne Trump baanu nyinaa fii amammuisɛm mu akwan a ɛnyɛ deɛ wɔtaa fa so baa tumi no mu. Ansa na Washington reyɛ manpanyin no, na ɔyɛ ɔsraani panyin titire; na Trump nso yɛ ɔdwadini ne televizɔn so nipa a wɔnim no, na te sɛ Washington no, na onni amammuisɛm mu osuahu biara da.</w:t>
      </w:r>
    </w:p>
    <w:p>
      <w:pPr>
        <w:pStyle w:val="ArticleBody"/>
        <w:jc w:val="left"/>
      </w:pPr>
      <w:r>
        <w:rPr>
          <w:rFonts w:ascii="Nirmala UI" w:hAnsi="Nirmala UI" w:eastAsia="Nirmala UI" w:cs="Nirmala UI"/>
        </w:rPr>
        <w:t>ദുനു</w:t>
      </w:r>
      <w:r>
        <w:rPr>
          <w:rFonts w:ascii="Times New Roman" w:hAnsi="Times New Roman" w:eastAsia="Times New Roman" w:cs="Times New Roman"/>
        </w:rPr>
        <w:t xml:space="preserve"> </w:t>
      </w:r>
      <w:r>
        <w:rPr>
          <w:rFonts w:ascii="Nirmala UI" w:hAnsi="Nirmala UI" w:eastAsia="Nirmala UI" w:cs="Nirmala UI"/>
        </w:rPr>
        <w:t>രാ</w:t>
      </w:r>
      <w:r>
        <w:rPr>
          <w:rFonts w:ascii="Times New Roman" w:hAnsi="Times New Roman" w:eastAsia="Times New Roman" w:cs="Times New Roman"/>
        </w:rPr>
        <w:t xml:space="preserve"> </w:t>
      </w:r>
      <w:r>
        <w:rPr>
          <w:rFonts w:ascii="Nirmala UI" w:hAnsi="Nirmala UI" w:eastAsia="Nirmala UI" w:cs="Nirmala UI"/>
        </w:rPr>
        <w:t>പ്രസിഡന്റുമരും</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ശക്തമായ</w:t>
      </w:r>
      <w:r>
        <w:rPr>
          <w:rFonts w:ascii="Times New Roman" w:hAnsi="Times New Roman" w:eastAsia="Times New Roman" w:cs="Times New Roman"/>
        </w:rPr>
        <w:t xml:space="preserve"> </w:t>
      </w:r>
      <w:r>
        <w:rPr>
          <w:rFonts w:ascii="Nirmala UI" w:hAnsi="Nirmala UI" w:eastAsia="Nirmala UI" w:cs="Nirmala UI"/>
        </w:rPr>
        <w:t>വ്യക്തിത്വത്തിനും</w:t>
      </w:r>
      <w:r>
        <w:rPr>
          <w:rFonts w:ascii="Times New Roman" w:hAnsi="Times New Roman" w:eastAsia="Times New Roman" w:cs="Times New Roman"/>
        </w:rPr>
        <w:t xml:space="preserve"> </w:t>
      </w:r>
      <w:r>
        <w:rPr>
          <w:rFonts w:ascii="Nirmala UI" w:hAnsi="Nirmala UI" w:eastAsia="Nirmala UI" w:cs="Nirmala UI"/>
        </w:rPr>
        <w:t>നേതൃത്വശൈലികൾക്കും</w:t>
      </w:r>
      <w:r>
        <w:rPr>
          <w:rFonts w:ascii="Times New Roman" w:hAnsi="Times New Roman" w:eastAsia="Times New Roman" w:cs="Times New Roman"/>
        </w:rPr>
        <w:t xml:space="preserve"> </w:t>
      </w:r>
      <w:r>
        <w:rPr>
          <w:rFonts w:ascii="Nirmala UI" w:hAnsi="Nirmala UI" w:eastAsia="Nirmala UI" w:cs="Nirmala UI"/>
        </w:rPr>
        <w:t>പ്രസിദ്ധരായിരുന്നു</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ഗുണങ്ങൾ</w:t>
      </w:r>
      <w:r>
        <w:rPr>
          <w:rFonts w:ascii="Times New Roman" w:hAnsi="Times New Roman" w:eastAsia="Times New Roman" w:cs="Times New Roman"/>
        </w:rPr>
        <w:t xml:space="preserve"> </w:t>
      </w:r>
      <w:r>
        <w:rPr>
          <w:rFonts w:ascii="Nirmala UI" w:hAnsi="Nirmala UI" w:eastAsia="Nirmala UI" w:cs="Nirmala UI"/>
        </w:rPr>
        <w:t>പ്രകടിപ്പിച്ച</w:t>
      </w:r>
      <w:r>
        <w:rPr>
          <w:rFonts w:ascii="Times New Roman" w:hAnsi="Times New Roman" w:eastAsia="Times New Roman" w:cs="Times New Roman"/>
        </w:rPr>
        <w:t xml:space="preserve"> </w:t>
      </w:r>
      <w:r>
        <w:rPr>
          <w:rFonts w:ascii="Nirmala UI" w:hAnsi="Nirmala UI" w:eastAsia="Nirmala UI" w:cs="Nirmala UI"/>
        </w:rPr>
        <w:t>രീതി</w:t>
      </w:r>
      <w:r>
        <w:rPr>
          <w:rFonts w:ascii="Times New Roman" w:hAnsi="Times New Roman" w:eastAsia="Times New Roman" w:cs="Times New Roman"/>
        </w:rPr>
        <w:t xml:space="preserve"> </w:t>
      </w:r>
      <w:r>
        <w:rPr>
          <w:rFonts w:ascii="Nirmala UI" w:hAnsi="Nirmala UI" w:eastAsia="Nirmala UI" w:cs="Nirmala UI"/>
        </w:rPr>
        <w:t>വളരെ</w:t>
      </w:r>
      <w:r>
        <w:rPr>
          <w:rFonts w:ascii="Times New Roman" w:hAnsi="Times New Roman" w:eastAsia="Times New Roman" w:cs="Times New Roman"/>
        </w:rPr>
        <w:t xml:space="preserve"> </w:t>
      </w:r>
      <w:r>
        <w:rPr>
          <w:rFonts w:ascii="Nirmala UI" w:hAnsi="Nirmala UI" w:eastAsia="Nirmala UI" w:cs="Nirmala UI"/>
        </w:rPr>
        <w:t>വ്യത്യസ്തമായിരുന്നു</w:t>
      </w:r>
      <w:r>
        <w:rPr>
          <w:rFonts w:ascii="Times New Roman" w:hAnsi="Times New Roman" w:eastAsia="Times New Roman" w:cs="Times New Roman"/>
        </w:rPr>
        <w:t xml:space="preserve">. </w:t>
      </w:r>
      <w:r>
        <w:rPr>
          <w:rFonts w:ascii="Nirmala UI" w:hAnsi="Nirmala UI" w:eastAsia="Nirmala UI" w:cs="Nirmala UI"/>
        </w:rPr>
        <w:t>വിപ്ലവയുദ്ധകാലത്തും</w:t>
      </w:r>
      <w:r>
        <w:rPr>
          <w:rFonts w:ascii="Times New Roman" w:hAnsi="Times New Roman" w:eastAsia="Times New Roman" w:cs="Times New Roman"/>
        </w:rPr>
        <w:t xml:space="preserve"> </w:t>
      </w:r>
      <w:r>
        <w:rPr>
          <w:rFonts w:ascii="Nirmala UI" w:hAnsi="Nirmala UI" w:eastAsia="Nirmala UI" w:cs="Nirmala UI"/>
        </w:rPr>
        <w:t>റിപ്പബ്ലിക്കിന്റെ</w:t>
      </w:r>
      <w:r>
        <w:rPr>
          <w:rFonts w:ascii="Times New Roman" w:hAnsi="Times New Roman" w:eastAsia="Times New Roman" w:cs="Times New Roman"/>
        </w:rPr>
        <w:t xml:space="preserve"> </w:t>
      </w:r>
      <w:r>
        <w:rPr>
          <w:rFonts w:ascii="Nirmala UI" w:hAnsi="Nirmala UI" w:eastAsia="Nirmala UI" w:cs="Nirmala UI"/>
        </w:rPr>
        <w:t>പ്രാരംഭ</w:t>
      </w:r>
      <w:r>
        <w:rPr>
          <w:rFonts w:ascii="Times New Roman" w:hAnsi="Times New Roman" w:eastAsia="Times New Roman" w:cs="Times New Roman"/>
        </w:rPr>
        <w:t xml:space="preserve"> </w:t>
      </w:r>
      <w:r>
        <w:rPr>
          <w:rFonts w:ascii="Nirmala UI" w:hAnsi="Nirmala UI" w:eastAsia="Nirmala UI" w:cs="Nirmala UI"/>
        </w:rPr>
        <w:t>വർഷങ്ങളിലുമുള്ള</w:t>
      </w:r>
      <w:r>
        <w:rPr>
          <w:rFonts w:ascii="Times New Roman" w:hAnsi="Times New Roman" w:eastAsia="Times New Roman" w:cs="Times New Roman"/>
        </w:rPr>
        <w:t xml:space="preserve"> </w:t>
      </w:r>
      <w:r>
        <w:rPr>
          <w:rFonts w:ascii="Nirmala UI" w:hAnsi="Nirmala UI" w:eastAsia="Nirmala UI" w:cs="Nirmala UI"/>
        </w:rPr>
        <w:t>അദ്ദേഹത്തിന്റെ</w:t>
      </w:r>
      <w:r>
        <w:rPr>
          <w:rFonts w:ascii="Times New Roman" w:hAnsi="Times New Roman" w:eastAsia="Times New Roman" w:cs="Times New Roman"/>
        </w:rPr>
        <w:t xml:space="preserve"> </w:t>
      </w:r>
      <w:r>
        <w:rPr>
          <w:rFonts w:ascii="Nirmala UI" w:hAnsi="Nirmala UI" w:eastAsia="Nirmala UI" w:cs="Nirmala UI"/>
        </w:rPr>
        <w:t>സ്ഥിതപ്രജ്ഞയുള്ള</w:t>
      </w:r>
      <w:r>
        <w:rPr>
          <w:rFonts w:ascii="Times New Roman" w:hAnsi="Times New Roman" w:eastAsia="Times New Roman" w:cs="Times New Roman"/>
        </w:rPr>
        <w:t xml:space="preserve">, </w:t>
      </w:r>
      <w:r>
        <w:rPr>
          <w:rFonts w:ascii="Nirmala UI" w:hAnsi="Nirmala UI" w:eastAsia="Nirmala UI" w:cs="Nirmala UI"/>
        </w:rPr>
        <w:t>ശാന്തവും</w:t>
      </w:r>
      <w:r>
        <w:rPr>
          <w:rFonts w:ascii="Times New Roman" w:hAnsi="Times New Roman" w:eastAsia="Times New Roman" w:cs="Times New Roman"/>
        </w:rPr>
        <w:t xml:space="preserve"> </w:t>
      </w:r>
      <w:r>
        <w:rPr>
          <w:rFonts w:ascii="Nirmala UI" w:hAnsi="Nirmala UI" w:eastAsia="Nirmala UI" w:cs="Nirmala UI"/>
        </w:rPr>
        <w:t>ആത്മവിശ്വാസപൂർണ്ണവുമായ</w:t>
      </w:r>
      <w:r>
        <w:rPr>
          <w:rFonts w:ascii="Times New Roman" w:hAnsi="Times New Roman" w:eastAsia="Times New Roman" w:cs="Times New Roman"/>
        </w:rPr>
        <w:t xml:space="preserve"> </w:t>
      </w:r>
      <w:r>
        <w:rPr>
          <w:rFonts w:ascii="Nirmala UI" w:hAnsi="Nirmala UI" w:eastAsia="Nirmala UI" w:cs="Nirmala UI"/>
        </w:rPr>
        <w:t>നേതൃത്വം</w:t>
      </w:r>
      <w:r>
        <w:rPr>
          <w:rFonts w:ascii="Times New Roman" w:hAnsi="Times New Roman" w:eastAsia="Times New Roman" w:cs="Times New Roman"/>
        </w:rPr>
        <w:t xml:space="preserve"> </w:t>
      </w:r>
      <w:r>
        <w:rPr>
          <w:rFonts w:ascii="Nirmala UI" w:hAnsi="Nirmala UI" w:eastAsia="Nirmala UI" w:cs="Nirmala UI"/>
        </w:rPr>
        <w:t>കൂടാതെ</w:t>
      </w:r>
      <w:r>
        <w:rPr>
          <w:rFonts w:ascii="Times New Roman" w:hAnsi="Times New Roman" w:eastAsia="Times New Roman" w:cs="Times New Roman"/>
        </w:rPr>
        <w:t xml:space="preserve"> </w:t>
      </w:r>
      <w:r>
        <w:rPr>
          <w:rFonts w:ascii="Nirmala UI" w:hAnsi="Nirmala UI" w:eastAsia="Nirmala UI" w:cs="Nirmala UI"/>
        </w:rPr>
        <w:t>ഐക്യദായക</w:t>
      </w:r>
      <w:r>
        <w:rPr>
          <w:rFonts w:ascii="Times New Roman" w:hAnsi="Times New Roman" w:eastAsia="Times New Roman" w:cs="Times New Roman"/>
        </w:rPr>
        <w:t xml:space="preserve"> </w:t>
      </w:r>
      <w:r>
        <w:rPr>
          <w:rFonts w:ascii="Nirmala UI" w:hAnsi="Nirmala UI" w:eastAsia="Nirmala UI" w:cs="Nirmala UI"/>
        </w:rPr>
        <w:t>സാന്നിധ്യം</w:t>
      </w:r>
      <w:r>
        <w:rPr>
          <w:rFonts w:ascii="Times New Roman" w:hAnsi="Times New Roman" w:eastAsia="Times New Roman" w:cs="Times New Roman"/>
        </w:rPr>
        <w:t xml:space="preserve"> </w:t>
      </w:r>
      <w:r>
        <w:rPr>
          <w:rFonts w:ascii="Nirmala UI" w:hAnsi="Nirmala UI" w:eastAsia="Nirmala UI" w:cs="Nirmala UI"/>
        </w:rPr>
        <w:t>കൊണ്ടാണ്</w:t>
      </w:r>
      <w:r>
        <w:rPr>
          <w:rFonts w:ascii="Times New Roman" w:hAnsi="Times New Roman" w:eastAsia="Times New Roman" w:cs="Times New Roman"/>
        </w:rPr>
        <w:t xml:space="preserve"> </w:t>
      </w:r>
      <w:r>
        <w:rPr>
          <w:rFonts w:ascii="Nirmala UI" w:hAnsi="Nirmala UI" w:eastAsia="Nirmala UI" w:cs="Nirmala UI"/>
        </w:rPr>
        <w:t>വാഷിംഗ്ടൺ</w:t>
      </w:r>
      <w:r>
        <w:rPr>
          <w:rFonts w:ascii="Times New Roman" w:hAnsi="Times New Roman" w:eastAsia="Times New Roman" w:cs="Times New Roman"/>
        </w:rPr>
        <w:t xml:space="preserve"> </w:t>
      </w:r>
      <w:r>
        <w:rPr>
          <w:rFonts w:ascii="Nirmala UI" w:hAnsi="Nirmala UI" w:eastAsia="Nirmala UI" w:cs="Nirmala UI"/>
        </w:rPr>
        <w:t>അറിയപ്പെട്ടിരുന്നത്</w:t>
      </w:r>
      <w:r>
        <w:rPr>
          <w:rFonts w:ascii="Times New Roman" w:hAnsi="Times New Roman" w:eastAsia="Times New Roman" w:cs="Times New Roman"/>
        </w:rPr>
        <w:t xml:space="preserve">; </w:t>
      </w:r>
      <w:r>
        <w:rPr>
          <w:rFonts w:ascii="Nirmala UI" w:hAnsi="Nirmala UI" w:eastAsia="Nirmala UI" w:cs="Nirmala UI"/>
        </w:rPr>
        <w:t>അതേസമയം</w:t>
      </w:r>
      <w:r>
        <w:rPr>
          <w:rFonts w:ascii="Times New Roman" w:hAnsi="Times New Roman" w:eastAsia="Times New Roman" w:cs="Times New Roman"/>
        </w:rPr>
        <w:t xml:space="preserve">, </w:t>
      </w:r>
      <w:r>
        <w:rPr>
          <w:rFonts w:ascii="Nirmala UI" w:hAnsi="Nirmala UI" w:eastAsia="Nirmala UI" w:cs="Nirmala UI"/>
        </w:rPr>
        <w:t>ട്രംപ്</w:t>
      </w:r>
      <w:r>
        <w:rPr>
          <w:rFonts w:ascii="Times New Roman" w:hAnsi="Times New Roman" w:eastAsia="Times New Roman" w:cs="Times New Roman"/>
        </w:rPr>
        <w:t xml:space="preserve"> </w:t>
      </w:r>
      <w:r>
        <w:rPr>
          <w:rFonts w:ascii="Nirmala UI" w:hAnsi="Nirmala UI" w:eastAsia="Nirmala UI" w:cs="Nirmala UI"/>
        </w:rPr>
        <w:t>നേതൃത്വത്തിലും</w:t>
      </w:r>
      <w:r>
        <w:rPr>
          <w:rFonts w:ascii="Times New Roman" w:hAnsi="Times New Roman" w:eastAsia="Times New Roman" w:cs="Times New Roman"/>
        </w:rPr>
        <w:t xml:space="preserve"> </w:t>
      </w:r>
      <w:r>
        <w:rPr>
          <w:rFonts w:ascii="Nirmala UI" w:hAnsi="Nirmala UI" w:eastAsia="Nirmala UI" w:cs="Nirmala UI"/>
        </w:rPr>
        <w:t>ഭരണനിർവഹണത്തിലും</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ദൃഢപ്രഖ്യാപനപരമായ</w:t>
      </w:r>
      <w:r>
        <w:rPr>
          <w:rFonts w:ascii="Times New Roman" w:hAnsi="Times New Roman" w:eastAsia="Times New Roman" w:cs="Times New Roman"/>
        </w:rPr>
        <w:t xml:space="preserve"> </w:t>
      </w:r>
      <w:r>
        <w:rPr>
          <w:rFonts w:ascii="Nirmala UI" w:hAnsi="Nirmala UI" w:eastAsia="Nirmala UI" w:cs="Nirmala UI"/>
        </w:rPr>
        <w:t>സമീപനത്താൽ</w:t>
      </w:r>
      <w:r>
        <w:rPr>
          <w:rFonts w:ascii="Times New Roman" w:hAnsi="Times New Roman" w:eastAsia="Times New Roman" w:cs="Times New Roman"/>
        </w:rPr>
        <w:t xml:space="preserve"> </w:t>
      </w:r>
      <w:r>
        <w:rPr>
          <w:rFonts w:ascii="Nirmala UI" w:hAnsi="Nirmala UI" w:eastAsia="Nirmala UI" w:cs="Nirmala UI"/>
        </w:rPr>
        <w:t>അറിയപ്പെടുന്നു</w:t>
      </w:r>
      <w:r>
        <w:rPr>
          <w:rFonts w:ascii="Times New Roman" w:hAnsi="Times New Roman" w:eastAsia="Times New Roman" w:cs="Times New Roman"/>
        </w:rPr>
        <w:t xml:space="preserve">. </w:t>
      </w:r>
      <w:r>
        <w:rPr>
          <w:rFonts w:ascii="Nirmala UI" w:hAnsi="Nirmala UI" w:eastAsia="Nirmala UI" w:cs="Nirmala UI"/>
        </w:rPr>
        <w:t>വാഷിംഗ്ടണും</w:t>
      </w:r>
      <w:r>
        <w:rPr>
          <w:rFonts w:ascii="Times New Roman" w:hAnsi="Times New Roman" w:eastAsia="Times New Roman" w:cs="Times New Roman"/>
        </w:rPr>
        <w:t xml:space="preserve"> </w:t>
      </w:r>
      <w:r>
        <w:rPr>
          <w:rFonts w:ascii="Nirmala UI" w:hAnsi="Nirmala UI" w:eastAsia="Nirmala UI" w:cs="Nirmala UI"/>
        </w:rPr>
        <w:t>ട്രംപും</w:t>
      </w:r>
      <w:r>
        <w:rPr>
          <w:rFonts w:ascii="Times New Roman" w:hAnsi="Times New Roman" w:eastAsia="Times New Roman" w:cs="Times New Roman"/>
        </w:rPr>
        <w:t xml:space="preserve"> </w:t>
      </w:r>
      <w:r>
        <w:rPr>
          <w:rFonts w:ascii="Nirmala UI" w:hAnsi="Nirmala UI" w:eastAsia="Nirmala UI" w:cs="Nirmala UI"/>
        </w:rPr>
        <w:t>ഇരുവരും</w:t>
      </w:r>
      <w:r>
        <w:rPr>
          <w:rFonts w:ascii="Times New Roman" w:hAnsi="Times New Roman" w:eastAsia="Times New Roman" w:cs="Times New Roman"/>
        </w:rPr>
        <w:t xml:space="preserve"> </w:t>
      </w:r>
      <w:r>
        <w:rPr>
          <w:rFonts w:ascii="Nirmala UI" w:hAnsi="Nirmala UI" w:eastAsia="Nirmala UI" w:cs="Nirmala UI"/>
        </w:rPr>
        <w:t>ഗണനീയമായ</w:t>
      </w:r>
      <w:r>
        <w:rPr>
          <w:rFonts w:ascii="Times New Roman" w:hAnsi="Times New Roman" w:eastAsia="Times New Roman" w:cs="Times New Roman"/>
        </w:rPr>
        <w:t xml:space="preserve"> </w:t>
      </w:r>
      <w:r>
        <w:rPr>
          <w:rFonts w:ascii="Nirmala UI" w:hAnsi="Nirmala UI" w:eastAsia="Nirmala UI" w:cs="Nirmala UI"/>
        </w:rPr>
        <w:t>വിവാദങ്ങളുടെ</w:t>
      </w:r>
      <w:r>
        <w:rPr>
          <w:rFonts w:ascii="Times New Roman" w:hAnsi="Times New Roman" w:eastAsia="Times New Roman" w:cs="Times New Roman"/>
        </w:rPr>
        <w:t xml:space="preserve"> </w:t>
      </w:r>
      <w:r>
        <w:rPr>
          <w:rFonts w:ascii="Nirmala UI" w:hAnsi="Nirmala UI" w:eastAsia="Nirmala UI" w:cs="Nirmala UI"/>
        </w:rPr>
        <w:t>കേന്ദ്രപാത്രങ്ങളായിരുന്നു</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കാരണങ്ങൾ</w:t>
      </w:r>
      <w:r>
        <w:rPr>
          <w:rFonts w:ascii="Times New Roman" w:hAnsi="Times New Roman" w:eastAsia="Times New Roman" w:cs="Times New Roman"/>
        </w:rPr>
        <w:t xml:space="preserve"> </w:t>
      </w:r>
      <w:r>
        <w:rPr>
          <w:rFonts w:ascii="Nirmala UI" w:hAnsi="Nirmala UI" w:eastAsia="Nirmala UI" w:cs="Nirmala UI"/>
        </w:rPr>
        <w:t>ഏറെ</w:t>
      </w:r>
      <w:r>
        <w:rPr>
          <w:rFonts w:ascii="Times New Roman" w:hAnsi="Times New Roman" w:eastAsia="Times New Roman" w:cs="Times New Roman"/>
        </w:rPr>
        <w:t xml:space="preserve"> </w:t>
      </w:r>
      <w:r>
        <w:rPr>
          <w:rFonts w:ascii="Nirmala UI" w:hAnsi="Nirmala UI" w:eastAsia="Nirmala UI" w:cs="Nirmala UI"/>
        </w:rPr>
        <w:t>വ്യത്യസ്തമായിരുന്നു</w:t>
      </w:r>
      <w:r>
        <w:rPr>
          <w:rFonts w:ascii="Times New Roman" w:hAnsi="Times New Roman" w:eastAsia="Times New Roman" w:cs="Times New Roman"/>
        </w:rPr>
        <w:t xml:space="preserve">. </w:t>
      </w:r>
      <w:r>
        <w:rPr>
          <w:rFonts w:ascii="Nirmala UI" w:hAnsi="Nirmala UI" w:eastAsia="Nirmala UI" w:cs="Nirmala UI"/>
        </w:rPr>
        <w:t>വ്യാപകമായി</w:t>
      </w:r>
      <w:r>
        <w:rPr>
          <w:rFonts w:ascii="Times New Roman" w:hAnsi="Times New Roman" w:eastAsia="Times New Roman" w:cs="Times New Roman"/>
        </w:rPr>
        <w:t xml:space="preserve"> </w:t>
      </w:r>
      <w:r>
        <w:rPr>
          <w:rFonts w:ascii="Nirmala UI" w:hAnsi="Nirmala UI" w:eastAsia="Nirmala UI" w:cs="Nirmala UI"/>
        </w:rPr>
        <w:t>ആദരിക്കപ്പെട്ടിരുന്ന</w:t>
      </w:r>
      <w:r>
        <w:rPr>
          <w:rFonts w:ascii="Times New Roman" w:hAnsi="Times New Roman" w:eastAsia="Times New Roman" w:cs="Times New Roman"/>
        </w:rPr>
        <w:t xml:space="preserve"> </w:t>
      </w:r>
      <w:r>
        <w:rPr>
          <w:rFonts w:ascii="Nirmala UI" w:hAnsi="Nirmala UI" w:eastAsia="Nirmala UI" w:cs="Nirmala UI"/>
        </w:rPr>
        <w:t>വാഷിംഗ്ടൺ</w:t>
      </w:r>
      <w:r>
        <w:rPr>
          <w:rFonts w:ascii="Times New Roman" w:hAnsi="Times New Roman" w:eastAsia="Times New Roman" w:cs="Times New Roman"/>
        </w:rPr>
        <w:t xml:space="preserve">, </w:t>
      </w:r>
      <w:r>
        <w:rPr>
          <w:rFonts w:ascii="Nirmala UI" w:hAnsi="Nirmala UI" w:eastAsia="Nirmala UI" w:cs="Nirmala UI"/>
        </w:rPr>
        <w:t>അടിമത്തത്തെക്കുറിച്ചുള്ള</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നിലപാടുകൾ</w:t>
      </w:r>
      <w:r>
        <w:rPr>
          <w:rFonts w:ascii="Times New Roman" w:hAnsi="Times New Roman" w:eastAsia="Times New Roman" w:cs="Times New Roman"/>
        </w:rPr>
        <w:t xml:space="preserve"> </w:t>
      </w:r>
      <w:r>
        <w:rPr>
          <w:rFonts w:ascii="Nirmala UI" w:hAnsi="Nirmala UI" w:eastAsia="Nirmala UI" w:cs="Nirmala UI"/>
        </w:rPr>
        <w:t>ഉൾപ്പെടെ</w:t>
      </w:r>
      <w:r>
        <w:rPr>
          <w:rFonts w:ascii="Times New Roman" w:hAnsi="Times New Roman" w:eastAsia="Times New Roman" w:cs="Times New Roman"/>
        </w:rPr>
        <w:t xml:space="preserve"> </w:t>
      </w:r>
      <w:r>
        <w:rPr>
          <w:rFonts w:ascii="Nirmala UI" w:hAnsi="Nirmala UI" w:eastAsia="Nirmala UI" w:cs="Nirmala UI"/>
        </w:rPr>
        <w:t>വിവിധ</w:t>
      </w:r>
      <w:r>
        <w:rPr>
          <w:rFonts w:ascii="Times New Roman" w:hAnsi="Times New Roman" w:eastAsia="Times New Roman" w:cs="Times New Roman"/>
        </w:rPr>
        <w:t xml:space="preserve"> </w:t>
      </w:r>
      <w:r>
        <w:rPr>
          <w:rFonts w:ascii="Nirmala UI" w:hAnsi="Nirmala UI" w:eastAsia="Nirmala UI" w:cs="Nirmala UI"/>
        </w:rPr>
        <w:t>വിഷയങ്ങളിൽ</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കാലഘട്ടത്തിൽ</w:t>
      </w:r>
      <w:r>
        <w:rPr>
          <w:rFonts w:ascii="Times New Roman" w:hAnsi="Times New Roman" w:eastAsia="Times New Roman" w:cs="Times New Roman"/>
        </w:rPr>
        <w:t xml:space="preserve"> </w:t>
      </w:r>
      <w:r>
        <w:rPr>
          <w:rFonts w:ascii="Nirmala UI" w:hAnsi="Nirmala UI" w:eastAsia="Nirmala UI" w:cs="Nirmala UI"/>
        </w:rPr>
        <w:t>വിമർശനങ്ങൾ</w:t>
      </w:r>
      <w:r>
        <w:rPr>
          <w:rFonts w:ascii="Times New Roman" w:hAnsi="Times New Roman" w:eastAsia="Times New Roman" w:cs="Times New Roman"/>
        </w:rPr>
        <w:t xml:space="preserve"> </w:t>
      </w:r>
      <w:r>
        <w:rPr>
          <w:rFonts w:ascii="Nirmala UI" w:hAnsi="Nirmala UI" w:eastAsia="Nirmala UI" w:cs="Nirmala UI"/>
        </w:rPr>
        <w:t>നേരിട്ടിരുന്നു</w:t>
      </w:r>
      <w:r>
        <w:rPr>
          <w:rFonts w:ascii="Times New Roman" w:hAnsi="Times New Roman" w:eastAsia="Times New Roman" w:cs="Times New Roman"/>
        </w:rPr>
        <w:t xml:space="preserve">. </w:t>
      </w:r>
      <w:r>
        <w:rPr>
          <w:rFonts w:ascii="Nirmala UI" w:hAnsi="Nirmala UI" w:eastAsia="Nirmala UI" w:cs="Nirmala UI"/>
        </w:rPr>
        <w:t>ട്രംപിന്റെ</w:t>
      </w:r>
      <w:r>
        <w:rPr>
          <w:rFonts w:ascii="Times New Roman" w:hAnsi="Times New Roman" w:eastAsia="Times New Roman" w:cs="Times New Roman"/>
        </w:rPr>
        <w:t xml:space="preserve"> </w:t>
      </w:r>
      <w:r>
        <w:rPr>
          <w:rFonts w:ascii="Nirmala UI" w:hAnsi="Nirmala UI" w:eastAsia="Nirmala UI" w:cs="Nirmala UI"/>
        </w:rPr>
        <w:t>പ്രസിഡൻസി</w:t>
      </w:r>
      <w:r>
        <w:rPr>
          <w:rFonts w:ascii="Times New Roman" w:hAnsi="Times New Roman" w:eastAsia="Times New Roman" w:cs="Times New Roman"/>
        </w:rPr>
        <w:t xml:space="preserve"> </w:t>
      </w:r>
      <w:r>
        <w:rPr>
          <w:rFonts w:ascii="Nirmala UI" w:hAnsi="Nirmala UI" w:eastAsia="Nirmala UI" w:cs="Nirmala UI"/>
        </w:rPr>
        <w:t>അനേകം</w:t>
      </w:r>
      <w:r>
        <w:rPr>
          <w:rFonts w:ascii="Times New Roman" w:hAnsi="Times New Roman" w:eastAsia="Times New Roman" w:cs="Times New Roman"/>
        </w:rPr>
        <w:t xml:space="preserve"> </w:t>
      </w:r>
      <w:r>
        <w:rPr>
          <w:rFonts w:ascii="Nirmala UI" w:hAnsi="Nirmala UI" w:eastAsia="Nirmala UI" w:cs="Nirmala UI"/>
        </w:rPr>
        <w:t>വിവാദങ്ങളാൽ</w:t>
      </w:r>
      <w:r>
        <w:rPr>
          <w:rFonts w:ascii="Times New Roman" w:hAnsi="Times New Roman" w:eastAsia="Times New Roman" w:cs="Times New Roman"/>
        </w:rPr>
        <w:t xml:space="preserve"> </w:t>
      </w:r>
      <w:r>
        <w:rPr>
          <w:rFonts w:ascii="Nirmala UI" w:hAnsi="Nirmala UI" w:eastAsia="Nirmala UI" w:cs="Nirmala UI"/>
        </w:rPr>
        <w:t>അടയാളപ്പെട്ടിരുന്നു</w:t>
      </w:r>
      <w:r>
        <w:rPr>
          <w:rFonts w:ascii="Times New Roman" w:hAnsi="Times New Roman" w:eastAsia="Times New Roman" w:cs="Times New Roman"/>
        </w:rPr>
        <w:t xml:space="preserve">; </w:t>
      </w:r>
      <w:r>
        <w:rPr>
          <w:rFonts w:ascii="Nirmala UI" w:hAnsi="Nirmala UI" w:eastAsia="Nirmala UI" w:cs="Nirmala UI"/>
        </w:rPr>
        <w:t>അതിൽ</w:t>
      </w:r>
      <w:r>
        <w:rPr>
          <w:rFonts w:ascii="Times New Roman" w:hAnsi="Times New Roman" w:eastAsia="Times New Roman" w:cs="Times New Roman"/>
        </w:rPr>
        <w:t xml:space="preserve"> </w:t>
      </w:r>
      <w:r>
        <w:rPr>
          <w:rFonts w:ascii="Nirmala UI" w:hAnsi="Nirmala UI" w:eastAsia="Nirmala UI" w:cs="Nirmala UI"/>
        </w:rPr>
        <w:t>സോഷ്യൽ</w:t>
      </w:r>
      <w:r>
        <w:rPr>
          <w:rFonts w:ascii="Times New Roman" w:hAnsi="Times New Roman" w:eastAsia="Times New Roman" w:cs="Times New Roman"/>
        </w:rPr>
        <w:t xml:space="preserve"> </w:t>
      </w:r>
      <w:r>
        <w:rPr>
          <w:rFonts w:ascii="Nirmala UI" w:hAnsi="Nirmala UI" w:eastAsia="Nirmala UI" w:cs="Nirmala UI"/>
        </w:rPr>
        <w:t>മീഡിയയിലെ</w:t>
      </w:r>
      <w:r>
        <w:rPr>
          <w:rFonts w:ascii="Times New Roman" w:hAnsi="Times New Roman" w:eastAsia="Times New Roman" w:cs="Times New Roman"/>
        </w:rPr>
        <w:t xml:space="preserve"> </w:t>
      </w:r>
      <w:r>
        <w:rPr>
          <w:rFonts w:ascii="Nirmala UI" w:hAnsi="Nirmala UI" w:eastAsia="Nirmala UI" w:cs="Nirmala UI"/>
        </w:rPr>
        <w:t>അദ്ദേഹത്തിന്റെ</w:t>
      </w:r>
      <w:r>
        <w:rPr>
          <w:rFonts w:ascii="Times New Roman" w:hAnsi="Times New Roman" w:eastAsia="Times New Roman" w:cs="Times New Roman"/>
        </w:rPr>
        <w:t xml:space="preserve"> “mean tweets” </w:t>
      </w:r>
      <w:r>
        <w:rPr>
          <w:rFonts w:ascii="Nirmala UI" w:hAnsi="Nirmala UI" w:eastAsia="Nirmala UI" w:cs="Nirmala UI"/>
        </w:rPr>
        <w:t>എന്നറിയപ്പെട്ട</w:t>
      </w:r>
      <w:r>
        <w:rPr>
          <w:rFonts w:ascii="Times New Roman" w:hAnsi="Times New Roman" w:eastAsia="Times New Roman" w:cs="Times New Roman"/>
        </w:rPr>
        <w:t xml:space="preserve"> </w:t>
      </w:r>
      <w:r>
        <w:rPr>
          <w:rFonts w:ascii="Nirmala UI" w:hAnsi="Nirmala UI" w:eastAsia="Nirmala UI" w:cs="Nirmala UI"/>
        </w:rPr>
        <w:t>പോസ്റ്റുകളുടെ</w:t>
      </w:r>
      <w:r>
        <w:rPr>
          <w:rFonts w:ascii="Times New Roman" w:hAnsi="Times New Roman" w:eastAsia="Times New Roman" w:cs="Times New Roman"/>
        </w:rPr>
        <w:t xml:space="preserve"> </w:t>
      </w:r>
      <w:r>
        <w:rPr>
          <w:rFonts w:ascii="Nirmala UI" w:hAnsi="Nirmala UI" w:eastAsia="Nirmala UI" w:cs="Nirmala UI"/>
        </w:rPr>
        <w:t>ഉപയോഗം</w:t>
      </w:r>
      <w:r>
        <w:rPr>
          <w:rFonts w:ascii="Times New Roman" w:hAnsi="Times New Roman" w:eastAsia="Times New Roman" w:cs="Times New Roman"/>
        </w:rPr>
        <w:t xml:space="preserve">, </w:t>
      </w:r>
      <w:r>
        <w:rPr>
          <w:rFonts w:ascii="Nirmala UI" w:hAnsi="Nirmala UI" w:eastAsia="Nirmala UI" w:cs="Nirmala UI"/>
        </w:rPr>
        <w:t>അമേരിക്ക</w:t>
      </w:r>
      <w:r>
        <w:rPr>
          <w:rFonts w:ascii="Times New Roman" w:hAnsi="Times New Roman" w:eastAsia="Times New Roman" w:cs="Times New Roman"/>
        </w:rPr>
        <w:t>-</w:t>
      </w:r>
      <w:r>
        <w:rPr>
          <w:rFonts w:ascii="Nirmala UI" w:hAnsi="Nirmala UI" w:eastAsia="Nirmala UI" w:cs="Nirmala UI"/>
        </w:rPr>
        <w:t>ഫസ്റ്റ്</w:t>
      </w:r>
      <w:r>
        <w:rPr>
          <w:rFonts w:ascii="Times New Roman" w:hAnsi="Times New Roman" w:eastAsia="Times New Roman" w:cs="Times New Roman"/>
        </w:rPr>
        <w:t xml:space="preserve"> </w:t>
      </w:r>
      <w:r>
        <w:rPr>
          <w:rFonts w:ascii="Nirmala UI" w:hAnsi="Nirmala UI" w:eastAsia="Nirmala UI" w:cs="Nirmala UI"/>
        </w:rPr>
        <w:t>നയപരമായ</w:t>
      </w:r>
      <w:r>
        <w:rPr>
          <w:rFonts w:ascii="Times New Roman" w:hAnsi="Times New Roman" w:eastAsia="Times New Roman" w:cs="Times New Roman"/>
        </w:rPr>
        <w:t xml:space="preserve"> </w:t>
      </w:r>
      <w:r>
        <w:rPr>
          <w:rFonts w:ascii="Nirmala UI" w:hAnsi="Nirmala UI" w:eastAsia="Nirmala UI" w:cs="Nirmala UI"/>
        </w:rPr>
        <w:t>തീരുമാനങ്ങൾ</w:t>
      </w:r>
      <w:r>
        <w:rPr>
          <w:rFonts w:ascii="Times New Roman" w:hAnsi="Times New Roman" w:eastAsia="Times New Roman" w:cs="Times New Roman"/>
        </w:rPr>
        <w:t xml:space="preserve">, </w:t>
      </w:r>
      <w:r>
        <w:rPr>
          <w:rFonts w:ascii="Nirmala UI" w:hAnsi="Nirmala UI" w:eastAsia="Nirmala UI" w:cs="Nirmala UI"/>
        </w:rPr>
        <w:t>കൂടാതെ</w:t>
      </w:r>
      <w:r>
        <w:rPr>
          <w:rFonts w:ascii="Times New Roman" w:hAnsi="Times New Roman" w:eastAsia="Times New Roman" w:cs="Times New Roman"/>
        </w:rPr>
        <w:t xml:space="preserve"> </w:t>
      </w:r>
      <w:r>
        <w:rPr>
          <w:rFonts w:ascii="Nirmala UI" w:hAnsi="Nirmala UI" w:eastAsia="Nirmala UI" w:cs="Nirmala UI"/>
        </w:rPr>
        <w:t>സ്വയംബോധം</w:t>
      </w:r>
      <w:r>
        <w:rPr>
          <w:rFonts w:ascii="Times New Roman" w:hAnsi="Times New Roman" w:eastAsia="Times New Roman" w:cs="Times New Roman"/>
        </w:rPr>
        <w:t xml:space="preserve"> </w:t>
      </w:r>
      <w:r>
        <w:rPr>
          <w:rFonts w:ascii="Nirmala UI" w:hAnsi="Nirmala UI" w:eastAsia="Nirmala UI" w:cs="Nirmala UI"/>
        </w:rPr>
        <w:t>എന്നിവയും</w:t>
      </w:r>
      <w:r>
        <w:rPr>
          <w:rFonts w:ascii="Times New Roman" w:hAnsi="Times New Roman" w:eastAsia="Times New Roman" w:cs="Times New Roman"/>
        </w:rPr>
        <w:t xml:space="preserve"> </w:t>
      </w:r>
      <w:r>
        <w:rPr>
          <w:rFonts w:ascii="Nirmala UI" w:hAnsi="Nirmala UI" w:eastAsia="Nirmala UI" w:cs="Nirmala UI"/>
        </w:rPr>
        <w:t>ഉൾപ്പെടുന്നു</w:t>
      </w:r>
      <w:r>
        <w:rPr>
          <w:rFonts w:ascii="Times New Roman" w:hAnsi="Times New Roman" w:eastAsia="Times New Roman" w:cs="Times New Roman"/>
        </w:rPr>
        <w:t>.</w:t>
      </w:r>
    </w:p>
    <w:p>
      <w:pPr>
        <w:pStyle w:val="ArticleBody"/>
        <w:jc w:val="left"/>
      </w:pPr>
      <w:r>
        <w:rPr>
          <w:rFonts w:ascii="Nirmala UI" w:hAnsi="Nirmala UI" w:eastAsia="Nirmala UI" w:cs="Nirmala UI"/>
        </w:rPr>
        <w:t>श्रीमन्ततर</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विश्ववादी</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शक्तिहरूलाई</w:t>
      </w:r>
      <w:r>
        <w:rPr>
          <w:rFonts w:ascii="Times New Roman" w:hAnsi="Times New Roman" w:eastAsia="Times New Roman" w:cs="Times New Roman"/>
        </w:rPr>
        <w:t xml:space="preserve"> </w:t>
      </w:r>
      <w:r>
        <w:rPr>
          <w:rFonts w:ascii="Nirmala UI" w:hAnsi="Nirmala UI" w:eastAsia="Nirmala UI" w:cs="Nirmala UI"/>
        </w:rPr>
        <w:t>उकास्नेवाला</w:t>
      </w:r>
      <w:r>
        <w:rPr>
          <w:rFonts w:ascii="Times New Roman" w:hAnsi="Times New Roman" w:eastAsia="Times New Roman" w:cs="Times New Roman"/>
        </w:rPr>
        <w:t xml:space="preserve"> </w:t>
      </w:r>
      <w:r>
        <w:rPr>
          <w:rFonts w:ascii="Nirmala UI" w:hAnsi="Nirmala UI" w:eastAsia="Nirmala UI" w:cs="Nirmala UI"/>
        </w:rPr>
        <w:t>हुनुपर्ने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एघारको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दुईको</w:t>
      </w:r>
      <w:r>
        <w:rPr>
          <w:rFonts w:ascii="Times New Roman" w:hAnsi="Times New Roman" w:eastAsia="Times New Roman" w:cs="Times New Roman"/>
        </w:rPr>
        <w:t xml:space="preserve"> </w:t>
      </w:r>
      <w:r>
        <w:rPr>
          <w:rFonts w:ascii="Nirmala UI" w:hAnsi="Nirmala UI" w:eastAsia="Nirmala UI" w:cs="Nirmala UI"/>
        </w:rPr>
        <w:t>इतिहासलाई</w:t>
      </w:r>
      <w:r>
        <w:rPr>
          <w:rFonts w:ascii="Times New Roman" w:hAnsi="Times New Roman" w:eastAsia="Times New Roman" w:cs="Times New Roman"/>
        </w:rPr>
        <w:t xml:space="preserve"> 1776, 1789, </w:t>
      </w:r>
      <w:r>
        <w:rPr>
          <w:rFonts w:ascii="Nirmala UI" w:hAnsi="Nirmala UI" w:eastAsia="Nirmala UI" w:cs="Nirmala UI"/>
        </w:rPr>
        <w:t>र</w:t>
      </w:r>
      <w:r>
        <w:rPr>
          <w:rFonts w:ascii="Times New Roman" w:hAnsi="Times New Roman" w:eastAsia="Times New Roman" w:cs="Times New Roman"/>
        </w:rPr>
        <w:t xml:space="preserve"> 1798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इतिहासमाथि</w:t>
      </w:r>
      <w:r>
        <w:rPr>
          <w:rFonts w:ascii="Times New Roman" w:hAnsi="Times New Roman" w:eastAsia="Times New Roman" w:cs="Times New Roman"/>
        </w:rPr>
        <w:t xml:space="preserve"> </w:t>
      </w:r>
      <w:r>
        <w:rPr>
          <w:rFonts w:ascii="Nirmala UI" w:hAnsi="Nirmala UI" w:eastAsia="Nirmala UI" w:cs="Nirmala UI"/>
        </w:rPr>
        <w:t>राख्छौं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राष्ट्रपतिसम्बन्धी</w:t>
      </w:r>
      <w:r>
        <w:rPr>
          <w:rFonts w:ascii="Times New Roman" w:hAnsi="Times New Roman" w:eastAsia="Times New Roman" w:cs="Times New Roman"/>
        </w:rPr>
        <w:t xml:space="preserve"> </w:t>
      </w:r>
      <w:r>
        <w:rPr>
          <w:rFonts w:ascii="Nirmala UI" w:hAnsi="Nirmala UI" w:eastAsia="Nirmala UI" w:cs="Nirmala UI"/>
        </w:rPr>
        <w:t>थप</w:t>
      </w:r>
      <w:r>
        <w:rPr>
          <w:rFonts w:ascii="Times New Roman" w:hAnsi="Times New Roman" w:eastAsia="Times New Roman" w:cs="Times New Roman"/>
        </w:rPr>
        <w:t xml:space="preserve"> </w:t>
      </w:r>
      <w:r>
        <w:rPr>
          <w:rFonts w:ascii="Nirmala UI" w:hAnsi="Nirmala UI" w:eastAsia="Nirmala UI" w:cs="Nirmala UI"/>
        </w:rPr>
        <w:t>जानकारी</w:t>
      </w:r>
      <w:r>
        <w:rPr>
          <w:rFonts w:ascii="Times New Roman" w:hAnsi="Times New Roman" w:eastAsia="Times New Roman" w:cs="Times New Roman"/>
        </w:rPr>
        <w:t xml:space="preserve"> </w:t>
      </w:r>
      <w:r>
        <w:rPr>
          <w:rFonts w:ascii="Nirmala UI" w:hAnsi="Nirmala UI" w:eastAsia="Nirmala UI" w:cs="Nirmala UI"/>
        </w:rPr>
        <w:t>पाउँछौं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येशूले</w:t>
      </w:r>
      <w:r>
        <w:rPr>
          <w:rFonts w:ascii="Times New Roman" w:hAnsi="Times New Roman" w:eastAsia="Times New Roman" w:cs="Times New Roman"/>
        </w:rPr>
        <w:t xml:space="preserve"> </w:t>
      </w:r>
      <w:r>
        <w:rPr>
          <w:rFonts w:ascii="Nirmala UI" w:hAnsi="Nirmala UI" w:eastAsia="Nirmala UI" w:cs="Nirmala UI"/>
        </w:rPr>
        <w:t>अन्तलाई</w:t>
      </w:r>
      <w:r>
        <w:rPr>
          <w:rFonts w:ascii="Times New Roman" w:hAnsi="Times New Roman" w:eastAsia="Times New Roman" w:cs="Times New Roman"/>
        </w:rPr>
        <w:t xml:space="preserve"> </w:t>
      </w:r>
      <w:r>
        <w:rPr>
          <w:rFonts w:ascii="Nirmala UI" w:hAnsi="Nirmala UI" w:eastAsia="Nirmala UI" w:cs="Nirmala UI"/>
        </w:rPr>
        <w:t>आरम्भद्वारा</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1776 </w:t>
      </w:r>
      <w:r>
        <w:rPr>
          <w:rFonts w:ascii="Nirmala UI" w:hAnsi="Nirmala UI" w:eastAsia="Nirmala UI" w:cs="Nirmala UI"/>
        </w:rPr>
        <w:t>र</w:t>
      </w:r>
      <w:r>
        <w:rPr>
          <w:rFonts w:ascii="Times New Roman" w:hAnsi="Times New Roman" w:eastAsia="Times New Roman" w:cs="Times New Roman"/>
        </w:rPr>
        <w:t xml:space="preserve"> 1789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अवधिहरूले</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सातमध्येका</w:t>
      </w:r>
      <w:r>
        <w:rPr>
          <w:rFonts w:ascii="Times New Roman" w:hAnsi="Times New Roman" w:eastAsia="Times New Roman" w:cs="Times New Roman"/>
        </w:rPr>
        <w:t xml:space="preserve"> </w:t>
      </w:r>
      <w:r>
        <w:rPr>
          <w:rFonts w:ascii="Nirmala UI" w:hAnsi="Nirmala UI" w:eastAsia="Nirmala UI" w:cs="Nirmala UI"/>
        </w:rPr>
        <w:t>भएर</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ट्रम्प</w:t>
      </w:r>
      <w:r>
        <w:rPr>
          <w:rFonts w:ascii="Times New Roman" w:hAnsi="Times New Roman" w:eastAsia="Times New Roman" w:cs="Times New Roman"/>
        </w:rPr>
        <w:t xml:space="preserve">, </w:t>
      </w:r>
      <w:r>
        <w:rPr>
          <w:rFonts w:ascii="Nirmala UI" w:hAnsi="Nirmala UI" w:eastAsia="Nirmala UI" w:cs="Nirmala UI"/>
        </w:rPr>
        <w:t>रेगनपछिका</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राष्ट्रपतिका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सातमध्येका</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अमेरिकाले</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तर्फ</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गर्नेछ।</w:t>
      </w:r>
    </w:p>
    <w:p>
      <w:pPr>
        <w:pStyle w:val="ArticleBody"/>
        <w:jc w:val="left"/>
      </w:pPr>
      <w:r>
        <w:rPr>
          <w:rFonts w:ascii="Times New Roman" w:hAnsi="Times New Roman" w:eastAsia="Times New Roman" w:cs="Times New Roman"/>
        </w:rPr>
        <w:t>ئەو سەرۆکەی کە لەو کاتەدا حوکم دەکات کە وێنەی ئاژەڵەکە لەلایەن ویلایەتە یەکگرتووەکانەوە دروست دەکرێت، دەبێت هەشتەم بێت، واتە لەو حەوتانە بێت، وەک لەلایەن Peyton Randolph، و John Hancock ـەوە شایەتحاڵی بۆ دراوە. پاپایەتی سەری هەشتەمە کە لەو حەوتانە بوو، و برینی مەزنێکی پێشبینی‌کراوی کوشندەی وەرگرت. بۆ ئەوەی وێنەیەکی پاپایەتی بێت، ئەو سەرۆکی هەشتەمەی کە لەو حەوتانەیە، دەبێت هەروەها ناسنامەیەکی پێشبینی‌کراوی هەبێت بەوەی کە بە شێوەی پێشبینی‌کراو “بریندار” یان “کوژراو” بووە.</w:t>
      </w:r>
    </w:p>
    <w:p>
      <w:pPr>
        <w:pStyle w:val="ArticleBody"/>
        <w:jc w:val="left"/>
      </w:pPr>
      <w:r>
        <w:rPr>
          <w:rFonts w:ascii="Times New Roman" w:hAnsi="Times New Roman" w:eastAsia="Times New Roman" w:cs="Times New Roman"/>
        </w:rPr>
        <w:t>پاپایی زخمِ مهلکِ خود را از یک قدرتِ اژدهایی (فرانسه) دریافت کرد؛ قدرتی اژدهایی که پاپایی از زمانی که پولس تصریح کرد «سرّ بی‌دینی» (مردِ گناه) از همان هنگام بالفعل در کار است، با آن در کشاکش بوده است. اژدهایِ بت‌پرستی پاپایی را از به‌دست گرفتنِ تخت بازمی‌داشت؛ تختی که سرانجام در سال ۵۳۸ آن را تصاحب کرد.</w:t>
      </w:r>
    </w:p>
    <w:p>
      <w:pPr>
        <w:pStyle w:val="ArticleBody"/>
        <w:jc w:val="left"/>
      </w:pPr>
      <w:r>
        <w:rPr>
          <w:rFonts w:ascii="Times New Roman" w:hAnsi="Times New Roman" w:eastAsia="Times New Roman" w:cs="Times New Roman"/>
        </w:rPr>
        <w:t>Ab baaya papaatummaa jalqabee hamma badiisa isaa isa dhumaaatti, inni humnoota bineensaa wajjin wal’aansoo godha. Fakkeenyi papaatummaa tokko fakkeenyi sun humna bineensaa wajjin akka wal’aansoo godhu gaafata. Mul’ata boqonnaa kudha torba keessatti papaatummaan, inni mataa saddeettaffaa, kan mataawwan torban keessaa ta’e, dhuma irratti ibiddaan gubama, foon ishee immoo mootota kurnaniin nyaatama. Du’a lamaan keessatti (1798 fi guyyoota dhumaa), bineensi papaa humna bineensaatiin ni ajjeefama. Ameerikaan fakkeenya bineensaa uumuuf, pirezidaantiin saddeettaffaan ishees humna bineensaa isa inni ittiin waraana keessa tureen ajjeefamuu qaba ture; mootii jahaffaan immoo yeroo dhumaa sana booda bara 1989 irraa eegalee, mooticha humnoota bineensaa hunda kakaase dha.</w:t>
      </w:r>
    </w:p>
    <w:p>
      <w:pPr>
        <w:pStyle w:val="ArticleBody"/>
        <w:jc w:val="left"/>
      </w:pPr>
      <w:r>
        <w:rPr>
          <w:rFonts w:ascii="Nirmala UI" w:hAnsi="Nirmala UI" w:eastAsia="Nirmala UI" w:cs="Nirmala UI"/>
        </w:rPr>
        <w:t>රොනල්ඩ්</w:t>
      </w:r>
      <w:r>
        <w:rPr>
          <w:rFonts w:ascii="Times New Roman" w:hAnsi="Times New Roman" w:eastAsia="Times New Roman" w:cs="Times New Roman"/>
        </w:rPr>
        <w:t xml:space="preserve"> </w:t>
      </w:r>
      <w:r>
        <w:rPr>
          <w:rFonts w:ascii="Nirmala UI" w:hAnsi="Nirmala UI" w:eastAsia="Nirmala UI" w:cs="Nirmala UI"/>
        </w:rPr>
        <w:t>රීගන්</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ධර්මභ්</w:t>
      </w:r>
      <w:r>
        <w:rPr>
          <w:rFonts w:ascii="Times New Roman" w:hAnsi="Times New Roman" w:eastAsia="Times New Roman" w:cs="Times New Roman"/>
        </w:rPr>
        <w:t>‍</w:t>
      </w:r>
      <w:r>
        <w:rPr>
          <w:rFonts w:ascii="Nirmala UI" w:hAnsi="Nirmala UI" w:eastAsia="Nirmala UI" w:cs="Nirmala UI"/>
        </w:rPr>
        <w:t>රෂ්ට</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රොටස්ටන්ට්වරයෙකි</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පළමුවන</w:t>
      </w:r>
      <w:r>
        <w:rPr>
          <w:rFonts w:ascii="Times New Roman" w:hAnsi="Times New Roman" w:eastAsia="Times New Roman" w:cs="Times New Roman"/>
        </w:rPr>
        <w:t xml:space="preserve"> </w:t>
      </w:r>
      <w:r>
        <w:rPr>
          <w:rFonts w:ascii="Nirmala UI" w:hAnsi="Nirmala UI" w:eastAsia="Nirmala UI" w:cs="Nirmala UI"/>
        </w:rPr>
        <w:t>ජෝර්ජ්</w:t>
      </w:r>
      <w:r>
        <w:rPr>
          <w:rFonts w:ascii="Times New Roman" w:hAnsi="Times New Roman" w:eastAsia="Times New Roman" w:cs="Times New Roman"/>
        </w:rPr>
        <w:t xml:space="preserve"> </w:t>
      </w:r>
      <w:r>
        <w:rPr>
          <w:rFonts w:ascii="Nirmala UI" w:hAnsi="Nirmala UI" w:eastAsia="Nirmala UI" w:cs="Nirmala UI"/>
        </w:rPr>
        <w:t>බුෂ්</w:t>
      </w:r>
      <w:r>
        <w:rPr>
          <w:rFonts w:ascii="Times New Roman" w:hAnsi="Times New Roman" w:eastAsia="Times New Roman" w:cs="Times New Roman"/>
        </w:rPr>
        <w:t xml:space="preserve"> </w:t>
      </w:r>
      <w:r>
        <w:rPr>
          <w:rFonts w:ascii="Nirmala UI" w:hAnsi="Nirmala UI" w:eastAsia="Nirmala UI" w:cs="Nirmala UI"/>
        </w:rPr>
        <w:t>සාම්ප්</w:t>
      </w:r>
      <w:r>
        <w:rPr>
          <w:rFonts w:ascii="Times New Roman" w:hAnsi="Times New Roman" w:eastAsia="Times New Roman" w:cs="Times New Roman"/>
        </w:rPr>
        <w:t>‍</w:t>
      </w:r>
      <w:r>
        <w:rPr>
          <w:rFonts w:ascii="Nirmala UI" w:hAnsi="Nirmala UI" w:eastAsia="Nirmala UI" w:cs="Nirmala UI"/>
        </w:rPr>
        <w:t>රදායික</w:t>
      </w:r>
      <w:r>
        <w:rPr>
          <w:rFonts w:ascii="Times New Roman" w:hAnsi="Times New Roman" w:eastAsia="Times New Roman" w:cs="Times New Roman"/>
        </w:rPr>
        <w:t xml:space="preserve"> </w:t>
      </w:r>
      <w:r>
        <w:rPr>
          <w:rFonts w:ascii="Nirmala UI" w:hAnsi="Nirmala UI" w:eastAsia="Nirmala UI" w:cs="Nirmala UI"/>
        </w:rPr>
        <w:t>ගෝලීයවාදියෙකි</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රසිද්ධ</w:t>
      </w:r>
      <w:r>
        <w:rPr>
          <w:rFonts w:ascii="Times New Roman" w:hAnsi="Times New Roman" w:eastAsia="Times New Roman" w:cs="Times New Roman"/>
        </w:rPr>
        <w:t xml:space="preserve"> </w:t>
      </w:r>
      <w:r>
        <w:rPr>
          <w:rFonts w:ascii="Nirmala UI" w:hAnsi="Nirmala UI" w:eastAsia="Nirmala UI" w:cs="Nirmala UI"/>
        </w:rPr>
        <w:t>උද්ධෘතවලින්</w:t>
      </w:r>
      <w:r>
        <w:rPr>
          <w:rFonts w:ascii="Times New Roman" w:hAnsi="Times New Roman" w:eastAsia="Times New Roman" w:cs="Times New Roman"/>
        </w:rPr>
        <w:t xml:space="preserve"> </w:t>
      </w:r>
      <w:r>
        <w:rPr>
          <w:rFonts w:ascii="Nirmala UI" w:hAnsi="Nirmala UI" w:eastAsia="Nirmala UI" w:cs="Nirmala UI"/>
        </w:rPr>
        <w:t>එකක්</w:t>
      </w:r>
      <w:r>
        <w:rPr>
          <w:rFonts w:ascii="Times New Roman" w:hAnsi="Times New Roman" w:eastAsia="Times New Roman" w:cs="Times New Roman"/>
        </w:rPr>
        <w:t xml:space="preserve"> </w:t>
      </w:r>
      <w:r>
        <w:rPr>
          <w:rFonts w:ascii="Nirmala UI" w:hAnsi="Nirmala UI" w:eastAsia="Nirmala UI" w:cs="Nirmala UI"/>
        </w:rPr>
        <w:t>වන්නේ</w:t>
      </w:r>
      <w:r>
        <w:rPr>
          <w:rFonts w:ascii="Times New Roman" w:hAnsi="Times New Roman" w:eastAsia="Times New Roman" w:cs="Times New Roman"/>
        </w:rPr>
        <w:t xml:space="preserve">, 1988 </w:t>
      </w:r>
      <w:r>
        <w:rPr>
          <w:rFonts w:ascii="Nirmala UI" w:hAnsi="Nirmala UI" w:eastAsia="Nirmala UI" w:cs="Nirmala UI"/>
        </w:rPr>
        <w:t>අගෝස්තු</w:t>
      </w:r>
      <w:r>
        <w:rPr>
          <w:rFonts w:ascii="Times New Roman" w:hAnsi="Times New Roman" w:eastAsia="Times New Roman" w:cs="Times New Roman"/>
        </w:rPr>
        <w:t xml:space="preserve"> 18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පවසමින්</w:t>
      </w:r>
      <w:r>
        <w:rPr>
          <w:rFonts w:ascii="Times New Roman" w:hAnsi="Times New Roman" w:eastAsia="Times New Roman" w:cs="Times New Roman"/>
        </w:rPr>
        <w:t xml:space="preserve"> </w:t>
      </w:r>
      <w:r>
        <w:rPr>
          <w:rFonts w:ascii="Nirmala UI" w:hAnsi="Nirmala UI" w:eastAsia="Nirmala UI" w:cs="Nirmala UI"/>
        </w:rPr>
        <w:t>බොරුවක්</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 xml:space="preserve"> </w:t>
      </w:r>
      <w:r>
        <w:rPr>
          <w:rFonts w:ascii="Nirmala UI" w:hAnsi="Nirmala UI" w:eastAsia="Nirmala UI" w:cs="Nirmala UI"/>
        </w:rPr>
        <w:t>අවස්ථාවයි</w:t>
      </w:r>
      <w:r>
        <w:rPr>
          <w:rFonts w:ascii="Times New Roman" w:hAnsi="Times New Roman" w:eastAsia="Times New Roman" w:cs="Times New Roman"/>
        </w:rPr>
        <w:t>: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බදු</w:t>
      </w:r>
      <w:r>
        <w:rPr>
          <w:rFonts w:ascii="Times New Roman" w:hAnsi="Times New Roman" w:eastAsia="Times New Roman" w:cs="Times New Roman"/>
        </w:rPr>
        <w:t xml:space="preserve"> </w:t>
      </w:r>
      <w:r>
        <w:rPr>
          <w:rFonts w:ascii="Nirmala UI" w:hAnsi="Nirmala UI" w:eastAsia="Nirmala UI" w:cs="Nirmala UI"/>
        </w:rPr>
        <w:t>ඉහළ</w:t>
      </w:r>
      <w:r>
        <w:rPr>
          <w:rFonts w:ascii="Times New Roman" w:hAnsi="Times New Roman" w:eastAsia="Times New Roman" w:cs="Times New Roman"/>
        </w:rPr>
        <w:t xml:space="preserve"> </w:t>
      </w:r>
      <w:r>
        <w:rPr>
          <w:rFonts w:ascii="Nirmala UI" w:hAnsi="Nirmala UI" w:eastAsia="Nirmala UI" w:cs="Nirmala UI"/>
        </w:rPr>
        <w:t>නොනංවන</w:t>
      </w:r>
      <w:r>
        <w:rPr>
          <w:rFonts w:ascii="Times New Roman" w:hAnsi="Times New Roman" w:eastAsia="Times New Roman" w:cs="Times New Roman"/>
        </w:rPr>
        <w:t xml:space="preserve"> </w:t>
      </w:r>
      <w:r>
        <w:rPr>
          <w:rFonts w:ascii="Nirmala UI" w:hAnsi="Nirmala UI" w:eastAsia="Nirmala UI" w:cs="Nirmala UI"/>
        </w:rPr>
        <w:t>තැනැත්තා</w:t>
      </w:r>
      <w:r>
        <w:rPr>
          <w:rFonts w:ascii="Times New Roman" w:hAnsi="Times New Roman" w:eastAsia="Times New Roman" w:cs="Times New Roman"/>
        </w:rPr>
        <w:t xml:space="preserve"> </w:t>
      </w:r>
      <w:r>
        <w:rPr>
          <w:rFonts w:ascii="Nirmala UI" w:hAnsi="Nirmala UI" w:eastAsia="Nirmala UI" w:cs="Nirmala UI"/>
        </w:rPr>
        <w:t>මමයි</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රතිවාදියා</w:t>
      </w:r>
      <w:r>
        <w:rPr>
          <w:rFonts w:ascii="Times New Roman" w:hAnsi="Times New Roman" w:eastAsia="Times New Roman" w:cs="Times New Roman"/>
        </w:rPr>
        <w:t xml:space="preserve"> </w:t>
      </w:r>
      <w:r>
        <w:rPr>
          <w:rFonts w:ascii="Nirmala UI" w:hAnsi="Nirmala UI" w:eastAsia="Nirmala UI" w:cs="Nirmala UI"/>
        </w:rPr>
        <w:t>පවසන්නේ</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විකල්පයක්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නැතහොත්</w:t>
      </w:r>
      <w:r>
        <w:rPr>
          <w:rFonts w:ascii="Times New Roman" w:hAnsi="Times New Roman" w:eastAsia="Times New Roman" w:cs="Times New Roman"/>
        </w:rPr>
        <w:t xml:space="preserve"> </w:t>
      </w:r>
      <w:r>
        <w:rPr>
          <w:rFonts w:ascii="Nirmala UI" w:hAnsi="Nirmala UI" w:eastAsia="Nirmala UI" w:cs="Nirmala UI"/>
        </w:rPr>
        <w:t>තුන්වැනි</w:t>
      </w:r>
      <w:r>
        <w:rPr>
          <w:rFonts w:ascii="Times New Roman" w:hAnsi="Times New Roman" w:eastAsia="Times New Roman" w:cs="Times New Roman"/>
        </w:rPr>
        <w:t xml:space="preserve"> </w:t>
      </w:r>
      <w:r>
        <w:rPr>
          <w:rFonts w:ascii="Nirmala UI" w:hAnsi="Nirmala UI" w:eastAsia="Nirmala UI" w:cs="Nirmala UI"/>
        </w:rPr>
        <w:t>විකල්පයක්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ඉහළ</w:t>
      </w:r>
      <w:r>
        <w:rPr>
          <w:rFonts w:ascii="Times New Roman" w:hAnsi="Times New Roman" w:eastAsia="Times New Roman" w:cs="Times New Roman"/>
        </w:rPr>
        <w:t xml:space="preserve"> </w:t>
      </w:r>
      <w:r>
        <w:rPr>
          <w:rFonts w:ascii="Nirmala UI" w:hAnsi="Nirmala UI" w:eastAsia="Nirmala UI" w:cs="Nirmala UI"/>
        </w:rPr>
        <w:t>නංවන</w:t>
      </w:r>
      <w:r>
        <w:rPr>
          <w:rFonts w:ascii="Times New Roman" w:hAnsi="Times New Roman" w:eastAsia="Times New Roman" w:cs="Times New Roman"/>
        </w:rPr>
        <w:t xml:space="preserve"> </w:t>
      </w:r>
      <w:r>
        <w:rPr>
          <w:rFonts w:ascii="Nirmala UI" w:hAnsi="Nirmala UI" w:eastAsia="Nirmala UI" w:cs="Nirmala UI"/>
        </w:rPr>
        <w:t>බවයි</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දේශපාලකයෙකු</w:t>
      </w:r>
      <w:r>
        <w:rPr>
          <w:rFonts w:ascii="Times New Roman" w:hAnsi="Times New Roman" w:eastAsia="Times New Roman" w:cs="Times New Roman"/>
        </w:rPr>
        <w:t xml:space="preserve"> </w:t>
      </w:r>
      <w:r>
        <w:rPr>
          <w:rFonts w:ascii="Nirmala UI" w:hAnsi="Nirmala UI" w:eastAsia="Nirmala UI" w:cs="Nirmala UI"/>
        </w:rPr>
        <w:t>එසේ</w:t>
      </w:r>
      <w:r>
        <w:rPr>
          <w:rFonts w:ascii="Times New Roman" w:hAnsi="Times New Roman" w:eastAsia="Times New Roman" w:cs="Times New Roman"/>
        </w:rPr>
        <w:t xml:space="preserve"> </w:t>
      </w:r>
      <w:r>
        <w:rPr>
          <w:rFonts w:ascii="Nirmala UI" w:hAnsi="Nirmala UI" w:eastAsia="Nirmala UI" w:cs="Nirmala UI"/>
        </w:rPr>
        <w:t>කථා</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යොමුවන</w:t>
      </w:r>
      <w:r>
        <w:rPr>
          <w:rFonts w:ascii="Times New Roman" w:hAnsi="Times New Roman" w:eastAsia="Times New Roman" w:cs="Times New Roman"/>
        </w:rPr>
        <w:t xml:space="preserve"> </w:t>
      </w:r>
      <w:r>
        <w:rPr>
          <w:rFonts w:ascii="Nirmala UI" w:hAnsi="Nirmala UI" w:eastAsia="Nirmala UI" w:cs="Nirmala UI"/>
        </w:rPr>
        <w:t>විකල්පයක්</w:t>
      </w:r>
      <w:r>
        <w:rPr>
          <w:rFonts w:ascii="Times New Roman" w:hAnsi="Times New Roman" w:eastAsia="Times New Roman" w:cs="Times New Roman"/>
        </w:rPr>
        <w:t xml:space="preserve"> </w:t>
      </w:r>
      <w:r>
        <w:rPr>
          <w:rFonts w:ascii="Nirmala UI" w:hAnsi="Nirmala UI" w:eastAsia="Nirmala UI" w:cs="Nirmala UI"/>
        </w:rPr>
        <w:t>ඒක</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දන්නවා</w:t>
      </w:r>
      <w:r>
        <w:rPr>
          <w:rFonts w:ascii="Times New Roman" w:hAnsi="Times New Roman" w:eastAsia="Times New Roman" w:cs="Times New Roman"/>
        </w:rPr>
        <w:t xml:space="preserve">.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රතිවාදියා</w:t>
      </w:r>
      <w:r>
        <w:rPr>
          <w:rFonts w:ascii="Times New Roman" w:hAnsi="Times New Roman" w:eastAsia="Times New Roman" w:cs="Times New Roman"/>
        </w:rPr>
        <w:t xml:space="preserve"> </w:t>
      </w:r>
      <w:r>
        <w:rPr>
          <w:rFonts w:ascii="Nirmala UI" w:hAnsi="Nirmala UI" w:eastAsia="Nirmala UI" w:cs="Nirmala UI"/>
        </w:rPr>
        <w:t>බදු</w:t>
      </w:r>
      <w:r>
        <w:rPr>
          <w:rFonts w:ascii="Times New Roman" w:hAnsi="Times New Roman" w:eastAsia="Times New Roman" w:cs="Times New Roman"/>
        </w:rPr>
        <w:t xml:space="preserve"> </w:t>
      </w:r>
      <w:r>
        <w:rPr>
          <w:rFonts w:ascii="Nirmala UI" w:hAnsi="Nirmala UI" w:eastAsia="Nirmala UI" w:cs="Nirmala UI"/>
        </w:rPr>
        <w:t>ඉහළ</w:t>
      </w:r>
      <w:r>
        <w:rPr>
          <w:rFonts w:ascii="Times New Roman" w:hAnsi="Times New Roman" w:eastAsia="Times New Roman" w:cs="Times New Roman"/>
        </w:rPr>
        <w:t xml:space="preserve"> </w:t>
      </w:r>
      <w:r>
        <w:rPr>
          <w:rFonts w:ascii="Nirmala UI" w:hAnsi="Nirmala UI" w:eastAsia="Nirmala UI" w:cs="Nirmala UI"/>
        </w:rPr>
        <w:t>නැංවීම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කරන්නේ</w:t>
      </w:r>
      <w:r>
        <w:rPr>
          <w:rFonts w:ascii="Times New Roman" w:hAnsi="Times New Roman" w:eastAsia="Times New Roman" w:cs="Times New Roman"/>
        </w:rPr>
        <w:t xml:space="preserve"> </w:t>
      </w:r>
      <w:r>
        <w:rPr>
          <w:rFonts w:ascii="Nirmala UI" w:hAnsi="Nirmala UI" w:eastAsia="Nirmala UI" w:cs="Nirmala UI"/>
        </w:rPr>
        <w:t>නැහැ</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කරන්නෙමි</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කොංග්</w:t>
      </w:r>
      <w:r>
        <w:rPr>
          <w:rFonts w:ascii="Times New Roman" w:hAnsi="Times New Roman" w:eastAsia="Times New Roman" w:cs="Times New Roman"/>
        </w:rPr>
        <w:t>‍</w:t>
      </w:r>
      <w:r>
        <w:rPr>
          <w:rFonts w:ascii="Nirmala UI" w:hAnsi="Nirmala UI" w:eastAsia="Nirmala UI" w:cs="Nirmala UI"/>
        </w:rPr>
        <w:t>රසය</w:t>
      </w:r>
      <w:r>
        <w:rPr>
          <w:rFonts w:ascii="Times New Roman" w:hAnsi="Times New Roman" w:eastAsia="Times New Roman" w:cs="Times New Roman"/>
        </w:rPr>
        <w:t xml:space="preserve"> </w:t>
      </w:r>
      <w:r>
        <w:rPr>
          <w:rFonts w:ascii="Nirmala UI" w:hAnsi="Nirmala UI" w:eastAsia="Nirmala UI" w:cs="Nirmala UI"/>
        </w:rPr>
        <w:t>මට</w:t>
      </w:r>
      <w:r>
        <w:rPr>
          <w:rFonts w:ascii="Times New Roman" w:hAnsi="Times New Roman" w:eastAsia="Times New Roman" w:cs="Times New Roman"/>
        </w:rPr>
        <w:t xml:space="preserve"> </w:t>
      </w:r>
      <w:r>
        <w:rPr>
          <w:rFonts w:ascii="Nirmala UI" w:hAnsi="Nirmala UI" w:eastAsia="Nirmala UI" w:cs="Nirmala UI"/>
        </w:rPr>
        <w:t>බදු</w:t>
      </w:r>
      <w:r>
        <w:rPr>
          <w:rFonts w:ascii="Times New Roman" w:hAnsi="Times New Roman" w:eastAsia="Times New Roman" w:cs="Times New Roman"/>
        </w:rPr>
        <w:t xml:space="preserve"> </w:t>
      </w:r>
      <w:r>
        <w:rPr>
          <w:rFonts w:ascii="Nirmala UI" w:hAnsi="Nirmala UI" w:eastAsia="Nirmala UI" w:cs="Nirmala UI"/>
        </w:rPr>
        <w:t>ඉහළ</w:t>
      </w:r>
      <w:r>
        <w:rPr>
          <w:rFonts w:ascii="Times New Roman" w:hAnsi="Times New Roman" w:eastAsia="Times New Roman" w:cs="Times New Roman"/>
        </w:rPr>
        <w:t xml:space="preserve"> </w:t>
      </w:r>
      <w:r>
        <w:rPr>
          <w:rFonts w:ascii="Nirmala UI" w:hAnsi="Nirmala UI" w:eastAsia="Nirmala UI" w:cs="Nirmala UI"/>
        </w:rPr>
        <w:t>නංවන්නට</w:t>
      </w:r>
      <w:r>
        <w:rPr>
          <w:rFonts w:ascii="Times New Roman" w:hAnsi="Times New Roman" w:eastAsia="Times New Roman" w:cs="Times New Roman"/>
        </w:rPr>
        <w:t xml:space="preserve"> </w:t>
      </w:r>
      <w:r>
        <w:rPr>
          <w:rFonts w:ascii="Nirmala UI" w:hAnsi="Nirmala UI" w:eastAsia="Nirmala UI" w:cs="Nirmala UI"/>
        </w:rPr>
        <w:t>බල</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නැහැ</w:t>
      </w:r>
      <w:r>
        <w:rPr>
          <w:rFonts w:ascii="Times New Roman" w:hAnsi="Times New Roman" w:eastAsia="Times New Roman" w:cs="Times New Roman"/>
        </w:rPr>
        <w:t xml:space="preserve">’ </w:t>
      </w:r>
      <w:r>
        <w:rPr>
          <w:rFonts w:ascii="Nirmala UI" w:hAnsi="Nirmala UI" w:eastAsia="Nirmala UI" w:cs="Nirmala UI"/>
        </w:rPr>
        <w:t>කියන්නෙමි</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බල</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නැහැ</w:t>
      </w:r>
      <w:r>
        <w:rPr>
          <w:rFonts w:ascii="Times New Roman" w:hAnsi="Times New Roman" w:eastAsia="Times New Roman" w:cs="Times New Roman"/>
        </w:rPr>
        <w:t xml:space="preserve">’ </w:t>
      </w:r>
      <w:r>
        <w:rPr>
          <w:rFonts w:ascii="Nirmala UI" w:hAnsi="Nirmala UI" w:eastAsia="Nirmala UI" w:cs="Nirmala UI"/>
        </w:rPr>
        <w:t>කියන්නෙමි</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නැවතත්</w:t>
      </w:r>
      <w:r>
        <w:rPr>
          <w:rFonts w:ascii="Times New Roman" w:hAnsi="Times New Roman" w:eastAsia="Times New Roman" w:cs="Times New Roman"/>
        </w:rPr>
        <w:t xml:space="preserve"> </w:t>
      </w:r>
      <w:r>
        <w:rPr>
          <w:rFonts w:ascii="Nirmala UI" w:hAnsi="Nirmala UI" w:eastAsia="Nirmala UI" w:cs="Nirmala UI"/>
        </w:rPr>
        <w:t>බල</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මට</w:t>
      </w:r>
      <w:r>
        <w:rPr>
          <w:rFonts w:ascii="Times New Roman" w:hAnsi="Times New Roman" w:eastAsia="Times New Roman" w:cs="Times New Roman"/>
        </w:rPr>
        <w:t xml:space="preserve"> </w:t>
      </w:r>
      <w:r>
        <w:rPr>
          <w:rFonts w:ascii="Nirmala UI" w:hAnsi="Nirmala UI" w:eastAsia="Nirmala UI" w:cs="Nirmala UI"/>
        </w:rPr>
        <w:t>ඔවුන්ට</w:t>
      </w:r>
      <w:r>
        <w:rPr>
          <w:rFonts w:ascii="Times New Roman" w:hAnsi="Times New Roman" w:eastAsia="Times New Roman" w:cs="Times New Roman"/>
        </w:rPr>
        <w:t xml:space="preserve"> </w:t>
      </w:r>
      <w:r>
        <w:rPr>
          <w:rFonts w:ascii="Nirmala UI" w:hAnsi="Nirmala UI" w:eastAsia="Nirmala UI" w:cs="Nirmala UI"/>
        </w:rPr>
        <w:t>කියන්නට</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එකම</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 xml:space="preserve"> </w:t>
      </w:r>
      <w:r>
        <w:rPr>
          <w:rFonts w:ascii="Nirmala UI" w:hAnsi="Nirmala UI" w:eastAsia="Nirmala UI" w:cs="Nirmala UI"/>
        </w:rPr>
        <w:t>මෙයයි</w:t>
      </w:r>
      <w:r>
        <w:rPr>
          <w:rFonts w:ascii="Times New Roman" w:hAnsi="Times New Roman" w:eastAsia="Times New Roman" w:cs="Times New Roman"/>
        </w:rPr>
        <w:t xml:space="preserve">: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තොල්</w:t>
      </w:r>
      <w:r>
        <w:rPr>
          <w:rFonts w:ascii="Times New Roman" w:hAnsi="Times New Roman" w:eastAsia="Times New Roman" w:cs="Times New Roman"/>
        </w:rPr>
        <w:t xml:space="preserve"> </w:t>
      </w:r>
      <w:r>
        <w:rPr>
          <w:rFonts w:ascii="Nirmala UI" w:hAnsi="Nirmala UI" w:eastAsia="Nirmala UI" w:cs="Nirmala UI"/>
        </w:rPr>
        <w:t>කියවන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බලන්න</w:t>
      </w:r>
      <w:r>
        <w:rPr>
          <w:rFonts w:ascii="Times New Roman" w:hAnsi="Times New Roman" w:eastAsia="Times New Roman" w:cs="Times New Roman"/>
        </w:rPr>
        <w:t xml:space="preserve">: </w:t>
      </w:r>
      <w:r>
        <w:rPr>
          <w:rFonts w:ascii="Nirmala UI" w:hAnsi="Nirmala UI" w:eastAsia="Nirmala UI" w:cs="Nirmala UI"/>
        </w:rPr>
        <w:t>අලුත්</w:t>
      </w:r>
      <w:r>
        <w:rPr>
          <w:rFonts w:ascii="Times New Roman" w:hAnsi="Times New Roman" w:eastAsia="Times New Roman" w:cs="Times New Roman"/>
        </w:rPr>
        <w:t xml:space="preserve"> </w:t>
      </w:r>
      <w:r>
        <w:rPr>
          <w:rFonts w:ascii="Nirmala UI" w:hAnsi="Nirmala UI" w:eastAsia="Nirmala UI" w:cs="Nirmala UI"/>
        </w:rPr>
        <w:t>බදු</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Aparte de aquella mentira pública, que es un atributo de un representante del poder del dragón, su cita más famosa fue en una sesión conjunta del Congreso el 11 de septiembre de 1990, donde dijo: “Ahora, podemos ver un nuevo mundo que comienza a perfilarse. Un mundo en el que existe la muy real perspectiva de un nuevo orden mundial. En palabras de Winston Churchill, un ‘orden mundial’ en el cual ‘los principios de justicia y de juego limpio … protegen a los débiles contra los fuertes …’ Un mundo donde las Naciones Unidas, liberadas del estancamiento de la guerra fría, están preparadas para cumplir la visión histórica de sus fundadores.” Bush padre era un globalista, aunque se identificara como republicano.</w:t>
      </w:r>
    </w:p>
    <w:p>
      <w:pPr>
        <w:pStyle w:val="ArticleBody"/>
        <w:jc w:val="left"/>
      </w:pPr>
      <w:r>
        <w:rPr>
          <w:rFonts w:ascii="Times New Roman" w:hAnsi="Times New Roman" w:eastAsia="Times New Roman" w:cs="Times New Roman"/>
        </w:rPr>
        <w:t>Билл Клинтон был первым президентом, проведшим церемонию своей инаугурации у Мемориала Линкольна, а это означает, что он повернулся спиной к Линкольну и лицом к обелиску монумента Вашингтона — обелиску, внутреннее пространство которого наполнено символами масонства. И обелиск, и символы масонства, к которым он предпочёл обратиться лицом, когда ложно клялся в своей верности Конституции, свидетельствовали не только о том, что он повернулся спиной к символу антирабства, каковым является Мемориал Линкольна, но и о том, что избранное Клинтоном историческое расположение согласуется с его речью по случаю вступления в должность, в которой он восхвалял профессора, у которого учился в посещаемом им иезуитском университете.</w:t>
      </w:r>
    </w:p>
    <w:p>
      <w:pPr>
        <w:pStyle w:val="ArticleBody"/>
        <w:jc w:val="left"/>
      </w:pP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ꯄ꯭ꯔꯣꯐꯦꯁꯔ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Carroll Quigley, </w:t>
      </w:r>
      <w:r>
        <w:rPr>
          <w:rFonts w:ascii="Nirmala UI" w:hAnsi="Nirmala UI" w:eastAsia="Nirmala UI" w:cs="Nirmala UI"/>
        </w:rPr>
        <w:t>ꯅꯥꯍꯥꯛꯅꯥ</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ꯂꯥꯢꯔꯤꯛꯁꯤꯡ</w:t>
      </w:r>
      <w:r>
        <w:rPr>
          <w:rFonts w:ascii="Times New Roman" w:hAnsi="Times New Roman" w:eastAsia="Times New Roman" w:cs="Times New Roman"/>
        </w:rPr>
        <w:t xml:space="preserve"> </w:t>
      </w:r>
      <w:r>
        <w:rPr>
          <w:rFonts w:ascii="Nirmala UI" w:hAnsi="Nirmala UI" w:eastAsia="Nirmala UI" w:cs="Nirmala UI"/>
        </w:rPr>
        <w:t>ꯏꯁꯤ</w:t>
      </w:r>
      <w:r>
        <w:rPr>
          <w:rFonts w:ascii="Times New Roman" w:hAnsi="Times New Roman" w:eastAsia="Times New Roman" w:cs="Times New Roman"/>
        </w:rPr>
        <w:t xml:space="preserve"> </w:t>
      </w:r>
      <w:r>
        <w:rPr>
          <w:rFonts w:ascii="Nirmala UI" w:hAnsi="Nirmala UI" w:eastAsia="Nirmala UI" w:cs="Nirmala UI"/>
        </w:rPr>
        <w:t>ꯏꯕꯥ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ꯏꯕꯥꯏ</w:t>
      </w:r>
      <w:r>
        <w:rPr>
          <w:rFonts w:ascii="Times New Roman" w:hAnsi="Times New Roman" w:eastAsia="Times New Roman" w:cs="Times New Roman"/>
        </w:rPr>
        <w:t xml:space="preserve">: Tragedy and Hope: A History of the World in Our Time, </w:t>
      </w:r>
      <w:r>
        <w:rPr>
          <w:rFonts w:ascii="Nirmala UI" w:hAnsi="Nirmala UI" w:eastAsia="Nirmala UI" w:cs="Nirmala UI"/>
        </w:rPr>
        <w:t>ꯃꯁꯤ</w:t>
      </w:r>
      <w:r>
        <w:rPr>
          <w:rFonts w:ascii="Times New Roman" w:hAnsi="Times New Roman" w:eastAsia="Times New Roman" w:cs="Times New Roman"/>
        </w:rPr>
        <w:t xml:space="preserve"> 1966</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ꯄꯨꯕ꯭ꯂꯤꯁ</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ꯃꯁꯤꯕꯨ</w:t>
      </w:r>
      <w:r>
        <w:rPr>
          <w:rFonts w:ascii="Times New Roman" w:hAnsi="Times New Roman" w:eastAsia="Times New Roman" w:cs="Times New Roman"/>
        </w:rPr>
        <w:t xml:space="preserve"> “</w:t>
      </w:r>
      <w:r>
        <w:rPr>
          <w:rFonts w:ascii="Nirmala UI" w:hAnsi="Nirmala UI" w:eastAsia="Nirmala UI" w:cs="Nirmala UI"/>
        </w:rPr>
        <w:t>ꯒ꯭ꯂꯣꯕꯥꯂꯤꯁ꯭ꯠ</w:t>
      </w:r>
      <w:r>
        <w:rPr>
          <w:rFonts w:ascii="Times New Roman" w:hAnsi="Times New Roman" w:eastAsia="Times New Roman" w:cs="Times New Roman"/>
        </w:rPr>
        <w:t xml:space="preserve"> </w:t>
      </w:r>
      <w:r>
        <w:rPr>
          <w:rFonts w:ascii="Nirmala UI" w:hAnsi="Nirmala UI" w:eastAsia="Nirmala UI" w:cs="Nirmala UI"/>
        </w:rPr>
        <w:t>ꯏꯗꯤꯌꯥꯁꯀꯤ</w:t>
      </w:r>
      <w:r>
        <w:rPr>
          <w:rFonts w:ascii="Times New Roman" w:hAnsi="Times New Roman" w:eastAsia="Times New Roman" w:cs="Times New Roman"/>
        </w:rPr>
        <w:t xml:space="preserve"> </w:t>
      </w:r>
      <w:r>
        <w:rPr>
          <w:rFonts w:ascii="Nirmala UI" w:hAnsi="Nirmala UI" w:eastAsia="Nirmala UI" w:cs="Nirmala UI"/>
        </w:rPr>
        <w:t>ꯕꯥꯏꯕꯦꯜ</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ꯆꯨꯝꯃꯤꯅꯥ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ꯑꯌꯥꯝꯅꯥ</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Koran </w:t>
      </w:r>
      <w:r>
        <w:rPr>
          <w:rFonts w:ascii="Nirmala UI" w:hAnsi="Nirmala UI" w:eastAsia="Nirmala UI" w:cs="Nirmala UI"/>
        </w:rPr>
        <w:t>ꯑꯗꯨ</w:t>
      </w:r>
      <w:r>
        <w:rPr>
          <w:rFonts w:ascii="Times New Roman" w:hAnsi="Times New Roman" w:eastAsia="Times New Roman" w:cs="Times New Roman"/>
        </w:rPr>
        <w:t xml:space="preserve"> Islam</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ꯑꯗꯨꯒꯨꯝꯕꯥ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Albert Pike</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ꯏꯕꯥ</w:t>
      </w:r>
      <w:r>
        <w:rPr>
          <w:rFonts w:ascii="Times New Roman" w:hAnsi="Times New Roman" w:eastAsia="Times New Roman" w:cs="Times New Roman"/>
        </w:rPr>
        <w:t>, 1871</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ꯄꯨꯕ꯭ꯂꯤꯁ</w:t>
      </w:r>
      <w:r>
        <w:rPr>
          <w:rFonts w:ascii="Times New Roman" w:hAnsi="Times New Roman" w:eastAsia="Times New Roman" w:cs="Times New Roman"/>
        </w:rPr>
        <w:t xml:space="preserve"> </w:t>
      </w:r>
      <w:r>
        <w:rPr>
          <w:rFonts w:ascii="Nirmala UI" w:hAnsi="Nirmala UI" w:eastAsia="Nirmala UI" w:cs="Nirmala UI"/>
        </w:rPr>
        <w:t>ꯇꯧꯈꯤꯕꯥ</w:t>
      </w:r>
      <w:r>
        <w:rPr>
          <w:rFonts w:ascii="Times New Roman" w:hAnsi="Times New Roman" w:eastAsia="Times New Roman" w:cs="Times New Roman"/>
        </w:rPr>
        <w:t xml:space="preserve"> Morals and Dogma of the Ancient and Accepted Scottish Rite of Freemasonry </w:t>
      </w:r>
      <w:r>
        <w:rPr>
          <w:rFonts w:ascii="Nirmala UI" w:hAnsi="Nirmala UI" w:eastAsia="Nirmala UI" w:cs="Nirmala UI"/>
        </w:rPr>
        <w:t>ꯑꯗꯨ</w:t>
      </w:r>
      <w:r>
        <w:rPr>
          <w:rFonts w:ascii="Times New Roman" w:hAnsi="Times New Roman" w:eastAsia="Times New Roman" w:cs="Times New Roman"/>
        </w:rPr>
        <w:t xml:space="preserve"> Freemasonry</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ꯑꯁꯦꯣꯇꯦꯔꯤꯛ</w:t>
      </w:r>
      <w:r>
        <w:rPr>
          <w:rFonts w:ascii="Times New Roman" w:hAnsi="Times New Roman" w:eastAsia="Times New Roman" w:cs="Times New Roman"/>
        </w:rPr>
        <w:t xml:space="preserve"> </w:t>
      </w:r>
      <w:r>
        <w:rPr>
          <w:rFonts w:ascii="Nirmala UI" w:hAnsi="Nirmala UI" w:eastAsia="Nirmala UI" w:cs="Nirmala UI"/>
        </w:rPr>
        <w:t>ꯇꯤꯆꯤꯡꯁꯤꯡꯒꯤ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ꯈꯛꯆꯤꯡꯕꯥ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ꯂꯧꯔꯤꯕꯥꯒꯨꯝꯕꯥ</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The Book of Mormon </w:t>
      </w:r>
      <w:r>
        <w:rPr>
          <w:rFonts w:ascii="Nirmala UI" w:hAnsi="Nirmala UI" w:eastAsia="Nirmala UI" w:cs="Nirmala UI"/>
        </w:rPr>
        <w:t>ꯑꯗꯨ</w:t>
      </w:r>
      <w:r>
        <w:rPr>
          <w:rFonts w:ascii="Times New Roman" w:hAnsi="Times New Roman" w:eastAsia="Times New Roman" w:cs="Times New Roman"/>
        </w:rPr>
        <w:t xml:space="preserve"> Latter Day Saints</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ꯑꯗꯨꯒꯨꯝꯕꯥ</w:t>
      </w:r>
      <w:r>
        <w:rPr>
          <w:rFonts w:ascii="Times New Roman" w:hAnsi="Times New Roman" w:eastAsia="Times New Roman" w:cs="Times New Roman"/>
        </w:rPr>
        <w:t>, Quigley</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ꯂꯥꯢꯔꯤꯛ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ꯒ꯭ꯂꯣꯕꯥꯂꯤꯁ꯭ꯠ</w:t>
      </w:r>
      <w:r>
        <w:rPr>
          <w:rFonts w:ascii="Times New Roman" w:hAnsi="Times New Roman" w:eastAsia="Times New Roman" w:cs="Times New Roman"/>
        </w:rPr>
        <w:t xml:space="preserve"> </w:t>
      </w:r>
      <w:r>
        <w:rPr>
          <w:rFonts w:ascii="Nirmala UI" w:hAnsi="Nirmala UI" w:eastAsia="Nirmala UI" w:cs="Nirmala UI"/>
        </w:rPr>
        <w:t>ꯐꯤꯂꯣꯁꯣꯐꯤꯒꯤ</w:t>
      </w:r>
      <w:r>
        <w:rPr>
          <w:rFonts w:ascii="Times New Roman" w:hAnsi="Times New Roman" w:eastAsia="Times New Roman" w:cs="Times New Roman"/>
        </w:rPr>
        <w:t xml:space="preserve"> </w:t>
      </w:r>
      <w:r>
        <w:rPr>
          <w:rFonts w:ascii="Nirmala UI" w:hAnsi="Nirmala UI" w:eastAsia="Nirmala UI" w:cs="Nirmala UI"/>
        </w:rPr>
        <w:t>ꯕꯥꯏꯕꯦꯜ</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Clinton</w:t>
      </w:r>
      <w:r>
        <w:rPr>
          <w:rFonts w:ascii="Nirmala UI" w:hAnsi="Nirmala UI" w:eastAsia="Nirmala UI" w:cs="Nirmala UI"/>
        </w:rPr>
        <w:t>ꯅꯥ</w:t>
      </w:r>
      <w:r>
        <w:rPr>
          <w:rFonts w:ascii="Times New Roman" w:hAnsi="Times New Roman" w:eastAsia="Times New Roman" w:cs="Times New Roman"/>
        </w:rPr>
        <w:t xml:space="preserve"> Koran</w:t>
      </w:r>
      <w:r>
        <w:rPr>
          <w:rFonts w:ascii="Nirmala UI" w:hAnsi="Nirmala UI" w:eastAsia="Nirmala UI" w:cs="Nirmala UI"/>
        </w:rPr>
        <w:t>ꯒꯤ</w:t>
      </w:r>
      <w:r>
        <w:rPr>
          <w:rFonts w:ascii="Times New Roman" w:hAnsi="Times New Roman" w:eastAsia="Times New Roman" w:cs="Times New Roman"/>
        </w:rPr>
        <w:t xml:space="preserve"> Mohammed</w:t>
      </w:r>
      <w:r>
        <w:rPr>
          <w:rFonts w:ascii="Nirmala UI" w:hAnsi="Nirmala UI" w:eastAsia="Nirmala UI" w:cs="Nirmala UI"/>
        </w:rPr>
        <w:t>ꯕꯨ</w:t>
      </w:r>
      <w:r>
        <w:rPr>
          <w:rFonts w:ascii="Times New Roman" w:hAnsi="Times New Roman" w:eastAsia="Times New Roman" w:cs="Times New Roman"/>
        </w:rPr>
        <w:t xml:space="preserve"> </w:t>
      </w:r>
      <w:r>
        <w:rPr>
          <w:rFonts w:ascii="Nirmala UI" w:hAnsi="Nirmala UI" w:eastAsia="Nirmala UI" w:cs="Nirmala UI"/>
        </w:rPr>
        <w:t>ꯊꯥꯒꯠꯂꯕꯥ</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The Book of Mormon</w:t>
      </w:r>
      <w:r>
        <w:rPr>
          <w:rFonts w:ascii="Nirmala UI" w:hAnsi="Nirmala UI" w:eastAsia="Nirmala UI" w:cs="Nirmala UI"/>
        </w:rPr>
        <w:t>ꯒꯤ</w:t>
      </w:r>
      <w:r>
        <w:rPr>
          <w:rFonts w:ascii="Times New Roman" w:hAnsi="Times New Roman" w:eastAsia="Times New Roman" w:cs="Times New Roman"/>
        </w:rPr>
        <w:t xml:space="preserve"> Joseph Smith</w:t>
      </w:r>
      <w:r>
        <w:rPr>
          <w:rFonts w:ascii="Nirmala UI" w:hAnsi="Nirmala UI" w:eastAsia="Nirmala UI" w:cs="Nirmala UI"/>
        </w:rPr>
        <w:t>ꯕꯨ</w:t>
      </w:r>
      <w:r>
        <w:rPr>
          <w:rFonts w:ascii="Times New Roman" w:hAnsi="Times New Roman" w:eastAsia="Times New Roman" w:cs="Times New Roman"/>
        </w:rPr>
        <w:t xml:space="preserve"> </w:t>
      </w:r>
      <w:r>
        <w:rPr>
          <w:rFonts w:ascii="Nirmala UI" w:hAnsi="Nirmala UI" w:eastAsia="Nirmala UI" w:cs="Nirmala UI"/>
        </w:rPr>
        <w:t>ꯊꯥꯒꯠꯂꯕꯥꯅ</w:t>
      </w:r>
      <w:r>
        <w:rPr>
          <w:rFonts w:ascii="Times New Roman" w:hAnsi="Times New Roman" w:eastAsia="Times New Roman" w:cs="Times New Roman"/>
        </w:rPr>
        <w:t xml:space="preserve"> </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ꯈꯪꯉꯝꯈꯤꯒꯅꯤ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Albert Pike </w:t>
      </w:r>
      <w:r>
        <w:rPr>
          <w:rFonts w:ascii="Nirmala UI" w:hAnsi="Nirmala UI" w:eastAsia="Nirmala UI" w:cs="Nirmala UI"/>
        </w:rPr>
        <w:t>ꯀꯔꯤꯅꯣ</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ꯈꯔꯅꯥ</w:t>
      </w:r>
      <w:r>
        <w:rPr>
          <w:rFonts w:ascii="Times New Roman" w:hAnsi="Times New Roman" w:eastAsia="Times New Roman" w:cs="Times New Roman"/>
        </w:rPr>
        <w:t xml:space="preserve"> </w:t>
      </w:r>
      <w:r>
        <w:rPr>
          <w:rFonts w:ascii="Nirmala UI" w:hAnsi="Nirmala UI" w:eastAsia="Nirmala UI" w:cs="Nirmala UI"/>
        </w:rPr>
        <w:t>ꯈꯪꯉꯝꯈꯤꯒꯅꯤ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Quigley</w:t>
      </w:r>
      <w:r>
        <w:rPr>
          <w:rFonts w:ascii="Nirmala UI" w:hAnsi="Nirmala UI" w:eastAsia="Nirmala UI" w:cs="Nirmala UI"/>
        </w:rPr>
        <w:t>ꯕꯨ</w:t>
      </w:r>
      <w:r>
        <w:rPr>
          <w:rFonts w:ascii="Times New Roman" w:hAnsi="Times New Roman" w:eastAsia="Times New Roman" w:cs="Times New Roman"/>
        </w:rPr>
        <w:t xml:space="preserve"> Clinton</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ꯊꯥꯒꯠꯂꯕꯗꯨ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ꯃꯆꯥꯀꯤ</w:t>
      </w:r>
      <w:r>
        <w:rPr>
          <w:rFonts w:ascii="Times New Roman" w:hAnsi="Times New Roman" w:eastAsia="Times New Roman" w:cs="Times New Roman"/>
        </w:rPr>
        <w:t xml:space="preserve"> </w:t>
      </w:r>
      <w:r>
        <w:rPr>
          <w:rFonts w:ascii="Nirmala UI" w:hAnsi="Nirmala UI" w:eastAsia="Nirmala UI" w:cs="Nirmala UI"/>
        </w:rPr>
        <w:t>ꯒ꯭ꯂꯣꯕꯥꯂꯤꯁ꯭ꯠ</w:t>
      </w:r>
      <w:r>
        <w:rPr>
          <w:rFonts w:ascii="Times New Roman" w:hAnsi="Times New Roman" w:eastAsia="Times New Roman" w:cs="Times New Roman"/>
        </w:rPr>
        <w:t xml:space="preserve"> </w:t>
      </w:r>
      <w:r>
        <w:rPr>
          <w:rFonts w:ascii="Nirmala UI" w:hAnsi="Nirmala UI" w:eastAsia="Nirmala UI" w:cs="Nirmala UI"/>
        </w:rPr>
        <w:t>ꯑꯦꯖꯦꯟꯗꯥꯁꯤꯡꯒꯥ</w:t>
      </w:r>
      <w:r>
        <w:rPr>
          <w:rFonts w:ascii="Times New Roman" w:hAnsi="Times New Roman" w:eastAsia="Times New Roman" w:cs="Times New Roman"/>
        </w:rPr>
        <w:t xml:space="preserve"> </w:t>
      </w:r>
      <w:r>
        <w:rPr>
          <w:rFonts w:ascii="Nirmala UI" w:hAnsi="Nirmala UI" w:eastAsia="Nirmala UI" w:cs="Nirmala UI"/>
        </w:rPr>
        <w:t>ꯆꯨꯝꯅ</w:t>
      </w:r>
      <w:r>
        <w:rPr>
          <w:rFonts w:ascii="Times New Roman" w:hAnsi="Times New Roman" w:eastAsia="Times New Roman" w:cs="Times New Roman"/>
        </w:rPr>
        <w:t xml:space="preserve"> </w:t>
      </w:r>
      <w:r>
        <w:rPr>
          <w:rFonts w:ascii="Nirmala UI" w:hAnsi="Nirmala UI" w:eastAsia="Nirmala UI" w:cs="Nirmala UI"/>
        </w:rPr>
        <w:t>ꯂꯩꯅꯕꯥ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Abraham Lincoln</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ꯃꯥꯌꯣꯛꯈꯤꯕꯥ</w:t>
      </w:r>
      <w:r>
        <w:rPr>
          <w:rFonts w:ascii="Times New Roman" w:hAnsi="Times New Roman" w:eastAsia="Times New Roman" w:cs="Times New Roman"/>
        </w:rPr>
        <w:t xml:space="preserve"> </w:t>
      </w:r>
      <w:r>
        <w:rPr>
          <w:rFonts w:ascii="Nirmala UI" w:hAnsi="Nirmala UI" w:eastAsia="Nirmala UI" w:cs="Nirmala UI"/>
        </w:rPr>
        <w:t>ꯃꯇꯤꯀ</w:t>
      </w:r>
      <w:r>
        <w:rPr>
          <w:rFonts w:ascii="Times New Roman" w:hAnsi="Times New Roman" w:eastAsia="Times New Roman" w:cs="Times New Roman"/>
        </w:rPr>
        <w:t xml:space="preserve"> </w:t>
      </w:r>
      <w:r>
        <w:rPr>
          <w:rFonts w:ascii="Nirmala UI" w:hAnsi="Nirmala UI" w:eastAsia="Nirmala UI" w:cs="Nirmala UI"/>
        </w:rPr>
        <w:t>ꯑꯗꯨꯗꯒꯤ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ꯌꯥꯎꯗꯅꯕꯗꯨ</w:t>
      </w:r>
      <w:r>
        <w:rPr>
          <w:rFonts w:ascii="Times New Roman" w:hAnsi="Times New Roman" w:eastAsia="Times New Roman" w:cs="Times New Roman"/>
        </w:rPr>
        <w:t xml:space="preserve"> </w:t>
      </w:r>
      <w:r>
        <w:rPr>
          <w:rFonts w:ascii="Nirmala UI" w:hAnsi="Nirmala UI" w:eastAsia="Nirmala UI" w:cs="Nirmala UI"/>
        </w:rPr>
        <w:t>ꯑꯌꯥꯝꯕꯅꯥ</w:t>
      </w:r>
      <w:r>
        <w:rPr>
          <w:rFonts w:ascii="Times New Roman" w:hAnsi="Times New Roman" w:eastAsia="Times New Roman" w:cs="Times New Roman"/>
        </w:rPr>
        <w:t xml:space="preserve"> </w:t>
      </w:r>
      <w:r>
        <w:rPr>
          <w:rFonts w:ascii="Nirmala UI" w:hAnsi="Nirmala UI" w:eastAsia="Nirmala UI" w:cs="Nirmala UI"/>
        </w:rPr>
        <w:t>ꯈꯪꯗꯦ।</w:t>
      </w:r>
    </w:p>
    <w:p>
      <w:pPr>
        <w:pStyle w:val="ArticleBody"/>
        <w:jc w:val="left"/>
      </w:pPr>
      <w:r>
        <w:rPr>
          <w:rFonts w:ascii="Times New Roman" w:hAnsi="Times New Roman" w:eastAsia="Times New Roman" w:cs="Times New Roman"/>
        </w:rPr>
        <w:t>Ay discursope, Clinton he’i: “Mitãrusúramo ahendu John Kennedy ohenóiva tekohápe ñande reko hag̃ua. Ha upéi, estudiante-rõ Georgetown-pe, ahendu upe ñehenói oñemyesakãveha peteĩ mbo’ehára hérava Carroll Quigley rupive, ha’e oréve he’i va’ekue América ha’eha tetã tuichavéva tembiasakue ryepýpe pórke ñande tavayguakuéra akóinte oguerovia mokõi mba’épe: ko’ẽrõ ikatuha iporãve ko áragui ha maymáva ñandéve ñandejehegui oguerekóha peteĩ tembiapo tekoporãme guare ñande pópe ojapo hag̃ua upéicha.” Carroll Quigley remiandu mba’éichapa “ojejapo jey América tuicha hag̃ua”, ha’e va’ekue Estados Unidos ome’ẽ hag̃ua ijehegui tetã reko tee Naciones Unidas-pe. Clinton ha’e va’ekue peteĩ demócrata, globalista, dragón rehegua representante.</w:t>
      </w:r>
    </w:p>
    <w:p>
      <w:pPr>
        <w:pStyle w:val="ArticleBody"/>
        <w:jc w:val="left"/>
      </w:pPr>
      <w:r>
        <w:rPr>
          <w:rFonts w:ascii="Times New Roman" w:hAnsi="Times New Roman" w:eastAsia="Times New Roman" w:cs="Times New Roman"/>
        </w:rPr>
        <w:t>«</w:t>
      </w:r>
      <w:r>
        <w:rPr>
          <w:rFonts w:ascii="Ebrima" w:hAnsi="Ebrima" w:eastAsia="Ebrima" w:cs="Ebrima"/>
        </w:rPr>
        <w:t>ከአባት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የሚተላለፍ</w:t>
      </w:r>
      <w:r>
        <w:rPr>
          <w:rFonts w:ascii="Times New Roman" w:hAnsi="Times New Roman" w:eastAsia="Times New Roman" w:cs="Times New Roman"/>
        </w:rPr>
        <w:t xml:space="preserve"> </w:t>
      </w:r>
      <w:r>
        <w:rPr>
          <w:rFonts w:ascii="Ebrima" w:hAnsi="Ebrima" w:eastAsia="Ebrima" w:cs="Ebrima"/>
        </w:rPr>
        <w:t>መልክ</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ጆርጅ</w:t>
      </w:r>
      <w:r>
        <w:rPr>
          <w:rFonts w:ascii="Times New Roman" w:hAnsi="Times New Roman" w:eastAsia="Times New Roman" w:cs="Times New Roman"/>
        </w:rPr>
        <w:t xml:space="preserve"> </w:t>
      </w:r>
      <w:r>
        <w:rPr>
          <w:rFonts w:ascii="Ebrima" w:hAnsi="Ebrima" w:eastAsia="Ebrima" w:cs="Ebrima"/>
        </w:rPr>
        <w:t>ቡሽ</w:t>
      </w:r>
      <w:r>
        <w:rPr>
          <w:rFonts w:ascii="Times New Roman" w:hAnsi="Times New Roman" w:eastAsia="Times New Roman" w:cs="Times New Roman"/>
        </w:rPr>
        <w:t xml:space="preserve"> </w:t>
      </w:r>
      <w:r>
        <w:rPr>
          <w:rFonts w:ascii="Ebrima" w:hAnsi="Ebrima" w:eastAsia="Ebrima" w:cs="Ebrima"/>
        </w:rPr>
        <w:t>ዓለምአቀፋዊ</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አባቱ</w:t>
      </w:r>
      <w:r>
        <w:rPr>
          <w:rFonts w:ascii="Times New Roman" w:hAnsi="Times New Roman" w:eastAsia="Times New Roman" w:cs="Times New Roman"/>
        </w:rPr>
        <w:t xml:space="preserve"> </w:t>
      </w:r>
      <w:r>
        <w:rPr>
          <w:rFonts w:ascii="Ebrima" w:hAnsi="Ebrima" w:eastAsia="Ebrima" w:cs="Ebrima"/>
        </w:rPr>
        <w:t>ራሱን</w:t>
      </w:r>
      <w:r>
        <w:rPr>
          <w:rFonts w:ascii="Times New Roman" w:hAnsi="Times New Roman" w:eastAsia="Times New Roman" w:cs="Times New Roman"/>
        </w:rPr>
        <w:t xml:space="preserve"> </w:t>
      </w:r>
      <w:r>
        <w:rPr>
          <w:rFonts w:ascii="Ebrima" w:hAnsi="Ebrima" w:eastAsia="Ebrima" w:cs="Ebrima"/>
        </w:rPr>
        <w:t>ሪፐብሊካን</w:t>
      </w:r>
      <w:r>
        <w:rPr>
          <w:rFonts w:ascii="Times New Roman" w:hAnsi="Times New Roman" w:eastAsia="Times New Roman" w:cs="Times New Roman"/>
        </w:rPr>
        <w:t xml:space="preserve"> </w:t>
      </w:r>
      <w:r>
        <w:rPr>
          <w:rFonts w:ascii="Ebrima" w:hAnsi="Ebrima" w:eastAsia="Ebrima" w:cs="Ebrima"/>
        </w:rPr>
        <w:t>ነኝ</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የሚናገር</w:t>
      </w:r>
      <w:r>
        <w:rPr>
          <w:rFonts w:ascii="Times New Roman" w:hAnsi="Times New Roman" w:eastAsia="Times New Roman" w:cs="Times New Roman"/>
        </w:rPr>
        <w:t xml:space="preserve"> </w:t>
      </w:r>
      <w:r>
        <w:rPr>
          <w:rFonts w:ascii="Ebrima" w:hAnsi="Ebrima" w:eastAsia="Ebrima" w:cs="Ebrima"/>
        </w:rPr>
        <w:t>ዓለምአቀፋዊ</w:t>
      </w:r>
      <w:r>
        <w:rPr>
          <w:rFonts w:ascii="Times New Roman" w:hAnsi="Times New Roman" w:eastAsia="Times New Roman" w:cs="Times New Roman"/>
        </w:rPr>
        <w:t xml:space="preserve"> </w:t>
      </w:r>
      <w:r>
        <w:rPr>
          <w:rFonts w:ascii="Ebrima" w:hAnsi="Ebrima" w:eastAsia="Ebrima" w:cs="Ebrima"/>
        </w:rPr>
        <w:t>እንደነበረ</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ፖም</w:t>
      </w:r>
      <w:r>
        <w:rPr>
          <w:rFonts w:ascii="Times New Roman" w:hAnsi="Times New Roman" w:eastAsia="Times New Roman" w:cs="Times New Roman"/>
        </w:rPr>
        <w:t xml:space="preserve"> </w:t>
      </w:r>
      <w:r>
        <w:rPr>
          <w:rFonts w:ascii="Ebrima" w:hAnsi="Ebrima" w:eastAsia="Ebrima" w:cs="Ebrima"/>
        </w:rPr>
        <w:t>ከዛፉ</w:t>
      </w:r>
      <w:r>
        <w:rPr>
          <w:rFonts w:ascii="Times New Roman" w:hAnsi="Times New Roman" w:eastAsia="Times New Roman" w:cs="Times New Roman"/>
        </w:rPr>
        <w:t xml:space="preserve"> </w:t>
      </w:r>
      <w:r>
        <w:rPr>
          <w:rFonts w:ascii="Ebrima" w:hAnsi="Ebrima" w:eastAsia="Ebrima" w:cs="Ebrima"/>
        </w:rPr>
        <w:t>ሩቅ</w:t>
      </w:r>
      <w:r>
        <w:rPr>
          <w:rFonts w:ascii="Times New Roman" w:hAnsi="Times New Roman" w:eastAsia="Times New Roman" w:cs="Times New Roman"/>
        </w:rPr>
        <w:t xml:space="preserve"> </w:t>
      </w:r>
      <w:r>
        <w:rPr>
          <w:rFonts w:ascii="Ebrima" w:hAnsi="Ebrima" w:eastAsia="Ebrima" w:cs="Ebrima"/>
        </w:rPr>
        <w:t>አይወድቅም።</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ካልተስማሙ</w:t>
      </w:r>
      <w:r>
        <w:rPr>
          <w:rFonts w:ascii="Times New Roman" w:hAnsi="Times New Roman" w:eastAsia="Times New Roman" w:cs="Times New Roman"/>
        </w:rPr>
        <w:t xml:space="preserve"> </w:t>
      </w:r>
      <w:r>
        <w:rPr>
          <w:rFonts w:ascii="Ebrima" w:hAnsi="Ebrima" w:eastAsia="Ebrima" w:cs="Ebrima"/>
        </w:rPr>
        <w:t>በአንድነት</w:t>
      </w:r>
      <w:r>
        <w:rPr>
          <w:rFonts w:ascii="Times New Roman" w:hAnsi="Times New Roman" w:eastAsia="Times New Roman" w:cs="Times New Roman"/>
        </w:rPr>
        <w:t xml:space="preserve"> </w:t>
      </w:r>
      <w:r>
        <w:rPr>
          <w:rFonts w:ascii="Ebrima" w:hAnsi="Ebrima" w:eastAsia="Ebrima" w:cs="Ebrima"/>
        </w:rPr>
        <w:t>ሊሄዱ</w:t>
      </w:r>
      <w:r>
        <w:rPr>
          <w:rFonts w:ascii="Times New Roman" w:hAnsi="Times New Roman" w:eastAsia="Times New Roman" w:cs="Times New Roman"/>
        </w:rPr>
        <w:t xml:space="preserve"> </w:t>
      </w:r>
      <w:r>
        <w:rPr>
          <w:rFonts w:ascii="Ebrima" w:hAnsi="Ebrima" w:eastAsia="Ebrima" w:cs="Ebrima"/>
        </w:rPr>
        <w:t>ይችላሉን</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የሚነሣውን</w:t>
      </w:r>
      <w:r>
        <w:rPr>
          <w:rFonts w:ascii="Times New Roman" w:hAnsi="Times New Roman" w:eastAsia="Times New Roman" w:cs="Times New Roman"/>
        </w:rPr>
        <w:t xml:space="preserve"> </w:t>
      </w:r>
      <w:r>
        <w:rPr>
          <w:rFonts w:ascii="Ebrima" w:hAnsi="Ebrima" w:eastAsia="Ebrima" w:cs="Ebrima"/>
        </w:rPr>
        <w:t>የአነጋገር</w:t>
      </w:r>
      <w:r>
        <w:rPr>
          <w:rFonts w:ascii="Times New Roman" w:hAnsi="Times New Roman" w:eastAsia="Times New Roman" w:cs="Times New Roman"/>
        </w:rPr>
        <w:t xml:space="preserve"> </w:t>
      </w:r>
      <w:r>
        <w:rPr>
          <w:rFonts w:ascii="Ebrima" w:hAnsi="Ebrima" w:eastAsia="Ebrima" w:cs="Ebrima"/>
        </w:rPr>
        <w:t>ጥያቄ</w:t>
      </w:r>
      <w:r>
        <w:rPr>
          <w:rFonts w:ascii="Times New Roman" w:hAnsi="Times New Roman" w:eastAsia="Times New Roman" w:cs="Times New Roman"/>
        </w:rPr>
        <w:t xml:space="preserve"> </w:t>
      </w:r>
      <w:r>
        <w:rPr>
          <w:rFonts w:ascii="Ebrima" w:hAnsi="Ebrima" w:eastAsia="Ebrima" w:cs="Ebrima"/>
        </w:rPr>
        <w:t>ያቀርባል።</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ቡሽ</w:t>
      </w:r>
      <w:r>
        <w:rPr>
          <w:rFonts w:ascii="Times New Roman" w:hAnsi="Times New Roman" w:eastAsia="Times New Roman" w:cs="Times New Roman"/>
        </w:rPr>
        <w:t xml:space="preserve"> </w:t>
      </w:r>
      <w:r>
        <w:rPr>
          <w:rFonts w:ascii="Ebrima" w:hAnsi="Ebrima" w:eastAsia="Ebrima" w:cs="Ebrima"/>
        </w:rPr>
        <w:t>ከቢል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ከሂላሪ</w:t>
      </w:r>
      <w:r>
        <w:rPr>
          <w:rFonts w:ascii="Times New Roman" w:hAnsi="Times New Roman" w:eastAsia="Times New Roman" w:cs="Times New Roman"/>
        </w:rPr>
        <w:t xml:space="preserve"> </w:t>
      </w:r>
      <w:r>
        <w:rPr>
          <w:rFonts w:ascii="Ebrima" w:hAnsi="Ebrima" w:eastAsia="Ebrima" w:cs="Ebrima"/>
        </w:rPr>
        <w:t>ክሊንተን</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በአንድነት</w:t>
      </w:r>
      <w:r>
        <w:rPr>
          <w:rFonts w:ascii="Times New Roman" w:hAnsi="Times New Roman" w:eastAsia="Times New Roman" w:cs="Times New Roman"/>
        </w:rPr>
        <w:t xml:space="preserve"> </w:t>
      </w:r>
      <w:r>
        <w:rPr>
          <w:rFonts w:ascii="Ebrima" w:hAnsi="Ebrima" w:eastAsia="Ebrima" w:cs="Ebrima"/>
        </w:rPr>
        <w:t>ያከናወናቸውን</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ሥራዎች</w:t>
      </w:r>
      <w:r>
        <w:rPr>
          <w:rFonts w:ascii="Times New Roman" w:hAnsi="Times New Roman" w:eastAsia="Times New Roman" w:cs="Times New Roman"/>
        </w:rPr>
        <w:t xml:space="preserve"> </w:t>
      </w:r>
      <w:r>
        <w:rPr>
          <w:rFonts w:ascii="Ebrima" w:hAnsi="Ebrima" w:eastAsia="Ebrima" w:cs="Ebrima"/>
        </w:rPr>
        <w:t>መከታተል</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በቂ</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ቡሽ</w:t>
      </w:r>
      <w:r>
        <w:rPr>
          <w:rFonts w:ascii="Times New Roman" w:hAnsi="Times New Roman" w:eastAsia="Times New Roman" w:cs="Times New Roman"/>
        </w:rPr>
        <w:t xml:space="preserve"> </w:t>
      </w:r>
      <w:r>
        <w:rPr>
          <w:rFonts w:ascii="Ebrima" w:hAnsi="Ebrima" w:eastAsia="Ebrima" w:cs="Ebrima"/>
        </w:rPr>
        <w:t>ከማን</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እንደተስማማ</w:t>
      </w:r>
      <w:r>
        <w:rPr>
          <w:rFonts w:ascii="Times New Roman" w:hAnsi="Times New Roman" w:eastAsia="Times New Roman" w:cs="Times New Roman"/>
        </w:rPr>
        <w:t xml:space="preserve"> </w:t>
      </w:r>
      <w:r>
        <w:rPr>
          <w:rFonts w:ascii="Ebrima" w:hAnsi="Ebrima" w:eastAsia="Ebrima" w:cs="Ebrima"/>
        </w:rPr>
        <w:t>ለማየት</w:t>
      </w:r>
      <w:r>
        <w:rPr>
          <w:rFonts w:ascii="Times New Roman" w:hAnsi="Times New Roman" w:eastAsia="Times New Roman" w:cs="Times New Roman"/>
        </w:rPr>
        <w:t xml:space="preserve"> </w:t>
      </w:r>
      <w:r>
        <w:rPr>
          <w:rFonts w:ascii="Ebrima" w:hAnsi="Ebrima" w:eastAsia="Ebrima" w:cs="Ebrima"/>
        </w:rPr>
        <w:t>ያስችላል።</w:t>
      </w:r>
    </w:p>
    <w:p>
      <w:pPr>
        <w:pStyle w:val="ArticleBody"/>
        <w:jc w:val="left"/>
      </w:pPr>
      <w:r>
        <w:rPr>
          <w:rFonts w:ascii="Times New Roman" w:hAnsi="Times New Roman" w:eastAsia="Times New Roman" w:cs="Times New Roman"/>
        </w:rPr>
        <w:t>Barack Hussein Obama, Presidente-taqan akllinchasqa mana unayllam kampaña tantanakuypi Estados Unidos-ta sapankamanta tikrayta rimarqan. 2008 watapa octubre killapa 30 punchawninpi, Columbia, Missouri llaqtapi, Obama kaynata nirqan: “Pichqa punchawllam faltawanchik Estados Unidos de América-ta sapankamanta tikraykuykuqpaq.” Chay rimariyqa Obama-pa aswan hatun willakuyninmanta karqan, “suyaywan tikraywan” nisqamanta, chaymi 2008 watapi presidencial kampañanpa chawpi yuyaynin karqan, allin hatun kamachiy tikraykunaman churasqa kasqanta, hinallataq suyuypaq huk sapa ñanta akllakusqanta sut’ichaspa. Chay ñanmanmi suyuta muyuricherqan: globalismo-pa dragón kamachiykunaman, yuraq runakunapa contranman, aborto-pa favorninman, carbono combustiblekunapa contranman, América-pa contranman, globalismo-pa favorninman, Diversidad, Equidad, Inclusión nisqaman, Critical Race Theory nisqapa llulla historiannman, hinaspa aswan achka imakunamanpas. Obama mana llapanmantachu huk comunidad organizadorlla karqan; payqa karqan hinaspa kunankamapas kachkan dragón atiyniyuqpa globalista agenda-ninpa huk rakinchasqa kamachiqnin.</w:t>
      </w:r>
    </w:p>
    <w:p>
      <w:pPr>
        <w:pStyle w:val="ArticleBody"/>
        <w:jc w:val="left"/>
      </w:pP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ტრამპმა</w:t>
      </w:r>
      <w:r>
        <w:rPr>
          <w:rFonts w:ascii="Times New Roman" w:hAnsi="Times New Roman" w:eastAsia="Times New Roman" w:cs="Times New Roman"/>
        </w:rPr>
        <w:t xml:space="preserve">, </w:t>
      </w:r>
      <w:r>
        <w:rPr>
          <w:rFonts w:ascii="Sylfaen" w:hAnsi="Sylfaen" w:eastAsia="Sylfaen" w:cs="Sylfaen"/>
        </w:rPr>
        <w:t>ტიპური</w:t>
      </w:r>
      <w:r>
        <w:rPr>
          <w:rFonts w:ascii="Times New Roman" w:hAnsi="Times New Roman" w:eastAsia="Times New Roman" w:cs="Times New Roman"/>
        </w:rPr>
        <w:t xml:space="preserve"> </w:t>
      </w:r>
      <w:r>
        <w:rPr>
          <w:rFonts w:ascii="Sylfaen" w:hAnsi="Sylfaen" w:eastAsia="Sylfaen" w:cs="Sylfaen"/>
        </w:rPr>
        <w:t>თანამედროვე</w:t>
      </w:r>
      <w:r>
        <w:rPr>
          <w:rFonts w:ascii="Times New Roman" w:hAnsi="Times New Roman" w:eastAsia="Times New Roman" w:cs="Times New Roman"/>
        </w:rPr>
        <w:t xml:space="preserve"> </w:t>
      </w:r>
      <w:r>
        <w:rPr>
          <w:rFonts w:ascii="Sylfaen" w:hAnsi="Sylfaen" w:eastAsia="Sylfaen" w:cs="Sylfaen"/>
        </w:rPr>
        <w:t>პოლიტიკოსისგან</w:t>
      </w:r>
      <w:r>
        <w:rPr>
          <w:rFonts w:ascii="Times New Roman" w:hAnsi="Times New Roman" w:eastAsia="Times New Roman" w:cs="Times New Roman"/>
        </w:rPr>
        <w:t xml:space="preserve"> </w:t>
      </w:r>
      <w:r>
        <w:rPr>
          <w:rFonts w:ascii="Sylfaen" w:hAnsi="Sylfaen" w:eastAsia="Sylfaen" w:cs="Sylfaen"/>
        </w:rPr>
        <w:t>განსხვავებით</w:t>
      </w:r>
      <w:r>
        <w:rPr>
          <w:rFonts w:ascii="Times New Roman" w:hAnsi="Times New Roman" w:eastAsia="Times New Roman" w:cs="Times New Roman"/>
        </w:rPr>
        <w:t xml:space="preserve">, 1989 </w:t>
      </w:r>
      <w:r>
        <w:rPr>
          <w:rFonts w:ascii="Sylfaen" w:hAnsi="Sylfaen" w:eastAsia="Sylfaen" w:cs="Sylfaen"/>
        </w:rPr>
        <w:t>წლიდან</w:t>
      </w:r>
      <w:r>
        <w:rPr>
          <w:rFonts w:ascii="Times New Roman" w:hAnsi="Times New Roman" w:eastAsia="Times New Roman" w:cs="Times New Roman"/>
        </w:rPr>
        <w:t xml:space="preserve"> </w:t>
      </w:r>
      <w:r>
        <w:rPr>
          <w:rFonts w:ascii="Sylfaen" w:hAnsi="Sylfaen" w:eastAsia="Sylfaen" w:cs="Sylfaen"/>
        </w:rPr>
        <w:t>დაწყებულ</w:t>
      </w:r>
      <w:r>
        <w:rPr>
          <w:rFonts w:ascii="Times New Roman" w:hAnsi="Times New Roman" w:eastAsia="Times New Roman" w:cs="Times New Roman"/>
        </w:rPr>
        <w:t xml:space="preserve"> </w:t>
      </w:r>
      <w:r>
        <w:rPr>
          <w:rFonts w:ascii="Sylfaen" w:hAnsi="Sylfaen" w:eastAsia="Sylfaen" w:cs="Sylfaen"/>
        </w:rPr>
        <w:t>პერიოდში</w:t>
      </w:r>
      <w:r>
        <w:rPr>
          <w:rFonts w:ascii="Times New Roman" w:hAnsi="Times New Roman" w:eastAsia="Times New Roman" w:cs="Times New Roman"/>
        </w:rPr>
        <w:t xml:space="preserve"> </w:t>
      </w:r>
      <w:r>
        <w:rPr>
          <w:rFonts w:ascii="Sylfaen" w:hAnsi="Sylfaen" w:eastAsia="Sylfaen" w:cs="Sylfaen"/>
        </w:rPr>
        <w:t>ყველა</w:t>
      </w:r>
      <w:r>
        <w:rPr>
          <w:rFonts w:ascii="Times New Roman" w:hAnsi="Times New Roman" w:eastAsia="Times New Roman" w:cs="Times New Roman"/>
        </w:rPr>
        <w:t xml:space="preserve"> </w:t>
      </w:r>
      <w:r>
        <w:rPr>
          <w:rFonts w:ascii="Sylfaen" w:hAnsi="Sylfaen" w:eastAsia="Sylfaen" w:cs="Sylfaen"/>
        </w:rPr>
        <w:t>დანარჩენი</w:t>
      </w:r>
      <w:r>
        <w:rPr>
          <w:rFonts w:ascii="Times New Roman" w:hAnsi="Times New Roman" w:eastAsia="Times New Roman" w:cs="Times New Roman"/>
        </w:rPr>
        <w:t xml:space="preserve"> </w:t>
      </w:r>
      <w:r>
        <w:rPr>
          <w:rFonts w:ascii="Sylfaen" w:hAnsi="Sylfaen" w:eastAsia="Sylfaen" w:cs="Sylfaen"/>
        </w:rPr>
        <w:t>შვიდი</w:t>
      </w:r>
      <w:r>
        <w:rPr>
          <w:rFonts w:ascii="Times New Roman" w:hAnsi="Times New Roman" w:eastAsia="Times New Roman" w:cs="Times New Roman"/>
        </w:rPr>
        <w:t xml:space="preserve"> </w:t>
      </w:r>
      <w:r>
        <w:rPr>
          <w:rFonts w:ascii="Sylfaen" w:hAnsi="Sylfaen" w:eastAsia="Sylfaen" w:cs="Sylfaen"/>
        </w:rPr>
        <w:t>პრეზიდენტის</w:t>
      </w:r>
      <w:r>
        <w:rPr>
          <w:rFonts w:ascii="Times New Roman" w:hAnsi="Times New Roman" w:eastAsia="Times New Roman" w:cs="Times New Roman"/>
        </w:rPr>
        <w:t xml:space="preserve"> </w:t>
      </w:r>
      <w:r>
        <w:rPr>
          <w:rFonts w:ascii="Sylfaen" w:hAnsi="Sylfaen" w:eastAsia="Sylfaen" w:cs="Sylfaen"/>
        </w:rPr>
        <w:t>ერთად</w:t>
      </w:r>
      <w:r>
        <w:rPr>
          <w:rFonts w:ascii="Times New Roman" w:hAnsi="Times New Roman" w:eastAsia="Times New Roman" w:cs="Times New Roman"/>
        </w:rPr>
        <w:t xml:space="preserve"> </w:t>
      </w:r>
      <w:r>
        <w:rPr>
          <w:rFonts w:ascii="Sylfaen" w:hAnsi="Sylfaen" w:eastAsia="Sylfaen" w:cs="Sylfaen"/>
        </w:rPr>
        <w:t>აღებულზე</w:t>
      </w:r>
      <w:r>
        <w:rPr>
          <w:rFonts w:ascii="Times New Roman" w:hAnsi="Times New Roman" w:eastAsia="Times New Roman" w:cs="Times New Roman"/>
        </w:rPr>
        <w:t xml:space="preserve"> </w:t>
      </w:r>
      <w:r>
        <w:rPr>
          <w:rFonts w:ascii="Sylfaen" w:hAnsi="Sylfaen" w:eastAsia="Sylfaen" w:cs="Sylfaen"/>
        </w:rPr>
        <w:t>მეტი</w:t>
      </w:r>
      <w:r>
        <w:rPr>
          <w:rFonts w:ascii="Times New Roman" w:hAnsi="Times New Roman" w:eastAsia="Times New Roman" w:cs="Times New Roman"/>
        </w:rPr>
        <w:t xml:space="preserve"> </w:t>
      </w:r>
      <w:r>
        <w:rPr>
          <w:rFonts w:ascii="Sylfaen" w:hAnsi="Sylfaen" w:eastAsia="Sylfaen" w:cs="Sylfaen"/>
        </w:rPr>
        <w:t>დაპირება</w:t>
      </w:r>
      <w:r>
        <w:rPr>
          <w:rFonts w:ascii="Times New Roman" w:hAnsi="Times New Roman" w:eastAsia="Times New Roman" w:cs="Times New Roman"/>
        </w:rPr>
        <w:t xml:space="preserve"> </w:t>
      </w:r>
      <w:r>
        <w:rPr>
          <w:rFonts w:ascii="Sylfaen" w:hAnsi="Sylfaen" w:eastAsia="Sylfaen" w:cs="Sylfaen"/>
        </w:rPr>
        <w:t>შეასრულა</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ერთგული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იმისა</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ამერიკა</w:t>
      </w:r>
      <w:r>
        <w:rPr>
          <w:rFonts w:ascii="Times New Roman" w:hAnsi="Times New Roman" w:eastAsia="Times New Roman" w:cs="Times New Roman"/>
        </w:rPr>
        <w:t xml:space="preserve"> </w:t>
      </w:r>
      <w:r>
        <w:rPr>
          <w:rFonts w:ascii="Sylfaen" w:hAnsi="Sylfaen" w:eastAsia="Sylfaen" w:cs="Sylfaen"/>
        </w:rPr>
        <w:t>კვლავ</w:t>
      </w:r>
      <w:r>
        <w:rPr>
          <w:rFonts w:ascii="Times New Roman" w:hAnsi="Times New Roman" w:eastAsia="Times New Roman" w:cs="Times New Roman"/>
        </w:rPr>
        <w:t xml:space="preserve"> </w:t>
      </w:r>
      <w:r>
        <w:rPr>
          <w:rFonts w:ascii="Sylfaen" w:hAnsi="Sylfaen" w:eastAsia="Sylfaen" w:cs="Sylfaen"/>
        </w:rPr>
        <w:t>დიდებული</w:t>
      </w:r>
      <w:r>
        <w:rPr>
          <w:rFonts w:ascii="Times New Roman" w:hAnsi="Times New Roman" w:eastAsia="Times New Roman" w:cs="Times New Roman"/>
        </w:rPr>
        <w:t xml:space="preserve"> </w:t>
      </w:r>
      <w:r>
        <w:rPr>
          <w:rFonts w:ascii="Sylfaen" w:hAnsi="Sylfaen" w:eastAsia="Sylfaen" w:cs="Sylfaen"/>
        </w:rPr>
        <w:t>გამხდარიყო</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მცდელობით</w:t>
      </w:r>
      <w:r>
        <w:rPr>
          <w:rFonts w:ascii="Times New Roman" w:hAnsi="Times New Roman" w:eastAsia="Times New Roman" w:cs="Times New Roman"/>
        </w:rPr>
        <w:t xml:space="preserve"> </w:t>
      </w:r>
      <w:r>
        <w:rPr>
          <w:rFonts w:ascii="Sylfaen" w:hAnsi="Sylfaen" w:eastAsia="Sylfaen" w:cs="Sylfaen"/>
        </w:rPr>
        <w:t>მან</w:t>
      </w:r>
      <w:r>
        <w:rPr>
          <w:rFonts w:ascii="Times New Roman" w:hAnsi="Times New Roman" w:eastAsia="Times New Roman" w:cs="Times New Roman"/>
        </w:rPr>
        <w:t xml:space="preserve"> </w:t>
      </w:r>
      <w:r>
        <w:rPr>
          <w:rFonts w:ascii="Sylfaen" w:hAnsi="Sylfaen" w:eastAsia="Sylfaen" w:cs="Sylfaen"/>
        </w:rPr>
        <w:t>აღძრა</w:t>
      </w:r>
      <w:r>
        <w:rPr>
          <w:rFonts w:ascii="Times New Roman" w:hAnsi="Times New Roman" w:eastAsia="Times New Roman" w:cs="Times New Roman"/>
        </w:rPr>
        <w:t xml:space="preserve"> </w:t>
      </w:r>
      <w:r>
        <w:rPr>
          <w:rFonts w:ascii="Sylfaen" w:hAnsi="Sylfaen" w:eastAsia="Sylfaen" w:cs="Sylfaen"/>
        </w:rPr>
        <w:t>მოქმედი</w:t>
      </w:r>
      <w:r>
        <w:rPr>
          <w:rFonts w:ascii="Times New Roman" w:hAnsi="Times New Roman" w:eastAsia="Times New Roman" w:cs="Times New Roman"/>
        </w:rPr>
        <w:t xml:space="preserve"> </w:t>
      </w:r>
      <w:r>
        <w:rPr>
          <w:rFonts w:ascii="Sylfaen" w:hAnsi="Sylfaen" w:eastAsia="Sylfaen" w:cs="Sylfaen"/>
        </w:rPr>
        <w:t>გლობალისტური</w:t>
      </w:r>
      <w:r>
        <w:rPr>
          <w:rFonts w:ascii="Times New Roman" w:hAnsi="Times New Roman" w:eastAsia="Times New Roman" w:cs="Times New Roman"/>
        </w:rPr>
        <w:t xml:space="preserve"> </w:t>
      </w:r>
      <w:r>
        <w:rPr>
          <w:rFonts w:ascii="Sylfaen" w:hAnsi="Sylfaen" w:eastAsia="Sylfaen" w:cs="Sylfaen"/>
        </w:rPr>
        <w:t>ძალები</w:t>
      </w:r>
      <w:r>
        <w:rPr>
          <w:rFonts w:ascii="Times New Roman" w:hAnsi="Times New Roman" w:eastAsia="Times New Roman" w:cs="Times New Roman"/>
        </w:rPr>
        <w:t xml:space="preserve">, </w:t>
      </w:r>
      <w:r>
        <w:rPr>
          <w:rFonts w:ascii="Sylfaen" w:hAnsi="Sylfaen" w:eastAsia="Sylfaen" w:cs="Sylfaen"/>
        </w:rPr>
        <w:t>არა</w:t>
      </w:r>
      <w:r>
        <w:rPr>
          <w:rFonts w:ascii="Times New Roman" w:hAnsi="Times New Roman" w:eastAsia="Times New Roman" w:cs="Times New Roman"/>
        </w:rPr>
        <w:t xml:space="preserve"> </w:t>
      </w:r>
      <w:r>
        <w:rPr>
          <w:rFonts w:ascii="Sylfaen" w:hAnsi="Sylfaen" w:eastAsia="Sylfaen" w:cs="Sylfaen"/>
        </w:rPr>
        <w:t>მხოლოდ</w:t>
      </w:r>
      <w:r>
        <w:rPr>
          <w:rFonts w:ascii="Times New Roman" w:hAnsi="Times New Roman" w:eastAsia="Times New Roman" w:cs="Times New Roman"/>
        </w:rPr>
        <w:t xml:space="preserve"> </w:t>
      </w:r>
      <w:r>
        <w:rPr>
          <w:rFonts w:ascii="Sylfaen" w:hAnsi="Sylfaen" w:eastAsia="Sylfaen" w:cs="Sylfaen"/>
        </w:rPr>
        <w:t>შეერთებულ</w:t>
      </w:r>
      <w:r>
        <w:rPr>
          <w:rFonts w:ascii="Times New Roman" w:hAnsi="Times New Roman" w:eastAsia="Times New Roman" w:cs="Times New Roman"/>
        </w:rPr>
        <w:t xml:space="preserve"> </w:t>
      </w:r>
      <w:r>
        <w:rPr>
          <w:rFonts w:ascii="Sylfaen" w:hAnsi="Sylfaen" w:eastAsia="Sylfaen" w:cs="Sylfaen"/>
        </w:rPr>
        <w:t>შტატებში</w:t>
      </w:r>
      <w:r>
        <w:rPr>
          <w:rFonts w:ascii="Times New Roman" w:hAnsi="Times New Roman" w:eastAsia="Times New Roman" w:cs="Times New Roman"/>
        </w:rPr>
        <w:t xml:space="preserve">, </w:t>
      </w:r>
      <w:r>
        <w:rPr>
          <w:rFonts w:ascii="Sylfaen" w:hAnsi="Sylfaen" w:eastAsia="Sylfaen" w:cs="Sylfaen"/>
        </w:rPr>
        <w:t>არამედ</w:t>
      </w:r>
      <w:r>
        <w:rPr>
          <w:rFonts w:ascii="Times New Roman" w:hAnsi="Times New Roman" w:eastAsia="Times New Roman" w:cs="Times New Roman"/>
        </w:rPr>
        <w:t xml:space="preserve"> </w:t>
      </w:r>
      <w:r>
        <w:rPr>
          <w:rFonts w:ascii="Sylfaen" w:hAnsi="Sylfaen" w:eastAsia="Sylfaen" w:cs="Sylfaen"/>
        </w:rPr>
        <w:t>მთელ</w:t>
      </w:r>
      <w:r>
        <w:rPr>
          <w:rFonts w:ascii="Times New Roman" w:hAnsi="Times New Roman" w:eastAsia="Times New Roman" w:cs="Times New Roman"/>
        </w:rPr>
        <w:t xml:space="preserve"> </w:t>
      </w:r>
      <w:r>
        <w:rPr>
          <w:rFonts w:ascii="Sylfaen" w:hAnsi="Sylfaen" w:eastAsia="Sylfaen" w:cs="Sylfaen"/>
        </w:rPr>
        <w:t>მსოფლიოში</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جو بايدن وٽ ڪو به اهڙو ثبوت هرگز ڪونهي، جيڪو ڏيکاري ته هو هڪ ٻئي گلوبلسٽ کان سواءِ ڪجهه ٻيو آهي۔</w:t>
      </w:r>
    </w:p>
    <w:p>
      <w:pPr>
        <w:pStyle w:val="ArticleBody"/>
        <w:jc w:val="left"/>
      </w:pPr>
      <w:r>
        <w:rPr>
          <w:rFonts w:ascii="Myanmar Text" w:hAnsi="Myanmar Text" w:eastAsia="Myanmar Text" w:cs="Myanmar Text"/>
        </w:rPr>
        <w:t>ကက်သလစ်ဝါဒ၏</w:t>
      </w:r>
      <w:r>
        <w:rPr>
          <w:rFonts w:ascii="Times New Roman" w:hAnsi="Times New Roman" w:eastAsia="Times New Roman" w:cs="Times New Roman"/>
        </w:rPr>
        <w:t xml:space="preserve"> </w:t>
      </w:r>
      <w:r>
        <w:rPr>
          <w:rFonts w:ascii="Myanmar Text" w:hAnsi="Myanmar Text" w:eastAsia="Myanmar Text" w:cs="Myanmar Text"/>
        </w:rPr>
        <w:t>သားရဲသည်</w:t>
      </w:r>
      <w:r>
        <w:rPr>
          <w:rFonts w:ascii="Times New Roman" w:hAnsi="Times New Roman" w:eastAsia="Times New Roman" w:cs="Times New Roman"/>
        </w:rPr>
        <w:t xml:space="preserve"> </w:t>
      </w:r>
      <w:r>
        <w:rPr>
          <w:rFonts w:ascii="Myanmar Text" w:hAnsi="Myanmar Text" w:eastAsia="Myanmar Text" w:cs="Myanmar Text"/>
        </w:rPr>
        <w:t>နဂါး၏အာဏာများနှင့်</w:t>
      </w:r>
      <w:r>
        <w:rPr>
          <w:rFonts w:ascii="Times New Roman" w:hAnsi="Times New Roman" w:eastAsia="Times New Roman" w:cs="Times New Roman"/>
        </w:rPr>
        <w:t xml:space="preserve"> </w:t>
      </w:r>
      <w:r>
        <w:rPr>
          <w:rFonts w:ascii="Myanmar Text" w:hAnsi="Myanmar Text" w:eastAsia="Myanmar Text" w:cs="Myanmar Text"/>
        </w:rPr>
        <w:t>ရှည်လျားစွာ</w:t>
      </w:r>
      <w:r>
        <w:rPr>
          <w:rFonts w:ascii="Times New Roman" w:hAnsi="Times New Roman" w:eastAsia="Times New Roman" w:cs="Times New Roman"/>
        </w:rPr>
        <w:t xml:space="preserve"> </w:t>
      </w:r>
      <w:r>
        <w:rPr>
          <w:rFonts w:ascii="Myanmar Text" w:hAnsi="Myanmar Text" w:eastAsia="Myanmar Text" w:cs="Myanmar Text"/>
        </w:rPr>
        <w:t>စစ်ဆင်နွှဲခဲ့သကဲ့သို့၊</w:t>
      </w:r>
      <w:r>
        <w:rPr>
          <w:rFonts w:ascii="Times New Roman" w:hAnsi="Times New Roman" w:eastAsia="Times New Roman" w:cs="Times New Roman"/>
        </w:rPr>
        <w:t xml:space="preserve"> </w:t>
      </w:r>
      <w:r>
        <w:rPr>
          <w:rFonts w:ascii="Myanmar Text" w:hAnsi="Myanmar Text" w:eastAsia="Myanmar Text" w:cs="Myanmar Text"/>
        </w:rPr>
        <w:t>အမေရိကန်ပြည်ထောင်စုသည်</w:t>
      </w:r>
      <w:r>
        <w:rPr>
          <w:rFonts w:ascii="Times New Roman" w:hAnsi="Times New Roman" w:eastAsia="Times New Roman" w:cs="Times New Roman"/>
        </w:rPr>
        <w:t xml:space="preserve"> </w:t>
      </w:r>
      <w:r>
        <w:rPr>
          <w:rFonts w:ascii="Myanmar Text" w:hAnsi="Myanmar Text" w:eastAsia="Myanmar Text" w:cs="Myanmar Text"/>
        </w:rPr>
        <w:t>ပုပ်ရဟန်းမင်းစနစ်၏</w:t>
      </w:r>
      <w:r>
        <w:rPr>
          <w:rFonts w:ascii="Times New Roman" w:hAnsi="Times New Roman" w:eastAsia="Times New Roman" w:cs="Times New Roman"/>
        </w:rPr>
        <w:t xml:space="preserve"> </w:t>
      </w:r>
      <w:r>
        <w:rPr>
          <w:rFonts w:ascii="Myanmar Text" w:hAnsi="Myanmar Text" w:eastAsia="Myanmar Text" w:cs="Myanmar Text"/>
        </w:rPr>
        <w:t>ပုံရိပ်တစ်ရပ်ကို</w:t>
      </w:r>
      <w:r>
        <w:rPr>
          <w:rFonts w:ascii="Times New Roman" w:hAnsi="Times New Roman" w:eastAsia="Times New Roman" w:cs="Times New Roman"/>
        </w:rPr>
        <w:t xml:space="preserve"> </w:t>
      </w:r>
      <w:r>
        <w:rPr>
          <w:rFonts w:ascii="Myanmar Text" w:hAnsi="Myanmar Text" w:eastAsia="Myanmar Text" w:cs="Myanmar Text"/>
        </w:rPr>
        <w:t>ဖွဲ့စည်းသောအခါ</w:t>
      </w:r>
      <w:r>
        <w:rPr>
          <w:rFonts w:ascii="Times New Roman" w:hAnsi="Times New Roman" w:eastAsia="Times New Roman" w:cs="Times New Roman"/>
        </w:rPr>
        <w:t xml:space="preserve"> </w:t>
      </w:r>
      <w:r>
        <w:rPr>
          <w:rFonts w:ascii="Myanmar Text" w:hAnsi="Myanmar Text" w:eastAsia="Myanmar Text" w:cs="Myanmar Text"/>
        </w:rPr>
        <w:t>အုပ်စိုးနေသော</w:t>
      </w:r>
      <w:r>
        <w:rPr>
          <w:rFonts w:ascii="Times New Roman" w:hAnsi="Times New Roman" w:eastAsia="Times New Roman" w:cs="Times New Roman"/>
        </w:rPr>
        <w:t xml:space="preserve"> </w:t>
      </w:r>
      <w:r>
        <w:rPr>
          <w:rFonts w:ascii="Myanmar Text" w:hAnsi="Myanmar Text" w:eastAsia="Myanmar Text" w:cs="Myanmar Text"/>
        </w:rPr>
        <w:t>သမ္မတသည်လည်း</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မဖြစ်မနေလိုအပ်ချက်အရ</w:t>
      </w:r>
      <w:r>
        <w:rPr>
          <w:rFonts w:ascii="Times New Roman" w:hAnsi="Times New Roman" w:eastAsia="Times New Roman" w:cs="Times New Roman"/>
        </w:rPr>
        <w:t xml:space="preserve"> </w:t>
      </w:r>
      <w:r>
        <w:rPr>
          <w:rFonts w:ascii="Myanmar Text" w:hAnsi="Myanmar Text" w:eastAsia="Myanmar Text" w:cs="Myanmar Text"/>
        </w:rPr>
        <w:t>နဂါး၏အာဏာများနှင့်</w:t>
      </w:r>
      <w:r>
        <w:rPr>
          <w:rFonts w:ascii="Times New Roman" w:hAnsi="Times New Roman" w:eastAsia="Times New Roman" w:cs="Times New Roman"/>
        </w:rPr>
        <w:t xml:space="preserve"> </w:t>
      </w:r>
      <w:r>
        <w:rPr>
          <w:rFonts w:ascii="Myanmar Text" w:hAnsi="Myanmar Text" w:eastAsia="Myanmar Text" w:cs="Myanmar Text"/>
        </w:rPr>
        <w:t>တိုက်ပွဲဝင်နေမည်ဖြစ်သည်။</w:t>
      </w:r>
      <w:r>
        <w:rPr>
          <w:rFonts w:ascii="Times New Roman" w:hAnsi="Times New Roman" w:eastAsia="Times New Roman" w:cs="Times New Roman"/>
        </w:rPr>
        <w:t xml:space="preserve"> </w:t>
      </w:r>
      <w:r>
        <w:rPr>
          <w:rFonts w:ascii="Myanmar Text" w:hAnsi="Myanmar Text" w:eastAsia="Myanmar Text" w:cs="Myanmar Text"/>
        </w:rPr>
        <w:t>အသက်ရှင်နေသေးသော</w:t>
      </w:r>
      <w:r>
        <w:rPr>
          <w:rFonts w:ascii="Times New Roman" w:hAnsi="Times New Roman" w:eastAsia="Times New Roman" w:cs="Times New Roman"/>
        </w:rPr>
        <w:t xml:space="preserve"> </w:t>
      </w:r>
      <w:r>
        <w:rPr>
          <w:rFonts w:ascii="Myanmar Text" w:hAnsi="Myanmar Text" w:eastAsia="Myanmar Text" w:cs="Myanmar Text"/>
        </w:rPr>
        <w:t>သမ္မတများထဲတွင်</w:t>
      </w:r>
      <w:r>
        <w:rPr>
          <w:rFonts w:ascii="Times New Roman" w:hAnsi="Times New Roman" w:eastAsia="Times New Roman" w:cs="Times New Roman"/>
        </w:rPr>
        <w:t xml:space="preserve"> Donald Trump </w:t>
      </w:r>
      <w:r>
        <w:rPr>
          <w:rFonts w:ascii="Myanmar Text" w:hAnsi="Myanmar Text" w:eastAsia="Myanmar Text" w:cs="Myanmar Text"/>
        </w:rPr>
        <w:t>မှတစ်ပါး</w:t>
      </w:r>
      <w:r>
        <w:rPr>
          <w:rFonts w:ascii="Times New Roman" w:hAnsi="Times New Roman" w:eastAsia="Times New Roman" w:cs="Times New Roman"/>
        </w:rPr>
        <w:t xml:space="preserve"> </w:t>
      </w:r>
      <w:r>
        <w:rPr>
          <w:rFonts w:ascii="Myanmar Text" w:hAnsi="Myanmar Text" w:eastAsia="Myanmar Text" w:cs="Myanmar Text"/>
        </w:rPr>
        <w:t>အခြားမည်သူမျှ</w:t>
      </w:r>
      <w:r>
        <w:rPr>
          <w:rFonts w:ascii="Times New Roman" w:hAnsi="Times New Roman" w:eastAsia="Times New Roman" w:cs="Times New Roman"/>
        </w:rPr>
        <w:t xml:space="preserve"> </w:t>
      </w:r>
      <w:r>
        <w:rPr>
          <w:rFonts w:ascii="Myanmar Text" w:hAnsi="Myanmar Text" w:eastAsia="Myanmar Text" w:cs="Myanmar Text"/>
        </w:rPr>
        <w:t>နဂါး၏အာဏာများနှင့်</w:t>
      </w:r>
      <w:r>
        <w:rPr>
          <w:rFonts w:ascii="Times New Roman" w:hAnsi="Times New Roman" w:eastAsia="Times New Roman" w:cs="Times New Roman"/>
        </w:rPr>
        <w:t xml:space="preserve"> </w:t>
      </w:r>
      <w:r>
        <w:rPr>
          <w:rFonts w:ascii="Myanmar Text" w:hAnsi="Myanmar Text" w:eastAsia="Myanmar Text" w:cs="Myanmar Text"/>
        </w:rPr>
        <w:t>စစ်ဆင်နွှဲမည်မဟုတ်၊</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ဒီမိုကရက်များသည်</w:t>
      </w:r>
      <w:r>
        <w:rPr>
          <w:rFonts w:ascii="Times New Roman" w:hAnsi="Times New Roman" w:eastAsia="Times New Roman" w:cs="Times New Roman"/>
        </w:rPr>
        <w:t xml:space="preserve"> </w:t>
      </w:r>
      <w:r>
        <w:rPr>
          <w:rFonts w:ascii="Myanmar Text" w:hAnsi="Myanmar Text" w:eastAsia="Myanmar Text" w:cs="Myanmar Text"/>
        </w:rPr>
        <w:t>ကမ္ဘာလုံးဆိုင်ရာဝါဒီများ</w:t>
      </w:r>
      <w:r>
        <w:rPr>
          <w:rFonts w:ascii="Times New Roman" w:hAnsi="Times New Roman" w:eastAsia="Times New Roman" w:cs="Times New Roman"/>
        </w:rPr>
        <w:t xml:space="preserve"> (</w:t>
      </w:r>
      <w:r>
        <w:rPr>
          <w:rFonts w:ascii="Myanmar Text" w:hAnsi="Myanmar Text" w:eastAsia="Myanmar Text" w:cs="Myanmar Text"/>
        </w:rPr>
        <w:t>နဂါးများ</w:t>
      </w:r>
      <w:r>
        <w:rPr>
          <w:rFonts w:ascii="Times New Roman" w:hAnsi="Times New Roman" w:eastAsia="Times New Roman" w:cs="Times New Roman"/>
        </w:rPr>
        <w:t xml:space="preserve">) </w:t>
      </w:r>
      <w:r>
        <w:rPr>
          <w:rFonts w:ascii="Myanmar Text" w:hAnsi="Myanmar Text" w:eastAsia="Myanmar Text" w:cs="Myanmar Text"/>
        </w:rPr>
        <w:t>ဖြစ်ကြသည်ကို</w:t>
      </w:r>
      <w:r>
        <w:rPr>
          <w:rFonts w:ascii="Times New Roman" w:hAnsi="Times New Roman" w:eastAsia="Times New Roman" w:cs="Times New Roman"/>
        </w:rPr>
        <w:t xml:space="preserve"> </w:t>
      </w:r>
      <w:r>
        <w:rPr>
          <w:rFonts w:ascii="Myanmar Text" w:hAnsi="Myanmar Text" w:eastAsia="Myanmar Text" w:cs="Myanmar Text"/>
        </w:rPr>
        <w:t>ပွင့်လင်းစွာ</w:t>
      </w:r>
      <w:r>
        <w:rPr>
          <w:rFonts w:ascii="Times New Roman" w:hAnsi="Times New Roman" w:eastAsia="Times New Roman" w:cs="Times New Roman"/>
        </w:rPr>
        <w:t xml:space="preserve"> </w:t>
      </w:r>
      <w:r>
        <w:rPr>
          <w:rFonts w:ascii="Myanmar Text" w:hAnsi="Myanmar Text" w:eastAsia="Myanmar Text" w:cs="Myanmar Text"/>
        </w:rPr>
        <w:t>ထင်ရှားစေကြပြီး၊</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George Bush </w:t>
      </w:r>
      <w:r>
        <w:rPr>
          <w:rFonts w:ascii="Myanmar Text" w:hAnsi="Myanmar Text" w:eastAsia="Myanmar Text" w:cs="Myanmar Text"/>
        </w:rPr>
        <w:t>သည်လည်း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ဖခင်ကဲ့သို့ပင်</w:t>
      </w:r>
      <w:r>
        <w:rPr>
          <w:rFonts w:ascii="Times New Roman" w:hAnsi="Times New Roman" w:eastAsia="Times New Roman" w:cs="Times New Roman"/>
        </w:rPr>
        <w:t xml:space="preserve"> </w:t>
      </w:r>
      <w:r>
        <w:rPr>
          <w:rFonts w:ascii="Myanmar Text" w:hAnsi="Myanmar Text" w:eastAsia="Myanmar Text" w:cs="Myanmar Text"/>
        </w:rPr>
        <w:t>ဖြစ်ခဲ့သည်</w:t>
      </w:r>
      <w:r>
        <w:rPr>
          <w:rFonts w:ascii="Times New Roman" w:hAnsi="Times New Roman" w:eastAsia="Times New Roman" w:cs="Times New Roman"/>
        </w:rPr>
        <w:t xml:space="preserve"> (</w:t>
      </w:r>
      <w:r>
        <w:rPr>
          <w:rFonts w:ascii="Myanmar Text" w:hAnsi="Myanmar Text" w:eastAsia="Myanmar Text" w:cs="Myanmar Text"/>
        </w:rPr>
        <w:t>အမည်ခံ</w:t>
      </w:r>
      <w:r>
        <w:rPr>
          <w:rFonts w:ascii="Times New Roman" w:hAnsi="Times New Roman" w:eastAsia="Times New Roman" w:cs="Times New Roman"/>
        </w:rPr>
        <w:t xml:space="preserve"> </w:t>
      </w:r>
      <w:r>
        <w:rPr>
          <w:rFonts w:ascii="Myanmar Text" w:hAnsi="Myanmar Text" w:eastAsia="Myanmar Text" w:cs="Myanmar Text"/>
        </w:rPr>
        <w:t>ရီပတ်ဘလစ်ကန်တစ်ဦး</w:t>
      </w:r>
      <w:r>
        <w:rPr>
          <w:rFonts w:ascii="Times New Roman" w:hAnsi="Times New Roman" w:eastAsia="Times New Roman" w:cs="Times New Roman"/>
        </w:rPr>
        <w:t xml:space="preserve"> </w:t>
      </w:r>
      <w:r>
        <w:rPr>
          <w:rFonts w:ascii="Myanmar Text" w:hAnsi="Myanmar Text" w:eastAsia="Myanmar Text" w:cs="Myanmar Text"/>
        </w:rPr>
        <w:t>ဖြစ်သော်လည်း</w:t>
      </w:r>
      <w:r>
        <w:rPr>
          <w:rFonts w:ascii="Times New Roman" w:hAnsi="Times New Roman" w:eastAsia="Times New Roman" w:cs="Times New Roman"/>
        </w:rPr>
        <w:t xml:space="preserve"> </w:t>
      </w:r>
      <w:r>
        <w:rPr>
          <w:rFonts w:ascii="Myanmar Text" w:hAnsi="Myanmar Text" w:eastAsia="Myanmar Text" w:cs="Myanmar Text"/>
        </w:rPr>
        <w:t>အမှန်တကယ်တွင်</w:t>
      </w:r>
      <w:r>
        <w:rPr>
          <w:rFonts w:ascii="Times New Roman" w:hAnsi="Times New Roman" w:eastAsia="Times New Roman" w:cs="Times New Roman"/>
        </w:rPr>
        <w:t xml:space="preserve"> </w:t>
      </w:r>
      <w:r>
        <w:rPr>
          <w:rFonts w:ascii="Myanmar Text" w:hAnsi="Myanmar Text" w:eastAsia="Myanmar Text" w:cs="Myanmar Text"/>
        </w:rPr>
        <w:t>ကမ္ဘာလုံးဆိုင်ရာဝါဒီ</w:t>
      </w:r>
      <w:r>
        <w:rPr>
          <w:rFonts w:ascii="Times New Roman" w:hAnsi="Times New Roman" w:eastAsia="Times New Roman" w:cs="Times New Roman"/>
        </w:rPr>
        <w:t xml:space="preserve"> </w:t>
      </w:r>
      <w:r>
        <w:rPr>
          <w:rFonts w:ascii="Myanmar Text" w:hAnsi="Myanmar Text" w:eastAsia="Myanmar Text" w:cs="Myanmar Text"/>
        </w:rPr>
        <w:t>နဂါးတစ်ဦး</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အမြဲတမ်း</w:t>
      </w:r>
      <w:r>
        <w:rPr>
          <w:rFonts w:ascii="Times New Roman" w:hAnsi="Times New Roman" w:eastAsia="Times New Roman" w:cs="Times New Roman"/>
        </w:rPr>
        <w:t xml:space="preserve"> </w:t>
      </w:r>
      <w:r>
        <w:rPr>
          <w:rFonts w:ascii="Myanmar Text" w:hAnsi="Myanmar Text" w:eastAsia="Myanmar Text" w:cs="Myanmar Text"/>
        </w:rPr>
        <w:t>နောက်ဆုံးသောအရာကို</w:t>
      </w:r>
      <w:r>
        <w:rPr>
          <w:rFonts w:ascii="Times New Roman" w:hAnsi="Times New Roman" w:eastAsia="Times New Roman" w:cs="Times New Roman"/>
        </w:rPr>
        <w:t xml:space="preserve"> </w:t>
      </w:r>
      <w:r>
        <w:rPr>
          <w:rFonts w:ascii="Myanmar Text" w:hAnsi="Myanmar Text" w:eastAsia="Myanmar Text" w:cs="Myanmar Text"/>
        </w:rPr>
        <w:t>ပထမသောအရာအားဖြင့်</w:t>
      </w:r>
      <w:r>
        <w:rPr>
          <w:rFonts w:ascii="Times New Roman" w:hAnsi="Times New Roman" w:eastAsia="Times New Roman" w:cs="Times New Roman"/>
        </w:rPr>
        <w:t xml:space="preserve"> </w:t>
      </w:r>
      <w:r>
        <w:rPr>
          <w:rFonts w:ascii="Myanmar Text" w:hAnsi="Myanmar Text" w:eastAsia="Myanmar Text" w:cs="Myanmar Text"/>
        </w:rPr>
        <w:t>ပုံဖော်တင်ပြတော်မူသောကြောင့်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Ñuqanchikqa kay yachayta qhipa qillqapiña sut’inchaspa qatiqasun.</w:t>
      </w:r>
    </w:p>
    <w:p>
      <w:pPr>
        <w:pStyle w:val="ArticleScripture"/>
        <w:jc w:val="left"/>
      </w:pPr>
      <w:r>
        <w:rPr>
          <w:rFonts w:ascii="Times New Roman" w:hAnsi="Times New Roman" w:eastAsia="Times New Roman" w:cs="Times New Roman"/>
        </w:rPr>
        <w:t>“</w:t>
      </w:r>
      <w:r>
        <w:rPr>
          <w:rFonts w:ascii="Nirmala UI" w:hAnsi="Nirmala UI" w:eastAsia="Nirmala UI" w:cs="Nirmala UI"/>
        </w:rPr>
        <w:t>ఇశ్వరుని</w:t>
      </w:r>
      <w:r>
        <w:rPr>
          <w:rFonts w:ascii="Times New Roman" w:hAnsi="Times New Roman" w:eastAsia="Times New Roman" w:cs="Times New Roman"/>
        </w:rPr>
        <w:t xml:space="preserve"> </w:t>
      </w:r>
      <w:r>
        <w:rPr>
          <w:rFonts w:ascii="Nirmala UI" w:hAnsi="Nirmala UI" w:eastAsia="Nirmala UI" w:cs="Nirmala UI"/>
        </w:rPr>
        <w:t>ప్రజలను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గొప్ప</w:t>
      </w:r>
      <w:r>
        <w:rPr>
          <w:rFonts w:ascii="Times New Roman" w:hAnsi="Times New Roman" w:eastAsia="Times New Roman" w:cs="Times New Roman"/>
        </w:rPr>
        <w:t xml:space="preserve"> </w:t>
      </w:r>
      <w:r>
        <w:rPr>
          <w:rFonts w:ascii="Nirmala UI" w:hAnsi="Nirmala UI" w:eastAsia="Nirmala UI" w:cs="Nirmala UI"/>
        </w:rPr>
        <w:t>సంక్షోభం</w:t>
      </w:r>
      <w:r>
        <w:rPr>
          <w:rFonts w:ascii="Times New Roman" w:hAnsi="Times New Roman" w:eastAsia="Times New Roman" w:cs="Times New Roman"/>
        </w:rPr>
        <w:t xml:space="preserve"> </w:t>
      </w:r>
      <w:r>
        <w:rPr>
          <w:rFonts w:ascii="Nirmala UI" w:hAnsi="Nirmala UI" w:eastAsia="Nirmala UI" w:cs="Nirmala UI"/>
        </w:rPr>
        <w:t>ఎదురుచూచియున్నది</w:t>
      </w:r>
      <w:r>
        <w:rPr>
          <w:rFonts w:ascii="Times New Roman" w:hAnsi="Times New Roman" w:eastAsia="Times New Roman" w:cs="Times New Roman"/>
        </w:rPr>
        <w:t xml:space="preserve">. </w:t>
      </w:r>
      <w:r>
        <w:rPr>
          <w:rFonts w:ascii="Nirmala UI" w:hAnsi="Nirmala UI" w:eastAsia="Nirmala UI" w:cs="Nirmala UI"/>
        </w:rPr>
        <w:t>లోకమును</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సంక్షోభం</w:t>
      </w:r>
      <w:r>
        <w:rPr>
          <w:rFonts w:ascii="Times New Roman" w:hAnsi="Times New Roman" w:eastAsia="Times New Roman" w:cs="Times New Roman"/>
        </w:rPr>
        <w:t xml:space="preserve"> </w:t>
      </w:r>
      <w:r>
        <w:rPr>
          <w:rFonts w:ascii="Nirmala UI" w:hAnsi="Nirmala UI" w:eastAsia="Nirmala UI" w:cs="Nirmala UI"/>
        </w:rPr>
        <w:t>ఎదురుచూచియున్నది</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యుగములలో</w:t>
      </w:r>
      <w:r>
        <w:rPr>
          <w:rFonts w:ascii="Times New Roman" w:hAnsi="Times New Roman" w:eastAsia="Times New Roman" w:cs="Times New Roman"/>
        </w:rPr>
        <w:t xml:space="preserve"> </w:t>
      </w:r>
      <w:r>
        <w:rPr>
          <w:rFonts w:ascii="Nirmala UI" w:hAnsi="Nirmala UI" w:eastAsia="Nirmala UI" w:cs="Nirmala UI"/>
        </w:rPr>
        <w:t>అతి</w:t>
      </w:r>
      <w:r>
        <w:rPr>
          <w:rFonts w:ascii="Times New Roman" w:hAnsi="Times New Roman" w:eastAsia="Times New Roman" w:cs="Times New Roman"/>
        </w:rPr>
        <w:t xml:space="preserve"> </w:t>
      </w:r>
      <w:r>
        <w:rPr>
          <w:rFonts w:ascii="Nirmala UI" w:hAnsi="Nirmala UI" w:eastAsia="Nirmala UI" w:cs="Nirmala UI"/>
        </w:rPr>
        <w:t>గంభీరమైన</w:t>
      </w:r>
      <w:r>
        <w:rPr>
          <w:rFonts w:ascii="Times New Roman" w:hAnsi="Times New Roman" w:eastAsia="Times New Roman" w:cs="Times New Roman"/>
        </w:rPr>
        <w:t xml:space="preserve"> </w:t>
      </w:r>
      <w:r>
        <w:rPr>
          <w:rFonts w:ascii="Nirmala UI" w:hAnsi="Nirmala UI" w:eastAsia="Nirmala UI" w:cs="Nirmala UI"/>
        </w:rPr>
        <w:t>పోరాటము</w:t>
      </w:r>
      <w:r>
        <w:rPr>
          <w:rFonts w:ascii="Times New Roman" w:hAnsi="Times New Roman" w:eastAsia="Times New Roman" w:cs="Times New Roman"/>
        </w:rPr>
        <w:t xml:space="preserve"> </w:t>
      </w:r>
      <w:r>
        <w:rPr>
          <w:rFonts w:ascii="Nirmala UI" w:hAnsi="Nirmala UI" w:eastAsia="Nirmala UI" w:cs="Nirmala UI"/>
        </w:rPr>
        <w:t>మన</w:t>
      </w:r>
      <w:r>
        <w:rPr>
          <w:rFonts w:ascii="Times New Roman" w:hAnsi="Times New Roman" w:eastAsia="Times New Roman" w:cs="Times New Roman"/>
        </w:rPr>
        <w:t xml:space="preserve"> </w:t>
      </w:r>
      <w:r>
        <w:rPr>
          <w:rFonts w:ascii="Nirmala UI" w:hAnsi="Nirmala UI" w:eastAsia="Nirmala UI" w:cs="Nirmala UI"/>
        </w:rPr>
        <w:t>ముందే</w:t>
      </w:r>
      <w:r>
        <w:rPr>
          <w:rFonts w:ascii="Times New Roman" w:hAnsi="Times New Roman" w:eastAsia="Times New Roman" w:cs="Times New Roman"/>
        </w:rPr>
        <w:t xml:space="preserve"> </w:t>
      </w:r>
      <w:r>
        <w:rPr>
          <w:rFonts w:ascii="Nirmala UI" w:hAnsi="Nirmala UI" w:eastAsia="Nirmala UI" w:cs="Nirmala UI"/>
        </w:rPr>
        <w:t>నిలిచియున్నది</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వాక్యాధికారమునుబట్టి</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సంవత్సరములకు</w:t>
      </w:r>
      <w:r>
        <w:rPr>
          <w:rFonts w:ascii="Times New Roman" w:hAnsi="Times New Roman" w:eastAsia="Times New Roman" w:cs="Times New Roman"/>
        </w:rPr>
        <w:t xml:space="preserve"> </w:t>
      </w:r>
      <w:r>
        <w:rPr>
          <w:rFonts w:ascii="Nirmala UI" w:hAnsi="Nirmala UI" w:eastAsia="Nirmala UI" w:cs="Nirmala UI"/>
        </w:rPr>
        <w:t>మించిన</w:t>
      </w:r>
      <w:r>
        <w:rPr>
          <w:rFonts w:ascii="Times New Roman" w:hAnsi="Times New Roman" w:eastAsia="Times New Roman" w:cs="Times New Roman"/>
        </w:rPr>
        <w:t xml:space="preserve"> </w:t>
      </w:r>
      <w:r>
        <w:rPr>
          <w:rFonts w:ascii="Nirmala UI" w:hAnsi="Nirmala UI" w:eastAsia="Nirmala UI" w:cs="Nirmala UI"/>
        </w:rPr>
        <w:t>కాలంగా</w:t>
      </w:r>
      <w:r>
        <w:rPr>
          <w:rFonts w:ascii="Times New Roman" w:hAnsi="Times New Roman" w:eastAsia="Times New Roman" w:cs="Times New Roman"/>
        </w:rPr>
        <w:t xml:space="preserve"> </w:t>
      </w:r>
      <w:r>
        <w:rPr>
          <w:rFonts w:ascii="Nirmala UI" w:hAnsi="Nirmala UI" w:eastAsia="Nirmala UI" w:cs="Nirmala UI"/>
        </w:rPr>
        <w:t>సమీపించుచున్నవని</w:t>
      </w:r>
      <w:r>
        <w:rPr>
          <w:rFonts w:ascii="Times New Roman" w:hAnsi="Times New Roman" w:eastAsia="Times New Roman" w:cs="Times New Roman"/>
        </w:rPr>
        <w:t xml:space="preserve"> </w:t>
      </w:r>
      <w:r>
        <w:rPr>
          <w:rFonts w:ascii="Nirmala UI" w:hAnsi="Nirmala UI" w:eastAsia="Nirmala UI" w:cs="Nirmala UI"/>
        </w:rPr>
        <w:t>మేము</w:t>
      </w:r>
      <w:r>
        <w:rPr>
          <w:rFonts w:ascii="Times New Roman" w:hAnsi="Times New Roman" w:eastAsia="Times New Roman" w:cs="Times New Roman"/>
        </w:rPr>
        <w:t xml:space="preserve"> </w:t>
      </w:r>
      <w:r>
        <w:rPr>
          <w:rFonts w:ascii="Nirmala UI" w:hAnsi="Nirmala UI" w:eastAsia="Nirmala UI" w:cs="Nirmala UI"/>
        </w:rPr>
        <w:t>ప్రకటించుచున్న</w:t>
      </w:r>
      <w:r>
        <w:rPr>
          <w:rFonts w:ascii="Times New Roman" w:hAnsi="Times New Roman" w:eastAsia="Times New Roman" w:cs="Times New Roman"/>
        </w:rPr>
        <w:t xml:space="preserve"> </w:t>
      </w:r>
      <w:r>
        <w:rPr>
          <w:rFonts w:ascii="Nirmala UI" w:hAnsi="Nirmala UI" w:eastAsia="Nirmala UI" w:cs="Nirmala UI"/>
        </w:rPr>
        <w:t>సంఘటనలు</w:t>
      </w:r>
      <w:r>
        <w:rPr>
          <w:rFonts w:ascii="Times New Roman" w:hAnsi="Times New Roman" w:eastAsia="Times New Roman" w:cs="Times New Roman"/>
        </w:rPr>
        <w:t xml:space="preserve"> </w:t>
      </w:r>
      <w:r>
        <w:rPr>
          <w:rFonts w:ascii="Nirmala UI" w:hAnsi="Nirmala UI" w:eastAsia="Nirmala UI" w:cs="Nirmala UI"/>
        </w:rPr>
        <w:t>ఇప్పుడు</w:t>
      </w:r>
      <w:r>
        <w:rPr>
          <w:rFonts w:ascii="Times New Roman" w:hAnsi="Times New Roman" w:eastAsia="Times New Roman" w:cs="Times New Roman"/>
        </w:rPr>
        <w:t xml:space="preserve"> </w:t>
      </w:r>
      <w:r>
        <w:rPr>
          <w:rFonts w:ascii="Nirmala UI" w:hAnsi="Nirmala UI" w:eastAsia="Nirmala UI" w:cs="Nirmala UI"/>
        </w:rPr>
        <w:t>మన</w:t>
      </w:r>
      <w:r>
        <w:rPr>
          <w:rFonts w:ascii="Times New Roman" w:hAnsi="Times New Roman" w:eastAsia="Times New Roman" w:cs="Times New Roman"/>
        </w:rPr>
        <w:t xml:space="preserve"> </w:t>
      </w:r>
      <w:r>
        <w:rPr>
          <w:rFonts w:ascii="Nirmala UI" w:hAnsi="Nirmala UI" w:eastAsia="Nirmala UI" w:cs="Nirmala UI"/>
        </w:rPr>
        <w:t>కన్నుల</w:t>
      </w:r>
      <w:r>
        <w:rPr>
          <w:rFonts w:ascii="Times New Roman" w:hAnsi="Times New Roman" w:eastAsia="Times New Roman" w:cs="Times New Roman"/>
        </w:rPr>
        <w:t xml:space="preserve"> </w:t>
      </w:r>
      <w:r>
        <w:rPr>
          <w:rFonts w:ascii="Nirmala UI" w:hAnsi="Nirmala UI" w:eastAsia="Nirmala UI" w:cs="Nirmala UI"/>
        </w:rPr>
        <w:t>ఎదుట</w:t>
      </w:r>
      <w:r>
        <w:rPr>
          <w:rFonts w:ascii="Times New Roman" w:hAnsi="Times New Roman" w:eastAsia="Times New Roman" w:cs="Times New Roman"/>
        </w:rPr>
        <w:t xml:space="preserve"> </w:t>
      </w:r>
      <w:r>
        <w:rPr>
          <w:rFonts w:ascii="Nirmala UI" w:hAnsi="Nirmala UI" w:eastAsia="Nirmala UI" w:cs="Nirmala UI"/>
        </w:rPr>
        <w:t>జరుగుచున్నవి</w:t>
      </w:r>
      <w:r>
        <w:rPr>
          <w:rFonts w:ascii="Times New Roman" w:hAnsi="Times New Roman" w:eastAsia="Times New Roman" w:cs="Times New Roman"/>
        </w:rPr>
        <w:t xml:space="preserve">. </w:t>
      </w:r>
      <w:r>
        <w:rPr>
          <w:rFonts w:ascii="Nirmala UI" w:hAnsi="Nirmala UI" w:eastAsia="Nirmala UI" w:cs="Nirmala UI"/>
        </w:rPr>
        <w:t>అంతఃకరణ</w:t>
      </w:r>
      <w:r>
        <w:rPr>
          <w:rFonts w:ascii="Times New Roman" w:hAnsi="Times New Roman" w:eastAsia="Times New Roman" w:cs="Times New Roman"/>
        </w:rPr>
        <w:t xml:space="preserve"> </w:t>
      </w:r>
      <w:r>
        <w:rPr>
          <w:rFonts w:ascii="Nirmala UI" w:hAnsi="Nirmala UI" w:eastAsia="Nirmala UI" w:cs="Nirmala UI"/>
        </w:rPr>
        <w:t>స్వేచ్ఛను</w:t>
      </w:r>
      <w:r>
        <w:rPr>
          <w:rFonts w:ascii="Times New Roman" w:hAnsi="Times New Roman" w:eastAsia="Times New Roman" w:cs="Times New Roman"/>
        </w:rPr>
        <w:t xml:space="preserve"> </w:t>
      </w:r>
      <w:r>
        <w:rPr>
          <w:rFonts w:ascii="Nirmala UI" w:hAnsi="Nirmala UI" w:eastAsia="Nirmala UI" w:cs="Nirmala UI"/>
        </w:rPr>
        <w:t>పరిమితపరచు</w:t>
      </w:r>
      <w:r>
        <w:rPr>
          <w:rFonts w:ascii="Times New Roman" w:hAnsi="Times New Roman" w:eastAsia="Times New Roman" w:cs="Times New Roman"/>
        </w:rPr>
        <w:t xml:space="preserve"> </w:t>
      </w:r>
      <w:r>
        <w:rPr>
          <w:rFonts w:ascii="Nirmala UI" w:hAnsi="Nirmala UI" w:eastAsia="Nirmala UI" w:cs="Nirmala UI"/>
        </w:rPr>
        <w:t>రాజ్యాంగ</w:t>
      </w:r>
      <w:r>
        <w:rPr>
          <w:rFonts w:ascii="Times New Roman" w:hAnsi="Times New Roman" w:eastAsia="Times New Roman" w:cs="Times New Roman"/>
        </w:rPr>
        <w:t xml:space="preserve"> </w:t>
      </w:r>
      <w:r>
        <w:rPr>
          <w:rFonts w:ascii="Nirmala UI" w:hAnsi="Nirmala UI" w:eastAsia="Nirmala UI" w:cs="Nirmala UI"/>
        </w:rPr>
        <w:t>సవరణ</w:t>
      </w:r>
      <w:r>
        <w:rPr>
          <w:rFonts w:ascii="Times New Roman" w:hAnsi="Times New Roman" w:eastAsia="Times New Roman" w:cs="Times New Roman"/>
        </w:rPr>
        <w:t xml:space="preserve"> </w:t>
      </w:r>
      <w:r>
        <w:rPr>
          <w:rFonts w:ascii="Nirmala UI" w:hAnsi="Nirmala UI" w:eastAsia="Nirmala UI" w:cs="Nirmala UI"/>
        </w:rPr>
        <w:t>విషయము</w:t>
      </w:r>
      <w:r>
        <w:rPr>
          <w:rFonts w:ascii="Times New Roman" w:hAnsi="Times New Roman" w:eastAsia="Times New Roman" w:cs="Times New Roman"/>
        </w:rPr>
        <w:t xml:space="preserve"> </w:t>
      </w:r>
      <w:r>
        <w:rPr>
          <w:rFonts w:ascii="Nirmala UI" w:hAnsi="Nirmala UI" w:eastAsia="Nirmala UI" w:cs="Nirmala UI"/>
        </w:rPr>
        <w:t>ఇదివరకే</w:t>
      </w:r>
      <w:r>
        <w:rPr>
          <w:rFonts w:ascii="Times New Roman" w:hAnsi="Times New Roman" w:eastAsia="Times New Roman" w:cs="Times New Roman"/>
        </w:rPr>
        <w:t xml:space="preserve"> </w:t>
      </w:r>
      <w:r>
        <w:rPr>
          <w:rFonts w:ascii="Nirmala UI" w:hAnsi="Nirmala UI" w:eastAsia="Nirmala UI" w:cs="Nirmala UI"/>
        </w:rPr>
        <w:t>దేశ</w:t>
      </w:r>
      <w:r>
        <w:rPr>
          <w:rFonts w:ascii="Times New Roman" w:hAnsi="Times New Roman" w:eastAsia="Times New Roman" w:cs="Times New Roman"/>
        </w:rPr>
        <w:t xml:space="preserve"> </w:t>
      </w:r>
      <w:r>
        <w:rPr>
          <w:rFonts w:ascii="Nirmala UI" w:hAnsi="Nirmala UI" w:eastAsia="Nirmala UI" w:cs="Nirmala UI"/>
        </w:rPr>
        <w:t>శాసనకర్తల</w:t>
      </w:r>
      <w:r>
        <w:rPr>
          <w:rFonts w:ascii="Times New Roman" w:hAnsi="Times New Roman" w:eastAsia="Times New Roman" w:cs="Times New Roman"/>
        </w:rPr>
        <w:t xml:space="preserve"> </w:t>
      </w:r>
      <w:r>
        <w:rPr>
          <w:rFonts w:ascii="Nirmala UI" w:hAnsi="Nirmala UI" w:eastAsia="Nirmala UI" w:cs="Nirmala UI"/>
        </w:rPr>
        <w:t>సమక్షమున</w:t>
      </w:r>
      <w:r>
        <w:rPr>
          <w:rFonts w:ascii="Times New Roman" w:hAnsi="Times New Roman" w:eastAsia="Times New Roman" w:cs="Times New Roman"/>
        </w:rPr>
        <w:t xml:space="preserve"> </w:t>
      </w:r>
      <w:r>
        <w:rPr>
          <w:rFonts w:ascii="Nirmala UI" w:hAnsi="Nirmala UI" w:eastAsia="Nirmala UI" w:cs="Nirmala UI"/>
        </w:rPr>
        <w:t>ప్రతిపాదింపబడినది</w:t>
      </w:r>
      <w:r>
        <w:rPr>
          <w:rFonts w:ascii="Times New Roman" w:hAnsi="Times New Roman" w:eastAsia="Times New Roman" w:cs="Times New Roman"/>
        </w:rPr>
        <w:t xml:space="preserve">. </w:t>
      </w:r>
      <w:r>
        <w:rPr>
          <w:rFonts w:ascii="Nirmala UI" w:hAnsi="Nirmala UI" w:eastAsia="Nirmala UI" w:cs="Nirmala UI"/>
        </w:rPr>
        <w:t>ఆదివార</w:t>
      </w:r>
      <w:r>
        <w:rPr>
          <w:rFonts w:ascii="Times New Roman" w:hAnsi="Times New Roman" w:eastAsia="Times New Roman" w:cs="Times New Roman"/>
        </w:rPr>
        <w:t xml:space="preserve"> </w:t>
      </w:r>
      <w:r>
        <w:rPr>
          <w:rFonts w:ascii="Nirmala UI" w:hAnsi="Nirmala UI" w:eastAsia="Nirmala UI" w:cs="Nirmala UI"/>
        </w:rPr>
        <w:t>ఆచరణను</w:t>
      </w:r>
      <w:r>
        <w:rPr>
          <w:rFonts w:ascii="Times New Roman" w:hAnsi="Times New Roman" w:eastAsia="Times New Roman" w:cs="Times New Roman"/>
        </w:rPr>
        <w:t xml:space="preserve"> </w:t>
      </w:r>
      <w:r>
        <w:rPr>
          <w:rFonts w:ascii="Nirmala UI" w:hAnsi="Nirmala UI" w:eastAsia="Nirmala UI" w:cs="Nirmala UI"/>
        </w:rPr>
        <w:t>బలవంతపరచు</w:t>
      </w:r>
      <w:r>
        <w:rPr>
          <w:rFonts w:ascii="Times New Roman" w:hAnsi="Times New Roman" w:eastAsia="Times New Roman" w:cs="Times New Roman"/>
        </w:rPr>
        <w:t xml:space="preserve"> </w:t>
      </w:r>
      <w:r>
        <w:rPr>
          <w:rFonts w:ascii="Nirmala UI" w:hAnsi="Nirmala UI" w:eastAsia="Nirmala UI" w:cs="Nirmala UI"/>
        </w:rPr>
        <w:t>ప్రశ్న</w:t>
      </w:r>
      <w:r>
        <w:rPr>
          <w:rFonts w:ascii="Times New Roman" w:hAnsi="Times New Roman" w:eastAsia="Times New Roman" w:cs="Times New Roman"/>
        </w:rPr>
        <w:t xml:space="preserve"> </w:t>
      </w:r>
      <w:r>
        <w:rPr>
          <w:rFonts w:ascii="Nirmala UI" w:hAnsi="Nirmala UI" w:eastAsia="Nirmala UI" w:cs="Nirmala UI"/>
        </w:rPr>
        <w:t>జాతీయ</w:t>
      </w:r>
      <w:r>
        <w:rPr>
          <w:rFonts w:ascii="Times New Roman" w:hAnsi="Times New Roman" w:eastAsia="Times New Roman" w:cs="Times New Roman"/>
        </w:rPr>
        <w:t xml:space="preserve"> </w:t>
      </w:r>
      <w:r>
        <w:rPr>
          <w:rFonts w:ascii="Nirmala UI" w:hAnsi="Nirmala UI" w:eastAsia="Nirmala UI" w:cs="Nirmala UI"/>
        </w:rPr>
        <w:t>ఆసక్తి</w:t>
      </w:r>
      <w:r>
        <w:rPr>
          <w:rFonts w:ascii="Times New Roman" w:hAnsi="Times New Roman" w:eastAsia="Times New Roman" w:cs="Times New Roman"/>
        </w:rPr>
        <w:t xml:space="preserve">, </w:t>
      </w:r>
      <w:r>
        <w:rPr>
          <w:rFonts w:ascii="Nirmala UI" w:hAnsi="Nirmala UI" w:eastAsia="Nirmala UI" w:cs="Nirmala UI"/>
        </w:rPr>
        <w:t>ప్రాముఖ్యతల</w:t>
      </w:r>
      <w:r>
        <w:rPr>
          <w:rFonts w:ascii="Times New Roman" w:hAnsi="Times New Roman" w:eastAsia="Times New Roman" w:cs="Times New Roman"/>
        </w:rPr>
        <w:t xml:space="preserve"> </w:t>
      </w:r>
      <w:r>
        <w:rPr>
          <w:rFonts w:ascii="Nirmala UI" w:hAnsi="Nirmala UI" w:eastAsia="Nirmala UI" w:cs="Nirmala UI"/>
        </w:rPr>
        <w:t>విషయముగా</w:t>
      </w:r>
      <w:r>
        <w:rPr>
          <w:rFonts w:ascii="Times New Roman" w:hAnsi="Times New Roman" w:eastAsia="Times New Roman" w:cs="Times New Roman"/>
        </w:rPr>
        <w:t xml:space="preserve"> </w:t>
      </w:r>
      <w:r>
        <w:rPr>
          <w:rFonts w:ascii="Nirmala UI" w:hAnsi="Nirmala UI" w:eastAsia="Nirmala UI" w:cs="Nirmala UI"/>
        </w:rPr>
        <w:t>మారినది</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ఉద్యమ</w:t>
      </w:r>
      <w:r>
        <w:rPr>
          <w:rFonts w:ascii="Times New Roman" w:hAnsi="Times New Roman" w:eastAsia="Times New Roman" w:cs="Times New Roman"/>
        </w:rPr>
        <w:t xml:space="preserve"> </w:t>
      </w:r>
      <w:r>
        <w:rPr>
          <w:rFonts w:ascii="Nirmala UI" w:hAnsi="Nirmala UI" w:eastAsia="Nirmala UI" w:cs="Nirmala UI"/>
        </w:rPr>
        <w:t>ఫలితం</w:t>
      </w:r>
      <w:r>
        <w:rPr>
          <w:rFonts w:ascii="Times New Roman" w:hAnsi="Times New Roman" w:eastAsia="Times New Roman" w:cs="Times New Roman"/>
        </w:rPr>
        <w:t xml:space="preserve"> </w:t>
      </w:r>
      <w:r>
        <w:rPr>
          <w:rFonts w:ascii="Nirmala UI" w:hAnsi="Nirmala UI" w:eastAsia="Nirmala UI" w:cs="Nirmala UI"/>
        </w:rPr>
        <w:t>ఏమియై</w:t>
      </w:r>
      <w:r>
        <w:rPr>
          <w:rFonts w:ascii="Times New Roman" w:hAnsi="Times New Roman" w:eastAsia="Times New Roman" w:cs="Times New Roman"/>
        </w:rPr>
        <w:t xml:space="preserve"> </w:t>
      </w:r>
      <w:r>
        <w:rPr>
          <w:rFonts w:ascii="Nirmala UI" w:hAnsi="Nirmala UI" w:eastAsia="Nirmala UI" w:cs="Nirmala UI"/>
        </w:rPr>
        <w:t>యుండునో</w:t>
      </w:r>
      <w:r>
        <w:rPr>
          <w:rFonts w:ascii="Times New Roman" w:hAnsi="Times New Roman" w:eastAsia="Times New Roman" w:cs="Times New Roman"/>
        </w:rPr>
        <w:t xml:space="preserve"> </w:t>
      </w:r>
      <w:r>
        <w:rPr>
          <w:rFonts w:ascii="Nirmala UI" w:hAnsi="Nirmala UI" w:eastAsia="Nirmala UI" w:cs="Nirmala UI"/>
        </w:rPr>
        <w:t>మాకు</w:t>
      </w:r>
      <w:r>
        <w:rPr>
          <w:rFonts w:ascii="Times New Roman" w:hAnsi="Times New Roman" w:eastAsia="Times New Roman" w:cs="Times New Roman"/>
        </w:rPr>
        <w:t xml:space="preserve"> </w:t>
      </w:r>
      <w:r>
        <w:rPr>
          <w:rFonts w:ascii="Nirmala UI" w:hAnsi="Nirmala UI" w:eastAsia="Nirmala UI" w:cs="Nirmala UI"/>
        </w:rPr>
        <w:t>బాగా</w:t>
      </w:r>
      <w:r>
        <w:rPr>
          <w:rFonts w:ascii="Times New Roman" w:hAnsi="Times New Roman" w:eastAsia="Times New Roman" w:cs="Times New Roman"/>
        </w:rPr>
        <w:t xml:space="preserve"> </w:t>
      </w:r>
      <w:r>
        <w:rPr>
          <w:rFonts w:ascii="Nirmala UI" w:hAnsi="Nirmala UI" w:eastAsia="Nirmala UI" w:cs="Nirmala UI"/>
        </w:rPr>
        <w:t>తెలియును</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పరిణామాన్ని</w:t>
      </w:r>
      <w:r>
        <w:rPr>
          <w:rFonts w:ascii="Times New Roman" w:hAnsi="Times New Roman" w:eastAsia="Times New Roman" w:cs="Times New Roman"/>
        </w:rPr>
        <w:t xml:space="preserve"> </w:t>
      </w:r>
      <w:r>
        <w:rPr>
          <w:rFonts w:ascii="Nirmala UI" w:hAnsi="Nirmala UI" w:eastAsia="Nirmala UI" w:cs="Nirmala UI"/>
        </w:rPr>
        <w:t>ఎదుర్కొనుటకు</w:t>
      </w:r>
      <w:r>
        <w:rPr>
          <w:rFonts w:ascii="Times New Roman" w:hAnsi="Times New Roman" w:eastAsia="Times New Roman" w:cs="Times New Roman"/>
        </w:rPr>
        <w:t xml:space="preserve"> </w:t>
      </w:r>
      <w:r>
        <w:rPr>
          <w:rFonts w:ascii="Nirmala UI" w:hAnsi="Nirmala UI" w:eastAsia="Nirmala UI" w:cs="Nirmala UI"/>
        </w:rPr>
        <w:t>మనము</w:t>
      </w:r>
      <w:r>
        <w:rPr>
          <w:rFonts w:ascii="Times New Roman" w:hAnsi="Times New Roman" w:eastAsia="Times New Roman" w:cs="Times New Roman"/>
        </w:rPr>
        <w:t xml:space="preserve"> </w:t>
      </w:r>
      <w:r>
        <w:rPr>
          <w:rFonts w:ascii="Nirmala UI" w:hAnsi="Nirmala UI" w:eastAsia="Nirmala UI" w:cs="Nirmala UI"/>
        </w:rPr>
        <w:t>సిద్ధమై</w:t>
      </w:r>
      <w:r>
        <w:rPr>
          <w:rFonts w:ascii="Times New Roman" w:hAnsi="Times New Roman" w:eastAsia="Times New Roman" w:cs="Times New Roman"/>
        </w:rPr>
        <w:t xml:space="preserve"> </w:t>
      </w:r>
      <w:r>
        <w:rPr>
          <w:rFonts w:ascii="Nirmala UI" w:hAnsi="Nirmala UI" w:eastAsia="Nirmala UI" w:cs="Nirmala UI"/>
        </w:rPr>
        <w:t>యున్నామా</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ముందున్న</w:t>
      </w:r>
      <w:r>
        <w:rPr>
          <w:rFonts w:ascii="Times New Roman" w:hAnsi="Times New Roman" w:eastAsia="Times New Roman" w:cs="Times New Roman"/>
        </w:rPr>
        <w:t xml:space="preserve"> </w:t>
      </w:r>
      <w:r>
        <w:rPr>
          <w:rFonts w:ascii="Nirmala UI" w:hAnsi="Nirmala UI" w:eastAsia="Nirmala UI" w:cs="Nirmala UI"/>
        </w:rPr>
        <w:t>ప్రమాదమును</w:t>
      </w:r>
      <w:r>
        <w:rPr>
          <w:rFonts w:ascii="Times New Roman" w:hAnsi="Times New Roman" w:eastAsia="Times New Roman" w:cs="Times New Roman"/>
        </w:rPr>
        <w:t xml:space="preserve"> </w:t>
      </w:r>
      <w:r>
        <w:rPr>
          <w:rFonts w:ascii="Nirmala UI" w:hAnsi="Nirmala UI" w:eastAsia="Nirmala UI" w:cs="Nirmala UI"/>
        </w:rPr>
        <w:t>గూర్చి</w:t>
      </w:r>
      <w:r>
        <w:rPr>
          <w:rFonts w:ascii="Times New Roman" w:hAnsi="Times New Roman" w:eastAsia="Times New Roman" w:cs="Times New Roman"/>
        </w:rPr>
        <w:t xml:space="preserve"> </w:t>
      </w:r>
      <w:r>
        <w:rPr>
          <w:rFonts w:ascii="Nirmala UI" w:hAnsi="Nirmala UI" w:eastAsia="Nirmala UI" w:cs="Nirmala UI"/>
        </w:rPr>
        <w:t>ప్రజలకు</w:t>
      </w:r>
      <w:r>
        <w:rPr>
          <w:rFonts w:ascii="Times New Roman" w:hAnsi="Times New Roman" w:eastAsia="Times New Roman" w:cs="Times New Roman"/>
        </w:rPr>
        <w:t xml:space="preserve"> </w:t>
      </w:r>
      <w:r>
        <w:rPr>
          <w:rFonts w:ascii="Nirmala UI" w:hAnsi="Nirmala UI" w:eastAsia="Nirmala UI" w:cs="Nirmala UI"/>
        </w:rPr>
        <w:t>హెచ్చరికనివ్వుటయే</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మనకు</w:t>
      </w:r>
      <w:r>
        <w:rPr>
          <w:rFonts w:ascii="Times New Roman" w:hAnsi="Times New Roman" w:eastAsia="Times New Roman" w:cs="Times New Roman"/>
        </w:rPr>
        <w:t xml:space="preserve"> </w:t>
      </w:r>
      <w:r>
        <w:rPr>
          <w:rFonts w:ascii="Nirmala UI" w:hAnsi="Nirmala UI" w:eastAsia="Nirmala UI" w:cs="Nirmala UI"/>
        </w:rPr>
        <w:t>అప్పగించిన</w:t>
      </w:r>
      <w:r>
        <w:rPr>
          <w:rFonts w:ascii="Times New Roman" w:hAnsi="Times New Roman" w:eastAsia="Times New Roman" w:cs="Times New Roman"/>
        </w:rPr>
        <w:t xml:space="preserve"> </w:t>
      </w:r>
      <w:r>
        <w:rPr>
          <w:rFonts w:ascii="Nirmala UI" w:hAnsi="Nirmala UI" w:eastAsia="Nirmala UI" w:cs="Nirmala UI"/>
        </w:rPr>
        <w:t>కర్తవ్యము</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మనము</w:t>
      </w:r>
      <w:r>
        <w:rPr>
          <w:rFonts w:ascii="Times New Roman" w:hAnsi="Times New Roman" w:eastAsia="Times New Roman" w:cs="Times New Roman"/>
        </w:rPr>
        <w:t xml:space="preserve"> </w:t>
      </w:r>
      <w:r>
        <w:rPr>
          <w:rFonts w:ascii="Nirmala UI" w:hAnsi="Nirmala UI" w:eastAsia="Nirmala UI" w:cs="Nirmala UI"/>
        </w:rPr>
        <w:t>విశ్వాసపూర్వకముగా</w:t>
      </w:r>
      <w:r>
        <w:rPr>
          <w:rFonts w:ascii="Times New Roman" w:hAnsi="Times New Roman" w:eastAsia="Times New Roman" w:cs="Times New Roman"/>
        </w:rPr>
        <w:t xml:space="preserve"> </w:t>
      </w:r>
      <w:r>
        <w:rPr>
          <w:rFonts w:ascii="Nirmala UI" w:hAnsi="Nirmala UI" w:eastAsia="Nirmala UI" w:cs="Nirmala UI"/>
        </w:rPr>
        <w:t>నెరవేర్చితివా</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“Adzɔ geɖe li, hã le ame siwo wowɔa dɔ le ɖoɖo sia me be woahe Kwasida dziyɔyɔ wɔwɔ va la dome, siwo ŋutɔmeɖoɖo siwo ava dze dɔa sia yome la nye abe gbegblẽ me na wo ene. Mewole ekpɔm o be le nu si wowɔ la me la, wole tsi tre srɔe kpuie ɖe subɔsubɔa ƒe ablɔɖe ŋu. Ame geɖe li siwo kpɔ gbeɖeka meɖe Biblia ƒe Sabat ƒe biabiawo gɔme nyuie o, eye mekpɔ gɔmesese si te Kwasida ƒe ɖoɖo dzi, si nye dzesi aɖe si menyo o, o. ɖoɖo sia ɖe sia ɖe si wotsɔ doa asi na se siwo ku ɖe subɔsubɔ ŋu la, le nyateƒe me nye nuɖeɖe asi na papaɖome, si wɔ asi kple lɔlɔnu mado ɖe ame ƒe dzidzɔdzɔ gbɔ me ƒe ablɔɖe ŋu le ɣeyiɣi didi geɖewo me. Kwasida dziyɔyɔ le eƒe anyigbadzi me abe Kristotɔ ɖoɖo ene la, eƒe nɔnɔme tsoa ‘vɔɖi ƒe gɔmesese ɣaɣla’ me; eye ne wowɔ eƒe dziyɔyɔ se be wòanye dɔwɔwɔ si woate ŋu awɔ la, eya nye woawɔ Roma subɔsubɔ ƒe gɔmedzedzeawo siwo nye Romanism ƒe ɖoƒe tɔxɛ kplikpa la ŋudzedze kple woatsɔ asi ade edzi kplikpa. Ne miaƒe dukɔ la agbe eɖo eƒe dziɖuɖu ƒe gɔmedzedzeawo gbɔ ale be wòawɔ Kwasida se aɖe la, le dɔwɔwɔ sia me Protestantiwo akpe asi kple popery; menye naneke bubu wu be woatsɔ agbe na ɖekakpuiɖuɖu si le didi na ɣeyiɣi didi me, eye si nɔ mɔ kpɔm kplikpa be yéakpɔ mɔ ayi dzi ake le ŋusẽʋuʋu kple dziɖuɖu vɔɖi ƒe nɔnɔme me.”</w:t>
      </w:r>
    </w:p>
    <w:p>
      <w:pPr>
        <w:pStyle w:val="ArticleScripture"/>
        <w:jc w:val="left"/>
      </w:pPr>
      <w:r>
        <w:rPr>
          <w:rFonts w:ascii="Times New Roman" w:hAnsi="Times New Roman" w:eastAsia="Times New Roman" w:cs="Times New Roman"/>
        </w:rPr>
        <w:t>“</w:t>
      </w:r>
      <w:r>
        <w:rPr>
          <w:rFonts w:ascii="Nirmala UI" w:hAnsi="Nirmala UI" w:eastAsia="Nirmala UI" w:cs="Nirmala UI"/>
        </w:rPr>
        <w:t>ꯅꯦꯁꯅꯦꯜ</w:t>
      </w:r>
      <w:r>
        <w:rPr>
          <w:rFonts w:ascii="Times New Roman" w:hAnsi="Times New Roman" w:eastAsia="Times New Roman" w:cs="Times New Roman"/>
        </w:rPr>
        <w:t xml:space="preserve"> </w:t>
      </w:r>
      <w:r>
        <w:rPr>
          <w:rFonts w:ascii="Nirmala UI" w:hAnsi="Nirmala UI" w:eastAsia="Nirmala UI" w:cs="Nirmala UI"/>
        </w:rPr>
        <w:t>ꯔꯤꯐꯣꯔꯝ</w:t>
      </w:r>
      <w:r>
        <w:rPr>
          <w:rFonts w:ascii="Times New Roman" w:hAnsi="Times New Roman" w:eastAsia="Times New Roman" w:cs="Times New Roman"/>
        </w:rPr>
        <w:t xml:space="preserve"> </w:t>
      </w:r>
      <w:r>
        <w:rPr>
          <w:rFonts w:ascii="Nirmala UI" w:hAnsi="Nirmala UI" w:eastAsia="Nirmala UI" w:cs="Nirmala UI"/>
        </w:rPr>
        <w:t>ꯃꯨꯕꯃꯦꯟꯇꯁꯤꯡ</w:t>
      </w:r>
      <w:r>
        <w:rPr>
          <w:rFonts w:ascii="Times New Roman" w:hAnsi="Times New Roman" w:eastAsia="Times New Roman" w:cs="Times New Roman"/>
        </w:rPr>
        <w:t xml:space="preserve">, </w:t>
      </w:r>
      <w:r>
        <w:rPr>
          <w:rFonts w:ascii="Nirmala UI" w:hAnsi="Nirmala UI" w:eastAsia="Nirmala UI" w:cs="Nirmala UI"/>
        </w:rPr>
        <w:t>ꯂꯥꯏꯅꯤꯡ</w:t>
      </w:r>
      <w:r>
        <w:rPr>
          <w:rFonts w:ascii="Times New Roman" w:hAnsi="Times New Roman" w:eastAsia="Times New Roman" w:cs="Times New Roman"/>
        </w:rPr>
        <w:t>-</w:t>
      </w:r>
      <w:r>
        <w:rPr>
          <w:rFonts w:ascii="Nirmala UI" w:hAnsi="Nirmala UI" w:eastAsia="Nirmala UI" w:cs="Nirmala UI"/>
        </w:rPr>
        <w:t>ꯂꯤꯆꯠꯀꯤ</w:t>
      </w:r>
      <w:r>
        <w:rPr>
          <w:rFonts w:ascii="Times New Roman" w:hAnsi="Times New Roman" w:eastAsia="Times New Roman" w:cs="Times New Roman"/>
        </w:rPr>
        <w:t xml:space="preserve"> </w:t>
      </w:r>
      <w:r>
        <w:rPr>
          <w:rFonts w:ascii="Nirmala UI" w:hAnsi="Nirmala UI" w:eastAsia="Nirmala UI" w:cs="Nirmala UI"/>
        </w:rPr>
        <w:t>ꯑꯦꯄꯥꯡ</w:t>
      </w:r>
      <w:r>
        <w:rPr>
          <w:rFonts w:ascii="Times New Roman" w:hAnsi="Times New Roman" w:eastAsia="Times New Roman" w:cs="Times New Roman"/>
        </w:rPr>
        <w:t xml:space="preserve"> </w:t>
      </w:r>
      <w:r>
        <w:rPr>
          <w:rFonts w:ascii="Nirmala UI" w:hAnsi="Nirmala UI" w:eastAsia="Nirmala UI" w:cs="Nirmala UI"/>
        </w:rPr>
        <w:t>ꯁꯤꯖꯤꯟꯅꯔꯤꯕꯁꯤ</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ꯉꯥꯛꯄꯤ</w:t>
      </w:r>
      <w:r>
        <w:rPr>
          <w:rFonts w:ascii="Times New Roman" w:hAnsi="Times New Roman" w:eastAsia="Times New Roman" w:cs="Times New Roman"/>
        </w:rPr>
        <w:t xml:space="preserve"> </w:t>
      </w:r>
      <w:r>
        <w:rPr>
          <w:rFonts w:ascii="Nirmala UI" w:hAnsi="Nirmala UI" w:eastAsia="Nirmala UI" w:cs="Nirmala UI"/>
        </w:rPr>
        <w:t>ꯆꯍꯤꯁꯤꯡꯗꯥ</w:t>
      </w:r>
      <w:r>
        <w:rPr>
          <w:rFonts w:ascii="Times New Roman" w:hAnsi="Times New Roman" w:eastAsia="Times New Roman" w:cs="Times New Roman"/>
        </w:rPr>
        <w:t xml:space="preserve"> </w:t>
      </w:r>
      <w:r>
        <w:rPr>
          <w:rFonts w:ascii="Nirmala UI" w:hAnsi="Nirmala UI" w:eastAsia="Nirmala UI" w:cs="Nirmala UI"/>
        </w:rPr>
        <w:t>ꯊꯧꯗꯣꯛꯈꯤꯕ</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ꯑꯁꯣꯏꯕ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ꯑꯄꯨꯟꯕꯗꯤ</w:t>
      </w:r>
      <w:r>
        <w:rPr>
          <w:rFonts w:ascii="Times New Roman" w:hAnsi="Times New Roman" w:eastAsia="Times New Roman" w:cs="Times New Roman"/>
        </w:rPr>
        <w:t xml:space="preserve"> </w:t>
      </w:r>
      <w:r>
        <w:rPr>
          <w:rFonts w:ascii="Nirmala UI" w:hAnsi="Nirmala UI" w:eastAsia="Nirmala UI" w:cs="Nirmala UI"/>
        </w:rPr>
        <w:t>ꯃꯁꯥꯅꯤꯡꯉꯥꯏꯅ</w:t>
      </w:r>
      <w:r>
        <w:rPr>
          <w:rFonts w:ascii="Times New Roman" w:hAnsi="Times New Roman" w:eastAsia="Times New Roman" w:cs="Times New Roman"/>
        </w:rPr>
        <w:t xml:space="preserve"> </w:t>
      </w:r>
      <w:r>
        <w:rPr>
          <w:rFonts w:ascii="Nirmala UI" w:hAnsi="Nirmala UI" w:eastAsia="Nirmala UI" w:cs="Nirmala UI"/>
        </w:rPr>
        <w:t>ꯎꯠꯂꯒꯅꯤ꯫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ꯄꯥꯟꯊꯣꯛꯁꯤꯡꯅ</w:t>
      </w:r>
      <w:r>
        <w:rPr>
          <w:rFonts w:ascii="Times New Roman" w:hAnsi="Times New Roman" w:eastAsia="Times New Roman" w:cs="Times New Roman"/>
        </w:rPr>
        <w:t xml:space="preserve"> </w:t>
      </w:r>
      <w:r>
        <w:rPr>
          <w:rFonts w:ascii="Nirmala UI" w:hAnsi="Nirmala UI" w:eastAsia="Nirmala UI" w:cs="Nirmala UI"/>
        </w:rPr>
        <w:t>ꯂꯥꯏꯒꯤ</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ꯑꯅꯤꯡꯕ</w:t>
      </w:r>
      <w:r>
        <w:rPr>
          <w:rFonts w:ascii="Times New Roman" w:hAnsi="Times New Roman" w:eastAsia="Times New Roman" w:cs="Times New Roman"/>
        </w:rPr>
        <w:t xml:space="preserve"> </w:t>
      </w:r>
      <w:r>
        <w:rPr>
          <w:rFonts w:ascii="Nirmala UI" w:hAnsi="Nirmala UI" w:eastAsia="Nirmala UI" w:cs="Nirmala UI"/>
        </w:rPr>
        <w:t>ꯑꯦꯄꯥꯡꯒꯤ</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ꯆꯤꯡꯕꯤꯔꯛꯄꯥ</w:t>
      </w:r>
      <w:r>
        <w:rPr>
          <w:rFonts w:ascii="Times New Roman" w:hAnsi="Times New Roman" w:eastAsia="Times New Roman" w:cs="Times New Roman"/>
        </w:rPr>
        <w:t xml:space="preserve"> </w:t>
      </w:r>
      <w:r>
        <w:rPr>
          <w:rFonts w:ascii="Nirmala UI" w:hAnsi="Nirmala UI" w:eastAsia="Nirmala UI" w:cs="Nirmala UI"/>
        </w:rPr>
        <w:t>ꯆꯦꯠꯅꯕ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ꯂꯣꯠꯄꯥ</w:t>
      </w:r>
      <w:r>
        <w:rPr>
          <w:rFonts w:ascii="Times New Roman" w:hAnsi="Times New Roman" w:eastAsia="Times New Roman" w:cs="Times New Roman"/>
        </w:rPr>
        <w:t xml:space="preserve"> </w:t>
      </w:r>
      <w:r>
        <w:rPr>
          <w:rFonts w:ascii="Nirmala UI" w:hAnsi="Nirmala UI" w:eastAsia="Nirmala UI" w:cs="Nirmala UI"/>
        </w:rPr>
        <w:t>ꯄꯨꯡꯈ꯭ꯔꯦ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ꯑꯥꯗꯦꯁꯁꯤꯡ</w:t>
      </w:r>
      <w:r>
        <w:rPr>
          <w:rFonts w:ascii="Times New Roman" w:hAnsi="Times New Roman" w:eastAsia="Times New Roman" w:cs="Times New Roman"/>
        </w:rPr>
        <w:t xml:space="preserve"> </w:t>
      </w:r>
      <w:r>
        <w:rPr>
          <w:rFonts w:ascii="Nirmala UI" w:hAnsi="Nirmala UI" w:eastAsia="Nirmala UI" w:cs="Nirmala UI"/>
        </w:rPr>
        <w:t>ꯌꯥꯎꯔꯤꯕꯁꯤꯡꯗꯒꯤ</w:t>
      </w:r>
      <w:r>
        <w:rPr>
          <w:rFonts w:ascii="Times New Roman" w:hAnsi="Times New Roman" w:eastAsia="Times New Roman" w:cs="Times New Roman"/>
        </w:rPr>
        <w:t xml:space="preserve"> </w:t>
      </w:r>
      <w:r>
        <w:rPr>
          <w:rFonts w:ascii="Nirmala UI" w:hAnsi="Nirmala UI" w:eastAsia="Nirmala UI" w:cs="Nirmala UI"/>
        </w:rPr>
        <w:t>ꯑꯣꯟꯅꯕꯥꯈꯣꯏꯗꯥ</w:t>
      </w:r>
      <w:r>
        <w:rPr>
          <w:rFonts w:ascii="Times New Roman" w:hAnsi="Times New Roman" w:eastAsia="Times New Roman" w:cs="Times New Roman"/>
        </w:rPr>
        <w:t xml:space="preserve"> </w:t>
      </w:r>
      <w:r>
        <w:rPr>
          <w:rFonts w:ascii="Nirmala UI" w:hAnsi="Nirmala UI" w:eastAsia="Nirmala UI" w:cs="Nirmala UI"/>
        </w:rPr>
        <w:t>ꯄꯨꯔꯣꯏꯅꯕ</w:t>
      </w:r>
      <w:r>
        <w:rPr>
          <w:rFonts w:ascii="Times New Roman" w:hAnsi="Times New Roman" w:eastAsia="Times New Roman" w:cs="Times New Roman"/>
        </w:rPr>
        <w:t xml:space="preserve">, </w:t>
      </w:r>
      <w:r>
        <w:rPr>
          <w:rFonts w:ascii="Nirmala UI" w:hAnsi="Nirmala UI" w:eastAsia="Nirmala UI" w:cs="Nirmala UI"/>
        </w:rPr>
        <w:t>ꯂꯩꯕꯥꯛꯇꯒꯤ</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ꯏꯟꯊꯣꯛꯈꯤ꯫</w:t>
      </w:r>
      <w:r>
        <w:rPr>
          <w:rFonts w:ascii="Times New Roman" w:hAnsi="Times New Roman" w:eastAsia="Times New Roman" w:cs="Times New Roman"/>
        </w:rPr>
        <w:t xml:space="preserve"> </w:t>
      </w:r>
      <w:r>
        <w:rPr>
          <w:rFonts w:ascii="Nirmala UI" w:hAnsi="Nirmala UI" w:eastAsia="Nirmala UI" w:cs="Nirmala UI"/>
        </w:rPr>
        <w:t>ꯄꯣꯄꯔꯤ</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ꯃꯇꯪꯁꯤꯡ</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ꯂꯥꯏꯔꯤꯛꯀꯤ</w:t>
      </w:r>
      <w:r>
        <w:rPr>
          <w:rFonts w:ascii="Times New Roman" w:hAnsi="Times New Roman" w:eastAsia="Times New Roman" w:cs="Times New Roman"/>
        </w:rPr>
        <w:t xml:space="preserve"> </w:t>
      </w:r>
      <w:r>
        <w:rPr>
          <w:rFonts w:ascii="Nirmala UI" w:hAnsi="Nirmala UI" w:eastAsia="Nirmala UI" w:cs="Nirmala UI"/>
        </w:rPr>
        <w:t>ꯑꯦꯄꯥꯡꯗꯥ</w:t>
      </w:r>
      <w:r>
        <w:rPr>
          <w:rFonts w:ascii="Times New Roman" w:hAnsi="Times New Roman" w:eastAsia="Times New Roman" w:cs="Times New Roman"/>
        </w:rPr>
        <w:t xml:space="preserve"> </w:t>
      </w:r>
      <w:r>
        <w:rPr>
          <w:rFonts w:ascii="Nirmala UI" w:hAnsi="Nirmala UI" w:eastAsia="Nirmala UI" w:cs="Nirmala UI"/>
        </w:rPr>
        <w:t>ꯍꯥꯞꯆꯤꯟꯕ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ꯑꯣꯏꯔꯛꯄꯥꯁꯨ</w:t>
      </w:r>
      <w:r>
        <w:rPr>
          <w:rFonts w:ascii="Times New Roman" w:hAnsi="Times New Roman" w:eastAsia="Times New Roman" w:cs="Times New Roman"/>
        </w:rPr>
        <w:t xml:space="preserve">, </w:t>
      </w:r>
      <w:r>
        <w:rPr>
          <w:rFonts w:ascii="Nirmala UI" w:hAnsi="Nirmala UI" w:eastAsia="Nirmala UI" w:cs="Nirmala UI"/>
        </w:rPr>
        <w:t>ꯃꯤꯌꯥꯝꯒꯤ</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ꯑꯁꯣꯏꯕꯁꯤꯡꯗꯥ</w:t>
      </w:r>
      <w:r>
        <w:rPr>
          <w:rFonts w:ascii="Times New Roman" w:hAnsi="Times New Roman" w:eastAsia="Times New Roman" w:cs="Times New Roman"/>
        </w:rPr>
        <w:t xml:space="preserve"> </w:t>
      </w:r>
      <w:r>
        <w:rPr>
          <w:rFonts w:ascii="Nirmala UI" w:hAnsi="Nirmala UI" w:eastAsia="Nirmala UI" w:cs="Nirmala UI"/>
        </w:rPr>
        <w:t>ꯃꯄꯥꯟꯒꯜ</w:t>
      </w:r>
      <w:r>
        <w:rPr>
          <w:rFonts w:ascii="Times New Roman" w:hAnsi="Times New Roman" w:eastAsia="Times New Roman" w:cs="Times New Roman"/>
        </w:rPr>
        <w:t xml:space="preserve"> </w:t>
      </w:r>
      <w:r>
        <w:rPr>
          <w:rFonts w:ascii="Nirmala UI" w:hAnsi="Nirmala UI" w:eastAsia="Nirmala UI" w:cs="Nirmala UI"/>
        </w:rPr>
        <w:t>ꯇꯧꯅꯥ</w:t>
      </w:r>
      <w:r>
        <w:rPr>
          <w:rFonts w:ascii="Times New Roman" w:hAnsi="Times New Roman" w:eastAsia="Times New Roman" w:cs="Times New Roman"/>
        </w:rPr>
        <w:t xml:space="preserve"> </w:t>
      </w:r>
      <w:r>
        <w:rPr>
          <w:rFonts w:ascii="Nirmala UI" w:hAnsi="Nirmala UI" w:eastAsia="Nirmala UI" w:cs="Nirmala UI"/>
        </w:rPr>
        <w:t>ꯅꯥꯛ</w:t>
      </w:r>
      <w:r>
        <w:rPr>
          <w:rFonts w:ascii="Times New Roman" w:hAnsi="Times New Roman" w:eastAsia="Times New Roman" w:cs="Times New Roman"/>
        </w:rPr>
        <w:t xml:space="preserve"> </w:t>
      </w:r>
      <w:r>
        <w:rPr>
          <w:rFonts w:ascii="Nirmala UI" w:hAnsi="Nirmala UI" w:eastAsia="Nirmala UI" w:cs="Nirmala UI"/>
        </w:rPr>
        <w:t>ꯁꯤꯟꯅꯕ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ꯑꯆꯨꯝꯕꯥꯕꯨ</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ꯌꯥꯗꯕꯁꯤꯡꯒꯤ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ꯑꯄꯨꯟꯕꯒꯤ</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ꯆꯥꯟꯊꯍꯜꯂꯒꯅꯤ꯫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ꯑꯁꯣꯏꯕꯁꯤ</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ꯏꯅꯥꯛ</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ꯐꯥꯈ꯭ꯔꯦ꯫</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«Diosajj qhant'i churistu, ñawpaqpi kaq peligrokunata rikuchispa, imaynataq paypa ñawpaqenpi mana huchayuq hina sayayta atisun, sichus atiyninchikman hina llapa kallpanchikta mana churanchikchu chayta runakunaman apaypaq? ¿Kusisqa kayta atinmanchu, mana willasqa hina paykunata saqespa, kay ancha hatun asuntowan tinkunankupaq?» Testimonies, volumen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Libro de Daniel - Número ciento treinta y ocho</dc:title>
  <dc:subject>Daniel 11 n’aqachiy: Tarikh n umɣar asnaw n tinnawt</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