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ᏓᏂᏯᎵ</w:t>
      </w:r>
      <w:r>
        <w:rPr>
          <w:rFonts w:ascii="Arial" w:hAnsi="Arial" w:eastAsia="Arial" w:cs="Arial"/>
        </w:rPr>
        <w:t xml:space="preserve"> </w:t>
      </w:r>
      <w:r>
        <w:rPr>
          <w:rFonts w:ascii="Gadugi" w:hAnsi="Gadugi" w:eastAsia="Gadugi" w:cs="Gadugi"/>
        </w:rPr>
        <w:t>ᎪᎯᏍᏗ</w:t>
      </w:r>
      <w:r>
        <w:rPr>
          <w:rFonts w:ascii="Arial" w:hAnsi="Arial" w:eastAsia="Arial" w:cs="Arial"/>
        </w:rPr>
        <w:t xml:space="preserve"> - </w:t>
      </w:r>
      <w:r>
        <w:rPr>
          <w:rFonts w:ascii="Gadugi" w:hAnsi="Gadugi" w:eastAsia="Gadugi" w:cs="Gadugi"/>
        </w:rPr>
        <w:t>ᏌᏊ</w:t>
      </w:r>
      <w:r>
        <w:rPr>
          <w:rFonts w:ascii="Arial" w:hAnsi="Arial" w:eastAsia="Arial" w:cs="Arial"/>
        </w:rPr>
        <w:t xml:space="preserve"> </w:t>
      </w:r>
      <w:r>
        <w:rPr>
          <w:rFonts w:ascii="Gadugi" w:hAnsi="Gadugi" w:eastAsia="Gadugi" w:cs="Gadugi"/>
        </w:rPr>
        <w:t>ᎠᏍᎪᎯᏧᏈ</w:t>
      </w:r>
      <w:r>
        <w:rPr>
          <w:rFonts w:ascii="Arial" w:hAnsi="Arial" w:eastAsia="Arial" w:cs="Arial"/>
        </w:rPr>
        <w:t xml:space="preserve"> </w:t>
      </w:r>
      <w:r>
        <w:rPr>
          <w:rFonts w:ascii="Gadugi" w:hAnsi="Gadugi" w:eastAsia="Gadugi" w:cs="Gadugi"/>
        </w:rPr>
        <w:t>ᏅᎦᏍᎪᎯ</w:t>
      </w:r>
      <w:r>
        <w:rPr>
          <w:rFonts w:ascii="Arial" w:hAnsi="Arial" w:eastAsia="Arial" w:cs="Arial"/>
        </w:rPr>
        <w:t xml:space="preserve"> </w:t>
      </w:r>
      <w:r>
        <w:rPr>
          <w:rFonts w:ascii="Gadugi" w:hAnsi="Gadugi" w:eastAsia="Gadugi" w:cs="Gadugi"/>
        </w:rPr>
        <w:t>ᏔᎵᏁ</w:t>
      </w:r>
    </w:p>
    <w:p>
      <w:pPr>
        <w:pStyle w:val="ArticleSubtitle"/>
        <w:jc w:val="left"/>
      </w:pPr>
      <w:r>
        <w:rPr>
          <w:rFonts w:ascii="Arial" w:hAnsi="Arial" w:eastAsia="Arial" w:cs="Arial"/>
        </w:rPr>
        <w:t>Le Forjament de l’Imatge de la Bèstia: Un Viatge Profetic Revelat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A prutest di brès pa e pípul di Dios mester pasa promé ku nan ta sélá, ta e formashon di e imágen di e bestia. E formashon ei ta tuma lugá for di 11 di sèptèmber 2001 te na e lei di djamars den Estádos Unídos. E período profétiko ei ta representá e tempu di sélamentu di e sien kuarenta i kuater mil, i e período den kua kada bishon bíbliko ta haña su kumplimentu perfekto. Den e período ei e kuernu protestante berdadero lo wordu purifiká i pa eternidat lo reflehá e imágen di Kristu, pasobra Kristu ta un Protestante.</w:t>
      </w:r>
    </w:p>
    <w:p>
      <w:pPr>
        <w:pStyle w:val="ArticleScripture"/>
        <w:jc w:val="left"/>
      </w:pPr>
      <w:r>
        <w:rPr>
          <w:rFonts w:ascii="Times New Roman" w:hAnsi="Times New Roman" w:eastAsia="Times New Roman" w:cs="Times New Roman"/>
        </w:rPr>
        <w:t>«Крист протестант эди. У Худонинг ўзларига қарши бўлган маслаҳатини рад этган яҳудий халқининг расмий ибодатига қарши эътироз билдирди. У уларга шундай деди: улар инсон амрларини таълимот ўрнида ўргатадилар ва ўзлари сохта ҳамда мунофиқдирлар. Оқартирилган қабрлар каби улар ташқаридан чиройли, лекин ичи ифлослик ва бузуқликка тўладир. Ислоҳотчилар тарихи Крист ва ҳаворийлардан бошланади. Улар шакл ва маросимлар динидан чиқиб, ўзларини ундан ажратдилар. Лютер ва унинг издошлари ислоҳ қилинган динни ихтиро қилмадилар. Улар фақат уни Крист ва ҳаворийлар тақдим этганидек қабул қилдилар. Инжил бизга етарли йўлкўрсатувчи сифатида тақдим этилган; аммо папа ва унинг хизматчилари уни халқдан олиб қўядилар, гўёки у лаънатдек, чунки у уларнинг сохта даъволарини фош қилади ва уларнинг бутпарастлигини фош этиб, танбеҳ беради». Review and Herald, June 1, 1886.</w:t>
      </w:r>
    </w:p>
    <w:p>
      <w:pPr>
        <w:pStyle w:val="ArticleBody"/>
        <w:jc w:val="left"/>
      </w:pPr>
      <w:r>
        <w:rPr>
          <w:rFonts w:ascii="Times New Roman" w:hAnsi="Times New Roman" w:eastAsia="Times New Roman" w:cs="Times New Roman"/>
        </w:rPr>
        <w:t>Sa panahon ng pagtatatak, ang sungay ng Protestante ay nililinis at dinadalisay. Sa gayon ding yugto ng panahon, ang tumalikod na sungay ng Republikano ay nakikipag-isa sa mga tumalikod na Protestante, anupat bumubuo ng isang sungay ng kapangyarihan na pinagsamang iglesya at estado. Ang dalawang sungay ng hayop mula sa lupa ay kung magkagayon ang larawan ng hayop, at ang larawan ni Cristo. Ang sungay ng pagtalikod ay ang dalawahang kaugnayan ng isang tiwaling iglesya sa isang tiwaling estado, at ang sungay ng katuwiran ay ang dalawahang kaugnayan ng Pagka-Diyos sa pagkatao.</w:t>
      </w:r>
    </w:p>
    <w:p>
      <w:pPr>
        <w:pStyle w:val="ArticleBody"/>
        <w:jc w:val="left"/>
      </w:pPr>
      <w:r>
        <w:rPr>
          <w:rFonts w:ascii="Nirmala UI" w:hAnsi="Nirmala UI" w:eastAsia="Nirmala UI" w:cs="Nirmala UI"/>
        </w:rPr>
        <w:t>ꯁꯥꯡꯇꯣꯛ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ꯃꯃাংꯗ</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ꯁꯦꯡꯗꯣꯛꯂꯤ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ꯁꯥꯡꯇꯣꯛ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ꯑꯄꯩꯕ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(United Nations)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ꯁꯥꯡꯇꯣꯛ</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ꯇꯔꯥꯒꯤ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ꯁꯥꯡꯇꯣꯛꯀꯤ</w:t>
      </w:r>
      <w:r>
        <w:rPr>
          <w:rFonts w:ascii="Times New Roman" w:hAnsi="Times New Roman" w:eastAsia="Times New Roman" w:cs="Times New Roman"/>
        </w:rPr>
        <w:t xml:space="preserve"> apostate Protestantism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ꯌꯥꯔꯛꯄꯅꯤ꯫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ꯄꯣꯛꯄꯤꯒꯤ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ꯇꯔꯥꯒꯤ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ꯁꯥꯡꯇꯣꯛ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ꯄꯥꯟꯊꯣꯛꯏ꯫</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ꯆꯥꯡꯕ</w:t>
      </w:r>
      <w:r>
        <w:rPr>
          <w:rFonts w:ascii="Times New Roman" w:hAnsi="Times New Roman" w:eastAsia="Times New Roman" w:cs="Times New Roman"/>
        </w:rPr>
        <w:t xml:space="preserve"> </w:t>
      </w:r>
      <w:r>
        <w:rPr>
          <w:rFonts w:ascii="Nirmala UI" w:hAnsi="Nirmala UI" w:eastAsia="Nirmala UI" w:cs="Nirmala UI"/>
        </w:rPr>
        <w:t>ꯁꯥꯡꯇꯣꯛ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Church </w:t>
      </w:r>
      <w:r>
        <w:rPr>
          <w:rFonts w:ascii="Nirmala UI" w:hAnsi="Nirmala UI" w:eastAsia="Nirmala UI" w:cs="Nirmala UI"/>
        </w:rPr>
        <w:t>ꯑꯃꯁꯨꯡ</w:t>
      </w:r>
      <w:r>
        <w:rPr>
          <w:rFonts w:ascii="Times New Roman" w:hAnsi="Times New Roman" w:eastAsia="Times New Roman" w:cs="Times New Roman"/>
        </w:rPr>
        <w:t xml:space="preserve"> State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Herodias-ki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Salome </w:t>
      </w:r>
      <w:r>
        <w:rPr>
          <w:rFonts w:ascii="Nirmala UI" w:hAnsi="Nirmala UI" w:eastAsia="Nirmala UI" w:cs="Nirmala UI"/>
        </w:rPr>
        <w:t>ꯑꯃꯁꯨꯡ</w:t>
      </w:r>
      <w:r>
        <w:rPr>
          <w:rFonts w:ascii="Times New Roman" w:hAnsi="Times New Roman" w:eastAsia="Times New Roman" w:cs="Times New Roman"/>
        </w:rPr>
        <w:t xml:space="preserve"> Herod-ki </w:t>
      </w:r>
      <w:r>
        <w:rPr>
          <w:rFonts w:ascii="Nirmala UI" w:hAnsi="Nirmala UI" w:eastAsia="Nirmala UI" w:cs="Nirmala UI"/>
        </w:rPr>
        <w:t>ꯂꯥꯏꯅꯤꯡꯂꯩꯇꯕ</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ꯃꯤꯌꯦꯡ</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ꯁꯥꯡꯇꯣꯛ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ꯄꯥꯟꯊꯣꯛꯄ</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Church </w:t>
      </w:r>
      <w:r>
        <w:rPr>
          <w:rFonts w:ascii="Nirmala UI" w:hAnsi="Nirmala UI" w:eastAsia="Nirmala UI" w:cs="Nirmala UI"/>
        </w:rPr>
        <w:t>ꯑꯃꯁꯨꯡ</w:t>
      </w:r>
      <w:r>
        <w:rPr>
          <w:rFonts w:ascii="Times New Roman" w:hAnsi="Times New Roman" w:eastAsia="Times New Roman" w:cs="Times New Roman"/>
        </w:rPr>
        <w:t xml:space="preserve"> State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Rome-gi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world-wide beast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ꯁꯦꯝꯒꯠꯄ</w:t>
      </w:r>
      <w:r>
        <w:rPr>
          <w:rFonts w:ascii="Times New Roman" w:hAnsi="Times New Roman" w:eastAsia="Times New Roman" w:cs="Times New Roman"/>
        </w:rPr>
        <w:t xml:space="preserve"> </w:t>
      </w:r>
      <w:r>
        <w:rPr>
          <w:rFonts w:ascii="Nirmala UI" w:hAnsi="Nirmala UI" w:eastAsia="Nirmala UI" w:cs="Nirmala UI"/>
        </w:rPr>
        <w:t>ꯅꯤꯡꯊꯧꯁꯤꯡꯒꯥ</w:t>
      </w:r>
      <w:r>
        <w:rPr>
          <w:rFonts w:ascii="Times New Roman" w:hAnsi="Times New Roman" w:eastAsia="Times New Roman" w:cs="Times New Roman"/>
        </w:rPr>
        <w:t xml:space="preserve"> </w:t>
      </w:r>
      <w:r>
        <w:rPr>
          <w:rFonts w:ascii="Nirmala UI" w:hAnsi="Nirmala UI" w:eastAsia="Nirmala UI" w:cs="Nirmala UI"/>
        </w:rPr>
        <w:t>ꯂꯩꯅꯤꯡꯂꯩꯇꯕ</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United Nations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ꯃꯤꯌꯦꯡ</w:t>
      </w:r>
      <w:r>
        <w:rPr>
          <w:rFonts w:ascii="Times New Roman" w:hAnsi="Times New Roman" w:eastAsia="Times New Roman" w:cs="Times New Roman"/>
        </w:rPr>
        <w:t xml:space="preserve"> </w:t>
      </w:r>
      <w:r>
        <w:rPr>
          <w:rFonts w:ascii="Nirmala UI" w:hAnsi="Nirmala UI" w:eastAsia="Nirmala UI" w:cs="Nirmala UI"/>
        </w:rPr>
        <w:t>ꯄꯤ꯫</w:t>
      </w:r>
      <w:r>
        <w:rPr>
          <w:rFonts w:ascii="Times New Roman" w:hAnsi="Times New Roman" w:eastAsia="Times New Roman" w:cs="Times New Roman"/>
        </w:rPr>
        <w:t xml:space="preserve"> </w:t>
      </w:r>
      <w:r>
        <w:rPr>
          <w:rFonts w:ascii="Nirmala UI" w:hAnsi="Nirmala UI" w:eastAsia="Nirmala UI" w:cs="Nirmala UI"/>
        </w:rPr>
        <w:t>ꯁꯥꯡꯇꯣꯛ</w:t>
      </w:r>
      <w:r>
        <w:rPr>
          <w:rFonts w:ascii="Times New Roman" w:hAnsi="Times New Roman" w:eastAsia="Times New Roman" w:cs="Times New Roman"/>
        </w:rPr>
        <w:t xml:space="preserve"> </w:t>
      </w:r>
      <w:r>
        <w:rPr>
          <w:rFonts w:ascii="Nirmala UI" w:hAnsi="Nirmala UI" w:eastAsia="Nirmala UI" w:cs="Nirmala UI"/>
        </w:rPr>
        <w:t>ꯁꯦꯡꯗꯣꯛ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ꯄꯨꯟꯁꯤꯟꯅꯈꯤ꯫</w:t>
      </w:r>
    </w:p>
    <w:p>
      <w:pPr>
        <w:pStyle w:val="ArticleScripture"/>
        <w:jc w:val="left"/>
      </w:pPr>
      <w:r>
        <w:rPr>
          <w:rFonts w:ascii="Times New Roman" w:hAnsi="Times New Roman" w:eastAsia="Times New Roman" w:cs="Times New Roman"/>
        </w:rPr>
        <w:t>“Revelation 17:13–14 citádu. ‘Kuna iha hanoin ida de’it.’ Sei iha vínkulu universál ida ba união, harmonia boot ida, konfederasaun ida husi forsa sira Satanás nian. ‘No sei fó sira-nia poder no forsa ba animal fera ne’e.’ Nune’e mak hatudu poder arbitráriu no opresivu hanesan ne’ebé hasoru liberdade relijioza, liberdade atu adora Maromak tuir konsiénsia nia ditadus, hanesan ne’ebé papadu hatudu ona iha tempu kotuk, bainhira nia persege sira-ne’ebé ousa atu lakohi konforma an ho ritual no serimónia relijioza Romanismu nian.</w:t>
      </w:r>
    </w:p>
    <w:p>
      <w:pPr>
        <w:pStyle w:val="ArticleScripture"/>
        <w:jc w:val="left"/>
      </w:pPr>
      <w:r>
        <w:rPr>
          <w:rFonts w:ascii="Times New Roman" w:hAnsi="Times New Roman" w:eastAsia="Times New Roman" w:cs="Times New Roman"/>
        </w:rPr>
        <w:t>“Kay ti gubat a maipatungpal iti maudi nga al-aldaw, agkaykaysa, a maibusor kadagiti tattao ti Dios, amin dagiti nadangkes a pannakabalin a simmiasi manipud iti kinapudno ken panagtulnog iti linteg ni Jehova. Iti daytoy a gubat, ti Sabado ti maikapat a bilin ti isu ti kangrunaan a banag a pagsasaritaan; ta iti bilin maipapan iti Sabado, ti dakkel a Manggibagbaga iti Linteg ipakitana ti Bagbagina a kas Namarsua kadagiti langit ken daga.” The Seventh-day Adventist Bible Commentary, volume 8, 983.</w:t>
      </w:r>
    </w:p>
    <w:p>
      <w:pPr>
        <w:pStyle w:val="ArticleBody"/>
        <w:jc w:val="left"/>
      </w:pPr>
      <w:r>
        <w:rPr>
          <w:rFonts w:ascii="Times New Roman" w:hAnsi="Times New Roman" w:eastAsia="Times New Roman" w:cs="Times New Roman"/>
        </w:rPr>
        <w:t>ﻥﺃ ﺔﻘﻴﻘﺣ ﺍﻟﺘﻤﺮﺩ ﺍﻟﻤﺮﺗﺒﻂ ﺑﺎﻟﺼﻮﺭﺓ ﺍﻟﻌﺎﻟﻤﻴّﺔ ﻟﻠﻮﺣﺶ «ﻛﻮﻧﻲّ»، ﻭﺃﻧّﻪ ﻳﻤﺜّﻞ «ﺟﻤﻴﻊ ﺍﻟﻘﻮﻯ ﺍﻟﻔﺎﺳﺪﺓ ﺍﻟﺘﻲ ﺍﺭﺗﺪّﺕ ﻋﻦ ﺍﻟﻮﻻﺀ ﻟﺸﺮﻳﻌﺔ ﻳﻬﻮﻩ»، ﻳﺪﻝّ ﻋﻠﻰ ﺃﻥّ ﺗﺸﻜّﻞ ﺻﻮﺭﺓ ﺍﻟﻮﺣﺶ ﻓﻲ ﺍﻟﻮﻻﻳﺎﺕ ﺍﻟﻤﺘﺤﺪﺓ ﻳﻌﻨﻲ ﺗﻮﺣّﺪ ﺟﻤﻴﻊ ﺍﻟﻘﻮﻯ ﺍﻟﻔﺎﺳﺪﺓ ﺍﻟﺘﻲ ﺍﺭﺗﺪّﺕ. ﻟﻘﺪ ﺍﺭﺗﺪّ ﺍﻟﺒﺮﻭﺗﺴﺘﺎﻧﺖ ﻓﻲ ﺍﻟﻮﻻﻳﺎﺕ ﺍﻟﻤﺘﺤﺪﺓ ﻋﻨﺪﻣﺎ ﺭﻓﻀﻮﺍ ﺭﺳﺎﻟﺔ ﺍﻟﻤﻼﻙ ﺍﻷﻭّل ﻋﺎﻡ 1844، ﻭﺍﺭﺗﺪّ ﺃﺩﻓﻨﺘﻴﺔ ﻻﻭﺩﻛﻴّﺔ ﻋﺎﻡ 1863. ﻭﺳﻮﻑ ﺗُﻘﻴﻢ ﺍﻟﺒﺮﻭﺗﺴﺘﺎﻧﺘﻴﺔ ﺍﻟﻤﺮﺗﺪّة ﻭﺃﺩﻓﻨﺘﻴﺔ ﻻﻭﺩﻛﻴّﺔ «ﺭﺍﺑﻄﺔ ﺍﺗﺤﺎﺩ» ﻣﻊ ﺍﻟﻔﺼﺎﺋﻞ ﺍﻟﺴﻴﺎﺳﻴّﺔ ﺩﺍﺧﻞ ﻗﺮﻥ ﺍﻟﺠﻤﻬﻮﺭﻳّﺔ، ﺍﻟﺘﻲ ﻳُﻐﻮﻳﻬﺎ ﺍﻟﻨﺒﻲّ ﺍﻟﻜﺎﺫﺏ، ﻟﻜﻲ ﺗﺘﺨﻠّﻰ ﻋﻦ ﻧﺼﻒ ﻣﻤﻠﻜﺘﻬﺎ.</w:t>
      </w:r>
    </w:p>
    <w:p>
      <w:pPr>
        <w:pStyle w:val="ArticleBody"/>
        <w:jc w:val="left"/>
      </w:pPr>
      <w:r>
        <w:rPr>
          <w:rFonts w:ascii="Times New Roman" w:hAnsi="Times New Roman" w:eastAsia="Times New Roman" w:cs="Times New Roman"/>
        </w:rPr>
        <w:t>Могзавырал бести нышанымбал дене, ложный пророкынжӧ йӧрвас шочмо дуньям шӱдӧ. Америка Штаташ Ушкалте ичин пӱрлӱжӧ бести нышанымбалымыште, святой огыл, но иктыш ушнымо «Сатанын вийже-влакын союзшым» ыштыше ложный пророк шкеат «ложный пророк» лийшаш. Дуньямбал бести нышанымбал кок тӱрлӧ, но тудо кум тӱрлӧ ушнымаш та. Дракон, бесть да ложный пророкын тиде кум тӱрлӧ ушнымашыже дуньям Армагеддон дек наҥга. Америка Штаташ Ушкалте ончыч ышталтше бести нышанымбалымыште кум тӱрлӧ ушнымаш улаш кӱлеш, тудо шкеат кок тӱрлӧ бесть. Бести деке иктыш шындарал нышанымбал-влакыште кок тӱрлылык Чирке да Кугызаныш ушнымашышт дене лийын, чирке тиде кылыме-влакыште вий дене виктара.</w:t>
      </w:r>
    </w:p>
    <w:p>
      <w:pPr>
        <w:pStyle w:val="ArticleBody"/>
        <w:jc w:val="left"/>
      </w:pP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पशुओं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प्रतिमाओं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त्रिगुणात्मक</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अभिव्यक्तियाँ</w:t>
      </w:r>
      <w:r>
        <w:rPr>
          <w:rFonts w:ascii="Times New Roman" w:hAnsi="Times New Roman" w:eastAsia="Times New Roman" w:cs="Times New Roman"/>
        </w:rPr>
        <w:t xml:space="preserve"> </w:t>
      </w:r>
      <w:r>
        <w:rPr>
          <w:rFonts w:ascii="Nirmala UI" w:hAnsi="Nirmala UI" w:eastAsia="Nirmala UI" w:cs="Nirmala UI"/>
        </w:rPr>
        <w:t>पाई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विश्वव्यापी</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त्रिगुणात्मक</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आत्मवाद</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आत्मवाद</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विविध</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समाजवाद</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राजतंत्र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गणराज्य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लोकतंत्र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w:t>
      </w:r>
    </w:p>
    <w:p>
      <w:pPr>
        <w:pStyle w:val="ArticleBody"/>
        <w:jc w:val="left"/>
      </w:pPr>
      <w:r>
        <w:rPr>
          <w:rFonts w:ascii="Times New Roman" w:hAnsi="Times New Roman" w:eastAsia="Times New Roman" w:cs="Times New Roman"/>
        </w:rPr>
        <w:t>Tripla unio, quæ in Civitatibus Fœderatis coalescit, a falso propheta cogitur (decepta) adunari, sicut etiam imago bestiæ universalis. In Apocalypsi exstat alia triplex unio, quæ per tres potestates apostatas e puteo abyssi surgentes designatur. Catholicismus e puteo abyssi in capite decimo septimo oritur, atque est bestia triplicis unionis e puteo abyssi.</w:t>
      </w:r>
    </w:p>
    <w:p>
      <w:pPr>
        <w:pStyle w:val="ArticleScripture"/>
        <w:jc w:val="left"/>
      </w:pPr>
      <w:r>
        <w:rPr>
          <w:rFonts w:ascii="Times New Roman" w:hAnsi="Times New Roman" w:eastAsia="Times New Roman" w:cs="Times New Roman"/>
        </w:rPr>
        <w:t>“</w:t>
      </w:r>
      <w:r>
        <w:rPr>
          <w:rFonts w:ascii="Nirmala UI" w:hAnsi="Nirmala UI" w:eastAsia="Nirmala UI" w:cs="Nirmala UI"/>
        </w:rPr>
        <w:t>तिमीले</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कुण्डबाट</w:t>
      </w:r>
      <w:r>
        <w:rPr>
          <w:rFonts w:ascii="Times New Roman" w:hAnsi="Times New Roman" w:eastAsia="Times New Roman" w:cs="Times New Roman"/>
        </w:rPr>
        <w:t xml:space="preserve"> </w:t>
      </w:r>
      <w:r>
        <w:rPr>
          <w:rFonts w:ascii="Nirmala UI" w:hAnsi="Nirmala UI" w:eastAsia="Nirmala UI" w:cs="Nirmala UI"/>
        </w:rPr>
        <w:t>उक्लेर</w:t>
      </w:r>
      <w:r>
        <w:rPr>
          <w:rFonts w:ascii="Times New Roman" w:hAnsi="Times New Roman" w:eastAsia="Times New Roman" w:cs="Times New Roman"/>
        </w:rPr>
        <w:t xml:space="preserve"> </w:t>
      </w:r>
      <w:r>
        <w:rPr>
          <w:rFonts w:ascii="Nirmala UI" w:hAnsi="Nirmala UI" w:eastAsia="Nirmala UI" w:cs="Nirmala UI"/>
        </w:rPr>
        <w:t>नाशमा</w:t>
      </w:r>
      <w:r>
        <w:rPr>
          <w:rFonts w:ascii="Times New Roman" w:hAnsi="Times New Roman" w:eastAsia="Times New Roman" w:cs="Times New Roman"/>
        </w:rPr>
        <w:t xml:space="preserve"> </w:t>
      </w:r>
      <w:r>
        <w:rPr>
          <w:rFonts w:ascii="Nirmala UI" w:hAnsi="Nirmala UI" w:eastAsia="Nirmala UI" w:cs="Nirmala UI"/>
        </w:rPr>
        <w:t>जानेछ।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बस्नेहरू</w:t>
      </w:r>
      <w:r>
        <w:rPr>
          <w:rFonts w:ascii="Times New Roman" w:hAnsi="Times New Roman" w:eastAsia="Times New Roman" w:cs="Times New Roman"/>
        </w:rPr>
        <w:t>—</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नाउँ</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उत्पत्तिदेखि</w:t>
      </w:r>
      <w:r>
        <w:rPr>
          <w:rFonts w:ascii="Times New Roman" w:hAnsi="Times New Roman" w:eastAsia="Times New Roman" w:cs="Times New Roman"/>
        </w:rPr>
        <w:t xml:space="preserve"> </w:t>
      </w:r>
      <w:r>
        <w:rPr>
          <w:rFonts w:ascii="Nirmala UI" w:hAnsi="Nirmala UI" w:eastAsia="Nirmala UI" w:cs="Nirmala UI"/>
        </w:rPr>
        <w:t>जीवनको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छैनन्</w:t>
      </w:r>
      <w:r>
        <w:rPr>
          <w:rFonts w:ascii="Times New Roman" w:hAnsi="Times New Roman" w:eastAsia="Times New Roman" w:cs="Times New Roman"/>
        </w:rPr>
        <w:t>—</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पशुलाई</w:t>
      </w:r>
      <w:r>
        <w:rPr>
          <w:rFonts w:ascii="Times New Roman" w:hAnsi="Times New Roman" w:eastAsia="Times New Roman" w:cs="Times New Roman"/>
        </w:rPr>
        <w:t xml:space="preserve"> </w:t>
      </w:r>
      <w:r>
        <w:rPr>
          <w:rFonts w:ascii="Nirmala UI" w:hAnsi="Nirmala UI" w:eastAsia="Nirmala UI" w:cs="Nirmala UI"/>
        </w:rPr>
        <w:t>देखेर</w:t>
      </w:r>
      <w:r>
        <w:rPr>
          <w:rFonts w:ascii="Times New Roman" w:hAnsi="Times New Roman" w:eastAsia="Times New Roman" w:cs="Times New Roman"/>
        </w:rPr>
        <w:t xml:space="preserve"> </w:t>
      </w:r>
      <w:r>
        <w:rPr>
          <w:rFonts w:ascii="Nirmala UI" w:hAnsi="Nirmala UI" w:eastAsia="Nirmala UI" w:cs="Nirmala UI"/>
        </w:rPr>
        <w:t>अचम्म</w:t>
      </w:r>
      <w:r>
        <w:rPr>
          <w:rFonts w:ascii="Times New Roman" w:hAnsi="Times New Roman" w:eastAsia="Times New Roman" w:cs="Times New Roman"/>
        </w:rPr>
        <w:t xml:space="preserve"> </w:t>
      </w:r>
      <w:r>
        <w:rPr>
          <w:rFonts w:ascii="Nirmala UI" w:hAnsi="Nirmala UI" w:eastAsia="Nirmala UI" w:cs="Nirmala UI"/>
        </w:rPr>
        <w:t>मान्नेछन्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17:8</w:t>
      </w:r>
    </w:p>
    <w:p>
      <w:pPr>
        <w:pStyle w:val="ArticleBody"/>
        <w:jc w:val="left"/>
      </w:pPr>
      <w:r>
        <w:rPr>
          <w:rFonts w:ascii="Times New Roman" w:hAnsi="Times New Roman" w:eastAsia="Times New Roman" w:cs="Times New Roman"/>
        </w:rPr>
        <w:t>Tesni tas ñiqi tʼa: lo que sale de la fosa sin fondo en el capitulo once es el poder del dragón de l’ateísmo.</w:t>
      </w:r>
    </w:p>
    <w:p>
      <w:pPr>
        <w:pStyle w:val="ArticleScripture"/>
        <w:jc w:val="left"/>
      </w:pPr>
      <w:r>
        <w:rPr>
          <w:rFonts w:ascii="Times New Roman" w:hAnsi="Times New Roman" w:eastAsia="Times New Roman" w:cs="Times New Roman"/>
        </w:rPr>
        <w:t>Ne ku wọn ba ti pari ẹ̀rí wọn, ẹranko tí ń gòkè wá láti inú kòtò aláìlèpin yóò bá wọn jagun, yóò sì ṣẹ́gun wọn, yóò sì pa wọ́n. Ìfihàn 11:7.</w:t>
      </w:r>
    </w:p>
    <w:p>
      <w:pPr>
        <w:pStyle w:val="ArticleBody"/>
        <w:jc w:val="left"/>
      </w:pPr>
      <w:r>
        <w:rPr>
          <w:rFonts w:ascii="Times New Roman" w:hAnsi="Times New Roman" w:eastAsia="Times New Roman" w:cs="Times New Roman"/>
        </w:rPr>
        <w:t>اسلام کا جھوٹا نبی باب نو میں اتھاہ گڑھے میں سے نکلتا ہے۔</w:t>
      </w:r>
    </w:p>
    <w:p>
      <w:pPr>
        <w:pStyle w:val="ArticleScripture"/>
        <w:jc w:val="left"/>
      </w:pPr>
      <w:r>
        <w:rPr>
          <w:rFonts w:ascii="Myanmar Text" w:hAnsi="Myanmar Text" w:eastAsia="Myanmar Text" w:cs="Myanmar Text"/>
        </w:rPr>
        <w:t>တတိယကောင်းကင်တမန်သည်</w:t>
      </w:r>
      <w:r>
        <w:rPr>
          <w:rFonts w:ascii="Times New Roman" w:hAnsi="Times New Roman" w:eastAsia="Times New Roman" w:cs="Times New Roman"/>
        </w:rPr>
        <w:t xml:space="preserve"> </w:t>
      </w:r>
      <w:r>
        <w:rPr>
          <w:rFonts w:ascii="Myanmar Text" w:hAnsi="Myanmar Text" w:eastAsia="Myanmar Text" w:cs="Myanmar Text"/>
        </w:rPr>
        <w:t>တံပိုးမှုတ်လေ၏။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ကြယ်တစ်လုံးသည်</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မြေကြီးသို့</w:t>
      </w:r>
      <w:r>
        <w:rPr>
          <w:rFonts w:ascii="Times New Roman" w:hAnsi="Times New Roman" w:eastAsia="Times New Roman" w:cs="Times New Roman"/>
        </w:rPr>
        <w:t xml:space="preserve"> </w:t>
      </w:r>
      <w:r>
        <w:rPr>
          <w:rFonts w:ascii="Myanmar Text" w:hAnsi="Myanmar Text" w:eastAsia="Myanmar Text" w:cs="Myanmar Text"/>
        </w:rPr>
        <w:t>ကျလျက်ရှိသည်ကို</w:t>
      </w:r>
      <w:r>
        <w:rPr>
          <w:rFonts w:ascii="Times New Roman" w:hAnsi="Times New Roman" w:eastAsia="Times New Roman" w:cs="Times New Roman"/>
        </w:rPr>
        <w:t xml:space="preserve"> </w:t>
      </w:r>
      <w:r>
        <w:rPr>
          <w:rFonts w:ascii="Myanmar Text" w:hAnsi="Myanmar Text" w:eastAsia="Myanmar Text" w:cs="Myanmar Text"/>
        </w:rPr>
        <w:t>မြင်၏။</w:t>
      </w:r>
      <w:r>
        <w:rPr>
          <w:rFonts w:ascii="Times New Roman" w:hAnsi="Times New Roman" w:eastAsia="Times New Roman" w:cs="Times New Roman"/>
        </w:rPr>
        <w:t xml:space="preserve"> </w:t>
      </w:r>
      <w:r>
        <w:rPr>
          <w:rFonts w:ascii="Myanmar Text" w:hAnsi="Myanmar Text" w:eastAsia="Myanmar Text" w:cs="Myanmar Text"/>
        </w:rPr>
        <w:t>ထိုသူအား</w:t>
      </w:r>
      <w:r>
        <w:rPr>
          <w:rFonts w:ascii="Times New Roman" w:hAnsi="Times New Roman" w:eastAsia="Times New Roman" w:cs="Times New Roman"/>
        </w:rPr>
        <w:t xml:space="preserve"> </w:t>
      </w:r>
      <w:r>
        <w:rPr>
          <w:rFonts w:ascii="Myanmar Text" w:hAnsi="Myanmar Text" w:eastAsia="Myanmar Text" w:cs="Myanmar Text"/>
        </w:rPr>
        <w:t>အနက်မဲ့တွင်း၏</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ပေးအပ်တော်မူ၏။</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အနက်မဲ့တွင်းကို</w:t>
      </w:r>
      <w:r>
        <w:rPr>
          <w:rFonts w:ascii="Times New Roman" w:hAnsi="Times New Roman" w:eastAsia="Times New Roman" w:cs="Times New Roman"/>
        </w:rPr>
        <w:t xml:space="preserve"> </w:t>
      </w:r>
      <w:r>
        <w:rPr>
          <w:rFonts w:ascii="Myanmar Text" w:hAnsi="Myanmar Text" w:eastAsia="Myanmar Text" w:cs="Myanmar Text"/>
        </w:rPr>
        <w:t>ဖွင့်လျှင်၊</w:t>
      </w:r>
      <w:r>
        <w:rPr>
          <w:rFonts w:ascii="Times New Roman" w:hAnsi="Times New Roman" w:eastAsia="Times New Roman" w:cs="Times New Roman"/>
        </w:rPr>
        <w:t xml:space="preserve"> </w:t>
      </w:r>
      <w:r>
        <w:rPr>
          <w:rFonts w:ascii="Myanmar Text" w:hAnsi="Myanmar Text" w:eastAsia="Myanmar Text" w:cs="Myanmar Text"/>
        </w:rPr>
        <w:t>တွင်းထဲမှ</w:t>
      </w:r>
      <w:r>
        <w:rPr>
          <w:rFonts w:ascii="Times New Roman" w:hAnsi="Times New Roman" w:eastAsia="Times New Roman" w:cs="Times New Roman"/>
        </w:rPr>
        <w:t xml:space="preserve"> </w:t>
      </w:r>
      <w:r>
        <w:rPr>
          <w:rFonts w:ascii="Myanmar Text" w:hAnsi="Myanmar Text" w:eastAsia="Myanmar Text" w:cs="Myanmar Text"/>
        </w:rPr>
        <w:t>မီးဖိုကြီး၏</w:t>
      </w:r>
      <w:r>
        <w:rPr>
          <w:rFonts w:ascii="Times New Roman" w:hAnsi="Times New Roman" w:eastAsia="Times New Roman" w:cs="Times New Roman"/>
        </w:rPr>
        <w:t xml:space="preserve"> </w:t>
      </w:r>
      <w:r>
        <w:rPr>
          <w:rFonts w:ascii="Myanmar Text" w:hAnsi="Myanmar Text" w:eastAsia="Myanmar Text" w:cs="Myanmar Text"/>
        </w:rPr>
        <w:t>မီးခိုးကဲ့သို့သော</w:t>
      </w:r>
      <w:r>
        <w:rPr>
          <w:rFonts w:ascii="Times New Roman" w:hAnsi="Times New Roman" w:eastAsia="Times New Roman" w:cs="Times New Roman"/>
        </w:rPr>
        <w:t xml:space="preserve"> </w:t>
      </w:r>
      <w:r>
        <w:rPr>
          <w:rFonts w:ascii="Myanmar Text" w:hAnsi="Myanmar Text" w:eastAsia="Myanmar Text" w:cs="Myanmar Text"/>
        </w:rPr>
        <w:t>မီးခိုးတက်လာ၏။</w:t>
      </w:r>
      <w:r>
        <w:rPr>
          <w:rFonts w:ascii="Times New Roman" w:hAnsi="Times New Roman" w:eastAsia="Times New Roman" w:cs="Times New Roman"/>
        </w:rPr>
        <w:t xml:space="preserve"> </w:t>
      </w:r>
      <w:r>
        <w:rPr>
          <w:rFonts w:ascii="Myanmar Text" w:hAnsi="Myanmar Text" w:eastAsia="Myanmar Text" w:cs="Myanmar Text"/>
        </w:rPr>
        <w:t>ထိုတွင်း၏</w:t>
      </w:r>
      <w:r>
        <w:rPr>
          <w:rFonts w:ascii="Times New Roman" w:hAnsi="Times New Roman" w:eastAsia="Times New Roman" w:cs="Times New Roman"/>
        </w:rPr>
        <w:t xml:space="preserve"> </w:t>
      </w:r>
      <w:r>
        <w:rPr>
          <w:rFonts w:ascii="Myanmar Text" w:hAnsi="Myanmar Text" w:eastAsia="Myanmar Text" w:cs="Myanmar Text"/>
        </w:rPr>
        <w:t>မီးခိုးကြောင့်</w:t>
      </w:r>
      <w:r>
        <w:rPr>
          <w:rFonts w:ascii="Times New Roman" w:hAnsi="Times New Roman" w:eastAsia="Times New Roman" w:cs="Times New Roman"/>
        </w:rPr>
        <w:t xml:space="preserve"> </w:t>
      </w:r>
      <w:r>
        <w:rPr>
          <w:rFonts w:ascii="Myanmar Text" w:hAnsi="Myanmar Text" w:eastAsia="Myanmar Text" w:cs="Myanmar Text"/>
        </w:rPr>
        <w:t>နေမင်းနှင့်</w:t>
      </w:r>
      <w:r>
        <w:rPr>
          <w:rFonts w:ascii="Times New Roman" w:hAnsi="Times New Roman" w:eastAsia="Times New Roman" w:cs="Times New Roman"/>
        </w:rPr>
        <w:t xml:space="preserve"> </w:t>
      </w:r>
      <w:r>
        <w:rPr>
          <w:rFonts w:ascii="Myanmar Text" w:hAnsi="Myanmar Text" w:eastAsia="Myanmar Text" w:cs="Myanmar Text"/>
        </w:rPr>
        <w:t>လေထုသည်</w:t>
      </w:r>
      <w:r>
        <w:rPr>
          <w:rFonts w:ascii="Times New Roman" w:hAnsi="Times New Roman" w:eastAsia="Times New Roman" w:cs="Times New Roman"/>
        </w:rPr>
        <w:t xml:space="preserve"> </w:t>
      </w:r>
      <w:r>
        <w:rPr>
          <w:rFonts w:ascii="Myanmar Text" w:hAnsi="Myanmar Text" w:eastAsia="Myanmar Text" w:cs="Myanmar Text"/>
        </w:rPr>
        <w:t>မှောင်မိုက်သွားကြ၏။</w:t>
      </w:r>
      <w:r>
        <w:rPr>
          <w:rFonts w:ascii="Times New Roman" w:hAnsi="Times New Roman" w:eastAsia="Times New Roman" w:cs="Times New Roman"/>
        </w:rPr>
        <w:t xml:space="preserve"> </w:t>
      </w:r>
      <w:r>
        <w:rPr>
          <w:rFonts w:ascii="Myanmar Text" w:hAnsi="Myanmar Text" w:eastAsia="Myanmar Text" w:cs="Myanmar Text"/>
        </w:rPr>
        <w:t>ထိုမီးခိုးထဲမှ</w:t>
      </w:r>
      <w:r>
        <w:rPr>
          <w:rFonts w:ascii="Times New Roman" w:hAnsi="Times New Roman" w:eastAsia="Times New Roman" w:cs="Times New Roman"/>
        </w:rPr>
        <w:t xml:space="preserve"> </w:t>
      </w:r>
      <w:r>
        <w:rPr>
          <w:rFonts w:ascii="Myanmar Text" w:hAnsi="Myanmar Text" w:eastAsia="Myanmar Text" w:cs="Myanmar Text"/>
        </w:rPr>
        <w:t>ကျိုင်းကောင်များသည်</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ထွက်လာကြ၏။</w:t>
      </w:r>
      <w:r>
        <w:rPr>
          <w:rFonts w:ascii="Times New Roman" w:hAnsi="Times New Roman" w:eastAsia="Times New Roman" w:cs="Times New Roman"/>
        </w:rPr>
        <w:t xml:space="preserve"> </w:t>
      </w:r>
      <w:r>
        <w:rPr>
          <w:rFonts w:ascii="Myanmar Text" w:hAnsi="Myanmar Text" w:eastAsia="Myanmar Text" w:cs="Myanmar Text"/>
        </w:rPr>
        <w:t>ထိုကျိုင်းကောင်တို့အားလည်း</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ကင်းမြီးကောက်တို့၏</w:t>
      </w:r>
      <w:r>
        <w:rPr>
          <w:rFonts w:ascii="Times New Roman" w:hAnsi="Times New Roman" w:eastAsia="Times New Roman" w:cs="Times New Roman"/>
        </w:rPr>
        <w:t xml:space="preserve"> </w:t>
      </w:r>
      <w:r>
        <w:rPr>
          <w:rFonts w:ascii="Myanmar Text" w:hAnsi="Myanmar Text" w:eastAsia="Myanmar Text" w:cs="Myanmar Text"/>
        </w:rPr>
        <w:t>အာဏာရှိသကဲ့သို့</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ပေးအပ်တော်မူ၏။</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၃။</w:t>
      </w:r>
    </w:p>
    <w:p>
      <w:pPr>
        <w:pStyle w:val="ArticleBody"/>
        <w:jc w:val="left"/>
      </w:pPr>
      <w:r>
        <w:rPr>
          <w:rFonts w:ascii="Javanese Text" w:hAnsi="Javanese Text" w:eastAsia="Javanese Text" w:cs="Javanese Text"/>
        </w:rPr>
        <w:t>꧋ꦭꦶꦤ꧀ꦠꦁꦲꦤ꧀ꦗꦭꦸꦂꦱꦏꦲꦶꦁꦱꦸꦂꦒ</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ꦩꦸꦏꦏꦼꦤ꧀</w:t>
      </w:r>
      <w:r>
        <w:rPr>
          <w:rFonts w:ascii="Times New Roman" w:hAnsi="Times New Roman" w:eastAsia="Times New Roman" w:cs="Times New Roman"/>
        </w:rPr>
        <w:t xml:space="preserve"> </w:t>
      </w:r>
      <w:r>
        <w:rPr>
          <w:rFonts w:ascii="Javanese Text" w:hAnsi="Javanese Text" w:eastAsia="Javanese Text" w:cs="Javanese Text"/>
        </w:rPr>
        <w:t>ꦭꦸꦧꦁ</w:t>
      </w:r>
      <w:r>
        <w:rPr>
          <w:rFonts w:ascii="Times New Roman" w:hAnsi="Times New Roman" w:eastAsia="Times New Roman" w:cs="Times New Roman"/>
        </w:rPr>
        <w:t xml:space="preserve"> </w:t>
      </w:r>
      <w:r>
        <w:rPr>
          <w:rFonts w:ascii="Javanese Text" w:hAnsi="Javanese Text" w:eastAsia="Javanese Text" w:cs="Javanese Text"/>
        </w:rPr>
        <w:t>ꦲꦫꦺꦴꦫ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ꦤꦠꦼꦥ꧀</w:t>
      </w:r>
      <w:r>
        <w:rPr>
          <w:rFonts w:ascii="Times New Roman" w:hAnsi="Times New Roman" w:eastAsia="Times New Roman" w:cs="Times New Roman"/>
        </w:rPr>
        <w:t xml:space="preserve"> </w:t>
      </w:r>
      <w:r>
        <w:rPr>
          <w:rFonts w:ascii="Javanese Text" w:hAnsi="Javanese Text" w:eastAsia="Javanese Text" w:cs="Javanese Text"/>
        </w:rPr>
        <w:t>ꦥꦿꦺꦴꦥ꦳ꦺꦠ꧀</w:t>
      </w:r>
      <w:r>
        <w:rPr>
          <w:rFonts w:ascii="Times New Roman" w:hAnsi="Times New Roman" w:eastAsia="Times New Roman" w:cs="Times New Roman"/>
        </w:rPr>
        <w:t xml:space="preserve"> </w:t>
      </w:r>
      <w:r>
        <w:rPr>
          <w:rFonts w:ascii="Javanese Text" w:hAnsi="Javanese Text" w:eastAsia="Javanese Text" w:cs="Javanese Text"/>
        </w:rPr>
        <w:t>ꦥꦭ꧀ꦱꦸ</w:t>
      </w:r>
      <w:r>
        <w:rPr>
          <w:rFonts w:ascii="Times New Roman" w:hAnsi="Times New Roman" w:eastAsia="Times New Roman" w:cs="Times New Roman"/>
        </w:rPr>
        <w:t xml:space="preserve"> </w:t>
      </w:r>
      <w:r>
        <w:rPr>
          <w:rFonts w:ascii="Javanese Text" w:hAnsi="Javanese Text" w:eastAsia="Javanese Text" w:cs="Javanese Text"/>
        </w:rPr>
        <w:t>ꦩꦸꦲꦩ꧀ꦩꦢ꧀</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ꦤꦭꦶꦏ</w:t>
      </w:r>
      <w:r>
        <w:rPr>
          <w:rFonts w:ascii="Times New Roman" w:hAnsi="Times New Roman" w:eastAsia="Times New Roman" w:cs="Times New Roman"/>
        </w:rPr>
        <w:t xml:space="preserve"> </w:t>
      </w:r>
      <w:r>
        <w:rPr>
          <w:rFonts w:ascii="Javanese Text" w:hAnsi="Javanese Text" w:eastAsia="Javanese Text" w:cs="Javanese Text"/>
        </w:rPr>
        <w:t>ꦲꦶꦲꦸ</w:t>
      </w:r>
      <w:r>
        <w:rPr>
          <w:rFonts w:ascii="Times New Roman" w:hAnsi="Times New Roman" w:eastAsia="Times New Roman" w:cs="Times New Roman"/>
        </w:rPr>
        <w:t xml:space="preserve"> </w:t>
      </w:r>
      <w:r>
        <w:rPr>
          <w:rFonts w:ascii="Javanese Text" w:hAnsi="Javanese Text" w:eastAsia="Javanese Text" w:cs="Javanese Text"/>
        </w:rPr>
        <w:t>ꦩꦸꦏꦏꦼꦤ꧀</w:t>
      </w:r>
      <w:r>
        <w:rPr>
          <w:rFonts w:ascii="Times New Roman" w:hAnsi="Times New Roman" w:eastAsia="Times New Roman" w:cs="Times New Roman"/>
        </w:rPr>
        <w:t xml:space="preserve"> </w:t>
      </w:r>
      <w:r>
        <w:rPr>
          <w:rFonts w:ascii="Javanese Text" w:hAnsi="Javanese Text" w:eastAsia="Javanese Text" w:cs="Javanese Text"/>
        </w:rPr>
        <w:t>ꦭꦸꦧꦁ</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ꦲꦶꦲꦸ</w:t>
      </w:r>
      <w:r>
        <w:rPr>
          <w:rFonts w:ascii="Times New Roman" w:hAnsi="Times New Roman" w:eastAsia="Times New Roman" w:cs="Times New Roman"/>
        </w:rPr>
        <w:t xml:space="preserve"> </w:t>
      </w:r>
      <w:r>
        <w:rPr>
          <w:rFonts w:ascii="Javanese Text" w:hAnsi="Javanese Text" w:eastAsia="Javanese Text" w:cs="Javanese Text"/>
        </w:rPr>
        <w:t>ꦩꦁꦒꦼꦤꦃꦏꦼꦤ꧀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ꦆꦱ꧀ꦭꦩ꧀</w:t>
      </w:r>
      <w:r>
        <w:rPr>
          <w:rFonts w:ascii="Times New Roman" w:hAnsi="Times New Roman" w:eastAsia="Times New Roman" w:cs="Times New Roman"/>
        </w:rPr>
        <w:t xml:space="preserve">, </w:t>
      </w:r>
      <w:r>
        <w:rPr>
          <w:rFonts w:ascii="Javanese Text" w:hAnsi="Javanese Text" w:eastAsia="Javanese Text" w:cs="Javanese Text"/>
        </w:rPr>
        <w:t>ꦱꦶꦤꦼꦁꦏꦼꦭꦏꦼꦤ꧀</w:t>
      </w:r>
      <w:r>
        <w:rPr>
          <w:rFonts w:ascii="Times New Roman" w:hAnsi="Times New Roman" w:eastAsia="Times New Roman" w:cs="Times New Roman"/>
        </w:rPr>
        <w:t xml:space="preserve"> </w:t>
      </w:r>
      <w:r>
        <w:rPr>
          <w:rFonts w:ascii="Javanese Text" w:hAnsi="Javanese Text" w:eastAsia="Javanese Text" w:cs="Javanese Text"/>
        </w:rPr>
        <w:t>ꦏꦿꦩ</w:t>
      </w:r>
      <w:r>
        <w:rPr>
          <w:rFonts w:ascii="Times New Roman" w:hAnsi="Times New Roman" w:eastAsia="Times New Roman" w:cs="Times New Roman"/>
        </w:rPr>
        <w:t xml:space="preserve"> “</w:t>
      </w:r>
      <w:r>
        <w:rPr>
          <w:rFonts w:ascii="Javanese Text" w:hAnsi="Javanese Text" w:eastAsia="Javanese Text" w:cs="Javanese Text"/>
        </w:rPr>
        <w:t>ꦭꦼꦴꦏꦸꦱ꧀</w:t>
      </w:r>
      <w:r>
        <w:rPr>
          <w:rFonts w:ascii="Times New Roman" w:hAnsi="Times New Roman" w:eastAsia="Times New Roman" w:cs="Times New Roman"/>
        </w:rPr>
        <w:t xml:space="preserve">”, </w:t>
      </w:r>
      <w:r>
        <w:rPr>
          <w:rFonts w:ascii="Javanese Text" w:hAnsi="Javanese Text" w:eastAsia="Javanese Text" w:cs="Javanese Text"/>
        </w:rPr>
        <w:t>ꦩꦱꦸꦏ꧀</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ꦤꦫꦱꦶ</w:t>
      </w:r>
      <w:r>
        <w:rPr>
          <w:rFonts w:ascii="Times New Roman" w:hAnsi="Times New Roman" w:eastAsia="Times New Roman" w:cs="Times New Roman"/>
        </w:rPr>
        <w:t xml:space="preserve"> </w:t>
      </w:r>
      <w:r>
        <w:rPr>
          <w:rFonts w:ascii="Javanese Text" w:hAnsi="Javanese Text" w:eastAsia="Javanese Text" w:cs="Javanese Text"/>
        </w:rPr>
        <w:t>ꦥꦿꦺꦴꦥꦺꦠꦶꦏ꧀</w:t>
      </w:r>
      <w:r>
        <w:rPr>
          <w:rFonts w:ascii="Times New Roman" w:hAnsi="Times New Roman" w:eastAsia="Times New Roman" w:cs="Times New Roman"/>
        </w:rPr>
        <w:t xml:space="preserve"> </w:t>
      </w:r>
      <w:r>
        <w:rPr>
          <w:rFonts w:ascii="Javanese Text" w:hAnsi="Javanese Text" w:eastAsia="Javanese Text" w:cs="Javanese Text"/>
        </w:rPr>
        <w:t>ꦥꦿꦲꦺꦴꦁ</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ꦗꦩꦤ꧀</w:t>
      </w:r>
      <w:r>
        <w:rPr>
          <w:rFonts w:ascii="Times New Roman" w:hAnsi="Times New Roman" w:eastAsia="Times New Roman" w:cs="Times New Roman"/>
        </w:rPr>
        <w:t xml:space="preserve"> </w:t>
      </w:r>
      <w:r>
        <w:rPr>
          <w:rFonts w:ascii="Javanese Text" w:hAnsi="Javanese Text" w:eastAsia="Javanese Text" w:cs="Javanese Text"/>
        </w:rPr>
        <w:t>ꦥꦸꦁꦏꦱꦤ꧀</w:t>
      </w:r>
      <w:r>
        <w:rPr>
          <w:rFonts w:ascii="Times New Roman" w:hAnsi="Times New Roman" w:eastAsia="Times New Roman" w:cs="Times New Roman"/>
        </w:rPr>
        <w:t xml:space="preserve">. </w:t>
      </w:r>
      <w:r>
        <w:rPr>
          <w:rFonts w:ascii="Javanese Text" w:hAnsi="Javanese Text" w:eastAsia="Javanese Text" w:cs="Javanese Text"/>
        </w:rPr>
        <w:t>ꦥꦼꦥꦁꦒꦶꦃ</w:t>
      </w:r>
      <w:r>
        <w:rPr>
          <w:rFonts w:ascii="Times New Roman" w:hAnsi="Times New Roman" w:eastAsia="Times New Roman" w:cs="Times New Roman"/>
        </w:rPr>
        <w:t xml:space="preserve"> </w:t>
      </w:r>
      <w:r>
        <w:rPr>
          <w:rFonts w:ascii="Javanese Text" w:hAnsi="Javanese Text" w:eastAsia="Javanese Text" w:cs="Javanese Text"/>
        </w:rPr>
        <w:t>ꦠꦿꦶꦮꦶꦗꦶ</w:t>
      </w:r>
      <w:r>
        <w:rPr>
          <w:rFonts w:ascii="Times New Roman" w:hAnsi="Times New Roman" w:eastAsia="Times New Roman" w:cs="Times New Roman"/>
        </w:rPr>
        <w:t xml:space="preserve"> </w:t>
      </w:r>
      <w:r>
        <w:rPr>
          <w:rFonts w:ascii="Javanese Text" w:hAnsi="Javanese Text" w:eastAsia="Javanese Text" w:cs="Javanese Text"/>
        </w:rPr>
        <w:t>ꦏꦲꦤ꧀ꦗꦭꦸꦂ</w:t>
      </w:r>
      <w:r>
        <w:rPr>
          <w:rFonts w:ascii="Times New Roman" w:hAnsi="Times New Roman" w:eastAsia="Times New Roman" w:cs="Times New Roman"/>
        </w:rPr>
        <w:t xml:space="preserve"> </w:t>
      </w:r>
      <w:r>
        <w:rPr>
          <w:rFonts w:ascii="Javanese Text" w:hAnsi="Javanese Text" w:eastAsia="Javanese Text" w:cs="Javanese Text"/>
        </w:rPr>
        <w:t>ꦭꦸꦧꦁ</w:t>
      </w:r>
      <w:r>
        <w:rPr>
          <w:rFonts w:ascii="Times New Roman" w:hAnsi="Times New Roman" w:eastAsia="Times New Roman" w:cs="Times New Roman"/>
        </w:rPr>
        <w:t xml:space="preserve"> </w:t>
      </w:r>
      <w:r>
        <w:rPr>
          <w:rFonts w:ascii="Javanese Text" w:hAnsi="Javanese Text" w:eastAsia="Javanese Text" w:cs="Javanese Text"/>
        </w:rPr>
        <w:t>ꦲꦫꦺꦴꦫ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ꦩꦁꦤꦁ</w:t>
      </w:r>
      <w:r>
        <w:rPr>
          <w:rFonts w:ascii="Times New Roman" w:hAnsi="Times New Roman" w:eastAsia="Times New Roman" w:cs="Times New Roman"/>
        </w:rPr>
        <w:t xml:space="preserve"> </w:t>
      </w:r>
      <w:r>
        <w:rPr>
          <w:rFonts w:ascii="Javanese Text" w:hAnsi="Javanese Text" w:eastAsia="Javanese Text" w:cs="Javanese Text"/>
        </w:rPr>
        <w:t>ꦱꦼꦗꦺꦴꦏꦺꦴ</w:t>
      </w:r>
      <w:r>
        <w:rPr>
          <w:rFonts w:ascii="Times New Roman" w:hAnsi="Times New Roman" w:eastAsia="Times New Roman" w:cs="Times New Roman"/>
        </w:rPr>
        <w:t xml:space="preserve"> (</w:t>
      </w:r>
      <w:r>
        <w:rPr>
          <w:rFonts w:ascii="Javanese Text" w:hAnsi="Javanese Text" w:eastAsia="Javanese Text" w:cs="Javanese Text"/>
        </w:rPr>
        <w:t>ꦲꦛꦺꦶꦱ꧀ꦩꦼ</w:t>
      </w:r>
      <w:r>
        <w:rPr>
          <w:rFonts w:ascii="Times New Roman" w:hAnsi="Times New Roman" w:eastAsia="Times New Roman" w:cs="Times New Roman"/>
        </w:rPr>
        <w:t xml:space="preserve">), </w:t>
      </w:r>
      <w:r>
        <w:rPr>
          <w:rFonts w:ascii="Javanese Text" w:hAnsi="Javanese Text" w:eastAsia="Javanese Text" w:cs="Javanese Text"/>
        </w:rPr>
        <w:t>ꦱꦠꦺꦴ</w:t>
      </w:r>
      <w:r>
        <w:rPr>
          <w:rFonts w:ascii="Times New Roman" w:hAnsi="Times New Roman" w:eastAsia="Times New Roman" w:cs="Times New Roman"/>
        </w:rPr>
        <w:t xml:space="preserve"> </w:t>
      </w:r>
      <w:r>
        <w:rPr>
          <w:rFonts w:ascii="Javanese Text" w:hAnsi="Javanese Text" w:eastAsia="Javanese Text" w:cs="Javanese Text"/>
        </w:rPr>
        <w:t>ꦱꦠꦺꦮꦤ꧀</w:t>
      </w:r>
      <w:r>
        <w:rPr>
          <w:rFonts w:ascii="Times New Roman" w:hAnsi="Times New Roman" w:eastAsia="Times New Roman" w:cs="Times New Roman"/>
        </w:rPr>
        <w:t xml:space="preserve"> (</w:t>
      </w:r>
      <w:r>
        <w:rPr>
          <w:rFonts w:ascii="Javanese Text" w:hAnsi="Javanese Text" w:eastAsia="Javanese Text" w:cs="Javanese Text"/>
        </w:rPr>
        <w:t>ꦏꦛꦺꦴꦭꦶꦱꦶꦱ꧀ꦩꦼ</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ꦱꦠꦸ</w:t>
      </w:r>
      <w:r>
        <w:rPr>
          <w:rFonts w:ascii="Times New Roman" w:hAnsi="Times New Roman" w:eastAsia="Times New Roman" w:cs="Times New Roman"/>
        </w:rPr>
        <w:t xml:space="preserve"> </w:t>
      </w:r>
      <w:r>
        <w:rPr>
          <w:rFonts w:ascii="Javanese Text" w:hAnsi="Javanese Text" w:eastAsia="Javanese Text" w:cs="Javanese Text"/>
        </w:rPr>
        <w:t>ꦥꦿꦺꦴꦥ꦳ꦺꦠ꧀</w:t>
      </w:r>
      <w:r>
        <w:rPr>
          <w:rFonts w:ascii="Times New Roman" w:hAnsi="Times New Roman" w:eastAsia="Times New Roman" w:cs="Times New Roman"/>
        </w:rPr>
        <w:t xml:space="preserve"> </w:t>
      </w:r>
      <w:r>
        <w:rPr>
          <w:rFonts w:ascii="Javanese Text" w:hAnsi="Javanese Text" w:eastAsia="Javanese Text" w:cs="Javanese Text"/>
        </w:rPr>
        <w:t>ꦥꦭ꧀ꦱꦸ</w:t>
      </w:r>
      <w:r>
        <w:rPr>
          <w:rFonts w:ascii="Times New Roman" w:hAnsi="Times New Roman" w:eastAsia="Times New Roman" w:cs="Times New Roman"/>
        </w:rPr>
        <w:t xml:space="preserve"> (</w:t>
      </w:r>
      <w:r>
        <w:rPr>
          <w:rFonts w:ascii="Javanese Text" w:hAnsi="Javanese Text" w:eastAsia="Javanese Text" w:cs="Javanese Text"/>
        </w:rPr>
        <w:t>ꦆꦱ꧀ꦭꦩ꧀</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ꦥꦿꦠꦶꦩ</w:t>
      </w:r>
      <w:r>
        <w:rPr>
          <w:rFonts w:ascii="Times New Roman" w:hAnsi="Times New Roman" w:eastAsia="Times New Roman" w:cs="Times New Roman"/>
        </w:rPr>
        <w:t xml:space="preserve"> </w:t>
      </w:r>
      <w:r>
        <w:rPr>
          <w:rFonts w:ascii="Javanese Text" w:hAnsi="Javanese Text" w:eastAsia="Javanese Text" w:cs="Javanese Text"/>
        </w:rPr>
        <w:t>ꦱꦠꦺꦮꦤ꧀</w:t>
      </w:r>
      <w:r>
        <w:rPr>
          <w:rFonts w:ascii="Times New Roman" w:hAnsi="Times New Roman" w:eastAsia="Times New Roman" w:cs="Times New Roman"/>
        </w:rPr>
        <w:t xml:space="preserve"> </w:t>
      </w:r>
      <w:r>
        <w:rPr>
          <w:rFonts w:ascii="Javanese Text" w:hAnsi="Javanese Text" w:eastAsia="Javanese Text" w:cs="Javanese Text"/>
        </w:rPr>
        <w:t>ꦱꦏꦗꦒꦢ꧀</w:t>
      </w:r>
      <w:r>
        <w:rPr>
          <w:rFonts w:ascii="Times New Roman" w:hAnsi="Times New Roman" w:eastAsia="Times New Roman" w:cs="Times New Roman"/>
        </w:rPr>
        <w:t xml:space="preserve">, </w:t>
      </w:r>
      <w:r>
        <w:rPr>
          <w:rFonts w:ascii="Javanese Text" w:hAnsi="Javanese Text" w:eastAsia="Javanese Text" w:cs="Javanese Text"/>
        </w:rPr>
        <w:t>ꦥꦿꦺꦴꦥ꦳ꦺꦠ꧀</w:t>
      </w:r>
      <w:r>
        <w:rPr>
          <w:rFonts w:ascii="Times New Roman" w:hAnsi="Times New Roman" w:eastAsia="Times New Roman" w:cs="Times New Roman"/>
        </w:rPr>
        <w:t xml:space="preserve"> </w:t>
      </w:r>
      <w:r>
        <w:rPr>
          <w:rFonts w:ascii="Javanese Text" w:hAnsi="Javanese Text" w:eastAsia="Javanese Text" w:cs="Javanese Text"/>
        </w:rPr>
        <w:t>ꦥꦭ꧀ꦱꦸ</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ꦥꦿꦺꦴꦠꦼꦱ꧀ꦠꦤ꧀ꦠꦶꦱ꧀ꦩꦼ</w:t>
      </w:r>
      <w:r>
        <w:rPr>
          <w:rFonts w:ascii="Times New Roman" w:hAnsi="Times New Roman" w:eastAsia="Times New Roman" w:cs="Times New Roman"/>
        </w:rPr>
        <w:t xml:space="preserve"> </w:t>
      </w:r>
      <w:r>
        <w:rPr>
          <w:rFonts w:ascii="Javanese Text" w:hAnsi="Javanese Text" w:eastAsia="Javanese Text" w:cs="Javanese Text"/>
        </w:rPr>
        <w:t>ꦲꦥꦺꦴꦱ꧀ꦠꦠ꧀</w:t>
      </w:r>
      <w:r>
        <w:rPr>
          <w:rFonts w:ascii="Times New Roman" w:hAnsi="Times New Roman" w:eastAsia="Times New Roman" w:cs="Times New Roman"/>
        </w:rPr>
        <w:t xml:space="preserve">. </w:t>
      </w:r>
      <w:r>
        <w:rPr>
          <w:rFonts w:ascii="Javanese Text" w:hAnsi="Javanese Text" w:eastAsia="Javanese Text" w:cs="Javanese Text"/>
        </w:rPr>
        <w:t>ꦥꦿꦺꦴꦥ꦳ꦺꦠ꧀</w:t>
      </w:r>
      <w:r>
        <w:rPr>
          <w:rFonts w:ascii="Times New Roman" w:hAnsi="Times New Roman" w:eastAsia="Times New Roman" w:cs="Times New Roman"/>
        </w:rPr>
        <w:t xml:space="preserve"> </w:t>
      </w:r>
      <w:r>
        <w:rPr>
          <w:rFonts w:ascii="Javanese Text" w:hAnsi="Javanese Text" w:eastAsia="Javanese Text" w:cs="Javanese Text"/>
        </w:rPr>
        <w:t>ꦥꦭ꧀ꦱꦸ</w:t>
      </w:r>
      <w:r>
        <w:rPr>
          <w:rFonts w:ascii="Times New Roman" w:hAnsi="Times New Roman" w:eastAsia="Times New Roman" w:cs="Times New Roman"/>
        </w:rPr>
        <w:t xml:space="preserve"> </w:t>
      </w:r>
      <w:r>
        <w:rPr>
          <w:rFonts w:ascii="Javanese Text" w:hAnsi="Javanese Text" w:eastAsia="Javanese Text" w:cs="Javanese Text"/>
        </w:rPr>
        <w:t>ꦏꦁꦏꦺꦴꦤꦺꦴ</w:t>
      </w:r>
      <w:r>
        <w:rPr>
          <w:rFonts w:ascii="Times New Roman" w:hAnsi="Times New Roman" w:eastAsia="Times New Roman" w:cs="Times New Roman"/>
        </w:rPr>
        <w:t xml:space="preserve"> </w:t>
      </w:r>
      <w:r>
        <w:rPr>
          <w:rFonts w:ascii="Javanese Text" w:hAnsi="Javanese Text" w:eastAsia="Javanese Text" w:cs="Javanese Text"/>
        </w:rPr>
        <w:t>ꦤꦶꦥꦸ</w:t>
      </w:r>
      <w:r>
        <w:rPr>
          <w:rFonts w:ascii="Times New Roman" w:hAnsi="Times New Roman" w:eastAsia="Times New Roman" w:cs="Times New Roman"/>
        </w:rPr>
        <w:t xml:space="preserve"> </w:t>
      </w:r>
      <w:r>
        <w:rPr>
          <w:rFonts w:ascii="Javanese Text" w:hAnsi="Javanese Text" w:eastAsia="Javanese Text" w:cs="Javanese Text"/>
        </w:rPr>
        <w:t>ꦧꦼꦏ꧀</w:t>
      </w:r>
      <w:r>
        <w:rPr>
          <w:rFonts w:ascii="Times New Roman" w:hAnsi="Times New Roman" w:eastAsia="Times New Roman" w:cs="Times New Roman"/>
        </w:rPr>
        <w:t xml:space="preserve"> </w:t>
      </w:r>
      <w:r>
        <w:rPr>
          <w:rFonts w:ascii="Javanese Text" w:hAnsi="Javanese Text" w:eastAsia="Javanese Text" w:cs="Javanese Text"/>
        </w:rPr>
        <w:t>ꦱꦩ꧀ꦥꦸꦂꦤ</w:t>
      </w:r>
      <w:r>
        <w:rPr>
          <w:rFonts w:ascii="Times New Roman" w:hAnsi="Times New Roman" w:eastAsia="Times New Roman" w:cs="Times New Roman"/>
        </w:rPr>
        <w:t xml:space="preserve"> </w:t>
      </w:r>
      <w:r>
        <w:rPr>
          <w:rFonts w:ascii="Javanese Text" w:hAnsi="Javanese Text" w:eastAsia="Javanese Text" w:cs="Javanese Text"/>
        </w:rPr>
        <w:t>ꦗꦒꦢ꧀</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ꦠꦫꦶ</w:t>
      </w:r>
      <w:r>
        <w:rPr>
          <w:rFonts w:ascii="Times New Roman" w:hAnsi="Times New Roman" w:eastAsia="Times New Roman" w:cs="Times New Roman"/>
        </w:rPr>
        <w:t xml:space="preserve"> </w:t>
      </w:r>
      <w:r>
        <w:rPr>
          <w:rFonts w:ascii="Javanese Text" w:hAnsi="Javanese Text" w:eastAsia="Javanese Text" w:cs="Javanese Text"/>
        </w:rPr>
        <w:t>ꦱꦼꦢꦸꦏ꧀ꦠꦶꦥ꧀</w:t>
      </w:r>
      <w:r>
        <w:rPr>
          <w:rFonts w:ascii="Times New Roman" w:hAnsi="Times New Roman" w:eastAsia="Times New Roman" w:cs="Times New Roman"/>
        </w:rPr>
        <w:t xml:space="preserve"> </w:t>
      </w:r>
      <w:r>
        <w:rPr>
          <w:rFonts w:ascii="Javanese Text" w:hAnsi="Javanese Text" w:eastAsia="Javanese Text" w:cs="Javanese Text"/>
        </w:rPr>
        <w:t>ꦱꦭꦺꦴꦩꦺ</w:t>
      </w:r>
      <w:r>
        <w:rPr>
          <w:rFonts w:ascii="Times New Roman" w:hAnsi="Times New Roman" w:eastAsia="Times New Roman" w:cs="Times New Roman"/>
        </w:rPr>
        <w:t xml:space="preserve">, </w:t>
      </w:r>
      <w:r>
        <w:rPr>
          <w:rFonts w:ascii="Javanese Text" w:hAnsi="Javanese Text" w:eastAsia="Javanese Text" w:cs="Javanese Text"/>
        </w:rPr>
        <w:t>ꦲꦠꦮ</w:t>
      </w:r>
      <w:r>
        <w:rPr>
          <w:rFonts w:ascii="Times New Roman" w:hAnsi="Times New Roman" w:eastAsia="Times New Roman" w:cs="Times New Roman"/>
        </w:rPr>
        <w:t xml:space="preserve"> </w:t>
      </w:r>
      <w:r>
        <w:rPr>
          <w:rFonts w:ascii="Javanese Text" w:hAnsi="Javanese Text" w:eastAsia="Javanese Text" w:cs="Javanese Text"/>
        </w:rPr>
        <w:t>ꦠꦫꦶꦤꦺ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ꦤꦧꦶ</w:t>
      </w:r>
      <w:r>
        <w:rPr>
          <w:rFonts w:ascii="Times New Roman" w:hAnsi="Times New Roman" w:eastAsia="Times New Roman" w:cs="Times New Roman"/>
        </w:rPr>
        <w:t xml:space="preserve"> </w:t>
      </w:r>
      <w:r>
        <w:rPr>
          <w:rFonts w:ascii="Javanese Text" w:hAnsi="Javanese Text" w:eastAsia="Javanese Text" w:cs="Javanese Text"/>
        </w:rPr>
        <w:t>ꦧꦲꦭ꧀</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ꦒꦸꦤꦸꦁ</w:t>
      </w:r>
      <w:r>
        <w:rPr>
          <w:rFonts w:ascii="Times New Roman" w:hAnsi="Times New Roman" w:eastAsia="Times New Roman" w:cs="Times New Roman"/>
        </w:rPr>
        <w:t xml:space="preserve"> </w:t>
      </w:r>
      <w:r>
        <w:rPr>
          <w:rFonts w:ascii="Javanese Text" w:hAnsi="Javanese Text" w:eastAsia="Javanese Text" w:cs="Javanese Text"/>
        </w:rPr>
        <w:t>ꦏꦂꦩꦺꦭ꧀</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Wahyu </w:t>
      </w:r>
      <w:r>
        <w:rPr>
          <w:rFonts w:ascii="Javanese Text" w:hAnsi="Javanese Text" w:eastAsia="Javanese Text" w:cs="Javanese Text"/>
        </w:rPr>
        <w:t>ꦧꦥ꧀</w:t>
      </w:r>
      <w:r>
        <w:rPr>
          <w:rFonts w:ascii="Times New Roman" w:hAnsi="Times New Roman" w:eastAsia="Times New Roman" w:cs="Times New Roman"/>
        </w:rPr>
        <w:t xml:space="preserve"> </w:t>
      </w:r>
      <w:r>
        <w:rPr>
          <w:rFonts w:ascii="Javanese Text" w:hAnsi="Javanese Text" w:eastAsia="Javanese Text" w:cs="Javanese Text"/>
        </w:rPr>
        <w:t>ꦠꦼꦭꦸꦩꦸꦭꦱ꧀</w:t>
      </w:r>
      <w:r>
        <w:rPr>
          <w:rFonts w:ascii="Times New Roman" w:hAnsi="Times New Roman" w:eastAsia="Times New Roman" w:cs="Times New Roman"/>
        </w:rPr>
        <w:t xml:space="preserve">, </w:t>
      </w:r>
      <w:r>
        <w:rPr>
          <w:rFonts w:ascii="Javanese Text" w:hAnsi="Javanese Text" w:eastAsia="Javanese Text" w:cs="Javanese Text"/>
        </w:rPr>
        <w:t>ꦲꦶꦲꦸ</w:t>
      </w:r>
      <w:r>
        <w:rPr>
          <w:rFonts w:ascii="Times New Roman" w:hAnsi="Times New Roman" w:eastAsia="Times New Roman" w:cs="Times New Roman"/>
        </w:rPr>
        <w:t xml:space="preserve"> </w:t>
      </w:r>
      <w:r>
        <w:rPr>
          <w:rFonts w:ascii="Javanese Text" w:hAnsi="Javanese Text" w:eastAsia="Javanese Text" w:cs="Javanese Text"/>
        </w:rPr>
        <w:t>ꦤꦶꦥꦸ</w:t>
      </w:r>
      <w:r>
        <w:rPr>
          <w:rFonts w:ascii="Times New Roman" w:hAnsi="Times New Roman" w:eastAsia="Times New Roman" w:cs="Times New Roman"/>
        </w:rPr>
        <w:t xml:space="preserve"> </w:t>
      </w:r>
      <w:r>
        <w:rPr>
          <w:rFonts w:ascii="Javanese Text" w:hAnsi="Javanese Text" w:eastAsia="Javanese Text" w:cs="Javanese Text"/>
        </w:rPr>
        <w:t>ꦗꦒꦢ꧀</w:t>
      </w:r>
      <w:r>
        <w:rPr>
          <w:rFonts w:ascii="Times New Roman" w:hAnsi="Times New Roman" w:eastAsia="Times New Roman" w:cs="Times New Roman"/>
        </w:rPr>
        <w:t xml:space="preserve"> lumantar </w:t>
      </w:r>
      <w:r>
        <w:rPr>
          <w:rFonts w:ascii="Javanese Text" w:hAnsi="Javanese Text" w:eastAsia="Javanese Text" w:cs="Javanese Text"/>
        </w:rPr>
        <w:t>ꦏꦗꦩꦠꦤ꧀</w:t>
      </w:r>
      <w:r>
        <w:rPr>
          <w:rFonts w:ascii="Times New Roman" w:hAnsi="Times New Roman" w:eastAsia="Times New Roman" w:cs="Times New Roman"/>
        </w:rPr>
        <w:t>-</w:t>
      </w:r>
      <w:r>
        <w:rPr>
          <w:rFonts w:ascii="Javanese Text" w:hAnsi="Javanese Text" w:eastAsia="Javanese Text" w:cs="Javanese Text"/>
        </w:rPr>
        <w:t>ꦏꦗꦩꦠꦤ꧀</w:t>
      </w:r>
      <w:r>
        <w:rPr>
          <w:rFonts w:ascii="Times New Roman" w:hAnsi="Times New Roman" w:eastAsia="Times New Roman" w:cs="Times New Roman"/>
        </w:rPr>
        <w:t xml:space="preserve"> kang ditindakaké ana ing ngarsané </w:t>
      </w:r>
      <w:r>
        <w:rPr>
          <w:rFonts w:ascii="Javanese Text" w:hAnsi="Javanese Text" w:eastAsia="Javanese Text" w:cs="Javanese Text"/>
        </w:rPr>
        <w:t>ꦱꦠꦺꦮꦤ꧀</w:t>
      </w:r>
      <w:r>
        <w:rPr>
          <w:rFonts w:ascii="Times New Roman" w:hAnsi="Times New Roman" w:eastAsia="Times New Roman" w:cs="Times New Roman"/>
        </w:rPr>
        <w:t xml:space="preserve">. </w:t>
      </w:r>
      <w:r>
        <w:rPr>
          <w:rFonts w:ascii="Javanese Text" w:hAnsi="Javanese Text" w:eastAsia="Javanese Text" w:cs="Javanese Text"/>
        </w:rPr>
        <w:t>ꦥꦿꦠꦶꦏ</w:t>
      </w:r>
      <w:r>
        <w:rPr>
          <w:rFonts w:ascii="Times New Roman" w:hAnsi="Times New Roman" w:eastAsia="Times New Roman" w:cs="Times New Roman"/>
        </w:rPr>
        <w:t xml:space="preserve"> </w:t>
      </w:r>
      <w:r>
        <w:rPr>
          <w:rFonts w:ascii="Javanese Text" w:hAnsi="Javanese Text" w:eastAsia="Javanese Text" w:cs="Javanese Text"/>
        </w:rPr>
        <w:t>ꦭꦁꦒꦁ</w:t>
      </w:r>
      <w:r>
        <w:rPr>
          <w:rFonts w:ascii="Times New Roman" w:hAnsi="Times New Roman" w:eastAsia="Times New Roman" w:cs="Times New Roman"/>
        </w:rPr>
        <w:t>-</w:t>
      </w:r>
      <w:r>
        <w:rPr>
          <w:rFonts w:ascii="Javanese Text" w:hAnsi="Javanese Text" w:eastAsia="Javanese Text" w:cs="Javanese Text"/>
        </w:rPr>
        <w:t>ꦭꦁꦒꦁ</w:t>
      </w:r>
      <w:r>
        <w:rPr>
          <w:rFonts w:ascii="Times New Roman" w:hAnsi="Times New Roman" w:eastAsia="Times New Roman" w:cs="Times New Roman"/>
        </w:rPr>
        <w:t xml:space="preserve"> </w:t>
      </w:r>
      <w:r>
        <w:rPr>
          <w:rFonts w:ascii="Javanese Text" w:hAnsi="Javanese Text" w:eastAsia="Javanese Text" w:cs="Javanese Text"/>
        </w:rPr>
        <w:t>ꦏꦥꦶꦭꦸ</w:t>
      </w:r>
      <w:r>
        <w:rPr>
          <w:rFonts w:ascii="Times New Roman" w:hAnsi="Times New Roman" w:eastAsia="Times New Roman" w:cs="Times New Roman"/>
        </w:rPr>
        <w:t xml:space="preserve"> </w:t>
      </w:r>
      <w:r>
        <w:rPr>
          <w:rFonts w:ascii="Javanese Text" w:hAnsi="Javanese Text" w:eastAsia="Javanese Text" w:cs="Javanese Text"/>
        </w:rPr>
        <w:t>ꦏꦲꦶꦏꦸ</w:t>
      </w:r>
      <w:r>
        <w:rPr>
          <w:rFonts w:ascii="Times New Roman" w:hAnsi="Times New Roman" w:eastAsia="Times New Roman" w:cs="Times New Roman"/>
        </w:rPr>
        <w:t xml:space="preserve">, </w:t>
      </w:r>
      <w:r>
        <w:rPr>
          <w:rFonts w:ascii="Javanese Text" w:hAnsi="Javanese Text" w:eastAsia="Javanese Text" w:cs="Javanese Text"/>
        </w:rPr>
        <w:t>ꦩꦁꦭꦩ꧀ꦧꦁꦏꦼꦤ꧀</w:t>
      </w:r>
      <w:r>
        <w:rPr>
          <w:rFonts w:ascii="Times New Roman" w:hAnsi="Times New Roman" w:eastAsia="Times New Roman" w:cs="Times New Roman"/>
        </w:rPr>
        <w:t xml:space="preserve"> </w:t>
      </w:r>
      <w:r>
        <w:rPr>
          <w:rFonts w:ascii="Javanese Text" w:hAnsi="Javanese Text" w:eastAsia="Javanese Text" w:cs="Javanese Text"/>
        </w:rPr>
        <w:t>ꦏꦸꦮꦠ</w:t>
      </w:r>
      <w:r>
        <w:rPr>
          <w:rFonts w:ascii="Times New Roman" w:hAnsi="Times New Roman" w:eastAsia="Times New Roman" w:cs="Times New Roman"/>
        </w:rPr>
        <w:t xml:space="preserve"> </w:t>
      </w:r>
      <w:r>
        <w:rPr>
          <w:rFonts w:ascii="Javanese Text" w:hAnsi="Javanese Text" w:eastAsia="Javanese Text" w:cs="Javanese Text"/>
        </w:rPr>
        <w:t>ꦥ</w:t>
      </w:r>
      <w:r>
        <w:rPr>
          <w:rFonts w:ascii="Malgun Gothic" w:hAnsi="Malgun Gothic" w:eastAsia="Malgun Gothic" w:cs="Malgun Gothic"/>
        </w:rPr>
        <w:t>꼛</w:t>
      </w:r>
      <w:r>
        <w:rPr>
          <w:rFonts w:ascii="Javanese Text" w:hAnsi="Javanese Text" w:eastAsia="Javanese Text" w:cs="Javanese Text"/>
        </w:rPr>
        <w:t>ꦩꦺꦫꦱꦤ꧀</w:t>
      </w:r>
      <w:r>
        <w:rPr>
          <w:rFonts w:ascii="Times New Roman" w:hAnsi="Times New Roman" w:eastAsia="Times New Roman" w:cs="Times New Roman"/>
        </w:rPr>
        <w:t xml:space="preserve"> </w:t>
      </w:r>
      <w:r>
        <w:rPr>
          <w:rFonts w:ascii="Javanese Text" w:hAnsi="Javanese Text" w:eastAsia="Javanese Text" w:cs="Javanese Text"/>
        </w:rPr>
        <w:t>ꦲꦺꦏꦺꦴꦤꦺꦴꦩꦶ</w:t>
      </w:r>
      <w:r>
        <w:rPr>
          <w:rFonts w:ascii="Times New Roman" w:hAnsi="Times New Roman" w:eastAsia="Times New Roman" w:cs="Times New Roman"/>
        </w:rPr>
        <w:t xml:space="preserve"> lan </w:t>
      </w:r>
      <w:r>
        <w:rPr>
          <w:rFonts w:ascii="Javanese Text" w:hAnsi="Javanese Text" w:eastAsia="Javanese Text" w:cs="Javanese Text"/>
        </w:rPr>
        <w:t>ꦏꦲꦏꦸꦮꦠꦤ꧀</w:t>
      </w:r>
      <w:r>
        <w:rPr>
          <w:rFonts w:ascii="Times New Roman" w:hAnsi="Times New Roman" w:eastAsia="Times New Roman" w:cs="Times New Roman"/>
        </w:rPr>
        <w:t xml:space="preserve"> </w:t>
      </w:r>
      <w:r>
        <w:rPr>
          <w:rFonts w:ascii="Javanese Text" w:hAnsi="Javanese Text" w:eastAsia="Javanese Text" w:cs="Javanese Text"/>
        </w:rPr>
        <w:t>ꦩꦶꦭꦶꦠꦼꦂ</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Ve o, büyük belirtiler yapar; öyle ki, insanların gözü önünde gökten yeryüzüne ateş indirir. Ve canavarın önünde yapmaya yetki verildiği mucizeler aracılığıyla yeryüzünde yaşayanları aldatır; yeryüzünde yaşayanlara, kılıç yarası almış olup da yaşamış olan canavar için bir suret yapmalarını söyler. Ve canavarın suretine yaşam vermeye yetkisi vardı; öyle ki canavarın sureti hem konuşsun, hem de canavarın suretine tapmayanların hepsinin öldürülmesini sağlasın. Ve küçük büyük, zengin yoksul, özgür köle, hepsine sağ ellerine ya da alınlarına bir damga vurdurur. Ve öyle ki hiç kimse, ancak damgayı, ya canavarın adını ya da adının sayısını taşıyan kimse dışında, satın alamaz ve satamaz. Vahiy 13:13–17.</w:t>
      </w:r>
    </w:p>
    <w:p>
      <w:pPr>
        <w:pStyle w:val="ArticleBody"/>
        <w:jc w:val="left"/>
      </w:pPr>
      <w:r>
        <w:rPr>
          <w:rFonts w:ascii="Nirmala UI" w:hAnsi="Nirmala UI" w:eastAsia="Nirmala UI" w:cs="Nirmala UI"/>
        </w:rPr>
        <w:t>असत्य</w:t>
      </w:r>
      <w:r>
        <w:rPr>
          <w:rFonts w:ascii="Times New Roman" w:hAnsi="Times New Roman" w:eastAsia="Times New Roman" w:cs="Times New Roman"/>
        </w:rPr>
        <w:t xml:space="preserve"> </w:t>
      </w:r>
      <w:r>
        <w:rPr>
          <w:rFonts w:ascii="Nirmala UI" w:hAnsi="Nirmala UI" w:eastAsia="Nirmala UI" w:cs="Nirmala UI"/>
        </w:rPr>
        <w:t>भविष्यवक्ता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अर्थव्यवस्था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खरीद</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असत्य</w:t>
      </w:r>
      <w:r>
        <w:rPr>
          <w:rFonts w:ascii="Times New Roman" w:hAnsi="Times New Roman" w:eastAsia="Times New Roman" w:cs="Times New Roman"/>
        </w:rPr>
        <w:t xml:space="preserve"> </w:t>
      </w:r>
      <w:r>
        <w:rPr>
          <w:rFonts w:ascii="Nirmala UI" w:hAnsi="Nirmala UI" w:eastAsia="Nirmala UI" w:cs="Nirmala UI"/>
        </w:rPr>
        <w:t>भविष्यवक्ता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परिणामस्वरूप</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निष्ठा</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Ha kurusu ndive vaSadusi navaFarisi vakapanduka zvizere “kubva mukutendeka kumurayiro waJehovha,” pavakaungana pamwe chete kuti varoverere pamuchinjikwa nyanga yechiPurotesitendi yechokwadi. Mukuramba kwavo Kristu, vakasarudza Bharabhasi, anomirira Kristu wenhema. “Bar” zvinoreva mwanakomana, uye “Abba” zvinoreva baba. Bharabhasi zvinoreva “Mwanakomana waBaba”. Kristu akanga ari mukuru kupfuura vaprofita vose, uye Bharabhasi akanga ari chiratidzo chomuprofita wenhema.</w:t>
      </w:r>
    </w:p>
    <w:p>
      <w:pPr>
        <w:pStyle w:val="ArticleBody"/>
        <w:jc w:val="left"/>
      </w:pPr>
      <w:r>
        <w:rPr>
          <w:rFonts w:ascii="Times New Roman" w:hAnsi="Times New Roman" w:eastAsia="Times New Roman" w:cs="Times New Roman"/>
        </w:rPr>
        <w:t>١يانميق مەڭگاروق ماري سارتوس إومبەق پولوح امپات ريبو، دوا تاندوق بناتڠ دري بومي ايتو سامڤاي كڤد تيتيق ڤنجلمأن نبيوي يڠ تراخير. ساتو مڠݢمبركن چارمين المسيح، يڠ ساتو لاݢي چارمين بناتڠ ايتو. دالم سجاره ديمانا دوا تاندوق اين منڤقكن ديري، ڤروتستانتيسمى يڠ مرتد تله ممولاكن ڤرجالننڽا منوجو اونداڠ-اونداڠ أهَد يڠ اكن سݢرا داتڠ دڠن Patriot Act ڤد تاهون 2001. ڤتنداء ايتو سلا رس دڠن Declaration of Independence، يڠ ڤد ڤرموالأنڽا برچاكڤ سڤرتي سأور لامب، كران اي منياتكن ڤروتس ڤروتستانتيسمى مننتڠ كواساءن كردجاءن دان ڤمرينتهن ڤاووسي. ڤتنداء يڠ دسلامكنڽا ڤد ڤڠهوجوڠنڽا (Patriot Act) منياتكن ڤنكانن ترهادڤ ڤروتستانتيسمى.</w:t>
      </w:r>
    </w:p>
    <w:p>
      <w:pPr>
        <w:pStyle w:val="ArticleBody"/>
        <w:jc w:val="left"/>
      </w:pPr>
      <w:r>
        <w:rPr>
          <w:rFonts w:ascii="Gadugi" w:hAnsi="Gadugi" w:eastAsia="Gadugi" w:cs="Gadugi"/>
        </w:rPr>
        <w:t>ᎣᏍᏓ</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ᎤᏪᏥᎦ</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ᎤᏂᎶᏒ</w:t>
      </w:r>
      <w:r>
        <w:rPr>
          <w:rFonts w:ascii="Times New Roman" w:hAnsi="Times New Roman" w:eastAsia="Times New Roman" w:cs="Times New Roman"/>
        </w:rPr>
        <w:t xml:space="preserve"> </w:t>
      </w:r>
      <w:r>
        <w:rPr>
          <w:rFonts w:ascii="Gadugi" w:hAnsi="Gadugi" w:eastAsia="Gadugi" w:cs="Gadugi"/>
        </w:rPr>
        <w:t>ᎤᏜᏓᎸ</w:t>
      </w:r>
      <w:r>
        <w:rPr>
          <w:rFonts w:ascii="Times New Roman" w:hAnsi="Times New Roman" w:eastAsia="Times New Roman" w:cs="Times New Roman"/>
        </w:rPr>
        <w:t xml:space="preserve"> </w:t>
      </w:r>
      <w:r>
        <w:rPr>
          <w:rFonts w:ascii="Gadugi" w:hAnsi="Gadugi" w:eastAsia="Gadugi" w:cs="Gadugi"/>
        </w:rPr>
        <w:t>ᎤᏗᎵᏍᎬ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ᏗᏜᏓᎴᎩ</w:t>
      </w:r>
      <w:r>
        <w:rPr>
          <w:rFonts w:ascii="Times New Roman" w:hAnsi="Times New Roman" w:eastAsia="Times New Roman" w:cs="Times New Roman"/>
        </w:rPr>
        <w:t xml:space="preserve"> </w:t>
      </w:r>
      <w:r>
        <w:rPr>
          <w:rFonts w:ascii="Gadugi" w:hAnsi="Gadugi" w:eastAsia="Gadugi" w:cs="Gadugi"/>
        </w:rPr>
        <w:t>ᎠᎾᏍᏆᏂᎪᏙᎲᎢ</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ᎤᏪᏘᎵᎬ</w:t>
      </w:r>
      <w:r>
        <w:rPr>
          <w:rFonts w:ascii="Times New Roman" w:hAnsi="Times New Roman" w:eastAsia="Times New Roman" w:cs="Times New Roman"/>
        </w:rPr>
        <w:t xml:space="preserve"> </w:t>
      </w:r>
      <w:r>
        <w:rPr>
          <w:rFonts w:ascii="Gadugi" w:hAnsi="Gadugi" w:eastAsia="Gadugi" w:cs="Gadugi"/>
        </w:rPr>
        <w:t>ᏗᎧᎾᏩᏛᎢ</w:t>
      </w:r>
      <w:r>
        <w:rPr>
          <w:rFonts w:ascii="Times New Roman" w:hAnsi="Times New Roman" w:eastAsia="Times New Roman" w:cs="Times New Roman"/>
        </w:rPr>
        <w:t xml:space="preserve"> </w:t>
      </w:r>
      <w:r>
        <w:rPr>
          <w:rFonts w:ascii="Gadugi" w:hAnsi="Gadugi" w:eastAsia="Gadugi" w:cs="Gadugi"/>
        </w:rPr>
        <w:t>ᎠᏓᏅᏖᎸ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ᎤᏪᏟᏌᏁᎴ</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ᎤᏂᎵᏍᏗ</w:t>
      </w:r>
      <w:r>
        <w:rPr>
          <w:rFonts w:ascii="Times New Roman" w:hAnsi="Times New Roman" w:eastAsia="Times New Roman" w:cs="Times New Roman"/>
        </w:rPr>
        <w:t xml:space="preserve"> </w:t>
      </w:r>
      <w:r>
        <w:rPr>
          <w:rFonts w:ascii="Gadugi" w:hAnsi="Gadugi" w:eastAsia="Gadugi" w:cs="Gadugi"/>
        </w:rPr>
        <w:t>ᎤᏓᏓᎴᎩ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ᏧᎵᏂᎩᏛ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ᎠᏍᏓᏯ</w:t>
      </w:r>
      <w:r>
        <w:rPr>
          <w:rFonts w:ascii="Times New Roman" w:hAnsi="Times New Roman" w:eastAsia="Times New Roman" w:cs="Times New Roman"/>
        </w:rPr>
        <w:t xml:space="preserve"> </w:t>
      </w:r>
      <w:r>
        <w:rPr>
          <w:rFonts w:ascii="Gadugi" w:hAnsi="Gadugi" w:eastAsia="Gadugi" w:cs="Gadugi"/>
        </w:rPr>
        <w:t>ᎤᏅᏒᎢ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ᎤᏪᏥᎦ</w:t>
      </w:r>
      <w:r>
        <w:rPr>
          <w:rFonts w:ascii="Times New Roman" w:hAnsi="Times New Roman" w:eastAsia="Times New Roman" w:cs="Times New Roman"/>
        </w:rPr>
        <w:t xml:space="preserve"> </w:t>
      </w:r>
      <w:r>
        <w:rPr>
          <w:rFonts w:ascii="Gadugi" w:hAnsi="Gadugi" w:eastAsia="Gadugi" w:cs="Gadugi"/>
        </w:rPr>
        <w:t>ᎤᏍᏆᏗᏔᏅ</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ᎤᏓᎦᏘᏴ</w:t>
      </w:r>
      <w:r>
        <w:rPr>
          <w:rFonts w:ascii="Times New Roman" w:hAnsi="Times New Roman" w:eastAsia="Times New Roman" w:cs="Times New Roman"/>
        </w:rPr>
        <w:t xml:space="preserve"> </w:t>
      </w:r>
      <w:r>
        <w:rPr>
          <w:rFonts w:ascii="Gadugi" w:hAnsi="Gadugi" w:eastAsia="Gadugi" w:cs="Gadugi"/>
        </w:rPr>
        <w:t>ᏗᎵᏍᎪᎸ</w:t>
      </w:r>
      <w:r>
        <w:rPr>
          <w:rFonts w:ascii="Times New Roman" w:hAnsi="Times New Roman" w:eastAsia="Times New Roman" w:cs="Times New Roman"/>
        </w:rPr>
        <w:t xml:space="preserve"> </w:t>
      </w:r>
      <w:r>
        <w:rPr>
          <w:rFonts w:ascii="Gadugi" w:hAnsi="Gadugi" w:eastAsia="Gadugi" w:cs="Gadugi"/>
        </w:rPr>
        <w:t>ᏥᏂᎦᎵᏍᏔᏅ</w:t>
      </w:r>
      <w:r>
        <w:rPr>
          <w:rFonts w:ascii="Times New Roman" w:hAnsi="Times New Roman" w:eastAsia="Times New Roman" w:cs="Times New Roman"/>
        </w:rPr>
        <w:t xml:space="preserve"> </w:t>
      </w:r>
      <w:r>
        <w:rPr>
          <w:rFonts w:ascii="Gadugi" w:hAnsi="Gadugi" w:eastAsia="Gadugi" w:cs="Gadugi"/>
        </w:rPr>
        <w:t>ᎤᏂᏪᎵᏎᎸ</w:t>
      </w:r>
      <w:r>
        <w:rPr>
          <w:rFonts w:ascii="Times New Roman" w:hAnsi="Times New Roman" w:eastAsia="Times New Roman" w:cs="Times New Roman"/>
        </w:rPr>
        <w:t xml:space="preserve"> “Kangaroo Court”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January 6, 2021 </w:t>
      </w:r>
      <w:r>
        <w:rPr>
          <w:rFonts w:ascii="Gadugi" w:hAnsi="Gadugi" w:eastAsia="Gadugi" w:cs="Gadugi"/>
        </w:rPr>
        <w:t>ᎠᏂᏃᎮᎸᎢ</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ᏗᎵᏍᎪᎸ</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ᏗᎧᎾᏩᏛᎢ</w:t>
      </w:r>
      <w:r>
        <w:rPr>
          <w:rFonts w:ascii="Times New Roman" w:hAnsi="Times New Roman" w:eastAsia="Times New Roman" w:cs="Times New Roman"/>
        </w:rPr>
        <w:t xml:space="preserve"> </w:t>
      </w:r>
      <w:r>
        <w:rPr>
          <w:rFonts w:ascii="Gadugi" w:hAnsi="Gadugi" w:eastAsia="Gadugi" w:cs="Gadugi"/>
        </w:rPr>
        <w:t>ᏚᎵᏓᏍᏔᏁᎴ</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ᏗᎦᎾᏄᎪᏫᏍᏗ</w:t>
      </w:r>
      <w:r>
        <w:rPr>
          <w:rFonts w:ascii="Times New Roman" w:hAnsi="Times New Roman" w:eastAsia="Times New Roman" w:cs="Times New Roman"/>
        </w:rPr>
        <w:t xml:space="preserve"> </w:t>
      </w:r>
      <w:r>
        <w:rPr>
          <w:rFonts w:ascii="Gadugi" w:hAnsi="Gadugi" w:eastAsia="Gadugi" w:cs="Gadugi"/>
        </w:rPr>
        <w:t>ᎤᏅᏗᏍᎬ</w:t>
      </w:r>
      <w:r>
        <w:rPr>
          <w:rFonts w:ascii="Times New Roman" w:hAnsi="Times New Roman" w:eastAsia="Times New Roman" w:cs="Times New Roman"/>
        </w:rPr>
        <w:t xml:space="preserve"> </w:t>
      </w:r>
      <w:r>
        <w:rPr>
          <w:rFonts w:ascii="Gadugi" w:hAnsi="Gadugi" w:eastAsia="Gadugi" w:cs="Gadugi"/>
        </w:rPr>
        <w:t>ᏅᏗᎨᏒᎢ</w:t>
      </w:r>
      <w:r>
        <w:rPr>
          <w:rFonts w:ascii="Times New Roman" w:hAnsi="Times New Roman" w:eastAsia="Times New Roman" w:cs="Times New Roman"/>
        </w:rPr>
        <w:t>.</w:t>
      </w:r>
    </w:p>
    <w:p>
      <w:pPr>
        <w:pStyle w:val="ArticleBody"/>
        <w:jc w:val="left"/>
      </w:pP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ᱥᱤᱝᱜᱟ</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ᱥᱮᱸᱫᱨᱟ</w:t>
      </w:r>
      <w:r>
        <w:rPr>
          <w:rFonts w:ascii="Times New Roman" w:hAnsi="Times New Roman" w:eastAsia="Times New Roman" w:cs="Times New Roman"/>
        </w:rPr>
        <w:t xml:space="preserve"> </w:t>
      </w:r>
      <w:r>
        <w:rPr>
          <w:rFonts w:ascii="Nirmala UI" w:hAnsi="Nirmala UI" w:eastAsia="Nirmala UI" w:cs="Nirmala UI"/>
        </w:rPr>
        <w:t>ᱫᱟᱲᱟᱱ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ᱫᱟᱭᱠᱟ</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 xml:space="preserve"> </w:t>
      </w:r>
      <w:r>
        <w:rPr>
          <w:rFonts w:ascii="Nirmala UI" w:hAnsi="Nirmala UI" w:eastAsia="Nirmala UI" w:cs="Nirmala UI"/>
        </w:rPr>
        <w:t>ᱦᱚᱵᱚ</w:t>
      </w:r>
      <w:r>
        <w:rPr>
          <w:rFonts w:ascii="Times New Roman" w:hAnsi="Times New Roman" w:eastAsia="Times New Roman" w:cs="Times New Roman"/>
        </w:rPr>
        <w:t xml:space="preserve"> </w:t>
      </w:r>
      <w:r>
        <w:rPr>
          <w:rFonts w:ascii="Nirmala UI" w:hAnsi="Nirmala UI" w:eastAsia="Nirmala UI" w:cs="Nirmala UI"/>
        </w:rPr>
        <w:t>ᱨᱟᱵᱟᱝ</w:t>
      </w:r>
      <w:r>
        <w:rPr>
          <w:rFonts w:ascii="Times New Roman" w:hAnsi="Times New Roman" w:eastAsia="Times New Roman" w:cs="Times New Roman"/>
        </w:rPr>
        <w:t xml:space="preserve"> </w:t>
      </w:r>
      <w:r>
        <w:rPr>
          <w:rFonts w:ascii="Nirmala UI" w:hAnsi="Nirmala UI" w:eastAsia="Nirmala UI" w:cs="Nirmala UI"/>
        </w:rPr>
        <w:t>ᱥᱟᱸᱫᱷᱟᱨ</w:t>
      </w:r>
      <w:r>
        <w:rPr>
          <w:rFonts w:ascii="Times New Roman" w:hAnsi="Times New Roman" w:eastAsia="Times New Roman" w:cs="Times New Roman"/>
        </w:rPr>
        <w:t xml:space="preserve"> </w:t>
      </w:r>
      <w:r>
        <w:rPr>
          <w:rFonts w:ascii="Nirmala UI" w:hAnsi="Nirmala UI" w:eastAsia="Nirmala UI" w:cs="Nirmala UI"/>
        </w:rPr>
        <w:t>ᱠᱟᱹᱱᱩᱱ</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ᱮᱱᱟᱜ</w:t>
      </w:r>
      <w:r>
        <w:rPr>
          <w:rFonts w:ascii="Times New Roman" w:hAnsi="Times New Roman" w:eastAsia="Times New Roman" w:cs="Times New Roman"/>
        </w:rPr>
        <w:t xml:space="preserve"> </w:t>
      </w:r>
      <w:r>
        <w:rPr>
          <w:rFonts w:ascii="Nirmala UI" w:hAnsi="Nirmala UI" w:eastAsia="Nirmala UI" w:cs="Nirmala UI"/>
        </w:rPr>
        <w:t>ᱮᱦᱚᱵᱚᱜ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Alien and Sedition Acts </w:t>
      </w:r>
      <w:r>
        <w:rPr>
          <w:rFonts w:ascii="Nirmala UI" w:hAnsi="Nirmala UI" w:eastAsia="Nirmala UI" w:cs="Nirmala UI"/>
        </w:rPr>
        <w:t>ᱫᱚᱨᱥᱚᱱ</w:t>
      </w:r>
      <w:r>
        <w:rPr>
          <w:rFonts w:ascii="Times New Roman" w:hAnsi="Times New Roman" w:eastAsia="Times New Roman" w:cs="Times New Roman"/>
        </w:rPr>
        <w:t xml:space="preserve"> </w:t>
      </w:r>
      <w:r>
        <w:rPr>
          <w:rFonts w:ascii="Nirmala UI" w:hAnsi="Nirmala UI" w:eastAsia="Nirmala UI" w:cs="Nirmala UI"/>
        </w:rPr>
        <w:t>ᱫᱟᱨᱟᱭ</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ᱠᱟᱨᱚᱱ</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ᱮᱦᱚᱵᱚᱜ</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ᱫᱟᱭᱠᱟ</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 xml:space="preserve"> </w:t>
      </w:r>
      <w:r>
        <w:rPr>
          <w:rFonts w:ascii="Nirmala UI" w:hAnsi="Nirmala UI" w:eastAsia="Nirmala UI" w:cs="Nirmala UI"/>
        </w:rPr>
        <w:t>ᱢᱟᱨᱠ</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ᱢᱮᱨᱟᱹᱜ</w:t>
      </w:r>
      <w:r>
        <w:rPr>
          <w:rFonts w:ascii="Times New Roman" w:hAnsi="Times New Roman" w:eastAsia="Times New Roman" w:cs="Times New Roman"/>
        </w:rPr>
        <w:t xml:space="preserve"> (1776) </w:t>
      </w:r>
      <w:r>
        <w:rPr>
          <w:rFonts w:ascii="Nirmala UI" w:hAnsi="Nirmala UI" w:eastAsia="Nirmala UI" w:cs="Nirmala UI"/>
        </w:rPr>
        <w:t>ᱫᱟᱨᱟᱭ</w:t>
      </w:r>
      <w:r>
        <w:rPr>
          <w:rFonts w:ascii="Times New Roman" w:hAnsi="Times New Roman" w:eastAsia="Times New Roman" w:cs="Times New Roman"/>
        </w:rPr>
        <w:t xml:space="preserve"> </w:t>
      </w:r>
      <w:r>
        <w:rPr>
          <w:rFonts w:ascii="Nirmala UI" w:hAnsi="Nirmala UI" w:eastAsia="Nirmala UI" w:cs="Nirmala UI"/>
        </w:rPr>
        <w:t>ᱛᱚᱞ</w:t>
      </w:r>
      <w:r>
        <w:rPr>
          <w:rFonts w:ascii="Times New Roman" w:hAnsi="Times New Roman" w:eastAsia="Times New Roman" w:cs="Times New Roman"/>
        </w:rPr>
        <w:t xml:space="preserve"> </w:t>
      </w:r>
      <w:r>
        <w:rPr>
          <w:rFonts w:ascii="Nirmala UI" w:hAnsi="Nirmala UI" w:eastAsia="Nirmala UI" w:cs="Nirmala UI"/>
        </w:rPr>
        <w:t>ᱦᱚᱭᱚᱜ</w:t>
      </w:r>
      <w:r>
        <w:rPr>
          <w:rFonts w:ascii="Times New Roman" w:hAnsi="Times New Roman" w:eastAsia="Times New Roman" w:cs="Times New Roman"/>
        </w:rPr>
        <w:t xml:space="preserve"> </w:t>
      </w:r>
      <w:r>
        <w:rPr>
          <w:rFonts w:ascii="Nirmala UI" w:hAnsi="Nirmala UI" w:eastAsia="Nirmala UI" w:cs="Nirmala UI"/>
        </w:rPr>
        <w:t>ᱥᱟᱫᱷᱤᱱᱛᱟ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ᱥᱟᱫᱷᱤᱱ</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ᱥᱟᱨᱤ</w:t>
      </w:r>
      <w:r>
        <w:rPr>
          <w:rFonts w:ascii="Times New Roman" w:hAnsi="Times New Roman" w:eastAsia="Times New Roman" w:cs="Times New Roman"/>
        </w:rPr>
        <w:t xml:space="preserve"> </w:t>
      </w:r>
      <w:r>
        <w:rPr>
          <w:rFonts w:ascii="Nirmala UI" w:hAnsi="Nirmala UI" w:eastAsia="Nirmala UI" w:cs="Nirmala UI"/>
        </w:rPr>
        <w:t>ᱥᱟᱨᱤ</w:t>
      </w:r>
      <w:r>
        <w:rPr>
          <w:rFonts w:ascii="Times New Roman" w:hAnsi="Times New Roman" w:eastAsia="Times New Roman" w:cs="Times New Roman"/>
        </w:rPr>
        <w:t xml:space="preserve"> </w:t>
      </w:r>
      <w:r>
        <w:rPr>
          <w:rFonts w:ascii="Nirmala UI" w:hAnsi="Nirmala UI" w:eastAsia="Nirmala UI" w:cs="Nirmala UI"/>
        </w:rPr>
        <w:t>ᱢᱩᱠᱛᱤ</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ᱢᱤᱫᱴᱟᱝ</w:t>
      </w:r>
      <w:r>
        <w:rPr>
          <w:rFonts w:ascii="Times New Roman" w:hAnsi="Times New Roman" w:eastAsia="Times New Roman" w:cs="Times New Roman"/>
        </w:rPr>
        <w:t xml:space="preserve"> </w:t>
      </w:r>
      <w:r>
        <w:rPr>
          <w:rFonts w:ascii="Nirmala UI" w:hAnsi="Nirmala UI" w:eastAsia="Nirmala UI" w:cs="Nirmala UI"/>
        </w:rPr>
        <w:t>ᱦᱚᱨ</w:t>
      </w:r>
      <w:r>
        <w:rPr>
          <w:rFonts w:ascii="Times New Roman" w:hAnsi="Times New Roman" w:eastAsia="Times New Roman" w:cs="Times New Roman"/>
        </w:rPr>
        <w:t xml:space="preserve">, </w:t>
      </w:r>
      <w:r>
        <w:rPr>
          <w:rFonts w:ascii="Nirmala UI" w:hAnsi="Nirmala UI" w:eastAsia="Nirmala UI" w:cs="Nirmala UI"/>
        </w:rPr>
        <w:t>ᱰᱨᱟᱜᱚᱱ</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ᱵᱚᱱᱫᱷᱚᱱ</w:t>
      </w:r>
      <w:r>
        <w:rPr>
          <w:rFonts w:ascii="Times New Roman" w:hAnsi="Times New Roman" w:eastAsia="Times New Roman" w:cs="Times New Roman"/>
        </w:rPr>
        <w:t xml:space="preserve"> (1798)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ᱯᱟᱨᱚᱢ</w:t>
      </w:r>
      <w:r>
        <w:rPr>
          <w:rFonts w:ascii="Times New Roman" w:hAnsi="Times New Roman" w:eastAsia="Times New Roman" w:cs="Times New Roman"/>
        </w:rPr>
        <w:t xml:space="preserve"> </w:t>
      </w:r>
      <w:r>
        <w:rPr>
          <w:rFonts w:ascii="Nirmala UI" w:hAnsi="Nirmala UI" w:eastAsia="Nirmala UI" w:cs="Nirmala UI"/>
        </w:rPr>
        <w:t>ᱮᱫᱟᱭᱟ</w:t>
      </w:r>
      <w:r>
        <w:rPr>
          <w:rFonts w:ascii="Leelawadee UI" w:hAnsi="Leelawadee UI" w:eastAsia="Leelawadee UI" w:cs="Leelawadee UI"/>
        </w:rPr>
        <w:t>។</w:t>
      </w:r>
    </w:p>
    <w:p>
      <w:pPr>
        <w:pStyle w:val="ArticleBody"/>
        <w:jc w:val="left"/>
      </w:pP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সিলমোহরের</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পথচিহ্ন</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যাত্রাকে</w:t>
      </w:r>
      <w:r>
        <w:rPr>
          <w:rFonts w:ascii="Times New Roman" w:hAnsi="Times New Roman" w:eastAsia="Times New Roman" w:cs="Times New Roman"/>
        </w:rPr>
        <w:t xml:space="preserve"> </w:t>
      </w:r>
      <w:r>
        <w:rPr>
          <w:rFonts w:ascii="Nirmala UI" w:hAnsi="Nirmala UI" w:eastAsia="Nirmala UI" w:cs="Nirmala UI"/>
        </w:rPr>
        <w:t>সনাক্ত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যাত্রা</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পতাকা</w:t>
      </w:r>
      <w:r>
        <w:rPr>
          <w:rFonts w:ascii="Times New Roman" w:hAnsi="Times New Roman" w:eastAsia="Times New Roman" w:cs="Times New Roman"/>
        </w:rPr>
        <w:t xml:space="preserve"> </w:t>
      </w:r>
      <w:r>
        <w:rPr>
          <w:rFonts w:ascii="Nirmala UI" w:hAnsi="Nirmala UI" w:eastAsia="Nirmala UI" w:cs="Nirmala UI"/>
        </w:rPr>
        <w:t>উত্তোলিত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পর্বতে</w:t>
      </w:r>
      <w:r>
        <w:rPr>
          <w:rFonts w:ascii="Times New Roman" w:hAnsi="Times New Roman" w:eastAsia="Times New Roman" w:cs="Times New Roman"/>
        </w:rPr>
        <w:t xml:space="preserve">, </w:t>
      </w:r>
      <w:r>
        <w:rPr>
          <w:rFonts w:ascii="Nirmala UI" w:hAnsi="Nirmala UI" w:eastAsia="Nirmala UI" w:cs="Nirmala UI"/>
        </w:rPr>
        <w:t>যাকোবের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যাই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আমাদেরকে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পথসমূহ</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দেবেন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চলিব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সিয়োন</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ব্যবস্থা</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w:t>
      </w:r>
    </w:p>
    <w:p>
      <w:pPr>
        <w:pStyle w:val="ArticleBody"/>
        <w:jc w:val="left"/>
      </w:pPr>
      <w:r>
        <w:rPr>
          <w:rFonts w:ascii="Nirmala UI" w:hAnsi="Nirmala UI" w:eastAsia="Nirmala UI" w:cs="Nirmala UI"/>
        </w:rPr>
        <w:t>ᱫᱷᱟᱨᱛᱤ</w:t>
      </w:r>
      <w:r>
        <w:rPr>
          <w:rFonts w:ascii="Times New Roman" w:hAnsi="Times New Roman" w:eastAsia="Times New Roman" w:cs="Times New Roman"/>
        </w:rPr>
        <w:t xml:space="preserve"> </w:t>
      </w:r>
      <w:r>
        <w:rPr>
          <w:rFonts w:ascii="Nirmala UI" w:hAnsi="Nirmala UI" w:eastAsia="Nirmala UI" w:cs="Nirmala UI"/>
        </w:rPr>
        <w:t>ᱡᱟᱱᱣᱟᱨ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ᱛᱮᱥᱮᱫ</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w:t>
      </w:r>
      <w:r>
        <w:rPr>
          <w:rFonts w:ascii="Nirmala UI" w:hAnsi="Nirmala UI" w:eastAsia="Nirmala UI" w:cs="Nirmala UI"/>
        </w:rPr>
        <w:t>ᱫᱟᱯ</w:t>
      </w:r>
      <w:r>
        <w:rPr>
          <w:rFonts w:ascii="Times New Roman" w:hAnsi="Times New Roman" w:eastAsia="Times New Roman" w:cs="Times New Roman"/>
        </w:rPr>
        <w:t xml:space="preserve"> </w:t>
      </w:r>
      <w:r>
        <w:rPr>
          <w:rFonts w:ascii="Nirmala UI" w:hAnsi="Nirmala UI" w:eastAsia="Nirmala UI" w:cs="Nirmala UI"/>
        </w:rPr>
        <w:t>ᱞᱟᱦᱟ</w:t>
      </w:r>
      <w:r>
        <w:rPr>
          <w:rFonts w:ascii="Times New Roman" w:hAnsi="Times New Roman" w:eastAsia="Times New Roman" w:cs="Times New Roman"/>
        </w:rPr>
        <w:t xml:space="preserve"> </w:t>
      </w:r>
      <w:r>
        <w:rPr>
          <w:rFonts w:ascii="Nirmala UI" w:hAnsi="Nirmala UI" w:eastAsia="Nirmala UI" w:cs="Nirmala UI"/>
        </w:rPr>
        <w:t>ᱫᱟᱲᱮ</w:t>
      </w:r>
      <w:r>
        <w:rPr>
          <w:rFonts w:ascii="Times New Roman" w:hAnsi="Times New Roman" w:eastAsia="Times New Roman" w:cs="Times New Roman"/>
        </w:rPr>
        <w:t xml:space="preserve">, </w:t>
      </w:r>
      <w:r>
        <w:rPr>
          <w:rFonts w:ascii="Nirmala UI" w:hAnsi="Nirmala UI" w:eastAsia="Nirmala UI" w:cs="Nirmala UI"/>
        </w:rPr>
        <w:t>ᱡᱮᱨᱩᱥᱟᱞᱮᱢ</w:t>
      </w:r>
      <w:r>
        <w:rPr>
          <w:rFonts w:ascii="Times New Roman" w:hAnsi="Times New Roman" w:eastAsia="Times New Roman" w:cs="Times New Roman"/>
        </w:rPr>
        <w:t xml:space="preserve"> </w:t>
      </w:r>
      <w:r>
        <w:rPr>
          <w:rFonts w:ascii="Nirmala UI" w:hAnsi="Nirmala UI" w:eastAsia="Nirmala UI" w:cs="Nirmala UI"/>
        </w:rPr>
        <w:t>ᱫᱤᱥᱚᱢ</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ᱪᱟᱞᱟᱜ</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ᱢᱤᱥᱟ</w:t>
      </w:r>
      <w:r>
        <w:rPr>
          <w:rFonts w:ascii="Times New Roman" w:hAnsi="Times New Roman" w:eastAsia="Times New Roman" w:cs="Times New Roman"/>
        </w:rPr>
        <w:t xml:space="preserve"> </w:t>
      </w:r>
      <w:r>
        <w:rPr>
          <w:rFonts w:ascii="Nirmala UI" w:hAnsi="Nirmala UI" w:eastAsia="Nirmala UI" w:cs="Nirmala UI"/>
        </w:rPr>
        <w:t>ᱱᱟᱵᱤ</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ᱫᱟᱲᱮ</w:t>
      </w:r>
      <w:r>
        <w:rPr>
          <w:rFonts w:ascii="Times New Roman" w:hAnsi="Times New Roman" w:eastAsia="Times New Roman" w:cs="Times New Roman"/>
        </w:rPr>
        <w:t xml:space="preserve"> </w:t>
      </w:r>
      <w:r>
        <w:rPr>
          <w:rFonts w:ascii="Nirmala UI" w:hAnsi="Nirmala UI" w:eastAsia="Nirmala UI" w:cs="Nirmala UI"/>
        </w:rPr>
        <w:t>ᱛᱟᱱᱟ᱾</w:t>
      </w:r>
      <w:r>
        <w:rPr>
          <w:rFonts w:ascii="Times New Roman" w:hAnsi="Times New Roman" w:eastAsia="Times New Roman" w:cs="Times New Roman"/>
        </w:rPr>
        <w:t xml:space="preserve"> </w:t>
      </w:r>
      <w:r>
        <w:rPr>
          <w:rFonts w:ascii="Nirmala UI" w:hAnsi="Nirmala UI" w:eastAsia="Nirmala UI" w:cs="Nirmala UI"/>
        </w:rPr>
        <w:t>ᱡᱚᱠᱟᱜ</w:t>
      </w:r>
      <w:r>
        <w:rPr>
          <w:rFonts w:ascii="Times New Roman" w:hAnsi="Times New Roman" w:eastAsia="Times New Roman" w:cs="Times New Roman"/>
        </w:rPr>
        <w:t xml:space="preserve"> </w:t>
      </w:r>
      <w:r>
        <w:rPr>
          <w:rFonts w:ascii="Nirmala UI" w:hAnsi="Nirmala UI" w:eastAsia="Nirmala UI" w:cs="Nirmala UI"/>
        </w:rPr>
        <w:t>ᱥᱟᱨᱛᱤ</w:t>
      </w:r>
      <w:r>
        <w:rPr>
          <w:rFonts w:ascii="Times New Roman" w:hAnsi="Times New Roman" w:eastAsia="Times New Roman" w:cs="Times New Roman"/>
        </w:rPr>
        <w:t xml:space="preserve"> </w:t>
      </w:r>
      <w:r>
        <w:rPr>
          <w:rFonts w:ascii="Nirmala UI" w:hAnsi="Nirmala UI" w:eastAsia="Nirmala UI" w:cs="Nirmala UI"/>
        </w:rPr>
        <w:t>ᱱᱟᱵᱤ</w:t>
      </w:r>
      <w:r>
        <w:rPr>
          <w:rFonts w:ascii="Times New Roman" w:hAnsi="Times New Roman" w:eastAsia="Times New Roman" w:cs="Times New Roman"/>
        </w:rPr>
        <w:t xml:space="preserve"> </w:t>
      </w:r>
      <w:r>
        <w:rPr>
          <w:rFonts w:ascii="Nirmala UI" w:hAnsi="Nirmala UI" w:eastAsia="Nirmala UI" w:cs="Nirmala UI"/>
        </w:rPr>
        <w:t>ᱦᱮᱡ</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ᱡᱮᱨᱩᱥᱟᱞᱮᱢ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ᱵᱚᱞᱚᱱ</w:t>
      </w:r>
      <w:r>
        <w:rPr>
          <w:rFonts w:ascii="Times New Roman" w:hAnsi="Times New Roman" w:eastAsia="Times New Roman" w:cs="Times New Roman"/>
        </w:rPr>
        <w:t xml:space="preserve"> </w:t>
      </w:r>
      <w:r>
        <w:rPr>
          <w:rFonts w:ascii="Nirmala UI" w:hAnsi="Nirmala UI" w:eastAsia="Nirmala UI" w:cs="Nirmala UI"/>
        </w:rPr>
        <w:t>ᱮᱱ</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ᱜᱟᱫᱟ</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ᱪᱟᱲᱤ</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ᱦᱮᱡ</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ᱫᱷᱟᱨᱛᱤ</w:t>
      </w:r>
      <w:r>
        <w:rPr>
          <w:rFonts w:ascii="Times New Roman" w:hAnsi="Times New Roman" w:eastAsia="Times New Roman" w:cs="Times New Roman"/>
        </w:rPr>
        <w:t xml:space="preserve"> </w:t>
      </w:r>
      <w:r>
        <w:rPr>
          <w:rFonts w:ascii="Nirmala UI" w:hAnsi="Nirmala UI" w:eastAsia="Nirmala UI" w:cs="Nirmala UI"/>
        </w:rPr>
        <w:t>ᱡᱟᱱᱣᱟᱨ</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ᱜᱟᱫᱟ</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ᱡᱮᱨᱩᱥᱟᱞᱮᱢ</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ᱪᱟᱲᱟᱣᱟ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ᱢᱤᱥᱟ</w:t>
      </w:r>
      <w:r>
        <w:rPr>
          <w:rFonts w:ascii="Times New Roman" w:hAnsi="Times New Roman" w:eastAsia="Times New Roman" w:cs="Times New Roman"/>
        </w:rPr>
        <w:t xml:space="preserve"> </w:t>
      </w:r>
      <w:r>
        <w:rPr>
          <w:rFonts w:ascii="Nirmala UI" w:hAnsi="Nirmala UI" w:eastAsia="Nirmala UI" w:cs="Nirmala UI"/>
        </w:rPr>
        <w:t>ᱱᱟᱵᱤ</w:t>
      </w:r>
      <w:r>
        <w:rPr>
          <w:rFonts w:ascii="Times New Roman" w:hAnsi="Times New Roman" w:eastAsia="Times New Roman" w:cs="Times New Roman"/>
        </w:rPr>
        <w:t xml:space="preserve"> (</w:t>
      </w:r>
      <w:r>
        <w:rPr>
          <w:rFonts w:ascii="Nirmala UI" w:hAnsi="Nirmala UI" w:eastAsia="Nirmala UI" w:cs="Nirmala UI"/>
        </w:rPr>
        <w:t>ᱫᱷᱟᱨᱛᱤ</w:t>
      </w:r>
      <w:r>
        <w:rPr>
          <w:rFonts w:ascii="Times New Roman" w:hAnsi="Times New Roman" w:eastAsia="Times New Roman" w:cs="Times New Roman"/>
        </w:rPr>
        <w:t xml:space="preserve"> </w:t>
      </w:r>
      <w:r>
        <w:rPr>
          <w:rFonts w:ascii="Nirmala UI" w:hAnsi="Nirmala UI" w:eastAsia="Nirmala UI" w:cs="Nirmala UI"/>
        </w:rPr>
        <w:t>ᱡᱟᱱᱣᱟᱨ</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ᱵᱟᱞᱟᱢ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ᱩᱫᱷᱟᱹᱨ</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ᱵᱟᱞᱟᱢ</w:t>
      </w:r>
      <w:r>
        <w:rPr>
          <w:rFonts w:ascii="Times New Roman" w:hAnsi="Times New Roman" w:eastAsia="Times New Roman" w:cs="Times New Roman"/>
        </w:rPr>
        <w:t xml:space="preserve">, </w:t>
      </w:r>
      <w:r>
        <w:rPr>
          <w:rFonts w:ascii="Nirmala UI" w:hAnsi="Nirmala UI" w:eastAsia="Nirmala UI" w:cs="Nirmala UI"/>
        </w:rPr>
        <w:t>ᱡᱚᱥ</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ᱫᱷᱚᱱ</w:t>
      </w:r>
      <w:r>
        <w:rPr>
          <w:rFonts w:ascii="Times New Roman" w:hAnsi="Times New Roman" w:eastAsia="Times New Roman" w:cs="Times New Roman"/>
        </w:rPr>
        <w:t xml:space="preserve"> </w:t>
      </w:r>
      <w:r>
        <w:rPr>
          <w:rFonts w:ascii="Nirmala UI" w:hAnsi="Nirmala UI" w:eastAsia="Nirmala UI" w:cs="Nirmala UI"/>
        </w:rPr>
        <w:t>ᱥᱮᱸᱫᱽᱨᱟ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ᱥᱟᱨᱛᱤ</w:t>
      </w:r>
      <w:r>
        <w:rPr>
          <w:rFonts w:ascii="Times New Roman" w:hAnsi="Times New Roman" w:eastAsia="Times New Roman" w:cs="Times New Roman"/>
        </w:rPr>
        <w:t xml:space="preserve"> </w:t>
      </w:r>
      <w:r>
        <w:rPr>
          <w:rFonts w:ascii="Nirmala UI" w:hAnsi="Nirmala UI" w:eastAsia="Nirmala UI" w:cs="Nirmala UI"/>
        </w:rPr>
        <w:t>ᱱᱟᱵᱤ</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ᱠᱚᱭᱚᱜ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ᱠᱚᱞ</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ᱛᱮᱫ</w:t>
      </w:r>
      <w:r>
        <w:rPr>
          <w:rFonts w:ascii="Times New Roman" w:hAnsi="Times New Roman" w:eastAsia="Times New Roman" w:cs="Times New Roman"/>
        </w:rPr>
        <w:t xml:space="preserve"> </w:t>
      </w:r>
      <w:r>
        <w:rPr>
          <w:rFonts w:ascii="Nirmala UI" w:hAnsi="Nirmala UI" w:eastAsia="Nirmala UI" w:cs="Nirmala UI"/>
        </w:rPr>
        <w:t>ᱵᱟᱦᱨᱮ</w:t>
      </w:r>
      <w:r>
        <w:rPr>
          <w:rFonts w:ascii="Times New Roman" w:hAnsi="Times New Roman" w:eastAsia="Times New Roman" w:cs="Times New Roman"/>
        </w:rPr>
        <w:t xml:space="preserve"> </w:t>
      </w:r>
      <w:r>
        <w:rPr>
          <w:rFonts w:ascii="Nirmala UI" w:hAnsi="Nirmala UI" w:eastAsia="Nirmala UI" w:cs="Nirmala UI"/>
        </w:rPr>
        <w:t>ᱥᱮᱱ</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ᱡᱮᱦᱚᱵᱟᱦ</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ᱱᱤᱭᱟᱹᱢ</w:t>
      </w:r>
      <w:r>
        <w:rPr>
          <w:rFonts w:ascii="Times New Roman" w:hAnsi="Times New Roman" w:eastAsia="Times New Roman" w:cs="Times New Roman"/>
        </w:rPr>
        <w:t xml:space="preserve"> </w:t>
      </w:r>
      <w:r>
        <w:rPr>
          <w:rFonts w:ascii="Nirmala UI" w:hAnsi="Nirmala UI" w:eastAsia="Nirmala UI" w:cs="Nirmala UI"/>
        </w:rPr>
        <w:t>ᱞᱟᱜᱤᱫ</w:t>
      </w:r>
      <w:r>
        <w:rPr>
          <w:rFonts w:ascii="Times New Roman" w:hAnsi="Times New Roman" w:eastAsia="Times New Roman" w:cs="Times New Roman"/>
        </w:rPr>
        <w:t xml:space="preserve"> </w:t>
      </w:r>
      <w:r>
        <w:rPr>
          <w:rFonts w:ascii="Nirmala UI" w:hAnsi="Nirmala UI" w:eastAsia="Nirmala UI" w:cs="Nirmala UI"/>
        </w:rPr>
        <w:t>ᱵᱷᱚᱠᱛᱤ</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ᱟᱯᱚᱥᱴᱮᱴᱟᱭᱤᱡᱽ</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ᱤᱥᱣᱟᱨ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ᱥᱟᱹᱨᱤᱜ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ᱥᱟᱹᱣᱯᱷᱟᱹᱣ</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ᱦᱤᱥᱟᱹᱵ</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ᱡᱮᱞᱮᱠᱟ</w:t>
      </w:r>
      <w:r>
        <w:rPr>
          <w:rFonts w:ascii="Times New Roman" w:hAnsi="Times New Roman" w:eastAsia="Times New Roman" w:cs="Times New Roman"/>
        </w:rPr>
        <w:t xml:space="preserve"> </w:t>
      </w:r>
      <w:r>
        <w:rPr>
          <w:rFonts w:ascii="Nirmala UI" w:hAnsi="Nirmala UI" w:eastAsia="Nirmala UI" w:cs="Nirmala UI"/>
        </w:rPr>
        <w:t>ᱟᱢᱮᱨᱤᱠᱟ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ᱥᱤᱜᱷᱨ</w:t>
      </w:r>
      <w:r>
        <w:rPr>
          <w:rFonts w:ascii="Times New Roman" w:hAnsi="Times New Roman" w:eastAsia="Times New Roman" w:cs="Times New Roman"/>
        </w:rPr>
        <w:t xml:space="preserve"> </w:t>
      </w:r>
      <w:r>
        <w:rPr>
          <w:rFonts w:ascii="Nirmala UI" w:hAnsi="Nirmala UI" w:eastAsia="Nirmala UI" w:cs="Nirmala UI"/>
        </w:rPr>
        <w:t>ᱦᱮᱡᱚᱜ</w:t>
      </w:r>
      <w:r>
        <w:rPr>
          <w:rFonts w:ascii="Times New Roman" w:hAnsi="Times New Roman" w:eastAsia="Times New Roman" w:cs="Times New Roman"/>
        </w:rPr>
        <w:t xml:space="preserve"> </w:t>
      </w:r>
      <w:r>
        <w:rPr>
          <w:rFonts w:ascii="Nirmala UI" w:hAnsi="Nirmala UI" w:eastAsia="Nirmala UI" w:cs="Nirmala UI"/>
        </w:rPr>
        <w:t>ᱥᱟᱱᱰᱮ</w:t>
      </w:r>
      <w:r>
        <w:rPr>
          <w:rFonts w:ascii="Times New Roman" w:hAnsi="Times New Roman" w:eastAsia="Times New Roman" w:cs="Times New Roman"/>
        </w:rPr>
        <w:t xml:space="preserve"> </w:t>
      </w:r>
      <w:r>
        <w:rPr>
          <w:rFonts w:ascii="Nirmala UI" w:hAnsi="Nirmala UI" w:eastAsia="Nirmala UI" w:cs="Nirmala UI"/>
        </w:rPr>
        <w:t>ᱞᱚ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ᱮᱢᱚᱜᱼᱟ᱾</w:t>
      </w:r>
    </w:p>
    <w:p>
      <w:pPr>
        <w:pStyle w:val="ArticleBody"/>
        <w:jc w:val="left"/>
      </w:pPr>
      <w:r>
        <w:rPr>
          <w:rFonts w:ascii="Nirmala UI" w:hAnsi="Nirmala UI" w:eastAsia="Nirmala UI" w:cs="Nirmala UI"/>
        </w:rPr>
        <w:t>यात्रा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बिलआम</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यात्रा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बिलआम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गई।</w:t>
      </w:r>
    </w:p>
    <w:p>
      <w:pPr>
        <w:pStyle w:val="ArticleScripture"/>
        <w:jc w:val="left"/>
      </w:pPr>
      <w:r>
        <w:rPr>
          <w:rFonts w:ascii="Times New Roman" w:hAnsi="Times New Roman" w:eastAsia="Times New Roman" w:cs="Times New Roman"/>
        </w:rPr>
        <w:t>Andrey soȝîna Mala'ika Egzi'abḥer q'omi be-menged, seif-u nequṭo be-ij-u; andrey-s ke-menged feṭa, wedə meda geba; Balaam-s andreywa meṭaṭa, wede menged yəmeləsachənd. Numbers 22:23.</w:t>
      </w:r>
    </w:p>
    <w:p>
      <w:pPr>
        <w:pStyle w:val="ArticleBody"/>
        <w:jc w:val="left"/>
      </w:pPr>
      <w:r>
        <w:rPr>
          <w:rFonts w:ascii="Times New Roman" w:hAnsi="Times New Roman" w:eastAsia="Times New Roman" w:cs="Times New Roman"/>
        </w:rPr>
        <w:t>Niinä syyskuun 11. päivänä vuonna 2001 kolmannen vitsauksen islam, Raamatun profetian villi arabialainen aasi, poikkesi Bileamin tieltä, sillä kun New Yorkin suuret rakennukset sortuivat, se oli ”käännekohta” kansakuntien ja seurakunnan historiassa. Tiellä seisova enkeli oli se väkevä enkeli, joka silloin astui alas valaisemaan maan kirkkaudellaan. Aasi oli jälleen tuottava Bileamille murhetta.</w:t>
      </w:r>
    </w:p>
    <w:p>
      <w:pPr>
        <w:pStyle w:val="ArticleScripture"/>
        <w:jc w:val="left"/>
      </w:pPr>
      <w:r>
        <w:rPr>
          <w:rFonts w:ascii="Times New Roman" w:hAnsi="Times New Roman" w:eastAsia="Times New Roman" w:cs="Times New Roman"/>
        </w:rPr>
        <w:t>لەکن فریشتەی یەزدان لە ڕێگای نێو ڕەزەکان وەستا، دیوارێک لەم لاوە بوو و دیوارێکیش لەو لاوە. کاتێک ماکەرەکە فریشتەی یەزدانی بینی، خۆی بە دیوارەکەدا پاڵ پێوە نا و پێی بەلعامی بە دیوارەکەدا گوشی؛ ئەویش دیسان لێیدا. ژمارەکان 22: 24، 25.</w:t>
      </w:r>
    </w:p>
    <w:p>
      <w:pPr>
        <w:pStyle w:val="ArticleBody"/>
        <w:jc w:val="left"/>
      </w:pPr>
      <w:r>
        <w:rPr>
          <w:rFonts w:ascii="Times New Roman" w:hAnsi="Times New Roman" w:eastAsia="Times New Roman" w:cs="Times New Roman"/>
        </w:rPr>
        <w:t>2001­</w:t>
      </w:r>
      <w:r>
        <w:rPr>
          <w:rFonts w:ascii="Myanmar Text" w:hAnsi="Myanmar Text" w:eastAsia="Myanmar Text" w:cs="Myanmar Text"/>
        </w:rPr>
        <w:t>ႏ်စ္၊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11 </w:t>
      </w:r>
      <w:r>
        <w:rPr>
          <w:rFonts w:ascii="Myanmar Text" w:hAnsi="Myanmar Text" w:eastAsia="Myanmar Text" w:cs="Myanmar Text"/>
        </w:rPr>
        <w:t>ရက်နောက်ပိုင်းတွင်</w:t>
      </w:r>
      <w:r>
        <w:rPr>
          <w:rFonts w:ascii="Times New Roman" w:hAnsi="Times New Roman" w:eastAsia="Times New Roman" w:cs="Times New Roman"/>
        </w:rPr>
        <w:t xml:space="preserve"> </w:t>
      </w:r>
      <w:r>
        <w:rPr>
          <w:rFonts w:ascii="Myanmar Text" w:hAnsi="Myanmar Text" w:eastAsia="Myanmar Text" w:cs="Myanmar Text"/>
        </w:rPr>
        <w:t>ဘုရားသခင်၏လူမျိုးတော်သည်</w:t>
      </w:r>
      <w:r>
        <w:rPr>
          <w:rFonts w:ascii="Times New Roman" w:hAnsi="Times New Roman" w:eastAsia="Times New Roman" w:cs="Times New Roman"/>
        </w:rPr>
        <w:t xml:space="preserve"> </w:t>
      </w:r>
      <w:r>
        <w:rPr>
          <w:rFonts w:ascii="Myanmar Text" w:hAnsi="Myanmar Text" w:eastAsia="Myanmar Text" w:cs="Myanmar Text"/>
        </w:rPr>
        <w:t>စပျစ်ဥယျာဉ်၏သီချင်း</w:t>
      </w:r>
      <w:r>
        <w:rPr>
          <w:rFonts w:ascii="Times New Roman" w:hAnsi="Times New Roman" w:eastAsia="Times New Roman" w:cs="Times New Roman"/>
        </w:rPr>
        <w:t xml:space="preserve"> (Isaiah chapter twenty-seven)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သီဆိုရမည်ဖြစ်ပြီး၊</w:t>
      </w:r>
      <w:r>
        <w:rPr>
          <w:rFonts w:ascii="Times New Roman" w:hAnsi="Times New Roman" w:eastAsia="Times New Roman" w:cs="Times New Roman"/>
        </w:rPr>
        <w:t xml:space="preserve"> </w:t>
      </w:r>
      <w:r>
        <w:rPr>
          <w:rFonts w:ascii="Myanmar Text" w:hAnsi="Myanmar Text" w:eastAsia="Myanmar Text" w:cs="Myanmar Text"/>
        </w:rPr>
        <w:t>ယခုအချိန်တွင်</w:t>
      </w:r>
      <w:r>
        <w:rPr>
          <w:rFonts w:ascii="Times New Roman" w:hAnsi="Times New Roman" w:eastAsia="Times New Roman" w:cs="Times New Roman"/>
        </w:rPr>
        <w:t xml:space="preserve"> Balaam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တစ်ဖက်ရှိရာနှင့်</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တစ်ဖက်ရှိရာကြားတွင်</w:t>
      </w:r>
      <w:r>
        <w:rPr>
          <w:rFonts w:ascii="Times New Roman" w:hAnsi="Times New Roman" w:eastAsia="Times New Roman" w:cs="Times New Roman"/>
        </w:rPr>
        <w:t xml:space="preserve"> </w:t>
      </w:r>
      <w:r>
        <w:rPr>
          <w:rFonts w:ascii="Myanmar Text" w:hAnsi="Myanmar Text" w:eastAsia="Myanmar Text" w:cs="Myanmar Text"/>
        </w:rPr>
        <w:t>ရှိနေသည်။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တောင်ပိုင်းနယ်စပ်ရှိ</w:t>
      </w:r>
      <w:r>
        <w:rPr>
          <w:rFonts w:ascii="Times New Roman" w:hAnsi="Times New Roman" w:eastAsia="Times New Roman" w:cs="Times New Roman"/>
        </w:rPr>
        <w:t xml:space="preserve"> </w:t>
      </w:r>
      <w:r>
        <w:rPr>
          <w:rFonts w:ascii="Myanmar Text" w:hAnsi="Myanmar Text" w:eastAsia="Myanmar Text" w:cs="Myanmar Text"/>
        </w:rPr>
        <w:t>နံရံပြဿနာသည်</w:t>
      </w:r>
      <w:r>
        <w:rPr>
          <w:rFonts w:ascii="Times New Roman" w:hAnsi="Times New Roman" w:eastAsia="Times New Roman" w:cs="Times New Roman"/>
        </w:rPr>
        <w:t xml:space="preserve"> </w:t>
      </w:r>
      <w:r>
        <w:rPr>
          <w:rFonts w:ascii="Myanmar Text" w:hAnsi="Myanmar Text" w:eastAsia="Myanmar Text" w:cs="Myanmar Text"/>
        </w:rPr>
        <w:t>တတိယနှင့်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waymark </w:t>
      </w:r>
      <w:r>
        <w:rPr>
          <w:rFonts w:ascii="Myanmar Text" w:hAnsi="Myanmar Text" w:eastAsia="Myanmar Text" w:cs="Myanmar Text"/>
        </w:rPr>
        <w:t>တွင်</w:t>
      </w:r>
      <w:r>
        <w:rPr>
          <w:rFonts w:ascii="Times New Roman" w:hAnsi="Times New Roman" w:eastAsia="Times New Roman" w:cs="Times New Roman"/>
        </w:rPr>
        <w:t xml:space="preserve"> “Church and State </w:t>
      </w:r>
      <w:r>
        <w:rPr>
          <w:rFonts w:ascii="Myanmar Text" w:hAnsi="Myanmar Text" w:eastAsia="Myanmar Text" w:cs="Myanmar Text"/>
        </w:rPr>
        <w:t>ခွဲခြားထားသော</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ပြိုလဲခြင်းကို</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အရင်ဖြစ်ပေါ်လာသော</w:t>
      </w:r>
      <w:r>
        <w:rPr>
          <w:rFonts w:ascii="Times New Roman" w:hAnsi="Times New Roman" w:eastAsia="Times New Roman" w:cs="Times New Roman"/>
        </w:rPr>
        <w:t xml:space="preserve"> </w:t>
      </w:r>
      <w:r>
        <w:rPr>
          <w:rFonts w:ascii="Myanmar Text" w:hAnsi="Myanmar Text" w:eastAsia="Myanmar Text" w:cs="Myanmar Text"/>
        </w:rPr>
        <w:t>အရေးကိစ္စ</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တောင်ပိုင်းနယ်စပ်၏</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ပြဿနာ၌</w:t>
      </w:r>
      <w:r>
        <w:rPr>
          <w:rFonts w:ascii="Times New Roman" w:hAnsi="Times New Roman" w:eastAsia="Times New Roman" w:cs="Times New Roman"/>
        </w:rPr>
        <w:t xml:space="preserve"> Balaam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ဖိကြိတ်ခံရပြီး၊</w:t>
      </w:r>
      <w:r>
        <w:rPr>
          <w:rFonts w:ascii="Times New Roman" w:hAnsi="Times New Roman" w:eastAsia="Times New Roman" w:cs="Times New Roman"/>
        </w:rPr>
        <w:t xml:space="preserve"> </w:t>
      </w:r>
      <w:r>
        <w:rPr>
          <w:rFonts w:ascii="Myanmar Text" w:hAnsi="Myanmar Text" w:eastAsia="Myanmar Text" w:cs="Myanmar Text"/>
        </w:rPr>
        <w:t>လူဝင်မှုကြောင့်</w:t>
      </w:r>
      <w:r>
        <w:rPr>
          <w:rFonts w:ascii="Times New Roman" w:hAnsi="Times New Roman" w:eastAsia="Times New Roman" w:cs="Times New Roman"/>
        </w:rPr>
        <w:t xml:space="preserve"> </w:t>
      </w:r>
      <w:r>
        <w:rPr>
          <w:rFonts w:ascii="Myanmar Text" w:hAnsi="Myanmar Text" w:eastAsia="Myanmar Text" w:cs="Myanmar Text"/>
        </w:rPr>
        <w:t>ဖြစ်ပေါ်လာသော</w:t>
      </w:r>
      <w:r>
        <w:rPr>
          <w:rFonts w:ascii="Times New Roman" w:hAnsi="Times New Roman" w:eastAsia="Times New Roman" w:cs="Times New Roman"/>
        </w:rPr>
        <w:t xml:space="preserve"> </w:t>
      </w:r>
      <w:r>
        <w:rPr>
          <w:rFonts w:ascii="Myanmar Text" w:hAnsi="Myanmar Text" w:eastAsia="Myanmar Text" w:cs="Myanmar Text"/>
        </w:rPr>
        <w:t>အတွင်းပိုင်းစစ်ပွဲတစ်ရပ်က</w:t>
      </w:r>
      <w:r>
        <w:rPr>
          <w:rFonts w:ascii="Times New Roman" w:hAnsi="Times New Roman" w:eastAsia="Times New Roman" w:cs="Times New Roman"/>
        </w:rPr>
        <w:t xml:space="preserve"> </w:t>
      </w:r>
      <w:r>
        <w:rPr>
          <w:rFonts w:ascii="Myanmar Text" w:hAnsi="Myanmar Text" w:eastAsia="Myanmar Text" w:cs="Myanmar Text"/>
        </w:rPr>
        <w:t>ပြည်တွင်းစစ်</w:t>
      </w:r>
      <w:r>
        <w:rPr>
          <w:rFonts w:ascii="Times New Roman" w:hAnsi="Times New Roman" w:eastAsia="Times New Roman" w:cs="Times New Roman"/>
        </w:rPr>
        <w:t xml:space="preserve"> </w:t>
      </w:r>
      <w:r>
        <w:rPr>
          <w:rFonts w:ascii="Myanmar Text" w:hAnsi="Myanmar Text" w:eastAsia="Myanmar Text" w:cs="Myanmar Text"/>
        </w:rPr>
        <w:t>ပြန်လည်ဖြစ်ပွားခြင်းမတိုင်မီ</w:t>
      </w:r>
      <w:r>
        <w:rPr>
          <w:rFonts w:ascii="Times New Roman" w:hAnsi="Times New Roman" w:eastAsia="Times New Roman" w:cs="Times New Roman"/>
        </w:rPr>
        <w:t xml:space="preserve"> </w:t>
      </w:r>
      <w:r>
        <w:rPr>
          <w:rFonts w:ascii="Myanmar Text" w:hAnsi="Myanmar Text" w:eastAsia="Myanmar Text" w:cs="Myanmar Text"/>
        </w:rPr>
        <w:t>ကမ္ဘာမြေတိရစ္ဆာန်ကို</w:t>
      </w:r>
      <w:r>
        <w:rPr>
          <w:rFonts w:ascii="Times New Roman" w:hAnsi="Times New Roman" w:eastAsia="Times New Roman" w:cs="Times New Roman"/>
        </w:rPr>
        <w:t xml:space="preserve"> </w:t>
      </w:r>
      <w:r>
        <w:rPr>
          <w:rFonts w:ascii="Myanmar Text" w:hAnsi="Myanmar Text" w:eastAsia="Myanmar Text" w:cs="Myanmar Text"/>
        </w:rPr>
        <w:t>ဆန့်ကျင်ဘက်ပါတီနှစ်ခုအဖြစ်</w:t>
      </w:r>
      <w:r>
        <w:rPr>
          <w:rFonts w:ascii="Times New Roman" w:hAnsi="Times New Roman" w:eastAsia="Times New Roman" w:cs="Times New Roman"/>
        </w:rPr>
        <w:t xml:space="preserve"> </w:t>
      </w:r>
      <w:r>
        <w:rPr>
          <w:rFonts w:ascii="Myanmar Text" w:hAnsi="Myanmar Text" w:eastAsia="Myanmar Text" w:cs="Myanmar Text"/>
        </w:rPr>
        <w:t>ကွဲပြားစတင်စေသည်။</w:t>
      </w:r>
    </w:p>
    <w:p>
      <w:pPr>
        <w:pStyle w:val="ArticleBody"/>
        <w:jc w:val="left"/>
      </w:pPr>
      <w:r>
        <w:rPr>
          <w:rFonts w:ascii="Times New Roman" w:hAnsi="Times New Roman" w:eastAsia="Times New Roman" w:cs="Times New Roman"/>
        </w:rPr>
        <w:t>La historia entre los dos muros es la historia representada por el hito de la Constitución desde 1789 hasta 1798, la cual tipificó la historia de 2015, cuando Trump anunció su campaña para el cargo de presidente con su énfasis en “construir el muro”, hasta que la ley dominical, que pronto ha de venir, quite el muro de separación entre la Iglesia y el Estado.</w:t>
      </w:r>
    </w:p>
    <w:p>
      <w:pPr>
        <w:pStyle w:val="ArticleBody"/>
        <w:jc w:val="left"/>
      </w:pPr>
      <w:r>
        <w:rPr>
          <w:rFonts w:ascii="Times New Roman" w:hAnsi="Times New Roman" w:eastAsia="Times New Roman" w:cs="Times New Roman"/>
        </w:rPr>
        <w:t>پاشێ سێپتەمبەری ١١، ٢٠٠١، ئاژەڵی زەوی، کە بە بەلعام نیشاندراوە، دەستی بە دابەشبوون کرد. دابەشبوونی دوو دیواری بەلعام، جیاکردنەوەی دوو پۆل لە ناو هەردوو قۆچی ئاژەڵی زەوی پێشاندەدات، کە بە هەڵبژاردنی ترامپ لە ٢٠١٦، مردنی دوو شایەت لە ٢٠٢٠، دادگاکانی پێلۆسیی ٦ی کانوونی دووەمی ٢٠٢١، زیندووبوونەوەی دوو شایەت لە ٢٠٢٣، و شەلکردنی بەلعام لەلایەن ماکە لە ٧ی تشرینی یەکەمی ٢٠٢٣ نیشاندراوە.</w:t>
      </w:r>
    </w:p>
    <w:p>
      <w:pPr>
        <w:pStyle w:val="ArticleBody"/>
        <w:jc w:val="left"/>
      </w:pPr>
      <w:r>
        <w:rPr>
          <w:rFonts w:ascii="Ebrima" w:hAnsi="Ebrima" w:eastAsia="Ebrima" w:cs="Ebrima"/>
        </w:rPr>
        <w:t>ሻው</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መገሻ</w:t>
      </w:r>
      <w:r>
        <w:rPr>
          <w:rFonts w:ascii="Times New Roman" w:hAnsi="Times New Roman" w:eastAsia="Times New Roman" w:cs="Times New Roman"/>
        </w:rPr>
        <w:t xml:space="preserve"> </w:t>
      </w:r>
      <w:r>
        <w:rPr>
          <w:rFonts w:ascii="Ebrima" w:hAnsi="Ebrima" w:eastAsia="Ebrima" w:cs="Ebrima"/>
        </w:rPr>
        <w:t>በለዓም</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ኣድጊ</w:t>
      </w:r>
      <w:r>
        <w:rPr>
          <w:rFonts w:ascii="Times New Roman" w:hAnsi="Times New Roman" w:eastAsia="Times New Roman" w:cs="Times New Roman"/>
        </w:rPr>
        <w:t xml:space="preserve"> “</w:t>
      </w:r>
      <w:r>
        <w:rPr>
          <w:rFonts w:ascii="Ebrima" w:hAnsi="Ebrima" w:eastAsia="Ebrima" w:cs="Ebrima"/>
        </w:rPr>
        <w:t>ትዛረብ</w:t>
      </w:r>
      <w:r>
        <w:rPr>
          <w:rFonts w:ascii="Times New Roman" w:hAnsi="Times New Roman" w:eastAsia="Times New Roman" w:cs="Times New Roman"/>
        </w:rPr>
        <w:t xml:space="preserve">” </w:t>
      </w:r>
      <w:r>
        <w:rPr>
          <w:rFonts w:ascii="Ebrima" w:hAnsi="Ebrima" w:eastAsia="Ebrima" w:cs="Ebrima"/>
        </w:rPr>
        <w:t>እንተኾነ</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ድራጎን</w:t>
      </w:r>
      <w:r>
        <w:rPr>
          <w:rFonts w:ascii="Times New Roman" w:hAnsi="Times New Roman" w:eastAsia="Times New Roman" w:cs="Times New Roman"/>
        </w:rPr>
        <w:t xml:space="preserve"> </w:t>
      </w:r>
      <w:r>
        <w:rPr>
          <w:rFonts w:ascii="Ebrima" w:hAnsi="Ebrima" w:eastAsia="Ebrima" w:cs="Ebrima"/>
        </w:rPr>
        <w:t>ትዛረብ፣</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ሸሞንተ</w:t>
      </w:r>
      <w:r>
        <w:rPr>
          <w:rFonts w:ascii="Times New Roman" w:hAnsi="Times New Roman" w:eastAsia="Times New Roman" w:cs="Times New Roman"/>
        </w:rPr>
        <w:t xml:space="preserve"> </w:t>
      </w:r>
      <w:r>
        <w:rPr>
          <w:rFonts w:ascii="Ebrima" w:hAnsi="Ebrima" w:eastAsia="Ebrima" w:cs="Ebrima"/>
        </w:rPr>
        <w:t>ንኻልኣይ</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ይዛረብ፣</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ዝደንጎየ</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ሃበቆቅ</w:t>
      </w:r>
      <w:r>
        <w:rPr>
          <w:rFonts w:ascii="Times New Roman" w:hAnsi="Times New Roman" w:eastAsia="Times New Roman" w:cs="Times New Roman"/>
        </w:rPr>
        <w:t xml:space="preserve"> </w:t>
      </w:r>
      <w:r>
        <w:rPr>
          <w:rFonts w:ascii="Ebrima" w:hAnsi="Ebrima" w:eastAsia="Ebrima" w:cs="Ebrima"/>
        </w:rPr>
        <w:t>ይዛረብ።</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ዝደንጎየ</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ብዓመፃዊ</w:t>
      </w:r>
      <w:r>
        <w:rPr>
          <w:rFonts w:ascii="Times New Roman" w:hAnsi="Times New Roman" w:eastAsia="Times New Roman" w:cs="Times New Roman"/>
        </w:rPr>
        <w:t xml:space="preserve"> </w:t>
      </w:r>
      <w:r>
        <w:rPr>
          <w:rFonts w:ascii="Ebrima" w:hAnsi="Ebrima" w:eastAsia="Ebrima" w:cs="Ebrima"/>
        </w:rPr>
        <w:t>ተግባራቱ</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ኣድጊ</w:t>
      </w:r>
      <w:r>
        <w:rPr>
          <w:rFonts w:ascii="Times New Roman" w:hAnsi="Times New Roman" w:eastAsia="Times New Roman" w:cs="Times New Roman"/>
        </w:rPr>
        <w:t xml:space="preserve"> </w:t>
      </w:r>
      <w:r>
        <w:rPr>
          <w:rFonts w:ascii="Ebrima" w:hAnsi="Ebrima" w:eastAsia="Ebrima" w:cs="Ebrima"/>
        </w:rPr>
        <w:t>በረኻ</w:t>
      </w:r>
      <w:r>
        <w:rPr>
          <w:rFonts w:ascii="Times New Roman" w:hAnsi="Times New Roman" w:eastAsia="Times New Roman" w:cs="Times New Roman"/>
        </w:rPr>
        <w:t xml:space="preserve"> </w:t>
      </w:r>
      <w:r>
        <w:rPr>
          <w:rFonts w:ascii="Ebrima" w:hAnsi="Ebrima" w:eastAsia="Ebrima" w:cs="Ebrima"/>
        </w:rPr>
        <w:t>ይዛረብ።</w:t>
      </w:r>
    </w:p>
    <w:p>
      <w:pPr>
        <w:pStyle w:val="ArticleScripture"/>
        <w:jc w:val="left"/>
      </w:pPr>
      <w:r>
        <w:rPr>
          <w:rFonts w:ascii="Times New Roman" w:hAnsi="Times New Roman" w:eastAsia="Times New Roman" w:cs="Times New Roman"/>
        </w:rPr>
        <w:t>Ingelosi yeNkosi yaqhubekela phambili, yema endaweni emxinwa, lapho kwakungekho ndlela yokuphendukela ngakwesokunene noma ngakwesobunxele. Kwathi lapho imbongolo ibona ingelosi yeNkosi, yaguqa phansi ngaphansi kukaBhalami; intukuthelo kaBhalami yavutha, wayishaya imbongolo ngenduku. INkosi yavula umlomo wembongolo, yathi kuBhalami: Ngenzeni kuwe, ukuba ungishaye lezi zikhathi ezintathu na? UBhalami wathi embongolweni: Ngokuba ungihlekisile; sengathi ngabe kunenkemba esandleni sami, ngokuba manje bengizokubulala. Imbongolo yathi kuBhalami: Angisiyo yini imbongolo yakho, ogibele phezu kwayo selokhu ngangiyingeyakho kuze kube namuhla? Ngake ngajwayela yini ukwenza kanjalo kuwe na? Wathi: Qhabo. Khona iNkosi yavula amehlo kaBhalami, wayibona ingelosi yeNkosi imi endleleni, inkemba yayo ihoshiwe esandleni sayo; wasekhothamisa ikhanda lakhe, wawa ngobuso phansi. Numeri 22:26–31.</w:t>
      </w:r>
    </w:p>
    <w:p>
      <w:pPr>
        <w:pStyle w:val="ArticleBody"/>
        <w:jc w:val="left"/>
      </w:pPr>
      <w:r>
        <w:rPr>
          <w:rFonts w:ascii="Times New Roman" w:hAnsi="Times New Roman" w:eastAsia="Times New Roman" w:cs="Times New Roman"/>
        </w:rPr>
        <w:t>یونایتڈ اسٹیٹس وہ جھوٹا نبی ہے جو دنیا کو دھوکا دیتا ہے تاکہ حیوان کی ایک عالمی شبیہ قائم کی جائے۔ اُس مدتِ زمانہ میں جو یونایتڈ اسٹیٹس کے اندر حیوان کی شبیہ کی تشکیل کا وقت ہے، یونایتڈ اسٹیٹس کو جھوٹا نبی اٹھائے ہوئے ہے، جس کی نمائندگی بلعام کی گدھی کرتی ہے۔ ایک لاکھ چوالیس ہزار کے مُہر کیے جانے کے زمانہ میں وہ جھوٹا نبی، جو یونایتڈ اسٹیٹس کی اُن تمام فاسد قوتوں کو مجبور کرتا ہے کہ وہ کلیسیا اور ریاست کے تعلق میں اکٹھی ہو جائیں، تیسرے افسوس کا اسلام ہے۔</w:t>
      </w:r>
    </w:p>
    <w:p>
      <w:pPr>
        <w:pStyle w:val="ArticleBody"/>
        <w:jc w:val="left"/>
      </w:pPr>
      <w:r>
        <w:rPr>
          <w:rFonts w:ascii="Times New Roman" w:hAnsi="Times New Roman" w:eastAsia="Times New Roman" w:cs="Times New Roman"/>
        </w:rPr>
        <w:t>Wuxuu hawshiisa ku fuliyaa dagaal, iyo burburka dhaqaale ee dagaalkaas ka dhasha. Labadaas sifo waa isla xoogagga nebigii beenta ahaa ee Maraykanku adeegsado si uu dunida oo dhan ugu khasbo marka uu ku celinayo hawshii gudaha Maraykanka uu ku sameeyey nebigii beenta ahaa ee yaamayska gun la’aanta ah.</w:t>
      </w:r>
    </w:p>
    <w:p>
      <w:pPr>
        <w:pStyle w:val="ArticleBody"/>
        <w:jc w:val="left"/>
      </w:pPr>
      <w:r>
        <w:rPr>
          <w:rFonts w:ascii="Times New Roman" w:hAnsi="Times New Roman" w:eastAsia="Times New Roman" w:cs="Times New Roman"/>
        </w:rPr>
        <w:t>یونایتِد سټېټس اوس د دېوال د مسئلې (کډوالۍ) تر منځ ولاړ دی، هغه مسئله چې د 1798 کال د پردیو او فتنې د قوانینو زړه و، او د کلیسا او دولت د جلاوالي د دېوال تر منځ، هغه دېوال چې د ژر راتلونکي یکشنبې د قانون پر مهال په بشپړه توګه لېرې کېږي. یونایتِد سټېټس لا دمخه له مالي پلوه فلج شوی دی، ځکه چې د هغه ملي پور له سمونې وتلی دی. د اژدها ځواک اوس مهال د یوه دروغجن مالي وړاندوینې ملا تړي، خو دا هغه دروغ دي چې ادعا کوي شتمني د چاپ له ماشین څخه تولیدېږي؛ مګر له هر څه وروسته، اژدها د انجیل د نبوت دروغجن دی. هغه خپل دروغ د هټلر د مشهور تبلیغاتي ماشین د معاصر استازیتوب له لارې خپروي، او په دې توګه هغه منطق برابروي چې د پردیو او فتنې د قوانینو څلورم عنصر بیا تکرار شي، هغه عنصر چې ولسمشر ته یې دا واک ورکاوه چې هره هغه رسنۍ وتړي چې د هغه له نظریاتو سره یې مخالفت کاوه.</w:t>
      </w:r>
    </w:p>
    <w:p>
      <w:pPr>
        <w:pStyle w:val="ArticleBody"/>
        <w:jc w:val="left"/>
      </w:pPr>
      <w:r>
        <w:rPr>
          <w:rFonts w:ascii="Times New Roman" w:hAnsi="Times New Roman" w:eastAsia="Times New Roman" w:cs="Times New Roman"/>
        </w:rPr>
        <w:t>Յիսուս միշտ որևէ բանի վախճանը պատկերում է որևէ բանի սկզբնով։ Միացյալ Նահանգներում գազանի պատկերը պետք է ունենա այն նույն մարգարեական հատկանիշները, ինչ համաշխարհային գազանի պատկերը, և այդպես էլ կա, սակայն այն խաբեությունը, որ ապականված դաշինք է առաջ բերում երկրի գազանի կեղծ մարգարեի ներսում, իսլամի կեղծ մարգարեն է։ Թե՛ Բաղաամը, թե՛ էշը կեղծ մարգարեների խորհրդանիշներ են։ Հարյուր քառասունչորս հազարի կնքման պատմությունը անդունդի երեք զորությունների պատմությունն է։ Անդունդից եկող իսլամը 2001 թվականի սեպտեմբերի 11-ի առաջին ճանապարհային նշանն է։ Անդունդի աթեիզմը բարձրանում է՝ 2020 թվականին սպանելու երկու վկաներին, և անդունդի կաթոլիկությունը բարձրանում է իր մահից՝ շուտով եկող կիրակնօրյա օրենքի ժամանակ։</w:t>
      </w:r>
    </w:p>
    <w:p>
      <w:pPr>
        <w:pStyle w:val="ArticleBody"/>
        <w:jc w:val="left"/>
      </w:pP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ꯑꯔ꯭ꯇꯤꯛꯜꯇ</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ꯆꯠꯊꯔꯒꯅꯤ।</w:t>
      </w:r>
    </w:p>
    <w:p>
      <w:pPr>
        <w:pStyle w:val="ArticleScripture"/>
        <w:jc w:val="left"/>
      </w:pPr>
      <w:r>
        <w:rPr>
          <w:rFonts w:ascii="Times New Roman" w:hAnsi="Times New Roman" w:eastAsia="Times New Roman" w:cs="Times New Roman"/>
        </w:rPr>
        <w:t>“</w:t>
      </w:r>
      <w:r>
        <w:rPr>
          <w:rFonts w:ascii="Ebrima" w:hAnsi="Ebrima" w:eastAsia="Ebrima" w:cs="Ebrima"/>
        </w:rPr>
        <w:t>እዝግ</w:t>
      </w:r>
      <w:r>
        <w:rPr>
          <w:rFonts w:ascii="Times New Roman" w:hAnsi="Times New Roman" w:eastAsia="Times New Roman" w:cs="Times New Roman"/>
        </w:rPr>
        <w:t xml:space="preserve"> </w:t>
      </w:r>
      <w:r>
        <w:rPr>
          <w:rFonts w:ascii="Ebrima" w:hAnsi="Ebrima" w:eastAsia="Ebrima" w:cs="Ebrima"/>
        </w:rPr>
        <w:t>ደማ</w:t>
      </w:r>
      <w:r>
        <w:rPr>
          <w:rFonts w:ascii="Times New Roman" w:hAnsi="Times New Roman" w:eastAsia="Times New Roman" w:cs="Times New Roman"/>
        </w:rPr>
        <w:t xml:space="preserve"> </w:t>
      </w:r>
      <w:r>
        <w:rPr>
          <w:rFonts w:ascii="Ebrima" w:hAnsi="Ebrima" w:eastAsia="Ebrima" w:cs="Ebrima"/>
        </w:rPr>
        <w:t>አይሻሻልም።</w:t>
      </w:r>
      <w:r>
        <w:rPr>
          <w:rFonts w:ascii="Times New Roman" w:hAnsi="Times New Roman" w:eastAsia="Times New Roman" w:cs="Times New Roman"/>
        </w:rPr>
        <w:t xml:space="preserve"> </w:t>
      </w:r>
      <w:r>
        <w:rPr>
          <w:rFonts w:ascii="Ebrima" w:hAnsi="Ebrima" w:eastAsia="Ebrima" w:cs="Ebrima"/>
        </w:rPr>
        <w:t>ክፉዎች</w:t>
      </w:r>
      <w:r>
        <w:rPr>
          <w:rFonts w:ascii="Times New Roman" w:hAnsi="Times New Roman" w:eastAsia="Times New Roman" w:cs="Times New Roman"/>
        </w:rPr>
        <w:t xml:space="preserve"> </w:t>
      </w:r>
      <w:r>
        <w:rPr>
          <w:rFonts w:ascii="Ebrima" w:hAnsi="Ebrima" w:eastAsia="Ebrima" w:cs="Ebrima"/>
        </w:rPr>
        <w:t>ሰዎችና</w:t>
      </w:r>
      <w:r>
        <w:rPr>
          <w:rFonts w:ascii="Times New Roman" w:hAnsi="Times New Roman" w:eastAsia="Times New Roman" w:cs="Times New Roman"/>
        </w:rPr>
        <w:t xml:space="preserve"> </w:t>
      </w:r>
      <w:r>
        <w:rPr>
          <w:rFonts w:ascii="Ebrima" w:hAnsi="Ebrima" w:eastAsia="Ebrima" w:cs="Ebrima"/>
        </w:rPr>
        <w:t>አታላዮች</w:t>
      </w:r>
      <w:r>
        <w:rPr>
          <w:rFonts w:ascii="Times New Roman" w:hAnsi="Times New Roman" w:eastAsia="Times New Roman" w:cs="Times New Roman"/>
        </w:rPr>
        <w:t xml:space="preserve"> </w:t>
      </w:r>
      <w:r>
        <w:rPr>
          <w:rFonts w:ascii="Ebrima" w:hAnsi="Ebrima" w:eastAsia="Ebrima" w:cs="Ebrima"/>
        </w:rPr>
        <w:t>እያታለሉና</w:t>
      </w:r>
      <w:r>
        <w:rPr>
          <w:rFonts w:ascii="Times New Roman" w:hAnsi="Times New Roman" w:eastAsia="Times New Roman" w:cs="Times New Roman"/>
        </w:rPr>
        <w:t xml:space="preserve"> </w:t>
      </w:r>
      <w:r>
        <w:rPr>
          <w:rFonts w:ascii="Ebrima" w:hAnsi="Ebrima" w:eastAsia="Ebrima" w:cs="Ebrima"/>
        </w:rPr>
        <w:t>እየተታለሉ</w:t>
      </w:r>
      <w:r>
        <w:rPr>
          <w:rFonts w:ascii="Times New Roman" w:hAnsi="Times New Roman" w:eastAsia="Times New Roman" w:cs="Times New Roman"/>
        </w:rPr>
        <w:t xml:space="preserve"> </w:t>
      </w:r>
      <w:r>
        <w:rPr>
          <w:rFonts w:ascii="Ebrima" w:hAnsi="Ebrima" w:eastAsia="Ebrima" w:cs="Ebrima"/>
        </w:rPr>
        <w:t>ከክፉ</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ይበልጥ</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ይሄዳሉ።</w:t>
      </w:r>
      <w:r>
        <w:rPr>
          <w:rFonts w:ascii="Times New Roman" w:hAnsi="Times New Roman" w:eastAsia="Times New Roman" w:cs="Times New Roman"/>
        </w:rPr>
        <w:t xml:space="preserve"> </w:t>
      </w:r>
      <w:r>
        <w:rPr>
          <w:rFonts w:ascii="Ebrima" w:hAnsi="Ebrima" w:eastAsia="Ebrima" w:cs="Ebrima"/>
        </w:rPr>
        <w:t>አይሁድ</w:t>
      </w:r>
      <w:r>
        <w:rPr>
          <w:rFonts w:ascii="Times New Roman" w:hAnsi="Times New Roman" w:eastAsia="Times New Roman" w:cs="Times New Roman"/>
        </w:rPr>
        <w:t xml:space="preserve"> </w:t>
      </w:r>
      <w:r>
        <w:rPr>
          <w:rFonts w:ascii="Ebrima" w:hAnsi="Ebrima" w:eastAsia="Ebrima" w:cs="Ebrima"/>
        </w:rPr>
        <w:t>ደግነትን፣</w:t>
      </w:r>
      <w:r>
        <w:rPr>
          <w:rFonts w:ascii="Times New Roman" w:hAnsi="Times New Roman" w:eastAsia="Times New Roman" w:cs="Times New Roman"/>
        </w:rPr>
        <w:t xml:space="preserve"> </w:t>
      </w:r>
      <w:r>
        <w:rPr>
          <w:rFonts w:ascii="Ebrima" w:hAnsi="Ebrima" w:eastAsia="Ebrima" w:cs="Ebrima"/>
        </w:rPr>
        <w:t>ምሕረትን፣</w:t>
      </w:r>
      <w:r>
        <w:rPr>
          <w:rFonts w:ascii="Times New Roman" w:hAnsi="Times New Roman" w:eastAsia="Times New Roman" w:cs="Times New Roman"/>
        </w:rPr>
        <w:t xml:space="preserve"> </w:t>
      </w:r>
      <w:r>
        <w:rPr>
          <w:rFonts w:ascii="Ebrima" w:hAnsi="Ebrima" w:eastAsia="Ebrima" w:cs="Ebrima"/>
        </w:rPr>
        <w:t>ያልደከመ</w:t>
      </w:r>
      <w:r>
        <w:rPr>
          <w:rFonts w:ascii="Times New Roman" w:hAnsi="Times New Roman" w:eastAsia="Times New Roman" w:cs="Times New Roman"/>
        </w:rPr>
        <w:t xml:space="preserve"> </w:t>
      </w:r>
      <w:r>
        <w:rPr>
          <w:rFonts w:ascii="Ebrima" w:hAnsi="Ebrima" w:eastAsia="Ebrima" w:cs="Ebrima"/>
        </w:rPr>
        <w:t>ፍቅርንም</w:t>
      </w:r>
      <w:r>
        <w:rPr>
          <w:rFonts w:ascii="Times New Roman" w:hAnsi="Times New Roman" w:eastAsia="Times New Roman" w:cs="Times New Roman"/>
        </w:rPr>
        <w:t xml:space="preserve"> </w:t>
      </w:r>
      <w:r>
        <w:rPr>
          <w:rFonts w:ascii="Ebrima" w:hAnsi="Ebrima" w:eastAsia="Ebrima" w:cs="Ebrima"/>
        </w:rPr>
        <w:t>የያዘ፣</w:t>
      </w:r>
      <w:r>
        <w:rPr>
          <w:rFonts w:ascii="Times New Roman" w:hAnsi="Times New Roman" w:eastAsia="Times New Roman" w:cs="Times New Roman"/>
        </w:rPr>
        <w:t xml:space="preserve"> </w:t>
      </w:r>
      <w:r>
        <w:rPr>
          <w:rFonts w:ascii="Ebrima" w:hAnsi="Ebrima" w:eastAsia="Ebrima" w:cs="Ebrima"/>
        </w:rPr>
        <w:t>ልቡም</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መከራ</w:t>
      </w:r>
      <w:r>
        <w:rPr>
          <w:rFonts w:ascii="Times New Roman" w:hAnsi="Times New Roman" w:eastAsia="Times New Roman" w:cs="Times New Roman"/>
        </w:rPr>
        <w:t xml:space="preserve"> </w:t>
      </w:r>
      <w:r>
        <w:rPr>
          <w:rFonts w:ascii="Ebrima" w:hAnsi="Ebrima" w:eastAsia="Ebrima" w:cs="Ebrima"/>
        </w:rPr>
        <w:t>የሚነካ፣</w:t>
      </w:r>
      <w:r>
        <w:rPr>
          <w:rFonts w:ascii="Times New Roman" w:hAnsi="Times New Roman" w:eastAsia="Times New Roman" w:cs="Times New Roman"/>
        </w:rPr>
        <w:t xml:space="preserve"> </w:t>
      </w:r>
      <w:r>
        <w:rPr>
          <w:rFonts w:ascii="Ebrima" w:hAnsi="Ebrima" w:eastAsia="Ebrima" w:cs="Ebrima"/>
        </w:rPr>
        <w:t>የእውነተኛው</w:t>
      </w:r>
      <w:r>
        <w:rPr>
          <w:rFonts w:ascii="Times New Roman" w:hAnsi="Times New Roman" w:eastAsia="Times New Roman" w:cs="Times New Roman"/>
        </w:rPr>
        <w:t xml:space="preserve"> </w:t>
      </w:r>
      <w:r>
        <w:rPr>
          <w:rFonts w:ascii="Ebrima" w:hAnsi="Ebrima" w:eastAsia="Ebrima" w:cs="Ebrima"/>
        </w:rPr>
        <w:t>ብቸኛ</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መገለጫ</w:t>
      </w:r>
      <w:r>
        <w:rPr>
          <w:rFonts w:ascii="Times New Roman" w:hAnsi="Times New Roman" w:eastAsia="Times New Roman" w:cs="Times New Roman"/>
        </w:rPr>
        <w:t xml:space="preserve"> </w:t>
      </w:r>
      <w:r>
        <w:rPr>
          <w:rFonts w:ascii="Ebrima" w:hAnsi="Ebrima" w:eastAsia="Ebrima" w:cs="Ebrima"/>
        </w:rPr>
        <w:t>የሆነውን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በመናቅ፣</w:t>
      </w:r>
      <w:r>
        <w:rPr>
          <w:rFonts w:ascii="Times New Roman" w:hAnsi="Times New Roman" w:eastAsia="Times New Roman" w:cs="Times New Roman"/>
        </w:rPr>
        <w:t xml:space="preserve"> </w:t>
      </w:r>
      <w:r>
        <w:rPr>
          <w:rFonts w:ascii="Ebrima" w:hAnsi="Ebrima" w:eastAsia="Ebrima" w:cs="Ebrima"/>
        </w:rPr>
        <w:t>በእርሱም</w:t>
      </w:r>
      <w:r>
        <w:rPr>
          <w:rFonts w:ascii="Times New Roman" w:hAnsi="Times New Roman" w:eastAsia="Times New Roman" w:cs="Times New Roman"/>
        </w:rPr>
        <w:t xml:space="preserve"> </w:t>
      </w:r>
      <w:r>
        <w:rPr>
          <w:rFonts w:ascii="Ebrima" w:hAnsi="Ebrima" w:eastAsia="Ebrima" w:cs="Ebrima"/>
        </w:rPr>
        <w:t>ፋንታ</w:t>
      </w:r>
      <w:r>
        <w:rPr>
          <w:rFonts w:ascii="Times New Roman" w:hAnsi="Times New Roman" w:eastAsia="Times New Roman" w:cs="Times New Roman"/>
        </w:rPr>
        <w:t xml:space="preserve"> </w:t>
      </w:r>
      <w:r>
        <w:rPr>
          <w:rFonts w:ascii="Ebrima" w:hAnsi="Ebrima" w:eastAsia="Ebrima" w:cs="Ebrima"/>
        </w:rPr>
        <w:t>ነፍሰ</w:t>
      </w:r>
      <w:r>
        <w:rPr>
          <w:rFonts w:ascii="Times New Roman" w:hAnsi="Times New Roman" w:eastAsia="Times New Roman" w:cs="Times New Roman"/>
        </w:rPr>
        <w:t xml:space="preserve"> </w:t>
      </w:r>
      <w:r>
        <w:rPr>
          <w:rFonts w:ascii="Ebrima" w:hAnsi="Ebrima" w:eastAsia="Ebrima" w:cs="Ebrima"/>
        </w:rPr>
        <w:t>ገዳይን</w:t>
      </w:r>
      <w:r>
        <w:rPr>
          <w:rFonts w:ascii="Times New Roman" w:hAnsi="Times New Roman" w:eastAsia="Times New Roman" w:cs="Times New Roman"/>
        </w:rPr>
        <w:t xml:space="preserve"> </w:t>
      </w:r>
      <w:r>
        <w:rPr>
          <w:rFonts w:ascii="Ebrima" w:hAnsi="Ebrima" w:eastAsia="Ebrima" w:cs="Ebrima"/>
        </w:rPr>
        <w:t>በመምረጥ፣</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የሚከለክል</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በሚወገድበት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በከሐዲው</w:t>
      </w:r>
      <w:r>
        <w:rPr>
          <w:rFonts w:ascii="Times New Roman" w:hAnsi="Times New Roman" w:eastAsia="Times New Roman" w:cs="Times New Roman"/>
        </w:rPr>
        <w:t xml:space="preserve"> </w:t>
      </w:r>
      <w:r>
        <w:rPr>
          <w:rFonts w:ascii="Ebrima" w:hAnsi="Ebrima" w:eastAsia="Ebrima" w:cs="Ebrima"/>
        </w:rPr>
        <w:t>ቁጥጥር</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በሚሆኑበት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ተፈጥሮ</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ሊያደርግ</w:t>
      </w:r>
      <w:r>
        <w:rPr>
          <w:rFonts w:ascii="Times New Roman" w:hAnsi="Times New Roman" w:eastAsia="Times New Roman" w:cs="Times New Roman"/>
        </w:rPr>
        <w:t xml:space="preserve"> </w:t>
      </w:r>
      <w:r>
        <w:rPr>
          <w:rFonts w:ascii="Ebrima" w:hAnsi="Ebrima" w:eastAsia="Ebrima" w:cs="Ebrima"/>
        </w:rPr>
        <w:t>እንደሚችልና</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እንደሚያደርግ</w:t>
      </w:r>
      <w:r>
        <w:rPr>
          <w:rFonts w:ascii="Times New Roman" w:hAnsi="Times New Roman" w:eastAsia="Times New Roman" w:cs="Times New Roman"/>
        </w:rPr>
        <w:t xml:space="preserve"> </w:t>
      </w:r>
      <w:r>
        <w:rPr>
          <w:rFonts w:ascii="Ebrima" w:hAnsi="Ebrima" w:eastAsia="Ebrima" w:cs="Ebrima"/>
        </w:rPr>
        <w:t>አሳዩ።</w:t>
      </w:r>
      <w:r>
        <w:rPr>
          <w:rFonts w:ascii="Times New Roman" w:hAnsi="Times New Roman" w:eastAsia="Times New Roman" w:cs="Times New Roman"/>
        </w:rPr>
        <w:t xml:space="preserve"> </w:t>
      </w:r>
      <w:r>
        <w:rPr>
          <w:rFonts w:ascii="Ebrima" w:hAnsi="Ebrima" w:eastAsia="Ebrima" w:cs="Ebrima"/>
        </w:rPr>
        <w:t>ሰይጣንን</w:t>
      </w:r>
      <w:r>
        <w:rPr>
          <w:rFonts w:ascii="Times New Roman" w:hAnsi="Times New Roman" w:eastAsia="Times New Roman" w:cs="Times New Roman"/>
        </w:rPr>
        <w:t xml:space="preserve"> </w:t>
      </w:r>
      <w:r>
        <w:rPr>
          <w:rFonts w:ascii="Ebrima" w:hAnsi="Ebrima" w:eastAsia="Ebrima" w:cs="Ebrima"/>
        </w:rPr>
        <w:t>ገዥያቸው</w:t>
      </w:r>
      <w:r>
        <w:rPr>
          <w:rFonts w:ascii="Times New Roman" w:hAnsi="Times New Roman" w:eastAsia="Times New Roman" w:cs="Times New Roman"/>
        </w:rPr>
        <w:t xml:space="preserve"> </w:t>
      </w:r>
      <w:r>
        <w:rPr>
          <w:rFonts w:ascii="Ebrima" w:hAnsi="Ebrima" w:eastAsia="Ebrima" w:cs="Ebrima"/>
        </w:rPr>
        <w:t>አድርገው</w:t>
      </w:r>
      <w:r>
        <w:rPr>
          <w:rFonts w:ascii="Times New Roman" w:hAnsi="Times New Roman" w:eastAsia="Times New Roman" w:cs="Times New Roman"/>
        </w:rPr>
        <w:t xml:space="preserve"> </w:t>
      </w:r>
      <w:r>
        <w:rPr>
          <w:rFonts w:ascii="Ebrima" w:hAnsi="Ebrima" w:eastAsia="Ebrima" w:cs="Ebrima"/>
        </w:rPr>
        <w:t>የሚመርጡ</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የመረጡትን</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ይገልጣሉ።</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ግዜኣ</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ስፍራኡ</w:t>
      </w:r>
      <w:r>
        <w:rPr>
          <w:rFonts w:ascii="Times New Roman" w:hAnsi="Times New Roman" w:eastAsia="Times New Roman" w:cs="Times New Roman"/>
        </w:rPr>
        <w:t xml:space="preserve"> </w:t>
      </w:r>
      <w:r>
        <w:rPr>
          <w:rFonts w:ascii="Ebrima" w:hAnsi="Ebrima" w:eastAsia="Ebrima" w:cs="Ebrima"/>
        </w:rPr>
        <w:t>ወጺኡ</w:t>
      </w:r>
      <w:r>
        <w:rPr>
          <w:rFonts w:ascii="Times New Roman" w:hAnsi="Times New Roman" w:eastAsia="Times New Roman" w:cs="Times New Roman"/>
        </w:rPr>
        <w:t xml:space="preserve"> </w:t>
      </w:r>
      <w:r>
        <w:rPr>
          <w:rFonts w:ascii="Ebrima" w:hAnsi="Ebrima" w:eastAsia="Ebrima" w:cs="Ebrima"/>
        </w:rPr>
        <w:t>ብምኽንያት</w:t>
      </w:r>
      <w:r>
        <w:rPr>
          <w:rFonts w:ascii="Times New Roman" w:hAnsi="Times New Roman" w:eastAsia="Times New Roman" w:cs="Times New Roman"/>
        </w:rPr>
        <w:t xml:space="preserve"> </w:t>
      </w:r>
      <w:r>
        <w:rPr>
          <w:rFonts w:ascii="Ebrima" w:hAnsi="Ebrima" w:eastAsia="Ebrima" w:cs="Ebrima"/>
        </w:rPr>
        <w:t>ኣበሳኣ</w:t>
      </w:r>
      <w:r>
        <w:rPr>
          <w:rFonts w:ascii="Times New Roman" w:hAnsi="Times New Roman" w:eastAsia="Times New Roman" w:cs="Times New Roman"/>
        </w:rPr>
        <w:t xml:space="preserve"> </w:t>
      </w:r>
      <w:r>
        <w:rPr>
          <w:rFonts w:ascii="Ebrima" w:hAnsi="Ebrima" w:eastAsia="Ebrima" w:cs="Ebrima"/>
        </w:rPr>
        <w:t>ንእኣ</w:t>
      </w:r>
      <w:r>
        <w:rPr>
          <w:rFonts w:ascii="Times New Roman" w:hAnsi="Times New Roman" w:eastAsia="Times New Roman" w:cs="Times New Roman"/>
        </w:rPr>
        <w:t xml:space="preserve"> </w:t>
      </w:r>
      <w:r>
        <w:rPr>
          <w:rFonts w:ascii="Ebrima" w:hAnsi="Ebrima" w:eastAsia="Ebrima" w:cs="Ebrima"/>
        </w:rPr>
        <w:t>ክቐጽዓ</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ኣይክምሓየሽን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ሽዑ</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ደማ</w:t>
      </w:r>
      <w:r>
        <w:rPr>
          <w:rFonts w:ascii="Times New Roman" w:hAnsi="Times New Roman" w:eastAsia="Times New Roman" w:cs="Times New Roman"/>
        </w:rPr>
        <w:t xml:space="preserve"> </w:t>
      </w:r>
      <w:r>
        <w:rPr>
          <w:rFonts w:ascii="Ebrima" w:hAnsi="Ebrima" w:eastAsia="Ebrima" w:cs="Ebrima"/>
        </w:rPr>
        <w:t>ክትግለጽ</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ንቕቱላታ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ደጊም</w:t>
      </w:r>
      <w:r>
        <w:rPr>
          <w:rFonts w:ascii="Times New Roman" w:hAnsi="Times New Roman" w:eastAsia="Times New Roman" w:cs="Times New Roman"/>
        </w:rPr>
        <w:t xml:space="preserve"> </w:t>
      </w:r>
      <w:r>
        <w:rPr>
          <w:rFonts w:ascii="Ebrima" w:hAnsi="Ebrima" w:eastAsia="Ebrima" w:cs="Ebrima"/>
        </w:rPr>
        <w:t>ኣይክትሸፍንን</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ንደቀ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ኢሉ</w:t>
      </w:r>
      <w:r>
        <w:rPr>
          <w:rFonts w:ascii="Times New Roman" w:hAnsi="Times New Roman" w:eastAsia="Times New Roman" w:cs="Times New Roman"/>
        </w:rPr>
        <w:t xml:space="preserve"> </w:t>
      </w:r>
      <w:r>
        <w:rPr>
          <w:rFonts w:ascii="Ebrima" w:hAnsi="Ebrima" w:eastAsia="Ebrima" w:cs="Ebrima"/>
        </w:rPr>
        <w:t>ኣጠንቀቖም፤</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እኳ</w:t>
      </w:r>
      <w:r>
        <w:rPr>
          <w:rFonts w:ascii="Times New Roman" w:hAnsi="Times New Roman" w:eastAsia="Times New Roman" w:cs="Times New Roman"/>
        </w:rPr>
        <w:t xml:space="preserve"> </w:t>
      </w:r>
      <w:r>
        <w:rPr>
          <w:rFonts w:ascii="Ebrima" w:hAnsi="Ebrima" w:eastAsia="Ebrima" w:cs="Ebrima"/>
        </w:rPr>
        <w:t>ከየስሕተኩም</w:t>
      </w:r>
      <w:r>
        <w:rPr>
          <w:rFonts w:ascii="Times New Roman" w:hAnsi="Times New Roman" w:eastAsia="Times New Roman" w:cs="Times New Roman"/>
        </w:rPr>
        <w:t xml:space="preserve"> </w:t>
      </w:r>
      <w:r>
        <w:rPr>
          <w:rFonts w:ascii="Ebrima" w:hAnsi="Ebrima" w:eastAsia="Ebrima" w:cs="Ebrima"/>
        </w:rPr>
        <w:t>ተጠንቀቑ።</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ብስመይ</w:t>
      </w:r>
      <w:r>
        <w:rPr>
          <w:rFonts w:ascii="Times New Roman" w:hAnsi="Times New Roman" w:eastAsia="Times New Roman" w:cs="Times New Roman"/>
        </w:rPr>
        <w:t xml:space="preserve"> </w:t>
      </w:r>
      <w:r>
        <w:rPr>
          <w:rFonts w:ascii="Ebrima" w:hAnsi="Ebrima" w:eastAsia="Ebrima" w:cs="Ebrima"/>
        </w:rPr>
        <w:t>ክመጹ</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ኣነ</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እየ</w:t>
      </w:r>
      <w:r>
        <w:rPr>
          <w:rFonts w:ascii="Times New Roman" w:hAnsi="Times New Roman" w:eastAsia="Times New Roman" w:cs="Times New Roman"/>
        </w:rPr>
        <w:t xml:space="preserve">” </w:t>
      </w:r>
      <w:r>
        <w:rPr>
          <w:rFonts w:ascii="Ebrima" w:hAnsi="Ebrima" w:eastAsia="Ebrima" w:cs="Ebrima"/>
        </w:rPr>
        <w:t>እናበሉ፤</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ከስሕቱ</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ውግእን</w:t>
      </w:r>
      <w:r>
        <w:rPr>
          <w:rFonts w:ascii="Times New Roman" w:hAnsi="Times New Roman" w:eastAsia="Times New Roman" w:cs="Times New Roman"/>
        </w:rPr>
        <w:t xml:space="preserve"> </w:t>
      </w:r>
      <w:r>
        <w:rPr>
          <w:rFonts w:ascii="Ebrima" w:hAnsi="Ebrima" w:eastAsia="Ebrima" w:cs="Ebrima"/>
        </w:rPr>
        <w:t>ወረ</w:t>
      </w:r>
      <w:r>
        <w:rPr>
          <w:rFonts w:ascii="Times New Roman" w:hAnsi="Times New Roman" w:eastAsia="Times New Roman" w:cs="Times New Roman"/>
        </w:rPr>
        <w:t xml:space="preserve"> </w:t>
      </w:r>
      <w:r>
        <w:rPr>
          <w:rFonts w:ascii="Ebrima" w:hAnsi="Ebrima" w:eastAsia="Ebrima" w:cs="Ebrima"/>
        </w:rPr>
        <w:t>ውግእን</w:t>
      </w:r>
      <w:r>
        <w:rPr>
          <w:rFonts w:ascii="Times New Roman" w:hAnsi="Times New Roman" w:eastAsia="Times New Roman" w:cs="Times New Roman"/>
        </w:rPr>
        <w:t xml:space="preserve"> </w:t>
      </w:r>
      <w:r>
        <w:rPr>
          <w:rFonts w:ascii="Ebrima" w:hAnsi="Ebrima" w:eastAsia="Ebrima" w:cs="Ebrima"/>
        </w:rPr>
        <w:t>ክትሰምዑ</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ኣይትረበሹ፤</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ዅሉ</w:t>
      </w:r>
      <w:r>
        <w:rPr>
          <w:rFonts w:ascii="Times New Roman" w:hAnsi="Times New Roman" w:eastAsia="Times New Roman" w:cs="Times New Roman"/>
        </w:rPr>
        <w:t xml:space="preserve"> </w:t>
      </w:r>
      <w:r>
        <w:rPr>
          <w:rFonts w:ascii="Ebrima" w:hAnsi="Ebrima" w:eastAsia="Ebrima" w:cs="Ebrima"/>
        </w:rPr>
        <w:t>ክኸውን</w:t>
      </w:r>
      <w:r>
        <w:rPr>
          <w:rFonts w:ascii="Times New Roman" w:hAnsi="Times New Roman" w:eastAsia="Times New Roman" w:cs="Times New Roman"/>
        </w:rPr>
        <w:t xml:space="preserve"> </w:t>
      </w:r>
      <w:r>
        <w:rPr>
          <w:rFonts w:ascii="Ebrima" w:hAnsi="Ebrima" w:eastAsia="Ebrima" w:cs="Ebrima"/>
        </w:rPr>
        <w:t>ግድን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ኣይበጽሐን።</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ክትንስእ</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ዝተፈላለዩ</w:t>
      </w:r>
      <w:r>
        <w:rPr>
          <w:rFonts w:ascii="Times New Roman" w:hAnsi="Times New Roman" w:eastAsia="Times New Roman" w:cs="Times New Roman"/>
        </w:rPr>
        <w:t xml:space="preserve"> </w:t>
      </w:r>
      <w:r>
        <w:rPr>
          <w:rFonts w:ascii="Ebrima" w:hAnsi="Ebrima" w:eastAsia="Ebrima" w:cs="Ebrima"/>
        </w:rPr>
        <w:t>ቦታታት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ጥሜትን</w:t>
      </w:r>
      <w:r>
        <w:rPr>
          <w:rFonts w:ascii="Times New Roman" w:hAnsi="Times New Roman" w:eastAsia="Times New Roman" w:cs="Times New Roman"/>
        </w:rPr>
        <w:t xml:space="preserve"> </w:t>
      </w:r>
      <w:r>
        <w:rPr>
          <w:rFonts w:ascii="Ebrima" w:hAnsi="Ebrima" w:eastAsia="Ebrima" w:cs="Ebrima"/>
        </w:rPr>
        <w:t>ሕማማትን</w:t>
      </w:r>
      <w:r>
        <w:rPr>
          <w:rFonts w:ascii="Times New Roman" w:hAnsi="Times New Roman" w:eastAsia="Times New Roman" w:cs="Times New Roman"/>
        </w:rPr>
        <w:t xml:space="preserve"> </w:t>
      </w:r>
      <w:r>
        <w:rPr>
          <w:rFonts w:ascii="Ebrima" w:hAnsi="Ebrima" w:eastAsia="Ebrima" w:cs="Ebrima"/>
        </w:rPr>
        <w:t>ምንቅጥቃጣት</w:t>
      </w:r>
      <w:r>
        <w:rPr>
          <w:rFonts w:ascii="Times New Roman" w:hAnsi="Times New Roman" w:eastAsia="Times New Roman" w:cs="Times New Roman"/>
        </w:rPr>
        <w:t xml:space="preserve"> </w:t>
      </w:r>
      <w:r>
        <w:rPr>
          <w:rFonts w:ascii="Ebrima" w:hAnsi="Ebrima" w:eastAsia="Ebrima" w:cs="Ebrima"/>
        </w:rPr>
        <w:t>ምድርን</w:t>
      </w:r>
      <w:r>
        <w:rPr>
          <w:rFonts w:ascii="Times New Roman" w:hAnsi="Times New Roman" w:eastAsia="Times New Roman" w:cs="Times New Roman"/>
        </w:rPr>
        <w:t xml:space="preserve"> </w:t>
      </w:r>
      <w:r>
        <w:rPr>
          <w:rFonts w:ascii="Ebrima" w:hAnsi="Ebrima" w:eastAsia="Ebrima" w:cs="Ebrima"/>
        </w:rPr>
        <w:t>ክህሉ</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ዅሉ</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ቅልውላው</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ሽዑ</w:t>
      </w:r>
      <w:r>
        <w:rPr>
          <w:rFonts w:ascii="Times New Roman" w:hAnsi="Times New Roman" w:eastAsia="Times New Roman" w:cs="Times New Roman"/>
        </w:rPr>
        <w:t xml:space="preserve"> </w:t>
      </w:r>
      <w:r>
        <w:rPr>
          <w:rFonts w:ascii="Ebrima" w:hAnsi="Ebrima" w:eastAsia="Ebrima" w:cs="Ebrima"/>
        </w:rPr>
        <w:t>ክሳቐዩ</w:t>
      </w:r>
      <w:r>
        <w:rPr>
          <w:rFonts w:ascii="Times New Roman" w:hAnsi="Times New Roman" w:eastAsia="Times New Roman" w:cs="Times New Roman"/>
        </w:rPr>
        <w:t xml:space="preserve"> </w:t>
      </w:r>
      <w:r>
        <w:rPr>
          <w:rFonts w:ascii="Ebrima" w:hAnsi="Ebrima" w:eastAsia="Ebrima" w:cs="Ebrima"/>
        </w:rPr>
        <w:t>ኣሕሊፎም</w:t>
      </w:r>
      <w:r>
        <w:rPr>
          <w:rFonts w:ascii="Times New Roman" w:hAnsi="Times New Roman" w:eastAsia="Times New Roman" w:cs="Times New Roman"/>
        </w:rPr>
        <w:t xml:space="preserve"> </w:t>
      </w:r>
      <w:r>
        <w:rPr>
          <w:rFonts w:ascii="Ebrima" w:hAnsi="Ebrima" w:eastAsia="Ebrima" w:cs="Ebrima"/>
        </w:rPr>
        <w:t>ክህቡኹም</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ክቐትሉኹም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ስመይ</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ብዅሎም</w:t>
      </w:r>
      <w:r>
        <w:rPr>
          <w:rFonts w:ascii="Times New Roman" w:hAnsi="Times New Roman" w:eastAsia="Times New Roman" w:cs="Times New Roman"/>
        </w:rPr>
        <w:t xml:space="preserve"> </w:t>
      </w:r>
      <w:r>
        <w:rPr>
          <w:rFonts w:ascii="Ebrima" w:hAnsi="Ebrima" w:eastAsia="Ebrima" w:cs="Ebrima"/>
        </w:rPr>
        <w:t>ኣህዛብ</w:t>
      </w:r>
      <w:r>
        <w:rPr>
          <w:rFonts w:ascii="Times New Roman" w:hAnsi="Times New Roman" w:eastAsia="Times New Roman" w:cs="Times New Roman"/>
        </w:rPr>
        <w:t xml:space="preserve"> </w:t>
      </w:r>
      <w:r>
        <w:rPr>
          <w:rFonts w:ascii="Ebrima" w:hAnsi="Ebrima" w:eastAsia="Ebrima" w:cs="Ebrima"/>
        </w:rPr>
        <w:t>ክትጽልኡ</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ሽዑ</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ክዕንቀፉ</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ንሓድሕዶም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ኣሕሊፎም</w:t>
      </w:r>
      <w:r>
        <w:rPr>
          <w:rFonts w:ascii="Times New Roman" w:hAnsi="Times New Roman" w:eastAsia="Times New Roman" w:cs="Times New Roman"/>
        </w:rPr>
        <w:t xml:space="preserve"> </w:t>
      </w:r>
      <w:r>
        <w:rPr>
          <w:rFonts w:ascii="Ebrima" w:hAnsi="Ebrima" w:eastAsia="Ebrima" w:cs="Ebrima"/>
        </w:rPr>
        <w:t>ክህቡን</w:t>
      </w:r>
      <w:r>
        <w:rPr>
          <w:rFonts w:ascii="Times New Roman" w:hAnsi="Times New Roman" w:eastAsia="Times New Roman" w:cs="Times New Roman"/>
        </w:rPr>
        <w:t xml:space="preserve"> </w:t>
      </w:r>
      <w:r>
        <w:rPr>
          <w:rFonts w:ascii="Ebrima" w:hAnsi="Ebrima" w:eastAsia="Ebrima" w:cs="Ebrima"/>
        </w:rPr>
        <w:t>ክጸልኡን</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ሓሰት</w:t>
      </w:r>
      <w:r>
        <w:rPr>
          <w:rFonts w:ascii="Times New Roman" w:hAnsi="Times New Roman" w:eastAsia="Times New Roman" w:cs="Times New Roman"/>
        </w:rPr>
        <w:t xml:space="preserve"> </w:t>
      </w:r>
      <w:r>
        <w:rPr>
          <w:rFonts w:ascii="Ebrima" w:hAnsi="Ebrima" w:eastAsia="Ebrima" w:cs="Ebrima"/>
        </w:rPr>
        <w:t>ነብያት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ክትንስኡ</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ከስሕቱ</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ኣበሳ</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ዝበዝሕ</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ፍቕሪ</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ክትዝሕል</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ዝጸንዐ</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ክድሕን።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«Ⱨristo ti oŋa lafatouŋ ya, aduŋio Barabbas efi kɔp. Kɛ toŋ, aduŋio kɛ kɔlɔsiai efi tɔŋ aŋi tɔŋ kɔp. Akecenetae nu ka-betrayal, ka-rejection, kɛ ka-crucifixion nu Kristo eyaŋa re-enacted, kɛ eteyi toŋ kɔp re-enacted loorup aŋi emeŋa. Ŋitunga etʋŋanakin ka-attributes nu ekisil, kɛ ka-delusions nu eteyinga ka-power emeŋa. Ka-degree tɔŋ alo ekibala eyaŋa refused, tɔŋa eteyinga misconception kɛ misunderstanding. Nui ejokito Kristo kɛ eceŋuni Barabbas ecamari under ka-deception aŋi ruinous. Misrepresentation kɛ false witness eteyinga aki lotub open rebellion. Kanyaŋ being evil, akiro tokona eteyinga full of darkness. Nui eyaŋa atɔmari ka-affections nuce ka-leader aŋi bute Kristo eteyinga aponi neni under ka-control, body, soul, kɛ spirit, nu ka-infatuation aŋi so entrancing ka under ka-power nuce ka-souls eteyinga aturn away from hearing ka-truth to believe a lie. Eceŋuni ensnared kɛ taken, kɛ by ka-action nuce tokona ecaari, Release unto us Barabbas, but crucify Christ.»</w:t>
      </w:r>
    </w:p>
    <w:p>
      <w:pPr>
        <w:pStyle w:val="ArticleScripture"/>
        <w:jc w:val="left"/>
      </w:pPr>
      <w:r>
        <w:rPr>
          <w:rFonts w:ascii="Times New Roman" w:hAnsi="Times New Roman" w:eastAsia="Times New Roman" w:cs="Times New Roman"/>
        </w:rPr>
        <w:t>“Η απόφαση αυτή λαμβάνεται ακόμη και τώρα. Τα διαδραματισθέντα στη σταύρωση επαναδιαδραματίζονται. Στις εκκλησίες που έχουν αποστατήσει από την αλήθεια και τη δικαιοσύνη αποκαλύπτεται τι δύναται να πράξει και τι θα πράξει η ανθρώπινη φύση, όταν η αγάπη του Θεού δεν αποτελεί μόνιμη αρχή μέσα στην ψυχή. Δεν χρειάζεται να εκπλησσόμαστε για οτιδήποτε μπορεί να συμβεί τώρα. Δεν χρειάζεται να θαυμάζουμε για οποιεσδήποτε εκδηλώσεις φρίκης. Εκείνοι που καταπατούν με τα ασεβή τους πόδια τον νόμο του Θεού έχουν το ίδιο πνεύμα που είχαν οι άνδρες οι οποίοι εξύβρισαν και πρόδωσαν τον Ιησού. Χωρίς κανέναν έλεγχο συνειδήσεως, θα πράξουν τα έργα του πατέρα τους, του διαβόλου. Θα θέσουν το ερώτημα που εξήλθε από τα προδοτικά χείλη του Ιούδα: Τι θέλετε να μου δώσετε, για να σας παραδώσω τον Ιησούν τον Χριστόν; Ακόμη και τώρα ο Χριστός προδίδεται στο πρόσωπο των αγίων του.” Review and Herald, 30 Ιανουαρίου,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ᏓᏂᏯᎵ ᎪᎯᏍᏗ - ᏌᏊ ᎠᏍᎪᎯᏧᏈ ᏅᎦᏍᎪᎯ ᏔᎵᏁ</dc:title>
  <dc:subject>Le Forjament de l’Imatge de la Bèstia: Un Viatge Profetic Revelat</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