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Mia Moja Arobaini na Tatu</w:t>
      </w:r>
    </w:p>
    <w:p>
      <w:pPr>
        <w:pStyle w:val="ArticleSubtitle"/>
        <w:jc w:val="left"/>
      </w:pPr>
      <w:r>
        <w:rPr>
          <w:rFonts w:ascii="Ebrima" w:hAnsi="Ebrima" w:eastAsia="Ebrima" w:cs="Ebrima"/>
        </w:rPr>
        <w:t>ትንቢታዊ</w:t>
      </w:r>
      <w:r>
        <w:rPr>
          <w:rFonts w:ascii="Arial" w:hAnsi="Arial" w:eastAsia="Arial" w:cs="Arial"/>
        </w:rPr>
        <w:t xml:space="preserve"> </w:t>
      </w:r>
      <w:r>
        <w:rPr>
          <w:rFonts w:ascii="Ebrima" w:hAnsi="Ebrima" w:eastAsia="Ebrima" w:cs="Ebrima"/>
        </w:rPr>
        <w:t>ሥርዓቶችን</w:t>
      </w:r>
      <w:r>
        <w:rPr>
          <w:rFonts w:ascii="Arial" w:hAnsi="Arial" w:eastAsia="Arial" w:cs="Arial"/>
        </w:rPr>
        <w:t xml:space="preserve"> </w:t>
      </w:r>
      <w:r>
        <w:rPr>
          <w:rFonts w:ascii="Ebrima" w:hAnsi="Ebrima" w:eastAsia="Ebrima" w:cs="Ebrima"/>
        </w:rPr>
        <w:t>መግለጥ፡</w:t>
      </w:r>
      <w:r>
        <w:rPr>
          <w:rFonts w:ascii="Arial" w:hAnsi="Arial" w:eastAsia="Arial" w:cs="Arial"/>
        </w:rPr>
        <w:t xml:space="preserve"> </w:t>
      </w:r>
      <w:r>
        <w:rPr>
          <w:rFonts w:ascii="Ebrima" w:hAnsi="Ebrima" w:eastAsia="Ebrima" w:cs="Ebrima"/>
        </w:rPr>
        <w:t>የመጨረሻው</w:t>
      </w:r>
      <w:r>
        <w:rPr>
          <w:rFonts w:ascii="Arial" w:hAnsi="Arial" w:eastAsia="Arial" w:cs="Arial"/>
        </w:rPr>
        <w:t xml:space="preserve"> </w:t>
      </w:r>
      <w:r>
        <w:rPr>
          <w:rFonts w:ascii="Ebrima" w:hAnsi="Ebrima" w:eastAsia="Ebrima" w:cs="Ebrima"/>
        </w:rPr>
        <w:t>ፕሬዚዳንትና</w:t>
      </w:r>
      <w:r>
        <w:rPr>
          <w:rFonts w:ascii="Arial" w:hAnsi="Arial" w:eastAsia="Arial" w:cs="Arial"/>
        </w:rPr>
        <w:t xml:space="preserve"> </w:t>
      </w:r>
      <w:r>
        <w:rPr>
          <w:rFonts w:ascii="Ebrima" w:hAnsi="Ebrima" w:eastAsia="Ebrima" w:cs="Ebrima"/>
        </w:rPr>
        <w:t>የአውሬው</w:t>
      </w:r>
      <w:r>
        <w:rPr>
          <w:rFonts w:ascii="Arial" w:hAnsi="Arial" w:eastAsia="Arial" w:cs="Arial"/>
        </w:rPr>
        <w:t xml:space="preserve"> </w:t>
      </w:r>
      <w:r>
        <w:rPr>
          <w:rFonts w:ascii="Ebrima" w:hAnsi="Ebrima" w:eastAsia="Ebrima" w:cs="Ebrima"/>
        </w:rPr>
        <w:t>ምስል</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2024-03-18</w:t>
      </w:r>
    </w:p>
    <w:p>
      <w:pPr>
        <w:pStyle w:val="ArticleBody"/>
        <w:jc w:val="left"/>
      </w:pPr>
      <w:r>
        <w:rPr>
          <w:rFonts w:ascii="Times New Roman" w:hAnsi="Times New Roman" w:eastAsia="Times New Roman" w:cs="Times New Roman"/>
        </w:rPr>
        <w:t>Пайғамбарлық жазбалардағы алғашқы патшалық — Бабыл болды, әрі Бабыл жөніндегі пайғамбарлық куәлікте бірінші және соңғы патшалар әдейі де нақты түрде пайғамбарлық нышандар ретінде пайдаланылды. Екінші патшалық — Мидия-Парсыда, ежелгі Исраилге Иерусалимге қайта оралуға мүмкіндік берген үш жарлықтың алғашқысынын шығарған патша да қамтылған алғашқы екі патша, сондай-ақ екінші және үшінші жарлықтарды жариялаған кейінгі екі патша нақты аталып көрсетілді. Сол сияқты, Ескендір Зұлқарнайын бейнелеген құдіретті патша да, үшінші патшалық — Грекияның тарихында одан кейін келген қолбасшылар мен патшалар да пайғамбарлық сөзде айқындалды. Төртінші патшалық — пұтқа табынушы Рим — сол патшалықтың билеушілері мен императорларын нақты түрде сөз етеді.</w:t>
      </w:r>
    </w:p>
    <w:p>
      <w:pPr>
        <w:pStyle w:val="ArticleBody"/>
        <w:jc w:val="left"/>
      </w:pPr>
      <w:r>
        <w:rPr>
          <w:rFonts w:ascii="Times New Roman" w:hAnsi="Times New Roman" w:eastAsia="Times New Roman" w:cs="Times New Roman"/>
        </w:rPr>
        <w:t>Lefoka gbogbo awọn ọba Israẹli, ti ijọba ariwa ati ti gusu pẹ̀lú, a ti fi ìdánimọ̀ wọn hàn, gbogbo wọn sì jẹ́ àpẹẹrẹ nínú Ọ̀rọ̀ àsọtẹ́lẹ̀ Ọlọ́run, gẹ́gẹ́ bí àwọn ọba Ásíríà àti àwọn Fáráò ilẹ̀ Ejibiti náà ṣe rí. Èrò náà pé Ọ̀rọ̀ àsọtẹ́lẹ̀ Ọlọ́run yóò dájú pé ó ń bá àwọn ààrẹ Orílẹ̀-èdè Amẹ́ríkà sọ̀rọ̀ lè dà bí ohun tí ó jìnà sí òtítọ́ sí àwọn tí wọ́n ní ojú, ṣùgbọ́n tí wọn kò lè fojú rí, tí wọ́n sì ní etí, ṣùgbọ́n tí wọn kò lè lóye. Ṣùgbọ́n ní tòótọ́, ó jẹ́ ohun tí ó túbọ̀ ṣèkéjì láti rò pé Ọlọ́run kì yóò bá àwọn ààrẹ ẹranko ayé ti Ìfihàn orí kẹtàlá sọ̀rọ̀, nígbà tí ó jẹ́ ibi ìtọ́kasí pàtàkì jùlọ fún àwọn àsọtẹ́lẹ̀ ọjọ́ ìkẹyìn.</w:t>
      </w:r>
    </w:p>
    <w:p>
      <w:pPr>
        <w:pStyle w:val="ArticleBody"/>
        <w:jc w:val="left"/>
      </w:pPr>
      <w:r>
        <w:rPr>
          <w:rFonts w:ascii="Ebrima" w:hAnsi="Ebrima" w:eastAsia="Ebrima" w:cs="Ebrima"/>
        </w:rPr>
        <w:t>ሓላፊ</w:t>
      </w:r>
      <w:r>
        <w:rPr>
          <w:rFonts w:ascii="Times New Roman" w:hAnsi="Times New Roman" w:eastAsia="Times New Roman" w:cs="Times New Roman"/>
        </w:rPr>
        <w:t xml:space="preserve"> </w:t>
      </w:r>
      <w:r>
        <w:rPr>
          <w:rFonts w:ascii="Ebrima" w:hAnsi="Ebrima" w:eastAsia="Ebrima" w:cs="Ebrima"/>
        </w:rPr>
        <w:t>ፕረዚዳንት</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ኣመሪካ</w:t>
      </w:r>
      <w:r>
        <w:rPr>
          <w:rFonts w:ascii="Times New Roman" w:hAnsi="Times New Roman" w:eastAsia="Times New Roman" w:cs="Times New Roman"/>
        </w:rPr>
        <w:t xml:space="preserve"> </w:t>
      </w:r>
      <w:r>
        <w:rPr>
          <w:rFonts w:ascii="Ebrima" w:hAnsi="Ebrima" w:eastAsia="Ebrima" w:cs="Ebrima"/>
        </w:rPr>
        <w:t>ብነብያዊ</w:t>
      </w:r>
      <w:r>
        <w:rPr>
          <w:rFonts w:ascii="Times New Roman" w:hAnsi="Times New Roman" w:eastAsia="Times New Roman" w:cs="Times New Roman"/>
        </w:rPr>
        <w:t xml:space="preserve"> </w:t>
      </w:r>
      <w:r>
        <w:rPr>
          <w:rFonts w:ascii="Ebrima" w:hAnsi="Ebrima" w:eastAsia="Ebrima" w:cs="Ebrima"/>
        </w:rPr>
        <w:t>ግዴታ</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ብምሳሌ</w:t>
      </w:r>
      <w:r>
        <w:rPr>
          <w:rFonts w:ascii="Times New Roman" w:hAnsi="Times New Roman" w:eastAsia="Times New Roman" w:cs="Times New Roman"/>
        </w:rPr>
        <w:t xml:space="preserve"> </w:t>
      </w:r>
      <w:r>
        <w:rPr>
          <w:rFonts w:ascii="Ebrima" w:hAnsi="Ebrima" w:eastAsia="Ebrima" w:cs="Ebrima"/>
        </w:rPr>
        <w:t>ብመጀመርታ</w:t>
      </w:r>
      <w:r>
        <w:rPr>
          <w:rFonts w:ascii="Times New Roman" w:hAnsi="Times New Roman" w:eastAsia="Times New Roman" w:cs="Times New Roman"/>
        </w:rPr>
        <w:t xml:space="preserve"> </w:t>
      </w:r>
      <w:r>
        <w:rPr>
          <w:rFonts w:ascii="Ebrima" w:hAnsi="Ebrima" w:eastAsia="Ebrima" w:cs="Ebrima"/>
        </w:rPr>
        <w:t>ፕረዚዳንት</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ኣመሪካ</w:t>
      </w:r>
      <w:r>
        <w:rPr>
          <w:rFonts w:ascii="Times New Roman" w:hAnsi="Times New Roman" w:eastAsia="Times New Roman" w:cs="Times New Roman"/>
        </w:rPr>
        <w:t xml:space="preserve"> </w:t>
      </w:r>
      <w:r>
        <w:rPr>
          <w:rFonts w:ascii="Ebrima" w:hAnsi="Ebrima" w:eastAsia="Ebrima" w:cs="Ebrima"/>
        </w:rPr>
        <w:t>ዝተወከለ</w:t>
      </w:r>
      <w:r>
        <w:rPr>
          <w:rFonts w:ascii="Times New Roman" w:hAnsi="Times New Roman" w:eastAsia="Times New Roman" w:cs="Times New Roman"/>
        </w:rPr>
        <w:t xml:space="preserve"> </w:t>
      </w:r>
      <w:r>
        <w:rPr>
          <w:rFonts w:ascii="Ebrima" w:hAnsi="Ebrima" w:eastAsia="Ebrima" w:cs="Ebrima"/>
        </w:rPr>
        <w:t>ክኸውን</w:t>
      </w:r>
      <w:r>
        <w:rPr>
          <w:rFonts w:ascii="Times New Roman" w:hAnsi="Times New Roman" w:eastAsia="Times New Roman" w:cs="Times New Roman"/>
        </w:rPr>
        <w:t xml:space="preserve"> </w:t>
      </w:r>
      <w:r>
        <w:rPr>
          <w:rFonts w:ascii="Ebrima" w:hAnsi="Ebrima" w:eastAsia="Ebrima" w:cs="Ebrima"/>
        </w:rPr>
        <w:t>ነበሮ።</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ሓላፊ</w:t>
      </w:r>
      <w:r>
        <w:rPr>
          <w:rFonts w:ascii="Times New Roman" w:hAnsi="Times New Roman" w:eastAsia="Times New Roman" w:cs="Times New Roman"/>
        </w:rPr>
        <w:t xml:space="preserve"> </w:t>
      </w:r>
      <w:r>
        <w:rPr>
          <w:rFonts w:ascii="Ebrima" w:hAnsi="Ebrima" w:eastAsia="Ebrima" w:cs="Ebrima"/>
        </w:rPr>
        <w:t>ሪፓብሊካን</w:t>
      </w:r>
      <w:r>
        <w:rPr>
          <w:rFonts w:ascii="Times New Roman" w:hAnsi="Times New Roman" w:eastAsia="Times New Roman" w:cs="Times New Roman"/>
        </w:rPr>
        <w:t xml:space="preserve"> </w:t>
      </w:r>
      <w:r>
        <w:rPr>
          <w:rFonts w:ascii="Ebrima" w:hAnsi="Ebrima" w:eastAsia="Ebrima" w:cs="Ebrima"/>
        </w:rPr>
        <w:t>ፕረዚዳንት፡</w:t>
      </w:r>
      <w:r>
        <w:rPr>
          <w:rFonts w:ascii="Times New Roman" w:hAnsi="Times New Roman" w:eastAsia="Times New Roman" w:cs="Times New Roman"/>
        </w:rPr>
        <w:t xml:space="preserve"> </w:t>
      </w:r>
      <w:r>
        <w:rPr>
          <w:rFonts w:ascii="Ebrima" w:hAnsi="Ebrima" w:eastAsia="Ebrima" w:cs="Ebrima"/>
        </w:rPr>
        <w:t>ብነብያዊ</w:t>
      </w:r>
      <w:r>
        <w:rPr>
          <w:rFonts w:ascii="Times New Roman" w:hAnsi="Times New Roman" w:eastAsia="Times New Roman" w:cs="Times New Roman"/>
        </w:rPr>
        <w:t xml:space="preserve"> </w:t>
      </w:r>
      <w:r>
        <w:rPr>
          <w:rFonts w:ascii="Ebrima" w:hAnsi="Ebrima" w:eastAsia="Ebrima" w:cs="Ebrima"/>
        </w:rPr>
        <w:t>ግዴታ</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ብመጀመርታ</w:t>
      </w:r>
      <w:r>
        <w:rPr>
          <w:rFonts w:ascii="Times New Roman" w:hAnsi="Times New Roman" w:eastAsia="Times New Roman" w:cs="Times New Roman"/>
        </w:rPr>
        <w:t xml:space="preserve"> </w:t>
      </w:r>
      <w:r>
        <w:rPr>
          <w:rFonts w:ascii="Ebrima" w:hAnsi="Ebrima" w:eastAsia="Ebrima" w:cs="Ebrima"/>
        </w:rPr>
        <w:t>ሪፓብሊካን</w:t>
      </w:r>
      <w:r>
        <w:rPr>
          <w:rFonts w:ascii="Times New Roman" w:hAnsi="Times New Roman" w:eastAsia="Times New Roman" w:cs="Times New Roman"/>
        </w:rPr>
        <w:t xml:space="preserve"> </w:t>
      </w:r>
      <w:r>
        <w:rPr>
          <w:rFonts w:ascii="Ebrima" w:hAnsi="Ebrima" w:eastAsia="Ebrima" w:cs="Ebrima"/>
        </w:rPr>
        <w:t>ፕረዚዳንት</w:t>
      </w:r>
      <w:r>
        <w:rPr>
          <w:rFonts w:ascii="Times New Roman" w:hAnsi="Times New Roman" w:eastAsia="Times New Roman" w:cs="Times New Roman"/>
        </w:rPr>
        <w:t xml:space="preserve"> </w:t>
      </w:r>
      <w:r>
        <w:rPr>
          <w:rFonts w:ascii="Ebrima" w:hAnsi="Ebrima" w:eastAsia="Ebrima" w:cs="Ebrima"/>
        </w:rPr>
        <w:t>ዝተወከለ</w:t>
      </w:r>
      <w:r>
        <w:rPr>
          <w:rFonts w:ascii="Times New Roman" w:hAnsi="Times New Roman" w:eastAsia="Times New Roman" w:cs="Times New Roman"/>
        </w:rPr>
        <w:t xml:space="preserve"> </w:t>
      </w:r>
      <w:r>
        <w:rPr>
          <w:rFonts w:ascii="Ebrima" w:hAnsi="Ebrima" w:eastAsia="Ebrima" w:cs="Ebrima"/>
        </w:rPr>
        <w:t>ክኸውን</w:t>
      </w:r>
      <w:r>
        <w:rPr>
          <w:rFonts w:ascii="Times New Roman" w:hAnsi="Times New Roman" w:eastAsia="Times New Roman" w:cs="Times New Roman"/>
        </w:rPr>
        <w:t xml:space="preserve"> </w:t>
      </w:r>
      <w:r>
        <w:rPr>
          <w:rFonts w:ascii="Ebrima" w:hAnsi="Ebrima" w:eastAsia="Ebrima" w:cs="Ebrima"/>
        </w:rPr>
        <w:t>ነበሮ።</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ታሪኽ</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መወዳእታ</w:t>
      </w:r>
      <w:r>
        <w:rPr>
          <w:rFonts w:ascii="Times New Roman" w:hAnsi="Times New Roman" w:eastAsia="Times New Roman" w:cs="Times New Roman"/>
        </w:rPr>
        <w:t xml:space="preserve"> </w:t>
      </w:r>
      <w:r>
        <w:rPr>
          <w:rFonts w:ascii="Ebrima" w:hAnsi="Ebrima" w:eastAsia="Ebrima" w:cs="Ebrima"/>
        </w:rPr>
        <w:t>ተሓድሶ</w:t>
      </w:r>
      <w:r>
        <w:rPr>
          <w:rFonts w:ascii="Times New Roman" w:hAnsi="Times New Roman" w:eastAsia="Times New Roman" w:cs="Times New Roman"/>
        </w:rPr>
        <w:t xml:space="preserve"> </w:t>
      </w:r>
      <w:r>
        <w:rPr>
          <w:rFonts w:ascii="Ebrima" w:hAnsi="Ebrima" w:eastAsia="Ebrima" w:cs="Ebrima"/>
        </w:rPr>
        <w:t>ምንቅስቓስ</w:t>
      </w:r>
      <w:r>
        <w:rPr>
          <w:rFonts w:ascii="Times New Roman" w:hAnsi="Times New Roman" w:eastAsia="Times New Roman" w:cs="Times New Roman"/>
        </w:rPr>
        <w:t xml:space="preserve"> </w:t>
      </w:r>
      <w:r>
        <w:rPr>
          <w:rFonts w:ascii="Ebrima" w:hAnsi="Ebrima" w:eastAsia="Ebrima" w:cs="Ebrima"/>
        </w:rPr>
        <w:t>ዝርከብ</w:t>
      </w:r>
      <w:r>
        <w:rPr>
          <w:rFonts w:ascii="Times New Roman" w:hAnsi="Times New Roman" w:eastAsia="Times New Roman" w:cs="Times New Roman"/>
        </w:rPr>
        <w:t xml:space="preserve"> </w:t>
      </w:r>
      <w:r>
        <w:rPr>
          <w:rFonts w:ascii="Ebrima" w:hAnsi="Ebrima" w:eastAsia="Ebrima" w:cs="Ebrima"/>
        </w:rPr>
        <w:t>ሓላፊ</w:t>
      </w:r>
      <w:r>
        <w:rPr>
          <w:rFonts w:ascii="Times New Roman" w:hAnsi="Times New Roman" w:eastAsia="Times New Roman" w:cs="Times New Roman"/>
        </w:rPr>
        <w:t xml:space="preserve"> </w:t>
      </w:r>
      <w:r>
        <w:rPr>
          <w:rFonts w:ascii="Ebrima" w:hAnsi="Ebrima" w:eastAsia="Ebrima" w:cs="Ebrima"/>
        </w:rPr>
        <w:t>ፕረዚዳንት፡</w:t>
      </w:r>
      <w:r>
        <w:rPr>
          <w:rFonts w:ascii="Times New Roman" w:hAnsi="Times New Roman" w:eastAsia="Times New Roman" w:cs="Times New Roman"/>
        </w:rPr>
        <w:t xml:space="preserve"> </w:t>
      </w:r>
      <w:r>
        <w:rPr>
          <w:rFonts w:ascii="Ebrima" w:hAnsi="Ebrima" w:eastAsia="Ebrima" w:cs="Ebrima"/>
        </w:rPr>
        <w:t>እውን</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ብመጀመርታ</w:t>
      </w:r>
      <w:r>
        <w:rPr>
          <w:rFonts w:ascii="Times New Roman" w:hAnsi="Times New Roman" w:eastAsia="Times New Roman" w:cs="Times New Roman"/>
        </w:rPr>
        <w:t xml:space="preserve"> </w:t>
      </w:r>
      <w:r>
        <w:rPr>
          <w:rFonts w:ascii="Ebrima" w:hAnsi="Ebrima" w:eastAsia="Ebrima" w:cs="Ebrima"/>
        </w:rPr>
        <w:t>ፕረዚዳንት</w:t>
      </w:r>
      <w:r>
        <w:rPr>
          <w:rFonts w:ascii="Times New Roman" w:hAnsi="Times New Roman" w:eastAsia="Times New Roman" w:cs="Times New Roman"/>
        </w:rPr>
        <w:t xml:space="preserve"> </w:t>
      </w:r>
      <w:r>
        <w:rPr>
          <w:rFonts w:ascii="Ebrima" w:hAnsi="Ebrima" w:eastAsia="Ebrima" w:cs="Ebrima"/>
        </w:rPr>
        <w:t>ናይቲ</w:t>
      </w:r>
      <w:r>
        <w:rPr>
          <w:rFonts w:ascii="Times New Roman" w:hAnsi="Times New Roman" w:eastAsia="Times New Roman" w:cs="Times New Roman"/>
        </w:rPr>
        <w:t xml:space="preserve"> </w:t>
      </w:r>
      <w:r>
        <w:rPr>
          <w:rFonts w:ascii="Ebrima" w:hAnsi="Ebrima" w:eastAsia="Ebrima" w:cs="Ebrima"/>
        </w:rPr>
        <w:t>ነብያዊ</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ዝተወከለ</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ግዜ</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መወዳእታን</w:t>
      </w:r>
      <w:r>
        <w:rPr>
          <w:rFonts w:ascii="Times New Roman" w:hAnsi="Times New Roman" w:eastAsia="Times New Roman" w:cs="Times New Roman"/>
        </w:rPr>
        <w:t xml:space="preserve"> </w:t>
      </w:r>
      <w:r>
        <w:rPr>
          <w:rFonts w:ascii="Ebrima" w:hAnsi="Ebrima" w:eastAsia="Ebrima" w:cs="Ebrima"/>
        </w:rPr>
        <w:t>ሳልሳይን</w:t>
      </w:r>
      <w:r>
        <w:rPr>
          <w:rFonts w:ascii="Times New Roman" w:hAnsi="Times New Roman" w:eastAsia="Times New Roman" w:cs="Times New Roman"/>
        </w:rPr>
        <w:t xml:space="preserve"> </w:t>
      </w:r>
      <w:r>
        <w:rPr>
          <w:rFonts w:ascii="Ebrima" w:hAnsi="Ebrima" w:eastAsia="Ebrima" w:cs="Ebrima"/>
        </w:rPr>
        <w:t>ዓለማዊ</w:t>
      </w:r>
      <w:r>
        <w:rPr>
          <w:rFonts w:ascii="Times New Roman" w:hAnsi="Times New Roman" w:eastAsia="Times New Roman" w:cs="Times New Roman"/>
        </w:rPr>
        <w:t xml:space="preserve"> </w:t>
      </w:r>
      <w:r>
        <w:rPr>
          <w:rFonts w:ascii="Ebrima" w:hAnsi="Ebrima" w:eastAsia="Ebrima" w:cs="Ebrima"/>
        </w:rPr>
        <w:t>ውግእ</w:t>
      </w:r>
      <w:r>
        <w:rPr>
          <w:rFonts w:ascii="Times New Roman" w:hAnsi="Times New Roman" w:eastAsia="Times New Roman" w:cs="Times New Roman"/>
        </w:rPr>
        <w:t xml:space="preserve"> </w:t>
      </w:r>
      <w:r>
        <w:rPr>
          <w:rFonts w:ascii="Ebrima" w:hAnsi="Ebrima" w:eastAsia="Ebrima" w:cs="Ebrima"/>
        </w:rPr>
        <w:t>ዝገዝእ</w:t>
      </w:r>
      <w:r>
        <w:rPr>
          <w:rFonts w:ascii="Times New Roman" w:hAnsi="Times New Roman" w:eastAsia="Times New Roman" w:cs="Times New Roman"/>
        </w:rPr>
        <w:t xml:space="preserve"> </w:t>
      </w:r>
      <w:r>
        <w:rPr>
          <w:rFonts w:ascii="Ebrima" w:hAnsi="Ebrima" w:eastAsia="Ebrima" w:cs="Ebrima"/>
        </w:rPr>
        <w:t>ዝነበረ</w:t>
      </w:r>
      <w:r>
        <w:rPr>
          <w:rFonts w:ascii="Times New Roman" w:hAnsi="Times New Roman" w:eastAsia="Times New Roman" w:cs="Times New Roman"/>
        </w:rPr>
        <w:t xml:space="preserve"> </w:t>
      </w:r>
      <w:r>
        <w:rPr>
          <w:rFonts w:ascii="Ebrima" w:hAnsi="Ebrima" w:eastAsia="Ebrima" w:cs="Ebrima"/>
        </w:rPr>
        <w:t>ፕረዚዳንት፡</w:t>
      </w:r>
      <w:r>
        <w:rPr>
          <w:rFonts w:ascii="Times New Roman" w:hAnsi="Times New Roman" w:eastAsia="Times New Roman" w:cs="Times New Roman"/>
        </w:rPr>
        <w:t xml:space="preserve"> </w:t>
      </w:r>
      <w:r>
        <w:rPr>
          <w:rFonts w:ascii="Ebrima" w:hAnsi="Ebrima" w:eastAsia="Ebrima" w:cs="Ebrima"/>
        </w:rPr>
        <w:t>እውን</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ብቶም</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ቀዳማይን</w:t>
      </w:r>
      <w:r>
        <w:rPr>
          <w:rFonts w:ascii="Times New Roman" w:hAnsi="Times New Roman" w:eastAsia="Times New Roman" w:cs="Times New Roman"/>
        </w:rPr>
        <w:t xml:space="preserve"> </w:t>
      </w:r>
      <w:r>
        <w:rPr>
          <w:rFonts w:ascii="Ebrima" w:hAnsi="Ebrima" w:eastAsia="Ebrima" w:cs="Ebrima"/>
        </w:rPr>
        <w:t>ካልኣይን</w:t>
      </w:r>
      <w:r>
        <w:rPr>
          <w:rFonts w:ascii="Times New Roman" w:hAnsi="Times New Roman" w:eastAsia="Times New Roman" w:cs="Times New Roman"/>
        </w:rPr>
        <w:t xml:space="preserve"> </w:t>
      </w:r>
      <w:r>
        <w:rPr>
          <w:rFonts w:ascii="Ebrima" w:hAnsi="Ebrima" w:eastAsia="Ebrima" w:cs="Ebrima"/>
        </w:rPr>
        <w:t>ዓለማዊ</w:t>
      </w:r>
      <w:r>
        <w:rPr>
          <w:rFonts w:ascii="Times New Roman" w:hAnsi="Times New Roman" w:eastAsia="Times New Roman" w:cs="Times New Roman"/>
        </w:rPr>
        <w:t xml:space="preserve"> </w:t>
      </w:r>
      <w:r>
        <w:rPr>
          <w:rFonts w:ascii="Ebrima" w:hAnsi="Ebrima" w:eastAsia="Ebrima" w:cs="Ebrima"/>
        </w:rPr>
        <w:t>ውግኣት</w:t>
      </w:r>
      <w:r>
        <w:rPr>
          <w:rFonts w:ascii="Times New Roman" w:hAnsi="Times New Roman" w:eastAsia="Times New Roman" w:cs="Times New Roman"/>
        </w:rPr>
        <w:t xml:space="preserve"> </w:t>
      </w:r>
      <w:r>
        <w:rPr>
          <w:rFonts w:ascii="Ebrima" w:hAnsi="Ebrima" w:eastAsia="Ebrima" w:cs="Ebrima"/>
        </w:rPr>
        <w:t>ዝገዝኡ</w:t>
      </w:r>
      <w:r>
        <w:rPr>
          <w:rFonts w:ascii="Times New Roman" w:hAnsi="Times New Roman" w:eastAsia="Times New Roman" w:cs="Times New Roman"/>
        </w:rPr>
        <w:t xml:space="preserve"> </w:t>
      </w:r>
      <w:r>
        <w:rPr>
          <w:rFonts w:ascii="Ebrima" w:hAnsi="Ebrima" w:eastAsia="Ebrima" w:cs="Ebrima"/>
        </w:rPr>
        <w:t>ፕረዚዳንታት</w:t>
      </w:r>
      <w:r>
        <w:rPr>
          <w:rFonts w:ascii="Times New Roman" w:hAnsi="Times New Roman" w:eastAsia="Times New Roman" w:cs="Times New Roman"/>
        </w:rPr>
        <w:t xml:space="preserve"> </w:t>
      </w:r>
      <w:r>
        <w:rPr>
          <w:rFonts w:ascii="Ebrima" w:hAnsi="Ebrima" w:eastAsia="Ebrima" w:cs="Ebrima"/>
        </w:rPr>
        <w:t>ዝተወከለ</w:t>
      </w:r>
      <w:r>
        <w:rPr>
          <w:rFonts w:ascii="Times New Roman" w:hAnsi="Times New Roman" w:eastAsia="Times New Roman" w:cs="Times New Roman"/>
        </w:rPr>
        <w:t xml:space="preserve"> </w:t>
      </w:r>
      <w:r>
        <w:rPr>
          <w:rFonts w:ascii="Ebrima" w:hAnsi="Ebrima" w:eastAsia="Ebrima" w:cs="Ebrima"/>
        </w:rPr>
        <w:t>ነበረ።</w:t>
      </w:r>
    </w:p>
    <w:p>
      <w:pPr>
        <w:pStyle w:val="ArticleBody"/>
        <w:jc w:val="left"/>
      </w:pPr>
      <w:r>
        <w:rPr>
          <w:rFonts w:ascii="Times New Roman" w:hAnsi="Times New Roman" w:eastAsia="Times New Roman" w:cs="Times New Roman"/>
        </w:rPr>
        <w:t>Itlatol ixyollojmoj yolkak omotemachtil ipan ixtlamachilistli tlen mochijtok ipan ihistoria Amerikatl kipiyaj eyi ineltilistli itech tlanextilistli. In yeyika tlaltikpak yaoyotl, tlen axkan Joe Biden kiyekana in tlaltikpaktli in ipan kalaktia, omotipik in itech Yaoyotl Tlaltikpak 1 wan Yaoyotl Tlaltikpak 2. Ipan ne mismo tonali, Biden noijki kiyekana Estados Unidos itech se ompa omejka Guerra Civil. Ipan in metstli tlen hualajtok, in tlanextilmej tlen motekipanoj ihuan in omejka Guerra Civil, ihuan in yeyika tlaltikpak yaoyotl, san achi más motlepanosej, ken se sihuatl tlen kipiya kualolli para tlakatilis.</w:t>
      </w:r>
    </w:p>
    <w:p>
      <w:pPr>
        <w:pStyle w:val="ArticleBody"/>
        <w:jc w:val="left"/>
      </w:pPr>
      <w:r>
        <w:rPr>
          <w:rFonts w:ascii="Times New Roman" w:hAnsi="Times New Roman" w:eastAsia="Times New Roman" w:cs="Times New Roman"/>
        </w:rPr>
        <w:t>Malwi a ma déqayti lé yéxil zämänä qäwsa n’Warld War 2, bäMartin Niemoller, and German theologianna Lutheran pastor, yibäl näbbär: “Qädamawi, läsocialistoch mäṭṭu, ena ene alnäggärm—mikinyatum socialist alnäbbärkum. Kädämu behwala, lätrade unionistoch mäṭṭu, ena ene alnäggärm—mikinyatum trade unionist alnäbbärkum. Kädämu behwala, läAyhud mäṭṭu, ena ene alnäggärm—mikinyatum Ayhud alnäbbärkum. Kädämu behwala, l’ene mäṭṭu—ena läne yänägär yäqärä andäm alnäbbäräm.” Gizé yäqädäm bämihädär bäräkäta, yihonun yäzari tarik behwala sänmäläs, ahun yämikäyyädu t’gbarat b’eminät yäprophetic tarik yämecheresha tornoch qädamawi irmijjoch näbbäräw s’lenäbbäräw änawqallän.</w:t>
      </w:r>
    </w:p>
    <w:p>
      <w:pPr>
        <w:pStyle w:val="ArticleBody"/>
        <w:jc w:val="left"/>
      </w:pPr>
      <w:r>
        <w:rPr>
          <w:rFonts w:ascii="Times New Roman" w:hAnsi="Times New Roman" w:eastAsia="Times New Roman" w:cs="Times New Roman"/>
        </w:rPr>
        <w:t>1776</w:t>
      </w:r>
      <w:r>
        <w:rPr>
          <w:rFonts w:ascii="Malgun Gothic" w:hAnsi="Malgun Gothic" w:eastAsia="Malgun Gothic" w:cs="Malgun Gothic"/>
        </w:rPr>
        <w:t>기</w:t>
      </w:r>
      <w:r>
        <w:rPr>
          <w:rFonts w:ascii="Times New Roman" w:hAnsi="Times New Roman" w:eastAsia="Times New Roman" w:cs="Times New Roman"/>
        </w:rPr>
        <w:t xml:space="preserve"> 1798</w:t>
      </w:r>
      <w:r>
        <w:rPr>
          <w:rFonts w:ascii="Malgun Gothic" w:hAnsi="Malgun Gothic" w:eastAsia="Malgun Gothic" w:cs="Malgun Gothic"/>
        </w:rPr>
        <w:t>기까지</w:t>
      </w:r>
      <w:r>
        <w:rPr>
          <w:rFonts w:ascii="Times New Roman" w:hAnsi="Times New Roman" w:eastAsia="Times New Roman" w:cs="Times New Roman"/>
        </w:rPr>
        <w:t xml:space="preserve"> </w:t>
      </w:r>
      <w:r>
        <w:rPr>
          <w:rFonts w:ascii="Malgun Gothic" w:hAnsi="Malgun Gothic" w:eastAsia="Malgun Gothic" w:cs="Malgun Gothic"/>
        </w:rPr>
        <w:t>표상된</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시기에서</w:t>
      </w:r>
      <w:r>
        <w:rPr>
          <w:rFonts w:ascii="Times New Roman" w:hAnsi="Times New Roman" w:eastAsia="Times New Roman" w:cs="Times New Roman"/>
        </w:rPr>
        <w:t xml:space="preserve">, </w:t>
      </w:r>
      <w:r>
        <w:rPr>
          <w:rFonts w:ascii="Malgun Gothic" w:hAnsi="Malgun Gothic" w:eastAsia="Malgun Gothic" w:cs="Malgun Gothic"/>
        </w:rPr>
        <w:t>독립선언서와</w:t>
      </w:r>
      <w:r>
        <w:rPr>
          <w:rFonts w:ascii="Times New Roman" w:hAnsi="Times New Roman" w:eastAsia="Times New Roman" w:cs="Times New Roman"/>
        </w:rPr>
        <w:t xml:space="preserve"> </w:t>
      </w:r>
      <w:r>
        <w:rPr>
          <w:rFonts w:ascii="Malgun Gothic" w:hAnsi="Malgun Gothic" w:eastAsia="Malgun Gothic" w:cs="Malgun Gothic"/>
        </w:rPr>
        <w:t>헌법과</w:t>
      </w:r>
      <w:r>
        <w:rPr>
          <w:rFonts w:ascii="Times New Roman" w:hAnsi="Times New Roman" w:eastAsia="Times New Roman" w:cs="Times New Roman"/>
        </w:rPr>
        <w:t xml:space="preserve"> </w:t>
      </w:r>
      <w:r>
        <w:rPr>
          <w:rFonts w:ascii="Malgun Gothic" w:hAnsi="Malgun Gothic" w:eastAsia="Malgun Gothic" w:cs="Malgun Gothic"/>
        </w:rPr>
        <w:t>외국인</w:t>
      </w:r>
      <w:r>
        <w:rPr>
          <w:rFonts w:ascii="Times New Roman" w:hAnsi="Times New Roman" w:eastAsia="Times New Roman" w:cs="Times New Roman"/>
        </w:rPr>
        <w:t xml:space="preserve"> </w:t>
      </w:r>
      <w:r>
        <w:rPr>
          <w:rFonts w:ascii="Malgun Gothic" w:hAnsi="Malgun Gothic" w:eastAsia="Malgun Gothic" w:cs="Malgun Gothic"/>
        </w:rPr>
        <w:t>및</w:t>
      </w:r>
      <w:r>
        <w:rPr>
          <w:rFonts w:ascii="Times New Roman" w:hAnsi="Times New Roman" w:eastAsia="Times New Roman" w:cs="Times New Roman"/>
        </w:rPr>
        <w:t xml:space="preserve"> </w:t>
      </w:r>
      <w:r>
        <w:rPr>
          <w:rFonts w:ascii="Malgun Gothic" w:hAnsi="Malgun Gothic" w:eastAsia="Malgun Gothic" w:cs="Malgun Gothic"/>
        </w:rPr>
        <w:t>선동죄법이</w:t>
      </w:r>
      <w:r>
        <w:rPr>
          <w:rFonts w:ascii="Times New Roman" w:hAnsi="Times New Roman" w:eastAsia="Times New Roman" w:cs="Times New Roman"/>
        </w:rPr>
        <w:t xml:space="preserve"> </w:t>
      </w:r>
      <w:r>
        <w:rPr>
          <w:rFonts w:ascii="Malgun Gothic" w:hAnsi="Malgun Gothic" w:eastAsia="Malgun Gothic" w:cs="Malgun Gothic"/>
        </w:rPr>
        <w:t>이정표들이었던</w:t>
      </w:r>
      <w:r>
        <w:rPr>
          <w:rFonts w:ascii="Times New Roman" w:hAnsi="Times New Roman" w:eastAsia="Times New Roman" w:cs="Times New Roman"/>
        </w:rPr>
        <w:t xml:space="preserve"> </w:t>
      </w:r>
      <w:r>
        <w:rPr>
          <w:rFonts w:ascii="Malgun Gothic" w:hAnsi="Malgun Gothic" w:eastAsia="Malgun Gothic" w:cs="Malgun Gothic"/>
        </w:rPr>
        <w:t>것처럼</w:t>
      </w:r>
      <w:r>
        <w:rPr>
          <w:rFonts w:ascii="Times New Roman" w:hAnsi="Times New Roman" w:eastAsia="Times New Roman" w:cs="Times New Roman"/>
        </w:rPr>
        <w:t>, 2001</w:t>
      </w:r>
      <w:r>
        <w:rPr>
          <w:rFonts w:ascii="Malgun Gothic" w:hAnsi="Malgun Gothic" w:eastAsia="Malgun Gothic" w:cs="Malgun Gothic"/>
        </w:rPr>
        <w:t>년</w:t>
      </w:r>
      <w:r>
        <w:rPr>
          <w:rFonts w:ascii="Times New Roman" w:hAnsi="Times New Roman" w:eastAsia="Times New Roman" w:cs="Times New Roman"/>
        </w:rPr>
        <w:t xml:space="preserve"> 9</w:t>
      </w:r>
      <w:r>
        <w:rPr>
          <w:rFonts w:ascii="Malgun Gothic" w:hAnsi="Malgun Gothic" w:eastAsia="Malgun Gothic" w:cs="Malgun Gothic"/>
        </w:rPr>
        <w:t>월</w:t>
      </w:r>
      <w:r>
        <w:rPr>
          <w:rFonts w:ascii="Times New Roman" w:hAnsi="Times New Roman" w:eastAsia="Times New Roman" w:cs="Times New Roman"/>
        </w:rPr>
        <w:t xml:space="preserve"> 11</w:t>
      </w:r>
      <w:r>
        <w:rPr>
          <w:rFonts w:ascii="Malgun Gothic" w:hAnsi="Malgun Gothic" w:eastAsia="Malgun Gothic" w:cs="Malgun Gothic"/>
        </w:rPr>
        <w:t>일부터</w:t>
      </w:r>
      <w:r>
        <w:rPr>
          <w:rFonts w:ascii="Times New Roman" w:hAnsi="Times New Roman" w:eastAsia="Times New Roman" w:cs="Times New Roman"/>
        </w:rPr>
        <w:t xml:space="preserve"> </w:t>
      </w:r>
      <w:r>
        <w:rPr>
          <w:rFonts w:ascii="Malgun Gothic" w:hAnsi="Malgun Gothic" w:eastAsia="Malgun Gothic" w:cs="Malgun Gothic"/>
        </w:rPr>
        <w:t>미국이</w:t>
      </w:r>
      <w:r>
        <w:rPr>
          <w:rFonts w:ascii="Times New Roman" w:hAnsi="Times New Roman" w:eastAsia="Times New Roman" w:cs="Times New Roman"/>
        </w:rPr>
        <w:t xml:space="preserve"> </w:t>
      </w:r>
      <w:r>
        <w:rPr>
          <w:rFonts w:ascii="Malgun Gothic" w:hAnsi="Malgun Gothic" w:eastAsia="Malgun Gothic" w:cs="Malgun Gothic"/>
        </w:rPr>
        <w:t>용처럼</w:t>
      </w:r>
      <w:r>
        <w:rPr>
          <w:rFonts w:ascii="Times New Roman" w:hAnsi="Times New Roman" w:eastAsia="Times New Roman" w:cs="Times New Roman"/>
        </w:rPr>
        <w:t xml:space="preserve"> </w:t>
      </w:r>
      <w:r>
        <w:rPr>
          <w:rFonts w:ascii="Malgun Gothic" w:hAnsi="Malgun Gothic" w:eastAsia="Malgun Gothic" w:cs="Malgun Gothic"/>
        </w:rPr>
        <w:t>말하기에</w:t>
      </w:r>
      <w:r>
        <w:rPr>
          <w:rFonts w:ascii="Times New Roman" w:hAnsi="Times New Roman" w:eastAsia="Times New Roman" w:cs="Times New Roman"/>
        </w:rPr>
        <w:t xml:space="preserve"> </w:t>
      </w:r>
      <w:r>
        <w:rPr>
          <w:rFonts w:ascii="Malgun Gothic" w:hAnsi="Malgun Gothic" w:eastAsia="Malgun Gothic" w:cs="Malgun Gothic"/>
        </w:rPr>
        <w:t>이르기까지의</w:t>
      </w:r>
      <w:r>
        <w:rPr>
          <w:rFonts w:ascii="Times New Roman" w:hAnsi="Times New Roman" w:eastAsia="Times New Roman" w:cs="Times New Roman"/>
        </w:rPr>
        <w:t xml:space="preserve"> </w:t>
      </w:r>
      <w:r>
        <w:rPr>
          <w:rFonts w:ascii="Malgun Gothic" w:hAnsi="Malgun Gothic" w:eastAsia="Malgun Gothic" w:cs="Malgun Gothic"/>
        </w:rPr>
        <w:t>역사가</w:t>
      </w:r>
      <w:r>
        <w:rPr>
          <w:rFonts w:ascii="Times New Roman" w:hAnsi="Times New Roman" w:eastAsia="Times New Roman" w:cs="Times New Roman"/>
        </w:rPr>
        <w:t xml:space="preserve"> </w:t>
      </w:r>
      <w:r>
        <w:rPr>
          <w:rFonts w:ascii="Malgun Gothic" w:hAnsi="Malgun Gothic" w:eastAsia="Malgun Gothic" w:cs="Malgun Gothic"/>
        </w:rPr>
        <w:t>표상된다</w:t>
      </w:r>
      <w:r>
        <w:rPr>
          <w:rFonts w:ascii="Times New Roman" w:hAnsi="Times New Roman" w:eastAsia="Times New Roman" w:cs="Times New Roman"/>
        </w:rPr>
        <w:t>. 2001</w:t>
      </w:r>
      <w:r>
        <w:rPr>
          <w:rFonts w:ascii="Malgun Gothic" w:hAnsi="Malgun Gothic" w:eastAsia="Malgun Gothic" w:cs="Malgun Gothic"/>
        </w:rPr>
        <w:t>년</w:t>
      </w:r>
      <w:r>
        <w:rPr>
          <w:rFonts w:ascii="Times New Roman" w:hAnsi="Times New Roman" w:eastAsia="Times New Roman" w:cs="Times New Roman"/>
        </w:rPr>
        <w:t xml:space="preserve"> 9</w:t>
      </w:r>
      <w:r>
        <w:rPr>
          <w:rFonts w:ascii="Malgun Gothic" w:hAnsi="Malgun Gothic" w:eastAsia="Malgun Gothic" w:cs="Malgun Gothic"/>
        </w:rPr>
        <w:t>월</w:t>
      </w:r>
      <w:r>
        <w:rPr>
          <w:rFonts w:ascii="Times New Roman" w:hAnsi="Times New Roman" w:eastAsia="Times New Roman" w:cs="Times New Roman"/>
        </w:rPr>
        <w:t xml:space="preserve"> 11</w:t>
      </w:r>
      <w:r>
        <w:rPr>
          <w:rFonts w:ascii="Malgun Gothic" w:hAnsi="Malgun Gothic" w:eastAsia="Malgun Gothic" w:cs="Malgun Gothic"/>
        </w:rPr>
        <w:t>일은</w:t>
      </w:r>
      <w:r>
        <w:rPr>
          <w:rFonts w:ascii="Times New Roman" w:hAnsi="Times New Roman" w:eastAsia="Times New Roman" w:cs="Times New Roman"/>
        </w:rPr>
        <w:t xml:space="preserve"> </w:t>
      </w:r>
      <w:r>
        <w:rPr>
          <w:rFonts w:ascii="Malgun Gothic" w:hAnsi="Malgun Gothic" w:eastAsia="Malgun Gothic" w:cs="Malgun Gothic"/>
        </w:rPr>
        <w:t>전환점이었으며</w:t>
      </w:r>
      <w:r>
        <w:rPr>
          <w:rFonts w:ascii="Times New Roman" w:hAnsi="Times New Roman" w:eastAsia="Times New Roman" w:cs="Times New Roman"/>
        </w:rPr>
        <w:t xml:space="preserve">, </w:t>
      </w:r>
      <w:r>
        <w:rPr>
          <w:rFonts w:ascii="Malgun Gothic" w:hAnsi="Malgun Gothic" w:eastAsia="Malgun Gothic" w:cs="Malgun Gothic"/>
        </w:rPr>
        <w:t>독립선언서는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날짜와</w:t>
      </w:r>
      <w:r>
        <w:rPr>
          <w:rFonts w:ascii="Times New Roman" w:hAnsi="Times New Roman" w:eastAsia="Times New Roman" w:cs="Times New Roman"/>
        </w:rPr>
        <w:t xml:space="preserve"> </w:t>
      </w:r>
      <w:r>
        <w:rPr>
          <w:rFonts w:ascii="Malgun Gothic" w:hAnsi="Malgun Gothic" w:eastAsia="Malgun Gothic" w:cs="Malgun Gothic"/>
        </w:rPr>
        <w:t>부합한다</w:t>
      </w:r>
      <w:r>
        <w:rPr>
          <w:rFonts w:ascii="Times New Roman" w:hAnsi="Times New Roman" w:eastAsia="Times New Roman" w:cs="Times New Roman"/>
        </w:rPr>
        <w:t xml:space="preserve">. </w:t>
      </w:r>
      <w:r>
        <w:rPr>
          <w:rFonts w:ascii="Malgun Gothic" w:hAnsi="Malgun Gothic" w:eastAsia="Malgun Gothic" w:cs="Malgun Gothic"/>
        </w:rPr>
        <w:t>독립선언서는</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독립전쟁을</w:t>
      </w:r>
      <w:r>
        <w:rPr>
          <w:rFonts w:ascii="Times New Roman" w:hAnsi="Times New Roman" w:eastAsia="Times New Roman" w:cs="Times New Roman"/>
        </w:rPr>
        <w:t xml:space="preserve"> </w:t>
      </w:r>
      <w:r>
        <w:rPr>
          <w:rFonts w:ascii="Malgun Gothic" w:hAnsi="Malgun Gothic" w:eastAsia="Malgun Gothic" w:cs="Malgun Gothic"/>
        </w:rPr>
        <w:t>표지하며</w:t>
      </w:r>
      <w:r>
        <w:rPr>
          <w:rFonts w:ascii="Times New Roman" w:hAnsi="Times New Roman" w:eastAsia="Times New Roman" w:cs="Times New Roman"/>
        </w:rPr>
        <w:t>, 2001</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애국법이</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전쟁의</w:t>
      </w:r>
      <w:r>
        <w:rPr>
          <w:rFonts w:ascii="Times New Roman" w:hAnsi="Times New Roman" w:eastAsia="Times New Roman" w:cs="Times New Roman"/>
        </w:rPr>
        <w:t xml:space="preserve"> </w:t>
      </w:r>
      <w:r>
        <w:rPr>
          <w:rFonts w:ascii="Malgun Gothic" w:hAnsi="Malgun Gothic" w:eastAsia="Malgun Gothic" w:cs="Malgun Gothic"/>
        </w:rPr>
        <w:t>영적</w:t>
      </w:r>
      <w:r>
        <w:rPr>
          <w:rFonts w:ascii="Times New Roman" w:hAnsi="Times New Roman" w:eastAsia="Times New Roman" w:cs="Times New Roman"/>
        </w:rPr>
        <w:t xml:space="preserve"> </w:t>
      </w:r>
      <w:r>
        <w:rPr>
          <w:rFonts w:ascii="Malgun Gothic" w:hAnsi="Malgun Gothic" w:eastAsia="Malgun Gothic" w:cs="Malgun Gothic"/>
        </w:rPr>
        <w:t>반복을</w:t>
      </w:r>
      <w:r>
        <w:rPr>
          <w:rFonts w:ascii="Times New Roman" w:hAnsi="Times New Roman" w:eastAsia="Times New Roman" w:cs="Times New Roman"/>
        </w:rPr>
        <w:t xml:space="preserve"> </w:t>
      </w:r>
      <w:r>
        <w:rPr>
          <w:rFonts w:ascii="Malgun Gothic" w:hAnsi="Malgun Gothic" w:eastAsia="Malgun Gothic" w:cs="Malgun Gothic"/>
        </w:rPr>
        <w:t>시작함을</w:t>
      </w:r>
      <w:r>
        <w:rPr>
          <w:rFonts w:ascii="Times New Roman" w:hAnsi="Times New Roman" w:eastAsia="Times New Roman" w:cs="Times New Roman"/>
        </w:rPr>
        <w:t xml:space="preserve"> </w:t>
      </w:r>
      <w:r>
        <w:rPr>
          <w:rFonts w:ascii="Malgun Gothic" w:hAnsi="Malgun Gothic" w:eastAsia="Malgun Gothic" w:cs="Malgun Gothic"/>
        </w:rPr>
        <w:t>나타낸다</w:t>
      </w:r>
      <w:r>
        <w:rPr>
          <w:rFonts w:ascii="Times New Roman" w:hAnsi="Times New Roman" w:eastAsia="Times New Roman" w:cs="Times New Roman"/>
        </w:rPr>
        <w:t>. “revolution”</w:t>
      </w:r>
      <w:r>
        <w:rPr>
          <w:rFonts w:ascii="Malgun Gothic" w:hAnsi="Malgun Gothic" w:eastAsia="Malgun Gothic" w:cs="Malgun Gothic"/>
        </w:rPr>
        <w:t>이라는</w:t>
      </w:r>
      <w:r>
        <w:rPr>
          <w:rFonts w:ascii="Times New Roman" w:hAnsi="Times New Roman" w:eastAsia="Times New Roman" w:cs="Times New Roman"/>
        </w:rPr>
        <w:t xml:space="preserve"> </w:t>
      </w:r>
      <w:r>
        <w:rPr>
          <w:rFonts w:ascii="Malgun Gothic" w:hAnsi="Malgun Gothic" w:eastAsia="Malgun Gothic" w:cs="Malgun Gothic"/>
        </w:rPr>
        <w:t>말은</w:t>
      </w:r>
      <w:r>
        <w:rPr>
          <w:rFonts w:ascii="Times New Roman" w:hAnsi="Times New Roman" w:eastAsia="Times New Roman" w:cs="Times New Roman"/>
        </w:rPr>
        <w:t xml:space="preserve"> </w:t>
      </w:r>
      <w:r>
        <w:rPr>
          <w:rFonts w:ascii="Malgun Gothic" w:hAnsi="Malgun Gothic" w:eastAsia="Malgun Gothic" w:cs="Malgun Gothic"/>
        </w:rPr>
        <w:t>완전한</w:t>
      </w:r>
      <w:r>
        <w:rPr>
          <w:rFonts w:ascii="Times New Roman" w:hAnsi="Times New Roman" w:eastAsia="Times New Roman" w:cs="Times New Roman"/>
        </w:rPr>
        <w:t xml:space="preserve"> </w:t>
      </w:r>
      <w:r>
        <w:rPr>
          <w:rFonts w:ascii="Malgun Gothic" w:hAnsi="Malgun Gothic" w:eastAsia="Malgun Gothic" w:cs="Malgun Gothic"/>
        </w:rPr>
        <w:t>원을</w:t>
      </w:r>
      <w:r>
        <w:rPr>
          <w:rFonts w:ascii="Times New Roman" w:hAnsi="Times New Roman" w:eastAsia="Times New Roman" w:cs="Times New Roman"/>
        </w:rPr>
        <w:t xml:space="preserve"> </w:t>
      </w:r>
      <w:r>
        <w:rPr>
          <w:rFonts w:ascii="Malgun Gothic" w:hAnsi="Malgun Gothic" w:eastAsia="Malgun Gothic" w:cs="Malgun Gothic"/>
        </w:rPr>
        <w:t>이루는</w:t>
      </w:r>
      <w:r>
        <w:rPr>
          <w:rFonts w:ascii="Times New Roman" w:hAnsi="Times New Roman" w:eastAsia="Times New Roman" w:cs="Times New Roman"/>
        </w:rPr>
        <w:t xml:space="preserve"> </w:t>
      </w:r>
      <w:r>
        <w:rPr>
          <w:rFonts w:ascii="Malgun Gothic" w:hAnsi="Malgun Gothic" w:eastAsia="Malgun Gothic" w:cs="Malgun Gothic"/>
        </w:rPr>
        <w:t>것을</w:t>
      </w:r>
      <w:r>
        <w:rPr>
          <w:rFonts w:ascii="Times New Roman" w:hAnsi="Times New Roman" w:eastAsia="Times New Roman" w:cs="Times New Roman"/>
        </w:rPr>
        <w:t xml:space="preserve"> </w:t>
      </w:r>
      <w:r>
        <w:rPr>
          <w:rFonts w:ascii="Malgun Gothic" w:hAnsi="Malgun Gothic" w:eastAsia="Malgun Gothic" w:cs="Malgun Gothic"/>
        </w:rPr>
        <w:t>뜻한다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1776-tiŋ 1798-tiŋ ɗo noore mum, Yuddhere Kakkitiirde nde salii sembe laamiiɗo Ingilaandi, e laamiiɓe fuu e dow mum. Dastuur ngal waɗi kaɗe ɗee, wonaa tan e sembe laamiiɗo, kono no ɗum tabitii no feewi, e sembe paapaaɗo maa. Haa 1798, daayre ndee (kakkitiirde) hebbinaama, e ɗii ɗoonɗe ɗe waɗaama ɗe njoɗɗini laamu laamiiɗo ngol to hoorejoowo.</w:t>
      </w:r>
    </w:p>
    <w:p>
      <w:pPr>
        <w:pStyle w:val="ArticleBody"/>
        <w:jc w:val="left"/>
      </w:pPr>
      <w:r>
        <w:rPr>
          <w:rFonts w:ascii="Times New Roman" w:hAnsi="Times New Roman" w:eastAsia="Times New Roman" w:cs="Times New Roman"/>
        </w:rPr>
        <w:t>قانون پاتریوت، انقلابی را رقم می‌زند (چرخی) که تا به آن وحشِ زمین می‌رسد که همچون اژدها سخن می‌گوید، جایی که قدرت پاپی نیز بازگردانده می‌شود. چرخ نخست از 1776 تا 1798، انقلابی نبوی را مشخص می‌سازد که به اعادۀ قدرت ملوکانه می‌انجامد، و انقلابی که نمونۀ آن است، انقلابی را مشخص می‌کند که به اعادۀ قدرت پاپی می‌انجامد. دومین جنگ انقلابی از 11 سپتامبر 2001 در جریان بوده است. وگرنه چرا آن را قانون پاتریوت می‌نامیدند؟</w:t>
      </w:r>
    </w:p>
    <w:p>
      <w:pPr>
        <w:pStyle w:val="ArticleBody"/>
        <w:jc w:val="left"/>
      </w:pPr>
      <w:r>
        <w:rPr>
          <w:rFonts w:ascii="Times New Roman" w:hAnsi="Times New Roman" w:eastAsia="Times New Roman" w:cs="Times New Roman"/>
        </w:rPr>
        <w:t>Иртыққа чыққән аңғы президент тарихида йүз беридигән урушларни муһакимә қилиштин бурун, вәһшийниң сүритиниң пәйғәмбәрлик хусусийәтлирини давамлиқ муһакимә қилимиз. Аңғы президент дәвридә, вәһшийниң сүрити шәкиллинидиған муһитниң қандақ екәнлигини тонуп йетиш муһимдур. У президент әздиһа күчигә бағлиқ болған күчләр билән күрәштә туридиған җумһурийәтчи президент болуши керәк. У әң ахирқиси болуши, шуңа сәккиз президенттин ибарәт бир дәврдики сәккизинчи президент болуши керәк. Америка Қошма Штатлириниң дәсләпки икки дәвридә, йәни икки Қитъәлик Конгресси дәвридә, һәр икки дәвирму сәккиз президент билән ипадиләнгән еди, вә һәр икки дәвирдә сәккиз президентниң бирини йәттидин болған дәп көрсәткән еди. Шуңа, дәсләптәки икки гуваһ үстидә, аңғы президент йәттидин болған сәккизинчи президент болуши керәк.</w:t>
      </w:r>
    </w:p>
    <w:p>
      <w:pPr>
        <w:pStyle w:val="ArticleBody"/>
        <w:jc w:val="left"/>
      </w:pPr>
      <w:r>
        <w:rPr>
          <w:rFonts w:ascii="Times New Roman" w:hAnsi="Times New Roman" w:eastAsia="Times New Roman" w:cs="Times New Roman"/>
        </w:rPr>
        <w:t>Na Donald Trump pere ukuroshora ayo maumbirwo ouporofita. Kuti tinzwisise zvizere mamiriro ouporofita ayo Donald Trump ava kuda kugamuchira, zvinodikanwa kunzwisisa kuti, maererano nouporofita, Hondo dzeNyika mbiri dzokutanga dzinomiririrwa muHondo yeNyika yechitatu, uye hunhu hwouporofita hwehondo idzodzo hunotaurawo pamusoro pemamiriro ayo Trump ava kuda kugamuchira. Izvozvo zvataurwa, hatichati tiri kushandisa katatu-kushandiswa kweHondo dzeNyika nhatu.</w:t>
      </w:r>
    </w:p>
    <w:p>
      <w:pPr>
        <w:pStyle w:val="ArticleBody"/>
        <w:jc w:val="left"/>
      </w:pPr>
      <w:r>
        <w:rPr>
          <w:rFonts w:ascii="Times New Roman" w:hAnsi="Times New Roman" w:eastAsia="Times New Roman" w:cs="Times New Roman"/>
        </w:rPr>
        <w:t>جەنگی هەڵکەشاوەی لەلایەن ئیسلامەوە هاتوو و کێشە دارایییەکانی دوای ئەو، ئەو هۆکارەیە کە بەهۆیەوە ئیسلامی سێیەمین نەهامەتی، لە پێکهاتنی وێنەی ئاژەڵەکەدا لە ویلایەتە یەکگرتووەکانی ئەمریکادا، ڕۆڵی پێغەمبەری درۆزن تەواو دەکات. «گوێدرێژ»، کە پێغەمبەری درۆزنی ئیسلامە، پێغەمبەری درۆزنی ویلایەتە یەکگرتووەکانی ئەمریکا بەرەو «ئورشەلیم» هەڵدەگرێت، وەک ئەوەی گوێدرێژ مەسیحی بردە ناو ئورشەلیم. لەو گەشتەدا ژینگەیەکی پێشبینییانە دروست دەبێت کە جێبەجێبوونی پێشبینییەکانی ڕابردوو بەرهەم دەهێنێت. لە ساڵی 1798دا، یاساکانی Alien and Sedition Acts «گوتراون» بۆ ناو سەرەتای مێژووی ئاژەڵی زەویییەوە کە بە شێوەی بەرخ دەست پێدەکات، و کۆتایی بە قسەکردن وەک ئەژدیها دەهێنێت. لە Alien and Sedition Actsدا چوار یاسا هەبوون کە نوێنەرایەتییان دەکرا.</w:t>
      </w:r>
    </w:p>
    <w:p>
      <w:pPr>
        <w:pStyle w:val="ArticleBody"/>
        <w:jc w:val="left"/>
      </w:pPr>
      <w:r>
        <w:rPr>
          <w:rFonts w:ascii="Malgun Gothic" w:hAnsi="Malgun Gothic" w:eastAsia="Malgun Gothic" w:cs="Malgun Gothic"/>
        </w:rPr>
        <w:t>법은</w:t>
      </w:r>
      <w:r>
        <w:rPr>
          <w:rFonts w:ascii="Times New Roman" w:hAnsi="Times New Roman" w:eastAsia="Times New Roman" w:cs="Times New Roman"/>
        </w:rPr>
        <w:t xml:space="preserve"> </w:t>
      </w:r>
      <w:r>
        <w:rPr>
          <w:rFonts w:ascii="Malgun Gothic" w:hAnsi="Malgun Gothic" w:eastAsia="Malgun Gothic" w:cs="Malgun Gothic"/>
        </w:rPr>
        <w:t>귀화법이다</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법은</w:t>
      </w:r>
      <w:r>
        <w:rPr>
          <w:rFonts w:ascii="Times New Roman" w:hAnsi="Times New Roman" w:eastAsia="Times New Roman" w:cs="Times New Roman"/>
        </w:rPr>
        <w:t xml:space="preserve"> </w:t>
      </w:r>
      <w:r>
        <w:rPr>
          <w:rFonts w:ascii="Malgun Gothic" w:hAnsi="Malgun Gothic" w:eastAsia="Malgun Gothic" w:cs="Malgun Gothic"/>
        </w:rPr>
        <w:t>미국</w:t>
      </w:r>
      <w:r>
        <w:rPr>
          <w:rFonts w:ascii="Times New Roman" w:hAnsi="Times New Roman" w:eastAsia="Times New Roman" w:cs="Times New Roman"/>
        </w:rPr>
        <w:t xml:space="preserve"> </w:t>
      </w:r>
      <w:r>
        <w:rPr>
          <w:rFonts w:ascii="Malgun Gothic" w:hAnsi="Malgun Gothic" w:eastAsia="Malgun Gothic" w:cs="Malgun Gothic"/>
        </w:rPr>
        <w:t>시민권</w:t>
      </w:r>
      <w:r>
        <w:rPr>
          <w:rFonts w:ascii="Times New Roman" w:hAnsi="Times New Roman" w:eastAsia="Times New Roman" w:cs="Times New Roman"/>
        </w:rPr>
        <w:t xml:space="preserve"> </w:t>
      </w:r>
      <w:r>
        <w:rPr>
          <w:rFonts w:ascii="Malgun Gothic" w:hAnsi="Malgun Gothic" w:eastAsia="Malgun Gothic" w:cs="Malgun Gothic"/>
        </w:rPr>
        <w:t>취득을</w:t>
      </w:r>
      <w:r>
        <w:rPr>
          <w:rFonts w:ascii="Times New Roman" w:hAnsi="Times New Roman" w:eastAsia="Times New Roman" w:cs="Times New Roman"/>
        </w:rPr>
        <w:t xml:space="preserve"> </w:t>
      </w:r>
      <w:r>
        <w:rPr>
          <w:rFonts w:ascii="Malgun Gothic" w:hAnsi="Malgun Gothic" w:eastAsia="Malgun Gothic" w:cs="Malgun Gothic"/>
        </w:rPr>
        <w:t>위한</w:t>
      </w:r>
      <w:r>
        <w:rPr>
          <w:rFonts w:ascii="Times New Roman" w:hAnsi="Times New Roman" w:eastAsia="Times New Roman" w:cs="Times New Roman"/>
        </w:rPr>
        <w:t xml:space="preserve"> </w:t>
      </w:r>
      <w:r>
        <w:rPr>
          <w:rFonts w:ascii="Malgun Gothic" w:hAnsi="Malgun Gothic" w:eastAsia="Malgun Gothic" w:cs="Malgun Gothic"/>
        </w:rPr>
        <w:t>거주</w:t>
      </w:r>
      <w:r>
        <w:rPr>
          <w:rFonts w:ascii="Times New Roman" w:hAnsi="Times New Roman" w:eastAsia="Times New Roman" w:cs="Times New Roman"/>
        </w:rPr>
        <w:t xml:space="preserve"> </w:t>
      </w:r>
      <w:r>
        <w:rPr>
          <w:rFonts w:ascii="Malgun Gothic" w:hAnsi="Malgun Gothic" w:eastAsia="Malgun Gothic" w:cs="Malgun Gothic"/>
        </w:rPr>
        <w:t>요건을</w:t>
      </w:r>
      <w:r>
        <w:rPr>
          <w:rFonts w:ascii="Times New Roman" w:hAnsi="Times New Roman" w:eastAsia="Times New Roman" w:cs="Times New Roman"/>
        </w:rPr>
        <w:t xml:space="preserve"> </w:t>
      </w:r>
      <w:r>
        <w:rPr>
          <w:rFonts w:ascii="Malgun Gothic" w:hAnsi="Malgun Gothic" w:eastAsia="Malgun Gothic" w:cs="Malgun Gothic"/>
        </w:rPr>
        <w:t>연장하였다</w:t>
      </w:r>
      <w:r>
        <w:rPr>
          <w:rFonts w:ascii="Times New Roman" w:hAnsi="Times New Roman" w:eastAsia="Times New Roman" w:cs="Times New Roman"/>
        </w:rPr>
        <w:t>.</w:t>
      </w:r>
    </w:p>
    <w:p>
      <w:pPr>
        <w:pStyle w:val="ArticleBody"/>
        <w:jc w:val="left"/>
      </w:pPr>
      <w:r>
        <w:rPr>
          <w:rFonts w:ascii="Microsoft Himalaya" w:hAnsi="Microsoft Himalaya" w:eastAsia="Microsoft Himalaya" w:cs="Microsoft Himalaya"/>
        </w:rPr>
        <w:t>ཕྱི་མིའི་གྲོགས་པོའི་ཁྲིམས།</w:t>
      </w:r>
      <w:r>
        <w:rPr>
          <w:rFonts w:ascii="Times New Roman" w:hAnsi="Times New Roman" w:eastAsia="Times New Roman" w:cs="Times New Roman"/>
        </w:rPr>
        <w:t xml:space="preserve"> </w:t>
      </w:r>
      <w:r>
        <w:rPr>
          <w:rFonts w:ascii="Microsoft Himalaya" w:hAnsi="Microsoft Himalaya" w:eastAsia="Microsoft Himalaya" w:cs="Microsoft Himalaya"/>
        </w:rPr>
        <w:t>ཁྲིམས་འདིས་ཞི་བདེའི་དུས་སུ་</w:t>
      </w:r>
      <w:r>
        <w:rPr>
          <w:rFonts w:ascii="Times New Roman" w:hAnsi="Times New Roman" w:eastAsia="Times New Roman" w:cs="Times New Roman"/>
        </w:rPr>
        <w:t xml:space="preserve"> “</w:t>
      </w:r>
      <w:r>
        <w:rPr>
          <w:rFonts w:ascii="Microsoft Himalaya" w:hAnsi="Microsoft Himalaya" w:eastAsia="Microsoft Himalaya" w:cs="Microsoft Himalaya"/>
        </w:rPr>
        <w:t>ཨ་མེ་རི་ཀའི་སྤྱི་ཚོགས་ཀྱི་ཞི་བདེ་དང་བདེ་འཇགས་ལ་ཉེན་ཁ་ཡོད་པ</w:t>
      </w:r>
      <w:r>
        <w:rPr>
          <w:rFonts w:ascii="Times New Roman" w:hAnsi="Times New Roman" w:eastAsia="Times New Roman" w:cs="Times New Roman"/>
        </w:rPr>
        <w:t xml:space="preserve">” </w:t>
      </w:r>
      <w:r>
        <w:rPr>
          <w:rFonts w:ascii="Microsoft Himalaya" w:hAnsi="Microsoft Himalaya" w:eastAsia="Microsoft Himalaya" w:cs="Microsoft Himalaya"/>
        </w:rPr>
        <w:t>ཞེས་བརྩིས་པའི་མི་སེར་མིན་པ་རྣམས་ཕྱིར་འབུད་བྱེད་པའི་དབང་ཆ་སྲིད་འཛིན་ལ་སྤྲད་པ་ཡིན།</w:t>
      </w:r>
      <w:r>
        <w:rPr>
          <w:rFonts w:ascii="Times New Roman" w:hAnsi="Times New Roman" w:eastAsia="Times New Roman" w:cs="Times New Roman"/>
        </w:rPr>
        <w:t xml:space="preserve"> </w:t>
      </w:r>
      <w:r>
        <w:rPr>
          <w:rFonts w:ascii="Microsoft Himalaya" w:hAnsi="Microsoft Himalaya" w:eastAsia="Microsoft Himalaya" w:cs="Microsoft Himalaya"/>
        </w:rPr>
        <w:t>འདིས་གཞུང་ལ་ཁྲིམས་ལུགས་ཀྱི་གོ་རིམ་མེད་པར་ཕྱི་རྒྱལ་མི་སྣ་རྣམས་འཛིན་བཟུང་དང་ཕྱིར་འབུད་བྱེད་ཆོག་པར་བྱས།</w:t>
      </w:r>
    </w:p>
    <w:p>
      <w:pPr>
        <w:pStyle w:val="ArticleBody"/>
        <w:jc w:val="left"/>
      </w:pPr>
      <w:r>
        <w:rPr>
          <w:rFonts w:ascii="Times New Roman" w:hAnsi="Times New Roman" w:eastAsia="Times New Roman" w:cs="Times New Roman"/>
        </w:rPr>
        <w:t>قانون دشمنانِ اجنبی: اس قانون نے صدر کو اختیار دیا کہ وہ جنگ کے زمانے میں کسی دشمن قوم کے کسی بھی مرد شہری کو حراست میں لے اور ملک بدر کر دے۔</w:t>
      </w:r>
    </w:p>
    <w:p>
      <w:pPr>
        <w:pStyle w:val="ArticleBody"/>
        <w:jc w:val="left"/>
      </w:pPr>
      <w:r>
        <w:rPr>
          <w:rFonts w:ascii="Ebrima" w:hAnsi="Ebrima" w:eastAsia="Ebrima" w:cs="Ebrima"/>
        </w:rPr>
        <w:t>ⴰⵣⵔⴼ</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ⵜⵉⵖⵔⴹⵉ</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ⵡⴰ</w:t>
      </w:r>
      <w:r>
        <w:rPr>
          <w:rFonts w:ascii="Times New Roman" w:hAnsi="Times New Roman" w:eastAsia="Times New Roman" w:cs="Times New Roman"/>
        </w:rPr>
        <w:t xml:space="preserve"> </w:t>
      </w:r>
      <w:r>
        <w:rPr>
          <w:rFonts w:ascii="Ebrima" w:hAnsi="Ebrima" w:eastAsia="Ebrima" w:cs="Ebrima"/>
        </w:rPr>
        <w:t>ⵢⴻⵔⵏⴰⵏ</w:t>
      </w:r>
      <w:r>
        <w:rPr>
          <w:rFonts w:ascii="Times New Roman" w:hAnsi="Times New Roman" w:eastAsia="Times New Roman" w:cs="Times New Roman"/>
        </w:rPr>
        <w:t xml:space="preserve"> </w:t>
      </w:r>
      <w:r>
        <w:rPr>
          <w:rFonts w:ascii="Ebrima" w:hAnsi="Ebrima" w:eastAsia="Ebrima" w:cs="Ebrima"/>
        </w:rPr>
        <w:t>ⴰⵎⵛⴽⴰⵍ</w:t>
      </w:r>
      <w:r>
        <w:rPr>
          <w:rFonts w:ascii="Times New Roman" w:hAnsi="Times New Roman" w:eastAsia="Times New Roman" w:cs="Times New Roman"/>
        </w:rPr>
        <w:t xml:space="preserve"> </w:t>
      </w:r>
      <w:r>
        <w:rPr>
          <w:rFonts w:ascii="Ebrima" w:hAnsi="Ebrima" w:eastAsia="Ebrima" w:cs="Ebrima"/>
        </w:rPr>
        <w:t>ⴳ</w:t>
      </w:r>
      <w:r>
        <w:rPr>
          <w:rFonts w:ascii="Times New Roman" w:hAnsi="Times New Roman" w:eastAsia="Times New Roman" w:cs="Times New Roman"/>
        </w:rPr>
        <w:t xml:space="preserve"> </w:t>
      </w:r>
      <w:r>
        <w:rPr>
          <w:rFonts w:ascii="Ebrima" w:hAnsi="Ebrima" w:eastAsia="Ebrima" w:cs="Ebrima"/>
        </w:rPr>
        <w:t>ⴽⵓⵣ</w:t>
      </w:r>
      <w:r>
        <w:rPr>
          <w:rFonts w:ascii="Times New Roman" w:hAnsi="Times New Roman" w:eastAsia="Times New Roman" w:cs="Times New Roman"/>
        </w:rPr>
        <w:t xml:space="preserve">, </w:t>
      </w:r>
      <w:r>
        <w:rPr>
          <w:rFonts w:ascii="Ebrima" w:hAnsi="Ebrima" w:eastAsia="Ebrima" w:cs="Ebrima"/>
        </w:rPr>
        <w:t>ⴰⵣⵔⴼ</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ⵜⵉⵖⵔⴹⵉ</w:t>
      </w:r>
      <w:r>
        <w:rPr>
          <w:rFonts w:ascii="Times New Roman" w:hAnsi="Times New Roman" w:eastAsia="Times New Roman" w:cs="Times New Roman"/>
        </w:rPr>
        <w:t xml:space="preserve"> </w:t>
      </w:r>
      <w:r>
        <w:rPr>
          <w:rFonts w:ascii="Ebrima" w:hAnsi="Ebrima" w:eastAsia="Ebrima" w:cs="Ebrima"/>
        </w:rPr>
        <w:t>ⵉⵙⴽⵔ</w:t>
      </w:r>
      <w:r>
        <w:rPr>
          <w:rFonts w:ascii="Times New Roman" w:hAnsi="Times New Roman" w:eastAsia="Times New Roman" w:cs="Times New Roman"/>
        </w:rPr>
        <w:t xml:space="preserve"> </w:t>
      </w:r>
      <w:r>
        <w:rPr>
          <w:rFonts w:ascii="Ebrima" w:hAnsi="Ebrima" w:eastAsia="Ebrima" w:cs="Ebrima"/>
        </w:rPr>
        <w:t>ⵎⴰⵙ</w:t>
      </w:r>
      <w:r>
        <w:rPr>
          <w:rFonts w:ascii="Times New Roman" w:hAnsi="Times New Roman" w:eastAsia="Times New Roman" w:cs="Times New Roman"/>
        </w:rPr>
        <w:t xml:space="preserve"> </w:t>
      </w:r>
      <w:r>
        <w:rPr>
          <w:rFonts w:ascii="Ebrima" w:hAnsi="Ebrima" w:eastAsia="Ebrima" w:cs="Ebrima"/>
        </w:rPr>
        <w:t>ⵜⴳⴰ</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ⵜⴰⵏⵎⵎⴰⵍⴰ</w:t>
      </w:r>
      <w:r>
        <w:rPr>
          <w:rFonts w:ascii="Times New Roman" w:hAnsi="Times New Roman" w:eastAsia="Times New Roman" w:cs="Times New Roman"/>
        </w:rPr>
        <w:t xml:space="preserve"> </w:t>
      </w:r>
      <w:r>
        <w:rPr>
          <w:rFonts w:ascii="Ebrima" w:hAnsi="Ebrima" w:eastAsia="Ebrima" w:cs="Ebrima"/>
        </w:rPr>
        <w:t>ⴰⴷ</w:t>
      </w:r>
      <w:r>
        <w:rPr>
          <w:rFonts w:ascii="Times New Roman" w:hAnsi="Times New Roman" w:eastAsia="Times New Roman" w:cs="Times New Roman"/>
        </w:rPr>
        <w:t xml:space="preserve"> </w:t>
      </w:r>
      <w:r>
        <w:rPr>
          <w:rFonts w:ascii="Ebrima" w:hAnsi="Ebrima" w:eastAsia="Ebrima" w:cs="Ebrima"/>
        </w:rPr>
        <w:t>ⵢⵉⵍⵉ</w:t>
      </w:r>
      <w:r>
        <w:rPr>
          <w:rFonts w:ascii="Times New Roman" w:hAnsi="Times New Roman" w:eastAsia="Times New Roman" w:cs="Times New Roman"/>
        </w:rPr>
        <w:t xml:space="preserve"> </w:t>
      </w:r>
      <w:r>
        <w:rPr>
          <w:rFonts w:ascii="Ebrima" w:hAnsi="Ebrima" w:eastAsia="Ebrima" w:cs="Ebrima"/>
        </w:rPr>
        <w:t>ⵓⵙⵙⵓⴼⵖ</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ⵜⵉⵔⴰⵜⵉⵏ</w:t>
      </w:r>
      <w:r>
        <w:rPr>
          <w:rFonts w:ascii="Times New Roman" w:hAnsi="Times New Roman" w:eastAsia="Times New Roman" w:cs="Times New Roman"/>
        </w:rPr>
        <w:t xml:space="preserve"> </w:t>
      </w:r>
      <w:r>
        <w:rPr>
          <w:rFonts w:ascii="Ebrima" w:hAnsi="Ebrima" w:eastAsia="Ebrima" w:cs="Ebrima"/>
        </w:rPr>
        <w:t>ⵜⵉⵣⴳⵣⴰⵡⵉⵏ</w:t>
      </w:r>
      <w:r>
        <w:rPr>
          <w:rFonts w:ascii="Times New Roman" w:hAnsi="Times New Roman" w:eastAsia="Times New Roman" w:cs="Times New Roman"/>
        </w:rPr>
        <w:t xml:space="preserve">, </w:t>
      </w:r>
      <w:r>
        <w:rPr>
          <w:rFonts w:ascii="Ebrima" w:hAnsi="Ebrima" w:eastAsia="Ebrima" w:cs="Ebrima"/>
        </w:rPr>
        <w:t>ⵜⵉⵙⵎⵀⴰⵍⵉⵏ</w:t>
      </w:r>
      <w:r>
        <w:rPr>
          <w:rFonts w:ascii="Times New Roman" w:hAnsi="Times New Roman" w:eastAsia="Times New Roman" w:cs="Times New Roman"/>
        </w:rPr>
        <w:t xml:space="preserve">, </w:t>
      </w:r>
      <w:r>
        <w:rPr>
          <w:rFonts w:ascii="Ebrima" w:hAnsi="Ebrima" w:eastAsia="Ebrima" w:cs="Ebrima"/>
        </w:rPr>
        <w:t>ⵏⵖ</w:t>
      </w:r>
      <w:r>
        <w:rPr>
          <w:rFonts w:ascii="Times New Roman" w:hAnsi="Times New Roman" w:eastAsia="Times New Roman" w:cs="Times New Roman"/>
        </w:rPr>
        <w:t xml:space="preserve"> </w:t>
      </w:r>
      <w:r>
        <w:rPr>
          <w:rFonts w:ascii="Ebrima" w:hAnsi="Ebrima" w:eastAsia="Ebrima" w:cs="Ebrima"/>
        </w:rPr>
        <w:t>ⵜⵉⵅⴱⴰⵍⵉⵏ</w:t>
      </w:r>
      <w:r>
        <w:rPr>
          <w:rFonts w:ascii="Times New Roman" w:hAnsi="Times New Roman" w:eastAsia="Times New Roman" w:cs="Times New Roman"/>
        </w:rPr>
        <w:t xml:space="preserve">, </w:t>
      </w:r>
      <w:r>
        <w:rPr>
          <w:rFonts w:ascii="Ebrima" w:hAnsi="Ebrima" w:eastAsia="Ebrima" w:cs="Ebrima"/>
        </w:rPr>
        <w:t>ⵎⴳⴰⵍ</w:t>
      </w:r>
      <w:r>
        <w:rPr>
          <w:rFonts w:ascii="Times New Roman" w:hAnsi="Times New Roman" w:eastAsia="Times New Roman" w:cs="Times New Roman"/>
        </w:rPr>
        <w:t xml:space="preserve"> </w:t>
      </w:r>
      <w:r>
        <w:rPr>
          <w:rFonts w:ascii="Ebrima" w:hAnsi="Ebrima" w:eastAsia="Ebrima" w:cs="Ebrima"/>
        </w:rPr>
        <w:t>ⴰⵏⴰⵎⵎⴰⵙ</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ⵡⴰⴽⴰⵍ</w:t>
      </w:r>
      <w:r>
        <w:rPr>
          <w:rFonts w:ascii="Times New Roman" w:hAnsi="Times New Roman" w:eastAsia="Times New Roman" w:cs="Times New Roman"/>
        </w:rPr>
        <w:t xml:space="preserve"> </w:t>
      </w:r>
      <w:r>
        <w:rPr>
          <w:rFonts w:ascii="Ebrima" w:hAnsi="Ebrima" w:eastAsia="Ebrima" w:cs="Ebrima"/>
        </w:rPr>
        <w:t>ⵉⵎⵓⵏⵏ</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ⵎⵉⵔⵉⴽⴰ</w:t>
      </w:r>
      <w:r>
        <w:rPr>
          <w:rFonts w:ascii="Times New Roman" w:hAnsi="Times New Roman" w:eastAsia="Times New Roman" w:cs="Times New Roman"/>
        </w:rPr>
        <w:t xml:space="preserve"> </w:t>
      </w:r>
      <w:r>
        <w:rPr>
          <w:rFonts w:ascii="Ebrima" w:hAnsi="Ebrima" w:eastAsia="Ebrima" w:cs="Ebrima"/>
        </w:rPr>
        <w:t>ⵏⵖ</w:t>
      </w:r>
      <w:r>
        <w:rPr>
          <w:rFonts w:ascii="Times New Roman" w:hAnsi="Times New Roman" w:eastAsia="Times New Roman" w:cs="Times New Roman"/>
        </w:rPr>
        <w:t xml:space="preserve"> </w:t>
      </w:r>
      <w:r>
        <w:rPr>
          <w:rFonts w:ascii="Ebrima" w:hAnsi="Ebrima" w:eastAsia="Ebrima" w:cs="Ebrima"/>
        </w:rPr>
        <w:t>ⵉⵎⵙⵍⵉⵢⵏ</w:t>
      </w:r>
      <w:r>
        <w:rPr>
          <w:rFonts w:ascii="Times New Roman" w:hAnsi="Times New Roman" w:eastAsia="Times New Roman" w:cs="Times New Roman"/>
        </w:rPr>
        <w:t xml:space="preserve"> </w:t>
      </w:r>
      <w:r>
        <w:rPr>
          <w:rFonts w:ascii="Ebrima" w:hAnsi="Ebrima" w:eastAsia="Ebrima" w:cs="Ebrima"/>
        </w:rPr>
        <w:t>ⵏⵏⵙ</w:t>
      </w:r>
      <w:r>
        <w:rPr>
          <w:rFonts w:ascii="Times New Roman" w:hAnsi="Times New Roman" w:eastAsia="Times New Roman" w:cs="Times New Roman"/>
        </w:rPr>
        <w:t xml:space="preserve">. </w:t>
      </w:r>
      <w:r>
        <w:rPr>
          <w:rFonts w:ascii="Ebrima" w:hAnsi="Ebrima" w:eastAsia="Ebrima" w:cs="Ebrima"/>
        </w:rPr>
        <w:t>ⵙ</w:t>
      </w:r>
      <w:r>
        <w:rPr>
          <w:rFonts w:ascii="Times New Roman" w:hAnsi="Times New Roman" w:eastAsia="Times New Roman" w:cs="Times New Roman"/>
        </w:rPr>
        <w:t xml:space="preserve"> </w:t>
      </w:r>
      <w:r>
        <w:rPr>
          <w:rFonts w:ascii="Ebrima" w:hAnsi="Ebrima" w:eastAsia="Ebrima" w:cs="Ebrima"/>
        </w:rPr>
        <w:t>ⵜⵉⴷⴻⵜ</w:t>
      </w:r>
      <w:r>
        <w:rPr>
          <w:rFonts w:ascii="Times New Roman" w:hAnsi="Times New Roman" w:eastAsia="Times New Roman" w:cs="Times New Roman"/>
        </w:rPr>
        <w:t xml:space="preserve">, </w:t>
      </w:r>
      <w:r>
        <w:rPr>
          <w:rFonts w:ascii="Ebrima" w:hAnsi="Ebrima" w:eastAsia="Ebrima" w:cs="Ebrima"/>
        </w:rPr>
        <w:t>ⵉⵙⴽⵔ</w:t>
      </w:r>
      <w:r>
        <w:rPr>
          <w:rFonts w:ascii="Times New Roman" w:hAnsi="Times New Roman" w:eastAsia="Times New Roman" w:cs="Times New Roman"/>
        </w:rPr>
        <w:t xml:space="preserve"> </w:t>
      </w:r>
      <w:r>
        <w:rPr>
          <w:rFonts w:ascii="Ebrima" w:hAnsi="Ebrima" w:eastAsia="Ebrima" w:cs="Ebrima"/>
        </w:rPr>
        <w:t>ⴰⵙⵏⴽⴰⵔ</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ⵡⴰⵏⴰⵎⵎⴰⵙ</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ⵜⴰⵏⵎⵎⴰⵍⴰ</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برنامەی هەڵبژاردنی دۆنالـد ترەمپ بە شێوەیەکی زۆر لەسەر ئەو بەڵێنەی بنیات نراوە کە «تەواوکردنی دیوارەکە» دەکات، کە لە ماوەی پێشوویدا وەک سەرۆک کۆماری دەستی پێ کردبوو. ئەو ڕایگەیاندووە کە گەورەترین دەرکردنی کەسان لە مێژووی مرۆڤایەتیدا دەبێتەوە کاتێک لە ساڵی 2024 هەڵبژێردرێت. ترەمپ تایبەتمەندییەکی کەسی هەیە کە لە هەموو سیاستوانێکی دیکەی شانەی سیاسەتی ئەمریکا جیاوازە. ئەو بەڵێنەکانی کەمپەینەکەی جێبەجێ دەکات، یان لانیکەم هەوڵ دەدات جێبەجێیان بکات. یاساکانی Alien and Sedition Acts نوێنەرایەتیی یاسایان دەکەن کە بە تەواوی لەگەڵ ئەو بەڵێنەی دەرکردنانەی ئەو هاوترازن.</w:t>
      </w:r>
    </w:p>
    <w:p>
      <w:pPr>
        <w:pStyle w:val="ArticleBody"/>
        <w:jc w:val="left"/>
      </w:pPr>
      <w:r>
        <w:rPr>
          <w:rFonts w:ascii="Times New Roman" w:hAnsi="Times New Roman" w:eastAsia="Times New Roman" w:cs="Times New Roman"/>
        </w:rPr>
        <w:t>Trump ukunakunay ashtawan juchachisqan, aswanraq Washington DC-pa sinchi sayasqa hatun política kaqta, paymi “qochamanta qaspisqa qucha” nispa suticharqan, llapa qillqasqa, mana allin kawsayniyuq, kompromitisqa políticokunawan, profesión burocratakunawan, “alphabet agencies” nisqakunawan, hinallataq billonario qullqiyuq qhapaqkunañiqwan tinkisqa kaqta, chaymi “llulla willakuy” nisqa, kunan p’unchaypi Hitlerpa Reich Ministry of Public Enlightenment and Propaganda nisqapa musuq rikch’ayninmanta rurakusqa, chaytaq kunan p’unchaypi MSM, Mainstream Media, nispa sutichanku. Alien and Sedition Acts nisqakunaqa kamachikuykuna kanku, paypa “llulla willakuy” nisqapa chiqninwan sumaqta tupaq. Jesusqa imapas tukukuyninta sapa kuti qallariyninwanmi rikuchin.</w:t>
      </w:r>
    </w:p>
    <w:p>
      <w:pPr>
        <w:pStyle w:val="ArticleBody"/>
        <w:jc w:val="left"/>
      </w:pPr>
      <w:r>
        <w:rPr>
          <w:rFonts w:ascii="Times New Roman" w:hAnsi="Times New Roman" w:eastAsia="Times New Roman" w:cs="Times New Roman"/>
        </w:rPr>
        <w:t>Jamhuriya bírí pɛrɛsiden kɔŋnaana dema, Lincoln yíik peede na ba zɔrɔna yel si’a la Civil War, ka Buchanan, Democrat nɛ Lincoln nɔɔri pɛrɛsiden la, n da maal. Ka o tum la, Lincoln da lɛbsi habeas corpus ziri la. Habeas corpus yɛla la yɛm tɛka yel, ka o bɔk ninsaal a ziri la ka o nárí yé o gaŋe o gɔrɔgɔrɔ yəla, bɛɛ o sɔŋɔ la yel, tuuma kɔtini puugɔn. O yɛla la yɛm tɛka ziri kɔkɔr, ka o teŋisi yé ba kú nyɛ ninsaal a sɔŋɔ bɛɛ ba gɔrɔgɔrɔ o, halí ka zɔri tɛka yel da kaan. Tɛŋɛ habeas corpus la sɛbrɛ yélɛ ka ba zɔt ninsaal a yúur zug, o bɔk gómint la yé ba tís yel-kɔlug nɔɔr la zugu, yé bó zɔrɔ ninsaal a, kɔti la tɔɔgɔn.</w:t>
      </w:r>
    </w:p>
    <w:p>
      <w:pPr>
        <w:pStyle w:val="ArticleBody"/>
        <w:jc w:val="left"/>
      </w:pPr>
      <w:r>
        <w:rPr>
          <w:rFonts w:ascii="Times New Roman" w:hAnsi="Times New Roman" w:eastAsia="Times New Roman" w:cs="Times New Roman"/>
        </w:rPr>
        <w:t>پێشەنگی شەڕی ناوخۆیی ئەمریکا، لینکلن لە هەندێک ناوچەی ویلایەتە یەکگرتووەکانی ئەمریکادا بە شێوەیەکی تدبیری کاتی شەڕ، مافی فەرمانی habeas corpus ڕاگرت. یەکەم جار لە مانگی نیسانی ساڵی 1861 لە مێریلەند habeas corpus ڕاگرت، و پاشان ئەو ڕاگرتنەی بۆ بەشێک لە ناوچەکانی ڕۆژئاوا-ناوەڕاست درێژ کردەوە. ئەم هەنگاوە بۆ پاراستنی ئاسایش و سەرکوتکردنی ناڕەزایەتی لەو ناوچانەدا وەگیرا کە هاوسۆزییەکی بەهێزیان لەگەڵ جیابوونەوە یان پشتیوانییەکی کۆنفیدەراتی هەبوو (دیموکراتەکان)، و هەروەها بۆ ڕێگری لە هەر دەستێوەردانێک لە هەوڵی شەڕی یەکێتی.</w:t>
      </w:r>
    </w:p>
    <w:p>
      <w:pPr>
        <w:pStyle w:val="ArticleBody"/>
        <w:jc w:val="left"/>
      </w:pPr>
      <w:r>
        <w:rPr>
          <w:rFonts w:ascii="Times New Roman" w:hAnsi="Times New Roman" w:eastAsia="Times New Roman" w:cs="Times New Roman"/>
        </w:rPr>
        <w:t>Ala Lincoln a vông a tih loh tlanga habeas corpus a khawl tlat chu sawiselna nasa tak a thlen a, Constitution chungchâng zawhna pawimawh tak takte a chhuahpui bawk a; a chhan chu U.S. Constitution-in a humhim bungrua lehkhathawn mi pakhat, mihring zalênna thiltithei bulpui tak chu hun rei lo tê chhûng khawltîr a ni vâng a ni. Constitution chuan habeas corpus writ khawltîr theihna a phal a, “Rebellion emaw Invasion emaw thleng a, mipui himna chuan a mamawh chuan” tihah (Article I, Section 9).</w:t>
      </w:r>
    </w:p>
    <w:p>
      <w:pPr>
        <w:pStyle w:val="ArticleBody"/>
        <w:jc w:val="left"/>
      </w:pPr>
      <w:r>
        <w:rPr>
          <w:rFonts w:ascii="Times New Roman" w:hAnsi="Times New Roman" w:eastAsia="Times New Roman" w:cs="Times New Roman"/>
        </w:rPr>
        <w:t>لِنكولْن لهو ڤن ڤنديق ڤر ڤيندڤاتن يڠ دلاكوكنيه سباݢاي ڤرلو اكن ڤمليهاراءن كساتوان دان كسلامتن نسيونل سماس ڤريود ڤرڠ. كڠريس ملوثوسكن اكتا ڤڠݢنتوڠن هابيس كورڤوس ڤد تاهون 1863، يڠ سچارا ريتروأكتيف ممبري كواسا كڤد لِنكولْن اتس ڤڠݢنتوڠن هابيس كورڤوس اوليه، دان منياكن ببراڤ ڤروسيدور ترتنتو باݢي تاهنن كتنتراٴن. هابيس كورڤوس دڤوليهكن سچارا برأنسور-أنسور دالم تاهون-تاهون سسوده ڤرڠ سودارا أميريكا أڤابيلا كونفليق ايتو سمكين برأخير، دان نݢارا كمبالي كڤد كادأن داماي.</w:t>
      </w:r>
    </w:p>
    <w:p>
      <w:pPr>
        <w:pStyle w:val="ArticleBody"/>
        <w:jc w:val="left"/>
      </w:pPr>
      <w:r>
        <w:rPr>
          <w:rFonts w:ascii="Times New Roman" w:hAnsi="Times New Roman" w:eastAsia="Times New Roman" w:cs="Times New Roman"/>
        </w:rPr>
        <w:t>Na 1871, Ɔmampanyin Ulysses S. Grant (Republican) nso de habeas corpus too hɔ wɔ South Carolina mantam akron mu bere a Ku Klux Klan no (Democrats) de ehu ahenni redi dwuma wɔ Reconstruction Bere no mu no. Saa gyinabea yi boae sɛ ɛko tia ɔsɛe ne basabasayɛ na ɛbɔ wɔn a wɔafi nkoasom mu anya ahofadi foforo, Amerikafo tuntum no, wɔn hokwan ahorow ho ban.</w:t>
      </w:r>
    </w:p>
    <w:p>
      <w:pPr>
        <w:pStyle w:val="ArticleBody"/>
        <w:jc w:val="left"/>
      </w:pPr>
      <w:r>
        <w:rPr>
          <w:rFonts w:ascii="Times New Roman" w:hAnsi="Times New Roman" w:eastAsia="Times New Roman" w:cs="Times New Roman"/>
        </w:rPr>
        <w:t>1942-ditam Président Franklin D. Roosevelt (Democrat), ëll ci Pèndant la Dezyèm Gè Mondyal, a sinyé Lòd Egzekitif 9066, ki te otorizé relokasyon fòsé è internman Japonè-Ameriken ki t-ap viv sou Kòt Lwès la. Byin kè sa pa t, teknikman, sispann habeas corpus, sa te mennen a détansyon Japonè-Ameriken san due process, è dwa léga yo té gravman konpwomèt.</w:t>
      </w:r>
    </w:p>
    <w:p>
      <w:pPr>
        <w:pStyle w:val="ArticleBody"/>
        <w:jc w:val="left"/>
      </w:pPr>
      <w:r>
        <w:rPr>
          <w:rFonts w:ascii="Times New Roman" w:hAnsi="Times New Roman" w:eastAsia="Times New Roman" w:cs="Times New Roman"/>
        </w:rPr>
        <w:t>Asi mu 2001, Bush waumaliro (Murepublican wa pa vya kuziyowoyela charu chonse), paanyuma ya viheni vya ŵanthu ŵakupanga uheni vya pa Seputembala 11, wakazomerezga kukakika kwa awo ŵakagomekekanga kuti mbalwani ŵankhondo ku Guantánamo Bay na ku malo ghanyake. Kukakika kwa ŵanthu aŵa na udindo wawo wa pa dango vikazgoka nkhani za milandu ya pa dango yakukhwaskana na habeas corpus.</w:t>
      </w:r>
    </w:p>
    <w:p>
      <w:pPr>
        <w:pStyle w:val="ArticleBody"/>
        <w:jc w:val="left"/>
      </w:pPr>
      <w:r>
        <w:rPr>
          <w:rFonts w:ascii="Times New Roman" w:hAnsi="Times New Roman" w:eastAsia="Times New Roman" w:cs="Times New Roman"/>
        </w:rPr>
        <w:t>خونہ 2021 ما، پلوسی‌ئے (دموکرات) محاکمات 6 ژانویه، مفهومِ تعلیقِ habeas corpus، لغوِ روندِ قانونیِ مقتضی، و اجرای بازداشتِ غیرقانونیِ خلافِ قانونِ اساسی‌ئے ادامه دای. محاکماتِ پلوسی در 2021 از این حیث ممتاز است که نخستین باری بو که حقوقِ قانونی‌ئے شهروندانِ امریکایی صرفاً به مقاصدِ سیاسی کنار نهاده ببو. در همی‌یه بارهای دگر، واقعاً جنگ یا شورشی وجود داشته که تبعه‌گانِ مشخصِ دشمن ره تعیین کده بو. دشمنان در محاکماتِ پلوسی صرفاً دشمنانِ جهانی‌گرایانِ الهام‌گرفته از اژدها بون. مهم است که گرایشِ نبوتی‌ئے مسایلِ مرتبط با واژگونیِ قانونِ اساسی شناخته شوه، زیرا اینا هماغه رویدادهایی است که شکل‌گیریِ صورتِ وحش ره مشخص می‌کُنه، و این همان آزمونِ بزرگ برای قومِ خدا است.</w:t>
      </w:r>
    </w:p>
    <w:p>
      <w:pPr>
        <w:pStyle w:val="ArticleBody"/>
        <w:jc w:val="left"/>
      </w:pPr>
      <w:r>
        <w:rPr>
          <w:rFonts w:ascii="Times New Roman" w:hAnsi="Times New Roman" w:eastAsia="Times New Roman" w:cs="Times New Roman"/>
        </w:rPr>
        <w:t>A k’ut ri’ chi man ruk’u’x ta we Pelosi ja ri achi’ixq’ij awixoq, o Trump ja ri achi’q’ij achijachoq, ri k’ut k’ax ri’ ja chi atawetamaj ri k’axk’ol ri petenaq chik, xuquje’ atb’an ri utziläj wakamiq richin yab’eyon chuwäch. Ri e k’o wi ri kek’oji’ pa ri k’axk’ol ri petenaq chik, e ajtinamït richin ri Jerusalén chila’ chikaj; xuquje’ konojel ri taq q’ijob’al ri xek’apäj el chuwäch ri ley richin Dios, jub’a’ chik xkejunamaj kib’ achi’el ri xki’b’an ri saduceos (Democrats) rachi’l ri fariseos (Republicans) chuwäch ri e qitzij ralk’wal Dios, are taqaj ri wachib’äl richin ri k’astajib’äl etajin niban.</w:t>
      </w:r>
    </w:p>
    <w:p>
      <w:pPr>
        <w:pStyle w:val="ArticleBody"/>
        <w:jc w:val="left"/>
      </w:pPr>
      <w:r>
        <w:rPr>
          <w:rFonts w:ascii="Times New Roman" w:hAnsi="Times New Roman" w:eastAsia="Times New Roman" w:cs="Times New Roman"/>
        </w:rPr>
        <w:t>أِبَد لِهْنَايَة د لخديعة، سواءً على يد النبيّ الكذّاب د الإسلام ف لولايات المتحدة، أو البروتستانتية المرتدّة ف العالم، هو اللي كيجيب توحيد الكنيسة والدولة. الأخت وايت كتبيّن بلي غادي تكون حرب أهلية أخرى، وأنّها غادي يجيبوها البنكيين العالميين والمليارديرات، اللي هما تجّار بابل الحديثة، واللي كيمثّلو نبوياً نصّ قوى التنّين. أمّا النصّ الآخر، فهو السياسيون المحترفون، والمحامون، والملوك، والحكّام.</w:t>
      </w:r>
    </w:p>
    <w:p>
      <w:pPr>
        <w:pStyle w:val="ArticleScripture"/>
        <w:jc w:val="left"/>
      </w:pPr>
      <w:r>
        <w:rPr>
          <w:rFonts w:ascii="Times New Roman" w:hAnsi="Times New Roman" w:eastAsia="Times New Roman" w:cs="Times New Roman"/>
        </w:rPr>
        <w:t>“</w:t>
      </w:r>
      <w:r>
        <w:rPr>
          <w:rFonts w:ascii="Nirmala UI" w:hAnsi="Nirmala UI" w:eastAsia="Nirmala UI" w:cs="Nirmala UI"/>
        </w:rPr>
        <w:t>ਭਾਰਤ</w:t>
      </w:r>
      <w:r>
        <w:rPr>
          <w:rFonts w:ascii="Times New Roman" w:hAnsi="Times New Roman" w:eastAsia="Times New Roman" w:cs="Times New Roman"/>
        </w:rPr>
        <w:t xml:space="preserve">, </w:t>
      </w:r>
      <w:r>
        <w:rPr>
          <w:rFonts w:ascii="Nirmala UI" w:hAnsi="Nirmala UI" w:eastAsia="Nirmala UI" w:cs="Nirmala UI"/>
        </w:rPr>
        <w:t>ਚੀਨ</w:t>
      </w:r>
      <w:r>
        <w:rPr>
          <w:rFonts w:ascii="Times New Roman" w:hAnsi="Times New Roman" w:eastAsia="Times New Roman" w:cs="Times New Roman"/>
        </w:rPr>
        <w:t xml:space="preserve">, </w:t>
      </w:r>
      <w:r>
        <w:rPr>
          <w:rFonts w:ascii="Nirmala UI" w:hAnsi="Nirmala UI" w:eastAsia="Nirmala UI" w:cs="Nirmala UI"/>
        </w:rPr>
        <w:t>ਰੂਸ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ਅਮਰੀਕਾ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ਸ਼ਹਿਰਾਂ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ਮਰਦ</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ਔਰਤਾਂ</w:t>
      </w:r>
      <w:r>
        <w:rPr>
          <w:rFonts w:ascii="Times New Roman" w:hAnsi="Times New Roman" w:eastAsia="Times New Roman" w:cs="Times New Roman"/>
        </w:rPr>
        <w:t xml:space="preserve"> </w:t>
      </w:r>
      <w:r>
        <w:rPr>
          <w:rFonts w:ascii="Nirmala UI" w:hAnsi="Nirmala UI" w:eastAsia="Nirmala UI" w:cs="Nirmala UI"/>
        </w:rPr>
        <w:t>ਭੁੱਖਮਰੀ</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ਮਰ</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ਧਨਵਾਨ</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ਹੱਥ</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ਸ਼ਕਤੀ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ਬਾਜ਼ਾਰ</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ਕਾਬੂ</w:t>
      </w:r>
      <w:r>
        <w:rPr>
          <w:rFonts w:ascii="Times New Roman" w:hAnsi="Times New Roman" w:eastAsia="Times New Roman" w:cs="Times New Roman"/>
        </w:rPr>
        <w:t xml:space="preserve"> </w:t>
      </w:r>
      <w:r>
        <w:rPr>
          <w:rFonts w:ascii="Nirmala UI" w:hAnsi="Nirmala UI" w:eastAsia="Nirmala UI" w:cs="Nirmala UI"/>
        </w:rPr>
        <w:t>ਰੱਖਦੇ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ਜਿੰਨਾ</w:t>
      </w:r>
      <w:r>
        <w:rPr>
          <w:rFonts w:ascii="Times New Roman" w:hAnsi="Times New Roman" w:eastAsia="Times New Roman" w:cs="Times New Roman"/>
        </w:rPr>
        <w:t xml:space="preserve"> </w:t>
      </w:r>
      <w:r>
        <w:rPr>
          <w:rFonts w:ascii="Nirmala UI" w:hAnsi="Nirmala UI" w:eastAsia="Nirmala UI" w:cs="Nirmala UI"/>
        </w:rPr>
        <w:t>ਕੁਝ</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ਘੱਟ</w:t>
      </w:r>
      <w:r>
        <w:rPr>
          <w:rFonts w:ascii="Times New Roman" w:hAnsi="Times New Roman" w:eastAsia="Times New Roman" w:cs="Times New Roman"/>
        </w:rPr>
        <w:t xml:space="preserve"> </w:t>
      </w:r>
      <w:r>
        <w:rPr>
          <w:rFonts w:ascii="Nirmala UI" w:hAnsi="Nirmala UI" w:eastAsia="Nirmala UI" w:cs="Nirmala UI"/>
        </w:rPr>
        <w:t>ਕੀਮਤਾਂ</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ਪ੍ਰਾਪਤ</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ਸਕਣ</w:t>
      </w:r>
      <w:r>
        <w:rPr>
          <w:rFonts w:ascii="Times New Roman" w:hAnsi="Times New Roman" w:eastAsia="Times New Roman" w:cs="Times New Roman"/>
        </w:rPr>
        <w:t xml:space="preserve">, </w:t>
      </w:r>
      <w:r>
        <w:rPr>
          <w:rFonts w:ascii="Nirmala UI" w:hAnsi="Nirmala UI" w:eastAsia="Nirmala UI" w:cs="Nirmala UI"/>
        </w:rPr>
        <w:t>ਸਭ</w:t>
      </w:r>
      <w:r>
        <w:rPr>
          <w:rFonts w:ascii="Times New Roman" w:hAnsi="Times New Roman" w:eastAsia="Times New Roman" w:cs="Times New Roman"/>
        </w:rPr>
        <w:t xml:space="preserve"> </w:t>
      </w:r>
      <w:r>
        <w:rPr>
          <w:rFonts w:ascii="Nirmala UI" w:hAnsi="Nirmala UI" w:eastAsia="Nirmala UI" w:cs="Nirmala UI"/>
        </w:rPr>
        <w:t>ਖਰੀਦ</w:t>
      </w:r>
      <w:r>
        <w:rPr>
          <w:rFonts w:ascii="Times New Roman" w:hAnsi="Times New Roman" w:eastAsia="Times New Roman" w:cs="Times New Roman"/>
        </w:rPr>
        <w:t xml:space="preserve"> </w:t>
      </w:r>
      <w:r>
        <w:rPr>
          <w:rFonts w:ascii="Nirmala UI" w:hAnsi="Nirmala UI" w:eastAsia="Nirmala UI" w:cs="Nirmala UI"/>
        </w:rPr>
        <w:t>ਲੈਂਦੇ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ਫਿਰ</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ਬਹੁਤ</w:t>
      </w:r>
      <w:r>
        <w:rPr>
          <w:rFonts w:ascii="Times New Roman" w:hAnsi="Times New Roman" w:eastAsia="Times New Roman" w:cs="Times New Roman"/>
        </w:rPr>
        <w:t xml:space="preserve"> </w:t>
      </w:r>
      <w:r>
        <w:rPr>
          <w:rFonts w:ascii="Nirmala UI" w:hAnsi="Nirmala UI" w:eastAsia="Nirmala UI" w:cs="Nirmala UI"/>
        </w:rPr>
        <w:t>ਵਧੀਆਂ</w:t>
      </w:r>
      <w:r>
        <w:rPr>
          <w:rFonts w:ascii="Times New Roman" w:hAnsi="Times New Roman" w:eastAsia="Times New Roman" w:cs="Times New Roman"/>
        </w:rPr>
        <w:t xml:space="preserve"> </w:t>
      </w:r>
      <w:r>
        <w:rPr>
          <w:rFonts w:ascii="Nirmala UI" w:hAnsi="Nirmala UI" w:eastAsia="Nirmala UI" w:cs="Nirmala UI"/>
        </w:rPr>
        <w:t>ਕੀਮਤਾਂ</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ਵੇਚਦੇ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ਅਰਥ</w:t>
      </w:r>
      <w:r>
        <w:rPr>
          <w:rFonts w:ascii="Times New Roman" w:hAnsi="Times New Roman" w:eastAsia="Times New Roman" w:cs="Times New Roman"/>
        </w:rPr>
        <w:t xml:space="preserve"> </w:t>
      </w:r>
      <w:r>
        <w:rPr>
          <w:rFonts w:ascii="Nirmala UI" w:hAnsi="Nirmala UI" w:eastAsia="Nirmala UI" w:cs="Nirmala UI"/>
        </w:rPr>
        <w:t>ਗਰੀਬ</w:t>
      </w:r>
      <w:r>
        <w:rPr>
          <w:rFonts w:ascii="Times New Roman" w:hAnsi="Times New Roman" w:eastAsia="Times New Roman" w:cs="Times New Roman"/>
        </w:rPr>
        <w:t xml:space="preserve"> </w:t>
      </w:r>
      <w:r>
        <w:rPr>
          <w:rFonts w:ascii="Nirmala UI" w:hAnsi="Nirmala UI" w:eastAsia="Nirmala UI" w:cs="Nirmala UI"/>
        </w:rPr>
        <w:t>ਵਰਗਾਂ</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ਭੁੱਖਮਰੀ</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ਨਤੀਜਾ</w:t>
      </w:r>
      <w:r>
        <w:rPr>
          <w:rFonts w:ascii="Times New Roman" w:hAnsi="Times New Roman" w:eastAsia="Times New Roman" w:cs="Times New Roman"/>
        </w:rPr>
        <w:t xml:space="preserve"> </w:t>
      </w:r>
      <w:r>
        <w:rPr>
          <w:rFonts w:ascii="Nirmala UI" w:hAnsi="Nirmala UI" w:eastAsia="Nirmala UI" w:cs="Nirmala UI"/>
        </w:rPr>
        <w:t>ਗ੍ਰਹਿ</w:t>
      </w:r>
      <w:r>
        <w:rPr>
          <w:rFonts w:ascii="Times New Roman" w:hAnsi="Times New Roman" w:eastAsia="Times New Roman" w:cs="Times New Roman"/>
        </w:rPr>
        <w:t>-</w:t>
      </w:r>
      <w:r>
        <w:rPr>
          <w:rFonts w:ascii="Nirmala UI" w:hAnsi="Nirmala UI" w:eastAsia="Nirmala UI" w:cs="Nirmala UI"/>
        </w:rPr>
        <w:t>ਯੁੱਧ</w:t>
      </w:r>
      <w:r>
        <w:rPr>
          <w:rFonts w:ascii="Times New Roman" w:hAnsi="Times New Roman" w:eastAsia="Times New Roman" w:cs="Times New Roman"/>
        </w:rPr>
        <w:t xml:space="preserve"> </w:t>
      </w:r>
      <w:r>
        <w:rPr>
          <w:rFonts w:ascii="Nirmala UI" w:hAnsi="Nirmala UI" w:eastAsia="Nirmala UI" w:cs="Nirmala UI"/>
        </w:rPr>
        <w:t>ਹੋਵੇਗਾ।</w:t>
      </w:r>
      <w:r>
        <w:rPr>
          <w:rFonts w:ascii="Times New Roman" w:hAnsi="Times New Roman" w:eastAsia="Times New Roman" w:cs="Times New Roman"/>
        </w:rPr>
        <w:t>” Manuscript Releases, volume 5, 305.</w:t>
      </w:r>
    </w:p>
    <w:p>
      <w:pPr>
        <w:pStyle w:val="ArticleBody"/>
        <w:jc w:val="left"/>
      </w:pPr>
      <w:r>
        <w:rPr>
          <w:rFonts w:ascii="Gadugi" w:hAnsi="Gadugi" w:eastAsia="Gadugi" w:cs="Gadugi"/>
        </w:rPr>
        <w:t>ᏣᏂᎦᎵᏍᎬ</w:t>
      </w:r>
      <w:r>
        <w:rPr>
          <w:rFonts w:ascii="Times New Roman" w:hAnsi="Times New Roman" w:eastAsia="Times New Roman" w:cs="Times New Roman"/>
        </w:rPr>
        <w:t xml:space="preserve"> </w:t>
      </w:r>
      <w:r>
        <w:rPr>
          <w:rFonts w:ascii="Gadugi" w:hAnsi="Gadugi" w:eastAsia="Gadugi" w:cs="Gadugi"/>
        </w:rPr>
        <w:t>ᎤᏓᏬᏍᏗ</w:t>
      </w:r>
      <w:r>
        <w:rPr>
          <w:rFonts w:ascii="Times New Roman" w:hAnsi="Times New Roman" w:eastAsia="Times New Roman" w:cs="Times New Roman"/>
        </w:rPr>
        <w:t xml:space="preserve"> </w:t>
      </w:r>
      <w:r>
        <w:rPr>
          <w:rFonts w:ascii="Gadugi" w:hAnsi="Gadugi" w:eastAsia="Gadugi" w:cs="Gadugi"/>
        </w:rPr>
        <w:t>ᎠᏍᏓᏱ</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ᎠᏓᏡᎬ</w:t>
      </w:r>
      <w:r>
        <w:rPr>
          <w:rFonts w:ascii="Times New Roman" w:hAnsi="Times New Roman" w:eastAsia="Times New Roman" w:cs="Times New Roman"/>
        </w:rPr>
        <w:t xml:space="preserve"> </w:t>
      </w:r>
      <w:r>
        <w:rPr>
          <w:rFonts w:ascii="Gadugi" w:hAnsi="Gadugi" w:eastAsia="Gadugi" w:cs="Gadugi"/>
        </w:rPr>
        <w:t>ᎨᏒᎩ</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ᎤᏓᏤᎵᏛ</w:t>
      </w:r>
      <w:r>
        <w:rPr>
          <w:rFonts w:ascii="Times New Roman" w:hAnsi="Times New Roman" w:eastAsia="Times New Roman" w:cs="Times New Roman"/>
        </w:rPr>
        <w:t xml:space="preserve"> </w:t>
      </w:r>
      <w:r>
        <w:rPr>
          <w:rFonts w:ascii="Gadugi" w:hAnsi="Gadugi" w:eastAsia="Gadugi" w:cs="Gadugi"/>
        </w:rPr>
        <w:t>ᎠᏍᏓᏱ</w:t>
      </w:r>
      <w:r>
        <w:rPr>
          <w:rFonts w:ascii="Times New Roman" w:hAnsi="Times New Roman" w:eastAsia="Times New Roman" w:cs="Times New Roman"/>
        </w:rPr>
        <w:t xml:space="preserve"> </w:t>
      </w:r>
      <w:r>
        <w:rPr>
          <w:rFonts w:ascii="Gadugi" w:hAnsi="Gadugi" w:eastAsia="Gadugi" w:cs="Gadugi"/>
        </w:rPr>
        <w:t>ᏄᏍᏛ</w:t>
      </w:r>
      <w:r>
        <w:rPr>
          <w:rFonts w:ascii="Times New Roman" w:hAnsi="Times New Roman" w:eastAsia="Times New Roman" w:cs="Times New Roman"/>
        </w:rPr>
        <w:t xml:space="preserve"> </w:t>
      </w:r>
      <w:r>
        <w:rPr>
          <w:rFonts w:ascii="Gadugi" w:hAnsi="Gadugi" w:eastAsia="Gadugi" w:cs="Gadugi"/>
        </w:rPr>
        <w:t>ᎤᏟᏍᏔᏅ</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ᏥᏌᏉ</w:t>
      </w:r>
      <w:r>
        <w:rPr>
          <w:rFonts w:ascii="Times New Roman" w:hAnsi="Times New Roman" w:eastAsia="Times New Roman" w:cs="Times New Roman"/>
        </w:rPr>
        <w:t xml:space="preserve"> 11, 2001. </w:t>
      </w:r>
      <w:r>
        <w:rPr>
          <w:rFonts w:ascii="Gadugi" w:hAnsi="Gadugi" w:eastAsia="Gadugi" w:cs="Gadugi"/>
        </w:rPr>
        <w:t>ᎠᎹᏰᏟᎢ</w:t>
      </w:r>
      <w:r>
        <w:rPr>
          <w:rFonts w:ascii="Times New Roman" w:hAnsi="Times New Roman" w:eastAsia="Times New Roman" w:cs="Times New Roman"/>
        </w:rPr>
        <w:t xml:space="preserve"> </w:t>
      </w:r>
      <w:r>
        <w:rPr>
          <w:rFonts w:ascii="Gadugi" w:hAnsi="Gadugi" w:eastAsia="Gadugi" w:cs="Gadugi"/>
        </w:rPr>
        <w:t>ᏕᎦᎸᎳᏗ</w:t>
      </w:r>
      <w:r>
        <w:rPr>
          <w:rFonts w:ascii="Times New Roman" w:hAnsi="Times New Roman" w:eastAsia="Times New Roman" w:cs="Times New Roman"/>
        </w:rPr>
        <w:t xml:space="preserve"> </w:t>
      </w:r>
      <w:r>
        <w:rPr>
          <w:rFonts w:ascii="Gadugi" w:hAnsi="Gadugi" w:eastAsia="Gadugi" w:cs="Gadugi"/>
        </w:rPr>
        <w:t>ᎤᏁᎳᎩ</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ᎠᏓᏡᎬ</w:t>
      </w:r>
      <w:r>
        <w:rPr>
          <w:rFonts w:ascii="Times New Roman" w:hAnsi="Times New Roman" w:eastAsia="Times New Roman" w:cs="Times New Roman"/>
        </w:rPr>
        <w:t xml:space="preserve"> </w:t>
      </w:r>
      <w:r>
        <w:rPr>
          <w:rFonts w:ascii="Gadugi" w:hAnsi="Gadugi" w:eastAsia="Gadugi" w:cs="Gadugi"/>
        </w:rPr>
        <w:t>ᎡᎳᏗ</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ᏗᏓᏑᏯᎲ</w:t>
      </w:r>
      <w:r>
        <w:rPr>
          <w:rFonts w:ascii="Times New Roman" w:hAnsi="Times New Roman" w:eastAsia="Times New Roman" w:cs="Times New Roman"/>
        </w:rPr>
        <w:t xml:space="preserve"> </w:t>
      </w:r>
      <w:r>
        <w:rPr>
          <w:rFonts w:ascii="Gadugi" w:hAnsi="Gadugi" w:eastAsia="Gadugi" w:cs="Gadugi"/>
        </w:rPr>
        <w:t>ᎠᏓᏍᏆᏂᎪᏛ</w:t>
      </w:r>
      <w:r>
        <w:rPr>
          <w:rFonts w:ascii="Times New Roman" w:hAnsi="Times New Roman" w:eastAsia="Times New Roman" w:cs="Times New Roman"/>
        </w:rPr>
        <w:t xml:space="preserve"> </w:t>
      </w:r>
      <w:r>
        <w:rPr>
          <w:rFonts w:ascii="Gadugi" w:hAnsi="Gadugi" w:eastAsia="Gadugi" w:cs="Gadugi"/>
        </w:rPr>
        <w:t>ᏗᎦᎳᏫᎥ</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ᎤᏁᎳᎬᎯ</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Ꮭ</w:t>
      </w:r>
      <w:r>
        <w:rPr>
          <w:rFonts w:ascii="Times New Roman" w:hAnsi="Times New Roman" w:eastAsia="Times New Roman" w:cs="Times New Roman"/>
        </w:rPr>
        <w:t xml:space="preserve"> </w:t>
      </w:r>
      <w:r>
        <w:rPr>
          <w:rFonts w:ascii="Gadugi" w:hAnsi="Gadugi" w:eastAsia="Gadugi" w:cs="Gadugi"/>
        </w:rPr>
        <w:t>ᎤᏓᎵᏛᏍᏗ</w:t>
      </w:r>
      <w:r>
        <w:rPr>
          <w:rFonts w:ascii="Times New Roman" w:hAnsi="Times New Roman" w:eastAsia="Times New Roman" w:cs="Times New Roman"/>
        </w:rPr>
        <w:t xml:space="preserve"> </w:t>
      </w:r>
      <w:r>
        <w:rPr>
          <w:rFonts w:ascii="Gadugi" w:hAnsi="Gadugi" w:eastAsia="Gadugi" w:cs="Gadugi"/>
        </w:rPr>
        <w:t>ᎨᏐ</w:t>
      </w:r>
      <w:r>
        <w:rPr>
          <w:rFonts w:ascii="Times New Roman" w:hAnsi="Times New Roman" w:eastAsia="Times New Roman" w:cs="Times New Roman"/>
        </w:rPr>
        <w:t xml:space="preserve"> </w:t>
      </w:r>
      <w:r>
        <w:rPr>
          <w:rFonts w:ascii="Gadugi" w:hAnsi="Gadugi" w:eastAsia="Gadugi" w:cs="Gadugi"/>
        </w:rPr>
        <w:t>ᎢᎬᏁᎸᎯ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ᎤᏁᎳᎬᎯ</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ᎬᏂᏳᏉ</w:t>
      </w:r>
      <w:r>
        <w:rPr>
          <w:rFonts w:ascii="Times New Roman" w:hAnsi="Times New Roman" w:eastAsia="Times New Roman" w:cs="Times New Roman"/>
        </w:rPr>
        <w:t xml:space="preserve"> </w:t>
      </w:r>
      <w:r>
        <w:rPr>
          <w:rFonts w:ascii="Gadugi" w:hAnsi="Gadugi" w:eastAsia="Gadugi" w:cs="Gadugi"/>
        </w:rPr>
        <w:t>ᎤᏬᎯᏳᏔᏂᏍᎪ</w:t>
      </w:r>
      <w:r>
        <w:rPr>
          <w:rFonts w:ascii="Times New Roman" w:hAnsi="Times New Roman" w:eastAsia="Times New Roman" w:cs="Times New Roman"/>
        </w:rPr>
        <w:t xml:space="preserve"> </w:t>
      </w:r>
      <w:r>
        <w:rPr>
          <w:rFonts w:ascii="Gadugi" w:hAnsi="Gadugi" w:eastAsia="Gadugi" w:cs="Gadugi"/>
        </w:rPr>
        <w:t>ᏕᎶᏆ</w:t>
      </w:r>
      <w:r>
        <w:rPr>
          <w:rFonts w:ascii="Times New Roman" w:hAnsi="Times New Roman" w:eastAsia="Times New Roman" w:cs="Times New Roman"/>
        </w:rPr>
        <w:t xml:space="preserve"> 2024 </w:t>
      </w:r>
      <w:r>
        <w:rPr>
          <w:rFonts w:ascii="Gadugi" w:hAnsi="Gadugi" w:eastAsia="Gadugi" w:cs="Gadugi"/>
        </w:rPr>
        <w:t>ᏧᏓᏑᏯᎲ</w:t>
      </w:r>
      <w:r>
        <w:rPr>
          <w:rFonts w:ascii="Times New Roman" w:hAnsi="Times New Roman" w:eastAsia="Times New Roman" w:cs="Times New Roman"/>
        </w:rPr>
        <w:t xml:space="preserve"> </w:t>
      </w:r>
      <w:r>
        <w:rPr>
          <w:rFonts w:ascii="Gadugi" w:hAnsi="Gadugi" w:eastAsia="Gadugi" w:cs="Gadugi"/>
        </w:rPr>
        <w:t>ᎠᏓᏍᏆᏂᎪᏛ</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ᎠᏥᎾᏄᎪᏫᏎᏗ</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 xml:space="preserve">. </w:t>
      </w:r>
      <w:r>
        <w:rPr>
          <w:rFonts w:ascii="Gadugi" w:hAnsi="Gadugi" w:eastAsia="Gadugi" w:cs="Gadugi"/>
        </w:rPr>
        <w:t>ᎤᏓᎴᎩ</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ᎠᏓᏡᎬ</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ᎾᏂᎥ</w:t>
      </w:r>
      <w:r>
        <w:rPr>
          <w:rFonts w:ascii="Times New Roman" w:hAnsi="Times New Roman" w:eastAsia="Times New Roman" w:cs="Times New Roman"/>
        </w:rPr>
        <w:t xml:space="preserve"> </w:t>
      </w:r>
      <w:r>
        <w:rPr>
          <w:rFonts w:ascii="Gadugi" w:hAnsi="Gadugi" w:eastAsia="Gadugi" w:cs="Gadugi"/>
        </w:rPr>
        <w:t>ᏗᏂᎪᏛ</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ᎠᏥᏰᎸᎢᏍᏔᏅᎯ</w:t>
      </w:r>
      <w:r>
        <w:rPr>
          <w:rFonts w:ascii="Times New Roman" w:hAnsi="Times New Roman" w:eastAsia="Times New Roman" w:cs="Times New Roman"/>
        </w:rPr>
        <w:t xml:space="preserve"> </w:t>
      </w:r>
      <w:r>
        <w:rPr>
          <w:rFonts w:ascii="Gadugi" w:hAnsi="Gadugi" w:eastAsia="Gadugi" w:cs="Gadugi"/>
        </w:rPr>
        <w:t>ᎨᏒᎩ</w:t>
      </w:r>
      <w:r>
        <w:rPr>
          <w:rFonts w:ascii="Times New Roman" w:hAnsi="Times New Roman" w:eastAsia="Times New Roman" w:cs="Times New Roman"/>
        </w:rPr>
        <w:t xml:space="preserve">, </w:t>
      </w:r>
      <w:r>
        <w:rPr>
          <w:rFonts w:ascii="Gadugi" w:hAnsi="Gadugi" w:eastAsia="Gadugi" w:cs="Gadugi"/>
        </w:rPr>
        <w:t>ᎤᏟ</w:t>
      </w:r>
      <w:r>
        <w:rPr>
          <w:rFonts w:ascii="Times New Roman" w:hAnsi="Times New Roman" w:eastAsia="Times New Roman" w:cs="Times New Roman"/>
        </w:rPr>
        <w:t xml:space="preserve"> </w:t>
      </w:r>
      <w:r>
        <w:rPr>
          <w:rFonts w:ascii="Gadugi" w:hAnsi="Gadugi" w:eastAsia="Gadugi" w:cs="Gadugi"/>
        </w:rPr>
        <w:t>ᎤᎵᏂᎩᏛ</w:t>
      </w:r>
      <w:r>
        <w:rPr>
          <w:rFonts w:ascii="Times New Roman" w:hAnsi="Times New Roman" w:eastAsia="Times New Roman" w:cs="Times New Roman"/>
        </w:rPr>
        <w:t xml:space="preserve"> </w:t>
      </w:r>
      <w:r>
        <w:rPr>
          <w:rFonts w:ascii="Gadugi" w:hAnsi="Gadugi" w:eastAsia="Gadugi" w:cs="Gadugi"/>
        </w:rPr>
        <w:t>ᎤᎴᏅᏗ</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ᎢᏴᏛ</w:t>
      </w:r>
      <w:r>
        <w:rPr>
          <w:rFonts w:ascii="Times New Roman" w:hAnsi="Times New Roman" w:eastAsia="Times New Roman" w:cs="Times New Roman"/>
        </w:rPr>
        <w:t xml:space="preserve"> </w:t>
      </w:r>
      <w:r>
        <w:rPr>
          <w:rFonts w:ascii="Gadugi" w:hAnsi="Gadugi" w:eastAsia="Gadugi" w:cs="Gadugi"/>
        </w:rPr>
        <w:t>ᎤᏂᎾᏄᎪᏫᏒ</w:t>
      </w:r>
      <w:r>
        <w:rPr>
          <w:rFonts w:ascii="Times New Roman" w:hAnsi="Times New Roman" w:eastAsia="Times New Roman" w:cs="Times New Roman"/>
        </w:rPr>
        <w:t xml:space="preserve"> </w:t>
      </w:r>
      <w:r>
        <w:rPr>
          <w:rFonts w:ascii="Gadugi" w:hAnsi="Gadugi" w:eastAsia="Gadugi" w:cs="Gadugi"/>
        </w:rPr>
        <w:t>ᏂᎨᏒᎢ</w:t>
      </w:r>
      <w:r>
        <w:rPr>
          <w:rFonts w:ascii="Times New Roman" w:hAnsi="Times New Roman" w:eastAsia="Times New Roman" w:cs="Times New Roman"/>
        </w:rPr>
        <w:t xml:space="preserve">, </w:t>
      </w:r>
      <w:r>
        <w:rPr>
          <w:rFonts w:ascii="Gadugi" w:hAnsi="Gadugi" w:eastAsia="Gadugi" w:cs="Gadugi"/>
        </w:rPr>
        <w:t>ᎡᎴᏂ</w:t>
      </w:r>
      <w:r>
        <w:rPr>
          <w:rFonts w:ascii="Times New Roman" w:hAnsi="Times New Roman" w:eastAsia="Times New Roman" w:cs="Times New Roman"/>
        </w:rPr>
        <w:t xml:space="preserve"> </w:t>
      </w:r>
      <w:r>
        <w:rPr>
          <w:rFonts w:ascii="Gadugi" w:hAnsi="Gadugi" w:eastAsia="Gadugi" w:cs="Gadugi"/>
        </w:rPr>
        <w:t>ᏥᏄᏛᏁᎴ</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ᎵᏂᎧᏂ</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ᎵᏈᏊᎵᎧᏂ</w:t>
      </w:r>
      <w:r>
        <w:rPr>
          <w:rFonts w:ascii="Times New Roman" w:hAnsi="Times New Roman" w:eastAsia="Times New Roman" w:cs="Times New Roman"/>
        </w:rPr>
        <w:t xml:space="preserve"> </w:t>
      </w:r>
      <w:r>
        <w:rPr>
          <w:rFonts w:ascii="Gadugi" w:hAnsi="Gadugi" w:eastAsia="Gadugi" w:cs="Gadugi"/>
        </w:rPr>
        <w:t>ᎠᏥᎾᏄᎪᏫᏒ</w:t>
      </w:r>
      <w:r>
        <w:rPr>
          <w:rFonts w:ascii="Times New Roman" w:hAnsi="Times New Roman" w:eastAsia="Times New Roman" w:cs="Times New Roman"/>
        </w:rPr>
        <w:t xml:space="preserve"> </w:t>
      </w:r>
      <w:r>
        <w:rPr>
          <w:rFonts w:ascii="Gadugi" w:hAnsi="Gadugi" w:eastAsia="Gadugi" w:cs="Gadugi"/>
        </w:rPr>
        <w:t>ᎨᏒᎩ</w:t>
      </w:r>
      <w:r>
        <w:rPr>
          <w:rFonts w:ascii="Times New Roman" w:hAnsi="Times New Roman" w:eastAsia="Times New Roman" w:cs="Times New Roman"/>
        </w:rPr>
        <w:t xml:space="preserve">. </w:t>
      </w:r>
      <w:r>
        <w:rPr>
          <w:rFonts w:ascii="Gadugi" w:hAnsi="Gadugi" w:eastAsia="Gadugi" w:cs="Gadugi"/>
        </w:rPr>
        <w:t>ᎤᏜᏓᏅᏛ</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ᎦᎸᏉᏗ</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ᎤᏲᎯᏎᏗ</w:t>
      </w:r>
      <w:r>
        <w:rPr>
          <w:rFonts w:ascii="Times New Roman" w:hAnsi="Times New Roman" w:eastAsia="Times New Roman" w:cs="Times New Roman"/>
        </w:rPr>
        <w:t xml:space="preserve"> </w:t>
      </w:r>
      <w:r>
        <w:rPr>
          <w:rFonts w:ascii="Gadugi" w:hAnsi="Gadugi" w:eastAsia="Gadugi" w:cs="Gadugi"/>
        </w:rPr>
        <w:t>ᎤᏓᎴᎩ</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ᎠᏓᏡᎬ</w:t>
      </w:r>
      <w:r>
        <w:rPr>
          <w:rFonts w:ascii="Times New Roman" w:hAnsi="Times New Roman" w:eastAsia="Times New Roman" w:cs="Times New Roman"/>
        </w:rPr>
        <w:t xml:space="preserve"> </w:t>
      </w:r>
      <w:r>
        <w:rPr>
          <w:rFonts w:ascii="Gadugi" w:hAnsi="Gadugi" w:eastAsia="Gadugi" w:cs="Gadugi"/>
        </w:rPr>
        <w:t>ᎡᏍᎦ</w:t>
      </w:r>
      <w:r>
        <w:rPr>
          <w:rFonts w:ascii="Times New Roman" w:hAnsi="Times New Roman" w:eastAsia="Times New Roman" w:cs="Times New Roman"/>
        </w:rPr>
        <w:t xml:space="preserve"> </w:t>
      </w:r>
      <w:r>
        <w:rPr>
          <w:rFonts w:ascii="Gadugi" w:hAnsi="Gadugi" w:eastAsia="Gadugi" w:cs="Gadugi"/>
        </w:rPr>
        <w:t>ᎤᏲᏤᎵᏎᏗ</w:t>
      </w:r>
      <w:r>
        <w:rPr>
          <w:rFonts w:ascii="Times New Roman" w:hAnsi="Times New Roman" w:eastAsia="Times New Roman" w:cs="Times New Roman"/>
        </w:rPr>
        <w:t xml:space="preserve">, </w:t>
      </w:r>
      <w:r>
        <w:rPr>
          <w:rFonts w:ascii="Gadugi" w:hAnsi="Gadugi" w:eastAsia="Gadugi" w:cs="Gadugi"/>
        </w:rPr>
        <w:t>ᏙᎯᏱ</w:t>
      </w:r>
      <w:r>
        <w:rPr>
          <w:rFonts w:ascii="Times New Roman" w:hAnsi="Times New Roman" w:eastAsia="Times New Roman" w:cs="Times New Roman"/>
        </w:rPr>
        <w:t xml:space="preserve"> </w:t>
      </w:r>
      <w:r>
        <w:rPr>
          <w:rFonts w:ascii="Gadugi" w:hAnsi="Gadugi" w:eastAsia="Gadugi" w:cs="Gadugi"/>
        </w:rPr>
        <w:t>ᎠᏂᏍᎦᏯ</w:t>
      </w:r>
      <w:r>
        <w:rPr>
          <w:rFonts w:ascii="Times New Roman" w:hAnsi="Times New Roman" w:eastAsia="Times New Roman" w:cs="Times New Roman"/>
        </w:rPr>
        <w:t xml:space="preserve"> </w:t>
      </w:r>
      <w:r>
        <w:rPr>
          <w:rFonts w:ascii="Gadugi" w:hAnsi="Gadugi" w:eastAsia="Gadugi" w:cs="Gadugi"/>
        </w:rPr>
        <w:t>ᏗᎬᏩᏕᏲᎯ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ᎤᎿᎭᎸᎢ</w:t>
      </w:r>
      <w:r>
        <w:rPr>
          <w:rFonts w:ascii="Times New Roman" w:hAnsi="Times New Roman" w:eastAsia="Times New Roman" w:cs="Times New Roman"/>
        </w:rPr>
        <w:t xml:space="preserve"> </w:t>
      </w:r>
      <w:r>
        <w:rPr>
          <w:rFonts w:ascii="Gadugi" w:hAnsi="Gadugi" w:eastAsia="Gadugi" w:cs="Gadugi"/>
        </w:rPr>
        <w:t>ᏗᏂᏅᏅ</w:t>
      </w:r>
      <w:r>
        <w:rPr>
          <w:rFonts w:ascii="Times New Roman" w:hAnsi="Times New Roman" w:eastAsia="Times New Roman" w:cs="Times New Roman"/>
        </w:rPr>
        <w:t xml:space="preserve"> </w:t>
      </w:r>
      <w:r>
        <w:rPr>
          <w:rFonts w:ascii="Gadugi" w:hAnsi="Gadugi" w:eastAsia="Gadugi" w:cs="Gadugi"/>
        </w:rPr>
        <w:t>ᎠᏂᏃᎯᏳᎲᏍᎩ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ᎠᏂᏐᎢ</w:t>
      </w:r>
      <w:r>
        <w:rPr>
          <w:rFonts w:ascii="Times New Roman" w:hAnsi="Times New Roman" w:eastAsia="Times New Roman" w:cs="Times New Roman"/>
        </w:rPr>
        <w:t xml:space="preserve"> </w:t>
      </w:r>
      <w:r>
        <w:rPr>
          <w:rFonts w:ascii="Gadugi" w:hAnsi="Gadugi" w:eastAsia="Gadugi" w:cs="Gadugi"/>
        </w:rPr>
        <w:t>ᎢᏳᎾᏛ</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ᎤᏂᏃᏕᏘᏍᏗ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ᎤᏂᏲᎱᎯᏍᏗ</w:t>
      </w:r>
      <w:r>
        <w:rPr>
          <w:rFonts w:ascii="Times New Roman" w:hAnsi="Times New Roman" w:eastAsia="Times New Roman" w:cs="Times New Roman"/>
        </w:rPr>
        <w:t xml:space="preserve"> </w:t>
      </w:r>
      <w:r>
        <w:rPr>
          <w:rFonts w:ascii="Gadugi" w:hAnsi="Gadugi" w:eastAsia="Gadugi" w:cs="Gadugi"/>
        </w:rPr>
        <w:t>ᏄᏍᏛ</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ᎤᏂᏣᏘ</w:t>
      </w:r>
      <w:r>
        <w:rPr>
          <w:rFonts w:ascii="Times New Roman" w:hAnsi="Times New Roman" w:eastAsia="Times New Roman" w:cs="Times New Roman"/>
        </w:rPr>
        <w:t xml:space="preserve"> </w:t>
      </w:r>
      <w:r>
        <w:rPr>
          <w:rFonts w:ascii="Gadugi" w:hAnsi="Gadugi" w:eastAsia="Gadugi" w:cs="Gadugi"/>
        </w:rPr>
        <w:t>ᎤᎾᏰᎯᏍᏗ</w:t>
      </w:r>
      <w:r>
        <w:rPr>
          <w:rFonts w:ascii="Times New Roman" w:hAnsi="Times New Roman" w:eastAsia="Times New Roman" w:cs="Times New Roman"/>
        </w:rPr>
        <w:t xml:space="preserve"> </w:t>
      </w:r>
      <w:r>
        <w:rPr>
          <w:rFonts w:ascii="Gadugi" w:hAnsi="Gadugi" w:eastAsia="Gadugi" w:cs="Gadugi"/>
        </w:rPr>
        <w:t>ᎤᏂᎵᏍᏕᎸᏗ</w:t>
      </w:r>
      <w:r>
        <w:rPr>
          <w:rFonts w:ascii="Times New Roman" w:hAnsi="Times New Roman" w:eastAsia="Times New Roman" w:cs="Times New Roman"/>
        </w:rPr>
        <w:t xml:space="preserve"> </w:t>
      </w:r>
      <w:r>
        <w:rPr>
          <w:rFonts w:ascii="Gadugi" w:hAnsi="Gadugi" w:eastAsia="Gadugi" w:cs="Gadugi"/>
        </w:rPr>
        <w:t>ᎠᏂᏍᏆᎸᎲ</w:t>
      </w:r>
      <w:r>
        <w:rPr>
          <w:rFonts w:ascii="Times New Roman" w:hAnsi="Times New Roman" w:eastAsia="Times New Roman" w:cs="Times New Roman"/>
        </w:rPr>
        <w:t xml:space="preserve"> </w:t>
      </w:r>
      <w:r>
        <w:rPr>
          <w:rFonts w:ascii="Gadugi" w:hAnsi="Gadugi" w:eastAsia="Gadugi" w:cs="Gadugi"/>
        </w:rPr>
        <w:t>ᎾᎿᎭᏂᎬ</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ᎤᏂᏚᎵᏍᎬ</w:t>
      </w:r>
      <w:r>
        <w:rPr>
          <w:rFonts w:ascii="Times New Roman" w:hAnsi="Times New Roman" w:eastAsia="Times New Roman" w:cs="Times New Roman"/>
        </w:rPr>
        <w:t xml:space="preserve"> </w:t>
      </w:r>
      <w:r>
        <w:rPr>
          <w:rFonts w:ascii="Gadugi" w:hAnsi="Gadugi" w:eastAsia="Gadugi" w:cs="Gadugi"/>
        </w:rPr>
        <w:t>ᎤᏟ</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ᎬᏩᎶᏏᏗ</w:t>
      </w:r>
      <w:r>
        <w:rPr>
          <w:rFonts w:ascii="Times New Roman" w:hAnsi="Times New Roman" w:eastAsia="Times New Roman" w:cs="Times New Roman"/>
        </w:rPr>
        <w:t xml:space="preserve"> </w:t>
      </w:r>
      <w:r>
        <w:rPr>
          <w:rFonts w:ascii="Gadugi" w:hAnsi="Gadugi" w:eastAsia="Gadugi" w:cs="Gadugi"/>
        </w:rPr>
        <w:t>ᎠᏕᎳ</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ᎤᏂᎶᏁᏗᏱ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ᎤᏟ</w:t>
      </w:r>
      <w:r>
        <w:rPr>
          <w:rFonts w:ascii="Times New Roman" w:hAnsi="Times New Roman" w:eastAsia="Times New Roman" w:cs="Times New Roman"/>
        </w:rPr>
        <w:t xml:space="preserve"> </w:t>
      </w:r>
      <w:r>
        <w:rPr>
          <w:rFonts w:ascii="Gadugi" w:hAnsi="Gadugi" w:eastAsia="Gadugi" w:cs="Gadugi"/>
        </w:rPr>
        <w:t>ᎢᎬᏱ</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ᎠᏂᏣᏔᎾᎢ</w:t>
      </w:r>
      <w:r>
        <w:rPr>
          <w:rFonts w:ascii="Times New Roman" w:hAnsi="Times New Roman" w:eastAsia="Times New Roman" w:cs="Times New Roman"/>
        </w:rPr>
        <w:t xml:space="preserve"> </w:t>
      </w:r>
      <w:r>
        <w:rPr>
          <w:rFonts w:ascii="Gadugi" w:hAnsi="Gadugi" w:eastAsia="Gadugi" w:cs="Gadugi"/>
        </w:rPr>
        <w:t>ᏗᏂᎲᏍᏗᏱ</w:t>
      </w:r>
      <w:r>
        <w:rPr>
          <w:rFonts w:ascii="Times New Roman" w:hAnsi="Times New Roman" w:eastAsia="Times New Roman" w:cs="Times New Roman"/>
        </w:rPr>
        <w:t xml:space="preserve">. </w:t>
      </w:r>
      <w:r>
        <w:rPr>
          <w:rFonts w:ascii="Gadugi" w:hAnsi="Gadugi" w:eastAsia="Gadugi" w:cs="Gadugi"/>
        </w:rPr>
        <w:t>ᏆᏈᎶᏂ</w:t>
      </w:r>
      <w:r>
        <w:rPr>
          <w:rFonts w:ascii="Times New Roman" w:hAnsi="Times New Roman" w:eastAsia="Times New Roman" w:cs="Times New Roman"/>
        </w:rPr>
        <w:t xml:space="preserve"> </w:t>
      </w:r>
      <w:r>
        <w:rPr>
          <w:rFonts w:ascii="Gadugi" w:hAnsi="Gadugi" w:eastAsia="Gadugi" w:cs="Gadugi"/>
        </w:rPr>
        <w:t>ᎠᏂᏃᎯᏳᎲᏍᎩ</w:t>
      </w:r>
      <w:r>
        <w:rPr>
          <w:rFonts w:ascii="Times New Roman" w:hAnsi="Times New Roman" w:eastAsia="Times New Roman" w:cs="Times New Roman"/>
        </w:rPr>
        <w:t xml:space="preserve"> </w:t>
      </w:r>
      <w:r>
        <w:rPr>
          <w:rFonts w:ascii="Gadugi" w:hAnsi="Gadugi" w:eastAsia="Gadugi" w:cs="Gadugi"/>
        </w:rPr>
        <w:t>ᎤᏂᏲᎵᏍᎪ</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w:t>
      </w:r>
      <w:r>
        <w:rPr>
          <w:rFonts w:ascii="Gadugi" w:hAnsi="Gadugi" w:eastAsia="Gadugi" w:cs="Gadugi"/>
        </w:rPr>
        <w:t>ᎢᏳᎾᎵᎢ</w:t>
      </w:r>
      <w:r>
        <w:rPr>
          <w:rFonts w:ascii="Times New Roman" w:hAnsi="Times New Roman" w:eastAsia="Times New Roman" w:cs="Times New Roman"/>
        </w:rPr>
        <w:t xml:space="preserve"> </w:t>
      </w:r>
      <w:r>
        <w:rPr>
          <w:rFonts w:ascii="Gadugi" w:hAnsi="Gadugi" w:eastAsia="Gadugi" w:cs="Gadugi"/>
        </w:rPr>
        <w:t>ᏓᏑᏓᎴᎩ</w:t>
      </w:r>
      <w:r>
        <w:rPr>
          <w:rFonts w:ascii="Times New Roman" w:hAnsi="Times New Roman" w:eastAsia="Times New Roman" w:cs="Times New Roman"/>
        </w:rPr>
        <w:t xml:space="preserve"> </w:t>
      </w:r>
      <w:r>
        <w:rPr>
          <w:rFonts w:ascii="Gadugi" w:hAnsi="Gadugi" w:eastAsia="Gadugi" w:cs="Gadugi"/>
        </w:rPr>
        <w:t>ᎠᏓᏡᎬ</w:t>
      </w:r>
      <w:r>
        <w:rPr>
          <w:rFonts w:ascii="Times New Roman" w:hAnsi="Times New Roman" w:eastAsia="Times New Roman" w:cs="Times New Roman"/>
        </w:rPr>
        <w:t xml:space="preserve"> </w:t>
      </w:r>
      <w:r>
        <w:rPr>
          <w:rFonts w:ascii="Gadugi" w:hAnsi="Gadugi" w:eastAsia="Gadugi" w:cs="Gadugi"/>
        </w:rPr>
        <w:t>ᎤᎵᏰᎢᎶᏗ</w:t>
      </w:r>
      <w:r>
        <w:rPr>
          <w:rFonts w:ascii="Times New Roman" w:hAnsi="Times New Roman" w:eastAsia="Times New Roman" w:cs="Times New Roman"/>
        </w:rPr>
        <w:t xml:space="preserve"> </w:t>
      </w:r>
      <w:r>
        <w:rPr>
          <w:rFonts w:ascii="Gadugi" w:hAnsi="Gadugi" w:eastAsia="Gadugi" w:cs="Gadugi"/>
        </w:rPr>
        <w:t>ᏧᏁᎿᎭᎢ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ᎤᎵᏰᎢᎶᏗ</w:t>
      </w:r>
      <w:r>
        <w:rPr>
          <w:rFonts w:ascii="Times New Roman" w:hAnsi="Times New Roman" w:eastAsia="Times New Roman" w:cs="Times New Roman"/>
        </w:rPr>
        <w:t xml:space="preserve"> </w:t>
      </w:r>
      <w:r>
        <w:rPr>
          <w:rFonts w:ascii="Gadugi" w:hAnsi="Gadugi" w:eastAsia="Gadugi" w:cs="Gadugi"/>
        </w:rPr>
        <w:t>ᏧᏂᎶᎯᏍᏗ</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Trump na be di preziden we go superintend di establishment of di image of di beast, an na di false prophet of Islam go force make dem set up dat image; an for dose we get eye, an fit perceive, an we get ear, an fit understand, di October 7, 2023 attack by Islam of di third woe upon literal Israel, di ancient Glorious Land, na clear fulfillment of di providential work of di false prophet of Islam.</w:t>
      </w:r>
    </w:p>
    <w:p>
      <w:pPr>
        <w:pStyle w:val="ArticleBody"/>
        <w:jc w:val="left"/>
      </w:pPr>
      <w:r>
        <w:rPr>
          <w:rFonts w:ascii="Nirmala UI" w:hAnsi="Nirmala UI" w:eastAsia="Nirmala UI" w:cs="Nirmala UI"/>
        </w:rPr>
        <w:t>ꯗꯦꯃꯣꯀ꯭ꯔꯦꯇꯤꯛ</w:t>
      </w:r>
      <w:r>
        <w:rPr>
          <w:rFonts w:ascii="Times New Roman" w:hAnsi="Times New Roman" w:eastAsia="Times New Roman" w:cs="Times New Roman"/>
        </w:rPr>
        <w:t xml:space="preserve"> </w:t>
      </w:r>
      <w:r>
        <w:rPr>
          <w:rFonts w:ascii="Nirmala UI" w:hAnsi="Nirmala UI" w:eastAsia="Nirmala UI" w:cs="Nirmala UI"/>
        </w:rPr>
        <w:t>ꯄꯥꯔꯇꯤ</w:t>
      </w:r>
      <w:r>
        <w:rPr>
          <w:rFonts w:ascii="Times New Roman" w:hAnsi="Times New Roman" w:eastAsia="Times New Roman" w:cs="Times New Roman"/>
        </w:rPr>
        <w:t>, “</w:t>
      </w:r>
      <w:r>
        <w:rPr>
          <w:rFonts w:ascii="Nirmala UI" w:hAnsi="Nirmala UI" w:eastAsia="Nirmala UI" w:cs="Nirmala UI"/>
        </w:rPr>
        <w:t>ꯗꯥꯏꯚꯔꯁꯤꯇꯤ</w:t>
      </w:r>
      <w:r>
        <w:rPr>
          <w:rFonts w:ascii="Times New Roman" w:hAnsi="Times New Roman" w:eastAsia="Times New Roman" w:cs="Times New Roman"/>
        </w:rPr>
        <w:t xml:space="preserve">, </w:t>
      </w:r>
      <w:r>
        <w:rPr>
          <w:rFonts w:ascii="Nirmala UI" w:hAnsi="Nirmala UI" w:eastAsia="Nirmala UI" w:cs="Nirmala UI"/>
        </w:rPr>
        <w:t>ꯏꯀ꯭ꯋꯤꯇꯤ</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ꯏꯟꯀ꯭ꯂꯨꯖꯟ</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ꯄꯥꯔꯇꯤ</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ꯂꯤꯐꯝ</w:t>
      </w:r>
      <w:r>
        <w:rPr>
          <w:rFonts w:ascii="Times New Roman" w:hAnsi="Times New Roman" w:eastAsia="Times New Roman" w:cs="Times New Roman"/>
        </w:rPr>
        <w:t xml:space="preserve"> </w:t>
      </w:r>
      <w:r>
        <w:rPr>
          <w:rFonts w:ascii="Nirmala UI" w:hAnsi="Nirmala UI" w:eastAsia="Nirmala UI" w:cs="Nirmala UI"/>
        </w:rPr>
        <w:t>ꯆꯠꯂꯕꯅꯤ</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ꯈꯣꯔꯖꯤꯟꯅꯕ</w:t>
      </w:r>
      <w:r>
        <w:rPr>
          <w:rFonts w:ascii="Times New Roman" w:hAnsi="Times New Roman" w:eastAsia="Times New Roman" w:cs="Times New Roman"/>
        </w:rPr>
        <w:t xml:space="preserve"> </w:t>
      </w:r>
      <w:r>
        <w:rPr>
          <w:rFonts w:ascii="Nirmala UI" w:hAnsi="Nirmala UI" w:eastAsia="Nirmala UI" w:cs="Nirmala UI"/>
        </w:rPr>
        <w:t>ꯁꯦꯇꯥꯟꯒꯤ</w:t>
      </w:r>
      <w:r>
        <w:rPr>
          <w:rFonts w:ascii="Times New Roman" w:hAnsi="Times New Roman" w:eastAsia="Times New Roman" w:cs="Times New Roman"/>
        </w:rPr>
        <w:t xml:space="preserve"> </w:t>
      </w:r>
      <w:r>
        <w:rPr>
          <w:rFonts w:ascii="Nirmala UI" w:hAnsi="Nirmala UI" w:eastAsia="Nirmala UI" w:cs="Nirmala UI"/>
        </w:rPr>
        <w:t>ꯐꯤꯂꯣꯁꯣꯐꯤꯒꯤ</w:t>
      </w:r>
      <w:r>
        <w:rPr>
          <w:rFonts w:ascii="Times New Roman" w:hAnsi="Times New Roman" w:eastAsia="Times New Roman" w:cs="Times New Roman"/>
        </w:rPr>
        <w:t xml:space="preserve"> </w:t>
      </w:r>
      <w:r>
        <w:rPr>
          <w:rFonts w:ascii="Nirmala UI" w:hAnsi="Nirmala UI" w:eastAsia="Nirmala UI" w:cs="Nirmala UI"/>
        </w:rPr>
        <w:t>ꯃꯔꯨꯃ</w:t>
      </w:r>
      <w:r>
        <w:rPr>
          <w:rFonts w:ascii="Times New Roman" w:hAnsi="Times New Roman" w:eastAsia="Times New Roman" w:cs="Times New Roman"/>
        </w:rPr>
        <w:t xml:space="preserve"> </w:t>
      </w:r>
      <w:r>
        <w:rPr>
          <w:rFonts w:ascii="Nirmala UI" w:hAnsi="Nirmala UI" w:eastAsia="Nirmala UI" w:cs="Nirmala UI"/>
        </w:rPr>
        <w:t>ꯐꯪꯂꯛꯄꯅꯤ।</w:t>
      </w:r>
      <w:r>
        <w:rPr>
          <w:rFonts w:ascii="Times New Roman" w:hAnsi="Times New Roman" w:eastAsia="Times New Roman" w:cs="Times New Roman"/>
        </w:rPr>
        <w:t xml:space="preserve"> 2023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ꯅꯤꯄꯥꯜ</w:t>
      </w:r>
      <w:r>
        <w:rPr>
          <w:rFonts w:ascii="Times New Roman" w:hAnsi="Times New Roman" w:eastAsia="Times New Roman" w:cs="Times New Roman"/>
        </w:rPr>
        <w:t xml:space="preserve"> 7 </w:t>
      </w:r>
      <w:r>
        <w:rPr>
          <w:rFonts w:ascii="Nirmala UI" w:hAnsi="Nirmala UI" w:eastAsia="Nirmala UI" w:cs="Nirmala UI"/>
        </w:rPr>
        <w:t>ꯗꯒꯤ</w:t>
      </w:r>
      <w:r>
        <w:rPr>
          <w:rFonts w:ascii="Times New Roman" w:hAnsi="Times New Roman" w:eastAsia="Times New Roman" w:cs="Times New Roman"/>
        </w:rPr>
        <w:t xml:space="preserve"> </w:t>
      </w:r>
      <w:r>
        <w:rPr>
          <w:rFonts w:ascii="Nirmala UI" w:hAnsi="Nirmala UI" w:eastAsia="Nirmala UI" w:cs="Nirmala UI"/>
        </w:rPr>
        <w:t>ꯍꯧꯖꯤꯛꯁꯤ</w:t>
      </w:r>
      <w:r>
        <w:rPr>
          <w:rFonts w:ascii="Times New Roman" w:hAnsi="Times New Roman" w:eastAsia="Times New Roman" w:cs="Times New Roman"/>
        </w:rPr>
        <w:t xml:space="preserve">, </w:t>
      </w:r>
      <w:r>
        <w:rPr>
          <w:rFonts w:ascii="Nirmala UI" w:hAnsi="Nirmala UI" w:eastAsia="Nirmala UI" w:cs="Nirmala UI"/>
        </w:rPr>
        <w:t>ꯏꯁ꯭ꯔꯥꯑꯦꯜ</w:t>
      </w:r>
      <w:r>
        <w:rPr>
          <w:rFonts w:ascii="Times New Roman" w:hAnsi="Times New Roman" w:eastAsia="Times New Roman" w:cs="Times New Roman"/>
        </w:rPr>
        <w:t>-</w:t>
      </w:r>
      <w:r>
        <w:rPr>
          <w:rFonts w:ascii="Nirmala UI" w:hAnsi="Nirmala UI" w:eastAsia="Nirmala UI" w:cs="Nirmala UI"/>
        </w:rPr>
        <w:t>ꯈꯨꯗꯨꯡꯆꯥꯕ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ꯏꯁ꯭ꯔꯥꯑꯦꯜ</w:t>
      </w:r>
      <w:r>
        <w:rPr>
          <w:rFonts w:ascii="Times New Roman" w:hAnsi="Times New Roman" w:eastAsia="Times New Roman" w:cs="Times New Roman"/>
        </w:rPr>
        <w:t>-</w:t>
      </w:r>
      <w:r>
        <w:rPr>
          <w:rFonts w:ascii="Nirmala UI" w:hAnsi="Nirmala UI" w:eastAsia="Nirmala UI" w:cs="Nirmala UI"/>
        </w:rPr>
        <w:t>ꯄꯥꯛꯆꯥꯕ</w:t>
      </w:r>
      <w:r>
        <w:rPr>
          <w:rFonts w:ascii="Times New Roman" w:hAnsi="Times New Roman" w:eastAsia="Times New Roman" w:cs="Times New Roman"/>
        </w:rPr>
        <w:t xml:space="preserve"> </w:t>
      </w:r>
      <w:r>
        <w:rPr>
          <w:rFonts w:ascii="Nirmala UI" w:hAnsi="Nirmala UI" w:eastAsia="Nirmala UI" w:cs="Nirmala UI"/>
        </w:rPr>
        <w:t>ꯌꯥꯠꯂꯒ</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ꯊꯥꯎꯗꯣꯛꯄꯁꯤ</w:t>
      </w:r>
      <w:r>
        <w:rPr>
          <w:rFonts w:ascii="Times New Roman" w:hAnsi="Times New Roman" w:eastAsia="Times New Roman" w:cs="Times New Roman"/>
        </w:rPr>
        <w:t xml:space="preserve"> 2024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ꯏꯂꯦꯛꯁꯟ</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ꯃꯃꯥꯡ</w:t>
      </w:r>
      <w:r>
        <w:rPr>
          <w:rFonts w:ascii="Times New Roman" w:hAnsi="Times New Roman" w:eastAsia="Times New Roman" w:cs="Times New Roman"/>
        </w:rPr>
        <w:t xml:space="preserve"> </w:t>
      </w:r>
      <w:r>
        <w:rPr>
          <w:rFonts w:ascii="Nirmala UI" w:hAnsi="Nirmala UI" w:eastAsia="Nirmala UI" w:cs="Nirmala UI"/>
        </w:rPr>
        <w:t>ꯐꯪꯕꯗꯥ</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ꯄꯥꯔꯇꯤꯒꯤ</w:t>
      </w:r>
      <w:r>
        <w:rPr>
          <w:rFonts w:ascii="Times New Roman" w:hAnsi="Times New Roman" w:eastAsia="Times New Roman" w:cs="Times New Roman"/>
        </w:rPr>
        <w:t xml:space="preserve"> </w:t>
      </w:r>
      <w:r>
        <w:rPr>
          <w:rFonts w:ascii="Nirmala UI" w:hAnsi="Nirmala UI" w:eastAsia="Nirmala UI" w:cs="Nirmala UI"/>
        </w:rPr>
        <w:t>ꯄꯣꯂꯤꯇꯤꯀꯦꯜ</w:t>
      </w:r>
      <w:r>
        <w:rPr>
          <w:rFonts w:ascii="Times New Roman" w:hAnsi="Times New Roman" w:eastAsia="Times New Roman" w:cs="Times New Roman"/>
        </w:rPr>
        <w:t xml:space="preserve"> </w:t>
      </w:r>
      <w:r>
        <w:rPr>
          <w:rFonts w:ascii="Nirmala UI" w:hAnsi="Nirmala UI" w:eastAsia="Nirmala UI" w:cs="Nirmala UI"/>
        </w:rPr>
        <w:t>ꯁ꯭ꯇꯦꯡꯊ</w:t>
      </w:r>
      <w:r>
        <w:rPr>
          <w:rFonts w:ascii="Times New Roman" w:hAnsi="Times New Roman" w:eastAsia="Times New Roman" w:cs="Times New Roman"/>
        </w:rPr>
        <w:t xml:space="preserve"> </w:t>
      </w:r>
      <w:r>
        <w:rPr>
          <w:rFonts w:ascii="Nirmala UI" w:hAnsi="Nirmala UI" w:eastAsia="Nirmala UI" w:cs="Nirmala UI"/>
        </w:rPr>
        <w:t>ꯇꯣꯛꯍꯟꯅꯕ</w:t>
      </w:r>
      <w:r>
        <w:rPr>
          <w:rFonts w:ascii="Times New Roman" w:hAnsi="Times New Roman" w:eastAsia="Times New Roman" w:cs="Times New Roman"/>
        </w:rPr>
        <w:t xml:space="preserve"> </w:t>
      </w:r>
      <w:r>
        <w:rPr>
          <w:rFonts w:ascii="Nirmala UI" w:hAnsi="Nirmala UI" w:eastAsia="Nirmala UI" w:cs="Nirmala UI"/>
        </w:rPr>
        <w:t>ꯌꯥꯎꯔꯛꯂꯦ।</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ꯌꯥꯎꯛꯈꯤꯕ</w:t>
      </w:r>
      <w:r>
        <w:rPr>
          <w:rFonts w:ascii="Times New Roman" w:hAnsi="Times New Roman" w:eastAsia="Times New Roman" w:cs="Times New Roman"/>
        </w:rPr>
        <w:t xml:space="preserve"> </w:t>
      </w:r>
      <w:r>
        <w:rPr>
          <w:rFonts w:ascii="Nirmala UI" w:hAnsi="Nirmala UI" w:eastAsia="Nirmala UI" w:cs="Nirmala UI"/>
        </w:rPr>
        <w:t>ꯌꯦꯛꯅ</w:t>
      </w:r>
      <w:r>
        <w:rPr>
          <w:rFonts w:ascii="Times New Roman" w:hAnsi="Times New Roman" w:eastAsia="Times New Roman" w:cs="Times New Roman"/>
        </w:rPr>
        <w:t>-</w:t>
      </w:r>
      <w:r>
        <w:rPr>
          <w:rFonts w:ascii="Nirmala UI" w:hAnsi="Nirmala UI" w:eastAsia="Nirmala UI" w:cs="Nirmala UI"/>
        </w:rPr>
        <w:t>ꯁꯦꯟꯕꯁꯤ</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ꯑꯦꯗꯍꯦꯔꯦꯟꯁꯁꯤꯡꯒꯤ</w:t>
      </w:r>
      <w:r>
        <w:rPr>
          <w:rFonts w:ascii="Times New Roman" w:hAnsi="Times New Roman" w:eastAsia="Times New Roman" w:cs="Times New Roman"/>
        </w:rPr>
        <w:t xml:space="preserve"> </w:t>
      </w:r>
      <w:r>
        <w:rPr>
          <w:rFonts w:ascii="Nirmala UI" w:hAnsi="Nirmala UI" w:eastAsia="Nirmala UI" w:cs="Nirmala UI"/>
        </w:rPr>
        <w:t>ꯃꯔꯛꯇ</w:t>
      </w:r>
      <w:r>
        <w:rPr>
          <w:rFonts w:ascii="Times New Roman" w:hAnsi="Times New Roman" w:eastAsia="Times New Roman" w:cs="Times New Roman"/>
        </w:rPr>
        <w:t xml:space="preserve"> </w:t>
      </w:r>
      <w:r>
        <w:rPr>
          <w:rFonts w:ascii="Nirmala UI" w:hAnsi="Nirmala UI" w:eastAsia="Nirmala UI" w:cs="Nirmala UI"/>
        </w:rPr>
        <w:t>ꯃꯅꯨꯡ</w:t>
      </w:r>
      <w:r>
        <w:rPr>
          <w:rFonts w:ascii="Times New Roman" w:hAnsi="Times New Roman" w:eastAsia="Times New Roman" w:cs="Times New Roman"/>
        </w:rPr>
        <w:t>-</w:t>
      </w:r>
      <w:r>
        <w:rPr>
          <w:rFonts w:ascii="Nirmala UI" w:hAnsi="Nirmala UI" w:eastAsia="Nirmala UI" w:cs="Nirmala UI"/>
        </w:rPr>
        <w:t>ꯃꯅꯨꯡꯒꯤ</w:t>
      </w:r>
      <w:r>
        <w:rPr>
          <w:rFonts w:ascii="Times New Roman" w:hAnsi="Times New Roman" w:eastAsia="Times New Roman" w:cs="Times New Roman"/>
        </w:rPr>
        <w:t xml:space="preserve"> </w:t>
      </w:r>
      <w:r>
        <w:rPr>
          <w:rFonts w:ascii="Nirmala UI" w:hAnsi="Nirmala UI" w:eastAsia="Nirmala UI" w:cs="Nirmala UI"/>
        </w:rPr>
        <w:t>ꯂꯥꯟ</w:t>
      </w:r>
      <w:r>
        <w:rPr>
          <w:rFonts w:ascii="Times New Roman" w:hAnsi="Times New Roman" w:eastAsia="Times New Roman" w:cs="Times New Roman"/>
        </w:rPr>
        <w:t xml:space="preserve"> </w:t>
      </w:r>
      <w:r>
        <w:rPr>
          <w:rFonts w:ascii="Nirmala UI" w:hAnsi="Nirmala UI" w:eastAsia="Nirmala UI" w:cs="Nirmala UI"/>
        </w:rPr>
        <w:t>ꯍꯧꯍꯜꯂꯛꯈꯤ</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ꯑꯔꯝꯕ</w:t>
      </w:r>
      <w:r>
        <w:rPr>
          <w:rFonts w:ascii="Times New Roman" w:hAnsi="Times New Roman" w:eastAsia="Times New Roman" w:cs="Times New Roman"/>
        </w:rPr>
        <w:t xml:space="preserve"> </w:t>
      </w:r>
      <w:r>
        <w:rPr>
          <w:rFonts w:ascii="Nirmala UI" w:hAnsi="Nirmala UI" w:eastAsia="Nirmala UI" w:cs="Nirmala UI"/>
        </w:rPr>
        <w:t>ꯍꯥꯎꯒꯤ</w:t>
      </w:r>
      <w:r>
        <w:rPr>
          <w:rFonts w:ascii="Times New Roman" w:hAnsi="Times New Roman" w:eastAsia="Times New Roman" w:cs="Times New Roman"/>
        </w:rPr>
        <w:t xml:space="preserve"> </w:t>
      </w:r>
      <w:r>
        <w:rPr>
          <w:rFonts w:ascii="Nirmala UI" w:hAnsi="Nirmala UI" w:eastAsia="Nirmala UI" w:cs="Nirmala UI"/>
        </w:rPr>
        <w:t>ꯃꯅꯨꯡ</w:t>
      </w:r>
      <w:r>
        <w:rPr>
          <w:rFonts w:ascii="Times New Roman" w:hAnsi="Times New Roman" w:eastAsia="Times New Roman" w:cs="Times New Roman"/>
        </w:rPr>
        <w:t xml:space="preserve"> </w:t>
      </w:r>
      <w:r>
        <w:rPr>
          <w:rFonts w:ascii="Nirmala UI" w:hAnsi="Nirmala UI" w:eastAsia="Nirmala UI" w:cs="Nirmala UI"/>
        </w:rPr>
        <w:t>ꯑꯦꯂꯦꯛꯇ꯭ꯔꯣꯅꯤꯛ</w:t>
      </w:r>
      <w:r>
        <w:rPr>
          <w:rFonts w:ascii="Times New Roman" w:hAnsi="Times New Roman" w:eastAsia="Times New Roman" w:cs="Times New Roman"/>
        </w:rPr>
        <w:t xml:space="preserve"> </w:t>
      </w:r>
      <w:r>
        <w:rPr>
          <w:rFonts w:ascii="Nirmala UI" w:hAnsi="Nirmala UI" w:eastAsia="Nirmala UI" w:cs="Nirmala UI"/>
        </w:rPr>
        <w:t>ꯚꯣꯇꯤꯡ</w:t>
      </w:r>
      <w:r>
        <w:rPr>
          <w:rFonts w:ascii="Times New Roman" w:hAnsi="Times New Roman" w:eastAsia="Times New Roman" w:cs="Times New Roman"/>
        </w:rPr>
        <w:t xml:space="preserve"> </w:t>
      </w:r>
      <w:r>
        <w:rPr>
          <w:rFonts w:ascii="Nirmala UI" w:hAnsi="Nirmala UI" w:eastAsia="Nirmala UI" w:cs="Nirmala UI"/>
        </w:rPr>
        <w:t>ꯃꯦꯁꯤꯟꯁꯤꯡꯅ</w:t>
      </w:r>
      <w:r>
        <w:rPr>
          <w:rFonts w:ascii="Times New Roman" w:hAnsi="Times New Roman" w:eastAsia="Times New Roman" w:cs="Times New Roman"/>
        </w:rPr>
        <w:t xml:space="preserve"> </w:t>
      </w:r>
      <w:r>
        <w:rPr>
          <w:rFonts w:ascii="Nirmala UI" w:hAnsi="Nirmala UI" w:eastAsia="Nirmala UI" w:cs="Nirmala UI"/>
        </w:rPr>
        <w:t>ꯇ꯭ꯔꯝꯄꯀꯤ</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ꯑꯁꯩꯕ</w:t>
      </w:r>
      <w:r>
        <w:rPr>
          <w:rFonts w:ascii="Times New Roman" w:hAnsi="Times New Roman" w:eastAsia="Times New Roman" w:cs="Times New Roman"/>
        </w:rPr>
        <w:t xml:space="preserve"> </w:t>
      </w:r>
      <w:r>
        <w:rPr>
          <w:rFonts w:ascii="Nirmala UI" w:hAnsi="Nirmala UI" w:eastAsia="Nirmala UI" w:cs="Nirmala UI"/>
        </w:rPr>
        <w:t>ꯚꯣꯠꯁꯤꯡ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ꯃꯥꯏꯅꯒꯤ</w:t>
      </w:r>
      <w:r>
        <w:rPr>
          <w:rFonts w:ascii="Times New Roman" w:hAnsi="Times New Roman" w:eastAsia="Times New Roman" w:cs="Times New Roman"/>
        </w:rPr>
        <w:t xml:space="preserve"> </w:t>
      </w:r>
      <w:r>
        <w:rPr>
          <w:rFonts w:ascii="Nirmala UI" w:hAnsi="Nirmala UI" w:eastAsia="Nirmala UI" w:cs="Nirmala UI"/>
        </w:rPr>
        <w:t>ꯊꯥꯕ</w:t>
      </w:r>
      <w:r>
        <w:rPr>
          <w:rFonts w:ascii="Times New Roman" w:hAnsi="Times New Roman" w:eastAsia="Times New Roman" w:cs="Times New Roman"/>
        </w:rPr>
        <w:t xml:space="preserve"> </w:t>
      </w:r>
      <w:r>
        <w:rPr>
          <w:rFonts w:ascii="Nirmala UI" w:hAnsi="Nirmala UI" w:eastAsia="Nirmala UI" w:cs="Nirmala UI"/>
        </w:rPr>
        <w:t>ꯚꯣꯠꯁꯤꯡ</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ꯊꯥꯡꯗꯣꯛꯅꯕ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ꯄꯨꯡꯐꯝ</w:t>
      </w:r>
      <w:r>
        <w:rPr>
          <w:rFonts w:ascii="Times New Roman" w:hAnsi="Times New Roman" w:eastAsia="Times New Roman" w:cs="Times New Roman"/>
        </w:rPr>
        <w:t xml:space="preserve"> </w:t>
      </w:r>
      <w:r>
        <w:rPr>
          <w:rFonts w:ascii="Nirmala UI" w:hAnsi="Nirmala UI" w:eastAsia="Nirmala UI" w:cs="Nirmala UI"/>
        </w:rPr>
        <w:t>ꯉꯝꯗꯕ</w:t>
      </w:r>
      <w:r>
        <w:rPr>
          <w:rFonts w:ascii="Times New Roman" w:hAnsi="Times New Roman" w:eastAsia="Times New Roman" w:cs="Times New Roman"/>
        </w:rPr>
        <w:t xml:space="preserve"> </w:t>
      </w:r>
      <w:r>
        <w:rPr>
          <w:rFonts w:ascii="Nirmala UI" w:hAnsi="Nirmala UI" w:eastAsia="Nirmala UI" w:cs="Nirmala UI"/>
        </w:rPr>
        <w:t>ꯌꯥꯕ</w:t>
      </w:r>
      <w:r>
        <w:rPr>
          <w:rFonts w:ascii="Times New Roman" w:hAnsi="Times New Roman" w:eastAsia="Times New Roman" w:cs="Times New Roman"/>
        </w:rPr>
        <w:t xml:space="preserve"> </w:t>
      </w:r>
      <w:r>
        <w:rPr>
          <w:rFonts w:ascii="Nirmala UI" w:hAnsi="Nirmala UI" w:eastAsia="Nirmala UI" w:cs="Nirmala UI"/>
        </w:rPr>
        <w:t>ꯐꯪꯂꯛꯄ</w:t>
      </w:r>
      <w:r>
        <w:rPr>
          <w:rFonts w:ascii="Times New Roman" w:hAnsi="Times New Roman" w:eastAsia="Times New Roman" w:cs="Times New Roman"/>
        </w:rPr>
        <w:t xml:space="preserve"> </w:t>
      </w:r>
      <w:r>
        <w:rPr>
          <w:rFonts w:ascii="Nirmala UI" w:hAnsi="Nirmala UI" w:eastAsia="Nirmala UI" w:cs="Nirmala UI"/>
        </w:rPr>
        <w:t>ꯌꯥꯎꯕ</w:t>
      </w:r>
      <w:r>
        <w:rPr>
          <w:rFonts w:ascii="Times New Roman" w:hAnsi="Times New Roman" w:eastAsia="Times New Roman" w:cs="Times New Roman"/>
        </w:rPr>
        <w:t xml:space="preserve"> </w:t>
      </w:r>
      <w:r>
        <w:rPr>
          <w:rFonts w:ascii="Nirmala UI" w:hAnsi="Nirmala UI" w:eastAsia="Nirmala UI" w:cs="Nirmala UI"/>
        </w:rPr>
        <w:t>ꯉꯝꯃꯣꯏ।</w:t>
      </w:r>
      <w:r>
        <w:rPr>
          <w:rFonts w:ascii="Times New Roman" w:hAnsi="Times New Roman" w:eastAsia="Times New Roman" w:cs="Times New Roman"/>
        </w:rPr>
        <w:t xml:space="preserve"> </w:t>
      </w:r>
      <w:r>
        <w:rPr>
          <w:rFonts w:ascii="Nirmala UI" w:hAnsi="Nirmala UI" w:eastAsia="Nirmala UI" w:cs="Nirmala UI"/>
        </w:rPr>
        <w:t>ꯏꯁ꯭ꯂꯥꯝꯒꯤ</w:t>
      </w:r>
      <w:r>
        <w:rPr>
          <w:rFonts w:ascii="Times New Roman" w:hAnsi="Times New Roman" w:eastAsia="Times New Roman" w:cs="Times New Roman"/>
        </w:rPr>
        <w:t xml:space="preserve"> </w:t>
      </w:r>
      <w:r>
        <w:rPr>
          <w:rFonts w:ascii="Nirmala UI" w:hAnsi="Nirmala UI" w:eastAsia="Nirmala UI" w:cs="Nirmala UI"/>
        </w:rPr>
        <w:t>ꯃꯥꯏꯊꯣꯡ</w:t>
      </w:r>
      <w:r>
        <w:rPr>
          <w:rFonts w:ascii="Times New Roman" w:hAnsi="Times New Roman" w:eastAsia="Times New Roman" w:cs="Times New Roman"/>
        </w:rPr>
        <w:t xml:space="preserve"> </w:t>
      </w:r>
      <w:r>
        <w:rPr>
          <w:rFonts w:ascii="Nirmala UI" w:hAnsi="Nirmala UI" w:eastAsia="Nirmala UI" w:cs="Nirmala UI"/>
        </w:rPr>
        <w:t>ꯄꯔꯣꯐꯦꯠꯀꯤ</w:t>
      </w:r>
      <w:r>
        <w:rPr>
          <w:rFonts w:ascii="Times New Roman" w:hAnsi="Times New Roman" w:eastAsia="Times New Roman" w:cs="Times New Roman"/>
        </w:rPr>
        <w:t xml:space="preserve"> </w:t>
      </w:r>
      <w:r>
        <w:rPr>
          <w:rFonts w:ascii="Nirmala UI" w:hAnsi="Nirmala UI" w:eastAsia="Nirmala UI" w:cs="Nirmala UI"/>
        </w:rPr>
        <w:t>ꯂꯥꯟꯁꯤꯡ</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1989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ꯇꯥꯏꯝ</w:t>
      </w:r>
      <w:r>
        <w:rPr>
          <w:rFonts w:ascii="Times New Roman" w:hAnsi="Times New Roman" w:eastAsia="Times New Roman" w:cs="Times New Roman"/>
        </w:rPr>
        <w:t xml:space="preserve"> </w:t>
      </w:r>
      <w:r>
        <w:rPr>
          <w:rFonts w:ascii="Nirmala UI" w:hAnsi="Nirmala UI" w:eastAsia="Nirmala UI" w:cs="Nirmala UI"/>
        </w:rPr>
        <w:t>ꯑꯣꯐ</w:t>
      </w:r>
      <w:r>
        <w:rPr>
          <w:rFonts w:ascii="Times New Roman" w:hAnsi="Times New Roman" w:eastAsia="Times New Roman" w:cs="Times New Roman"/>
        </w:rPr>
        <w:t xml:space="preserve"> </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ꯑꯦꯟꯗ</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ꯃꯇꯝꯗꯒꯤ</w:t>
      </w:r>
      <w:r>
        <w:rPr>
          <w:rFonts w:ascii="Times New Roman" w:hAnsi="Times New Roman" w:eastAsia="Times New Roman" w:cs="Times New Roman"/>
        </w:rPr>
        <w:t xml:space="preserve">, </w:t>
      </w:r>
      <w:r>
        <w:rPr>
          <w:rFonts w:ascii="Nirmala UI" w:hAnsi="Nirmala UI" w:eastAsia="Nirmala UI" w:cs="Nirmala UI"/>
        </w:rPr>
        <w:t>ꯂꯩꯔꯥꯡ</w:t>
      </w:r>
      <w:r>
        <w:rPr>
          <w:rFonts w:ascii="Times New Roman" w:hAnsi="Times New Roman" w:eastAsia="Times New Roman" w:cs="Times New Roman"/>
        </w:rPr>
        <w:t xml:space="preserve"> </w:t>
      </w:r>
      <w:r>
        <w:rPr>
          <w:rFonts w:ascii="Nirmala UI" w:hAnsi="Nirmala UI" w:eastAsia="Nirmala UI" w:cs="Nirmala UI"/>
        </w:rPr>
        <w:t>ꯅꯨꯝꯤꯠꯒꯤ</w:t>
      </w:r>
      <w:r>
        <w:rPr>
          <w:rFonts w:ascii="Times New Roman" w:hAnsi="Times New Roman" w:eastAsia="Times New Roman" w:cs="Times New Roman"/>
        </w:rPr>
        <w:t xml:space="preserve"> </w:t>
      </w:r>
      <w:r>
        <w:rPr>
          <w:rFonts w:ascii="Nirmala UI" w:hAnsi="Nirmala UI" w:eastAsia="Nirmala UI" w:cs="Nirmala UI"/>
        </w:rPr>
        <w:t>ꯁꯥꯇꯤ</w:t>
      </w:r>
      <w:r>
        <w:rPr>
          <w:rFonts w:ascii="Times New Roman" w:hAnsi="Times New Roman" w:eastAsia="Times New Roman" w:cs="Times New Roman"/>
        </w:rPr>
        <w:t xml:space="preserve"> </w:t>
      </w:r>
      <w:r>
        <w:rPr>
          <w:rFonts w:ascii="Nirmala UI" w:hAnsi="Nirmala UI" w:eastAsia="Nirmala UI" w:cs="Nirmala UI"/>
        </w:rPr>
        <w:t>ꯆꯨꯛꯇ</w:t>
      </w:r>
      <w:r>
        <w:rPr>
          <w:rFonts w:ascii="Times New Roman" w:hAnsi="Times New Roman" w:eastAsia="Times New Roman" w:cs="Times New Roman"/>
        </w:rPr>
        <w:t xml:space="preserve"> </w:t>
      </w:r>
      <w:r>
        <w:rPr>
          <w:rFonts w:ascii="Nirmala UI" w:hAnsi="Nirmala UI" w:eastAsia="Nirmala UI" w:cs="Nirmala UI"/>
        </w:rPr>
        <w:t>ꯁꯤ</w:t>
      </w:r>
      <w:r>
        <w:rPr>
          <w:rFonts w:ascii="Times New Roman" w:hAnsi="Times New Roman" w:eastAsia="Times New Roman" w:cs="Times New Roman"/>
        </w:rPr>
        <w:t>-</w:t>
      </w:r>
      <w:r>
        <w:rPr>
          <w:rFonts w:ascii="Nirmala UI" w:hAnsi="Nirmala UI" w:eastAsia="Nirmala UI" w:cs="Nirmala UI"/>
        </w:rPr>
        <w:t>ꯕꯤꯁ꯭ꯇ</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ꯃꯃꯤꯡ</w:t>
      </w:r>
      <w:r>
        <w:rPr>
          <w:rFonts w:ascii="Times New Roman" w:hAnsi="Times New Roman" w:eastAsia="Times New Roman" w:cs="Times New Roman"/>
        </w:rPr>
        <w:t xml:space="preserve"> </w:t>
      </w:r>
      <w:r>
        <w:rPr>
          <w:rFonts w:ascii="Nirmala UI" w:hAnsi="Nirmala UI" w:eastAsia="Nirmala UI" w:cs="Nirmala UI"/>
        </w:rPr>
        <w:t>ꯁꯦꯟꯕꯗꯥ</w:t>
      </w:r>
      <w:r>
        <w:rPr>
          <w:rFonts w:ascii="Times New Roman" w:hAnsi="Times New Roman" w:eastAsia="Times New Roman" w:cs="Times New Roman"/>
        </w:rPr>
        <w:t xml:space="preserve">, </w:t>
      </w:r>
      <w:r>
        <w:rPr>
          <w:rFonts w:ascii="Nirmala UI" w:hAnsi="Nirmala UI" w:eastAsia="Nirmala UI" w:cs="Nirmala UI"/>
        </w:rPr>
        <w:t>ꯁꯦꯚꯦꯟꯒꯤ</w:t>
      </w:r>
      <w:r>
        <w:rPr>
          <w:rFonts w:ascii="Times New Roman" w:hAnsi="Times New Roman" w:eastAsia="Times New Roman" w:cs="Times New Roman"/>
        </w:rPr>
        <w:t xml:space="preserve"> </w:t>
      </w:r>
      <w:r>
        <w:rPr>
          <w:rFonts w:ascii="Nirmala UI" w:hAnsi="Nirmala UI" w:eastAsia="Nirmala UI" w:cs="Nirmala UI"/>
        </w:rPr>
        <w:t>ꯃꯇꯧ</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ꯄ꯭ꯔꯦꯖꯤꯗꯦꯟ</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ꯇ꯭ꯔꯝꯄꯀꯤ</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ꯐꯤꯕꯝꯁꯤꯡ</w:t>
      </w:r>
      <w:r>
        <w:rPr>
          <w:rFonts w:ascii="Times New Roman" w:hAnsi="Times New Roman" w:eastAsia="Times New Roman" w:cs="Times New Roman"/>
        </w:rPr>
        <w:t xml:space="preserve"> </w:t>
      </w:r>
      <w:r>
        <w:rPr>
          <w:rFonts w:ascii="Nirmala UI" w:hAnsi="Nirmala UI" w:eastAsia="Nirmala UI" w:cs="Nirmala UI"/>
        </w:rPr>
        <w:t>ꯁꯦꯝꯂꯛꯄꯅꯤ।</w:t>
      </w:r>
    </w:p>
    <w:p>
      <w:pPr>
        <w:pStyle w:val="ArticleBody"/>
        <w:jc w:val="left"/>
      </w:pPr>
      <w:r>
        <w:rPr>
          <w:rFonts w:ascii="Times New Roman" w:hAnsi="Times New Roman" w:eastAsia="Times New Roman" w:cs="Times New Roman"/>
        </w:rPr>
        <w:t>Filosofía satánica “Diversidad, Equidad e Inclusión” nisqaqa, Sodomawan Gomorrawan hatarikuyninta kutichinapaq huk plataformakunam, LGBTQ+ agenda nisqapa kallpachayninwan.</w:t>
      </w:r>
    </w:p>
    <w:p>
      <w:pPr>
        <w:pStyle w:val="ArticleScripture"/>
        <w:jc w:val="left"/>
      </w:pPr>
      <w:r>
        <w:rPr>
          <w:rFonts w:ascii="Times New Roman" w:hAnsi="Times New Roman" w:eastAsia="Times New Roman" w:cs="Times New Roman"/>
        </w:rPr>
        <w:t>Aynı şekilde Lut’un günlerinde de böyleydi; yediler, içtiler, satın aldılar, sattılar, diktiller, bina ettiler; fakat Lut Sodom’dan çıktığı gün, gökten ateş ve kükürt yağdı ve hepsini helâk etti. İnsanoğlu’nun açıkça görüneceği günde de tıpkı böyle olacaktır. Luka 17:28–30.</w:t>
      </w:r>
    </w:p>
    <w:p>
      <w:pPr>
        <w:pStyle w:val="ArticleBody"/>
        <w:jc w:val="left"/>
      </w:pPr>
      <w:r>
        <w:rPr>
          <w:rFonts w:ascii="Times New Roman" w:hAnsi="Times New Roman" w:eastAsia="Times New Roman" w:cs="Times New Roman"/>
        </w:rPr>
        <w:t>L’ajanda LGBTQ+, ki reprezant osi Gay Pride, e koumsa i mark dernyen degradasyon moral bèt later, e apre sa, sa lemonn antye.</w:t>
      </w:r>
    </w:p>
    <w:p>
      <w:pPr>
        <w:pStyle w:val="ArticleScripture"/>
        <w:jc w:val="left"/>
      </w:pPr>
      <w:r>
        <w:rPr>
          <w:rFonts w:ascii="Gadugi" w:hAnsi="Gadugi" w:eastAsia="Gadugi" w:cs="Gadugi"/>
        </w:rPr>
        <w:t>ᎤᏓᏅᏘ</w:t>
      </w:r>
      <w:r>
        <w:rPr>
          <w:rFonts w:ascii="Times New Roman" w:hAnsi="Times New Roman" w:eastAsia="Times New Roman" w:cs="Times New Roman"/>
        </w:rPr>
        <w:t xml:space="preserve"> </w:t>
      </w:r>
      <w:r>
        <w:rPr>
          <w:rFonts w:ascii="Gadugi" w:hAnsi="Gadugi" w:eastAsia="Gadugi" w:cs="Gadugi"/>
        </w:rPr>
        <w:t>ᎤᏅᏃᎯᏳᎯ</w:t>
      </w:r>
      <w:r>
        <w:rPr>
          <w:rFonts w:ascii="Times New Roman" w:hAnsi="Times New Roman" w:eastAsia="Times New Roman" w:cs="Times New Roman"/>
        </w:rPr>
        <w:t xml:space="preserve"> </w:t>
      </w:r>
      <w:r>
        <w:rPr>
          <w:rFonts w:ascii="Gadugi" w:hAnsi="Gadugi" w:eastAsia="Gadugi" w:cs="Gadugi"/>
        </w:rPr>
        <w:t>ᎤᏁᎳᎩ</w:t>
      </w:r>
      <w:r>
        <w:rPr>
          <w:rFonts w:ascii="Times New Roman" w:hAnsi="Times New Roman" w:eastAsia="Times New Roman" w:cs="Times New Roman"/>
        </w:rPr>
        <w:t xml:space="preserve"> </w:t>
      </w:r>
      <w:r>
        <w:rPr>
          <w:rFonts w:ascii="Gadugi" w:hAnsi="Gadugi" w:eastAsia="Gadugi" w:cs="Gadugi"/>
        </w:rPr>
        <w:t>ᎤᏲ</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ᎤᏓᏂᎸᏨᎢ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ᎤᏍᏆᏂᎪᏗ</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ᎦᏅᏅ</w:t>
      </w:r>
      <w:r>
        <w:rPr>
          <w:rFonts w:ascii="Times New Roman" w:hAnsi="Times New Roman" w:eastAsia="Times New Roman" w:cs="Times New Roman"/>
        </w:rPr>
        <w:t xml:space="preserve"> </w:t>
      </w:r>
      <w:r>
        <w:rPr>
          <w:rFonts w:ascii="Gadugi" w:hAnsi="Gadugi" w:eastAsia="Gadugi" w:cs="Gadugi"/>
        </w:rPr>
        <w:t>ᎤᏍᏕᎸᏗ</w:t>
      </w:r>
      <w:r>
        <w:rPr>
          <w:rFonts w:ascii="Times New Roman" w:hAnsi="Times New Roman" w:eastAsia="Times New Roman" w:cs="Times New Roman"/>
        </w:rPr>
        <w:t xml:space="preserve"> </w:t>
      </w:r>
      <w:r>
        <w:rPr>
          <w:rFonts w:ascii="Gadugi" w:hAnsi="Gadugi" w:eastAsia="Gadugi" w:cs="Gadugi"/>
        </w:rPr>
        <w:t>ᎤᏓᏅᏙᏗ</w:t>
      </w:r>
      <w:r>
        <w:rPr>
          <w:rFonts w:ascii="Times New Roman" w:hAnsi="Times New Roman" w:eastAsia="Times New Roman" w:cs="Times New Roman"/>
        </w:rPr>
        <w:t xml:space="preserve">. </w:t>
      </w:r>
      <w:r>
        <w:rPr>
          <w:rFonts w:ascii="Gadugi" w:hAnsi="Gadugi" w:eastAsia="Gadugi" w:cs="Gadugi"/>
        </w:rPr>
        <w:t>ᎤᏢᏈ</w:t>
      </w:r>
      <w:r>
        <w:rPr>
          <w:rFonts w:ascii="Times New Roman" w:hAnsi="Times New Roman" w:eastAsia="Times New Roman" w:cs="Times New Roman"/>
        </w:rPr>
        <w:t xml:space="preserve"> </w:t>
      </w:r>
      <w:r>
        <w:rPr>
          <w:rFonts w:ascii="Gadugi" w:hAnsi="Gadugi" w:eastAsia="Gadugi" w:cs="Gadugi"/>
        </w:rPr>
        <w:t>ᎠᎵᏍᎩᎸᏗ</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ᎤᎷᎯᏍᏗ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ᎤᏢᏉᎢ</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ᎤᏃᎸᏗ</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ᎤᏟ</w:t>
      </w:r>
      <w:r>
        <w:rPr>
          <w:rFonts w:ascii="Times New Roman" w:hAnsi="Times New Roman" w:eastAsia="Times New Roman" w:cs="Times New Roman"/>
        </w:rPr>
        <w:t xml:space="preserve"> </w:t>
      </w:r>
      <w:r>
        <w:rPr>
          <w:rFonts w:ascii="Gadugi" w:hAnsi="Gadugi" w:eastAsia="Gadugi" w:cs="Gadugi"/>
        </w:rPr>
        <w:t>ᎢᏳᎨᏳᎢ</w:t>
      </w:r>
      <w:r>
        <w:rPr>
          <w:rFonts w:ascii="Times New Roman" w:hAnsi="Times New Roman" w:eastAsia="Times New Roman" w:cs="Times New Roman"/>
        </w:rPr>
        <w:t xml:space="preserve"> </w:t>
      </w:r>
      <w:r>
        <w:rPr>
          <w:rFonts w:ascii="Gadugi" w:hAnsi="Gadugi" w:eastAsia="Gadugi" w:cs="Gadugi"/>
        </w:rPr>
        <w:t>ᎡᎳᏗ</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ᎠᏂᎡᎶᎯ</w:t>
      </w:r>
      <w:r>
        <w:rPr>
          <w:rFonts w:ascii="Times New Roman" w:hAnsi="Times New Roman" w:eastAsia="Times New Roman" w:cs="Times New Roman"/>
        </w:rPr>
        <w:t xml:space="preserve"> </w:t>
      </w:r>
      <w:r>
        <w:rPr>
          <w:rFonts w:ascii="Gadugi" w:hAnsi="Gadugi" w:eastAsia="Gadugi" w:cs="Gadugi"/>
        </w:rPr>
        <w:t>ᎠᏁᎲᎢ</w:t>
      </w:r>
      <w:r>
        <w:rPr>
          <w:rFonts w:ascii="Times New Roman" w:hAnsi="Times New Roman" w:eastAsia="Times New Roman" w:cs="Times New Roman"/>
        </w:rPr>
        <w:t xml:space="preserve"> </w:t>
      </w:r>
      <w:r>
        <w:rPr>
          <w:rFonts w:ascii="Gadugi" w:hAnsi="Gadugi" w:eastAsia="Gadugi" w:cs="Gadugi"/>
        </w:rPr>
        <w:t>ᎠᏂᎳᏍᏓᏁᎯ</w:t>
      </w:r>
      <w:r>
        <w:rPr>
          <w:rFonts w:ascii="Times New Roman" w:hAnsi="Times New Roman" w:eastAsia="Times New Roman" w:cs="Times New Roman"/>
        </w:rPr>
        <w:t xml:space="preserve"> </w:t>
      </w:r>
      <w:r>
        <w:rPr>
          <w:rFonts w:ascii="Gadugi" w:hAnsi="Gadugi" w:eastAsia="Gadugi" w:cs="Gadugi"/>
        </w:rPr>
        <w:t>ᎤᎾᏓᏑᏯᎢ</w:t>
      </w:r>
      <w:r>
        <w:rPr>
          <w:rFonts w:ascii="Times New Roman" w:hAnsi="Times New Roman" w:eastAsia="Times New Roman" w:cs="Times New Roman"/>
        </w:rPr>
        <w:t xml:space="preserve">, </w:t>
      </w:r>
      <w:r>
        <w:rPr>
          <w:rFonts w:ascii="Gadugi" w:hAnsi="Gadugi" w:eastAsia="Gadugi" w:cs="Gadugi"/>
        </w:rPr>
        <w:t>ᎡᏍᎦ</w:t>
      </w:r>
      <w:r>
        <w:rPr>
          <w:rFonts w:ascii="Times New Roman" w:hAnsi="Times New Roman" w:eastAsia="Times New Roman" w:cs="Times New Roman"/>
        </w:rPr>
        <w:t xml:space="preserve"> </w:t>
      </w:r>
      <w:r>
        <w:rPr>
          <w:rFonts w:ascii="Gadugi" w:hAnsi="Gadugi" w:eastAsia="Gadugi" w:cs="Gadugi"/>
        </w:rPr>
        <w:t>ᎤᏯᏙᎯᏍᏗ</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ᎤᎾᏓᏡᎬ</w:t>
      </w:r>
      <w:r>
        <w:rPr>
          <w:rFonts w:ascii="Times New Roman" w:hAnsi="Times New Roman" w:eastAsia="Times New Roman" w:cs="Times New Roman"/>
        </w:rPr>
        <w:t xml:space="preserve"> </w:t>
      </w:r>
      <w:r>
        <w:rPr>
          <w:rFonts w:ascii="Gadugi" w:hAnsi="Gadugi" w:eastAsia="Gadugi" w:cs="Gadugi"/>
        </w:rPr>
        <w:t>ᎠᏂᏢᏈᏍᎩ</w:t>
      </w:r>
      <w:r>
        <w:rPr>
          <w:rFonts w:ascii="Times New Roman" w:hAnsi="Times New Roman" w:eastAsia="Times New Roman" w:cs="Times New Roman"/>
        </w:rPr>
        <w:t xml:space="preserve"> </w:t>
      </w:r>
      <w:r>
        <w:rPr>
          <w:rFonts w:ascii="Gadugi" w:hAnsi="Gadugi" w:eastAsia="Gadugi" w:cs="Gadugi"/>
        </w:rPr>
        <w:t>ᎠᏁᎲᎢ</w:t>
      </w:r>
      <w:r>
        <w:rPr>
          <w:rFonts w:ascii="Times New Roman" w:hAnsi="Times New Roman" w:eastAsia="Times New Roman" w:cs="Times New Roman"/>
        </w:rPr>
        <w:t xml:space="preserve">. </w:t>
      </w:r>
      <w:r>
        <w:rPr>
          <w:rFonts w:ascii="Gadugi" w:hAnsi="Gadugi" w:eastAsia="Gadugi" w:cs="Gadugi"/>
        </w:rPr>
        <w:t>ᎢᏳᏃ</w:t>
      </w:r>
      <w:r>
        <w:rPr>
          <w:rFonts w:ascii="Times New Roman" w:hAnsi="Times New Roman" w:eastAsia="Times New Roman" w:cs="Times New Roman"/>
        </w:rPr>
        <w:t xml:space="preserve"> 16:17–19.</w:t>
      </w:r>
    </w:p>
    <w:p>
      <w:pPr>
        <w:pStyle w:val="ArticleBody"/>
        <w:jc w:val="left"/>
      </w:pPr>
      <w:r>
        <w:rPr>
          <w:rFonts w:ascii="Nirmala UI" w:hAnsi="Nirmala UI" w:eastAsia="Nirmala UI" w:cs="Nirmala UI"/>
        </w:rPr>
        <w:t>ᱦᱩᱛᱟᱹᱞ</w:t>
      </w:r>
      <w:r>
        <w:rPr>
          <w:rFonts w:ascii="Times New Roman" w:hAnsi="Times New Roman" w:eastAsia="Times New Roman" w:cs="Times New Roman"/>
        </w:rPr>
        <w:t xml:space="preserve"> </w:t>
      </w:r>
      <w:r>
        <w:rPr>
          <w:rFonts w:ascii="Nirmala UI" w:hAnsi="Nirmala UI" w:eastAsia="Nirmala UI" w:cs="Nirmala UI"/>
        </w:rPr>
        <w:t>ᱞᱟᱹᱜᱤᱫ</w:t>
      </w:r>
      <w:r>
        <w:rPr>
          <w:rFonts w:ascii="Times New Roman" w:hAnsi="Times New Roman" w:eastAsia="Times New Roman" w:cs="Times New Roman"/>
        </w:rPr>
        <w:t xml:space="preserve"> </w:t>
      </w:r>
      <w:r>
        <w:rPr>
          <w:rFonts w:ascii="Nirmala UI" w:hAnsi="Nirmala UI" w:eastAsia="Nirmala UI" w:cs="Nirmala UI"/>
        </w:rPr>
        <w:t>ᱯᱟᱛᱟᱱ</w:t>
      </w:r>
      <w:r>
        <w:rPr>
          <w:rFonts w:ascii="Times New Roman" w:hAnsi="Times New Roman" w:eastAsia="Times New Roman" w:cs="Times New Roman"/>
        </w:rPr>
        <w:t xml:space="preserve"> </w:t>
      </w:r>
      <w:r>
        <w:rPr>
          <w:rFonts w:ascii="Nirmala UI" w:hAnsi="Nirmala UI" w:eastAsia="Nirmala UI" w:cs="Nirmala UI"/>
        </w:rPr>
        <w:t>ᱮᱢ</w:t>
      </w:r>
      <w:r>
        <w:rPr>
          <w:rFonts w:ascii="Times New Roman" w:hAnsi="Times New Roman" w:eastAsia="Times New Roman" w:cs="Times New Roman"/>
        </w:rPr>
        <w:t xml:space="preserve"> </w:t>
      </w:r>
      <w:r>
        <w:rPr>
          <w:rFonts w:ascii="Nirmala UI" w:hAnsi="Nirmala UI" w:eastAsia="Nirmala UI" w:cs="Nirmala UI"/>
        </w:rPr>
        <w:t>ᱦᱩᱭᱩᱜᱼᱟ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ᱦᱩᱛᱟᱹᱞ</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ᱧᱚᱥᱴᱚ</w:t>
      </w:r>
      <w:r>
        <w:rPr>
          <w:rFonts w:ascii="Times New Roman" w:hAnsi="Times New Roman" w:eastAsia="Times New Roman" w:cs="Times New Roman"/>
        </w:rPr>
        <w:t xml:space="preserve"> </w:t>
      </w:r>
      <w:r>
        <w:rPr>
          <w:rFonts w:ascii="Nirmala UI" w:hAnsi="Nirmala UI" w:eastAsia="Nirmala UI" w:cs="Nirmala UI"/>
        </w:rPr>
        <w:t>ᱞᱟᱹᱜᱤᱫ</w:t>
      </w:r>
      <w:r>
        <w:rPr>
          <w:rFonts w:ascii="Times New Roman" w:hAnsi="Times New Roman" w:eastAsia="Times New Roman" w:cs="Times New Roman"/>
        </w:rPr>
        <w:t xml:space="preserve"> </w:t>
      </w:r>
      <w:r>
        <w:rPr>
          <w:rFonts w:ascii="Nirmala UI" w:hAnsi="Nirmala UI" w:eastAsia="Nirmala UI" w:cs="Nirmala UI"/>
        </w:rPr>
        <w:t>ᱦᱟᱹᱛᱤᱧ</w:t>
      </w:r>
      <w:r>
        <w:rPr>
          <w:rFonts w:ascii="Times New Roman" w:hAnsi="Times New Roman" w:eastAsia="Times New Roman" w:cs="Times New Roman"/>
        </w:rPr>
        <w:t xml:space="preserve"> </w:t>
      </w:r>
      <w:r>
        <w:rPr>
          <w:rFonts w:ascii="Nirmala UI" w:hAnsi="Nirmala UI" w:eastAsia="Nirmala UI" w:cs="Nirmala UI"/>
        </w:rPr>
        <w:t>ᱮᱢ</w:t>
      </w:r>
      <w:r>
        <w:rPr>
          <w:rFonts w:ascii="Times New Roman" w:hAnsi="Times New Roman" w:eastAsia="Times New Roman" w:cs="Times New Roman"/>
        </w:rPr>
        <w:t xml:space="preserve"> </w:t>
      </w:r>
      <w:r>
        <w:rPr>
          <w:rFonts w:ascii="Nirmala UI" w:hAnsi="Nirmala UI" w:eastAsia="Nirmala UI" w:cs="Nirmala UI"/>
        </w:rPr>
        <w:t>ᱦᱩᱭᱩᱜᱼᱟ।</w:t>
      </w:r>
      <w:r>
        <w:rPr>
          <w:rFonts w:ascii="Times New Roman" w:hAnsi="Times New Roman" w:eastAsia="Times New Roman" w:cs="Times New Roman"/>
        </w:rPr>
        <w:t xml:space="preserve"> </w:t>
      </w:r>
      <w:r>
        <w:rPr>
          <w:rFonts w:ascii="Nirmala UI" w:hAnsi="Nirmala UI" w:eastAsia="Nirmala UI" w:cs="Nirmala UI"/>
        </w:rPr>
        <w:t>ᱡᱟᱹᱛᱤᱭ</w:t>
      </w:r>
      <w:r>
        <w:rPr>
          <w:rFonts w:ascii="Times New Roman" w:hAnsi="Times New Roman" w:eastAsia="Times New Roman" w:cs="Times New Roman"/>
        </w:rPr>
        <w:t xml:space="preserve"> </w:t>
      </w:r>
      <w:r>
        <w:rPr>
          <w:rFonts w:ascii="Nirmala UI" w:hAnsi="Nirmala UI" w:eastAsia="Nirmala UI" w:cs="Nirmala UI"/>
        </w:rPr>
        <w:t>ᱫᱷᱚᱨᱢᱚᱛᱭᱟᱜ</w:t>
      </w:r>
      <w:r>
        <w:rPr>
          <w:rFonts w:ascii="Times New Roman" w:hAnsi="Times New Roman" w:eastAsia="Times New Roman" w:cs="Times New Roman"/>
        </w:rPr>
        <w:t xml:space="preserve"> </w:t>
      </w:r>
      <w:r>
        <w:rPr>
          <w:rFonts w:ascii="Nirmala UI" w:hAnsi="Nirmala UI" w:eastAsia="Nirmala UI" w:cs="Nirmala UI"/>
        </w:rPr>
        <w:t>ᱯᱟᱨᱟᱞᱚᱜ</w:t>
      </w:r>
      <w:r>
        <w:rPr>
          <w:rFonts w:ascii="Times New Roman" w:hAnsi="Times New Roman" w:eastAsia="Times New Roman" w:cs="Times New Roman"/>
        </w:rPr>
        <w:t xml:space="preserve"> </w:t>
      </w:r>
      <w:r>
        <w:rPr>
          <w:rFonts w:ascii="Nirmala UI" w:hAnsi="Nirmala UI" w:eastAsia="Nirmala UI" w:cs="Nirmala UI"/>
        </w:rPr>
        <w:t>ᱡᱟᱹᱛᱤᱭ</w:t>
      </w:r>
      <w:r>
        <w:rPr>
          <w:rFonts w:ascii="Times New Roman" w:hAnsi="Times New Roman" w:eastAsia="Times New Roman" w:cs="Times New Roman"/>
        </w:rPr>
        <w:t xml:space="preserve"> </w:t>
      </w:r>
      <w:r>
        <w:rPr>
          <w:rFonts w:ascii="Nirmala UI" w:hAnsi="Nirmala UI" w:eastAsia="Nirmala UI" w:cs="Nirmala UI"/>
        </w:rPr>
        <w:t>ᱧᱚᱥᱴᱚ</w:t>
      </w:r>
      <w:r>
        <w:rPr>
          <w:rFonts w:ascii="Times New Roman" w:hAnsi="Times New Roman" w:eastAsia="Times New Roman" w:cs="Times New Roman"/>
        </w:rPr>
        <w:t xml:space="preserve"> </w:t>
      </w:r>
      <w:r>
        <w:rPr>
          <w:rFonts w:ascii="Nirmala UI" w:hAnsi="Nirmala UI" w:eastAsia="Nirmala UI" w:cs="Nirmala UI"/>
        </w:rPr>
        <w:t>ᱮ</w:t>
      </w:r>
      <w:r>
        <w:rPr>
          <w:rFonts w:ascii="Times New Roman" w:hAnsi="Times New Roman" w:eastAsia="Times New Roman" w:cs="Times New Roman"/>
        </w:rPr>
        <w:t xml:space="preserve"> </w:t>
      </w:r>
      <w:r>
        <w:rPr>
          <w:rFonts w:ascii="Nirmala UI" w:hAnsi="Nirmala UI" w:eastAsia="Nirmala UI" w:cs="Nirmala UI"/>
        </w:rPr>
        <w:t>ᱟᱹᱲᱟᱹᱜᱼᱟ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ᱡᱚᱜᱚᱛᱵᱭᱟᱯᱤ</w:t>
      </w:r>
      <w:r>
        <w:rPr>
          <w:rFonts w:ascii="Times New Roman" w:hAnsi="Times New Roman" w:eastAsia="Times New Roman" w:cs="Times New Roman"/>
        </w:rPr>
        <w:t xml:space="preserve"> </w:t>
      </w:r>
      <w:r>
        <w:rPr>
          <w:rFonts w:ascii="Nirmala UI" w:hAnsi="Nirmala UI" w:eastAsia="Nirmala UI" w:cs="Nirmala UI"/>
        </w:rPr>
        <w:t>ᱦᱩᱛᱟᱹᱞᱟᱜ</w:t>
      </w:r>
      <w:r>
        <w:rPr>
          <w:rFonts w:ascii="Times New Roman" w:hAnsi="Times New Roman" w:eastAsia="Times New Roman" w:cs="Times New Roman"/>
        </w:rPr>
        <w:t xml:space="preserve"> </w:t>
      </w:r>
      <w:r>
        <w:rPr>
          <w:rFonts w:ascii="Nirmala UI" w:hAnsi="Nirmala UI" w:eastAsia="Nirmala UI" w:cs="Nirmala UI"/>
        </w:rPr>
        <w:t>ᱪᱤᱱᱦᱟᱹ</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Sodom </w:t>
      </w:r>
      <w:r>
        <w:rPr>
          <w:rFonts w:ascii="Nirmala UI" w:hAnsi="Nirmala UI" w:eastAsia="Nirmala UI" w:cs="Nirmala UI"/>
        </w:rPr>
        <w:t>ᱟᱨ</w:t>
      </w:r>
      <w:r>
        <w:rPr>
          <w:rFonts w:ascii="Times New Roman" w:hAnsi="Times New Roman" w:eastAsia="Times New Roman" w:cs="Times New Roman"/>
        </w:rPr>
        <w:t xml:space="preserve"> Gomorrah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ᱵᱤᱫᱨᱚᱦᱚᱨ</w:t>
      </w:r>
      <w:r>
        <w:rPr>
          <w:rFonts w:ascii="Times New Roman" w:hAnsi="Times New Roman" w:eastAsia="Times New Roman" w:cs="Times New Roman"/>
        </w:rPr>
        <w:t xml:space="preserve"> </w:t>
      </w:r>
      <w:r>
        <w:rPr>
          <w:rFonts w:ascii="Nirmala UI" w:hAnsi="Nirmala UI" w:eastAsia="Nirmala UI" w:cs="Nirmala UI"/>
        </w:rPr>
        <w:t>ᱪᱤᱱᱦᱟᱹ</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ᱯᱨᱮᱨᱚᱱᱟ</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ᱥᱤᱜᱽᱜᱤᱨ</w:t>
      </w:r>
      <w:r>
        <w:rPr>
          <w:rFonts w:ascii="Times New Roman" w:hAnsi="Times New Roman" w:eastAsia="Times New Roman" w:cs="Times New Roman"/>
        </w:rPr>
        <w:t xml:space="preserve"> </w:t>
      </w:r>
      <w:r>
        <w:rPr>
          <w:rFonts w:ascii="Nirmala UI" w:hAnsi="Nirmala UI" w:eastAsia="Nirmala UI" w:cs="Nirmala UI"/>
        </w:rPr>
        <w:t>ᱦᱟᱹᱛᱤᱧ</w:t>
      </w:r>
      <w:r>
        <w:rPr>
          <w:rFonts w:ascii="Times New Roman" w:hAnsi="Times New Roman" w:eastAsia="Times New Roman" w:cs="Times New Roman"/>
        </w:rPr>
        <w:t xml:space="preserve"> </w:t>
      </w:r>
      <w:r>
        <w:rPr>
          <w:rFonts w:ascii="Nirmala UI" w:hAnsi="Nirmala UI" w:eastAsia="Nirmala UI" w:cs="Nirmala UI"/>
        </w:rPr>
        <w:t>ᱮᱢ</w:t>
      </w:r>
      <w:r>
        <w:rPr>
          <w:rFonts w:ascii="Times New Roman" w:hAnsi="Times New Roman" w:eastAsia="Times New Roman" w:cs="Times New Roman"/>
        </w:rPr>
        <w:t xml:space="preserve"> </w:t>
      </w:r>
      <w:r>
        <w:rPr>
          <w:rFonts w:ascii="Nirmala UI" w:hAnsi="Nirmala UI" w:eastAsia="Nirmala UI" w:cs="Nirmala UI"/>
        </w:rPr>
        <w:t>ᱟᱥᱟ</w:t>
      </w:r>
      <w:r>
        <w:rPr>
          <w:rFonts w:ascii="Times New Roman" w:hAnsi="Times New Roman" w:eastAsia="Times New Roman" w:cs="Times New Roman"/>
        </w:rPr>
        <w:t xml:space="preserve"> </w:t>
      </w:r>
      <w:r>
        <w:rPr>
          <w:rFonts w:ascii="Nirmala UI" w:hAnsi="Nirmala UI" w:eastAsia="Nirmala UI" w:cs="Nirmala UI"/>
        </w:rPr>
        <w:t>ᱠᱟᱱ</w:t>
      </w:r>
      <w:r>
        <w:rPr>
          <w:rFonts w:ascii="Times New Roman" w:hAnsi="Times New Roman" w:eastAsia="Times New Roman" w:cs="Times New Roman"/>
        </w:rPr>
        <w:t xml:space="preserve"> Sunday law </w:t>
      </w:r>
      <w:r>
        <w:rPr>
          <w:rFonts w:ascii="Nirmala UI" w:hAnsi="Nirmala UI" w:eastAsia="Nirmala UI" w:cs="Nirmala UI"/>
        </w:rPr>
        <w:t>ᱠᱚ</w:t>
      </w:r>
      <w:r>
        <w:rPr>
          <w:rFonts w:ascii="Times New Roman" w:hAnsi="Times New Roman" w:eastAsia="Times New Roman" w:cs="Times New Roman"/>
        </w:rPr>
        <w:t xml:space="preserve">, Lot </w:t>
      </w:r>
      <w:r>
        <w:rPr>
          <w:rFonts w:ascii="Nirmala UI" w:hAnsi="Nirmala UI" w:eastAsia="Nirmala UI" w:cs="Nirmala UI"/>
        </w:rPr>
        <w:t>ᱡᱮᱢᱚᱱ</w:t>
      </w:r>
      <w:r>
        <w:rPr>
          <w:rFonts w:ascii="Times New Roman" w:hAnsi="Times New Roman" w:eastAsia="Times New Roman" w:cs="Times New Roman"/>
        </w:rPr>
        <w:t xml:space="preserve"> Sodom, Gomorrah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ᱫᱟᱹᱱᱨᱟ</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ᱥᱟᱦᱟᱨ</w:t>
      </w:r>
      <w:r>
        <w:rPr>
          <w:rFonts w:ascii="Times New Roman" w:hAnsi="Times New Roman" w:eastAsia="Times New Roman" w:cs="Times New Roman"/>
        </w:rPr>
        <w:t xml:space="preserve"> </w:t>
      </w:r>
      <w:r>
        <w:rPr>
          <w:rFonts w:ascii="Nirmala UI" w:hAnsi="Nirmala UI" w:eastAsia="Nirmala UI" w:cs="Nirmala UI"/>
        </w:rPr>
        <w:t>ᱠᱚᱣᱟᱜ</w:t>
      </w:r>
      <w:r>
        <w:rPr>
          <w:rFonts w:ascii="Times New Roman" w:hAnsi="Times New Roman" w:eastAsia="Times New Roman" w:cs="Times New Roman"/>
        </w:rPr>
        <w:t xml:space="preserve"> </w:t>
      </w:r>
      <w:r>
        <w:rPr>
          <w:rFonts w:ascii="Nirmala UI" w:hAnsi="Nirmala UI" w:eastAsia="Nirmala UI" w:cs="Nirmala UI"/>
        </w:rPr>
        <w:t>ᱧᱚᱥᱴᱚ</w:t>
      </w:r>
      <w:r>
        <w:rPr>
          <w:rFonts w:ascii="Times New Roman" w:hAnsi="Times New Roman" w:eastAsia="Times New Roman" w:cs="Times New Roman"/>
        </w:rPr>
        <w:t xml:space="preserve"> </w:t>
      </w:r>
      <w:r>
        <w:rPr>
          <w:rFonts w:ascii="Nirmala UI" w:hAnsi="Nirmala UI" w:eastAsia="Nirmala UI" w:cs="Nirmala UI"/>
        </w:rPr>
        <w:t>ᱠᱷᱚᱱ</w:t>
      </w:r>
      <w:r>
        <w:rPr>
          <w:rFonts w:ascii="Times New Roman" w:hAnsi="Times New Roman" w:eastAsia="Times New Roman" w:cs="Times New Roman"/>
        </w:rPr>
        <w:t xml:space="preserve"> </w:t>
      </w:r>
      <w:r>
        <w:rPr>
          <w:rFonts w:ascii="Nirmala UI" w:hAnsi="Nirmala UI" w:eastAsia="Nirmala UI" w:cs="Nirmala UI"/>
        </w:rPr>
        <w:t>ᱠᱟᱸᱴᱤᱡ</w:t>
      </w:r>
      <w:r>
        <w:rPr>
          <w:rFonts w:ascii="Times New Roman" w:hAnsi="Times New Roman" w:eastAsia="Times New Roman" w:cs="Times New Roman"/>
        </w:rPr>
        <w:t xml:space="preserve"> </w:t>
      </w:r>
      <w:r>
        <w:rPr>
          <w:rFonts w:ascii="Nirmala UI" w:hAnsi="Nirmala UI" w:eastAsia="Nirmala UI" w:cs="Nirmala UI"/>
        </w:rPr>
        <w:t>ᱵᱟᱸᱪᱟᱣ</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ᱥᱟᱡᱟᱣ</w:t>
      </w:r>
      <w:r>
        <w:rPr>
          <w:rFonts w:ascii="Times New Roman" w:hAnsi="Times New Roman" w:eastAsia="Times New Roman" w:cs="Times New Roman"/>
        </w:rPr>
        <w:t xml:space="preserve"> </w:t>
      </w:r>
      <w:r>
        <w:rPr>
          <w:rFonts w:ascii="Nirmala UI" w:hAnsi="Nirmala UI" w:eastAsia="Nirmala UI" w:cs="Nirmala UI"/>
        </w:rPr>
        <w:t>ᱮᱫᱟ</w:t>
      </w:r>
      <w:r>
        <w:rPr>
          <w:rFonts w:ascii="Times New Roman" w:hAnsi="Times New Roman" w:eastAsia="Times New Roman" w:cs="Times New Roman"/>
        </w:rPr>
        <w:t xml:space="preserve">; </w:t>
      </w:r>
      <w:r>
        <w:rPr>
          <w:rFonts w:ascii="Nirmala UI" w:hAnsi="Nirmala UI" w:eastAsia="Nirmala UI" w:cs="Nirmala UI"/>
        </w:rPr>
        <w:t>ᱪᱮᱫᱟᱠ</w:t>
      </w:r>
      <w:r>
        <w:rPr>
          <w:rFonts w:ascii="Times New Roman" w:hAnsi="Times New Roman" w:eastAsia="Times New Roman" w:cs="Times New Roman"/>
        </w:rPr>
        <w:t xml:space="preserve"> </w:t>
      </w:r>
      <w:r>
        <w:rPr>
          <w:rFonts w:ascii="Nirmala UI" w:hAnsi="Nirmala UI" w:eastAsia="Nirmala UI" w:cs="Nirmala UI"/>
        </w:rPr>
        <w:t>ᱦᱚᱸ</w:t>
      </w:r>
      <w:r>
        <w:rPr>
          <w:rFonts w:ascii="Times New Roman" w:hAnsi="Times New Roman" w:eastAsia="Times New Roman" w:cs="Times New Roman"/>
        </w:rPr>
        <w:t xml:space="preserve"> Lot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ᱥᱟᱱᱛᱟᱱ</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(Ammon </w:t>
      </w:r>
      <w:r>
        <w:rPr>
          <w:rFonts w:ascii="Nirmala UI" w:hAnsi="Nirmala UI" w:eastAsia="Nirmala UI" w:cs="Nirmala UI"/>
        </w:rPr>
        <w:t>ᱟᱨ</w:t>
      </w:r>
      <w:r>
        <w:rPr>
          <w:rFonts w:ascii="Times New Roman" w:hAnsi="Times New Roman" w:eastAsia="Times New Roman" w:cs="Times New Roman"/>
        </w:rPr>
        <w:t xml:space="preserve"> Moab) </w:t>
      </w:r>
      <w:r>
        <w:rPr>
          <w:rFonts w:ascii="Nirmala UI" w:hAnsi="Nirmala UI" w:eastAsia="Nirmala UI" w:cs="Nirmala UI"/>
        </w:rPr>
        <w:t>ᱫᱚ</w:t>
      </w:r>
      <w:r>
        <w:rPr>
          <w:rFonts w:ascii="Times New Roman" w:hAnsi="Times New Roman" w:eastAsia="Times New Roman" w:cs="Times New Roman"/>
        </w:rPr>
        <w:t xml:space="preserve"> Sunday law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ᱯᱚᱯᱚᱛᱟᱱᱛᱨᱚᱨ</w:t>
      </w:r>
      <w:r>
        <w:rPr>
          <w:rFonts w:ascii="Times New Roman" w:hAnsi="Times New Roman" w:eastAsia="Times New Roman" w:cs="Times New Roman"/>
        </w:rPr>
        <w:t xml:space="preserve"> </w:t>
      </w:r>
      <w:r>
        <w:rPr>
          <w:rFonts w:ascii="Nirmala UI" w:hAnsi="Nirmala UI" w:eastAsia="Nirmala UI" w:cs="Nirmala UI"/>
        </w:rPr>
        <w:t>ᱛᱤ</w:t>
      </w:r>
      <w:r>
        <w:rPr>
          <w:rFonts w:ascii="Times New Roman" w:hAnsi="Times New Roman" w:eastAsia="Times New Roman" w:cs="Times New Roman"/>
        </w:rPr>
        <w:t xml:space="preserve"> </w:t>
      </w:r>
      <w:r>
        <w:rPr>
          <w:rFonts w:ascii="Nirmala UI" w:hAnsi="Nirmala UI" w:eastAsia="Nirmala UI" w:cs="Nirmala UI"/>
        </w:rPr>
        <w:t>ᱠᱷᱚᱱ</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ᱵᱟᱸᱪᱟᱣᱚᱜᱼᱟ</w:t>
      </w:r>
      <w:r>
        <w:rPr>
          <w:rFonts w:ascii="Times New Roman" w:hAnsi="Times New Roman" w:eastAsia="Times New Roman" w:cs="Times New Roman"/>
        </w:rPr>
        <w:t xml:space="preserve">, </w:t>
      </w:r>
      <w:r>
        <w:rPr>
          <w:rFonts w:ascii="Nirmala UI" w:hAnsi="Nirmala UI" w:eastAsia="Nirmala UI" w:cs="Nirmala UI"/>
        </w:rPr>
        <w:t>ᱩᱱᱠᱩᱣᱟᱜ</w:t>
      </w:r>
      <w:r>
        <w:rPr>
          <w:rFonts w:ascii="Times New Roman" w:hAnsi="Times New Roman" w:eastAsia="Times New Roman" w:cs="Times New Roman"/>
        </w:rPr>
        <w:t xml:space="preserve"> </w:t>
      </w:r>
      <w:r>
        <w:rPr>
          <w:rFonts w:ascii="Nirmala UI" w:hAnsi="Nirmala UI" w:eastAsia="Nirmala UI" w:cs="Nirmala UI"/>
        </w:rPr>
        <w:t>ᱪᱤᱱᱦᱟᱹ</w:t>
      </w:r>
      <w:r>
        <w:rPr>
          <w:rFonts w:ascii="Times New Roman" w:hAnsi="Times New Roman" w:eastAsia="Times New Roman" w:cs="Times New Roman"/>
        </w:rPr>
        <w:t xml:space="preserve"> </w:t>
      </w:r>
      <w:r>
        <w:rPr>
          <w:rFonts w:ascii="Nirmala UI" w:hAnsi="Nirmala UI" w:eastAsia="Nirmala UI" w:cs="Nirmala UI"/>
        </w:rPr>
        <w:t>ᱠᱟᱱᱟ।</w:t>
      </w:r>
    </w:p>
    <w:p>
      <w:pPr>
        <w:pStyle w:val="ArticleScripture"/>
        <w:jc w:val="left"/>
      </w:pPr>
      <w:r>
        <w:rPr>
          <w:rFonts w:ascii="Times New Roman" w:hAnsi="Times New Roman" w:eastAsia="Times New Roman" w:cs="Times New Roman"/>
        </w:rPr>
        <w:t>Jima niq’a kay sumaq allpamanpas haykunqa, achka suyukunataq urmachisqa kanqaku; ichaqa kaykunaqa makinmanta qispinqaku, Edom, Moab, hinallataq Amonpa wawanmanta aswan umalliqkuna. Daniel 11:41.</w:t>
      </w:r>
    </w:p>
    <w:p>
      <w:pPr>
        <w:pStyle w:val="ArticleBody"/>
        <w:jc w:val="left"/>
      </w:pPr>
      <w:r>
        <w:rPr>
          <w:rFonts w:ascii="Times New Roman" w:hAnsi="Times New Roman" w:eastAsia="Times New Roman" w:cs="Times New Roman"/>
        </w:rPr>
        <w:t>Partiya Demokratîk niha bi destên xwe bi xwe tê hilweşandin. Ez bi siyasetê re xema nakim; ez tenê dîroka niha bi çîroka pêxemberî re li hev tînim. Partiya Demokratîk bi bêwestan xebitîye da ku sînorên li çaraliyê cîhanê veke, û bi vî awayî şêlaka mirovan a bêwêne û bêkontrol bihêle derbas bibe. Deriyên avê li ser tevahiya cîhanê ji aliyê globalîstên ku ejderha wan îlhambaxş e, hatine vekirin.</w:t>
      </w:r>
    </w:p>
    <w:p>
      <w:pPr>
        <w:pStyle w:val="ArticleScripture"/>
        <w:jc w:val="left"/>
      </w:pPr>
      <w:r>
        <w:rPr>
          <w:rFonts w:ascii="Times New Roman" w:hAnsi="Times New Roman" w:eastAsia="Times New Roman" w:cs="Times New Roman"/>
        </w:rPr>
        <w:t>A kañjagban inwarawna ti uram as danum a kasla layos a sumurot iti babai, tapno maiyawidna isuna babaen iti layos. Ngem tinulongan ti daga ti babai, ket linuktan ti daga ti ngiwatna, ket inulonanna ti layos nga inwarawna ti dragon manipud iti ngiwatna. Ket ti dragon nakapungtot iti babai, ket napan makigubat iti nabati a kaputotan ti bukelna, dagidiay a mangsalimetmet kadagiti bilbilin ti Dios, ket adda kadakuada ti pammaneknek ni Jesu-Cristo. Apocalipsis 12:15–17.</w:t>
      </w:r>
    </w:p>
    <w:p>
      <w:pPr>
        <w:pStyle w:val="ArticleBody"/>
        <w:jc w:val="left"/>
      </w:pPr>
      <w:r>
        <w:rPr>
          <w:rFonts w:ascii="Times New Roman" w:hAnsi="Times New Roman" w:eastAsia="Times New Roman" w:cs="Times New Roman"/>
        </w:rPr>
        <w:t>Le « reste » est les cent quarante-quatre mille, et l’histoire des cent quarante-quatre mille est l’histoire qui a commencé le 11 septembre 2001. Depuis lors, la puissance du dragon « lançait de sa bouche de l’eau comme un fleuve » dans toutes les directions. L’eau représente des peuples.</w:t>
      </w:r>
    </w:p>
    <w:p>
      <w:pPr>
        <w:pStyle w:val="ArticleScripture"/>
        <w:jc w:val="left"/>
      </w:pPr>
      <w:r>
        <w:rPr>
          <w:rFonts w:ascii="Times New Roman" w:hAnsi="Times New Roman" w:eastAsia="Times New Roman" w:cs="Times New Roman"/>
        </w:rPr>
        <w:t>Atin a kinunana kaniak, Ti dandanum a nakitam, a pagitugawan dayta balangkantis, ket dagiti ili, ken dagiti adu a tattao, ken dagiti nasion, ken dagiti pagsasao. Apocalipsis 17:15.</w:t>
      </w:r>
    </w:p>
    <w:p>
      <w:pPr>
        <w:pStyle w:val="ArticleBody"/>
        <w:jc w:val="left"/>
      </w:pPr>
      <w:r>
        <w:rPr>
          <w:rFonts w:ascii="Gadugi" w:hAnsi="Gadugi" w:eastAsia="Gadugi" w:cs="Gadugi"/>
        </w:rPr>
        <w:t>ᎠᏂᏍᎩᎾ</w:t>
      </w:r>
      <w:r>
        <w:rPr>
          <w:rFonts w:ascii="Times New Roman" w:hAnsi="Times New Roman" w:eastAsia="Times New Roman" w:cs="Times New Roman"/>
        </w:rPr>
        <w:t xml:space="preserve"> </w:t>
      </w:r>
      <w:r>
        <w:rPr>
          <w:rFonts w:ascii="Gadugi" w:hAnsi="Gadugi" w:eastAsia="Gadugi" w:cs="Gadugi"/>
        </w:rPr>
        <w:t>ᎤᏂᏤᎵ</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ᎦᏚᎲᎢ</w:t>
      </w:r>
      <w:r>
        <w:rPr>
          <w:rFonts w:ascii="Times New Roman" w:hAnsi="Times New Roman" w:eastAsia="Times New Roman" w:cs="Times New Roman"/>
        </w:rPr>
        <w:t xml:space="preserve"> </w:t>
      </w:r>
      <w:r>
        <w:rPr>
          <w:rFonts w:ascii="Gadugi" w:hAnsi="Gadugi" w:eastAsia="Gadugi" w:cs="Gadugi"/>
        </w:rPr>
        <w:t>ᎤᎾᏤᎵᎦ</w:t>
      </w:r>
      <w:r>
        <w:rPr>
          <w:rFonts w:ascii="Times New Roman" w:hAnsi="Times New Roman" w:eastAsia="Times New Roman" w:cs="Times New Roman"/>
        </w:rPr>
        <w:t xml:space="preserve"> (globalists),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ᎤᎾᏍᏚᎢᏍᏗᎭ</w:t>
      </w:r>
      <w:r>
        <w:rPr>
          <w:rFonts w:ascii="Times New Roman" w:hAnsi="Times New Roman" w:eastAsia="Times New Roman" w:cs="Times New Roman"/>
        </w:rPr>
        <w:t xml:space="preserve"> </w:t>
      </w:r>
      <w:r>
        <w:rPr>
          <w:rFonts w:ascii="Gadugi" w:hAnsi="Gadugi" w:eastAsia="Gadugi" w:cs="Gadugi"/>
        </w:rPr>
        <w:t>ᎠᎹ</w:t>
      </w:r>
      <w:r>
        <w:rPr>
          <w:rFonts w:ascii="Times New Roman" w:hAnsi="Times New Roman" w:eastAsia="Times New Roman" w:cs="Times New Roman"/>
        </w:rPr>
        <w:t xml:space="preserve"> </w:t>
      </w:r>
      <w:r>
        <w:rPr>
          <w:rFonts w:ascii="Gadugi" w:hAnsi="Gadugi" w:eastAsia="Gadugi" w:cs="Gadugi"/>
        </w:rPr>
        <w:t>ᎠᏚᎵᏍᎬ</w:t>
      </w:r>
      <w:r>
        <w:rPr>
          <w:rFonts w:ascii="Times New Roman" w:hAnsi="Times New Roman" w:eastAsia="Times New Roman" w:cs="Times New Roman"/>
        </w:rPr>
        <w:t xml:space="preserve"> </w:t>
      </w:r>
      <w:r>
        <w:rPr>
          <w:rFonts w:ascii="Gadugi" w:hAnsi="Gadugi" w:eastAsia="Gadugi" w:cs="Gadugi"/>
        </w:rPr>
        <w:t>ᎤᎴᏅᎲ</w:t>
      </w:r>
      <w:r>
        <w:rPr>
          <w:rFonts w:ascii="Times New Roman" w:hAnsi="Times New Roman" w:eastAsia="Times New Roman" w:cs="Times New Roman"/>
        </w:rPr>
        <w:t xml:space="preserve"> </w:t>
      </w:r>
      <w:r>
        <w:rPr>
          <w:rFonts w:ascii="Gadugi" w:hAnsi="Gadugi" w:eastAsia="Gadugi" w:cs="Gadugi"/>
        </w:rPr>
        <w:t>ᏂᏚᏳᎪᏛᎾ</w:t>
      </w:r>
      <w:r>
        <w:rPr>
          <w:rFonts w:ascii="Times New Roman" w:hAnsi="Times New Roman" w:eastAsia="Times New Roman" w:cs="Times New Roman"/>
        </w:rPr>
        <w:t xml:space="preserve"> </w:t>
      </w:r>
      <w:r>
        <w:rPr>
          <w:rFonts w:ascii="Gadugi" w:hAnsi="Gadugi" w:eastAsia="Gadugi" w:cs="Gadugi"/>
        </w:rPr>
        <w:t>ᎢᎬᏱᏱᏍᎬ</w:t>
      </w:r>
      <w:r>
        <w:rPr>
          <w:rFonts w:ascii="Times New Roman" w:hAnsi="Times New Roman" w:eastAsia="Times New Roman" w:cs="Times New Roman"/>
        </w:rPr>
        <w:t xml:space="preserve"> </w:t>
      </w:r>
      <w:r>
        <w:rPr>
          <w:rFonts w:ascii="Gadugi" w:hAnsi="Gadugi" w:eastAsia="Gadugi" w:cs="Gadugi"/>
        </w:rPr>
        <w:t>ᎠᏂᏴᏫ</w:t>
      </w:r>
      <w:r>
        <w:rPr>
          <w:rFonts w:ascii="Times New Roman" w:hAnsi="Times New Roman" w:eastAsia="Times New Roman" w:cs="Times New Roman"/>
        </w:rPr>
        <w:t xml:space="preserve">, </w:t>
      </w:r>
      <w:r>
        <w:rPr>
          <w:rFonts w:ascii="Gadugi" w:hAnsi="Gadugi" w:eastAsia="Gadugi" w:cs="Gadugi"/>
        </w:rPr>
        <w:t>ᎠᏍᏆᏂᎪᏗ</w:t>
      </w:r>
      <w:r>
        <w:rPr>
          <w:rFonts w:ascii="Times New Roman" w:hAnsi="Times New Roman" w:eastAsia="Times New Roman" w:cs="Times New Roman"/>
        </w:rPr>
        <w:t xml:space="preserve"> </w:t>
      </w:r>
      <w:r>
        <w:rPr>
          <w:rFonts w:ascii="Gadugi" w:hAnsi="Gadugi" w:eastAsia="Gadugi" w:cs="Gadugi"/>
        </w:rPr>
        <w:t>ᏕᎨᏥᏍᏚᏗ</w:t>
      </w:r>
      <w:r>
        <w:rPr>
          <w:rFonts w:ascii="Times New Roman" w:hAnsi="Times New Roman" w:eastAsia="Times New Roman" w:cs="Times New Roman"/>
        </w:rPr>
        <w:t xml:space="preserve"> </w:t>
      </w:r>
      <w:r>
        <w:rPr>
          <w:rFonts w:ascii="Gadugi" w:hAnsi="Gadugi" w:eastAsia="Gadugi" w:cs="Gadugi"/>
        </w:rPr>
        <w:t>ᎢᏯᏍᏆᏂᎪᏔ</w:t>
      </w:r>
      <w:r>
        <w:rPr>
          <w:rFonts w:ascii="Times New Roman" w:hAnsi="Times New Roman" w:eastAsia="Times New Roman" w:cs="Times New Roman"/>
        </w:rPr>
        <w:t xml:space="preserve"> </w:t>
      </w:r>
      <w:r>
        <w:rPr>
          <w:rFonts w:ascii="Gadugi" w:hAnsi="Gadugi" w:eastAsia="Gadugi" w:cs="Gadugi"/>
        </w:rPr>
        <w:t>ᏌᏊ</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ᎢᏯᏂᎦᏛ</w:t>
      </w:r>
      <w:r>
        <w:rPr>
          <w:rFonts w:ascii="Times New Roman" w:hAnsi="Times New Roman" w:eastAsia="Times New Roman" w:cs="Times New Roman"/>
        </w:rPr>
        <w:t xml:space="preserve"> </w:t>
      </w:r>
      <w:r>
        <w:rPr>
          <w:rFonts w:ascii="Gadugi" w:hAnsi="Gadugi" w:eastAsia="Gadugi" w:cs="Gadugi"/>
        </w:rPr>
        <w:t>ᎢᏴᏛ</w:t>
      </w:r>
      <w:r>
        <w:rPr>
          <w:rFonts w:ascii="Times New Roman" w:hAnsi="Times New Roman" w:eastAsia="Times New Roman" w:cs="Times New Roman"/>
        </w:rPr>
        <w:t xml:space="preserve">. </w:t>
      </w:r>
      <w:r>
        <w:rPr>
          <w:rFonts w:ascii="Gadugi" w:hAnsi="Gadugi" w:eastAsia="Gadugi" w:cs="Gadugi"/>
        </w:rPr>
        <w:t>ᎠᏍᎩᎾᏍᎩ</w:t>
      </w:r>
      <w:r>
        <w:rPr>
          <w:rFonts w:ascii="Times New Roman" w:hAnsi="Times New Roman" w:eastAsia="Times New Roman" w:cs="Times New Roman"/>
        </w:rPr>
        <w:t xml:space="preserve"> </w:t>
      </w:r>
      <w:r>
        <w:rPr>
          <w:rFonts w:ascii="Gadugi" w:hAnsi="Gadugi" w:eastAsia="Gadugi" w:cs="Gadugi"/>
        </w:rPr>
        <w:t>ᎤᎾᏓᏠᏍᎬ</w:t>
      </w:r>
      <w:r>
        <w:rPr>
          <w:rFonts w:ascii="Times New Roman" w:hAnsi="Times New Roman" w:eastAsia="Times New Roman" w:cs="Times New Roman"/>
        </w:rPr>
        <w:t xml:space="preserve"> “floods”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ᏂᎬᎾᏛ</w:t>
      </w:r>
      <w:r>
        <w:rPr>
          <w:rFonts w:ascii="Times New Roman" w:hAnsi="Times New Roman" w:eastAsia="Times New Roman" w:cs="Times New Roman"/>
        </w:rPr>
        <w:t xml:space="preserve"> </w:t>
      </w:r>
      <w:r>
        <w:rPr>
          <w:rFonts w:ascii="Gadugi" w:hAnsi="Gadugi" w:eastAsia="Gadugi" w:cs="Gadugi"/>
        </w:rPr>
        <w:t>ᎠᏂᎪᎵᏰᎥ</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ᎤᏗᏅᏏᏓ</w:t>
      </w:r>
      <w:r>
        <w:rPr>
          <w:rFonts w:ascii="Times New Roman" w:hAnsi="Times New Roman" w:eastAsia="Times New Roman" w:cs="Times New Roman"/>
        </w:rPr>
        <w:t xml:space="preserve"> </w:t>
      </w:r>
      <w:r>
        <w:rPr>
          <w:rFonts w:ascii="Gadugi" w:hAnsi="Gadugi" w:eastAsia="Gadugi" w:cs="Gadugi"/>
        </w:rPr>
        <w:t>ᎤᏓᏢᏙᏗ</w:t>
      </w:r>
      <w:r>
        <w:rPr>
          <w:rFonts w:ascii="Times New Roman" w:hAnsi="Times New Roman" w:eastAsia="Times New Roman" w:cs="Times New Roman"/>
        </w:rPr>
        <w:t xml:space="preserve">, </w:t>
      </w:r>
      <w:r>
        <w:rPr>
          <w:rFonts w:ascii="Gadugi" w:hAnsi="Gadugi" w:eastAsia="Gadugi" w:cs="Gadugi"/>
        </w:rPr>
        <w:t>ᎩᎳ</w:t>
      </w:r>
      <w:r>
        <w:rPr>
          <w:rFonts w:ascii="Times New Roman" w:hAnsi="Times New Roman" w:eastAsia="Times New Roman" w:cs="Times New Roman"/>
        </w:rPr>
        <w:t xml:space="preserve"> </w:t>
      </w:r>
      <w:r>
        <w:rPr>
          <w:rFonts w:ascii="Gadugi" w:hAnsi="Gadugi" w:eastAsia="Gadugi" w:cs="Gadugi"/>
        </w:rPr>
        <w:t>ᎤᏍᏗᎩᏛ</w:t>
      </w:r>
      <w:r>
        <w:rPr>
          <w:rFonts w:ascii="Times New Roman" w:hAnsi="Times New Roman" w:eastAsia="Times New Roman" w:cs="Times New Roman"/>
        </w:rPr>
        <w:t xml:space="preserve"> </w:t>
      </w:r>
      <w:r>
        <w:rPr>
          <w:rFonts w:ascii="Gadugi" w:hAnsi="Gadugi" w:eastAsia="Gadugi" w:cs="Gadugi"/>
        </w:rPr>
        <w:t>ᏓᏆᏍᎬ</w:t>
      </w:r>
      <w:r>
        <w:rPr>
          <w:rFonts w:ascii="Times New Roman" w:hAnsi="Times New Roman" w:eastAsia="Times New Roman" w:cs="Times New Roman"/>
        </w:rPr>
        <w:t xml:space="preserve"> Sunday law. </w:t>
      </w:r>
      <w:r>
        <w:rPr>
          <w:rFonts w:ascii="Gadugi" w:hAnsi="Gadugi" w:eastAsia="Gadugi" w:cs="Gadugi"/>
        </w:rPr>
        <w:t>ᎠᏍᎩᎾᏍᎩ</w:t>
      </w:r>
      <w:r>
        <w:rPr>
          <w:rFonts w:ascii="Times New Roman" w:hAnsi="Times New Roman" w:eastAsia="Times New Roman" w:cs="Times New Roman"/>
        </w:rPr>
        <w:t xml:space="preserve"> </w:t>
      </w:r>
      <w:r>
        <w:rPr>
          <w:rFonts w:ascii="Gadugi" w:hAnsi="Gadugi" w:eastAsia="Gadugi" w:cs="Gadugi"/>
        </w:rPr>
        <w:t>ᎤᎾᏓᏠᏍᎬ</w:t>
      </w:r>
      <w:r>
        <w:rPr>
          <w:rFonts w:ascii="Times New Roman" w:hAnsi="Times New Roman" w:eastAsia="Times New Roman" w:cs="Times New Roman"/>
        </w:rPr>
        <w:t xml:space="preserve"> </w:t>
      </w:r>
      <w:r>
        <w:rPr>
          <w:rFonts w:ascii="Gadugi" w:hAnsi="Gadugi" w:eastAsia="Gadugi" w:cs="Gadugi"/>
        </w:rPr>
        <w:t>ᎠᏍᎩᎾ</w:t>
      </w:r>
      <w:r>
        <w:rPr>
          <w:rFonts w:ascii="Times New Roman" w:hAnsi="Times New Roman" w:eastAsia="Times New Roman" w:cs="Times New Roman"/>
        </w:rPr>
        <w:t xml:space="preserve"> </w:t>
      </w:r>
      <w:r>
        <w:rPr>
          <w:rFonts w:ascii="Gadugi" w:hAnsi="Gadugi" w:eastAsia="Gadugi" w:cs="Gadugi"/>
        </w:rPr>
        <w:t>ᎦᎸᎶᏗ</w:t>
      </w:r>
      <w:r>
        <w:rPr>
          <w:rFonts w:ascii="Times New Roman" w:hAnsi="Times New Roman" w:eastAsia="Times New Roman" w:cs="Times New Roman"/>
        </w:rPr>
        <w:t xml:space="preserve"> Revelation 12 </w:t>
      </w:r>
      <w:r>
        <w:rPr>
          <w:rFonts w:ascii="Gadugi" w:hAnsi="Gadugi" w:eastAsia="Gadugi" w:cs="Gadugi"/>
        </w:rPr>
        <w:t>ᎤᏥᏄᎦ</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ᎦᏚᎲᎢ</w:t>
      </w:r>
      <w:r>
        <w:rPr>
          <w:rFonts w:ascii="Times New Roman" w:hAnsi="Times New Roman" w:eastAsia="Times New Roman" w:cs="Times New Roman"/>
        </w:rPr>
        <w:t xml:space="preserve"> beast </w:t>
      </w:r>
      <w:r>
        <w:rPr>
          <w:rFonts w:ascii="Gadugi" w:hAnsi="Gadugi" w:eastAsia="Gadugi" w:cs="Gadugi"/>
        </w:rPr>
        <w:t>ᎤᏂᏍᏚᏁᎸ</w:t>
      </w:r>
      <w:r>
        <w:rPr>
          <w:rFonts w:ascii="Times New Roman" w:hAnsi="Times New Roman" w:eastAsia="Times New Roman" w:cs="Times New Roman"/>
        </w:rPr>
        <w:t xml:space="preserve"> </w:t>
      </w:r>
      <w:r>
        <w:rPr>
          <w:rFonts w:ascii="Gadugi" w:hAnsi="Gadugi" w:eastAsia="Gadugi" w:cs="Gadugi"/>
        </w:rPr>
        <w:t>ᎢᎬᏱᏱᏍᎬ</w:t>
      </w:r>
      <w:r>
        <w:rPr>
          <w:rFonts w:ascii="Times New Roman" w:hAnsi="Times New Roman" w:eastAsia="Times New Roman" w:cs="Times New Roman"/>
        </w:rPr>
        <w:t xml:space="preserve"> </w:t>
      </w:r>
      <w:r>
        <w:rPr>
          <w:rFonts w:ascii="Gadugi" w:hAnsi="Gadugi" w:eastAsia="Gadugi" w:cs="Gadugi"/>
        </w:rPr>
        <w:t>ᎤᎵᏁᎢᎸ</w:t>
      </w:r>
      <w:r>
        <w:rPr>
          <w:rFonts w:ascii="Times New Roman" w:hAnsi="Times New Roman" w:eastAsia="Times New Roman" w:cs="Times New Roman"/>
        </w:rPr>
        <w:t xml:space="preserve"> </w:t>
      </w:r>
      <w:r>
        <w:rPr>
          <w:rFonts w:ascii="Gadugi" w:hAnsi="Gadugi" w:eastAsia="Gadugi" w:cs="Gadugi"/>
        </w:rPr>
        <w:t>ᎠᎹᏰᎵᏍᏗ</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United States,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ᏚᏓᎴᏅᎯ</w:t>
      </w:r>
      <w:r>
        <w:rPr>
          <w:rFonts w:ascii="Times New Roman" w:hAnsi="Times New Roman" w:eastAsia="Times New Roman" w:cs="Times New Roman"/>
        </w:rPr>
        <w:t xml:space="preserve"> </w:t>
      </w:r>
      <w:r>
        <w:rPr>
          <w:rFonts w:ascii="Gadugi" w:hAnsi="Gadugi" w:eastAsia="Gadugi" w:cs="Gadugi"/>
        </w:rPr>
        <w:t>ᎠᏍᎩᎾᏍᎩ</w:t>
      </w:r>
      <w:r>
        <w:rPr>
          <w:rFonts w:ascii="Times New Roman" w:hAnsi="Times New Roman" w:eastAsia="Times New Roman" w:cs="Times New Roman"/>
        </w:rPr>
        <w:t xml:space="preserve"> </w:t>
      </w:r>
      <w:r>
        <w:rPr>
          <w:rFonts w:ascii="Gadugi" w:hAnsi="Gadugi" w:eastAsia="Gadugi" w:cs="Gadugi"/>
        </w:rPr>
        <w:t>ᎤᎾᏓᏠᏍᎬ</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ᎤᏁᏤᎭ</w:t>
      </w:r>
      <w:r>
        <w:rPr>
          <w:rFonts w:ascii="Times New Roman" w:hAnsi="Times New Roman" w:eastAsia="Times New Roman" w:cs="Times New Roman"/>
        </w:rPr>
        <w:t xml:space="preserve"> </w:t>
      </w:r>
      <w:r>
        <w:rPr>
          <w:rFonts w:ascii="Gadugi" w:hAnsi="Gadugi" w:eastAsia="Gadugi" w:cs="Gadugi"/>
        </w:rPr>
        <w:t>ᎠᎦᎵᏰᎢᎵᏒ</w:t>
      </w:r>
      <w:r>
        <w:rPr>
          <w:rFonts w:ascii="Times New Roman" w:hAnsi="Times New Roman" w:eastAsia="Times New Roman" w:cs="Times New Roman"/>
        </w:rPr>
        <w:t xml:space="preserve"> </w:t>
      </w:r>
      <w:r>
        <w:rPr>
          <w:rFonts w:ascii="Gadugi" w:hAnsi="Gadugi" w:eastAsia="Gadugi" w:cs="Gadugi"/>
        </w:rPr>
        <w:t>ᏓᏆᏍᎬ</w:t>
      </w:r>
      <w:r>
        <w:rPr>
          <w:rFonts w:ascii="Times New Roman" w:hAnsi="Times New Roman" w:eastAsia="Times New Roman" w:cs="Times New Roman"/>
        </w:rPr>
        <w:t xml:space="preserve"> Sunday law crisis,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ᎠᏍᎦᎢ</w:t>
      </w:r>
      <w:r>
        <w:rPr>
          <w:rFonts w:ascii="Times New Roman" w:hAnsi="Times New Roman" w:eastAsia="Times New Roman" w:cs="Times New Roman"/>
        </w:rPr>
        <w:t xml:space="preserve"> </w:t>
      </w:r>
      <w:r>
        <w:rPr>
          <w:rFonts w:ascii="Gadugi" w:hAnsi="Gadugi" w:eastAsia="Gadugi" w:cs="Gadugi"/>
        </w:rPr>
        <w:t>ᎦᎷᏨᎭ</w:t>
      </w:r>
      <w:r>
        <w:rPr>
          <w:rFonts w:ascii="Times New Roman" w:hAnsi="Times New Roman" w:eastAsia="Times New Roman" w:cs="Times New Roman"/>
        </w:rPr>
        <w:t xml:space="preserve"> </w:t>
      </w:r>
      <w:r>
        <w:rPr>
          <w:rFonts w:ascii="Gadugi" w:hAnsi="Gadugi" w:eastAsia="Gadugi" w:cs="Gadugi"/>
        </w:rPr>
        <w:t>ᎠᎹ</w:t>
      </w:r>
      <w:r>
        <w:rPr>
          <w:rFonts w:ascii="Times New Roman" w:hAnsi="Times New Roman" w:eastAsia="Times New Roman" w:cs="Times New Roman"/>
        </w:rPr>
        <w:t xml:space="preserve"> </w:t>
      </w:r>
      <w:r>
        <w:rPr>
          <w:rFonts w:ascii="Gadugi" w:hAnsi="Gadugi" w:eastAsia="Gadugi" w:cs="Gadugi"/>
        </w:rPr>
        <w:t>ᎾᏍᎩᏯ</w:t>
      </w:r>
      <w:r>
        <w:rPr>
          <w:rFonts w:ascii="Times New Roman" w:hAnsi="Times New Roman" w:eastAsia="Times New Roman" w:cs="Times New Roman"/>
        </w:rPr>
        <w:t xml:space="preserve"> </w:t>
      </w:r>
      <w:r>
        <w:rPr>
          <w:rFonts w:ascii="Gadugi" w:hAnsi="Gadugi" w:eastAsia="Gadugi" w:cs="Gadugi"/>
        </w:rPr>
        <w:t>ᎤᎾᏓᏠᏍᎬ</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ᎤᏁᎳᎩ</w:t>
      </w:r>
      <w:r>
        <w:rPr>
          <w:rFonts w:ascii="Times New Roman" w:hAnsi="Times New Roman" w:eastAsia="Times New Roman" w:cs="Times New Roman"/>
        </w:rPr>
        <w:t xml:space="preserve"> </w:t>
      </w:r>
      <w:r>
        <w:rPr>
          <w:rFonts w:ascii="Gadugi" w:hAnsi="Gadugi" w:eastAsia="Gadugi" w:cs="Gadugi"/>
        </w:rPr>
        <w:t>ᎤᏗᏅᏏᏓ</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ᎤᏓᏢᏙᏗ</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 táh iní baa sa ni, kaa hikaán ñu danbaaba hodi ka hatara síin ya̱a yá, káa hikaán ñu ta maanífaana fiina, ma na ni toodo noomaana kaba káa hikaán ñu nooha hárónfáana. Káa hikaán ñu yáa hinin ya̱a nooma, káa hikaán ñu dandáani ka hikaán ñu hoda noomaana: káa hikaán ñu nooma ka hikaán ñu da hodi noomaana fiina. Káa hikaán ñu ya̱a ka hikaán ñu da hodi noomaana fiina, káa hikaán ñu hoda noomaana ka hikaán ñu da yáa hinin ya̱a. Káa hikaán ñu nooma ka hikaán ñu da hodi noomaana fiina, káa hikaán ñu da ya̱a hinin ya̱a, káa hikaán ñu ya̱a ka hikaán ñu hoda noomaana, káa hikaán ñu da yáa hinin ya̱a ka hikaán ñu noomaana. Káa Uba hárí a̱di, káa a síin yá baa da ni ka yáa hinin ya̱a ma noomaana. Káa a hárí ni ga̱a táa ni, káa a yáa hinin ya̱a ni ga̱a táa ni ga̱a da ni ka hikaán ñu da̱a hodi yáa ya̱a: a̱di a bángá báa síin yá ba ni hódin a, káa a noomaana báa ka hikaán ñu da̱a a. Káa a yáa noomaana hodi ka hikaán ñu da̱a hínkíni, káa a yáa salbasiuun hodi ka hikaán ñu da̱a síin kaana; káa a yáa nofáana yáa hodi ka hikaán ñu da̱a ropa, káa a yáa celo hodi ka hikaán ñu da̱a capa. Tóhó ndii ñu hínká, tóhó ndii a yáa káa ni, yáa yáa síin ya̱a káa hárónfáa síin a nda̱a, káa yáa káa ni síin a ñu síin a; síin ñu isla, a yáa káa ni ka níi ni. Káa yáa ni ka hínkíni ñu xii Uba ndee káa nuchi, káa a gloria ndee káa ndáa ka túu. Tóhó enemigo kúu hárí ndee taka yúute, Espíritu xi Uba yáa kaxin estandarte síin a. Káa Redentor kúu kixi Sion, káa síin ñu ndáa xii transgresión ndee Jacob, káa Uba. Káa na ni kúu covenant xi̱i ñu, káa Uba; Espíritu yín ni sa̱a ndéé, káa sa̱a no̱o yín ni sákáa ndéé yu̱u, ma kúu kuxio ndee yu̱u, ni ma kúu kuxio ndee yu̱u xi̱i semilla nu̱u, ni ndee yu̱u xi̱i semilla xi̱i semilla nu̱u, káa Uba, ndee vichi káa ndaani. Isaías 59:13–21.</w:t>
      </w:r>
    </w:p>
    <w:p>
      <w:pPr>
        <w:pStyle w:val="ArticleBody"/>
        <w:jc w:val="left"/>
      </w:pPr>
      <w:r>
        <w:rPr>
          <w:rFonts w:ascii="Times New Roman" w:hAnsi="Times New Roman" w:eastAsia="Times New Roman" w:cs="Times New Roman"/>
        </w:rPr>
        <w:t>Ɔhyeɛnsode a wɔma so bere a ɔtamfo ba sɛ asubɔnten no ne frankaa no, a ɛno nso yɛ ɔhyeɛnsode wɔ Onyankopɔn Asɛm mu. Wɔ bere a edi anim ma Memeneda da mmara a ɛrebɛn ntɛm no, mmra mu nni hɔ akwantufoɔ a wɔrefa wɔn ho ahyɛ mu te sɛ nsuyiri no yɛ sɛnkyerɛnne a ɛkyerɛ sɛ adom bere no rebɛn awiei. Tebea a Yesaia kyerɛ bere a ɔka ɔhyeɛnsode bi a wɔrema so ho no da bere a mmaratoo nni hɔ adi, efisɛ ɔka sɛ, “wɔadan atemmu akyi, na atɛntrenee gyina akyirikyiri: na nokware ahwe ase wɔ abɔnten so, na pɛyɛrentee ntumi nkɔ mu. Yiw, nokware asa; na nea ogyae bɔne no de ne ho yɛ asade: na Awurade hui, na ɛsɔɔ n’ani bɔne sɛ atemmu nni hɔ. Na ohui sɛ onipa biara nni hɔ, na ɛyɛɛ no nwonwa sɛ ɔsrɛfo biara nni hɔ.” Basabasayɛ a mmarima te sɛ George Soros atu sika ahyɛ mu, na Democratic amammuifo abu so ani no, Onuawa White kyerɛkyerɛ mu pɛpɛɛpɛ wɔ ne nkitahodi mu ne Yesaia asɛm no ho.</w:t>
      </w:r>
    </w:p>
    <w:p>
      <w:pPr>
        <w:pStyle w:val="ArticleScripture"/>
        <w:jc w:val="left"/>
      </w:pPr>
      <w:r>
        <w:rPr>
          <w:rFonts w:ascii="Times New Roman" w:hAnsi="Times New Roman" w:eastAsia="Times New Roman" w:cs="Times New Roman"/>
        </w:rPr>
        <w:t>«Суди правосуддя розбещені. Правителі керуються жадобою наживи та любов’ю до чуттєвих утіх. Нестриманість затьмарила здібності багатьох так, що сатана майже цілковито володіє ними. Правознавці розбещені, підкуплені, зведені. Пияцтво й гульбища, пристрасть, заздрість, нечесність усякого роду виявляються серед тих, хто звершує закони. «І суд відступив назад, а правда стала віддалік, бо істина спіткнулася на площі, і правота не може ввійти». Ісаї 59:14». Велика боротьба, 586.</w:t>
      </w:r>
    </w:p>
    <w:p>
      <w:pPr>
        <w:pStyle w:val="ArticleBody"/>
        <w:jc w:val="left"/>
      </w:pPr>
      <w:r>
        <w:rPr>
          <w:rFonts w:ascii="Myanmar Text" w:hAnsi="Myanmar Text" w:eastAsia="Myanmar Text" w:cs="Myanmar Text"/>
        </w:rPr>
        <w:t>မတရားဝင်</w:t>
      </w:r>
      <w:r>
        <w:rPr>
          <w:rFonts w:ascii="Times New Roman" w:hAnsi="Times New Roman" w:eastAsia="Times New Roman" w:cs="Times New Roman"/>
        </w:rPr>
        <w:t xml:space="preserve"> </w:t>
      </w:r>
      <w:r>
        <w:rPr>
          <w:rFonts w:ascii="Myanmar Text" w:hAnsi="Myanmar Text" w:eastAsia="Myanmar Text" w:cs="Myanmar Text"/>
        </w:rPr>
        <w:t>ဝင်ရောက်နေထိုင်မှု၊</w:t>
      </w:r>
      <w:r>
        <w:rPr>
          <w:rFonts w:ascii="Times New Roman" w:hAnsi="Times New Roman" w:eastAsia="Times New Roman" w:cs="Times New Roman"/>
        </w:rPr>
        <w:t xml:space="preserve"> Antifa (</w:t>
      </w:r>
      <w:r>
        <w:rPr>
          <w:rFonts w:ascii="Myanmar Text" w:hAnsi="Myanmar Text" w:eastAsia="Myanmar Text" w:cs="Myanmar Text"/>
        </w:rPr>
        <w:t>အန်တီဖက်ဆစ်</w:t>
      </w:r>
      <w:r>
        <w:rPr>
          <w:rFonts w:ascii="Times New Roman" w:hAnsi="Times New Roman" w:eastAsia="Times New Roman" w:cs="Times New Roman"/>
        </w:rPr>
        <w:t xml:space="preserve">) </w:t>
      </w:r>
      <w:r>
        <w:rPr>
          <w:rFonts w:ascii="Myanmar Text" w:hAnsi="Myanmar Text" w:eastAsia="Myanmar Text" w:cs="Myanmar Text"/>
        </w:rPr>
        <w:t>ကဲ့သို့သော</w:t>
      </w:r>
      <w:r>
        <w:rPr>
          <w:rFonts w:ascii="Times New Roman" w:hAnsi="Times New Roman" w:eastAsia="Times New Roman" w:cs="Times New Roman"/>
        </w:rPr>
        <w:t xml:space="preserve"> </w:t>
      </w:r>
      <w:r>
        <w:rPr>
          <w:rFonts w:ascii="Myanmar Text" w:hAnsi="Myanmar Text" w:eastAsia="Myanmar Text" w:cs="Myanmar Text"/>
        </w:rPr>
        <w:t>အာဏာမဲ့မှုဆန်သော</w:t>
      </w:r>
      <w:r>
        <w:rPr>
          <w:rFonts w:ascii="Times New Roman" w:hAnsi="Times New Roman" w:eastAsia="Times New Roman" w:cs="Times New Roman"/>
        </w:rPr>
        <w:t xml:space="preserve"> </w:t>
      </w:r>
      <w:r>
        <w:rPr>
          <w:rFonts w:ascii="Myanmar Text" w:hAnsi="Myanmar Text" w:eastAsia="Myanmar Text" w:cs="Myanmar Text"/>
        </w:rPr>
        <w:t>လှုပ်ရှားမှုများ၊</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Critical Race Theory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ထိုသို့</w:t>
      </w:r>
      <w:r>
        <w:rPr>
          <w:rFonts w:ascii="Times New Roman" w:hAnsi="Times New Roman" w:eastAsia="Times New Roman" w:cs="Times New Roman"/>
        </w:rPr>
        <w:t xml:space="preserve"> </w:t>
      </w:r>
      <w:r>
        <w:rPr>
          <w:rFonts w:ascii="Myanmar Text" w:hAnsi="Myanmar Text" w:eastAsia="Myanmar Text" w:cs="Myanmar Text"/>
        </w:rPr>
        <w:t>ပျက်စီးယိုယွင်းနေသော</w:t>
      </w:r>
      <w:r>
        <w:rPr>
          <w:rFonts w:ascii="Times New Roman" w:hAnsi="Times New Roman" w:eastAsia="Times New Roman" w:cs="Times New Roman"/>
        </w:rPr>
        <w:t xml:space="preserve"> </w:t>
      </w:r>
      <w:r>
        <w:rPr>
          <w:rFonts w:ascii="Myanmar Text" w:hAnsi="Myanmar Text" w:eastAsia="Myanmar Text" w:cs="Myanmar Text"/>
        </w:rPr>
        <w:t>သမိုင်းကြောင်းဆိုင်ရာ</w:t>
      </w:r>
      <w:r>
        <w:rPr>
          <w:rFonts w:ascii="Times New Roman" w:hAnsi="Times New Roman" w:eastAsia="Times New Roman" w:cs="Times New Roman"/>
        </w:rPr>
        <w:t xml:space="preserve"> </w:t>
      </w:r>
      <w:r>
        <w:rPr>
          <w:rFonts w:ascii="Myanmar Text" w:hAnsi="Myanmar Text" w:eastAsia="Myanmar Text" w:cs="Myanmar Text"/>
        </w:rPr>
        <w:t>ဇာတ်ကြောင်းအပေါ်</w:t>
      </w:r>
      <w:r>
        <w:rPr>
          <w:rFonts w:ascii="Times New Roman" w:hAnsi="Times New Roman" w:eastAsia="Times New Roman" w:cs="Times New Roman"/>
        </w:rPr>
        <w:t xml:space="preserve"> </w:t>
      </w:r>
      <w:r>
        <w:rPr>
          <w:rFonts w:ascii="Myanmar Text" w:hAnsi="Myanmar Text" w:eastAsia="Myanmar Text" w:cs="Myanmar Text"/>
        </w:rPr>
        <w:t>အခြေခံသည့်</w:t>
      </w:r>
      <w:r>
        <w:rPr>
          <w:rFonts w:ascii="Times New Roman" w:hAnsi="Times New Roman" w:eastAsia="Times New Roman" w:cs="Times New Roman"/>
        </w:rPr>
        <w:t xml:space="preserve"> Black Lives Matter </w:t>
      </w:r>
      <w:r>
        <w:rPr>
          <w:rFonts w:ascii="Myanmar Text" w:hAnsi="Myanmar Text" w:eastAsia="Myanmar Text" w:cs="Myanmar Text"/>
        </w:rPr>
        <w:t>ကဲ့သို့သော</w:t>
      </w:r>
      <w:r>
        <w:rPr>
          <w:rFonts w:ascii="Times New Roman" w:hAnsi="Times New Roman" w:eastAsia="Times New Roman" w:cs="Times New Roman"/>
        </w:rPr>
        <w:t xml:space="preserve"> </w:t>
      </w:r>
      <w:r>
        <w:rPr>
          <w:rFonts w:ascii="Myanmar Text" w:hAnsi="Myanmar Text" w:eastAsia="Myanmar Text" w:cs="Myanmar Text"/>
        </w:rPr>
        <w:t>အကြမ်းဖက်</w:t>
      </w:r>
      <w:r>
        <w:rPr>
          <w:rFonts w:ascii="Times New Roman" w:hAnsi="Times New Roman" w:eastAsia="Times New Roman" w:cs="Times New Roman"/>
        </w:rPr>
        <w:t xml:space="preserve"> </w:t>
      </w:r>
      <w:r>
        <w:rPr>
          <w:rFonts w:ascii="Myanmar Text" w:hAnsi="Myanmar Text" w:eastAsia="Myanmar Text" w:cs="Myanmar Text"/>
        </w:rPr>
        <w:t>လှုပ်ရှားမှုများကို၊</w:t>
      </w:r>
      <w:r>
        <w:rPr>
          <w:rFonts w:ascii="Times New Roman" w:hAnsi="Times New Roman" w:eastAsia="Times New Roman" w:cs="Times New Roman"/>
        </w:rPr>
        <w:t xml:space="preserve"> </w:t>
      </w:r>
      <w:r>
        <w:rPr>
          <w:rFonts w:ascii="Myanmar Text" w:hAnsi="Myanmar Text" w:eastAsia="Myanmar Text" w:cs="Myanmar Text"/>
        </w:rPr>
        <w:t>ငွေကြေးချစ်ခြင်းအားဖြင့်</w:t>
      </w:r>
      <w:r>
        <w:rPr>
          <w:rFonts w:ascii="Times New Roman" w:hAnsi="Times New Roman" w:eastAsia="Times New Roman" w:cs="Times New Roman"/>
        </w:rPr>
        <w:t xml:space="preserve"> </w:t>
      </w:r>
      <w:r>
        <w:rPr>
          <w:rFonts w:ascii="Myanmar Text" w:hAnsi="Myanmar Text" w:eastAsia="Myanmar Text" w:cs="Myanmar Text"/>
        </w:rPr>
        <w:t>လှုံ့ဆော်ခံထားရသော</w:t>
      </w:r>
      <w:r>
        <w:rPr>
          <w:rFonts w:ascii="Times New Roman" w:hAnsi="Times New Roman" w:eastAsia="Times New Roman" w:cs="Times New Roman"/>
        </w:rPr>
        <w:t xml:space="preserve"> </w:t>
      </w:r>
      <w:r>
        <w:rPr>
          <w:rFonts w:ascii="Myanmar Text" w:hAnsi="Myanmar Text" w:eastAsia="Myanmar Text" w:cs="Myanmar Text"/>
        </w:rPr>
        <w:t>နဂါး၏</w:t>
      </w:r>
      <w:r>
        <w:rPr>
          <w:rFonts w:ascii="Times New Roman" w:hAnsi="Times New Roman" w:eastAsia="Times New Roman" w:cs="Times New Roman"/>
        </w:rPr>
        <w:t xml:space="preserve"> </w:t>
      </w:r>
      <w:r>
        <w:rPr>
          <w:rFonts w:ascii="Myanmar Text" w:hAnsi="Myanmar Text" w:eastAsia="Myanmar Text" w:cs="Myanmar Text"/>
        </w:rPr>
        <w:t>နိုင်ငံရေးအုပ်စိုးရှင်များက</w:t>
      </w:r>
      <w:r>
        <w:rPr>
          <w:rFonts w:ascii="Times New Roman" w:hAnsi="Times New Roman" w:eastAsia="Times New Roman" w:cs="Times New Roman"/>
        </w:rPr>
        <w:t xml:space="preserve"> </w:t>
      </w:r>
      <w:r>
        <w:rPr>
          <w:rFonts w:ascii="Myanmar Text" w:hAnsi="Myanmar Text" w:eastAsia="Myanmar Text" w:cs="Myanmar Text"/>
        </w:rPr>
        <w:t>ထောက်ခံအားပေး၍</w:t>
      </w:r>
      <w:r>
        <w:rPr>
          <w:rFonts w:ascii="Times New Roman" w:hAnsi="Times New Roman" w:eastAsia="Times New Roman" w:cs="Times New Roman"/>
        </w:rPr>
        <w:t xml:space="preserve"> </w:t>
      </w:r>
      <w:r>
        <w:rPr>
          <w:rFonts w:ascii="Myanmar Text" w:hAnsi="Myanmar Text" w:eastAsia="Myanmar Text" w:cs="Myanmar Text"/>
        </w:rPr>
        <w:t>မြှင့်တင်လာခဲ့ကြသည်။</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ဖောက်ပြန်ယိုယွင်းသော</w:t>
      </w:r>
      <w:r>
        <w:rPr>
          <w:rFonts w:ascii="Times New Roman" w:hAnsi="Times New Roman" w:eastAsia="Times New Roman" w:cs="Times New Roman"/>
        </w:rPr>
        <w:t xml:space="preserve"> </w:t>
      </w:r>
      <w:r>
        <w:rPr>
          <w:rFonts w:ascii="Myanmar Text" w:hAnsi="Myanmar Text" w:eastAsia="Myanmar Text" w:cs="Myanmar Text"/>
        </w:rPr>
        <w:t>တရားရုံးများနှင့်</w:t>
      </w:r>
      <w:r>
        <w:rPr>
          <w:rFonts w:ascii="Times New Roman" w:hAnsi="Times New Roman" w:eastAsia="Times New Roman" w:cs="Times New Roman"/>
        </w:rPr>
        <w:t xml:space="preserve"> </w:t>
      </w:r>
      <w:r>
        <w:rPr>
          <w:rFonts w:ascii="Myanmar Text" w:hAnsi="Myanmar Text" w:eastAsia="Myanmar Text" w:cs="Myanmar Text"/>
        </w:rPr>
        <w:t>ဥပဒေပညာရှင်များကလည်း</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သက်သေခံနှစ်ပါး</w:t>
      </w:r>
      <w:r>
        <w:rPr>
          <w:rFonts w:ascii="Times New Roman" w:hAnsi="Times New Roman" w:eastAsia="Times New Roman" w:cs="Times New Roman"/>
        </w:rPr>
        <w:t xml:space="preserve"> </w:t>
      </w:r>
      <w:r>
        <w:rPr>
          <w:rFonts w:ascii="Myanmar Text" w:hAnsi="Myanmar Text" w:eastAsia="Myanmar Text" w:cs="Myanmar Text"/>
        </w:rPr>
        <w:t>အသတ်ခံရသော</w:t>
      </w:r>
      <w:r>
        <w:rPr>
          <w:rFonts w:ascii="Times New Roman" w:hAnsi="Times New Roman" w:eastAsia="Times New Roman" w:cs="Times New Roman"/>
        </w:rPr>
        <w:t xml:space="preserve"> </w:t>
      </w:r>
      <w:r>
        <w:rPr>
          <w:rFonts w:ascii="Myanmar Text" w:hAnsi="Myanmar Text" w:eastAsia="Myanmar Text" w:cs="Myanmar Text"/>
        </w:rPr>
        <w:t>ထိုလမ်းမထဲသို့</w:t>
      </w:r>
      <w:r>
        <w:rPr>
          <w:rFonts w:ascii="Times New Roman" w:hAnsi="Times New Roman" w:eastAsia="Times New Roman" w:cs="Times New Roman"/>
        </w:rPr>
        <w:t xml:space="preserve"> </w:t>
      </w:r>
      <w:r>
        <w:rPr>
          <w:rFonts w:ascii="Myanmar Text" w:hAnsi="Myanmar Text" w:eastAsia="Myanmar Text" w:cs="Myanmar Text"/>
        </w:rPr>
        <w:t>အမှန်တရားကို</w:t>
      </w:r>
      <w:r>
        <w:rPr>
          <w:rFonts w:ascii="Times New Roman" w:hAnsi="Times New Roman" w:eastAsia="Times New Roman" w:cs="Times New Roman"/>
        </w:rPr>
        <w:t xml:space="preserve"> </w:t>
      </w:r>
      <w:r>
        <w:rPr>
          <w:rFonts w:ascii="Myanmar Text" w:hAnsi="Myanmar Text" w:eastAsia="Myanmar Text" w:cs="Myanmar Text"/>
        </w:rPr>
        <w:t>ပစ်ချထားကြသည်။</w:t>
      </w:r>
      <w:r>
        <w:rPr>
          <w:rFonts w:ascii="Times New Roman" w:hAnsi="Times New Roman" w:eastAsia="Times New Roman" w:cs="Times New Roman"/>
        </w:rPr>
        <w:t xml:space="preserve"> </w:t>
      </w:r>
      <w:r>
        <w:rPr>
          <w:rFonts w:ascii="Myanmar Text" w:hAnsi="Myanmar Text" w:eastAsia="Myanmar Text" w:cs="Myanmar Text"/>
        </w:rPr>
        <w:t>ထိုလမ်းမသည်</w:t>
      </w:r>
      <w:r>
        <w:rPr>
          <w:rFonts w:ascii="Times New Roman" w:hAnsi="Times New Roman" w:eastAsia="Times New Roman" w:cs="Times New Roman"/>
        </w:rPr>
        <w:t xml:space="preserve"> </w:t>
      </w:r>
      <w:r>
        <w:rPr>
          <w:rFonts w:ascii="Myanmar Text" w:hAnsi="Myanmar Text" w:eastAsia="Myanmar Text" w:cs="Myanmar Text"/>
        </w:rPr>
        <w:t>ဘုရားမယုံကြည်မှု</w:t>
      </w:r>
      <w:r>
        <w:rPr>
          <w:rFonts w:ascii="Times New Roman" w:hAnsi="Times New Roman" w:eastAsia="Times New Roman" w:cs="Times New Roman"/>
        </w:rPr>
        <w:t xml:space="preserve"> (</w:t>
      </w:r>
      <w:r>
        <w:rPr>
          <w:rFonts w:ascii="Myanmar Text" w:hAnsi="Myanmar Text" w:eastAsia="Myanmar Text" w:cs="Myanmar Text"/>
        </w:rPr>
        <w:t>အီဂျစ်</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အကျင့်ပျက်သုဉ်းမှု</w:t>
      </w:r>
      <w:r>
        <w:rPr>
          <w:rFonts w:ascii="Times New Roman" w:hAnsi="Times New Roman" w:eastAsia="Times New Roman" w:cs="Times New Roman"/>
        </w:rPr>
        <w:t xml:space="preserve"> (</w:t>
      </w:r>
      <w:r>
        <w:rPr>
          <w:rFonts w:ascii="Myanmar Text" w:hAnsi="Myanmar Text" w:eastAsia="Myanmar Text" w:cs="Myanmar Text"/>
        </w:rPr>
        <w:t>သောဒုံ</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မြို့တော်၌</w:t>
      </w:r>
      <w:r>
        <w:rPr>
          <w:rFonts w:ascii="Times New Roman" w:hAnsi="Times New Roman" w:eastAsia="Times New Roman" w:cs="Times New Roman"/>
        </w:rPr>
        <w:t xml:space="preserve"> </w:t>
      </w:r>
      <w:r>
        <w:rPr>
          <w:rFonts w:ascii="Myanmar Text" w:hAnsi="Myanmar Text" w:eastAsia="Myanmar Text" w:cs="Myanmar Text"/>
        </w:rPr>
        <w:t>ရှိပြီး၊</w:t>
      </w:r>
      <w:r>
        <w:rPr>
          <w:rFonts w:ascii="Times New Roman" w:hAnsi="Times New Roman" w:eastAsia="Times New Roman" w:cs="Times New Roman"/>
        </w:rPr>
        <w:t xml:space="preserve"> </w:t>
      </w:r>
      <w:r>
        <w:rPr>
          <w:rFonts w:ascii="Myanmar Text" w:hAnsi="Myanmar Text" w:eastAsia="Myanmar Text" w:cs="Myanmar Text"/>
        </w:rPr>
        <w:t>ထိုမြို့တော်သည်</w:t>
      </w:r>
      <w:r>
        <w:rPr>
          <w:rFonts w:ascii="Times New Roman" w:hAnsi="Times New Roman" w:eastAsia="Times New Roman" w:cs="Times New Roman"/>
        </w:rPr>
        <w:t xml:space="preserve"> </w:t>
      </w:r>
      <w:r>
        <w:rPr>
          <w:rFonts w:ascii="Myanmar Text" w:hAnsi="Myanmar Text" w:eastAsia="Myanmar Text" w:cs="Myanmar Text"/>
        </w:rPr>
        <w:t>နဂါးနှင့်</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ကိုယ်စားလှယ်များ၏</w:t>
      </w:r>
      <w:r>
        <w:rPr>
          <w:rFonts w:ascii="Times New Roman" w:hAnsi="Times New Roman" w:eastAsia="Times New Roman" w:cs="Times New Roman"/>
        </w:rPr>
        <w:t xml:space="preserve"> </w:t>
      </w:r>
      <w:r>
        <w:rPr>
          <w:rFonts w:ascii="Myanmar Text" w:hAnsi="Myanmar Text" w:eastAsia="Myanmar Text" w:cs="Myanmar Text"/>
        </w:rPr>
        <w:t>မြို့တော်ဖြစ်သည်။</w:t>
      </w:r>
      <w:r>
        <w:rPr>
          <w:rFonts w:ascii="Times New Roman" w:hAnsi="Times New Roman" w:eastAsia="Times New Roman" w:cs="Times New Roman"/>
        </w:rPr>
        <w:t xml:space="preserve"> </w:t>
      </w:r>
      <w:r>
        <w:rPr>
          <w:rFonts w:ascii="Myanmar Text" w:hAnsi="Myanmar Text" w:eastAsia="Myanmar Text" w:cs="Myanmar Text"/>
        </w:rPr>
        <w:t>ဒီမိုကရက်တစ်ပါတီ၏</w:t>
      </w:r>
      <w:r>
        <w:rPr>
          <w:rFonts w:ascii="Times New Roman" w:hAnsi="Times New Roman" w:eastAsia="Times New Roman" w:cs="Times New Roman"/>
        </w:rPr>
        <w:t xml:space="preserve"> </w:t>
      </w:r>
      <w:r>
        <w:rPr>
          <w:rFonts w:ascii="Myanmar Text" w:hAnsi="Myanmar Text" w:eastAsia="Myanmar Text" w:cs="Myanmar Text"/>
        </w:rPr>
        <w:t>အသီးအပွင့်များဖြင့်</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ပတ်ဝန်းကျင်ကို</w:t>
      </w:r>
      <w:r>
        <w:rPr>
          <w:rFonts w:ascii="Times New Roman" w:hAnsi="Times New Roman" w:eastAsia="Times New Roman" w:cs="Times New Roman"/>
        </w:rPr>
        <w:t xml:space="preserve"> </w:t>
      </w:r>
      <w:r>
        <w:rPr>
          <w:rFonts w:ascii="Myanmar Text" w:hAnsi="Myanmar Text" w:eastAsia="Myanmar Text" w:cs="Myanmar Text"/>
        </w:rPr>
        <w:t>ပရောဖက်ပြုချက်အရ</w:t>
      </w:r>
      <w:r>
        <w:rPr>
          <w:rFonts w:ascii="Times New Roman" w:hAnsi="Times New Roman" w:eastAsia="Times New Roman" w:cs="Times New Roman"/>
        </w:rPr>
        <w:t xml:space="preserve"> </w:t>
      </w:r>
      <w:r>
        <w:rPr>
          <w:rFonts w:ascii="Myanmar Text" w:hAnsi="Myanmar Text" w:eastAsia="Myanmar Text" w:cs="Myanmar Text"/>
        </w:rPr>
        <w:t>ရေလွှမ်းမိုးမှုတစ်ရပ်အဖြစ်</w:t>
      </w:r>
      <w:r>
        <w:rPr>
          <w:rFonts w:ascii="Times New Roman" w:hAnsi="Times New Roman" w:eastAsia="Times New Roman" w:cs="Times New Roman"/>
        </w:rPr>
        <w:t xml:space="preserve"> </w:t>
      </w:r>
      <w:r>
        <w:rPr>
          <w:rFonts w:ascii="Myanmar Text" w:hAnsi="Myanmar Text" w:eastAsia="Myanmar Text" w:cs="Myanmar Text"/>
        </w:rPr>
        <w:t>ကိုယ်စားပြုထားပြီး၊</w:t>
      </w:r>
      <w:r>
        <w:rPr>
          <w:rFonts w:ascii="Times New Roman" w:hAnsi="Times New Roman" w:eastAsia="Times New Roman" w:cs="Times New Roman"/>
        </w:rPr>
        <w:t xml:space="preserve"> </w:t>
      </w:r>
      <w:r>
        <w:rPr>
          <w:rFonts w:ascii="Myanmar Text" w:hAnsi="Myanmar Text" w:eastAsia="Myanmar Text" w:cs="Myanmar Text"/>
        </w:rPr>
        <w:t>စာတန်သည်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ရန်သူအနေဖြင့်</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ရေတံခါးများကို</w:t>
      </w:r>
      <w:r>
        <w:rPr>
          <w:rFonts w:ascii="Times New Roman" w:hAnsi="Times New Roman" w:eastAsia="Times New Roman" w:cs="Times New Roman"/>
        </w:rPr>
        <w:t xml:space="preserve"> </w:t>
      </w:r>
      <w:r>
        <w:rPr>
          <w:rFonts w:ascii="Myanmar Text" w:hAnsi="Myanmar Text" w:eastAsia="Myanmar Text" w:cs="Myanmar Text"/>
        </w:rPr>
        <w:t>ဖွင့်သောအခါ၊</w:t>
      </w:r>
      <w:r>
        <w:rPr>
          <w:rFonts w:ascii="Times New Roman" w:hAnsi="Times New Roman" w:eastAsia="Times New Roman" w:cs="Times New Roman"/>
        </w:rPr>
        <w:t xml:space="preserve"> </w:t>
      </w:r>
      <w:r>
        <w:rPr>
          <w:rFonts w:ascii="Myanmar Text" w:hAnsi="Myanmar Text" w:eastAsia="Myanmar Text" w:cs="Myanmar Text"/>
        </w:rPr>
        <w:t>ထိုအရာသည်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အလံတော်</w:t>
      </w:r>
      <w:r>
        <w:rPr>
          <w:rFonts w:ascii="Times New Roman" w:hAnsi="Times New Roman" w:eastAsia="Times New Roman" w:cs="Times New Roman"/>
        </w:rPr>
        <w:t xml:space="preserve"> </w:t>
      </w:r>
      <w:r>
        <w:rPr>
          <w:rFonts w:ascii="Myanmar Text" w:hAnsi="Myanmar Text" w:eastAsia="Myanmar Text" w:cs="Myanmar Text"/>
        </w:rPr>
        <w:t>မြှောက်တင်ခံရမည့်အချိန်</w:t>
      </w:r>
      <w:r>
        <w:rPr>
          <w:rFonts w:ascii="Times New Roman" w:hAnsi="Times New Roman" w:eastAsia="Times New Roman" w:cs="Times New Roman"/>
        </w:rPr>
        <w:t xml:space="preserve"> </w:t>
      </w:r>
      <w:r>
        <w:rPr>
          <w:rFonts w:ascii="Myanmar Text" w:hAnsi="Myanmar Text" w:eastAsia="Myanmar Text" w:cs="Myanmar Text"/>
        </w:rPr>
        <w:t>နီးကပ်လာပြီဖြစ်ကြောင်း၏</w:t>
      </w:r>
      <w:r>
        <w:rPr>
          <w:rFonts w:ascii="Times New Roman" w:hAnsi="Times New Roman" w:eastAsia="Times New Roman" w:cs="Times New Roman"/>
        </w:rPr>
        <w:t xml:space="preserve"> </w:t>
      </w:r>
      <w:r>
        <w:rPr>
          <w:rFonts w:ascii="Myanmar Text" w:hAnsi="Myanmar Text" w:eastAsia="Myanmar Text" w:cs="Myanmar Text"/>
        </w:rPr>
        <w:t>သက်သေဖြစ်သည်။</w:t>
      </w:r>
    </w:p>
    <w:p>
      <w:pPr>
        <w:pStyle w:val="ArticleBody"/>
        <w:jc w:val="left"/>
      </w:pPr>
      <w:r>
        <w:rPr>
          <w:rFonts w:ascii="Times New Roman" w:hAnsi="Times New Roman" w:eastAsia="Times New Roman" w:cs="Times New Roman"/>
        </w:rPr>
        <w:t>Asafo yi sukuu no wɔ krataa a edi hɔ no mu.</w:t>
      </w:r>
    </w:p>
    <w:p>
      <w:pPr>
        <w:pStyle w:val="ArticleScripture"/>
        <w:jc w:val="left"/>
      </w:pPr>
      <w:r>
        <w:rPr>
          <w:rFonts w:ascii="Times New Roman" w:hAnsi="Times New Roman" w:eastAsia="Times New Roman" w:cs="Times New Roman"/>
        </w:rPr>
        <w:t>“Aduniawan kasasaad ti iparangarangna a dagiti pannakaparigatan ket addada manen a sumangpet kadatayo. Dagiti inaldaw a pagiwarnak ket napno iti pammaneknek ti maysa a nakaamak a pannakaumaay iti asideg a masakbayan. Dagiti natulnog a pannakatakaw ket masansan nga aramid. Dagiti panagbasol ket gagangay. Dagiti panagtakaw ken panagpapatay ket maaramid iti amin a lugar. Dagiti lallaki a naaddaan kadagiti sairo ket apapatenda dagiti biag dagiti lallaki, babbai, ken ub-ubbing. Dagiti tattao ket nagbalin a naulbod iti kinadakes, ken amin a kita ti dakes ket agturay. Ti kabusor ket nagballigi iti panangballikog iti hustisia ken iti panangpunnona kadagiti puso dagiti tattao iti tarigagay iti kinamanagimbag a gain. ‘Ti hustisia adda iti adayo: ta ti kinapudno ket natnag iti kalsada, ken ti kinapatas saan a makastrek.’ Isaias 59:14. Kadagiti dadakkel a siudad adda adu a tattao a agbibiag iti kinapanglaw ken pannakaparigat, nganngani awan iti taraon, pagtaengan, ken pagan-anay; kabayatan a iti isu met laeng a siudad adda dagidiay a naad-adda pay ngem iti kayat ti puso, a agbibiag iti kinarang-ay, a gastoda ti kuartada kadagiti balay a nasayaat ti pannakasagana, iti panagdaydayaw iti bagi, wenno dakdakes pay ngem dayta, iti pannakapnek dagiti nadangkes a tarigagay ti lasag, iti arak, tabako, ken dadduma pay a bambanag a mangdadael iti pannakabalin ti utok, mangipukaw iti panagbalanse ti nakem, ken mangibaba iti kararua. Dagiti ikkis ti mabisin a sangkataoan ket sumang-at iti sangoanan ti Dios, kabayatan a babaen iti amin a kita ti panangirurumen ken panangallilaw dagiti tattao ket agurnongda iti dadakkel unay a kinabaknang.”</w:t>
      </w:r>
    </w:p>
    <w:p>
      <w:pPr>
        <w:pStyle w:val="ArticleScripture"/>
        <w:jc w:val="left"/>
      </w:pPr>
      <w:r>
        <w:rPr>
          <w:rFonts w:ascii="Times New Roman" w:hAnsi="Times New Roman" w:eastAsia="Times New Roman" w:cs="Times New Roman"/>
        </w:rPr>
        <w:t>“Ndzi vitaniwile exikarhini xa vusiku leswaku ndzi vona miako yi tlakuka, xiava ehenhla ka xiava, yi kongoma etilweni. Miako leyi a yi tiyisisiwile leswaku a yi nge hisiwi hi ndzilo, naswona a yi akiwa leswaku ku dzunisiwa vini va yona ni lava a va yi aka. Miako leyi yi hambetele ku tlakuka, yi ya ehenhla swinene, naswona eka yona a ku tirhisiwa swilo leswi durhaka ngopfu. Lava miako leyi a yi ri ya vona a va nga tivutisi va ku: ‘Hi nga n’wi dzunisa njhani Xikwembu hi ku antswa?’ Hosi a yi nga ri emiehleketweni ya vona.”</w:t>
      </w:r>
    </w:p>
    <w:p>
      <w:pPr>
        <w:pStyle w:val="ArticleScripture"/>
        <w:jc w:val="left"/>
      </w:pPr>
      <w:r>
        <w:rPr>
          <w:rFonts w:ascii="Times New Roman" w:hAnsi="Times New Roman" w:eastAsia="Times New Roman" w:cs="Times New Roman"/>
        </w:rPr>
        <w:t>“قی هۆش بناغن دن اوجال، مالکن مغرورانه شادین که شان تی پیسَه هس که خوده راضی بکه‌ن و هَمسایه‌گانِ خۆدنه حسود بکه‌ن. زۆرێک از او پیسَه‌ی که اَوان این‌جور سرمایه‌گذاری بکرد، از رهِ فشار و زورستانی، از رهِ له‌خُردنِ فقیران، به‌دست آما. اَوان فراموش بکردن که آسمان‌دا از هر معامله‌ی کاروباری حسابی نگاه داشته اَبو؛ هر دادوستدِ ناعادلانه، هر کارِ فریبکارانه، آنجه ثبت اَبو. زمانی دَر راهه که انسانان دَ فریب و گستاخیِ خۆد به جایی برسن که خداوند رَه نده از آن حد بگذرن، و اَوان بدانن که بردباریِ یَهُوَه را حدّی هس.”</w:t>
      </w:r>
    </w:p>
    <w:p>
      <w:pPr>
        <w:pStyle w:val="ArticleScripture"/>
        <w:jc w:val="left"/>
      </w:pPr>
      <w:r>
        <w:rPr>
          <w:rFonts w:ascii="Times New Roman" w:hAnsi="Times New Roman" w:eastAsia="Times New Roman" w:cs="Times New Roman"/>
        </w:rPr>
        <w:t>“Tapal ni nga talan-awon nga milabay sa akong atubangan mao ang usa ka pahimangno sa kalayo. Ang mga tawo mitan-aw sa hataas ug giila kunohay nga dili masunog nga mga bilding ug miingon: ‘Hingpit gayod ang ilang kaluwasan.’ Apan kining mga bilding nangaut-ut ingon nga hinimo sa alkitran. Ang mga makina sa pamatay-sunog walay arang mahimo aron pugngan ang kalaglagan. Ang mga bombero dili makahimo sa pagpaandar sa mga makina.” Testimonies, tomo 9, 12,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Mia Moja Arobaini na Tatu</dc:title>
  <dc:subject>ትንቢታዊ ሥርዓቶችን መግለጥ፡ የመጨረሻው ፕሬዚዳንትና የአውሬው ምስል</dc:subject>
  <dc:creator>Jeff Pippenger</dc:creator>
  <cp:keywords/>
  <dc:description>Generated by ArticleDigger from daniel\143_daniel.json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