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Muujjisa Daani’eel – Lakkoofsa Dhibba Tokkoo fi Saddeetii Ja’a keessaa Tokko jechuun, Lakkoofsa 186 jedhu.</w:t>
      </w:r>
    </w:p>
    <w:p>
      <w:pPr>
        <w:pStyle w:val="ArticleSubtitle"/>
        <w:jc w:val="left"/>
      </w:pPr>
      <w:r>
        <w:rPr>
          <w:rFonts w:ascii="Segoe UI" w:hAnsi="Segoe UI" w:eastAsia="Segoe UI" w:cs="Segoe UI"/>
        </w:rPr>
        <w:t>ئە</w:t>
      </w:r>
      <w:r>
        <w:rPr>
          <w:rFonts w:ascii="Nirmala UI" w:hAnsi="Nirmala UI" w:eastAsia="Nirmala UI" w:cs="Nirmala UI"/>
        </w:rPr>
        <w:t>हद</w:t>
      </w:r>
      <w:r>
        <w:rPr>
          <w:rFonts w:ascii="Segoe UI" w:hAnsi="Segoe UI" w:eastAsia="Segoe UI" w:cs="Segoe UI"/>
        </w:rPr>
        <w:t>ِ</w:t>
      </w:r>
      <w:r>
        <w:rPr>
          <w:rFonts w:ascii="Arial" w:hAnsi="Arial" w:eastAsia="Arial" w:cs="Arial"/>
        </w:rPr>
        <w:t xml:space="preserve"> </w:t>
      </w:r>
      <w:r>
        <w:rPr>
          <w:rFonts w:ascii="Segoe UI" w:hAnsi="Segoe UI" w:eastAsia="Segoe UI" w:cs="Segoe UI"/>
        </w:rPr>
        <w:t>پانيوم</w:t>
      </w:r>
      <w:r>
        <w:rPr>
          <w:rFonts w:ascii="Arial" w:hAnsi="Arial" w:eastAsia="Arial" w:cs="Arial"/>
        </w:rPr>
        <w:t xml:space="preserve">: </w:t>
      </w:r>
      <w:r>
        <w:rPr>
          <w:rFonts w:ascii="Segoe UI" w:hAnsi="Segoe UI" w:eastAsia="Segoe UI" w:cs="Segoe UI"/>
        </w:rPr>
        <w:t>آخری</w:t>
      </w:r>
      <w:r>
        <w:rPr>
          <w:rFonts w:ascii="Arial" w:hAnsi="Arial" w:eastAsia="Arial" w:cs="Arial"/>
        </w:rPr>
        <w:t xml:space="preserve"> </w:t>
      </w:r>
      <w:r>
        <w:rPr>
          <w:rFonts w:ascii="Segoe UI" w:hAnsi="Segoe UI" w:eastAsia="Segoe UI" w:cs="Segoe UI"/>
        </w:rPr>
        <w:t>مہر</w:t>
      </w:r>
      <w:r>
        <w:rPr>
          <w:rFonts w:ascii="Arial" w:hAnsi="Arial" w:eastAsia="Arial" w:cs="Arial"/>
        </w:rPr>
        <w:t xml:space="preserve"> </w:t>
      </w:r>
      <w:r>
        <w:rPr>
          <w:rFonts w:ascii="Segoe UI" w:hAnsi="Segoe UI" w:eastAsia="Segoe UI" w:cs="Segoe UI"/>
        </w:rPr>
        <w:t>بندی</w:t>
      </w:r>
      <w:r>
        <w:rPr>
          <w:rFonts w:ascii="Arial" w:hAnsi="Arial" w:eastAsia="Arial" w:cs="Arial"/>
        </w:rPr>
        <w:t xml:space="preserve"> </w:t>
      </w:r>
      <w:r>
        <w:rPr>
          <w:rFonts w:ascii="Segoe UI" w:hAnsi="Segoe UI" w:eastAsia="Segoe UI" w:cs="Segoe UI"/>
        </w:rPr>
        <w:t>اور</w:t>
      </w:r>
      <w:r>
        <w:rPr>
          <w:rFonts w:ascii="Arial" w:hAnsi="Arial" w:eastAsia="Arial" w:cs="Arial"/>
        </w:rPr>
        <w:t xml:space="preserve"> </w:t>
      </w:r>
      <w:r>
        <w:rPr>
          <w:rFonts w:ascii="Segoe UI" w:hAnsi="Segoe UI" w:eastAsia="Segoe UI" w:cs="Segoe UI"/>
        </w:rPr>
        <w:t>نصف</w:t>
      </w:r>
      <w:r>
        <w:rPr>
          <w:rFonts w:ascii="Arial" w:hAnsi="Arial" w:eastAsia="Arial" w:cs="Arial"/>
        </w:rPr>
        <w:t xml:space="preserve"> </w:t>
      </w:r>
      <w:r>
        <w:rPr>
          <w:rFonts w:ascii="Segoe UI" w:hAnsi="Segoe UI" w:eastAsia="Segoe UI" w:cs="Segoe UI"/>
        </w:rPr>
        <w:t>شب</w:t>
      </w:r>
      <w:r>
        <w:rPr>
          <w:rFonts w:ascii="Arial" w:hAnsi="Arial" w:eastAsia="Arial" w:cs="Arial"/>
        </w:rPr>
        <w:t xml:space="preserve"> </w:t>
      </w:r>
      <w:r>
        <w:rPr>
          <w:rFonts w:ascii="Segoe UI" w:hAnsi="Segoe UI" w:eastAsia="Segoe UI" w:cs="Segoe UI"/>
        </w:rPr>
        <w:t>کی</w:t>
      </w:r>
      <w:r>
        <w:rPr>
          <w:rFonts w:ascii="Arial" w:hAnsi="Arial" w:eastAsia="Arial" w:cs="Arial"/>
        </w:rPr>
        <w:t xml:space="preserve"> </w:t>
      </w:r>
      <w:r>
        <w:rPr>
          <w:rFonts w:ascii="Segoe UI" w:hAnsi="Segoe UI" w:eastAsia="Segoe UI" w:cs="Segoe UI"/>
        </w:rPr>
        <w:t>پکار</w:t>
      </w:r>
      <w:r>
        <w:rPr>
          <w:rFonts w:ascii="Arial" w:hAnsi="Arial" w:eastAsia="Arial" w:cs="Arial"/>
        </w:rPr>
        <w:t xml:space="preserve"> </w:t>
      </w:r>
      <w:r>
        <w:rPr>
          <w:rFonts w:ascii="Segoe UI" w:hAnsi="Segoe UI" w:eastAsia="Segoe UI" w:cs="Segoe UI"/>
        </w:rPr>
        <w:t>کا</w:t>
      </w:r>
      <w:r>
        <w:rPr>
          <w:rFonts w:ascii="Arial" w:hAnsi="Arial" w:eastAsia="Arial" w:cs="Arial"/>
        </w:rPr>
        <w:t xml:space="preserve"> </w:t>
      </w:r>
      <w:r>
        <w:rPr>
          <w:rFonts w:ascii="Segoe UI" w:hAnsi="Segoe UI" w:eastAsia="Segoe UI" w:cs="Segoe UI"/>
        </w:rPr>
        <w:t>مکاشفہ</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2024-04-16</w:t>
      </w:r>
    </w:p>
    <w:p>
      <w:pPr>
        <w:pStyle w:val="ArticleBody"/>
        <w:jc w:val="left"/>
      </w:pPr>
      <w:r>
        <w:rPr>
          <w:rFonts w:ascii="Times New Roman" w:hAnsi="Times New Roman" w:eastAsia="Times New Roman" w:cs="Times New Roman"/>
        </w:rPr>
        <w:t>Pa Panium, lo asoak kaa Caesarea Philippi, lo hi berse saisii saingon pakinlima ha kapitulo onse han libro ni Daniel, lo kasaysayan diin an Republikano ngan Protestante nga mga sungay nagtutuman han talagdon han pagin amo an ikawalo nga tikang ha pito, lo kasaysayan diin an Silyo han Dios waray kataposan nga naimpreso ha usa ka gatos kap-atan ngan upat ka yukot, ngan an kasaysayan han pag-abot han mensahe han Tunga han Kagab-ihon nga Pagtuaw, hi Cristo naghatag hin saad ha Iya katawohan han kataposan nga mga adlaw.</w:t>
      </w:r>
    </w:p>
    <w:p>
      <w:pPr>
        <w:pStyle w:val="ArticleScripture"/>
        <w:jc w:val="left"/>
      </w:pPr>
      <w:r>
        <w:rPr>
          <w:rFonts w:ascii="Leelawadee UI" w:hAnsi="Leelawadee UI" w:eastAsia="Leelawadee UI" w:cs="Leelawadee UI"/>
        </w:rPr>
        <w:t>ជាដូច្នេះ</w:t>
      </w:r>
      <w:r>
        <w:rPr>
          <w:rFonts w:ascii="Times New Roman" w:hAnsi="Times New Roman" w:eastAsia="Times New Roman" w:cs="Times New Roman"/>
        </w:rPr>
        <w:t xml:space="preserve"> </w:t>
      </w:r>
      <w:r>
        <w:rPr>
          <w:rFonts w:ascii="Leelawadee UI" w:hAnsi="Leelawadee UI" w:eastAsia="Leelawadee UI" w:cs="Leelawadee UI"/>
        </w:rPr>
        <w:t>ខ្ញុំក៏ប្រាប់អ្នកដែរថា</w:t>
      </w:r>
      <w:r>
        <w:rPr>
          <w:rFonts w:ascii="Times New Roman" w:hAnsi="Times New Roman" w:eastAsia="Times New Roman" w:cs="Times New Roman"/>
        </w:rPr>
        <w:t xml:space="preserve"> </w:t>
      </w:r>
      <w:r>
        <w:rPr>
          <w:rFonts w:ascii="Leelawadee UI" w:hAnsi="Leelawadee UI" w:eastAsia="Leelawadee UI" w:cs="Leelawadee UI"/>
        </w:rPr>
        <w:t>អ្នកគឺពេត្រុស</w:t>
      </w:r>
      <w:r>
        <w:rPr>
          <w:rFonts w:ascii="Times New Roman" w:hAnsi="Times New Roman" w:eastAsia="Times New Roman" w:cs="Times New Roman"/>
        </w:rPr>
        <w:t xml:space="preserve"> </w:t>
      </w:r>
      <w:r>
        <w:rPr>
          <w:rFonts w:ascii="Leelawadee UI" w:hAnsi="Leelawadee UI" w:eastAsia="Leelawadee UI" w:cs="Leelawadee UI"/>
        </w:rPr>
        <w:t>ហើយលើថ្មដានេះ</w:t>
      </w:r>
      <w:r>
        <w:rPr>
          <w:rFonts w:ascii="Times New Roman" w:hAnsi="Times New Roman" w:eastAsia="Times New Roman" w:cs="Times New Roman"/>
        </w:rPr>
        <w:t xml:space="preserve"> </w:t>
      </w:r>
      <w:r>
        <w:rPr>
          <w:rFonts w:ascii="Leelawadee UI" w:hAnsi="Leelawadee UI" w:eastAsia="Leelawadee UI" w:cs="Leelawadee UI"/>
        </w:rPr>
        <w:t>ខ្ញុំនឹងសង់ពួកជំនុំរបស់ខ្ញុំ</w:t>
      </w:r>
      <w:r>
        <w:rPr>
          <w:rFonts w:ascii="Times New Roman" w:hAnsi="Times New Roman" w:eastAsia="Times New Roman" w:cs="Times New Roman"/>
        </w:rPr>
        <w:t xml:space="preserve">; </w:t>
      </w:r>
      <w:r>
        <w:rPr>
          <w:rFonts w:ascii="Leelawadee UI" w:hAnsi="Leelawadee UI" w:eastAsia="Leelawadee UI" w:cs="Leelawadee UI"/>
        </w:rPr>
        <w:t>ហើយទ្វារនរកនឹងមិនឈ្នះលើវាបានឡើយ។</w:t>
      </w:r>
      <w:r>
        <w:rPr>
          <w:rFonts w:ascii="Times New Roman" w:hAnsi="Times New Roman" w:eastAsia="Times New Roman" w:cs="Times New Roman"/>
        </w:rPr>
        <w:t xml:space="preserve"> </w:t>
      </w:r>
      <w:r>
        <w:rPr>
          <w:rFonts w:ascii="Leelawadee UI" w:hAnsi="Leelawadee UI" w:eastAsia="Leelawadee UI" w:cs="Leelawadee UI"/>
        </w:rPr>
        <w:t>ហើយខ្ញុំនឹងប្រគល់កូនសោនៃនគរស្ថានសួគ៌ឲ្យអ្នក</w:t>
      </w:r>
      <w:r>
        <w:rPr>
          <w:rFonts w:ascii="Times New Roman" w:hAnsi="Times New Roman" w:eastAsia="Times New Roman" w:cs="Times New Roman"/>
        </w:rPr>
        <w:t xml:space="preserve">: </w:t>
      </w:r>
      <w:r>
        <w:rPr>
          <w:rFonts w:ascii="Leelawadee UI" w:hAnsi="Leelawadee UI" w:eastAsia="Leelawadee UI" w:cs="Leelawadee UI"/>
        </w:rPr>
        <w:t>ហើយអ្វីៗណាដែលអ្នកចងនៅលើផែនដី</w:t>
      </w:r>
      <w:r>
        <w:rPr>
          <w:rFonts w:ascii="Times New Roman" w:hAnsi="Times New Roman" w:eastAsia="Times New Roman" w:cs="Times New Roman"/>
        </w:rPr>
        <w:t xml:space="preserve"> </w:t>
      </w:r>
      <w:r>
        <w:rPr>
          <w:rFonts w:ascii="Leelawadee UI" w:hAnsi="Leelawadee UI" w:eastAsia="Leelawadee UI" w:cs="Leelawadee UI"/>
        </w:rPr>
        <w:t>នោះនឹងត្រូវបានចងនៅស្ថានសួគ៌</w:t>
      </w:r>
      <w:r>
        <w:rPr>
          <w:rFonts w:ascii="Times New Roman" w:hAnsi="Times New Roman" w:eastAsia="Times New Roman" w:cs="Times New Roman"/>
        </w:rPr>
        <w:t xml:space="preserve">: </w:t>
      </w:r>
      <w:r>
        <w:rPr>
          <w:rFonts w:ascii="Leelawadee UI" w:hAnsi="Leelawadee UI" w:eastAsia="Leelawadee UI" w:cs="Leelawadee UI"/>
        </w:rPr>
        <w:t>ហើយអ្វីៗណាដែលអ្នកស្រាយនៅលើផែនដី</w:t>
      </w:r>
      <w:r>
        <w:rPr>
          <w:rFonts w:ascii="Times New Roman" w:hAnsi="Times New Roman" w:eastAsia="Times New Roman" w:cs="Times New Roman"/>
        </w:rPr>
        <w:t xml:space="preserve"> </w:t>
      </w:r>
      <w:r>
        <w:rPr>
          <w:rFonts w:ascii="Leelawadee UI" w:hAnsi="Leelawadee UI" w:eastAsia="Leelawadee UI" w:cs="Leelawadee UI"/>
        </w:rPr>
        <w:t>នោះនឹងត្រូវបានស្រាយនៅស្ថានសួគ៌។</w:t>
      </w:r>
      <w:r>
        <w:rPr>
          <w:rFonts w:ascii="Times New Roman" w:hAnsi="Times New Roman" w:eastAsia="Times New Roman" w:cs="Times New Roman"/>
        </w:rPr>
        <w:t xml:space="preserve"> </w:t>
      </w:r>
      <w:r>
        <w:rPr>
          <w:rFonts w:ascii="Leelawadee UI" w:hAnsi="Leelawadee UI" w:eastAsia="Leelawadee UI" w:cs="Leelawadee UI"/>
        </w:rPr>
        <w:t>ម៉ាថាយ</w:t>
      </w:r>
      <w:r>
        <w:rPr>
          <w:rFonts w:ascii="Times New Roman" w:hAnsi="Times New Roman" w:eastAsia="Times New Roman" w:cs="Times New Roman"/>
        </w:rPr>
        <w:t xml:space="preserve"> 16:18, 19</w:t>
      </w:r>
      <w:r>
        <w:rPr>
          <w:rFonts w:ascii="Leelawadee UI" w:hAnsi="Leelawadee UI" w:eastAsia="Leelawadee UI" w:cs="Leelawadee UI"/>
        </w:rPr>
        <w:t>។</w:t>
      </w:r>
    </w:p>
    <w:p>
      <w:pPr>
        <w:pStyle w:val="ArticleBody"/>
        <w:jc w:val="left"/>
      </w:pPr>
      <w:r>
        <w:rPr>
          <w:rFonts w:ascii="Nirmala UI" w:hAnsi="Nirmala UI" w:eastAsia="Nirmala UI" w:cs="Nirmala UI"/>
        </w:rPr>
        <w:t>ꯁꯦꯜ</w:t>
      </w:r>
      <w:r>
        <w:rPr>
          <w:rFonts w:ascii="Times New Roman" w:hAnsi="Times New Roman" w:eastAsia="Times New Roman" w:cs="Times New Roman"/>
        </w:rPr>
        <w:t xml:space="preserve"> </w:t>
      </w:r>
      <w:r>
        <w:rPr>
          <w:rFonts w:ascii="Nirmala UI" w:hAnsi="Nirmala UI" w:eastAsia="Nirmala UI" w:cs="Nirmala UI"/>
        </w:rPr>
        <w:t>ꯇꯧꯕꯗꯤ</w:t>
      </w:r>
      <w:r>
        <w:rPr>
          <w:rFonts w:ascii="Times New Roman" w:hAnsi="Times New Roman" w:eastAsia="Times New Roman" w:cs="Times New Roman"/>
        </w:rPr>
        <w:t xml:space="preserve"> 2001 </w:t>
      </w:r>
      <w:r>
        <w:rPr>
          <w:rFonts w:ascii="Nirmala UI" w:hAnsi="Nirmala UI" w:eastAsia="Nirmala UI" w:cs="Nirmala UI"/>
        </w:rPr>
        <w:t>ꯆꯍꯤꯒꯤ</w:t>
      </w:r>
      <w:r>
        <w:rPr>
          <w:rFonts w:ascii="Times New Roman" w:hAnsi="Times New Roman" w:eastAsia="Times New Roman" w:cs="Times New Roman"/>
        </w:rPr>
        <w:t xml:space="preserve"> September 11 </w:t>
      </w:r>
      <w:r>
        <w:rPr>
          <w:rFonts w:ascii="Nirmala UI" w:hAnsi="Nirmala UI" w:eastAsia="Nirmala UI" w:cs="Nirmala UI"/>
        </w:rPr>
        <w:t>ꯅ</w:t>
      </w:r>
      <w:r>
        <w:rPr>
          <w:rFonts w:ascii="Times New Roman" w:hAnsi="Times New Roman" w:eastAsia="Times New Roman" w:cs="Times New Roman"/>
        </w:rPr>
        <w:t xml:space="preserve"> </w:t>
      </w:r>
      <w:r>
        <w:rPr>
          <w:rFonts w:ascii="Nirmala UI" w:hAnsi="Nirmala UI" w:eastAsia="Nirmala UI" w:cs="Nirmala UI"/>
        </w:rPr>
        <w:t>ꯩꯔꯁꯤꯡ</w:t>
      </w:r>
      <w:r>
        <w:rPr>
          <w:rFonts w:ascii="Times New Roman" w:hAnsi="Times New Roman" w:eastAsia="Times New Roman" w:cs="Times New Roman"/>
        </w:rPr>
        <w:t xml:space="preserve">, </w:t>
      </w:r>
      <w:r>
        <w:rPr>
          <w:rFonts w:ascii="Nirmala UI" w:hAnsi="Nirmala UI" w:eastAsia="Nirmala UI" w:cs="Nirmala UI"/>
        </w:rPr>
        <w:t>ꯅꯤꯌꯨ</w:t>
      </w:r>
      <w:r>
        <w:rPr>
          <w:rFonts w:ascii="Times New Roman" w:hAnsi="Times New Roman" w:eastAsia="Times New Roman" w:cs="Times New Roman"/>
        </w:rPr>
        <w:t xml:space="preserve"> </w:t>
      </w:r>
      <w:r>
        <w:rPr>
          <w:rFonts w:ascii="Nirmala UI" w:hAnsi="Nirmala UI" w:eastAsia="Nirmala UI" w:cs="Nirmala UI"/>
        </w:rPr>
        <w:t>ꯌꯣꯔꯛ</w:t>
      </w:r>
      <w:r>
        <w:rPr>
          <w:rFonts w:ascii="Times New Roman" w:hAnsi="Times New Roman" w:eastAsia="Times New Roman" w:cs="Times New Roman"/>
        </w:rPr>
        <w:t xml:space="preserve"> </w:t>
      </w:r>
      <w:r>
        <w:rPr>
          <w:rFonts w:ascii="Nirmala UI" w:hAnsi="Nirmala UI" w:eastAsia="Nirmala UI" w:cs="Nirmala UI"/>
        </w:rPr>
        <w:t>ꯁꯤꯇꯤꯒꯤ</w:t>
      </w:r>
      <w:r>
        <w:rPr>
          <w:rFonts w:ascii="Times New Roman" w:hAnsi="Times New Roman" w:eastAsia="Times New Roman" w:cs="Times New Roman"/>
        </w:rPr>
        <w:t xml:space="preserve"> </w:t>
      </w:r>
      <w:r>
        <w:rPr>
          <w:rFonts w:ascii="Nirmala UI" w:hAnsi="Nirmala UI" w:eastAsia="Nirmala UI" w:cs="Nirmala UI"/>
        </w:rPr>
        <w:t>ꯑꯆꯧꯕ</w:t>
      </w:r>
      <w:r>
        <w:rPr>
          <w:rFonts w:ascii="Times New Roman" w:hAnsi="Times New Roman" w:eastAsia="Times New Roman" w:cs="Times New Roman"/>
        </w:rPr>
        <w:t xml:space="preserve"> </w:t>
      </w:r>
      <w:r>
        <w:rPr>
          <w:rFonts w:ascii="Nirmala UI" w:hAnsi="Nirmala UI" w:eastAsia="Nirmala UI" w:cs="Nirmala UI"/>
        </w:rPr>
        <w:t>ꯏꯌꯨꯃꯁꯤꯡ</w:t>
      </w:r>
      <w:r>
        <w:rPr>
          <w:rFonts w:ascii="Times New Roman" w:hAnsi="Times New Roman" w:eastAsia="Times New Roman" w:cs="Times New Roman"/>
        </w:rPr>
        <w:t xml:space="preserve"> </w:t>
      </w:r>
      <w:r>
        <w:rPr>
          <w:rFonts w:ascii="Nirmala UI" w:hAnsi="Nirmala UI" w:eastAsia="Nirmala UI" w:cs="Nirmala UI"/>
        </w:rPr>
        <w:t>ꯂꯣꯏꯁꯤꯟꯈꯤꯕꯗ</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ꯂꯥꯛꯀꯗꯧꯔꯤꯕ</w:t>
      </w:r>
      <w:r>
        <w:rPr>
          <w:rFonts w:ascii="Times New Roman" w:hAnsi="Times New Roman" w:eastAsia="Times New Roman" w:cs="Times New Roman"/>
        </w:rPr>
        <w:t xml:space="preserve"> Sunday law </w:t>
      </w:r>
      <w:r>
        <w:rPr>
          <w:rFonts w:ascii="Nirmala UI" w:hAnsi="Nirmala UI" w:eastAsia="Nirmala UI" w:cs="Nirmala UI"/>
        </w:rPr>
        <w:t>ꯑꯗꯨꯗ</w:t>
      </w:r>
      <w:r>
        <w:rPr>
          <w:rFonts w:ascii="Times New Roman" w:hAnsi="Times New Roman" w:eastAsia="Times New Roman" w:cs="Times New Roman"/>
        </w:rPr>
        <w:t xml:space="preserve"> </w:t>
      </w:r>
      <w:r>
        <w:rPr>
          <w:rFonts w:ascii="Nirmala UI" w:hAnsi="Nirmala UI" w:eastAsia="Nirmala UI" w:cs="Nirmala UI"/>
        </w:rPr>
        <w:t>ꯂꯣꯏꯁꯤꯜꯂꯤꯕ</w:t>
      </w:r>
      <w:r>
        <w:rPr>
          <w:rFonts w:ascii="Times New Roman" w:hAnsi="Times New Roman" w:eastAsia="Times New Roman" w:cs="Times New Roman"/>
        </w:rPr>
        <w:t xml:space="preserve"> </w:t>
      </w:r>
      <w:r>
        <w:rPr>
          <w:rFonts w:ascii="Nirmala UI" w:hAnsi="Nirmala UI" w:eastAsia="Nirmala UI" w:cs="Nirmala UI"/>
        </w:rPr>
        <w:t>ꯑꯗꯨ</w:t>
      </w:r>
      <w:r>
        <w:rPr>
          <w:rFonts w:ascii="Times New Roman" w:hAnsi="Times New Roman" w:eastAsia="Times New Roman" w:cs="Times New Roman"/>
        </w:rPr>
        <w:t xml:space="preserve">, Alpha and Omega </w:t>
      </w:r>
      <w:r>
        <w:rPr>
          <w:rFonts w:ascii="Nirmala UI" w:hAnsi="Nirmala UI" w:eastAsia="Nirmala UI" w:cs="Nirmala UI"/>
        </w:rPr>
        <w:t>ꯅꯥ</w:t>
      </w:r>
      <w:r>
        <w:rPr>
          <w:rFonts w:ascii="Times New Roman" w:hAnsi="Times New Roman" w:eastAsia="Times New Roman" w:cs="Times New Roman"/>
        </w:rPr>
        <w:t xml:space="preserve"> </w:t>
      </w:r>
      <w:r>
        <w:rPr>
          <w:rFonts w:ascii="Nirmala UI" w:hAnsi="Nirmala UI" w:eastAsia="Nirmala UI" w:cs="Nirmala UI"/>
        </w:rPr>
        <w:t>ꯁꯦꯝꯗꯣꯛꯈꯤꯕꯅꯤ꯫</w:t>
      </w:r>
      <w:r>
        <w:rPr>
          <w:rFonts w:ascii="Times New Roman" w:hAnsi="Times New Roman" w:eastAsia="Times New Roman" w:cs="Times New Roman"/>
        </w:rPr>
        <w:t xml:space="preserve"> </w:t>
      </w:r>
      <w:r>
        <w:rPr>
          <w:rFonts w:ascii="Nirmala UI" w:hAnsi="Nirmala UI" w:eastAsia="Nirmala UI" w:cs="Nirmala UI"/>
        </w:rPr>
        <w:t>ꯃꯇꯝ</w:t>
      </w:r>
      <w:r>
        <w:rPr>
          <w:rFonts w:ascii="Times New Roman" w:hAnsi="Times New Roman" w:eastAsia="Times New Roman" w:cs="Times New Roman"/>
        </w:rPr>
        <w:t xml:space="preserve"> </w:t>
      </w:r>
      <w:r>
        <w:rPr>
          <w:rFonts w:ascii="Nirmala UI" w:hAnsi="Nirmala UI" w:eastAsia="Nirmala UI" w:cs="Nirmala UI"/>
        </w:rPr>
        <w:t>ꯑꯗꯨꯒꯤ</w:t>
      </w:r>
      <w:r>
        <w:rPr>
          <w:rFonts w:ascii="Times New Roman" w:hAnsi="Times New Roman" w:eastAsia="Times New Roman" w:cs="Times New Roman"/>
        </w:rPr>
        <w:t xml:space="preserve"> </w:t>
      </w:r>
      <w:r>
        <w:rPr>
          <w:rFonts w:ascii="Nirmala UI" w:hAnsi="Nirmala UI" w:eastAsia="Nirmala UI" w:cs="Nirmala UI"/>
        </w:rPr>
        <w:t>ꯑꯌꯥꯝ</w:t>
      </w:r>
      <w:r>
        <w:rPr>
          <w:rFonts w:ascii="Times New Roman" w:hAnsi="Times New Roman" w:eastAsia="Times New Roman" w:cs="Times New Roman"/>
        </w:rPr>
        <w:t xml:space="preserve"> </w:t>
      </w:r>
      <w:r>
        <w:rPr>
          <w:rFonts w:ascii="Nirmala UI" w:hAnsi="Nirmala UI" w:eastAsia="Nirmala UI" w:cs="Nirmala UI"/>
        </w:rPr>
        <w:t>ꯍꯥꯏꯅꯕ</w:t>
      </w:r>
      <w:r>
        <w:rPr>
          <w:rFonts w:ascii="Times New Roman" w:hAnsi="Times New Roman" w:eastAsia="Times New Roman" w:cs="Times New Roman"/>
        </w:rPr>
        <w:t xml:space="preserve"> </w:t>
      </w:r>
      <w:r>
        <w:rPr>
          <w:rFonts w:ascii="Nirmala UI" w:hAnsi="Nirmala UI" w:eastAsia="Nirmala UI" w:cs="Nirmala UI"/>
        </w:rPr>
        <w:t>ꯁꯔꯨꯛ</w:t>
      </w:r>
      <w:r>
        <w:rPr>
          <w:rFonts w:ascii="Times New Roman" w:hAnsi="Times New Roman" w:eastAsia="Times New Roman" w:cs="Times New Roman"/>
        </w:rPr>
        <w:t xml:space="preserve"> </w:t>
      </w:r>
      <w:r>
        <w:rPr>
          <w:rFonts w:ascii="Nirmala UI" w:hAnsi="Nirmala UI" w:eastAsia="Nirmala UI" w:cs="Nirmala UI"/>
        </w:rPr>
        <w:t>ꯑꯃꯅ</w:t>
      </w:r>
      <w:r>
        <w:rPr>
          <w:rFonts w:ascii="Times New Roman" w:hAnsi="Times New Roman" w:eastAsia="Times New Roman" w:cs="Times New Roman"/>
        </w:rPr>
        <w:t xml:space="preserve"> </w:t>
      </w:r>
      <w:r>
        <w:rPr>
          <w:rFonts w:ascii="Nirmala UI" w:hAnsi="Nirmala UI" w:eastAsia="Nirmala UI" w:cs="Nirmala UI"/>
        </w:rPr>
        <w:t>ꯃꯇꯝ</w:t>
      </w:r>
      <w:r>
        <w:rPr>
          <w:rFonts w:ascii="Times New Roman" w:hAnsi="Times New Roman" w:eastAsia="Times New Roman" w:cs="Times New Roman"/>
        </w:rPr>
        <w:t xml:space="preserve"> </w:t>
      </w:r>
      <w:r>
        <w:rPr>
          <w:rFonts w:ascii="Nirmala UI" w:hAnsi="Nirmala UI" w:eastAsia="Nirmala UI" w:cs="Nirmala UI"/>
        </w:rPr>
        <w:t>ꯑꯗꯨꯒꯤ</w:t>
      </w:r>
      <w:r>
        <w:rPr>
          <w:rFonts w:ascii="Times New Roman" w:hAnsi="Times New Roman" w:eastAsia="Times New Roman" w:cs="Times New Roman"/>
        </w:rPr>
        <w:t xml:space="preserve"> </w:t>
      </w:r>
      <w:r>
        <w:rPr>
          <w:rFonts w:ascii="Nirmala UI" w:hAnsi="Nirmala UI" w:eastAsia="Nirmala UI" w:cs="Nirmala UI"/>
        </w:rPr>
        <w:t>ꯑꯍꯥꯟꯕ</w:t>
      </w:r>
      <w:r>
        <w:rPr>
          <w:rFonts w:ascii="Times New Roman" w:hAnsi="Times New Roman" w:eastAsia="Times New Roman" w:cs="Times New Roman"/>
        </w:rPr>
        <w:t xml:space="preserve"> </w:t>
      </w:r>
      <w:r>
        <w:rPr>
          <w:rFonts w:ascii="Nirmala UI" w:hAnsi="Nirmala UI" w:eastAsia="Nirmala UI" w:cs="Nirmala UI"/>
        </w:rPr>
        <w:t>ꯁꯔꯨꯛ</w:t>
      </w:r>
      <w:r>
        <w:rPr>
          <w:rFonts w:ascii="Times New Roman" w:hAnsi="Times New Roman" w:eastAsia="Times New Roman" w:cs="Times New Roman"/>
        </w:rPr>
        <w:t xml:space="preserve"> </w:t>
      </w:r>
      <w:r>
        <w:rPr>
          <w:rFonts w:ascii="Nirmala UI" w:hAnsi="Nirmala UI" w:eastAsia="Nirmala UI" w:cs="Nirmala UI"/>
        </w:rPr>
        <w:t>ꯑꯃꯕꯨ</w:t>
      </w:r>
      <w:r>
        <w:rPr>
          <w:rFonts w:ascii="Times New Roman" w:hAnsi="Times New Roman" w:eastAsia="Times New Roman" w:cs="Times New Roman"/>
        </w:rPr>
        <w:t xml:space="preserve"> </w:t>
      </w:r>
      <w:r>
        <w:rPr>
          <w:rFonts w:ascii="Nirmala UI" w:hAnsi="Nirmala UI" w:eastAsia="Nirmala UI" w:cs="Nirmala UI"/>
        </w:rPr>
        <w:t>ꯑꯃꯨꯛ</w:t>
      </w:r>
      <w:r>
        <w:rPr>
          <w:rFonts w:ascii="Times New Roman" w:hAnsi="Times New Roman" w:eastAsia="Times New Roman" w:cs="Times New Roman"/>
        </w:rPr>
        <w:t xml:space="preserve"> </w:t>
      </w:r>
      <w:r>
        <w:rPr>
          <w:rFonts w:ascii="Nirmala UI" w:hAnsi="Nirmala UI" w:eastAsia="Nirmala UI" w:cs="Nirmala UI"/>
        </w:rPr>
        <w:t>ꯍꯟꯅꯥ</w:t>
      </w:r>
      <w:r>
        <w:rPr>
          <w:rFonts w:ascii="Times New Roman" w:hAnsi="Times New Roman" w:eastAsia="Times New Roman" w:cs="Times New Roman"/>
        </w:rPr>
        <w:t xml:space="preserve"> </w:t>
      </w:r>
      <w:r>
        <w:rPr>
          <w:rFonts w:ascii="Nirmala UI" w:hAnsi="Nirmala UI" w:eastAsia="Nirmala UI" w:cs="Nirmala UI"/>
        </w:rPr>
        <w:t>ꯁꯥꯅ꯭ꯅꯈꯤ꯫</w:t>
      </w:r>
      <w:r>
        <w:rPr>
          <w:rFonts w:ascii="Times New Roman" w:hAnsi="Times New Roman" w:eastAsia="Times New Roman" w:cs="Times New Roman"/>
        </w:rPr>
        <w:t xml:space="preserve"> 2001 </w:t>
      </w:r>
      <w:r>
        <w:rPr>
          <w:rFonts w:ascii="Nirmala UI" w:hAnsi="Nirmala UI" w:eastAsia="Nirmala UI" w:cs="Nirmala UI"/>
        </w:rPr>
        <w:t>ꯆꯍꯤꯒꯤ</w:t>
      </w:r>
      <w:r>
        <w:rPr>
          <w:rFonts w:ascii="Times New Roman" w:hAnsi="Times New Roman" w:eastAsia="Times New Roman" w:cs="Times New Roman"/>
        </w:rPr>
        <w:t xml:space="preserve"> September 11 </w:t>
      </w:r>
      <w:r>
        <w:rPr>
          <w:rFonts w:ascii="Nirmala UI" w:hAnsi="Nirmala UI" w:eastAsia="Nirmala UI" w:cs="Nirmala UI"/>
        </w:rPr>
        <w:t>ꯑꯗꯨꯗ</w:t>
      </w:r>
      <w:r>
        <w:rPr>
          <w:rFonts w:ascii="Times New Roman" w:hAnsi="Times New Roman" w:eastAsia="Times New Roman" w:cs="Times New Roman"/>
        </w:rPr>
        <w:t xml:space="preserve"> </w:t>
      </w:r>
      <w:r>
        <w:rPr>
          <w:rFonts w:ascii="Nirmala UI" w:hAnsi="Nirmala UI" w:eastAsia="Nirmala UI" w:cs="Nirmala UI"/>
        </w:rPr>
        <w:t>ꯑꯉꯥꯡꯕꯥ</w:t>
      </w:r>
      <w:r>
        <w:rPr>
          <w:rFonts w:ascii="Times New Roman" w:hAnsi="Times New Roman" w:eastAsia="Times New Roman" w:cs="Times New Roman"/>
        </w:rPr>
        <w:t xml:space="preserve"> </w:t>
      </w:r>
      <w:r>
        <w:rPr>
          <w:rFonts w:ascii="Nirmala UI" w:hAnsi="Nirmala UI" w:eastAsia="Nirmala UI" w:cs="Nirmala UI"/>
        </w:rPr>
        <w:t>ꯃꯥꯄꯨꯅ</w:t>
      </w:r>
      <w:r>
        <w:rPr>
          <w:rFonts w:ascii="Times New Roman" w:hAnsi="Times New Roman" w:eastAsia="Times New Roman" w:cs="Times New Roman"/>
        </w:rPr>
        <w:t xml:space="preserve"> </w:t>
      </w:r>
      <w:r>
        <w:rPr>
          <w:rFonts w:ascii="Nirmala UI" w:hAnsi="Nirmala UI" w:eastAsia="Nirmala UI" w:cs="Nirmala UI"/>
        </w:rPr>
        <w:t>ꯃꯍꯥꯛꯀꯤ</w:t>
      </w:r>
      <w:r>
        <w:rPr>
          <w:rFonts w:ascii="Times New Roman" w:hAnsi="Times New Roman" w:eastAsia="Times New Roman" w:cs="Times New Roman"/>
        </w:rPr>
        <w:t xml:space="preserve"> </w:t>
      </w:r>
      <w:r>
        <w:rPr>
          <w:rFonts w:ascii="Nirmala UI" w:hAnsi="Nirmala UI" w:eastAsia="Nirmala UI" w:cs="Nirmala UI"/>
        </w:rPr>
        <w:t>ꯃꯤꯌꯥꯝꯕꯨ</w:t>
      </w:r>
      <w:r>
        <w:rPr>
          <w:rFonts w:ascii="Times New Roman" w:hAnsi="Times New Roman" w:eastAsia="Times New Roman" w:cs="Times New Roman"/>
        </w:rPr>
        <w:t xml:space="preserve"> </w:t>
      </w:r>
      <w:r>
        <w:rPr>
          <w:rFonts w:ascii="Nirmala UI" w:hAnsi="Nirmala UI" w:eastAsia="Nirmala UI" w:cs="Nirmala UI"/>
        </w:rPr>
        <w:t>ꯑꯔꯤꯕ</w:t>
      </w:r>
      <w:r>
        <w:rPr>
          <w:rFonts w:ascii="Times New Roman" w:hAnsi="Times New Roman" w:eastAsia="Times New Roman" w:cs="Times New Roman"/>
        </w:rPr>
        <w:t xml:space="preserve"> </w:t>
      </w:r>
      <w:r>
        <w:rPr>
          <w:rFonts w:ascii="Nirmala UI" w:hAnsi="Nirmala UI" w:eastAsia="Nirmala UI" w:cs="Nirmala UI"/>
        </w:rPr>
        <w:t>ꯂꯝꯁꯤꯡꯗ</w:t>
      </w:r>
      <w:r>
        <w:rPr>
          <w:rFonts w:ascii="Times New Roman" w:hAnsi="Times New Roman" w:eastAsia="Times New Roman" w:cs="Times New Roman"/>
        </w:rPr>
        <w:t xml:space="preserve"> </w:t>
      </w:r>
      <w:r>
        <w:rPr>
          <w:rFonts w:ascii="Nirmala UI" w:hAnsi="Nirmala UI" w:eastAsia="Nirmala UI" w:cs="Nirmala UI"/>
        </w:rPr>
        <w:t>ꯍꯟꯅꯥ</w:t>
      </w:r>
      <w:r>
        <w:rPr>
          <w:rFonts w:ascii="Times New Roman" w:hAnsi="Times New Roman" w:eastAsia="Times New Roman" w:cs="Times New Roman"/>
        </w:rPr>
        <w:t xml:space="preserve"> </w:t>
      </w:r>
      <w:r>
        <w:rPr>
          <w:rFonts w:ascii="Nirmala UI" w:hAnsi="Nirmala UI" w:eastAsia="Nirmala UI" w:cs="Nirmala UI"/>
        </w:rPr>
        <w:t>ꯈꯣꯡꯍꯜꯂꯛꯈꯤ</w:t>
      </w:r>
      <w:r>
        <w:rPr>
          <w:rFonts w:ascii="Times New Roman" w:hAnsi="Times New Roman" w:eastAsia="Times New Roman" w:cs="Times New Roman"/>
        </w:rPr>
        <w:t xml:space="preserve">, </w:t>
      </w:r>
      <w:r>
        <w:rPr>
          <w:rFonts w:ascii="Nirmala UI" w:hAnsi="Nirmala UI" w:eastAsia="Nirmala UI" w:cs="Nirmala UI"/>
        </w:rPr>
        <w:t>ꯃꯗꯨꯗ</w:t>
      </w:r>
      <w:r>
        <w:rPr>
          <w:rFonts w:ascii="Times New Roman" w:hAnsi="Times New Roman" w:eastAsia="Times New Roman" w:cs="Times New Roman"/>
        </w:rPr>
        <w:t xml:space="preserve"> </w:t>
      </w:r>
      <w:r>
        <w:rPr>
          <w:rFonts w:ascii="Nirmala UI" w:hAnsi="Nirmala UI" w:eastAsia="Nirmala UI" w:cs="Nirmala UI"/>
        </w:rPr>
        <w:t>ꯑꯇꯣꯞꯄ</w:t>
      </w:r>
      <w:r>
        <w:rPr>
          <w:rFonts w:ascii="Times New Roman" w:hAnsi="Times New Roman" w:eastAsia="Times New Roman" w:cs="Times New Roman"/>
        </w:rPr>
        <w:t xml:space="preserve"> </w:t>
      </w:r>
      <w:r>
        <w:rPr>
          <w:rFonts w:ascii="Nirmala UI" w:hAnsi="Nirmala UI" w:eastAsia="Nirmala UI" w:cs="Nirmala UI"/>
        </w:rPr>
        <w:t>ꯑꯁꯤꯌꯥ</w:t>
      </w:r>
      <w:r>
        <w:rPr>
          <w:rFonts w:ascii="Times New Roman" w:hAnsi="Times New Roman" w:eastAsia="Times New Roman" w:cs="Times New Roman"/>
        </w:rPr>
        <w:t xml:space="preserve"> </w:t>
      </w:r>
      <w:r>
        <w:rPr>
          <w:rFonts w:ascii="Nirmala UI" w:hAnsi="Nirmala UI" w:eastAsia="Nirmala UI" w:cs="Nirmala UI"/>
        </w:rPr>
        <w:t>ꯑꯃꯥ</w:t>
      </w:r>
      <w:r>
        <w:rPr>
          <w:rFonts w:ascii="Times New Roman" w:hAnsi="Times New Roman" w:eastAsia="Times New Roman" w:cs="Times New Roman"/>
        </w:rPr>
        <w:t xml:space="preserve"> </w:t>
      </w:r>
      <w:r>
        <w:rPr>
          <w:rFonts w:ascii="Nirmala UI" w:hAnsi="Nirmala UI" w:eastAsia="Nirmala UI" w:cs="Nirmala UI"/>
        </w:rPr>
        <w:t>ꯑꯣꯏꯅ</w:t>
      </w:r>
      <w:r>
        <w:rPr>
          <w:rFonts w:ascii="Times New Roman" w:hAnsi="Times New Roman" w:eastAsia="Times New Roman" w:cs="Times New Roman"/>
        </w:rPr>
        <w:t xml:space="preserve"> “seven times” </w:t>
      </w:r>
      <w:r>
        <w:rPr>
          <w:rFonts w:ascii="Nirmala UI" w:hAnsi="Nirmala UI" w:eastAsia="Nirmala UI" w:cs="Nirmala UI"/>
        </w:rPr>
        <w:t>ꯍꯥꯏꯕ</w:t>
      </w:r>
      <w:r>
        <w:rPr>
          <w:rFonts w:ascii="Times New Roman" w:hAnsi="Times New Roman" w:eastAsia="Times New Roman" w:cs="Times New Roman"/>
        </w:rPr>
        <w:t xml:space="preserve"> </w:t>
      </w:r>
      <w:r>
        <w:rPr>
          <w:rFonts w:ascii="Nirmala UI" w:hAnsi="Nirmala UI" w:eastAsia="Nirmala UI" w:cs="Nirmala UI"/>
        </w:rPr>
        <w:t>ꯑꯁꯤ</w:t>
      </w:r>
      <w:r>
        <w:rPr>
          <w:rFonts w:ascii="Times New Roman" w:hAnsi="Times New Roman" w:eastAsia="Times New Roman" w:cs="Times New Roman"/>
        </w:rPr>
        <w:t xml:space="preserve"> </w:t>
      </w:r>
      <w:r>
        <w:rPr>
          <w:rFonts w:ascii="Nirmala UI" w:hAnsi="Nirmala UI" w:eastAsia="Nirmala UI" w:cs="Nirmala UI"/>
        </w:rPr>
        <w:t>ꯈꯪꯂꯛꯈꯤ</w:t>
      </w:r>
      <w:r>
        <w:rPr>
          <w:rFonts w:ascii="Times New Roman" w:hAnsi="Times New Roman" w:eastAsia="Times New Roman" w:cs="Times New Roman"/>
        </w:rPr>
        <w:t xml:space="preserve">, </w:t>
      </w:r>
      <w:r>
        <w:rPr>
          <w:rFonts w:ascii="Nirmala UI" w:hAnsi="Nirmala UI" w:eastAsia="Nirmala UI" w:cs="Nirmala UI"/>
        </w:rPr>
        <w:t>ꯑꯗꯨꯒꯤ</w:t>
      </w:r>
      <w:r>
        <w:rPr>
          <w:rFonts w:ascii="Times New Roman" w:hAnsi="Times New Roman" w:eastAsia="Times New Roman" w:cs="Times New Roman"/>
        </w:rPr>
        <w:t xml:space="preserve"> </w:t>
      </w:r>
      <w:r>
        <w:rPr>
          <w:rFonts w:ascii="Nirmala UI" w:hAnsi="Nirmala UI" w:eastAsia="Nirmala UI" w:cs="Nirmala UI"/>
        </w:rPr>
        <w:t>ꯃꯇꯝꯗ</w:t>
      </w:r>
      <w:r>
        <w:rPr>
          <w:rFonts w:ascii="Times New Roman" w:hAnsi="Times New Roman" w:eastAsia="Times New Roman" w:cs="Times New Roman"/>
        </w:rPr>
        <w:t xml:space="preserve"> king Josiah </w:t>
      </w:r>
      <w:r>
        <w:rPr>
          <w:rFonts w:ascii="Nirmala UI" w:hAnsi="Nirmala UI" w:eastAsia="Nirmala UI" w:cs="Nirmala UI"/>
        </w:rPr>
        <w:t>ꯒꯤ</w:t>
      </w:r>
      <w:r>
        <w:rPr>
          <w:rFonts w:ascii="Times New Roman" w:hAnsi="Times New Roman" w:eastAsia="Times New Roman" w:cs="Times New Roman"/>
        </w:rPr>
        <w:t xml:space="preserve"> </w:t>
      </w:r>
      <w:r>
        <w:rPr>
          <w:rFonts w:ascii="Nirmala UI" w:hAnsi="Nirmala UI" w:eastAsia="Nirmala UI" w:cs="Nirmala UI"/>
        </w:rPr>
        <w:t>ꯅꯨꯃꯤৎꯁꯤꯗ</w:t>
      </w:r>
      <w:r>
        <w:rPr>
          <w:rFonts w:ascii="Times New Roman" w:hAnsi="Times New Roman" w:eastAsia="Times New Roman" w:cs="Times New Roman"/>
        </w:rPr>
        <w:t xml:space="preserve"> </w:t>
      </w:r>
      <w:r>
        <w:rPr>
          <w:rFonts w:ascii="Nirmala UI" w:hAnsi="Nirmala UI" w:eastAsia="Nirmala UI" w:cs="Nirmala UI"/>
        </w:rPr>
        <w:t>ꯑꯗꯨ</w:t>
      </w:r>
      <w:r>
        <w:rPr>
          <w:rFonts w:ascii="Times New Roman" w:hAnsi="Times New Roman" w:eastAsia="Times New Roman" w:cs="Times New Roman"/>
        </w:rPr>
        <w:t xml:space="preserve"> </w:t>
      </w:r>
      <w:r>
        <w:rPr>
          <w:rFonts w:ascii="Nirmala UI" w:hAnsi="Nirmala UI" w:eastAsia="Nirmala UI" w:cs="Nirmala UI"/>
        </w:rPr>
        <w:t>ꯊꯤꯕꯥ</w:t>
      </w:r>
      <w:r>
        <w:rPr>
          <w:rFonts w:ascii="Times New Roman" w:hAnsi="Times New Roman" w:eastAsia="Times New Roman" w:cs="Times New Roman"/>
        </w:rPr>
        <w:t xml:space="preserve"> </w:t>
      </w:r>
      <w:r>
        <w:rPr>
          <w:rFonts w:ascii="Nirmala UI" w:hAnsi="Nirmala UI" w:eastAsia="Nirmala UI" w:cs="Nirmala UI"/>
        </w:rPr>
        <w:t>ꯑꯃꯥ</w:t>
      </w:r>
      <w:r>
        <w:rPr>
          <w:rFonts w:ascii="Times New Roman" w:hAnsi="Times New Roman" w:eastAsia="Times New Roman" w:cs="Times New Roman"/>
        </w:rPr>
        <w:t xml:space="preserve"> </w:t>
      </w:r>
      <w:r>
        <w:rPr>
          <w:rFonts w:ascii="Nirmala UI" w:hAnsi="Nirmala UI" w:eastAsia="Nirmala UI" w:cs="Nirmala UI"/>
        </w:rPr>
        <w:t>ꯑꯣꯏꯅ</w:t>
      </w:r>
      <w:r>
        <w:rPr>
          <w:rFonts w:ascii="Times New Roman" w:hAnsi="Times New Roman" w:eastAsia="Times New Roman" w:cs="Times New Roman"/>
        </w:rPr>
        <w:t xml:space="preserve"> </w:t>
      </w:r>
      <w:r>
        <w:rPr>
          <w:rFonts w:ascii="Nirmala UI" w:hAnsi="Nirmala UI" w:eastAsia="Nirmala UI" w:cs="Nirmala UI"/>
        </w:rPr>
        <w:t>ꯐꯪꯈꯤꯕ</w:t>
      </w:r>
      <w:r>
        <w:rPr>
          <w:rFonts w:ascii="Times New Roman" w:hAnsi="Times New Roman" w:eastAsia="Times New Roman" w:cs="Times New Roman"/>
        </w:rPr>
        <w:t xml:space="preserve"> </w:t>
      </w:r>
      <w:r>
        <w:rPr>
          <w:rFonts w:ascii="Nirmala UI" w:hAnsi="Nirmala UI" w:eastAsia="Nirmala UI" w:cs="Nirmala UI"/>
        </w:rPr>
        <w:t>ꯃꯇꯝꯒꯨꯝꯅꯤ꯫</w:t>
      </w:r>
      <w:r>
        <w:rPr>
          <w:rFonts w:ascii="Times New Roman" w:hAnsi="Times New Roman" w:eastAsia="Times New Roman" w:cs="Times New Roman"/>
        </w:rPr>
        <w:t xml:space="preserve"> </w:t>
      </w:r>
      <w:r>
        <w:rPr>
          <w:rFonts w:ascii="Nirmala UI" w:hAnsi="Nirmala UI" w:eastAsia="Nirmala UI" w:cs="Nirmala UI"/>
        </w:rPr>
        <w:t>ꯑꯗꯨꯒꯤ</w:t>
      </w:r>
      <w:r>
        <w:rPr>
          <w:rFonts w:ascii="Times New Roman" w:hAnsi="Times New Roman" w:eastAsia="Times New Roman" w:cs="Times New Roman"/>
        </w:rPr>
        <w:t xml:space="preserve"> </w:t>
      </w:r>
      <w:r>
        <w:rPr>
          <w:rFonts w:ascii="Nirmala UI" w:hAnsi="Nirmala UI" w:eastAsia="Nirmala UI" w:cs="Nirmala UI"/>
        </w:rPr>
        <w:t>ꯃꯇꯝꯗ</w:t>
      </w:r>
      <w:r>
        <w:rPr>
          <w:rFonts w:ascii="Times New Roman" w:hAnsi="Times New Roman" w:eastAsia="Times New Roman" w:cs="Times New Roman"/>
        </w:rPr>
        <w:t xml:space="preserve"> latter rain </w:t>
      </w:r>
      <w:r>
        <w:rPr>
          <w:rFonts w:ascii="Nirmala UI" w:hAnsi="Nirmala UI" w:eastAsia="Nirmala UI" w:cs="Nirmala UI"/>
        </w:rPr>
        <w:t>ꯑꯗꯨ</w:t>
      </w:r>
      <w:r>
        <w:rPr>
          <w:rFonts w:ascii="Times New Roman" w:hAnsi="Times New Roman" w:eastAsia="Times New Roman" w:cs="Times New Roman"/>
        </w:rPr>
        <w:t xml:space="preserve"> </w:t>
      </w:r>
      <w:r>
        <w:rPr>
          <w:rFonts w:ascii="Nirmala UI" w:hAnsi="Nirmala UI" w:eastAsia="Nirmala UI" w:cs="Nirmala UI"/>
        </w:rPr>
        <w:t>ꯅꯨꯡꯁꯤꯕꯥ</w:t>
      </w:r>
      <w:r>
        <w:rPr>
          <w:rFonts w:ascii="Times New Roman" w:hAnsi="Times New Roman" w:eastAsia="Times New Roman" w:cs="Times New Roman"/>
        </w:rPr>
        <w:t xml:space="preserve"> </w:t>
      </w:r>
      <w:r>
        <w:rPr>
          <w:rFonts w:ascii="Nirmala UI" w:hAnsi="Nirmala UI" w:eastAsia="Nirmala UI" w:cs="Nirmala UI"/>
        </w:rPr>
        <w:t>ꯑꯝꯁꯨꯡꯒ</w:t>
      </w:r>
      <w:r>
        <w:rPr>
          <w:rFonts w:ascii="Times New Roman" w:hAnsi="Times New Roman" w:eastAsia="Times New Roman" w:cs="Times New Roman"/>
        </w:rPr>
        <w:t xml:space="preserve"> </w:t>
      </w:r>
      <w:r>
        <w:rPr>
          <w:rFonts w:ascii="Nirmala UI" w:hAnsi="Nirmala UI" w:eastAsia="Nirmala UI" w:cs="Nirmala UI"/>
        </w:rPr>
        <w:t>ꯃꯐꯥꯝ</w:t>
      </w:r>
      <w:r>
        <w:rPr>
          <w:rFonts w:ascii="Times New Roman" w:hAnsi="Times New Roman" w:eastAsia="Times New Roman" w:cs="Times New Roman"/>
        </w:rPr>
        <w:t xml:space="preserve"> </w:t>
      </w:r>
      <w:r>
        <w:rPr>
          <w:rFonts w:ascii="Nirmala UI" w:hAnsi="Nirmala UI" w:eastAsia="Nirmala UI" w:cs="Nirmala UI"/>
        </w:rPr>
        <w:t>ꯑꯣꯏꯅ</w:t>
      </w:r>
      <w:r>
        <w:rPr>
          <w:rFonts w:ascii="Times New Roman" w:hAnsi="Times New Roman" w:eastAsia="Times New Roman" w:cs="Times New Roman"/>
        </w:rPr>
        <w:t xml:space="preserve"> </w:t>
      </w:r>
      <w:r>
        <w:rPr>
          <w:rFonts w:ascii="Nirmala UI" w:hAnsi="Nirmala UI" w:eastAsia="Nirmala UI" w:cs="Nirmala UI"/>
        </w:rPr>
        <w:t>ꯌꯧꯁꯤꯟꯕ</w:t>
      </w:r>
      <w:r>
        <w:rPr>
          <w:rFonts w:ascii="Times New Roman" w:hAnsi="Times New Roman" w:eastAsia="Times New Roman" w:cs="Times New Roman"/>
        </w:rPr>
        <w:t xml:space="preserve"> </w:t>
      </w:r>
      <w:r>
        <w:rPr>
          <w:rFonts w:ascii="Nirmala UI" w:hAnsi="Nirmala UI" w:eastAsia="Nirmala UI" w:cs="Nirmala UI"/>
        </w:rPr>
        <w:t>ꯍꯧꯈꯤ</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ꯃꯔꯨꯝ</w:t>
      </w:r>
      <w:r>
        <w:rPr>
          <w:rFonts w:ascii="Times New Roman" w:hAnsi="Times New Roman" w:eastAsia="Times New Roman" w:cs="Times New Roman"/>
        </w:rPr>
        <w:t xml:space="preserve"> </w:t>
      </w:r>
      <w:r>
        <w:rPr>
          <w:rFonts w:ascii="Nirmala UI" w:hAnsi="Nirmala UI" w:eastAsia="Nirmala UI" w:cs="Nirmala UI"/>
        </w:rPr>
        <w:t>ꯑꯅꯤꯒꯤ</w:t>
      </w:r>
      <w:r>
        <w:rPr>
          <w:rFonts w:ascii="Times New Roman" w:hAnsi="Times New Roman" w:eastAsia="Times New Roman" w:cs="Times New Roman"/>
        </w:rPr>
        <w:t xml:space="preserve"> </w:t>
      </w:r>
      <w:r>
        <w:rPr>
          <w:rFonts w:ascii="Nirmala UI" w:hAnsi="Nirmala UI" w:eastAsia="Nirmala UI" w:cs="Nirmala UI"/>
        </w:rPr>
        <w:t>ꯈꯨꯠꯁꯝꯅꯥ</w:t>
      </w:r>
      <w:r>
        <w:rPr>
          <w:rFonts w:ascii="Times New Roman" w:hAnsi="Times New Roman" w:eastAsia="Times New Roman" w:cs="Times New Roman"/>
        </w:rPr>
        <w:t xml:space="preserve"> </w:t>
      </w:r>
      <w:r>
        <w:rPr>
          <w:rFonts w:ascii="Nirmala UI" w:hAnsi="Nirmala UI" w:eastAsia="Nirmala UI" w:cs="Nirmala UI"/>
        </w:rPr>
        <w:t>ꯋꯥꯕ</w:t>
      </w:r>
      <w:r>
        <w:rPr>
          <w:rFonts w:ascii="Times New Roman" w:hAnsi="Times New Roman" w:eastAsia="Times New Roman" w:cs="Times New Roman"/>
        </w:rPr>
        <w:t xml:space="preserve"> </w:t>
      </w:r>
      <w:r>
        <w:rPr>
          <w:rFonts w:ascii="Nirmala UI" w:hAnsi="Nirmala UI" w:eastAsia="Nirmala UI" w:cs="Nirmala UI"/>
        </w:rPr>
        <w:t>ꯃꯤꯈꯥ</w:t>
      </w:r>
      <w:r>
        <w:rPr>
          <w:rFonts w:ascii="Times New Roman" w:hAnsi="Times New Roman" w:eastAsia="Times New Roman" w:cs="Times New Roman"/>
        </w:rPr>
        <w:t xml:space="preserve"> </w:t>
      </w:r>
      <w:r>
        <w:rPr>
          <w:rFonts w:ascii="Nirmala UI" w:hAnsi="Nirmala UI" w:eastAsia="Nirmala UI" w:cs="Nirmala UI"/>
        </w:rPr>
        <w:t>ꯑꯅꯤꯕꯨ</w:t>
      </w:r>
      <w:r>
        <w:rPr>
          <w:rFonts w:ascii="Times New Roman" w:hAnsi="Times New Roman" w:eastAsia="Times New Roman" w:cs="Times New Roman"/>
        </w:rPr>
        <w:t xml:space="preserve"> </w:t>
      </w:r>
      <w:r>
        <w:rPr>
          <w:rFonts w:ascii="Nirmala UI" w:hAnsi="Nirmala UI" w:eastAsia="Nirmala UI" w:cs="Nirmala UI"/>
        </w:rPr>
        <w:t>ꯈꯟꯕꯥ</w:t>
      </w:r>
      <w:r>
        <w:rPr>
          <w:rFonts w:ascii="Times New Roman" w:hAnsi="Times New Roman" w:eastAsia="Times New Roman" w:cs="Times New Roman"/>
        </w:rPr>
        <w:t xml:space="preserve"> </w:t>
      </w:r>
      <w:r>
        <w:rPr>
          <w:rFonts w:ascii="Nirmala UI" w:hAnsi="Nirmala UI" w:eastAsia="Nirmala UI" w:cs="Nirmala UI"/>
        </w:rPr>
        <w:t>ꯄꯤꯕ</w:t>
      </w:r>
      <w:r>
        <w:rPr>
          <w:rFonts w:ascii="Times New Roman" w:hAnsi="Times New Roman" w:eastAsia="Times New Roman" w:cs="Times New Roman"/>
        </w:rPr>
        <w:t xml:space="preserve"> </w:t>
      </w:r>
      <w:r>
        <w:rPr>
          <w:rFonts w:ascii="Nirmala UI" w:hAnsi="Nirmala UI" w:eastAsia="Nirmala UI" w:cs="Nirmala UI"/>
        </w:rPr>
        <w:t>ꯑꯃ</w:t>
      </w:r>
      <w:r>
        <w:rPr>
          <w:rFonts w:ascii="Times New Roman" w:hAnsi="Times New Roman" w:eastAsia="Times New Roman" w:cs="Times New Roman"/>
        </w:rPr>
        <w:t xml:space="preserve"> </w:t>
      </w:r>
      <w:r>
        <w:rPr>
          <w:rFonts w:ascii="Nirmala UI" w:hAnsi="Nirmala UI" w:eastAsia="Nirmala UI" w:cs="Nirmala UI"/>
        </w:rPr>
        <w:t>ꯁꯥꯖꯤꯟꯅꯕ</w:t>
      </w:r>
      <w:r>
        <w:rPr>
          <w:rFonts w:ascii="Times New Roman" w:hAnsi="Times New Roman" w:eastAsia="Times New Roman" w:cs="Times New Roman"/>
        </w:rPr>
        <w:t xml:space="preserve"> </w:t>
      </w:r>
      <w:r>
        <w:rPr>
          <w:rFonts w:ascii="Nirmala UI" w:hAnsi="Nirmala UI" w:eastAsia="Nirmala UI" w:cs="Nirmala UI"/>
        </w:rPr>
        <w:t>ꯅꯨꯄꯥꯜ</w:t>
      </w:r>
      <w:r>
        <w:rPr>
          <w:rFonts w:ascii="Times New Roman" w:hAnsi="Times New Roman" w:eastAsia="Times New Roman" w:cs="Times New Roman"/>
        </w:rPr>
        <w:t xml:space="preserve"> </w:t>
      </w:r>
      <w:r>
        <w:rPr>
          <w:rFonts w:ascii="Nirmala UI" w:hAnsi="Nirmala UI" w:eastAsia="Nirmala UI" w:cs="Nirmala UI"/>
        </w:rPr>
        <w:t>ꯑꯃ</w:t>
      </w:r>
      <w:r>
        <w:rPr>
          <w:rFonts w:ascii="Times New Roman" w:hAnsi="Times New Roman" w:eastAsia="Times New Roman" w:cs="Times New Roman"/>
        </w:rPr>
        <w:t xml:space="preserve"> </w:t>
      </w:r>
      <w:r>
        <w:rPr>
          <w:rFonts w:ascii="Nirmala UI" w:hAnsi="Nirmala UI" w:eastAsia="Nirmala UI" w:cs="Nirmala UI"/>
        </w:rPr>
        <w:t>ꯍꯧꯈꯤ꯫</w:t>
      </w:r>
    </w:p>
    <w:p>
      <w:pPr>
        <w:pStyle w:val="ArticleBody"/>
        <w:jc w:val="left"/>
      </w:pPr>
      <w:r>
        <w:rPr>
          <w:rFonts w:ascii="Times New Roman" w:hAnsi="Times New Roman" w:eastAsia="Times New Roman" w:cs="Times New Roman"/>
        </w:rPr>
        <w:t>Habakkuk kapitel abụọ mezuru ka e chọpụtachara chaatị nsọ abụọ ahụ, ha wee bụrụ ihe nnọchianya nke oge ahụ n’akụkọ ihe mere eme. N’otu aka ahụ dịkwa oke mkpa, “arụmụka” nke Habakkuk kapitel abụọ malitere, n’etiti usoro nke ahịrị n’elu ahịrị, nke bụ usoro mmiri ozuzo ikpeazụ, na-emegide usoro nke Protestantism nupụisi, nke Adventism na-anabatakwu nwayọọ nwayọọ malite na nnupụisi nke 1863.</w:t>
      </w:r>
    </w:p>
    <w:p>
      <w:pPr>
        <w:pStyle w:val="ArticleBody"/>
        <w:jc w:val="left"/>
      </w:pPr>
      <w:r>
        <w:rPr>
          <w:rFonts w:ascii="Times New Roman" w:hAnsi="Times New Roman" w:eastAsia="Times New Roman" w:cs="Times New Roman"/>
        </w:rPr>
        <w:t>Jesús prometió que daría a Su pueblo de los últimos días «las llaves del reino», y al hacerlo, se está refiriendo a la metodología bíblica correcta, que contiene las llaves proféticas necesarias para reconocer, establecer y proclamar el mensaje del Clamor de Medianoche y del Fuerte Clamor.</w:t>
      </w:r>
    </w:p>
    <w:p>
      <w:pPr>
        <w:pStyle w:val="ArticleScripture"/>
        <w:jc w:val="left"/>
      </w:pPr>
      <w:r>
        <w:rPr>
          <w:rFonts w:ascii="Times New Roman" w:hAnsi="Times New Roman" w:eastAsia="Times New Roman" w:cs="Times New Roman"/>
        </w:rPr>
        <w:t>“Жьыр зла гъэпсэлъэхэр ЩыплъыжьыфӀым и Нэхущыжьыжьым и уафэбжьым хэткӀо. Ахэр Ялъэгъуныгъэр къыщагъэкӀуэу, Псэушъхьэ зэрыхуауэ, Тхьэм и пащхьэ къатехуэркъым. Уафэм и нэхущыжьыжьым ахэм къахуэхъу. Мы дунейм и тхыдэ къэзыщӀэхын и кӀуэцӀ къыщызэрыхэмытмэ, Христос зыхуэдэ гъэсэныгъэр, ащ ехьэлӀа пэрыт зэрыгъуэт гъэсэныгъэхэр, псом нэхъ мащӀэу къызэрагъэбжьэ. Тхьэм и нэпсым ахэр зэпытыншэ бжьыфӀэу щыт; сытым и пэжыр, ахэр и Къуэмрэ зэгуэныгъэм щытщ. Тхьэм и псалъэм ахэм папщӀэ гуащӀэу, дахэу, щхьэусыгъуэшхуэу щытыщ. Ахэр ащ и мыхьэнэ нэхъыфӀу къагурыӀуэ. Пэжыр ахэм къахэгъэкӀуэ. ЩыӀэныгъэм и гъэсэныгъэр ӀэфӀым и нэхущыжьыбжьэ щхьэбжьэу къэлъытэ. Ахэр къагурыӀуэ, Урысхъэр псори щыӀэ зэмылӀэужьыр къыщызыщӀэпкъын гъуэгу лъэбжьэрщ, псори зэрызэпэщӀэу, къыщызэригъэфӀэкӀуэу. Нэхущыжьыбжьэр къыщагъэнащӀэу, а нэхущыжьыбжьэм хэткӀон зэрыхъумыгъэнхэр, Тхьэм и хьэл-щэнхэм и щытыкӀэм и жэщтӀэм къагурыӀуэнукъым; ауэ хэщӀэу хачӀэр къегъэпхъуэу, Есу къыдэкӀуэн щхьэхуамэ къыщымыгъэжьыгъэхэр, Тхьэм и нэхущыжьыбжьымкӀэ нэхущыжьыбжьэр къылъагъунущ.” The Southern Watchman, April 4, 1905.</w:t>
      </w:r>
    </w:p>
    <w:p>
      <w:pPr>
        <w:pStyle w:val="ArticleBody"/>
        <w:jc w:val="left"/>
      </w:pPr>
      <w:r>
        <w:rPr>
          <w:rFonts w:ascii="Times New Roman" w:hAnsi="Times New Roman" w:eastAsia="Times New Roman" w:cs="Times New Roman"/>
        </w:rPr>
        <w:t>Peter-mak misaltaq napattaqqukaq, taapkuaġuruq katiłḷiġuuniaġmi iñuich 144,000, taapkuaġuruq akuqtuqtut Laodicea-m tusaayugaq mik, tikiutiruaq September 11, 2001-mi, taamna maanna utiqtiqsimaruq aullaqtiruqsiñaq July-mi, 2023-mi. Laodicea-m tusaayugaq tikiutiruaq 1856-mi, taamna iñiġaiññaqsimaruq iḷisimasaqałha “seven times,” suli Christ-up tuquniraġnaq saunġich katitpagai, taavrumalu kingorna iñuuruqtilugit, taapkua ikaaqtut Laodicea-m aullaqatqatigiinganit piqaqtuq pingajuat angel-imit aullaqatqatigiinganut Philadelphia-m, taapkuaġuruq 144,000. Taamna ikaaqtitauniq Christ-up Uqautianik pivikhaqaqtuq, qanuq taapkua iñuich iġġiġutiksaqtitaurut His Word-ianit, suli His Word “truth”-ujuq, suli His Word “key”-ujuq mattiqtirruq His Word-ianik.</w:t>
      </w:r>
    </w:p>
    <w:p>
      <w:pPr>
        <w:pStyle w:val="ArticleScripture"/>
        <w:jc w:val="left"/>
      </w:pPr>
      <w:r>
        <w:rPr>
          <w:rFonts w:ascii="Ebrima" w:hAnsi="Ebrima" w:eastAsia="Ebrima" w:cs="Ebrima"/>
        </w:rPr>
        <w:t>ለመልአከ</w:t>
      </w:r>
      <w:r>
        <w:rPr>
          <w:rFonts w:ascii="Times New Roman" w:hAnsi="Times New Roman" w:eastAsia="Times New Roman" w:cs="Times New Roman"/>
        </w:rPr>
        <w:t xml:space="preserve"> </w:t>
      </w:r>
      <w:r>
        <w:rPr>
          <w:rFonts w:ascii="Ebrima" w:hAnsi="Ebrima" w:eastAsia="Ebrima" w:cs="Ebrima"/>
        </w:rPr>
        <w:t>ቤተ</w:t>
      </w:r>
      <w:r>
        <w:rPr>
          <w:rFonts w:ascii="Times New Roman" w:hAnsi="Times New Roman" w:eastAsia="Times New Roman" w:cs="Times New Roman"/>
        </w:rPr>
        <w:t xml:space="preserve"> </w:t>
      </w:r>
      <w:r>
        <w:rPr>
          <w:rFonts w:ascii="Ebrima" w:hAnsi="Ebrima" w:eastAsia="Ebrima" w:cs="Ebrima"/>
        </w:rPr>
        <w:t>ክርስቲያን</w:t>
      </w:r>
      <w:r>
        <w:rPr>
          <w:rFonts w:ascii="Times New Roman" w:hAnsi="Times New Roman" w:eastAsia="Times New Roman" w:cs="Times New Roman"/>
        </w:rPr>
        <w:t xml:space="preserve"> </w:t>
      </w:r>
      <w:r>
        <w:rPr>
          <w:rFonts w:ascii="Ebrima" w:hAnsi="Ebrima" w:eastAsia="Ebrima" w:cs="Ebrima"/>
        </w:rPr>
        <w:t>ዘፊላዴልፍያ</w:t>
      </w:r>
      <w:r>
        <w:rPr>
          <w:rFonts w:ascii="Times New Roman" w:hAnsi="Times New Roman" w:eastAsia="Times New Roman" w:cs="Times New Roman"/>
        </w:rPr>
        <w:t xml:space="preserve"> </w:t>
      </w:r>
      <w:r>
        <w:rPr>
          <w:rFonts w:ascii="Ebrima" w:hAnsi="Ebrima" w:eastAsia="Ebrima" w:cs="Ebrima"/>
        </w:rPr>
        <w:t>ጻፍ፤</w:t>
      </w:r>
      <w:r>
        <w:rPr>
          <w:rFonts w:ascii="Times New Roman" w:hAnsi="Times New Roman" w:eastAsia="Times New Roman" w:cs="Times New Roman"/>
        </w:rPr>
        <w:t xml:space="preserve"> </w:t>
      </w:r>
      <w:r>
        <w:rPr>
          <w:rFonts w:ascii="Ebrima" w:hAnsi="Ebrima" w:eastAsia="Ebrima" w:cs="Ebrima"/>
        </w:rPr>
        <w:t>ይህን</w:t>
      </w:r>
      <w:r>
        <w:rPr>
          <w:rFonts w:ascii="Times New Roman" w:hAnsi="Times New Roman" w:eastAsia="Times New Roman" w:cs="Times New Roman"/>
        </w:rPr>
        <w:t xml:space="preserve"> </w:t>
      </w:r>
      <w:r>
        <w:rPr>
          <w:rFonts w:ascii="Ebrima" w:hAnsi="Ebrima" w:eastAsia="Ebrima" w:cs="Ebrima"/>
        </w:rPr>
        <w:t>ይላል</w:t>
      </w:r>
      <w:r>
        <w:rPr>
          <w:rFonts w:ascii="Times New Roman" w:hAnsi="Times New Roman" w:eastAsia="Times New Roman" w:cs="Times New Roman"/>
        </w:rPr>
        <w:t xml:space="preserve"> </w:t>
      </w:r>
      <w:r>
        <w:rPr>
          <w:rFonts w:ascii="Ebrima" w:hAnsi="Ebrima" w:eastAsia="Ebrima" w:cs="Ebrima"/>
        </w:rPr>
        <w:t>ቅዱሱ፥</w:t>
      </w:r>
      <w:r>
        <w:rPr>
          <w:rFonts w:ascii="Times New Roman" w:hAnsi="Times New Roman" w:eastAsia="Times New Roman" w:cs="Times New Roman"/>
        </w:rPr>
        <w:t xml:space="preserve"> </w:t>
      </w:r>
      <w:r>
        <w:rPr>
          <w:rFonts w:ascii="Ebrima" w:hAnsi="Ebrima" w:eastAsia="Ebrima" w:cs="Ebrima"/>
        </w:rPr>
        <w:t>እውነተኛው፥</w:t>
      </w:r>
      <w:r>
        <w:rPr>
          <w:rFonts w:ascii="Times New Roman" w:hAnsi="Times New Roman" w:eastAsia="Times New Roman" w:cs="Times New Roman"/>
        </w:rPr>
        <w:t xml:space="preserve"> </w:t>
      </w:r>
      <w:r>
        <w:rPr>
          <w:rFonts w:ascii="Ebrima" w:hAnsi="Ebrima" w:eastAsia="Ebrima" w:cs="Ebrima"/>
        </w:rPr>
        <w:t>የዳዊት</w:t>
      </w:r>
      <w:r>
        <w:rPr>
          <w:rFonts w:ascii="Times New Roman" w:hAnsi="Times New Roman" w:eastAsia="Times New Roman" w:cs="Times New Roman"/>
        </w:rPr>
        <w:t xml:space="preserve"> </w:t>
      </w:r>
      <w:r>
        <w:rPr>
          <w:rFonts w:ascii="Ebrima" w:hAnsi="Ebrima" w:eastAsia="Ebrima" w:cs="Ebrima"/>
        </w:rPr>
        <w:t>ቁልፍ</w:t>
      </w:r>
      <w:r>
        <w:rPr>
          <w:rFonts w:ascii="Times New Roman" w:hAnsi="Times New Roman" w:eastAsia="Times New Roman" w:cs="Times New Roman"/>
        </w:rPr>
        <w:t xml:space="preserve"> </w:t>
      </w:r>
      <w:r>
        <w:rPr>
          <w:rFonts w:ascii="Ebrima" w:hAnsi="Ebrima" w:eastAsia="Ebrima" w:cs="Ebrima"/>
        </w:rPr>
        <w:t>ያለው፥</w:t>
      </w:r>
      <w:r>
        <w:rPr>
          <w:rFonts w:ascii="Times New Roman" w:hAnsi="Times New Roman" w:eastAsia="Times New Roman" w:cs="Times New Roman"/>
        </w:rPr>
        <w:t xml:space="preserve"> </w:t>
      </w:r>
      <w:r>
        <w:rPr>
          <w:rFonts w:ascii="Ebrima" w:hAnsi="Ebrima" w:eastAsia="Ebrima" w:cs="Ebrima"/>
        </w:rPr>
        <w:t>የሚከፍት</w:t>
      </w:r>
      <w:r>
        <w:rPr>
          <w:rFonts w:ascii="Times New Roman" w:hAnsi="Times New Roman" w:eastAsia="Times New Roman" w:cs="Times New Roman"/>
        </w:rPr>
        <w:t xml:space="preserve"> </w:t>
      </w:r>
      <w:r>
        <w:rPr>
          <w:rFonts w:ascii="Ebrima" w:hAnsi="Ebrima" w:eastAsia="Ebrima" w:cs="Ebrima"/>
        </w:rPr>
        <w:t>ማንም</w:t>
      </w:r>
      <w:r>
        <w:rPr>
          <w:rFonts w:ascii="Times New Roman" w:hAnsi="Times New Roman" w:eastAsia="Times New Roman" w:cs="Times New Roman"/>
        </w:rPr>
        <w:t xml:space="preserve"> </w:t>
      </w:r>
      <w:r>
        <w:rPr>
          <w:rFonts w:ascii="Ebrima" w:hAnsi="Ebrima" w:eastAsia="Ebrima" w:cs="Ebrima"/>
        </w:rPr>
        <w:t>የማይዘጋ፥</w:t>
      </w:r>
      <w:r>
        <w:rPr>
          <w:rFonts w:ascii="Times New Roman" w:hAnsi="Times New Roman" w:eastAsia="Times New Roman" w:cs="Times New Roman"/>
        </w:rPr>
        <w:t xml:space="preserve"> </w:t>
      </w:r>
      <w:r>
        <w:rPr>
          <w:rFonts w:ascii="Ebrima" w:hAnsi="Ebrima" w:eastAsia="Ebrima" w:cs="Ebrima"/>
        </w:rPr>
        <w:t>የሚዘጋም</w:t>
      </w:r>
      <w:r>
        <w:rPr>
          <w:rFonts w:ascii="Times New Roman" w:hAnsi="Times New Roman" w:eastAsia="Times New Roman" w:cs="Times New Roman"/>
        </w:rPr>
        <w:t xml:space="preserve"> </w:t>
      </w:r>
      <w:r>
        <w:rPr>
          <w:rFonts w:ascii="Ebrima" w:hAnsi="Ebrima" w:eastAsia="Ebrima" w:cs="Ebrima"/>
        </w:rPr>
        <w:t>ማንም</w:t>
      </w:r>
      <w:r>
        <w:rPr>
          <w:rFonts w:ascii="Times New Roman" w:hAnsi="Times New Roman" w:eastAsia="Times New Roman" w:cs="Times New Roman"/>
        </w:rPr>
        <w:t xml:space="preserve"> </w:t>
      </w:r>
      <w:r>
        <w:rPr>
          <w:rFonts w:ascii="Ebrima" w:hAnsi="Ebrima" w:eastAsia="Ebrima" w:cs="Ebrima"/>
        </w:rPr>
        <w:t>የማይከፍት፤</w:t>
      </w:r>
      <w:r>
        <w:rPr>
          <w:rFonts w:ascii="Times New Roman" w:hAnsi="Times New Roman" w:eastAsia="Times New Roman" w:cs="Times New Roman"/>
        </w:rPr>
        <w:t xml:space="preserve"> </w:t>
      </w:r>
      <w:r>
        <w:rPr>
          <w:rFonts w:ascii="Ebrima" w:hAnsi="Ebrima" w:eastAsia="Ebrima" w:cs="Ebrima"/>
        </w:rPr>
        <w:t>ሥራህን</w:t>
      </w:r>
      <w:r>
        <w:rPr>
          <w:rFonts w:ascii="Times New Roman" w:hAnsi="Times New Roman" w:eastAsia="Times New Roman" w:cs="Times New Roman"/>
        </w:rPr>
        <w:t xml:space="preserve"> </w:t>
      </w:r>
      <w:r>
        <w:rPr>
          <w:rFonts w:ascii="Ebrima" w:hAnsi="Ebrima" w:eastAsia="Ebrima" w:cs="Ebrima"/>
        </w:rPr>
        <w:t>አውቃለሁ፤</w:t>
      </w:r>
      <w:r>
        <w:rPr>
          <w:rFonts w:ascii="Times New Roman" w:hAnsi="Times New Roman" w:eastAsia="Times New Roman" w:cs="Times New Roman"/>
        </w:rPr>
        <w:t xml:space="preserve"> </w:t>
      </w:r>
      <w:r>
        <w:rPr>
          <w:rFonts w:ascii="Ebrima" w:hAnsi="Ebrima" w:eastAsia="Ebrima" w:cs="Ebrima"/>
        </w:rPr>
        <w:t>እነሆ፥</w:t>
      </w:r>
      <w:r>
        <w:rPr>
          <w:rFonts w:ascii="Times New Roman" w:hAnsi="Times New Roman" w:eastAsia="Times New Roman" w:cs="Times New Roman"/>
        </w:rPr>
        <w:t xml:space="preserve"> </w:t>
      </w:r>
      <w:r>
        <w:rPr>
          <w:rFonts w:ascii="Ebrima" w:hAnsi="Ebrima" w:eastAsia="Ebrima" w:cs="Ebrima"/>
        </w:rPr>
        <w:t>ማንም</w:t>
      </w:r>
      <w:r>
        <w:rPr>
          <w:rFonts w:ascii="Times New Roman" w:hAnsi="Times New Roman" w:eastAsia="Times New Roman" w:cs="Times New Roman"/>
        </w:rPr>
        <w:t xml:space="preserve"> </w:t>
      </w:r>
      <w:r>
        <w:rPr>
          <w:rFonts w:ascii="Ebrima" w:hAnsi="Ebrima" w:eastAsia="Ebrima" w:cs="Ebrima"/>
        </w:rPr>
        <w:t>ሊዘጋው</w:t>
      </w:r>
      <w:r>
        <w:rPr>
          <w:rFonts w:ascii="Times New Roman" w:hAnsi="Times New Roman" w:eastAsia="Times New Roman" w:cs="Times New Roman"/>
        </w:rPr>
        <w:t xml:space="preserve"> </w:t>
      </w:r>
      <w:r>
        <w:rPr>
          <w:rFonts w:ascii="Ebrima" w:hAnsi="Ebrima" w:eastAsia="Ebrima" w:cs="Ebrima"/>
        </w:rPr>
        <w:t>የማይችል</w:t>
      </w:r>
      <w:r>
        <w:rPr>
          <w:rFonts w:ascii="Times New Roman" w:hAnsi="Times New Roman" w:eastAsia="Times New Roman" w:cs="Times New Roman"/>
        </w:rPr>
        <w:t xml:space="preserve"> </w:t>
      </w:r>
      <w:r>
        <w:rPr>
          <w:rFonts w:ascii="Ebrima" w:hAnsi="Ebrima" w:eastAsia="Ebrima" w:cs="Ebrima"/>
        </w:rPr>
        <w:t>የተከፈተ</w:t>
      </w:r>
      <w:r>
        <w:rPr>
          <w:rFonts w:ascii="Times New Roman" w:hAnsi="Times New Roman" w:eastAsia="Times New Roman" w:cs="Times New Roman"/>
        </w:rPr>
        <w:t xml:space="preserve"> </w:t>
      </w:r>
      <w:r>
        <w:rPr>
          <w:rFonts w:ascii="Ebrima" w:hAnsi="Ebrima" w:eastAsia="Ebrima" w:cs="Ebrima"/>
        </w:rPr>
        <w:t>ደጅ</w:t>
      </w:r>
      <w:r>
        <w:rPr>
          <w:rFonts w:ascii="Times New Roman" w:hAnsi="Times New Roman" w:eastAsia="Times New Roman" w:cs="Times New Roman"/>
        </w:rPr>
        <w:t xml:space="preserve"> </w:t>
      </w:r>
      <w:r>
        <w:rPr>
          <w:rFonts w:ascii="Ebrima" w:hAnsi="Ebrima" w:eastAsia="Ebrima" w:cs="Ebrima"/>
        </w:rPr>
        <w:t>በፊትህ</w:t>
      </w:r>
      <w:r>
        <w:rPr>
          <w:rFonts w:ascii="Times New Roman" w:hAnsi="Times New Roman" w:eastAsia="Times New Roman" w:cs="Times New Roman"/>
        </w:rPr>
        <w:t xml:space="preserve"> </w:t>
      </w:r>
      <w:r>
        <w:rPr>
          <w:rFonts w:ascii="Ebrima" w:hAnsi="Ebrima" w:eastAsia="Ebrima" w:cs="Ebrima"/>
        </w:rPr>
        <w:t>አኑሬልሃለሁ፤</w:t>
      </w:r>
      <w:r>
        <w:rPr>
          <w:rFonts w:ascii="Times New Roman" w:hAnsi="Times New Roman" w:eastAsia="Times New Roman" w:cs="Times New Roman"/>
        </w:rPr>
        <w:t xml:space="preserve"> </w:t>
      </w:r>
      <w:r>
        <w:rPr>
          <w:rFonts w:ascii="Ebrima" w:hAnsi="Ebrima" w:eastAsia="Ebrima" w:cs="Ebrima"/>
        </w:rPr>
        <w:t>ኃይልህ</w:t>
      </w:r>
      <w:r>
        <w:rPr>
          <w:rFonts w:ascii="Times New Roman" w:hAnsi="Times New Roman" w:eastAsia="Times New Roman" w:cs="Times New Roman"/>
        </w:rPr>
        <w:t xml:space="preserve"> </w:t>
      </w:r>
      <w:r>
        <w:rPr>
          <w:rFonts w:ascii="Ebrima" w:hAnsi="Ebrima" w:eastAsia="Ebrima" w:cs="Ebrima"/>
        </w:rPr>
        <w:t>ጥቂት</w:t>
      </w:r>
      <w:r>
        <w:rPr>
          <w:rFonts w:ascii="Times New Roman" w:hAnsi="Times New Roman" w:eastAsia="Times New Roman" w:cs="Times New Roman"/>
        </w:rPr>
        <w:t xml:space="preserve"> </w:t>
      </w:r>
      <w:r>
        <w:rPr>
          <w:rFonts w:ascii="Ebrima" w:hAnsi="Ebrima" w:eastAsia="Ebrima" w:cs="Ebrima"/>
        </w:rPr>
        <w:t>ቢሆንም</w:t>
      </w:r>
      <w:r>
        <w:rPr>
          <w:rFonts w:ascii="Times New Roman" w:hAnsi="Times New Roman" w:eastAsia="Times New Roman" w:cs="Times New Roman"/>
        </w:rPr>
        <w:t xml:space="preserve"> </w:t>
      </w:r>
      <w:r>
        <w:rPr>
          <w:rFonts w:ascii="Ebrima" w:hAnsi="Ebrima" w:eastAsia="Ebrima" w:cs="Ebrima"/>
        </w:rPr>
        <w:t>ቃሌን</w:t>
      </w:r>
      <w:r>
        <w:rPr>
          <w:rFonts w:ascii="Times New Roman" w:hAnsi="Times New Roman" w:eastAsia="Times New Roman" w:cs="Times New Roman"/>
        </w:rPr>
        <w:t xml:space="preserve"> </w:t>
      </w:r>
      <w:r>
        <w:rPr>
          <w:rFonts w:ascii="Ebrima" w:hAnsi="Ebrima" w:eastAsia="Ebrima" w:cs="Ebrima"/>
        </w:rPr>
        <w:t>ጠብቀሃልና፥</w:t>
      </w:r>
      <w:r>
        <w:rPr>
          <w:rFonts w:ascii="Times New Roman" w:hAnsi="Times New Roman" w:eastAsia="Times New Roman" w:cs="Times New Roman"/>
        </w:rPr>
        <w:t xml:space="preserve"> </w:t>
      </w:r>
      <w:r>
        <w:rPr>
          <w:rFonts w:ascii="Ebrima" w:hAnsi="Ebrima" w:eastAsia="Ebrima" w:cs="Ebrima"/>
        </w:rPr>
        <w:t>ስሜንም</w:t>
      </w:r>
      <w:r>
        <w:rPr>
          <w:rFonts w:ascii="Times New Roman" w:hAnsi="Times New Roman" w:eastAsia="Times New Roman" w:cs="Times New Roman"/>
        </w:rPr>
        <w:t xml:space="preserve"> </w:t>
      </w:r>
      <w:r>
        <w:rPr>
          <w:rFonts w:ascii="Ebrima" w:hAnsi="Ebrima" w:eastAsia="Ebrima" w:cs="Ebrima"/>
        </w:rPr>
        <w:t>አልካድህም።</w:t>
      </w:r>
      <w:r>
        <w:rPr>
          <w:rFonts w:ascii="Times New Roman" w:hAnsi="Times New Roman" w:eastAsia="Times New Roman" w:cs="Times New Roman"/>
        </w:rPr>
        <w:t xml:space="preserve"> </w:t>
      </w:r>
      <w:r>
        <w:rPr>
          <w:rFonts w:ascii="Ebrima" w:hAnsi="Ebrima" w:eastAsia="Ebrima" w:cs="Ebrima"/>
        </w:rPr>
        <w:t>ራእይ</w:t>
      </w:r>
      <w:r>
        <w:rPr>
          <w:rFonts w:ascii="Times New Roman" w:hAnsi="Times New Roman" w:eastAsia="Times New Roman" w:cs="Times New Roman"/>
        </w:rPr>
        <w:t xml:space="preserve"> 3</w:t>
      </w:r>
      <w:r>
        <w:rPr>
          <w:rFonts w:ascii="Ebrima" w:hAnsi="Ebrima" w:eastAsia="Ebrima" w:cs="Ebrima"/>
        </w:rPr>
        <w:t>፥</w:t>
      </w:r>
      <w:r>
        <w:rPr>
          <w:rFonts w:ascii="Times New Roman" w:hAnsi="Times New Roman" w:eastAsia="Times New Roman" w:cs="Times New Roman"/>
        </w:rPr>
        <w:t>7-8</w:t>
      </w:r>
      <w:r>
        <w:rPr>
          <w:rFonts w:ascii="Ebrima" w:hAnsi="Ebrima" w:eastAsia="Ebrima" w:cs="Ebrima"/>
        </w:rPr>
        <w:t>።</w:t>
      </w:r>
    </w:p>
    <w:p>
      <w:pPr>
        <w:pStyle w:val="ArticleBody"/>
        <w:jc w:val="left"/>
      </w:pPr>
      <w:r>
        <w:rPr>
          <w:rFonts w:ascii="Times New Roman" w:hAnsi="Times New Roman" w:eastAsia="Times New Roman" w:cs="Times New Roman"/>
        </w:rPr>
        <w:t>«</w:t>
      </w:r>
      <w:r>
        <w:rPr>
          <w:rFonts w:ascii="Gadugi" w:hAnsi="Gadugi" w:eastAsia="Gadugi" w:cs="Gadugi"/>
        </w:rPr>
        <w:t>ᎤᏲᏍᏗ</w:t>
      </w:r>
      <w:r>
        <w:rPr>
          <w:rFonts w:ascii="Times New Roman" w:hAnsi="Times New Roman" w:eastAsia="Times New Roman" w:cs="Times New Roman"/>
        </w:rPr>
        <w:t xml:space="preserve"> </w:t>
      </w:r>
      <w:r>
        <w:rPr>
          <w:rFonts w:ascii="Gadugi" w:hAnsi="Gadugi" w:eastAsia="Gadugi" w:cs="Gadugi"/>
        </w:rPr>
        <w:t>ᎤᏙᎯᏳᎯᏯ</w:t>
      </w:r>
      <w:r>
        <w:rPr>
          <w:rFonts w:ascii="Times New Roman" w:hAnsi="Times New Roman" w:eastAsia="Times New Roman" w:cs="Times New Roman"/>
        </w:rPr>
        <w:t xml:space="preserve"> </w:t>
      </w:r>
      <w:r>
        <w:rPr>
          <w:rFonts w:ascii="Gadugi" w:hAnsi="Gadugi" w:eastAsia="Gadugi" w:cs="Gadugi"/>
        </w:rPr>
        <w:t>ᎠᏍᏓᏩᏗ</w:t>
      </w:r>
      <w:r>
        <w:rPr>
          <w:rFonts w:ascii="Times New Roman" w:hAnsi="Times New Roman" w:eastAsia="Times New Roman" w:cs="Times New Roman"/>
        </w:rPr>
        <w:t xml:space="preserve">» </w:t>
      </w:r>
      <w:r>
        <w:rPr>
          <w:rFonts w:ascii="Gadugi" w:hAnsi="Gadugi" w:eastAsia="Gadugi" w:cs="Gadugi"/>
        </w:rPr>
        <w:t>ᎤᏍᏗ</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ᎤᏣᏘ</w:t>
      </w:r>
      <w:r>
        <w:rPr>
          <w:rFonts w:ascii="Times New Roman" w:hAnsi="Times New Roman" w:eastAsia="Times New Roman" w:cs="Times New Roman"/>
        </w:rPr>
        <w:t xml:space="preserve"> </w:t>
      </w:r>
      <w:r>
        <w:rPr>
          <w:rFonts w:ascii="Gadugi" w:hAnsi="Gadugi" w:eastAsia="Gadugi" w:cs="Gadugi"/>
        </w:rPr>
        <w:t>ᎤᏙᎯᏳᎯᏯ</w:t>
      </w:r>
      <w:r>
        <w:rPr>
          <w:rFonts w:ascii="Times New Roman" w:hAnsi="Times New Roman" w:eastAsia="Times New Roman" w:cs="Times New Roman"/>
        </w:rPr>
        <w:t xml:space="preserve"> </w:t>
      </w:r>
      <w:r>
        <w:rPr>
          <w:rFonts w:ascii="Gadugi" w:hAnsi="Gadugi" w:eastAsia="Gadugi" w:cs="Gadugi"/>
        </w:rPr>
        <w:t>ᎦᎶᏁᏛ</w:t>
      </w:r>
      <w:r>
        <w:rPr>
          <w:rFonts w:ascii="Times New Roman" w:hAnsi="Times New Roman" w:eastAsia="Times New Roman" w:cs="Times New Roman"/>
        </w:rPr>
        <w:t xml:space="preserve"> </w:t>
      </w:r>
      <w:r>
        <w:rPr>
          <w:rFonts w:ascii="Gadugi" w:hAnsi="Gadugi" w:eastAsia="Gadugi" w:cs="Gadugi"/>
        </w:rPr>
        <w:t>ᎤᏚᎢᏍᏔᏅ</w:t>
      </w:r>
      <w:r>
        <w:rPr>
          <w:rFonts w:ascii="Times New Roman" w:hAnsi="Times New Roman" w:eastAsia="Times New Roman" w:cs="Times New Roman"/>
        </w:rPr>
        <w:t xml:space="preserve"> </w:t>
      </w:r>
      <w:r>
        <w:rPr>
          <w:rFonts w:ascii="Gadugi" w:hAnsi="Gadugi" w:eastAsia="Gadugi" w:cs="Gadugi"/>
        </w:rPr>
        <w:t>ᎤᏤᎵ</w:t>
      </w:r>
      <w:r>
        <w:rPr>
          <w:rFonts w:ascii="Times New Roman" w:hAnsi="Times New Roman" w:eastAsia="Times New Roman" w:cs="Times New Roman"/>
        </w:rPr>
        <w:t xml:space="preserve"> </w:t>
      </w:r>
      <w:r>
        <w:rPr>
          <w:rFonts w:ascii="Gadugi" w:hAnsi="Gadugi" w:eastAsia="Gadugi" w:cs="Gadugi"/>
        </w:rPr>
        <w:t>ᎤᎵᎮᎵᏍᏗ</w:t>
      </w:r>
      <w:r>
        <w:rPr>
          <w:rFonts w:ascii="Times New Roman" w:hAnsi="Times New Roman" w:eastAsia="Times New Roman" w:cs="Times New Roman"/>
        </w:rPr>
        <w:t xml:space="preserve"> </w:t>
      </w:r>
      <w:r>
        <w:rPr>
          <w:rFonts w:ascii="Gadugi" w:hAnsi="Gadugi" w:eastAsia="Gadugi" w:cs="Gadugi"/>
        </w:rPr>
        <w:t>ᎾᎿ</w:t>
      </w:r>
      <w:r>
        <w:rPr>
          <w:rFonts w:ascii="Times New Roman" w:hAnsi="Times New Roman" w:eastAsia="Times New Roman" w:cs="Times New Roman"/>
        </w:rPr>
        <w:t xml:space="preserve"> </w:t>
      </w:r>
      <w:r>
        <w:rPr>
          <w:rFonts w:ascii="Gadugi" w:hAnsi="Gadugi" w:eastAsia="Gadugi" w:cs="Gadugi"/>
        </w:rPr>
        <w:t>ᎤᎵᏍᎪᎸ</w:t>
      </w:r>
      <w:r>
        <w:rPr>
          <w:rFonts w:ascii="Times New Roman" w:hAnsi="Times New Roman" w:eastAsia="Times New Roman" w:cs="Times New Roman"/>
        </w:rPr>
        <w:t xml:space="preserve"> </w:t>
      </w:r>
      <w:r>
        <w:rPr>
          <w:rFonts w:ascii="Gadugi" w:hAnsi="Gadugi" w:eastAsia="Gadugi" w:cs="Gadugi"/>
        </w:rPr>
        <w:t>ᏴᏫ</w:t>
      </w:r>
      <w:r>
        <w:rPr>
          <w:rFonts w:ascii="Times New Roman" w:hAnsi="Times New Roman" w:eastAsia="Times New Roman" w:cs="Times New Roman"/>
        </w:rPr>
        <w:t xml:space="preserve"> </w:t>
      </w:r>
      <w:r>
        <w:rPr>
          <w:rFonts w:ascii="Gadugi" w:hAnsi="Gadugi" w:eastAsia="Gadugi" w:cs="Gadugi"/>
        </w:rPr>
        <w:t>ᎨᏒ</w:t>
      </w:r>
      <w:r>
        <w:rPr>
          <w:rFonts w:ascii="Times New Roman" w:hAnsi="Times New Roman" w:eastAsia="Times New Roman" w:cs="Times New Roman"/>
        </w:rPr>
        <w:t xml:space="preserve"> </w:t>
      </w:r>
      <w:r>
        <w:rPr>
          <w:rFonts w:ascii="Gadugi" w:hAnsi="Gadugi" w:eastAsia="Gadugi" w:cs="Gadugi"/>
        </w:rPr>
        <w:t>ᎤᎾᏟᏌᏅ</w:t>
      </w:r>
      <w:r>
        <w:rPr>
          <w:rFonts w:ascii="Times New Roman" w:hAnsi="Times New Roman" w:eastAsia="Times New Roman" w:cs="Times New Roman"/>
        </w:rPr>
        <w:t xml:space="preserve"> </w:t>
      </w:r>
      <w:r>
        <w:rPr>
          <w:rFonts w:ascii="Gadugi" w:hAnsi="Gadugi" w:eastAsia="Gadugi" w:cs="Gadugi"/>
        </w:rPr>
        <w:t>ᎾᎿ</w:t>
      </w:r>
      <w:r>
        <w:rPr>
          <w:rFonts w:ascii="Times New Roman" w:hAnsi="Times New Roman" w:eastAsia="Times New Roman" w:cs="Times New Roman"/>
        </w:rPr>
        <w:t xml:space="preserve"> “</w:t>
      </w:r>
      <w:r>
        <w:rPr>
          <w:rFonts w:ascii="Gadugi" w:hAnsi="Gadugi" w:eastAsia="Gadugi" w:cs="Gadugi"/>
        </w:rPr>
        <w:t>ᎦᎶᎯᏍᏗ</w:t>
      </w:r>
      <w:r>
        <w:rPr>
          <w:rFonts w:ascii="Times New Roman" w:hAnsi="Times New Roman" w:eastAsia="Times New Roman" w:cs="Times New Roman"/>
        </w:rPr>
        <w:t xml:space="preserve">” </w:t>
      </w:r>
      <w:r>
        <w:rPr>
          <w:rFonts w:ascii="Gadugi" w:hAnsi="Gadugi" w:eastAsia="Gadugi" w:cs="Gadugi"/>
        </w:rPr>
        <w:t>ᎭᏫᎾᏗᏢ</w:t>
      </w:r>
      <w:r>
        <w:rPr>
          <w:rFonts w:ascii="Times New Roman" w:hAnsi="Times New Roman" w:eastAsia="Times New Roman" w:cs="Times New Roman"/>
        </w:rPr>
        <w:t xml:space="preserve"> </w:t>
      </w:r>
      <w:r>
        <w:rPr>
          <w:rFonts w:ascii="Gadugi" w:hAnsi="Gadugi" w:eastAsia="Gadugi" w:cs="Gadugi"/>
        </w:rPr>
        <w:t>ᎤᏂᏟᏌᏅ</w:t>
      </w:r>
      <w:r>
        <w:rPr>
          <w:rFonts w:ascii="Times New Roman" w:hAnsi="Times New Roman" w:eastAsia="Times New Roman" w:cs="Times New Roman"/>
        </w:rPr>
        <w:t>. “</w:t>
      </w:r>
      <w:r>
        <w:rPr>
          <w:rFonts w:ascii="Gadugi" w:hAnsi="Gadugi" w:eastAsia="Gadugi" w:cs="Gadugi"/>
        </w:rPr>
        <w:t>ᎦᎶᎯᏍᏗ</w:t>
      </w:r>
      <w:r>
        <w:rPr>
          <w:rFonts w:ascii="Times New Roman" w:hAnsi="Times New Roman" w:eastAsia="Times New Roman" w:cs="Times New Roman"/>
        </w:rPr>
        <w:t xml:space="preserve">” </w:t>
      </w:r>
      <w:r>
        <w:rPr>
          <w:rFonts w:ascii="Gadugi" w:hAnsi="Gadugi" w:eastAsia="Gadugi" w:cs="Gadugi"/>
        </w:rPr>
        <w:t>ᎠᏥᎸ</w:t>
      </w:r>
      <w:r>
        <w:rPr>
          <w:rFonts w:ascii="Times New Roman" w:hAnsi="Times New Roman" w:eastAsia="Times New Roman" w:cs="Times New Roman"/>
        </w:rPr>
        <w:t>-</w:t>
      </w:r>
      <w:r>
        <w:rPr>
          <w:rFonts w:ascii="Gadugi" w:hAnsi="Gadugi" w:eastAsia="Gadugi" w:cs="Gadugi"/>
        </w:rPr>
        <w:t>ᎤᎾᏓᏁᎸ</w:t>
      </w:r>
      <w:r>
        <w:rPr>
          <w:rFonts w:ascii="Times New Roman" w:hAnsi="Times New Roman" w:eastAsia="Times New Roman" w:cs="Times New Roman"/>
        </w:rPr>
        <w:t xml:space="preserve"> </w:t>
      </w:r>
      <w:r>
        <w:rPr>
          <w:rFonts w:ascii="Gadugi" w:hAnsi="Gadugi" w:eastAsia="Gadugi" w:cs="Gadugi"/>
        </w:rPr>
        <w:t>ᎨᏐᎢ</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И Иаков се събуди от съня си и рече: Наистина Господ е на това място, а аз не съм знаел. И уплаши се, и рече: Колко страшно е това място! Това не е нищо друго освен Божият дом, и това е небесната врата. Битие 28:16, 17.</w:t>
      </w:r>
    </w:p>
    <w:p>
      <w:pPr>
        <w:pStyle w:val="ArticleBody"/>
        <w:jc w:val="left"/>
      </w:pPr>
      <w:r>
        <w:rPr>
          <w:rFonts w:ascii="Times New Roman" w:hAnsi="Times New Roman" w:eastAsia="Times New Roman" w:cs="Times New Roman"/>
        </w:rPr>
        <w:t>Luchanaka punkunakanpi uñt’atawa cheqa ukat pantjasiña taypin utjiri religión tuqita ch’axwäwinaka sañ muni, ukat Grecia markan religiónapan pantjasiñapaxa infiernona punkupawa, ukhamaraki apostata Laodicea Adventismo religiónapas mä punkurakiwa. Laodicea Adventista punkuxa Habacucan aruskipäwipa phuqhasiñapa kawkhansa uk uñacht’ayi.</w:t>
      </w:r>
    </w:p>
    <w:p>
      <w:pPr>
        <w:pStyle w:val="ArticleScripture"/>
        <w:jc w:val="left"/>
      </w:pPr>
      <w:r>
        <w:rPr>
          <w:rFonts w:ascii="Times New Roman" w:hAnsi="Times New Roman" w:eastAsia="Times New Roman" w:cs="Times New Roman"/>
        </w:rPr>
        <w:t>У тэр дзень Гасподзь Саваоф будзе вянком славы і дыядэмай прыгажосці для астатку народа Свайго, і духам суда для таго, хто сядзіць на судзе, і моцаю для тых, што адбіваюць бітву аж да брамы. Але і гэтыя заблукалі ад віна, і збіліся з дарогі ад моцнага напою; святар і прарок заблукалі ад моцнага напою, паглынутыя віном, збіліся з дарогі ад моцнага напою; памыляюцца ў відзенні, спатыкаюцца ў судзе. Бо ўсе сталы поўныя ванітаў і бруду, так што няма чыстага месца. Каго навучыць Ён веданню? і каму дасць разуменне вучэння? Ці тым, што адлучаныя ад малака, адарваныя ад грудзей? Бо загад павінен быць на загад, загад на загад; радок на радок, радок на радок; тут крыху, і там крыху. Бо заікаватымі вуснамі і на іншай мове будзе Ён гаварыць да гэтага народа. Яму Ён казаў: вось супакой, якім вы можаце даць спачын стомленаму; і вось асвяжэнне; але яны не хацелі слухаць. І было для іх слова Гасподняе: загад на загад, загад на загад; радок на радок, радок на радок; тут крыху, і там крыху, — каб яны пайшлі, і ўпалі назад, і былі разбіты, і злоўлены ў пастку, і схоплены. Дык слухайце слова Гасподняе, людзі насмешлівыя, што кіруеце гэтым народам, які ў Ерусаліме. Ісая 28:5–14</w:t>
      </w:r>
    </w:p>
    <w:p>
      <w:pPr>
        <w:pStyle w:val="ArticleBody"/>
        <w:jc w:val="left"/>
      </w:pPr>
      <w:r>
        <w:rPr>
          <w:rFonts w:ascii="Times New Roman" w:hAnsi="Times New Roman" w:eastAsia="Times New Roman" w:cs="Times New Roman"/>
        </w:rPr>
        <w:t>Las llaves del reino son las palabras de las Escrituras, que son dadas al pueblo de Dios del tiempo del fin por el Verbo.</w:t>
      </w:r>
    </w:p>
    <w:p>
      <w:pPr>
        <w:pStyle w:val="ArticleScripture"/>
        <w:jc w:val="left"/>
      </w:pPr>
      <w:r>
        <w:rPr>
          <w:rFonts w:ascii="Times New Roman" w:hAnsi="Times New Roman" w:eastAsia="Times New Roman" w:cs="Times New Roman"/>
        </w:rPr>
        <w:t>“Agbalẽnyenye le nya la me siwo, abe xɛxɛ sika kple klosalo xɔasiwo ene, ɖeɖe ɖe anyi le dziɖuɖu te. Wokpɔ agbalẽnyenye si wowɔ ɖa la ne wodi e, abe ale si xɔasiɖila aɖe dina sika kple klosalo ene. Kpeɖodzi si fia be Mawu ƒe nya la nye otitọtɔ la le nya la me tututu. Ŋɔŋlɔ Kɔkɔe lae nye safui si ʋu Ŋɔŋlɔ Kɔkɔe la. Mawu ƒe nya la ƒe nyateƒeawo ƒe gɔmeɖeɖe goglo la eya ƒe Gbɔgbɔ lae ɖe eƒe nu me na míaƒe susuwo.”</w:t>
      </w:r>
    </w:p>
    <w:p>
      <w:pPr>
        <w:pStyle w:val="ArticleScripture"/>
        <w:jc w:val="left"/>
      </w:pPr>
      <w:r>
        <w:rPr>
          <w:rFonts w:ascii="Times New Roman" w:hAnsi="Times New Roman" w:eastAsia="Times New Roman" w:cs="Times New Roman"/>
        </w:rPr>
        <w:t>“Biblia ay kurikulum sînga nʉŋga khawhna dik tak a ni, kan sakhaw zirna in kawmnaah zirtiltute tan. A chu Adam fapa leh fanu chungchanga Pathian duhzâwng zawng zawng a zirtîr. A chu nun dân thu a ni, hmaileh hun nun atân kan siam tûr nungchang min zirtîr. Pathian Thu hriatthiam theih nân hlân dân êng muhlîl chu kan mamawh lo. Chutiang chuan, ni khât laia ni êng ropui zualtir nân lei a meikhâwn êng rei tê a mamawh tih kan ngaih ang mai a ni. Puithiam leh rawngbâwltu thu chhuahte chu mihringte tihsual lakah chhandam tûrin a ngai lo. Chung mi, Pathian thusawi hmun biak chu an rawn ngaihtuahte hnenah êng a awm ang. Biblia ah hian tih tûr tina chu chiang takin siam a ni. Zirna tina chu hriatthiam theih a ni. Zirna tina chuan Pa leh Fapa min hrilh. Thu chuan chhandamna lamah mi zawng zawng a fintir thei. Thu ah chuan chhandamna science chu chiang takin puang chhuah a ni. Pathian Thu zawng zawng chu zawn ula, a nih chu Pathian aw, thlarau hnênah a lo thu sawi a ni,” Testimonies, volume 8, 157.</w:t>
      </w:r>
    </w:p>
    <w:p>
      <w:pPr>
        <w:pStyle w:val="ArticleBody"/>
        <w:jc w:val="left"/>
      </w:pPr>
      <w:r>
        <w:rPr>
          <w:rFonts w:ascii="Times New Roman" w:hAnsi="Times New Roman" w:eastAsia="Times New Roman" w:cs="Times New Roman"/>
        </w:rPr>
        <w:t>Los llaves que Cristo dio a la iglesia de los últimos días tienen el mismo poder que tenían cuando fueron dadas a Pedro.</w:t>
      </w:r>
    </w:p>
    <w:p>
      <w:pPr>
        <w:pStyle w:val="ArticleScripture"/>
        <w:jc w:val="left"/>
      </w:pPr>
      <w:r>
        <w:rPr>
          <w:rFonts w:ascii="Times New Roman" w:hAnsi="Times New Roman" w:eastAsia="Times New Roman" w:cs="Times New Roman"/>
        </w:rPr>
        <w:t>«Петро висловив істину, що є підвалиною віри церкви, і Ісус тепер вшанував його як представника всього тіла віруючих. Він сказав: “І дам тобі ключі Царства Небесного; і що зв’яжеш на землі, те буде зв’язане на небі; і що розв’яжеш на землі, те буде розв’язане на небі.”»</w:t>
      </w:r>
    </w:p>
    <w:p>
      <w:pPr>
        <w:pStyle w:val="ArticleScripture"/>
        <w:jc w:val="left"/>
      </w:pPr>
      <w:r>
        <w:rPr>
          <w:rFonts w:ascii="Times New Roman" w:hAnsi="Times New Roman" w:eastAsia="Times New Roman" w:cs="Times New Roman"/>
        </w:rPr>
        <w:t>«د ئەسمان د پاچاهۍ کُنجۍ» د مسیح خبرې دي. د مقدسې صحیفې ټولې خبرې د هغه دي، او دلته په همدې کې شاملې دي. دا خبرې دا قدرت لري چې آسمان پرانیزي او وتړي. همدغې خبرې هغه شرطونه اعلانوي چې پر بنسټ یې انسانان منل کېږي یا رد کېږي. نو ځکه د هغو کسانو کار چې د خدای کلام وعظ کوي، یا د ژوند لپاره د ژوند بوی دی، یا د مرګ لپاره د مرګ بوی. د هغوی رسالت د ابدي پایلو په دروند بار دروند دی.» The Desire of Ages, 413.</w:t>
      </w:r>
    </w:p>
    <w:p>
      <w:pPr>
        <w:pStyle w:val="ArticleBody"/>
        <w:jc w:val="left"/>
      </w:pPr>
      <w:r>
        <w:rPr>
          <w:rFonts w:ascii="Times New Roman" w:hAnsi="Times New Roman" w:eastAsia="Times New Roman" w:cs="Times New Roman"/>
        </w:rPr>
        <w:t>Jes sözleri arkaly ýüze çykýan güýç, adamlaryň eline berlende, Onuň sözünde görkezilen ýörelgelere esaslanýar. Iň ýönekeýi, mümkin, we belki iň çuňňury hem şudur: hakykat ikiniň şaýatlygy esasynda berkarar edilýär.</w:t>
      </w:r>
    </w:p>
    <w:p>
      <w:pPr>
        <w:pStyle w:val="ArticleScripture"/>
        <w:jc w:val="left"/>
      </w:pPr>
      <w:r>
        <w:rPr>
          <w:rFonts w:ascii="Times New Roman" w:hAnsi="Times New Roman" w:eastAsia="Times New Roman" w:cs="Times New Roman"/>
        </w:rPr>
        <w:t>“Izinye izibi ezinzima ezase zivukele ebandleni kwakuyilezo zokuba abazalwane baye emthethweni belwisana bodwa. Kwenziwa amalungiselelo amaningi okwanelisa ukuxazululwa kobunzima phakathi kwabakholwayo. UKristu uqobo wayenikeze imiyalo ecacileyo ngokuthi izindaba ezinjalo zazimelwe zilungiswe kanjani. ‘Uma umfowenu ekona kuwe,’ uMsindisi wayeluleka, ‘hamba uyomtshela iphutha lakhe phakathi kwakho naye yedwa; uma ekuzwa, usumzuzile umfowenu wakho. Kodwa uma engakulaleli, thatha kanye nawe oyedwa noma ababili futhi, ukuze ngomlomo wofakazi ababili noma abathathu kuqiniswe wonke amazwi. Futhi uma enqaba ukubalalela, tshela ibandla; kodwa uma enqaba ukulalela ibandla, makabe kuwe njengomhedeni nomthelisi. Ngiqinisile ngithi kini, Konke eniyakukubopha emhlabeni kuyakubotshwa ezulwini; nakho konke eniyakukukhulula emhlabeni kuyakukhululwa ezulwini.’ NgokukaMathewu 18:15–18.” IZenzo ZabaPhostoli, 304.</w:t>
      </w:r>
    </w:p>
    <w:p>
      <w:pPr>
        <w:pStyle w:val="ArticleBody"/>
        <w:jc w:val="left"/>
      </w:pPr>
      <w:r>
        <w:rPr>
          <w:rFonts w:ascii="Times New Roman" w:hAnsi="Times New Roman" w:eastAsia="Times New Roman" w:cs="Times New Roman"/>
        </w:rPr>
        <w:t xml:space="preserve">Midnight Cry </w:t>
      </w:r>
      <w:r>
        <w:rPr>
          <w:rFonts w:ascii="Nirmala UI" w:hAnsi="Nirmala UI" w:eastAsia="Nirmala UI" w:cs="Nirmala UI"/>
        </w:rPr>
        <w:t>आ</w:t>
      </w:r>
      <w:r>
        <w:rPr>
          <w:rFonts w:ascii="Times New Roman" w:hAnsi="Times New Roman" w:eastAsia="Times New Roman" w:cs="Times New Roman"/>
        </w:rPr>
        <w:t xml:space="preserve"> </w:t>
      </w:r>
      <w:r>
        <w:rPr>
          <w:rFonts w:ascii="Nirmala UI" w:hAnsi="Nirmala UI" w:eastAsia="Nirmala UI" w:cs="Nirmala UI"/>
        </w:rPr>
        <w:t>समयमेँ</w:t>
      </w:r>
      <w:r>
        <w:rPr>
          <w:rFonts w:ascii="Times New Roman" w:hAnsi="Times New Roman" w:eastAsia="Times New Roman" w:cs="Times New Roman"/>
        </w:rPr>
        <w:t xml:space="preserve"> </w:t>
      </w:r>
      <w:r>
        <w:rPr>
          <w:rFonts w:ascii="Nirmala UI" w:hAnsi="Nirmala UI" w:eastAsia="Nirmala UI" w:cs="Nirmala UI"/>
        </w:rPr>
        <w:t>जखन</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सय</w:t>
      </w:r>
      <w:r>
        <w:rPr>
          <w:rFonts w:ascii="Times New Roman" w:hAnsi="Times New Roman" w:eastAsia="Times New Roman" w:cs="Times New Roman"/>
        </w:rPr>
        <w:t xml:space="preserve"> </w:t>
      </w:r>
      <w:r>
        <w:rPr>
          <w:rFonts w:ascii="Nirmala UI" w:hAnsi="Nirmala UI" w:eastAsia="Nirmala UI" w:cs="Nirmala UI"/>
        </w:rPr>
        <w:t>चवालीस</w:t>
      </w:r>
      <w:r>
        <w:rPr>
          <w:rFonts w:ascii="Times New Roman" w:hAnsi="Times New Roman" w:eastAsia="Times New Roman" w:cs="Times New Roman"/>
        </w:rPr>
        <w:t xml:space="preserve"> </w:t>
      </w:r>
      <w:r>
        <w:rPr>
          <w:rFonts w:ascii="Nirmala UI" w:hAnsi="Nirmala UI" w:eastAsia="Nirmala UI" w:cs="Nirmala UI"/>
        </w:rPr>
        <w:t>हजार</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मुहर</w:t>
      </w:r>
      <w:r>
        <w:rPr>
          <w:rFonts w:ascii="Times New Roman" w:hAnsi="Times New Roman" w:eastAsia="Times New Roman" w:cs="Times New Roman"/>
        </w:rPr>
        <w:t xml:space="preserve"> </w:t>
      </w:r>
      <w:r>
        <w:rPr>
          <w:rFonts w:ascii="Nirmala UI" w:hAnsi="Nirmala UI" w:eastAsia="Nirmala UI" w:cs="Nirmala UI"/>
        </w:rPr>
        <w:t>लगाओल</w:t>
      </w:r>
      <w:r>
        <w:rPr>
          <w:rFonts w:ascii="Times New Roman" w:hAnsi="Times New Roman" w:eastAsia="Times New Roman" w:cs="Times New Roman"/>
        </w:rPr>
        <w:t xml:space="preserve"> </w:t>
      </w:r>
      <w:r>
        <w:rPr>
          <w:rFonts w:ascii="Nirmala UI" w:hAnsi="Nirmala UI" w:eastAsia="Nirmala UI" w:cs="Nirmala UI"/>
        </w:rPr>
        <w:t>जाइत</w:t>
      </w:r>
      <w:r>
        <w:rPr>
          <w:rFonts w:ascii="Times New Roman" w:hAnsi="Times New Roman" w:eastAsia="Times New Roman" w:cs="Times New Roman"/>
        </w:rPr>
        <w:t xml:space="preserve"> </w:t>
      </w:r>
      <w:r>
        <w:rPr>
          <w:rFonts w:ascii="Nirmala UI" w:hAnsi="Nirmala UI" w:eastAsia="Nirmala UI" w:cs="Nirmala UI"/>
        </w:rPr>
        <w:t>अछि</w:t>
      </w:r>
      <w:r>
        <w:rPr>
          <w:rFonts w:ascii="Times New Roman" w:hAnsi="Times New Roman" w:eastAsia="Times New Roman" w:cs="Times New Roman"/>
        </w:rPr>
        <w:t xml:space="preserve">, </w:t>
      </w:r>
      <w:r>
        <w:rPr>
          <w:rFonts w:ascii="Nirmala UI" w:hAnsi="Nirmala UI" w:eastAsia="Nirmala UI" w:cs="Nirmala UI"/>
        </w:rPr>
        <w:t>तखनक</w:t>
      </w:r>
      <w:r>
        <w:rPr>
          <w:rFonts w:ascii="Times New Roman" w:hAnsi="Times New Roman" w:eastAsia="Times New Roman" w:cs="Times New Roman"/>
        </w:rPr>
        <w:t xml:space="preserve"> </w:t>
      </w:r>
      <w:r>
        <w:rPr>
          <w:rFonts w:ascii="Nirmala UI" w:hAnsi="Nirmala UI" w:eastAsia="Nirmala UI" w:cs="Nirmala UI"/>
        </w:rPr>
        <w:t>अवधि</w:t>
      </w:r>
      <w:r>
        <w:rPr>
          <w:rFonts w:ascii="Times New Roman" w:hAnsi="Times New Roman" w:eastAsia="Times New Roman" w:cs="Times New Roman"/>
        </w:rPr>
        <w:t xml:space="preserve"> </w:t>
      </w:r>
      <w:r>
        <w:rPr>
          <w:rFonts w:ascii="Nirmala UI" w:hAnsi="Nirmala UI" w:eastAsia="Nirmala UI" w:cs="Nirmala UI"/>
        </w:rPr>
        <w:t>केर</w:t>
      </w:r>
      <w:r>
        <w:rPr>
          <w:rFonts w:ascii="Times New Roman" w:hAnsi="Times New Roman" w:eastAsia="Times New Roman" w:cs="Times New Roman"/>
        </w:rPr>
        <w:t xml:space="preserve"> </w:t>
      </w:r>
      <w:r>
        <w:rPr>
          <w:rFonts w:ascii="Nirmala UI" w:hAnsi="Nirmala UI" w:eastAsia="Nirmala UI" w:cs="Nirmala UI"/>
        </w:rPr>
        <w:t>कम</w:t>
      </w:r>
      <w:r>
        <w:rPr>
          <w:rFonts w:ascii="Times New Roman" w:hAnsi="Times New Roman" w:eastAsia="Times New Roman" w:cs="Times New Roman"/>
        </w:rPr>
        <w:t>-</w:t>
      </w:r>
      <w:r>
        <w:rPr>
          <w:rFonts w:ascii="Nirmala UI" w:hAnsi="Nirmala UI" w:eastAsia="Nirmala UI" w:cs="Nirmala UI"/>
        </w:rPr>
        <w:t>से</w:t>
      </w:r>
      <w:r>
        <w:rPr>
          <w:rFonts w:ascii="Times New Roman" w:hAnsi="Times New Roman" w:eastAsia="Times New Roman" w:cs="Times New Roman"/>
        </w:rPr>
        <w:t>-</w:t>
      </w:r>
      <w:r>
        <w:rPr>
          <w:rFonts w:ascii="Nirmala UI" w:hAnsi="Nirmala UI" w:eastAsia="Nirmala UI" w:cs="Nirmala UI"/>
        </w:rPr>
        <w:t>कम</w:t>
      </w:r>
      <w:r>
        <w:rPr>
          <w:rFonts w:ascii="Times New Roman" w:hAnsi="Times New Roman" w:eastAsia="Times New Roman" w:cs="Times New Roman"/>
        </w:rPr>
        <w:t xml:space="preserve"> </w:t>
      </w:r>
      <w:r>
        <w:rPr>
          <w:rFonts w:ascii="Nirmala UI" w:hAnsi="Nirmala UI" w:eastAsia="Nirmala UI" w:cs="Nirmala UI"/>
        </w:rPr>
        <w:t>तीनटा</w:t>
      </w:r>
      <w:r>
        <w:rPr>
          <w:rFonts w:ascii="Times New Roman" w:hAnsi="Times New Roman" w:eastAsia="Times New Roman" w:cs="Times New Roman"/>
        </w:rPr>
        <w:t xml:space="preserve"> </w:t>
      </w:r>
      <w:r>
        <w:rPr>
          <w:rFonts w:ascii="Nirmala UI" w:hAnsi="Nirmala UI" w:eastAsia="Nirmala UI" w:cs="Nirmala UI"/>
        </w:rPr>
        <w:t>भौगोलिक</w:t>
      </w:r>
      <w:r>
        <w:rPr>
          <w:rFonts w:ascii="Times New Roman" w:hAnsi="Times New Roman" w:eastAsia="Times New Roman" w:cs="Times New Roman"/>
        </w:rPr>
        <w:t xml:space="preserve"> </w:t>
      </w:r>
      <w:r>
        <w:rPr>
          <w:rFonts w:ascii="Nirmala UI" w:hAnsi="Nirmala UI" w:eastAsia="Nirmala UI" w:cs="Nirmala UI"/>
        </w:rPr>
        <w:t>साक्षी</w:t>
      </w:r>
      <w:r>
        <w:rPr>
          <w:rFonts w:ascii="Times New Roman" w:hAnsi="Times New Roman" w:eastAsia="Times New Roman" w:cs="Times New Roman"/>
        </w:rPr>
        <w:t xml:space="preserve"> </w:t>
      </w:r>
      <w:r>
        <w:rPr>
          <w:rFonts w:ascii="Nirmala UI" w:hAnsi="Nirmala UI" w:eastAsia="Nirmala UI" w:cs="Nirmala UI"/>
        </w:rPr>
        <w:t>छथि।</w:t>
      </w:r>
      <w:r>
        <w:rPr>
          <w:rFonts w:ascii="Times New Roman" w:hAnsi="Times New Roman" w:eastAsia="Times New Roman" w:cs="Times New Roman"/>
        </w:rPr>
        <w:t xml:space="preserve"> </w:t>
      </w:r>
      <w:r>
        <w:rPr>
          <w:rFonts w:ascii="Nirmala UI" w:hAnsi="Nirmala UI" w:eastAsia="Nirmala UI" w:cs="Nirmala UI"/>
        </w:rPr>
        <w:t>एहि</w:t>
      </w:r>
      <w:r>
        <w:rPr>
          <w:rFonts w:ascii="Times New Roman" w:hAnsi="Times New Roman" w:eastAsia="Times New Roman" w:cs="Times New Roman"/>
        </w:rPr>
        <w:t xml:space="preserve"> </w:t>
      </w:r>
      <w:r>
        <w:rPr>
          <w:rFonts w:ascii="Nirmala UI" w:hAnsi="Nirmala UI" w:eastAsia="Nirmala UI" w:cs="Nirmala UI"/>
        </w:rPr>
        <w:t>तथ्य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स्मरण</w:t>
      </w:r>
      <w:r>
        <w:rPr>
          <w:rFonts w:ascii="Times New Roman" w:hAnsi="Times New Roman" w:eastAsia="Times New Roman" w:cs="Times New Roman"/>
        </w:rPr>
        <w:t xml:space="preserve"> </w:t>
      </w:r>
      <w:r>
        <w:rPr>
          <w:rFonts w:ascii="Nirmala UI" w:hAnsi="Nirmala UI" w:eastAsia="Nirmala UI" w:cs="Nirmala UI"/>
        </w:rPr>
        <w:t>रखैत</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मध्यरात्रिक</w:t>
      </w:r>
      <w:r>
        <w:rPr>
          <w:rFonts w:ascii="Times New Roman" w:hAnsi="Times New Roman" w:eastAsia="Times New Roman" w:cs="Times New Roman"/>
        </w:rPr>
        <w:t xml:space="preserve"> </w:t>
      </w:r>
      <w:r>
        <w:rPr>
          <w:rFonts w:ascii="Nirmala UI" w:hAnsi="Nirmala UI" w:eastAsia="Nirmala UI" w:cs="Nirmala UI"/>
        </w:rPr>
        <w:t>पुकारि</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तेल</w:t>
      </w:r>
      <w:r>
        <w:rPr>
          <w:rFonts w:ascii="Times New Roman" w:hAnsi="Times New Roman" w:eastAsia="Times New Roman" w:cs="Times New Roman"/>
        </w:rPr>
        <w:t xml:space="preserve"> </w:t>
      </w:r>
      <w:r>
        <w:rPr>
          <w:rFonts w:ascii="Nirmala UI" w:hAnsi="Nirmala UI" w:eastAsia="Nirmala UI" w:cs="Nirmala UI"/>
        </w:rPr>
        <w:t>प्राप्त</w:t>
      </w:r>
      <w:r>
        <w:rPr>
          <w:rFonts w:ascii="Times New Roman" w:hAnsi="Times New Roman" w:eastAsia="Times New Roman" w:cs="Times New Roman"/>
        </w:rPr>
        <w:t xml:space="preserve"> </w:t>
      </w:r>
      <w:r>
        <w:rPr>
          <w:rFonts w:ascii="Nirmala UI" w:hAnsi="Nirmala UI" w:eastAsia="Nirmala UI" w:cs="Nirmala UI"/>
        </w:rPr>
        <w:t>करब</w:t>
      </w:r>
      <w:r>
        <w:rPr>
          <w:rFonts w:ascii="Times New Roman" w:hAnsi="Times New Roman" w:eastAsia="Times New Roman" w:cs="Times New Roman"/>
        </w:rPr>
        <w:t xml:space="preserve"> </w:t>
      </w:r>
      <w:r>
        <w:rPr>
          <w:rFonts w:ascii="Nirmala UI" w:hAnsi="Nirmala UI" w:eastAsia="Nirmala UI" w:cs="Nirmala UI"/>
        </w:rPr>
        <w:t>लेल</w:t>
      </w:r>
      <w:r>
        <w:rPr>
          <w:rFonts w:ascii="Times New Roman" w:hAnsi="Times New Roman" w:eastAsia="Times New Roman" w:cs="Times New Roman"/>
        </w:rPr>
        <w:t xml:space="preserve"> </w:t>
      </w:r>
      <w:r>
        <w:rPr>
          <w:rFonts w:ascii="Nirmala UI" w:hAnsi="Nirmala UI" w:eastAsia="Nirmala UI" w:cs="Nirmala UI"/>
        </w:rPr>
        <w:t>बहुत</w:t>
      </w:r>
      <w:r>
        <w:rPr>
          <w:rFonts w:ascii="Times New Roman" w:hAnsi="Times New Roman" w:eastAsia="Times New Roman" w:cs="Times New Roman"/>
        </w:rPr>
        <w:t xml:space="preserve"> </w:t>
      </w:r>
      <w:r>
        <w:rPr>
          <w:rFonts w:ascii="Nirmala UI" w:hAnsi="Nirmala UI" w:eastAsia="Nirmala UI" w:cs="Nirmala UI"/>
        </w:rPr>
        <w:t>देरी</w:t>
      </w:r>
      <w:r>
        <w:rPr>
          <w:rFonts w:ascii="Times New Roman" w:hAnsi="Times New Roman" w:eastAsia="Times New Roman" w:cs="Times New Roman"/>
        </w:rPr>
        <w:t xml:space="preserve"> </w:t>
      </w:r>
      <w:r>
        <w:rPr>
          <w:rFonts w:ascii="Nirmala UI" w:hAnsi="Nirmala UI" w:eastAsia="Nirmala UI" w:cs="Nirmala UI"/>
        </w:rPr>
        <w:t>भऽ</w:t>
      </w:r>
      <w:r>
        <w:rPr>
          <w:rFonts w:ascii="Times New Roman" w:hAnsi="Times New Roman" w:eastAsia="Times New Roman" w:cs="Times New Roman"/>
        </w:rPr>
        <w:t xml:space="preserve"> </w:t>
      </w:r>
      <w:r>
        <w:rPr>
          <w:rFonts w:ascii="Nirmala UI" w:hAnsi="Nirmala UI" w:eastAsia="Nirmala UI" w:cs="Nirmala UI"/>
        </w:rPr>
        <w:t>जाइत</w:t>
      </w:r>
      <w:r>
        <w:rPr>
          <w:rFonts w:ascii="Times New Roman" w:hAnsi="Times New Roman" w:eastAsia="Times New Roman" w:cs="Times New Roman"/>
        </w:rPr>
        <w:t xml:space="preserve"> </w:t>
      </w:r>
      <w:r>
        <w:rPr>
          <w:rFonts w:ascii="Nirmala UI" w:hAnsi="Nirmala UI" w:eastAsia="Nirmala UI" w:cs="Nirmala UI"/>
        </w:rPr>
        <w:t>अछि</w:t>
      </w:r>
      <w:r>
        <w:rPr>
          <w:rFonts w:ascii="Times New Roman" w:hAnsi="Times New Roman" w:eastAsia="Times New Roman" w:cs="Times New Roman"/>
        </w:rPr>
        <w:t xml:space="preserve">, </w:t>
      </w:r>
      <w:r>
        <w:rPr>
          <w:rFonts w:ascii="Nirmala UI" w:hAnsi="Nirmala UI" w:eastAsia="Nirmala UI" w:cs="Nirmala UI"/>
        </w:rPr>
        <w:t>हम</w:t>
      </w:r>
      <w:r>
        <w:rPr>
          <w:rFonts w:ascii="Times New Roman" w:hAnsi="Times New Roman" w:eastAsia="Times New Roman" w:cs="Times New Roman"/>
        </w:rPr>
        <w:t xml:space="preserve"> </w:t>
      </w:r>
      <w:r>
        <w:rPr>
          <w:rFonts w:ascii="Nirmala UI" w:hAnsi="Nirmala UI" w:eastAsia="Nirmala UI" w:cs="Nirmala UI"/>
        </w:rPr>
        <w:t>देखिैत</w:t>
      </w:r>
      <w:r>
        <w:rPr>
          <w:rFonts w:ascii="Times New Roman" w:hAnsi="Times New Roman" w:eastAsia="Times New Roman" w:cs="Times New Roman"/>
        </w:rPr>
        <w:t xml:space="preserve"> </w:t>
      </w:r>
      <w:r>
        <w:rPr>
          <w:rFonts w:ascii="Nirmala UI" w:hAnsi="Nirmala UI" w:eastAsia="Nirmala UI" w:cs="Nirmala UI"/>
        </w:rPr>
        <w:t>छी</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Exeter camp meeting </w:t>
      </w:r>
      <w:r>
        <w:rPr>
          <w:rFonts w:ascii="Nirmala UI" w:hAnsi="Nirmala UI" w:eastAsia="Nirmala UI" w:cs="Nirmala UI"/>
        </w:rPr>
        <w:t>केर</w:t>
      </w:r>
      <w:r>
        <w:rPr>
          <w:rFonts w:ascii="Times New Roman" w:hAnsi="Times New Roman" w:eastAsia="Times New Roman" w:cs="Times New Roman"/>
        </w:rPr>
        <w:t xml:space="preserve"> </w:t>
      </w:r>
      <w:r>
        <w:rPr>
          <w:rFonts w:ascii="Nirmala UI" w:hAnsi="Nirmala UI" w:eastAsia="Nirmala UI" w:cs="Nirmala UI"/>
        </w:rPr>
        <w:t>भौगोलिक</w:t>
      </w:r>
      <w:r>
        <w:rPr>
          <w:rFonts w:ascii="Times New Roman" w:hAnsi="Times New Roman" w:eastAsia="Times New Roman" w:cs="Times New Roman"/>
        </w:rPr>
        <w:t xml:space="preserve"> </w:t>
      </w:r>
      <w:r>
        <w:rPr>
          <w:rFonts w:ascii="Nirmala UI" w:hAnsi="Nirmala UI" w:eastAsia="Nirmala UI" w:cs="Nirmala UI"/>
        </w:rPr>
        <w:t>साक्ष्य</w:t>
      </w:r>
      <w:r>
        <w:rPr>
          <w:rFonts w:ascii="Times New Roman" w:hAnsi="Times New Roman" w:eastAsia="Times New Roman" w:cs="Times New Roman"/>
        </w:rPr>
        <w:t xml:space="preserve"> </w:t>
      </w:r>
      <w:r>
        <w:rPr>
          <w:rFonts w:ascii="Nirmala UI" w:hAnsi="Nirmala UI" w:eastAsia="Nirmala UI" w:cs="Nirmala UI"/>
        </w:rPr>
        <w:t>ओहि</w:t>
      </w:r>
      <w:r>
        <w:rPr>
          <w:rFonts w:ascii="Times New Roman" w:hAnsi="Times New Roman" w:eastAsia="Times New Roman" w:cs="Times New Roman"/>
        </w:rPr>
        <w:t xml:space="preserve"> </w:t>
      </w:r>
      <w:r>
        <w:rPr>
          <w:rFonts w:ascii="Nirmala UI" w:hAnsi="Nirmala UI" w:eastAsia="Nirmala UI" w:cs="Nirmala UI"/>
        </w:rPr>
        <w:t>बिन्दु</w:t>
      </w:r>
      <w:r>
        <w:rPr>
          <w:rFonts w:ascii="Times New Roman" w:hAnsi="Times New Roman" w:eastAsia="Times New Roman" w:cs="Times New Roman"/>
        </w:rPr>
        <w:t xml:space="preserve"> </w:t>
      </w:r>
      <w:r>
        <w:rPr>
          <w:rFonts w:ascii="Nirmala UI" w:hAnsi="Nirmala UI" w:eastAsia="Nirmala UI" w:cs="Nirmala UI"/>
        </w:rPr>
        <w:t>केर</w:t>
      </w:r>
      <w:r>
        <w:rPr>
          <w:rFonts w:ascii="Times New Roman" w:hAnsi="Times New Roman" w:eastAsia="Times New Roman" w:cs="Times New Roman"/>
        </w:rPr>
        <w:t xml:space="preserve"> </w:t>
      </w:r>
      <w:r>
        <w:rPr>
          <w:rFonts w:ascii="Nirmala UI" w:hAnsi="Nirmala UI" w:eastAsia="Nirmala UI" w:cs="Nirmala UI"/>
        </w:rPr>
        <w:t>एकटा</w:t>
      </w:r>
      <w:r>
        <w:rPr>
          <w:rFonts w:ascii="Times New Roman" w:hAnsi="Times New Roman" w:eastAsia="Times New Roman" w:cs="Times New Roman"/>
        </w:rPr>
        <w:t xml:space="preserve"> </w:t>
      </w:r>
      <w:r>
        <w:rPr>
          <w:rFonts w:ascii="Nirmala UI" w:hAnsi="Nirmala UI" w:eastAsia="Nirmala UI" w:cs="Nirmala UI"/>
        </w:rPr>
        <w:t>दृष्टान्त</w:t>
      </w:r>
      <w:r>
        <w:rPr>
          <w:rFonts w:ascii="Times New Roman" w:hAnsi="Times New Roman" w:eastAsia="Times New Roman" w:cs="Times New Roman"/>
        </w:rPr>
        <w:t xml:space="preserve"> </w:t>
      </w:r>
      <w:r>
        <w:rPr>
          <w:rFonts w:ascii="Nirmala UI" w:hAnsi="Nirmala UI" w:eastAsia="Nirmala UI" w:cs="Nirmala UI"/>
        </w:rPr>
        <w:t>प्रस्तुत</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अछि</w:t>
      </w:r>
      <w:r>
        <w:rPr>
          <w:rFonts w:ascii="Times New Roman" w:hAnsi="Times New Roman" w:eastAsia="Times New Roman" w:cs="Times New Roman"/>
        </w:rPr>
        <w:t xml:space="preserve"> </w:t>
      </w:r>
      <w:r>
        <w:rPr>
          <w:rFonts w:ascii="Nirmala UI" w:hAnsi="Nirmala UI" w:eastAsia="Nirmala UI" w:cs="Nirmala UI"/>
        </w:rPr>
        <w:t>जतय</w:t>
      </w:r>
      <w:r>
        <w:rPr>
          <w:rFonts w:ascii="Times New Roman" w:hAnsi="Times New Roman" w:eastAsia="Times New Roman" w:cs="Times New Roman"/>
        </w:rPr>
        <w:t xml:space="preserve"> </w:t>
      </w:r>
      <w:r>
        <w:rPr>
          <w:rFonts w:ascii="Nirmala UI" w:hAnsi="Nirmala UI" w:eastAsia="Nirmala UI" w:cs="Nirmala UI"/>
        </w:rPr>
        <w:t>परमेश्वरक</w:t>
      </w:r>
      <w:r>
        <w:rPr>
          <w:rFonts w:ascii="Times New Roman" w:hAnsi="Times New Roman" w:eastAsia="Times New Roman" w:cs="Times New Roman"/>
        </w:rPr>
        <w:t xml:space="preserve"> </w:t>
      </w:r>
      <w:r>
        <w:rPr>
          <w:rFonts w:ascii="Nirmala UI" w:hAnsi="Nirmala UI" w:eastAsia="Nirmala UI" w:cs="Nirmala UI"/>
        </w:rPr>
        <w:t>अन्तिम</w:t>
      </w:r>
      <w:r>
        <w:rPr>
          <w:rFonts w:ascii="Times New Roman" w:hAnsi="Times New Roman" w:eastAsia="Times New Roman" w:cs="Times New Roman"/>
        </w:rPr>
        <w:t>-</w:t>
      </w:r>
      <w:r>
        <w:rPr>
          <w:rFonts w:ascii="Nirmala UI" w:hAnsi="Nirmala UI" w:eastAsia="Nirmala UI" w:cs="Nirmala UI"/>
        </w:rPr>
        <w:t>दिनक</w:t>
      </w:r>
      <w:r>
        <w:rPr>
          <w:rFonts w:ascii="Times New Roman" w:hAnsi="Times New Roman" w:eastAsia="Times New Roman" w:cs="Times New Roman"/>
        </w:rPr>
        <w:t xml:space="preserve"> </w:t>
      </w:r>
      <w:r>
        <w:rPr>
          <w:rFonts w:ascii="Nirmala UI" w:hAnsi="Nirmala UI" w:eastAsia="Nirmala UI" w:cs="Nirmala UI"/>
        </w:rPr>
        <w:t>प्रजाजन</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मुहर</w:t>
      </w:r>
      <w:r>
        <w:rPr>
          <w:rFonts w:ascii="Times New Roman" w:hAnsi="Times New Roman" w:eastAsia="Times New Roman" w:cs="Times New Roman"/>
        </w:rPr>
        <w:t xml:space="preserve"> </w:t>
      </w:r>
      <w:r>
        <w:rPr>
          <w:rFonts w:ascii="Nirmala UI" w:hAnsi="Nirmala UI" w:eastAsia="Nirmala UI" w:cs="Nirmala UI"/>
        </w:rPr>
        <w:t>लगाओल</w:t>
      </w:r>
      <w:r>
        <w:rPr>
          <w:rFonts w:ascii="Times New Roman" w:hAnsi="Times New Roman" w:eastAsia="Times New Roman" w:cs="Times New Roman"/>
        </w:rPr>
        <w:t xml:space="preserve"> </w:t>
      </w:r>
      <w:r>
        <w:rPr>
          <w:rFonts w:ascii="Nirmala UI" w:hAnsi="Nirmala UI" w:eastAsia="Nirmala UI" w:cs="Nirmala UI"/>
        </w:rPr>
        <w:t>जाइत</w:t>
      </w:r>
      <w:r>
        <w:rPr>
          <w:rFonts w:ascii="Times New Roman" w:hAnsi="Times New Roman" w:eastAsia="Times New Roman" w:cs="Times New Roman"/>
        </w:rPr>
        <w:t xml:space="preserve"> </w:t>
      </w:r>
      <w:r>
        <w:rPr>
          <w:rFonts w:ascii="Nirmala UI" w:hAnsi="Nirmala UI" w:eastAsia="Nirmala UI" w:cs="Nirmala UI"/>
        </w:rPr>
        <w:t>अछि</w:t>
      </w:r>
      <w:r>
        <w:rPr>
          <w:rFonts w:ascii="Times New Roman" w:hAnsi="Times New Roman" w:eastAsia="Times New Roman" w:cs="Times New Roman"/>
        </w:rPr>
        <w:t xml:space="preserve">; </w:t>
      </w:r>
      <w:r>
        <w:rPr>
          <w:rFonts w:ascii="Nirmala UI" w:hAnsi="Nirmala UI" w:eastAsia="Nirmala UI" w:cs="Nirmala UI"/>
        </w:rPr>
        <w:t>आ</w:t>
      </w:r>
      <w:r>
        <w:rPr>
          <w:rFonts w:ascii="Times New Roman" w:hAnsi="Times New Roman" w:eastAsia="Times New Roman" w:cs="Times New Roman"/>
        </w:rPr>
        <w:t xml:space="preserve"> </w:t>
      </w:r>
      <w:r>
        <w:rPr>
          <w:rFonts w:ascii="Nirmala UI" w:hAnsi="Nirmala UI" w:eastAsia="Nirmala UI" w:cs="Nirmala UI"/>
        </w:rPr>
        <w:t>हम</w:t>
      </w:r>
      <w:r>
        <w:rPr>
          <w:rFonts w:ascii="Times New Roman" w:hAnsi="Times New Roman" w:eastAsia="Times New Roman" w:cs="Times New Roman"/>
        </w:rPr>
        <w:t xml:space="preserve"> </w:t>
      </w:r>
      <w:r>
        <w:rPr>
          <w:rFonts w:ascii="Nirmala UI" w:hAnsi="Nirmala UI" w:eastAsia="Nirmala UI" w:cs="Nirmala UI"/>
        </w:rPr>
        <w:t>पबैत</w:t>
      </w:r>
      <w:r>
        <w:rPr>
          <w:rFonts w:ascii="Times New Roman" w:hAnsi="Times New Roman" w:eastAsia="Times New Roman" w:cs="Times New Roman"/>
        </w:rPr>
        <w:t xml:space="preserve"> </w:t>
      </w:r>
      <w:r>
        <w:rPr>
          <w:rFonts w:ascii="Nirmala UI" w:hAnsi="Nirmala UI" w:eastAsia="Nirmala UI" w:cs="Nirmala UI"/>
        </w:rPr>
        <w:t>छी</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ओहि</w:t>
      </w:r>
      <w:r>
        <w:rPr>
          <w:rFonts w:ascii="Times New Roman" w:hAnsi="Times New Roman" w:eastAsia="Times New Roman" w:cs="Times New Roman"/>
        </w:rPr>
        <w:t xml:space="preserve"> </w:t>
      </w:r>
      <w:r>
        <w:rPr>
          <w:rFonts w:ascii="Nirmala UI" w:hAnsi="Nirmala UI" w:eastAsia="Nirmala UI" w:cs="Nirmala UI"/>
        </w:rPr>
        <w:t>सत्यक</w:t>
      </w:r>
      <w:r>
        <w:rPr>
          <w:rFonts w:ascii="Times New Roman" w:hAnsi="Times New Roman" w:eastAsia="Times New Roman" w:cs="Times New Roman"/>
        </w:rPr>
        <w:t xml:space="preserve"> </w:t>
      </w:r>
      <w:r>
        <w:rPr>
          <w:rFonts w:ascii="Nirmala UI" w:hAnsi="Nirmala UI" w:eastAsia="Nirmala UI" w:cs="Nirmala UI"/>
        </w:rPr>
        <w:t>प्रतिनिधित्व</w:t>
      </w:r>
      <w:r>
        <w:rPr>
          <w:rFonts w:ascii="Times New Roman" w:hAnsi="Times New Roman" w:eastAsia="Times New Roman" w:cs="Times New Roman"/>
        </w:rPr>
        <w:t xml:space="preserve"> Caesarea Philippi </w:t>
      </w:r>
      <w:r>
        <w:rPr>
          <w:rFonts w:ascii="Nirmala UI" w:hAnsi="Nirmala UI" w:eastAsia="Nirmala UI" w:cs="Nirmala UI"/>
        </w:rPr>
        <w:t>केर</w:t>
      </w:r>
      <w:r>
        <w:rPr>
          <w:rFonts w:ascii="Times New Roman" w:hAnsi="Times New Roman" w:eastAsia="Times New Roman" w:cs="Times New Roman"/>
        </w:rPr>
        <w:t xml:space="preserve"> </w:t>
      </w:r>
      <w:r>
        <w:rPr>
          <w:rFonts w:ascii="Nirmala UI" w:hAnsi="Nirmala UI" w:eastAsia="Nirmala UI" w:cs="Nirmala UI"/>
        </w:rPr>
        <w:t>भूगोल</w:t>
      </w:r>
      <w:r>
        <w:rPr>
          <w:rFonts w:ascii="Times New Roman" w:hAnsi="Times New Roman" w:eastAsia="Times New Roman" w:cs="Times New Roman"/>
        </w:rPr>
        <w:t xml:space="preserve"> </w:t>
      </w:r>
      <w:r>
        <w:rPr>
          <w:rFonts w:ascii="Nirmala UI" w:hAnsi="Nirmala UI" w:eastAsia="Nirmala UI" w:cs="Nirmala UI"/>
        </w:rPr>
        <w:t>द्वारा</w:t>
      </w:r>
      <w:r>
        <w:rPr>
          <w:rFonts w:ascii="Times New Roman" w:hAnsi="Times New Roman" w:eastAsia="Times New Roman" w:cs="Times New Roman"/>
        </w:rPr>
        <w:t xml:space="preserve"> </w:t>
      </w:r>
      <w:r>
        <w:rPr>
          <w:rFonts w:ascii="Nirmala UI" w:hAnsi="Nirmala UI" w:eastAsia="Nirmala UI" w:cs="Nirmala UI"/>
        </w:rPr>
        <w:t>सेहो</w:t>
      </w:r>
      <w:r>
        <w:rPr>
          <w:rFonts w:ascii="Times New Roman" w:hAnsi="Times New Roman" w:eastAsia="Times New Roman" w:cs="Times New Roman"/>
        </w:rPr>
        <w:t xml:space="preserve"> </w:t>
      </w:r>
      <w:r>
        <w:rPr>
          <w:rFonts w:ascii="Nirmala UI" w:hAnsi="Nirmala UI" w:eastAsia="Nirmala UI" w:cs="Nirmala UI"/>
        </w:rPr>
        <w:t>कयल</w:t>
      </w:r>
      <w:r>
        <w:rPr>
          <w:rFonts w:ascii="Times New Roman" w:hAnsi="Times New Roman" w:eastAsia="Times New Roman" w:cs="Times New Roman"/>
        </w:rPr>
        <w:t xml:space="preserve"> </w:t>
      </w:r>
      <w:r>
        <w:rPr>
          <w:rFonts w:ascii="Nirmala UI" w:hAnsi="Nirmala UI" w:eastAsia="Nirmala UI" w:cs="Nirmala UI"/>
        </w:rPr>
        <w:t>गेल</w:t>
      </w:r>
      <w:r>
        <w:rPr>
          <w:rFonts w:ascii="Times New Roman" w:hAnsi="Times New Roman" w:eastAsia="Times New Roman" w:cs="Times New Roman"/>
        </w:rPr>
        <w:t xml:space="preserve"> </w:t>
      </w:r>
      <w:r>
        <w:rPr>
          <w:rFonts w:ascii="Nirmala UI" w:hAnsi="Nirmala UI" w:eastAsia="Nirmala UI" w:cs="Nirmala UI"/>
        </w:rPr>
        <w:t>अछि</w:t>
      </w:r>
      <w:r>
        <w:rPr>
          <w:rFonts w:ascii="Times New Roman" w:hAnsi="Times New Roman" w:eastAsia="Times New Roman" w:cs="Times New Roman"/>
        </w:rPr>
        <w:t xml:space="preserve">, </w:t>
      </w:r>
      <w:r>
        <w:rPr>
          <w:rFonts w:ascii="Nirmala UI" w:hAnsi="Nirmala UI" w:eastAsia="Nirmala UI" w:cs="Nirmala UI"/>
        </w:rPr>
        <w:t>आ</w:t>
      </w:r>
      <w:r>
        <w:rPr>
          <w:rFonts w:ascii="Times New Roman" w:hAnsi="Times New Roman" w:eastAsia="Times New Roman" w:cs="Times New Roman"/>
        </w:rPr>
        <w:t xml:space="preserve"> Daniel </w:t>
      </w:r>
      <w:r>
        <w:rPr>
          <w:rFonts w:ascii="Nirmala UI" w:hAnsi="Nirmala UI" w:eastAsia="Nirmala UI" w:cs="Nirmala UI"/>
        </w:rPr>
        <w:t>अध्याय</w:t>
      </w:r>
      <w:r>
        <w:rPr>
          <w:rFonts w:ascii="Times New Roman" w:hAnsi="Times New Roman" w:eastAsia="Times New Roman" w:cs="Times New Roman"/>
        </w:rPr>
        <w:t xml:space="preserve"> </w:t>
      </w:r>
      <w:r>
        <w:rPr>
          <w:rFonts w:ascii="Nirmala UI" w:hAnsi="Nirmala UI" w:eastAsia="Nirmala UI" w:cs="Nirmala UI"/>
        </w:rPr>
        <w:t>ग्यारहक</w:t>
      </w:r>
      <w:r>
        <w:rPr>
          <w:rFonts w:ascii="Times New Roman" w:hAnsi="Times New Roman" w:eastAsia="Times New Roman" w:cs="Times New Roman"/>
        </w:rPr>
        <w:t xml:space="preserve"> </w:t>
      </w:r>
      <w:r>
        <w:rPr>
          <w:rFonts w:ascii="Nirmala UI" w:hAnsi="Nirmala UI" w:eastAsia="Nirmala UI" w:cs="Nirmala UI"/>
        </w:rPr>
        <w:t>पद</w:t>
      </w:r>
      <w:r>
        <w:rPr>
          <w:rFonts w:ascii="Times New Roman" w:hAnsi="Times New Roman" w:eastAsia="Times New Roman" w:cs="Times New Roman"/>
        </w:rPr>
        <w:t xml:space="preserve"> </w:t>
      </w:r>
      <w:r>
        <w:rPr>
          <w:rFonts w:ascii="Nirmala UI" w:hAnsi="Nirmala UI" w:eastAsia="Nirmala UI" w:cs="Nirmala UI"/>
        </w:rPr>
        <w:t>तेरहसँ</w:t>
      </w:r>
      <w:r>
        <w:rPr>
          <w:rFonts w:ascii="Times New Roman" w:hAnsi="Times New Roman" w:eastAsia="Times New Roman" w:cs="Times New Roman"/>
        </w:rPr>
        <w:t xml:space="preserve"> </w:t>
      </w:r>
      <w:r>
        <w:rPr>
          <w:rFonts w:ascii="Nirmala UI" w:hAnsi="Nirmala UI" w:eastAsia="Nirmala UI" w:cs="Nirmala UI"/>
        </w:rPr>
        <w:t>पन्द्रह</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Panium </w:t>
      </w:r>
      <w:r>
        <w:rPr>
          <w:rFonts w:ascii="Nirmala UI" w:hAnsi="Nirmala UI" w:eastAsia="Nirmala UI" w:cs="Nirmala UI"/>
        </w:rPr>
        <w:t>केर</w:t>
      </w:r>
      <w:r>
        <w:rPr>
          <w:rFonts w:ascii="Times New Roman" w:hAnsi="Times New Roman" w:eastAsia="Times New Roman" w:cs="Times New Roman"/>
        </w:rPr>
        <w:t xml:space="preserve"> </w:t>
      </w:r>
      <w:r>
        <w:rPr>
          <w:rFonts w:ascii="Nirmala UI" w:hAnsi="Nirmala UI" w:eastAsia="Nirmala UI" w:cs="Nirmala UI"/>
        </w:rPr>
        <w:t>युद्धक</w:t>
      </w:r>
      <w:r>
        <w:rPr>
          <w:rFonts w:ascii="Times New Roman" w:hAnsi="Times New Roman" w:eastAsia="Times New Roman" w:cs="Times New Roman"/>
        </w:rPr>
        <w:t xml:space="preserve"> </w:t>
      </w:r>
      <w:r>
        <w:rPr>
          <w:rFonts w:ascii="Nirmala UI" w:hAnsi="Nirmala UI" w:eastAsia="Nirmala UI" w:cs="Nirmala UI"/>
        </w:rPr>
        <w:t>साक्ष्य</w:t>
      </w:r>
      <w:r>
        <w:rPr>
          <w:rFonts w:ascii="Times New Roman" w:hAnsi="Times New Roman" w:eastAsia="Times New Roman" w:cs="Times New Roman"/>
        </w:rPr>
        <w:t xml:space="preserve"> </w:t>
      </w:r>
      <w:r>
        <w:rPr>
          <w:rFonts w:ascii="Nirmala UI" w:hAnsi="Nirmala UI" w:eastAsia="Nirmala UI" w:cs="Nirmala UI"/>
        </w:rPr>
        <w:t>द्वारा</w:t>
      </w:r>
      <w:r>
        <w:rPr>
          <w:rFonts w:ascii="Times New Roman" w:hAnsi="Times New Roman" w:eastAsia="Times New Roman" w:cs="Times New Roman"/>
        </w:rPr>
        <w:t xml:space="preserve"> </w:t>
      </w:r>
      <w:r>
        <w:rPr>
          <w:rFonts w:ascii="Nirmala UI" w:hAnsi="Nirmala UI" w:eastAsia="Nirmala UI" w:cs="Nirmala UI"/>
        </w:rPr>
        <w:t>सेहो।</w:t>
      </w:r>
      <w:r>
        <w:rPr>
          <w:rFonts w:ascii="Times New Roman" w:hAnsi="Times New Roman" w:eastAsia="Times New Roman" w:cs="Times New Roman"/>
        </w:rPr>
        <w:t xml:space="preserve"> </w:t>
      </w:r>
      <w:r>
        <w:rPr>
          <w:rFonts w:ascii="Nirmala UI" w:hAnsi="Nirmala UI" w:eastAsia="Nirmala UI" w:cs="Nirmala UI"/>
        </w:rPr>
        <w:t>सम्भव</w:t>
      </w:r>
      <w:r>
        <w:rPr>
          <w:rFonts w:ascii="Times New Roman" w:hAnsi="Times New Roman" w:eastAsia="Times New Roman" w:cs="Times New Roman"/>
        </w:rPr>
        <w:t xml:space="preserve"> </w:t>
      </w:r>
      <w:r>
        <w:rPr>
          <w:rFonts w:ascii="Nirmala UI" w:hAnsi="Nirmala UI" w:eastAsia="Nirmala UI" w:cs="Nirmala UI"/>
        </w:rPr>
        <w:t>अछि</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एहि</w:t>
      </w:r>
      <w:r>
        <w:rPr>
          <w:rFonts w:ascii="Times New Roman" w:hAnsi="Times New Roman" w:eastAsia="Times New Roman" w:cs="Times New Roman"/>
        </w:rPr>
        <w:t xml:space="preserve"> </w:t>
      </w:r>
      <w:r>
        <w:rPr>
          <w:rFonts w:ascii="Nirmala UI" w:hAnsi="Nirmala UI" w:eastAsia="Nirmala UI" w:cs="Nirmala UI"/>
        </w:rPr>
        <w:t>तीनू</w:t>
      </w:r>
      <w:r>
        <w:rPr>
          <w:rFonts w:ascii="Times New Roman" w:hAnsi="Times New Roman" w:eastAsia="Times New Roman" w:cs="Times New Roman"/>
        </w:rPr>
        <w:t xml:space="preserve"> </w:t>
      </w:r>
      <w:r>
        <w:rPr>
          <w:rFonts w:ascii="Nirmala UI" w:hAnsi="Nirmala UI" w:eastAsia="Nirmala UI" w:cs="Nirmala UI"/>
        </w:rPr>
        <w:t>साक्षी</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भौगोलिक</w:t>
      </w:r>
      <w:r>
        <w:rPr>
          <w:rFonts w:ascii="Times New Roman" w:hAnsi="Times New Roman" w:eastAsia="Times New Roman" w:cs="Times New Roman"/>
        </w:rPr>
        <w:t xml:space="preserve"> </w:t>
      </w:r>
      <w:r>
        <w:rPr>
          <w:rFonts w:ascii="Nirmala UI" w:hAnsi="Nirmala UI" w:eastAsia="Nirmala UI" w:cs="Nirmala UI"/>
        </w:rPr>
        <w:t>कहि</w:t>
      </w:r>
      <w:r>
        <w:rPr>
          <w:rFonts w:ascii="Times New Roman" w:hAnsi="Times New Roman" w:eastAsia="Times New Roman" w:cs="Times New Roman"/>
        </w:rPr>
        <w:t xml:space="preserve"> </w:t>
      </w:r>
      <w:r>
        <w:rPr>
          <w:rFonts w:ascii="Nirmala UI" w:hAnsi="Nirmala UI" w:eastAsia="Nirmala UI" w:cs="Nirmala UI"/>
        </w:rPr>
        <w:t>कऽ</w:t>
      </w:r>
      <w:r>
        <w:rPr>
          <w:rFonts w:ascii="Times New Roman" w:hAnsi="Times New Roman" w:eastAsia="Times New Roman" w:cs="Times New Roman"/>
        </w:rPr>
        <w:t xml:space="preserve"> </w:t>
      </w:r>
      <w:r>
        <w:rPr>
          <w:rFonts w:ascii="Nirmala UI" w:hAnsi="Nirmala UI" w:eastAsia="Nirmala UI" w:cs="Nirmala UI"/>
        </w:rPr>
        <w:t>चिन्हित</w:t>
      </w:r>
      <w:r>
        <w:rPr>
          <w:rFonts w:ascii="Times New Roman" w:hAnsi="Times New Roman" w:eastAsia="Times New Roman" w:cs="Times New Roman"/>
        </w:rPr>
        <w:t xml:space="preserve"> </w:t>
      </w:r>
      <w:r>
        <w:rPr>
          <w:rFonts w:ascii="Nirmala UI" w:hAnsi="Nirmala UI" w:eastAsia="Nirmala UI" w:cs="Nirmala UI"/>
        </w:rPr>
        <w:t>करब</w:t>
      </w:r>
      <w:r>
        <w:rPr>
          <w:rFonts w:ascii="Times New Roman" w:hAnsi="Times New Roman" w:eastAsia="Times New Roman" w:cs="Times New Roman"/>
        </w:rPr>
        <w:t xml:space="preserve"> </w:t>
      </w:r>
      <w:r>
        <w:rPr>
          <w:rFonts w:ascii="Nirmala UI" w:hAnsi="Nirmala UI" w:eastAsia="Nirmala UI" w:cs="Nirmala UI"/>
        </w:rPr>
        <w:t>किञ्चित्</w:t>
      </w:r>
      <w:r>
        <w:rPr>
          <w:rFonts w:ascii="Times New Roman" w:hAnsi="Times New Roman" w:eastAsia="Times New Roman" w:cs="Times New Roman"/>
        </w:rPr>
        <w:t xml:space="preserve"> </w:t>
      </w:r>
      <w:r>
        <w:rPr>
          <w:rFonts w:ascii="Nirmala UI" w:hAnsi="Nirmala UI" w:eastAsia="Nirmala UI" w:cs="Nirmala UI"/>
        </w:rPr>
        <w:t>असंगत</w:t>
      </w:r>
      <w:r>
        <w:rPr>
          <w:rFonts w:ascii="Times New Roman" w:hAnsi="Times New Roman" w:eastAsia="Times New Roman" w:cs="Times New Roman"/>
        </w:rPr>
        <w:t xml:space="preserve"> </w:t>
      </w:r>
      <w:r>
        <w:rPr>
          <w:rFonts w:ascii="Nirmala UI" w:hAnsi="Nirmala UI" w:eastAsia="Nirmala UI" w:cs="Nirmala UI"/>
        </w:rPr>
        <w:t>बुझाइ</w:t>
      </w:r>
      <w:r>
        <w:rPr>
          <w:rFonts w:ascii="Times New Roman" w:hAnsi="Times New Roman" w:eastAsia="Times New Roman" w:cs="Times New Roman"/>
        </w:rPr>
        <w:t xml:space="preserve">, </w:t>
      </w:r>
      <w:r>
        <w:rPr>
          <w:rFonts w:ascii="Nirmala UI" w:hAnsi="Nirmala UI" w:eastAsia="Nirmala UI" w:cs="Nirmala UI"/>
        </w:rPr>
        <w:t>मुदा</w:t>
      </w:r>
      <w:r>
        <w:rPr>
          <w:rFonts w:ascii="Times New Roman" w:hAnsi="Times New Roman" w:eastAsia="Times New Roman" w:cs="Times New Roman"/>
        </w:rPr>
        <w:t xml:space="preserve"> </w:t>
      </w:r>
      <w:r>
        <w:rPr>
          <w:rFonts w:ascii="Nirmala UI" w:hAnsi="Nirmala UI" w:eastAsia="Nirmala UI" w:cs="Nirmala UI"/>
        </w:rPr>
        <w:t>हम</w:t>
      </w:r>
      <w:r>
        <w:rPr>
          <w:rFonts w:ascii="Times New Roman" w:hAnsi="Times New Roman" w:eastAsia="Times New Roman" w:cs="Times New Roman"/>
        </w:rPr>
        <w:t xml:space="preserve"> </w:t>
      </w:r>
      <w:r>
        <w:rPr>
          <w:rFonts w:ascii="Nirmala UI" w:hAnsi="Nirmala UI" w:eastAsia="Nirmala UI" w:cs="Nirmala UI"/>
        </w:rPr>
        <w:t>एहि</w:t>
      </w:r>
      <w:r>
        <w:rPr>
          <w:rFonts w:ascii="Times New Roman" w:hAnsi="Times New Roman" w:eastAsia="Times New Roman" w:cs="Times New Roman"/>
        </w:rPr>
        <w:t xml:space="preserve"> </w:t>
      </w:r>
      <w:r>
        <w:rPr>
          <w:rFonts w:ascii="Nirmala UI" w:hAnsi="Nirmala UI" w:eastAsia="Nirmala UI" w:cs="Nirmala UI"/>
        </w:rPr>
        <w:t>पदक</w:t>
      </w:r>
      <w:r>
        <w:rPr>
          <w:rFonts w:ascii="Times New Roman" w:hAnsi="Times New Roman" w:eastAsia="Times New Roman" w:cs="Times New Roman"/>
        </w:rPr>
        <w:t xml:space="preserve"> </w:t>
      </w:r>
      <w:r>
        <w:rPr>
          <w:rFonts w:ascii="Nirmala UI" w:hAnsi="Nirmala UI" w:eastAsia="Nirmala UI" w:cs="Nirmala UI"/>
        </w:rPr>
        <w:t>प्रयोग</w:t>
      </w:r>
      <w:r>
        <w:rPr>
          <w:rFonts w:ascii="Times New Roman" w:hAnsi="Times New Roman" w:eastAsia="Times New Roman" w:cs="Times New Roman"/>
        </w:rPr>
        <w:t xml:space="preserve"> </w:t>
      </w:r>
      <w:r>
        <w:rPr>
          <w:rFonts w:ascii="Nirmala UI" w:hAnsi="Nirmala UI" w:eastAsia="Nirmala UI" w:cs="Nirmala UI"/>
        </w:rPr>
        <w:t>करि</w:t>
      </w:r>
      <w:r>
        <w:rPr>
          <w:rFonts w:ascii="Times New Roman" w:hAnsi="Times New Roman" w:eastAsia="Times New Roman" w:cs="Times New Roman"/>
        </w:rPr>
        <w:t xml:space="preserve"> </w:t>
      </w:r>
      <w:r>
        <w:rPr>
          <w:rFonts w:ascii="Nirmala UI" w:hAnsi="Nirmala UI" w:eastAsia="Nirmala UI" w:cs="Nirmala UI"/>
        </w:rPr>
        <w:t>रहल</w:t>
      </w:r>
      <w:r>
        <w:rPr>
          <w:rFonts w:ascii="Times New Roman" w:hAnsi="Times New Roman" w:eastAsia="Times New Roman" w:cs="Times New Roman"/>
        </w:rPr>
        <w:t xml:space="preserve"> </w:t>
      </w:r>
      <w:r>
        <w:rPr>
          <w:rFonts w:ascii="Nirmala UI" w:hAnsi="Nirmala UI" w:eastAsia="Nirmala UI" w:cs="Nirmala UI"/>
        </w:rPr>
        <w:t>छी</w:t>
      </w:r>
      <w:r>
        <w:rPr>
          <w:rFonts w:ascii="Times New Roman" w:hAnsi="Times New Roman" w:eastAsia="Times New Roman" w:cs="Times New Roman"/>
        </w:rPr>
        <w:t xml:space="preserve">, </w:t>
      </w:r>
      <w:r>
        <w:rPr>
          <w:rFonts w:ascii="Nirmala UI" w:hAnsi="Nirmala UI" w:eastAsia="Nirmala UI" w:cs="Nirmala UI"/>
        </w:rPr>
        <w:t>किएक</w:t>
      </w:r>
      <w:r>
        <w:rPr>
          <w:rFonts w:ascii="Times New Roman" w:hAnsi="Times New Roman" w:eastAsia="Times New Roman" w:cs="Times New Roman"/>
        </w:rPr>
        <w:t xml:space="preserve"> </w:t>
      </w:r>
      <w:r>
        <w:rPr>
          <w:rFonts w:ascii="Nirmala UI" w:hAnsi="Nirmala UI" w:eastAsia="Nirmala UI" w:cs="Nirmala UI"/>
        </w:rPr>
        <w:t>तँ</w:t>
      </w:r>
      <w:r>
        <w:rPr>
          <w:rFonts w:ascii="Times New Roman" w:hAnsi="Times New Roman" w:eastAsia="Times New Roman" w:cs="Times New Roman"/>
        </w:rPr>
        <w:t xml:space="preserve"> Exeter </w:t>
      </w:r>
      <w:r>
        <w:rPr>
          <w:rFonts w:ascii="Nirmala UI" w:hAnsi="Nirmala UI" w:eastAsia="Nirmala UI" w:cs="Nirmala UI"/>
        </w:rPr>
        <w:t>आ</w:t>
      </w:r>
      <w:r>
        <w:rPr>
          <w:rFonts w:ascii="Times New Roman" w:hAnsi="Times New Roman" w:eastAsia="Times New Roman" w:cs="Times New Roman"/>
        </w:rPr>
        <w:t xml:space="preserve"> Caesarea Philippi </w:t>
      </w:r>
      <w:r>
        <w:rPr>
          <w:rFonts w:ascii="Nirmala UI" w:hAnsi="Nirmala UI" w:eastAsia="Nirmala UI" w:cs="Nirmala UI"/>
        </w:rPr>
        <w:t>दुनूमे</w:t>
      </w:r>
      <w:r>
        <w:rPr>
          <w:rFonts w:ascii="Times New Roman" w:hAnsi="Times New Roman" w:eastAsia="Times New Roman" w:cs="Times New Roman"/>
        </w:rPr>
        <w:t xml:space="preserve"> </w:t>
      </w:r>
      <w:r>
        <w:rPr>
          <w:rFonts w:ascii="Nirmala UI" w:hAnsi="Nirmala UI" w:eastAsia="Nirmala UI" w:cs="Nirmala UI"/>
        </w:rPr>
        <w:t>भूगोल</w:t>
      </w:r>
      <w:r>
        <w:rPr>
          <w:rFonts w:ascii="Times New Roman" w:hAnsi="Times New Roman" w:eastAsia="Times New Roman" w:cs="Times New Roman"/>
        </w:rPr>
        <w:t xml:space="preserve"> </w:t>
      </w:r>
      <w:r>
        <w:rPr>
          <w:rFonts w:ascii="Nirmala UI" w:hAnsi="Nirmala UI" w:eastAsia="Nirmala UI" w:cs="Nirmala UI"/>
        </w:rPr>
        <w:t>निश्चयहि</w:t>
      </w:r>
      <w:r>
        <w:rPr>
          <w:rFonts w:ascii="Times New Roman" w:hAnsi="Times New Roman" w:eastAsia="Times New Roman" w:cs="Times New Roman"/>
        </w:rPr>
        <w:t xml:space="preserve"> </w:t>
      </w:r>
      <w:r>
        <w:rPr>
          <w:rFonts w:ascii="Nirmala UI" w:hAnsi="Nirmala UI" w:eastAsia="Nirmala UI" w:cs="Nirmala UI"/>
        </w:rPr>
        <w:t>प्रसंगक</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अंश</w:t>
      </w:r>
      <w:r>
        <w:rPr>
          <w:rFonts w:ascii="Times New Roman" w:hAnsi="Times New Roman" w:eastAsia="Times New Roman" w:cs="Times New Roman"/>
        </w:rPr>
        <w:t xml:space="preserve"> </w:t>
      </w:r>
      <w:r>
        <w:rPr>
          <w:rFonts w:ascii="Nirmala UI" w:hAnsi="Nirmala UI" w:eastAsia="Nirmala UI" w:cs="Nirmala UI"/>
        </w:rPr>
        <w:t>अछि।</w:t>
      </w:r>
      <w:r>
        <w:rPr>
          <w:rFonts w:ascii="Times New Roman" w:hAnsi="Times New Roman" w:eastAsia="Times New Roman" w:cs="Times New Roman"/>
        </w:rPr>
        <w:t xml:space="preserve"> </w:t>
      </w:r>
      <w:r>
        <w:rPr>
          <w:rFonts w:ascii="Nirmala UI" w:hAnsi="Nirmala UI" w:eastAsia="Nirmala UI" w:cs="Nirmala UI"/>
        </w:rPr>
        <w:t>यीशु</w:t>
      </w:r>
      <w:r>
        <w:rPr>
          <w:rFonts w:ascii="Times New Roman" w:hAnsi="Times New Roman" w:eastAsia="Times New Roman" w:cs="Times New Roman"/>
        </w:rPr>
        <w:t xml:space="preserve"> </w:t>
      </w:r>
      <w:r>
        <w:rPr>
          <w:rFonts w:ascii="Nirmala UI" w:hAnsi="Nirmala UI" w:eastAsia="Nirmala UI" w:cs="Nirmala UI"/>
        </w:rPr>
        <w:t>पतरस</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ओहि</w:t>
      </w:r>
      <w:r>
        <w:rPr>
          <w:rFonts w:ascii="Times New Roman" w:hAnsi="Times New Roman" w:eastAsia="Times New Roman" w:cs="Times New Roman"/>
        </w:rPr>
        <w:t xml:space="preserve"> </w:t>
      </w:r>
      <w:r>
        <w:rPr>
          <w:rFonts w:ascii="Nirmala UI" w:hAnsi="Nirmala UI" w:eastAsia="Nirmala UI" w:cs="Nirmala UI"/>
        </w:rPr>
        <w:t>भविष्यवाणीक</w:t>
      </w:r>
      <w:r>
        <w:rPr>
          <w:rFonts w:ascii="Times New Roman" w:hAnsi="Times New Roman" w:eastAsia="Times New Roman" w:cs="Times New Roman"/>
        </w:rPr>
        <w:t xml:space="preserve"> </w:t>
      </w:r>
      <w:r>
        <w:rPr>
          <w:rFonts w:ascii="Nirmala UI" w:hAnsi="Nirmala UI" w:eastAsia="Nirmala UI" w:cs="Nirmala UI"/>
        </w:rPr>
        <w:t>भूगोलक</w:t>
      </w:r>
      <w:r>
        <w:rPr>
          <w:rFonts w:ascii="Times New Roman" w:hAnsi="Times New Roman" w:eastAsia="Times New Roman" w:cs="Times New Roman"/>
        </w:rPr>
        <w:t xml:space="preserve"> </w:t>
      </w:r>
      <w:r>
        <w:rPr>
          <w:rFonts w:ascii="Nirmala UI" w:hAnsi="Nirmala UI" w:eastAsia="Nirmala UI" w:cs="Nirmala UI"/>
        </w:rPr>
        <w:t>भीतर</w:t>
      </w:r>
      <w:r>
        <w:rPr>
          <w:rFonts w:ascii="Times New Roman" w:hAnsi="Times New Roman" w:eastAsia="Times New Roman" w:cs="Times New Roman"/>
        </w:rPr>
        <w:t xml:space="preserve"> </w:t>
      </w:r>
      <w:r>
        <w:rPr>
          <w:rFonts w:ascii="Nirmala UI" w:hAnsi="Nirmala UI" w:eastAsia="Nirmala UI" w:cs="Nirmala UI"/>
        </w:rPr>
        <w:t>ठाढ़</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छथि</w:t>
      </w:r>
      <w:r>
        <w:rPr>
          <w:rFonts w:ascii="Times New Roman" w:hAnsi="Times New Roman" w:eastAsia="Times New Roman" w:cs="Times New Roman"/>
        </w:rPr>
        <w:t xml:space="preserve"> </w:t>
      </w:r>
      <w:r>
        <w:rPr>
          <w:rFonts w:ascii="Nirmala UI" w:hAnsi="Nirmala UI" w:eastAsia="Nirmala UI" w:cs="Nirmala UI"/>
        </w:rPr>
        <w:t>जाहिमे</w:t>
      </w:r>
      <w:r>
        <w:rPr>
          <w:rFonts w:ascii="Times New Roman" w:hAnsi="Times New Roman" w:eastAsia="Times New Roman" w:cs="Times New Roman"/>
        </w:rPr>
        <w:t xml:space="preserve"> </w:t>
      </w:r>
      <w:r>
        <w:rPr>
          <w:rFonts w:ascii="Nirmala UI" w:hAnsi="Nirmala UI" w:eastAsia="Nirmala UI" w:cs="Nirmala UI"/>
        </w:rPr>
        <w:t>अन्तिम</w:t>
      </w:r>
      <w:r>
        <w:rPr>
          <w:rFonts w:ascii="Times New Roman" w:hAnsi="Times New Roman" w:eastAsia="Times New Roman" w:cs="Times New Roman"/>
        </w:rPr>
        <w:t xml:space="preserve"> </w:t>
      </w:r>
      <w:r>
        <w:rPr>
          <w:rFonts w:ascii="Nirmala UI" w:hAnsi="Nirmala UI" w:eastAsia="Nirmala UI" w:cs="Nirmala UI"/>
        </w:rPr>
        <w:t>दिनमे</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सय</w:t>
      </w:r>
      <w:r>
        <w:rPr>
          <w:rFonts w:ascii="Times New Roman" w:hAnsi="Times New Roman" w:eastAsia="Times New Roman" w:cs="Times New Roman"/>
        </w:rPr>
        <w:t xml:space="preserve"> </w:t>
      </w:r>
      <w:r>
        <w:rPr>
          <w:rFonts w:ascii="Nirmala UI" w:hAnsi="Nirmala UI" w:eastAsia="Nirmala UI" w:cs="Nirmala UI"/>
        </w:rPr>
        <w:t>चवालीस</w:t>
      </w:r>
      <w:r>
        <w:rPr>
          <w:rFonts w:ascii="Times New Roman" w:hAnsi="Times New Roman" w:eastAsia="Times New Roman" w:cs="Times New Roman"/>
        </w:rPr>
        <w:t xml:space="preserve"> </w:t>
      </w:r>
      <w:r>
        <w:rPr>
          <w:rFonts w:ascii="Nirmala UI" w:hAnsi="Nirmala UI" w:eastAsia="Nirmala UI" w:cs="Nirmala UI"/>
        </w:rPr>
        <w:t>हजार</w:t>
      </w:r>
      <w:r>
        <w:rPr>
          <w:rFonts w:ascii="Times New Roman" w:hAnsi="Times New Roman" w:eastAsia="Times New Roman" w:cs="Times New Roman"/>
        </w:rPr>
        <w:t xml:space="preserve"> </w:t>
      </w:r>
      <w:r>
        <w:rPr>
          <w:rFonts w:ascii="Nirmala UI" w:hAnsi="Nirmala UI" w:eastAsia="Nirmala UI" w:cs="Nirmala UI"/>
        </w:rPr>
        <w:t>स्वयं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पबैत</w:t>
      </w:r>
      <w:r>
        <w:rPr>
          <w:rFonts w:ascii="Times New Roman" w:hAnsi="Times New Roman" w:eastAsia="Times New Roman" w:cs="Times New Roman"/>
        </w:rPr>
        <w:t xml:space="preserve"> </w:t>
      </w:r>
      <w:r>
        <w:rPr>
          <w:rFonts w:ascii="Nirmala UI" w:hAnsi="Nirmala UI" w:eastAsia="Nirmala UI" w:cs="Nirmala UI"/>
        </w:rPr>
        <w:t>छथि।</w:t>
      </w:r>
      <w:r>
        <w:rPr>
          <w:rFonts w:ascii="Times New Roman" w:hAnsi="Times New Roman" w:eastAsia="Times New Roman" w:cs="Times New Roman"/>
        </w:rPr>
        <w:t xml:space="preserve"> </w:t>
      </w:r>
      <w:r>
        <w:rPr>
          <w:rFonts w:ascii="Nirmala UI" w:hAnsi="Nirmala UI" w:eastAsia="Nirmala UI" w:cs="Nirmala UI"/>
        </w:rPr>
        <w:t>तखन</w:t>
      </w:r>
      <w:r>
        <w:rPr>
          <w:rFonts w:ascii="Times New Roman" w:hAnsi="Times New Roman" w:eastAsia="Times New Roman" w:cs="Times New Roman"/>
        </w:rPr>
        <w:t xml:space="preserve"> </w:t>
      </w:r>
      <w:r>
        <w:rPr>
          <w:rFonts w:ascii="Nirmala UI" w:hAnsi="Nirmala UI" w:eastAsia="Nirmala UI" w:cs="Nirmala UI"/>
        </w:rPr>
        <w:t>ओ</w:t>
      </w:r>
      <w:r>
        <w:rPr>
          <w:rFonts w:ascii="Times New Roman" w:hAnsi="Times New Roman" w:eastAsia="Times New Roman" w:cs="Times New Roman"/>
        </w:rPr>
        <w:t xml:space="preserve"> </w:t>
      </w:r>
      <w:r>
        <w:rPr>
          <w:rFonts w:ascii="Nirmala UI" w:hAnsi="Nirmala UI" w:eastAsia="Nirmala UI" w:cs="Nirmala UI"/>
        </w:rPr>
        <w:t>एकटा</w:t>
      </w:r>
      <w:r>
        <w:rPr>
          <w:rFonts w:ascii="Times New Roman" w:hAnsi="Times New Roman" w:eastAsia="Times New Roman" w:cs="Times New Roman"/>
        </w:rPr>
        <w:t xml:space="preserve"> </w:t>
      </w:r>
      <w:r>
        <w:rPr>
          <w:rFonts w:ascii="Nirmala UI" w:hAnsi="Nirmala UI" w:eastAsia="Nirmala UI" w:cs="Nirmala UI"/>
        </w:rPr>
        <w:t>आज्ञा</w:t>
      </w:r>
      <w:r>
        <w:rPr>
          <w:rFonts w:ascii="Times New Roman" w:hAnsi="Times New Roman" w:eastAsia="Times New Roman" w:cs="Times New Roman"/>
        </w:rPr>
        <w:t xml:space="preserve"> </w:t>
      </w:r>
      <w:r>
        <w:rPr>
          <w:rFonts w:ascii="Nirmala UI" w:hAnsi="Nirmala UI" w:eastAsia="Nirmala UI" w:cs="Nirmala UI"/>
        </w:rPr>
        <w:t>दैत</w:t>
      </w:r>
      <w:r>
        <w:rPr>
          <w:rFonts w:ascii="Times New Roman" w:hAnsi="Times New Roman" w:eastAsia="Times New Roman" w:cs="Times New Roman"/>
        </w:rPr>
        <w:t xml:space="preserve"> </w:t>
      </w:r>
      <w:r>
        <w:rPr>
          <w:rFonts w:ascii="Nirmala UI" w:hAnsi="Nirmala UI" w:eastAsia="Nirmala UI" w:cs="Nirmala UI"/>
        </w:rPr>
        <w:t>छथि।</w:t>
      </w:r>
    </w:p>
    <w:p>
      <w:pPr>
        <w:pStyle w:val="ArticleScripture"/>
        <w:jc w:val="left"/>
      </w:pPr>
      <w:r>
        <w:rPr>
          <w:rFonts w:ascii="Times New Roman" w:hAnsi="Times New Roman" w:eastAsia="Times New Roman" w:cs="Times New Roman"/>
        </w:rPr>
        <w:t>تێك دەدەم بە تۆ کلیلی شایەتیی ئاسمان؛ هەرچی لەسەر زەوی ببەستیت، لە ئاسماندا دەبەسترێت؛ و هەرچی لەسەر زەوی بکوژێرێت، لە ئاسماندا دەکوژرێتەوە. پاشان فەرمانی بە قوتابییەکانی دا کە بە هیچ کەس نەڵێن ئەو عیسای مەسیحە. لەو کاتەوە عیسا دەستی کرد بەوەی بۆ قوتابییەکانی ڕوون بکاتەوە کە دەبێت بڕوات بۆ ئۆرشەلیم، و زۆر شت لە دەستی پیران و سەرۆک‌کاهینان و نووسەران بچێژێت، و بکوژرێت، و لە ڕۆژی سێیەمدا هەستێندرێتەوە. ئەوسا پەترۆس بردی و دەستی کرد بە سەرزەنشتی کردنەوەی، و گوتی: ئەی خاوەن، خودا نەهێڵێت ئەم شتە بەسەرتدا بێت؛ ئەمە هەرگیز بۆ تۆ ڕوونادات. بەڵام ئەو وەرگەڕا و بە پەترۆسی گوت: لە پشتمەوە بڕۆ، شەیتان؛ تۆ بۆ من کۆسپیت، چونکە بیر لە شتەکانی خودا ناکەیتەوە، بەڵکو لە شتەکانی مرۆڤ. مەتا 16:19–23.</w:t>
      </w:r>
    </w:p>
    <w:p>
      <w:pPr>
        <w:pStyle w:val="ArticleBody"/>
        <w:jc w:val="left"/>
      </w:pPr>
      <w:r>
        <w:rPr>
          <w:rFonts w:ascii="Times New Roman" w:hAnsi="Times New Roman" w:eastAsia="Times New Roman" w:cs="Times New Roman"/>
        </w:rPr>
        <w:t xml:space="preserve">“Exeter” </w:t>
      </w:r>
      <w:r>
        <w:rPr>
          <w:rFonts w:ascii="Nirmala UI" w:hAnsi="Nirmala UI" w:eastAsia="Nirmala UI" w:cs="Nirmala UI"/>
        </w:rPr>
        <w:t>වචනය</w:t>
      </w:r>
      <w:r>
        <w:rPr>
          <w:rFonts w:ascii="Times New Roman" w:hAnsi="Times New Roman" w:eastAsia="Times New Roman" w:cs="Times New Roman"/>
        </w:rPr>
        <w:t xml:space="preserve"> </w:t>
      </w:r>
      <w:r>
        <w:rPr>
          <w:rFonts w:ascii="Nirmala UI" w:hAnsi="Nirmala UI" w:eastAsia="Nirmala UI" w:cs="Nirmala UI"/>
        </w:rPr>
        <w:t>එංගලන්තයේ</w:t>
      </w:r>
      <w:r>
        <w:rPr>
          <w:rFonts w:ascii="Times New Roman" w:hAnsi="Times New Roman" w:eastAsia="Times New Roman" w:cs="Times New Roman"/>
        </w:rPr>
        <w:t xml:space="preserve"> </w:t>
      </w:r>
      <w:r>
        <w:rPr>
          <w:rFonts w:ascii="Nirmala UI" w:hAnsi="Nirmala UI" w:eastAsia="Nirmala UI" w:cs="Nirmala UI"/>
        </w:rPr>
        <w:t>ඩෙවන්</w:t>
      </w:r>
      <w:r>
        <w:rPr>
          <w:rFonts w:ascii="Times New Roman" w:hAnsi="Times New Roman" w:eastAsia="Times New Roman" w:cs="Times New Roman"/>
        </w:rPr>
        <w:t xml:space="preserve"> </w:t>
      </w:r>
      <w:r>
        <w:rPr>
          <w:rFonts w:ascii="Nirmala UI" w:hAnsi="Nirmala UI" w:eastAsia="Nirmala UI" w:cs="Nirmala UI"/>
        </w:rPr>
        <w:t>ප්</w:t>
      </w:r>
      <w:r>
        <w:rPr>
          <w:rFonts w:ascii="Times New Roman" w:hAnsi="Times New Roman" w:eastAsia="Times New Roman" w:cs="Times New Roman"/>
        </w:rPr>
        <w:t>‍</w:t>
      </w:r>
      <w:r>
        <w:rPr>
          <w:rFonts w:ascii="Nirmala UI" w:hAnsi="Nirmala UI" w:eastAsia="Nirmala UI" w:cs="Nirmala UI"/>
        </w:rPr>
        <w:t>රදේශයේ</w:t>
      </w:r>
      <w:r>
        <w:rPr>
          <w:rFonts w:ascii="Times New Roman" w:hAnsi="Times New Roman" w:eastAsia="Times New Roman" w:cs="Times New Roman"/>
        </w:rPr>
        <w:t xml:space="preserve"> </w:t>
      </w:r>
      <w:r>
        <w:rPr>
          <w:rFonts w:ascii="Nirmala UI" w:hAnsi="Nirmala UI" w:eastAsia="Nirmala UI" w:cs="Nirmala UI"/>
        </w:rPr>
        <w:t>පිහිටි</w:t>
      </w:r>
      <w:r>
        <w:rPr>
          <w:rFonts w:ascii="Times New Roman" w:hAnsi="Times New Roman" w:eastAsia="Times New Roman" w:cs="Times New Roman"/>
        </w:rPr>
        <w:t xml:space="preserve"> </w:t>
      </w:r>
      <w:r>
        <w:rPr>
          <w:rFonts w:ascii="Nirmala UI" w:hAnsi="Nirmala UI" w:eastAsia="Nirmala UI" w:cs="Nirmala UI"/>
        </w:rPr>
        <w:t>නගරයක</w:t>
      </w:r>
      <w:r>
        <w:rPr>
          <w:rFonts w:ascii="Times New Roman" w:hAnsi="Times New Roman" w:eastAsia="Times New Roman" w:cs="Times New Roman"/>
        </w:rPr>
        <w:t xml:space="preserve"> </w:t>
      </w:r>
      <w:r>
        <w:rPr>
          <w:rFonts w:ascii="Nirmala UI" w:hAnsi="Nirmala UI" w:eastAsia="Nirmala UI" w:cs="Nirmala UI"/>
        </w:rPr>
        <w:t>නාමයයි</w:t>
      </w:r>
      <w:r>
        <w:rPr>
          <w:rFonts w:ascii="Times New Roman" w:hAnsi="Times New Roman" w:eastAsia="Times New Roman" w:cs="Times New Roman"/>
        </w:rPr>
        <w:t xml:space="preserve">. </w:t>
      </w:r>
      <w:r>
        <w:rPr>
          <w:rFonts w:ascii="Nirmala UI" w:hAnsi="Nirmala UI" w:eastAsia="Nirmala UI" w:cs="Nirmala UI"/>
        </w:rPr>
        <w:t>එහි</w:t>
      </w:r>
      <w:r>
        <w:rPr>
          <w:rFonts w:ascii="Times New Roman" w:hAnsi="Times New Roman" w:eastAsia="Times New Roman" w:cs="Times New Roman"/>
        </w:rPr>
        <w:t xml:space="preserve"> </w:t>
      </w:r>
      <w:r>
        <w:rPr>
          <w:rFonts w:ascii="Nirmala UI" w:hAnsi="Nirmala UI" w:eastAsia="Nirmala UI" w:cs="Nirmala UI"/>
        </w:rPr>
        <w:t>ව්</w:t>
      </w:r>
      <w:r>
        <w:rPr>
          <w:rFonts w:ascii="Times New Roman" w:hAnsi="Times New Roman" w:eastAsia="Times New Roman" w:cs="Times New Roman"/>
        </w:rPr>
        <w:t>‍</w:t>
      </w:r>
      <w:r>
        <w:rPr>
          <w:rFonts w:ascii="Nirmala UI" w:hAnsi="Nirmala UI" w:eastAsia="Nirmala UI" w:cs="Nirmala UI"/>
        </w:rPr>
        <w:t>යුත්පත්තිමය</w:t>
      </w:r>
      <w:r>
        <w:rPr>
          <w:rFonts w:ascii="Times New Roman" w:hAnsi="Times New Roman" w:eastAsia="Times New Roman" w:cs="Times New Roman"/>
        </w:rPr>
        <w:t xml:space="preserve"> </w:t>
      </w:r>
      <w:r>
        <w:rPr>
          <w:rFonts w:ascii="Nirmala UI" w:hAnsi="Nirmala UI" w:eastAsia="Nirmala UI" w:cs="Nirmala UI"/>
        </w:rPr>
        <w:t>මූලාරම්භය</w:t>
      </w:r>
      <w:r>
        <w:rPr>
          <w:rFonts w:ascii="Times New Roman" w:hAnsi="Times New Roman" w:eastAsia="Times New Roman" w:cs="Times New Roman"/>
        </w:rPr>
        <w:t xml:space="preserve"> </w:t>
      </w:r>
      <w:r>
        <w:rPr>
          <w:rFonts w:ascii="Nirmala UI" w:hAnsi="Nirmala UI" w:eastAsia="Nirmala UI" w:cs="Nirmala UI"/>
        </w:rPr>
        <w:t>පුරාණ</w:t>
      </w:r>
      <w:r>
        <w:rPr>
          <w:rFonts w:ascii="Times New Roman" w:hAnsi="Times New Roman" w:eastAsia="Times New Roman" w:cs="Times New Roman"/>
        </w:rPr>
        <w:t xml:space="preserve"> </w:t>
      </w:r>
      <w:r>
        <w:rPr>
          <w:rFonts w:ascii="Nirmala UI" w:hAnsi="Nirmala UI" w:eastAsia="Nirmala UI" w:cs="Nirmala UI"/>
        </w:rPr>
        <w:t>ඉංග්</w:t>
      </w:r>
      <w:r>
        <w:rPr>
          <w:rFonts w:ascii="Times New Roman" w:hAnsi="Times New Roman" w:eastAsia="Times New Roman" w:cs="Times New Roman"/>
        </w:rPr>
        <w:t>‍</w:t>
      </w:r>
      <w:r>
        <w:rPr>
          <w:rFonts w:ascii="Nirmala UI" w:hAnsi="Nirmala UI" w:eastAsia="Nirmala UI" w:cs="Nirmala UI"/>
        </w:rPr>
        <w:t>රීසි</w:t>
      </w:r>
      <w:r>
        <w:rPr>
          <w:rFonts w:ascii="Times New Roman" w:hAnsi="Times New Roman" w:eastAsia="Times New Roman" w:cs="Times New Roman"/>
        </w:rPr>
        <w:t xml:space="preserve"> </w:t>
      </w:r>
      <w:r>
        <w:rPr>
          <w:rFonts w:ascii="Nirmala UI" w:hAnsi="Nirmala UI" w:eastAsia="Nirmala UI" w:cs="Nirmala UI"/>
        </w:rPr>
        <w:t>භාෂාව</w:t>
      </w:r>
      <w:r>
        <w:rPr>
          <w:rFonts w:ascii="Times New Roman" w:hAnsi="Times New Roman" w:eastAsia="Times New Roman" w:cs="Times New Roman"/>
        </w:rPr>
        <w:t xml:space="preserve"> </w:t>
      </w:r>
      <w:r>
        <w:rPr>
          <w:rFonts w:ascii="Nirmala UI" w:hAnsi="Nirmala UI" w:eastAsia="Nirmala UI" w:cs="Nirmala UI"/>
        </w:rPr>
        <w:t>දක්වා</w:t>
      </w:r>
      <w:r>
        <w:rPr>
          <w:rFonts w:ascii="Times New Roman" w:hAnsi="Times New Roman" w:eastAsia="Times New Roman" w:cs="Times New Roman"/>
        </w:rPr>
        <w:t xml:space="preserve"> </w:t>
      </w:r>
      <w:r>
        <w:rPr>
          <w:rFonts w:ascii="Nirmala UI" w:hAnsi="Nirmala UI" w:eastAsia="Nirmala UI" w:cs="Nirmala UI"/>
        </w:rPr>
        <w:t>අනුවලිය</w:t>
      </w:r>
      <w:r>
        <w:rPr>
          <w:rFonts w:ascii="Times New Roman" w:hAnsi="Times New Roman" w:eastAsia="Times New Roman" w:cs="Times New Roman"/>
        </w:rPr>
        <w:t xml:space="preserve"> </w:t>
      </w:r>
      <w:r>
        <w:rPr>
          <w:rFonts w:ascii="Nirmala UI" w:hAnsi="Nirmala UI" w:eastAsia="Nirmala UI" w:cs="Nirmala UI"/>
        </w:rPr>
        <w:t>හැකි</w:t>
      </w:r>
      <w:r>
        <w:rPr>
          <w:rFonts w:ascii="Times New Roman" w:hAnsi="Times New Roman" w:eastAsia="Times New Roman" w:cs="Times New Roman"/>
        </w:rPr>
        <w:t xml:space="preserve"> </w:t>
      </w:r>
      <w:r>
        <w:rPr>
          <w:rFonts w:ascii="Nirmala UI" w:hAnsi="Nirmala UI" w:eastAsia="Nirmala UI" w:cs="Nirmala UI"/>
        </w:rPr>
        <w:t>අතර</w:t>
      </w:r>
      <w:r>
        <w:rPr>
          <w:rFonts w:ascii="Times New Roman" w:hAnsi="Times New Roman" w:eastAsia="Times New Roman" w:cs="Times New Roman"/>
        </w:rPr>
        <w:t xml:space="preserve">, </w:t>
      </w:r>
      <w:r>
        <w:rPr>
          <w:rFonts w:ascii="Nirmala UI" w:hAnsi="Nirmala UI" w:eastAsia="Nirmala UI" w:cs="Nirmala UI"/>
        </w:rPr>
        <w:t>එහිදී</w:t>
      </w:r>
      <w:r>
        <w:rPr>
          <w:rFonts w:ascii="Times New Roman" w:hAnsi="Times New Roman" w:eastAsia="Times New Roman" w:cs="Times New Roman"/>
        </w:rPr>
        <w:t xml:space="preserve"> </w:t>
      </w:r>
      <w:r>
        <w:rPr>
          <w:rFonts w:ascii="Nirmala UI" w:hAnsi="Nirmala UI" w:eastAsia="Nirmala UI" w:cs="Nirmala UI"/>
        </w:rPr>
        <w:t>එය</w:t>
      </w:r>
      <w:r>
        <w:rPr>
          <w:rFonts w:ascii="Times New Roman" w:hAnsi="Times New Roman" w:eastAsia="Times New Roman" w:cs="Times New Roman"/>
        </w:rPr>
        <w:t xml:space="preserve"> “Exanceaster” </w:t>
      </w:r>
      <w:r>
        <w:rPr>
          <w:rFonts w:ascii="Nirmala UI" w:hAnsi="Nirmala UI" w:eastAsia="Nirmala UI" w:cs="Nirmala UI"/>
        </w:rPr>
        <w:t>හෝ</w:t>
      </w:r>
      <w:r>
        <w:rPr>
          <w:rFonts w:ascii="Times New Roman" w:hAnsi="Times New Roman" w:eastAsia="Times New Roman" w:cs="Times New Roman"/>
        </w:rPr>
        <w:t xml:space="preserve"> “Execestre” </w:t>
      </w:r>
      <w:r>
        <w:rPr>
          <w:rFonts w:ascii="Nirmala UI" w:hAnsi="Nirmala UI" w:eastAsia="Nirmala UI" w:cs="Nirmala UI"/>
        </w:rPr>
        <w:t>ලෙස</w:t>
      </w:r>
      <w:r>
        <w:rPr>
          <w:rFonts w:ascii="Times New Roman" w:hAnsi="Times New Roman" w:eastAsia="Times New Roman" w:cs="Times New Roman"/>
        </w:rPr>
        <w:t xml:space="preserve"> </w:t>
      </w:r>
      <w:r>
        <w:rPr>
          <w:rFonts w:ascii="Nirmala UI" w:hAnsi="Nirmala UI" w:eastAsia="Nirmala UI" w:cs="Nirmala UI"/>
        </w:rPr>
        <w:t>හැඳින්වුණි</w:t>
      </w:r>
      <w:r>
        <w:rPr>
          <w:rFonts w:ascii="Times New Roman" w:hAnsi="Times New Roman" w:eastAsia="Times New Roman" w:cs="Times New Roman"/>
        </w:rPr>
        <w:t xml:space="preserve">. </w:t>
      </w:r>
      <w:r>
        <w:rPr>
          <w:rFonts w:ascii="Nirmala UI" w:hAnsi="Nirmala UI" w:eastAsia="Nirmala UI" w:cs="Nirmala UI"/>
        </w:rPr>
        <w:t>මෙම</w:t>
      </w:r>
      <w:r>
        <w:rPr>
          <w:rFonts w:ascii="Times New Roman" w:hAnsi="Times New Roman" w:eastAsia="Times New Roman" w:cs="Times New Roman"/>
        </w:rPr>
        <w:t xml:space="preserve"> </w:t>
      </w:r>
      <w:r>
        <w:rPr>
          <w:rFonts w:ascii="Nirmala UI" w:hAnsi="Nirmala UI" w:eastAsia="Nirmala UI" w:cs="Nirmala UI"/>
        </w:rPr>
        <w:t>නාමය</w:t>
      </w:r>
      <w:r>
        <w:rPr>
          <w:rFonts w:ascii="Times New Roman" w:hAnsi="Times New Roman" w:eastAsia="Times New Roman" w:cs="Times New Roman"/>
        </w:rPr>
        <w:t xml:space="preserve"> </w:t>
      </w:r>
      <w:r>
        <w:rPr>
          <w:rFonts w:ascii="Nirmala UI" w:hAnsi="Nirmala UI" w:eastAsia="Nirmala UI" w:cs="Nirmala UI"/>
        </w:rPr>
        <w:t>පුරාණ</w:t>
      </w:r>
      <w:r>
        <w:rPr>
          <w:rFonts w:ascii="Times New Roman" w:hAnsi="Times New Roman" w:eastAsia="Times New Roman" w:cs="Times New Roman"/>
        </w:rPr>
        <w:t xml:space="preserve"> </w:t>
      </w:r>
      <w:r>
        <w:rPr>
          <w:rFonts w:ascii="Nirmala UI" w:hAnsi="Nirmala UI" w:eastAsia="Nirmala UI" w:cs="Nirmala UI"/>
        </w:rPr>
        <w:t>ඉංග්</w:t>
      </w:r>
      <w:r>
        <w:rPr>
          <w:rFonts w:ascii="Times New Roman" w:hAnsi="Times New Roman" w:eastAsia="Times New Roman" w:cs="Times New Roman"/>
        </w:rPr>
        <w:t>‍</w:t>
      </w:r>
      <w:r>
        <w:rPr>
          <w:rFonts w:ascii="Nirmala UI" w:hAnsi="Nirmala UI" w:eastAsia="Nirmala UI" w:cs="Nirmala UI"/>
        </w:rPr>
        <w:t>රීසි</w:t>
      </w:r>
      <w:r>
        <w:rPr>
          <w:rFonts w:ascii="Times New Roman" w:hAnsi="Times New Roman" w:eastAsia="Times New Roman" w:cs="Times New Roman"/>
        </w:rPr>
        <w:t xml:space="preserve"> </w:t>
      </w:r>
      <w:r>
        <w:rPr>
          <w:rFonts w:ascii="Nirmala UI" w:hAnsi="Nirmala UI" w:eastAsia="Nirmala UI" w:cs="Nirmala UI"/>
        </w:rPr>
        <w:t>වචන</w:t>
      </w:r>
      <w:r>
        <w:rPr>
          <w:rFonts w:ascii="Times New Roman" w:hAnsi="Times New Roman" w:eastAsia="Times New Roman" w:cs="Times New Roman"/>
        </w:rPr>
        <w:t xml:space="preserve"> </w:t>
      </w:r>
      <w:r>
        <w:rPr>
          <w:rFonts w:ascii="Nirmala UI" w:hAnsi="Nirmala UI" w:eastAsia="Nirmala UI" w:cs="Nirmala UI"/>
        </w:rPr>
        <w:t>වන</w:t>
      </w:r>
      <w:r>
        <w:rPr>
          <w:rFonts w:ascii="Times New Roman" w:hAnsi="Times New Roman" w:eastAsia="Times New Roman" w:cs="Times New Roman"/>
        </w:rPr>
        <w:t xml:space="preserve"> “Exe” (</w:t>
      </w:r>
      <w:r>
        <w:rPr>
          <w:rFonts w:ascii="Nirmala UI" w:hAnsi="Nirmala UI" w:eastAsia="Nirmala UI" w:cs="Nirmala UI"/>
        </w:rPr>
        <w:t>නගරය</w:t>
      </w:r>
      <w:r>
        <w:rPr>
          <w:rFonts w:ascii="Times New Roman" w:hAnsi="Times New Roman" w:eastAsia="Times New Roman" w:cs="Times New Roman"/>
        </w:rPr>
        <w:t xml:space="preserve"> </w:t>
      </w:r>
      <w:r>
        <w:rPr>
          <w:rFonts w:ascii="Nirmala UI" w:hAnsi="Nirmala UI" w:eastAsia="Nirmala UI" w:cs="Nirmala UI"/>
        </w:rPr>
        <w:t>පිහිටා</w:t>
      </w:r>
      <w:r>
        <w:rPr>
          <w:rFonts w:ascii="Times New Roman" w:hAnsi="Times New Roman" w:eastAsia="Times New Roman" w:cs="Times New Roman"/>
        </w:rPr>
        <w:t xml:space="preserve"> </w:t>
      </w:r>
      <w:r>
        <w:rPr>
          <w:rFonts w:ascii="Nirmala UI" w:hAnsi="Nirmala UI" w:eastAsia="Nirmala UI" w:cs="Nirmala UI"/>
        </w:rPr>
        <w:t>ඇති</w:t>
      </w:r>
      <w:r>
        <w:rPr>
          <w:rFonts w:ascii="Times New Roman" w:hAnsi="Times New Roman" w:eastAsia="Times New Roman" w:cs="Times New Roman"/>
        </w:rPr>
        <w:t xml:space="preserve"> Exe </w:t>
      </w:r>
      <w:r>
        <w:rPr>
          <w:rFonts w:ascii="Nirmala UI" w:hAnsi="Nirmala UI" w:eastAsia="Nirmala UI" w:cs="Nirmala UI"/>
        </w:rPr>
        <w:t>නදියට</w:t>
      </w:r>
      <w:r>
        <w:rPr>
          <w:rFonts w:ascii="Times New Roman" w:hAnsi="Times New Roman" w:eastAsia="Times New Roman" w:cs="Times New Roman"/>
        </w:rPr>
        <w:t xml:space="preserve"> </w:t>
      </w:r>
      <w:r>
        <w:rPr>
          <w:rFonts w:ascii="Nirmala UI" w:hAnsi="Nirmala UI" w:eastAsia="Nirmala UI" w:cs="Nirmala UI"/>
        </w:rPr>
        <w:t>යොමු</w:t>
      </w:r>
      <w:r>
        <w:rPr>
          <w:rFonts w:ascii="Times New Roman" w:hAnsi="Times New Roman" w:eastAsia="Times New Roman" w:cs="Times New Roman"/>
        </w:rPr>
        <w:t xml:space="preserve"> </w:t>
      </w:r>
      <w:r>
        <w:rPr>
          <w:rFonts w:ascii="Nirmala UI" w:hAnsi="Nirmala UI" w:eastAsia="Nirmala UI" w:cs="Nirmala UI"/>
        </w:rPr>
        <w:t>වන</w:t>
      </w:r>
      <w:r>
        <w:rPr>
          <w:rFonts w:ascii="Times New Roman" w:hAnsi="Times New Roman" w:eastAsia="Times New Roman" w:cs="Times New Roman"/>
        </w:rPr>
        <w:t xml:space="preserve">) </w:t>
      </w:r>
      <w:r>
        <w:rPr>
          <w:rFonts w:ascii="Nirmala UI" w:hAnsi="Nirmala UI" w:eastAsia="Nirmala UI" w:cs="Nirmala UI"/>
        </w:rPr>
        <w:t>සහ</w:t>
      </w:r>
      <w:r>
        <w:rPr>
          <w:rFonts w:ascii="Times New Roman" w:hAnsi="Times New Roman" w:eastAsia="Times New Roman" w:cs="Times New Roman"/>
        </w:rPr>
        <w:t xml:space="preserve"> “ceaster” (“</w:t>
      </w:r>
      <w:r>
        <w:rPr>
          <w:rFonts w:ascii="Nirmala UI" w:hAnsi="Nirmala UI" w:eastAsia="Nirmala UI" w:cs="Nirmala UI"/>
        </w:rPr>
        <w:t>රෝම</w:t>
      </w:r>
      <w:r>
        <w:rPr>
          <w:rFonts w:ascii="Times New Roman" w:hAnsi="Times New Roman" w:eastAsia="Times New Roman" w:cs="Times New Roman"/>
        </w:rPr>
        <w:t xml:space="preserve"> </w:t>
      </w:r>
      <w:r>
        <w:rPr>
          <w:rFonts w:ascii="Nirmala UI" w:hAnsi="Nirmala UI" w:eastAsia="Nirmala UI" w:cs="Nirmala UI"/>
        </w:rPr>
        <w:t>බලකොටුව</w:t>
      </w:r>
      <w:r>
        <w:rPr>
          <w:rFonts w:ascii="Times New Roman" w:hAnsi="Times New Roman" w:eastAsia="Times New Roman" w:cs="Times New Roman"/>
        </w:rPr>
        <w:t xml:space="preserve">” </w:t>
      </w:r>
      <w:r>
        <w:rPr>
          <w:rFonts w:ascii="Nirmala UI" w:hAnsi="Nirmala UI" w:eastAsia="Nirmala UI" w:cs="Nirmala UI"/>
        </w:rPr>
        <w:t>හෝ</w:t>
      </w:r>
      <w:r>
        <w:rPr>
          <w:rFonts w:ascii="Times New Roman" w:hAnsi="Times New Roman" w:eastAsia="Times New Roman" w:cs="Times New Roman"/>
        </w:rPr>
        <w:t xml:space="preserve"> “</w:t>
      </w:r>
      <w:r>
        <w:rPr>
          <w:rFonts w:ascii="Nirmala UI" w:hAnsi="Nirmala UI" w:eastAsia="Nirmala UI" w:cs="Nirmala UI"/>
        </w:rPr>
        <w:t>බිත්තිවලින්</w:t>
      </w:r>
      <w:r>
        <w:rPr>
          <w:rFonts w:ascii="Times New Roman" w:hAnsi="Times New Roman" w:eastAsia="Times New Roman" w:cs="Times New Roman"/>
        </w:rPr>
        <w:t xml:space="preserve"> </w:t>
      </w:r>
      <w:r>
        <w:rPr>
          <w:rFonts w:ascii="Nirmala UI" w:hAnsi="Nirmala UI" w:eastAsia="Nirmala UI" w:cs="Nirmala UI"/>
        </w:rPr>
        <w:t>වට</w:t>
      </w:r>
      <w:r>
        <w:rPr>
          <w:rFonts w:ascii="Times New Roman" w:hAnsi="Times New Roman" w:eastAsia="Times New Roman" w:cs="Times New Roman"/>
        </w:rPr>
        <w:t xml:space="preserve"> </w:t>
      </w:r>
      <w:r>
        <w:rPr>
          <w:rFonts w:ascii="Nirmala UI" w:hAnsi="Nirmala UI" w:eastAsia="Nirmala UI" w:cs="Nirmala UI"/>
        </w:rPr>
        <w:t>වූ</w:t>
      </w:r>
      <w:r>
        <w:rPr>
          <w:rFonts w:ascii="Times New Roman" w:hAnsi="Times New Roman" w:eastAsia="Times New Roman" w:cs="Times New Roman"/>
        </w:rPr>
        <w:t xml:space="preserve"> </w:t>
      </w:r>
      <w:r>
        <w:rPr>
          <w:rFonts w:ascii="Nirmala UI" w:hAnsi="Nirmala UI" w:eastAsia="Nirmala UI" w:cs="Nirmala UI"/>
        </w:rPr>
        <w:t>නගරය</w:t>
      </w:r>
      <w:r>
        <w:rPr>
          <w:rFonts w:ascii="Times New Roman" w:hAnsi="Times New Roman" w:eastAsia="Times New Roman" w:cs="Times New Roman"/>
        </w:rPr>
        <w:t xml:space="preserve">” </w:t>
      </w:r>
      <w:r>
        <w:rPr>
          <w:rFonts w:ascii="Nirmala UI" w:hAnsi="Nirmala UI" w:eastAsia="Nirmala UI" w:cs="Nirmala UI"/>
        </w:rPr>
        <w:t>යන</w:t>
      </w:r>
      <w:r>
        <w:rPr>
          <w:rFonts w:ascii="Times New Roman" w:hAnsi="Times New Roman" w:eastAsia="Times New Roman" w:cs="Times New Roman"/>
        </w:rPr>
        <w:t xml:space="preserve"> </w:t>
      </w:r>
      <w:r>
        <w:rPr>
          <w:rFonts w:ascii="Nirmala UI" w:hAnsi="Nirmala UI" w:eastAsia="Nirmala UI" w:cs="Nirmala UI"/>
        </w:rPr>
        <w:t>අර්ථය</w:t>
      </w:r>
      <w:r>
        <w:rPr>
          <w:rFonts w:ascii="Times New Roman" w:hAnsi="Times New Roman" w:eastAsia="Times New Roman" w:cs="Times New Roman"/>
        </w:rPr>
        <w:t xml:space="preserve"> </w:t>
      </w:r>
      <w:r>
        <w:rPr>
          <w:rFonts w:ascii="Nirmala UI" w:hAnsi="Nirmala UI" w:eastAsia="Nirmala UI" w:cs="Nirmala UI"/>
        </w:rPr>
        <w:t>දක්වන</w:t>
      </w:r>
      <w:r>
        <w:rPr>
          <w:rFonts w:ascii="Times New Roman" w:hAnsi="Times New Roman" w:eastAsia="Times New Roman" w:cs="Times New Roman"/>
        </w:rPr>
        <w:t xml:space="preserve">) </w:t>
      </w:r>
      <w:r>
        <w:rPr>
          <w:rFonts w:ascii="Nirmala UI" w:hAnsi="Nirmala UI" w:eastAsia="Nirmala UI" w:cs="Nirmala UI"/>
        </w:rPr>
        <w:t>යන</w:t>
      </w:r>
      <w:r>
        <w:rPr>
          <w:rFonts w:ascii="Times New Roman" w:hAnsi="Times New Roman" w:eastAsia="Times New Roman" w:cs="Times New Roman"/>
        </w:rPr>
        <w:t xml:space="preserve"> </w:t>
      </w:r>
      <w:r>
        <w:rPr>
          <w:rFonts w:ascii="Nirmala UI" w:hAnsi="Nirmala UI" w:eastAsia="Nirmala UI" w:cs="Nirmala UI"/>
        </w:rPr>
        <w:t>වචනවලින්</w:t>
      </w:r>
      <w:r>
        <w:rPr>
          <w:rFonts w:ascii="Times New Roman" w:hAnsi="Times New Roman" w:eastAsia="Times New Roman" w:cs="Times New Roman"/>
        </w:rPr>
        <w:t xml:space="preserve"> </w:t>
      </w:r>
      <w:r>
        <w:rPr>
          <w:rFonts w:ascii="Nirmala UI" w:hAnsi="Nirmala UI" w:eastAsia="Nirmala UI" w:cs="Nirmala UI"/>
        </w:rPr>
        <w:t>උද්භව</w:t>
      </w:r>
      <w:r>
        <w:rPr>
          <w:rFonts w:ascii="Times New Roman" w:hAnsi="Times New Roman" w:eastAsia="Times New Roman" w:cs="Times New Roman"/>
        </w:rPr>
        <w:t xml:space="preserve"> </w:t>
      </w:r>
      <w:r>
        <w:rPr>
          <w:rFonts w:ascii="Nirmala UI" w:hAnsi="Nirmala UI" w:eastAsia="Nirmala UI" w:cs="Nirmala UI"/>
        </w:rPr>
        <w:t>වූවක්</w:t>
      </w:r>
      <w:r>
        <w:rPr>
          <w:rFonts w:ascii="Times New Roman" w:hAnsi="Times New Roman" w:eastAsia="Times New Roman" w:cs="Times New Roman"/>
        </w:rPr>
        <w:t xml:space="preserve"> </w:t>
      </w:r>
      <w:r>
        <w:rPr>
          <w:rFonts w:ascii="Nirmala UI" w:hAnsi="Nirmala UI" w:eastAsia="Nirmala UI" w:cs="Nirmala UI"/>
        </w:rPr>
        <w:t>යැයි</w:t>
      </w:r>
      <w:r>
        <w:rPr>
          <w:rFonts w:ascii="Times New Roman" w:hAnsi="Times New Roman" w:eastAsia="Times New Roman" w:cs="Times New Roman"/>
        </w:rPr>
        <w:t xml:space="preserve"> </w:t>
      </w:r>
      <w:r>
        <w:rPr>
          <w:rFonts w:ascii="Nirmala UI" w:hAnsi="Nirmala UI" w:eastAsia="Nirmala UI" w:cs="Nirmala UI"/>
        </w:rPr>
        <w:t>විශ්වාස</w:t>
      </w:r>
      <w:r>
        <w:rPr>
          <w:rFonts w:ascii="Times New Roman" w:hAnsi="Times New Roman" w:eastAsia="Times New Roman" w:cs="Times New Roman"/>
        </w:rPr>
        <w:t xml:space="preserve"> </w:t>
      </w:r>
      <w:r>
        <w:rPr>
          <w:rFonts w:ascii="Nirmala UI" w:hAnsi="Nirmala UI" w:eastAsia="Nirmala UI" w:cs="Nirmala UI"/>
        </w:rPr>
        <w:t>කෙරේ</w:t>
      </w:r>
      <w:r>
        <w:rPr>
          <w:rFonts w:ascii="Times New Roman" w:hAnsi="Times New Roman" w:eastAsia="Times New Roman" w:cs="Times New Roman"/>
        </w:rPr>
        <w:t xml:space="preserve">. </w:t>
      </w:r>
      <w:r>
        <w:rPr>
          <w:rFonts w:ascii="Nirmala UI" w:hAnsi="Nirmala UI" w:eastAsia="Nirmala UI" w:cs="Nirmala UI"/>
        </w:rPr>
        <w:t>එබැවින්</w:t>
      </w:r>
      <w:r>
        <w:rPr>
          <w:rFonts w:ascii="Times New Roman" w:hAnsi="Times New Roman" w:eastAsia="Times New Roman" w:cs="Times New Roman"/>
        </w:rPr>
        <w:t xml:space="preserve"> “Exeter” </w:t>
      </w:r>
      <w:r>
        <w:rPr>
          <w:rFonts w:ascii="Nirmala UI" w:hAnsi="Nirmala UI" w:eastAsia="Nirmala UI" w:cs="Nirmala UI"/>
        </w:rPr>
        <w:t>යන්නෙන්</w:t>
      </w:r>
      <w:r>
        <w:rPr>
          <w:rFonts w:ascii="Times New Roman" w:hAnsi="Times New Roman" w:eastAsia="Times New Roman" w:cs="Times New Roman"/>
        </w:rPr>
        <w:t xml:space="preserve"> </w:t>
      </w:r>
      <w:r>
        <w:rPr>
          <w:rFonts w:ascii="Nirmala UI" w:hAnsi="Nirmala UI" w:eastAsia="Nirmala UI" w:cs="Nirmala UI"/>
        </w:rPr>
        <w:t>අදහස්</w:t>
      </w:r>
      <w:r>
        <w:rPr>
          <w:rFonts w:ascii="Times New Roman" w:hAnsi="Times New Roman" w:eastAsia="Times New Roman" w:cs="Times New Roman"/>
        </w:rPr>
        <w:t xml:space="preserve"> </w:t>
      </w:r>
      <w:r>
        <w:rPr>
          <w:rFonts w:ascii="Nirmala UI" w:hAnsi="Nirmala UI" w:eastAsia="Nirmala UI" w:cs="Nirmala UI"/>
        </w:rPr>
        <w:t>වන්නේ</w:t>
      </w:r>
      <w:r>
        <w:rPr>
          <w:rFonts w:ascii="Times New Roman" w:hAnsi="Times New Roman" w:eastAsia="Times New Roman" w:cs="Times New Roman"/>
        </w:rPr>
        <w:t xml:space="preserve"> “Exe </w:t>
      </w:r>
      <w:r>
        <w:rPr>
          <w:rFonts w:ascii="Nirmala UI" w:hAnsi="Nirmala UI" w:eastAsia="Nirmala UI" w:cs="Nirmala UI"/>
        </w:rPr>
        <w:t>නදිය</w:t>
      </w:r>
      <w:r>
        <w:rPr>
          <w:rFonts w:ascii="Times New Roman" w:hAnsi="Times New Roman" w:eastAsia="Times New Roman" w:cs="Times New Roman"/>
        </w:rPr>
        <w:t xml:space="preserve"> </w:t>
      </w:r>
      <w:r>
        <w:rPr>
          <w:rFonts w:ascii="Nirmala UI" w:hAnsi="Nirmala UI" w:eastAsia="Nirmala UI" w:cs="Nirmala UI"/>
        </w:rPr>
        <w:t>මත</w:t>
      </w:r>
      <w:r>
        <w:rPr>
          <w:rFonts w:ascii="Times New Roman" w:hAnsi="Times New Roman" w:eastAsia="Times New Roman" w:cs="Times New Roman"/>
        </w:rPr>
        <w:t xml:space="preserve"> </w:t>
      </w:r>
      <w:r>
        <w:rPr>
          <w:rFonts w:ascii="Nirmala UI" w:hAnsi="Nirmala UI" w:eastAsia="Nirmala UI" w:cs="Nirmala UI"/>
        </w:rPr>
        <w:t>පිහිටි</w:t>
      </w:r>
      <w:r>
        <w:rPr>
          <w:rFonts w:ascii="Times New Roman" w:hAnsi="Times New Roman" w:eastAsia="Times New Roman" w:cs="Times New Roman"/>
        </w:rPr>
        <w:t xml:space="preserve"> </w:t>
      </w:r>
      <w:r>
        <w:rPr>
          <w:rFonts w:ascii="Nirmala UI" w:hAnsi="Nirmala UI" w:eastAsia="Nirmala UI" w:cs="Nirmala UI"/>
        </w:rPr>
        <w:t>බලකොටුව</w:t>
      </w:r>
      <w:r>
        <w:rPr>
          <w:rFonts w:ascii="Times New Roman" w:hAnsi="Times New Roman" w:eastAsia="Times New Roman" w:cs="Times New Roman"/>
        </w:rPr>
        <w:t xml:space="preserve">” </w:t>
      </w:r>
      <w:r>
        <w:rPr>
          <w:rFonts w:ascii="Nirmala UI" w:hAnsi="Nirmala UI" w:eastAsia="Nirmala UI" w:cs="Nirmala UI"/>
        </w:rPr>
        <w:t>හෝ</w:t>
      </w:r>
      <w:r>
        <w:rPr>
          <w:rFonts w:ascii="Times New Roman" w:hAnsi="Times New Roman" w:eastAsia="Times New Roman" w:cs="Times New Roman"/>
        </w:rPr>
        <w:t xml:space="preserve"> “Exe </w:t>
      </w:r>
      <w:r>
        <w:rPr>
          <w:rFonts w:ascii="Nirmala UI" w:hAnsi="Nirmala UI" w:eastAsia="Nirmala UI" w:cs="Nirmala UI"/>
        </w:rPr>
        <w:t>නදිය</w:t>
      </w:r>
      <w:r>
        <w:rPr>
          <w:rFonts w:ascii="Times New Roman" w:hAnsi="Times New Roman" w:eastAsia="Times New Roman" w:cs="Times New Roman"/>
        </w:rPr>
        <w:t xml:space="preserve"> </w:t>
      </w:r>
      <w:r>
        <w:rPr>
          <w:rFonts w:ascii="Nirmala UI" w:hAnsi="Nirmala UI" w:eastAsia="Nirmala UI" w:cs="Nirmala UI"/>
        </w:rPr>
        <w:t>අසල</w:t>
      </w:r>
      <w:r>
        <w:rPr>
          <w:rFonts w:ascii="Times New Roman" w:hAnsi="Times New Roman" w:eastAsia="Times New Roman" w:cs="Times New Roman"/>
        </w:rPr>
        <w:t xml:space="preserve"> </w:t>
      </w:r>
      <w:r>
        <w:rPr>
          <w:rFonts w:ascii="Nirmala UI" w:hAnsi="Nirmala UI" w:eastAsia="Nirmala UI" w:cs="Nirmala UI"/>
        </w:rPr>
        <w:t>බිත්තිවලින්</w:t>
      </w:r>
      <w:r>
        <w:rPr>
          <w:rFonts w:ascii="Times New Roman" w:hAnsi="Times New Roman" w:eastAsia="Times New Roman" w:cs="Times New Roman"/>
        </w:rPr>
        <w:t xml:space="preserve"> </w:t>
      </w:r>
      <w:r>
        <w:rPr>
          <w:rFonts w:ascii="Nirmala UI" w:hAnsi="Nirmala UI" w:eastAsia="Nirmala UI" w:cs="Nirmala UI"/>
        </w:rPr>
        <w:t>වට</w:t>
      </w:r>
      <w:r>
        <w:rPr>
          <w:rFonts w:ascii="Times New Roman" w:hAnsi="Times New Roman" w:eastAsia="Times New Roman" w:cs="Times New Roman"/>
        </w:rPr>
        <w:t xml:space="preserve"> </w:t>
      </w:r>
      <w:r>
        <w:rPr>
          <w:rFonts w:ascii="Nirmala UI" w:hAnsi="Nirmala UI" w:eastAsia="Nirmala UI" w:cs="Nirmala UI"/>
        </w:rPr>
        <w:t>වූ</w:t>
      </w:r>
      <w:r>
        <w:rPr>
          <w:rFonts w:ascii="Times New Roman" w:hAnsi="Times New Roman" w:eastAsia="Times New Roman" w:cs="Times New Roman"/>
        </w:rPr>
        <w:t xml:space="preserve"> </w:t>
      </w:r>
      <w:r>
        <w:rPr>
          <w:rFonts w:ascii="Nirmala UI" w:hAnsi="Nirmala UI" w:eastAsia="Nirmala UI" w:cs="Nirmala UI"/>
        </w:rPr>
        <w:t>නගරය</w:t>
      </w:r>
      <w:r>
        <w:rPr>
          <w:rFonts w:ascii="Times New Roman" w:hAnsi="Times New Roman" w:eastAsia="Times New Roman" w:cs="Times New Roman"/>
        </w:rPr>
        <w:t xml:space="preserve">” </w:t>
      </w:r>
      <w:r>
        <w:rPr>
          <w:rFonts w:ascii="Nirmala UI" w:hAnsi="Nirmala UI" w:eastAsia="Nirmala UI" w:cs="Nirmala UI"/>
        </w:rPr>
        <w:t>යන</w:t>
      </w:r>
      <w:r>
        <w:rPr>
          <w:rFonts w:ascii="Times New Roman" w:hAnsi="Times New Roman" w:eastAsia="Times New Roman" w:cs="Times New Roman"/>
        </w:rPr>
        <w:t xml:space="preserve"> </w:t>
      </w:r>
      <w:r>
        <w:rPr>
          <w:rFonts w:ascii="Nirmala UI" w:hAnsi="Nirmala UI" w:eastAsia="Nirmala UI" w:cs="Nirmala UI"/>
        </w:rPr>
        <w:t>දෙකෙන්</w:t>
      </w:r>
      <w:r>
        <w:rPr>
          <w:rFonts w:ascii="Times New Roman" w:hAnsi="Times New Roman" w:eastAsia="Times New Roman" w:cs="Times New Roman"/>
        </w:rPr>
        <w:t xml:space="preserve"> </w:t>
      </w:r>
      <w:r>
        <w:rPr>
          <w:rFonts w:ascii="Nirmala UI" w:hAnsi="Nirmala UI" w:eastAsia="Nirmala UI" w:cs="Nirmala UI"/>
        </w:rPr>
        <w:t>එකකි</w:t>
      </w:r>
      <w:r>
        <w:rPr>
          <w:rFonts w:ascii="Times New Roman" w:hAnsi="Times New Roman" w:eastAsia="Times New Roman" w:cs="Times New Roman"/>
        </w:rPr>
        <w:t xml:space="preserve">. </w:t>
      </w:r>
      <w:r>
        <w:rPr>
          <w:rFonts w:ascii="Nirmala UI" w:hAnsi="Nirmala UI" w:eastAsia="Nirmala UI" w:cs="Nirmala UI"/>
        </w:rPr>
        <w:t>මිලර්වාදී</w:t>
      </w:r>
      <w:r>
        <w:rPr>
          <w:rFonts w:ascii="Times New Roman" w:hAnsi="Times New Roman" w:eastAsia="Times New Roman" w:cs="Times New Roman"/>
        </w:rPr>
        <w:t xml:space="preserve"> </w:t>
      </w:r>
      <w:r>
        <w:rPr>
          <w:rFonts w:ascii="Nirmala UI" w:hAnsi="Nirmala UI" w:eastAsia="Nirmala UI" w:cs="Nirmala UI"/>
        </w:rPr>
        <w:t>ඉතිහාසයේ</w:t>
      </w:r>
      <w:r>
        <w:rPr>
          <w:rFonts w:ascii="Times New Roman" w:hAnsi="Times New Roman" w:eastAsia="Times New Roman" w:cs="Times New Roman"/>
        </w:rPr>
        <w:t xml:space="preserve"> </w:t>
      </w:r>
      <w:r>
        <w:rPr>
          <w:rFonts w:ascii="Nirmala UI" w:hAnsi="Nirmala UI" w:eastAsia="Nirmala UI" w:cs="Nirmala UI"/>
        </w:rPr>
        <w:t>මධ්</w:t>
      </w:r>
      <w:r>
        <w:rPr>
          <w:rFonts w:ascii="Times New Roman" w:hAnsi="Times New Roman" w:eastAsia="Times New Roman" w:cs="Times New Roman"/>
        </w:rPr>
        <w:t>‍</w:t>
      </w:r>
      <w:r>
        <w:rPr>
          <w:rFonts w:ascii="Nirmala UI" w:hAnsi="Nirmala UI" w:eastAsia="Nirmala UI" w:cs="Nirmala UI"/>
        </w:rPr>
        <w:t>යරාත්</w:t>
      </w:r>
      <w:r>
        <w:rPr>
          <w:rFonts w:ascii="Times New Roman" w:hAnsi="Times New Roman" w:eastAsia="Times New Roman" w:cs="Times New Roman"/>
        </w:rPr>
        <w:t>‍</w:t>
      </w:r>
      <w:r>
        <w:rPr>
          <w:rFonts w:ascii="Nirmala UI" w:hAnsi="Nirmala UI" w:eastAsia="Nirmala UI" w:cs="Nirmala UI"/>
        </w:rPr>
        <w:t>රි</w:t>
      </w:r>
      <w:r>
        <w:rPr>
          <w:rFonts w:ascii="Times New Roman" w:hAnsi="Times New Roman" w:eastAsia="Times New Roman" w:cs="Times New Roman"/>
        </w:rPr>
        <w:t xml:space="preserve"> </w:t>
      </w:r>
      <w:r>
        <w:rPr>
          <w:rFonts w:ascii="Nirmala UI" w:hAnsi="Nirmala UI" w:eastAsia="Nirmala UI" w:cs="Nirmala UI"/>
        </w:rPr>
        <w:t>හඬාකැවුම</w:t>
      </w:r>
      <w:r>
        <w:rPr>
          <w:rFonts w:ascii="Times New Roman" w:hAnsi="Times New Roman" w:eastAsia="Times New Roman" w:cs="Times New Roman"/>
        </w:rPr>
        <w:t xml:space="preserve"> </w:t>
      </w:r>
      <w:r>
        <w:rPr>
          <w:rFonts w:ascii="Nirmala UI" w:hAnsi="Nirmala UI" w:eastAsia="Nirmala UI" w:cs="Nirmala UI"/>
        </w:rPr>
        <w:t>පැමිණීම</w:t>
      </w:r>
      <w:r>
        <w:rPr>
          <w:rFonts w:ascii="Times New Roman" w:hAnsi="Times New Roman" w:eastAsia="Times New Roman" w:cs="Times New Roman"/>
        </w:rPr>
        <w:t xml:space="preserve"> </w:t>
      </w:r>
      <w:r>
        <w:rPr>
          <w:rFonts w:ascii="Nirmala UI" w:hAnsi="Nirmala UI" w:eastAsia="Nirmala UI" w:cs="Nirmala UI"/>
        </w:rPr>
        <w:t>හා</w:t>
      </w:r>
      <w:r>
        <w:rPr>
          <w:rFonts w:ascii="Times New Roman" w:hAnsi="Times New Roman" w:eastAsia="Times New Roman" w:cs="Times New Roman"/>
        </w:rPr>
        <w:t xml:space="preserve"> </w:t>
      </w:r>
      <w:r>
        <w:rPr>
          <w:rFonts w:ascii="Nirmala UI" w:hAnsi="Nirmala UI" w:eastAsia="Nirmala UI" w:cs="Nirmala UI"/>
        </w:rPr>
        <w:t>ඉටුවීම</w:t>
      </w:r>
      <w:r>
        <w:rPr>
          <w:rFonts w:ascii="Times New Roman" w:hAnsi="Times New Roman" w:eastAsia="Times New Roman" w:cs="Times New Roman"/>
        </w:rPr>
        <w:t xml:space="preserve"> </w:t>
      </w:r>
      <w:r>
        <w:rPr>
          <w:rFonts w:ascii="Nirmala UI" w:hAnsi="Nirmala UI" w:eastAsia="Nirmala UI" w:cs="Nirmala UI"/>
        </w:rPr>
        <w:t>සමඟ</w:t>
      </w:r>
      <w:r>
        <w:rPr>
          <w:rFonts w:ascii="Times New Roman" w:hAnsi="Times New Roman" w:eastAsia="Times New Roman" w:cs="Times New Roman"/>
        </w:rPr>
        <w:t xml:space="preserve"> </w:t>
      </w:r>
      <w:r>
        <w:rPr>
          <w:rFonts w:ascii="Nirmala UI" w:hAnsi="Nirmala UI" w:eastAsia="Nirmala UI" w:cs="Nirmala UI"/>
        </w:rPr>
        <w:t>සම්බන්ධ</w:t>
      </w:r>
      <w:r>
        <w:rPr>
          <w:rFonts w:ascii="Times New Roman" w:hAnsi="Times New Roman" w:eastAsia="Times New Roman" w:cs="Times New Roman"/>
        </w:rPr>
        <w:t xml:space="preserve"> </w:t>
      </w:r>
      <w:r>
        <w:rPr>
          <w:rFonts w:ascii="Nirmala UI" w:hAnsi="Nirmala UI" w:eastAsia="Nirmala UI" w:cs="Nirmala UI"/>
        </w:rPr>
        <w:t>භූගෝලීය</w:t>
      </w:r>
      <w:r>
        <w:rPr>
          <w:rFonts w:ascii="Times New Roman" w:hAnsi="Times New Roman" w:eastAsia="Times New Roman" w:cs="Times New Roman"/>
        </w:rPr>
        <w:t xml:space="preserve"> </w:t>
      </w:r>
      <w:r>
        <w:rPr>
          <w:rFonts w:ascii="Nirmala UI" w:hAnsi="Nirmala UI" w:eastAsia="Nirmala UI" w:cs="Nirmala UI"/>
        </w:rPr>
        <w:t>සංකේතකරණය</w:t>
      </w:r>
      <w:r>
        <w:rPr>
          <w:rFonts w:ascii="Times New Roman" w:hAnsi="Times New Roman" w:eastAsia="Times New Roman" w:cs="Times New Roman"/>
        </w:rPr>
        <w:t xml:space="preserve">, </w:t>
      </w:r>
      <w:r>
        <w:rPr>
          <w:rFonts w:ascii="Nirmala UI" w:hAnsi="Nirmala UI" w:eastAsia="Nirmala UI" w:cs="Nirmala UI"/>
        </w:rPr>
        <w:t>ජලය</w:t>
      </w:r>
      <w:r>
        <w:rPr>
          <w:rFonts w:ascii="Times New Roman" w:hAnsi="Times New Roman" w:eastAsia="Times New Roman" w:cs="Times New Roman"/>
        </w:rPr>
        <w:t xml:space="preserve"> </w:t>
      </w:r>
      <w:r>
        <w:rPr>
          <w:rFonts w:ascii="Nirmala UI" w:hAnsi="Nirmala UI" w:eastAsia="Nirmala UI" w:cs="Nirmala UI"/>
        </w:rPr>
        <w:t>තිබූ</w:t>
      </w:r>
      <w:r>
        <w:rPr>
          <w:rFonts w:ascii="Times New Roman" w:hAnsi="Times New Roman" w:eastAsia="Times New Roman" w:cs="Times New Roman"/>
        </w:rPr>
        <w:t xml:space="preserve"> </w:t>
      </w:r>
      <w:r>
        <w:rPr>
          <w:rFonts w:ascii="Nirmala UI" w:hAnsi="Nirmala UI" w:eastAsia="Nirmala UI" w:cs="Nirmala UI"/>
        </w:rPr>
        <w:t>ස්ථානයක්</w:t>
      </w:r>
      <w:r>
        <w:rPr>
          <w:rFonts w:ascii="Times New Roman" w:hAnsi="Times New Roman" w:eastAsia="Times New Roman" w:cs="Times New Roman"/>
        </w:rPr>
        <w:t xml:space="preserve"> </w:t>
      </w:r>
      <w:r>
        <w:rPr>
          <w:rFonts w:ascii="Nirmala UI" w:hAnsi="Nirmala UI" w:eastAsia="Nirmala UI" w:cs="Nirmala UI"/>
        </w:rPr>
        <w:t>හඳුන්වා</w:t>
      </w:r>
      <w:r>
        <w:rPr>
          <w:rFonts w:ascii="Times New Roman" w:hAnsi="Times New Roman" w:eastAsia="Times New Roman" w:cs="Times New Roman"/>
        </w:rPr>
        <w:t xml:space="preserve"> </w:t>
      </w:r>
      <w:r>
        <w:rPr>
          <w:rFonts w:ascii="Nirmala UI" w:hAnsi="Nirmala UI" w:eastAsia="Nirmala UI" w:cs="Nirmala UI"/>
        </w:rPr>
        <w:t>දෙයි</w:t>
      </w:r>
      <w:r>
        <w:rPr>
          <w:rFonts w:ascii="Times New Roman" w:hAnsi="Times New Roman" w:eastAsia="Times New Roman" w:cs="Times New Roman"/>
        </w:rPr>
        <w:t xml:space="preserve">; </w:t>
      </w:r>
      <w:r>
        <w:rPr>
          <w:rFonts w:ascii="Nirmala UI" w:hAnsi="Nirmala UI" w:eastAsia="Nirmala UI" w:cs="Nirmala UI"/>
        </w:rPr>
        <w:t>එම</w:t>
      </w:r>
      <w:r>
        <w:rPr>
          <w:rFonts w:ascii="Times New Roman" w:hAnsi="Times New Roman" w:eastAsia="Times New Roman" w:cs="Times New Roman"/>
        </w:rPr>
        <w:t xml:space="preserve"> </w:t>
      </w:r>
      <w:r>
        <w:rPr>
          <w:rFonts w:ascii="Nirmala UI" w:hAnsi="Nirmala UI" w:eastAsia="Nirmala UI" w:cs="Nirmala UI"/>
        </w:rPr>
        <w:t>ජලය</w:t>
      </w:r>
      <w:r>
        <w:rPr>
          <w:rFonts w:ascii="Times New Roman" w:hAnsi="Times New Roman" w:eastAsia="Times New Roman" w:cs="Times New Roman"/>
        </w:rPr>
        <w:t xml:space="preserve"> </w:t>
      </w:r>
      <w:r>
        <w:rPr>
          <w:rFonts w:ascii="Nirmala UI" w:hAnsi="Nirmala UI" w:eastAsia="Nirmala UI" w:cs="Nirmala UI"/>
        </w:rPr>
        <w:t>ශුද්ධාත්මයාණන්ගේ</w:t>
      </w:r>
      <w:r>
        <w:rPr>
          <w:rFonts w:ascii="Times New Roman" w:hAnsi="Times New Roman" w:eastAsia="Times New Roman" w:cs="Times New Roman"/>
        </w:rPr>
        <w:t xml:space="preserve"> </w:t>
      </w:r>
      <w:r>
        <w:rPr>
          <w:rFonts w:ascii="Nirmala UI" w:hAnsi="Nirmala UI" w:eastAsia="Nirmala UI" w:cs="Nirmala UI"/>
        </w:rPr>
        <w:t>වැගිරීම</w:t>
      </w:r>
      <w:r>
        <w:rPr>
          <w:rFonts w:ascii="Times New Roman" w:hAnsi="Times New Roman" w:eastAsia="Times New Roman" w:cs="Times New Roman"/>
        </w:rPr>
        <w:t xml:space="preserve"> </w:t>
      </w:r>
      <w:r>
        <w:rPr>
          <w:rFonts w:ascii="Nirmala UI" w:hAnsi="Nirmala UI" w:eastAsia="Nirmala UI" w:cs="Nirmala UI"/>
        </w:rPr>
        <w:t>නියෝජනය</w:t>
      </w:r>
      <w:r>
        <w:rPr>
          <w:rFonts w:ascii="Times New Roman" w:hAnsi="Times New Roman" w:eastAsia="Times New Roman" w:cs="Times New Roman"/>
        </w:rPr>
        <w:t xml:space="preserve"> </w:t>
      </w:r>
      <w:r>
        <w:rPr>
          <w:rFonts w:ascii="Nirmala UI" w:hAnsi="Nirmala UI" w:eastAsia="Nirmala UI" w:cs="Nirmala UI"/>
        </w:rPr>
        <w:t>කරයි</w:t>
      </w:r>
      <w:r>
        <w:rPr>
          <w:rFonts w:ascii="Times New Roman" w:hAnsi="Times New Roman" w:eastAsia="Times New Roman" w:cs="Times New Roman"/>
        </w:rPr>
        <w:t xml:space="preserve">. </w:t>
      </w:r>
      <w:r>
        <w:rPr>
          <w:rFonts w:ascii="Nirmala UI" w:hAnsi="Nirmala UI" w:eastAsia="Nirmala UI" w:cs="Nirmala UI"/>
        </w:rPr>
        <w:t>එමෙන්ම</w:t>
      </w:r>
      <w:r>
        <w:rPr>
          <w:rFonts w:ascii="Times New Roman" w:hAnsi="Times New Roman" w:eastAsia="Times New Roman" w:cs="Times New Roman"/>
        </w:rPr>
        <w:t xml:space="preserve">, </w:t>
      </w:r>
      <w:r>
        <w:rPr>
          <w:rFonts w:ascii="Nirmala UI" w:hAnsi="Nirmala UI" w:eastAsia="Nirmala UI" w:cs="Nirmala UI"/>
        </w:rPr>
        <w:t>ලෝකයට</w:t>
      </w:r>
      <w:r>
        <w:rPr>
          <w:rFonts w:ascii="Times New Roman" w:hAnsi="Times New Roman" w:eastAsia="Times New Roman" w:cs="Times New Roman"/>
        </w:rPr>
        <w:t xml:space="preserve"> </w:t>
      </w:r>
      <w:r>
        <w:rPr>
          <w:rFonts w:ascii="Nirmala UI" w:hAnsi="Nirmala UI" w:eastAsia="Nirmala UI" w:cs="Nirmala UI"/>
        </w:rPr>
        <w:t>පණිවිඩය</w:t>
      </w:r>
      <w:r>
        <w:rPr>
          <w:rFonts w:ascii="Times New Roman" w:hAnsi="Times New Roman" w:eastAsia="Times New Roman" w:cs="Times New Roman"/>
        </w:rPr>
        <w:t xml:space="preserve"> </w:t>
      </w:r>
      <w:r>
        <w:rPr>
          <w:rFonts w:ascii="Nirmala UI" w:hAnsi="Nirmala UI" w:eastAsia="Nirmala UI" w:cs="Nirmala UI"/>
        </w:rPr>
        <w:t>ප්</w:t>
      </w:r>
      <w:r>
        <w:rPr>
          <w:rFonts w:ascii="Times New Roman" w:hAnsi="Times New Roman" w:eastAsia="Times New Roman" w:cs="Times New Roman"/>
        </w:rPr>
        <w:t>‍</w:t>
      </w:r>
      <w:r>
        <w:rPr>
          <w:rFonts w:ascii="Nirmala UI" w:hAnsi="Nirmala UI" w:eastAsia="Nirmala UI" w:cs="Nirmala UI"/>
        </w:rPr>
        <w:t>රකාශ</w:t>
      </w:r>
      <w:r>
        <w:rPr>
          <w:rFonts w:ascii="Times New Roman" w:hAnsi="Times New Roman" w:eastAsia="Times New Roman" w:cs="Times New Roman"/>
        </w:rPr>
        <w:t xml:space="preserve"> </w:t>
      </w:r>
      <w:r>
        <w:rPr>
          <w:rFonts w:ascii="Nirmala UI" w:hAnsi="Nirmala UI" w:eastAsia="Nirmala UI" w:cs="Nirmala UI"/>
        </w:rPr>
        <w:t>කිරීම</w:t>
      </w:r>
      <w:r>
        <w:rPr>
          <w:rFonts w:ascii="Times New Roman" w:hAnsi="Times New Roman" w:eastAsia="Times New Roman" w:cs="Times New Roman"/>
        </w:rPr>
        <w:t xml:space="preserve"> </w:t>
      </w:r>
      <w:r>
        <w:rPr>
          <w:rFonts w:ascii="Nirmala UI" w:hAnsi="Nirmala UI" w:eastAsia="Nirmala UI" w:cs="Nirmala UI"/>
        </w:rPr>
        <w:t>සඳහා</w:t>
      </w:r>
      <w:r>
        <w:rPr>
          <w:rFonts w:ascii="Times New Roman" w:hAnsi="Times New Roman" w:eastAsia="Times New Roman" w:cs="Times New Roman"/>
        </w:rPr>
        <w:t xml:space="preserve"> </w:t>
      </w:r>
      <w:r>
        <w:rPr>
          <w:rFonts w:ascii="Nirmala UI" w:hAnsi="Nirmala UI" w:eastAsia="Nirmala UI" w:cs="Nirmala UI"/>
        </w:rPr>
        <w:t>දෙවියන්වහන්සේ</w:t>
      </w:r>
      <w:r>
        <w:rPr>
          <w:rFonts w:ascii="Times New Roman" w:hAnsi="Times New Roman" w:eastAsia="Times New Roman" w:cs="Times New Roman"/>
        </w:rPr>
        <w:t xml:space="preserve"> </w:t>
      </w:r>
      <w:r>
        <w:rPr>
          <w:rFonts w:ascii="Nirmala UI" w:hAnsi="Nirmala UI" w:eastAsia="Nirmala UI" w:cs="Nirmala UI"/>
        </w:rPr>
        <w:t>හමුදාවක්</w:t>
      </w:r>
      <w:r>
        <w:rPr>
          <w:rFonts w:ascii="Times New Roman" w:hAnsi="Times New Roman" w:eastAsia="Times New Roman" w:cs="Times New Roman"/>
        </w:rPr>
        <w:t xml:space="preserve"> </w:t>
      </w:r>
      <w:r>
        <w:rPr>
          <w:rFonts w:ascii="Nirmala UI" w:hAnsi="Nirmala UI" w:eastAsia="Nirmala UI" w:cs="Nirmala UI"/>
        </w:rPr>
        <w:t>නැගිටුවමින්</w:t>
      </w:r>
      <w:r>
        <w:rPr>
          <w:rFonts w:ascii="Times New Roman" w:hAnsi="Times New Roman" w:eastAsia="Times New Roman" w:cs="Times New Roman"/>
        </w:rPr>
        <w:t xml:space="preserve"> </w:t>
      </w:r>
      <w:r>
        <w:rPr>
          <w:rFonts w:ascii="Nirmala UI" w:hAnsi="Nirmala UI" w:eastAsia="Nirmala UI" w:cs="Nirmala UI"/>
        </w:rPr>
        <w:t>සිටි</w:t>
      </w:r>
      <w:r>
        <w:rPr>
          <w:rFonts w:ascii="Times New Roman" w:hAnsi="Times New Roman" w:eastAsia="Times New Roman" w:cs="Times New Roman"/>
        </w:rPr>
        <w:t xml:space="preserve"> </w:t>
      </w:r>
      <w:r>
        <w:rPr>
          <w:rFonts w:ascii="Nirmala UI" w:hAnsi="Nirmala UI" w:eastAsia="Nirmala UI" w:cs="Nirmala UI"/>
        </w:rPr>
        <w:t>ස්ථානයක්ද</w:t>
      </w:r>
      <w:r>
        <w:rPr>
          <w:rFonts w:ascii="Times New Roman" w:hAnsi="Times New Roman" w:eastAsia="Times New Roman" w:cs="Times New Roman"/>
        </w:rPr>
        <w:t xml:space="preserve"> </w:t>
      </w:r>
      <w:r>
        <w:rPr>
          <w:rFonts w:ascii="Nirmala UI" w:hAnsi="Nirmala UI" w:eastAsia="Nirmala UI" w:cs="Nirmala UI"/>
        </w:rPr>
        <w:t>එය</w:t>
      </w:r>
      <w:r>
        <w:rPr>
          <w:rFonts w:ascii="Times New Roman" w:hAnsi="Times New Roman" w:eastAsia="Times New Roman" w:cs="Times New Roman"/>
        </w:rPr>
        <w:t xml:space="preserve"> </w:t>
      </w:r>
      <w:r>
        <w:rPr>
          <w:rFonts w:ascii="Nirmala UI" w:hAnsi="Nirmala UI" w:eastAsia="Nirmala UI" w:cs="Nirmala UI"/>
        </w:rPr>
        <w:t>හඳුන්වා</w:t>
      </w:r>
      <w:r>
        <w:rPr>
          <w:rFonts w:ascii="Times New Roman" w:hAnsi="Times New Roman" w:eastAsia="Times New Roman" w:cs="Times New Roman"/>
        </w:rPr>
        <w:t xml:space="preserve"> </w:t>
      </w:r>
      <w:r>
        <w:rPr>
          <w:rFonts w:ascii="Nirmala UI" w:hAnsi="Nirmala UI" w:eastAsia="Nirmala UI" w:cs="Nirmala UI"/>
        </w:rPr>
        <w:t>දෙයි</w:t>
      </w:r>
      <w:r>
        <w:rPr>
          <w:rFonts w:ascii="Times New Roman" w:hAnsi="Times New Roman" w:eastAsia="Times New Roman" w:cs="Times New Roman"/>
        </w:rPr>
        <w:t xml:space="preserve">; </w:t>
      </w:r>
      <w:r>
        <w:rPr>
          <w:rFonts w:ascii="Nirmala UI" w:hAnsi="Nirmala UI" w:eastAsia="Nirmala UI" w:cs="Nirmala UI"/>
        </w:rPr>
        <w:t>එම</w:t>
      </w:r>
      <w:r>
        <w:rPr>
          <w:rFonts w:ascii="Times New Roman" w:hAnsi="Times New Roman" w:eastAsia="Times New Roman" w:cs="Times New Roman"/>
        </w:rPr>
        <w:t xml:space="preserve"> </w:t>
      </w:r>
      <w:r>
        <w:rPr>
          <w:rFonts w:ascii="Nirmala UI" w:hAnsi="Nirmala UI" w:eastAsia="Nirmala UI" w:cs="Nirmala UI"/>
        </w:rPr>
        <w:t>පණිවිඩය</w:t>
      </w:r>
      <w:r>
        <w:rPr>
          <w:rFonts w:ascii="Times New Roman" w:hAnsi="Times New Roman" w:eastAsia="Times New Roman" w:cs="Times New Roman"/>
        </w:rPr>
        <w:t xml:space="preserve"> Sister White </w:t>
      </w:r>
      <w:r>
        <w:rPr>
          <w:rFonts w:ascii="Nirmala UI" w:hAnsi="Nirmala UI" w:eastAsia="Nirmala UI" w:cs="Nirmala UI"/>
        </w:rPr>
        <w:t>අපට</w:t>
      </w:r>
      <w:r>
        <w:rPr>
          <w:rFonts w:ascii="Times New Roman" w:hAnsi="Times New Roman" w:eastAsia="Times New Roman" w:cs="Times New Roman"/>
        </w:rPr>
        <w:t xml:space="preserve"> </w:t>
      </w:r>
      <w:r>
        <w:rPr>
          <w:rFonts w:ascii="Nirmala UI" w:hAnsi="Nirmala UI" w:eastAsia="Nirmala UI" w:cs="Nirmala UI"/>
        </w:rPr>
        <w:t>දැනුම්</w:t>
      </w:r>
      <w:r>
        <w:rPr>
          <w:rFonts w:ascii="Times New Roman" w:hAnsi="Times New Roman" w:eastAsia="Times New Roman" w:cs="Times New Roman"/>
        </w:rPr>
        <w:t xml:space="preserve"> </w:t>
      </w:r>
      <w:r>
        <w:rPr>
          <w:rFonts w:ascii="Nirmala UI" w:hAnsi="Nirmala UI" w:eastAsia="Nirmala UI" w:cs="Nirmala UI"/>
        </w:rPr>
        <w:t>දෙන</w:t>
      </w:r>
      <w:r>
        <w:rPr>
          <w:rFonts w:ascii="Times New Roman" w:hAnsi="Times New Roman" w:eastAsia="Times New Roman" w:cs="Times New Roman"/>
        </w:rPr>
        <w:t xml:space="preserve"> </w:t>
      </w:r>
      <w:r>
        <w:rPr>
          <w:rFonts w:ascii="Nirmala UI" w:hAnsi="Nirmala UI" w:eastAsia="Nirmala UI" w:cs="Nirmala UI"/>
        </w:rPr>
        <w:t>පරිදි</w:t>
      </w:r>
      <w:r>
        <w:rPr>
          <w:rFonts w:ascii="Times New Roman" w:hAnsi="Times New Roman" w:eastAsia="Times New Roman" w:cs="Times New Roman"/>
        </w:rPr>
        <w:t xml:space="preserve"> “tidal wave” </w:t>
      </w:r>
      <w:r>
        <w:rPr>
          <w:rFonts w:ascii="Nirmala UI" w:hAnsi="Nirmala UI" w:eastAsia="Nirmala UI" w:cs="Nirmala UI"/>
        </w:rPr>
        <w:t>එකක්</w:t>
      </w:r>
      <w:r>
        <w:rPr>
          <w:rFonts w:ascii="Times New Roman" w:hAnsi="Times New Roman" w:eastAsia="Times New Roman" w:cs="Times New Roman"/>
        </w:rPr>
        <w:t xml:space="preserve"> </w:t>
      </w:r>
      <w:r>
        <w:rPr>
          <w:rFonts w:ascii="Nirmala UI" w:hAnsi="Nirmala UI" w:eastAsia="Nirmala UI" w:cs="Nirmala UI"/>
        </w:rPr>
        <w:t>මෙන්</w:t>
      </w:r>
      <w:r>
        <w:rPr>
          <w:rFonts w:ascii="Times New Roman" w:hAnsi="Times New Roman" w:eastAsia="Times New Roman" w:cs="Times New Roman"/>
        </w:rPr>
        <w:t xml:space="preserve"> </w:t>
      </w:r>
      <w:r>
        <w:rPr>
          <w:rFonts w:ascii="Nirmala UI" w:hAnsi="Nirmala UI" w:eastAsia="Nirmala UI" w:cs="Nirmala UI"/>
        </w:rPr>
        <w:t>ගියේය</w:t>
      </w:r>
      <w:r>
        <w:rPr>
          <w:rFonts w:ascii="Times New Roman" w:hAnsi="Times New Roman" w:eastAsia="Times New Roman" w:cs="Times New Roman"/>
        </w:rPr>
        <w:t xml:space="preserve">. “Tidal wave” </w:t>
      </w:r>
      <w:r>
        <w:rPr>
          <w:rFonts w:ascii="Nirmala UI" w:hAnsi="Nirmala UI" w:eastAsia="Nirmala UI" w:cs="Nirmala UI"/>
        </w:rPr>
        <w:t>යනු</w:t>
      </w:r>
      <w:r>
        <w:rPr>
          <w:rFonts w:ascii="Times New Roman" w:hAnsi="Times New Roman" w:eastAsia="Times New Roman" w:cs="Times New Roman"/>
        </w:rPr>
        <w:t xml:space="preserve"> </w:t>
      </w:r>
      <w:r>
        <w:rPr>
          <w:rFonts w:ascii="Nirmala UI" w:hAnsi="Nirmala UI" w:eastAsia="Nirmala UI" w:cs="Nirmala UI"/>
        </w:rPr>
        <w:t>සාමාන්</w:t>
      </w:r>
      <w:r>
        <w:rPr>
          <w:rFonts w:ascii="Times New Roman" w:hAnsi="Times New Roman" w:eastAsia="Times New Roman" w:cs="Times New Roman"/>
        </w:rPr>
        <w:t>‍</w:t>
      </w:r>
      <w:r>
        <w:rPr>
          <w:rFonts w:ascii="Nirmala UI" w:hAnsi="Nirmala UI" w:eastAsia="Nirmala UI" w:cs="Nirmala UI"/>
        </w:rPr>
        <w:t>යයෙන්</w:t>
      </w:r>
      <w:r>
        <w:rPr>
          <w:rFonts w:ascii="Times New Roman" w:hAnsi="Times New Roman" w:eastAsia="Times New Roman" w:cs="Times New Roman"/>
        </w:rPr>
        <w:t xml:space="preserve"> </w:t>
      </w:r>
      <w:r>
        <w:rPr>
          <w:rFonts w:ascii="Nirmala UI" w:hAnsi="Nirmala UI" w:eastAsia="Nirmala UI" w:cs="Nirmala UI"/>
        </w:rPr>
        <w:t>නදීජලය</w:t>
      </w:r>
      <w:r>
        <w:rPr>
          <w:rFonts w:ascii="Times New Roman" w:hAnsi="Times New Roman" w:eastAsia="Times New Roman" w:cs="Times New Roman"/>
        </w:rPr>
        <w:t xml:space="preserve"> </w:t>
      </w:r>
      <w:r>
        <w:rPr>
          <w:rFonts w:ascii="Nirmala UI" w:hAnsi="Nirmala UI" w:eastAsia="Nirmala UI" w:cs="Nirmala UI"/>
        </w:rPr>
        <w:t>පමණක්</w:t>
      </w:r>
      <w:r>
        <w:rPr>
          <w:rFonts w:ascii="Times New Roman" w:hAnsi="Times New Roman" w:eastAsia="Times New Roman" w:cs="Times New Roman"/>
        </w:rPr>
        <w:t xml:space="preserve"> </w:t>
      </w:r>
      <w:r>
        <w:rPr>
          <w:rFonts w:ascii="Nirmala UI" w:hAnsi="Nirmala UI" w:eastAsia="Nirmala UI" w:cs="Nirmala UI"/>
        </w:rPr>
        <w:t>නොව</w:t>
      </w:r>
      <w:r>
        <w:rPr>
          <w:rFonts w:ascii="Times New Roman" w:hAnsi="Times New Roman" w:eastAsia="Times New Roman" w:cs="Times New Roman"/>
        </w:rPr>
        <w:t xml:space="preserve">, </w:t>
      </w:r>
      <w:r>
        <w:rPr>
          <w:rFonts w:ascii="Nirmala UI" w:hAnsi="Nirmala UI" w:eastAsia="Nirmala UI" w:cs="Nirmala UI"/>
        </w:rPr>
        <w:t>අතිශය</w:t>
      </w:r>
      <w:r>
        <w:rPr>
          <w:rFonts w:ascii="Times New Roman" w:hAnsi="Times New Roman" w:eastAsia="Times New Roman" w:cs="Times New Roman"/>
        </w:rPr>
        <w:t xml:space="preserve"> </w:t>
      </w:r>
      <w:r>
        <w:rPr>
          <w:rFonts w:ascii="Nirmala UI" w:hAnsi="Nirmala UI" w:eastAsia="Nirmala UI" w:cs="Nirmala UI"/>
        </w:rPr>
        <w:t>බලයෙන්</w:t>
      </w:r>
      <w:r>
        <w:rPr>
          <w:rFonts w:ascii="Times New Roman" w:hAnsi="Times New Roman" w:eastAsia="Times New Roman" w:cs="Times New Roman"/>
        </w:rPr>
        <w:t xml:space="preserve"> </w:t>
      </w:r>
      <w:r>
        <w:rPr>
          <w:rFonts w:ascii="Nirmala UI" w:hAnsi="Nirmala UI" w:eastAsia="Nirmala UI" w:cs="Nirmala UI"/>
        </w:rPr>
        <w:t>බලගැන්වූ</w:t>
      </w:r>
      <w:r>
        <w:rPr>
          <w:rFonts w:ascii="Times New Roman" w:hAnsi="Times New Roman" w:eastAsia="Times New Roman" w:cs="Times New Roman"/>
        </w:rPr>
        <w:t xml:space="preserve"> </w:t>
      </w:r>
      <w:r>
        <w:rPr>
          <w:rFonts w:ascii="Nirmala UI" w:hAnsi="Nirmala UI" w:eastAsia="Nirmala UI" w:cs="Nirmala UI"/>
        </w:rPr>
        <w:t>ජලයයි</w:t>
      </w:r>
      <w:r>
        <w:rPr>
          <w:rFonts w:ascii="Times New Roman" w:hAnsi="Times New Roman" w:eastAsia="Times New Roman" w:cs="Times New Roman"/>
        </w:rPr>
        <w:t>.</w:t>
      </w:r>
    </w:p>
    <w:p>
      <w:pPr>
        <w:pStyle w:val="ArticleBody"/>
        <w:jc w:val="left"/>
      </w:pPr>
      <w:r>
        <w:rPr>
          <w:rFonts w:ascii="Nirmala UI" w:hAnsi="Nirmala UI" w:eastAsia="Nirmala UI" w:cs="Nirmala UI"/>
        </w:rPr>
        <w:t>अडभेँड्रियाक</w:t>
      </w:r>
      <w:r>
        <w:rPr>
          <w:rFonts w:ascii="Times New Roman" w:hAnsi="Times New Roman" w:eastAsia="Times New Roman" w:cs="Times New Roman"/>
        </w:rPr>
        <w:t xml:space="preserve"> </w:t>
      </w:r>
      <w:r>
        <w:rPr>
          <w:rFonts w:ascii="Nirmala UI" w:hAnsi="Nirmala UI" w:eastAsia="Nirmala UI" w:cs="Nirmala UI"/>
        </w:rPr>
        <w:t>इतिहास</w:t>
      </w:r>
      <w:r>
        <w:rPr>
          <w:rFonts w:ascii="Times New Roman" w:hAnsi="Times New Roman" w:eastAsia="Times New Roman" w:cs="Times New Roman"/>
        </w:rPr>
        <w:t xml:space="preserve"> </w:t>
      </w:r>
      <w:r>
        <w:rPr>
          <w:rFonts w:ascii="Nirmala UI" w:hAnsi="Nirmala UI" w:eastAsia="Nirmala UI" w:cs="Nirmala UI"/>
        </w:rPr>
        <w:t>दस</w:t>
      </w:r>
      <w:r>
        <w:rPr>
          <w:rFonts w:ascii="Times New Roman" w:hAnsi="Times New Roman" w:eastAsia="Times New Roman" w:cs="Times New Roman"/>
        </w:rPr>
        <w:t xml:space="preserve"> </w:t>
      </w:r>
      <w:r>
        <w:rPr>
          <w:rFonts w:ascii="Nirmala UI" w:hAnsi="Nirmala UI" w:eastAsia="Nirmala UI" w:cs="Nirmala UI"/>
        </w:rPr>
        <w:t>कुँवारीओं</w:t>
      </w:r>
      <w:r>
        <w:rPr>
          <w:rFonts w:ascii="Times New Roman" w:hAnsi="Times New Roman" w:eastAsia="Times New Roman" w:cs="Times New Roman"/>
        </w:rPr>
        <w:t xml:space="preserve"> </w:t>
      </w:r>
      <w:r>
        <w:rPr>
          <w:rFonts w:ascii="Nirmala UI" w:hAnsi="Nirmala UI" w:eastAsia="Nirmala UI" w:cs="Nirmala UI"/>
        </w:rPr>
        <w:t>केर</w:t>
      </w:r>
      <w:r>
        <w:rPr>
          <w:rFonts w:ascii="Times New Roman" w:hAnsi="Times New Roman" w:eastAsia="Times New Roman" w:cs="Times New Roman"/>
        </w:rPr>
        <w:t xml:space="preserve"> </w:t>
      </w:r>
      <w:r>
        <w:rPr>
          <w:rFonts w:ascii="Nirmala UI" w:hAnsi="Nirmala UI" w:eastAsia="Nirmala UI" w:cs="Nirmala UI"/>
        </w:rPr>
        <w:t>दृष्टान्तक</w:t>
      </w:r>
      <w:r>
        <w:rPr>
          <w:rFonts w:ascii="Times New Roman" w:hAnsi="Times New Roman" w:eastAsia="Times New Roman" w:cs="Times New Roman"/>
        </w:rPr>
        <w:t xml:space="preserve"> </w:t>
      </w:r>
      <w:r>
        <w:rPr>
          <w:rFonts w:ascii="Nirmala UI" w:hAnsi="Nirmala UI" w:eastAsia="Nirmala UI" w:cs="Nirmala UI"/>
        </w:rPr>
        <w:t>पूर्ति</w:t>
      </w:r>
      <w:r>
        <w:rPr>
          <w:rFonts w:ascii="Times New Roman" w:hAnsi="Times New Roman" w:eastAsia="Times New Roman" w:cs="Times New Roman"/>
        </w:rPr>
        <w:t xml:space="preserve"> </w:t>
      </w:r>
      <w:r>
        <w:rPr>
          <w:rFonts w:ascii="Nirmala UI" w:hAnsi="Nirmala UI" w:eastAsia="Nirmala UI" w:cs="Nirmala UI"/>
        </w:rPr>
        <w:t>छल</w:t>
      </w:r>
      <w:r>
        <w:rPr>
          <w:rFonts w:ascii="Times New Roman" w:hAnsi="Times New Roman" w:eastAsia="Times New Roman" w:cs="Times New Roman"/>
        </w:rPr>
        <w:t xml:space="preserve">, </w:t>
      </w:r>
      <w:r>
        <w:rPr>
          <w:rFonts w:ascii="Nirmala UI" w:hAnsi="Nirmala UI" w:eastAsia="Nirmala UI" w:cs="Nirmala UI"/>
        </w:rPr>
        <w:t>आ</w:t>
      </w:r>
      <w:r>
        <w:rPr>
          <w:rFonts w:ascii="Times New Roman" w:hAnsi="Times New Roman" w:eastAsia="Times New Roman" w:cs="Times New Roman"/>
        </w:rPr>
        <w:t xml:space="preserve"> </w:t>
      </w:r>
      <w:r>
        <w:rPr>
          <w:rFonts w:ascii="Nirmala UI" w:hAnsi="Nirmala UI" w:eastAsia="Nirmala UI" w:cs="Nirmala UI"/>
        </w:rPr>
        <w:t>जखन</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सय</w:t>
      </w:r>
      <w:r>
        <w:rPr>
          <w:rFonts w:ascii="Times New Roman" w:hAnsi="Times New Roman" w:eastAsia="Times New Roman" w:cs="Times New Roman"/>
        </w:rPr>
        <w:t xml:space="preserve"> </w:t>
      </w:r>
      <w:r>
        <w:rPr>
          <w:rFonts w:ascii="Nirmala UI" w:hAnsi="Nirmala UI" w:eastAsia="Nirmala UI" w:cs="Nirmala UI"/>
        </w:rPr>
        <w:t>चवालीस</w:t>
      </w:r>
      <w:r>
        <w:rPr>
          <w:rFonts w:ascii="Times New Roman" w:hAnsi="Times New Roman" w:eastAsia="Times New Roman" w:cs="Times New Roman"/>
        </w:rPr>
        <w:t xml:space="preserve"> </w:t>
      </w:r>
      <w:r>
        <w:rPr>
          <w:rFonts w:ascii="Nirmala UI" w:hAnsi="Nirmala UI" w:eastAsia="Nirmala UI" w:cs="Nirmala UI"/>
        </w:rPr>
        <w:t>हजार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मोहरबन्दी</w:t>
      </w:r>
      <w:r>
        <w:rPr>
          <w:rFonts w:ascii="Times New Roman" w:hAnsi="Times New Roman" w:eastAsia="Times New Roman" w:cs="Times New Roman"/>
        </w:rPr>
        <w:t>-</w:t>
      </w:r>
      <w:r>
        <w:rPr>
          <w:rFonts w:ascii="Nirmala UI" w:hAnsi="Nirmala UI" w:eastAsia="Nirmala UI" w:cs="Nirmala UI"/>
        </w:rPr>
        <w:t>समयक</w:t>
      </w:r>
      <w:r>
        <w:rPr>
          <w:rFonts w:ascii="Times New Roman" w:hAnsi="Times New Roman" w:eastAsia="Times New Roman" w:cs="Times New Roman"/>
        </w:rPr>
        <w:t xml:space="preserve"> </w:t>
      </w:r>
      <w:r>
        <w:rPr>
          <w:rFonts w:ascii="Nirmala UI" w:hAnsi="Nirmala UI" w:eastAsia="Nirmala UI" w:cs="Nirmala UI"/>
        </w:rPr>
        <w:t>निष्कर्ष</w:t>
      </w:r>
      <w:r>
        <w:rPr>
          <w:rFonts w:ascii="Times New Roman" w:hAnsi="Times New Roman" w:eastAsia="Times New Roman" w:cs="Times New Roman"/>
        </w:rPr>
        <w:t xml:space="preserve"> </w:t>
      </w:r>
      <w:r>
        <w:rPr>
          <w:rFonts w:ascii="Nirmala UI" w:hAnsi="Nirmala UI" w:eastAsia="Nirmala UI" w:cs="Nirmala UI"/>
        </w:rPr>
        <w:t>धरि</w:t>
      </w:r>
      <w:r>
        <w:rPr>
          <w:rFonts w:ascii="Times New Roman" w:hAnsi="Times New Roman" w:eastAsia="Times New Roman" w:cs="Times New Roman"/>
        </w:rPr>
        <w:t xml:space="preserve"> </w:t>
      </w:r>
      <w:r>
        <w:rPr>
          <w:rFonts w:ascii="Nirmala UI" w:hAnsi="Nirmala UI" w:eastAsia="Nirmala UI" w:cs="Nirmala UI"/>
        </w:rPr>
        <w:t>आनल</w:t>
      </w:r>
      <w:r>
        <w:rPr>
          <w:rFonts w:ascii="Times New Roman" w:hAnsi="Times New Roman" w:eastAsia="Times New Roman" w:cs="Times New Roman"/>
        </w:rPr>
        <w:t xml:space="preserve"> </w:t>
      </w:r>
      <w:r>
        <w:rPr>
          <w:rFonts w:ascii="Nirmala UI" w:hAnsi="Nirmala UI" w:eastAsia="Nirmala UI" w:cs="Nirmala UI"/>
        </w:rPr>
        <w:t>जायत</w:t>
      </w:r>
      <w:r>
        <w:rPr>
          <w:rFonts w:ascii="Times New Roman" w:hAnsi="Times New Roman" w:eastAsia="Times New Roman" w:cs="Times New Roman"/>
        </w:rPr>
        <w:t xml:space="preserve">, </w:t>
      </w:r>
      <w:r>
        <w:rPr>
          <w:rFonts w:ascii="Nirmala UI" w:hAnsi="Nirmala UI" w:eastAsia="Nirmala UI" w:cs="Nirmala UI"/>
        </w:rPr>
        <w:t>तखन</w:t>
      </w:r>
      <w:r>
        <w:rPr>
          <w:rFonts w:ascii="Times New Roman" w:hAnsi="Times New Roman" w:eastAsia="Times New Roman" w:cs="Times New Roman"/>
        </w:rPr>
        <w:t xml:space="preserve"> </w:t>
      </w:r>
      <w:r>
        <w:rPr>
          <w:rFonts w:ascii="Nirmala UI" w:hAnsi="Nirmala UI" w:eastAsia="Nirmala UI" w:cs="Nirmala UI"/>
        </w:rPr>
        <w:t>ओ</w:t>
      </w:r>
      <w:r>
        <w:rPr>
          <w:rFonts w:ascii="Times New Roman" w:hAnsi="Times New Roman" w:eastAsia="Times New Roman" w:cs="Times New Roman"/>
        </w:rPr>
        <w:t xml:space="preserve"> </w:t>
      </w:r>
      <w:r>
        <w:rPr>
          <w:rFonts w:ascii="Nirmala UI" w:hAnsi="Nirmala UI" w:eastAsia="Nirmala UI" w:cs="Nirmala UI"/>
        </w:rPr>
        <w:t>सभ</w:t>
      </w:r>
      <w:r>
        <w:rPr>
          <w:rFonts w:ascii="Times New Roman" w:hAnsi="Times New Roman" w:eastAsia="Times New Roman" w:cs="Times New Roman"/>
        </w:rPr>
        <w:t xml:space="preserve"> </w:t>
      </w:r>
      <w:r>
        <w:rPr>
          <w:rFonts w:ascii="Nirmala UI" w:hAnsi="Nirmala UI" w:eastAsia="Nirmala UI" w:cs="Nirmala UI"/>
        </w:rPr>
        <w:t>मोहरबन्दी</w:t>
      </w:r>
      <w:r>
        <w:rPr>
          <w:rFonts w:ascii="Times New Roman" w:hAnsi="Times New Roman" w:eastAsia="Times New Roman" w:cs="Times New Roman"/>
        </w:rPr>
        <w:t>-</w:t>
      </w:r>
      <w:r>
        <w:rPr>
          <w:rFonts w:ascii="Nirmala UI" w:hAnsi="Nirmala UI" w:eastAsia="Nirmala UI" w:cs="Nirmala UI"/>
        </w:rPr>
        <w:t>समयक</w:t>
      </w:r>
      <w:r>
        <w:rPr>
          <w:rFonts w:ascii="Times New Roman" w:hAnsi="Times New Roman" w:eastAsia="Times New Roman" w:cs="Times New Roman"/>
        </w:rPr>
        <w:t xml:space="preserve"> </w:t>
      </w:r>
      <w:r>
        <w:rPr>
          <w:rFonts w:ascii="Nirmala UI" w:hAnsi="Nirmala UI" w:eastAsia="Nirmala UI" w:cs="Nirmala UI"/>
        </w:rPr>
        <w:t>आरम्भमे</w:t>
      </w:r>
      <w:r>
        <w:rPr>
          <w:rFonts w:ascii="Times New Roman" w:hAnsi="Times New Roman" w:eastAsia="Times New Roman" w:cs="Times New Roman"/>
        </w:rPr>
        <w:t xml:space="preserve"> </w:t>
      </w:r>
      <w:r>
        <w:rPr>
          <w:rFonts w:ascii="Nirmala UI" w:hAnsi="Nirmala UI" w:eastAsia="Nirmala UI" w:cs="Nirmala UI"/>
        </w:rPr>
        <w:t>चिन्हित</w:t>
      </w:r>
      <w:r>
        <w:rPr>
          <w:rFonts w:ascii="Times New Roman" w:hAnsi="Times New Roman" w:eastAsia="Times New Roman" w:cs="Times New Roman"/>
        </w:rPr>
        <w:t xml:space="preserve"> </w:t>
      </w:r>
      <w:r>
        <w:rPr>
          <w:rFonts w:ascii="Nirmala UI" w:hAnsi="Nirmala UI" w:eastAsia="Nirmala UI" w:cs="Nirmala UI"/>
        </w:rPr>
        <w:t>कयल</w:t>
      </w:r>
      <w:r>
        <w:rPr>
          <w:rFonts w:ascii="Times New Roman" w:hAnsi="Times New Roman" w:eastAsia="Times New Roman" w:cs="Times New Roman"/>
        </w:rPr>
        <w:t xml:space="preserve"> </w:t>
      </w:r>
      <w:r>
        <w:rPr>
          <w:rFonts w:ascii="Nirmala UI" w:hAnsi="Nirmala UI" w:eastAsia="Nirmala UI" w:cs="Nirmala UI"/>
        </w:rPr>
        <w:t>गेल</w:t>
      </w:r>
      <w:r>
        <w:rPr>
          <w:rFonts w:ascii="Times New Roman" w:hAnsi="Times New Roman" w:eastAsia="Times New Roman" w:cs="Times New Roman"/>
        </w:rPr>
        <w:t xml:space="preserve"> </w:t>
      </w:r>
      <w:r>
        <w:rPr>
          <w:rFonts w:ascii="Nirmala UI" w:hAnsi="Nirmala UI" w:eastAsia="Nirmala UI" w:cs="Nirmala UI"/>
        </w:rPr>
        <w:t>मार्गचिह्नसभक</w:t>
      </w:r>
      <w:r>
        <w:rPr>
          <w:rFonts w:ascii="Times New Roman" w:hAnsi="Times New Roman" w:eastAsia="Times New Roman" w:cs="Times New Roman"/>
        </w:rPr>
        <w:t xml:space="preserve"> </w:t>
      </w:r>
      <w:r>
        <w:rPr>
          <w:rFonts w:ascii="Nirmala UI" w:hAnsi="Nirmala UI" w:eastAsia="Nirmala UI" w:cs="Nirmala UI"/>
        </w:rPr>
        <w:t>पुनरावृत्ति</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आ</w:t>
      </w:r>
      <w:r>
        <w:rPr>
          <w:rFonts w:ascii="Times New Roman" w:hAnsi="Times New Roman" w:eastAsia="Times New Roman" w:cs="Times New Roman"/>
        </w:rPr>
        <w:t xml:space="preserve"> </w:t>
      </w:r>
      <w:r>
        <w:rPr>
          <w:rFonts w:ascii="Nirmala UI" w:hAnsi="Nirmala UI" w:eastAsia="Nirmala UI" w:cs="Nirmala UI"/>
        </w:rPr>
        <w:t>संगहि</w:t>
      </w:r>
      <w:r>
        <w:rPr>
          <w:rFonts w:ascii="Times New Roman" w:hAnsi="Times New Roman" w:eastAsia="Times New Roman" w:cs="Times New Roman"/>
        </w:rPr>
        <w:t xml:space="preserve"> </w:t>
      </w:r>
      <w:r>
        <w:rPr>
          <w:rFonts w:ascii="Nirmala UI" w:hAnsi="Nirmala UI" w:eastAsia="Nirmala UI" w:cs="Nirmala UI"/>
        </w:rPr>
        <w:t>एक्सेटर</w:t>
      </w:r>
      <w:r>
        <w:rPr>
          <w:rFonts w:ascii="Times New Roman" w:hAnsi="Times New Roman" w:eastAsia="Times New Roman" w:cs="Times New Roman"/>
        </w:rPr>
        <w:t xml:space="preserve"> </w:t>
      </w:r>
      <w:r>
        <w:rPr>
          <w:rFonts w:ascii="Nirmala UI" w:hAnsi="Nirmala UI" w:eastAsia="Nirmala UI" w:cs="Nirmala UI"/>
        </w:rPr>
        <w:t>शिविर</w:t>
      </w:r>
      <w:r>
        <w:rPr>
          <w:rFonts w:ascii="Times New Roman" w:hAnsi="Times New Roman" w:eastAsia="Times New Roman" w:cs="Times New Roman"/>
        </w:rPr>
        <w:t>-</w:t>
      </w:r>
      <w:r>
        <w:rPr>
          <w:rFonts w:ascii="Nirmala UI" w:hAnsi="Nirmala UI" w:eastAsia="Nirmala UI" w:cs="Nirmala UI"/>
        </w:rPr>
        <w:t>सभाक</w:t>
      </w:r>
      <w:r>
        <w:rPr>
          <w:rFonts w:ascii="Times New Roman" w:hAnsi="Times New Roman" w:eastAsia="Times New Roman" w:cs="Times New Roman"/>
        </w:rPr>
        <w:t xml:space="preserve"> </w:t>
      </w:r>
      <w:r>
        <w:rPr>
          <w:rFonts w:ascii="Nirmala UI" w:hAnsi="Nirmala UI" w:eastAsia="Nirmala UI" w:cs="Nirmala UI"/>
        </w:rPr>
        <w:t>इतिहासक</w:t>
      </w:r>
      <w:r>
        <w:rPr>
          <w:rFonts w:ascii="Times New Roman" w:hAnsi="Times New Roman" w:eastAsia="Times New Roman" w:cs="Times New Roman"/>
        </w:rPr>
        <w:t xml:space="preserve"> </w:t>
      </w:r>
      <w:r>
        <w:rPr>
          <w:rFonts w:ascii="Nirmala UI" w:hAnsi="Nirmala UI" w:eastAsia="Nirmala UI" w:cs="Nirmala UI"/>
        </w:rPr>
        <w:t>सेहो।</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दूत</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परीक्षणकारी</w:t>
      </w:r>
      <w:r>
        <w:rPr>
          <w:rFonts w:ascii="Times New Roman" w:hAnsi="Times New Roman" w:eastAsia="Times New Roman" w:cs="Times New Roman"/>
        </w:rPr>
        <w:t xml:space="preserve"> </w:t>
      </w:r>
      <w:r>
        <w:rPr>
          <w:rFonts w:ascii="Nirmala UI" w:hAnsi="Nirmala UI" w:eastAsia="Nirmala UI" w:cs="Nirmala UI"/>
        </w:rPr>
        <w:t>सनेस</w:t>
      </w:r>
      <w:r>
        <w:rPr>
          <w:rFonts w:ascii="Times New Roman" w:hAnsi="Times New Roman" w:eastAsia="Times New Roman" w:cs="Times New Roman"/>
        </w:rPr>
        <w:t xml:space="preserve"> </w:t>
      </w:r>
      <w:r>
        <w:rPr>
          <w:rFonts w:ascii="Nirmala UI" w:hAnsi="Nirmala UI" w:eastAsia="Nirmala UI" w:cs="Nirmala UI"/>
        </w:rPr>
        <w:t>लऽ</w:t>
      </w:r>
      <w:r>
        <w:rPr>
          <w:rFonts w:ascii="Times New Roman" w:hAnsi="Times New Roman" w:eastAsia="Times New Roman" w:cs="Times New Roman"/>
        </w:rPr>
        <w:t xml:space="preserve"> </w:t>
      </w:r>
      <w:r>
        <w:rPr>
          <w:rFonts w:ascii="Nirmala UI" w:hAnsi="Nirmala UI" w:eastAsia="Nirmala UI" w:cs="Nirmala UI"/>
        </w:rPr>
        <w:t>कऽ</w:t>
      </w:r>
      <w:r>
        <w:rPr>
          <w:rFonts w:ascii="Times New Roman" w:hAnsi="Times New Roman" w:eastAsia="Times New Roman" w:cs="Times New Roman"/>
        </w:rPr>
        <w:t xml:space="preserve"> </w:t>
      </w:r>
      <w:r>
        <w:rPr>
          <w:rFonts w:ascii="Nirmala UI" w:hAnsi="Nirmala UI" w:eastAsia="Nirmala UI" w:cs="Nirmala UI"/>
        </w:rPr>
        <w:t>अवतरित</w:t>
      </w:r>
      <w:r>
        <w:rPr>
          <w:rFonts w:ascii="Times New Roman" w:hAnsi="Times New Roman" w:eastAsia="Times New Roman" w:cs="Times New Roman"/>
        </w:rPr>
        <w:t xml:space="preserve"> </w:t>
      </w:r>
      <w:r>
        <w:rPr>
          <w:rFonts w:ascii="Nirmala UI" w:hAnsi="Nirmala UI" w:eastAsia="Nirmala UI" w:cs="Nirmala UI"/>
        </w:rPr>
        <w:t>हएत</w:t>
      </w:r>
      <w:r>
        <w:rPr>
          <w:rFonts w:ascii="Times New Roman" w:hAnsi="Times New Roman" w:eastAsia="Times New Roman" w:cs="Times New Roman"/>
        </w:rPr>
        <w:t xml:space="preserve">, </w:t>
      </w:r>
      <w:r>
        <w:rPr>
          <w:rFonts w:ascii="Nirmala UI" w:hAnsi="Nirmala UI" w:eastAsia="Nirmala UI" w:cs="Nirmala UI"/>
        </w:rPr>
        <w:t>जाहि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खाएब</w:t>
      </w:r>
      <w:r>
        <w:rPr>
          <w:rFonts w:ascii="Times New Roman" w:hAnsi="Times New Roman" w:eastAsia="Times New Roman" w:cs="Times New Roman"/>
        </w:rPr>
        <w:t xml:space="preserve"> </w:t>
      </w:r>
      <w:r>
        <w:rPr>
          <w:rFonts w:ascii="Nirmala UI" w:hAnsi="Nirmala UI" w:eastAsia="Nirmala UI" w:cs="Nirmala UI"/>
        </w:rPr>
        <w:t>आवश्यक</w:t>
      </w:r>
      <w:r>
        <w:rPr>
          <w:rFonts w:ascii="Times New Roman" w:hAnsi="Times New Roman" w:eastAsia="Times New Roman" w:cs="Times New Roman"/>
        </w:rPr>
        <w:t xml:space="preserve"> </w:t>
      </w:r>
      <w:r>
        <w:rPr>
          <w:rFonts w:ascii="Nirmala UI" w:hAnsi="Nirmala UI" w:eastAsia="Nirmala UI" w:cs="Nirmala UI"/>
        </w:rPr>
        <w:t>हएत।</w:t>
      </w:r>
      <w:r>
        <w:rPr>
          <w:rFonts w:ascii="Times New Roman" w:hAnsi="Times New Roman" w:eastAsia="Times New Roman" w:cs="Times New Roman"/>
        </w:rPr>
        <w:t xml:space="preserve"> </w:t>
      </w:r>
      <w:r>
        <w:rPr>
          <w:rFonts w:ascii="Nirmala UI" w:hAnsi="Nirmala UI" w:eastAsia="Nirmala UI" w:cs="Nirmala UI"/>
        </w:rPr>
        <w:t>ओ</w:t>
      </w:r>
      <w:r>
        <w:rPr>
          <w:rFonts w:ascii="Times New Roman" w:hAnsi="Times New Roman" w:eastAsia="Times New Roman" w:cs="Times New Roman"/>
        </w:rPr>
        <w:t xml:space="preserve"> </w:t>
      </w:r>
      <w:r>
        <w:rPr>
          <w:rFonts w:ascii="Nirmala UI" w:hAnsi="Nirmala UI" w:eastAsia="Nirmala UI" w:cs="Nirmala UI"/>
        </w:rPr>
        <w:t>सनेस</w:t>
      </w:r>
      <w:r>
        <w:rPr>
          <w:rFonts w:ascii="Times New Roman" w:hAnsi="Times New Roman" w:eastAsia="Times New Roman" w:cs="Times New Roman"/>
        </w:rPr>
        <w:t xml:space="preserve"> </w:t>
      </w:r>
      <w:r>
        <w:rPr>
          <w:rFonts w:ascii="Nirmala UI" w:hAnsi="Nirmala UI" w:eastAsia="Nirmala UI" w:cs="Nirmala UI"/>
        </w:rPr>
        <w:t>नींवसभ</w:t>
      </w:r>
      <w:r>
        <w:rPr>
          <w:rFonts w:ascii="Times New Roman" w:hAnsi="Times New Roman" w:eastAsia="Times New Roman" w:cs="Times New Roman"/>
        </w:rPr>
        <w:t xml:space="preserve"> </w:t>
      </w:r>
      <w:r>
        <w:rPr>
          <w:rFonts w:ascii="Nirmala UI" w:hAnsi="Nirmala UI" w:eastAsia="Nirmala UI" w:cs="Nirmala UI"/>
        </w:rPr>
        <w:t>धरि</w:t>
      </w:r>
      <w:r>
        <w:rPr>
          <w:rFonts w:ascii="Times New Roman" w:hAnsi="Times New Roman" w:eastAsia="Times New Roman" w:cs="Times New Roman"/>
        </w:rPr>
        <w:t xml:space="preserve"> </w:t>
      </w:r>
      <w:r>
        <w:rPr>
          <w:rFonts w:ascii="Nirmala UI" w:hAnsi="Nirmala UI" w:eastAsia="Nirmala UI" w:cs="Nirmala UI"/>
        </w:rPr>
        <w:t>लऽ</w:t>
      </w:r>
      <w:r>
        <w:rPr>
          <w:rFonts w:ascii="Times New Roman" w:hAnsi="Times New Roman" w:eastAsia="Times New Roman" w:cs="Times New Roman"/>
        </w:rPr>
        <w:t xml:space="preserve"> </w:t>
      </w:r>
      <w:r>
        <w:rPr>
          <w:rFonts w:ascii="Nirmala UI" w:hAnsi="Nirmala UI" w:eastAsia="Nirmala UI" w:cs="Nirmala UI"/>
        </w:rPr>
        <w:t>जाएत</w:t>
      </w:r>
      <w:r>
        <w:rPr>
          <w:rFonts w:ascii="Times New Roman" w:hAnsi="Times New Roman" w:eastAsia="Times New Roman" w:cs="Times New Roman"/>
        </w:rPr>
        <w:t xml:space="preserve">, </w:t>
      </w:r>
      <w:r>
        <w:rPr>
          <w:rFonts w:ascii="Nirmala UI" w:hAnsi="Nirmala UI" w:eastAsia="Nirmala UI" w:cs="Nirmala UI"/>
        </w:rPr>
        <w:t>आ</w:t>
      </w:r>
      <w:r>
        <w:rPr>
          <w:rFonts w:ascii="Times New Roman" w:hAnsi="Times New Roman" w:eastAsia="Times New Roman" w:cs="Times New Roman"/>
        </w:rPr>
        <w:t xml:space="preserve"> </w:t>
      </w:r>
      <w:r>
        <w:rPr>
          <w:rFonts w:ascii="Nirmala UI" w:hAnsi="Nirmala UI" w:eastAsia="Nirmala UI" w:cs="Nirmala UI"/>
        </w:rPr>
        <w:t>ओ</w:t>
      </w:r>
      <w:r>
        <w:rPr>
          <w:rFonts w:ascii="Times New Roman" w:hAnsi="Times New Roman" w:eastAsia="Times New Roman" w:cs="Times New Roman"/>
        </w:rPr>
        <w:t xml:space="preserve"> </w:t>
      </w:r>
      <w:r>
        <w:rPr>
          <w:rFonts w:ascii="Nirmala UI" w:hAnsi="Nirmala UI" w:eastAsia="Nirmala UI" w:cs="Nirmala UI"/>
        </w:rPr>
        <w:t>दू</w:t>
      </w:r>
      <w:r>
        <w:rPr>
          <w:rFonts w:ascii="Times New Roman" w:hAnsi="Times New Roman" w:eastAsia="Times New Roman" w:cs="Times New Roman"/>
        </w:rPr>
        <w:t xml:space="preserve"> </w:t>
      </w:r>
      <w:r>
        <w:rPr>
          <w:rFonts w:ascii="Nirmala UI" w:hAnsi="Nirmala UI" w:eastAsia="Nirmala UI" w:cs="Nirmala UI"/>
        </w:rPr>
        <w:t>वर्गक</w:t>
      </w:r>
      <w:r>
        <w:rPr>
          <w:rFonts w:ascii="Times New Roman" w:hAnsi="Times New Roman" w:eastAsia="Times New Roman" w:cs="Times New Roman"/>
        </w:rPr>
        <w:t xml:space="preserve"> </w:t>
      </w:r>
      <w:r>
        <w:rPr>
          <w:rFonts w:ascii="Nirmala UI" w:hAnsi="Nirmala UI" w:eastAsia="Nirmala UI" w:cs="Nirmala UI"/>
        </w:rPr>
        <w:t>सामना</w:t>
      </w:r>
      <w:r>
        <w:rPr>
          <w:rFonts w:ascii="Times New Roman" w:hAnsi="Times New Roman" w:eastAsia="Times New Roman" w:cs="Times New Roman"/>
        </w:rPr>
        <w:t xml:space="preserve"> </w:t>
      </w:r>
      <w:r>
        <w:rPr>
          <w:rFonts w:ascii="Nirmala UI" w:hAnsi="Nirmala UI" w:eastAsia="Nirmala UI" w:cs="Nirmala UI"/>
        </w:rPr>
        <w:t>लैव्यवस्था</w:t>
      </w:r>
      <w:r>
        <w:rPr>
          <w:rFonts w:ascii="Times New Roman" w:hAnsi="Times New Roman" w:eastAsia="Times New Roman" w:cs="Times New Roman"/>
        </w:rPr>
        <w:t xml:space="preserve"> </w:t>
      </w:r>
      <w:r>
        <w:rPr>
          <w:rFonts w:ascii="Nirmala UI" w:hAnsi="Nirmala UI" w:eastAsia="Nirmala UI" w:cs="Nirmala UI"/>
        </w:rPr>
        <w:t>छब्बीसक</w:t>
      </w:r>
      <w:r>
        <w:rPr>
          <w:rFonts w:ascii="Times New Roman" w:hAnsi="Times New Roman" w:eastAsia="Times New Roman" w:cs="Times New Roman"/>
        </w:rPr>
        <w:t xml:space="preserve"> “</w:t>
      </w:r>
      <w:r>
        <w:rPr>
          <w:rFonts w:ascii="Nirmala UI" w:hAnsi="Nirmala UI" w:eastAsia="Nirmala UI" w:cs="Nirmala UI"/>
        </w:rPr>
        <w:t>सात</w:t>
      </w:r>
      <w:r>
        <w:rPr>
          <w:rFonts w:ascii="Times New Roman" w:hAnsi="Times New Roman" w:eastAsia="Times New Roman" w:cs="Times New Roman"/>
        </w:rPr>
        <w:t xml:space="preserve"> </w:t>
      </w:r>
      <w:r>
        <w:rPr>
          <w:rFonts w:ascii="Nirmala UI" w:hAnsi="Nirmala UI" w:eastAsia="Nirmala UI" w:cs="Nirmala UI"/>
        </w:rPr>
        <w:t>बेर</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करएत।</w:t>
      </w:r>
      <w:r>
        <w:rPr>
          <w:rFonts w:ascii="Times New Roman" w:hAnsi="Times New Roman" w:eastAsia="Times New Roman" w:cs="Times New Roman"/>
        </w:rPr>
        <w:t xml:space="preserve"> </w:t>
      </w:r>
      <w:r>
        <w:rPr>
          <w:rFonts w:ascii="Nirmala UI" w:hAnsi="Nirmala UI" w:eastAsia="Nirmala UI" w:cs="Nirmala UI"/>
        </w:rPr>
        <w:t>एहिमे</w:t>
      </w:r>
      <w:r>
        <w:rPr>
          <w:rFonts w:ascii="Times New Roman" w:hAnsi="Times New Roman" w:eastAsia="Times New Roman" w:cs="Times New Roman"/>
        </w:rPr>
        <w:t xml:space="preserve"> </w:t>
      </w:r>
      <w:r>
        <w:rPr>
          <w:rFonts w:ascii="Nirmala UI" w:hAnsi="Nirmala UI" w:eastAsia="Nirmala UI" w:cs="Nirmala UI"/>
        </w:rPr>
        <w:t>यीशु</w:t>
      </w:r>
      <w:r>
        <w:rPr>
          <w:rFonts w:ascii="Times New Roman" w:hAnsi="Times New Roman" w:eastAsia="Times New Roman" w:cs="Times New Roman"/>
        </w:rPr>
        <w:t xml:space="preserve"> </w:t>
      </w:r>
      <w:r>
        <w:rPr>
          <w:rFonts w:ascii="Nirmala UI" w:hAnsi="Nirmala UI" w:eastAsia="Nirmala UI" w:cs="Nirmala UI"/>
        </w:rPr>
        <w:t>मसीहक</w:t>
      </w:r>
      <w:r>
        <w:rPr>
          <w:rFonts w:ascii="Times New Roman" w:hAnsi="Times New Roman" w:eastAsia="Times New Roman" w:cs="Times New Roman"/>
        </w:rPr>
        <w:t xml:space="preserve"> </w:t>
      </w:r>
      <w:r>
        <w:rPr>
          <w:rFonts w:ascii="Nirmala UI" w:hAnsi="Nirmala UI" w:eastAsia="Nirmala UI" w:cs="Nirmala UI"/>
        </w:rPr>
        <w:t>प्रकाशन</w:t>
      </w:r>
      <w:r>
        <w:rPr>
          <w:rFonts w:ascii="Times New Roman" w:hAnsi="Times New Roman" w:eastAsia="Times New Roman" w:cs="Times New Roman"/>
        </w:rPr>
        <w:t xml:space="preserve"> </w:t>
      </w:r>
      <w:r>
        <w:rPr>
          <w:rFonts w:ascii="Nirmala UI" w:hAnsi="Nirmala UI" w:eastAsia="Nirmala UI" w:cs="Nirmala UI"/>
        </w:rPr>
        <w:t>सम्मिलित</w:t>
      </w:r>
      <w:r>
        <w:rPr>
          <w:rFonts w:ascii="Times New Roman" w:hAnsi="Times New Roman" w:eastAsia="Times New Roman" w:cs="Times New Roman"/>
        </w:rPr>
        <w:t xml:space="preserve"> </w:t>
      </w:r>
      <w:r>
        <w:rPr>
          <w:rFonts w:ascii="Nirmala UI" w:hAnsi="Nirmala UI" w:eastAsia="Nirmala UI" w:cs="Nirmala UI"/>
        </w:rPr>
        <w:t>हएत</w:t>
      </w:r>
      <w:r>
        <w:rPr>
          <w:rFonts w:ascii="Times New Roman" w:hAnsi="Times New Roman" w:eastAsia="Times New Roman" w:cs="Times New Roman"/>
        </w:rPr>
        <w:t xml:space="preserve">, </w:t>
      </w:r>
      <w:r>
        <w:rPr>
          <w:rFonts w:ascii="Nirmala UI" w:hAnsi="Nirmala UI" w:eastAsia="Nirmala UI" w:cs="Nirmala UI"/>
        </w:rPr>
        <w:t>जकर</w:t>
      </w:r>
      <w:r>
        <w:rPr>
          <w:rFonts w:ascii="Times New Roman" w:hAnsi="Times New Roman" w:eastAsia="Times New Roman" w:cs="Times New Roman"/>
        </w:rPr>
        <w:t xml:space="preserve"> </w:t>
      </w:r>
      <w:r>
        <w:rPr>
          <w:rFonts w:ascii="Nirmala UI" w:hAnsi="Nirmala UI" w:eastAsia="Nirmala UI" w:cs="Nirmala UI"/>
        </w:rPr>
        <w:t>प्रतिनिधित्व</w:t>
      </w:r>
      <w:r>
        <w:rPr>
          <w:rFonts w:ascii="Times New Roman" w:hAnsi="Times New Roman" w:eastAsia="Times New Roman" w:cs="Times New Roman"/>
        </w:rPr>
        <w:t xml:space="preserve"> </w:t>
      </w:r>
      <w:r>
        <w:rPr>
          <w:rFonts w:ascii="Nirmala UI" w:hAnsi="Nirmala UI" w:eastAsia="Nirmala UI" w:cs="Nirmala UI"/>
        </w:rPr>
        <w:t>पत्रुस</w:t>
      </w:r>
      <w:r>
        <w:rPr>
          <w:rFonts w:ascii="Times New Roman" w:hAnsi="Times New Roman" w:eastAsia="Times New Roman" w:cs="Times New Roman"/>
        </w:rPr>
        <w:t xml:space="preserve"> </w:t>
      </w:r>
      <w:r>
        <w:rPr>
          <w:rFonts w:ascii="Nirmala UI" w:hAnsi="Nirmala UI" w:eastAsia="Nirmala UI" w:cs="Nirmala UI"/>
        </w:rPr>
        <w:t>एहि</w:t>
      </w:r>
      <w:r>
        <w:rPr>
          <w:rFonts w:ascii="Times New Roman" w:hAnsi="Times New Roman" w:eastAsia="Times New Roman" w:cs="Times New Roman"/>
        </w:rPr>
        <w:t xml:space="preserve"> </w:t>
      </w:r>
      <w:r>
        <w:rPr>
          <w:rFonts w:ascii="Nirmala UI" w:hAnsi="Nirmala UI" w:eastAsia="Nirmala UI" w:cs="Nirmala UI"/>
        </w:rPr>
        <w:t>रूपमे</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छथि</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यीशु</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मसीह</w:t>
      </w:r>
      <w:r>
        <w:rPr>
          <w:rFonts w:ascii="Times New Roman" w:hAnsi="Times New Roman" w:eastAsia="Times New Roman" w:cs="Times New Roman"/>
        </w:rPr>
        <w:t>-</w:t>
      </w:r>
      <w:r>
        <w:rPr>
          <w:rFonts w:ascii="Nirmala UI" w:hAnsi="Nirmala UI" w:eastAsia="Nirmala UI" w:cs="Nirmala UI"/>
        </w:rPr>
        <w:t>रूपेँ</w:t>
      </w:r>
      <w:r>
        <w:rPr>
          <w:rFonts w:ascii="Times New Roman" w:hAnsi="Times New Roman" w:eastAsia="Times New Roman" w:cs="Times New Roman"/>
        </w:rPr>
        <w:t xml:space="preserve"> </w:t>
      </w:r>
      <w:r>
        <w:rPr>
          <w:rFonts w:ascii="Nirmala UI" w:hAnsi="Nirmala UI" w:eastAsia="Nirmala UI" w:cs="Nirmala UI"/>
        </w:rPr>
        <w:t>अभिषिक्त</w:t>
      </w:r>
      <w:r>
        <w:rPr>
          <w:rFonts w:ascii="Times New Roman" w:hAnsi="Times New Roman" w:eastAsia="Times New Roman" w:cs="Times New Roman"/>
        </w:rPr>
        <w:t xml:space="preserve"> </w:t>
      </w:r>
      <w:r>
        <w:rPr>
          <w:rFonts w:ascii="Nirmala UI" w:hAnsi="Nirmala UI" w:eastAsia="Nirmala UI" w:cs="Nirmala UI"/>
        </w:rPr>
        <w:t>मानल</w:t>
      </w:r>
      <w:r>
        <w:rPr>
          <w:rFonts w:ascii="Times New Roman" w:hAnsi="Times New Roman" w:eastAsia="Times New Roman" w:cs="Times New Roman"/>
        </w:rPr>
        <w:t xml:space="preserve"> </w:t>
      </w:r>
      <w:r>
        <w:rPr>
          <w:rFonts w:ascii="Nirmala UI" w:hAnsi="Nirmala UI" w:eastAsia="Nirmala UI" w:cs="Nirmala UI"/>
        </w:rPr>
        <w:t>गेल</w:t>
      </w:r>
      <w:r>
        <w:rPr>
          <w:rFonts w:ascii="Times New Roman" w:hAnsi="Times New Roman" w:eastAsia="Times New Roman" w:cs="Times New Roman"/>
        </w:rPr>
        <w:t xml:space="preserve">, </w:t>
      </w:r>
      <w:r>
        <w:rPr>
          <w:rFonts w:ascii="Nirmala UI" w:hAnsi="Nirmala UI" w:eastAsia="Nirmala UI" w:cs="Nirmala UI"/>
        </w:rPr>
        <w:t>जखन</w:t>
      </w:r>
      <w:r>
        <w:rPr>
          <w:rFonts w:ascii="Times New Roman" w:hAnsi="Times New Roman" w:eastAsia="Times New Roman" w:cs="Times New Roman"/>
        </w:rPr>
        <w:t xml:space="preserve"> </w:t>
      </w:r>
      <w:r>
        <w:rPr>
          <w:rFonts w:ascii="Nirmala UI" w:hAnsi="Nirmala UI" w:eastAsia="Nirmala UI" w:cs="Nirmala UI"/>
        </w:rPr>
        <w:t>ईश्वरीय</w:t>
      </w:r>
      <w:r>
        <w:rPr>
          <w:rFonts w:ascii="Times New Roman" w:hAnsi="Times New Roman" w:eastAsia="Times New Roman" w:cs="Times New Roman"/>
        </w:rPr>
        <w:t xml:space="preserve"> </w:t>
      </w:r>
      <w:r>
        <w:rPr>
          <w:rFonts w:ascii="Nirmala UI" w:hAnsi="Nirmala UI" w:eastAsia="Nirmala UI" w:cs="Nirmala UI"/>
        </w:rPr>
        <w:t>प्रतीक</w:t>
      </w:r>
      <w:r>
        <w:rPr>
          <w:rFonts w:ascii="Times New Roman" w:hAnsi="Times New Roman" w:eastAsia="Times New Roman" w:cs="Times New Roman"/>
        </w:rPr>
        <w:t xml:space="preserve"> </w:t>
      </w:r>
      <w:r>
        <w:rPr>
          <w:rFonts w:ascii="Nirmala UI" w:hAnsi="Nirmala UI" w:eastAsia="Nirmala UI" w:cs="Nirmala UI"/>
        </w:rPr>
        <w:t>कपोतक</w:t>
      </w:r>
      <w:r>
        <w:rPr>
          <w:rFonts w:ascii="Times New Roman" w:hAnsi="Times New Roman" w:eastAsia="Times New Roman" w:cs="Times New Roman"/>
        </w:rPr>
        <w:t xml:space="preserve"> </w:t>
      </w:r>
      <w:r>
        <w:rPr>
          <w:rFonts w:ascii="Nirmala UI" w:hAnsi="Nirmala UI" w:eastAsia="Nirmala UI" w:cs="Nirmala UI"/>
        </w:rPr>
        <w:t>रूपमे</w:t>
      </w:r>
      <w:r>
        <w:rPr>
          <w:rFonts w:ascii="Times New Roman" w:hAnsi="Times New Roman" w:eastAsia="Times New Roman" w:cs="Times New Roman"/>
        </w:rPr>
        <w:t xml:space="preserve"> </w:t>
      </w:r>
      <w:r>
        <w:rPr>
          <w:rFonts w:ascii="Nirmala UI" w:hAnsi="Nirmala UI" w:eastAsia="Nirmala UI" w:cs="Nirmala UI"/>
        </w:rPr>
        <w:t>अवतरित</w:t>
      </w:r>
      <w:r>
        <w:rPr>
          <w:rFonts w:ascii="Times New Roman" w:hAnsi="Times New Roman" w:eastAsia="Times New Roman" w:cs="Times New Roman"/>
        </w:rPr>
        <w:t xml:space="preserve"> </w:t>
      </w:r>
      <w:r>
        <w:rPr>
          <w:rFonts w:ascii="Nirmala UI" w:hAnsi="Nirmala UI" w:eastAsia="Nirmala UI" w:cs="Nirmala UI"/>
        </w:rPr>
        <w:t>भेल</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11 </w:t>
      </w:r>
      <w:r>
        <w:rPr>
          <w:rFonts w:ascii="Nirmala UI" w:hAnsi="Nirmala UI" w:eastAsia="Nirmala UI" w:cs="Nirmala UI"/>
        </w:rPr>
        <w:t>सितम्बर</w:t>
      </w:r>
      <w:r>
        <w:rPr>
          <w:rFonts w:ascii="Times New Roman" w:hAnsi="Times New Roman" w:eastAsia="Times New Roman" w:cs="Times New Roman"/>
        </w:rPr>
        <w:t xml:space="preserve"> 2001 </w:t>
      </w:r>
      <w:r>
        <w:rPr>
          <w:rFonts w:ascii="Nirmala UI" w:hAnsi="Nirmala UI" w:eastAsia="Nirmala UI" w:cs="Nirmala UI"/>
        </w:rPr>
        <w:t>केर</w:t>
      </w:r>
      <w:r>
        <w:rPr>
          <w:rFonts w:ascii="Times New Roman" w:hAnsi="Times New Roman" w:eastAsia="Times New Roman" w:cs="Times New Roman"/>
        </w:rPr>
        <w:t xml:space="preserve"> </w:t>
      </w:r>
      <w:r>
        <w:rPr>
          <w:rFonts w:ascii="Nirmala UI" w:hAnsi="Nirmala UI" w:eastAsia="Nirmala UI" w:cs="Nirmala UI"/>
        </w:rPr>
        <w:t>प्रतिरूप</w:t>
      </w:r>
      <w:r>
        <w:rPr>
          <w:rFonts w:ascii="Times New Roman" w:hAnsi="Times New Roman" w:eastAsia="Times New Roman" w:cs="Times New Roman"/>
        </w:rPr>
        <w:t xml:space="preserve"> </w:t>
      </w:r>
      <w:r>
        <w:rPr>
          <w:rFonts w:ascii="Nirmala UI" w:hAnsi="Nirmala UI" w:eastAsia="Nirmala UI" w:cs="Nirmala UI"/>
        </w:rPr>
        <w:t>अछि।</w:t>
      </w:r>
      <w:r>
        <w:rPr>
          <w:rFonts w:ascii="Times New Roman" w:hAnsi="Times New Roman" w:eastAsia="Times New Roman" w:cs="Times New Roman"/>
        </w:rPr>
        <w:t xml:space="preserve"> </w:t>
      </w:r>
      <w:r>
        <w:rPr>
          <w:rFonts w:ascii="Nirmala UI" w:hAnsi="Nirmala UI" w:eastAsia="Nirmala UI" w:cs="Nirmala UI"/>
        </w:rPr>
        <w:t>एहिमे</w:t>
      </w:r>
      <w:r>
        <w:rPr>
          <w:rFonts w:ascii="Times New Roman" w:hAnsi="Times New Roman" w:eastAsia="Times New Roman" w:cs="Times New Roman"/>
        </w:rPr>
        <w:t xml:space="preserve"> </w:t>
      </w:r>
      <w:r>
        <w:rPr>
          <w:rFonts w:ascii="Nirmala UI" w:hAnsi="Nirmala UI" w:eastAsia="Nirmala UI" w:cs="Nirmala UI"/>
        </w:rPr>
        <w:t>ई</w:t>
      </w:r>
      <w:r>
        <w:rPr>
          <w:rFonts w:ascii="Times New Roman" w:hAnsi="Times New Roman" w:eastAsia="Times New Roman" w:cs="Times New Roman"/>
        </w:rPr>
        <w:t xml:space="preserve"> </w:t>
      </w:r>
      <w:r>
        <w:rPr>
          <w:rFonts w:ascii="Nirmala UI" w:hAnsi="Nirmala UI" w:eastAsia="Nirmala UI" w:cs="Nirmala UI"/>
        </w:rPr>
        <w:t>समझ</w:t>
      </w:r>
      <w:r>
        <w:rPr>
          <w:rFonts w:ascii="Times New Roman" w:hAnsi="Times New Roman" w:eastAsia="Times New Roman" w:cs="Times New Roman"/>
        </w:rPr>
        <w:t xml:space="preserve"> </w:t>
      </w:r>
      <w:r>
        <w:rPr>
          <w:rFonts w:ascii="Nirmala UI" w:hAnsi="Nirmala UI" w:eastAsia="Nirmala UI" w:cs="Nirmala UI"/>
        </w:rPr>
        <w:t>सेहो</w:t>
      </w:r>
      <w:r>
        <w:rPr>
          <w:rFonts w:ascii="Times New Roman" w:hAnsi="Times New Roman" w:eastAsia="Times New Roman" w:cs="Times New Roman"/>
        </w:rPr>
        <w:t xml:space="preserve"> </w:t>
      </w:r>
      <w:r>
        <w:rPr>
          <w:rFonts w:ascii="Nirmala UI" w:hAnsi="Nirmala UI" w:eastAsia="Nirmala UI" w:cs="Nirmala UI"/>
        </w:rPr>
        <w:t>सम्मिलित</w:t>
      </w:r>
      <w:r>
        <w:rPr>
          <w:rFonts w:ascii="Times New Roman" w:hAnsi="Times New Roman" w:eastAsia="Times New Roman" w:cs="Times New Roman"/>
        </w:rPr>
        <w:t xml:space="preserve"> </w:t>
      </w:r>
      <w:r>
        <w:rPr>
          <w:rFonts w:ascii="Nirmala UI" w:hAnsi="Nirmala UI" w:eastAsia="Nirmala UI" w:cs="Nirmala UI"/>
        </w:rPr>
        <w:t>हएत</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यीशु</w:t>
      </w:r>
      <w:r>
        <w:rPr>
          <w:rFonts w:ascii="Times New Roman" w:hAnsi="Times New Roman" w:eastAsia="Times New Roman" w:cs="Times New Roman"/>
        </w:rPr>
        <w:t xml:space="preserve"> </w:t>
      </w:r>
      <w:r>
        <w:rPr>
          <w:rFonts w:ascii="Nirmala UI" w:hAnsi="Nirmala UI" w:eastAsia="Nirmala UI" w:cs="Nirmala UI"/>
        </w:rPr>
        <w:t>परमेश्वरक</w:t>
      </w:r>
      <w:r>
        <w:rPr>
          <w:rFonts w:ascii="Times New Roman" w:hAnsi="Times New Roman" w:eastAsia="Times New Roman" w:cs="Times New Roman"/>
        </w:rPr>
        <w:t xml:space="preserve"> </w:t>
      </w:r>
      <w:r>
        <w:rPr>
          <w:rFonts w:ascii="Nirmala UI" w:hAnsi="Nirmala UI" w:eastAsia="Nirmala UI" w:cs="Nirmala UI"/>
        </w:rPr>
        <w:t>ईश्वरीय</w:t>
      </w:r>
      <w:r>
        <w:rPr>
          <w:rFonts w:ascii="Times New Roman" w:hAnsi="Times New Roman" w:eastAsia="Times New Roman" w:cs="Times New Roman"/>
        </w:rPr>
        <w:t xml:space="preserve"> </w:t>
      </w:r>
      <w:r>
        <w:rPr>
          <w:rFonts w:ascii="Nirmala UI" w:hAnsi="Nirmala UI" w:eastAsia="Nirmala UI" w:cs="Nirmala UI"/>
        </w:rPr>
        <w:t>पुत्र</w:t>
      </w:r>
      <w:r>
        <w:rPr>
          <w:rFonts w:ascii="Times New Roman" w:hAnsi="Times New Roman" w:eastAsia="Times New Roman" w:cs="Times New Roman"/>
        </w:rPr>
        <w:t xml:space="preserve"> </w:t>
      </w:r>
      <w:r>
        <w:rPr>
          <w:rFonts w:ascii="Nirmala UI" w:hAnsi="Nirmala UI" w:eastAsia="Nirmala UI" w:cs="Nirmala UI"/>
        </w:rPr>
        <w:t>छथि</w:t>
      </w:r>
      <w:r>
        <w:rPr>
          <w:rFonts w:ascii="Times New Roman" w:hAnsi="Times New Roman" w:eastAsia="Times New Roman" w:cs="Times New Roman"/>
        </w:rPr>
        <w:t xml:space="preserve">, </w:t>
      </w:r>
      <w:r>
        <w:rPr>
          <w:rFonts w:ascii="Nirmala UI" w:hAnsi="Nirmala UI" w:eastAsia="Nirmala UI" w:cs="Nirmala UI"/>
        </w:rPr>
        <w:t>आ</w:t>
      </w:r>
      <w:r>
        <w:rPr>
          <w:rFonts w:ascii="Times New Roman" w:hAnsi="Times New Roman" w:eastAsia="Times New Roman" w:cs="Times New Roman"/>
        </w:rPr>
        <w:t xml:space="preserve"> </w:t>
      </w:r>
      <w:r>
        <w:rPr>
          <w:rFonts w:ascii="Nirmala UI" w:hAnsi="Nirmala UI" w:eastAsia="Nirmala UI" w:cs="Nirmala UI"/>
        </w:rPr>
        <w:t>संगहि</w:t>
      </w:r>
      <w:r>
        <w:rPr>
          <w:rFonts w:ascii="Times New Roman" w:hAnsi="Times New Roman" w:eastAsia="Times New Roman" w:cs="Times New Roman"/>
        </w:rPr>
        <w:t xml:space="preserve">, </w:t>
      </w:r>
      <w:r>
        <w:rPr>
          <w:rFonts w:ascii="Nirmala UI" w:hAnsi="Nirmala UI" w:eastAsia="Nirmala UI" w:cs="Nirmala UI"/>
        </w:rPr>
        <w:t>एहि</w:t>
      </w:r>
      <w:r>
        <w:rPr>
          <w:rFonts w:ascii="Times New Roman" w:hAnsi="Times New Roman" w:eastAsia="Times New Roman" w:cs="Times New Roman"/>
        </w:rPr>
        <w:t xml:space="preserve"> </w:t>
      </w:r>
      <w:r>
        <w:rPr>
          <w:rFonts w:ascii="Nirmala UI" w:hAnsi="Nirmala UI" w:eastAsia="Nirmala UI" w:cs="Nirmala UI"/>
        </w:rPr>
        <w:t>कारण</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यीशु</w:t>
      </w:r>
      <w:r>
        <w:rPr>
          <w:rFonts w:ascii="Times New Roman" w:hAnsi="Times New Roman" w:eastAsia="Times New Roman" w:cs="Times New Roman"/>
        </w:rPr>
        <w:t xml:space="preserve"> </w:t>
      </w:r>
      <w:r>
        <w:rPr>
          <w:rFonts w:ascii="Nirmala UI" w:hAnsi="Nirmala UI" w:eastAsia="Nirmala UI" w:cs="Nirmala UI"/>
        </w:rPr>
        <w:t>अपन</w:t>
      </w:r>
      <w:r>
        <w:rPr>
          <w:rFonts w:ascii="Times New Roman" w:hAnsi="Times New Roman" w:eastAsia="Times New Roman" w:cs="Times New Roman"/>
        </w:rPr>
        <w:t xml:space="preserve"> </w:t>
      </w:r>
      <w:r>
        <w:rPr>
          <w:rFonts w:ascii="Nirmala UI" w:hAnsi="Nirmala UI" w:eastAsia="Nirmala UI" w:cs="Nirmala UI"/>
        </w:rPr>
        <w:t>ईश्वरीय</w:t>
      </w:r>
      <w:r>
        <w:rPr>
          <w:rFonts w:ascii="Times New Roman" w:hAnsi="Times New Roman" w:eastAsia="Times New Roman" w:cs="Times New Roman"/>
        </w:rPr>
        <w:t xml:space="preserve"> </w:t>
      </w:r>
      <w:r>
        <w:rPr>
          <w:rFonts w:ascii="Nirmala UI" w:hAnsi="Nirmala UI" w:eastAsia="Nirmala UI" w:cs="Nirmala UI"/>
        </w:rPr>
        <w:t>सत्ता</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पतित</w:t>
      </w:r>
      <w:r>
        <w:rPr>
          <w:rFonts w:ascii="Times New Roman" w:hAnsi="Times New Roman" w:eastAsia="Times New Roman" w:cs="Times New Roman"/>
        </w:rPr>
        <w:t xml:space="preserve"> </w:t>
      </w:r>
      <w:r>
        <w:rPr>
          <w:rFonts w:ascii="Nirmala UI" w:hAnsi="Nirmala UI" w:eastAsia="Nirmala UI" w:cs="Nirmala UI"/>
        </w:rPr>
        <w:t>मानवजातिक</w:t>
      </w:r>
      <w:r>
        <w:rPr>
          <w:rFonts w:ascii="Times New Roman" w:hAnsi="Times New Roman" w:eastAsia="Times New Roman" w:cs="Times New Roman"/>
        </w:rPr>
        <w:t xml:space="preserve"> </w:t>
      </w:r>
      <w:r>
        <w:rPr>
          <w:rFonts w:ascii="Nirmala UI" w:hAnsi="Nirmala UI" w:eastAsia="Nirmala UI" w:cs="Nirmala UI"/>
        </w:rPr>
        <w:t>देह</w:t>
      </w:r>
      <w:r>
        <w:rPr>
          <w:rFonts w:ascii="Times New Roman" w:hAnsi="Times New Roman" w:eastAsia="Times New Roman" w:cs="Times New Roman"/>
        </w:rPr>
        <w:t xml:space="preserve"> </w:t>
      </w:r>
      <w:r>
        <w:rPr>
          <w:rFonts w:ascii="Nirmala UI" w:hAnsi="Nirmala UI" w:eastAsia="Nirmala UI" w:cs="Nirmala UI"/>
        </w:rPr>
        <w:t>धारण</w:t>
      </w:r>
      <w:r>
        <w:rPr>
          <w:rFonts w:ascii="Times New Roman" w:hAnsi="Times New Roman" w:eastAsia="Times New Roman" w:cs="Times New Roman"/>
        </w:rPr>
        <w:t xml:space="preserve"> </w:t>
      </w:r>
      <w:r>
        <w:rPr>
          <w:rFonts w:ascii="Nirmala UI" w:hAnsi="Nirmala UI" w:eastAsia="Nirmala UI" w:cs="Nirmala UI"/>
        </w:rPr>
        <w:t>कयलनि</w:t>
      </w:r>
      <w:r>
        <w:rPr>
          <w:rFonts w:ascii="Times New Roman" w:hAnsi="Times New Roman" w:eastAsia="Times New Roman" w:cs="Times New Roman"/>
        </w:rPr>
        <w:t xml:space="preserve">, </w:t>
      </w:r>
      <w:r>
        <w:rPr>
          <w:rFonts w:ascii="Nirmala UI" w:hAnsi="Nirmala UI" w:eastAsia="Nirmala UI" w:cs="Nirmala UI"/>
        </w:rPr>
        <w:t>ओ</w:t>
      </w:r>
      <w:r>
        <w:rPr>
          <w:rFonts w:ascii="Times New Roman" w:hAnsi="Times New Roman" w:eastAsia="Times New Roman" w:cs="Times New Roman"/>
        </w:rPr>
        <w:t xml:space="preserve"> </w:t>
      </w:r>
      <w:r>
        <w:rPr>
          <w:rFonts w:ascii="Nirmala UI" w:hAnsi="Nirmala UI" w:eastAsia="Nirmala UI" w:cs="Nirmala UI"/>
        </w:rPr>
        <w:t>मनुष्यपुत्र</w:t>
      </w:r>
      <w:r>
        <w:rPr>
          <w:rFonts w:ascii="Times New Roman" w:hAnsi="Times New Roman" w:eastAsia="Times New Roman" w:cs="Times New Roman"/>
        </w:rPr>
        <w:t xml:space="preserve"> </w:t>
      </w:r>
      <w:r>
        <w:rPr>
          <w:rFonts w:ascii="Nirmala UI" w:hAnsi="Nirmala UI" w:eastAsia="Nirmala UI" w:cs="Nirmala UI"/>
        </w:rPr>
        <w:t>सेहो</w:t>
      </w:r>
      <w:r>
        <w:rPr>
          <w:rFonts w:ascii="Times New Roman" w:hAnsi="Times New Roman" w:eastAsia="Times New Roman" w:cs="Times New Roman"/>
        </w:rPr>
        <w:t xml:space="preserve"> </w:t>
      </w:r>
      <w:r>
        <w:rPr>
          <w:rFonts w:ascii="Nirmala UI" w:hAnsi="Nirmala UI" w:eastAsia="Nirmala UI" w:cs="Nirmala UI"/>
        </w:rPr>
        <w:t>छथि।</w:t>
      </w:r>
    </w:p>
    <w:p>
      <w:pPr>
        <w:pStyle w:val="ArticleBody"/>
        <w:jc w:val="left"/>
      </w:pPr>
      <w:r>
        <w:rPr>
          <w:rFonts w:ascii="Nirmala UI" w:hAnsi="Nirmala UI" w:eastAsia="Nirmala UI" w:cs="Nirmala UI"/>
        </w:rPr>
        <w:t>ꯃꯁꯤꯒꯤ</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ꯑꯩꯍꯥꯛꯄꯤ</w:t>
      </w:r>
      <w:r>
        <w:rPr>
          <w:rFonts w:ascii="Times New Roman" w:hAnsi="Times New Roman" w:eastAsia="Times New Roman" w:cs="Times New Roman"/>
        </w:rPr>
        <w:t xml:space="preserve"> </w:t>
      </w:r>
      <w:r>
        <w:rPr>
          <w:rFonts w:ascii="Nirmala UI" w:hAnsi="Nirmala UI" w:eastAsia="Nirmala UI" w:cs="Nirmala UI"/>
        </w:rPr>
        <w:t>ꯑꯣꯏꯅ</w:t>
      </w:r>
      <w:r>
        <w:rPr>
          <w:rFonts w:ascii="Times New Roman" w:hAnsi="Times New Roman" w:eastAsia="Times New Roman" w:cs="Times New Roman"/>
        </w:rPr>
        <w:t xml:space="preserve"> </w:t>
      </w:r>
      <w:r>
        <w:rPr>
          <w:rFonts w:ascii="Nirmala UI" w:hAnsi="Nirmala UI" w:eastAsia="Nirmala UI" w:cs="Nirmala UI"/>
        </w:rPr>
        <w:t>ꯂꯧꯔꯛꯄ</w:t>
      </w:r>
      <w:r>
        <w:rPr>
          <w:rFonts w:ascii="Times New Roman" w:hAnsi="Times New Roman" w:eastAsia="Times New Roman" w:cs="Times New Roman"/>
        </w:rPr>
        <w:t xml:space="preserve"> </w:t>
      </w:r>
      <w:r>
        <w:rPr>
          <w:rFonts w:ascii="Nirmala UI" w:hAnsi="Nirmala UI" w:eastAsia="Nirmala UI" w:cs="Nirmala UI"/>
        </w:rPr>
        <w:t>ꯑꯁꯤꯁꯤ</w:t>
      </w:r>
      <w:r>
        <w:rPr>
          <w:rFonts w:ascii="Times New Roman" w:hAnsi="Times New Roman" w:eastAsia="Times New Roman" w:cs="Times New Roman"/>
        </w:rPr>
        <w:t xml:space="preserve">, 2001 </w:t>
      </w:r>
      <w:r>
        <w:rPr>
          <w:rFonts w:ascii="Nirmala UI" w:hAnsi="Nirmala UI" w:eastAsia="Nirmala UI" w:cs="Nirmala UI"/>
        </w:rPr>
        <w:t>ꯆꯤꯡꯊꯥꯛ</w:t>
      </w:r>
      <w:r>
        <w:rPr>
          <w:rFonts w:ascii="Times New Roman" w:hAnsi="Times New Roman" w:eastAsia="Times New Roman" w:cs="Times New Roman"/>
        </w:rPr>
        <w:t xml:space="preserve"> </w:t>
      </w:r>
      <w:r>
        <w:rPr>
          <w:rFonts w:ascii="Nirmala UI" w:hAnsi="Nirmala UI" w:eastAsia="Nirmala UI" w:cs="Nirmala UI"/>
        </w:rPr>
        <w:t>ꯁꯦꯞꯇꯦꯝꯕꯔ</w:t>
      </w:r>
      <w:r>
        <w:rPr>
          <w:rFonts w:ascii="Times New Roman" w:hAnsi="Times New Roman" w:eastAsia="Times New Roman" w:cs="Times New Roman"/>
        </w:rPr>
        <w:t xml:space="preserve"> 11 </w:t>
      </w:r>
      <w:r>
        <w:rPr>
          <w:rFonts w:ascii="Nirmala UI" w:hAnsi="Nirmala UI" w:eastAsia="Nirmala UI" w:cs="Nirmala UI"/>
        </w:rPr>
        <w:t>ꯒꯤ</w:t>
      </w:r>
      <w:r>
        <w:rPr>
          <w:rFonts w:ascii="Times New Roman" w:hAnsi="Times New Roman" w:eastAsia="Times New Roman" w:cs="Times New Roman"/>
        </w:rPr>
        <w:t xml:space="preserve"> </w:t>
      </w:r>
      <w:r>
        <w:rPr>
          <w:rFonts w:ascii="Nirmala UI" w:hAnsi="Nirmala UI" w:eastAsia="Nirmala UI" w:cs="Nirmala UI"/>
        </w:rPr>
        <w:t>ꯃꯇꯨꯡꯗꯥ</w:t>
      </w:r>
      <w:r>
        <w:rPr>
          <w:rFonts w:ascii="Times New Roman" w:hAnsi="Times New Roman" w:eastAsia="Times New Roman" w:cs="Times New Roman"/>
        </w:rPr>
        <w:t xml:space="preserve"> </w:t>
      </w:r>
      <w:r>
        <w:rPr>
          <w:rFonts w:ascii="Nirmala UI" w:hAnsi="Nirmala UI" w:eastAsia="Nirmala UI" w:cs="Nirmala UI"/>
        </w:rPr>
        <w:t>ꯑꯣꯏꯔꯛꯄꯥ</w:t>
      </w:r>
      <w:r>
        <w:rPr>
          <w:rFonts w:ascii="Times New Roman" w:hAnsi="Times New Roman" w:eastAsia="Times New Roman" w:cs="Times New Roman"/>
        </w:rPr>
        <w:t xml:space="preserve"> </w:t>
      </w:r>
      <w:r>
        <w:rPr>
          <w:rFonts w:ascii="Nirmala UI" w:hAnsi="Nirmala UI" w:eastAsia="Nirmala UI" w:cs="Nirmala UI"/>
        </w:rPr>
        <w:t>ꯃꯇꯝꯗꯥ</w:t>
      </w:r>
      <w:r>
        <w:rPr>
          <w:rFonts w:ascii="Times New Roman" w:hAnsi="Times New Roman" w:eastAsia="Times New Roman" w:cs="Times New Roman"/>
        </w:rPr>
        <w:t xml:space="preserve"> </w:t>
      </w:r>
      <w:r>
        <w:rPr>
          <w:rFonts w:ascii="Nirmala UI" w:hAnsi="Nirmala UI" w:eastAsia="Nirmala UI" w:cs="Nirmala UI"/>
        </w:rPr>
        <w:t>ꯇꯧꯔꯛꯈꯤꯕ</w:t>
      </w:r>
      <w:r>
        <w:rPr>
          <w:rFonts w:ascii="Times New Roman" w:hAnsi="Times New Roman" w:eastAsia="Times New Roman" w:cs="Times New Roman"/>
        </w:rPr>
        <w:t xml:space="preserve"> </w:t>
      </w:r>
      <w:r>
        <w:rPr>
          <w:rFonts w:ascii="Nirmala UI" w:hAnsi="Nirmala UI" w:eastAsia="Nirmala UI" w:cs="Nirmala UI"/>
        </w:rPr>
        <w:t>ꯃꯇꯝ</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ꯅꯨꯡꯉꯥꯏꯄ</w:t>
      </w:r>
      <w:r>
        <w:rPr>
          <w:rFonts w:ascii="Times New Roman" w:hAnsi="Times New Roman" w:eastAsia="Times New Roman" w:cs="Times New Roman"/>
        </w:rPr>
        <w:t xml:space="preserve"> </w:t>
      </w:r>
      <w:r>
        <w:rPr>
          <w:rFonts w:ascii="Nirmala UI" w:hAnsi="Nirmala UI" w:eastAsia="Nirmala UI" w:cs="Nirmala UI"/>
        </w:rPr>
        <w:t>ꯃꯤꯑꯣꯏꯕꯥꯒꯤ</w:t>
      </w:r>
      <w:r>
        <w:rPr>
          <w:rFonts w:ascii="Times New Roman" w:hAnsi="Times New Roman" w:eastAsia="Times New Roman" w:cs="Times New Roman"/>
        </w:rPr>
        <w:t xml:space="preserve"> </w:t>
      </w:r>
      <w:r>
        <w:rPr>
          <w:rFonts w:ascii="Nirmala UI" w:hAnsi="Nirmala UI" w:eastAsia="Nirmala UI" w:cs="Nirmala UI"/>
        </w:rPr>
        <w:t>ꯑꯅꯤ</w:t>
      </w:r>
      <w:r>
        <w:rPr>
          <w:rFonts w:ascii="Times New Roman" w:hAnsi="Times New Roman" w:eastAsia="Times New Roman" w:cs="Times New Roman"/>
        </w:rPr>
        <w:t xml:space="preserve"> </w:t>
      </w:r>
      <w:r>
        <w:rPr>
          <w:rFonts w:ascii="Nirmala UI" w:hAnsi="Nirmala UI" w:eastAsia="Nirmala UI" w:cs="Nirmala UI"/>
        </w:rPr>
        <w:t>ꯃꯈꯥꯏ</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ꯄꯨꯠꯂꯛꯄꯅꯤ꯫</w:t>
      </w:r>
      <w:r>
        <w:rPr>
          <w:rFonts w:ascii="Times New Roman" w:hAnsi="Times New Roman" w:eastAsia="Times New Roman" w:cs="Times New Roman"/>
        </w:rPr>
        <w:t xml:space="preserve"> </w:t>
      </w:r>
      <w:r>
        <w:rPr>
          <w:rFonts w:ascii="Nirmala UI" w:hAnsi="Nirmala UI" w:eastAsia="Nirmala UI" w:cs="Nirmala UI"/>
        </w:rPr>
        <w:t>ꯑꯗꯨꯒ</w:t>
      </w:r>
      <w:r>
        <w:rPr>
          <w:rFonts w:ascii="Times New Roman" w:hAnsi="Times New Roman" w:eastAsia="Times New Roman" w:cs="Times New Roman"/>
        </w:rPr>
        <w:t xml:space="preserve"> </w:t>
      </w:r>
      <w:r>
        <w:rPr>
          <w:rFonts w:ascii="Nirmala UI" w:hAnsi="Nirmala UI" w:eastAsia="Nirmala UI" w:cs="Nirmala UI"/>
        </w:rPr>
        <w:t>ꯑꯅꯤ</w:t>
      </w:r>
      <w:r>
        <w:rPr>
          <w:rFonts w:ascii="Times New Roman" w:hAnsi="Times New Roman" w:eastAsia="Times New Roman" w:cs="Times New Roman"/>
        </w:rPr>
        <w:t xml:space="preserve"> </w:t>
      </w:r>
      <w:r>
        <w:rPr>
          <w:rFonts w:ascii="Nirmala UI" w:hAnsi="Nirmala UI" w:eastAsia="Nirmala UI" w:cs="Nirmala UI"/>
        </w:rPr>
        <w:t>ꯃꯈꯥꯏ</w:t>
      </w:r>
      <w:r>
        <w:rPr>
          <w:rFonts w:ascii="Times New Roman" w:hAnsi="Times New Roman" w:eastAsia="Times New Roman" w:cs="Times New Roman"/>
        </w:rPr>
        <w:t xml:space="preserve"> </w:t>
      </w:r>
      <w:r>
        <w:rPr>
          <w:rFonts w:ascii="Nirmala UI" w:hAnsi="Nirmala UI" w:eastAsia="Nirmala UI" w:cs="Nirmala UI"/>
        </w:rPr>
        <w:t>ꯑꯁꯤ</w:t>
      </w:r>
      <w:r>
        <w:rPr>
          <w:rFonts w:ascii="Times New Roman" w:hAnsi="Times New Roman" w:eastAsia="Times New Roman" w:cs="Times New Roman"/>
        </w:rPr>
        <w:t xml:space="preserve"> Exeter camp meeting </w:t>
      </w:r>
      <w:r>
        <w:rPr>
          <w:rFonts w:ascii="Nirmala UI" w:hAnsi="Nirmala UI" w:eastAsia="Nirmala UI" w:cs="Nirmala UI"/>
        </w:rPr>
        <w:t>ꯑꯗꯨꯗꯥ</w:t>
      </w:r>
      <w:r>
        <w:rPr>
          <w:rFonts w:ascii="Times New Roman" w:hAnsi="Times New Roman" w:eastAsia="Times New Roman" w:cs="Times New Roman"/>
        </w:rPr>
        <w:t xml:space="preserve"> </w:t>
      </w:r>
      <w:r>
        <w:rPr>
          <w:rFonts w:ascii="Nirmala UI" w:hAnsi="Nirmala UI" w:eastAsia="Nirmala UI" w:cs="Nirmala UI"/>
        </w:rPr>
        <w:t>ꯈꯨꯗꯣꯡꯆꯥꯕ</w:t>
      </w:r>
      <w:r>
        <w:rPr>
          <w:rFonts w:ascii="Times New Roman" w:hAnsi="Times New Roman" w:eastAsia="Times New Roman" w:cs="Times New Roman"/>
        </w:rPr>
        <w:t xml:space="preserve"> </w:t>
      </w:r>
      <w:r>
        <w:rPr>
          <w:rFonts w:ascii="Nirmala UI" w:hAnsi="Nirmala UI" w:eastAsia="Nirmala UI" w:cs="Nirmala UI"/>
        </w:rPr>
        <w:t>ꯑꯣꯏꯅ</w:t>
      </w:r>
      <w:r>
        <w:rPr>
          <w:rFonts w:ascii="Times New Roman" w:hAnsi="Times New Roman" w:eastAsia="Times New Roman" w:cs="Times New Roman"/>
        </w:rPr>
        <w:t xml:space="preserve"> </w:t>
      </w:r>
      <w:r>
        <w:rPr>
          <w:rFonts w:ascii="Nirmala UI" w:hAnsi="Nirmala UI" w:eastAsia="Nirmala UI" w:cs="Nirmala UI"/>
        </w:rPr>
        <w:t>ꯎꯠꯂꯛꯈꯤ</w:t>
      </w:r>
      <w:r>
        <w:rPr>
          <w:rFonts w:ascii="Times New Roman" w:hAnsi="Times New Roman" w:eastAsia="Times New Roman" w:cs="Times New Roman"/>
        </w:rPr>
        <w:t xml:space="preserve">, </w:t>
      </w:r>
      <w:r>
        <w:rPr>
          <w:rFonts w:ascii="Nirmala UI" w:hAnsi="Nirmala UI" w:eastAsia="Nirmala UI" w:cs="Nirmala UI"/>
        </w:rPr>
        <w:t>ꯃꯔꯝꯗꯤ</w:t>
      </w:r>
      <w:r>
        <w:rPr>
          <w:rFonts w:ascii="Times New Roman" w:hAnsi="Times New Roman" w:eastAsia="Times New Roman" w:cs="Times New Roman"/>
        </w:rPr>
        <w:t xml:space="preserve"> </w:t>
      </w:r>
      <w:r>
        <w:rPr>
          <w:rFonts w:ascii="Nirmala UI" w:hAnsi="Nirmala UI" w:eastAsia="Nirmala UI" w:cs="Nirmala UI"/>
        </w:rPr>
        <w:t>ꯃꯁꯤꯗꯥ</w:t>
      </w:r>
      <w:r>
        <w:rPr>
          <w:rFonts w:ascii="Times New Roman" w:hAnsi="Times New Roman" w:eastAsia="Times New Roman" w:cs="Times New Roman"/>
        </w:rPr>
        <w:t xml:space="preserve"> Watertown </w:t>
      </w:r>
      <w:r>
        <w:rPr>
          <w:rFonts w:ascii="Nirmala UI" w:hAnsi="Nirmala UI" w:eastAsia="Nirmala UI" w:cs="Nirmala UI"/>
        </w:rPr>
        <w:t>ꯗꯒꯤ</w:t>
      </w:r>
      <w:r>
        <w:rPr>
          <w:rFonts w:ascii="Times New Roman" w:hAnsi="Times New Roman" w:eastAsia="Times New Roman" w:cs="Times New Roman"/>
        </w:rPr>
        <w:t xml:space="preserve"> </w:t>
      </w:r>
      <w:r>
        <w:rPr>
          <w:rFonts w:ascii="Nirmala UI" w:hAnsi="Nirmala UI" w:eastAsia="Nirmala UI" w:cs="Nirmala UI"/>
        </w:rPr>
        <w:t>ꯂꯥꯛꯄ</w:t>
      </w:r>
      <w:r>
        <w:rPr>
          <w:rFonts w:ascii="Times New Roman" w:hAnsi="Times New Roman" w:eastAsia="Times New Roman" w:cs="Times New Roman"/>
        </w:rPr>
        <w:t xml:space="preserve"> </w:t>
      </w:r>
      <w:r>
        <w:rPr>
          <w:rFonts w:ascii="Nirmala UI" w:hAnsi="Nirmala UI" w:eastAsia="Nirmala UI" w:cs="Nirmala UI"/>
        </w:rPr>
        <w:t>ꯃꯤꯑꯣꯏꯁꯤꯡꯒꯤ</w:t>
      </w:r>
      <w:r>
        <w:rPr>
          <w:rFonts w:ascii="Times New Roman" w:hAnsi="Times New Roman" w:eastAsia="Times New Roman" w:cs="Times New Roman"/>
        </w:rPr>
        <w:t xml:space="preserve"> </w:t>
      </w:r>
      <w:r>
        <w:rPr>
          <w:rFonts w:ascii="Nirmala UI" w:hAnsi="Nirmala UI" w:eastAsia="Nirmala UI" w:cs="Nirmala UI"/>
        </w:rPr>
        <w:t>ꯀꯥꯡꯕꯨꯛ</w:t>
      </w:r>
      <w:r>
        <w:rPr>
          <w:rFonts w:ascii="Times New Roman" w:hAnsi="Times New Roman" w:eastAsia="Times New Roman" w:cs="Times New Roman"/>
        </w:rPr>
        <w:t xml:space="preserve"> </w:t>
      </w:r>
      <w:r>
        <w:rPr>
          <w:rFonts w:ascii="Nirmala UI" w:hAnsi="Nirmala UI" w:eastAsia="Nirmala UI" w:cs="Nirmala UI"/>
        </w:rPr>
        <w:t>ꯑꯃꯅꯥ</w:t>
      </w:r>
      <w:r>
        <w:rPr>
          <w:rFonts w:ascii="Times New Roman" w:hAnsi="Times New Roman" w:eastAsia="Times New Roman" w:cs="Times New Roman"/>
        </w:rPr>
        <w:t xml:space="preserve"> </w:t>
      </w:r>
      <w:r>
        <w:rPr>
          <w:rFonts w:ascii="Nirmala UI" w:hAnsi="Nirmala UI" w:eastAsia="Nirmala UI" w:cs="Nirmala UI"/>
        </w:rPr>
        <w:t>ꯑꯥꯁꯦꯡꯕ</w:t>
      </w:r>
      <w:r>
        <w:rPr>
          <w:rFonts w:ascii="Times New Roman" w:hAnsi="Times New Roman" w:eastAsia="Times New Roman" w:cs="Times New Roman"/>
        </w:rPr>
        <w:t xml:space="preserve"> </w:t>
      </w:r>
      <w:r>
        <w:rPr>
          <w:rFonts w:ascii="Nirmala UI" w:hAnsi="Nirmala UI" w:eastAsia="Nirmala UI" w:cs="Nirmala UI"/>
        </w:rPr>
        <w:t>ꯁꯪꯀꯦꯟ</w:t>
      </w:r>
      <w:r>
        <w:rPr>
          <w:rFonts w:ascii="Times New Roman" w:hAnsi="Times New Roman" w:eastAsia="Times New Roman" w:cs="Times New Roman"/>
        </w:rPr>
        <w:t xml:space="preserve"> </w:t>
      </w:r>
      <w:r>
        <w:rPr>
          <w:rFonts w:ascii="Nirmala UI" w:hAnsi="Nirmala UI" w:eastAsia="Nirmala UI" w:cs="Nirmala UI"/>
        </w:rPr>
        <w:t>ꯑꯃ</w:t>
      </w:r>
      <w:r>
        <w:rPr>
          <w:rFonts w:ascii="Times New Roman" w:hAnsi="Times New Roman" w:eastAsia="Times New Roman" w:cs="Times New Roman"/>
        </w:rPr>
        <w:t xml:space="preserve"> </w:t>
      </w:r>
      <w:r>
        <w:rPr>
          <w:rFonts w:ascii="Nirmala UI" w:hAnsi="Nirmala UI" w:eastAsia="Nirmala UI" w:cs="Nirmala UI"/>
        </w:rPr>
        <w:t>ꯁꯦꯠ</w:t>
      </w:r>
      <w:r>
        <w:rPr>
          <w:rFonts w:ascii="Times New Roman" w:hAnsi="Times New Roman" w:eastAsia="Times New Roman" w:cs="Times New Roman"/>
        </w:rPr>
        <w:t xml:space="preserve"> </w:t>
      </w:r>
      <w:r>
        <w:rPr>
          <w:rFonts w:ascii="Nirmala UI" w:hAnsi="Nirmala UI" w:eastAsia="Nirmala UI" w:cs="Nirmala UI"/>
        </w:rPr>
        <w:t>ꯇꯧꯈꯤ</w:t>
      </w:r>
      <w:r>
        <w:rPr>
          <w:rFonts w:ascii="Times New Roman" w:hAnsi="Times New Roman" w:eastAsia="Times New Roman" w:cs="Times New Roman"/>
        </w:rPr>
        <w:t xml:space="preserve">; </w:t>
      </w:r>
      <w:r>
        <w:rPr>
          <w:rFonts w:ascii="Nirmala UI" w:hAnsi="Nirmala UI" w:eastAsia="Nirmala UI" w:cs="Nirmala UI"/>
        </w:rPr>
        <w:t>ꯃꯈꯣꯏꯅꯥ</w:t>
      </w:r>
      <w:r>
        <w:rPr>
          <w:rFonts w:ascii="Times New Roman" w:hAnsi="Times New Roman" w:eastAsia="Times New Roman" w:cs="Times New Roman"/>
        </w:rPr>
        <w:t xml:space="preserve"> Samuel Snow </w:t>
      </w:r>
      <w:r>
        <w:rPr>
          <w:rFonts w:ascii="Nirmala UI" w:hAnsi="Nirmala UI" w:eastAsia="Nirmala UI" w:cs="Nirmala UI"/>
        </w:rPr>
        <w:t>ꯒꯤ</w:t>
      </w:r>
      <w:r>
        <w:rPr>
          <w:rFonts w:ascii="Times New Roman" w:hAnsi="Times New Roman" w:eastAsia="Times New Roman" w:cs="Times New Roman"/>
        </w:rPr>
        <w:t xml:space="preserve"> </w:t>
      </w:r>
      <w:r>
        <w:rPr>
          <w:rFonts w:ascii="Nirmala UI" w:hAnsi="Nirmala UI" w:eastAsia="Nirmala UI" w:cs="Nirmala UI"/>
        </w:rPr>
        <w:t>ꯃꯐꯝꯗꯥ</w:t>
      </w:r>
      <w:r>
        <w:rPr>
          <w:rFonts w:ascii="Times New Roman" w:hAnsi="Times New Roman" w:eastAsia="Times New Roman" w:cs="Times New Roman"/>
        </w:rPr>
        <w:t xml:space="preserve"> </w:t>
      </w:r>
      <w:r>
        <w:rPr>
          <w:rFonts w:ascii="Nirmala UI" w:hAnsi="Nirmala UI" w:eastAsia="Nirmala UI" w:cs="Nirmala UI"/>
        </w:rPr>
        <w:t>ꯄꯤꯕ</w:t>
      </w:r>
      <w:r>
        <w:rPr>
          <w:rFonts w:ascii="Times New Roman" w:hAnsi="Times New Roman" w:eastAsia="Times New Roman" w:cs="Times New Roman"/>
        </w:rPr>
        <w:t xml:space="preserve"> Midnight Cry </w:t>
      </w:r>
      <w:r>
        <w:rPr>
          <w:rFonts w:ascii="Nirmala UI" w:hAnsi="Nirmala UI" w:eastAsia="Nirmala UI" w:cs="Nirmala UI"/>
        </w:rPr>
        <w:t>ꯒꯤ</w:t>
      </w:r>
      <w:r>
        <w:rPr>
          <w:rFonts w:ascii="Times New Roman" w:hAnsi="Times New Roman" w:eastAsia="Times New Roman" w:cs="Times New Roman"/>
        </w:rPr>
        <w:t xml:space="preserve"> </w:t>
      </w:r>
      <w:r>
        <w:rPr>
          <w:rFonts w:ascii="Nirmala UI" w:hAnsi="Nirmala UI" w:eastAsia="Nirmala UI" w:cs="Nirmala UI"/>
        </w:rPr>
        <w:t>ꯄꯥꯎꯖꯦꯜ</w:t>
      </w:r>
      <w:r>
        <w:rPr>
          <w:rFonts w:ascii="Times New Roman" w:hAnsi="Times New Roman" w:eastAsia="Times New Roman" w:cs="Times New Roman"/>
        </w:rPr>
        <w:t xml:space="preserve"> </w:t>
      </w:r>
      <w:r>
        <w:rPr>
          <w:rFonts w:ascii="Nirmala UI" w:hAnsi="Nirmala UI" w:eastAsia="Nirmala UI" w:cs="Nirmala UI"/>
        </w:rPr>
        <w:t>ꯑꯗꯨ</w:t>
      </w:r>
      <w:r>
        <w:rPr>
          <w:rFonts w:ascii="Times New Roman" w:hAnsi="Times New Roman" w:eastAsia="Times New Roman" w:cs="Times New Roman"/>
        </w:rPr>
        <w:t xml:space="preserve"> </w:t>
      </w:r>
      <w:r>
        <w:rPr>
          <w:rFonts w:ascii="Nirmala UI" w:hAnsi="Nirmala UI" w:eastAsia="Nirmala UI" w:cs="Nirmala UI"/>
        </w:rPr>
        <w:t>ꯌꯥꯗꯕ</w:t>
      </w:r>
      <w:r>
        <w:rPr>
          <w:rFonts w:ascii="Times New Roman" w:hAnsi="Times New Roman" w:eastAsia="Times New Roman" w:cs="Times New Roman"/>
        </w:rPr>
        <w:t xml:space="preserve"> </w:t>
      </w:r>
      <w:r>
        <w:rPr>
          <w:rFonts w:ascii="Nirmala UI" w:hAnsi="Nirmala UI" w:eastAsia="Nirmala UI" w:cs="Nirmala UI"/>
        </w:rPr>
        <w:t>ꯑꯣꯏꯗꯨꯅ</w:t>
      </w:r>
      <w:r>
        <w:rPr>
          <w:rFonts w:ascii="Times New Roman" w:hAnsi="Times New Roman" w:eastAsia="Times New Roman" w:cs="Times New Roman"/>
        </w:rPr>
        <w:t xml:space="preserve"> </w:t>
      </w:r>
      <w:r>
        <w:rPr>
          <w:rFonts w:ascii="Nirmala UI" w:hAnsi="Nirmala UI" w:eastAsia="Nirmala UI" w:cs="Nirmala UI"/>
        </w:rPr>
        <w:t>ꯊꯥꯗꯣꯛꯈꯤ꯫</w:t>
      </w:r>
      <w:r>
        <w:rPr>
          <w:rFonts w:ascii="Times New Roman" w:hAnsi="Times New Roman" w:eastAsia="Times New Roman" w:cs="Times New Roman"/>
        </w:rPr>
        <w:t xml:space="preserve"> </w:t>
      </w:r>
      <w:r>
        <w:rPr>
          <w:rFonts w:ascii="Nirmala UI" w:hAnsi="Nirmala UI" w:eastAsia="Nirmala UI" w:cs="Nirmala UI"/>
        </w:rPr>
        <w:t>ꯃꯈꯣꯏꯅꯥ</w:t>
      </w:r>
      <w:r>
        <w:rPr>
          <w:rFonts w:ascii="Times New Roman" w:hAnsi="Times New Roman" w:eastAsia="Times New Roman" w:cs="Times New Roman"/>
        </w:rPr>
        <w:t xml:space="preserve"> </w:t>
      </w:r>
      <w:r>
        <w:rPr>
          <w:rFonts w:ascii="Nirmala UI" w:hAnsi="Nirmala UI" w:eastAsia="Nirmala UI" w:cs="Nirmala UI"/>
        </w:rPr>
        <w:t>ꯃꯍꯥꯛꯄ</w:t>
      </w:r>
      <w:r>
        <w:rPr>
          <w:rFonts w:ascii="Times New Roman" w:hAnsi="Times New Roman" w:eastAsia="Times New Roman" w:cs="Times New Roman"/>
        </w:rPr>
        <w:t xml:space="preserve"> </w:t>
      </w:r>
      <w:r>
        <w:rPr>
          <w:rFonts w:ascii="Nirmala UI" w:hAnsi="Nirmala UI" w:eastAsia="Nirmala UI" w:cs="Nirmala UI"/>
        </w:rPr>
        <w:t>ꯑꯣꯏꯅ</w:t>
      </w:r>
      <w:r>
        <w:rPr>
          <w:rFonts w:ascii="Times New Roman" w:hAnsi="Times New Roman" w:eastAsia="Times New Roman" w:cs="Times New Roman"/>
        </w:rPr>
        <w:t xml:space="preserve"> </w:t>
      </w:r>
      <w:r>
        <w:rPr>
          <w:rFonts w:ascii="Nirmala UI" w:hAnsi="Nirmala UI" w:eastAsia="Nirmala UI" w:cs="Nirmala UI"/>
        </w:rPr>
        <w:t>ꯈꯨꯠꯂꯛꯄ</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ꯂꯥꯎꯅꯥ</w:t>
      </w:r>
      <w:r>
        <w:rPr>
          <w:rFonts w:ascii="Times New Roman" w:hAnsi="Times New Roman" w:eastAsia="Times New Roman" w:cs="Times New Roman"/>
        </w:rPr>
        <w:t xml:space="preserve"> </w:t>
      </w:r>
      <w:r>
        <w:rPr>
          <w:rFonts w:ascii="Nirmala UI" w:hAnsi="Nirmala UI" w:eastAsia="Nirmala UI" w:cs="Nirmala UI"/>
        </w:rPr>
        <w:t>ꯑꯃꯨꯛ</w:t>
      </w:r>
      <w:r>
        <w:rPr>
          <w:rFonts w:ascii="Times New Roman" w:hAnsi="Times New Roman" w:eastAsia="Times New Roman" w:cs="Times New Roman"/>
        </w:rPr>
        <w:t xml:space="preserve"> </w:t>
      </w:r>
      <w:r>
        <w:rPr>
          <w:rFonts w:ascii="Nirmala UI" w:hAnsi="Nirmala UI" w:eastAsia="Nirmala UI" w:cs="Nirmala UI"/>
        </w:rPr>
        <w:t>ꯑꯃꯨꯛ</w:t>
      </w:r>
      <w:r>
        <w:rPr>
          <w:rFonts w:ascii="Times New Roman" w:hAnsi="Times New Roman" w:eastAsia="Times New Roman" w:cs="Times New Roman"/>
        </w:rPr>
        <w:t xml:space="preserve"> </w:t>
      </w:r>
      <w:r>
        <w:rPr>
          <w:rFonts w:ascii="Nirmala UI" w:hAnsi="Nirmala UI" w:eastAsia="Nirmala UI" w:cs="Nirmala UI"/>
        </w:rPr>
        <w:t>ꯑꯌꯥꯝꯕ</w:t>
      </w:r>
      <w:r>
        <w:rPr>
          <w:rFonts w:ascii="Times New Roman" w:hAnsi="Times New Roman" w:eastAsia="Times New Roman" w:cs="Times New Roman"/>
        </w:rPr>
        <w:t xml:space="preserve"> </w:t>
      </w:r>
      <w:r>
        <w:rPr>
          <w:rFonts w:ascii="Nirmala UI" w:hAnsi="Nirmala UI" w:eastAsia="Nirmala UI" w:cs="Nirmala UI"/>
        </w:rPr>
        <w:t>ꯑꯣꯏꯔꯛꯄ</w:t>
      </w:r>
      <w:r>
        <w:rPr>
          <w:rFonts w:ascii="Times New Roman" w:hAnsi="Times New Roman" w:eastAsia="Times New Roman" w:cs="Times New Roman"/>
        </w:rPr>
        <w:t xml:space="preserve"> counterfeit meetings </w:t>
      </w:r>
      <w:r>
        <w:rPr>
          <w:rFonts w:ascii="Nirmala UI" w:hAnsi="Nirmala UI" w:eastAsia="Nirmala UI" w:cs="Nirmala UI"/>
        </w:rPr>
        <w:t>ꯁꯤꯡ</w:t>
      </w:r>
      <w:r>
        <w:rPr>
          <w:rFonts w:ascii="Times New Roman" w:hAnsi="Times New Roman" w:eastAsia="Times New Roman" w:cs="Times New Roman"/>
        </w:rPr>
        <w:t xml:space="preserve"> </w:t>
      </w:r>
      <w:r>
        <w:rPr>
          <w:rFonts w:ascii="Nirmala UI" w:hAnsi="Nirmala UI" w:eastAsia="Nirmala UI" w:cs="Nirmala UI"/>
        </w:rPr>
        <w:t>ꯄꯥꯡꯊꯣꯛꯈꯤ</w:t>
      </w:r>
      <w:r>
        <w:rPr>
          <w:rFonts w:ascii="Times New Roman" w:hAnsi="Times New Roman" w:eastAsia="Times New Roman" w:cs="Times New Roman"/>
        </w:rPr>
        <w:t xml:space="preserve">, </w:t>
      </w:r>
      <w:r>
        <w:rPr>
          <w:rFonts w:ascii="Nirmala UI" w:hAnsi="Nirmala UI" w:eastAsia="Nirmala UI" w:cs="Nirmala UI"/>
        </w:rPr>
        <w:t>ꯑꯗꯨꯅꯥ</w:t>
      </w:r>
      <w:r>
        <w:rPr>
          <w:rFonts w:ascii="Times New Roman" w:hAnsi="Times New Roman" w:eastAsia="Times New Roman" w:cs="Times New Roman"/>
        </w:rPr>
        <w:t xml:space="preserve"> Snow </w:t>
      </w:r>
      <w:r>
        <w:rPr>
          <w:rFonts w:ascii="Nirmala UI" w:hAnsi="Nirmala UI" w:eastAsia="Nirmala UI" w:cs="Nirmala UI"/>
        </w:rPr>
        <w:t>ꯒꯤ</w:t>
      </w:r>
      <w:r>
        <w:rPr>
          <w:rFonts w:ascii="Times New Roman" w:hAnsi="Times New Roman" w:eastAsia="Times New Roman" w:cs="Times New Roman"/>
        </w:rPr>
        <w:t xml:space="preserve"> meetings </w:t>
      </w:r>
      <w:r>
        <w:rPr>
          <w:rFonts w:ascii="Nirmala UI" w:hAnsi="Nirmala UI" w:eastAsia="Nirmala UI" w:cs="Nirmala UI"/>
        </w:rPr>
        <w:t>ꯑꯗꯨꯒꯤ</w:t>
      </w:r>
      <w:r>
        <w:rPr>
          <w:rFonts w:ascii="Times New Roman" w:hAnsi="Times New Roman" w:eastAsia="Times New Roman" w:cs="Times New Roman"/>
        </w:rPr>
        <w:t xml:space="preserve"> </w:t>
      </w:r>
      <w:r>
        <w:rPr>
          <w:rFonts w:ascii="Nirmala UI" w:hAnsi="Nirmala UI" w:eastAsia="Nirmala UI" w:cs="Nirmala UI"/>
        </w:rPr>
        <w:t>ꯃꯐꯝ</w:t>
      </w:r>
      <w:r>
        <w:rPr>
          <w:rFonts w:ascii="Times New Roman" w:hAnsi="Times New Roman" w:eastAsia="Times New Roman" w:cs="Times New Roman"/>
        </w:rPr>
        <w:t xml:space="preserve"> </w:t>
      </w:r>
      <w:r>
        <w:rPr>
          <w:rFonts w:ascii="Nirmala UI" w:hAnsi="Nirmala UI" w:eastAsia="Nirmala UI" w:cs="Nirmala UI"/>
        </w:rPr>
        <w:t>ꯂꯩꯕ</w:t>
      </w:r>
      <w:r>
        <w:rPr>
          <w:rFonts w:ascii="Times New Roman" w:hAnsi="Times New Roman" w:eastAsia="Times New Roman" w:cs="Times New Roman"/>
        </w:rPr>
        <w:t xml:space="preserve"> </w:t>
      </w:r>
      <w:r>
        <w:rPr>
          <w:rFonts w:ascii="Nirmala UI" w:hAnsi="Nirmala UI" w:eastAsia="Nirmala UI" w:cs="Nirmala UI"/>
        </w:rPr>
        <w:t>ꯂꯨꯄꯁꯤꯡꯅꯥ</w:t>
      </w:r>
      <w:r>
        <w:rPr>
          <w:rFonts w:ascii="Times New Roman" w:hAnsi="Times New Roman" w:eastAsia="Times New Roman" w:cs="Times New Roman"/>
        </w:rPr>
        <w:t xml:space="preserve"> </w:t>
      </w:r>
      <w:r>
        <w:rPr>
          <w:rFonts w:ascii="Nirmala UI" w:hAnsi="Nirmala UI" w:eastAsia="Nirmala UI" w:cs="Nirmala UI"/>
        </w:rPr>
        <w:t>ꯃꯈꯣꯏꯒꯤ</w:t>
      </w:r>
      <w:r>
        <w:rPr>
          <w:rFonts w:ascii="Times New Roman" w:hAnsi="Times New Roman" w:eastAsia="Times New Roman" w:cs="Times New Roman"/>
        </w:rPr>
        <w:t xml:space="preserve"> </w:t>
      </w:r>
      <w:r>
        <w:rPr>
          <w:rFonts w:ascii="Nirmala UI" w:hAnsi="Nirmala UI" w:eastAsia="Nirmala UI" w:cs="Nirmala UI"/>
        </w:rPr>
        <w:t>ꯃꯐꯝꯗꯥ</w:t>
      </w:r>
      <w:r>
        <w:rPr>
          <w:rFonts w:ascii="Times New Roman" w:hAnsi="Times New Roman" w:eastAsia="Times New Roman" w:cs="Times New Roman"/>
        </w:rPr>
        <w:t xml:space="preserve"> </w:t>
      </w:r>
      <w:r>
        <w:rPr>
          <w:rFonts w:ascii="Nirmala UI" w:hAnsi="Nirmala UI" w:eastAsia="Nirmala UI" w:cs="Nirmala UI"/>
        </w:rPr>
        <w:t>ꯆꯠꯂꯨꯅ</w:t>
      </w:r>
      <w:r>
        <w:rPr>
          <w:rFonts w:ascii="Times New Roman" w:hAnsi="Times New Roman" w:eastAsia="Times New Roman" w:cs="Times New Roman"/>
        </w:rPr>
        <w:t xml:space="preserve"> </w:t>
      </w:r>
      <w:r>
        <w:rPr>
          <w:rFonts w:ascii="Nirmala UI" w:hAnsi="Nirmala UI" w:eastAsia="Nirmala UI" w:cs="Nirmala UI"/>
        </w:rPr>
        <w:t>ꯃꯈꯣꯏꯗꯥ</w:t>
      </w:r>
      <w:r>
        <w:rPr>
          <w:rFonts w:ascii="Times New Roman" w:hAnsi="Times New Roman" w:eastAsia="Times New Roman" w:cs="Times New Roman"/>
        </w:rPr>
        <w:t xml:space="preserve"> </w:t>
      </w:r>
      <w:r>
        <w:rPr>
          <w:rFonts w:ascii="Nirmala UI" w:hAnsi="Nirmala UI" w:eastAsia="Nirmala UI" w:cs="Nirmala UI"/>
        </w:rPr>
        <w:t>ꯊꯝꯍꯜꯂꯨꯅ</w:t>
      </w:r>
      <w:r>
        <w:rPr>
          <w:rFonts w:ascii="Times New Roman" w:hAnsi="Times New Roman" w:eastAsia="Times New Roman" w:cs="Times New Roman"/>
        </w:rPr>
        <w:t xml:space="preserve"> </w:t>
      </w:r>
      <w:r>
        <w:rPr>
          <w:rFonts w:ascii="Nirmala UI" w:hAnsi="Nirmala UI" w:eastAsia="Nirmala UI" w:cs="Nirmala UI"/>
        </w:rPr>
        <w:t>ꯅꯨꯡꯁꯤꯕ</w:t>
      </w:r>
      <w:r>
        <w:rPr>
          <w:rFonts w:ascii="Times New Roman" w:hAnsi="Times New Roman" w:eastAsia="Times New Roman" w:cs="Times New Roman"/>
        </w:rPr>
        <w:t xml:space="preserve"> </w:t>
      </w:r>
      <w:r>
        <w:rPr>
          <w:rFonts w:ascii="Nirmala UI" w:hAnsi="Nirmala UI" w:eastAsia="Nirmala UI" w:cs="Nirmala UI"/>
        </w:rPr>
        <w:t>ꯑꯣꯏꯅ</w:t>
      </w:r>
      <w:r>
        <w:rPr>
          <w:rFonts w:ascii="Times New Roman" w:hAnsi="Times New Roman" w:eastAsia="Times New Roman" w:cs="Times New Roman"/>
        </w:rPr>
        <w:t xml:space="preserve"> quiet down </w:t>
      </w:r>
      <w:r>
        <w:rPr>
          <w:rFonts w:ascii="Nirmala UI" w:hAnsi="Nirmala UI" w:eastAsia="Nirmala UI" w:cs="Nirmala UI"/>
        </w:rPr>
        <w:t>ꯇꯧꯔꯣ</w:t>
      </w:r>
      <w:r>
        <w:rPr>
          <w:rFonts w:ascii="Times New Roman" w:hAnsi="Times New Roman" w:eastAsia="Times New Roman" w:cs="Times New Roman"/>
        </w:rPr>
        <w:t xml:space="preserve"> </w:t>
      </w:r>
      <w:r>
        <w:rPr>
          <w:rFonts w:ascii="Nirmala UI" w:hAnsi="Nirmala UI" w:eastAsia="Nirmala UI" w:cs="Nirmala UI"/>
        </w:rPr>
        <w:t>ꯍꯥꯏꯅ</w:t>
      </w:r>
      <w:r>
        <w:rPr>
          <w:rFonts w:ascii="Times New Roman" w:hAnsi="Times New Roman" w:eastAsia="Times New Roman" w:cs="Times New Roman"/>
        </w:rPr>
        <w:t xml:space="preserve"> </w:t>
      </w:r>
      <w:r>
        <w:rPr>
          <w:rFonts w:ascii="Nirmala UI" w:hAnsi="Nirmala UI" w:eastAsia="Nirmala UI" w:cs="Nirmala UI"/>
        </w:rPr>
        <w:t>ꯈꯪꯍꯜꯈꯤ꯫</w:t>
      </w:r>
      <w:r>
        <w:rPr>
          <w:rFonts w:ascii="Times New Roman" w:hAnsi="Times New Roman" w:eastAsia="Times New Roman" w:cs="Times New Roman"/>
        </w:rPr>
        <w:t xml:space="preserve"> </w:t>
      </w:r>
      <w:r>
        <w:rPr>
          <w:rFonts w:ascii="Nirmala UI" w:hAnsi="Nirmala UI" w:eastAsia="Nirmala UI" w:cs="Nirmala UI"/>
        </w:rPr>
        <w:t>ꯃꯁꯤ</w:t>
      </w:r>
      <w:r>
        <w:rPr>
          <w:rFonts w:ascii="Times New Roman" w:hAnsi="Times New Roman" w:eastAsia="Times New Roman" w:cs="Times New Roman"/>
        </w:rPr>
        <w:t xml:space="preserve"> camp meeting </w:t>
      </w:r>
      <w:r>
        <w:rPr>
          <w:rFonts w:ascii="Nirmala UI" w:hAnsi="Nirmala UI" w:eastAsia="Nirmala UI" w:cs="Nirmala UI"/>
        </w:rPr>
        <w:t>ꯑꯗꯨꯗꯥ</w:t>
      </w:r>
      <w:r>
        <w:rPr>
          <w:rFonts w:ascii="Times New Roman" w:hAnsi="Times New Roman" w:eastAsia="Times New Roman" w:cs="Times New Roman"/>
        </w:rPr>
        <w:t xml:space="preserve"> </w:t>
      </w:r>
      <w:r>
        <w:rPr>
          <w:rFonts w:ascii="Nirmala UI" w:hAnsi="Nirmala UI" w:eastAsia="Nirmala UI" w:cs="Nirmala UI"/>
        </w:rPr>
        <w:t>ꯑꯅꯤ</w:t>
      </w:r>
      <w:r>
        <w:rPr>
          <w:rFonts w:ascii="Times New Roman" w:hAnsi="Times New Roman" w:eastAsia="Times New Roman" w:cs="Times New Roman"/>
        </w:rPr>
        <w:t xml:space="preserve"> </w:t>
      </w:r>
      <w:r>
        <w:rPr>
          <w:rFonts w:ascii="Nirmala UI" w:hAnsi="Nirmala UI" w:eastAsia="Nirmala UI" w:cs="Nirmala UI"/>
        </w:rPr>
        <w:t>ꯃꯈꯥꯏ</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ꯎꯠꯂꯛꯈꯤ</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ꯑꯅꯤ</w:t>
      </w:r>
      <w:r>
        <w:rPr>
          <w:rFonts w:ascii="Times New Roman" w:hAnsi="Times New Roman" w:eastAsia="Times New Roman" w:cs="Times New Roman"/>
        </w:rPr>
        <w:t xml:space="preserve"> </w:t>
      </w:r>
      <w:r>
        <w:rPr>
          <w:rFonts w:ascii="Nirmala UI" w:hAnsi="Nirmala UI" w:eastAsia="Nirmala UI" w:cs="Nirmala UI"/>
        </w:rPr>
        <w:t>ꯑꯁꯤ</w:t>
      </w:r>
      <w:r>
        <w:rPr>
          <w:rFonts w:ascii="Times New Roman" w:hAnsi="Times New Roman" w:eastAsia="Times New Roman" w:cs="Times New Roman"/>
        </w:rPr>
        <w:t xml:space="preserve"> </w:t>
      </w:r>
      <w:r>
        <w:rPr>
          <w:rFonts w:ascii="Nirmala UI" w:hAnsi="Nirmala UI" w:eastAsia="Nirmala UI" w:cs="Nirmala UI"/>
        </w:rPr>
        <w:t>ꯏꯁꯤꯡ</w:t>
      </w:r>
      <w:r>
        <w:rPr>
          <w:rFonts w:ascii="Times New Roman" w:hAnsi="Times New Roman" w:eastAsia="Times New Roman" w:cs="Times New Roman"/>
        </w:rPr>
        <w:t xml:space="preserve"> </w:t>
      </w:r>
      <w:r>
        <w:rPr>
          <w:rFonts w:ascii="Nirmala UI" w:hAnsi="Nirmala UI" w:eastAsia="Nirmala UI" w:cs="Nirmala UI"/>
        </w:rPr>
        <w:t>ꯒꯥ</w:t>
      </w:r>
      <w:r>
        <w:rPr>
          <w:rFonts w:ascii="Times New Roman" w:hAnsi="Times New Roman" w:eastAsia="Times New Roman" w:cs="Times New Roman"/>
        </w:rPr>
        <w:t xml:space="preserve"> </w:t>
      </w:r>
      <w:r>
        <w:rPr>
          <w:rFonts w:ascii="Nirmala UI" w:hAnsi="Nirmala UI" w:eastAsia="Nirmala UI" w:cs="Nirmala UI"/>
        </w:rPr>
        <w:t>ꯃꯔꯤ</w:t>
      </w:r>
      <w:r>
        <w:rPr>
          <w:rFonts w:ascii="Times New Roman" w:hAnsi="Times New Roman" w:eastAsia="Times New Roman" w:cs="Times New Roman"/>
        </w:rPr>
        <w:t xml:space="preserve"> </w:t>
      </w:r>
      <w:r>
        <w:rPr>
          <w:rFonts w:ascii="Nirmala UI" w:hAnsi="Nirmala UI" w:eastAsia="Nirmala UI" w:cs="Nirmala UI"/>
        </w:rPr>
        <w:t>ꯂꯩꯅꯕ</w:t>
      </w:r>
      <w:r>
        <w:rPr>
          <w:rFonts w:ascii="Times New Roman" w:hAnsi="Times New Roman" w:eastAsia="Times New Roman" w:cs="Times New Roman"/>
        </w:rPr>
        <w:t xml:space="preserve"> </w:t>
      </w:r>
      <w:r>
        <w:rPr>
          <w:rFonts w:ascii="Nirmala UI" w:hAnsi="Nirmala UI" w:eastAsia="Nirmala UI" w:cs="Nirmala UI"/>
        </w:rPr>
        <w:t>ꯑꯣꯏꯅ</w:t>
      </w:r>
      <w:r>
        <w:rPr>
          <w:rFonts w:ascii="Times New Roman" w:hAnsi="Times New Roman" w:eastAsia="Times New Roman" w:cs="Times New Roman"/>
        </w:rPr>
        <w:t xml:space="preserve"> </w:t>
      </w:r>
      <w:r>
        <w:rPr>
          <w:rFonts w:ascii="Nirmala UI" w:hAnsi="Nirmala UI" w:eastAsia="Nirmala UI" w:cs="Nirmala UI"/>
        </w:rPr>
        <w:t>ꯍꯥꯏꯖꯈꯤ</w:t>
      </w:r>
      <w:r>
        <w:rPr>
          <w:rFonts w:ascii="Times New Roman" w:hAnsi="Times New Roman" w:eastAsia="Times New Roman" w:cs="Times New Roman"/>
        </w:rPr>
        <w:t xml:space="preserve">, </w:t>
      </w:r>
      <w:r>
        <w:rPr>
          <w:rFonts w:ascii="Nirmala UI" w:hAnsi="Nirmala UI" w:eastAsia="Nirmala UI" w:cs="Nirmala UI"/>
        </w:rPr>
        <w:t>ꯑꯗꯨꯕꯨ</w:t>
      </w:r>
      <w:r>
        <w:rPr>
          <w:rFonts w:ascii="Times New Roman" w:hAnsi="Times New Roman" w:eastAsia="Times New Roman" w:cs="Times New Roman"/>
        </w:rPr>
        <w:t xml:space="preserve"> </w:t>
      </w:r>
      <w:r>
        <w:rPr>
          <w:rFonts w:ascii="Nirmala UI" w:hAnsi="Nirmala UI" w:eastAsia="Nirmala UI" w:cs="Nirmala UI"/>
        </w:rPr>
        <w:t>ꯑꯃ</w:t>
      </w:r>
      <w:r>
        <w:rPr>
          <w:rFonts w:ascii="Times New Roman" w:hAnsi="Times New Roman" w:eastAsia="Times New Roman" w:cs="Times New Roman"/>
        </w:rPr>
        <w:t xml:space="preserve"> </w:t>
      </w:r>
      <w:r>
        <w:rPr>
          <w:rFonts w:ascii="Nirmala UI" w:hAnsi="Nirmala UI" w:eastAsia="Nirmala UI" w:cs="Nirmala UI"/>
        </w:rPr>
        <w:t>ꯑꯗꯨ</w:t>
      </w:r>
      <w:r>
        <w:rPr>
          <w:rFonts w:ascii="Times New Roman" w:hAnsi="Times New Roman" w:eastAsia="Times New Roman" w:cs="Times New Roman"/>
        </w:rPr>
        <w:t xml:space="preserve"> counterfeit </w:t>
      </w:r>
      <w:r>
        <w:rPr>
          <w:rFonts w:ascii="Nirmala UI" w:hAnsi="Nirmala UI" w:eastAsia="Nirmala UI" w:cs="Nirmala UI"/>
        </w:rPr>
        <w:t>ꯑꯣꯏꯈꯤ</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ꯊꯥꯎꯃꯩ</w:t>
      </w:r>
      <w:r>
        <w:rPr>
          <w:rFonts w:ascii="Times New Roman" w:hAnsi="Times New Roman" w:eastAsia="Times New Roman" w:cs="Times New Roman"/>
        </w:rPr>
        <w:t xml:space="preserve"> </w:t>
      </w:r>
      <w:r>
        <w:rPr>
          <w:rFonts w:ascii="Nirmala UI" w:hAnsi="Nirmala UI" w:eastAsia="Nirmala UI" w:cs="Nirmala UI"/>
        </w:rPr>
        <w:t>ꯌꯥꯎꯗꯔꯤꯕ</w:t>
      </w:r>
      <w:r>
        <w:rPr>
          <w:rFonts w:ascii="Times New Roman" w:hAnsi="Times New Roman" w:eastAsia="Times New Roman" w:cs="Times New Roman"/>
        </w:rPr>
        <w:t xml:space="preserve"> </w:t>
      </w:r>
      <w:r>
        <w:rPr>
          <w:rFonts w:ascii="Nirmala UI" w:hAnsi="Nirmala UI" w:eastAsia="Nirmala UI" w:cs="Nirmala UI"/>
        </w:rPr>
        <w:t>ꯄꯥꯎꯄꯤꯅ</w:t>
      </w:r>
      <w:r>
        <w:rPr>
          <w:rFonts w:ascii="Times New Roman" w:hAnsi="Times New Roman" w:eastAsia="Times New Roman" w:cs="Times New Roman"/>
        </w:rPr>
        <w:t xml:space="preserve"> </w:t>
      </w:r>
      <w:r>
        <w:rPr>
          <w:rFonts w:ascii="Nirmala UI" w:hAnsi="Nirmala UI" w:eastAsia="Nirmala UI" w:cs="Nirmala UI"/>
        </w:rPr>
        <w:t>ꯂꯩꯗꯕ</w:t>
      </w:r>
      <w:r>
        <w:rPr>
          <w:rFonts w:ascii="Times New Roman" w:hAnsi="Times New Roman" w:eastAsia="Times New Roman" w:cs="Times New Roman"/>
        </w:rPr>
        <w:t xml:space="preserve"> foolish </w:t>
      </w:r>
      <w:r>
        <w:rPr>
          <w:rFonts w:ascii="Nirmala UI" w:hAnsi="Nirmala UI" w:eastAsia="Nirmala UI" w:cs="Nirmala UI"/>
        </w:rPr>
        <w:t>ꯁꯤꯡꯒꯤ</w:t>
      </w:r>
      <w:r>
        <w:rPr>
          <w:rFonts w:ascii="Times New Roman" w:hAnsi="Times New Roman" w:eastAsia="Times New Roman" w:cs="Times New Roman"/>
        </w:rPr>
        <w:t xml:space="preserve"> </w:t>
      </w:r>
      <w:r>
        <w:rPr>
          <w:rFonts w:ascii="Nirmala UI" w:hAnsi="Nirmala UI" w:eastAsia="Nirmala UI" w:cs="Nirmala UI"/>
        </w:rPr>
        <w:t>ꯈꯨꯗꯣꯡꯆꯥꯕ</w:t>
      </w:r>
      <w:r>
        <w:rPr>
          <w:rFonts w:ascii="Times New Roman" w:hAnsi="Times New Roman" w:eastAsia="Times New Roman" w:cs="Times New Roman"/>
        </w:rPr>
        <w:t xml:space="preserve"> </w:t>
      </w:r>
      <w:r>
        <w:rPr>
          <w:rFonts w:ascii="Nirmala UI" w:hAnsi="Nirmala UI" w:eastAsia="Nirmala UI" w:cs="Nirmala UI"/>
        </w:rPr>
        <w:t>ꯑꯣꯏꯈꯤ꯫</w:t>
      </w:r>
      <w:r>
        <w:rPr>
          <w:rFonts w:ascii="Times New Roman" w:hAnsi="Times New Roman" w:eastAsia="Times New Roman" w:cs="Times New Roman"/>
        </w:rPr>
        <w:t xml:space="preserve"> Exeter tent </w:t>
      </w:r>
      <w:r>
        <w:rPr>
          <w:rFonts w:ascii="Nirmala UI" w:hAnsi="Nirmala UI" w:eastAsia="Nirmala UI" w:cs="Nirmala UI"/>
        </w:rPr>
        <w:t>ꯑꯗꯨꯒꯤ</w:t>
      </w:r>
      <w:r>
        <w:rPr>
          <w:rFonts w:ascii="Times New Roman" w:hAnsi="Times New Roman" w:eastAsia="Times New Roman" w:cs="Times New Roman"/>
        </w:rPr>
        <w:t xml:space="preserve"> </w:t>
      </w:r>
      <w:r>
        <w:rPr>
          <w:rFonts w:ascii="Nirmala UI" w:hAnsi="Nirmala UI" w:eastAsia="Nirmala UI" w:cs="Nirmala UI"/>
        </w:rPr>
        <w:t>ꯀꯥꯡꯕꯨꯛ</w:t>
      </w:r>
      <w:r>
        <w:rPr>
          <w:rFonts w:ascii="Times New Roman" w:hAnsi="Times New Roman" w:eastAsia="Times New Roman" w:cs="Times New Roman"/>
        </w:rPr>
        <w:t xml:space="preserve"> </w:t>
      </w:r>
      <w:r>
        <w:rPr>
          <w:rFonts w:ascii="Nirmala UI" w:hAnsi="Nirmala UI" w:eastAsia="Nirmala UI" w:cs="Nirmala UI"/>
        </w:rPr>
        <w:t>ꯑꯗꯨꯁꯤ</w:t>
      </w:r>
      <w:r>
        <w:rPr>
          <w:rFonts w:ascii="Times New Roman" w:hAnsi="Times New Roman" w:eastAsia="Times New Roman" w:cs="Times New Roman"/>
        </w:rPr>
        <w:t xml:space="preserve"> city </w:t>
      </w:r>
      <w:r>
        <w:rPr>
          <w:rFonts w:ascii="Nirmala UI" w:hAnsi="Nirmala UI" w:eastAsia="Nirmala UI" w:cs="Nirmala UI"/>
        </w:rPr>
        <w:t>ꯑꯗꯨ</w:t>
      </w:r>
      <w:r>
        <w:rPr>
          <w:rFonts w:ascii="Times New Roman" w:hAnsi="Times New Roman" w:eastAsia="Times New Roman" w:cs="Times New Roman"/>
        </w:rPr>
        <w:t xml:space="preserve"> </w:t>
      </w:r>
      <w:r>
        <w:rPr>
          <w:rFonts w:ascii="Nirmala UI" w:hAnsi="Nirmala UI" w:eastAsia="Nirmala UI" w:cs="Nirmala UI"/>
        </w:rPr>
        <w:t>ꯑꯣꯏꯕ</w:t>
      </w:r>
      <w:r>
        <w:rPr>
          <w:rFonts w:ascii="Times New Roman" w:hAnsi="Times New Roman" w:eastAsia="Times New Roman" w:cs="Times New Roman"/>
        </w:rPr>
        <w:t xml:space="preserve">, </w:t>
      </w:r>
      <w:r>
        <w:rPr>
          <w:rFonts w:ascii="Nirmala UI" w:hAnsi="Nirmala UI" w:eastAsia="Nirmala UI" w:cs="Nirmala UI"/>
        </w:rPr>
        <w:t>ꯃꯁꯨꯡꯗꯥ</w:t>
      </w:r>
      <w:r>
        <w:rPr>
          <w:rFonts w:ascii="Times New Roman" w:hAnsi="Times New Roman" w:eastAsia="Times New Roman" w:cs="Times New Roman"/>
        </w:rPr>
        <w:t xml:space="preserve"> fort </w:t>
      </w:r>
      <w:r>
        <w:rPr>
          <w:rFonts w:ascii="Nirmala UI" w:hAnsi="Nirmala UI" w:eastAsia="Nirmala UI" w:cs="Nirmala UI"/>
        </w:rPr>
        <w:t>ꯑꯃꯁꯨ</w:t>
      </w:r>
      <w:r>
        <w:rPr>
          <w:rFonts w:ascii="Times New Roman" w:hAnsi="Times New Roman" w:eastAsia="Times New Roman" w:cs="Times New Roman"/>
        </w:rPr>
        <w:t xml:space="preserve"> </w:t>
      </w:r>
      <w:r>
        <w:rPr>
          <w:rFonts w:ascii="Nirmala UI" w:hAnsi="Nirmala UI" w:eastAsia="Nirmala UI" w:cs="Nirmala UI"/>
        </w:rPr>
        <w:t>ꯑꯣꯏꯕ</w:t>
      </w:r>
      <w:r>
        <w:rPr>
          <w:rFonts w:ascii="Times New Roman" w:hAnsi="Times New Roman" w:eastAsia="Times New Roman" w:cs="Times New Roman"/>
        </w:rPr>
        <w:t xml:space="preserve">, </w:t>
      </w:r>
      <w:r>
        <w:rPr>
          <w:rFonts w:ascii="Nirmala UI" w:hAnsi="Nirmala UI" w:eastAsia="Nirmala UI" w:cs="Nirmala UI"/>
        </w:rPr>
        <w:t>ꯑꯁꯤꯒꯨꯝ</w:t>
      </w:r>
      <w:r>
        <w:rPr>
          <w:rFonts w:ascii="Times New Roman" w:hAnsi="Times New Roman" w:eastAsia="Times New Roman" w:cs="Times New Roman"/>
        </w:rPr>
        <w:t xml:space="preserve"> army </w:t>
      </w:r>
      <w:r>
        <w:rPr>
          <w:rFonts w:ascii="Nirmala UI" w:hAnsi="Nirmala UI" w:eastAsia="Nirmala UI" w:cs="Nirmala UI"/>
        </w:rPr>
        <w:t>ꯑꯗꯨ</w:t>
      </w:r>
      <w:r>
        <w:rPr>
          <w:rFonts w:ascii="Times New Roman" w:hAnsi="Times New Roman" w:eastAsia="Times New Roman" w:cs="Times New Roman"/>
        </w:rPr>
        <w:t xml:space="preserve"> </w:t>
      </w:r>
      <w:r>
        <w:rPr>
          <w:rFonts w:ascii="Nirmala UI" w:hAnsi="Nirmala UI" w:eastAsia="Nirmala UI" w:cs="Nirmala UI"/>
        </w:rPr>
        <w:t>ꯑꯣꯏꯈꯤ</w:t>
      </w:r>
      <w:r>
        <w:rPr>
          <w:rFonts w:ascii="Times New Roman" w:hAnsi="Times New Roman" w:eastAsia="Times New Roman" w:cs="Times New Roman"/>
        </w:rPr>
        <w:t xml:space="preserve">; </w:t>
      </w:r>
      <w:r>
        <w:rPr>
          <w:rFonts w:ascii="Nirmala UI" w:hAnsi="Nirmala UI" w:eastAsia="Nirmala UI" w:cs="Nirmala UI"/>
        </w:rPr>
        <w:t>ꯃꯔꯝꯗꯤ</w:t>
      </w:r>
      <w:r>
        <w:rPr>
          <w:rFonts w:ascii="Times New Roman" w:hAnsi="Times New Roman" w:eastAsia="Times New Roman" w:cs="Times New Roman"/>
        </w:rPr>
        <w:t xml:space="preserve"> </w:t>
      </w:r>
      <w:r>
        <w:rPr>
          <w:rFonts w:ascii="Nirmala UI" w:hAnsi="Nirmala UI" w:eastAsia="Nirmala UI" w:cs="Nirmala UI"/>
        </w:rPr>
        <w:t>ꯃꯈꯣꯏꯅꯥ</w:t>
      </w:r>
      <w:r>
        <w:rPr>
          <w:rFonts w:ascii="Times New Roman" w:hAnsi="Times New Roman" w:eastAsia="Times New Roman" w:cs="Times New Roman"/>
        </w:rPr>
        <w:t xml:space="preserve"> Midnight Cry </w:t>
      </w:r>
      <w:r>
        <w:rPr>
          <w:rFonts w:ascii="Nirmala UI" w:hAnsi="Nirmala UI" w:eastAsia="Nirmala UI" w:cs="Nirmala UI"/>
        </w:rPr>
        <w:t>ꯒꯤ</w:t>
      </w:r>
      <w:r>
        <w:rPr>
          <w:rFonts w:ascii="Times New Roman" w:hAnsi="Times New Roman" w:eastAsia="Times New Roman" w:cs="Times New Roman"/>
        </w:rPr>
        <w:t xml:space="preserve"> </w:t>
      </w:r>
      <w:r>
        <w:rPr>
          <w:rFonts w:ascii="Nirmala UI" w:hAnsi="Nirmala UI" w:eastAsia="Nirmala UI" w:cs="Nirmala UI"/>
        </w:rPr>
        <w:t>ꯄꯥꯎꯖꯦꯜ</w:t>
      </w:r>
      <w:r>
        <w:rPr>
          <w:rFonts w:ascii="Times New Roman" w:hAnsi="Times New Roman" w:eastAsia="Times New Roman" w:cs="Times New Roman"/>
        </w:rPr>
        <w:t xml:space="preserve"> </w:t>
      </w:r>
      <w:r>
        <w:rPr>
          <w:rFonts w:ascii="Nirmala UI" w:hAnsi="Nirmala UI" w:eastAsia="Nirmala UI" w:cs="Nirmala UI"/>
        </w:rPr>
        <w:t>ꯑꯗꯨꯒꯤ</w:t>
      </w:r>
      <w:r>
        <w:rPr>
          <w:rFonts w:ascii="Times New Roman" w:hAnsi="Times New Roman" w:eastAsia="Times New Roman" w:cs="Times New Roman"/>
        </w:rPr>
        <w:t xml:space="preserve"> </w:t>
      </w:r>
      <w:r>
        <w:rPr>
          <w:rFonts w:ascii="Nirmala UI" w:hAnsi="Nirmala UI" w:eastAsia="Nirmala UI" w:cs="Nirmala UI"/>
        </w:rPr>
        <w:t>ꯃꯐꯝꯗꯥ</w:t>
      </w:r>
      <w:r>
        <w:rPr>
          <w:rFonts w:ascii="Times New Roman" w:hAnsi="Times New Roman" w:eastAsia="Times New Roman" w:cs="Times New Roman"/>
        </w:rPr>
        <w:t xml:space="preserve"> </w:t>
      </w:r>
      <w:r>
        <w:rPr>
          <w:rFonts w:ascii="Nirmala UI" w:hAnsi="Nirmala UI" w:eastAsia="Nirmala UI" w:cs="Nirmala UI"/>
        </w:rPr>
        <w:t>ꯑꯍꯥꯟꯕ</w:t>
      </w:r>
      <w:r>
        <w:rPr>
          <w:rFonts w:ascii="Times New Roman" w:hAnsi="Times New Roman" w:eastAsia="Times New Roman" w:cs="Times New Roman"/>
        </w:rPr>
        <w:t xml:space="preserve"> </w:t>
      </w:r>
      <w:r>
        <w:rPr>
          <w:rFonts w:ascii="Nirmala UI" w:hAnsi="Nirmala UI" w:eastAsia="Nirmala UI" w:cs="Nirmala UI"/>
        </w:rPr>
        <w:t>ꯑꯃꯥꯡꯕ</w:t>
      </w:r>
      <w:r>
        <w:rPr>
          <w:rFonts w:ascii="Times New Roman" w:hAnsi="Times New Roman" w:eastAsia="Times New Roman" w:cs="Times New Roman"/>
        </w:rPr>
        <w:t xml:space="preserve"> army </w:t>
      </w:r>
      <w:r>
        <w:rPr>
          <w:rFonts w:ascii="Nirmala UI" w:hAnsi="Nirmala UI" w:eastAsia="Nirmala UI" w:cs="Nirmala UI"/>
        </w:rPr>
        <w:t>ꯑꯃ</w:t>
      </w:r>
      <w:r>
        <w:rPr>
          <w:rFonts w:ascii="Times New Roman" w:hAnsi="Times New Roman" w:eastAsia="Times New Roman" w:cs="Times New Roman"/>
        </w:rPr>
        <w:t xml:space="preserve"> </w:t>
      </w:r>
      <w:r>
        <w:rPr>
          <w:rFonts w:ascii="Nirmala UI" w:hAnsi="Nirmala UI" w:eastAsia="Nirmala UI" w:cs="Nirmala UI"/>
        </w:rPr>
        <w:t>ꯑꯣꯏꯅ</w:t>
      </w:r>
      <w:r>
        <w:rPr>
          <w:rFonts w:ascii="Times New Roman" w:hAnsi="Times New Roman" w:eastAsia="Times New Roman" w:cs="Times New Roman"/>
        </w:rPr>
        <w:t xml:space="preserve"> </w:t>
      </w:r>
      <w:r>
        <w:rPr>
          <w:rFonts w:ascii="Nirmala UI" w:hAnsi="Nirmala UI" w:eastAsia="Nirmala UI" w:cs="Nirmala UI"/>
        </w:rPr>
        <w:t>ꯑꯔꯥꯡ</w:t>
      </w:r>
      <w:r>
        <w:rPr>
          <w:rFonts w:ascii="Times New Roman" w:hAnsi="Times New Roman" w:eastAsia="Times New Roman" w:cs="Times New Roman"/>
        </w:rPr>
        <w:t xml:space="preserve"> </w:t>
      </w:r>
      <w:r>
        <w:rPr>
          <w:rFonts w:ascii="Nirmala UI" w:hAnsi="Nirmala UI" w:eastAsia="Nirmala UI" w:cs="Nirmala UI"/>
        </w:rPr>
        <w:t>ꯊꯣꯛꯂꯛꯄ</w:t>
      </w:r>
      <w:r>
        <w:rPr>
          <w:rFonts w:ascii="Times New Roman" w:hAnsi="Times New Roman" w:eastAsia="Times New Roman" w:cs="Times New Roman"/>
        </w:rPr>
        <w:t xml:space="preserve"> Ezekiel </w:t>
      </w:r>
      <w:r>
        <w:rPr>
          <w:rFonts w:ascii="Nirmala UI" w:hAnsi="Nirmala UI" w:eastAsia="Nirmala UI" w:cs="Nirmala UI"/>
        </w:rPr>
        <w:t>ꯒꯤ</w:t>
      </w:r>
      <w:r>
        <w:rPr>
          <w:rFonts w:ascii="Times New Roman" w:hAnsi="Times New Roman" w:eastAsia="Times New Roman" w:cs="Times New Roman"/>
        </w:rPr>
        <w:t xml:space="preserve"> dead dry bones </w:t>
      </w:r>
      <w:r>
        <w:rPr>
          <w:rFonts w:ascii="Nirmala UI" w:hAnsi="Nirmala UI" w:eastAsia="Nirmala UI" w:cs="Nirmala UI"/>
        </w:rPr>
        <w:t>ꯑꯗꯨꯒꯤ</w:t>
      </w:r>
      <w:r>
        <w:rPr>
          <w:rFonts w:ascii="Times New Roman" w:hAnsi="Times New Roman" w:eastAsia="Times New Roman" w:cs="Times New Roman"/>
        </w:rPr>
        <w:t xml:space="preserve"> </w:t>
      </w:r>
      <w:r>
        <w:rPr>
          <w:rFonts w:ascii="Nirmala UI" w:hAnsi="Nirmala UI" w:eastAsia="Nirmala UI" w:cs="Nirmala UI"/>
        </w:rPr>
        <w:t>ꯈꯨꯗꯣꯡꯆꯥꯕ</w:t>
      </w:r>
      <w:r>
        <w:rPr>
          <w:rFonts w:ascii="Times New Roman" w:hAnsi="Times New Roman" w:eastAsia="Times New Roman" w:cs="Times New Roman"/>
        </w:rPr>
        <w:t xml:space="preserve"> </w:t>
      </w:r>
      <w:r>
        <w:rPr>
          <w:rFonts w:ascii="Nirmala UI" w:hAnsi="Nirmala UI" w:eastAsia="Nirmala UI" w:cs="Nirmala UI"/>
        </w:rPr>
        <w:t>ꯄꯤꯕ</w:t>
      </w:r>
      <w:r>
        <w:rPr>
          <w:rFonts w:ascii="Times New Roman" w:hAnsi="Times New Roman" w:eastAsia="Times New Roman" w:cs="Times New Roman"/>
        </w:rPr>
        <w:t xml:space="preserve"> </w:t>
      </w:r>
      <w:r>
        <w:rPr>
          <w:rFonts w:ascii="Nirmala UI" w:hAnsi="Nirmala UI" w:eastAsia="Nirmala UI" w:cs="Nirmala UI"/>
        </w:rPr>
        <w:t>ꯑꯣꯏꯈꯤ꯫</w:t>
      </w:r>
    </w:p>
    <w:p>
      <w:pPr>
        <w:pStyle w:val="ArticleBody"/>
        <w:jc w:val="left"/>
      </w:pPr>
      <w:r>
        <w:rPr>
          <w:rFonts w:ascii="Times New Roman" w:hAnsi="Times New Roman" w:eastAsia="Times New Roman" w:cs="Times New Roman"/>
        </w:rPr>
        <w:t>Ākala-history re, jeṭe bele sei dui śreṇī prakāśita hele, Peter ubhaya śreṇīṅkara pratiniḍhitwa karuthile. Tāṅkara sei aṅgīkāra, yāhāre se Jīśuṅku Khrīṣṭa ebam Īśwaranka Putra boli chinhiṭa karithile, Pavitra Ātmāṅkara prerṇā dvārā utpanna haithilā; kāraṇa Khrīṣṭa tāṅku spaṣṭa bhābare kahithile, “Flesh and blood hath not revealed it unto thee, but my Father which is in heaven.” Pare, jetebele Jīśu śiṣyamānanku kruśa sambandhare jāṇāile, se samayare Pavitra Ātmāṅkara prabhābara abhābare Peter Khrīṣṭaṅku dhari, “and began to rebuke Him, saying, Be it far from thee, Lord: this shall not be unto thee. But He turned, and said unto Peter, Get thee behind me, Satan: thou art an offence unto me: for thou savourest not the things that be of God, but those that be of men.”</w:t>
      </w:r>
    </w:p>
    <w:p>
      <w:pPr>
        <w:pStyle w:val="ArticleBody"/>
        <w:jc w:val="left"/>
      </w:pPr>
      <w:r>
        <w:rPr>
          <w:rFonts w:ascii="Times New Roman" w:hAnsi="Times New Roman" w:eastAsia="Times New Roman" w:cs="Times New Roman"/>
        </w:rPr>
        <w:t>بھيرس جو جذباتي اُڀار اُن جذباتي عبادت سان موافق هو، جيڪا واٽرٽائون جي خيمي ۾ ان وقت ٿي رهي هئي، جڏهن سموئيل اسنو اڌ رات جي صدا جو پيغام پيش ڪري رهيو هو. اُن سطح تي ڀيرس اُنهن ماڻهن جي نمائندگي ڪري ٿو، جيڪي هڪ لک چوئيتاليهه هزارن مان هئڻ جا اميدوار آهن. اهي اميدوار اُن طبقي جي نمائندگي ڪن ٿا، جنهن وٽ تيل آهي، جيڪو پاڪ روح آهي، ۽ اهو ئي پيغام آهي ۽ اهو ئي ڪردار آهي، ۽ ٻئي طبقي وٽ تيل ڪونهي. قيصريه فلپي جي پسمنظر ۾، مسيح هن ڳالهه کي ظاهر ڪرڻ شروع ڪيو ته “هن کي ضرور يروشلم وڃڻ گهرجي، ۽ بزرگن ۽ سردار ڪاھنن ۽ فقيهن کان گهڻيون تڪليفون سهڻيون پونديون، ۽ قتل ڪيو ويندو، ۽ ٽئين ڏينهن جيئرو ڪيو ويندو.”</w:t>
      </w:r>
    </w:p>
    <w:p>
      <w:pPr>
        <w:pStyle w:val="ArticleBody"/>
        <w:jc w:val="left"/>
      </w:pPr>
      <w:r>
        <w:rPr>
          <w:rFonts w:ascii="Times New Roman" w:hAnsi="Times New Roman" w:eastAsia="Times New Roman" w:cs="Times New Roman"/>
        </w:rPr>
        <w:t>Atãa Bible mi awa orace kusia suyeyé, kĩ̀go ajá-kyera, awóye Ekaristi atwa sãa awága, nĩ̀tẽ Sister White di ají nẽ October 22, 1844 mi awa orace kusia suyeyé si nã, kĩ̀go Hebreos awa orace kusia nẽ Red Sea atwa kyẽrẽ, Pharaoh sãra wáa nã agyĩ̀rĩ̀e, kĩ̀go sea mi nĩ̀rĩ̀e awóye sãa si nã. Awa ajía nyãma wókuwo awóye Sunday law tĩ̀si ba, kĩ̀go Daniel eleven mi verses thirteen to fifteen revelation, nĩ̀tẽ events awa Sunday law awóye ba nẽ testimony kyĩ̀rĩ̀e. Nẽ ají si, denĩ̀ “Daniel prophecy mi portion awa last days nẽ relating” tẽnã.</w:t>
      </w:r>
    </w:p>
    <w:p>
      <w:pPr>
        <w:pStyle w:val="ArticleBody"/>
        <w:jc w:val="left"/>
      </w:pPr>
      <w:r>
        <w:rPr>
          <w:rFonts w:ascii="Times New Roman" w:hAnsi="Times New Roman" w:eastAsia="Times New Roman" w:cs="Times New Roman"/>
        </w:rPr>
        <w:t>Waxaannu daraasaddan ku sii wadi doonnaa maqaalka xiga.</w:t>
      </w:r>
    </w:p>
    <w:p>
      <w:pPr>
        <w:pStyle w:val="ArticleScripture"/>
        <w:jc w:val="left"/>
      </w:pPr>
      <w:r>
        <w:rPr>
          <w:rFonts w:ascii="Times New Roman" w:hAnsi="Times New Roman" w:eastAsia="Times New Roman" w:cs="Times New Roman"/>
        </w:rPr>
        <w:t>«</w:t>
      </w:r>
      <w:r>
        <w:rPr>
          <w:rFonts w:ascii="Leelawadee UI" w:hAnsi="Leelawadee UI" w:eastAsia="Leelawadee UI" w:cs="Leelawadee UI"/>
        </w:rPr>
        <w:t>ឯកាសិក្សាយ៉ាងប្រុងប្រយ័ត្នអំពីនិមិត្តរូប</w:t>
      </w:r>
      <w:r>
        <w:rPr>
          <w:rFonts w:ascii="Times New Roman" w:hAnsi="Times New Roman" w:eastAsia="Times New Roman" w:cs="Times New Roman"/>
        </w:rPr>
        <w:t xml:space="preserve"> </w:t>
      </w:r>
      <w:r>
        <w:rPr>
          <w:rFonts w:ascii="Leelawadee UI" w:hAnsi="Leelawadee UI" w:eastAsia="Leelawadee UI" w:cs="Leelawadee UI"/>
        </w:rPr>
        <w:t>និងការបំពេញសម្រេចនៃនិមិត្តរូប</w:t>
      </w:r>
      <w:r>
        <w:rPr>
          <w:rFonts w:ascii="Times New Roman" w:hAnsi="Times New Roman" w:eastAsia="Times New Roman" w:cs="Times New Roman"/>
        </w:rPr>
        <w:t xml:space="preserve"> </w:t>
      </w:r>
      <w:r>
        <w:rPr>
          <w:rFonts w:ascii="Leelawadee UI" w:hAnsi="Leelawadee UI" w:eastAsia="Leelawadee UI" w:cs="Leelawadee UI"/>
        </w:rPr>
        <w:t>បាននាំឲ្យមានការកត់សម្គាល់ថា</w:t>
      </w:r>
      <w:r>
        <w:rPr>
          <w:rFonts w:ascii="Times New Roman" w:hAnsi="Times New Roman" w:eastAsia="Times New Roman" w:cs="Times New Roman"/>
        </w:rPr>
        <w:t xml:space="preserve"> </w:t>
      </w:r>
      <w:r>
        <w:rPr>
          <w:rFonts w:ascii="Leelawadee UI" w:hAnsi="Leelawadee UI" w:eastAsia="Leelawadee UI" w:cs="Leelawadee UI"/>
        </w:rPr>
        <w:t>ការឆ្កាងព្រះគ្រីស្ទបានកើតឡើងត្រឹមតែថ្ងៃនោះឯង</w:t>
      </w:r>
      <w:r>
        <w:rPr>
          <w:rFonts w:ascii="Times New Roman" w:hAnsi="Times New Roman" w:eastAsia="Times New Roman" w:cs="Times New Roman"/>
        </w:rPr>
        <w:t xml:space="preserve"> </w:t>
      </w:r>
      <w:r>
        <w:rPr>
          <w:rFonts w:ascii="Leelawadee UI" w:hAnsi="Leelawadee UI" w:eastAsia="Leelawadee UI" w:cs="Leelawadee UI"/>
        </w:rPr>
        <w:t>ក្នុងវដ្តពិធីប្រចាំឆ្នាំដែលបានប្រទានដល់អ៊ីស្រាអែល</w:t>
      </w:r>
      <w:r>
        <w:rPr>
          <w:rFonts w:ascii="Times New Roman" w:hAnsi="Times New Roman" w:eastAsia="Times New Roman" w:cs="Times New Roman"/>
        </w:rPr>
        <w:t xml:space="preserve"> </w:t>
      </w:r>
      <w:r>
        <w:rPr>
          <w:rFonts w:ascii="Leelawadee UI" w:hAnsi="Leelawadee UI" w:eastAsia="Leelawadee UI" w:cs="Leelawadee UI"/>
        </w:rPr>
        <w:t>នៅពេលដែលកូនចៀមបុណ្យរំលងត្រូវបានសម្លាប់។</w:t>
      </w:r>
      <w:r>
        <w:rPr>
          <w:rFonts w:ascii="Times New Roman" w:hAnsi="Times New Roman" w:eastAsia="Times New Roman" w:cs="Times New Roman"/>
        </w:rPr>
        <w:t xml:space="preserve"> </w:t>
      </w:r>
      <w:r>
        <w:rPr>
          <w:rFonts w:ascii="Leelawadee UI" w:hAnsi="Leelawadee UI" w:eastAsia="Leelawadee UI" w:cs="Leelawadee UI"/>
        </w:rPr>
        <w:t>ដូច្នេះ</w:t>
      </w:r>
      <w:r>
        <w:rPr>
          <w:rFonts w:ascii="Times New Roman" w:hAnsi="Times New Roman" w:eastAsia="Times New Roman" w:cs="Times New Roman"/>
        </w:rPr>
        <w:t xml:space="preserve"> </w:t>
      </w:r>
      <w:r>
        <w:rPr>
          <w:rFonts w:ascii="Leelawadee UI" w:hAnsi="Leelawadee UI" w:eastAsia="Leelawadee UI" w:cs="Leelawadee UI"/>
        </w:rPr>
        <w:t>តើការសម្អាតទីបរិសុទ្ធ</w:t>
      </w:r>
      <w:r>
        <w:rPr>
          <w:rFonts w:ascii="Times New Roman" w:hAnsi="Times New Roman" w:eastAsia="Times New Roman" w:cs="Times New Roman"/>
        </w:rPr>
        <w:t xml:space="preserve"> </w:t>
      </w:r>
      <w:r>
        <w:rPr>
          <w:rFonts w:ascii="Leelawadee UI" w:hAnsi="Leelawadee UI" w:eastAsia="Leelawadee UI" w:cs="Leelawadee UI"/>
        </w:rPr>
        <w:t>ដែលត្រូវបានតំណាងជានិមិត្តរូបក្នុងថ្ងៃបុណ្យសម្រាលបាប</w:t>
      </w:r>
      <w:r>
        <w:rPr>
          <w:rFonts w:ascii="Times New Roman" w:hAnsi="Times New Roman" w:eastAsia="Times New Roman" w:cs="Times New Roman"/>
        </w:rPr>
        <w:t>—</w:t>
      </w:r>
      <w:r>
        <w:rPr>
          <w:rFonts w:ascii="Leelawadee UI" w:hAnsi="Leelawadee UI" w:eastAsia="Leelawadee UI" w:cs="Leelawadee UI"/>
        </w:rPr>
        <w:t>ដែលធ្លាក់លើថ្ងៃទីដប់នៃខែទីប្រាំពីរ</w:t>
      </w:r>
      <w:r>
        <w:rPr>
          <w:rFonts w:ascii="Times New Roman" w:hAnsi="Times New Roman" w:eastAsia="Times New Roman" w:cs="Times New Roman"/>
        </w:rPr>
        <w:t>—</w:t>
      </w:r>
      <w:r>
        <w:rPr>
          <w:rFonts w:ascii="Leelawadee UI" w:hAnsi="Leelawadee UI" w:eastAsia="Leelawadee UI" w:cs="Leelawadee UI"/>
        </w:rPr>
        <w:t>ក៏មិនត្រូវកើតឡើងត្រឹមតែថ្ងៃនោះឯងក្នុងឆ្នាំ</w:t>
      </w:r>
      <w:r>
        <w:rPr>
          <w:rFonts w:ascii="Times New Roman" w:hAnsi="Times New Roman" w:eastAsia="Times New Roman" w:cs="Times New Roman"/>
        </w:rPr>
        <w:t xml:space="preserve"> </w:t>
      </w:r>
      <w:r>
        <w:rPr>
          <w:rFonts w:ascii="Leelawadee UI" w:hAnsi="Leelawadee UI" w:eastAsia="Leelawadee UI" w:cs="Leelawadee UI"/>
        </w:rPr>
        <w:t>ដែលត្រូវបានប្រារព្ធនៅក្នុងនិមិត្តរូបដែរឬ</w:t>
      </w:r>
      <w:r>
        <w:rPr>
          <w:rFonts w:ascii="Times New Roman" w:hAnsi="Times New Roman" w:eastAsia="Times New Roman" w:cs="Times New Roman"/>
        </w:rPr>
        <w:t>? (</w:t>
      </w:r>
      <w:r>
        <w:rPr>
          <w:rFonts w:ascii="Leelawadee UI" w:hAnsi="Leelawadee UI" w:eastAsia="Leelawadee UI" w:cs="Leelawadee UI"/>
        </w:rPr>
        <w:t>សូមមើល</w:t>
      </w:r>
      <w:r>
        <w:rPr>
          <w:rFonts w:ascii="Times New Roman" w:hAnsi="Times New Roman" w:eastAsia="Times New Roman" w:cs="Times New Roman"/>
        </w:rPr>
        <w:t xml:space="preserve"> The Great Controversy, 399)</w:t>
      </w:r>
      <w:r>
        <w:rPr>
          <w:rFonts w:ascii="Leelawadee UI" w:hAnsi="Leelawadee UI" w:eastAsia="Leelawadee UI" w:cs="Leelawadee UI"/>
        </w:rPr>
        <w:t>។</w:t>
      </w:r>
      <w:r>
        <w:rPr>
          <w:rFonts w:ascii="Times New Roman" w:hAnsi="Times New Roman" w:eastAsia="Times New Roman" w:cs="Times New Roman"/>
        </w:rPr>
        <w:t xml:space="preserve"> </w:t>
      </w:r>
      <w:r>
        <w:rPr>
          <w:rFonts w:ascii="Leelawadee UI" w:hAnsi="Leelawadee UI" w:eastAsia="Leelawadee UI" w:cs="Leelawadee UI"/>
        </w:rPr>
        <w:t>នេះ</w:t>
      </w:r>
      <w:r>
        <w:rPr>
          <w:rFonts w:ascii="Times New Roman" w:hAnsi="Times New Roman" w:eastAsia="Times New Roman" w:cs="Times New Roman"/>
        </w:rPr>
        <w:t xml:space="preserve"> </w:t>
      </w:r>
      <w:r>
        <w:rPr>
          <w:rFonts w:ascii="Leelawadee UI" w:hAnsi="Leelawadee UI" w:eastAsia="Leelawadee UI" w:cs="Leelawadee UI"/>
        </w:rPr>
        <w:t>តាមការគណនាពេលវេលាតាមរបៀបម៉ូសេដ៏ត្រឹមត្រូវ</w:t>
      </w:r>
      <w:r>
        <w:rPr>
          <w:rFonts w:ascii="Times New Roman" w:hAnsi="Times New Roman" w:eastAsia="Times New Roman" w:cs="Times New Roman"/>
        </w:rPr>
        <w:t xml:space="preserve"> </w:t>
      </w:r>
      <w:r>
        <w:rPr>
          <w:rFonts w:ascii="Leelawadee UI" w:hAnsi="Leelawadee UI" w:eastAsia="Leelawadee UI" w:cs="Leelawadee UI"/>
        </w:rPr>
        <w:t>នឹងត្រូវនឹងថ្ងៃទី</w:t>
      </w:r>
      <w:r>
        <w:rPr>
          <w:rFonts w:ascii="Times New Roman" w:hAnsi="Times New Roman" w:eastAsia="Times New Roman" w:cs="Times New Roman"/>
        </w:rPr>
        <w:t xml:space="preserve"> 22 </w:t>
      </w:r>
      <w:r>
        <w:rPr>
          <w:rFonts w:ascii="Leelawadee UI" w:hAnsi="Leelawadee UI" w:eastAsia="Leelawadee UI" w:cs="Leelawadee UI"/>
        </w:rPr>
        <w:t>ខែតុលា។</w:t>
      </w:r>
      <w:r>
        <w:rPr>
          <w:rFonts w:ascii="Times New Roman" w:hAnsi="Times New Roman" w:eastAsia="Times New Roman" w:cs="Times New Roman"/>
        </w:rPr>
        <w:t xml:space="preserve"> </w:t>
      </w:r>
      <w:r>
        <w:rPr>
          <w:rFonts w:ascii="Leelawadee UI" w:hAnsi="Leelawadee UI" w:eastAsia="Leelawadee UI" w:cs="Leelawadee UI"/>
        </w:rPr>
        <w:t>នៅដើមខែសីហា</w:t>
      </w:r>
      <w:r>
        <w:rPr>
          <w:rFonts w:ascii="Times New Roman" w:hAnsi="Times New Roman" w:eastAsia="Times New Roman" w:cs="Times New Roman"/>
        </w:rPr>
        <w:t xml:space="preserve"> </w:t>
      </w:r>
      <w:r>
        <w:rPr>
          <w:rFonts w:ascii="Leelawadee UI" w:hAnsi="Leelawadee UI" w:eastAsia="Leelawadee UI" w:cs="Leelawadee UI"/>
        </w:rPr>
        <w:t>ឆ្នាំ</w:t>
      </w:r>
      <w:r>
        <w:rPr>
          <w:rFonts w:ascii="Times New Roman" w:hAnsi="Times New Roman" w:eastAsia="Times New Roman" w:cs="Times New Roman"/>
        </w:rPr>
        <w:t xml:space="preserve"> 1844 </w:t>
      </w:r>
      <w:r>
        <w:rPr>
          <w:rFonts w:ascii="Leelawadee UI" w:hAnsi="Leelawadee UI" w:eastAsia="Leelawadee UI" w:cs="Leelawadee UI"/>
        </w:rPr>
        <w:t>នៅក្នុងកិច្ចប្រជុំជំរំមួយនៅ</w:t>
      </w:r>
      <w:r>
        <w:rPr>
          <w:rFonts w:ascii="Times New Roman" w:hAnsi="Times New Roman" w:eastAsia="Times New Roman" w:cs="Times New Roman"/>
        </w:rPr>
        <w:t xml:space="preserve"> Exeter </w:t>
      </w:r>
      <w:r>
        <w:rPr>
          <w:rFonts w:ascii="Leelawadee UI" w:hAnsi="Leelawadee UI" w:eastAsia="Leelawadee UI" w:cs="Leelawadee UI"/>
        </w:rPr>
        <w:t>រដ្ឋ</w:t>
      </w:r>
      <w:r>
        <w:rPr>
          <w:rFonts w:ascii="Times New Roman" w:hAnsi="Times New Roman" w:eastAsia="Times New Roman" w:cs="Times New Roman"/>
        </w:rPr>
        <w:t xml:space="preserve"> New Hampshire </w:t>
      </w:r>
      <w:r>
        <w:rPr>
          <w:rFonts w:ascii="Leelawadee UI" w:hAnsi="Leelawadee UI" w:eastAsia="Leelawadee UI" w:cs="Leelawadee UI"/>
        </w:rPr>
        <w:t>ទស្សនៈនេះត្រូវបានលើកឡើង</w:t>
      </w:r>
      <w:r>
        <w:rPr>
          <w:rFonts w:ascii="Times New Roman" w:hAnsi="Times New Roman" w:eastAsia="Times New Roman" w:cs="Times New Roman"/>
        </w:rPr>
        <w:t xml:space="preserve"> </w:t>
      </w:r>
      <w:r>
        <w:rPr>
          <w:rFonts w:ascii="Leelawadee UI" w:hAnsi="Leelawadee UI" w:eastAsia="Leelawadee UI" w:cs="Leelawadee UI"/>
        </w:rPr>
        <w:t>ហើយត្រូវបានទទួលយកថាជាកាលបរិច្ឆេទសម្រាប់ការបំពេញទំនាយអំពី</w:t>
      </w:r>
      <w:r>
        <w:rPr>
          <w:rFonts w:ascii="Times New Roman" w:hAnsi="Times New Roman" w:eastAsia="Times New Roman" w:cs="Times New Roman"/>
        </w:rPr>
        <w:t xml:space="preserve"> 2300 </w:t>
      </w:r>
      <w:r>
        <w:rPr>
          <w:rFonts w:ascii="Leelawadee UI" w:hAnsi="Leelawadee UI" w:eastAsia="Leelawadee UI" w:cs="Leelawadee UI"/>
        </w:rPr>
        <w:t>ថ្ងៃ។</w:t>
      </w:r>
      <w:r>
        <w:rPr>
          <w:rFonts w:ascii="Times New Roman" w:hAnsi="Times New Roman" w:eastAsia="Times New Roman" w:cs="Times New Roman"/>
        </w:rPr>
        <w:t xml:space="preserve"> </w:t>
      </w:r>
      <w:r>
        <w:rPr>
          <w:rFonts w:ascii="Leelawadee UI" w:hAnsi="Leelawadee UI" w:eastAsia="Leelawadee UI" w:cs="Leelawadee UI"/>
        </w:rPr>
        <w:t>ពាក្យប្រៀបធៀបអំពីព្រហ្មចារីទាំងដប់</w:t>
      </w:r>
      <w:r>
        <w:rPr>
          <w:rFonts w:ascii="Times New Roman" w:hAnsi="Times New Roman" w:eastAsia="Times New Roman" w:cs="Times New Roman"/>
        </w:rPr>
        <w:t xml:space="preserve"> </w:t>
      </w:r>
      <w:r>
        <w:rPr>
          <w:rFonts w:ascii="Leelawadee UI" w:hAnsi="Leelawadee UI" w:eastAsia="Leelawadee UI" w:cs="Leelawadee UI"/>
        </w:rPr>
        <w:t>ក្នុងម៉ាថាយ</w:t>
      </w:r>
      <w:r>
        <w:rPr>
          <w:rFonts w:ascii="Times New Roman" w:hAnsi="Times New Roman" w:eastAsia="Times New Roman" w:cs="Times New Roman"/>
        </w:rPr>
        <w:t xml:space="preserve"> 25:1–13 </w:t>
      </w:r>
      <w:r>
        <w:rPr>
          <w:rFonts w:ascii="Leelawadee UI" w:hAnsi="Leelawadee UI" w:eastAsia="Leelawadee UI" w:cs="Leelawadee UI"/>
        </w:rPr>
        <w:t>បានទទួលនូវសារៈសំខាន់ពិសេស</w:t>
      </w:r>
      <w:r>
        <w:rPr>
          <w:rFonts w:ascii="Times New Roman" w:hAnsi="Times New Roman" w:eastAsia="Times New Roman" w:cs="Times New Roman"/>
        </w:rPr>
        <w:t>—</w:t>
      </w:r>
      <w:r>
        <w:rPr>
          <w:rFonts w:ascii="Leelawadee UI" w:hAnsi="Leelawadee UI" w:eastAsia="Leelawadee UI" w:cs="Leelawadee UI"/>
        </w:rPr>
        <w:t>ការយឺតយ៉ាវរបស់កូនកំលោះ</w:t>
      </w:r>
      <w:r>
        <w:rPr>
          <w:rFonts w:ascii="Times New Roman" w:hAnsi="Times New Roman" w:eastAsia="Times New Roman" w:cs="Times New Roman"/>
        </w:rPr>
        <w:t xml:space="preserve"> </w:t>
      </w:r>
      <w:r>
        <w:rPr>
          <w:rFonts w:ascii="Leelawadee UI" w:hAnsi="Leelawadee UI" w:eastAsia="Leelawadee UI" w:cs="Leelawadee UI"/>
        </w:rPr>
        <w:t>ការរង់ចាំ</w:t>
      </w:r>
      <w:r>
        <w:rPr>
          <w:rFonts w:ascii="Times New Roman" w:hAnsi="Times New Roman" w:eastAsia="Times New Roman" w:cs="Times New Roman"/>
        </w:rPr>
        <w:t xml:space="preserve"> </w:t>
      </w:r>
      <w:r>
        <w:rPr>
          <w:rFonts w:ascii="Leelawadee UI" w:hAnsi="Leelawadee UI" w:eastAsia="Leelawadee UI" w:cs="Leelawadee UI"/>
        </w:rPr>
        <w:t>និងការដេកលក់របស់អ្នកដែលកំពុងរង់ចាំអាពាហ៍ពិពាហ៍</w:t>
      </w:r>
      <w:r>
        <w:rPr>
          <w:rFonts w:ascii="Times New Roman" w:hAnsi="Times New Roman" w:eastAsia="Times New Roman" w:cs="Times New Roman"/>
        </w:rPr>
        <w:t xml:space="preserve"> </w:t>
      </w:r>
      <w:r>
        <w:rPr>
          <w:rFonts w:ascii="Leelawadee UI" w:hAnsi="Leelawadee UI" w:eastAsia="Leelawadee UI" w:cs="Leelawadee UI"/>
        </w:rPr>
        <w:t>ការស្រែកហៅនៅកណ្ដាលអធ្រាត្រ</w:t>
      </w:r>
      <w:r>
        <w:rPr>
          <w:rFonts w:ascii="Times New Roman" w:hAnsi="Times New Roman" w:eastAsia="Times New Roman" w:cs="Times New Roman"/>
        </w:rPr>
        <w:t xml:space="preserve"> </w:t>
      </w:r>
      <w:r>
        <w:rPr>
          <w:rFonts w:ascii="Leelawadee UI" w:hAnsi="Leelawadee UI" w:eastAsia="Leelawadee UI" w:cs="Leelawadee UI"/>
        </w:rPr>
        <w:t>ការបិទទ្វារ</w:t>
      </w:r>
      <w:r>
        <w:rPr>
          <w:rFonts w:ascii="Times New Roman" w:hAnsi="Times New Roman" w:eastAsia="Times New Roman" w:cs="Times New Roman"/>
        </w:rPr>
        <w:t xml:space="preserve"> </w:t>
      </w:r>
      <w:r>
        <w:rPr>
          <w:rFonts w:ascii="Leelawadee UI" w:hAnsi="Leelawadee UI" w:eastAsia="Leelawadee UI" w:cs="Leelawadee UI"/>
        </w:rPr>
        <w:t>ជាដើម។</w:t>
      </w:r>
      <w:r>
        <w:rPr>
          <w:rFonts w:ascii="Times New Roman" w:hAnsi="Times New Roman" w:eastAsia="Times New Roman" w:cs="Times New Roman"/>
        </w:rPr>
        <w:t xml:space="preserve"> </w:t>
      </w:r>
      <w:r>
        <w:rPr>
          <w:rFonts w:ascii="Leelawadee UI" w:hAnsi="Leelawadee UI" w:eastAsia="Leelawadee UI" w:cs="Leelawadee UI"/>
        </w:rPr>
        <w:t>សារដែលថា</w:t>
      </w:r>
      <w:r>
        <w:rPr>
          <w:rFonts w:ascii="Times New Roman" w:hAnsi="Times New Roman" w:eastAsia="Times New Roman" w:cs="Times New Roman"/>
        </w:rPr>
        <w:t xml:space="preserve"> </w:t>
      </w:r>
      <w:r>
        <w:rPr>
          <w:rFonts w:ascii="Leelawadee UI" w:hAnsi="Leelawadee UI" w:eastAsia="Leelawadee UI" w:cs="Leelawadee UI"/>
        </w:rPr>
        <w:t>ព្រះគ្រីស្ទកំពុងយាងមកនៅថ្ងៃទី</w:t>
      </w:r>
      <w:r>
        <w:rPr>
          <w:rFonts w:ascii="Times New Roman" w:hAnsi="Times New Roman" w:eastAsia="Times New Roman" w:cs="Times New Roman"/>
        </w:rPr>
        <w:t xml:space="preserve"> 22 </w:t>
      </w:r>
      <w:r>
        <w:rPr>
          <w:rFonts w:ascii="Leelawadee UI" w:hAnsi="Leelawadee UI" w:eastAsia="Leelawadee UI" w:cs="Leelawadee UI"/>
        </w:rPr>
        <w:t>ខែតុលា</w:t>
      </w:r>
      <w:r>
        <w:rPr>
          <w:rFonts w:ascii="Times New Roman" w:hAnsi="Times New Roman" w:eastAsia="Times New Roman" w:cs="Times New Roman"/>
        </w:rPr>
        <w:t xml:space="preserve"> </w:t>
      </w:r>
      <w:r>
        <w:rPr>
          <w:rFonts w:ascii="Leelawadee UI" w:hAnsi="Leelawadee UI" w:eastAsia="Leelawadee UI" w:cs="Leelawadee UI"/>
        </w:rPr>
        <w:t>បានក្លាយជាអ្វីដែលគេស្គាល់ថាជា</w:t>
      </w:r>
      <w:r>
        <w:rPr>
          <w:rFonts w:ascii="Times New Roman" w:hAnsi="Times New Roman" w:eastAsia="Times New Roman" w:cs="Times New Roman"/>
        </w:rPr>
        <w:t xml:space="preserve"> «</w:t>
      </w:r>
      <w:r>
        <w:rPr>
          <w:rFonts w:ascii="Leelawadee UI" w:hAnsi="Leelawadee UI" w:eastAsia="Leelawadee UI" w:cs="Leelawadee UI"/>
        </w:rPr>
        <w:t>សម្រែកនៅកណ្ដាលអធ្រាត្រ</w:t>
      </w:r>
      <w:r>
        <w:rPr>
          <w:rFonts w:ascii="Times New Roman" w:hAnsi="Times New Roman" w:eastAsia="Times New Roman" w:cs="Times New Roman"/>
        </w:rPr>
        <w:t>»</w:t>
      </w:r>
      <w:r>
        <w:rPr>
          <w:rFonts w:ascii="Leelawadee UI" w:hAnsi="Leelawadee UI" w:eastAsia="Leelawadee UI" w:cs="Leelawadee UI"/>
        </w:rPr>
        <w:t>។</w:t>
      </w:r>
      <w:r>
        <w:rPr>
          <w:rFonts w:ascii="Times New Roman" w:hAnsi="Times New Roman" w:eastAsia="Times New Roman" w:cs="Times New Roman"/>
        </w:rPr>
        <w:t xml:space="preserve"> </w:t>
      </w:r>
      <w:r>
        <w:rPr>
          <w:rFonts w:ascii="Leelawadee UI" w:hAnsi="Leelawadee UI" w:eastAsia="Leelawadee UI" w:cs="Leelawadee UI"/>
        </w:rPr>
        <w:t>អែលឡែន</w:t>
      </w:r>
      <w:r>
        <w:rPr>
          <w:rFonts w:ascii="Times New Roman" w:hAnsi="Times New Roman" w:eastAsia="Times New Roman" w:cs="Times New Roman"/>
        </w:rPr>
        <w:t xml:space="preserve"> </w:t>
      </w:r>
      <w:r>
        <w:rPr>
          <w:rFonts w:ascii="Leelawadee UI" w:hAnsi="Leelawadee UI" w:eastAsia="Leelawadee UI" w:cs="Leelawadee UI"/>
        </w:rPr>
        <w:t>វ៉ៃត៍</w:t>
      </w:r>
      <w:r>
        <w:rPr>
          <w:rFonts w:ascii="Times New Roman" w:hAnsi="Times New Roman" w:eastAsia="Times New Roman" w:cs="Times New Roman"/>
        </w:rPr>
        <w:t xml:space="preserve"> </w:t>
      </w:r>
      <w:r>
        <w:rPr>
          <w:rFonts w:ascii="Leelawadee UI" w:hAnsi="Leelawadee UI" w:eastAsia="Leelawadee UI" w:cs="Leelawadee UI"/>
        </w:rPr>
        <w:t>បានសរសេរថា៖</w:t>
      </w:r>
      <w:r>
        <w:rPr>
          <w:rFonts w:ascii="Times New Roman" w:hAnsi="Times New Roman" w:eastAsia="Times New Roman" w:cs="Times New Roman"/>
        </w:rPr>
        <w:t xml:space="preserve"> ««</w:t>
      </w:r>
      <w:r>
        <w:rPr>
          <w:rFonts w:ascii="Leelawadee UI" w:hAnsi="Leelawadee UI" w:eastAsia="Leelawadee UI" w:cs="Leelawadee UI"/>
        </w:rPr>
        <w:t>សម្រែកនៅកណ្ដាលអធ្រាត្រ</w:t>
      </w:r>
      <w:r>
        <w:rPr>
          <w:rFonts w:ascii="Times New Roman" w:hAnsi="Times New Roman" w:eastAsia="Times New Roman" w:cs="Times New Roman"/>
        </w:rPr>
        <w:t xml:space="preserve">» </w:t>
      </w:r>
      <w:r>
        <w:rPr>
          <w:rFonts w:ascii="Leelawadee UI" w:hAnsi="Leelawadee UI" w:eastAsia="Leelawadee UI" w:cs="Leelawadee UI"/>
        </w:rPr>
        <w:t>ត្រូវបានប្រកាសដោយអ្នកជឿរាប់ពាន់នាក់</w:t>
      </w:r>
      <w:r>
        <w:rPr>
          <w:rFonts w:ascii="Times New Roman" w:hAnsi="Times New Roman" w:eastAsia="Times New Roman" w:cs="Times New Roman"/>
        </w:rPr>
        <w:t>»</w:t>
      </w:r>
      <w:r>
        <w:rPr>
          <w:rFonts w:ascii="Leelawadee UI" w:hAnsi="Leelawadee UI" w:eastAsia="Leelawadee UI" w:cs="Leelawadee UI"/>
        </w:rPr>
        <w:t>។</w:t>
      </w:r>
      <w:r>
        <w:rPr>
          <w:rFonts w:ascii="Times New Roman" w:hAnsi="Times New Roman" w:eastAsia="Times New Roman" w:cs="Times New Roman"/>
        </w:rPr>
        <w:t xml:space="preserve"> </w:t>
      </w:r>
      <w:r>
        <w:rPr>
          <w:rFonts w:ascii="Leelawadee UI" w:hAnsi="Leelawadee UI" w:eastAsia="Leelawadee UI" w:cs="Leelawadee UI"/>
        </w:rPr>
        <w:t>នាងបានបន្ថែមថា៖</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“‘Ka mawsiang bah u [seventh-month] movement u la swep ia ka ri. Na shnongbah sha shnongbah, na nongkyndong sha nongkyndong, bad wat sha ki jaka nongkyndong kiba jngai ruh u la leit, haduh ba ki briew U Blei kiba ap khmih lynti ki la shah pynkhih lut.—The Great Controversy, 400.’</w:t>
      </w:r>
    </w:p>
    <w:p>
      <w:pPr>
        <w:pStyle w:val="ArticleScripture"/>
        <w:jc w:val="left"/>
      </w:pPr>
      <w:r>
        <w:rPr>
          <w:rFonts w:ascii="Times New Roman" w:hAnsi="Times New Roman" w:eastAsia="Times New Roman" w:cs="Times New Roman"/>
        </w:rPr>
        <w:t>“</w:t>
      </w:r>
      <w:r>
        <w:rPr>
          <w:rFonts w:ascii="Microsoft Himalaya" w:hAnsi="Microsoft Himalaya" w:eastAsia="Microsoft Himalaya" w:cs="Microsoft Himalaya"/>
        </w:rPr>
        <w:t>སྐད་འཕྲིན་དེ་མྱུར་དུ་ཁྱབ་སྤེལ་བྱུང་བའི་ཚུལ་ནི་</w:t>
      </w:r>
      <w:r>
        <w:rPr>
          <w:rFonts w:ascii="Times New Roman" w:hAnsi="Times New Roman" w:eastAsia="Times New Roman" w:cs="Times New Roman"/>
        </w:rPr>
        <w:t xml:space="preserve"> L. E. Froom </w:t>
      </w:r>
      <w:r>
        <w:rPr>
          <w:rFonts w:ascii="Microsoft Himalaya" w:hAnsi="Microsoft Himalaya" w:eastAsia="Microsoft Himalaya" w:cs="Microsoft Himalaya"/>
        </w:rPr>
        <w:t>གིས་ལུང་འདྲེན་བྱས་པའི་རྩོམ་པ་པོ་ཚོས་འགྲེལ་བཤད་བྱས་ཡོད།</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«Бейтс сабт кардааст, ки паёми Экзетер «гӯё бар болҳои бод парвоз мекард». Мардон ва занон тавассути роҳи оҳан ва об, бо дилижанс ва савора бар асп, бо бастаҳои китобҳо ва рӯзномаҳо мешитофтанд ва онҳоро «ба фаровонӣ чун баргҳои тирамоҳ» паҳн мекарданд. Уайт гуфт: «Коре, ки пеши рӯи мо буд, ин буд, ки ба ҳар гӯшаи он саҳнаи паҳновар парвоз кунем, бонги огоҳиро баланд намоем ва хуфтагонро бедор созем». Ва Уэллком меафзояд, ки он ҳаракат мисли обҳои раҳоёфтаи як садд ногаҳон сар зад. Киштзорҳои ғаллаи расида но даравида боқӣ мемонданд, ва картошкаҳои комилан расида ноқабида дар замин мемонданд. Омадани Худованд наздик буд. Акнун барои чунин чизҳои заминӣ дигар вақт набуд.—The Prophetic Faith of Our Fathers, Vol. IV, p. 816.»</w:t>
      </w:r>
    </w:p>
    <w:p>
      <w:pPr>
        <w:pStyle w:val="ArticleScripture"/>
        <w:jc w:val="left"/>
      </w:pPr>
      <w:r>
        <w:rPr>
          <w:rFonts w:ascii="Times New Roman" w:hAnsi="Times New Roman" w:eastAsia="Times New Roman" w:cs="Times New Roman"/>
        </w:rPr>
        <w:t>“Շարժման ականատես և մասնակից լինելով՝ Էլեն Ուայթը նկարագրեց արագորեն թափ առնող գործի բնույթը։</w:t>
      </w:r>
    </w:p>
    <w:p>
      <w:pPr>
        <w:pStyle w:val="ArticleScripture"/>
        <w:jc w:val="left"/>
      </w:pPr>
      <w:r>
        <w:rPr>
          <w:rFonts w:ascii="Times New Roman" w:hAnsi="Times New Roman" w:eastAsia="Times New Roman" w:cs="Times New Roman"/>
        </w:rPr>
        <w:t>«Вӗренекенсем хӑйсен иккӗленӳпе аптраканлӑхӗ ҫухалнин курчӗҫ, шанӑçпа хастарлӑх вӗсен чӗрисене janlandarčӗ. Ĕçĕ ҫынлӑх хӑвӑрланнин, анчах Турӑн Сӑмахӗпе Сывлӑшӗн тытамлӑхӗсӗр пулсан, яланах палӑракан вӑрттӑнлӑхсенчен хӑтăлнӑччӗ…. Улӑхра кашни ӗмӗрте Турӑ ӗҫӗн паллисемпе палӑрнӑччӗ. Унта хӑйне-хаюллӑ савӑнӑç сахалччӗ, анчах чӗрене тарӑн тӗрӗслени, çылӑха confess тӑвӑни, тата тӗнчене пӑрахни пулчӗ. Хуҫана кӗтсе илме хатӗрленесси асапланакан чунсен тӗп йӗкӗтӗ пулчӗ….»</w:t>
      </w:r>
    </w:p>
    <w:p>
      <w:pPr>
        <w:pStyle w:val="ArticleScripture"/>
        <w:jc w:val="left"/>
      </w:pPr>
      <w:r>
        <w:rPr>
          <w:rFonts w:ascii="Times New Roman" w:hAnsi="Times New Roman" w:eastAsia="Times New Roman" w:cs="Times New Roman"/>
        </w:rPr>
        <w:t>«Зyх елчийин үеэс хойшхи бүх агуу шаштыр хөдөлгөөнүүд дундас 1844 оний намрын тэр хөдөлгөөн шиг хүний төгс бус байдалас ба Сатаны заль мэхэс илүү ангид байсан нь нэг ч үгы. Одоо ч, олон жилүүд өнгөрсний дараа [1888], тэр хөдөлгөөнд оролцож, үнэний суурин дээр бат зогссон бүгд тэр ерөөлтэй үйл хэрэгийн ариун нөлөөг одоо хүртэл мэдэрч, тэр нь Бурханаас байсан гэж гэрчилсээр байна.—Мөн тэнд, 400, 401.»</w:t>
      </w:r>
    </w:p>
    <w:p>
      <w:pPr>
        <w:pStyle w:val="ArticleScripture"/>
        <w:jc w:val="left"/>
      </w:pPr>
      <w:r>
        <w:rPr>
          <w:rFonts w:ascii="Times New Roman" w:hAnsi="Times New Roman" w:eastAsia="Times New Roman" w:cs="Times New Roman"/>
        </w:rPr>
        <w:t>“</w:t>
      </w:r>
      <w:r>
        <w:rPr>
          <w:rFonts w:ascii="Myanmar Text" w:hAnsi="Myanmar Text" w:eastAsia="Myanmar Text" w:cs="Myanmar Text"/>
        </w:rPr>
        <w:t>ကမ္ဘာမြေတစ်လွှားသို့</w:t>
      </w:r>
      <w:r>
        <w:rPr>
          <w:rFonts w:ascii="Times New Roman" w:hAnsi="Times New Roman" w:eastAsia="Times New Roman" w:cs="Times New Roman"/>
        </w:rPr>
        <w:t xml:space="preserve"> </w:t>
      </w:r>
      <w:r>
        <w:rPr>
          <w:rFonts w:ascii="Myanmar Text" w:hAnsi="Myanmar Text" w:eastAsia="Myanmar Text" w:cs="Myanmar Text"/>
        </w:rPr>
        <w:t>လှိုင်းလုံးကဲ့သို့</w:t>
      </w:r>
      <w:r>
        <w:rPr>
          <w:rFonts w:ascii="Times New Roman" w:hAnsi="Times New Roman" w:eastAsia="Times New Roman" w:cs="Times New Roman"/>
        </w:rPr>
        <w:t xml:space="preserve"> </w:t>
      </w:r>
      <w:r>
        <w:rPr>
          <w:rFonts w:ascii="Myanmar Text" w:hAnsi="Myanmar Text" w:eastAsia="Myanmar Text" w:cs="Myanmar Text"/>
        </w:rPr>
        <w:t>ပျံ့နှံ့သွားပြီး</w:t>
      </w:r>
      <w:r>
        <w:rPr>
          <w:rFonts w:ascii="Times New Roman" w:hAnsi="Times New Roman" w:eastAsia="Times New Roman" w:cs="Times New Roman"/>
        </w:rPr>
        <w:t xml:space="preserve"> </w:t>
      </w:r>
      <w:r>
        <w:rPr>
          <w:rFonts w:ascii="Myanmar Text" w:hAnsi="Myanmar Text" w:eastAsia="Myanmar Text" w:cs="Myanmar Text"/>
        </w:rPr>
        <w:t>လူထောင်ပေါင်းများစွာကို</w:t>
      </w:r>
      <w:r>
        <w:rPr>
          <w:rFonts w:ascii="Times New Roman" w:hAnsi="Times New Roman" w:eastAsia="Times New Roman" w:cs="Times New Roman"/>
        </w:rPr>
        <w:t xml:space="preserve"> </w:t>
      </w:r>
      <w:r>
        <w:rPr>
          <w:rFonts w:ascii="Myanmar Text" w:hAnsi="Myanmar Text" w:eastAsia="Myanmar Text" w:cs="Myanmar Text"/>
        </w:rPr>
        <w:t>ဒုတိယအကြိမ်</w:t>
      </w:r>
      <w:r>
        <w:rPr>
          <w:rFonts w:ascii="Times New Roman" w:hAnsi="Times New Roman" w:eastAsia="Times New Roman" w:cs="Times New Roman"/>
        </w:rPr>
        <w:t xml:space="preserve"> </w:t>
      </w:r>
      <w:r>
        <w:rPr>
          <w:rFonts w:ascii="Myanmar Text" w:hAnsi="Myanmar Text" w:eastAsia="Myanmar Text" w:cs="Myanmar Text"/>
        </w:rPr>
        <w:t>ကြွလာခြင်းကို</w:t>
      </w:r>
      <w:r>
        <w:rPr>
          <w:rFonts w:ascii="Times New Roman" w:hAnsi="Times New Roman" w:eastAsia="Times New Roman" w:cs="Times New Roman"/>
        </w:rPr>
        <w:t xml:space="preserve"> </w:t>
      </w:r>
      <w:r>
        <w:rPr>
          <w:rFonts w:ascii="Myanmar Text" w:hAnsi="Myanmar Text" w:eastAsia="Myanmar Text" w:cs="Myanmar Text"/>
        </w:rPr>
        <w:t>စောင့်မျှော်သောသူတို့၏</w:t>
      </w:r>
      <w:r>
        <w:rPr>
          <w:rFonts w:ascii="Times New Roman" w:hAnsi="Times New Roman" w:eastAsia="Times New Roman" w:cs="Times New Roman"/>
        </w:rPr>
        <w:t xml:space="preserve"> </w:t>
      </w:r>
      <w:r>
        <w:rPr>
          <w:rFonts w:ascii="Myanmar Text" w:hAnsi="Myanmar Text" w:eastAsia="Myanmar Text" w:cs="Myanmar Text"/>
        </w:rPr>
        <w:t>မိတ်သဟာယသို့</w:t>
      </w:r>
      <w:r>
        <w:rPr>
          <w:rFonts w:ascii="Times New Roman" w:hAnsi="Times New Roman" w:eastAsia="Times New Roman" w:cs="Times New Roman"/>
        </w:rPr>
        <w:t xml:space="preserve"> </w:t>
      </w:r>
      <w:r>
        <w:rPr>
          <w:rFonts w:ascii="Myanmar Text" w:hAnsi="Myanmar Text" w:eastAsia="Myanmar Text" w:cs="Myanmar Text"/>
        </w:rPr>
        <w:t>ဆွဲဆောင်လျက်ရှိသော</w:t>
      </w:r>
      <w:r>
        <w:rPr>
          <w:rFonts w:ascii="Times New Roman" w:hAnsi="Times New Roman" w:eastAsia="Times New Roman" w:cs="Times New Roman"/>
        </w:rPr>
        <w:t xml:space="preserve"> </w:t>
      </w:r>
      <w:r>
        <w:rPr>
          <w:rFonts w:ascii="Myanmar Text" w:hAnsi="Myanmar Text" w:eastAsia="Myanmar Text" w:cs="Myanmar Text"/>
        </w:rPr>
        <w:t>လှုပ်ရှားမှု၏</w:t>
      </w:r>
      <w:r>
        <w:rPr>
          <w:rFonts w:ascii="Times New Roman" w:hAnsi="Times New Roman" w:eastAsia="Times New Roman" w:cs="Times New Roman"/>
        </w:rPr>
        <w:t xml:space="preserve"> </w:t>
      </w:r>
      <w:r>
        <w:rPr>
          <w:rFonts w:ascii="Myanmar Text" w:hAnsi="Myanmar Text" w:eastAsia="Myanmar Text" w:cs="Myanmar Text"/>
        </w:rPr>
        <w:t>သက်သေအထောက်အထားများ</w:t>
      </w:r>
      <w:r>
        <w:rPr>
          <w:rFonts w:ascii="Times New Roman" w:hAnsi="Times New Roman" w:eastAsia="Times New Roman" w:cs="Times New Roman"/>
        </w:rPr>
        <w:t xml:space="preserve"> </w:t>
      </w:r>
      <w:r>
        <w:rPr>
          <w:rFonts w:ascii="Myanmar Text" w:hAnsi="Myanmar Text" w:eastAsia="Myanmar Text" w:cs="Myanmar Text"/>
        </w:rPr>
        <w:t>ရှိနေသော်လည်း၊</w:t>
      </w:r>
      <w:r>
        <w:rPr>
          <w:rFonts w:ascii="Times New Roman" w:hAnsi="Times New Roman" w:eastAsia="Times New Roman" w:cs="Times New Roman"/>
        </w:rPr>
        <w:t xml:space="preserve"> </w:t>
      </w:r>
      <w:r>
        <w:rPr>
          <w:rFonts w:ascii="Myanmar Text" w:hAnsi="Myanmar Text" w:eastAsia="Myanmar Text" w:cs="Myanmar Text"/>
        </w:rPr>
        <w:t>ထို့ပြင်</w:t>
      </w:r>
      <w:r>
        <w:rPr>
          <w:rFonts w:ascii="Times New Roman" w:hAnsi="Times New Roman" w:eastAsia="Times New Roman" w:cs="Times New Roman"/>
        </w:rPr>
        <w:t xml:space="preserve"> </w:t>
      </w:r>
      <w:r>
        <w:rPr>
          <w:rFonts w:ascii="Myanmar Text" w:hAnsi="Myanmar Text" w:eastAsia="Myanmar Text" w:cs="Myanmar Text"/>
        </w:rPr>
        <w:t>အမျိုးမျိုးသော</w:t>
      </w:r>
      <w:r>
        <w:rPr>
          <w:rFonts w:ascii="Times New Roman" w:hAnsi="Times New Roman" w:eastAsia="Times New Roman" w:cs="Times New Roman"/>
        </w:rPr>
        <w:t xml:space="preserve"> </w:t>
      </w:r>
      <w:r>
        <w:rPr>
          <w:rFonts w:ascii="Myanmar Text" w:hAnsi="Myanmar Text" w:eastAsia="Myanmar Text" w:cs="Myanmar Text"/>
        </w:rPr>
        <w:t>အသင်းတော်များမှ</w:t>
      </w:r>
      <w:r>
        <w:rPr>
          <w:rFonts w:ascii="Times New Roman" w:hAnsi="Times New Roman" w:eastAsia="Times New Roman" w:cs="Times New Roman"/>
        </w:rPr>
        <w:t xml:space="preserve"> </w:t>
      </w:r>
      <w:r>
        <w:rPr>
          <w:rFonts w:ascii="Myanmar Text" w:hAnsi="Myanmar Text" w:eastAsia="Myanmar Text" w:cs="Myanmar Text"/>
        </w:rPr>
        <w:t>တရားဟောဆရာ</w:t>
      </w:r>
      <w:r>
        <w:rPr>
          <w:rFonts w:ascii="Times New Roman" w:hAnsi="Times New Roman" w:eastAsia="Times New Roman" w:cs="Times New Roman"/>
        </w:rPr>
        <w:t xml:space="preserve"> </w:t>
      </w:r>
      <w:r>
        <w:rPr>
          <w:rFonts w:ascii="Myanmar Text" w:hAnsi="Myanmar Text" w:eastAsia="Myanmar Text" w:cs="Myanmar Text"/>
        </w:rPr>
        <w:t>နှစ်ရာခန့်ကလည်း</w:t>
      </w:r>
      <w:r>
        <w:rPr>
          <w:rFonts w:ascii="Times New Roman" w:hAnsi="Times New Roman" w:eastAsia="Times New Roman" w:cs="Times New Roman"/>
        </w:rPr>
        <w:t xml:space="preserve"> </w:t>
      </w:r>
      <w:r>
        <w:rPr>
          <w:rFonts w:ascii="Myanmar Text" w:hAnsi="Myanmar Text" w:eastAsia="Myanmar Text" w:cs="Myanmar Text"/>
        </w:rPr>
        <w:t>ထိုသတင်းစကားကို</w:t>
      </w:r>
      <w:r>
        <w:rPr>
          <w:rFonts w:ascii="Times New Roman" w:hAnsi="Times New Roman" w:eastAsia="Times New Roman" w:cs="Times New Roman"/>
        </w:rPr>
        <w:t xml:space="preserve"> </w:t>
      </w:r>
      <w:r>
        <w:rPr>
          <w:rFonts w:ascii="Myanmar Text" w:hAnsi="Myanmar Text" w:eastAsia="Myanmar Text" w:cs="Myanmar Text"/>
        </w:rPr>
        <w:t>ဖြန့်ဝေရန်</w:t>
      </w:r>
      <w:r>
        <w:rPr>
          <w:rFonts w:ascii="Times New Roman" w:hAnsi="Times New Roman" w:eastAsia="Times New Roman" w:cs="Times New Roman"/>
        </w:rPr>
        <w:t xml:space="preserve"> </w:t>
      </w:r>
      <w:r>
        <w:rPr>
          <w:rFonts w:ascii="Myanmar Text" w:hAnsi="Myanmar Text" w:eastAsia="Myanmar Text" w:cs="Myanmar Text"/>
        </w:rPr>
        <w:t>တညီတညွတ်တည်း</w:t>
      </w:r>
      <w:r>
        <w:rPr>
          <w:rFonts w:ascii="Times New Roman" w:hAnsi="Times New Roman" w:eastAsia="Times New Roman" w:cs="Times New Roman"/>
        </w:rPr>
        <w:t xml:space="preserve"> </w:t>
      </w:r>
      <w:r>
        <w:rPr>
          <w:rFonts w:ascii="Myanmar Text" w:hAnsi="Myanmar Text" w:eastAsia="Myanmar Text" w:cs="Myanmar Text"/>
        </w:rPr>
        <w:t>ပါဝင်ခဲ့ကြသော်လည်း၊</w:t>
      </w:r>
      <w:r>
        <w:rPr>
          <w:rFonts w:ascii="Times New Roman" w:hAnsi="Times New Roman" w:eastAsia="Times New Roman" w:cs="Times New Roman"/>
        </w:rPr>
        <w:t xml:space="preserve"> [See C. M. Maxwell, Tell it to the world, pp. 19, 20.] </w:t>
      </w:r>
      <w:r>
        <w:rPr>
          <w:rFonts w:ascii="Myanmar Text" w:hAnsi="Myanmar Text" w:eastAsia="Myanmar Text" w:cs="Myanmar Text"/>
        </w:rPr>
        <w:t>ပရိုတက်စတင့်</w:t>
      </w:r>
      <w:r>
        <w:rPr>
          <w:rFonts w:ascii="Times New Roman" w:hAnsi="Times New Roman" w:eastAsia="Times New Roman" w:cs="Times New Roman"/>
        </w:rPr>
        <w:t xml:space="preserve"> </w:t>
      </w:r>
      <w:r>
        <w:rPr>
          <w:rFonts w:ascii="Myanmar Text" w:hAnsi="Myanmar Text" w:eastAsia="Myanmar Text" w:cs="Myanmar Text"/>
        </w:rPr>
        <w:t>အသင်းတော်များသည်</w:t>
      </w:r>
      <w:r>
        <w:rPr>
          <w:rFonts w:ascii="Times New Roman" w:hAnsi="Times New Roman" w:eastAsia="Times New Roman" w:cs="Times New Roman"/>
        </w:rPr>
        <w:t xml:space="preserve"> </w:t>
      </w:r>
      <w:r>
        <w:rPr>
          <w:rFonts w:ascii="Myanmar Text" w:hAnsi="Myanmar Text" w:eastAsia="Myanmar Text" w:cs="Myanmar Text"/>
        </w:rPr>
        <w:t>ယေဘုယျအားဖြင့်</w:t>
      </w:r>
      <w:r>
        <w:rPr>
          <w:rFonts w:ascii="Times New Roman" w:hAnsi="Times New Roman" w:eastAsia="Times New Roman" w:cs="Times New Roman"/>
        </w:rPr>
        <w:t xml:space="preserve"> </w:t>
      </w:r>
      <w:r>
        <w:rPr>
          <w:rFonts w:ascii="Myanmar Text" w:hAnsi="Myanmar Text" w:eastAsia="Myanmar Text" w:cs="Myanmar Text"/>
        </w:rPr>
        <w:t>ထိုသတင်းစကားကို</w:t>
      </w:r>
      <w:r>
        <w:rPr>
          <w:rFonts w:ascii="Times New Roman" w:hAnsi="Times New Roman" w:eastAsia="Times New Roman" w:cs="Times New Roman"/>
        </w:rPr>
        <w:t xml:space="preserve"> </w:t>
      </w:r>
      <w:r>
        <w:rPr>
          <w:rFonts w:ascii="Myanmar Text" w:hAnsi="Myanmar Text" w:eastAsia="Myanmar Text" w:cs="Myanmar Text"/>
        </w:rPr>
        <w:t>အထင်အမြင်သေးကာ</w:t>
      </w:r>
      <w:r>
        <w:rPr>
          <w:rFonts w:ascii="Times New Roman" w:hAnsi="Times New Roman" w:eastAsia="Times New Roman" w:cs="Times New Roman"/>
        </w:rPr>
        <w:t xml:space="preserve"> </w:t>
      </w:r>
      <w:r>
        <w:rPr>
          <w:rFonts w:ascii="Myanmar Text" w:hAnsi="Myanmar Text" w:eastAsia="Myanmar Text" w:cs="Myanmar Text"/>
        </w:rPr>
        <w:t>ပယ်ချခဲ့ကြပြီး၊</w:t>
      </w:r>
      <w:r>
        <w:rPr>
          <w:rFonts w:ascii="Times New Roman" w:hAnsi="Times New Roman" w:eastAsia="Times New Roman" w:cs="Times New Roman"/>
        </w:rPr>
        <w:t xml:space="preserve"> </w:t>
      </w:r>
      <w:r>
        <w:rPr>
          <w:rFonts w:ascii="Myanmar Text" w:hAnsi="Myanmar Text" w:eastAsia="Myanmar Text" w:cs="Myanmar Text"/>
        </w:rPr>
        <w:t>ခရစ်တော်</w:t>
      </w:r>
      <w:r>
        <w:rPr>
          <w:rFonts w:ascii="Times New Roman" w:hAnsi="Times New Roman" w:eastAsia="Times New Roman" w:cs="Times New Roman"/>
        </w:rPr>
        <w:t xml:space="preserve"> </w:t>
      </w:r>
      <w:r>
        <w:rPr>
          <w:rFonts w:ascii="Myanmar Text" w:hAnsi="Myanmar Text" w:eastAsia="Myanmar Text" w:cs="Myanmar Text"/>
        </w:rPr>
        <w:t>မကြာမီ</w:t>
      </w:r>
      <w:r>
        <w:rPr>
          <w:rFonts w:ascii="Times New Roman" w:hAnsi="Times New Roman" w:eastAsia="Times New Roman" w:cs="Times New Roman"/>
        </w:rPr>
        <w:t xml:space="preserve"> </w:t>
      </w:r>
      <w:r>
        <w:rPr>
          <w:rFonts w:ascii="Myanmar Text" w:hAnsi="Myanmar Text" w:eastAsia="Myanmar Text" w:cs="Myanmar Text"/>
        </w:rPr>
        <w:t>ကြွလာတော်မူမည်ဟူသော</w:t>
      </w:r>
      <w:r>
        <w:rPr>
          <w:rFonts w:ascii="Times New Roman" w:hAnsi="Times New Roman" w:eastAsia="Times New Roman" w:cs="Times New Roman"/>
        </w:rPr>
        <w:t xml:space="preserve"> </w:t>
      </w:r>
      <w:r>
        <w:rPr>
          <w:rFonts w:ascii="Myanmar Text" w:hAnsi="Myanmar Text" w:eastAsia="Myanmar Text" w:cs="Myanmar Text"/>
        </w:rPr>
        <w:t>ယုံကြည်ခြင်း</w:t>
      </w:r>
      <w:r>
        <w:rPr>
          <w:rFonts w:ascii="Times New Roman" w:hAnsi="Times New Roman" w:eastAsia="Times New Roman" w:cs="Times New Roman"/>
        </w:rPr>
        <w:t xml:space="preserve"> </w:t>
      </w:r>
      <w:r>
        <w:rPr>
          <w:rFonts w:ascii="Myanmar Text" w:hAnsi="Myanmar Text" w:eastAsia="Myanmar Text" w:cs="Myanmar Text"/>
        </w:rPr>
        <w:t>မပြန့်ပွားစေရန်</w:t>
      </w:r>
      <w:r>
        <w:rPr>
          <w:rFonts w:ascii="Times New Roman" w:hAnsi="Times New Roman" w:eastAsia="Times New Roman" w:cs="Times New Roman"/>
        </w:rPr>
        <w:t xml:space="preserve"> </w:t>
      </w:r>
      <w:r>
        <w:rPr>
          <w:rFonts w:ascii="Myanmar Text" w:hAnsi="Myanmar Text" w:eastAsia="Myanmar Text" w:cs="Myanmar Text"/>
        </w:rPr>
        <w:t>မိမိတို့</w:t>
      </w:r>
      <w:r>
        <w:rPr>
          <w:rFonts w:ascii="Times New Roman" w:hAnsi="Times New Roman" w:eastAsia="Times New Roman" w:cs="Times New Roman"/>
        </w:rPr>
        <w:t xml:space="preserve"> </w:t>
      </w:r>
      <w:r>
        <w:rPr>
          <w:rFonts w:ascii="Myanmar Text" w:hAnsi="Myanmar Text" w:eastAsia="Myanmar Text" w:cs="Myanmar Text"/>
        </w:rPr>
        <w:t>လက်လှမ်းမီသမျှ</w:t>
      </w:r>
      <w:r>
        <w:rPr>
          <w:rFonts w:ascii="Times New Roman" w:hAnsi="Times New Roman" w:eastAsia="Times New Roman" w:cs="Times New Roman"/>
        </w:rPr>
        <w:t xml:space="preserve"> </w:t>
      </w:r>
      <w:r>
        <w:rPr>
          <w:rFonts w:ascii="Myanmar Text" w:hAnsi="Myanmar Text" w:eastAsia="Myanmar Text" w:cs="Myanmar Text"/>
        </w:rPr>
        <w:t>နည်းလမ်းအပေါင်းကို</w:t>
      </w:r>
      <w:r>
        <w:rPr>
          <w:rFonts w:ascii="Times New Roman" w:hAnsi="Times New Roman" w:eastAsia="Times New Roman" w:cs="Times New Roman"/>
        </w:rPr>
        <w:t xml:space="preserve"> </w:t>
      </w:r>
      <w:r>
        <w:rPr>
          <w:rFonts w:ascii="Myanmar Text" w:hAnsi="Myanmar Text" w:eastAsia="Myanmar Text" w:cs="Myanmar Text"/>
        </w:rPr>
        <w:t>အသုံးပြုခဲ့ကြသည်။</w:t>
      </w:r>
      <w:r>
        <w:rPr>
          <w:rFonts w:ascii="Times New Roman" w:hAnsi="Times New Roman" w:eastAsia="Times New Roman" w:cs="Times New Roman"/>
        </w:rPr>
        <w:t xml:space="preserve"> </w:t>
      </w:r>
      <w:r>
        <w:rPr>
          <w:rFonts w:ascii="Myanmar Text" w:hAnsi="Myanmar Text" w:eastAsia="Myanmar Text" w:cs="Myanmar Text"/>
        </w:rPr>
        <w:t>အသင်းတော်၏</w:t>
      </w:r>
      <w:r>
        <w:rPr>
          <w:rFonts w:ascii="Times New Roman" w:hAnsi="Times New Roman" w:eastAsia="Times New Roman" w:cs="Times New Roman"/>
        </w:rPr>
        <w:t xml:space="preserve"> </w:t>
      </w:r>
      <w:r>
        <w:rPr>
          <w:rFonts w:ascii="Myanmar Text" w:hAnsi="Myanmar Text" w:eastAsia="Myanmar Text" w:cs="Myanmar Text"/>
        </w:rPr>
        <w:t>ဝတ်ပြုအစီအစဉ်အတွင်း</w:t>
      </w:r>
      <w:r>
        <w:rPr>
          <w:rFonts w:ascii="Times New Roman" w:hAnsi="Times New Roman" w:eastAsia="Times New Roman" w:cs="Times New Roman"/>
        </w:rPr>
        <w:t xml:space="preserve"> </w:t>
      </w:r>
      <w:r>
        <w:rPr>
          <w:rFonts w:ascii="Myanmar Text" w:hAnsi="Myanmar Text" w:eastAsia="Myanmar Text" w:cs="Myanmar Text"/>
        </w:rPr>
        <w:t>ယေရှု</w:t>
      </w:r>
      <w:r>
        <w:rPr>
          <w:rFonts w:ascii="Times New Roman" w:hAnsi="Times New Roman" w:eastAsia="Times New Roman" w:cs="Times New Roman"/>
        </w:rPr>
        <w:t xml:space="preserve"> </w:t>
      </w:r>
      <w:r>
        <w:rPr>
          <w:rFonts w:ascii="Myanmar Text" w:hAnsi="Myanmar Text" w:eastAsia="Myanmar Text" w:cs="Myanmar Text"/>
        </w:rPr>
        <w:t>မကြာမီ</w:t>
      </w:r>
      <w:r>
        <w:rPr>
          <w:rFonts w:ascii="Times New Roman" w:hAnsi="Times New Roman" w:eastAsia="Times New Roman" w:cs="Times New Roman"/>
        </w:rPr>
        <w:t xml:space="preserve"> </w:t>
      </w:r>
      <w:r>
        <w:rPr>
          <w:rFonts w:ascii="Myanmar Text" w:hAnsi="Myanmar Text" w:eastAsia="Myanmar Text" w:cs="Myanmar Text"/>
        </w:rPr>
        <w:t>ကြွလာတော်မူမည်ဟူသော</w:t>
      </w:r>
      <w:r>
        <w:rPr>
          <w:rFonts w:ascii="Times New Roman" w:hAnsi="Times New Roman" w:eastAsia="Times New Roman" w:cs="Times New Roman"/>
        </w:rPr>
        <w:t xml:space="preserve"> </w:t>
      </w:r>
      <w:r>
        <w:rPr>
          <w:rFonts w:ascii="Myanmar Text" w:hAnsi="Myanmar Text" w:eastAsia="Myanmar Text" w:cs="Myanmar Text"/>
        </w:rPr>
        <w:t>မျှော်လင့်ချက်ကို</w:t>
      </w:r>
      <w:r>
        <w:rPr>
          <w:rFonts w:ascii="Times New Roman" w:hAnsi="Times New Roman" w:eastAsia="Times New Roman" w:cs="Times New Roman"/>
        </w:rPr>
        <w:t xml:space="preserve"> </w:t>
      </w:r>
      <w:r>
        <w:rPr>
          <w:rFonts w:ascii="Myanmar Text" w:hAnsi="Myanmar Text" w:eastAsia="Myanmar Text" w:cs="Myanmar Text"/>
        </w:rPr>
        <w:t>မည်သူမျှ</w:t>
      </w:r>
      <w:r>
        <w:rPr>
          <w:rFonts w:ascii="Times New Roman" w:hAnsi="Times New Roman" w:eastAsia="Times New Roman" w:cs="Times New Roman"/>
        </w:rPr>
        <w:t xml:space="preserve"> </w:t>
      </w:r>
      <w:r>
        <w:rPr>
          <w:rFonts w:ascii="Myanmar Text" w:hAnsi="Myanmar Text" w:eastAsia="Myanmar Text" w:cs="Myanmar Text"/>
        </w:rPr>
        <w:t>ဖော်ပြပြောဆိုရန်</w:t>
      </w:r>
      <w:r>
        <w:rPr>
          <w:rFonts w:ascii="Times New Roman" w:hAnsi="Times New Roman" w:eastAsia="Times New Roman" w:cs="Times New Roman"/>
        </w:rPr>
        <w:t xml:space="preserve"> </w:t>
      </w:r>
      <w:r>
        <w:rPr>
          <w:rFonts w:ascii="Myanmar Text" w:hAnsi="Myanmar Text" w:eastAsia="Myanmar Text" w:cs="Myanmar Text"/>
        </w:rPr>
        <w:t>မဝံ့ရဲကြသော်လည်း၊</w:t>
      </w:r>
      <w:r>
        <w:rPr>
          <w:rFonts w:ascii="Times New Roman" w:hAnsi="Times New Roman" w:eastAsia="Times New Roman" w:cs="Times New Roman"/>
        </w:rPr>
        <w:t xml:space="preserve"> </w:t>
      </w:r>
      <w:r>
        <w:rPr>
          <w:rFonts w:ascii="Myanmar Text" w:hAnsi="Myanmar Text" w:eastAsia="Myanmar Text" w:cs="Myanmar Text"/>
        </w:rPr>
        <w:t>ထိုအဖြစ်အပျက်ကို</w:t>
      </w:r>
      <w:r>
        <w:rPr>
          <w:rFonts w:ascii="Times New Roman" w:hAnsi="Times New Roman" w:eastAsia="Times New Roman" w:cs="Times New Roman"/>
        </w:rPr>
        <w:t xml:space="preserve"> </w:t>
      </w:r>
      <w:r>
        <w:rPr>
          <w:rFonts w:ascii="Myanmar Text" w:hAnsi="Myanmar Text" w:eastAsia="Myanmar Text" w:cs="Myanmar Text"/>
        </w:rPr>
        <w:t>စောင့်မျှော်နေသောသူတို့အတွက်မူ</w:t>
      </w:r>
      <w:r>
        <w:rPr>
          <w:rFonts w:ascii="Times New Roman" w:hAnsi="Times New Roman" w:eastAsia="Times New Roman" w:cs="Times New Roman"/>
        </w:rPr>
        <w:t xml:space="preserve"> </w:t>
      </w:r>
      <w:r>
        <w:rPr>
          <w:rFonts w:ascii="Myanmar Text" w:hAnsi="Myanmar Text" w:eastAsia="Myanmar Text" w:cs="Myanmar Text"/>
        </w:rPr>
        <w:t>အလွန်ကွာခြားလှသည်။</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“Ellen White waa taqa haykath ixtatpayaya:</w:t>
      </w:r>
    </w:p>
    <w:p>
      <w:pPr>
        <w:pStyle w:val="ArticleScripture"/>
        <w:jc w:val="left"/>
      </w:pPr>
      <w:r>
        <w:rPr>
          <w:rFonts w:ascii="Times New Roman" w:hAnsi="Times New Roman" w:eastAsia="Times New Roman" w:cs="Times New Roman"/>
        </w:rPr>
        <w:t>«“әрбир пәсил маңа қиммәтлик вә әң зор әһмийәткә игәдәк көрүнәтти. Мән бизниң әбәдийәт үчүн хизмәт қиливатқанлиғимизни, вә пәрвасиз һәм қизиқмайдиғанларниң әң чоң хәтәр астида екәнлигини һис қилаттим. Иманим һеч қандақ булутланмиған еди, вә Әйсаһниң қиммәтлик вәдилирини өзүмгә қобул қилдим….»</w:t>
      </w:r>
    </w:p>
    <w:p>
      <w:pPr>
        <w:pStyle w:val="ArticleScripture"/>
        <w:jc w:val="left"/>
      </w:pPr>
      <w:r>
        <w:rPr>
          <w:rFonts w:ascii="Times New Roman" w:hAnsi="Times New Roman" w:eastAsia="Times New Roman" w:cs="Times New Roman"/>
        </w:rPr>
        <w:t>«‘</w:t>
      </w:r>
      <w:r>
        <w:rPr>
          <w:rFonts w:ascii="Nirmala UI" w:hAnsi="Nirmala UI" w:eastAsia="Nirmala UI" w:cs="Nirmala UI"/>
        </w:rPr>
        <w:t>ঈষৎপরিশ্রমে</w:t>
      </w:r>
      <w:r>
        <w:rPr>
          <w:rFonts w:ascii="Times New Roman" w:hAnsi="Times New Roman" w:eastAsia="Times New Roman" w:cs="Times New Roman"/>
        </w:rPr>
        <w:t xml:space="preserve"> </w:t>
      </w:r>
      <w:r>
        <w:rPr>
          <w:rFonts w:ascii="Nirmala UI" w:hAnsi="Nirmala UI" w:eastAsia="Nirmala UI" w:cs="Nirmala UI"/>
        </w:rPr>
        <w:t>হৃদয়</w:t>
      </w:r>
      <w:r>
        <w:rPr>
          <w:rFonts w:ascii="Times New Roman" w:hAnsi="Times New Roman" w:eastAsia="Times New Roman" w:cs="Times New Roman"/>
        </w:rPr>
        <w:t>-</w:t>
      </w:r>
      <w:r>
        <w:rPr>
          <w:rFonts w:ascii="Nirmala UI" w:hAnsi="Nirmala UI" w:eastAsia="Nirmala UI" w:cs="Nirmala UI"/>
        </w:rPr>
        <w:t>অনুসন্ধান</w:t>
      </w:r>
      <w:r>
        <w:rPr>
          <w:rFonts w:ascii="Times New Roman" w:hAnsi="Times New Roman" w:eastAsia="Times New Roman" w:cs="Times New Roman"/>
        </w:rPr>
        <w:t xml:space="preserve"> </w:t>
      </w:r>
      <w:r>
        <w:rPr>
          <w:rFonts w:ascii="Nirmala UI" w:hAnsi="Nirmala UI" w:eastAsia="Nirmala UI" w:cs="Nirmala UI"/>
        </w:rPr>
        <w:t>ও</w:t>
      </w:r>
      <w:r>
        <w:rPr>
          <w:rFonts w:ascii="Times New Roman" w:hAnsi="Times New Roman" w:eastAsia="Times New Roman" w:cs="Times New Roman"/>
        </w:rPr>
        <w:t xml:space="preserve"> </w:t>
      </w:r>
      <w:r>
        <w:rPr>
          <w:rFonts w:ascii="Nirmala UI" w:hAnsi="Nirmala UI" w:eastAsia="Nirmala UI" w:cs="Nirmala UI"/>
        </w:rPr>
        <w:t>বিনীত</w:t>
      </w:r>
      <w:r>
        <w:rPr>
          <w:rFonts w:ascii="Times New Roman" w:hAnsi="Times New Roman" w:eastAsia="Times New Roman" w:cs="Times New Roman"/>
        </w:rPr>
        <w:t xml:space="preserve"> </w:t>
      </w:r>
      <w:r>
        <w:rPr>
          <w:rFonts w:ascii="Nirmala UI" w:hAnsi="Nirmala UI" w:eastAsia="Nirmala UI" w:cs="Nirmala UI"/>
        </w:rPr>
        <w:t>স্বীকারোক্তির</w:t>
      </w:r>
      <w:r>
        <w:rPr>
          <w:rFonts w:ascii="Times New Roman" w:hAnsi="Times New Roman" w:eastAsia="Times New Roman" w:cs="Times New Roman"/>
        </w:rPr>
        <w:t xml:space="preserve"> </w:t>
      </w:r>
      <w:r>
        <w:rPr>
          <w:rFonts w:ascii="Nirmala UI" w:hAnsi="Nirmala UI" w:eastAsia="Nirmala UI" w:cs="Nirmala UI"/>
        </w:rPr>
        <w:t>মাধ্যমে</w:t>
      </w:r>
      <w:r>
        <w:rPr>
          <w:rFonts w:ascii="Times New Roman" w:hAnsi="Times New Roman" w:eastAsia="Times New Roman" w:cs="Times New Roman"/>
        </w:rPr>
        <w:t xml:space="preserve"> </w:t>
      </w:r>
      <w:r>
        <w:rPr>
          <w:rFonts w:ascii="Nirmala UI" w:hAnsi="Nirmala UI" w:eastAsia="Nirmala UI" w:cs="Nirmala UI"/>
        </w:rPr>
        <w:t>আমরা</w:t>
      </w:r>
      <w:r>
        <w:rPr>
          <w:rFonts w:ascii="Times New Roman" w:hAnsi="Times New Roman" w:eastAsia="Times New Roman" w:cs="Times New Roman"/>
        </w:rPr>
        <w:t xml:space="preserve"> </w:t>
      </w:r>
      <w:r>
        <w:rPr>
          <w:rFonts w:ascii="Nirmala UI" w:hAnsi="Nirmala UI" w:eastAsia="Nirmala UI" w:cs="Nirmala UI"/>
        </w:rPr>
        <w:t>প্রার্থনাপূর্ণভাবে</w:t>
      </w:r>
      <w:r>
        <w:rPr>
          <w:rFonts w:ascii="Times New Roman" w:hAnsi="Times New Roman" w:eastAsia="Times New Roman" w:cs="Times New Roman"/>
        </w:rPr>
        <w:t xml:space="preserve"> </w:t>
      </w:r>
      <w:r>
        <w:rPr>
          <w:rFonts w:ascii="Nirmala UI" w:hAnsi="Nirmala UI" w:eastAsia="Nirmala UI" w:cs="Nirmala UI"/>
        </w:rPr>
        <w:t>প্রতীক্ষার</w:t>
      </w:r>
      <w:r>
        <w:rPr>
          <w:rFonts w:ascii="Times New Roman" w:hAnsi="Times New Roman" w:eastAsia="Times New Roman" w:cs="Times New Roman"/>
        </w:rPr>
        <w:t xml:space="preserve"> </w:t>
      </w:r>
      <w:r>
        <w:rPr>
          <w:rFonts w:ascii="Nirmala UI" w:hAnsi="Nirmala UI" w:eastAsia="Nirmala UI" w:cs="Nirmala UI"/>
        </w:rPr>
        <w:t>সময়</w:t>
      </w:r>
      <w:r>
        <w:rPr>
          <w:rFonts w:ascii="Times New Roman" w:hAnsi="Times New Roman" w:eastAsia="Times New Roman" w:cs="Times New Roman"/>
        </w:rPr>
        <w:t xml:space="preserve"> </w:t>
      </w:r>
      <w:r>
        <w:rPr>
          <w:rFonts w:ascii="Nirmala UI" w:hAnsi="Nirmala UI" w:eastAsia="Nirmala UI" w:cs="Nirmala UI"/>
        </w:rPr>
        <w:t>পর্যন্ত</w:t>
      </w:r>
      <w:r>
        <w:rPr>
          <w:rFonts w:ascii="Times New Roman" w:hAnsi="Times New Roman" w:eastAsia="Times New Roman" w:cs="Times New Roman"/>
        </w:rPr>
        <w:t xml:space="preserve"> </w:t>
      </w:r>
      <w:r>
        <w:rPr>
          <w:rFonts w:ascii="Nirmala UI" w:hAnsi="Nirmala UI" w:eastAsia="Nirmala UI" w:cs="Nirmala UI"/>
        </w:rPr>
        <w:t>অগ্রসর</w:t>
      </w:r>
      <w:r>
        <w:rPr>
          <w:rFonts w:ascii="Times New Roman" w:hAnsi="Times New Roman" w:eastAsia="Times New Roman" w:cs="Times New Roman"/>
        </w:rPr>
        <w:t xml:space="preserve"> </w:t>
      </w:r>
      <w:r>
        <w:rPr>
          <w:rFonts w:ascii="Nirmala UI" w:hAnsi="Nirmala UI" w:eastAsia="Nirmala UI" w:cs="Nirmala UI"/>
        </w:rPr>
        <w:t>হলাম।</w:t>
      </w:r>
      <w:r>
        <w:rPr>
          <w:rFonts w:ascii="Times New Roman" w:hAnsi="Times New Roman" w:eastAsia="Times New Roman" w:cs="Times New Roman"/>
        </w:rPr>
        <w:t xml:space="preserve"> </w:t>
      </w:r>
      <w:r>
        <w:rPr>
          <w:rFonts w:ascii="Nirmala UI" w:hAnsi="Nirmala UI" w:eastAsia="Nirmala UI" w:cs="Nirmala UI"/>
        </w:rPr>
        <w:t>প্রত্যেক</w:t>
      </w:r>
      <w:r>
        <w:rPr>
          <w:rFonts w:ascii="Times New Roman" w:hAnsi="Times New Roman" w:eastAsia="Times New Roman" w:cs="Times New Roman"/>
        </w:rPr>
        <w:t xml:space="preserve"> </w:t>
      </w:r>
      <w:r>
        <w:rPr>
          <w:rFonts w:ascii="Nirmala UI" w:hAnsi="Nirmala UI" w:eastAsia="Nirmala UI" w:cs="Nirmala UI"/>
        </w:rPr>
        <w:t>সকালে</w:t>
      </w:r>
      <w:r>
        <w:rPr>
          <w:rFonts w:ascii="Times New Roman" w:hAnsi="Times New Roman" w:eastAsia="Times New Roman" w:cs="Times New Roman"/>
        </w:rPr>
        <w:t xml:space="preserve"> </w:t>
      </w:r>
      <w:r>
        <w:rPr>
          <w:rFonts w:ascii="Nirmala UI" w:hAnsi="Nirmala UI" w:eastAsia="Nirmala UI" w:cs="Nirmala UI"/>
        </w:rPr>
        <w:t>আমরা</w:t>
      </w:r>
      <w:r>
        <w:rPr>
          <w:rFonts w:ascii="Times New Roman" w:hAnsi="Times New Roman" w:eastAsia="Times New Roman" w:cs="Times New Roman"/>
        </w:rPr>
        <w:t xml:space="preserve"> </w:t>
      </w:r>
      <w:r>
        <w:rPr>
          <w:rFonts w:ascii="Nirmala UI" w:hAnsi="Nirmala UI" w:eastAsia="Nirmala UI" w:cs="Nirmala UI"/>
        </w:rPr>
        <w:t>অনুভব</w:t>
      </w:r>
      <w:r>
        <w:rPr>
          <w:rFonts w:ascii="Times New Roman" w:hAnsi="Times New Roman" w:eastAsia="Times New Roman" w:cs="Times New Roman"/>
        </w:rPr>
        <w:t xml:space="preserve"> </w:t>
      </w:r>
      <w:r>
        <w:rPr>
          <w:rFonts w:ascii="Nirmala UI" w:hAnsi="Nirmala UI" w:eastAsia="Nirmala UI" w:cs="Nirmala UI"/>
        </w:rPr>
        <w:t>করতাম</w:t>
      </w:r>
      <w:r>
        <w:rPr>
          <w:rFonts w:ascii="Times New Roman" w:hAnsi="Times New Roman" w:eastAsia="Times New Roman" w:cs="Times New Roman"/>
        </w:rPr>
        <w:t xml:space="preserve"> </w:t>
      </w:r>
      <w:r>
        <w:rPr>
          <w:rFonts w:ascii="Nirmala UI" w:hAnsi="Nirmala UI" w:eastAsia="Nirmala UI" w:cs="Nirmala UI"/>
        </w:rPr>
        <w:t>যে</w:t>
      </w:r>
      <w:r>
        <w:rPr>
          <w:rFonts w:ascii="Times New Roman" w:hAnsi="Times New Roman" w:eastAsia="Times New Roman" w:cs="Times New Roman"/>
        </w:rPr>
        <w:t xml:space="preserve">, </w:t>
      </w:r>
      <w:r>
        <w:rPr>
          <w:rFonts w:ascii="Nirmala UI" w:hAnsi="Nirmala UI" w:eastAsia="Nirmala UI" w:cs="Nirmala UI"/>
        </w:rPr>
        <w:t>ঈশ্বরের</w:t>
      </w:r>
      <w:r>
        <w:rPr>
          <w:rFonts w:ascii="Times New Roman" w:hAnsi="Times New Roman" w:eastAsia="Times New Roman" w:cs="Times New Roman"/>
        </w:rPr>
        <w:t xml:space="preserve"> </w:t>
      </w:r>
      <w:r>
        <w:rPr>
          <w:rFonts w:ascii="Nirmala UI" w:hAnsi="Nirmala UI" w:eastAsia="Nirmala UI" w:cs="Nirmala UI"/>
        </w:rPr>
        <w:t>সম্মুখে</w:t>
      </w:r>
      <w:r>
        <w:rPr>
          <w:rFonts w:ascii="Times New Roman" w:hAnsi="Times New Roman" w:eastAsia="Times New Roman" w:cs="Times New Roman"/>
        </w:rPr>
        <w:t xml:space="preserve"> </w:t>
      </w:r>
      <w:r>
        <w:rPr>
          <w:rFonts w:ascii="Nirmala UI" w:hAnsi="Nirmala UI" w:eastAsia="Nirmala UI" w:cs="Nirmala UI"/>
        </w:rPr>
        <w:t>আমাদের</w:t>
      </w:r>
      <w:r>
        <w:rPr>
          <w:rFonts w:ascii="Times New Roman" w:hAnsi="Times New Roman" w:eastAsia="Times New Roman" w:cs="Times New Roman"/>
        </w:rPr>
        <w:t xml:space="preserve"> </w:t>
      </w:r>
      <w:r>
        <w:rPr>
          <w:rFonts w:ascii="Nirmala UI" w:hAnsi="Nirmala UI" w:eastAsia="Nirmala UI" w:cs="Nirmala UI"/>
        </w:rPr>
        <w:t>জীবন</w:t>
      </w:r>
      <w:r>
        <w:rPr>
          <w:rFonts w:ascii="Times New Roman" w:hAnsi="Times New Roman" w:eastAsia="Times New Roman" w:cs="Times New Roman"/>
        </w:rPr>
        <w:t xml:space="preserve"> </w:t>
      </w:r>
      <w:r>
        <w:rPr>
          <w:rFonts w:ascii="Nirmala UI" w:hAnsi="Nirmala UI" w:eastAsia="Nirmala UI" w:cs="Nirmala UI"/>
        </w:rPr>
        <w:t>সঠিক</w:t>
      </w:r>
      <w:r>
        <w:rPr>
          <w:rFonts w:ascii="Times New Roman" w:hAnsi="Times New Roman" w:eastAsia="Times New Roman" w:cs="Times New Roman"/>
        </w:rPr>
        <w:t xml:space="preserve"> </w:t>
      </w:r>
      <w:r>
        <w:rPr>
          <w:rFonts w:ascii="Nirmala UI" w:hAnsi="Nirmala UI" w:eastAsia="Nirmala UI" w:cs="Nirmala UI"/>
        </w:rPr>
        <w:t>আছে</w:t>
      </w:r>
      <w:r>
        <w:rPr>
          <w:rFonts w:ascii="Times New Roman" w:hAnsi="Times New Roman" w:eastAsia="Times New Roman" w:cs="Times New Roman"/>
        </w:rPr>
        <w:t>—</w:t>
      </w:r>
      <w:r>
        <w:rPr>
          <w:rFonts w:ascii="Nirmala UI" w:hAnsi="Nirmala UI" w:eastAsia="Nirmala UI" w:cs="Nirmala UI"/>
        </w:rPr>
        <w:t>এর</w:t>
      </w:r>
      <w:r>
        <w:rPr>
          <w:rFonts w:ascii="Times New Roman" w:hAnsi="Times New Roman" w:eastAsia="Times New Roman" w:cs="Times New Roman"/>
        </w:rPr>
        <w:t xml:space="preserve"> </w:t>
      </w:r>
      <w:r>
        <w:rPr>
          <w:rFonts w:ascii="Nirmala UI" w:hAnsi="Nirmala UI" w:eastAsia="Nirmala UI" w:cs="Nirmala UI"/>
        </w:rPr>
        <w:t>প্রমাণ</w:t>
      </w:r>
      <w:r>
        <w:rPr>
          <w:rFonts w:ascii="Times New Roman" w:hAnsi="Times New Roman" w:eastAsia="Times New Roman" w:cs="Times New Roman"/>
        </w:rPr>
        <w:t xml:space="preserve"> </w:t>
      </w:r>
      <w:r>
        <w:rPr>
          <w:rFonts w:ascii="Nirmala UI" w:hAnsi="Nirmala UI" w:eastAsia="Nirmala UI" w:cs="Nirmala UI"/>
        </w:rPr>
        <w:t>নিশ্চিত</w:t>
      </w:r>
      <w:r>
        <w:rPr>
          <w:rFonts w:ascii="Times New Roman" w:hAnsi="Times New Roman" w:eastAsia="Times New Roman" w:cs="Times New Roman"/>
        </w:rPr>
        <w:t xml:space="preserve"> </w:t>
      </w:r>
      <w:r>
        <w:rPr>
          <w:rFonts w:ascii="Nirmala UI" w:hAnsi="Nirmala UI" w:eastAsia="Nirmala UI" w:cs="Nirmala UI"/>
        </w:rPr>
        <w:t>করা</w:t>
      </w:r>
      <w:r>
        <w:rPr>
          <w:rFonts w:ascii="Times New Roman" w:hAnsi="Times New Roman" w:eastAsia="Times New Roman" w:cs="Times New Roman"/>
        </w:rPr>
        <w:t>-</w:t>
      </w:r>
      <w:r>
        <w:rPr>
          <w:rFonts w:ascii="Nirmala UI" w:hAnsi="Nirmala UI" w:eastAsia="Nirmala UI" w:cs="Nirmala UI"/>
        </w:rPr>
        <w:t>ই</w:t>
      </w:r>
      <w:r>
        <w:rPr>
          <w:rFonts w:ascii="Times New Roman" w:hAnsi="Times New Roman" w:eastAsia="Times New Roman" w:cs="Times New Roman"/>
        </w:rPr>
        <w:t xml:space="preserve"> </w:t>
      </w:r>
      <w:r>
        <w:rPr>
          <w:rFonts w:ascii="Nirmala UI" w:hAnsi="Nirmala UI" w:eastAsia="Nirmala UI" w:cs="Nirmala UI"/>
        </w:rPr>
        <w:t>আমাদের</w:t>
      </w:r>
      <w:r>
        <w:rPr>
          <w:rFonts w:ascii="Times New Roman" w:hAnsi="Times New Roman" w:eastAsia="Times New Roman" w:cs="Times New Roman"/>
        </w:rPr>
        <w:t xml:space="preserve"> </w:t>
      </w:r>
      <w:r>
        <w:rPr>
          <w:rFonts w:ascii="Nirmala UI" w:hAnsi="Nirmala UI" w:eastAsia="Nirmala UI" w:cs="Nirmala UI"/>
        </w:rPr>
        <w:t>প্রথম</w:t>
      </w:r>
      <w:r>
        <w:rPr>
          <w:rFonts w:ascii="Times New Roman" w:hAnsi="Times New Roman" w:eastAsia="Times New Roman" w:cs="Times New Roman"/>
        </w:rPr>
        <w:t xml:space="preserve"> </w:t>
      </w:r>
      <w:r>
        <w:rPr>
          <w:rFonts w:ascii="Nirmala UI" w:hAnsi="Nirmala UI" w:eastAsia="Nirmala UI" w:cs="Nirmala UI"/>
        </w:rPr>
        <w:t>কর্তব্য।</w:t>
      </w:r>
      <w:r>
        <w:rPr>
          <w:rFonts w:ascii="Times New Roman" w:hAnsi="Times New Roman" w:eastAsia="Times New Roman" w:cs="Times New Roman"/>
        </w:rPr>
        <w:t xml:space="preserve"> </w:t>
      </w:r>
      <w:r>
        <w:rPr>
          <w:rFonts w:ascii="Nirmala UI" w:hAnsi="Nirmala UI" w:eastAsia="Nirmala UI" w:cs="Nirmala UI"/>
        </w:rPr>
        <w:t>আমরা</w:t>
      </w:r>
      <w:r>
        <w:rPr>
          <w:rFonts w:ascii="Times New Roman" w:hAnsi="Times New Roman" w:eastAsia="Times New Roman" w:cs="Times New Roman"/>
        </w:rPr>
        <w:t xml:space="preserve"> </w:t>
      </w:r>
      <w:r>
        <w:rPr>
          <w:rFonts w:ascii="Nirmala UI" w:hAnsi="Nirmala UI" w:eastAsia="Nirmala UI" w:cs="Nirmala UI"/>
        </w:rPr>
        <w:t>উপলব্ধি</w:t>
      </w:r>
      <w:r>
        <w:rPr>
          <w:rFonts w:ascii="Times New Roman" w:hAnsi="Times New Roman" w:eastAsia="Times New Roman" w:cs="Times New Roman"/>
        </w:rPr>
        <w:t xml:space="preserve"> </w:t>
      </w:r>
      <w:r>
        <w:rPr>
          <w:rFonts w:ascii="Nirmala UI" w:hAnsi="Nirmala UI" w:eastAsia="Nirmala UI" w:cs="Nirmala UI"/>
        </w:rPr>
        <w:t>করেছিলাম</w:t>
      </w:r>
      <w:r>
        <w:rPr>
          <w:rFonts w:ascii="Times New Roman" w:hAnsi="Times New Roman" w:eastAsia="Times New Roman" w:cs="Times New Roman"/>
        </w:rPr>
        <w:t xml:space="preserve"> </w:t>
      </w:r>
      <w:r>
        <w:rPr>
          <w:rFonts w:ascii="Nirmala UI" w:hAnsi="Nirmala UI" w:eastAsia="Nirmala UI" w:cs="Nirmala UI"/>
        </w:rPr>
        <w:t>যে</w:t>
      </w:r>
      <w:r>
        <w:rPr>
          <w:rFonts w:ascii="Times New Roman" w:hAnsi="Times New Roman" w:eastAsia="Times New Roman" w:cs="Times New Roman"/>
        </w:rPr>
        <w:t xml:space="preserve">, </w:t>
      </w:r>
      <w:r>
        <w:rPr>
          <w:rFonts w:ascii="Nirmala UI" w:hAnsi="Nirmala UI" w:eastAsia="Nirmala UI" w:cs="Nirmala UI"/>
        </w:rPr>
        <w:t>যদি</w:t>
      </w:r>
      <w:r>
        <w:rPr>
          <w:rFonts w:ascii="Times New Roman" w:hAnsi="Times New Roman" w:eastAsia="Times New Roman" w:cs="Times New Roman"/>
        </w:rPr>
        <w:t xml:space="preserve"> </w:t>
      </w:r>
      <w:r>
        <w:rPr>
          <w:rFonts w:ascii="Nirmala UI" w:hAnsi="Nirmala UI" w:eastAsia="Nirmala UI" w:cs="Nirmala UI"/>
        </w:rPr>
        <w:t>আমরা</w:t>
      </w:r>
      <w:r>
        <w:rPr>
          <w:rFonts w:ascii="Times New Roman" w:hAnsi="Times New Roman" w:eastAsia="Times New Roman" w:cs="Times New Roman"/>
        </w:rPr>
        <w:t xml:space="preserve"> </w:t>
      </w:r>
      <w:r>
        <w:rPr>
          <w:rFonts w:ascii="Nirmala UI" w:hAnsi="Nirmala UI" w:eastAsia="Nirmala UI" w:cs="Nirmala UI"/>
        </w:rPr>
        <w:t>পবিত্রতায়</w:t>
      </w:r>
      <w:r>
        <w:rPr>
          <w:rFonts w:ascii="Times New Roman" w:hAnsi="Times New Roman" w:eastAsia="Times New Roman" w:cs="Times New Roman"/>
        </w:rPr>
        <w:t xml:space="preserve"> </w:t>
      </w:r>
      <w:r>
        <w:rPr>
          <w:rFonts w:ascii="Nirmala UI" w:hAnsi="Nirmala UI" w:eastAsia="Nirmala UI" w:cs="Nirmala UI"/>
        </w:rPr>
        <w:t>অগ্রসর</w:t>
      </w:r>
      <w:r>
        <w:rPr>
          <w:rFonts w:ascii="Times New Roman" w:hAnsi="Times New Roman" w:eastAsia="Times New Roman" w:cs="Times New Roman"/>
        </w:rPr>
        <w:t xml:space="preserve"> </w:t>
      </w:r>
      <w:r>
        <w:rPr>
          <w:rFonts w:ascii="Nirmala UI" w:hAnsi="Nirmala UI" w:eastAsia="Nirmala UI" w:cs="Nirmala UI"/>
        </w:rPr>
        <w:t>না</w:t>
      </w:r>
      <w:r>
        <w:rPr>
          <w:rFonts w:ascii="Times New Roman" w:hAnsi="Times New Roman" w:eastAsia="Times New Roman" w:cs="Times New Roman"/>
        </w:rPr>
        <w:t xml:space="preserve"> </w:t>
      </w:r>
      <w:r>
        <w:rPr>
          <w:rFonts w:ascii="Nirmala UI" w:hAnsi="Nirmala UI" w:eastAsia="Nirmala UI" w:cs="Nirmala UI"/>
        </w:rPr>
        <w:t>হই</w:t>
      </w:r>
      <w:r>
        <w:rPr>
          <w:rFonts w:ascii="Times New Roman" w:hAnsi="Times New Roman" w:eastAsia="Times New Roman" w:cs="Times New Roman"/>
        </w:rPr>
        <w:t xml:space="preserve">, </w:t>
      </w:r>
      <w:r>
        <w:rPr>
          <w:rFonts w:ascii="Nirmala UI" w:hAnsi="Nirmala UI" w:eastAsia="Nirmala UI" w:cs="Nirmala UI"/>
        </w:rPr>
        <w:t>তবে</w:t>
      </w:r>
      <w:r>
        <w:rPr>
          <w:rFonts w:ascii="Times New Roman" w:hAnsi="Times New Roman" w:eastAsia="Times New Roman" w:cs="Times New Roman"/>
        </w:rPr>
        <w:t xml:space="preserve"> </w:t>
      </w:r>
      <w:r>
        <w:rPr>
          <w:rFonts w:ascii="Nirmala UI" w:hAnsi="Nirmala UI" w:eastAsia="Nirmala UI" w:cs="Nirmala UI"/>
        </w:rPr>
        <w:t>আমরা</w:t>
      </w:r>
      <w:r>
        <w:rPr>
          <w:rFonts w:ascii="Times New Roman" w:hAnsi="Times New Roman" w:eastAsia="Times New Roman" w:cs="Times New Roman"/>
        </w:rPr>
        <w:t xml:space="preserve"> </w:t>
      </w:r>
      <w:r>
        <w:rPr>
          <w:rFonts w:ascii="Nirmala UI" w:hAnsi="Nirmala UI" w:eastAsia="Nirmala UI" w:cs="Nirmala UI"/>
        </w:rPr>
        <w:t>নিশ্চিতরূপে</w:t>
      </w:r>
      <w:r>
        <w:rPr>
          <w:rFonts w:ascii="Times New Roman" w:hAnsi="Times New Roman" w:eastAsia="Times New Roman" w:cs="Times New Roman"/>
        </w:rPr>
        <w:t xml:space="preserve"> </w:t>
      </w:r>
      <w:r>
        <w:rPr>
          <w:rFonts w:ascii="Nirmala UI" w:hAnsi="Nirmala UI" w:eastAsia="Nirmala UI" w:cs="Nirmala UI"/>
        </w:rPr>
        <w:t>পশ্চাদ্গামী</w:t>
      </w:r>
      <w:r>
        <w:rPr>
          <w:rFonts w:ascii="Times New Roman" w:hAnsi="Times New Roman" w:eastAsia="Times New Roman" w:cs="Times New Roman"/>
        </w:rPr>
        <w:t xml:space="preserve"> </w:t>
      </w:r>
      <w:r>
        <w:rPr>
          <w:rFonts w:ascii="Nirmala UI" w:hAnsi="Nirmala UI" w:eastAsia="Nirmala UI" w:cs="Nirmala UI"/>
        </w:rPr>
        <w:t>হব।</w:t>
      </w:r>
      <w:r>
        <w:rPr>
          <w:rFonts w:ascii="Times New Roman" w:hAnsi="Times New Roman" w:eastAsia="Times New Roman" w:cs="Times New Roman"/>
        </w:rPr>
        <w:t xml:space="preserve"> </w:t>
      </w:r>
      <w:r>
        <w:rPr>
          <w:rFonts w:ascii="Nirmala UI" w:hAnsi="Nirmala UI" w:eastAsia="Nirmala UI" w:cs="Nirmala UI"/>
        </w:rPr>
        <w:t>পরস্পরের</w:t>
      </w:r>
      <w:r>
        <w:rPr>
          <w:rFonts w:ascii="Times New Roman" w:hAnsi="Times New Roman" w:eastAsia="Times New Roman" w:cs="Times New Roman"/>
        </w:rPr>
        <w:t xml:space="preserve"> </w:t>
      </w:r>
      <w:r>
        <w:rPr>
          <w:rFonts w:ascii="Nirmala UI" w:hAnsi="Nirmala UI" w:eastAsia="Nirmala UI" w:cs="Nirmala UI"/>
        </w:rPr>
        <w:t>প্রতি</w:t>
      </w:r>
      <w:r>
        <w:rPr>
          <w:rFonts w:ascii="Times New Roman" w:hAnsi="Times New Roman" w:eastAsia="Times New Roman" w:cs="Times New Roman"/>
        </w:rPr>
        <w:t xml:space="preserve"> </w:t>
      </w:r>
      <w:r>
        <w:rPr>
          <w:rFonts w:ascii="Nirmala UI" w:hAnsi="Nirmala UI" w:eastAsia="Nirmala UI" w:cs="Nirmala UI"/>
        </w:rPr>
        <w:t>আমাদের</w:t>
      </w:r>
      <w:r>
        <w:rPr>
          <w:rFonts w:ascii="Times New Roman" w:hAnsi="Times New Roman" w:eastAsia="Times New Roman" w:cs="Times New Roman"/>
        </w:rPr>
        <w:t xml:space="preserve"> </w:t>
      </w:r>
      <w:r>
        <w:rPr>
          <w:rFonts w:ascii="Nirmala UI" w:hAnsi="Nirmala UI" w:eastAsia="Nirmala UI" w:cs="Nirmala UI"/>
        </w:rPr>
        <w:t>আগ্রহ</w:t>
      </w:r>
      <w:r>
        <w:rPr>
          <w:rFonts w:ascii="Times New Roman" w:hAnsi="Times New Roman" w:eastAsia="Times New Roman" w:cs="Times New Roman"/>
        </w:rPr>
        <w:t xml:space="preserve"> </w:t>
      </w:r>
      <w:r>
        <w:rPr>
          <w:rFonts w:ascii="Nirmala UI" w:hAnsi="Nirmala UI" w:eastAsia="Nirmala UI" w:cs="Nirmala UI"/>
        </w:rPr>
        <w:t>বৃদ্ধি</w:t>
      </w:r>
      <w:r>
        <w:rPr>
          <w:rFonts w:ascii="Times New Roman" w:hAnsi="Times New Roman" w:eastAsia="Times New Roman" w:cs="Times New Roman"/>
        </w:rPr>
        <w:t xml:space="preserve"> </w:t>
      </w:r>
      <w:r>
        <w:rPr>
          <w:rFonts w:ascii="Nirmala UI" w:hAnsi="Nirmala UI" w:eastAsia="Nirmala UI" w:cs="Nirmala UI"/>
        </w:rPr>
        <w:t>পেল</w:t>
      </w:r>
      <w:r>
        <w:rPr>
          <w:rFonts w:ascii="Times New Roman" w:hAnsi="Times New Roman" w:eastAsia="Times New Roman" w:cs="Times New Roman"/>
        </w:rPr>
        <w:t xml:space="preserve">; </w:t>
      </w:r>
      <w:r>
        <w:rPr>
          <w:rFonts w:ascii="Nirmala UI" w:hAnsi="Nirmala UI" w:eastAsia="Nirmala UI" w:cs="Nirmala UI"/>
        </w:rPr>
        <w:t>আমরা</w:t>
      </w:r>
      <w:r>
        <w:rPr>
          <w:rFonts w:ascii="Times New Roman" w:hAnsi="Times New Roman" w:eastAsia="Times New Roman" w:cs="Times New Roman"/>
        </w:rPr>
        <w:t xml:space="preserve"> </w:t>
      </w:r>
      <w:r>
        <w:rPr>
          <w:rFonts w:ascii="Nirmala UI" w:hAnsi="Nirmala UI" w:eastAsia="Nirmala UI" w:cs="Nirmala UI"/>
        </w:rPr>
        <w:t>একে</w:t>
      </w:r>
      <w:r>
        <w:rPr>
          <w:rFonts w:ascii="Times New Roman" w:hAnsi="Times New Roman" w:eastAsia="Times New Roman" w:cs="Times New Roman"/>
        </w:rPr>
        <w:t xml:space="preserve"> </w:t>
      </w:r>
      <w:r>
        <w:rPr>
          <w:rFonts w:ascii="Nirmala UI" w:hAnsi="Nirmala UI" w:eastAsia="Nirmala UI" w:cs="Nirmala UI"/>
        </w:rPr>
        <w:t>অন্যের</w:t>
      </w:r>
      <w:r>
        <w:rPr>
          <w:rFonts w:ascii="Times New Roman" w:hAnsi="Times New Roman" w:eastAsia="Times New Roman" w:cs="Times New Roman"/>
        </w:rPr>
        <w:t xml:space="preserve"> </w:t>
      </w:r>
      <w:r>
        <w:rPr>
          <w:rFonts w:ascii="Nirmala UI" w:hAnsi="Nirmala UI" w:eastAsia="Nirmala UI" w:cs="Nirmala UI"/>
        </w:rPr>
        <w:t>সঙ্গে</w:t>
      </w:r>
      <w:r>
        <w:rPr>
          <w:rFonts w:ascii="Times New Roman" w:hAnsi="Times New Roman" w:eastAsia="Times New Roman" w:cs="Times New Roman"/>
        </w:rPr>
        <w:t xml:space="preserve"> </w:t>
      </w:r>
      <w:r>
        <w:rPr>
          <w:rFonts w:ascii="Nirmala UI" w:hAnsi="Nirmala UI" w:eastAsia="Nirmala UI" w:cs="Nirmala UI"/>
        </w:rPr>
        <w:t>এবং</w:t>
      </w:r>
      <w:r>
        <w:rPr>
          <w:rFonts w:ascii="Times New Roman" w:hAnsi="Times New Roman" w:eastAsia="Times New Roman" w:cs="Times New Roman"/>
        </w:rPr>
        <w:t xml:space="preserve"> </w:t>
      </w:r>
      <w:r>
        <w:rPr>
          <w:rFonts w:ascii="Nirmala UI" w:hAnsi="Nirmala UI" w:eastAsia="Nirmala UI" w:cs="Nirmala UI"/>
        </w:rPr>
        <w:t>একে</w:t>
      </w:r>
      <w:r>
        <w:rPr>
          <w:rFonts w:ascii="Times New Roman" w:hAnsi="Times New Roman" w:eastAsia="Times New Roman" w:cs="Times New Roman"/>
        </w:rPr>
        <w:t xml:space="preserve"> </w:t>
      </w:r>
      <w:r>
        <w:rPr>
          <w:rFonts w:ascii="Nirmala UI" w:hAnsi="Nirmala UI" w:eastAsia="Nirmala UI" w:cs="Nirmala UI"/>
        </w:rPr>
        <w:t>অন্যের</w:t>
      </w:r>
      <w:r>
        <w:rPr>
          <w:rFonts w:ascii="Times New Roman" w:hAnsi="Times New Roman" w:eastAsia="Times New Roman" w:cs="Times New Roman"/>
        </w:rPr>
        <w:t xml:space="preserve"> </w:t>
      </w:r>
      <w:r>
        <w:rPr>
          <w:rFonts w:ascii="Nirmala UI" w:hAnsi="Nirmala UI" w:eastAsia="Nirmala UI" w:cs="Nirmala UI"/>
        </w:rPr>
        <w:t>জন্য</w:t>
      </w:r>
      <w:r>
        <w:rPr>
          <w:rFonts w:ascii="Times New Roman" w:hAnsi="Times New Roman" w:eastAsia="Times New Roman" w:cs="Times New Roman"/>
        </w:rPr>
        <w:t xml:space="preserve"> </w:t>
      </w:r>
      <w:r>
        <w:rPr>
          <w:rFonts w:ascii="Nirmala UI" w:hAnsi="Nirmala UI" w:eastAsia="Nirmala UI" w:cs="Nirmala UI"/>
        </w:rPr>
        <w:t>অনেক</w:t>
      </w:r>
      <w:r>
        <w:rPr>
          <w:rFonts w:ascii="Times New Roman" w:hAnsi="Times New Roman" w:eastAsia="Times New Roman" w:cs="Times New Roman"/>
        </w:rPr>
        <w:t xml:space="preserve"> </w:t>
      </w:r>
      <w:r>
        <w:rPr>
          <w:rFonts w:ascii="Nirmala UI" w:hAnsi="Nirmala UI" w:eastAsia="Nirmala UI" w:cs="Nirmala UI"/>
        </w:rPr>
        <w:t>প্রার্থনা</w:t>
      </w:r>
      <w:r>
        <w:rPr>
          <w:rFonts w:ascii="Times New Roman" w:hAnsi="Times New Roman" w:eastAsia="Times New Roman" w:cs="Times New Roman"/>
        </w:rPr>
        <w:t xml:space="preserve"> </w:t>
      </w:r>
      <w:r>
        <w:rPr>
          <w:rFonts w:ascii="Nirmala UI" w:hAnsi="Nirmala UI" w:eastAsia="Nirmala UI" w:cs="Nirmala UI"/>
        </w:rPr>
        <w:t>করতাম।</w:t>
      </w:r>
    </w:p>
    <w:p>
      <w:pPr>
        <w:pStyle w:val="ArticleScripture"/>
        <w:jc w:val="left"/>
      </w:pPr>
      <w:r>
        <w:rPr>
          <w:rFonts w:ascii="Times New Roman" w:hAnsi="Times New Roman" w:eastAsia="Times New Roman" w:cs="Times New Roman"/>
        </w:rPr>
        <w:t>“‘Nusqa-mallkuna ukhupi, sach’a sach’anakampi muyuntat kunanpi tantakusqayku Dioswan rimarinaykupaq, hinaspa payman mañakuykunaykuta haywarinaykupaq, paypa kasqanta aswan sut’inchata musyaspayku paypa kamasqan natural ruwasqankuna chawpipi muyuntakuspa. Qespichisqa kaypa kusikuyninkuna mikhuyniykumanta, upyanaykumantapas aswan necesitakusqa karqan ñuqaykupaq. Puyu hina imapas yuyaynaykuta pakarichiqtinqa, mana samariyta nitaq puñuyta atirqaykuchu chay pakasqa kaykuna pichasqa kanankama, Señorman chaskisqa kasqaykumanta yachasqanchikwan.—Life Sketches of James White and Ellen G. White (1880), 188, 189.” Arthur White, The Ellen White Biography, volumen 1, 51, 52.</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Muujjisa Daani’eel – Lakkoofsa Dhibba Tokkoo fi Saddeetii Ja’a keessaa Tokko jechuun, Lakkoofsa 186 jedhu.</dc:title>
  <dc:subject>ئەहदِ پانيوم: آخری مہر بندی اور نصف شب کی پکار کا مکاشفہ</dc:subject>
  <dc:creator>Jeff Pippenger</dc:creator>
  <cp:keywords/>
  <dc:description>Generated by ArticleDigger from daniel\186_daniel.json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