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کتاب دانیال - ایک سو ستاسیواں حصہ</w:t>
      </w:r>
    </w:p>
    <w:p>
      <w:pPr>
        <w:pStyle w:val="ArticleSubtitle"/>
        <w:jc w:val="left"/>
      </w:pPr>
      <w:r>
        <w:rPr>
          <w:rFonts w:ascii="Arial" w:hAnsi="Arial" w:eastAsia="Arial" w:cs="Arial"/>
        </w:rPr>
        <w:t>Արիի Հայտնությունը</w:t>
      </w:r>
      <w:r>
        <w:rPr>
          <w:rFonts w:ascii="Sans Serif Collection" w:hAnsi="Sans Serif Collection" w:eastAsia="Sans Serif Collection" w:cs="Sans Serif Collection"/>
        </w:rPr>
        <w:t>․</w:t>
      </w:r>
      <w:r>
        <w:rPr>
          <w:rFonts w:ascii="Arial" w:hAnsi="Arial" w:eastAsia="Arial" w:cs="Arial"/>
        </w:rPr>
        <w:t xml:space="preserve"> Պանիումից մինչև Վերջին Կնիքումը</w:t>
      </w:r>
    </w:p>
    <w:p>
      <w:pPr>
        <w:pStyle w:val="ArticleByline"/>
        <w:jc w:val="left"/>
      </w:pPr>
      <w:r>
        <w:rPr>
          <w:rFonts w:ascii="Arial" w:hAnsi="Arial" w:eastAsia="Arial" w:cs="Arial"/>
        </w:rPr>
        <w:t>Jeff Pippenger</w:t>
      </w:r>
    </w:p>
    <w:p>
      <w:pPr>
        <w:pStyle w:val="ArticleDate"/>
        <w:jc w:val="left"/>
      </w:pPr>
      <w:r>
        <w:rPr>
          <w:rFonts w:ascii="Arial" w:hAnsi="Arial" w:eastAsia="Arial" w:cs="Arial"/>
        </w:rPr>
        <w:t>2024-04-17</w:t>
      </w:r>
    </w:p>
    <w:p>
      <w:pPr>
        <w:pStyle w:val="ArticleBody"/>
        <w:jc w:val="left"/>
      </w:pPr>
      <w:r>
        <w:rPr>
          <w:rFonts w:ascii="MV Boli" w:hAnsi="MV Boli" w:eastAsia="MV Boli" w:cs="MV Boli"/>
        </w:rPr>
        <w:t>ޢީސާ</w:t>
      </w:r>
      <w:r>
        <w:rPr>
          <w:rFonts w:ascii="Times New Roman" w:hAnsi="Times New Roman" w:eastAsia="Times New Roman" w:cs="Times New Roman"/>
        </w:rPr>
        <w:t xml:space="preserve"> </w:t>
      </w:r>
      <w:r>
        <w:rPr>
          <w:rFonts w:ascii="MV Boli" w:hAnsi="MV Boli" w:eastAsia="MV Boli" w:cs="MV Boli"/>
        </w:rPr>
        <w:t>ނަބީގެ</w:t>
      </w:r>
      <w:r>
        <w:rPr>
          <w:rFonts w:ascii="Times New Roman" w:hAnsi="Times New Roman" w:eastAsia="Times New Roman" w:cs="Times New Roman"/>
        </w:rPr>
        <w:t xml:space="preserve"> </w:t>
      </w:r>
      <w:r>
        <w:rPr>
          <w:rFonts w:ascii="MV Boli" w:hAnsi="MV Boli" w:eastAsia="MV Boli" w:cs="MV Boli"/>
        </w:rPr>
        <w:t>ލަފުޒީ</w:t>
      </w:r>
      <w:r>
        <w:rPr>
          <w:rFonts w:ascii="Times New Roman" w:hAnsi="Times New Roman" w:eastAsia="Times New Roman" w:cs="Times New Roman"/>
        </w:rPr>
        <w:t xml:space="preserve"> </w:t>
      </w:r>
      <w:r>
        <w:rPr>
          <w:rFonts w:ascii="MV Boli" w:hAnsi="MV Boli" w:eastAsia="MV Boli" w:cs="MV Boli"/>
        </w:rPr>
        <w:t>ހަގީގަތެއް</w:t>
      </w:r>
      <w:r>
        <w:rPr>
          <w:rFonts w:ascii="Times New Roman" w:hAnsi="Times New Roman" w:eastAsia="Times New Roman" w:cs="Times New Roman"/>
        </w:rPr>
        <w:t xml:space="preserve"> </w:t>
      </w:r>
      <w:r>
        <w:rPr>
          <w:rFonts w:ascii="MV Boli" w:hAnsi="MV Boli" w:eastAsia="MV Boli" w:cs="MV Boli"/>
        </w:rPr>
        <w:t>މުހުރު</w:t>
      </w:r>
      <w:r>
        <w:rPr>
          <w:rFonts w:ascii="Times New Roman" w:hAnsi="Times New Roman" w:eastAsia="Times New Roman" w:cs="Times New Roman"/>
        </w:rPr>
        <w:t xml:space="preserve"> </w:t>
      </w:r>
      <w:r>
        <w:rPr>
          <w:rFonts w:ascii="MV Boli" w:hAnsi="MV Boli" w:eastAsia="MV Boli" w:cs="MV Boli"/>
        </w:rPr>
        <w:t>ނެގުމުން</w:t>
      </w:r>
      <w:r>
        <w:rPr>
          <w:rFonts w:ascii="Times New Roman" w:hAnsi="Times New Roman" w:eastAsia="Times New Roman" w:cs="Times New Roman"/>
        </w:rPr>
        <w:t xml:space="preserve">، </w:t>
      </w:r>
      <w:r>
        <w:rPr>
          <w:rFonts w:ascii="MV Boli" w:hAnsi="MV Boli" w:eastAsia="MV Boli" w:cs="MV Boli"/>
        </w:rPr>
        <w:t>އެންމެ</w:t>
      </w:r>
      <w:r>
        <w:rPr>
          <w:rFonts w:ascii="Times New Roman" w:hAnsi="Times New Roman" w:eastAsia="Times New Roman" w:cs="Times New Roman"/>
        </w:rPr>
        <w:t xml:space="preserve"> </w:t>
      </w:r>
      <w:r>
        <w:rPr>
          <w:rFonts w:ascii="MV Boli" w:hAnsi="MV Boli" w:eastAsia="MV Boli" w:cs="MV Boli"/>
        </w:rPr>
        <w:t>އެ</w:t>
      </w:r>
      <w:r>
        <w:rPr>
          <w:rFonts w:ascii="Times New Roman" w:hAnsi="Times New Roman" w:eastAsia="Times New Roman" w:cs="Times New Roman"/>
        </w:rPr>
        <w:t xml:space="preserve"> </w:t>
      </w:r>
      <w:r>
        <w:rPr>
          <w:rFonts w:ascii="MV Boli" w:hAnsi="MV Boli" w:eastAsia="MV Boli" w:cs="MV Boli"/>
        </w:rPr>
        <w:t>ބަޔާން</w:t>
      </w:r>
      <w:r>
        <w:rPr>
          <w:rFonts w:ascii="Times New Roman" w:hAnsi="Times New Roman" w:eastAsia="Times New Roman" w:cs="Times New Roman"/>
        </w:rPr>
        <w:t xml:space="preserve"> </w:t>
      </w:r>
      <w:r>
        <w:rPr>
          <w:rFonts w:ascii="MV Boli" w:hAnsi="MV Boli" w:eastAsia="MV Boli" w:cs="MV Boli"/>
        </w:rPr>
        <w:t>ކުރެވެނީ</w:t>
      </w:r>
      <w:r>
        <w:rPr>
          <w:rFonts w:ascii="Times New Roman" w:hAnsi="Times New Roman" w:eastAsia="Times New Roman" w:cs="Times New Roman"/>
        </w:rPr>
        <w:t xml:space="preserve"> </w:t>
      </w:r>
      <w:r>
        <w:rPr>
          <w:rFonts w:ascii="MV Boli" w:hAnsi="MV Boli" w:eastAsia="MV Boli" w:cs="MV Boli"/>
        </w:rPr>
        <w:t>ޔަހޫދާ</w:t>
      </w:r>
      <w:r>
        <w:rPr>
          <w:rFonts w:ascii="Times New Roman" w:hAnsi="Times New Roman" w:eastAsia="Times New Roman" w:cs="Times New Roman"/>
        </w:rPr>
        <w:t xml:space="preserve"> </w:t>
      </w:r>
      <w:r>
        <w:rPr>
          <w:rFonts w:ascii="MV Boli" w:hAnsi="MV Boli" w:eastAsia="MV Boli" w:cs="MV Boli"/>
        </w:rPr>
        <w:t>ގަބީލުގެ</w:t>
      </w:r>
      <w:r>
        <w:rPr>
          <w:rFonts w:ascii="Times New Roman" w:hAnsi="Times New Roman" w:eastAsia="Times New Roman" w:cs="Times New Roman"/>
        </w:rPr>
        <w:t xml:space="preserve"> </w:t>
      </w:r>
      <w:r>
        <w:rPr>
          <w:rFonts w:ascii="MV Boli" w:hAnsi="MV Boli" w:eastAsia="MV Boli" w:cs="MV Boli"/>
        </w:rPr>
        <w:t>ސިނގަލަކަށް</w:t>
      </w:r>
      <w:r>
        <w:rPr>
          <w:rFonts w:ascii="Times New Roman" w:hAnsi="Times New Roman" w:eastAsia="Times New Roman" w:cs="Times New Roman"/>
        </w:rPr>
        <w:t xml:space="preserve"> </w:t>
      </w:r>
      <w:r>
        <w:rPr>
          <w:rFonts w:ascii="MV Boli" w:hAnsi="MV Boli" w:eastAsia="MV Boli" w:cs="MV Boli"/>
        </w:rPr>
        <w:t>ކަމަށެވެ</w:t>
      </w:r>
      <w:r>
        <w:rPr>
          <w:rFonts w:ascii="Times New Roman" w:hAnsi="Times New Roman" w:eastAsia="Times New Roman" w:cs="Times New Roman"/>
        </w:rPr>
        <w:t xml:space="preserve">، </w:t>
      </w:r>
      <w:r>
        <w:rPr>
          <w:rFonts w:ascii="MV Boli" w:hAnsi="MV Boli" w:eastAsia="MV Boli" w:cs="MV Boli"/>
        </w:rPr>
        <w:t>އަދި</w:t>
      </w:r>
      <w:r>
        <w:rPr>
          <w:rFonts w:ascii="Times New Roman" w:hAnsi="Times New Roman" w:eastAsia="Times New Roman" w:cs="Times New Roman"/>
        </w:rPr>
        <w:t xml:space="preserve"> </w:t>
      </w:r>
      <w:r>
        <w:rPr>
          <w:rFonts w:ascii="MV Boli" w:hAnsi="MV Boli" w:eastAsia="MV Boli" w:cs="MV Boli"/>
        </w:rPr>
        <w:t>ޤައިޞަރިއާ</w:t>
      </w:r>
      <w:r>
        <w:rPr>
          <w:rFonts w:ascii="Times New Roman" w:hAnsi="Times New Roman" w:eastAsia="Times New Roman" w:cs="Times New Roman"/>
        </w:rPr>
        <w:t xml:space="preserve"> </w:t>
      </w:r>
      <w:r>
        <w:rPr>
          <w:rFonts w:ascii="MV Boli" w:hAnsi="MV Boli" w:eastAsia="MV Boli" w:cs="MV Boli"/>
        </w:rPr>
        <w:t>ފިލިއްޕީގައި</w:t>
      </w:r>
      <w:r>
        <w:rPr>
          <w:rFonts w:ascii="Times New Roman" w:hAnsi="Times New Roman" w:eastAsia="Times New Roman" w:cs="Times New Roman"/>
        </w:rPr>
        <w:t xml:space="preserve">، </w:t>
      </w:r>
      <w:r>
        <w:rPr>
          <w:rFonts w:ascii="MV Boli" w:hAnsi="MV Boli" w:eastAsia="MV Boli" w:cs="MV Boli"/>
        </w:rPr>
        <w:t>ޔަހޫދާ</w:t>
      </w:r>
      <w:r>
        <w:rPr>
          <w:rFonts w:ascii="Times New Roman" w:hAnsi="Times New Roman" w:eastAsia="Times New Roman" w:cs="Times New Roman"/>
        </w:rPr>
        <w:t xml:space="preserve"> </w:t>
      </w:r>
      <w:r>
        <w:rPr>
          <w:rFonts w:ascii="MV Boli" w:hAnsi="MV Boli" w:eastAsia="MV Boli" w:cs="MV Boli"/>
        </w:rPr>
        <w:t>ގަބީލުގެ</w:t>
      </w:r>
      <w:r>
        <w:rPr>
          <w:rFonts w:ascii="Times New Roman" w:hAnsi="Times New Roman" w:eastAsia="Times New Roman" w:cs="Times New Roman"/>
        </w:rPr>
        <w:t xml:space="preserve"> </w:t>
      </w:r>
      <w:r>
        <w:rPr>
          <w:rFonts w:ascii="MV Boli" w:hAnsi="MV Boli" w:eastAsia="MV Boli" w:cs="MV Boli"/>
        </w:rPr>
        <w:t>ސިނގަލަށް</w:t>
      </w:r>
      <w:r>
        <w:rPr>
          <w:rFonts w:ascii="Times New Roman" w:hAnsi="Times New Roman" w:eastAsia="Times New Roman" w:cs="Times New Roman"/>
        </w:rPr>
        <w:t xml:space="preserve"> “</w:t>
      </w:r>
      <w:r>
        <w:rPr>
          <w:rFonts w:ascii="MV Boli" w:hAnsi="MV Boli" w:eastAsia="MV Boli" w:cs="MV Boli"/>
        </w:rPr>
        <w:t>އޭނާ</w:t>
      </w:r>
      <w:r>
        <w:rPr>
          <w:rFonts w:ascii="Times New Roman" w:hAnsi="Times New Roman" w:eastAsia="Times New Roman" w:cs="Times New Roman"/>
        </w:rPr>
        <w:t xml:space="preserve"> </w:t>
      </w:r>
      <w:r>
        <w:rPr>
          <w:rFonts w:ascii="MV Boli" w:hAnsi="MV Boli" w:eastAsia="MV Boli" w:cs="MV Boli"/>
        </w:rPr>
        <w:t>ޔެރޫސަލޭމަށް</w:t>
      </w:r>
      <w:r>
        <w:rPr>
          <w:rFonts w:ascii="Times New Roman" w:hAnsi="Times New Roman" w:eastAsia="Times New Roman" w:cs="Times New Roman"/>
        </w:rPr>
        <w:t xml:space="preserve"> </w:t>
      </w:r>
      <w:r>
        <w:rPr>
          <w:rFonts w:ascii="MV Boli" w:hAnsi="MV Boli" w:eastAsia="MV Boli" w:cs="MV Boli"/>
        </w:rPr>
        <w:t>ދާން</w:t>
      </w:r>
      <w:r>
        <w:rPr>
          <w:rFonts w:ascii="Times New Roman" w:hAnsi="Times New Roman" w:eastAsia="Times New Roman" w:cs="Times New Roman"/>
        </w:rPr>
        <w:t xml:space="preserve"> </w:t>
      </w:r>
      <w:r>
        <w:rPr>
          <w:rFonts w:ascii="MV Boli" w:hAnsi="MV Boli" w:eastAsia="MV Boli" w:cs="MV Boli"/>
        </w:rPr>
        <w:t>ޖެހޭނެ</w:t>
      </w:r>
      <w:r>
        <w:rPr>
          <w:rFonts w:ascii="Times New Roman" w:hAnsi="Times New Roman" w:eastAsia="Times New Roman" w:cs="Times New Roman"/>
        </w:rPr>
        <w:t xml:space="preserve">، </w:t>
      </w:r>
      <w:r>
        <w:rPr>
          <w:rFonts w:ascii="MV Boli" w:hAnsi="MV Boli" w:eastAsia="MV Boli" w:cs="MV Boli"/>
        </w:rPr>
        <w:t>އަދި</w:t>
      </w:r>
      <w:r>
        <w:rPr>
          <w:rFonts w:ascii="Times New Roman" w:hAnsi="Times New Roman" w:eastAsia="Times New Roman" w:cs="Times New Roman"/>
        </w:rPr>
        <w:t xml:space="preserve"> </w:t>
      </w:r>
      <w:r>
        <w:rPr>
          <w:rFonts w:ascii="MV Boli" w:hAnsi="MV Boli" w:eastAsia="MV Boli" w:cs="MV Boli"/>
        </w:rPr>
        <w:t>މުސްކުޅިންނާއި</w:t>
      </w:r>
      <w:r>
        <w:rPr>
          <w:rFonts w:ascii="Times New Roman" w:hAnsi="Times New Roman" w:eastAsia="Times New Roman" w:cs="Times New Roman"/>
        </w:rPr>
        <w:t xml:space="preserve"> </w:t>
      </w:r>
      <w:r>
        <w:rPr>
          <w:rFonts w:ascii="MV Boli" w:hAnsi="MV Boli" w:eastAsia="MV Boli" w:cs="MV Boli"/>
        </w:rPr>
        <w:t>މަތީ</w:t>
      </w:r>
      <w:r>
        <w:rPr>
          <w:rFonts w:ascii="Times New Roman" w:hAnsi="Times New Roman" w:eastAsia="Times New Roman" w:cs="Times New Roman"/>
        </w:rPr>
        <w:t xml:space="preserve"> </w:t>
      </w:r>
      <w:r>
        <w:rPr>
          <w:rFonts w:ascii="MV Boli" w:hAnsi="MV Boli" w:eastAsia="MV Boli" w:cs="MV Boli"/>
        </w:rPr>
        <w:t>ކާހިނުންނާއި</w:t>
      </w:r>
      <w:r>
        <w:rPr>
          <w:rFonts w:ascii="Times New Roman" w:hAnsi="Times New Roman" w:eastAsia="Times New Roman" w:cs="Times New Roman"/>
        </w:rPr>
        <w:t xml:space="preserve"> </w:t>
      </w:r>
      <w:r>
        <w:rPr>
          <w:rFonts w:ascii="MV Boli" w:hAnsi="MV Boli" w:eastAsia="MV Boli" w:cs="MV Boli"/>
        </w:rPr>
        <w:t>ލިޔުންތެރިންގެ</w:t>
      </w:r>
      <w:r>
        <w:rPr>
          <w:rFonts w:ascii="Times New Roman" w:hAnsi="Times New Roman" w:eastAsia="Times New Roman" w:cs="Times New Roman"/>
        </w:rPr>
        <w:t xml:space="preserve"> </w:t>
      </w:r>
      <w:r>
        <w:rPr>
          <w:rFonts w:ascii="MV Boli" w:hAnsi="MV Boli" w:eastAsia="MV Boli" w:cs="MV Boli"/>
        </w:rPr>
        <w:t>ހަތުން</w:t>
      </w:r>
      <w:r>
        <w:rPr>
          <w:rFonts w:ascii="Times New Roman" w:hAnsi="Times New Roman" w:eastAsia="Times New Roman" w:cs="Times New Roman"/>
        </w:rPr>
        <w:t xml:space="preserve"> </w:t>
      </w:r>
      <w:r>
        <w:rPr>
          <w:rFonts w:ascii="MV Boli" w:hAnsi="MV Boli" w:eastAsia="MV Boli" w:cs="MV Boli"/>
        </w:rPr>
        <w:t>ގިނަ</w:t>
      </w:r>
      <w:r>
        <w:rPr>
          <w:rFonts w:ascii="Times New Roman" w:hAnsi="Times New Roman" w:eastAsia="Times New Roman" w:cs="Times New Roman"/>
        </w:rPr>
        <w:t xml:space="preserve"> </w:t>
      </w:r>
      <w:r>
        <w:rPr>
          <w:rFonts w:ascii="MV Boli" w:hAnsi="MV Boli" w:eastAsia="MV Boli" w:cs="MV Boli"/>
        </w:rPr>
        <w:t>ތަކެތި</w:t>
      </w:r>
      <w:r>
        <w:rPr>
          <w:rFonts w:ascii="Times New Roman" w:hAnsi="Times New Roman" w:eastAsia="Times New Roman" w:cs="Times New Roman"/>
        </w:rPr>
        <w:t xml:space="preserve"> </w:t>
      </w:r>
      <w:r>
        <w:rPr>
          <w:rFonts w:ascii="MV Boli" w:hAnsi="MV Boli" w:eastAsia="MV Boli" w:cs="MV Boli"/>
        </w:rPr>
        <w:t>އަނިޔާ</w:t>
      </w:r>
      <w:r>
        <w:rPr>
          <w:rFonts w:ascii="Times New Roman" w:hAnsi="Times New Roman" w:eastAsia="Times New Roman" w:cs="Times New Roman"/>
        </w:rPr>
        <w:t xml:space="preserve"> </w:t>
      </w:r>
      <w:r>
        <w:rPr>
          <w:rFonts w:ascii="MV Boli" w:hAnsi="MV Boli" w:eastAsia="MV Boli" w:cs="MV Boli"/>
        </w:rPr>
        <w:t>ލިބި</w:t>
      </w:r>
      <w:r>
        <w:rPr>
          <w:rFonts w:ascii="Times New Roman" w:hAnsi="Times New Roman" w:eastAsia="Times New Roman" w:cs="Times New Roman"/>
        </w:rPr>
        <w:t xml:space="preserve">، </w:t>
      </w:r>
      <w:r>
        <w:rPr>
          <w:rFonts w:ascii="MV Boli" w:hAnsi="MV Boli" w:eastAsia="MV Boli" w:cs="MV Boli"/>
        </w:rPr>
        <w:t>އަދި</w:t>
      </w:r>
      <w:r>
        <w:rPr>
          <w:rFonts w:ascii="Times New Roman" w:hAnsi="Times New Roman" w:eastAsia="Times New Roman" w:cs="Times New Roman"/>
        </w:rPr>
        <w:t xml:space="preserve"> </w:t>
      </w:r>
      <w:r>
        <w:rPr>
          <w:rFonts w:ascii="MV Boli" w:hAnsi="MV Boli" w:eastAsia="MV Boli" w:cs="MV Boli"/>
        </w:rPr>
        <w:t>ޤަތުލު</w:t>
      </w:r>
      <w:r>
        <w:rPr>
          <w:rFonts w:ascii="Times New Roman" w:hAnsi="Times New Roman" w:eastAsia="Times New Roman" w:cs="Times New Roman"/>
        </w:rPr>
        <w:t xml:space="preserve"> </w:t>
      </w:r>
      <w:r>
        <w:rPr>
          <w:rFonts w:ascii="MV Boli" w:hAnsi="MV Boli" w:eastAsia="MV Boli" w:cs="MV Boli"/>
        </w:rPr>
        <w:t>ކުރެވި</w:t>
      </w:r>
      <w:r>
        <w:rPr>
          <w:rFonts w:ascii="Times New Roman" w:hAnsi="Times New Roman" w:eastAsia="Times New Roman" w:cs="Times New Roman"/>
        </w:rPr>
        <w:t xml:space="preserve">، </w:t>
      </w:r>
      <w:r>
        <w:rPr>
          <w:rFonts w:ascii="MV Boli" w:hAnsi="MV Boli" w:eastAsia="MV Boli" w:cs="MV Boli"/>
        </w:rPr>
        <w:t>ތިންވަނަ</w:t>
      </w:r>
      <w:r>
        <w:rPr>
          <w:rFonts w:ascii="Times New Roman" w:hAnsi="Times New Roman" w:eastAsia="Times New Roman" w:cs="Times New Roman"/>
        </w:rPr>
        <w:t xml:space="preserve"> </w:t>
      </w:r>
      <w:r>
        <w:rPr>
          <w:rFonts w:ascii="MV Boli" w:hAnsi="MV Boli" w:eastAsia="MV Boli" w:cs="MV Boli"/>
        </w:rPr>
        <w:t>ދުވަހު</w:t>
      </w:r>
      <w:r>
        <w:rPr>
          <w:rFonts w:ascii="Times New Roman" w:hAnsi="Times New Roman" w:eastAsia="Times New Roman" w:cs="Times New Roman"/>
        </w:rPr>
        <w:t xml:space="preserve"> </w:t>
      </w:r>
      <w:r>
        <w:rPr>
          <w:rFonts w:ascii="MV Boli" w:hAnsi="MV Boli" w:eastAsia="MV Boli" w:cs="MV Boli"/>
        </w:rPr>
        <w:t>އަލުން</w:t>
      </w:r>
      <w:r>
        <w:rPr>
          <w:rFonts w:ascii="Times New Roman" w:hAnsi="Times New Roman" w:eastAsia="Times New Roman" w:cs="Times New Roman"/>
        </w:rPr>
        <w:t xml:space="preserve"> </w:t>
      </w:r>
      <w:r>
        <w:rPr>
          <w:rFonts w:ascii="MV Boli" w:hAnsi="MV Boli" w:eastAsia="MV Boli" w:cs="MV Boli"/>
        </w:rPr>
        <w:t>ދިރިދެމުން</w:t>
      </w:r>
      <w:r>
        <w:rPr>
          <w:rFonts w:ascii="Times New Roman" w:hAnsi="Times New Roman" w:eastAsia="Times New Roman" w:cs="Times New Roman"/>
        </w:rPr>
        <w:t xml:space="preserve"> </w:t>
      </w:r>
      <w:r>
        <w:rPr>
          <w:rFonts w:ascii="MV Boli" w:hAnsi="MV Boli" w:eastAsia="MV Boli" w:cs="MV Boli"/>
        </w:rPr>
        <w:t>ނެގޭނެ</w:t>
      </w:r>
      <w:r>
        <w:rPr>
          <w:rFonts w:ascii="Times New Roman" w:hAnsi="Times New Roman" w:eastAsia="Times New Roman" w:cs="Times New Roman"/>
        </w:rPr>
        <w:t xml:space="preserve">” </w:t>
      </w:r>
      <w:r>
        <w:rPr>
          <w:rFonts w:ascii="MV Boli" w:hAnsi="MV Boli" w:eastAsia="MV Boli" w:cs="MV Boli"/>
        </w:rPr>
        <w:t>މި</w:t>
      </w:r>
      <w:r>
        <w:rPr>
          <w:rFonts w:ascii="Times New Roman" w:hAnsi="Times New Roman" w:eastAsia="Times New Roman" w:cs="Times New Roman"/>
        </w:rPr>
        <w:t xml:space="preserve"> </w:t>
      </w:r>
      <w:r>
        <w:rPr>
          <w:rFonts w:ascii="MV Boli" w:hAnsi="MV Boli" w:eastAsia="MV Boli" w:cs="MV Boli"/>
        </w:rPr>
        <w:t>ހަގީގަތްތައް</w:t>
      </w:r>
      <w:r>
        <w:rPr>
          <w:rFonts w:ascii="Times New Roman" w:hAnsi="Times New Roman" w:eastAsia="Times New Roman" w:cs="Times New Roman"/>
        </w:rPr>
        <w:t xml:space="preserve"> </w:t>
      </w:r>
      <w:r>
        <w:rPr>
          <w:rFonts w:ascii="MV Boli" w:hAnsi="MV Boli" w:eastAsia="MV Boli" w:cs="MV Boli"/>
        </w:rPr>
        <w:t>މުހުރު</w:t>
      </w:r>
      <w:r>
        <w:rPr>
          <w:rFonts w:ascii="Times New Roman" w:hAnsi="Times New Roman" w:eastAsia="Times New Roman" w:cs="Times New Roman"/>
        </w:rPr>
        <w:t xml:space="preserve"> </w:t>
      </w:r>
      <w:r>
        <w:rPr>
          <w:rFonts w:ascii="MV Boli" w:hAnsi="MV Boli" w:eastAsia="MV Boli" w:cs="MV Boli"/>
        </w:rPr>
        <w:t>ނެގުމަށް</w:t>
      </w:r>
      <w:r>
        <w:rPr>
          <w:rFonts w:ascii="Times New Roman" w:hAnsi="Times New Roman" w:eastAsia="Times New Roman" w:cs="Times New Roman"/>
        </w:rPr>
        <w:t xml:space="preserve"> </w:t>
      </w:r>
      <w:r>
        <w:rPr>
          <w:rFonts w:ascii="MV Boli" w:hAnsi="MV Boli" w:eastAsia="MV Boli" w:cs="MV Boli"/>
        </w:rPr>
        <w:t>ފެށިއެވެ</w:t>
      </w:r>
      <w:r>
        <w:rPr>
          <w:rFonts w:ascii="Times New Roman" w:hAnsi="Times New Roman" w:eastAsia="Times New Roman" w:cs="Times New Roman"/>
        </w:rPr>
        <w:t xml:space="preserve">. </w:t>
      </w:r>
      <w:r>
        <w:rPr>
          <w:rFonts w:ascii="MV Boli" w:hAnsi="MV Boli" w:eastAsia="MV Boli" w:cs="MV Boli"/>
        </w:rPr>
        <w:t>އެ</w:t>
      </w:r>
      <w:r>
        <w:rPr>
          <w:rFonts w:ascii="Times New Roman" w:hAnsi="Times New Roman" w:eastAsia="Times New Roman" w:cs="Times New Roman"/>
        </w:rPr>
        <w:t xml:space="preserve"> </w:t>
      </w:r>
      <w:r>
        <w:rPr>
          <w:rFonts w:ascii="MV Boli" w:hAnsi="MV Boli" w:eastAsia="MV Boli" w:cs="MV Boli"/>
        </w:rPr>
        <w:t>ހަގީގަތްތައް</w:t>
      </w:r>
      <w:r>
        <w:rPr>
          <w:rFonts w:ascii="Times New Roman" w:hAnsi="Times New Roman" w:eastAsia="Times New Roman" w:cs="Times New Roman"/>
        </w:rPr>
        <w:t xml:space="preserve"> </w:t>
      </w:r>
      <w:r>
        <w:rPr>
          <w:rFonts w:ascii="MV Boli" w:hAnsi="MV Boli" w:eastAsia="MV Boli" w:cs="MV Boli"/>
        </w:rPr>
        <w:t>ގުޅިގެން</w:t>
      </w:r>
      <w:r>
        <w:rPr>
          <w:rFonts w:ascii="Times New Roman" w:hAnsi="Times New Roman" w:eastAsia="Times New Roman" w:cs="Times New Roman"/>
        </w:rPr>
        <w:t xml:space="preserve"> </w:t>
      </w:r>
      <w:r>
        <w:rPr>
          <w:rFonts w:ascii="MV Boli" w:hAnsi="MV Boli" w:eastAsia="MV Boli" w:cs="MV Boli"/>
        </w:rPr>
        <w:t>ދަނީ</w:t>
      </w:r>
      <w:r>
        <w:rPr>
          <w:rFonts w:ascii="Times New Roman" w:hAnsi="Times New Roman" w:eastAsia="Times New Roman" w:cs="Times New Roman"/>
        </w:rPr>
        <w:t xml:space="preserve"> </w:t>
      </w:r>
      <w:r>
        <w:rPr>
          <w:rFonts w:ascii="MV Boli" w:hAnsi="MV Boli" w:eastAsia="MV Boli" w:cs="MV Boli"/>
        </w:rPr>
        <w:t>އެކަހަތަރު</w:t>
      </w:r>
      <w:r>
        <w:rPr>
          <w:rFonts w:ascii="Times New Roman" w:hAnsi="Times New Roman" w:eastAsia="Times New Roman" w:cs="Times New Roman"/>
        </w:rPr>
        <w:t xml:space="preserve"> </w:t>
      </w:r>
      <w:r>
        <w:rPr>
          <w:rFonts w:ascii="MV Boli" w:hAnsi="MV Boli" w:eastAsia="MV Boli" w:cs="MV Boli"/>
        </w:rPr>
        <w:t>ހާސް</w:t>
      </w:r>
      <w:r>
        <w:rPr>
          <w:rFonts w:ascii="Times New Roman" w:hAnsi="Times New Roman" w:eastAsia="Times New Roman" w:cs="Times New Roman"/>
        </w:rPr>
        <w:t xml:space="preserve"> </w:t>
      </w:r>
      <w:r>
        <w:rPr>
          <w:rFonts w:ascii="MV Boli" w:hAnsi="MV Boli" w:eastAsia="MV Boli" w:cs="MV Boli"/>
        </w:rPr>
        <w:t>މީހުންގެ</w:t>
      </w:r>
      <w:r>
        <w:rPr>
          <w:rFonts w:ascii="Times New Roman" w:hAnsi="Times New Roman" w:eastAsia="Times New Roman" w:cs="Times New Roman"/>
        </w:rPr>
        <w:t xml:space="preserve"> </w:t>
      </w:r>
      <w:r>
        <w:rPr>
          <w:rFonts w:ascii="MV Boli" w:hAnsi="MV Boli" w:eastAsia="MV Boli" w:cs="MV Boli"/>
        </w:rPr>
        <w:t>މުހުރު</w:t>
      </w:r>
      <w:r>
        <w:rPr>
          <w:rFonts w:ascii="Times New Roman" w:hAnsi="Times New Roman" w:eastAsia="Times New Roman" w:cs="Times New Roman"/>
        </w:rPr>
        <w:t xml:space="preserve"> </w:t>
      </w:r>
      <w:r>
        <w:rPr>
          <w:rFonts w:ascii="MV Boli" w:hAnsi="MV Boli" w:eastAsia="MV Boli" w:cs="MV Boli"/>
        </w:rPr>
        <w:t>ޖެހުމުގެ</w:t>
      </w:r>
      <w:r>
        <w:rPr>
          <w:rFonts w:ascii="Times New Roman" w:hAnsi="Times New Roman" w:eastAsia="Times New Roman" w:cs="Times New Roman"/>
        </w:rPr>
        <w:t xml:space="preserve"> </w:t>
      </w:r>
      <w:r>
        <w:rPr>
          <w:rFonts w:ascii="MV Boli" w:hAnsi="MV Boli" w:eastAsia="MV Boli" w:cs="MV Boli"/>
        </w:rPr>
        <w:t>ވަގުތު</w:t>
      </w:r>
      <w:r>
        <w:rPr>
          <w:rFonts w:ascii="Times New Roman" w:hAnsi="Times New Roman" w:eastAsia="Times New Roman" w:cs="Times New Roman"/>
        </w:rPr>
        <w:t xml:space="preserve"> </w:t>
      </w:r>
      <w:r>
        <w:rPr>
          <w:rFonts w:ascii="MV Boli" w:hAnsi="MV Boli" w:eastAsia="MV Boli" w:cs="MV Boli"/>
        </w:rPr>
        <w:t>ފެށުނުއިރު</w:t>
      </w:r>
      <w:r>
        <w:rPr>
          <w:rFonts w:ascii="Times New Roman" w:hAnsi="Times New Roman" w:eastAsia="Times New Roman" w:cs="Times New Roman"/>
        </w:rPr>
        <w:t xml:space="preserve"> </w:t>
      </w:r>
      <w:r>
        <w:rPr>
          <w:rFonts w:ascii="MV Boli" w:hAnsi="MV Boli" w:eastAsia="MV Boli" w:cs="MV Boli"/>
        </w:rPr>
        <w:t>އޭނާ</w:t>
      </w:r>
      <w:r>
        <w:rPr>
          <w:rFonts w:ascii="Times New Roman" w:hAnsi="Times New Roman" w:eastAsia="Times New Roman" w:cs="Times New Roman"/>
        </w:rPr>
        <w:t xml:space="preserve"> </w:t>
      </w:r>
      <w:r>
        <w:rPr>
          <w:rFonts w:ascii="MV Boli" w:hAnsi="MV Boli" w:eastAsia="MV Boli" w:cs="MV Boli"/>
        </w:rPr>
        <w:t>މުހުރު</w:t>
      </w:r>
      <w:r>
        <w:rPr>
          <w:rFonts w:ascii="Times New Roman" w:hAnsi="Times New Roman" w:eastAsia="Times New Roman" w:cs="Times New Roman"/>
        </w:rPr>
        <w:t xml:space="preserve"> </w:t>
      </w:r>
      <w:r>
        <w:rPr>
          <w:rFonts w:ascii="MV Boli" w:hAnsi="MV Boli" w:eastAsia="MV Boli" w:cs="MV Boli"/>
        </w:rPr>
        <w:t>ނެގި</w:t>
      </w:r>
      <w:r>
        <w:rPr>
          <w:rFonts w:ascii="Times New Roman" w:hAnsi="Times New Roman" w:eastAsia="Times New Roman" w:cs="Times New Roman"/>
        </w:rPr>
        <w:t xml:space="preserve"> </w:t>
      </w:r>
      <w:r>
        <w:rPr>
          <w:rFonts w:ascii="MV Boli" w:hAnsi="MV Boli" w:eastAsia="MV Boli" w:cs="MV Boli"/>
        </w:rPr>
        <w:t>މެސެޖާއި</w:t>
      </w:r>
      <w:r>
        <w:rPr>
          <w:rFonts w:ascii="Times New Roman" w:hAnsi="Times New Roman" w:eastAsia="Times New Roman" w:cs="Times New Roman"/>
        </w:rPr>
        <w:t xml:space="preserve">، </w:t>
      </w:r>
      <w:r>
        <w:rPr>
          <w:rFonts w:ascii="MV Boli" w:hAnsi="MV Boli" w:eastAsia="MV Boli" w:cs="MV Boli"/>
        </w:rPr>
        <w:t>ދެން</w:t>
      </w:r>
      <w:r>
        <w:rPr>
          <w:rFonts w:ascii="Times New Roman" w:hAnsi="Times New Roman" w:eastAsia="Times New Roman" w:cs="Times New Roman"/>
        </w:rPr>
        <w:t xml:space="preserve"> </w:t>
      </w:r>
      <w:r>
        <w:rPr>
          <w:rFonts w:ascii="MV Boli" w:hAnsi="MV Boli" w:eastAsia="MV Boli" w:cs="MV Boli"/>
        </w:rPr>
        <w:t>ހަމަ</w:t>
      </w:r>
      <w:r>
        <w:rPr>
          <w:rFonts w:ascii="Times New Roman" w:hAnsi="Times New Roman" w:eastAsia="Times New Roman" w:cs="Times New Roman"/>
        </w:rPr>
        <w:t xml:space="preserve"> </w:t>
      </w:r>
      <w:r>
        <w:rPr>
          <w:rFonts w:ascii="MV Boli" w:hAnsi="MV Boli" w:eastAsia="MV Boli" w:cs="MV Boli"/>
        </w:rPr>
        <w:t>އެ</w:t>
      </w:r>
      <w:r>
        <w:rPr>
          <w:rFonts w:ascii="Times New Roman" w:hAnsi="Times New Roman" w:eastAsia="Times New Roman" w:cs="Times New Roman"/>
        </w:rPr>
        <w:t xml:space="preserve"> </w:t>
      </w:r>
      <w:r>
        <w:rPr>
          <w:rFonts w:ascii="MV Boli" w:hAnsi="MV Boli" w:eastAsia="MV Boli" w:cs="MV Boli"/>
        </w:rPr>
        <w:t>ވަގުތުގެ</w:t>
      </w:r>
      <w:r>
        <w:rPr>
          <w:rFonts w:ascii="Times New Roman" w:hAnsi="Times New Roman" w:eastAsia="Times New Roman" w:cs="Times New Roman"/>
        </w:rPr>
        <w:t xml:space="preserve"> </w:t>
      </w:r>
      <w:r>
        <w:rPr>
          <w:rFonts w:ascii="MV Boli" w:hAnsi="MV Boli" w:eastAsia="MV Boli" w:cs="MV Boli"/>
        </w:rPr>
        <w:t>ނިމުމުގައި</w:t>
      </w:r>
      <w:r>
        <w:rPr>
          <w:rFonts w:ascii="Times New Roman" w:hAnsi="Times New Roman" w:eastAsia="Times New Roman" w:cs="Times New Roman"/>
        </w:rPr>
        <w:t xml:space="preserve"> </w:t>
      </w:r>
      <w:r>
        <w:rPr>
          <w:rFonts w:ascii="MV Boli" w:hAnsi="MV Boli" w:eastAsia="MV Boli" w:cs="MV Boli"/>
        </w:rPr>
        <w:t>އަލުން</w:t>
      </w:r>
      <w:r>
        <w:rPr>
          <w:rFonts w:ascii="Times New Roman" w:hAnsi="Times New Roman" w:eastAsia="Times New Roman" w:cs="Times New Roman"/>
        </w:rPr>
        <w:t xml:space="preserve"> </w:t>
      </w:r>
      <w:r>
        <w:rPr>
          <w:rFonts w:ascii="MV Boli" w:hAnsi="MV Boli" w:eastAsia="MV Boli" w:cs="MV Boli"/>
        </w:rPr>
        <w:t>މުހުރު</w:t>
      </w:r>
      <w:r>
        <w:rPr>
          <w:rFonts w:ascii="Times New Roman" w:hAnsi="Times New Roman" w:eastAsia="Times New Roman" w:cs="Times New Roman"/>
        </w:rPr>
        <w:t xml:space="preserve"> </w:t>
      </w:r>
      <w:r>
        <w:rPr>
          <w:rFonts w:ascii="MV Boli" w:hAnsi="MV Boli" w:eastAsia="MV Boli" w:cs="MV Boli"/>
        </w:rPr>
        <w:t>ނެގި</w:t>
      </w:r>
      <w:r>
        <w:rPr>
          <w:rFonts w:ascii="Times New Roman" w:hAnsi="Times New Roman" w:eastAsia="Times New Roman" w:cs="Times New Roman"/>
        </w:rPr>
        <w:t xml:space="preserve"> </w:t>
      </w:r>
      <w:r>
        <w:rPr>
          <w:rFonts w:ascii="MV Boli" w:hAnsi="MV Boli" w:eastAsia="MV Boli" w:cs="MV Boli"/>
        </w:rPr>
        <w:t>މެސެޖާއި</w:t>
      </w:r>
      <w:r>
        <w:rPr>
          <w:rFonts w:ascii="Times New Roman" w:hAnsi="Times New Roman" w:eastAsia="Times New Roman" w:cs="Times New Roman"/>
        </w:rPr>
        <w:t xml:space="preserve"> </w:t>
      </w:r>
      <w:r>
        <w:rPr>
          <w:rFonts w:ascii="MV Boli" w:hAnsi="MV Boli" w:eastAsia="MV Boli" w:cs="MV Boli"/>
        </w:rPr>
        <w:t>އެއްގޮތްވެގެނެވެ</w:t>
      </w:r>
      <w:r>
        <w:rPr>
          <w:rFonts w:ascii="Times New Roman" w:hAnsi="Times New Roman" w:eastAsia="Times New Roman" w:cs="Times New Roman"/>
        </w:rPr>
        <w:t xml:space="preserve">. </w:t>
      </w:r>
      <w:r>
        <w:rPr>
          <w:rFonts w:ascii="MV Boli" w:hAnsi="MV Boli" w:eastAsia="MV Boli" w:cs="MV Boli"/>
        </w:rPr>
        <w:t>އެ</w:t>
      </w:r>
      <w:r>
        <w:rPr>
          <w:rFonts w:ascii="Times New Roman" w:hAnsi="Times New Roman" w:eastAsia="Times New Roman" w:cs="Times New Roman"/>
        </w:rPr>
        <w:t xml:space="preserve"> </w:t>
      </w:r>
      <w:r>
        <w:rPr>
          <w:rFonts w:ascii="MV Boli" w:hAnsi="MV Boli" w:eastAsia="MV Boli" w:cs="MV Boli"/>
        </w:rPr>
        <w:t>ހަގީގަތްތައް</w:t>
      </w:r>
      <w:r>
        <w:rPr>
          <w:rFonts w:ascii="Times New Roman" w:hAnsi="Times New Roman" w:eastAsia="Times New Roman" w:cs="Times New Roman"/>
        </w:rPr>
        <w:t xml:space="preserve"> </w:t>
      </w:r>
      <w:r>
        <w:rPr>
          <w:rFonts w:ascii="MV Boli" w:hAnsi="MV Boli" w:eastAsia="MV Boli" w:cs="MV Boli"/>
        </w:rPr>
        <w:t>ދާނިޔާލުގެ</w:t>
      </w:r>
      <w:r>
        <w:rPr>
          <w:rFonts w:ascii="Times New Roman" w:hAnsi="Times New Roman" w:eastAsia="Times New Roman" w:cs="Times New Roman"/>
        </w:rPr>
        <w:t xml:space="preserve"> </w:t>
      </w:r>
      <w:r>
        <w:rPr>
          <w:rFonts w:ascii="MV Boli" w:hAnsi="MV Boli" w:eastAsia="MV Boli" w:cs="MV Boli"/>
        </w:rPr>
        <w:t>ފޮތުގެ</w:t>
      </w:r>
      <w:r>
        <w:rPr>
          <w:rFonts w:ascii="Times New Roman" w:hAnsi="Times New Roman" w:eastAsia="Times New Roman" w:cs="Times New Roman"/>
        </w:rPr>
        <w:t xml:space="preserve"> </w:t>
      </w:r>
      <w:r>
        <w:rPr>
          <w:rFonts w:ascii="MV Boli" w:hAnsi="MV Boli" w:eastAsia="MV Boli" w:cs="MV Boli"/>
        </w:rPr>
        <w:t>އެގާރަވަނަ</w:t>
      </w:r>
      <w:r>
        <w:rPr>
          <w:rFonts w:ascii="Times New Roman" w:hAnsi="Times New Roman" w:eastAsia="Times New Roman" w:cs="Times New Roman"/>
        </w:rPr>
        <w:t xml:space="preserve"> </w:t>
      </w:r>
      <w:r>
        <w:rPr>
          <w:rFonts w:ascii="MV Boli" w:hAnsi="MV Boli" w:eastAsia="MV Boli" w:cs="MV Boli"/>
        </w:rPr>
        <w:t>ބާބުގެ</w:t>
      </w:r>
      <w:r>
        <w:rPr>
          <w:rFonts w:ascii="Times New Roman" w:hAnsi="Times New Roman" w:eastAsia="Times New Roman" w:cs="Times New Roman"/>
        </w:rPr>
        <w:t xml:space="preserve"> </w:t>
      </w:r>
      <w:r>
        <w:rPr>
          <w:rFonts w:ascii="MV Boli" w:hAnsi="MV Boli" w:eastAsia="MV Boli" w:cs="MV Boli"/>
        </w:rPr>
        <w:t>ތޭރަވަނައިން</w:t>
      </w:r>
      <w:r>
        <w:rPr>
          <w:rFonts w:ascii="Times New Roman" w:hAnsi="Times New Roman" w:eastAsia="Times New Roman" w:cs="Times New Roman"/>
        </w:rPr>
        <w:t xml:space="preserve"> </w:t>
      </w:r>
      <w:r>
        <w:rPr>
          <w:rFonts w:ascii="MV Boli" w:hAnsi="MV Boli" w:eastAsia="MV Boli" w:cs="MV Boli"/>
        </w:rPr>
        <w:t>ފަނަރަވަނައަށް</w:t>
      </w:r>
      <w:r>
        <w:rPr>
          <w:rFonts w:ascii="Times New Roman" w:hAnsi="Times New Roman" w:eastAsia="Times New Roman" w:cs="Times New Roman"/>
        </w:rPr>
        <w:t xml:space="preserve"> </w:t>
      </w:r>
      <w:r>
        <w:rPr>
          <w:rFonts w:ascii="MV Boli" w:hAnsi="MV Boli" w:eastAsia="MV Boli" w:cs="MV Boli"/>
        </w:rPr>
        <w:t>ހިމެނޭ</w:t>
      </w:r>
      <w:r>
        <w:rPr>
          <w:rFonts w:ascii="Times New Roman" w:hAnsi="Times New Roman" w:eastAsia="Times New Roman" w:cs="Times New Roman"/>
        </w:rPr>
        <w:t xml:space="preserve"> </w:t>
      </w:r>
      <w:r>
        <w:rPr>
          <w:rFonts w:ascii="MV Boli" w:hAnsi="MV Boli" w:eastAsia="MV Boli" w:cs="MV Boli"/>
        </w:rPr>
        <w:t>އާޔަތްތަކުން</w:t>
      </w:r>
      <w:r>
        <w:rPr>
          <w:rFonts w:ascii="Times New Roman" w:hAnsi="Times New Roman" w:eastAsia="Times New Roman" w:cs="Times New Roman"/>
        </w:rPr>
        <w:t xml:space="preserve"> </w:t>
      </w:r>
      <w:r>
        <w:rPr>
          <w:rFonts w:ascii="MV Boli" w:hAnsi="MV Boli" w:eastAsia="MV Boli" w:cs="MV Boli"/>
        </w:rPr>
        <w:t>ބަޔާން</w:t>
      </w:r>
      <w:r>
        <w:rPr>
          <w:rFonts w:ascii="Times New Roman" w:hAnsi="Times New Roman" w:eastAsia="Times New Roman" w:cs="Times New Roman"/>
        </w:rPr>
        <w:t xml:space="preserve"> </w:t>
      </w:r>
      <w:r>
        <w:rPr>
          <w:rFonts w:ascii="MV Boli" w:hAnsi="MV Boli" w:eastAsia="MV Boli" w:cs="MV Boli"/>
        </w:rPr>
        <w:t>ކުރާ</w:t>
      </w:r>
      <w:r>
        <w:rPr>
          <w:rFonts w:ascii="Times New Roman" w:hAnsi="Times New Roman" w:eastAsia="Times New Roman" w:cs="Times New Roman"/>
        </w:rPr>
        <w:t xml:space="preserve"> </w:t>
      </w:r>
      <w:r>
        <w:rPr>
          <w:rFonts w:ascii="MV Boli" w:hAnsi="MV Boli" w:eastAsia="MV Boli" w:cs="MV Boli"/>
        </w:rPr>
        <w:t>މެސެޖާއި</w:t>
      </w:r>
      <w:r>
        <w:rPr>
          <w:rFonts w:ascii="Times New Roman" w:hAnsi="Times New Roman" w:eastAsia="Times New Roman" w:cs="Times New Roman"/>
        </w:rPr>
        <w:t xml:space="preserve"> </w:t>
      </w:r>
      <w:r>
        <w:rPr>
          <w:rFonts w:ascii="MV Boli" w:hAnsi="MV Boli" w:eastAsia="MV Boli" w:cs="MV Boli"/>
        </w:rPr>
        <w:t>އެއްގޮތްވެގެނެވެ</w:t>
      </w:r>
      <w:r>
        <w:rPr>
          <w:rFonts w:ascii="Times New Roman" w:hAnsi="Times New Roman" w:eastAsia="Times New Roman" w:cs="Times New Roman"/>
        </w:rPr>
        <w:t>.</w:t>
      </w:r>
    </w:p>
    <w:p>
      <w:pPr>
        <w:pStyle w:val="ArticleBody"/>
        <w:jc w:val="left"/>
      </w:pPr>
      <w:r>
        <w:rPr>
          <w:rFonts w:ascii="Times New Roman" w:hAnsi="Times New Roman" w:eastAsia="Times New Roman" w:cs="Times New Roman"/>
        </w:rPr>
        <w:t>Kemeatlasej nochi tlen melāhuac in se ciento īhuān cuarenta īhuān nahui mil, quichīhua īpan in tlamachīyōtl de līnea īpan līnea, pampa ompa mocahua in “llaves” de in reino de Dios. Inon melāhuacmēh monequi mocuāsqueh, pampa yehhuāntin cateh in llaves de in reino de Dios, īhuān in reino de Dios monequi yez in ītech ipueblo.</w:t>
      </w:r>
    </w:p>
    <w:p>
      <w:pPr>
        <w:pStyle w:val="ArticleScripture"/>
        <w:jc w:val="left"/>
      </w:pPr>
      <w:r>
        <w:rPr>
          <w:rFonts w:ascii="Times New Roman" w:hAnsi="Times New Roman" w:eastAsia="Times New Roman" w:cs="Times New Roman"/>
        </w:rPr>
        <w:t>Farisiŕa ojejerurérõ chupe arakaʼépa ouvaʼerã Ñandejára Rréino, haʼe ombohovái chupekuéra heʼívo: Ñandejára Rréino ndoúi ojehechakuaávo; ha ndohesakamoʼãi avei: Péina koʼápe! térã: Péina pépe! pórke, péina, Ñandejára Rréino oĩ pende apytépe. Lucas 17:20, 21.</w:t>
      </w:r>
    </w:p>
    <w:p>
      <w:pPr>
        <w:pStyle w:val="ArticleBody"/>
        <w:jc w:val="left"/>
      </w:pPr>
      <w:r>
        <w:rPr>
          <w:rFonts w:ascii="Times New Roman" w:hAnsi="Times New Roman" w:eastAsia="Times New Roman" w:cs="Times New Roman"/>
        </w:rPr>
        <w:t>الشيّاطين يؤمنون، ومع ذلك يرتعدون، لأنّه لا يكفي مجرّد الإيمان بـ«الحق». بل لا بدّ أن يصير جزءًا منك كما يصير الطعام الجسدي الذي يُؤكَل جزءًا من الإنسان. في تاريخ الآيات من ثلاث عشرة إلى خمس عشرة، يفكّ أسد سبط يهوذا أختام الحقائق المتّصلة بقانون الأحد الوشيك المجيء، وهذه الحقائق تطبع الختم على جباه العذارى الحكيمات قبل مجيء الأزمة. وكان أسد سبط يهوذا عالمًا تمام العلم بشهادة الإصحاح السادس عشر من متّى، وكانت زيارته إلى قيصريّة فيلبّس منسجمة مع شهادة دانيال عن بانيوم، وكان يعلم أنّ ظلّ الصليب الذي وقف هو وتلميذه تحته في قيصريّة فيلبّس كان يمثّل ظلّ قانون الأحد الآتي في تاريخ شعبه في الأيام الأخيرة.</w:t>
      </w:r>
    </w:p>
    <w:p>
      <w:pPr>
        <w:pStyle w:val="ArticleScripture"/>
        <w:jc w:val="left"/>
      </w:pPr>
      <w:r>
        <w:rPr>
          <w:rFonts w:ascii="Nirmala UI" w:hAnsi="Nirmala UI" w:eastAsia="Nirmala UI" w:cs="Nirmala UI"/>
        </w:rPr>
        <w:t>त्या</w:t>
      </w:r>
      <w:r>
        <w:rPr>
          <w:rFonts w:ascii="Times New Roman" w:hAnsi="Times New Roman" w:eastAsia="Times New Roman" w:cs="Times New Roman"/>
        </w:rPr>
        <w:t xml:space="preserve"> </w:t>
      </w:r>
      <w:r>
        <w:rPr>
          <w:rFonts w:ascii="Nirmala UI" w:hAnsi="Nirmala UI" w:eastAsia="Nirmala UI" w:cs="Nirmala UI"/>
        </w:rPr>
        <w:t>समयापासून</w:t>
      </w:r>
      <w:r>
        <w:rPr>
          <w:rFonts w:ascii="Times New Roman" w:hAnsi="Times New Roman" w:eastAsia="Times New Roman" w:cs="Times New Roman"/>
        </w:rPr>
        <w:t xml:space="preserve"> </w:t>
      </w:r>
      <w:r>
        <w:rPr>
          <w:rFonts w:ascii="Nirmala UI" w:hAnsi="Nirmala UI" w:eastAsia="Nirmala UI" w:cs="Nirmala UI"/>
        </w:rPr>
        <w:t>येशूने</w:t>
      </w:r>
      <w:r>
        <w:rPr>
          <w:rFonts w:ascii="Times New Roman" w:hAnsi="Times New Roman" w:eastAsia="Times New Roman" w:cs="Times New Roman"/>
        </w:rPr>
        <w:t xml:space="preserve"> </w:t>
      </w:r>
      <w:r>
        <w:rPr>
          <w:rFonts w:ascii="Nirmala UI" w:hAnsi="Nirmala UI" w:eastAsia="Nirmala UI" w:cs="Nirmala UI"/>
        </w:rPr>
        <w:t>आपल्या</w:t>
      </w:r>
      <w:r>
        <w:rPr>
          <w:rFonts w:ascii="Times New Roman" w:hAnsi="Times New Roman" w:eastAsia="Times New Roman" w:cs="Times New Roman"/>
        </w:rPr>
        <w:t xml:space="preserve"> </w:t>
      </w:r>
      <w:r>
        <w:rPr>
          <w:rFonts w:ascii="Nirmala UI" w:hAnsi="Nirmala UI" w:eastAsia="Nirmala UI" w:cs="Nirmala UI"/>
        </w:rPr>
        <w:t>शिष्यांना</w:t>
      </w:r>
      <w:r>
        <w:rPr>
          <w:rFonts w:ascii="Times New Roman" w:hAnsi="Times New Roman" w:eastAsia="Times New Roman" w:cs="Times New Roman"/>
        </w:rPr>
        <w:t xml:space="preserve"> </w:t>
      </w:r>
      <w:r>
        <w:rPr>
          <w:rFonts w:ascii="Nirmala UI" w:hAnsi="Nirmala UI" w:eastAsia="Nirmala UI" w:cs="Nirmala UI"/>
        </w:rPr>
        <w:t>दाखवू</w:t>
      </w:r>
      <w:r>
        <w:rPr>
          <w:rFonts w:ascii="Times New Roman" w:hAnsi="Times New Roman" w:eastAsia="Times New Roman" w:cs="Times New Roman"/>
        </w:rPr>
        <w:t xml:space="preserve"> </w:t>
      </w:r>
      <w:r>
        <w:rPr>
          <w:rFonts w:ascii="Nirmala UI" w:hAnsi="Nirmala UI" w:eastAsia="Nirmala UI" w:cs="Nirmala UI"/>
        </w:rPr>
        <w:t>लागला</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त्याने</w:t>
      </w:r>
      <w:r>
        <w:rPr>
          <w:rFonts w:ascii="Times New Roman" w:hAnsi="Times New Roman" w:eastAsia="Times New Roman" w:cs="Times New Roman"/>
        </w:rPr>
        <w:t xml:space="preserve"> </w:t>
      </w:r>
      <w:r>
        <w:rPr>
          <w:rFonts w:ascii="Nirmala UI" w:hAnsi="Nirmala UI" w:eastAsia="Nirmala UI" w:cs="Nirmala UI"/>
        </w:rPr>
        <w:t>यरुशलेमास</w:t>
      </w:r>
      <w:r>
        <w:rPr>
          <w:rFonts w:ascii="Times New Roman" w:hAnsi="Times New Roman" w:eastAsia="Times New Roman" w:cs="Times New Roman"/>
        </w:rPr>
        <w:t xml:space="preserve"> </w:t>
      </w:r>
      <w:r>
        <w:rPr>
          <w:rFonts w:ascii="Nirmala UI" w:hAnsi="Nirmala UI" w:eastAsia="Nirmala UI" w:cs="Nirmala UI"/>
        </w:rPr>
        <w:t>जाऊन</w:t>
      </w:r>
      <w:r>
        <w:rPr>
          <w:rFonts w:ascii="Times New Roman" w:hAnsi="Times New Roman" w:eastAsia="Times New Roman" w:cs="Times New Roman"/>
        </w:rPr>
        <w:t xml:space="preserve"> </w:t>
      </w:r>
      <w:r>
        <w:rPr>
          <w:rFonts w:ascii="Nirmala UI" w:hAnsi="Nirmala UI" w:eastAsia="Nirmala UI" w:cs="Nirmala UI"/>
        </w:rPr>
        <w:t>वडीलजन</w:t>
      </w:r>
      <w:r>
        <w:rPr>
          <w:rFonts w:ascii="Times New Roman" w:hAnsi="Times New Roman" w:eastAsia="Times New Roman" w:cs="Times New Roman"/>
        </w:rPr>
        <w:t xml:space="preserve">, </w:t>
      </w:r>
      <w:r>
        <w:rPr>
          <w:rFonts w:ascii="Nirmala UI" w:hAnsi="Nirmala UI" w:eastAsia="Nirmala UI" w:cs="Nirmala UI"/>
        </w:rPr>
        <w:t>मुख्य</w:t>
      </w:r>
      <w:r>
        <w:rPr>
          <w:rFonts w:ascii="Times New Roman" w:hAnsi="Times New Roman" w:eastAsia="Times New Roman" w:cs="Times New Roman"/>
        </w:rPr>
        <w:t xml:space="preserve"> </w:t>
      </w:r>
      <w:r>
        <w:rPr>
          <w:rFonts w:ascii="Nirmala UI" w:hAnsi="Nirmala UI" w:eastAsia="Nirmala UI" w:cs="Nirmala UI"/>
        </w:rPr>
        <w:t>याजक</w:t>
      </w:r>
      <w:r>
        <w:rPr>
          <w:rFonts w:ascii="Times New Roman" w:hAnsi="Times New Roman" w:eastAsia="Times New Roman" w:cs="Times New Roman"/>
        </w:rPr>
        <w:t xml:space="preserve"> </w:t>
      </w:r>
      <w:r>
        <w:rPr>
          <w:rFonts w:ascii="Nirmala UI" w:hAnsi="Nirmala UI" w:eastAsia="Nirmala UI" w:cs="Nirmala UI"/>
        </w:rPr>
        <w:t>आणि</w:t>
      </w:r>
      <w:r>
        <w:rPr>
          <w:rFonts w:ascii="Times New Roman" w:hAnsi="Times New Roman" w:eastAsia="Times New Roman" w:cs="Times New Roman"/>
        </w:rPr>
        <w:t xml:space="preserve"> </w:t>
      </w:r>
      <w:r>
        <w:rPr>
          <w:rFonts w:ascii="Nirmala UI" w:hAnsi="Nirmala UI" w:eastAsia="Nirmala UI" w:cs="Nirmala UI"/>
        </w:rPr>
        <w:t>शास्त्री</w:t>
      </w:r>
      <w:r>
        <w:rPr>
          <w:rFonts w:ascii="Times New Roman" w:hAnsi="Times New Roman" w:eastAsia="Times New Roman" w:cs="Times New Roman"/>
        </w:rPr>
        <w:t xml:space="preserve"> </w:t>
      </w:r>
      <w:r>
        <w:rPr>
          <w:rFonts w:ascii="Nirmala UI" w:hAnsi="Nirmala UI" w:eastAsia="Nirmala UI" w:cs="Nirmala UI"/>
        </w:rPr>
        <w:t>यांच्या</w:t>
      </w:r>
      <w:r>
        <w:rPr>
          <w:rFonts w:ascii="Times New Roman" w:hAnsi="Times New Roman" w:eastAsia="Times New Roman" w:cs="Times New Roman"/>
        </w:rPr>
        <w:t xml:space="preserve"> </w:t>
      </w:r>
      <w:r>
        <w:rPr>
          <w:rFonts w:ascii="Nirmala UI" w:hAnsi="Nirmala UI" w:eastAsia="Nirmala UI" w:cs="Nirmala UI"/>
        </w:rPr>
        <w:t>हातून</w:t>
      </w:r>
      <w:r>
        <w:rPr>
          <w:rFonts w:ascii="Times New Roman" w:hAnsi="Times New Roman" w:eastAsia="Times New Roman" w:cs="Times New Roman"/>
        </w:rPr>
        <w:t xml:space="preserve"> </w:t>
      </w:r>
      <w:r>
        <w:rPr>
          <w:rFonts w:ascii="Nirmala UI" w:hAnsi="Nirmala UI" w:eastAsia="Nirmala UI" w:cs="Nirmala UI"/>
        </w:rPr>
        <w:t>पुष्कळ</w:t>
      </w:r>
      <w:r>
        <w:rPr>
          <w:rFonts w:ascii="Times New Roman" w:hAnsi="Times New Roman" w:eastAsia="Times New Roman" w:cs="Times New Roman"/>
        </w:rPr>
        <w:t xml:space="preserve"> </w:t>
      </w:r>
      <w:r>
        <w:rPr>
          <w:rFonts w:ascii="Nirmala UI" w:hAnsi="Nirmala UI" w:eastAsia="Nirmala UI" w:cs="Nirmala UI"/>
        </w:rPr>
        <w:t>क्लेश</w:t>
      </w:r>
      <w:r>
        <w:rPr>
          <w:rFonts w:ascii="Times New Roman" w:hAnsi="Times New Roman" w:eastAsia="Times New Roman" w:cs="Times New Roman"/>
        </w:rPr>
        <w:t xml:space="preserve"> </w:t>
      </w:r>
      <w:r>
        <w:rPr>
          <w:rFonts w:ascii="Nirmala UI" w:hAnsi="Nirmala UI" w:eastAsia="Nirmala UI" w:cs="Nirmala UI"/>
        </w:rPr>
        <w:t>सोसले</w:t>
      </w:r>
      <w:r>
        <w:rPr>
          <w:rFonts w:ascii="Times New Roman" w:hAnsi="Times New Roman" w:eastAsia="Times New Roman" w:cs="Times New Roman"/>
        </w:rPr>
        <w:t xml:space="preserve"> </w:t>
      </w:r>
      <w:r>
        <w:rPr>
          <w:rFonts w:ascii="Nirmala UI" w:hAnsi="Nirmala UI" w:eastAsia="Nirmala UI" w:cs="Nirmala UI"/>
        </w:rPr>
        <w:t>पाहिजेत</w:t>
      </w:r>
      <w:r>
        <w:rPr>
          <w:rFonts w:ascii="Times New Roman" w:hAnsi="Times New Roman" w:eastAsia="Times New Roman" w:cs="Times New Roman"/>
        </w:rPr>
        <w:t xml:space="preserve">, </w:t>
      </w:r>
      <w:r>
        <w:rPr>
          <w:rFonts w:ascii="Nirmala UI" w:hAnsi="Nirmala UI" w:eastAsia="Nirmala UI" w:cs="Nirmala UI"/>
        </w:rPr>
        <w:t>ठार</w:t>
      </w:r>
      <w:r>
        <w:rPr>
          <w:rFonts w:ascii="Times New Roman" w:hAnsi="Times New Roman" w:eastAsia="Times New Roman" w:cs="Times New Roman"/>
        </w:rPr>
        <w:t xml:space="preserve"> </w:t>
      </w:r>
      <w:r>
        <w:rPr>
          <w:rFonts w:ascii="Nirmala UI" w:hAnsi="Nirmala UI" w:eastAsia="Nirmala UI" w:cs="Nirmala UI"/>
        </w:rPr>
        <w:t>मारला</w:t>
      </w:r>
      <w:r>
        <w:rPr>
          <w:rFonts w:ascii="Times New Roman" w:hAnsi="Times New Roman" w:eastAsia="Times New Roman" w:cs="Times New Roman"/>
        </w:rPr>
        <w:t xml:space="preserve"> </w:t>
      </w:r>
      <w:r>
        <w:rPr>
          <w:rFonts w:ascii="Nirmala UI" w:hAnsi="Nirmala UI" w:eastAsia="Nirmala UI" w:cs="Nirmala UI"/>
        </w:rPr>
        <w:t>गेला</w:t>
      </w:r>
      <w:r>
        <w:rPr>
          <w:rFonts w:ascii="Times New Roman" w:hAnsi="Times New Roman" w:eastAsia="Times New Roman" w:cs="Times New Roman"/>
        </w:rPr>
        <w:t xml:space="preserve"> </w:t>
      </w:r>
      <w:r>
        <w:rPr>
          <w:rFonts w:ascii="Nirmala UI" w:hAnsi="Nirmala UI" w:eastAsia="Nirmala UI" w:cs="Nirmala UI"/>
        </w:rPr>
        <w:t>पाहिजे</w:t>
      </w:r>
      <w:r>
        <w:rPr>
          <w:rFonts w:ascii="Times New Roman" w:hAnsi="Times New Roman" w:eastAsia="Times New Roman" w:cs="Times New Roman"/>
        </w:rPr>
        <w:t xml:space="preserve">, </w:t>
      </w:r>
      <w:r>
        <w:rPr>
          <w:rFonts w:ascii="Nirmala UI" w:hAnsi="Nirmala UI" w:eastAsia="Nirmala UI" w:cs="Nirmala UI"/>
        </w:rPr>
        <w:t>आणि</w:t>
      </w:r>
      <w:r>
        <w:rPr>
          <w:rFonts w:ascii="Times New Roman" w:hAnsi="Times New Roman" w:eastAsia="Times New Roman" w:cs="Times New Roman"/>
        </w:rPr>
        <w:t xml:space="preserve"> </w:t>
      </w:r>
      <w:r>
        <w:rPr>
          <w:rFonts w:ascii="Nirmala UI" w:hAnsi="Nirmala UI" w:eastAsia="Nirmala UI" w:cs="Nirmala UI"/>
        </w:rPr>
        <w:t>तिसऱ्या</w:t>
      </w:r>
      <w:r>
        <w:rPr>
          <w:rFonts w:ascii="Times New Roman" w:hAnsi="Times New Roman" w:eastAsia="Times New Roman" w:cs="Times New Roman"/>
        </w:rPr>
        <w:t xml:space="preserve"> </w:t>
      </w:r>
      <w:r>
        <w:rPr>
          <w:rFonts w:ascii="Nirmala UI" w:hAnsi="Nirmala UI" w:eastAsia="Nirmala UI" w:cs="Nirmala UI"/>
        </w:rPr>
        <w:t>दिवशी</w:t>
      </w:r>
      <w:r>
        <w:rPr>
          <w:rFonts w:ascii="Times New Roman" w:hAnsi="Times New Roman" w:eastAsia="Times New Roman" w:cs="Times New Roman"/>
        </w:rPr>
        <w:t xml:space="preserve"> </w:t>
      </w:r>
      <w:r>
        <w:rPr>
          <w:rFonts w:ascii="Nirmala UI" w:hAnsi="Nirmala UI" w:eastAsia="Nirmala UI" w:cs="Nirmala UI"/>
        </w:rPr>
        <w:t>पुन्हा</w:t>
      </w:r>
      <w:r>
        <w:rPr>
          <w:rFonts w:ascii="Times New Roman" w:hAnsi="Times New Roman" w:eastAsia="Times New Roman" w:cs="Times New Roman"/>
        </w:rPr>
        <w:t xml:space="preserve"> </w:t>
      </w:r>
      <w:r>
        <w:rPr>
          <w:rFonts w:ascii="Nirmala UI" w:hAnsi="Nirmala UI" w:eastAsia="Nirmala UI" w:cs="Nirmala UI"/>
        </w:rPr>
        <w:t>उठविला</w:t>
      </w:r>
      <w:r>
        <w:rPr>
          <w:rFonts w:ascii="Times New Roman" w:hAnsi="Times New Roman" w:eastAsia="Times New Roman" w:cs="Times New Roman"/>
        </w:rPr>
        <w:t xml:space="preserve"> </w:t>
      </w:r>
      <w:r>
        <w:rPr>
          <w:rFonts w:ascii="Nirmala UI" w:hAnsi="Nirmala UI" w:eastAsia="Nirmala UI" w:cs="Nirmala UI"/>
        </w:rPr>
        <w:t>गेला</w:t>
      </w:r>
      <w:r>
        <w:rPr>
          <w:rFonts w:ascii="Times New Roman" w:hAnsi="Times New Roman" w:eastAsia="Times New Roman" w:cs="Times New Roman"/>
        </w:rPr>
        <w:t xml:space="preserve"> </w:t>
      </w:r>
      <w:r>
        <w:rPr>
          <w:rFonts w:ascii="Nirmala UI" w:hAnsi="Nirmala UI" w:eastAsia="Nirmala UI" w:cs="Nirmala UI"/>
        </w:rPr>
        <w:t>पाहिजे</w:t>
      </w:r>
      <w:r>
        <w:rPr>
          <w:rFonts w:ascii="Times New Roman" w:hAnsi="Times New Roman" w:eastAsia="Times New Roman" w:cs="Times New Roman"/>
        </w:rPr>
        <w:t xml:space="preserve">. </w:t>
      </w:r>
      <w:r>
        <w:rPr>
          <w:rFonts w:ascii="Nirmala UI" w:hAnsi="Nirmala UI" w:eastAsia="Nirmala UI" w:cs="Nirmala UI"/>
        </w:rPr>
        <w:t>तेव्हा</w:t>
      </w:r>
      <w:r>
        <w:rPr>
          <w:rFonts w:ascii="Times New Roman" w:hAnsi="Times New Roman" w:eastAsia="Times New Roman" w:cs="Times New Roman"/>
        </w:rPr>
        <w:t xml:space="preserve"> </w:t>
      </w:r>
      <w:r>
        <w:rPr>
          <w:rFonts w:ascii="Nirmala UI" w:hAnsi="Nirmala UI" w:eastAsia="Nirmala UI" w:cs="Nirmala UI"/>
        </w:rPr>
        <w:t>पेत्राने</w:t>
      </w:r>
      <w:r>
        <w:rPr>
          <w:rFonts w:ascii="Times New Roman" w:hAnsi="Times New Roman" w:eastAsia="Times New Roman" w:cs="Times New Roman"/>
        </w:rPr>
        <w:t xml:space="preserve"> </w:t>
      </w:r>
      <w:r>
        <w:rPr>
          <w:rFonts w:ascii="Nirmala UI" w:hAnsi="Nirmala UI" w:eastAsia="Nirmala UI" w:cs="Nirmala UI"/>
        </w:rPr>
        <w:t>त्याला</w:t>
      </w:r>
      <w:r>
        <w:rPr>
          <w:rFonts w:ascii="Times New Roman" w:hAnsi="Times New Roman" w:eastAsia="Times New Roman" w:cs="Times New Roman"/>
        </w:rPr>
        <w:t xml:space="preserve"> </w:t>
      </w:r>
      <w:r>
        <w:rPr>
          <w:rFonts w:ascii="Nirmala UI" w:hAnsi="Nirmala UI" w:eastAsia="Nirmala UI" w:cs="Nirmala UI"/>
        </w:rPr>
        <w:t>बाजूस</w:t>
      </w:r>
      <w:r>
        <w:rPr>
          <w:rFonts w:ascii="Times New Roman" w:hAnsi="Times New Roman" w:eastAsia="Times New Roman" w:cs="Times New Roman"/>
        </w:rPr>
        <w:t xml:space="preserve"> </w:t>
      </w:r>
      <w:r>
        <w:rPr>
          <w:rFonts w:ascii="Nirmala UI" w:hAnsi="Nirmala UI" w:eastAsia="Nirmala UI" w:cs="Nirmala UI"/>
        </w:rPr>
        <w:t>घेऊन</w:t>
      </w:r>
      <w:r>
        <w:rPr>
          <w:rFonts w:ascii="Times New Roman" w:hAnsi="Times New Roman" w:eastAsia="Times New Roman" w:cs="Times New Roman"/>
        </w:rPr>
        <w:t xml:space="preserve"> </w:t>
      </w:r>
      <w:r>
        <w:rPr>
          <w:rFonts w:ascii="Nirmala UI" w:hAnsi="Nirmala UI" w:eastAsia="Nirmala UI" w:cs="Nirmala UI"/>
        </w:rPr>
        <w:t>त्याला</w:t>
      </w:r>
      <w:r>
        <w:rPr>
          <w:rFonts w:ascii="Times New Roman" w:hAnsi="Times New Roman" w:eastAsia="Times New Roman" w:cs="Times New Roman"/>
        </w:rPr>
        <w:t xml:space="preserve"> </w:t>
      </w:r>
      <w:r>
        <w:rPr>
          <w:rFonts w:ascii="Nirmala UI" w:hAnsi="Nirmala UI" w:eastAsia="Nirmala UI" w:cs="Nirmala UI"/>
        </w:rPr>
        <w:t>धिक्कारू</w:t>
      </w:r>
      <w:r>
        <w:rPr>
          <w:rFonts w:ascii="Times New Roman" w:hAnsi="Times New Roman" w:eastAsia="Times New Roman" w:cs="Times New Roman"/>
        </w:rPr>
        <w:t xml:space="preserve"> </w:t>
      </w:r>
      <w:r>
        <w:rPr>
          <w:rFonts w:ascii="Nirmala UI" w:hAnsi="Nirmala UI" w:eastAsia="Nirmala UI" w:cs="Nirmala UI"/>
        </w:rPr>
        <w:t>लागला</w:t>
      </w:r>
      <w:r>
        <w:rPr>
          <w:rFonts w:ascii="Times New Roman" w:hAnsi="Times New Roman" w:eastAsia="Times New Roman" w:cs="Times New Roman"/>
        </w:rPr>
        <w:t xml:space="preserve"> </w:t>
      </w:r>
      <w:r>
        <w:rPr>
          <w:rFonts w:ascii="Nirmala UI" w:hAnsi="Nirmala UI" w:eastAsia="Nirmala UI" w:cs="Nirmala UI"/>
        </w:rPr>
        <w:t>व</w:t>
      </w:r>
      <w:r>
        <w:rPr>
          <w:rFonts w:ascii="Times New Roman" w:hAnsi="Times New Roman" w:eastAsia="Times New Roman" w:cs="Times New Roman"/>
        </w:rPr>
        <w:t xml:space="preserve"> </w:t>
      </w:r>
      <w:r>
        <w:rPr>
          <w:rFonts w:ascii="Nirmala UI" w:hAnsi="Nirmala UI" w:eastAsia="Nirmala UI" w:cs="Nirmala UI"/>
        </w:rPr>
        <w:t>म्हणाला</w:t>
      </w:r>
      <w:r>
        <w:rPr>
          <w:rFonts w:ascii="Times New Roman" w:hAnsi="Times New Roman" w:eastAsia="Times New Roman" w:cs="Times New Roman"/>
        </w:rPr>
        <w:t xml:space="preserve">, </w:t>
      </w:r>
      <w:r>
        <w:rPr>
          <w:rFonts w:ascii="Nirmala UI" w:hAnsi="Nirmala UI" w:eastAsia="Nirmala UI" w:cs="Nirmala UI"/>
        </w:rPr>
        <w:t>प्रभु</w:t>
      </w:r>
      <w:r>
        <w:rPr>
          <w:rFonts w:ascii="Times New Roman" w:hAnsi="Times New Roman" w:eastAsia="Times New Roman" w:cs="Times New Roman"/>
        </w:rPr>
        <w:t xml:space="preserve">, </w:t>
      </w:r>
      <w:r>
        <w:rPr>
          <w:rFonts w:ascii="Nirmala UI" w:hAnsi="Nirmala UI" w:eastAsia="Nirmala UI" w:cs="Nirmala UI"/>
        </w:rPr>
        <w:t>हे</w:t>
      </w:r>
      <w:r>
        <w:rPr>
          <w:rFonts w:ascii="Times New Roman" w:hAnsi="Times New Roman" w:eastAsia="Times New Roman" w:cs="Times New Roman"/>
        </w:rPr>
        <w:t xml:space="preserve"> </w:t>
      </w:r>
      <w:r>
        <w:rPr>
          <w:rFonts w:ascii="Nirmala UI" w:hAnsi="Nirmala UI" w:eastAsia="Nirmala UI" w:cs="Nirmala UI"/>
        </w:rPr>
        <w:t>तुझ्यापासून</w:t>
      </w:r>
      <w:r>
        <w:rPr>
          <w:rFonts w:ascii="Times New Roman" w:hAnsi="Times New Roman" w:eastAsia="Times New Roman" w:cs="Times New Roman"/>
        </w:rPr>
        <w:t xml:space="preserve"> </w:t>
      </w:r>
      <w:r>
        <w:rPr>
          <w:rFonts w:ascii="Nirmala UI" w:hAnsi="Nirmala UI" w:eastAsia="Nirmala UI" w:cs="Nirmala UI"/>
        </w:rPr>
        <w:t>दूर</w:t>
      </w:r>
      <w:r>
        <w:rPr>
          <w:rFonts w:ascii="Times New Roman" w:hAnsi="Times New Roman" w:eastAsia="Times New Roman" w:cs="Times New Roman"/>
        </w:rPr>
        <w:t xml:space="preserve"> </w:t>
      </w:r>
      <w:r>
        <w:rPr>
          <w:rFonts w:ascii="Nirmala UI" w:hAnsi="Nirmala UI" w:eastAsia="Nirmala UI" w:cs="Nirmala UI"/>
        </w:rPr>
        <w:t>असो</w:t>
      </w:r>
      <w:r>
        <w:rPr>
          <w:rFonts w:ascii="Times New Roman" w:hAnsi="Times New Roman" w:eastAsia="Times New Roman" w:cs="Times New Roman"/>
        </w:rPr>
        <w:t xml:space="preserve">; </w:t>
      </w:r>
      <w:r>
        <w:rPr>
          <w:rFonts w:ascii="Nirmala UI" w:hAnsi="Nirmala UI" w:eastAsia="Nirmala UI" w:cs="Nirmala UI"/>
        </w:rPr>
        <w:t>असे</w:t>
      </w:r>
      <w:r>
        <w:rPr>
          <w:rFonts w:ascii="Times New Roman" w:hAnsi="Times New Roman" w:eastAsia="Times New Roman" w:cs="Times New Roman"/>
        </w:rPr>
        <w:t xml:space="preserve"> </w:t>
      </w:r>
      <w:r>
        <w:rPr>
          <w:rFonts w:ascii="Nirmala UI" w:hAnsi="Nirmala UI" w:eastAsia="Nirmala UI" w:cs="Nirmala UI"/>
        </w:rPr>
        <w:t>तुझ्यावर</w:t>
      </w:r>
      <w:r>
        <w:rPr>
          <w:rFonts w:ascii="Times New Roman" w:hAnsi="Times New Roman" w:eastAsia="Times New Roman" w:cs="Times New Roman"/>
        </w:rPr>
        <w:t xml:space="preserve"> </w:t>
      </w:r>
      <w:r>
        <w:rPr>
          <w:rFonts w:ascii="Nirmala UI" w:hAnsi="Nirmala UI" w:eastAsia="Nirmala UI" w:cs="Nirmala UI"/>
        </w:rPr>
        <w:t>कदापि</w:t>
      </w:r>
      <w:r>
        <w:rPr>
          <w:rFonts w:ascii="Times New Roman" w:hAnsi="Times New Roman" w:eastAsia="Times New Roman" w:cs="Times New Roman"/>
        </w:rPr>
        <w:t xml:space="preserve"> </w:t>
      </w:r>
      <w:r>
        <w:rPr>
          <w:rFonts w:ascii="Nirmala UI" w:hAnsi="Nirmala UI" w:eastAsia="Nirmala UI" w:cs="Nirmala UI"/>
        </w:rPr>
        <w:t>येऊ</w:t>
      </w:r>
      <w:r>
        <w:rPr>
          <w:rFonts w:ascii="Times New Roman" w:hAnsi="Times New Roman" w:eastAsia="Times New Roman" w:cs="Times New Roman"/>
        </w:rPr>
        <w:t xml:space="preserve"> </w:t>
      </w:r>
      <w:r>
        <w:rPr>
          <w:rFonts w:ascii="Nirmala UI" w:hAnsi="Nirmala UI" w:eastAsia="Nirmala UI" w:cs="Nirmala UI"/>
        </w:rPr>
        <w:t>नये</w:t>
      </w:r>
      <w:r>
        <w:rPr>
          <w:rFonts w:ascii="Times New Roman" w:hAnsi="Times New Roman" w:eastAsia="Times New Roman" w:cs="Times New Roman"/>
        </w:rPr>
        <w:t xml:space="preserve">. </w:t>
      </w:r>
      <w:r>
        <w:rPr>
          <w:rFonts w:ascii="Nirmala UI" w:hAnsi="Nirmala UI" w:eastAsia="Nirmala UI" w:cs="Nirmala UI"/>
        </w:rPr>
        <w:t>पण</w:t>
      </w:r>
      <w:r>
        <w:rPr>
          <w:rFonts w:ascii="Times New Roman" w:hAnsi="Times New Roman" w:eastAsia="Times New Roman" w:cs="Times New Roman"/>
        </w:rPr>
        <w:t xml:space="preserve"> </w:t>
      </w:r>
      <w:r>
        <w:rPr>
          <w:rFonts w:ascii="Nirmala UI" w:hAnsi="Nirmala UI" w:eastAsia="Nirmala UI" w:cs="Nirmala UI"/>
        </w:rPr>
        <w:t>तो</w:t>
      </w:r>
      <w:r>
        <w:rPr>
          <w:rFonts w:ascii="Times New Roman" w:hAnsi="Times New Roman" w:eastAsia="Times New Roman" w:cs="Times New Roman"/>
        </w:rPr>
        <w:t xml:space="preserve"> </w:t>
      </w:r>
      <w:r>
        <w:rPr>
          <w:rFonts w:ascii="Nirmala UI" w:hAnsi="Nirmala UI" w:eastAsia="Nirmala UI" w:cs="Nirmala UI"/>
        </w:rPr>
        <w:t>वळून</w:t>
      </w:r>
      <w:r>
        <w:rPr>
          <w:rFonts w:ascii="Times New Roman" w:hAnsi="Times New Roman" w:eastAsia="Times New Roman" w:cs="Times New Roman"/>
        </w:rPr>
        <w:t xml:space="preserve"> </w:t>
      </w:r>
      <w:r>
        <w:rPr>
          <w:rFonts w:ascii="Nirmala UI" w:hAnsi="Nirmala UI" w:eastAsia="Nirmala UI" w:cs="Nirmala UI"/>
        </w:rPr>
        <w:t>पेत्रास</w:t>
      </w:r>
      <w:r>
        <w:rPr>
          <w:rFonts w:ascii="Times New Roman" w:hAnsi="Times New Roman" w:eastAsia="Times New Roman" w:cs="Times New Roman"/>
        </w:rPr>
        <w:t xml:space="preserve"> </w:t>
      </w:r>
      <w:r>
        <w:rPr>
          <w:rFonts w:ascii="Nirmala UI" w:hAnsi="Nirmala UI" w:eastAsia="Nirmala UI" w:cs="Nirmala UI"/>
        </w:rPr>
        <w:t>म्हणाला</w:t>
      </w:r>
      <w:r>
        <w:rPr>
          <w:rFonts w:ascii="Times New Roman" w:hAnsi="Times New Roman" w:eastAsia="Times New Roman" w:cs="Times New Roman"/>
        </w:rPr>
        <w:t xml:space="preserve">, </w:t>
      </w:r>
      <w:r>
        <w:rPr>
          <w:rFonts w:ascii="Nirmala UI" w:hAnsi="Nirmala UI" w:eastAsia="Nirmala UI" w:cs="Nirmala UI"/>
        </w:rPr>
        <w:t>माझ्यामागे</w:t>
      </w:r>
      <w:r>
        <w:rPr>
          <w:rFonts w:ascii="Times New Roman" w:hAnsi="Times New Roman" w:eastAsia="Times New Roman" w:cs="Times New Roman"/>
        </w:rPr>
        <w:t xml:space="preserve"> </w:t>
      </w:r>
      <w:r>
        <w:rPr>
          <w:rFonts w:ascii="Nirmala UI" w:hAnsi="Nirmala UI" w:eastAsia="Nirmala UI" w:cs="Nirmala UI"/>
        </w:rPr>
        <w:t>हो</w:t>
      </w:r>
      <w:r>
        <w:rPr>
          <w:rFonts w:ascii="Times New Roman" w:hAnsi="Times New Roman" w:eastAsia="Times New Roman" w:cs="Times New Roman"/>
        </w:rPr>
        <w:t xml:space="preserve">, </w:t>
      </w:r>
      <w:r>
        <w:rPr>
          <w:rFonts w:ascii="Nirmala UI" w:hAnsi="Nirmala UI" w:eastAsia="Nirmala UI" w:cs="Nirmala UI"/>
        </w:rPr>
        <w:t>सैताना</w:t>
      </w:r>
      <w:r>
        <w:rPr>
          <w:rFonts w:ascii="Times New Roman" w:hAnsi="Times New Roman" w:eastAsia="Times New Roman" w:cs="Times New Roman"/>
        </w:rPr>
        <w:t xml:space="preserve">; </w:t>
      </w:r>
      <w:r>
        <w:rPr>
          <w:rFonts w:ascii="Nirmala UI" w:hAnsi="Nirmala UI" w:eastAsia="Nirmala UI" w:cs="Nirmala UI"/>
        </w:rPr>
        <w:t>तू</w:t>
      </w:r>
      <w:r>
        <w:rPr>
          <w:rFonts w:ascii="Times New Roman" w:hAnsi="Times New Roman" w:eastAsia="Times New Roman" w:cs="Times New Roman"/>
        </w:rPr>
        <w:t xml:space="preserve"> </w:t>
      </w:r>
      <w:r>
        <w:rPr>
          <w:rFonts w:ascii="Nirmala UI" w:hAnsi="Nirmala UI" w:eastAsia="Nirmala UI" w:cs="Nirmala UI"/>
        </w:rPr>
        <w:t>मला</w:t>
      </w:r>
      <w:r>
        <w:rPr>
          <w:rFonts w:ascii="Times New Roman" w:hAnsi="Times New Roman" w:eastAsia="Times New Roman" w:cs="Times New Roman"/>
        </w:rPr>
        <w:t xml:space="preserve"> </w:t>
      </w:r>
      <w:r>
        <w:rPr>
          <w:rFonts w:ascii="Nirmala UI" w:hAnsi="Nirmala UI" w:eastAsia="Nirmala UI" w:cs="Nirmala UI"/>
        </w:rPr>
        <w:t>अडथळा</w:t>
      </w:r>
      <w:r>
        <w:rPr>
          <w:rFonts w:ascii="Times New Roman" w:hAnsi="Times New Roman" w:eastAsia="Times New Roman" w:cs="Times New Roman"/>
        </w:rPr>
        <w:t xml:space="preserve"> </w:t>
      </w:r>
      <w:r>
        <w:rPr>
          <w:rFonts w:ascii="Nirmala UI" w:hAnsi="Nirmala UI" w:eastAsia="Nirmala UI" w:cs="Nirmala UI"/>
        </w:rPr>
        <w:t>आहेस</w:t>
      </w:r>
      <w:r>
        <w:rPr>
          <w:rFonts w:ascii="Times New Roman" w:hAnsi="Times New Roman" w:eastAsia="Times New Roman" w:cs="Times New Roman"/>
        </w:rPr>
        <w:t xml:space="preserve">; </w:t>
      </w:r>
      <w:r>
        <w:rPr>
          <w:rFonts w:ascii="Nirmala UI" w:hAnsi="Nirmala UI" w:eastAsia="Nirmala UI" w:cs="Nirmala UI"/>
        </w:rPr>
        <w:t>कारण</w:t>
      </w:r>
      <w:r>
        <w:rPr>
          <w:rFonts w:ascii="Times New Roman" w:hAnsi="Times New Roman" w:eastAsia="Times New Roman" w:cs="Times New Roman"/>
        </w:rPr>
        <w:t xml:space="preserve"> </w:t>
      </w:r>
      <w:r>
        <w:rPr>
          <w:rFonts w:ascii="Nirmala UI" w:hAnsi="Nirmala UI" w:eastAsia="Nirmala UI" w:cs="Nirmala UI"/>
        </w:rPr>
        <w:t>तू</w:t>
      </w:r>
      <w:r>
        <w:rPr>
          <w:rFonts w:ascii="Times New Roman" w:hAnsi="Times New Roman" w:eastAsia="Times New Roman" w:cs="Times New Roman"/>
        </w:rPr>
        <w:t xml:space="preserve"> </w:t>
      </w:r>
      <w:r>
        <w:rPr>
          <w:rFonts w:ascii="Nirmala UI" w:hAnsi="Nirmala UI" w:eastAsia="Nirmala UI" w:cs="Nirmala UI"/>
        </w:rPr>
        <w:t>देवाच्या</w:t>
      </w:r>
      <w:r>
        <w:rPr>
          <w:rFonts w:ascii="Times New Roman" w:hAnsi="Times New Roman" w:eastAsia="Times New Roman" w:cs="Times New Roman"/>
        </w:rPr>
        <w:t xml:space="preserve"> </w:t>
      </w:r>
      <w:r>
        <w:rPr>
          <w:rFonts w:ascii="Nirmala UI" w:hAnsi="Nirmala UI" w:eastAsia="Nirmala UI" w:cs="Nirmala UI"/>
        </w:rPr>
        <w:t>गोष्टींचा</w:t>
      </w:r>
      <w:r>
        <w:rPr>
          <w:rFonts w:ascii="Times New Roman" w:hAnsi="Times New Roman" w:eastAsia="Times New Roman" w:cs="Times New Roman"/>
        </w:rPr>
        <w:t xml:space="preserve"> </w:t>
      </w:r>
      <w:r>
        <w:rPr>
          <w:rFonts w:ascii="Nirmala UI" w:hAnsi="Nirmala UI" w:eastAsia="Nirmala UI" w:cs="Nirmala UI"/>
        </w:rPr>
        <w:t>विचार</w:t>
      </w:r>
      <w:r>
        <w:rPr>
          <w:rFonts w:ascii="Times New Roman" w:hAnsi="Times New Roman" w:eastAsia="Times New Roman" w:cs="Times New Roman"/>
        </w:rPr>
        <w:t xml:space="preserve"> </w:t>
      </w:r>
      <w:r>
        <w:rPr>
          <w:rFonts w:ascii="Nirmala UI" w:hAnsi="Nirmala UI" w:eastAsia="Nirmala UI" w:cs="Nirmala UI"/>
        </w:rPr>
        <w:t>करीत</w:t>
      </w:r>
      <w:r>
        <w:rPr>
          <w:rFonts w:ascii="Times New Roman" w:hAnsi="Times New Roman" w:eastAsia="Times New Roman" w:cs="Times New Roman"/>
        </w:rPr>
        <w:t xml:space="preserve"> </w:t>
      </w:r>
      <w:r>
        <w:rPr>
          <w:rFonts w:ascii="Nirmala UI" w:hAnsi="Nirmala UI" w:eastAsia="Nirmala UI" w:cs="Nirmala UI"/>
        </w:rPr>
        <w:t>नाहीस</w:t>
      </w:r>
      <w:r>
        <w:rPr>
          <w:rFonts w:ascii="Times New Roman" w:hAnsi="Times New Roman" w:eastAsia="Times New Roman" w:cs="Times New Roman"/>
        </w:rPr>
        <w:t xml:space="preserve">, </w:t>
      </w:r>
      <w:r>
        <w:rPr>
          <w:rFonts w:ascii="Nirmala UI" w:hAnsi="Nirmala UI" w:eastAsia="Nirmala UI" w:cs="Nirmala UI"/>
        </w:rPr>
        <w:t>तर</w:t>
      </w:r>
      <w:r>
        <w:rPr>
          <w:rFonts w:ascii="Times New Roman" w:hAnsi="Times New Roman" w:eastAsia="Times New Roman" w:cs="Times New Roman"/>
        </w:rPr>
        <w:t xml:space="preserve"> </w:t>
      </w:r>
      <w:r>
        <w:rPr>
          <w:rFonts w:ascii="Nirmala UI" w:hAnsi="Nirmala UI" w:eastAsia="Nirmala UI" w:cs="Nirmala UI"/>
        </w:rPr>
        <w:t>मनुष्यांच्या</w:t>
      </w:r>
      <w:r>
        <w:rPr>
          <w:rFonts w:ascii="Times New Roman" w:hAnsi="Times New Roman" w:eastAsia="Times New Roman" w:cs="Times New Roman"/>
        </w:rPr>
        <w:t xml:space="preserve"> </w:t>
      </w:r>
      <w:r>
        <w:rPr>
          <w:rFonts w:ascii="Nirmala UI" w:hAnsi="Nirmala UI" w:eastAsia="Nirmala UI" w:cs="Nirmala UI"/>
        </w:rPr>
        <w:t>गोष्टींचा</w:t>
      </w:r>
      <w:r>
        <w:rPr>
          <w:rFonts w:ascii="Times New Roman" w:hAnsi="Times New Roman" w:eastAsia="Times New Roman" w:cs="Times New Roman"/>
        </w:rPr>
        <w:t xml:space="preserve"> </w:t>
      </w:r>
      <w:r>
        <w:rPr>
          <w:rFonts w:ascii="Nirmala UI" w:hAnsi="Nirmala UI" w:eastAsia="Nirmala UI" w:cs="Nirmala UI"/>
        </w:rPr>
        <w:t>करतोस</w:t>
      </w:r>
      <w:r>
        <w:rPr>
          <w:rFonts w:ascii="Times New Roman" w:hAnsi="Times New Roman" w:eastAsia="Times New Roman" w:cs="Times New Roman"/>
        </w:rPr>
        <w:t xml:space="preserve">. </w:t>
      </w:r>
      <w:r>
        <w:rPr>
          <w:rFonts w:ascii="Nirmala UI" w:hAnsi="Nirmala UI" w:eastAsia="Nirmala UI" w:cs="Nirmala UI"/>
        </w:rPr>
        <w:t>मग</w:t>
      </w:r>
      <w:r>
        <w:rPr>
          <w:rFonts w:ascii="Times New Roman" w:hAnsi="Times New Roman" w:eastAsia="Times New Roman" w:cs="Times New Roman"/>
        </w:rPr>
        <w:t xml:space="preserve"> </w:t>
      </w:r>
      <w:r>
        <w:rPr>
          <w:rFonts w:ascii="Nirmala UI" w:hAnsi="Nirmala UI" w:eastAsia="Nirmala UI" w:cs="Nirmala UI"/>
        </w:rPr>
        <w:t>येशू</w:t>
      </w:r>
      <w:r>
        <w:rPr>
          <w:rFonts w:ascii="Times New Roman" w:hAnsi="Times New Roman" w:eastAsia="Times New Roman" w:cs="Times New Roman"/>
        </w:rPr>
        <w:t xml:space="preserve"> </w:t>
      </w:r>
      <w:r>
        <w:rPr>
          <w:rFonts w:ascii="Nirmala UI" w:hAnsi="Nirmala UI" w:eastAsia="Nirmala UI" w:cs="Nirmala UI"/>
        </w:rPr>
        <w:t>आपल्या</w:t>
      </w:r>
      <w:r>
        <w:rPr>
          <w:rFonts w:ascii="Times New Roman" w:hAnsi="Times New Roman" w:eastAsia="Times New Roman" w:cs="Times New Roman"/>
        </w:rPr>
        <w:t xml:space="preserve"> </w:t>
      </w:r>
      <w:r>
        <w:rPr>
          <w:rFonts w:ascii="Nirmala UI" w:hAnsi="Nirmala UI" w:eastAsia="Nirmala UI" w:cs="Nirmala UI"/>
        </w:rPr>
        <w:t>शिष्यांना</w:t>
      </w:r>
      <w:r>
        <w:rPr>
          <w:rFonts w:ascii="Times New Roman" w:hAnsi="Times New Roman" w:eastAsia="Times New Roman" w:cs="Times New Roman"/>
        </w:rPr>
        <w:t xml:space="preserve"> </w:t>
      </w:r>
      <w:r>
        <w:rPr>
          <w:rFonts w:ascii="Nirmala UI" w:hAnsi="Nirmala UI" w:eastAsia="Nirmala UI" w:cs="Nirmala UI"/>
        </w:rPr>
        <w:t>म्हणाला</w:t>
      </w:r>
      <w:r>
        <w:rPr>
          <w:rFonts w:ascii="Times New Roman" w:hAnsi="Times New Roman" w:eastAsia="Times New Roman" w:cs="Times New Roman"/>
        </w:rPr>
        <w:t xml:space="preserve">, </w:t>
      </w:r>
      <w:r>
        <w:rPr>
          <w:rFonts w:ascii="Nirmala UI" w:hAnsi="Nirmala UI" w:eastAsia="Nirmala UI" w:cs="Nirmala UI"/>
        </w:rPr>
        <w:t>जो</w:t>
      </w:r>
      <w:r>
        <w:rPr>
          <w:rFonts w:ascii="Times New Roman" w:hAnsi="Times New Roman" w:eastAsia="Times New Roman" w:cs="Times New Roman"/>
        </w:rPr>
        <w:t xml:space="preserve"> </w:t>
      </w:r>
      <w:r>
        <w:rPr>
          <w:rFonts w:ascii="Nirmala UI" w:hAnsi="Nirmala UI" w:eastAsia="Nirmala UI" w:cs="Nirmala UI"/>
        </w:rPr>
        <w:t>कोणी</w:t>
      </w:r>
      <w:r>
        <w:rPr>
          <w:rFonts w:ascii="Times New Roman" w:hAnsi="Times New Roman" w:eastAsia="Times New Roman" w:cs="Times New Roman"/>
        </w:rPr>
        <w:t xml:space="preserve"> </w:t>
      </w:r>
      <w:r>
        <w:rPr>
          <w:rFonts w:ascii="Nirmala UI" w:hAnsi="Nirmala UI" w:eastAsia="Nirmala UI" w:cs="Nirmala UI"/>
        </w:rPr>
        <w:t>माझ्यामागे</w:t>
      </w:r>
      <w:r>
        <w:rPr>
          <w:rFonts w:ascii="Times New Roman" w:hAnsi="Times New Roman" w:eastAsia="Times New Roman" w:cs="Times New Roman"/>
        </w:rPr>
        <w:t xml:space="preserve"> </w:t>
      </w:r>
      <w:r>
        <w:rPr>
          <w:rFonts w:ascii="Nirmala UI" w:hAnsi="Nirmala UI" w:eastAsia="Nirmala UI" w:cs="Nirmala UI"/>
        </w:rPr>
        <w:t>येऊ</w:t>
      </w:r>
      <w:r>
        <w:rPr>
          <w:rFonts w:ascii="Times New Roman" w:hAnsi="Times New Roman" w:eastAsia="Times New Roman" w:cs="Times New Roman"/>
        </w:rPr>
        <w:t xml:space="preserve"> </w:t>
      </w:r>
      <w:r>
        <w:rPr>
          <w:rFonts w:ascii="Nirmala UI" w:hAnsi="Nirmala UI" w:eastAsia="Nirmala UI" w:cs="Nirmala UI"/>
        </w:rPr>
        <w:t>इच्छितो</w:t>
      </w:r>
      <w:r>
        <w:rPr>
          <w:rFonts w:ascii="Times New Roman" w:hAnsi="Times New Roman" w:eastAsia="Times New Roman" w:cs="Times New Roman"/>
        </w:rPr>
        <w:t xml:space="preserve">, </w:t>
      </w:r>
      <w:r>
        <w:rPr>
          <w:rFonts w:ascii="Nirmala UI" w:hAnsi="Nirmala UI" w:eastAsia="Nirmala UI" w:cs="Nirmala UI"/>
        </w:rPr>
        <w:t>त्याने</w:t>
      </w:r>
      <w:r>
        <w:rPr>
          <w:rFonts w:ascii="Times New Roman" w:hAnsi="Times New Roman" w:eastAsia="Times New Roman" w:cs="Times New Roman"/>
        </w:rPr>
        <w:t xml:space="preserve"> </w:t>
      </w:r>
      <w:r>
        <w:rPr>
          <w:rFonts w:ascii="Nirmala UI" w:hAnsi="Nirmala UI" w:eastAsia="Nirmala UI" w:cs="Nirmala UI"/>
        </w:rPr>
        <w:t>स्वतःचा</w:t>
      </w:r>
      <w:r>
        <w:rPr>
          <w:rFonts w:ascii="Times New Roman" w:hAnsi="Times New Roman" w:eastAsia="Times New Roman" w:cs="Times New Roman"/>
        </w:rPr>
        <w:t xml:space="preserve"> </w:t>
      </w:r>
      <w:r>
        <w:rPr>
          <w:rFonts w:ascii="Nirmala UI" w:hAnsi="Nirmala UI" w:eastAsia="Nirmala UI" w:cs="Nirmala UI"/>
        </w:rPr>
        <w:t>इन्कार</w:t>
      </w:r>
      <w:r>
        <w:rPr>
          <w:rFonts w:ascii="Times New Roman" w:hAnsi="Times New Roman" w:eastAsia="Times New Roman" w:cs="Times New Roman"/>
        </w:rPr>
        <w:t xml:space="preserve"> </w:t>
      </w:r>
      <w:r>
        <w:rPr>
          <w:rFonts w:ascii="Nirmala UI" w:hAnsi="Nirmala UI" w:eastAsia="Nirmala UI" w:cs="Nirmala UI"/>
        </w:rPr>
        <w:t>करावा</w:t>
      </w:r>
      <w:r>
        <w:rPr>
          <w:rFonts w:ascii="Times New Roman" w:hAnsi="Times New Roman" w:eastAsia="Times New Roman" w:cs="Times New Roman"/>
        </w:rPr>
        <w:t xml:space="preserve">, </w:t>
      </w:r>
      <w:r>
        <w:rPr>
          <w:rFonts w:ascii="Nirmala UI" w:hAnsi="Nirmala UI" w:eastAsia="Nirmala UI" w:cs="Nirmala UI"/>
        </w:rPr>
        <w:t>आपला</w:t>
      </w:r>
      <w:r>
        <w:rPr>
          <w:rFonts w:ascii="Times New Roman" w:hAnsi="Times New Roman" w:eastAsia="Times New Roman" w:cs="Times New Roman"/>
        </w:rPr>
        <w:t xml:space="preserve"> </w:t>
      </w:r>
      <w:r>
        <w:rPr>
          <w:rFonts w:ascii="Nirmala UI" w:hAnsi="Nirmala UI" w:eastAsia="Nirmala UI" w:cs="Nirmala UI"/>
        </w:rPr>
        <w:t>क्रूस</w:t>
      </w:r>
      <w:r>
        <w:rPr>
          <w:rFonts w:ascii="Times New Roman" w:hAnsi="Times New Roman" w:eastAsia="Times New Roman" w:cs="Times New Roman"/>
        </w:rPr>
        <w:t xml:space="preserve"> </w:t>
      </w:r>
      <w:r>
        <w:rPr>
          <w:rFonts w:ascii="Nirmala UI" w:hAnsi="Nirmala UI" w:eastAsia="Nirmala UI" w:cs="Nirmala UI"/>
        </w:rPr>
        <w:t>उचलावा</w:t>
      </w:r>
      <w:r>
        <w:rPr>
          <w:rFonts w:ascii="Times New Roman" w:hAnsi="Times New Roman" w:eastAsia="Times New Roman" w:cs="Times New Roman"/>
        </w:rPr>
        <w:t xml:space="preserve">, </w:t>
      </w:r>
      <w:r>
        <w:rPr>
          <w:rFonts w:ascii="Nirmala UI" w:hAnsi="Nirmala UI" w:eastAsia="Nirmala UI" w:cs="Nirmala UI"/>
        </w:rPr>
        <w:t>आणि</w:t>
      </w:r>
      <w:r>
        <w:rPr>
          <w:rFonts w:ascii="Times New Roman" w:hAnsi="Times New Roman" w:eastAsia="Times New Roman" w:cs="Times New Roman"/>
        </w:rPr>
        <w:t xml:space="preserve"> </w:t>
      </w:r>
      <w:r>
        <w:rPr>
          <w:rFonts w:ascii="Nirmala UI" w:hAnsi="Nirmala UI" w:eastAsia="Nirmala UI" w:cs="Nirmala UI"/>
        </w:rPr>
        <w:t>माझ्या</w:t>
      </w:r>
      <w:r>
        <w:rPr>
          <w:rFonts w:ascii="Times New Roman" w:hAnsi="Times New Roman" w:eastAsia="Times New Roman" w:cs="Times New Roman"/>
        </w:rPr>
        <w:t xml:space="preserve"> </w:t>
      </w:r>
      <w:r>
        <w:rPr>
          <w:rFonts w:ascii="Nirmala UI" w:hAnsi="Nirmala UI" w:eastAsia="Nirmala UI" w:cs="Nirmala UI"/>
        </w:rPr>
        <w:t>मागे</w:t>
      </w:r>
      <w:r>
        <w:rPr>
          <w:rFonts w:ascii="Times New Roman" w:hAnsi="Times New Roman" w:eastAsia="Times New Roman" w:cs="Times New Roman"/>
        </w:rPr>
        <w:t xml:space="preserve"> </w:t>
      </w:r>
      <w:r>
        <w:rPr>
          <w:rFonts w:ascii="Nirmala UI" w:hAnsi="Nirmala UI" w:eastAsia="Nirmala UI" w:cs="Nirmala UI"/>
        </w:rPr>
        <w:t>यावे</w:t>
      </w:r>
      <w:r>
        <w:rPr>
          <w:rFonts w:ascii="Times New Roman" w:hAnsi="Times New Roman" w:eastAsia="Times New Roman" w:cs="Times New Roman"/>
        </w:rPr>
        <w:t xml:space="preserve">. </w:t>
      </w:r>
      <w:r>
        <w:rPr>
          <w:rFonts w:ascii="Nirmala UI" w:hAnsi="Nirmala UI" w:eastAsia="Nirmala UI" w:cs="Nirmala UI"/>
        </w:rPr>
        <w:t>कारण</w:t>
      </w:r>
      <w:r>
        <w:rPr>
          <w:rFonts w:ascii="Times New Roman" w:hAnsi="Times New Roman" w:eastAsia="Times New Roman" w:cs="Times New Roman"/>
        </w:rPr>
        <w:t xml:space="preserve"> </w:t>
      </w:r>
      <w:r>
        <w:rPr>
          <w:rFonts w:ascii="Nirmala UI" w:hAnsi="Nirmala UI" w:eastAsia="Nirmala UI" w:cs="Nirmala UI"/>
        </w:rPr>
        <w:t>जो</w:t>
      </w:r>
      <w:r>
        <w:rPr>
          <w:rFonts w:ascii="Times New Roman" w:hAnsi="Times New Roman" w:eastAsia="Times New Roman" w:cs="Times New Roman"/>
        </w:rPr>
        <w:t xml:space="preserve"> </w:t>
      </w:r>
      <w:r>
        <w:rPr>
          <w:rFonts w:ascii="Nirmala UI" w:hAnsi="Nirmala UI" w:eastAsia="Nirmala UI" w:cs="Nirmala UI"/>
        </w:rPr>
        <w:t>कोणी</w:t>
      </w:r>
      <w:r>
        <w:rPr>
          <w:rFonts w:ascii="Times New Roman" w:hAnsi="Times New Roman" w:eastAsia="Times New Roman" w:cs="Times New Roman"/>
        </w:rPr>
        <w:t xml:space="preserve"> </w:t>
      </w:r>
      <w:r>
        <w:rPr>
          <w:rFonts w:ascii="Nirmala UI" w:hAnsi="Nirmala UI" w:eastAsia="Nirmala UI" w:cs="Nirmala UI"/>
        </w:rPr>
        <w:t>आपले</w:t>
      </w:r>
      <w:r>
        <w:rPr>
          <w:rFonts w:ascii="Times New Roman" w:hAnsi="Times New Roman" w:eastAsia="Times New Roman" w:cs="Times New Roman"/>
        </w:rPr>
        <w:t xml:space="preserve"> </w:t>
      </w:r>
      <w:r>
        <w:rPr>
          <w:rFonts w:ascii="Nirmala UI" w:hAnsi="Nirmala UI" w:eastAsia="Nirmala UI" w:cs="Nirmala UI"/>
        </w:rPr>
        <w:t>प्राण</w:t>
      </w:r>
      <w:r>
        <w:rPr>
          <w:rFonts w:ascii="Times New Roman" w:hAnsi="Times New Roman" w:eastAsia="Times New Roman" w:cs="Times New Roman"/>
        </w:rPr>
        <w:t xml:space="preserve"> </w:t>
      </w:r>
      <w:r>
        <w:rPr>
          <w:rFonts w:ascii="Nirmala UI" w:hAnsi="Nirmala UI" w:eastAsia="Nirmala UI" w:cs="Nirmala UI"/>
        </w:rPr>
        <w:t>वाचवू</w:t>
      </w:r>
      <w:r>
        <w:rPr>
          <w:rFonts w:ascii="Times New Roman" w:hAnsi="Times New Roman" w:eastAsia="Times New Roman" w:cs="Times New Roman"/>
        </w:rPr>
        <w:t xml:space="preserve"> </w:t>
      </w:r>
      <w:r>
        <w:rPr>
          <w:rFonts w:ascii="Nirmala UI" w:hAnsi="Nirmala UI" w:eastAsia="Nirmala UI" w:cs="Nirmala UI"/>
        </w:rPr>
        <w:t>इच्छील</w:t>
      </w:r>
      <w:r>
        <w:rPr>
          <w:rFonts w:ascii="Times New Roman" w:hAnsi="Times New Roman" w:eastAsia="Times New Roman" w:cs="Times New Roman"/>
        </w:rPr>
        <w:t xml:space="preserve"> </w:t>
      </w:r>
      <w:r>
        <w:rPr>
          <w:rFonts w:ascii="Nirmala UI" w:hAnsi="Nirmala UI" w:eastAsia="Nirmala UI" w:cs="Nirmala UI"/>
        </w:rPr>
        <w:t>तो</w:t>
      </w:r>
      <w:r>
        <w:rPr>
          <w:rFonts w:ascii="Times New Roman" w:hAnsi="Times New Roman" w:eastAsia="Times New Roman" w:cs="Times New Roman"/>
        </w:rPr>
        <w:t xml:space="preserve"> </w:t>
      </w:r>
      <w:r>
        <w:rPr>
          <w:rFonts w:ascii="Nirmala UI" w:hAnsi="Nirmala UI" w:eastAsia="Nirmala UI" w:cs="Nirmala UI"/>
        </w:rPr>
        <w:t>ते</w:t>
      </w:r>
      <w:r>
        <w:rPr>
          <w:rFonts w:ascii="Times New Roman" w:hAnsi="Times New Roman" w:eastAsia="Times New Roman" w:cs="Times New Roman"/>
        </w:rPr>
        <w:t xml:space="preserve"> </w:t>
      </w:r>
      <w:r>
        <w:rPr>
          <w:rFonts w:ascii="Nirmala UI" w:hAnsi="Nirmala UI" w:eastAsia="Nirmala UI" w:cs="Nirmala UI"/>
        </w:rPr>
        <w:t>गमावील</w:t>
      </w:r>
      <w:r>
        <w:rPr>
          <w:rFonts w:ascii="Times New Roman" w:hAnsi="Times New Roman" w:eastAsia="Times New Roman" w:cs="Times New Roman"/>
        </w:rPr>
        <w:t xml:space="preserve">; </w:t>
      </w:r>
      <w:r>
        <w:rPr>
          <w:rFonts w:ascii="Nirmala UI" w:hAnsi="Nirmala UI" w:eastAsia="Nirmala UI" w:cs="Nirmala UI"/>
        </w:rPr>
        <w:t>आणि</w:t>
      </w:r>
      <w:r>
        <w:rPr>
          <w:rFonts w:ascii="Times New Roman" w:hAnsi="Times New Roman" w:eastAsia="Times New Roman" w:cs="Times New Roman"/>
        </w:rPr>
        <w:t xml:space="preserve"> </w:t>
      </w:r>
      <w:r>
        <w:rPr>
          <w:rFonts w:ascii="Nirmala UI" w:hAnsi="Nirmala UI" w:eastAsia="Nirmala UI" w:cs="Nirmala UI"/>
        </w:rPr>
        <w:t>जो</w:t>
      </w:r>
      <w:r>
        <w:rPr>
          <w:rFonts w:ascii="Times New Roman" w:hAnsi="Times New Roman" w:eastAsia="Times New Roman" w:cs="Times New Roman"/>
        </w:rPr>
        <w:t xml:space="preserve"> </w:t>
      </w:r>
      <w:r>
        <w:rPr>
          <w:rFonts w:ascii="Nirmala UI" w:hAnsi="Nirmala UI" w:eastAsia="Nirmala UI" w:cs="Nirmala UI"/>
        </w:rPr>
        <w:t>कोणी</w:t>
      </w:r>
      <w:r>
        <w:rPr>
          <w:rFonts w:ascii="Times New Roman" w:hAnsi="Times New Roman" w:eastAsia="Times New Roman" w:cs="Times New Roman"/>
        </w:rPr>
        <w:t xml:space="preserve"> </w:t>
      </w:r>
      <w:r>
        <w:rPr>
          <w:rFonts w:ascii="Nirmala UI" w:hAnsi="Nirmala UI" w:eastAsia="Nirmala UI" w:cs="Nirmala UI"/>
        </w:rPr>
        <w:t>माझ्यासाठी</w:t>
      </w:r>
      <w:r>
        <w:rPr>
          <w:rFonts w:ascii="Times New Roman" w:hAnsi="Times New Roman" w:eastAsia="Times New Roman" w:cs="Times New Roman"/>
        </w:rPr>
        <w:t xml:space="preserve"> </w:t>
      </w:r>
      <w:r>
        <w:rPr>
          <w:rFonts w:ascii="Nirmala UI" w:hAnsi="Nirmala UI" w:eastAsia="Nirmala UI" w:cs="Nirmala UI"/>
        </w:rPr>
        <w:t>आपले</w:t>
      </w:r>
      <w:r>
        <w:rPr>
          <w:rFonts w:ascii="Times New Roman" w:hAnsi="Times New Roman" w:eastAsia="Times New Roman" w:cs="Times New Roman"/>
        </w:rPr>
        <w:t xml:space="preserve"> </w:t>
      </w:r>
      <w:r>
        <w:rPr>
          <w:rFonts w:ascii="Nirmala UI" w:hAnsi="Nirmala UI" w:eastAsia="Nirmala UI" w:cs="Nirmala UI"/>
        </w:rPr>
        <w:t>प्राण</w:t>
      </w:r>
      <w:r>
        <w:rPr>
          <w:rFonts w:ascii="Times New Roman" w:hAnsi="Times New Roman" w:eastAsia="Times New Roman" w:cs="Times New Roman"/>
        </w:rPr>
        <w:t xml:space="preserve"> </w:t>
      </w:r>
      <w:r>
        <w:rPr>
          <w:rFonts w:ascii="Nirmala UI" w:hAnsi="Nirmala UI" w:eastAsia="Nirmala UI" w:cs="Nirmala UI"/>
        </w:rPr>
        <w:t>गमावील</w:t>
      </w:r>
      <w:r>
        <w:rPr>
          <w:rFonts w:ascii="Times New Roman" w:hAnsi="Times New Roman" w:eastAsia="Times New Roman" w:cs="Times New Roman"/>
        </w:rPr>
        <w:t xml:space="preserve"> </w:t>
      </w:r>
      <w:r>
        <w:rPr>
          <w:rFonts w:ascii="Nirmala UI" w:hAnsi="Nirmala UI" w:eastAsia="Nirmala UI" w:cs="Nirmala UI"/>
        </w:rPr>
        <w:t>तो</w:t>
      </w:r>
      <w:r>
        <w:rPr>
          <w:rFonts w:ascii="Times New Roman" w:hAnsi="Times New Roman" w:eastAsia="Times New Roman" w:cs="Times New Roman"/>
        </w:rPr>
        <w:t xml:space="preserve"> </w:t>
      </w:r>
      <w:r>
        <w:rPr>
          <w:rFonts w:ascii="Nirmala UI" w:hAnsi="Nirmala UI" w:eastAsia="Nirmala UI" w:cs="Nirmala UI"/>
        </w:rPr>
        <w:t>ते</w:t>
      </w:r>
      <w:r>
        <w:rPr>
          <w:rFonts w:ascii="Times New Roman" w:hAnsi="Times New Roman" w:eastAsia="Times New Roman" w:cs="Times New Roman"/>
        </w:rPr>
        <w:t xml:space="preserve"> </w:t>
      </w:r>
      <w:r>
        <w:rPr>
          <w:rFonts w:ascii="Nirmala UI" w:hAnsi="Nirmala UI" w:eastAsia="Nirmala UI" w:cs="Nirmala UI"/>
        </w:rPr>
        <w:t>मिळवील</w:t>
      </w:r>
      <w:r>
        <w:rPr>
          <w:rFonts w:ascii="Times New Roman" w:hAnsi="Times New Roman" w:eastAsia="Times New Roman" w:cs="Times New Roman"/>
        </w:rPr>
        <w:t xml:space="preserve">. </w:t>
      </w:r>
      <w:r>
        <w:rPr>
          <w:rFonts w:ascii="Nirmala UI" w:hAnsi="Nirmala UI" w:eastAsia="Nirmala UI" w:cs="Nirmala UI"/>
        </w:rPr>
        <w:t>कारण</w:t>
      </w:r>
      <w:r>
        <w:rPr>
          <w:rFonts w:ascii="Times New Roman" w:hAnsi="Times New Roman" w:eastAsia="Times New Roman" w:cs="Times New Roman"/>
        </w:rPr>
        <w:t xml:space="preserve"> </w:t>
      </w:r>
      <w:r>
        <w:rPr>
          <w:rFonts w:ascii="Nirmala UI" w:hAnsi="Nirmala UI" w:eastAsia="Nirmala UI" w:cs="Nirmala UI"/>
        </w:rPr>
        <w:t>मनुष्याने</w:t>
      </w:r>
      <w:r>
        <w:rPr>
          <w:rFonts w:ascii="Times New Roman" w:hAnsi="Times New Roman" w:eastAsia="Times New Roman" w:cs="Times New Roman"/>
        </w:rPr>
        <w:t xml:space="preserve"> </w:t>
      </w:r>
      <w:r>
        <w:rPr>
          <w:rFonts w:ascii="Nirmala UI" w:hAnsi="Nirmala UI" w:eastAsia="Nirmala UI" w:cs="Nirmala UI"/>
        </w:rPr>
        <w:t>सर्व</w:t>
      </w:r>
      <w:r>
        <w:rPr>
          <w:rFonts w:ascii="Times New Roman" w:hAnsi="Times New Roman" w:eastAsia="Times New Roman" w:cs="Times New Roman"/>
        </w:rPr>
        <w:t xml:space="preserve"> </w:t>
      </w:r>
      <w:r>
        <w:rPr>
          <w:rFonts w:ascii="Nirmala UI" w:hAnsi="Nirmala UI" w:eastAsia="Nirmala UI" w:cs="Nirmala UI"/>
        </w:rPr>
        <w:t>जग</w:t>
      </w:r>
      <w:r>
        <w:rPr>
          <w:rFonts w:ascii="Times New Roman" w:hAnsi="Times New Roman" w:eastAsia="Times New Roman" w:cs="Times New Roman"/>
        </w:rPr>
        <w:t xml:space="preserve"> </w:t>
      </w:r>
      <w:r>
        <w:rPr>
          <w:rFonts w:ascii="Nirmala UI" w:hAnsi="Nirmala UI" w:eastAsia="Nirmala UI" w:cs="Nirmala UI"/>
        </w:rPr>
        <w:t>मिळविले</w:t>
      </w:r>
      <w:r>
        <w:rPr>
          <w:rFonts w:ascii="Times New Roman" w:hAnsi="Times New Roman" w:eastAsia="Times New Roman" w:cs="Times New Roman"/>
        </w:rPr>
        <w:t xml:space="preserve">, </w:t>
      </w:r>
      <w:r>
        <w:rPr>
          <w:rFonts w:ascii="Nirmala UI" w:hAnsi="Nirmala UI" w:eastAsia="Nirmala UI" w:cs="Nirmala UI"/>
        </w:rPr>
        <w:t>पण</w:t>
      </w:r>
      <w:r>
        <w:rPr>
          <w:rFonts w:ascii="Times New Roman" w:hAnsi="Times New Roman" w:eastAsia="Times New Roman" w:cs="Times New Roman"/>
        </w:rPr>
        <w:t xml:space="preserve"> </w:t>
      </w:r>
      <w:r>
        <w:rPr>
          <w:rFonts w:ascii="Nirmala UI" w:hAnsi="Nirmala UI" w:eastAsia="Nirmala UI" w:cs="Nirmala UI"/>
        </w:rPr>
        <w:t>आपल्या</w:t>
      </w:r>
      <w:r>
        <w:rPr>
          <w:rFonts w:ascii="Times New Roman" w:hAnsi="Times New Roman" w:eastAsia="Times New Roman" w:cs="Times New Roman"/>
        </w:rPr>
        <w:t xml:space="preserve"> </w:t>
      </w:r>
      <w:r>
        <w:rPr>
          <w:rFonts w:ascii="Nirmala UI" w:hAnsi="Nirmala UI" w:eastAsia="Nirmala UI" w:cs="Nirmala UI"/>
        </w:rPr>
        <w:t>आत्म्याची</w:t>
      </w:r>
      <w:r>
        <w:rPr>
          <w:rFonts w:ascii="Times New Roman" w:hAnsi="Times New Roman" w:eastAsia="Times New Roman" w:cs="Times New Roman"/>
        </w:rPr>
        <w:t xml:space="preserve"> </w:t>
      </w:r>
      <w:r>
        <w:rPr>
          <w:rFonts w:ascii="Nirmala UI" w:hAnsi="Nirmala UI" w:eastAsia="Nirmala UI" w:cs="Nirmala UI"/>
        </w:rPr>
        <w:t>हानी</w:t>
      </w:r>
      <w:r>
        <w:rPr>
          <w:rFonts w:ascii="Times New Roman" w:hAnsi="Times New Roman" w:eastAsia="Times New Roman" w:cs="Times New Roman"/>
        </w:rPr>
        <w:t xml:space="preserve"> </w:t>
      </w:r>
      <w:r>
        <w:rPr>
          <w:rFonts w:ascii="Nirmala UI" w:hAnsi="Nirmala UI" w:eastAsia="Nirmala UI" w:cs="Nirmala UI"/>
        </w:rPr>
        <w:t>केली</w:t>
      </w:r>
      <w:r>
        <w:rPr>
          <w:rFonts w:ascii="Times New Roman" w:hAnsi="Times New Roman" w:eastAsia="Times New Roman" w:cs="Times New Roman"/>
        </w:rPr>
        <w:t xml:space="preserve">, </w:t>
      </w:r>
      <w:r>
        <w:rPr>
          <w:rFonts w:ascii="Nirmala UI" w:hAnsi="Nirmala UI" w:eastAsia="Nirmala UI" w:cs="Nirmala UI"/>
        </w:rPr>
        <w:t>तर</w:t>
      </w:r>
      <w:r>
        <w:rPr>
          <w:rFonts w:ascii="Times New Roman" w:hAnsi="Times New Roman" w:eastAsia="Times New Roman" w:cs="Times New Roman"/>
        </w:rPr>
        <w:t xml:space="preserve"> </w:t>
      </w:r>
      <w:r>
        <w:rPr>
          <w:rFonts w:ascii="Nirmala UI" w:hAnsi="Nirmala UI" w:eastAsia="Nirmala UI" w:cs="Nirmala UI"/>
        </w:rPr>
        <w:t>त्याला</w:t>
      </w:r>
      <w:r>
        <w:rPr>
          <w:rFonts w:ascii="Times New Roman" w:hAnsi="Times New Roman" w:eastAsia="Times New Roman" w:cs="Times New Roman"/>
        </w:rPr>
        <w:t xml:space="preserve"> </w:t>
      </w:r>
      <w:r>
        <w:rPr>
          <w:rFonts w:ascii="Nirmala UI" w:hAnsi="Nirmala UI" w:eastAsia="Nirmala UI" w:cs="Nirmala UI"/>
        </w:rPr>
        <w:t>काय</w:t>
      </w:r>
      <w:r>
        <w:rPr>
          <w:rFonts w:ascii="Times New Roman" w:hAnsi="Times New Roman" w:eastAsia="Times New Roman" w:cs="Times New Roman"/>
        </w:rPr>
        <w:t xml:space="preserve"> </w:t>
      </w:r>
      <w:r>
        <w:rPr>
          <w:rFonts w:ascii="Nirmala UI" w:hAnsi="Nirmala UI" w:eastAsia="Nirmala UI" w:cs="Nirmala UI"/>
        </w:rPr>
        <w:t>लाभ</w:t>
      </w:r>
      <w:r>
        <w:rPr>
          <w:rFonts w:ascii="Times New Roman" w:hAnsi="Times New Roman" w:eastAsia="Times New Roman" w:cs="Times New Roman"/>
        </w:rPr>
        <w:t xml:space="preserve">? </w:t>
      </w:r>
      <w:r>
        <w:rPr>
          <w:rFonts w:ascii="Nirmala UI" w:hAnsi="Nirmala UI" w:eastAsia="Nirmala UI" w:cs="Nirmala UI"/>
        </w:rPr>
        <w:t>किंवा</w:t>
      </w:r>
      <w:r>
        <w:rPr>
          <w:rFonts w:ascii="Times New Roman" w:hAnsi="Times New Roman" w:eastAsia="Times New Roman" w:cs="Times New Roman"/>
        </w:rPr>
        <w:t xml:space="preserve"> </w:t>
      </w:r>
      <w:r>
        <w:rPr>
          <w:rFonts w:ascii="Nirmala UI" w:hAnsi="Nirmala UI" w:eastAsia="Nirmala UI" w:cs="Nirmala UI"/>
        </w:rPr>
        <w:t>मनुष्य</w:t>
      </w:r>
      <w:r>
        <w:rPr>
          <w:rFonts w:ascii="Times New Roman" w:hAnsi="Times New Roman" w:eastAsia="Times New Roman" w:cs="Times New Roman"/>
        </w:rPr>
        <w:t xml:space="preserve"> </w:t>
      </w:r>
      <w:r>
        <w:rPr>
          <w:rFonts w:ascii="Nirmala UI" w:hAnsi="Nirmala UI" w:eastAsia="Nirmala UI" w:cs="Nirmala UI"/>
        </w:rPr>
        <w:t>आपल्या</w:t>
      </w:r>
      <w:r>
        <w:rPr>
          <w:rFonts w:ascii="Times New Roman" w:hAnsi="Times New Roman" w:eastAsia="Times New Roman" w:cs="Times New Roman"/>
        </w:rPr>
        <w:t xml:space="preserve"> </w:t>
      </w:r>
      <w:r>
        <w:rPr>
          <w:rFonts w:ascii="Nirmala UI" w:hAnsi="Nirmala UI" w:eastAsia="Nirmala UI" w:cs="Nirmala UI"/>
        </w:rPr>
        <w:t>आत्म्याच्या</w:t>
      </w:r>
      <w:r>
        <w:rPr>
          <w:rFonts w:ascii="Times New Roman" w:hAnsi="Times New Roman" w:eastAsia="Times New Roman" w:cs="Times New Roman"/>
        </w:rPr>
        <w:t xml:space="preserve"> </w:t>
      </w:r>
      <w:r>
        <w:rPr>
          <w:rFonts w:ascii="Nirmala UI" w:hAnsi="Nirmala UI" w:eastAsia="Nirmala UI" w:cs="Nirmala UI"/>
        </w:rPr>
        <w:t>मोबदल्यात</w:t>
      </w:r>
      <w:r>
        <w:rPr>
          <w:rFonts w:ascii="Times New Roman" w:hAnsi="Times New Roman" w:eastAsia="Times New Roman" w:cs="Times New Roman"/>
        </w:rPr>
        <w:t xml:space="preserve"> </w:t>
      </w:r>
      <w:r>
        <w:rPr>
          <w:rFonts w:ascii="Nirmala UI" w:hAnsi="Nirmala UI" w:eastAsia="Nirmala UI" w:cs="Nirmala UI"/>
        </w:rPr>
        <w:t>काय</w:t>
      </w:r>
      <w:r>
        <w:rPr>
          <w:rFonts w:ascii="Times New Roman" w:hAnsi="Times New Roman" w:eastAsia="Times New Roman" w:cs="Times New Roman"/>
        </w:rPr>
        <w:t xml:space="preserve"> </w:t>
      </w:r>
      <w:r>
        <w:rPr>
          <w:rFonts w:ascii="Nirmala UI" w:hAnsi="Nirmala UI" w:eastAsia="Nirmala UI" w:cs="Nirmala UI"/>
        </w:rPr>
        <w:t>देईल</w:t>
      </w:r>
      <w:r>
        <w:rPr>
          <w:rFonts w:ascii="Times New Roman" w:hAnsi="Times New Roman" w:eastAsia="Times New Roman" w:cs="Times New Roman"/>
        </w:rPr>
        <w:t xml:space="preserve">? </w:t>
      </w:r>
      <w:r>
        <w:rPr>
          <w:rFonts w:ascii="Nirmala UI" w:hAnsi="Nirmala UI" w:eastAsia="Nirmala UI" w:cs="Nirmala UI"/>
        </w:rPr>
        <w:t>कारण</w:t>
      </w:r>
      <w:r>
        <w:rPr>
          <w:rFonts w:ascii="Times New Roman" w:hAnsi="Times New Roman" w:eastAsia="Times New Roman" w:cs="Times New Roman"/>
        </w:rPr>
        <w:t xml:space="preserve"> </w:t>
      </w:r>
      <w:r>
        <w:rPr>
          <w:rFonts w:ascii="Nirmala UI" w:hAnsi="Nirmala UI" w:eastAsia="Nirmala UI" w:cs="Nirmala UI"/>
        </w:rPr>
        <w:t>मनुष्याचा</w:t>
      </w:r>
      <w:r>
        <w:rPr>
          <w:rFonts w:ascii="Times New Roman" w:hAnsi="Times New Roman" w:eastAsia="Times New Roman" w:cs="Times New Roman"/>
        </w:rPr>
        <w:t xml:space="preserve"> </w:t>
      </w:r>
      <w:r>
        <w:rPr>
          <w:rFonts w:ascii="Nirmala UI" w:hAnsi="Nirmala UI" w:eastAsia="Nirmala UI" w:cs="Nirmala UI"/>
        </w:rPr>
        <w:t>पुत्र</w:t>
      </w:r>
      <w:r>
        <w:rPr>
          <w:rFonts w:ascii="Times New Roman" w:hAnsi="Times New Roman" w:eastAsia="Times New Roman" w:cs="Times New Roman"/>
        </w:rPr>
        <w:t xml:space="preserve"> </w:t>
      </w:r>
      <w:r>
        <w:rPr>
          <w:rFonts w:ascii="Nirmala UI" w:hAnsi="Nirmala UI" w:eastAsia="Nirmala UI" w:cs="Nirmala UI"/>
        </w:rPr>
        <w:t>आपल्या</w:t>
      </w:r>
      <w:r>
        <w:rPr>
          <w:rFonts w:ascii="Times New Roman" w:hAnsi="Times New Roman" w:eastAsia="Times New Roman" w:cs="Times New Roman"/>
        </w:rPr>
        <w:t xml:space="preserve"> </w:t>
      </w:r>
      <w:r>
        <w:rPr>
          <w:rFonts w:ascii="Nirmala UI" w:hAnsi="Nirmala UI" w:eastAsia="Nirmala UI" w:cs="Nirmala UI"/>
        </w:rPr>
        <w:t>पित्याच्या</w:t>
      </w:r>
      <w:r>
        <w:rPr>
          <w:rFonts w:ascii="Times New Roman" w:hAnsi="Times New Roman" w:eastAsia="Times New Roman" w:cs="Times New Roman"/>
        </w:rPr>
        <w:t xml:space="preserve"> </w:t>
      </w:r>
      <w:r>
        <w:rPr>
          <w:rFonts w:ascii="Nirmala UI" w:hAnsi="Nirmala UI" w:eastAsia="Nirmala UI" w:cs="Nirmala UI"/>
        </w:rPr>
        <w:t>गौरवात</w:t>
      </w:r>
      <w:r>
        <w:rPr>
          <w:rFonts w:ascii="Times New Roman" w:hAnsi="Times New Roman" w:eastAsia="Times New Roman" w:cs="Times New Roman"/>
        </w:rPr>
        <w:t xml:space="preserve"> </w:t>
      </w:r>
      <w:r>
        <w:rPr>
          <w:rFonts w:ascii="Nirmala UI" w:hAnsi="Nirmala UI" w:eastAsia="Nirmala UI" w:cs="Nirmala UI"/>
        </w:rPr>
        <w:t>आपल्या</w:t>
      </w:r>
      <w:r>
        <w:rPr>
          <w:rFonts w:ascii="Times New Roman" w:hAnsi="Times New Roman" w:eastAsia="Times New Roman" w:cs="Times New Roman"/>
        </w:rPr>
        <w:t xml:space="preserve"> </w:t>
      </w:r>
      <w:r>
        <w:rPr>
          <w:rFonts w:ascii="Nirmala UI" w:hAnsi="Nirmala UI" w:eastAsia="Nirmala UI" w:cs="Nirmala UI"/>
        </w:rPr>
        <w:t>दूतांसह</w:t>
      </w:r>
      <w:r>
        <w:rPr>
          <w:rFonts w:ascii="Times New Roman" w:hAnsi="Times New Roman" w:eastAsia="Times New Roman" w:cs="Times New Roman"/>
        </w:rPr>
        <w:t xml:space="preserve"> </w:t>
      </w:r>
      <w:r>
        <w:rPr>
          <w:rFonts w:ascii="Nirmala UI" w:hAnsi="Nirmala UI" w:eastAsia="Nirmala UI" w:cs="Nirmala UI"/>
        </w:rPr>
        <w:t>येईल</w:t>
      </w:r>
      <w:r>
        <w:rPr>
          <w:rFonts w:ascii="Times New Roman" w:hAnsi="Times New Roman" w:eastAsia="Times New Roman" w:cs="Times New Roman"/>
        </w:rPr>
        <w:t xml:space="preserve">; </w:t>
      </w:r>
      <w:r>
        <w:rPr>
          <w:rFonts w:ascii="Nirmala UI" w:hAnsi="Nirmala UI" w:eastAsia="Nirmala UI" w:cs="Nirmala UI"/>
        </w:rPr>
        <w:t>आणि</w:t>
      </w:r>
      <w:r>
        <w:rPr>
          <w:rFonts w:ascii="Times New Roman" w:hAnsi="Times New Roman" w:eastAsia="Times New Roman" w:cs="Times New Roman"/>
        </w:rPr>
        <w:t xml:space="preserve"> </w:t>
      </w:r>
      <w:r>
        <w:rPr>
          <w:rFonts w:ascii="Nirmala UI" w:hAnsi="Nirmala UI" w:eastAsia="Nirmala UI" w:cs="Nirmala UI"/>
        </w:rPr>
        <w:t>तेव्हा</w:t>
      </w:r>
      <w:r>
        <w:rPr>
          <w:rFonts w:ascii="Times New Roman" w:hAnsi="Times New Roman" w:eastAsia="Times New Roman" w:cs="Times New Roman"/>
        </w:rPr>
        <w:t xml:space="preserve"> </w:t>
      </w:r>
      <w:r>
        <w:rPr>
          <w:rFonts w:ascii="Nirmala UI" w:hAnsi="Nirmala UI" w:eastAsia="Nirmala UI" w:cs="Nirmala UI"/>
        </w:rPr>
        <w:t>तो</w:t>
      </w:r>
      <w:r>
        <w:rPr>
          <w:rFonts w:ascii="Times New Roman" w:hAnsi="Times New Roman" w:eastAsia="Times New Roman" w:cs="Times New Roman"/>
        </w:rPr>
        <w:t xml:space="preserve"> </w:t>
      </w:r>
      <w:r>
        <w:rPr>
          <w:rFonts w:ascii="Nirmala UI" w:hAnsi="Nirmala UI" w:eastAsia="Nirmala UI" w:cs="Nirmala UI"/>
        </w:rPr>
        <w:t>प्रत्येकास</w:t>
      </w:r>
      <w:r>
        <w:rPr>
          <w:rFonts w:ascii="Times New Roman" w:hAnsi="Times New Roman" w:eastAsia="Times New Roman" w:cs="Times New Roman"/>
        </w:rPr>
        <w:t xml:space="preserve"> </w:t>
      </w:r>
      <w:r>
        <w:rPr>
          <w:rFonts w:ascii="Nirmala UI" w:hAnsi="Nirmala UI" w:eastAsia="Nirmala UI" w:cs="Nirmala UI"/>
        </w:rPr>
        <w:t>त्याच्या</w:t>
      </w:r>
      <w:r>
        <w:rPr>
          <w:rFonts w:ascii="Times New Roman" w:hAnsi="Times New Roman" w:eastAsia="Times New Roman" w:cs="Times New Roman"/>
        </w:rPr>
        <w:t xml:space="preserve"> </w:t>
      </w:r>
      <w:r>
        <w:rPr>
          <w:rFonts w:ascii="Nirmala UI" w:hAnsi="Nirmala UI" w:eastAsia="Nirmala UI" w:cs="Nirmala UI"/>
        </w:rPr>
        <w:t>कृत्यांप्रमाणे</w:t>
      </w:r>
      <w:r>
        <w:rPr>
          <w:rFonts w:ascii="Times New Roman" w:hAnsi="Times New Roman" w:eastAsia="Times New Roman" w:cs="Times New Roman"/>
        </w:rPr>
        <w:t xml:space="preserve"> </w:t>
      </w:r>
      <w:r>
        <w:rPr>
          <w:rFonts w:ascii="Nirmala UI" w:hAnsi="Nirmala UI" w:eastAsia="Nirmala UI" w:cs="Nirmala UI"/>
        </w:rPr>
        <w:t>प्रतिफळ</w:t>
      </w:r>
      <w:r>
        <w:rPr>
          <w:rFonts w:ascii="Times New Roman" w:hAnsi="Times New Roman" w:eastAsia="Times New Roman" w:cs="Times New Roman"/>
        </w:rPr>
        <w:t xml:space="preserve"> </w:t>
      </w:r>
      <w:r>
        <w:rPr>
          <w:rFonts w:ascii="Nirmala UI" w:hAnsi="Nirmala UI" w:eastAsia="Nirmala UI" w:cs="Nirmala UI"/>
        </w:rPr>
        <w:t>देईल</w:t>
      </w:r>
      <w:r>
        <w:rPr>
          <w:rFonts w:ascii="Times New Roman" w:hAnsi="Times New Roman" w:eastAsia="Times New Roman" w:cs="Times New Roman"/>
        </w:rPr>
        <w:t xml:space="preserve">.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तुम्हांला</w:t>
      </w:r>
      <w:r>
        <w:rPr>
          <w:rFonts w:ascii="Times New Roman" w:hAnsi="Times New Roman" w:eastAsia="Times New Roman" w:cs="Times New Roman"/>
        </w:rPr>
        <w:t xml:space="preserve"> </w:t>
      </w:r>
      <w:r>
        <w:rPr>
          <w:rFonts w:ascii="Nirmala UI" w:hAnsi="Nirmala UI" w:eastAsia="Nirmala UI" w:cs="Nirmala UI"/>
        </w:rPr>
        <w:t>खचित</w:t>
      </w:r>
      <w:r>
        <w:rPr>
          <w:rFonts w:ascii="Times New Roman" w:hAnsi="Times New Roman" w:eastAsia="Times New Roman" w:cs="Times New Roman"/>
        </w:rPr>
        <w:t xml:space="preserve"> </w:t>
      </w:r>
      <w:r>
        <w:rPr>
          <w:rFonts w:ascii="Nirmala UI" w:hAnsi="Nirmala UI" w:eastAsia="Nirmala UI" w:cs="Nirmala UI"/>
        </w:rPr>
        <w:t>सांगतो</w:t>
      </w:r>
      <w:r>
        <w:rPr>
          <w:rFonts w:ascii="Times New Roman" w:hAnsi="Times New Roman" w:eastAsia="Times New Roman" w:cs="Times New Roman"/>
        </w:rPr>
        <w:t xml:space="preserve">, </w:t>
      </w:r>
      <w:r>
        <w:rPr>
          <w:rFonts w:ascii="Nirmala UI" w:hAnsi="Nirmala UI" w:eastAsia="Nirmala UI" w:cs="Nirmala UI"/>
        </w:rPr>
        <w:t>येथे</w:t>
      </w:r>
      <w:r>
        <w:rPr>
          <w:rFonts w:ascii="Times New Roman" w:hAnsi="Times New Roman" w:eastAsia="Times New Roman" w:cs="Times New Roman"/>
        </w:rPr>
        <w:t xml:space="preserve"> </w:t>
      </w:r>
      <w:r>
        <w:rPr>
          <w:rFonts w:ascii="Nirmala UI" w:hAnsi="Nirmala UI" w:eastAsia="Nirmala UI" w:cs="Nirmala UI"/>
        </w:rPr>
        <w:t>उभे</w:t>
      </w:r>
      <w:r>
        <w:rPr>
          <w:rFonts w:ascii="Times New Roman" w:hAnsi="Times New Roman" w:eastAsia="Times New Roman" w:cs="Times New Roman"/>
        </w:rPr>
        <w:t xml:space="preserve"> </w:t>
      </w:r>
      <w:r>
        <w:rPr>
          <w:rFonts w:ascii="Nirmala UI" w:hAnsi="Nirmala UI" w:eastAsia="Nirmala UI" w:cs="Nirmala UI"/>
        </w:rPr>
        <w:t>असलेल्यांपैकी</w:t>
      </w:r>
      <w:r>
        <w:rPr>
          <w:rFonts w:ascii="Times New Roman" w:hAnsi="Times New Roman" w:eastAsia="Times New Roman" w:cs="Times New Roman"/>
        </w:rPr>
        <w:t xml:space="preserve"> </w:t>
      </w:r>
      <w:r>
        <w:rPr>
          <w:rFonts w:ascii="Nirmala UI" w:hAnsi="Nirmala UI" w:eastAsia="Nirmala UI" w:cs="Nirmala UI"/>
        </w:rPr>
        <w:t>काही</w:t>
      </w:r>
      <w:r>
        <w:rPr>
          <w:rFonts w:ascii="Times New Roman" w:hAnsi="Times New Roman" w:eastAsia="Times New Roman" w:cs="Times New Roman"/>
        </w:rPr>
        <w:t xml:space="preserve"> </w:t>
      </w:r>
      <w:r>
        <w:rPr>
          <w:rFonts w:ascii="Nirmala UI" w:hAnsi="Nirmala UI" w:eastAsia="Nirmala UI" w:cs="Nirmala UI"/>
        </w:rPr>
        <w:t>असे</w:t>
      </w:r>
      <w:r>
        <w:rPr>
          <w:rFonts w:ascii="Times New Roman" w:hAnsi="Times New Roman" w:eastAsia="Times New Roman" w:cs="Times New Roman"/>
        </w:rPr>
        <w:t xml:space="preserve"> </w:t>
      </w:r>
      <w:r>
        <w:rPr>
          <w:rFonts w:ascii="Nirmala UI" w:hAnsi="Nirmala UI" w:eastAsia="Nirmala UI" w:cs="Nirmala UI"/>
        </w:rPr>
        <w:t>आहेत</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मनुष्याचा</w:t>
      </w:r>
      <w:r>
        <w:rPr>
          <w:rFonts w:ascii="Times New Roman" w:hAnsi="Times New Roman" w:eastAsia="Times New Roman" w:cs="Times New Roman"/>
        </w:rPr>
        <w:t xml:space="preserve"> </w:t>
      </w:r>
      <w:r>
        <w:rPr>
          <w:rFonts w:ascii="Nirmala UI" w:hAnsi="Nirmala UI" w:eastAsia="Nirmala UI" w:cs="Nirmala UI"/>
        </w:rPr>
        <w:t>पुत्र</w:t>
      </w:r>
      <w:r>
        <w:rPr>
          <w:rFonts w:ascii="Times New Roman" w:hAnsi="Times New Roman" w:eastAsia="Times New Roman" w:cs="Times New Roman"/>
        </w:rPr>
        <w:t xml:space="preserve"> </w:t>
      </w:r>
      <w:r>
        <w:rPr>
          <w:rFonts w:ascii="Nirmala UI" w:hAnsi="Nirmala UI" w:eastAsia="Nirmala UI" w:cs="Nirmala UI"/>
        </w:rPr>
        <w:t>आपल्या</w:t>
      </w:r>
      <w:r>
        <w:rPr>
          <w:rFonts w:ascii="Times New Roman" w:hAnsi="Times New Roman" w:eastAsia="Times New Roman" w:cs="Times New Roman"/>
        </w:rPr>
        <w:t xml:space="preserve"> </w:t>
      </w:r>
      <w:r>
        <w:rPr>
          <w:rFonts w:ascii="Nirmala UI" w:hAnsi="Nirmala UI" w:eastAsia="Nirmala UI" w:cs="Nirmala UI"/>
        </w:rPr>
        <w:t>राज्यात</w:t>
      </w:r>
      <w:r>
        <w:rPr>
          <w:rFonts w:ascii="Times New Roman" w:hAnsi="Times New Roman" w:eastAsia="Times New Roman" w:cs="Times New Roman"/>
        </w:rPr>
        <w:t xml:space="preserve"> </w:t>
      </w:r>
      <w:r>
        <w:rPr>
          <w:rFonts w:ascii="Nirmala UI" w:hAnsi="Nirmala UI" w:eastAsia="Nirmala UI" w:cs="Nirmala UI"/>
        </w:rPr>
        <w:t>येताना</w:t>
      </w:r>
      <w:r>
        <w:rPr>
          <w:rFonts w:ascii="Times New Roman" w:hAnsi="Times New Roman" w:eastAsia="Times New Roman" w:cs="Times New Roman"/>
        </w:rPr>
        <w:t xml:space="preserve"> </w:t>
      </w:r>
      <w:r>
        <w:rPr>
          <w:rFonts w:ascii="Nirmala UI" w:hAnsi="Nirmala UI" w:eastAsia="Nirmala UI" w:cs="Nirmala UI"/>
        </w:rPr>
        <w:t>पाहेपर्यंत</w:t>
      </w:r>
      <w:r>
        <w:rPr>
          <w:rFonts w:ascii="Times New Roman" w:hAnsi="Times New Roman" w:eastAsia="Times New Roman" w:cs="Times New Roman"/>
        </w:rPr>
        <w:t xml:space="preserve"> </w:t>
      </w:r>
      <w:r>
        <w:rPr>
          <w:rFonts w:ascii="Nirmala UI" w:hAnsi="Nirmala UI" w:eastAsia="Nirmala UI" w:cs="Nirmala UI"/>
        </w:rPr>
        <w:t>ते</w:t>
      </w:r>
      <w:r>
        <w:rPr>
          <w:rFonts w:ascii="Times New Roman" w:hAnsi="Times New Roman" w:eastAsia="Times New Roman" w:cs="Times New Roman"/>
        </w:rPr>
        <w:t xml:space="preserve"> </w:t>
      </w:r>
      <w:r>
        <w:rPr>
          <w:rFonts w:ascii="Nirmala UI" w:hAnsi="Nirmala UI" w:eastAsia="Nirmala UI" w:cs="Nirmala UI"/>
        </w:rPr>
        <w:t>मरणाचा</w:t>
      </w:r>
      <w:r>
        <w:rPr>
          <w:rFonts w:ascii="Times New Roman" w:hAnsi="Times New Roman" w:eastAsia="Times New Roman" w:cs="Times New Roman"/>
        </w:rPr>
        <w:t xml:space="preserve"> </w:t>
      </w:r>
      <w:r>
        <w:rPr>
          <w:rFonts w:ascii="Nirmala UI" w:hAnsi="Nirmala UI" w:eastAsia="Nirmala UI" w:cs="Nirmala UI"/>
        </w:rPr>
        <w:t>स्वाद</w:t>
      </w:r>
      <w:r>
        <w:rPr>
          <w:rFonts w:ascii="Times New Roman" w:hAnsi="Times New Roman" w:eastAsia="Times New Roman" w:cs="Times New Roman"/>
        </w:rPr>
        <w:t xml:space="preserve"> </w:t>
      </w:r>
      <w:r>
        <w:rPr>
          <w:rFonts w:ascii="Nirmala UI" w:hAnsi="Nirmala UI" w:eastAsia="Nirmala UI" w:cs="Nirmala UI"/>
        </w:rPr>
        <w:t>चाखणार</w:t>
      </w:r>
      <w:r>
        <w:rPr>
          <w:rFonts w:ascii="Times New Roman" w:hAnsi="Times New Roman" w:eastAsia="Times New Roman" w:cs="Times New Roman"/>
        </w:rPr>
        <w:t xml:space="preserve"> </w:t>
      </w:r>
      <w:r>
        <w:rPr>
          <w:rFonts w:ascii="Nirmala UI" w:hAnsi="Nirmala UI" w:eastAsia="Nirmala UI" w:cs="Nirmala UI"/>
        </w:rPr>
        <w:t>नाहीत</w:t>
      </w:r>
      <w:r>
        <w:rPr>
          <w:rFonts w:ascii="Times New Roman" w:hAnsi="Times New Roman" w:eastAsia="Times New Roman" w:cs="Times New Roman"/>
        </w:rPr>
        <w:t xml:space="preserve">. </w:t>
      </w:r>
      <w:r>
        <w:rPr>
          <w:rFonts w:ascii="Nirmala UI" w:hAnsi="Nirmala UI" w:eastAsia="Nirmala UI" w:cs="Nirmala UI"/>
        </w:rPr>
        <w:t>मत्तय</w:t>
      </w:r>
      <w:r>
        <w:rPr>
          <w:rFonts w:ascii="Times New Roman" w:hAnsi="Times New Roman" w:eastAsia="Times New Roman" w:cs="Times New Roman"/>
        </w:rPr>
        <w:t xml:space="preserve"> 16:21–28.</w:t>
      </w:r>
    </w:p>
    <w:p>
      <w:pPr>
        <w:pStyle w:val="ArticleBody"/>
        <w:jc w:val="left"/>
      </w:pPr>
      <w:r>
        <w:rPr>
          <w:rFonts w:ascii="Times New Roman" w:hAnsi="Times New Roman" w:eastAsia="Times New Roman" w:cs="Times New Roman"/>
        </w:rPr>
        <w:t>ئەو یەکەم شتەیە، و بۆیە بە پێی یاسای یەکەم باسکردن، گرنگترین شتێک کە عیسا بە قوتابییەکانی لەسەر ئازارەکانی خاچ پێیان گوت، ئەوە بوو کە ئەگەر هەڵبژاردیان شوێنی بکەون، پێویستە خاچی خۆیان هەڵگرن. خوشک وایت بە ڕوونی دەڵێت کە خاچ هەمان نێرەکەشە. نێر و خاچ هێمای ویستی کەسیی مرۆڤن، و هەموو شتێک پشت بە بەکاربردنی دروستی ویست دەبەستێت. ئەو هێزەی پەرستگای خودا ڕادەگرێت، بەرخێکە کە سەربڕدراوە و لەسەر «ستوونێک» هەڵواسراوە. ئەو بەرخەی سەربڕدراوە، مێژووی بەخاچدانەوەی سروشتی نزم و جەستەیی دەنوێنێت، و ئەو «ستوون»ەی کە گۆشتی مردوو لەسەری هەڵواسراوە، ویستە. مەسیح نموونەی خۆی بۆ چۆنیەتی سەرکەوتن دابین کرد بەوەی هەمیشە ویستی خۆی لە ژێر ملکەچی ویستی باوکی خۆیدا دەهێشت، و بۆ تەواوکردنی ئەو کارە، لەگەڵ باوکی خۆی لەسەر تەخت دانیشت. هێمای سەرکەوتن ئەو بەرخەی سەربڕدراوەیە کە لەسەر ستوونەکە هەڵواسراوە. هەموو ئەم ڕاستییانە بە ڕاستەوخۆ پەیوەستن بەوانەی وەک پەتروس نوێنەرایەتی دەکرێن.</w:t>
      </w:r>
    </w:p>
    <w:p>
      <w:pPr>
        <w:pStyle w:val="ArticleBody"/>
        <w:jc w:val="left"/>
      </w:pPr>
      <w:r>
        <w:rPr>
          <w:rFonts w:ascii="Myanmar Text" w:hAnsi="Myanmar Text" w:eastAsia="Myanmar Text" w:cs="Myanmar Text"/>
        </w:rPr>
        <w:t>ဖီလဒေလဖိယအသင်းတော်အတွက်</w:t>
      </w:r>
      <w:r>
        <w:rPr>
          <w:rFonts w:ascii="Times New Roman" w:hAnsi="Times New Roman" w:eastAsia="Times New Roman" w:cs="Times New Roman"/>
        </w:rPr>
        <w:t xml:space="preserve">—Exeter </w:t>
      </w:r>
      <w:r>
        <w:rPr>
          <w:rFonts w:ascii="Myanmar Text" w:hAnsi="Myanmar Text" w:eastAsia="Myanmar Text" w:cs="Myanmar Text"/>
        </w:rPr>
        <w:t>တဲဖြင့်</w:t>
      </w:r>
      <w:r>
        <w:rPr>
          <w:rFonts w:ascii="Times New Roman" w:hAnsi="Times New Roman" w:eastAsia="Times New Roman" w:cs="Times New Roman"/>
        </w:rPr>
        <w:t xml:space="preserve"> </w:t>
      </w:r>
      <w:r>
        <w:rPr>
          <w:rFonts w:ascii="Myanmar Text" w:hAnsi="Myanmar Text" w:eastAsia="Myanmar Text" w:cs="Myanmar Text"/>
        </w:rPr>
        <w:t>ကိုယ်စားပြုထားသော</w:t>
      </w:r>
      <w:r>
        <w:rPr>
          <w:rFonts w:ascii="Times New Roman" w:hAnsi="Times New Roman" w:eastAsia="Times New Roman" w:cs="Times New Roman"/>
        </w:rPr>
        <w:t>—</w:t>
      </w:r>
      <w:r>
        <w:rPr>
          <w:rFonts w:ascii="Myanmar Text" w:hAnsi="Myanmar Text" w:eastAsia="Myanmar Text" w:cs="Myanmar Text"/>
        </w:rPr>
        <w:t>ဤသို့</w:t>
      </w:r>
      <w:r>
        <w:rPr>
          <w:rFonts w:ascii="Times New Roman" w:hAnsi="Times New Roman" w:eastAsia="Times New Roman" w:cs="Times New Roman"/>
        </w:rPr>
        <w:t xml:space="preserve"> </w:t>
      </w:r>
      <w:r>
        <w:rPr>
          <w:rFonts w:ascii="Myanmar Text" w:hAnsi="Myanmar Text" w:eastAsia="Myanmar Text" w:cs="Myanmar Text"/>
        </w:rPr>
        <w:t>ဖော်ပြထားသည်။</w:t>
      </w:r>
    </w:p>
    <w:p>
      <w:pPr>
        <w:pStyle w:val="ArticleScripture"/>
        <w:jc w:val="left"/>
      </w:pPr>
      <w:r>
        <w:rPr>
          <w:rFonts w:ascii="Myanmar Text" w:hAnsi="Myanmar Text" w:eastAsia="Myanmar Text" w:cs="Myanmar Text"/>
        </w:rPr>
        <w:t>အနိုင်ရသောသူကို</w:t>
      </w:r>
      <w:r>
        <w:rPr>
          <w:rFonts w:ascii="Times New Roman" w:hAnsi="Times New Roman" w:eastAsia="Times New Roman" w:cs="Times New Roman"/>
        </w:rPr>
        <w:t xml:space="preserve"> </w:t>
      </w:r>
      <w:r>
        <w:rPr>
          <w:rFonts w:ascii="Myanmar Text" w:hAnsi="Myanmar Text" w:eastAsia="Myanmar Text" w:cs="Myanmar Text"/>
        </w:rPr>
        <w:t>ငါ့ဘုရားသခင်၏</w:t>
      </w:r>
      <w:r>
        <w:rPr>
          <w:rFonts w:ascii="Times New Roman" w:hAnsi="Times New Roman" w:eastAsia="Times New Roman" w:cs="Times New Roman"/>
        </w:rPr>
        <w:t xml:space="preserve"> </w:t>
      </w:r>
      <w:r>
        <w:rPr>
          <w:rFonts w:ascii="Myanmar Text" w:hAnsi="Myanmar Text" w:eastAsia="Myanmar Text" w:cs="Myanmar Text"/>
        </w:rPr>
        <w:t>ဗိမာန်တော်၌</w:t>
      </w:r>
      <w:r>
        <w:rPr>
          <w:rFonts w:ascii="Times New Roman" w:hAnsi="Times New Roman" w:eastAsia="Times New Roman" w:cs="Times New Roman"/>
        </w:rPr>
        <w:t xml:space="preserve"> </w:t>
      </w:r>
      <w:r>
        <w:rPr>
          <w:rFonts w:ascii="Myanmar Text" w:hAnsi="Myanmar Text" w:eastAsia="Myanmar Text" w:cs="Myanmar Text"/>
        </w:rPr>
        <w:t>တိုင်တစ်တိုင်အဖြစ်</w:t>
      </w:r>
      <w:r>
        <w:rPr>
          <w:rFonts w:ascii="Times New Roman" w:hAnsi="Times New Roman" w:eastAsia="Times New Roman" w:cs="Times New Roman"/>
        </w:rPr>
        <w:t xml:space="preserve"> </w:t>
      </w:r>
      <w:r>
        <w:rPr>
          <w:rFonts w:ascii="Myanmar Text" w:hAnsi="Myanmar Text" w:eastAsia="Myanmar Text" w:cs="Myanmar Text"/>
        </w:rPr>
        <w:t>ငါပြုမည်။</w:t>
      </w:r>
      <w:r>
        <w:rPr>
          <w:rFonts w:ascii="Times New Roman" w:hAnsi="Times New Roman" w:eastAsia="Times New Roman" w:cs="Times New Roman"/>
        </w:rPr>
        <w:t xml:space="preserve"> </w:t>
      </w:r>
      <w:r>
        <w:rPr>
          <w:rFonts w:ascii="Myanmar Text" w:hAnsi="Myanmar Text" w:eastAsia="Myanmar Text" w:cs="Myanmar Text"/>
        </w:rPr>
        <w:t>ထိုသူသည်</w:t>
      </w:r>
      <w:r>
        <w:rPr>
          <w:rFonts w:ascii="Times New Roman" w:hAnsi="Times New Roman" w:eastAsia="Times New Roman" w:cs="Times New Roman"/>
        </w:rPr>
        <w:t xml:space="preserve"> </w:t>
      </w:r>
      <w:r>
        <w:rPr>
          <w:rFonts w:ascii="Myanmar Text" w:hAnsi="Myanmar Text" w:eastAsia="Myanmar Text" w:cs="Myanmar Text"/>
        </w:rPr>
        <w:t>နောက်တစ်ဖန်</w:t>
      </w:r>
      <w:r>
        <w:rPr>
          <w:rFonts w:ascii="Times New Roman" w:hAnsi="Times New Roman" w:eastAsia="Times New Roman" w:cs="Times New Roman"/>
        </w:rPr>
        <w:t xml:space="preserve"> </w:t>
      </w:r>
      <w:r>
        <w:rPr>
          <w:rFonts w:ascii="Myanmar Text" w:hAnsi="Myanmar Text" w:eastAsia="Myanmar Text" w:cs="Myanmar Text"/>
        </w:rPr>
        <w:t>အပြင်သို့</w:t>
      </w:r>
      <w:r>
        <w:rPr>
          <w:rFonts w:ascii="Times New Roman" w:hAnsi="Times New Roman" w:eastAsia="Times New Roman" w:cs="Times New Roman"/>
        </w:rPr>
        <w:t xml:space="preserve"> </w:t>
      </w:r>
      <w:r>
        <w:rPr>
          <w:rFonts w:ascii="Myanmar Text" w:hAnsi="Myanmar Text" w:eastAsia="Myanmar Text" w:cs="Myanmar Text"/>
        </w:rPr>
        <w:t>မထွက်ရတော့။</w:t>
      </w:r>
      <w:r>
        <w:rPr>
          <w:rFonts w:ascii="Times New Roman" w:hAnsi="Times New Roman" w:eastAsia="Times New Roman" w:cs="Times New Roman"/>
        </w:rPr>
        <w:t xml:space="preserve"> </w:t>
      </w:r>
      <w:r>
        <w:rPr>
          <w:rFonts w:ascii="Myanmar Text" w:hAnsi="Myanmar Text" w:eastAsia="Myanmar Text" w:cs="Myanmar Text"/>
        </w:rPr>
        <w:t>ထို့ပြင်</w:t>
      </w:r>
      <w:r>
        <w:rPr>
          <w:rFonts w:ascii="Times New Roman" w:hAnsi="Times New Roman" w:eastAsia="Times New Roman" w:cs="Times New Roman"/>
        </w:rPr>
        <w:t xml:space="preserve"> </w:t>
      </w:r>
      <w:r>
        <w:rPr>
          <w:rFonts w:ascii="Myanmar Text" w:hAnsi="Myanmar Text" w:eastAsia="Myanmar Text" w:cs="Myanmar Text"/>
        </w:rPr>
        <w:t>ငါ့ဘုရားသခင်၏</w:t>
      </w:r>
      <w:r>
        <w:rPr>
          <w:rFonts w:ascii="Times New Roman" w:hAnsi="Times New Roman" w:eastAsia="Times New Roman" w:cs="Times New Roman"/>
        </w:rPr>
        <w:t xml:space="preserve"> </w:t>
      </w:r>
      <w:r>
        <w:rPr>
          <w:rFonts w:ascii="Myanmar Text" w:hAnsi="Myanmar Text" w:eastAsia="Myanmar Text" w:cs="Myanmar Text"/>
        </w:rPr>
        <w:t>နာမတော်ကိုလည်းကောင်း၊</w:t>
      </w:r>
      <w:r>
        <w:rPr>
          <w:rFonts w:ascii="Times New Roman" w:hAnsi="Times New Roman" w:eastAsia="Times New Roman" w:cs="Times New Roman"/>
        </w:rPr>
        <w:t xml:space="preserve"> </w:t>
      </w:r>
      <w:r>
        <w:rPr>
          <w:rFonts w:ascii="Myanmar Text" w:hAnsi="Myanmar Text" w:eastAsia="Myanmar Text" w:cs="Myanmar Text"/>
        </w:rPr>
        <w:t>ငါ့ဘုရားသခင်ထံမှ</w:t>
      </w:r>
      <w:r>
        <w:rPr>
          <w:rFonts w:ascii="Times New Roman" w:hAnsi="Times New Roman" w:eastAsia="Times New Roman" w:cs="Times New Roman"/>
        </w:rPr>
        <w:t xml:space="preserve"> </w:t>
      </w:r>
      <w:r>
        <w:rPr>
          <w:rFonts w:ascii="Myanmar Text" w:hAnsi="Myanmar Text" w:eastAsia="Myanmar Text" w:cs="Myanmar Text"/>
        </w:rPr>
        <w:t>ကောင်းကင်ဘုံမှ</w:t>
      </w:r>
      <w:r>
        <w:rPr>
          <w:rFonts w:ascii="Times New Roman" w:hAnsi="Times New Roman" w:eastAsia="Times New Roman" w:cs="Times New Roman"/>
        </w:rPr>
        <w:t xml:space="preserve"> </w:t>
      </w:r>
      <w:r>
        <w:rPr>
          <w:rFonts w:ascii="Myanmar Text" w:hAnsi="Myanmar Text" w:eastAsia="Myanmar Text" w:cs="Myanmar Text"/>
        </w:rPr>
        <w:t>ဆင်းသက်လာသော</w:t>
      </w:r>
      <w:r>
        <w:rPr>
          <w:rFonts w:ascii="Times New Roman" w:hAnsi="Times New Roman" w:eastAsia="Times New Roman" w:cs="Times New Roman"/>
        </w:rPr>
        <w:t xml:space="preserve"> </w:t>
      </w:r>
      <w:r>
        <w:rPr>
          <w:rFonts w:ascii="Myanmar Text" w:hAnsi="Myanmar Text" w:eastAsia="Myanmar Text" w:cs="Myanmar Text"/>
        </w:rPr>
        <w:t>ယေရုရှလင်မြို့သစ်တည်းဟူသော</w:t>
      </w:r>
      <w:r>
        <w:rPr>
          <w:rFonts w:ascii="Times New Roman" w:hAnsi="Times New Roman" w:eastAsia="Times New Roman" w:cs="Times New Roman"/>
        </w:rPr>
        <w:t xml:space="preserve"> </w:t>
      </w:r>
      <w:r>
        <w:rPr>
          <w:rFonts w:ascii="Myanmar Text" w:hAnsi="Myanmar Text" w:eastAsia="Myanmar Text" w:cs="Myanmar Text"/>
        </w:rPr>
        <w:t>ငါ့ဘုရားသခင်၏</w:t>
      </w:r>
      <w:r>
        <w:rPr>
          <w:rFonts w:ascii="Times New Roman" w:hAnsi="Times New Roman" w:eastAsia="Times New Roman" w:cs="Times New Roman"/>
        </w:rPr>
        <w:t xml:space="preserve"> </w:t>
      </w:r>
      <w:r>
        <w:rPr>
          <w:rFonts w:ascii="Myanmar Text" w:hAnsi="Myanmar Text" w:eastAsia="Myanmar Text" w:cs="Myanmar Text"/>
        </w:rPr>
        <w:t>မြို့နာမကိုလည်းကောင်း၊</w:t>
      </w:r>
      <w:r>
        <w:rPr>
          <w:rFonts w:ascii="Times New Roman" w:hAnsi="Times New Roman" w:eastAsia="Times New Roman" w:cs="Times New Roman"/>
        </w:rPr>
        <w:t xml:space="preserve"> </w:t>
      </w:r>
      <w:r>
        <w:rPr>
          <w:rFonts w:ascii="Myanmar Text" w:hAnsi="Myanmar Text" w:eastAsia="Myanmar Text" w:cs="Myanmar Text"/>
        </w:rPr>
        <w:t>ငါ၏</w:t>
      </w:r>
      <w:r>
        <w:rPr>
          <w:rFonts w:ascii="Times New Roman" w:hAnsi="Times New Roman" w:eastAsia="Times New Roman" w:cs="Times New Roman"/>
        </w:rPr>
        <w:t xml:space="preserve"> </w:t>
      </w:r>
      <w:r>
        <w:rPr>
          <w:rFonts w:ascii="Myanmar Text" w:hAnsi="Myanmar Text" w:eastAsia="Myanmar Text" w:cs="Myanmar Text"/>
        </w:rPr>
        <w:t>နာမသစ်ကိုလည်းကောင်း၊</w:t>
      </w:r>
      <w:r>
        <w:rPr>
          <w:rFonts w:ascii="Times New Roman" w:hAnsi="Times New Roman" w:eastAsia="Times New Roman" w:cs="Times New Roman"/>
        </w:rPr>
        <w:t xml:space="preserve"> </w:t>
      </w:r>
      <w:r>
        <w:rPr>
          <w:rFonts w:ascii="Myanmar Text" w:hAnsi="Myanmar Text" w:eastAsia="Myanmar Text" w:cs="Myanmar Text"/>
        </w:rPr>
        <w:t>သူ၏အပေါ်၌</w:t>
      </w:r>
      <w:r>
        <w:rPr>
          <w:rFonts w:ascii="Times New Roman" w:hAnsi="Times New Roman" w:eastAsia="Times New Roman" w:cs="Times New Roman"/>
        </w:rPr>
        <w:t xml:space="preserve"> </w:t>
      </w:r>
      <w:r>
        <w:rPr>
          <w:rFonts w:ascii="Myanmar Text" w:hAnsi="Myanmar Text" w:eastAsia="Myanmar Text" w:cs="Myanmar Text"/>
        </w:rPr>
        <w:t>ငါရေးမှတ်မည်။</w:t>
      </w:r>
      <w:r>
        <w:rPr>
          <w:rFonts w:ascii="Times New Roman" w:hAnsi="Times New Roman" w:eastAsia="Times New Roman" w:cs="Times New Roman"/>
        </w:rPr>
        <w:t xml:space="preserve"> </w:t>
      </w:r>
      <w:r>
        <w:rPr>
          <w:rFonts w:ascii="Myanmar Text" w:hAnsi="Myanmar Text" w:eastAsia="Myanmar Text" w:cs="Myanmar Text"/>
        </w:rPr>
        <w:t>နားရှိသောသူသည်</w:t>
      </w:r>
      <w:r>
        <w:rPr>
          <w:rFonts w:ascii="Times New Roman" w:hAnsi="Times New Roman" w:eastAsia="Times New Roman" w:cs="Times New Roman"/>
        </w:rPr>
        <w:t xml:space="preserve"> </w:t>
      </w:r>
      <w:r>
        <w:rPr>
          <w:rFonts w:ascii="Myanmar Text" w:hAnsi="Myanmar Text" w:eastAsia="Myanmar Text" w:cs="Myanmar Text"/>
        </w:rPr>
        <w:t>ဝိညာဉ်တော်က</w:t>
      </w:r>
      <w:r>
        <w:rPr>
          <w:rFonts w:ascii="Times New Roman" w:hAnsi="Times New Roman" w:eastAsia="Times New Roman" w:cs="Times New Roman"/>
        </w:rPr>
        <w:t xml:space="preserve"> </w:t>
      </w:r>
      <w:r>
        <w:rPr>
          <w:rFonts w:ascii="Myanmar Text" w:hAnsi="Myanmar Text" w:eastAsia="Myanmar Text" w:cs="Myanmar Text"/>
        </w:rPr>
        <w:t>အသင်းတော်များအား</w:t>
      </w:r>
      <w:r>
        <w:rPr>
          <w:rFonts w:ascii="Times New Roman" w:hAnsi="Times New Roman" w:eastAsia="Times New Roman" w:cs="Times New Roman"/>
        </w:rPr>
        <w:t xml:space="preserve"> </w:t>
      </w:r>
      <w:r>
        <w:rPr>
          <w:rFonts w:ascii="Myanmar Text" w:hAnsi="Myanmar Text" w:eastAsia="Myanmar Text" w:cs="Myanmar Text"/>
        </w:rPr>
        <w:t>မိန့်တော်မူသောစကားကို</w:t>
      </w:r>
      <w:r>
        <w:rPr>
          <w:rFonts w:ascii="Times New Roman" w:hAnsi="Times New Roman" w:eastAsia="Times New Roman" w:cs="Times New Roman"/>
        </w:rPr>
        <w:t xml:space="preserve"> </w:t>
      </w:r>
      <w:r>
        <w:rPr>
          <w:rFonts w:ascii="Myanmar Text" w:hAnsi="Myanmar Text" w:eastAsia="Myanmar Text" w:cs="Myanmar Text"/>
        </w:rPr>
        <w:t>ကြားစေ။</w:t>
      </w:r>
      <w:r>
        <w:rPr>
          <w:rFonts w:ascii="Times New Roman" w:hAnsi="Times New Roman" w:eastAsia="Times New Roman" w:cs="Times New Roman"/>
        </w:rPr>
        <w:t xml:space="preserve"> </w:t>
      </w:r>
      <w:r>
        <w:rPr>
          <w:rFonts w:ascii="Myanmar Text" w:hAnsi="Myanmar Text" w:eastAsia="Myanmar Text" w:cs="Myanmar Text"/>
        </w:rPr>
        <w:t>ဗျာဒိတ်</w:t>
      </w:r>
      <w:r>
        <w:rPr>
          <w:rFonts w:ascii="Times New Roman" w:hAnsi="Times New Roman" w:eastAsia="Times New Roman" w:cs="Times New Roman"/>
        </w:rPr>
        <w:t xml:space="preserve"> </w:t>
      </w:r>
      <w:r>
        <w:rPr>
          <w:rFonts w:ascii="Myanmar Text" w:hAnsi="Myanmar Text" w:eastAsia="Myanmar Text" w:cs="Myanmar Text"/>
        </w:rPr>
        <w:t>၃</w:t>
      </w:r>
      <w:r>
        <w:rPr>
          <w:rFonts w:ascii="Times New Roman" w:hAnsi="Times New Roman" w:eastAsia="Times New Roman" w:cs="Times New Roman"/>
        </w:rPr>
        <w:t>:</w:t>
      </w:r>
      <w:r>
        <w:rPr>
          <w:rFonts w:ascii="Myanmar Text" w:hAnsi="Myanmar Text" w:eastAsia="Myanmar Text" w:cs="Myanmar Text"/>
        </w:rPr>
        <w:t>၁၂၊</w:t>
      </w:r>
      <w:r>
        <w:rPr>
          <w:rFonts w:ascii="Times New Roman" w:hAnsi="Times New Roman" w:eastAsia="Times New Roman" w:cs="Times New Roman"/>
        </w:rPr>
        <w:t xml:space="preserve"> </w:t>
      </w:r>
      <w:r>
        <w:rPr>
          <w:rFonts w:ascii="Myanmar Text" w:hAnsi="Myanmar Text" w:eastAsia="Myanmar Text" w:cs="Myanmar Text"/>
        </w:rPr>
        <w:t>၁၃။</w:t>
      </w:r>
    </w:p>
    <w:p>
      <w:pPr>
        <w:pStyle w:val="ArticleBody"/>
        <w:jc w:val="left"/>
      </w:pPr>
      <w:r>
        <w:rPr>
          <w:rFonts w:ascii="Times New Roman" w:hAnsi="Times New Roman" w:eastAsia="Times New Roman" w:cs="Times New Roman"/>
        </w:rPr>
        <w:t>Keesii akka Kiristoos moʼe ni moʼata, maqaa haaraa ni argata, akkuma Simoon Bar Yoonaa godhate sana; isaanis mana qulqullummaa Waaqayyoo keessatti utubaa ni taʼu, akkuma Kiristoos Hoolaa qalame taʼee mana qulqullummaa Waaqayyoo keessatti utubaa irratti fannifame sana. Yommuu isaan akka Kiristoos moʼe ni moʼatan, akkuma Kiristoos godhe sana, iddoo samii keessatti teessoo irra taaʼu.</w:t>
      </w:r>
    </w:p>
    <w:p>
      <w:pPr>
        <w:pStyle w:val="ArticleBody"/>
        <w:jc w:val="left"/>
      </w:pPr>
      <w:r>
        <w:rPr>
          <w:rFonts w:ascii="Times New Roman" w:hAnsi="Times New Roman" w:eastAsia="Times New Roman" w:cs="Times New Roman"/>
        </w:rPr>
        <w:t>Laodicea, Watertown gawalyaak daaŋcöt, acï tɔ̈n:</w:t>
      </w:r>
    </w:p>
    <w:p>
      <w:pPr>
        <w:pStyle w:val="ArticleScripture"/>
        <w:jc w:val="left"/>
      </w:pPr>
      <w:r>
        <w:rPr>
          <w:rFonts w:ascii="Times New Roman" w:hAnsi="Times New Roman" w:eastAsia="Times New Roman" w:cs="Times New Roman"/>
        </w:rPr>
        <w:t>“Mira, ky atet mana bursa punkunapi, taksaykakusa: pipas simiyta uyarispan punkuta kicharinqa chayqa, payman yaykuspa, paywan mikhusaq, paypas noqawan mikhunqa. Atipaqmanqa qonqa noqawan tiyayta trono ypi, imaynan noqapas atiparqani, hinaspan Yayaypa trononpi tiyaykurqani chayhina. Rinriyoq kaqqa uyariychun Espíritu iglesiakunaman imata nisqanta.” Apocalipsis 3:20–22.</w:t>
      </w:r>
    </w:p>
    <w:p>
      <w:pPr>
        <w:pStyle w:val="ArticleBody"/>
        <w:jc w:val="left"/>
      </w:pPr>
      <w:r>
        <w:rPr>
          <w:rFonts w:ascii="Times New Roman" w:hAnsi="Times New Roman" w:eastAsia="Times New Roman" w:cs="Times New Roman"/>
        </w:rPr>
        <w:t>Nyi mɔ pɛlɛlɛŋa Yesu yiira nɔɔnyɔlɔi nɛ eba kɛ kpɔɔrɔ kpaafoi baa nɔŋɛ kɔɔ lɛ, mɔ pɛlɛlɛŋa ni baala kɛ ba kɛŋ kɔɔ lɛ mɛɖɛɛ mɔ Yesu yaŋa wɔnɔ ka nɛ ba kɛŋ kɔɔ lɛ. Baala kɛ ba kpaaŋɔ lɛ nyɛlɛ ni ebaa nyɛlɛ mɛ ni wɔnɔ nyɛlɛ mɛ ba. Kɛ nyɛlɛ ni eyi kɛ lɛ, ba lɛ baa sɔrɔ aji wɔ nɛ ɔrɔŋɔi mɛ.</w:t>
      </w:r>
    </w:p>
    <w:p>
      <w:pPr>
        <w:pStyle w:val="ArticleScripture"/>
        <w:jc w:val="left"/>
      </w:pPr>
      <w:r>
        <w:rPr>
          <w:rFonts w:ascii="Times New Roman" w:hAnsi="Times New Roman" w:eastAsia="Times New Roman" w:cs="Times New Roman"/>
        </w:rPr>
        <w:t>Христосо ныв уыдæг гæнæнтæй амардтæ дæр, нын Чырыстийы фæдыл цæрæндзинад радта (уымæн æмæ уæ уæрзондзинадæй фæттард æвзæрстут), æмæ нын ын нымадтой æмæ нын æмхуызонæй æрбæрзонд кодта уæларвон бынæттæм Чырыстос Иисусы. Эфесæгтæм 2:5, 6.</w:t>
      </w:r>
    </w:p>
    <w:p>
      <w:pPr>
        <w:pStyle w:val="ArticleBody"/>
        <w:jc w:val="left"/>
      </w:pPr>
      <w:r>
        <w:rPr>
          <w:rFonts w:ascii="Nirmala UI" w:hAnsi="Nirmala UI" w:eastAsia="Nirmala UI" w:cs="Nirmala UI"/>
        </w:rPr>
        <w:t>बाघ</w:t>
      </w:r>
      <w:r>
        <w:rPr>
          <w:rFonts w:ascii="Times New Roman" w:hAnsi="Times New Roman" w:eastAsia="Times New Roman" w:cs="Times New Roman"/>
        </w:rPr>
        <w:t xml:space="preserve"> </w:t>
      </w:r>
      <w:r>
        <w:rPr>
          <w:rFonts w:ascii="Nirmala UI" w:hAnsi="Nirmala UI" w:eastAsia="Nirmala UI" w:cs="Nirmala UI"/>
        </w:rPr>
        <w:t>जु</w:t>
      </w:r>
      <w:r>
        <w:rPr>
          <w:rFonts w:ascii="Times New Roman" w:hAnsi="Times New Roman" w:eastAsia="Times New Roman" w:cs="Times New Roman"/>
        </w:rPr>
        <w:t xml:space="preserve"> </w:t>
      </w:r>
      <w:r>
        <w:rPr>
          <w:rFonts w:ascii="Nirmala UI" w:hAnsi="Nirmala UI" w:eastAsia="Nirmala UI" w:cs="Nirmala UI"/>
        </w:rPr>
        <w:t>दारोगा</w:t>
      </w:r>
      <w:r>
        <w:rPr>
          <w:rFonts w:ascii="Times New Roman" w:hAnsi="Times New Roman" w:eastAsia="Times New Roman" w:cs="Times New Roman"/>
        </w:rPr>
        <w:t xml:space="preserve"> </w:t>
      </w:r>
      <w:r>
        <w:rPr>
          <w:rFonts w:ascii="Nirmala UI" w:hAnsi="Nirmala UI" w:eastAsia="Nirmala UI" w:cs="Nirmala UI"/>
        </w:rPr>
        <w:t>यहूदाह</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गोत्र</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सिंह</w:t>
      </w:r>
      <w:r>
        <w:rPr>
          <w:rFonts w:ascii="Times New Roman" w:hAnsi="Times New Roman" w:eastAsia="Times New Roman" w:cs="Times New Roman"/>
        </w:rPr>
        <w:t xml:space="preserve">, </w:t>
      </w:r>
      <w:r>
        <w:rPr>
          <w:rFonts w:ascii="Nirmala UI" w:hAnsi="Nirmala UI" w:eastAsia="Nirmala UI" w:cs="Nirmala UI"/>
        </w:rPr>
        <w:t>जब</w:t>
      </w:r>
      <w:r>
        <w:rPr>
          <w:rFonts w:ascii="Times New Roman" w:hAnsi="Times New Roman" w:eastAsia="Times New Roman" w:cs="Times New Roman"/>
        </w:rPr>
        <w:t xml:space="preserve"> </w:t>
      </w:r>
      <w:r>
        <w:rPr>
          <w:rFonts w:ascii="Nirmala UI" w:hAnsi="Nirmala UI" w:eastAsia="Nirmala UI" w:cs="Nirmala UI"/>
        </w:rPr>
        <w:t>उसने</w:t>
      </w:r>
      <w:r>
        <w:rPr>
          <w:rFonts w:ascii="Times New Roman" w:hAnsi="Times New Roman" w:eastAsia="Times New Roman" w:cs="Times New Roman"/>
        </w:rPr>
        <w:t xml:space="preserve"> </w:t>
      </w:r>
      <w:r>
        <w:rPr>
          <w:rFonts w:ascii="Nirmala UI" w:hAnsi="Nirmala UI" w:eastAsia="Nirmala UI" w:cs="Nirmala UI"/>
        </w:rPr>
        <w:t>व्यक्तिगत</w:t>
      </w:r>
      <w:r>
        <w:rPr>
          <w:rFonts w:ascii="Times New Roman" w:hAnsi="Times New Roman" w:eastAsia="Times New Roman" w:cs="Times New Roman"/>
        </w:rPr>
        <w:t xml:space="preserve"> </w:t>
      </w:r>
      <w:r>
        <w:rPr>
          <w:rFonts w:ascii="Nirmala UI" w:hAnsi="Nirmala UI" w:eastAsia="Nirmala UI" w:cs="Nirmala UI"/>
        </w:rPr>
        <w:t>उत्तरदायित्व</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परिप्रेक्ष्य</w:t>
      </w:r>
      <w:r>
        <w:rPr>
          <w:rFonts w:ascii="Times New Roman" w:hAnsi="Times New Roman" w:eastAsia="Times New Roman" w:cs="Times New Roman"/>
        </w:rPr>
        <w:t xml:space="preserve">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क्रूस</w:t>
      </w:r>
      <w:r>
        <w:rPr>
          <w:rFonts w:ascii="Times New Roman" w:hAnsi="Times New Roman" w:eastAsia="Times New Roman" w:cs="Times New Roman"/>
        </w:rPr>
        <w:t xml:space="preserve"> </w:t>
      </w:r>
      <w:r>
        <w:rPr>
          <w:rFonts w:ascii="Nirmala UI" w:hAnsi="Nirmala UI" w:eastAsia="Nirmala UI" w:cs="Nirmala UI"/>
        </w:rPr>
        <w:t>पर</w:t>
      </w:r>
      <w:r>
        <w:rPr>
          <w:rFonts w:ascii="Times New Roman" w:hAnsi="Times New Roman" w:eastAsia="Times New Roman" w:cs="Times New Roman"/>
        </w:rPr>
        <w:t xml:space="preserve"> </w:t>
      </w:r>
      <w:r>
        <w:rPr>
          <w:rFonts w:ascii="Nirmala UI" w:hAnsi="Nirmala UI" w:eastAsia="Nirmala UI" w:cs="Nirmala UI"/>
        </w:rPr>
        <w:t>चढ़ाए</w:t>
      </w:r>
      <w:r>
        <w:rPr>
          <w:rFonts w:ascii="Times New Roman" w:hAnsi="Times New Roman" w:eastAsia="Times New Roman" w:cs="Times New Roman"/>
        </w:rPr>
        <w:t xml:space="preserve"> </w:t>
      </w:r>
      <w:r>
        <w:rPr>
          <w:rFonts w:ascii="Nirmala UI" w:hAnsi="Nirmala UI" w:eastAsia="Nirmala UI" w:cs="Nirmala UI"/>
        </w:rPr>
        <w:t>जाने</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सत्य</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प्रस्तुत</w:t>
      </w:r>
      <w:r>
        <w:rPr>
          <w:rFonts w:ascii="Times New Roman" w:hAnsi="Times New Roman" w:eastAsia="Times New Roman" w:cs="Times New Roman"/>
        </w:rPr>
        <w:t xml:space="preserve"> </w:t>
      </w:r>
      <w:r>
        <w:rPr>
          <w:rFonts w:ascii="Nirmala UI" w:hAnsi="Nirmala UI" w:eastAsia="Nirmala UI" w:cs="Nirmala UI"/>
        </w:rPr>
        <w:t>किया</w:t>
      </w:r>
      <w:r>
        <w:rPr>
          <w:rFonts w:ascii="Times New Roman" w:hAnsi="Times New Roman" w:eastAsia="Times New Roman" w:cs="Times New Roman"/>
        </w:rPr>
        <w:t xml:space="preserve">, </w:t>
      </w:r>
      <w:r>
        <w:rPr>
          <w:rFonts w:ascii="Nirmala UI" w:hAnsi="Nirmala UI" w:eastAsia="Nirmala UI" w:cs="Nirmala UI"/>
        </w:rPr>
        <w:t>तब</w:t>
      </w:r>
      <w:r>
        <w:rPr>
          <w:rFonts w:ascii="Times New Roman" w:hAnsi="Times New Roman" w:eastAsia="Times New Roman" w:cs="Times New Roman"/>
        </w:rPr>
        <w:t xml:space="preserve"> </w:t>
      </w:r>
      <w:r>
        <w:rPr>
          <w:rFonts w:ascii="Nirmala UI" w:hAnsi="Nirmala UI" w:eastAsia="Nirmala UI" w:cs="Nirmala UI"/>
        </w:rPr>
        <w:t>उसने</w:t>
      </w:r>
      <w:r>
        <w:rPr>
          <w:rFonts w:ascii="Times New Roman" w:hAnsi="Times New Roman" w:eastAsia="Times New Roman" w:cs="Times New Roman"/>
        </w:rPr>
        <w:t xml:space="preserve"> </w:t>
      </w:r>
      <w:r>
        <w:rPr>
          <w:rFonts w:ascii="Nirmala UI" w:hAnsi="Nirmala UI" w:eastAsia="Nirmala UI" w:cs="Nirmala UI"/>
        </w:rPr>
        <w:t>एक</w:t>
      </w:r>
      <w:r>
        <w:rPr>
          <w:rFonts w:ascii="Times New Roman" w:hAnsi="Times New Roman" w:eastAsia="Times New Roman" w:cs="Times New Roman"/>
        </w:rPr>
        <w:t xml:space="preserve"> </w:t>
      </w:r>
      <w:r>
        <w:rPr>
          <w:rFonts w:ascii="Nirmala UI" w:hAnsi="Nirmala UI" w:eastAsia="Nirmala UI" w:cs="Nirmala UI"/>
        </w:rPr>
        <w:t>और</w:t>
      </w:r>
      <w:r>
        <w:rPr>
          <w:rFonts w:ascii="Times New Roman" w:hAnsi="Times New Roman" w:eastAsia="Times New Roman" w:cs="Times New Roman"/>
        </w:rPr>
        <w:t xml:space="preserve"> </w:t>
      </w:r>
      <w:r>
        <w:rPr>
          <w:rFonts w:ascii="Nirmala UI" w:hAnsi="Nirmala UI" w:eastAsia="Nirmala UI" w:cs="Nirmala UI"/>
        </w:rPr>
        <w:t>सत्य</w:t>
      </w:r>
      <w:r>
        <w:rPr>
          <w:rFonts w:ascii="Times New Roman" w:hAnsi="Times New Roman" w:eastAsia="Times New Roman" w:cs="Times New Roman"/>
        </w:rPr>
        <w:t xml:space="preserve"> </w:t>
      </w:r>
      <w:r>
        <w:rPr>
          <w:rFonts w:ascii="Nirmala UI" w:hAnsi="Nirmala UI" w:eastAsia="Nirmala UI" w:cs="Nirmala UI"/>
        </w:rPr>
        <w:t>जोड़ा</w:t>
      </w:r>
      <w:r>
        <w:rPr>
          <w:rFonts w:ascii="Times New Roman" w:hAnsi="Times New Roman" w:eastAsia="Times New Roman" w:cs="Times New Roman"/>
        </w:rPr>
        <w:t xml:space="preserve"> </w:t>
      </w:r>
      <w:r>
        <w:rPr>
          <w:rFonts w:ascii="Nirmala UI" w:hAnsi="Nirmala UI" w:eastAsia="Nirmala UI" w:cs="Nirmala UI"/>
        </w:rPr>
        <w:t>जो</w:t>
      </w:r>
      <w:r>
        <w:rPr>
          <w:rFonts w:ascii="Times New Roman" w:hAnsi="Times New Roman" w:eastAsia="Times New Roman" w:cs="Times New Roman"/>
        </w:rPr>
        <w:t xml:space="preserve"> </w:t>
      </w:r>
      <w:r>
        <w:rPr>
          <w:rFonts w:ascii="Nirmala UI" w:hAnsi="Nirmala UI" w:eastAsia="Nirmala UI" w:cs="Nirmala UI"/>
        </w:rPr>
        <w:t>अन्तिम</w:t>
      </w:r>
      <w:r>
        <w:rPr>
          <w:rFonts w:ascii="Times New Roman" w:hAnsi="Times New Roman" w:eastAsia="Times New Roman" w:cs="Times New Roman"/>
        </w:rPr>
        <w:t xml:space="preserve"> </w:t>
      </w:r>
      <w:r>
        <w:rPr>
          <w:rFonts w:ascii="Nirmala UI" w:hAnsi="Nirmala UI" w:eastAsia="Nirmala UI" w:cs="Nirmala UI"/>
        </w:rPr>
        <w:t>दिनों</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संबोधित</w:t>
      </w:r>
      <w:r>
        <w:rPr>
          <w:rFonts w:ascii="Times New Roman" w:hAnsi="Times New Roman" w:eastAsia="Times New Roman" w:cs="Times New Roman"/>
        </w:rPr>
        <w:t xml:space="preserve"> </w:t>
      </w:r>
      <w:r>
        <w:rPr>
          <w:rFonts w:ascii="Nirmala UI" w:hAnsi="Nirmala UI" w:eastAsia="Nirmala UI" w:cs="Nirmala UI"/>
        </w:rPr>
        <w:t>करता</w:t>
      </w:r>
      <w:r>
        <w:rPr>
          <w:rFonts w:ascii="Times New Roman" w:hAnsi="Times New Roman" w:eastAsia="Times New Roman" w:cs="Times New Roman"/>
        </w:rPr>
        <w:t xml:space="preserve"> </w:t>
      </w:r>
      <w:r>
        <w:rPr>
          <w:rFonts w:ascii="Nirmala UI" w:hAnsi="Nirmala UI" w:eastAsia="Nirmala UI" w:cs="Nirmala UI"/>
        </w:rPr>
        <w:t>है।</w:t>
      </w:r>
    </w:p>
    <w:p>
      <w:pPr>
        <w:pStyle w:val="ArticleScripture"/>
        <w:jc w:val="left"/>
      </w:pPr>
      <w:r>
        <w:rPr>
          <w:rFonts w:ascii="Times New Roman" w:hAnsi="Times New Roman" w:eastAsia="Times New Roman" w:cs="Times New Roman"/>
        </w:rPr>
        <w:t>Náa bésh bee haneʼí tʼáá nihaa hólǫ́, doo bee ánáʼálwoʼ da, háálá nihił nizhónígo ałdóʼ bikááʼgi nahasdzáán tʼáá ajiłiiʼgo yáhootʼééłgo, átʼéego biniiyé bitsʼįʼ yichʼįʼ nahjįʼ naashá? Aooʼ, haʼátʼíísh hastóí bee yíká ajiłiił dooleeł biniiyé bitsʼįʼ yichʼįʼ náhwiilʼaahgo? Áádóó Hastiin Yázhí, BiTaaʼi biyázhígo, bił ángel daatsʼíísí tʼáá łaʼí bee hóyááłgo, yáázh dooleeł; áádóó tʼáá ałtsoní dóó tʼáá nihikéyahgi naasháhii, tʼáá íiyisíí bee haneʼígíí biyiʼ yáʼátʼéehígíí bee hazhóʼógo bichʼįʼ yáhoołʼaah dooleeł. Tʼáá ákótʼéego, nihiníł doo shił bééhózin da: łaʼ diné díígi naasháhii doo daaztsʼą́ą́ʼ da, Hastiin Yázhí bikéyahgi hóyááłgo yídaʼałnííłígíí tʼáá íiyisíí yíníłʼį́į́ʼgo. Matthew 16:26–28.</w:t>
      </w:r>
    </w:p>
    <w:p>
      <w:pPr>
        <w:pStyle w:val="ArticleBody"/>
        <w:jc w:val="left"/>
      </w:pPr>
      <w:r>
        <w:rPr>
          <w:rFonts w:ascii="Times New Roman" w:hAnsi="Times New Roman" w:eastAsia="Times New Roman" w:cs="Times New Roman"/>
        </w:rPr>
        <w:t>مئنای کُریج پیغامَ اگر یهودا قبیلَه شیر، یک‌صد و چهل و چهار هزار نفر مُهر زئنِ پایانی دورَه‌دا وَز بکَنَد، او وخت بعضی‌کَس مُردَنَه نِبَی. او وَخت مشخص طورا یک‌صد و چهل و چهار هزار نفرَه، یعنی اِش آخِر-روز مردُم، که مرگَه نَچشِن، خطاب کِرد. بنا بر این، قیصریه فیلپی وَر اِش دیدارِ شِش روز بَعد، یهودا قبیلَه شیر یک حقیقتَه وَز بکِرد که اِش شاگردانَه پیش رو صلیب بحرانَس وَر نیرومند بکَرد، اما مهم‌تر از او، او حقیقت زود آمدنی یکشنبه قانونَس باره گپ مَزَد.</w:t>
      </w:r>
    </w:p>
    <w:p>
      <w:pPr>
        <w:pStyle w:val="ArticleScripture"/>
        <w:jc w:val="left"/>
      </w:pPr>
      <w:r>
        <w:rPr>
          <w:rFonts w:ascii="Times New Roman" w:hAnsi="Times New Roman" w:eastAsia="Times New Roman" w:cs="Times New Roman"/>
        </w:rPr>
        <w:t>Жьынджыбжь фымш рыбжьоуп Иисус Петр, Иаков, уишьҭыхьау Иоанн рыцәшәи, насгьы дара рымацара игыларц иааганы иахьатәи ишьхәа дук ахь иҿалгеит. Уахь рыԥхьаӡа деиҭеиҭыԥсахын; ихыԥштәы амра еиԥш илашон, ишәҵатәыгьы алашара еиԥш ишкәакәахон. Нас, абраҟа, Моисеи Илиеи аарԥшын, уи иҽӡаны иарцәажәон. Усҟан Петр аҭак ҟаҵаны Иисус иеиҳәеит: Иҳақәиҭу, ара ҳзыҟазаара бзиоуп; уҭахызар, ара хышҭаара хԥа ҟаҳҵап: уара узыкәны акы, Моисеи изыкәны акы, Илиеи изыкәныгьы акы. Иара дышцәажәазҵәҟьа, абраҟа, лашара зҭәыз аԥҭа дара ирықәҳәҳәын; насгьы абԥҭа аҟынтәи абжьы шықәыргылт, иҳәон: Абри сара бзиа избо Сԥа иоуп, сара уи сгәы иахәоит; шәазыӡырҩы иара. Аҵаҩцәа уи анраҳа, рхаҿы икажьны иҵабыргыҵәҟьаны ишәеит. Иисус рааигәа днеиԥшаа, днаркьыҳәҳәаны иҳәеит: Шәгыл, шәымшәан. Рылақәа аньҭырх, Иисус ида егьи дара аӡәгьыымбаӡеит. Ишьхәа аҟынтәи ианылбаауаз, Иисус урҭ иԥҟаны иҳәеит: Абарҭ арбагақәа аӡәгьы ишәымҳәан, Адам Иԥа аԥсцәа рҟынтәи иԥсы анҭыҵиаанӡа. Аҵаҩцәа уи иазҵааит, иаҳәеит: Ус анакәха, избан аҵарауаа Илиа раԥхьа даараны дыҟоуп ҳәа зырҳәо? Иисус аҭак ҟаҵаны иҳәеит: Илиа шыҟазаалак раԥхьа даауеит, насгьы зегь еиҭашьақәиртәуеит. Аха сара ишәасҳәоит, Илиа уажәытәагьы даахьеит, дара уи изымдыруазт, аха дара рхы иаҭахыз зегь рыдырҟаҵеит. Убас еиԥш Адам Иԥагьы дара рҟынтә д suffering ҳәа иақәымшәеит. Усҟан аҵаҩцәа еилыркааит уи Иоанн Аӡӡаахҩы иганахь ала идырҳәаз шиакәыз. Матфеи 17:1–13.</w:t>
      </w:r>
    </w:p>
    <w:p>
      <w:pPr>
        <w:pStyle w:val="ArticleBody"/>
        <w:jc w:val="left"/>
      </w:pPr>
      <w:r>
        <w:rPr>
          <w:rFonts w:ascii="Times New Roman" w:hAnsi="Times New Roman" w:eastAsia="Times New Roman" w:cs="Times New Roman"/>
        </w:rPr>
        <w:t>اين گذرگاه‌دا شير يهودا قابيلاسينين شيري، مهلت باغلانماسينين بَندَنيشيندن بيله‌جه‌ك، «واخت ياخيندير» اولدوغو اوچون، يوز قيرخ دؤرد مين نفرى مهرله‌ين حقيقت‌لري آچار. او، اؤنجه صليب عذابيني تعيين ائدير و بو تجربه‌ني، بدنِ نفساني صليب‌ه چَكمكده ايراده‌لريني ايشلتمه‌يي رد ائده‌جك بير دسته ايله، مسيح‌ين نمونه‌سينه تابع اولاجاق بير دسته آراسيندا تعيين‌اِدِجي فرق کيمى تمثيل ائدير. سونرا اونلارا بو حقيقتي تقدیم ائدير کي، اونلار ير تاريخينين آخر نسليني تمثيل ائديرلر؛ او زمان کي، 11 سپتامبر 2001‌ده واقع اولان مهر آچيلماسينين واختيندان تا اونون قاييديشينا قدر ياشايان اينسانلار اولاجاق.</w:t>
      </w:r>
    </w:p>
    <w:p>
      <w:pPr>
        <w:pStyle w:val="ArticleBody"/>
        <w:jc w:val="left"/>
      </w:pPr>
      <w:r>
        <w:rPr>
          <w:rFonts w:ascii="Leelawadee UI" w:hAnsi="Leelawadee UI" w:eastAsia="Leelawadee UI" w:cs="Leelawadee UI"/>
        </w:rPr>
        <w:t>សេចក្ដីនោះទ្រង់បានបង្ហាញនិមិត្តមួយអំពីអង្គដ៏មានសិរីរុងរឿងរបស់ទ្រង់</w:t>
      </w:r>
      <w:r>
        <w:rPr>
          <w:rFonts w:ascii="Times New Roman" w:hAnsi="Times New Roman" w:eastAsia="Times New Roman" w:cs="Times New Roman"/>
        </w:rPr>
        <w:t xml:space="preserve"> </w:t>
      </w:r>
      <w:r>
        <w:rPr>
          <w:rFonts w:ascii="Leelawadee UI" w:hAnsi="Leelawadee UI" w:eastAsia="Leelawadee UI" w:cs="Leelawadee UI"/>
        </w:rPr>
        <w:t>ហើយជាមួយទ្រង់ក៏មានលោកម៉ូសេ</w:t>
      </w:r>
      <w:r>
        <w:rPr>
          <w:rFonts w:ascii="Times New Roman" w:hAnsi="Times New Roman" w:eastAsia="Times New Roman" w:cs="Times New Roman"/>
        </w:rPr>
        <w:t xml:space="preserve"> </w:t>
      </w:r>
      <w:r>
        <w:rPr>
          <w:rFonts w:ascii="Leelawadee UI" w:hAnsi="Leelawadee UI" w:eastAsia="Leelawadee UI" w:cs="Leelawadee UI"/>
        </w:rPr>
        <w:t>និងលោកអេលីយ៉ាផងដែរ។</w:t>
      </w:r>
      <w:r>
        <w:rPr>
          <w:rFonts w:ascii="Times New Roman" w:hAnsi="Times New Roman" w:eastAsia="Times New Roman" w:cs="Times New Roman"/>
        </w:rPr>
        <w:t xml:space="preserve"> </w:t>
      </w:r>
      <w:r>
        <w:rPr>
          <w:rFonts w:ascii="Leelawadee UI" w:hAnsi="Leelawadee UI" w:eastAsia="Leelawadee UI" w:cs="Leelawadee UI"/>
        </w:rPr>
        <w:t>សារនៃការបោះត្រាដែលត្រូវបានបើកបង្ហាញ</w:t>
      </w:r>
      <w:r>
        <w:rPr>
          <w:rFonts w:ascii="Times New Roman" w:hAnsi="Times New Roman" w:eastAsia="Times New Roman" w:cs="Times New Roman"/>
        </w:rPr>
        <w:t xml:space="preserve"> </w:t>
      </w:r>
      <w:r>
        <w:rPr>
          <w:rFonts w:ascii="Leelawadee UI" w:hAnsi="Leelawadee UI" w:eastAsia="Leelawadee UI" w:cs="Leelawadee UI"/>
        </w:rPr>
        <w:t>គឺជា</w:t>
      </w:r>
      <w:r>
        <w:rPr>
          <w:rFonts w:ascii="Times New Roman" w:hAnsi="Times New Roman" w:eastAsia="Times New Roman" w:cs="Times New Roman"/>
        </w:rPr>
        <w:t xml:space="preserve"> «</w:t>
      </w:r>
      <w:r>
        <w:rPr>
          <w:rFonts w:ascii="Leelawadee UI" w:hAnsi="Leelawadee UI" w:eastAsia="Leelawadee UI" w:cs="Leelawadee UI"/>
        </w:rPr>
        <w:t>វិវរណៈនៃព្រះយេស៊ូវគ្រីស្ទ</w:t>
      </w:r>
      <w:r>
        <w:rPr>
          <w:rFonts w:ascii="Times New Roman" w:hAnsi="Times New Roman" w:eastAsia="Times New Roman" w:cs="Times New Roman"/>
        </w:rPr>
        <w:t xml:space="preserve">» </w:t>
      </w:r>
      <w:r>
        <w:rPr>
          <w:rFonts w:ascii="Leelawadee UI" w:hAnsi="Leelawadee UI" w:eastAsia="Leelawadee UI" w:cs="Leelawadee UI"/>
        </w:rPr>
        <w:t>ដែលភ្ជាប់ជាមួយលោកម៉ូសេ</w:t>
      </w:r>
      <w:r>
        <w:rPr>
          <w:rFonts w:ascii="Times New Roman" w:hAnsi="Times New Roman" w:eastAsia="Times New Roman" w:cs="Times New Roman"/>
        </w:rPr>
        <w:t xml:space="preserve"> </w:t>
      </w:r>
      <w:r>
        <w:rPr>
          <w:rFonts w:ascii="Leelawadee UI" w:hAnsi="Leelawadee UI" w:eastAsia="Leelawadee UI" w:cs="Leelawadee UI"/>
        </w:rPr>
        <w:t>និងលោកអេលីយ៉ា</w:t>
      </w:r>
      <w:r>
        <w:rPr>
          <w:rFonts w:ascii="Times New Roman" w:hAnsi="Times New Roman" w:eastAsia="Times New Roman" w:cs="Times New Roman"/>
        </w:rPr>
        <w:t xml:space="preserve"> </w:t>
      </w:r>
      <w:r>
        <w:rPr>
          <w:rFonts w:ascii="Leelawadee UI" w:hAnsi="Leelawadee UI" w:eastAsia="Leelawadee UI" w:cs="Leelawadee UI"/>
        </w:rPr>
        <w:t>ហើយសារនោះបានចាប់ផ្ដើមត្រូវបានបើកបង្ហាញនៅខែកក្កដា</w:t>
      </w:r>
      <w:r>
        <w:rPr>
          <w:rFonts w:ascii="Times New Roman" w:hAnsi="Times New Roman" w:eastAsia="Times New Roman" w:cs="Times New Roman"/>
        </w:rPr>
        <w:t xml:space="preserve"> </w:t>
      </w:r>
      <w:r>
        <w:rPr>
          <w:rFonts w:ascii="Leelawadee UI" w:hAnsi="Leelawadee UI" w:eastAsia="Leelawadee UI" w:cs="Leelawadee UI"/>
        </w:rPr>
        <w:t>ឆ្នាំ២០២៣</w:t>
      </w:r>
      <w:r>
        <w:rPr>
          <w:rFonts w:ascii="Times New Roman" w:hAnsi="Times New Roman" w:eastAsia="Times New Roman" w:cs="Times New Roman"/>
        </w:rPr>
        <w:t xml:space="preserve"> </w:t>
      </w:r>
      <w:r>
        <w:rPr>
          <w:rFonts w:ascii="Leelawadee UI" w:hAnsi="Leelawadee UI" w:eastAsia="Leelawadee UI" w:cs="Leelawadee UI"/>
        </w:rPr>
        <w:t>នៅពេលដែលសាក្សីទាំងពីរនៅក្នុង</w:t>
      </w:r>
      <w:r>
        <w:rPr>
          <w:rFonts w:ascii="Times New Roman" w:hAnsi="Times New Roman" w:eastAsia="Times New Roman" w:cs="Times New Roman"/>
        </w:rPr>
        <w:t xml:space="preserve"> </w:t>
      </w:r>
      <w:r>
        <w:rPr>
          <w:rFonts w:ascii="Leelawadee UI" w:hAnsi="Leelawadee UI" w:eastAsia="Leelawadee UI" w:cs="Leelawadee UI"/>
        </w:rPr>
        <w:t>វិវរណៈ</w:t>
      </w:r>
      <w:r>
        <w:rPr>
          <w:rFonts w:ascii="Times New Roman" w:hAnsi="Times New Roman" w:eastAsia="Times New Roman" w:cs="Times New Roman"/>
        </w:rPr>
        <w:t xml:space="preserve"> </w:t>
      </w:r>
      <w:r>
        <w:rPr>
          <w:rFonts w:ascii="Leelawadee UI" w:hAnsi="Leelawadee UI" w:eastAsia="Leelawadee UI" w:cs="Leelawadee UI"/>
        </w:rPr>
        <w:t>ជំពូក</w:t>
      </w:r>
      <w:r>
        <w:rPr>
          <w:rFonts w:ascii="Times New Roman" w:hAnsi="Times New Roman" w:eastAsia="Times New Roman" w:cs="Times New Roman"/>
        </w:rPr>
        <w:t xml:space="preserve"> </w:t>
      </w:r>
      <w:r>
        <w:rPr>
          <w:rFonts w:ascii="Leelawadee UI" w:hAnsi="Leelawadee UI" w:eastAsia="Leelawadee UI" w:cs="Leelawadee UI"/>
        </w:rPr>
        <w:t>១១</w:t>
      </w:r>
      <w:r>
        <w:rPr>
          <w:rFonts w:ascii="Times New Roman" w:hAnsi="Times New Roman" w:eastAsia="Times New Roman" w:cs="Times New Roman"/>
        </w:rPr>
        <w:t xml:space="preserve"> </w:t>
      </w:r>
      <w:r>
        <w:rPr>
          <w:rFonts w:ascii="Leelawadee UI" w:hAnsi="Leelawadee UI" w:eastAsia="Leelawadee UI" w:cs="Leelawadee UI"/>
        </w:rPr>
        <w:t>ដែលគឺលោកម៉ូសេ</w:t>
      </w:r>
      <w:r>
        <w:rPr>
          <w:rFonts w:ascii="Times New Roman" w:hAnsi="Times New Roman" w:eastAsia="Times New Roman" w:cs="Times New Roman"/>
        </w:rPr>
        <w:t xml:space="preserve"> </w:t>
      </w:r>
      <w:r>
        <w:rPr>
          <w:rFonts w:ascii="Leelawadee UI" w:hAnsi="Leelawadee UI" w:eastAsia="Leelawadee UI" w:cs="Leelawadee UI"/>
        </w:rPr>
        <w:t>និងលោកអេលីយ៉ា</w:t>
      </w:r>
      <w:r>
        <w:rPr>
          <w:rFonts w:ascii="Times New Roman" w:hAnsi="Times New Roman" w:eastAsia="Times New Roman" w:cs="Times New Roman"/>
        </w:rPr>
        <w:t xml:space="preserve"> </w:t>
      </w:r>
      <w:r>
        <w:rPr>
          <w:rFonts w:ascii="Leelawadee UI" w:hAnsi="Leelawadee UI" w:eastAsia="Leelawadee UI" w:cs="Leelawadee UI"/>
        </w:rPr>
        <w:t>ត្រូវបានបញ្ជាក់ឡើង</w:t>
      </w:r>
      <w:r>
        <w:rPr>
          <w:rFonts w:ascii="Times New Roman" w:hAnsi="Times New Roman" w:eastAsia="Times New Roman" w:cs="Times New Roman"/>
        </w:rPr>
        <w:t xml:space="preserve"> </w:t>
      </w:r>
      <w:r>
        <w:rPr>
          <w:rFonts w:ascii="Leelawadee UI" w:hAnsi="Leelawadee UI" w:eastAsia="Leelawadee UI" w:cs="Leelawadee UI"/>
        </w:rPr>
        <w:t>បន្ទាត់លើបន្ទាត់</w:t>
      </w:r>
      <w:r>
        <w:rPr>
          <w:rFonts w:ascii="Times New Roman" w:hAnsi="Times New Roman" w:eastAsia="Times New Roman" w:cs="Times New Roman"/>
        </w:rPr>
        <w:t xml:space="preserve"> </w:t>
      </w:r>
      <w:r>
        <w:rPr>
          <w:rFonts w:ascii="Leelawadee UI" w:hAnsi="Leelawadee UI" w:eastAsia="Leelawadee UI" w:cs="Leelawadee UI"/>
        </w:rPr>
        <w:t>ថាជានិមិត្តសញ្ញាដែលតំណាងឲ្យការបោះត្រាលើមនុស្សមួយសែនបួនម៉ឺនបួនពាន់នាក់។</w:t>
      </w:r>
      <w:r>
        <w:rPr>
          <w:rFonts w:ascii="Times New Roman" w:hAnsi="Times New Roman" w:eastAsia="Times New Roman" w:cs="Times New Roman"/>
        </w:rPr>
        <w:t xml:space="preserve"> </w:t>
      </w:r>
      <w:r>
        <w:rPr>
          <w:rFonts w:ascii="Leelawadee UI" w:hAnsi="Leelawadee UI" w:eastAsia="Leelawadee UI" w:cs="Leelawadee UI"/>
        </w:rPr>
        <w:t>កាលសិស្សទាំងបីបានឃើញនិមិត្ត</w:t>
      </w:r>
      <w:r>
        <w:rPr>
          <w:rFonts w:ascii="Times New Roman" w:hAnsi="Times New Roman" w:eastAsia="Times New Roman" w:cs="Times New Roman"/>
        </w:rPr>
        <w:t xml:space="preserve"> </w:t>
      </w:r>
      <w:r>
        <w:rPr>
          <w:rFonts w:ascii="Leelawadee UI" w:hAnsi="Leelawadee UI" w:eastAsia="Leelawadee UI" w:cs="Leelawadee UI"/>
        </w:rPr>
        <w:t>និងឮព្រះសូរសៀងរបស់ព្រះ</w:t>
      </w:r>
      <w:r>
        <w:rPr>
          <w:rFonts w:ascii="Times New Roman" w:hAnsi="Times New Roman" w:eastAsia="Times New Roman" w:cs="Times New Roman"/>
        </w:rPr>
        <w:t xml:space="preserve"> “</w:t>
      </w:r>
      <w:r>
        <w:rPr>
          <w:rFonts w:ascii="Leelawadee UI" w:hAnsi="Leelawadee UI" w:eastAsia="Leelawadee UI" w:cs="Leelawadee UI"/>
        </w:rPr>
        <w:t>ពួកគេក៏ដួលផ្កាប់មុខចុះ</w:t>
      </w:r>
      <w:r>
        <w:rPr>
          <w:rFonts w:ascii="Times New Roman" w:hAnsi="Times New Roman" w:eastAsia="Times New Roman" w:cs="Times New Roman"/>
        </w:rPr>
        <w:t xml:space="preserve"> </w:t>
      </w:r>
      <w:r>
        <w:rPr>
          <w:rFonts w:ascii="Leelawadee UI" w:hAnsi="Leelawadee UI" w:eastAsia="Leelawadee UI" w:cs="Leelawadee UI"/>
        </w:rPr>
        <w:t>ហើយភ័យខ្លាចជាខ្លាំង។</w:t>
      </w:r>
      <w:r>
        <w:rPr>
          <w:rFonts w:ascii="Times New Roman" w:hAnsi="Times New Roman" w:eastAsia="Times New Roman" w:cs="Times New Roman"/>
        </w:rPr>
        <w:t xml:space="preserve"> </w:t>
      </w:r>
      <w:r>
        <w:rPr>
          <w:rFonts w:ascii="Leelawadee UI" w:hAnsi="Leelawadee UI" w:eastAsia="Leelawadee UI" w:cs="Leelawadee UI"/>
        </w:rPr>
        <w:t>រួចព្រះយេស៊ូវបានយាងមកពាល់ពួកគេ</w:t>
      </w:r>
      <w:r>
        <w:rPr>
          <w:rFonts w:ascii="Times New Roman" w:hAnsi="Times New Roman" w:eastAsia="Times New Roman" w:cs="Times New Roman"/>
        </w:rPr>
        <w:t xml:space="preserve"> </w:t>
      </w:r>
      <w:r>
        <w:rPr>
          <w:rFonts w:ascii="Leelawadee UI" w:hAnsi="Leelawadee UI" w:eastAsia="Leelawadee UI" w:cs="Leelawadee UI"/>
        </w:rPr>
        <w:t>ហើយមានព្រះបន្ទូលថា</w:t>
      </w:r>
      <w:r>
        <w:rPr>
          <w:rFonts w:ascii="Times New Roman" w:hAnsi="Times New Roman" w:eastAsia="Times New Roman" w:cs="Times New Roman"/>
        </w:rPr>
        <w:t xml:space="preserve"> </w:t>
      </w:r>
      <w:r>
        <w:rPr>
          <w:rFonts w:ascii="Leelawadee UI" w:hAnsi="Leelawadee UI" w:eastAsia="Leelawadee UI" w:cs="Leelawadee UI"/>
        </w:rPr>
        <w:t>ចូរក្រោកឡើង</w:t>
      </w:r>
      <w:r>
        <w:rPr>
          <w:rFonts w:ascii="Times New Roman" w:hAnsi="Times New Roman" w:eastAsia="Times New Roman" w:cs="Times New Roman"/>
        </w:rPr>
        <w:t xml:space="preserve"> </w:t>
      </w:r>
      <w:r>
        <w:rPr>
          <w:rFonts w:ascii="Leelawadee UI" w:hAnsi="Leelawadee UI" w:eastAsia="Leelawadee UI" w:cs="Leelawadee UI"/>
        </w:rPr>
        <w:t>កុំភ័យអី</w:t>
      </w:r>
      <w:r>
        <w:rPr>
          <w:rFonts w:ascii="Times New Roman" w:hAnsi="Times New Roman" w:eastAsia="Times New Roman" w:cs="Times New Roman"/>
        </w:rPr>
        <w:t>”</w:t>
      </w:r>
      <w:r>
        <w:rPr>
          <w:rFonts w:ascii="Leelawadee UI" w:hAnsi="Leelawadee UI" w:eastAsia="Leelawadee UI" w:cs="Leelawadee UI"/>
        </w:rPr>
        <w:t>។</w:t>
      </w:r>
    </w:p>
    <w:p>
      <w:pPr>
        <w:pStyle w:val="ArticleBody"/>
        <w:jc w:val="left"/>
      </w:pPr>
      <w:r>
        <w:rPr>
          <w:rFonts w:ascii="Ebrima" w:hAnsi="Ebrima" w:eastAsia="Ebrima" w:cs="Ebrima"/>
        </w:rPr>
        <w:t>እቲ</w:t>
      </w:r>
      <w:r>
        <w:rPr>
          <w:rFonts w:ascii="Times New Roman" w:hAnsi="Times New Roman" w:eastAsia="Times New Roman" w:cs="Times New Roman"/>
        </w:rPr>
        <w:t xml:space="preserve"> </w:t>
      </w:r>
      <w:r>
        <w:rPr>
          <w:rFonts w:ascii="Ebrima" w:hAnsi="Ebrima" w:eastAsia="Ebrima" w:cs="Ebrima"/>
        </w:rPr>
        <w:t>ራእይ</w:t>
      </w:r>
      <w:r>
        <w:rPr>
          <w:rFonts w:ascii="Times New Roman" w:hAnsi="Times New Roman" w:eastAsia="Times New Roman" w:cs="Times New Roman"/>
        </w:rPr>
        <w:t xml:space="preserve"> </w:t>
      </w:r>
      <w:r>
        <w:rPr>
          <w:rFonts w:ascii="Ebrima" w:hAnsi="Ebrima" w:eastAsia="Ebrima" w:cs="Ebrima"/>
        </w:rPr>
        <w:t>እቶም</w:t>
      </w:r>
      <w:r>
        <w:rPr>
          <w:rFonts w:ascii="Times New Roman" w:hAnsi="Times New Roman" w:eastAsia="Times New Roman" w:cs="Times New Roman"/>
        </w:rPr>
        <w:t xml:space="preserve"> </w:t>
      </w:r>
      <w:r>
        <w:rPr>
          <w:rFonts w:ascii="Ebrima" w:hAnsi="Ebrima" w:eastAsia="Ebrima" w:cs="Ebrima"/>
        </w:rPr>
        <w:t>ሰለስተ</w:t>
      </w:r>
      <w:r>
        <w:rPr>
          <w:rFonts w:ascii="Times New Roman" w:hAnsi="Times New Roman" w:eastAsia="Times New Roman" w:cs="Times New Roman"/>
        </w:rPr>
        <w:t xml:space="preserve"> </w:t>
      </w:r>
      <w:r>
        <w:rPr>
          <w:rFonts w:ascii="Ebrima" w:hAnsi="Ebrima" w:eastAsia="Ebrima" w:cs="Ebrima"/>
        </w:rPr>
        <w:t>ደቀ</w:t>
      </w:r>
      <w:r>
        <w:rPr>
          <w:rFonts w:ascii="Times New Roman" w:hAnsi="Times New Roman" w:eastAsia="Times New Roman" w:cs="Times New Roman"/>
        </w:rPr>
        <w:t xml:space="preserve"> </w:t>
      </w:r>
      <w:r>
        <w:rPr>
          <w:rFonts w:ascii="Ebrima" w:hAnsi="Ebrima" w:eastAsia="Ebrima" w:cs="Ebrima"/>
        </w:rPr>
        <w:t>መዛሙርቲ</w:t>
      </w:r>
      <w:r>
        <w:rPr>
          <w:rFonts w:ascii="Times New Roman" w:hAnsi="Times New Roman" w:eastAsia="Times New Roman" w:cs="Times New Roman"/>
        </w:rPr>
        <w:t xml:space="preserve"> </w:t>
      </w:r>
      <w:r>
        <w:rPr>
          <w:rFonts w:ascii="Ebrima" w:hAnsi="Ebrima" w:eastAsia="Ebrima" w:cs="Ebrima"/>
        </w:rPr>
        <w:t>ዝረኣይዎ፣</w:t>
      </w:r>
      <w:r>
        <w:rPr>
          <w:rFonts w:ascii="Times New Roman" w:hAnsi="Times New Roman" w:eastAsia="Times New Roman" w:cs="Times New Roman"/>
        </w:rPr>
        <w:t xml:space="preserve"> </w:t>
      </w:r>
      <w:r>
        <w:rPr>
          <w:rFonts w:ascii="Ebrima" w:hAnsi="Ebrima" w:eastAsia="Ebrima" w:cs="Ebrima"/>
        </w:rPr>
        <w:t>ራእይ</w:t>
      </w:r>
      <w:r>
        <w:rPr>
          <w:rFonts w:ascii="Times New Roman" w:hAnsi="Times New Roman" w:eastAsia="Times New Roman" w:cs="Times New Roman"/>
        </w:rPr>
        <w:t xml:space="preserve"> </w:t>
      </w:r>
      <w:r>
        <w:rPr>
          <w:rFonts w:ascii="Ebrima" w:hAnsi="Ebrima" w:eastAsia="Ebrima" w:cs="Ebrima"/>
        </w:rPr>
        <w:t>ናይ</w:t>
      </w:r>
      <w:r>
        <w:rPr>
          <w:rFonts w:ascii="Times New Roman" w:hAnsi="Times New Roman" w:eastAsia="Times New Roman" w:cs="Times New Roman"/>
        </w:rPr>
        <w:t xml:space="preserve"> </w:t>
      </w:r>
      <w:r>
        <w:rPr>
          <w:rFonts w:ascii="Ebrima" w:hAnsi="Ebrima" w:eastAsia="Ebrima" w:cs="Ebrima"/>
        </w:rPr>
        <w:t>ክብሪ</w:t>
      </w:r>
      <w:r>
        <w:rPr>
          <w:rFonts w:ascii="Times New Roman" w:hAnsi="Times New Roman" w:eastAsia="Times New Roman" w:cs="Times New Roman"/>
        </w:rPr>
        <w:t xml:space="preserve"> </w:t>
      </w:r>
      <w:r>
        <w:rPr>
          <w:rFonts w:ascii="Ebrima" w:hAnsi="Ebrima" w:eastAsia="Ebrima" w:cs="Ebrima"/>
        </w:rPr>
        <w:t>ክርስቶስ</w:t>
      </w:r>
      <w:r>
        <w:rPr>
          <w:rFonts w:ascii="Times New Roman" w:hAnsi="Times New Roman" w:eastAsia="Times New Roman" w:cs="Times New Roman"/>
        </w:rPr>
        <w:t xml:space="preserve"> </w:t>
      </w:r>
      <w:r>
        <w:rPr>
          <w:rFonts w:ascii="Ebrima" w:hAnsi="Ebrima" w:eastAsia="Ebrima" w:cs="Ebrima"/>
        </w:rPr>
        <w:t>ኣብ</w:t>
      </w:r>
      <w:r>
        <w:rPr>
          <w:rFonts w:ascii="Times New Roman" w:hAnsi="Times New Roman" w:eastAsia="Times New Roman" w:cs="Times New Roman"/>
        </w:rPr>
        <w:t xml:space="preserve"> </w:t>
      </w:r>
      <w:r>
        <w:rPr>
          <w:rFonts w:ascii="Ebrima" w:hAnsi="Ebrima" w:eastAsia="Ebrima" w:cs="Ebrima"/>
        </w:rPr>
        <w:t>መወዳእታ</w:t>
      </w:r>
      <w:r>
        <w:rPr>
          <w:rFonts w:ascii="Times New Roman" w:hAnsi="Times New Roman" w:eastAsia="Times New Roman" w:cs="Times New Roman"/>
        </w:rPr>
        <w:t xml:space="preserve"> </w:t>
      </w:r>
      <w:r>
        <w:rPr>
          <w:rFonts w:ascii="Ebrima" w:hAnsi="Ebrima" w:eastAsia="Ebrima" w:cs="Ebrima"/>
        </w:rPr>
        <w:t>ዘመናት</w:t>
      </w:r>
      <w:r>
        <w:rPr>
          <w:rFonts w:ascii="Times New Roman" w:hAnsi="Times New Roman" w:eastAsia="Times New Roman" w:cs="Times New Roman"/>
        </w:rPr>
        <w:t xml:space="preserve"> </w:t>
      </w:r>
      <w:r>
        <w:rPr>
          <w:rFonts w:ascii="Ebrima" w:hAnsi="Ebrima" w:eastAsia="Ebrima" w:cs="Ebrima"/>
        </w:rPr>
        <w:t>ይውክል፤</w:t>
      </w:r>
      <w:r>
        <w:rPr>
          <w:rFonts w:ascii="Times New Roman" w:hAnsi="Times New Roman" w:eastAsia="Times New Roman" w:cs="Times New Roman"/>
        </w:rPr>
        <w:t xml:space="preserve"> </w:t>
      </w:r>
      <w:r>
        <w:rPr>
          <w:rFonts w:ascii="Ebrima" w:hAnsi="Ebrima" w:eastAsia="Ebrima" w:cs="Ebrima"/>
        </w:rPr>
        <w:t>ስለዚ</w:t>
      </w:r>
      <w:r>
        <w:rPr>
          <w:rFonts w:ascii="Times New Roman" w:hAnsi="Times New Roman" w:eastAsia="Times New Roman" w:cs="Times New Roman"/>
        </w:rPr>
        <w:t xml:space="preserve"> </w:t>
      </w:r>
      <w:r>
        <w:rPr>
          <w:rFonts w:ascii="Ebrima" w:hAnsi="Ebrima" w:eastAsia="Ebrima" w:cs="Ebrima"/>
        </w:rPr>
        <w:t>ድማ</w:t>
      </w:r>
      <w:r>
        <w:rPr>
          <w:rFonts w:ascii="Times New Roman" w:hAnsi="Times New Roman" w:eastAsia="Times New Roman" w:cs="Times New Roman"/>
        </w:rPr>
        <w:t xml:space="preserve"> </w:t>
      </w:r>
      <w:r>
        <w:rPr>
          <w:rFonts w:ascii="Ebrima" w:hAnsi="Ebrima" w:eastAsia="Ebrima" w:cs="Ebrima"/>
        </w:rPr>
        <w:t>እቲ</w:t>
      </w:r>
      <w:r>
        <w:rPr>
          <w:rFonts w:ascii="Times New Roman" w:hAnsi="Times New Roman" w:eastAsia="Times New Roman" w:cs="Times New Roman"/>
        </w:rPr>
        <w:t xml:space="preserve"> </w:t>
      </w:r>
      <w:r>
        <w:rPr>
          <w:rFonts w:ascii="Ebrima" w:hAnsi="Ebrima" w:eastAsia="Ebrima" w:cs="Ebrima"/>
        </w:rPr>
        <w:t>ራእይ</w:t>
      </w:r>
      <w:r>
        <w:rPr>
          <w:rFonts w:ascii="Times New Roman" w:hAnsi="Times New Roman" w:eastAsia="Times New Roman" w:cs="Times New Roman"/>
        </w:rPr>
        <w:t xml:space="preserve"> </w:t>
      </w:r>
      <w:r>
        <w:rPr>
          <w:rFonts w:ascii="Ebrima" w:hAnsi="Ebrima" w:eastAsia="Ebrima" w:cs="Ebrima"/>
        </w:rPr>
        <w:t>ዳንኤል</w:t>
      </w:r>
      <w:r>
        <w:rPr>
          <w:rFonts w:ascii="Times New Roman" w:hAnsi="Times New Roman" w:eastAsia="Times New Roman" w:cs="Times New Roman"/>
        </w:rPr>
        <w:t xml:space="preserve"> </w:t>
      </w:r>
      <w:r>
        <w:rPr>
          <w:rFonts w:ascii="Ebrima" w:hAnsi="Ebrima" w:eastAsia="Ebrima" w:cs="Ebrima"/>
        </w:rPr>
        <w:t>ኣብ</w:t>
      </w:r>
      <w:r>
        <w:rPr>
          <w:rFonts w:ascii="Times New Roman" w:hAnsi="Times New Roman" w:eastAsia="Times New Roman" w:cs="Times New Roman"/>
        </w:rPr>
        <w:t xml:space="preserve"> </w:t>
      </w:r>
      <w:r>
        <w:rPr>
          <w:rFonts w:ascii="Ebrima" w:hAnsi="Ebrima" w:eastAsia="Ebrima" w:cs="Ebrima"/>
        </w:rPr>
        <w:t>ምዕራፍ</w:t>
      </w:r>
      <w:r>
        <w:rPr>
          <w:rFonts w:ascii="Times New Roman" w:hAnsi="Times New Roman" w:eastAsia="Times New Roman" w:cs="Times New Roman"/>
        </w:rPr>
        <w:t xml:space="preserve"> </w:t>
      </w:r>
      <w:r>
        <w:rPr>
          <w:rFonts w:ascii="Ebrima" w:hAnsi="Ebrima" w:eastAsia="Ebrima" w:cs="Ebrima"/>
        </w:rPr>
        <w:t>ዓሰርተ</w:t>
      </w:r>
      <w:r>
        <w:rPr>
          <w:rFonts w:ascii="Times New Roman" w:hAnsi="Times New Roman" w:eastAsia="Times New Roman" w:cs="Times New Roman"/>
        </w:rPr>
        <w:t xml:space="preserve"> </w:t>
      </w:r>
      <w:r>
        <w:rPr>
          <w:rFonts w:ascii="Ebrima" w:hAnsi="Ebrima" w:eastAsia="Ebrima" w:cs="Ebrima"/>
        </w:rPr>
        <w:t>ዝረኣዮ</w:t>
      </w:r>
      <w:r>
        <w:rPr>
          <w:rFonts w:ascii="Times New Roman" w:hAnsi="Times New Roman" w:eastAsia="Times New Roman" w:cs="Times New Roman"/>
        </w:rPr>
        <w:t xml:space="preserve"> </w:t>
      </w:r>
      <w:r>
        <w:rPr>
          <w:rFonts w:ascii="Ebrima" w:hAnsi="Ebrima" w:eastAsia="Ebrima" w:cs="Ebrima"/>
        </w:rPr>
        <w:t>ራእይ</w:t>
      </w:r>
      <w:r>
        <w:rPr>
          <w:rFonts w:ascii="Times New Roman" w:hAnsi="Times New Roman" w:eastAsia="Times New Roman" w:cs="Times New Roman"/>
        </w:rPr>
        <w:t xml:space="preserve"> </w:t>
      </w:r>
      <w:r>
        <w:rPr>
          <w:rFonts w:ascii="Ebrima" w:hAnsi="Ebrima" w:eastAsia="Ebrima" w:cs="Ebrima"/>
        </w:rPr>
        <w:t>እዩ።</w:t>
      </w:r>
    </w:p>
    <w:p>
      <w:pPr>
        <w:pStyle w:val="ArticleScripture"/>
        <w:jc w:val="left"/>
      </w:pPr>
      <w:r>
        <w:rPr>
          <w:rFonts w:ascii="Nirmala UI" w:hAnsi="Nirmala UI" w:eastAsia="Nirmala UI" w:cs="Nirmala UI"/>
        </w:rPr>
        <w:t>విజయమును</w:t>
      </w:r>
      <w:r>
        <w:rPr>
          <w:rFonts w:ascii="Times New Roman" w:hAnsi="Times New Roman" w:eastAsia="Times New Roman" w:cs="Times New Roman"/>
        </w:rPr>
        <w:t xml:space="preserve"> </w:t>
      </w:r>
      <w:r>
        <w:rPr>
          <w:rFonts w:ascii="Nirmala UI" w:hAnsi="Nirmala UI" w:eastAsia="Nirmala UI" w:cs="Nirmala UI"/>
        </w:rPr>
        <w:t>నేను</w:t>
      </w:r>
      <w:r>
        <w:rPr>
          <w:rFonts w:ascii="Times New Roman" w:hAnsi="Times New Roman" w:eastAsia="Times New Roman" w:cs="Times New Roman"/>
        </w:rPr>
        <w:t xml:space="preserve"> </w:t>
      </w:r>
      <w:r>
        <w:rPr>
          <w:rFonts w:ascii="Nirmala UI" w:hAnsi="Nirmala UI" w:eastAsia="Nirmala UI" w:cs="Nirmala UI"/>
        </w:rPr>
        <w:t>దానియేలు</w:t>
      </w:r>
      <w:r>
        <w:rPr>
          <w:rFonts w:ascii="Times New Roman" w:hAnsi="Times New Roman" w:eastAsia="Times New Roman" w:cs="Times New Roman"/>
        </w:rPr>
        <w:t xml:space="preserve"> </w:t>
      </w:r>
      <w:r>
        <w:rPr>
          <w:rFonts w:ascii="Nirmala UI" w:hAnsi="Nirmala UI" w:eastAsia="Nirmala UI" w:cs="Nirmala UI"/>
        </w:rPr>
        <w:t>ఒక్కడే</w:t>
      </w:r>
      <w:r>
        <w:rPr>
          <w:rFonts w:ascii="Times New Roman" w:hAnsi="Times New Roman" w:eastAsia="Times New Roman" w:cs="Times New Roman"/>
        </w:rPr>
        <w:t xml:space="preserve"> </w:t>
      </w:r>
      <w:r>
        <w:rPr>
          <w:rFonts w:ascii="Nirmala UI" w:hAnsi="Nirmala UI" w:eastAsia="Nirmala UI" w:cs="Nirmala UI"/>
        </w:rPr>
        <w:t>చూచితిని</w:t>
      </w:r>
      <w:r>
        <w:rPr>
          <w:rFonts w:ascii="Times New Roman" w:hAnsi="Times New Roman" w:eastAsia="Times New Roman" w:cs="Times New Roman"/>
        </w:rPr>
        <w:t xml:space="preserve">; </w:t>
      </w:r>
      <w:r>
        <w:rPr>
          <w:rFonts w:ascii="Nirmala UI" w:hAnsi="Nirmala UI" w:eastAsia="Nirmala UI" w:cs="Nirmala UI"/>
        </w:rPr>
        <w:t>నా</w:t>
      </w:r>
      <w:r>
        <w:rPr>
          <w:rFonts w:ascii="Times New Roman" w:hAnsi="Times New Roman" w:eastAsia="Times New Roman" w:cs="Times New Roman"/>
        </w:rPr>
        <w:t xml:space="preserve"> </w:t>
      </w:r>
      <w:r>
        <w:rPr>
          <w:rFonts w:ascii="Nirmala UI" w:hAnsi="Nirmala UI" w:eastAsia="Nirmala UI" w:cs="Nirmala UI"/>
        </w:rPr>
        <w:t>తోడున్న</w:t>
      </w:r>
      <w:r>
        <w:rPr>
          <w:rFonts w:ascii="Times New Roman" w:hAnsi="Times New Roman" w:eastAsia="Times New Roman" w:cs="Times New Roman"/>
        </w:rPr>
        <w:t xml:space="preserve"> </w:t>
      </w:r>
      <w:r>
        <w:rPr>
          <w:rFonts w:ascii="Nirmala UI" w:hAnsi="Nirmala UI" w:eastAsia="Nirmala UI" w:cs="Nirmala UI"/>
        </w:rPr>
        <w:t>మనుష్యులు</w:t>
      </w:r>
      <w:r>
        <w:rPr>
          <w:rFonts w:ascii="Times New Roman" w:hAnsi="Times New Roman" w:eastAsia="Times New Roman" w:cs="Times New Roman"/>
        </w:rPr>
        <w:t xml:space="preserve"> </w:t>
      </w:r>
      <w:r>
        <w:rPr>
          <w:rFonts w:ascii="Nirmala UI" w:hAnsi="Nirmala UI" w:eastAsia="Nirmala UI" w:cs="Nirmala UI"/>
        </w:rPr>
        <w:t>ఆ</w:t>
      </w:r>
      <w:r>
        <w:rPr>
          <w:rFonts w:ascii="Times New Roman" w:hAnsi="Times New Roman" w:eastAsia="Times New Roman" w:cs="Times New Roman"/>
        </w:rPr>
        <w:t xml:space="preserve"> </w:t>
      </w:r>
      <w:r>
        <w:rPr>
          <w:rFonts w:ascii="Nirmala UI" w:hAnsi="Nirmala UI" w:eastAsia="Nirmala UI" w:cs="Nirmala UI"/>
        </w:rPr>
        <w:t>విజయమును</w:t>
      </w:r>
      <w:r>
        <w:rPr>
          <w:rFonts w:ascii="Times New Roman" w:hAnsi="Times New Roman" w:eastAsia="Times New Roman" w:cs="Times New Roman"/>
        </w:rPr>
        <w:t xml:space="preserve"> </w:t>
      </w:r>
      <w:r>
        <w:rPr>
          <w:rFonts w:ascii="Nirmala UI" w:hAnsi="Nirmala UI" w:eastAsia="Nirmala UI" w:cs="Nirmala UI"/>
        </w:rPr>
        <w:t>చూడలేదు</w:t>
      </w:r>
      <w:r>
        <w:rPr>
          <w:rFonts w:ascii="Times New Roman" w:hAnsi="Times New Roman" w:eastAsia="Times New Roman" w:cs="Times New Roman"/>
        </w:rPr>
        <w:t xml:space="preserve">; </w:t>
      </w:r>
      <w:r>
        <w:rPr>
          <w:rFonts w:ascii="Nirmala UI" w:hAnsi="Nirmala UI" w:eastAsia="Nirmala UI" w:cs="Nirmala UI"/>
        </w:rPr>
        <w:t>అయితే</w:t>
      </w:r>
      <w:r>
        <w:rPr>
          <w:rFonts w:ascii="Times New Roman" w:hAnsi="Times New Roman" w:eastAsia="Times New Roman" w:cs="Times New Roman"/>
        </w:rPr>
        <w:t xml:space="preserve"> </w:t>
      </w:r>
      <w:r>
        <w:rPr>
          <w:rFonts w:ascii="Nirmala UI" w:hAnsi="Nirmala UI" w:eastAsia="Nirmala UI" w:cs="Nirmala UI"/>
        </w:rPr>
        <w:t>గొప్ప</w:t>
      </w:r>
      <w:r>
        <w:rPr>
          <w:rFonts w:ascii="Times New Roman" w:hAnsi="Times New Roman" w:eastAsia="Times New Roman" w:cs="Times New Roman"/>
        </w:rPr>
        <w:t xml:space="preserve"> </w:t>
      </w:r>
      <w:r>
        <w:rPr>
          <w:rFonts w:ascii="Nirmala UI" w:hAnsi="Nirmala UI" w:eastAsia="Nirmala UI" w:cs="Nirmala UI"/>
        </w:rPr>
        <w:t>కంపము</w:t>
      </w:r>
      <w:r>
        <w:rPr>
          <w:rFonts w:ascii="Times New Roman" w:hAnsi="Times New Roman" w:eastAsia="Times New Roman" w:cs="Times New Roman"/>
        </w:rPr>
        <w:t xml:space="preserve"> </w:t>
      </w:r>
      <w:r>
        <w:rPr>
          <w:rFonts w:ascii="Nirmala UI" w:hAnsi="Nirmala UI" w:eastAsia="Nirmala UI" w:cs="Nirmala UI"/>
        </w:rPr>
        <w:t>వారిమీద</w:t>
      </w:r>
      <w:r>
        <w:rPr>
          <w:rFonts w:ascii="Times New Roman" w:hAnsi="Times New Roman" w:eastAsia="Times New Roman" w:cs="Times New Roman"/>
        </w:rPr>
        <w:t xml:space="preserve"> </w:t>
      </w:r>
      <w:r>
        <w:rPr>
          <w:rFonts w:ascii="Nirmala UI" w:hAnsi="Nirmala UI" w:eastAsia="Nirmala UI" w:cs="Nirmala UI"/>
        </w:rPr>
        <w:t>పడెను</w:t>
      </w:r>
      <w:r>
        <w:rPr>
          <w:rFonts w:ascii="Times New Roman" w:hAnsi="Times New Roman" w:eastAsia="Times New Roman" w:cs="Times New Roman"/>
        </w:rPr>
        <w:t xml:space="preserve">, </w:t>
      </w:r>
      <w:r>
        <w:rPr>
          <w:rFonts w:ascii="Nirmala UI" w:hAnsi="Nirmala UI" w:eastAsia="Nirmala UI" w:cs="Nirmala UI"/>
        </w:rPr>
        <w:t>అందుచేత</w:t>
      </w:r>
      <w:r>
        <w:rPr>
          <w:rFonts w:ascii="Times New Roman" w:hAnsi="Times New Roman" w:eastAsia="Times New Roman" w:cs="Times New Roman"/>
        </w:rPr>
        <w:t xml:space="preserve"> </w:t>
      </w:r>
      <w:r>
        <w:rPr>
          <w:rFonts w:ascii="Nirmala UI" w:hAnsi="Nirmala UI" w:eastAsia="Nirmala UI" w:cs="Nirmala UI"/>
        </w:rPr>
        <w:t>వారు</w:t>
      </w:r>
      <w:r>
        <w:rPr>
          <w:rFonts w:ascii="Times New Roman" w:hAnsi="Times New Roman" w:eastAsia="Times New Roman" w:cs="Times New Roman"/>
        </w:rPr>
        <w:t xml:space="preserve"> </w:t>
      </w:r>
      <w:r>
        <w:rPr>
          <w:rFonts w:ascii="Nirmala UI" w:hAnsi="Nirmala UI" w:eastAsia="Nirmala UI" w:cs="Nirmala UI"/>
        </w:rPr>
        <w:t>దాగుకొనుటకు</w:t>
      </w:r>
      <w:r>
        <w:rPr>
          <w:rFonts w:ascii="Times New Roman" w:hAnsi="Times New Roman" w:eastAsia="Times New Roman" w:cs="Times New Roman"/>
        </w:rPr>
        <w:t xml:space="preserve"> </w:t>
      </w:r>
      <w:r>
        <w:rPr>
          <w:rFonts w:ascii="Nirmala UI" w:hAnsi="Nirmala UI" w:eastAsia="Nirmala UI" w:cs="Nirmala UI"/>
        </w:rPr>
        <w:t>పారిపోయిరి</w:t>
      </w:r>
      <w:r>
        <w:rPr>
          <w:rFonts w:ascii="Times New Roman" w:hAnsi="Times New Roman" w:eastAsia="Times New Roman" w:cs="Times New Roman"/>
        </w:rPr>
        <w:t xml:space="preserve">. </w:t>
      </w:r>
      <w:r>
        <w:rPr>
          <w:rFonts w:ascii="Nirmala UI" w:hAnsi="Nirmala UI" w:eastAsia="Nirmala UI" w:cs="Nirmala UI"/>
        </w:rPr>
        <w:t>కాబట్టి</w:t>
      </w:r>
      <w:r>
        <w:rPr>
          <w:rFonts w:ascii="Times New Roman" w:hAnsi="Times New Roman" w:eastAsia="Times New Roman" w:cs="Times New Roman"/>
        </w:rPr>
        <w:t xml:space="preserve"> </w:t>
      </w:r>
      <w:r>
        <w:rPr>
          <w:rFonts w:ascii="Nirmala UI" w:hAnsi="Nirmala UI" w:eastAsia="Nirmala UI" w:cs="Nirmala UI"/>
        </w:rPr>
        <w:t>నేను</w:t>
      </w:r>
      <w:r>
        <w:rPr>
          <w:rFonts w:ascii="Times New Roman" w:hAnsi="Times New Roman" w:eastAsia="Times New Roman" w:cs="Times New Roman"/>
        </w:rPr>
        <w:t xml:space="preserve"> </w:t>
      </w:r>
      <w:r>
        <w:rPr>
          <w:rFonts w:ascii="Nirmala UI" w:hAnsi="Nirmala UI" w:eastAsia="Nirmala UI" w:cs="Nirmala UI"/>
        </w:rPr>
        <w:t>ఒంటరిగా</w:t>
      </w:r>
      <w:r>
        <w:rPr>
          <w:rFonts w:ascii="Times New Roman" w:hAnsi="Times New Roman" w:eastAsia="Times New Roman" w:cs="Times New Roman"/>
        </w:rPr>
        <w:t xml:space="preserve"> </w:t>
      </w:r>
      <w:r>
        <w:rPr>
          <w:rFonts w:ascii="Nirmala UI" w:hAnsi="Nirmala UI" w:eastAsia="Nirmala UI" w:cs="Nirmala UI"/>
        </w:rPr>
        <w:t>మిగిలి</w:t>
      </w:r>
      <w:r>
        <w:rPr>
          <w:rFonts w:ascii="Times New Roman" w:hAnsi="Times New Roman" w:eastAsia="Times New Roman" w:cs="Times New Roman"/>
        </w:rPr>
        <w:t xml:space="preserve">, </w:t>
      </w:r>
      <w:r>
        <w:rPr>
          <w:rFonts w:ascii="Nirmala UI" w:hAnsi="Nirmala UI" w:eastAsia="Nirmala UI" w:cs="Nirmala UI"/>
        </w:rPr>
        <w:t>ఈ</w:t>
      </w:r>
      <w:r>
        <w:rPr>
          <w:rFonts w:ascii="Times New Roman" w:hAnsi="Times New Roman" w:eastAsia="Times New Roman" w:cs="Times New Roman"/>
        </w:rPr>
        <w:t xml:space="preserve"> </w:t>
      </w:r>
      <w:r>
        <w:rPr>
          <w:rFonts w:ascii="Nirmala UI" w:hAnsi="Nirmala UI" w:eastAsia="Nirmala UI" w:cs="Nirmala UI"/>
        </w:rPr>
        <w:t>గొప్ప</w:t>
      </w:r>
      <w:r>
        <w:rPr>
          <w:rFonts w:ascii="Times New Roman" w:hAnsi="Times New Roman" w:eastAsia="Times New Roman" w:cs="Times New Roman"/>
        </w:rPr>
        <w:t xml:space="preserve"> </w:t>
      </w:r>
      <w:r>
        <w:rPr>
          <w:rFonts w:ascii="Nirmala UI" w:hAnsi="Nirmala UI" w:eastAsia="Nirmala UI" w:cs="Nirmala UI"/>
        </w:rPr>
        <w:t>విజయమును</w:t>
      </w:r>
      <w:r>
        <w:rPr>
          <w:rFonts w:ascii="Times New Roman" w:hAnsi="Times New Roman" w:eastAsia="Times New Roman" w:cs="Times New Roman"/>
        </w:rPr>
        <w:t xml:space="preserve"> </w:t>
      </w:r>
      <w:r>
        <w:rPr>
          <w:rFonts w:ascii="Nirmala UI" w:hAnsi="Nirmala UI" w:eastAsia="Nirmala UI" w:cs="Nirmala UI"/>
        </w:rPr>
        <w:t>చూచితిని</w:t>
      </w:r>
      <w:r>
        <w:rPr>
          <w:rFonts w:ascii="Times New Roman" w:hAnsi="Times New Roman" w:eastAsia="Times New Roman" w:cs="Times New Roman"/>
        </w:rPr>
        <w:t xml:space="preserve">; </w:t>
      </w:r>
      <w:r>
        <w:rPr>
          <w:rFonts w:ascii="Nirmala UI" w:hAnsi="Nirmala UI" w:eastAsia="Nirmala UI" w:cs="Nirmala UI"/>
        </w:rPr>
        <w:t>నాలో</w:t>
      </w:r>
      <w:r>
        <w:rPr>
          <w:rFonts w:ascii="Times New Roman" w:hAnsi="Times New Roman" w:eastAsia="Times New Roman" w:cs="Times New Roman"/>
        </w:rPr>
        <w:t xml:space="preserve"> </w:t>
      </w:r>
      <w:r>
        <w:rPr>
          <w:rFonts w:ascii="Nirmala UI" w:hAnsi="Nirmala UI" w:eastAsia="Nirmala UI" w:cs="Nirmala UI"/>
        </w:rPr>
        <w:t>బలమేమియు</w:t>
      </w:r>
      <w:r>
        <w:rPr>
          <w:rFonts w:ascii="Times New Roman" w:hAnsi="Times New Roman" w:eastAsia="Times New Roman" w:cs="Times New Roman"/>
        </w:rPr>
        <w:t xml:space="preserve"> </w:t>
      </w:r>
      <w:r>
        <w:rPr>
          <w:rFonts w:ascii="Nirmala UI" w:hAnsi="Nirmala UI" w:eastAsia="Nirmala UI" w:cs="Nirmala UI"/>
        </w:rPr>
        <w:t>మిగలలేదు</w:t>
      </w:r>
      <w:r>
        <w:rPr>
          <w:rFonts w:ascii="Times New Roman" w:hAnsi="Times New Roman" w:eastAsia="Times New Roman" w:cs="Times New Roman"/>
        </w:rPr>
        <w:t xml:space="preserve">; </w:t>
      </w:r>
      <w:r>
        <w:rPr>
          <w:rFonts w:ascii="Nirmala UI" w:hAnsi="Nirmala UI" w:eastAsia="Nirmala UI" w:cs="Nirmala UI"/>
        </w:rPr>
        <w:t>ఎందుకనగా</w:t>
      </w:r>
      <w:r>
        <w:rPr>
          <w:rFonts w:ascii="Times New Roman" w:hAnsi="Times New Roman" w:eastAsia="Times New Roman" w:cs="Times New Roman"/>
        </w:rPr>
        <w:t xml:space="preserve"> </w:t>
      </w:r>
      <w:r>
        <w:rPr>
          <w:rFonts w:ascii="Nirmala UI" w:hAnsi="Nirmala UI" w:eastAsia="Nirmala UI" w:cs="Nirmala UI"/>
        </w:rPr>
        <w:t>నా</w:t>
      </w:r>
      <w:r>
        <w:rPr>
          <w:rFonts w:ascii="Times New Roman" w:hAnsi="Times New Roman" w:eastAsia="Times New Roman" w:cs="Times New Roman"/>
        </w:rPr>
        <w:t xml:space="preserve"> </w:t>
      </w:r>
      <w:r>
        <w:rPr>
          <w:rFonts w:ascii="Nirmala UI" w:hAnsi="Nirmala UI" w:eastAsia="Nirmala UI" w:cs="Nirmala UI"/>
        </w:rPr>
        <w:t>కాంతి</w:t>
      </w:r>
      <w:r>
        <w:rPr>
          <w:rFonts w:ascii="Times New Roman" w:hAnsi="Times New Roman" w:eastAsia="Times New Roman" w:cs="Times New Roman"/>
        </w:rPr>
        <w:t xml:space="preserve"> </w:t>
      </w:r>
      <w:r>
        <w:rPr>
          <w:rFonts w:ascii="Nirmala UI" w:hAnsi="Nirmala UI" w:eastAsia="Nirmala UI" w:cs="Nirmala UI"/>
        </w:rPr>
        <w:t>నాలోనే</w:t>
      </w:r>
      <w:r>
        <w:rPr>
          <w:rFonts w:ascii="Times New Roman" w:hAnsi="Times New Roman" w:eastAsia="Times New Roman" w:cs="Times New Roman"/>
        </w:rPr>
        <w:t xml:space="preserve"> </w:t>
      </w:r>
      <w:r>
        <w:rPr>
          <w:rFonts w:ascii="Nirmala UI" w:hAnsi="Nirmala UI" w:eastAsia="Nirmala UI" w:cs="Nirmala UI"/>
        </w:rPr>
        <w:t>క్షీణతగా</w:t>
      </w:r>
      <w:r>
        <w:rPr>
          <w:rFonts w:ascii="Times New Roman" w:hAnsi="Times New Roman" w:eastAsia="Times New Roman" w:cs="Times New Roman"/>
        </w:rPr>
        <w:t xml:space="preserve"> </w:t>
      </w:r>
      <w:r>
        <w:rPr>
          <w:rFonts w:ascii="Nirmala UI" w:hAnsi="Nirmala UI" w:eastAsia="Nirmala UI" w:cs="Nirmala UI"/>
        </w:rPr>
        <w:t>మారెను</w:t>
      </w:r>
      <w:r>
        <w:rPr>
          <w:rFonts w:ascii="Times New Roman" w:hAnsi="Times New Roman" w:eastAsia="Times New Roman" w:cs="Times New Roman"/>
        </w:rPr>
        <w:t xml:space="preserve">, </w:t>
      </w:r>
      <w:r>
        <w:rPr>
          <w:rFonts w:ascii="Nirmala UI" w:hAnsi="Nirmala UI" w:eastAsia="Nirmala UI" w:cs="Nirmala UI"/>
        </w:rPr>
        <w:t>నాకు</w:t>
      </w:r>
      <w:r>
        <w:rPr>
          <w:rFonts w:ascii="Times New Roman" w:hAnsi="Times New Roman" w:eastAsia="Times New Roman" w:cs="Times New Roman"/>
        </w:rPr>
        <w:t xml:space="preserve"> </w:t>
      </w:r>
      <w:r>
        <w:rPr>
          <w:rFonts w:ascii="Nirmala UI" w:hAnsi="Nirmala UI" w:eastAsia="Nirmala UI" w:cs="Nirmala UI"/>
        </w:rPr>
        <w:t>ఏ</w:t>
      </w:r>
      <w:r>
        <w:rPr>
          <w:rFonts w:ascii="Times New Roman" w:hAnsi="Times New Roman" w:eastAsia="Times New Roman" w:cs="Times New Roman"/>
        </w:rPr>
        <w:t xml:space="preserve"> </w:t>
      </w:r>
      <w:r>
        <w:rPr>
          <w:rFonts w:ascii="Nirmala UI" w:hAnsi="Nirmala UI" w:eastAsia="Nirmala UI" w:cs="Nirmala UI"/>
        </w:rPr>
        <w:t>బలమును</w:t>
      </w:r>
      <w:r>
        <w:rPr>
          <w:rFonts w:ascii="Times New Roman" w:hAnsi="Times New Roman" w:eastAsia="Times New Roman" w:cs="Times New Roman"/>
        </w:rPr>
        <w:t xml:space="preserve"> </w:t>
      </w:r>
      <w:r>
        <w:rPr>
          <w:rFonts w:ascii="Nirmala UI" w:hAnsi="Nirmala UI" w:eastAsia="Nirmala UI" w:cs="Nirmala UI"/>
        </w:rPr>
        <w:t>నిలుపుకొనలేకపోయితిని</w:t>
      </w:r>
      <w:r>
        <w:rPr>
          <w:rFonts w:ascii="Times New Roman" w:hAnsi="Times New Roman" w:eastAsia="Times New Roman" w:cs="Times New Roman"/>
        </w:rPr>
        <w:t xml:space="preserve">. </w:t>
      </w:r>
      <w:r>
        <w:rPr>
          <w:rFonts w:ascii="Nirmala UI" w:hAnsi="Nirmala UI" w:eastAsia="Nirmala UI" w:cs="Nirmala UI"/>
        </w:rPr>
        <w:t>అయినను</w:t>
      </w:r>
      <w:r>
        <w:rPr>
          <w:rFonts w:ascii="Times New Roman" w:hAnsi="Times New Roman" w:eastAsia="Times New Roman" w:cs="Times New Roman"/>
        </w:rPr>
        <w:t xml:space="preserve"> </w:t>
      </w:r>
      <w:r>
        <w:rPr>
          <w:rFonts w:ascii="Nirmala UI" w:hAnsi="Nirmala UI" w:eastAsia="Nirmala UI" w:cs="Nirmala UI"/>
        </w:rPr>
        <w:t>ఆయన</w:t>
      </w:r>
      <w:r>
        <w:rPr>
          <w:rFonts w:ascii="Times New Roman" w:hAnsi="Times New Roman" w:eastAsia="Times New Roman" w:cs="Times New Roman"/>
        </w:rPr>
        <w:t xml:space="preserve"> </w:t>
      </w:r>
      <w:r>
        <w:rPr>
          <w:rFonts w:ascii="Nirmala UI" w:hAnsi="Nirmala UI" w:eastAsia="Nirmala UI" w:cs="Nirmala UI"/>
        </w:rPr>
        <w:t>మాటల</w:t>
      </w:r>
      <w:r>
        <w:rPr>
          <w:rFonts w:ascii="Times New Roman" w:hAnsi="Times New Roman" w:eastAsia="Times New Roman" w:cs="Times New Roman"/>
        </w:rPr>
        <w:t xml:space="preserve"> </w:t>
      </w:r>
      <w:r>
        <w:rPr>
          <w:rFonts w:ascii="Nirmala UI" w:hAnsi="Nirmala UI" w:eastAsia="Nirmala UI" w:cs="Nirmala UI"/>
        </w:rPr>
        <w:t>స్వరమును</w:t>
      </w:r>
      <w:r>
        <w:rPr>
          <w:rFonts w:ascii="Times New Roman" w:hAnsi="Times New Roman" w:eastAsia="Times New Roman" w:cs="Times New Roman"/>
        </w:rPr>
        <w:t xml:space="preserve"> </w:t>
      </w:r>
      <w:r>
        <w:rPr>
          <w:rFonts w:ascii="Nirmala UI" w:hAnsi="Nirmala UI" w:eastAsia="Nirmala UI" w:cs="Nirmala UI"/>
        </w:rPr>
        <w:t>నేను</w:t>
      </w:r>
      <w:r>
        <w:rPr>
          <w:rFonts w:ascii="Times New Roman" w:hAnsi="Times New Roman" w:eastAsia="Times New Roman" w:cs="Times New Roman"/>
        </w:rPr>
        <w:t xml:space="preserve"> </w:t>
      </w:r>
      <w:r>
        <w:rPr>
          <w:rFonts w:ascii="Nirmala UI" w:hAnsi="Nirmala UI" w:eastAsia="Nirmala UI" w:cs="Nirmala UI"/>
        </w:rPr>
        <w:t>వినితిని</w:t>
      </w:r>
      <w:r>
        <w:rPr>
          <w:rFonts w:ascii="Times New Roman" w:hAnsi="Times New Roman" w:eastAsia="Times New Roman" w:cs="Times New Roman"/>
        </w:rPr>
        <w:t xml:space="preserve">; </w:t>
      </w:r>
      <w:r>
        <w:rPr>
          <w:rFonts w:ascii="Nirmala UI" w:hAnsi="Nirmala UI" w:eastAsia="Nirmala UI" w:cs="Nirmala UI"/>
        </w:rPr>
        <w:t>ఆయన</w:t>
      </w:r>
      <w:r>
        <w:rPr>
          <w:rFonts w:ascii="Times New Roman" w:hAnsi="Times New Roman" w:eastAsia="Times New Roman" w:cs="Times New Roman"/>
        </w:rPr>
        <w:t xml:space="preserve"> </w:t>
      </w:r>
      <w:r>
        <w:rPr>
          <w:rFonts w:ascii="Nirmala UI" w:hAnsi="Nirmala UI" w:eastAsia="Nirmala UI" w:cs="Nirmala UI"/>
        </w:rPr>
        <w:t>మాటల</w:t>
      </w:r>
      <w:r>
        <w:rPr>
          <w:rFonts w:ascii="Times New Roman" w:hAnsi="Times New Roman" w:eastAsia="Times New Roman" w:cs="Times New Roman"/>
        </w:rPr>
        <w:t xml:space="preserve"> </w:t>
      </w:r>
      <w:r>
        <w:rPr>
          <w:rFonts w:ascii="Nirmala UI" w:hAnsi="Nirmala UI" w:eastAsia="Nirmala UI" w:cs="Nirmala UI"/>
        </w:rPr>
        <w:t>స్వరమును</w:t>
      </w:r>
      <w:r>
        <w:rPr>
          <w:rFonts w:ascii="Times New Roman" w:hAnsi="Times New Roman" w:eastAsia="Times New Roman" w:cs="Times New Roman"/>
        </w:rPr>
        <w:t xml:space="preserve"> </w:t>
      </w:r>
      <w:r>
        <w:rPr>
          <w:rFonts w:ascii="Nirmala UI" w:hAnsi="Nirmala UI" w:eastAsia="Nirmala UI" w:cs="Nirmala UI"/>
        </w:rPr>
        <w:t>విని</w:t>
      </w:r>
      <w:r>
        <w:rPr>
          <w:rFonts w:ascii="Times New Roman" w:hAnsi="Times New Roman" w:eastAsia="Times New Roman" w:cs="Times New Roman"/>
        </w:rPr>
        <w:t xml:space="preserve">, </w:t>
      </w:r>
      <w:r>
        <w:rPr>
          <w:rFonts w:ascii="Nirmala UI" w:hAnsi="Nirmala UI" w:eastAsia="Nirmala UI" w:cs="Nirmala UI"/>
        </w:rPr>
        <w:t>నా</w:t>
      </w:r>
      <w:r>
        <w:rPr>
          <w:rFonts w:ascii="Times New Roman" w:hAnsi="Times New Roman" w:eastAsia="Times New Roman" w:cs="Times New Roman"/>
        </w:rPr>
        <w:t xml:space="preserve"> </w:t>
      </w:r>
      <w:r>
        <w:rPr>
          <w:rFonts w:ascii="Nirmala UI" w:hAnsi="Nirmala UI" w:eastAsia="Nirmala UI" w:cs="Nirmala UI"/>
        </w:rPr>
        <w:t>ముఖముతో</w:t>
      </w:r>
      <w:r>
        <w:rPr>
          <w:rFonts w:ascii="Times New Roman" w:hAnsi="Times New Roman" w:eastAsia="Times New Roman" w:cs="Times New Roman"/>
        </w:rPr>
        <w:t xml:space="preserve"> </w:t>
      </w:r>
      <w:r>
        <w:rPr>
          <w:rFonts w:ascii="Nirmala UI" w:hAnsi="Nirmala UI" w:eastAsia="Nirmala UI" w:cs="Nirmala UI"/>
        </w:rPr>
        <w:t>నేలమీద</w:t>
      </w:r>
      <w:r>
        <w:rPr>
          <w:rFonts w:ascii="Times New Roman" w:hAnsi="Times New Roman" w:eastAsia="Times New Roman" w:cs="Times New Roman"/>
        </w:rPr>
        <w:t xml:space="preserve"> </w:t>
      </w:r>
      <w:r>
        <w:rPr>
          <w:rFonts w:ascii="Nirmala UI" w:hAnsi="Nirmala UI" w:eastAsia="Nirmala UI" w:cs="Nirmala UI"/>
        </w:rPr>
        <w:t>పడియుండగా</w:t>
      </w:r>
      <w:r>
        <w:rPr>
          <w:rFonts w:ascii="Times New Roman" w:hAnsi="Times New Roman" w:eastAsia="Times New Roman" w:cs="Times New Roman"/>
        </w:rPr>
        <w:t xml:space="preserve"> </w:t>
      </w:r>
      <w:r>
        <w:rPr>
          <w:rFonts w:ascii="Nirmala UI" w:hAnsi="Nirmala UI" w:eastAsia="Nirmala UI" w:cs="Nirmala UI"/>
        </w:rPr>
        <w:t>ఘననిద్రలోనికి</w:t>
      </w:r>
      <w:r>
        <w:rPr>
          <w:rFonts w:ascii="Times New Roman" w:hAnsi="Times New Roman" w:eastAsia="Times New Roman" w:cs="Times New Roman"/>
        </w:rPr>
        <w:t xml:space="preserve"> </w:t>
      </w:r>
      <w:r>
        <w:rPr>
          <w:rFonts w:ascii="Nirmala UI" w:hAnsi="Nirmala UI" w:eastAsia="Nirmala UI" w:cs="Nirmala UI"/>
        </w:rPr>
        <w:t>పోయితిని</w:t>
      </w:r>
      <w:r>
        <w:rPr>
          <w:rFonts w:ascii="Times New Roman" w:hAnsi="Times New Roman" w:eastAsia="Times New Roman" w:cs="Times New Roman"/>
        </w:rPr>
        <w:t xml:space="preserve">. </w:t>
      </w:r>
      <w:r>
        <w:rPr>
          <w:rFonts w:ascii="Nirmala UI" w:hAnsi="Nirmala UI" w:eastAsia="Nirmala UI" w:cs="Nirmala UI"/>
        </w:rPr>
        <w:t>ఇదిగో</w:t>
      </w:r>
      <w:r>
        <w:rPr>
          <w:rFonts w:ascii="Times New Roman" w:hAnsi="Times New Roman" w:eastAsia="Times New Roman" w:cs="Times New Roman"/>
        </w:rPr>
        <w:t xml:space="preserve">, </w:t>
      </w:r>
      <w:r>
        <w:rPr>
          <w:rFonts w:ascii="Nirmala UI" w:hAnsi="Nirmala UI" w:eastAsia="Nirmala UI" w:cs="Nirmala UI"/>
        </w:rPr>
        <w:t>ఒక</w:t>
      </w:r>
      <w:r>
        <w:rPr>
          <w:rFonts w:ascii="Times New Roman" w:hAnsi="Times New Roman" w:eastAsia="Times New Roman" w:cs="Times New Roman"/>
        </w:rPr>
        <w:t xml:space="preserve"> </w:t>
      </w:r>
      <w:r>
        <w:rPr>
          <w:rFonts w:ascii="Nirmala UI" w:hAnsi="Nirmala UI" w:eastAsia="Nirmala UI" w:cs="Nirmala UI"/>
        </w:rPr>
        <w:t>చేయి</w:t>
      </w:r>
      <w:r>
        <w:rPr>
          <w:rFonts w:ascii="Times New Roman" w:hAnsi="Times New Roman" w:eastAsia="Times New Roman" w:cs="Times New Roman"/>
        </w:rPr>
        <w:t xml:space="preserve"> </w:t>
      </w:r>
      <w:r>
        <w:rPr>
          <w:rFonts w:ascii="Nirmala UI" w:hAnsi="Nirmala UI" w:eastAsia="Nirmala UI" w:cs="Nirmala UI"/>
        </w:rPr>
        <w:t>నన్ను</w:t>
      </w:r>
      <w:r>
        <w:rPr>
          <w:rFonts w:ascii="Times New Roman" w:hAnsi="Times New Roman" w:eastAsia="Times New Roman" w:cs="Times New Roman"/>
        </w:rPr>
        <w:t xml:space="preserve"> </w:t>
      </w:r>
      <w:r>
        <w:rPr>
          <w:rFonts w:ascii="Nirmala UI" w:hAnsi="Nirmala UI" w:eastAsia="Nirmala UI" w:cs="Nirmala UI"/>
        </w:rPr>
        <w:t>తాకెను</w:t>
      </w:r>
      <w:r>
        <w:rPr>
          <w:rFonts w:ascii="Times New Roman" w:hAnsi="Times New Roman" w:eastAsia="Times New Roman" w:cs="Times New Roman"/>
        </w:rPr>
        <w:t xml:space="preserve">; </w:t>
      </w:r>
      <w:r>
        <w:rPr>
          <w:rFonts w:ascii="Nirmala UI" w:hAnsi="Nirmala UI" w:eastAsia="Nirmala UI" w:cs="Nirmala UI"/>
        </w:rPr>
        <w:t>అది</w:t>
      </w:r>
      <w:r>
        <w:rPr>
          <w:rFonts w:ascii="Times New Roman" w:hAnsi="Times New Roman" w:eastAsia="Times New Roman" w:cs="Times New Roman"/>
        </w:rPr>
        <w:t xml:space="preserve"> </w:t>
      </w:r>
      <w:r>
        <w:rPr>
          <w:rFonts w:ascii="Nirmala UI" w:hAnsi="Nirmala UI" w:eastAsia="Nirmala UI" w:cs="Nirmala UI"/>
        </w:rPr>
        <w:t>నన్ను</w:t>
      </w:r>
      <w:r>
        <w:rPr>
          <w:rFonts w:ascii="Times New Roman" w:hAnsi="Times New Roman" w:eastAsia="Times New Roman" w:cs="Times New Roman"/>
        </w:rPr>
        <w:t xml:space="preserve"> </w:t>
      </w:r>
      <w:r>
        <w:rPr>
          <w:rFonts w:ascii="Nirmala UI" w:hAnsi="Nirmala UI" w:eastAsia="Nirmala UI" w:cs="Nirmala UI"/>
        </w:rPr>
        <w:t>నా</w:t>
      </w:r>
      <w:r>
        <w:rPr>
          <w:rFonts w:ascii="Times New Roman" w:hAnsi="Times New Roman" w:eastAsia="Times New Roman" w:cs="Times New Roman"/>
        </w:rPr>
        <w:t xml:space="preserve"> </w:t>
      </w:r>
      <w:r>
        <w:rPr>
          <w:rFonts w:ascii="Nirmala UI" w:hAnsi="Nirmala UI" w:eastAsia="Nirmala UI" w:cs="Nirmala UI"/>
        </w:rPr>
        <w:t>మోకాళ్లమీదను</w:t>
      </w:r>
      <w:r>
        <w:rPr>
          <w:rFonts w:ascii="Times New Roman" w:hAnsi="Times New Roman" w:eastAsia="Times New Roman" w:cs="Times New Roman"/>
        </w:rPr>
        <w:t xml:space="preserve"> </w:t>
      </w:r>
      <w:r>
        <w:rPr>
          <w:rFonts w:ascii="Nirmala UI" w:hAnsi="Nirmala UI" w:eastAsia="Nirmala UI" w:cs="Nirmala UI"/>
        </w:rPr>
        <w:t>నా</w:t>
      </w:r>
      <w:r>
        <w:rPr>
          <w:rFonts w:ascii="Times New Roman" w:hAnsi="Times New Roman" w:eastAsia="Times New Roman" w:cs="Times New Roman"/>
        </w:rPr>
        <w:t xml:space="preserve"> </w:t>
      </w:r>
      <w:r>
        <w:rPr>
          <w:rFonts w:ascii="Nirmala UI" w:hAnsi="Nirmala UI" w:eastAsia="Nirmala UI" w:cs="Nirmala UI"/>
        </w:rPr>
        <w:t>చేతుల</w:t>
      </w:r>
      <w:r>
        <w:rPr>
          <w:rFonts w:ascii="Times New Roman" w:hAnsi="Times New Roman" w:eastAsia="Times New Roman" w:cs="Times New Roman"/>
        </w:rPr>
        <w:t xml:space="preserve"> </w:t>
      </w:r>
      <w:r>
        <w:rPr>
          <w:rFonts w:ascii="Nirmala UI" w:hAnsi="Nirmala UI" w:eastAsia="Nirmala UI" w:cs="Nirmala UI"/>
        </w:rPr>
        <w:t>అరలమీదను</w:t>
      </w:r>
      <w:r>
        <w:rPr>
          <w:rFonts w:ascii="Times New Roman" w:hAnsi="Times New Roman" w:eastAsia="Times New Roman" w:cs="Times New Roman"/>
        </w:rPr>
        <w:t xml:space="preserve"> </w:t>
      </w:r>
      <w:r>
        <w:rPr>
          <w:rFonts w:ascii="Nirmala UI" w:hAnsi="Nirmala UI" w:eastAsia="Nirmala UI" w:cs="Nirmala UI"/>
        </w:rPr>
        <w:t>నిలువబెట్టెను</w:t>
      </w:r>
      <w:r>
        <w:rPr>
          <w:rFonts w:ascii="Times New Roman" w:hAnsi="Times New Roman" w:eastAsia="Times New Roman" w:cs="Times New Roman"/>
        </w:rPr>
        <w:t xml:space="preserve">. </w:t>
      </w:r>
      <w:r>
        <w:rPr>
          <w:rFonts w:ascii="Nirmala UI" w:hAnsi="Nirmala UI" w:eastAsia="Nirmala UI" w:cs="Nirmala UI"/>
        </w:rPr>
        <w:t>అప్పుడు</w:t>
      </w:r>
      <w:r>
        <w:rPr>
          <w:rFonts w:ascii="Times New Roman" w:hAnsi="Times New Roman" w:eastAsia="Times New Roman" w:cs="Times New Roman"/>
        </w:rPr>
        <w:t xml:space="preserve"> </w:t>
      </w:r>
      <w:r>
        <w:rPr>
          <w:rFonts w:ascii="Nirmala UI" w:hAnsi="Nirmala UI" w:eastAsia="Nirmala UI" w:cs="Nirmala UI"/>
        </w:rPr>
        <w:t>అతడు</w:t>
      </w:r>
      <w:r>
        <w:rPr>
          <w:rFonts w:ascii="Times New Roman" w:hAnsi="Times New Roman" w:eastAsia="Times New Roman" w:cs="Times New Roman"/>
        </w:rPr>
        <w:t xml:space="preserve"> </w:t>
      </w:r>
      <w:r>
        <w:rPr>
          <w:rFonts w:ascii="Nirmala UI" w:hAnsi="Nirmala UI" w:eastAsia="Nirmala UI" w:cs="Nirmala UI"/>
        </w:rPr>
        <w:t>నాతో</w:t>
      </w:r>
      <w:r>
        <w:rPr>
          <w:rFonts w:ascii="Times New Roman" w:hAnsi="Times New Roman" w:eastAsia="Times New Roman" w:cs="Times New Roman"/>
        </w:rPr>
        <w:t xml:space="preserve"> </w:t>
      </w:r>
      <w:r>
        <w:rPr>
          <w:rFonts w:ascii="Nirmala UI" w:hAnsi="Nirmala UI" w:eastAsia="Nirmala UI" w:cs="Nirmala UI"/>
        </w:rPr>
        <w:t>ఇట్లనెను</w:t>
      </w:r>
      <w:r>
        <w:rPr>
          <w:rFonts w:ascii="Times New Roman" w:hAnsi="Times New Roman" w:eastAsia="Times New Roman" w:cs="Times New Roman"/>
        </w:rPr>
        <w:t xml:space="preserve">: </w:t>
      </w:r>
      <w:r>
        <w:rPr>
          <w:rFonts w:ascii="Nirmala UI" w:hAnsi="Nirmala UI" w:eastAsia="Nirmala UI" w:cs="Nirmala UI"/>
        </w:rPr>
        <w:t>ఓ</w:t>
      </w:r>
      <w:r>
        <w:rPr>
          <w:rFonts w:ascii="Times New Roman" w:hAnsi="Times New Roman" w:eastAsia="Times New Roman" w:cs="Times New Roman"/>
        </w:rPr>
        <w:t xml:space="preserve"> </w:t>
      </w:r>
      <w:r>
        <w:rPr>
          <w:rFonts w:ascii="Nirmala UI" w:hAnsi="Nirmala UI" w:eastAsia="Nirmala UI" w:cs="Nirmala UI"/>
        </w:rPr>
        <w:t>దానియేలూ</w:t>
      </w:r>
      <w:r>
        <w:rPr>
          <w:rFonts w:ascii="Times New Roman" w:hAnsi="Times New Roman" w:eastAsia="Times New Roman" w:cs="Times New Roman"/>
        </w:rPr>
        <w:t xml:space="preserve">, </w:t>
      </w:r>
      <w:r>
        <w:rPr>
          <w:rFonts w:ascii="Nirmala UI" w:hAnsi="Nirmala UI" w:eastAsia="Nirmala UI" w:cs="Nirmala UI"/>
        </w:rPr>
        <w:t>అత్యంత</w:t>
      </w:r>
      <w:r>
        <w:rPr>
          <w:rFonts w:ascii="Times New Roman" w:hAnsi="Times New Roman" w:eastAsia="Times New Roman" w:cs="Times New Roman"/>
        </w:rPr>
        <w:t xml:space="preserve"> </w:t>
      </w:r>
      <w:r>
        <w:rPr>
          <w:rFonts w:ascii="Nirmala UI" w:hAnsi="Nirmala UI" w:eastAsia="Nirmala UI" w:cs="Nirmala UI"/>
        </w:rPr>
        <w:t>ప్రియుడవైన</w:t>
      </w:r>
      <w:r>
        <w:rPr>
          <w:rFonts w:ascii="Times New Roman" w:hAnsi="Times New Roman" w:eastAsia="Times New Roman" w:cs="Times New Roman"/>
        </w:rPr>
        <w:t xml:space="preserve"> </w:t>
      </w:r>
      <w:r>
        <w:rPr>
          <w:rFonts w:ascii="Nirmala UI" w:hAnsi="Nirmala UI" w:eastAsia="Nirmala UI" w:cs="Nirmala UI"/>
        </w:rPr>
        <w:t>మనుష్యుడా</w:t>
      </w:r>
      <w:r>
        <w:rPr>
          <w:rFonts w:ascii="Times New Roman" w:hAnsi="Times New Roman" w:eastAsia="Times New Roman" w:cs="Times New Roman"/>
        </w:rPr>
        <w:t xml:space="preserve">, </w:t>
      </w:r>
      <w:r>
        <w:rPr>
          <w:rFonts w:ascii="Nirmala UI" w:hAnsi="Nirmala UI" w:eastAsia="Nirmala UI" w:cs="Nirmala UI"/>
        </w:rPr>
        <w:t>నేను</w:t>
      </w:r>
      <w:r>
        <w:rPr>
          <w:rFonts w:ascii="Times New Roman" w:hAnsi="Times New Roman" w:eastAsia="Times New Roman" w:cs="Times New Roman"/>
        </w:rPr>
        <w:t xml:space="preserve"> </w:t>
      </w:r>
      <w:r>
        <w:rPr>
          <w:rFonts w:ascii="Nirmala UI" w:hAnsi="Nirmala UI" w:eastAsia="Nirmala UI" w:cs="Nirmala UI"/>
        </w:rPr>
        <w:t>నీతో</w:t>
      </w:r>
      <w:r>
        <w:rPr>
          <w:rFonts w:ascii="Times New Roman" w:hAnsi="Times New Roman" w:eastAsia="Times New Roman" w:cs="Times New Roman"/>
        </w:rPr>
        <w:t xml:space="preserve"> </w:t>
      </w:r>
      <w:r>
        <w:rPr>
          <w:rFonts w:ascii="Nirmala UI" w:hAnsi="Nirmala UI" w:eastAsia="Nirmala UI" w:cs="Nirmala UI"/>
        </w:rPr>
        <w:t>చెప్పు</w:t>
      </w:r>
      <w:r>
        <w:rPr>
          <w:rFonts w:ascii="Times New Roman" w:hAnsi="Times New Roman" w:eastAsia="Times New Roman" w:cs="Times New Roman"/>
        </w:rPr>
        <w:t xml:space="preserve"> </w:t>
      </w:r>
      <w:r>
        <w:rPr>
          <w:rFonts w:ascii="Nirmala UI" w:hAnsi="Nirmala UI" w:eastAsia="Nirmala UI" w:cs="Nirmala UI"/>
        </w:rPr>
        <w:t>మాటలను</w:t>
      </w:r>
      <w:r>
        <w:rPr>
          <w:rFonts w:ascii="Times New Roman" w:hAnsi="Times New Roman" w:eastAsia="Times New Roman" w:cs="Times New Roman"/>
        </w:rPr>
        <w:t xml:space="preserve"> </w:t>
      </w:r>
      <w:r>
        <w:rPr>
          <w:rFonts w:ascii="Nirmala UI" w:hAnsi="Nirmala UI" w:eastAsia="Nirmala UI" w:cs="Nirmala UI"/>
        </w:rPr>
        <w:t>గ్రహించుము</w:t>
      </w:r>
      <w:r>
        <w:rPr>
          <w:rFonts w:ascii="Times New Roman" w:hAnsi="Times New Roman" w:eastAsia="Times New Roman" w:cs="Times New Roman"/>
        </w:rPr>
        <w:t xml:space="preserve">, </w:t>
      </w:r>
      <w:r>
        <w:rPr>
          <w:rFonts w:ascii="Nirmala UI" w:hAnsi="Nirmala UI" w:eastAsia="Nirmala UI" w:cs="Nirmala UI"/>
        </w:rPr>
        <w:t>నీ</w:t>
      </w:r>
      <w:r>
        <w:rPr>
          <w:rFonts w:ascii="Times New Roman" w:hAnsi="Times New Roman" w:eastAsia="Times New Roman" w:cs="Times New Roman"/>
        </w:rPr>
        <w:t xml:space="preserve"> </w:t>
      </w:r>
      <w:r>
        <w:rPr>
          <w:rFonts w:ascii="Nirmala UI" w:hAnsi="Nirmala UI" w:eastAsia="Nirmala UI" w:cs="Nirmala UI"/>
        </w:rPr>
        <w:t>కాళ్లమీద</w:t>
      </w:r>
      <w:r>
        <w:rPr>
          <w:rFonts w:ascii="Times New Roman" w:hAnsi="Times New Roman" w:eastAsia="Times New Roman" w:cs="Times New Roman"/>
        </w:rPr>
        <w:t xml:space="preserve"> </w:t>
      </w:r>
      <w:r>
        <w:rPr>
          <w:rFonts w:ascii="Nirmala UI" w:hAnsi="Nirmala UI" w:eastAsia="Nirmala UI" w:cs="Nirmala UI"/>
        </w:rPr>
        <w:t>నిటారుగా</w:t>
      </w:r>
      <w:r>
        <w:rPr>
          <w:rFonts w:ascii="Times New Roman" w:hAnsi="Times New Roman" w:eastAsia="Times New Roman" w:cs="Times New Roman"/>
        </w:rPr>
        <w:t xml:space="preserve"> </w:t>
      </w:r>
      <w:r>
        <w:rPr>
          <w:rFonts w:ascii="Nirmala UI" w:hAnsi="Nirmala UI" w:eastAsia="Nirmala UI" w:cs="Nirmala UI"/>
        </w:rPr>
        <w:t>నిలుచుము</w:t>
      </w:r>
      <w:r>
        <w:rPr>
          <w:rFonts w:ascii="Times New Roman" w:hAnsi="Times New Roman" w:eastAsia="Times New Roman" w:cs="Times New Roman"/>
        </w:rPr>
        <w:t xml:space="preserve">; </w:t>
      </w:r>
      <w:r>
        <w:rPr>
          <w:rFonts w:ascii="Nirmala UI" w:hAnsi="Nirmala UI" w:eastAsia="Nirmala UI" w:cs="Nirmala UI"/>
        </w:rPr>
        <w:t>ఎందుకనగా</w:t>
      </w:r>
      <w:r>
        <w:rPr>
          <w:rFonts w:ascii="Times New Roman" w:hAnsi="Times New Roman" w:eastAsia="Times New Roman" w:cs="Times New Roman"/>
        </w:rPr>
        <w:t xml:space="preserve"> </w:t>
      </w:r>
      <w:r>
        <w:rPr>
          <w:rFonts w:ascii="Nirmala UI" w:hAnsi="Nirmala UI" w:eastAsia="Nirmala UI" w:cs="Nirmala UI"/>
        </w:rPr>
        <w:t>ఇప్పుడు</w:t>
      </w:r>
      <w:r>
        <w:rPr>
          <w:rFonts w:ascii="Times New Roman" w:hAnsi="Times New Roman" w:eastAsia="Times New Roman" w:cs="Times New Roman"/>
        </w:rPr>
        <w:t xml:space="preserve"> </w:t>
      </w:r>
      <w:r>
        <w:rPr>
          <w:rFonts w:ascii="Nirmala UI" w:hAnsi="Nirmala UI" w:eastAsia="Nirmala UI" w:cs="Nirmala UI"/>
        </w:rPr>
        <w:t>నేను</w:t>
      </w:r>
      <w:r>
        <w:rPr>
          <w:rFonts w:ascii="Times New Roman" w:hAnsi="Times New Roman" w:eastAsia="Times New Roman" w:cs="Times New Roman"/>
        </w:rPr>
        <w:t xml:space="preserve"> </w:t>
      </w:r>
      <w:r>
        <w:rPr>
          <w:rFonts w:ascii="Nirmala UI" w:hAnsi="Nirmala UI" w:eastAsia="Nirmala UI" w:cs="Nirmala UI"/>
        </w:rPr>
        <w:t>నీ</w:t>
      </w:r>
      <w:r>
        <w:rPr>
          <w:rFonts w:ascii="Times New Roman" w:hAnsi="Times New Roman" w:eastAsia="Times New Roman" w:cs="Times New Roman"/>
        </w:rPr>
        <w:t xml:space="preserve"> </w:t>
      </w:r>
      <w:r>
        <w:rPr>
          <w:rFonts w:ascii="Nirmala UI" w:hAnsi="Nirmala UI" w:eastAsia="Nirmala UI" w:cs="Nirmala UI"/>
        </w:rPr>
        <w:t>యొద్దకు</w:t>
      </w:r>
      <w:r>
        <w:rPr>
          <w:rFonts w:ascii="Times New Roman" w:hAnsi="Times New Roman" w:eastAsia="Times New Roman" w:cs="Times New Roman"/>
        </w:rPr>
        <w:t xml:space="preserve"> </w:t>
      </w:r>
      <w:r>
        <w:rPr>
          <w:rFonts w:ascii="Nirmala UI" w:hAnsi="Nirmala UI" w:eastAsia="Nirmala UI" w:cs="Nirmala UI"/>
        </w:rPr>
        <w:t>పంపబడితిని</w:t>
      </w:r>
      <w:r>
        <w:rPr>
          <w:rFonts w:ascii="Times New Roman" w:hAnsi="Times New Roman" w:eastAsia="Times New Roman" w:cs="Times New Roman"/>
        </w:rPr>
        <w:t xml:space="preserve">. </w:t>
      </w:r>
      <w:r>
        <w:rPr>
          <w:rFonts w:ascii="Nirmala UI" w:hAnsi="Nirmala UI" w:eastAsia="Nirmala UI" w:cs="Nirmala UI"/>
        </w:rPr>
        <w:t>అతడు</w:t>
      </w:r>
      <w:r>
        <w:rPr>
          <w:rFonts w:ascii="Times New Roman" w:hAnsi="Times New Roman" w:eastAsia="Times New Roman" w:cs="Times New Roman"/>
        </w:rPr>
        <w:t xml:space="preserve"> </w:t>
      </w:r>
      <w:r>
        <w:rPr>
          <w:rFonts w:ascii="Nirmala UI" w:hAnsi="Nirmala UI" w:eastAsia="Nirmala UI" w:cs="Nirmala UI"/>
        </w:rPr>
        <w:t>ఈ</w:t>
      </w:r>
      <w:r>
        <w:rPr>
          <w:rFonts w:ascii="Times New Roman" w:hAnsi="Times New Roman" w:eastAsia="Times New Roman" w:cs="Times New Roman"/>
        </w:rPr>
        <w:t xml:space="preserve"> </w:t>
      </w:r>
      <w:r>
        <w:rPr>
          <w:rFonts w:ascii="Nirmala UI" w:hAnsi="Nirmala UI" w:eastAsia="Nirmala UI" w:cs="Nirmala UI"/>
        </w:rPr>
        <w:t>మాట</w:t>
      </w:r>
      <w:r>
        <w:rPr>
          <w:rFonts w:ascii="Times New Roman" w:hAnsi="Times New Roman" w:eastAsia="Times New Roman" w:cs="Times New Roman"/>
        </w:rPr>
        <w:t xml:space="preserve"> </w:t>
      </w:r>
      <w:r>
        <w:rPr>
          <w:rFonts w:ascii="Nirmala UI" w:hAnsi="Nirmala UI" w:eastAsia="Nirmala UI" w:cs="Nirmala UI"/>
        </w:rPr>
        <w:t>నాతో</w:t>
      </w:r>
      <w:r>
        <w:rPr>
          <w:rFonts w:ascii="Times New Roman" w:hAnsi="Times New Roman" w:eastAsia="Times New Roman" w:cs="Times New Roman"/>
        </w:rPr>
        <w:t xml:space="preserve"> </w:t>
      </w:r>
      <w:r>
        <w:rPr>
          <w:rFonts w:ascii="Nirmala UI" w:hAnsi="Nirmala UI" w:eastAsia="Nirmala UI" w:cs="Nirmala UI"/>
        </w:rPr>
        <w:t>చెప్పినప్పుడు</w:t>
      </w:r>
      <w:r>
        <w:rPr>
          <w:rFonts w:ascii="Times New Roman" w:hAnsi="Times New Roman" w:eastAsia="Times New Roman" w:cs="Times New Roman"/>
        </w:rPr>
        <w:t xml:space="preserve">, </w:t>
      </w:r>
      <w:r>
        <w:rPr>
          <w:rFonts w:ascii="Nirmala UI" w:hAnsi="Nirmala UI" w:eastAsia="Nirmala UI" w:cs="Nirmala UI"/>
        </w:rPr>
        <w:t>నేను</w:t>
      </w:r>
      <w:r>
        <w:rPr>
          <w:rFonts w:ascii="Times New Roman" w:hAnsi="Times New Roman" w:eastAsia="Times New Roman" w:cs="Times New Roman"/>
        </w:rPr>
        <w:t xml:space="preserve"> </w:t>
      </w:r>
      <w:r>
        <w:rPr>
          <w:rFonts w:ascii="Nirmala UI" w:hAnsi="Nirmala UI" w:eastAsia="Nirmala UI" w:cs="Nirmala UI"/>
        </w:rPr>
        <w:t>వణుకుచు</w:t>
      </w:r>
      <w:r>
        <w:rPr>
          <w:rFonts w:ascii="Times New Roman" w:hAnsi="Times New Roman" w:eastAsia="Times New Roman" w:cs="Times New Roman"/>
        </w:rPr>
        <w:t xml:space="preserve"> </w:t>
      </w:r>
      <w:r>
        <w:rPr>
          <w:rFonts w:ascii="Nirmala UI" w:hAnsi="Nirmala UI" w:eastAsia="Nirmala UI" w:cs="Nirmala UI"/>
        </w:rPr>
        <w:t>నిలిచితిని</w:t>
      </w:r>
      <w:r>
        <w:rPr>
          <w:rFonts w:ascii="Times New Roman" w:hAnsi="Times New Roman" w:eastAsia="Times New Roman" w:cs="Times New Roman"/>
        </w:rPr>
        <w:t xml:space="preserve">. </w:t>
      </w:r>
      <w:r>
        <w:rPr>
          <w:rFonts w:ascii="Nirmala UI" w:hAnsi="Nirmala UI" w:eastAsia="Nirmala UI" w:cs="Nirmala UI"/>
        </w:rPr>
        <w:t>అప్పుడు</w:t>
      </w:r>
      <w:r>
        <w:rPr>
          <w:rFonts w:ascii="Times New Roman" w:hAnsi="Times New Roman" w:eastAsia="Times New Roman" w:cs="Times New Roman"/>
        </w:rPr>
        <w:t xml:space="preserve"> </w:t>
      </w:r>
      <w:r>
        <w:rPr>
          <w:rFonts w:ascii="Nirmala UI" w:hAnsi="Nirmala UI" w:eastAsia="Nirmala UI" w:cs="Nirmala UI"/>
        </w:rPr>
        <w:t>అతడు</w:t>
      </w:r>
      <w:r>
        <w:rPr>
          <w:rFonts w:ascii="Times New Roman" w:hAnsi="Times New Roman" w:eastAsia="Times New Roman" w:cs="Times New Roman"/>
        </w:rPr>
        <w:t xml:space="preserve"> </w:t>
      </w:r>
      <w:r>
        <w:rPr>
          <w:rFonts w:ascii="Nirmala UI" w:hAnsi="Nirmala UI" w:eastAsia="Nirmala UI" w:cs="Nirmala UI"/>
        </w:rPr>
        <w:t>నాతో</w:t>
      </w:r>
      <w:r>
        <w:rPr>
          <w:rFonts w:ascii="Times New Roman" w:hAnsi="Times New Roman" w:eastAsia="Times New Roman" w:cs="Times New Roman"/>
        </w:rPr>
        <w:t xml:space="preserve"> </w:t>
      </w:r>
      <w:r>
        <w:rPr>
          <w:rFonts w:ascii="Nirmala UI" w:hAnsi="Nirmala UI" w:eastAsia="Nirmala UI" w:cs="Nirmala UI"/>
        </w:rPr>
        <w:t>చెప్పెను</w:t>
      </w:r>
      <w:r>
        <w:rPr>
          <w:rFonts w:ascii="Times New Roman" w:hAnsi="Times New Roman" w:eastAsia="Times New Roman" w:cs="Times New Roman"/>
        </w:rPr>
        <w:t xml:space="preserve">: </w:t>
      </w:r>
      <w:r>
        <w:rPr>
          <w:rFonts w:ascii="Nirmala UI" w:hAnsi="Nirmala UI" w:eastAsia="Nirmala UI" w:cs="Nirmala UI"/>
        </w:rPr>
        <w:t>దానియేలూ</w:t>
      </w:r>
      <w:r>
        <w:rPr>
          <w:rFonts w:ascii="Times New Roman" w:hAnsi="Times New Roman" w:eastAsia="Times New Roman" w:cs="Times New Roman"/>
        </w:rPr>
        <w:t xml:space="preserve">, </w:t>
      </w:r>
      <w:r>
        <w:rPr>
          <w:rFonts w:ascii="Nirmala UI" w:hAnsi="Nirmala UI" w:eastAsia="Nirmala UI" w:cs="Nirmala UI"/>
        </w:rPr>
        <w:t>భయపడకుము</w:t>
      </w:r>
      <w:r>
        <w:rPr>
          <w:rFonts w:ascii="Times New Roman" w:hAnsi="Times New Roman" w:eastAsia="Times New Roman" w:cs="Times New Roman"/>
        </w:rPr>
        <w:t xml:space="preserve">; </w:t>
      </w:r>
      <w:r>
        <w:rPr>
          <w:rFonts w:ascii="Nirmala UI" w:hAnsi="Nirmala UI" w:eastAsia="Nirmala UI" w:cs="Nirmala UI"/>
        </w:rPr>
        <w:t>నీవు</w:t>
      </w:r>
      <w:r>
        <w:rPr>
          <w:rFonts w:ascii="Times New Roman" w:hAnsi="Times New Roman" w:eastAsia="Times New Roman" w:cs="Times New Roman"/>
        </w:rPr>
        <w:t xml:space="preserve"> </w:t>
      </w:r>
      <w:r>
        <w:rPr>
          <w:rFonts w:ascii="Nirmala UI" w:hAnsi="Nirmala UI" w:eastAsia="Nirmala UI" w:cs="Nirmala UI"/>
        </w:rPr>
        <w:t>అర్థము</w:t>
      </w:r>
      <w:r>
        <w:rPr>
          <w:rFonts w:ascii="Times New Roman" w:hAnsi="Times New Roman" w:eastAsia="Times New Roman" w:cs="Times New Roman"/>
        </w:rPr>
        <w:t xml:space="preserve"> </w:t>
      </w:r>
      <w:r>
        <w:rPr>
          <w:rFonts w:ascii="Nirmala UI" w:hAnsi="Nirmala UI" w:eastAsia="Nirmala UI" w:cs="Nirmala UI"/>
        </w:rPr>
        <w:t>చేసికొనుటకైను</w:t>
      </w:r>
      <w:r>
        <w:rPr>
          <w:rFonts w:ascii="Times New Roman" w:hAnsi="Times New Roman" w:eastAsia="Times New Roman" w:cs="Times New Roman"/>
        </w:rPr>
        <w:t xml:space="preserve"> </w:t>
      </w:r>
      <w:r>
        <w:rPr>
          <w:rFonts w:ascii="Nirmala UI" w:hAnsi="Nirmala UI" w:eastAsia="Nirmala UI" w:cs="Nirmala UI"/>
        </w:rPr>
        <w:t>నీ</w:t>
      </w:r>
      <w:r>
        <w:rPr>
          <w:rFonts w:ascii="Times New Roman" w:hAnsi="Times New Roman" w:eastAsia="Times New Roman" w:cs="Times New Roman"/>
        </w:rPr>
        <w:t xml:space="preserve"> </w:t>
      </w:r>
      <w:r>
        <w:rPr>
          <w:rFonts w:ascii="Nirmala UI" w:hAnsi="Nirmala UI" w:eastAsia="Nirmala UI" w:cs="Nirmala UI"/>
        </w:rPr>
        <w:t>దేవుని</w:t>
      </w:r>
      <w:r>
        <w:rPr>
          <w:rFonts w:ascii="Times New Roman" w:hAnsi="Times New Roman" w:eastAsia="Times New Roman" w:cs="Times New Roman"/>
        </w:rPr>
        <w:t xml:space="preserve"> </w:t>
      </w:r>
      <w:r>
        <w:rPr>
          <w:rFonts w:ascii="Nirmala UI" w:hAnsi="Nirmala UI" w:eastAsia="Nirmala UI" w:cs="Nirmala UI"/>
        </w:rPr>
        <w:t>సన్నిధిని</w:t>
      </w:r>
      <w:r>
        <w:rPr>
          <w:rFonts w:ascii="Times New Roman" w:hAnsi="Times New Roman" w:eastAsia="Times New Roman" w:cs="Times New Roman"/>
        </w:rPr>
        <w:t xml:space="preserve"> </w:t>
      </w:r>
      <w:r>
        <w:rPr>
          <w:rFonts w:ascii="Nirmala UI" w:hAnsi="Nirmala UI" w:eastAsia="Nirmala UI" w:cs="Nirmala UI"/>
        </w:rPr>
        <w:t>నిన్ను</w:t>
      </w:r>
      <w:r>
        <w:rPr>
          <w:rFonts w:ascii="Times New Roman" w:hAnsi="Times New Roman" w:eastAsia="Times New Roman" w:cs="Times New Roman"/>
        </w:rPr>
        <w:t xml:space="preserve"> </w:t>
      </w:r>
      <w:r>
        <w:rPr>
          <w:rFonts w:ascii="Nirmala UI" w:hAnsi="Nirmala UI" w:eastAsia="Nirmala UI" w:cs="Nirmala UI"/>
        </w:rPr>
        <w:t>నీవు</w:t>
      </w:r>
      <w:r>
        <w:rPr>
          <w:rFonts w:ascii="Times New Roman" w:hAnsi="Times New Roman" w:eastAsia="Times New Roman" w:cs="Times New Roman"/>
        </w:rPr>
        <w:t xml:space="preserve"> </w:t>
      </w:r>
      <w:r>
        <w:rPr>
          <w:rFonts w:ascii="Nirmala UI" w:hAnsi="Nirmala UI" w:eastAsia="Nirmala UI" w:cs="Nirmala UI"/>
        </w:rPr>
        <w:t>తగ్గించుకొనుటకైను</w:t>
      </w:r>
      <w:r>
        <w:rPr>
          <w:rFonts w:ascii="Times New Roman" w:hAnsi="Times New Roman" w:eastAsia="Times New Roman" w:cs="Times New Roman"/>
        </w:rPr>
        <w:t xml:space="preserve"> </w:t>
      </w:r>
      <w:r>
        <w:rPr>
          <w:rFonts w:ascii="Nirmala UI" w:hAnsi="Nirmala UI" w:eastAsia="Nirmala UI" w:cs="Nirmala UI"/>
        </w:rPr>
        <w:t>నీ</w:t>
      </w:r>
      <w:r>
        <w:rPr>
          <w:rFonts w:ascii="Times New Roman" w:hAnsi="Times New Roman" w:eastAsia="Times New Roman" w:cs="Times New Roman"/>
        </w:rPr>
        <w:t xml:space="preserve"> </w:t>
      </w:r>
      <w:r>
        <w:rPr>
          <w:rFonts w:ascii="Nirmala UI" w:hAnsi="Nirmala UI" w:eastAsia="Nirmala UI" w:cs="Nirmala UI"/>
        </w:rPr>
        <w:t>హృదయమును</w:t>
      </w:r>
      <w:r>
        <w:rPr>
          <w:rFonts w:ascii="Times New Roman" w:hAnsi="Times New Roman" w:eastAsia="Times New Roman" w:cs="Times New Roman"/>
        </w:rPr>
        <w:t xml:space="preserve"> </w:t>
      </w:r>
      <w:r>
        <w:rPr>
          <w:rFonts w:ascii="Nirmala UI" w:hAnsi="Nirmala UI" w:eastAsia="Nirmala UI" w:cs="Nirmala UI"/>
        </w:rPr>
        <w:t>నిలిపిన</w:t>
      </w:r>
      <w:r>
        <w:rPr>
          <w:rFonts w:ascii="Times New Roman" w:hAnsi="Times New Roman" w:eastAsia="Times New Roman" w:cs="Times New Roman"/>
        </w:rPr>
        <w:t xml:space="preserve"> </w:t>
      </w:r>
      <w:r>
        <w:rPr>
          <w:rFonts w:ascii="Nirmala UI" w:hAnsi="Nirmala UI" w:eastAsia="Nirmala UI" w:cs="Nirmala UI"/>
        </w:rPr>
        <w:t>మొదటి</w:t>
      </w:r>
      <w:r>
        <w:rPr>
          <w:rFonts w:ascii="Times New Roman" w:hAnsi="Times New Roman" w:eastAsia="Times New Roman" w:cs="Times New Roman"/>
        </w:rPr>
        <w:t xml:space="preserve"> </w:t>
      </w:r>
      <w:r>
        <w:rPr>
          <w:rFonts w:ascii="Nirmala UI" w:hAnsi="Nirmala UI" w:eastAsia="Nirmala UI" w:cs="Nirmala UI"/>
        </w:rPr>
        <w:t>దినమునుండి</w:t>
      </w:r>
      <w:r>
        <w:rPr>
          <w:rFonts w:ascii="Times New Roman" w:hAnsi="Times New Roman" w:eastAsia="Times New Roman" w:cs="Times New Roman"/>
        </w:rPr>
        <w:t xml:space="preserve"> </w:t>
      </w:r>
      <w:r>
        <w:rPr>
          <w:rFonts w:ascii="Nirmala UI" w:hAnsi="Nirmala UI" w:eastAsia="Nirmala UI" w:cs="Nirmala UI"/>
        </w:rPr>
        <w:t>నీ</w:t>
      </w:r>
      <w:r>
        <w:rPr>
          <w:rFonts w:ascii="Times New Roman" w:hAnsi="Times New Roman" w:eastAsia="Times New Roman" w:cs="Times New Roman"/>
        </w:rPr>
        <w:t xml:space="preserve"> </w:t>
      </w:r>
      <w:r>
        <w:rPr>
          <w:rFonts w:ascii="Nirmala UI" w:hAnsi="Nirmala UI" w:eastAsia="Nirmala UI" w:cs="Nirmala UI"/>
        </w:rPr>
        <w:t>మాటలు</w:t>
      </w:r>
      <w:r>
        <w:rPr>
          <w:rFonts w:ascii="Times New Roman" w:hAnsi="Times New Roman" w:eastAsia="Times New Roman" w:cs="Times New Roman"/>
        </w:rPr>
        <w:t xml:space="preserve"> </w:t>
      </w:r>
      <w:r>
        <w:rPr>
          <w:rFonts w:ascii="Nirmala UI" w:hAnsi="Nirmala UI" w:eastAsia="Nirmala UI" w:cs="Nirmala UI"/>
        </w:rPr>
        <w:t>ఆలకింపబడినవి</w:t>
      </w:r>
      <w:r>
        <w:rPr>
          <w:rFonts w:ascii="Times New Roman" w:hAnsi="Times New Roman" w:eastAsia="Times New Roman" w:cs="Times New Roman"/>
        </w:rPr>
        <w:t xml:space="preserve">; </w:t>
      </w:r>
      <w:r>
        <w:rPr>
          <w:rFonts w:ascii="Nirmala UI" w:hAnsi="Nirmala UI" w:eastAsia="Nirmala UI" w:cs="Nirmala UI"/>
        </w:rPr>
        <w:t>నీ</w:t>
      </w:r>
      <w:r>
        <w:rPr>
          <w:rFonts w:ascii="Times New Roman" w:hAnsi="Times New Roman" w:eastAsia="Times New Roman" w:cs="Times New Roman"/>
        </w:rPr>
        <w:t xml:space="preserve"> </w:t>
      </w:r>
      <w:r>
        <w:rPr>
          <w:rFonts w:ascii="Nirmala UI" w:hAnsi="Nirmala UI" w:eastAsia="Nirmala UI" w:cs="Nirmala UI"/>
        </w:rPr>
        <w:t>మాటల</w:t>
      </w:r>
      <w:r>
        <w:rPr>
          <w:rFonts w:ascii="Times New Roman" w:hAnsi="Times New Roman" w:eastAsia="Times New Roman" w:cs="Times New Roman"/>
        </w:rPr>
        <w:t xml:space="preserve"> </w:t>
      </w:r>
      <w:r>
        <w:rPr>
          <w:rFonts w:ascii="Nirmala UI" w:hAnsi="Nirmala UI" w:eastAsia="Nirmala UI" w:cs="Nirmala UI"/>
        </w:rPr>
        <w:t>నిమిత్తమే</w:t>
      </w:r>
      <w:r>
        <w:rPr>
          <w:rFonts w:ascii="Times New Roman" w:hAnsi="Times New Roman" w:eastAsia="Times New Roman" w:cs="Times New Roman"/>
        </w:rPr>
        <w:t xml:space="preserve"> </w:t>
      </w:r>
      <w:r>
        <w:rPr>
          <w:rFonts w:ascii="Nirmala UI" w:hAnsi="Nirmala UI" w:eastAsia="Nirmala UI" w:cs="Nirmala UI"/>
        </w:rPr>
        <w:t>నేను</w:t>
      </w:r>
      <w:r>
        <w:rPr>
          <w:rFonts w:ascii="Times New Roman" w:hAnsi="Times New Roman" w:eastAsia="Times New Roman" w:cs="Times New Roman"/>
        </w:rPr>
        <w:t xml:space="preserve"> </w:t>
      </w:r>
      <w:r>
        <w:rPr>
          <w:rFonts w:ascii="Nirmala UI" w:hAnsi="Nirmala UI" w:eastAsia="Nirmala UI" w:cs="Nirmala UI"/>
        </w:rPr>
        <w:t>వచ్చితిని</w:t>
      </w:r>
      <w:r>
        <w:rPr>
          <w:rFonts w:ascii="Times New Roman" w:hAnsi="Times New Roman" w:eastAsia="Times New Roman" w:cs="Times New Roman"/>
        </w:rPr>
        <w:t xml:space="preserve">. </w:t>
      </w:r>
      <w:r>
        <w:rPr>
          <w:rFonts w:ascii="Nirmala UI" w:hAnsi="Nirmala UI" w:eastAsia="Nirmala UI" w:cs="Nirmala UI"/>
        </w:rPr>
        <w:t>దానియేలు</w:t>
      </w:r>
      <w:r>
        <w:rPr>
          <w:rFonts w:ascii="Times New Roman" w:hAnsi="Times New Roman" w:eastAsia="Times New Roman" w:cs="Times New Roman"/>
        </w:rPr>
        <w:t xml:space="preserve"> 10:7–12.</w:t>
      </w:r>
    </w:p>
    <w:p>
      <w:pPr>
        <w:pStyle w:val="ArticleBody"/>
        <w:jc w:val="left"/>
      </w:pPr>
      <w:r>
        <w:rPr>
          <w:rFonts w:ascii="Leelawadee UI" w:hAnsi="Leelawadee UI" w:eastAsia="Leelawadee UI" w:cs="Leelawadee UI"/>
        </w:rPr>
        <w:t>ម៉ាថាយ</w:t>
      </w:r>
      <w:r>
        <w:rPr>
          <w:rFonts w:ascii="Times New Roman" w:hAnsi="Times New Roman" w:eastAsia="Times New Roman" w:cs="Times New Roman"/>
        </w:rPr>
        <w:t xml:space="preserve"> </w:t>
      </w:r>
      <w:r>
        <w:rPr>
          <w:rFonts w:ascii="Leelawadee UI" w:hAnsi="Leelawadee UI" w:eastAsia="Leelawadee UI" w:cs="Leelawadee UI"/>
        </w:rPr>
        <w:t>ជំពូកដប់ប្រាំពីរ</w:t>
      </w:r>
      <w:r>
        <w:rPr>
          <w:rFonts w:ascii="Times New Roman" w:hAnsi="Times New Roman" w:eastAsia="Times New Roman" w:cs="Times New Roman"/>
        </w:rPr>
        <w:t xml:space="preserve"> </w:t>
      </w:r>
      <w:r>
        <w:rPr>
          <w:rFonts w:ascii="Leelawadee UI" w:hAnsi="Leelawadee UI" w:eastAsia="Leelawadee UI" w:cs="Leelawadee UI"/>
        </w:rPr>
        <w:t>នៃនិមិត្តនៃការប្រែរូប</w:t>
      </w:r>
      <w:r>
        <w:rPr>
          <w:rFonts w:ascii="Times New Roman" w:hAnsi="Times New Roman" w:eastAsia="Times New Roman" w:cs="Times New Roman"/>
        </w:rPr>
        <w:t xml:space="preserve"> </w:t>
      </w:r>
      <w:r>
        <w:rPr>
          <w:rFonts w:ascii="Leelawadee UI" w:hAnsi="Leelawadee UI" w:eastAsia="Leelawadee UI" w:cs="Leelawadee UI"/>
        </w:rPr>
        <w:t>គឺជានិមិត្តដូចកញ្ចក់ឆ្លុះរបស់</w:t>
      </w:r>
      <w:r>
        <w:rPr>
          <w:rFonts w:ascii="Times New Roman" w:hAnsi="Times New Roman" w:eastAsia="Times New Roman" w:cs="Times New Roman"/>
        </w:rPr>
        <w:t xml:space="preserve"> </w:t>
      </w:r>
      <w:r>
        <w:rPr>
          <w:rFonts w:ascii="Leelawadee UI" w:hAnsi="Leelawadee UI" w:eastAsia="Leelawadee UI" w:cs="Leelawadee UI"/>
        </w:rPr>
        <w:t>ដានីយ៉ែល</w:t>
      </w:r>
      <w:r>
        <w:rPr>
          <w:rFonts w:ascii="Times New Roman" w:hAnsi="Times New Roman" w:eastAsia="Times New Roman" w:cs="Times New Roman"/>
        </w:rPr>
        <w:t xml:space="preserve"> </w:t>
      </w:r>
      <w:r>
        <w:rPr>
          <w:rFonts w:ascii="Leelawadee UI" w:hAnsi="Leelawadee UI" w:eastAsia="Leelawadee UI" w:cs="Leelawadee UI"/>
        </w:rPr>
        <w:t>ជំពូកដប់</w:t>
      </w:r>
      <w:r>
        <w:rPr>
          <w:rFonts w:ascii="Times New Roman" w:hAnsi="Times New Roman" w:eastAsia="Times New Roman" w:cs="Times New Roman"/>
        </w:rPr>
        <w:t xml:space="preserve"> </w:t>
      </w:r>
      <w:r>
        <w:rPr>
          <w:rFonts w:ascii="Leelawadee UI" w:hAnsi="Leelawadee UI" w:eastAsia="Leelawadee UI" w:cs="Leelawadee UI"/>
        </w:rPr>
        <w:t>ដែលកើតឡើងនៅពេលឆ្អឹងស្ងួតស្លាប់របស់</w:t>
      </w:r>
      <w:r>
        <w:rPr>
          <w:rFonts w:ascii="Times New Roman" w:hAnsi="Times New Roman" w:eastAsia="Times New Roman" w:cs="Times New Roman"/>
        </w:rPr>
        <w:t xml:space="preserve"> </w:t>
      </w:r>
      <w:r>
        <w:rPr>
          <w:rFonts w:ascii="Leelawadee UI" w:hAnsi="Leelawadee UI" w:eastAsia="Leelawadee UI" w:cs="Leelawadee UI"/>
        </w:rPr>
        <w:t>អេសេគាល</w:t>
      </w:r>
      <w:r>
        <w:rPr>
          <w:rFonts w:ascii="Times New Roman" w:hAnsi="Times New Roman" w:eastAsia="Times New Roman" w:cs="Times New Roman"/>
        </w:rPr>
        <w:t xml:space="preserve"> </w:t>
      </w:r>
      <w:r>
        <w:rPr>
          <w:rFonts w:ascii="Leelawadee UI" w:hAnsi="Leelawadee UI" w:eastAsia="Leelawadee UI" w:cs="Leelawadee UI"/>
        </w:rPr>
        <w:t>ត្រូវបានប្រោសឲ្យរស់ឡើងវិញ។</w:t>
      </w:r>
      <w:r>
        <w:rPr>
          <w:rFonts w:ascii="Times New Roman" w:hAnsi="Times New Roman" w:eastAsia="Times New Roman" w:cs="Times New Roman"/>
        </w:rPr>
        <w:t xml:space="preserve"> </w:t>
      </w:r>
      <w:r>
        <w:rPr>
          <w:rFonts w:ascii="Leelawadee UI" w:hAnsi="Leelawadee UI" w:eastAsia="Leelawadee UI" w:cs="Leelawadee UI"/>
        </w:rPr>
        <w:t>និមិត្តនេះ</w:t>
      </w:r>
      <w:r>
        <w:rPr>
          <w:rFonts w:ascii="Times New Roman" w:hAnsi="Times New Roman" w:eastAsia="Times New Roman" w:cs="Times New Roman"/>
        </w:rPr>
        <w:t xml:space="preserve"> </w:t>
      </w:r>
      <w:r>
        <w:rPr>
          <w:rFonts w:ascii="Leelawadee UI" w:hAnsi="Leelawadee UI" w:eastAsia="Leelawadee UI" w:cs="Leelawadee UI"/>
        </w:rPr>
        <w:t>និងសារដែលពាក់ព័ន្ធជាមួយវា</w:t>
      </w:r>
      <w:r>
        <w:rPr>
          <w:rFonts w:ascii="Times New Roman" w:hAnsi="Times New Roman" w:eastAsia="Times New Roman" w:cs="Times New Roman"/>
        </w:rPr>
        <w:t xml:space="preserve"> </w:t>
      </w:r>
      <w:r>
        <w:rPr>
          <w:rFonts w:ascii="Leelawadee UI" w:hAnsi="Leelawadee UI" w:eastAsia="Leelawadee UI" w:cs="Leelawadee UI"/>
        </w:rPr>
        <w:t>បង្ហាញអ្នកថ្វាយបង្គំពីរប្រភេទ</w:t>
      </w:r>
      <w:r>
        <w:rPr>
          <w:rFonts w:ascii="Times New Roman" w:hAnsi="Times New Roman" w:eastAsia="Times New Roman" w:cs="Times New Roman"/>
        </w:rPr>
        <w:t xml:space="preserve"> </w:t>
      </w:r>
      <w:r>
        <w:rPr>
          <w:rFonts w:ascii="Leelawadee UI" w:hAnsi="Leelawadee UI" w:eastAsia="Leelawadee UI" w:cs="Leelawadee UI"/>
        </w:rPr>
        <w:t>មួយនៅក្នុងតង់</w:t>
      </w:r>
      <w:r>
        <w:rPr>
          <w:rFonts w:ascii="Times New Roman" w:hAnsi="Times New Roman" w:eastAsia="Times New Roman" w:cs="Times New Roman"/>
        </w:rPr>
        <w:t xml:space="preserve"> Exeter </w:t>
      </w:r>
      <w:r>
        <w:rPr>
          <w:rFonts w:ascii="Leelawadee UI" w:hAnsi="Leelawadee UI" w:eastAsia="Leelawadee UI" w:cs="Leelawadee UI"/>
        </w:rPr>
        <w:t>ហើយមួយទៀតនៅក្នុងតង់</w:t>
      </w:r>
      <w:r>
        <w:rPr>
          <w:rFonts w:ascii="Times New Roman" w:hAnsi="Times New Roman" w:eastAsia="Times New Roman" w:cs="Times New Roman"/>
        </w:rPr>
        <w:t xml:space="preserve"> Watertown </w:t>
      </w:r>
      <w:r>
        <w:rPr>
          <w:rFonts w:ascii="Leelawadee UI" w:hAnsi="Leelawadee UI" w:eastAsia="Leelawadee UI" w:cs="Leelawadee UI"/>
        </w:rPr>
        <w:t>ដែលជាក្រុមជំនុំអ្នកចំអករបស់</w:t>
      </w:r>
      <w:r>
        <w:rPr>
          <w:rFonts w:ascii="Times New Roman" w:hAnsi="Times New Roman" w:eastAsia="Times New Roman" w:cs="Times New Roman"/>
        </w:rPr>
        <w:t xml:space="preserve"> </w:t>
      </w:r>
      <w:r>
        <w:rPr>
          <w:rFonts w:ascii="Leelawadee UI" w:hAnsi="Leelawadee UI" w:eastAsia="Leelawadee UI" w:cs="Leelawadee UI"/>
        </w:rPr>
        <w:t>យេរេមា</w:t>
      </w:r>
      <w:r>
        <w:rPr>
          <w:rFonts w:ascii="Times New Roman" w:hAnsi="Times New Roman" w:eastAsia="Times New Roman" w:cs="Times New Roman"/>
        </w:rPr>
        <w:t xml:space="preserve"> </w:t>
      </w:r>
      <w:r>
        <w:rPr>
          <w:rFonts w:ascii="Leelawadee UI" w:hAnsi="Leelawadee UI" w:eastAsia="Leelawadee UI" w:cs="Leelawadee UI"/>
        </w:rPr>
        <w:t>និងសាលាប្រជុំរបស់សាតាំងរបស់</w:t>
      </w:r>
      <w:r>
        <w:rPr>
          <w:rFonts w:ascii="Times New Roman" w:hAnsi="Times New Roman" w:eastAsia="Times New Roman" w:cs="Times New Roman"/>
        </w:rPr>
        <w:t xml:space="preserve"> </w:t>
      </w:r>
      <w:r>
        <w:rPr>
          <w:rFonts w:ascii="Leelawadee UI" w:hAnsi="Leelawadee UI" w:eastAsia="Leelawadee UI" w:cs="Leelawadee UI"/>
        </w:rPr>
        <w:t>យ៉ូហាន។</w:t>
      </w:r>
      <w:r>
        <w:rPr>
          <w:rFonts w:ascii="Times New Roman" w:hAnsi="Times New Roman" w:eastAsia="Times New Roman" w:cs="Times New Roman"/>
        </w:rPr>
        <w:t xml:space="preserve"> </w:t>
      </w:r>
      <w:r>
        <w:rPr>
          <w:rFonts w:ascii="Leelawadee UI" w:hAnsi="Leelawadee UI" w:eastAsia="Leelawadee UI" w:cs="Leelawadee UI"/>
        </w:rPr>
        <w:t>ដូចជាផលប៉ះពាល់នៃនិមិត្តក្នុងសក្ខីភាពរបស់</w:t>
      </w:r>
      <w:r>
        <w:rPr>
          <w:rFonts w:ascii="Times New Roman" w:hAnsi="Times New Roman" w:eastAsia="Times New Roman" w:cs="Times New Roman"/>
        </w:rPr>
        <w:t xml:space="preserve"> </w:t>
      </w:r>
      <w:r>
        <w:rPr>
          <w:rFonts w:ascii="Leelawadee UI" w:hAnsi="Leelawadee UI" w:eastAsia="Leelawadee UI" w:cs="Leelawadee UI"/>
        </w:rPr>
        <w:t>ដានីយ៉ែល</w:t>
      </w:r>
      <w:r>
        <w:rPr>
          <w:rFonts w:ascii="Times New Roman" w:hAnsi="Times New Roman" w:eastAsia="Times New Roman" w:cs="Times New Roman"/>
        </w:rPr>
        <w:t xml:space="preserve"> </w:t>
      </w:r>
      <w:r>
        <w:rPr>
          <w:rFonts w:ascii="Leelawadee UI" w:hAnsi="Leelawadee UI" w:eastAsia="Leelawadee UI" w:cs="Leelawadee UI"/>
        </w:rPr>
        <w:t>ដូច្នោះដែរ</w:t>
      </w:r>
      <w:r>
        <w:rPr>
          <w:rFonts w:ascii="Times New Roman" w:hAnsi="Times New Roman" w:eastAsia="Times New Roman" w:cs="Times New Roman"/>
        </w:rPr>
        <w:t xml:space="preserve"> «</w:t>
      </w:r>
      <w:r>
        <w:rPr>
          <w:rFonts w:ascii="Leelawadee UI" w:hAnsi="Leelawadee UI" w:eastAsia="Leelawadee UI" w:cs="Leelawadee UI"/>
        </w:rPr>
        <w:t>កាលពួកសិស្សបានឮ</w:t>
      </w:r>
      <w:r>
        <w:rPr>
          <w:rFonts w:ascii="Times New Roman" w:hAnsi="Times New Roman" w:eastAsia="Times New Roman" w:cs="Times New Roman"/>
        </w:rPr>
        <w:t xml:space="preserve"> </w:t>
      </w:r>
      <w:r>
        <w:rPr>
          <w:rFonts w:ascii="Leelawadee UI" w:hAnsi="Leelawadee UI" w:eastAsia="Leelawadee UI" w:cs="Leelawadee UI"/>
        </w:rPr>
        <w:t>នោះពួកគេក៏ដួលផ្កាប់មុខ</w:t>
      </w:r>
      <w:r>
        <w:rPr>
          <w:rFonts w:ascii="Times New Roman" w:hAnsi="Times New Roman" w:eastAsia="Times New Roman" w:cs="Times New Roman"/>
        </w:rPr>
        <w:t xml:space="preserve"> </w:t>
      </w:r>
      <w:r>
        <w:rPr>
          <w:rFonts w:ascii="Leelawadee UI" w:hAnsi="Leelawadee UI" w:eastAsia="Leelawadee UI" w:cs="Leelawadee UI"/>
        </w:rPr>
        <w:t>ហើយភ័យខ្លាចជាខ្លាំង។</w:t>
      </w:r>
      <w:r>
        <w:rPr>
          <w:rFonts w:ascii="Times New Roman" w:hAnsi="Times New Roman" w:eastAsia="Times New Roman" w:cs="Times New Roman"/>
        </w:rPr>
        <w:t xml:space="preserve"> </w:t>
      </w:r>
      <w:r>
        <w:rPr>
          <w:rFonts w:ascii="Leelawadee UI" w:hAnsi="Leelawadee UI" w:eastAsia="Leelawadee UI" w:cs="Leelawadee UI"/>
        </w:rPr>
        <w:t>ហើយព្រះយេស៊ូវបានយាងមកពាល់ពួកគេ</w:t>
      </w:r>
      <w:r>
        <w:rPr>
          <w:rFonts w:ascii="Times New Roman" w:hAnsi="Times New Roman" w:eastAsia="Times New Roman" w:cs="Times New Roman"/>
        </w:rPr>
        <w:t xml:space="preserve"> </w:t>
      </w:r>
      <w:r>
        <w:rPr>
          <w:rFonts w:ascii="Leelawadee UI" w:hAnsi="Leelawadee UI" w:eastAsia="Leelawadee UI" w:cs="Leelawadee UI"/>
        </w:rPr>
        <w:t>ហើយមានព្រះបន្ទូលថា</w:t>
      </w:r>
      <w:r>
        <w:rPr>
          <w:rFonts w:ascii="Times New Roman" w:hAnsi="Times New Roman" w:eastAsia="Times New Roman" w:cs="Times New Roman"/>
        </w:rPr>
        <w:t xml:space="preserve"> </w:t>
      </w:r>
      <w:r>
        <w:rPr>
          <w:rFonts w:ascii="Leelawadee UI" w:hAnsi="Leelawadee UI" w:eastAsia="Leelawadee UI" w:cs="Leelawadee UI"/>
        </w:rPr>
        <w:t>ចូរក្រោកឡើង</w:t>
      </w:r>
      <w:r>
        <w:rPr>
          <w:rFonts w:ascii="Times New Roman" w:hAnsi="Times New Roman" w:eastAsia="Times New Roman" w:cs="Times New Roman"/>
        </w:rPr>
        <w:t xml:space="preserve"> </w:t>
      </w:r>
      <w:r>
        <w:rPr>
          <w:rFonts w:ascii="Leelawadee UI" w:hAnsi="Leelawadee UI" w:eastAsia="Leelawadee UI" w:cs="Leelawadee UI"/>
        </w:rPr>
        <w:t>កុំភ័យអី</w:t>
      </w:r>
      <w:r>
        <w:rPr>
          <w:rFonts w:ascii="Times New Roman" w:hAnsi="Times New Roman" w:eastAsia="Times New Roman" w:cs="Times New Roman"/>
        </w:rPr>
        <w:t>»</w:t>
      </w:r>
      <w:r>
        <w:rPr>
          <w:rFonts w:ascii="Leelawadee UI" w:hAnsi="Leelawadee UI" w:eastAsia="Leelawadee UI" w:cs="Leelawadee UI"/>
        </w:rPr>
        <w:t>។</w:t>
      </w:r>
      <w:r>
        <w:rPr>
          <w:rFonts w:ascii="Times New Roman" w:hAnsi="Times New Roman" w:eastAsia="Times New Roman" w:cs="Times New Roman"/>
        </w:rPr>
        <w:t xml:space="preserve"> </w:t>
      </w:r>
      <w:r>
        <w:rPr>
          <w:rFonts w:ascii="Leelawadee UI" w:hAnsi="Leelawadee UI" w:eastAsia="Leelawadee UI" w:cs="Leelawadee UI"/>
        </w:rPr>
        <w:t>និមិត្តនោះអាចឮបាន</w:t>
      </w:r>
      <w:r>
        <w:rPr>
          <w:rFonts w:ascii="Times New Roman" w:hAnsi="Times New Roman" w:eastAsia="Times New Roman" w:cs="Times New Roman"/>
        </w:rPr>
        <w:t xml:space="preserve"> </w:t>
      </w:r>
      <w:r>
        <w:rPr>
          <w:rFonts w:ascii="Leelawadee UI" w:hAnsi="Leelawadee UI" w:eastAsia="Leelawadee UI" w:cs="Leelawadee UI"/>
        </w:rPr>
        <w:t>និងអាចមើលឃើញបាន</w:t>
      </w:r>
      <w:r>
        <w:rPr>
          <w:rFonts w:ascii="Times New Roman" w:hAnsi="Times New Roman" w:eastAsia="Times New Roman" w:cs="Times New Roman"/>
        </w:rPr>
        <w:t xml:space="preserve"> </w:t>
      </w:r>
      <w:r>
        <w:rPr>
          <w:rFonts w:ascii="Leelawadee UI" w:hAnsi="Leelawadee UI" w:eastAsia="Leelawadee UI" w:cs="Leelawadee UI"/>
        </w:rPr>
        <w:t>ក្នុងករណីទាំងពីរ</w:t>
      </w:r>
      <w:r>
        <w:rPr>
          <w:rFonts w:ascii="Times New Roman" w:hAnsi="Times New Roman" w:eastAsia="Times New Roman" w:cs="Times New Roman"/>
        </w:rPr>
        <w:t xml:space="preserve"> </w:t>
      </w:r>
      <w:r>
        <w:rPr>
          <w:rFonts w:ascii="Leelawadee UI" w:hAnsi="Leelawadee UI" w:eastAsia="Leelawadee UI" w:cs="Leelawadee UI"/>
        </w:rPr>
        <w:t>ហើយវាបានបង្កការភ័យខ្លាច</w:t>
      </w:r>
      <w:r>
        <w:rPr>
          <w:rFonts w:ascii="Times New Roman" w:hAnsi="Times New Roman" w:eastAsia="Times New Roman" w:cs="Times New Roman"/>
        </w:rPr>
        <w:t xml:space="preserve"> </w:t>
      </w:r>
      <w:r>
        <w:rPr>
          <w:rFonts w:ascii="Leelawadee UI" w:hAnsi="Leelawadee UI" w:eastAsia="Leelawadee UI" w:cs="Leelawadee UI"/>
        </w:rPr>
        <w:t>ក្នុងឧទាហរណ៍ទាំងពីរ។</w:t>
      </w:r>
      <w:r>
        <w:rPr>
          <w:rFonts w:ascii="Times New Roman" w:hAnsi="Times New Roman" w:eastAsia="Times New Roman" w:cs="Times New Roman"/>
        </w:rPr>
        <w:t xml:space="preserve"> «</w:t>
      </w:r>
      <w:r>
        <w:rPr>
          <w:rFonts w:ascii="Leelawadee UI" w:hAnsi="Leelawadee UI" w:eastAsia="Leelawadee UI" w:cs="Leelawadee UI"/>
        </w:rPr>
        <w:t>ការប៉ះ</w:t>
      </w:r>
      <w:r>
        <w:rPr>
          <w:rFonts w:ascii="Times New Roman" w:hAnsi="Times New Roman" w:eastAsia="Times New Roman" w:cs="Times New Roman"/>
        </w:rPr>
        <w:t xml:space="preserve">» </w:t>
      </w:r>
      <w:r>
        <w:rPr>
          <w:rFonts w:ascii="Leelawadee UI" w:hAnsi="Leelawadee UI" w:eastAsia="Leelawadee UI" w:cs="Leelawadee UI"/>
        </w:rPr>
        <w:t>មួយត្រូវបានទាមទារ</w:t>
      </w:r>
      <w:r>
        <w:rPr>
          <w:rFonts w:ascii="Times New Roman" w:hAnsi="Times New Roman" w:eastAsia="Times New Roman" w:cs="Times New Roman"/>
        </w:rPr>
        <w:t xml:space="preserve"> </w:t>
      </w:r>
      <w:r>
        <w:rPr>
          <w:rFonts w:ascii="Leelawadee UI" w:hAnsi="Leelawadee UI" w:eastAsia="Leelawadee UI" w:cs="Leelawadee UI"/>
        </w:rPr>
        <w:t>ដើម្បីពង្រឹងកម្លាំង</w:t>
      </w:r>
      <w:r>
        <w:rPr>
          <w:rFonts w:ascii="Times New Roman" w:hAnsi="Times New Roman" w:eastAsia="Times New Roman" w:cs="Times New Roman"/>
        </w:rPr>
        <w:t xml:space="preserve"> </w:t>
      </w:r>
      <w:r>
        <w:rPr>
          <w:rFonts w:ascii="Leelawadee UI" w:hAnsi="Leelawadee UI" w:eastAsia="Leelawadee UI" w:cs="Leelawadee UI"/>
        </w:rPr>
        <w:t>ក្នុងសក្ខីភាពទាំងពីរ។</w:t>
      </w:r>
    </w:p>
    <w:p>
      <w:pPr>
        <w:pStyle w:val="ArticleBody"/>
        <w:jc w:val="left"/>
      </w:pPr>
      <w:r>
        <w:rPr>
          <w:rFonts w:ascii="Times New Roman" w:hAnsi="Times New Roman" w:eastAsia="Times New Roman" w:cs="Times New Roman"/>
        </w:rPr>
        <w:t>Tarjumaa bifa jijjiiramaa sanaa keessaa wanti tokko, Dubbii Waaqayyoo akka gonkumaa hin kufne ragaa taʼuu isaa ture; sababiin isaas, Maatewos boqonnaa kudha jaha keessatti, lakkoofsa isa dhumaa irratti, Yesus akkana jedhee ture: “Warri as dhaabatan keessaa tokko tokko Ilma namaa mootummaa isaa keessatti dhufaa jiru hamma arganitti duʼa hin dhandhaman.” Jijjiiramni bifa kanaa dhufaatii “Ilma namaa” mootummaa Isaa keessatti argisiisa ture.</w:t>
      </w:r>
    </w:p>
    <w:p>
      <w:pPr>
        <w:pStyle w:val="ArticleScripture"/>
        <w:jc w:val="left"/>
      </w:pPr>
      <w:r>
        <w:rPr>
          <w:rFonts w:ascii="Times New Roman" w:hAnsi="Times New Roman" w:eastAsia="Times New Roman" w:cs="Times New Roman"/>
        </w:rPr>
        <w:t>«Муса тағйирёбии сурати тоғида Мәсийһниң гуна вә өлүм үстидики ғәлибисиниң гуваһчиси еди. У һәққанийларниң тирилишида гөрдин чиқидиғанларни вәкиллик қилди. Өлүм көрмәй асманға көчүрүлгән Илияс болса, Мәсийһниң иккинчи қетим келишидә йәр йүзидә тирик болидиғанлар вә “бир дәқиқидә, көз йүмүп ачқучилиқ вақитта, ахирқи карнайда” “өзгәртилидиғанлар” ни вәкиллик қилди; чүнки “бу өлүмлүк тән өлмәссизликни кийиши керәк,” вә “бу бузулғучан тән бузулмаслиқни кийиши керәк.” 1 Коринтлиқларға 15:51–53. Әйса асманниң нури билән кийиндүрүлди, худди У “гунасиз һалда қутқузуш үчүн иккинчи қетим” кәлгәндә көрүнгинидәк. Чүнки У “Атисиниң шан-шәривитидә муқәддәс пәриштиләр билән” келиду. Ибранийларға 9:28; Марк 8:38. Шу вақитта Қутқузғучиниң шагиртларға бәргән вәдиси әмәлгә ашти. Тағ үстидә келәчәк шан-шәрәп падишалиғи кичик шәклидә тәсвирләнди,—Мәсийһ Падиша, Муса тирилгән муқәддәсләрниң вәкили, вә Илияс көчүрүлгәнләрниң вәкили.» The Desire of Ages, 421.</w:t>
      </w:r>
    </w:p>
    <w:p>
      <w:pPr>
        <w:pStyle w:val="ArticleBody"/>
        <w:jc w:val="left"/>
      </w:pPr>
      <w:r>
        <w:rPr>
          <w:rFonts w:ascii="Times New Roman" w:hAnsi="Times New Roman" w:eastAsia="Times New Roman" w:cs="Times New Roman"/>
        </w:rPr>
        <w:t>Naqadaffa badiisa keesaatti, kumni dhibba tokkoo fi afurtamii afur ta’an warra Mul’ata boqonnaa torbaffaa keessatti bakka bu’aniidha; isaan hin du’an, Eliyaasiinis isaaniin bakka bu’ameera; akkasumas tuutni guddaan Mul’ata boqonnaa torbaffaa keessatti argamu warra Museedhaan bakka bu’aman, warra du’aniidha, kan jedhu ni hammata. Gareen tokko sagalee jalqabaa Mul’ata boqonnaa kudha saddeet keessatti waamama; gareen biraan immoo sagalee lammaffaa Mul’ata boqonnaa kudha saddeet keessatti waamama.</w:t>
      </w:r>
    </w:p>
    <w:p>
      <w:pPr>
        <w:pStyle w:val="ArticleBody"/>
        <w:jc w:val="left"/>
      </w:pPr>
      <w:r>
        <w:rPr>
          <w:rFonts w:ascii="Times New Roman" w:hAnsi="Times New Roman" w:eastAsia="Times New Roman" w:cs="Times New Roman"/>
        </w:rPr>
        <w:t>Aɓaŋakɛrɛ ma, Yesu ka lakɔlikɛ dɔ fara kɛ n’a fɔra kalanbaga lu ye ko: «Aw kana ya-yirili nin fɔ mɔgɔ si ye, fo Den-mɔgɔ bɛ segin dɔw ka bɔ saya la.» Bɛsɛnw yirili ka kɛla transfiguration la, min ye fililen-kun yirili ye, ani Ezayi yirili sura 6 la, ani Pɔli ka yirili ka kɛ tɛgɛsira sabanan na, ani Ezekiyɛli ka yirili taamaw taara lu la minnu bɛ kɔnɔ taara lu kɔnɔ, Yehuda kabilaa Waraba ye o datugu, fo Kirisita ka banbari kɔfɛ.</w:t>
      </w:r>
    </w:p>
    <w:p>
      <w:pPr>
        <w:pStyle w:val="ArticleBody"/>
        <w:jc w:val="left"/>
      </w:pPr>
      <w:r>
        <w:rPr>
          <w:rFonts w:ascii="Times New Roman" w:hAnsi="Times New Roman" w:eastAsia="Times New Roman" w:cs="Times New Roman"/>
        </w:rPr>
        <w:t>Criston dirilişi, məhz həmin görüntüdə Məsihlə birlikdə olan iki şahidin dirilməsini təmsil edir və onların 2023-cü ilin iyul ayında dirildilməli olduqları göstərilmişdi. Həmin anda möhürlənmə xəbəri Vəhy on birdəki iki şahidə və iki sadiq qrupa açılacaq, və bu, dünyanın sonunda Məsihin izzətinin güzgü görüntüsü çərçivəsində yerləşdiriləcəkdi.</w:t>
      </w:r>
    </w:p>
    <w:p>
      <w:pPr>
        <w:pStyle w:val="ArticleBody"/>
        <w:jc w:val="left"/>
      </w:pPr>
      <w:r>
        <w:rPr>
          <w:rFonts w:ascii="Times New Roman" w:hAnsi="Times New Roman" w:eastAsia="Times New Roman" w:cs="Times New Roman"/>
        </w:rPr>
        <w:t>Ti sabaliʼ ꞌa tzalajïk xkibʼan pa rukʼulbʼal ri nabʼey oxiʼ taq versículos rech Apocalipsis capítulo jun, jawjeʼ ri cadena rech rutzijoxik, ri nukʼut ri junamïk rech ri divinidad rukʼ ri humanidad, niqʼalajisäx pa ri bʼeyal pa bʼeyal richin achike rubʼanik nilitöj ri rutzijol rech ri sabaliʼ chi ke ri e kandidates richin e kʼo chike ri jun ciento cuarenta y cuatro mil.</w:t>
      </w:r>
    </w:p>
    <w:p>
      <w:pPr>
        <w:pStyle w:val="ArticleBody"/>
        <w:jc w:val="left"/>
      </w:pPr>
      <w:r>
        <w:rPr>
          <w:rFonts w:ascii="Times New Roman" w:hAnsi="Times New Roman" w:eastAsia="Times New Roman" w:cs="Times New Roman"/>
        </w:rPr>
        <w:t>Атаман басталып, Ұлға, Жәбірейіл періштеге, Жоханға, қауымдарға дейін жалғасатын сатылы үдеріс болды. Құдайлық Әкеден, Құдайлық әрі адамдық Ұлға, құламаған жаратылысқа (Жәбірейілге), құлаған жаратылысқа (Жоханға), Азиядағы қауымдарға (әлемге) дейін. Бұл бес саты Иса Мәсіхтің Аян кітабы алғаш аталған сәттің өзінде-ақ нақты көрсетілген, әрі кез келген бір сатыны теріске шығару — олардың барлығын теріске шығару.</w:t>
      </w:r>
    </w:p>
    <w:p>
      <w:pPr>
        <w:pStyle w:val="ArticleBody"/>
        <w:jc w:val="left"/>
      </w:pPr>
      <w:r>
        <w:rPr>
          <w:rFonts w:ascii="Times New Roman" w:hAnsi="Times New Roman" w:eastAsia="Times New Roman" w:cs="Times New Roman"/>
        </w:rPr>
        <w:t>Уыдоны барæйæ фæндон нывондзинадыл, уæд дисципы у Исусæн бафарстой: «Уыйаг дзы æвзæрынтæ куы загътой, æмæ Илиа æвæдзы фыццагæй æрбацæуын?». Æмæ Исус сын дзуапп дæттыд æмæ загъта: «Илиа, æцæгæй, фыццагæй æрбацæудзæн æмæ æппæтты рацæгъдадта. Фæлæ уын зæгъын: Илиа дын иннæмæ æрбацыд, æмæ йæ нæ базондтой, фæлæ йын кæцы фæндыд, уый æппæт ын бакодтой. Афтæ Хуыцауы Лæппу дæр уыдонæй æрвæздзыстæм. Уæд дисципы æмбарстой, æмæ уыцы иумæй сын Иоанн Схæппæрæгæй радзырдта.»</w:t>
      </w:r>
    </w:p>
    <w:p>
      <w:pPr>
        <w:pStyle w:val="ArticleBody"/>
        <w:jc w:val="left"/>
      </w:pPr>
      <w:r>
        <w:rPr>
          <w:rFonts w:ascii="Times New Roman" w:hAnsi="Times New Roman" w:eastAsia="Times New Roman" w:cs="Times New Roman"/>
        </w:rPr>
        <w:t>یەحیا تەعمیددەری و یەحیا ئاشکراکارنىڭ پەيغەمبەرلىك ۋەزىپىسى مۆھۈرلەش پەيامиниң بىر قىسمىدۇر، ۋاتېرتاون چېدىرىدىكى سامۇئېل سنوۋنىڭ پەيامىنى كۆزگە ئىلماي قويۇشنى تاللىغانلار بولسا، رەب ئۆزى تاللاشنى خالىغان ئادەملەرنى تاللايدىغانلىقىنى ئېتىراپ قىلىشقا رازى بولمىغانلارغا ۋاكالەت قىلىدۇ. 1989-يىلى تاللانغان، 1776-يىلدىن ئىككى يۈز يىگىرمە يىل كېيىن، يەنى 1996-يىلى، ئۆز پەيامىنى دەسلەپ نەشر قىلغان، 2001-يىلى 11-سېنتەبىردە ئۈچىنچى ۋاي كەلىپ يەتكەنلىكىنى ئايرىپ كۆرسەتكەن كۆزەتچى بولغان، 2020-يىلى 18-ئىيۇلدىكى گۇناھلىق پەيامنى سۇنغان بۇ ئاۋاز مۆھۈرلەش پەيامиниң بىر قىسمىدۇر، ۋە ئۇنىڭ ۋەزىپىسى يەحیا تەعمیددەرى ئارقىلىق تەمثىل قىلىنغان.</w:t>
      </w:r>
    </w:p>
    <w:p>
      <w:pPr>
        <w:pStyle w:val="ArticleBody"/>
        <w:jc w:val="left"/>
      </w:pPr>
      <w:r>
        <w:rPr>
          <w:rFonts w:ascii="Times New Roman" w:hAnsi="Times New Roman" w:eastAsia="Times New Roman" w:cs="Times New Roman"/>
        </w:rPr>
        <w:t>Na mabayanan tayna a panagadal iti sumaruno nga artikulo.</w:t>
      </w:r>
    </w:p>
    <w:p>
      <w:pPr>
        <w:pStyle w:val="ArticleScripture"/>
        <w:jc w:val="left"/>
      </w:pPr>
      <w:r>
        <w:rPr>
          <w:rFonts w:ascii="Times New Roman" w:hAnsi="Times New Roman" w:eastAsia="Times New Roman" w:cs="Times New Roman"/>
        </w:rPr>
        <w:t>“Ndzi vone ntlawa wa vanhu va yimile va sirhelelekile swinene, va tiyile, va nga kombisi ku seketela eka lava a va lava ku kavanyeta ripfumelo leri nga simekiwa ra miri. Xikwembu xi va langutile hi ku amukela. Ndzi kombisiwile magoza manharhu—mahungu ya ntsumi yo sungula, ya vumbirhi, ni ya vunharhu. Ntsumi leyi a yi ndzi heleketa yi te, ‘Khombo eka loyi a nga ta susa xidlodlo kumbe a hlocla pini eka mahungu lawa. Ku twisisa ka ntiyiso ka mahungu lawa i ka nkoka lowukulu swinene. Makumu ya mimoya ma leketlile eka ndlela leyi ma amukeriwaka ha yona.’ Ndzi tlhela ndzi yisiwa ehansi hi ku tirhisa mahungu lawa, kutani ndzi vona hilaha vanhu va Xikwembu va xaveke ntokoto wa vona hi nxavo lowukulu hakona. A wu kumekile hi ku xaniseka lokukulu ni hi nkwetlembetano wo tika. Xikwembu a xi va rhangerile hi goza hi goza, ku fikela loko xi va veke ehenhla ka xiteji lexi tiyeke, lexi nga tsekatsekiki. Ndzi vone vanhu van’wana va tshinela eka xiteji kutani va kambisisa masungulo ya xona. Van’wana, hi ku tsaka, va hatlile va khandziya ehenhla ka xona. Van’wana va sungule ku sola masungulo. A va navela leswaku ku endliwa ku antswisiwa, kutani xiteji a xi ta hetiseka swinene, ni leswaku vanhu a va ta tsaka ngopfu. Van’wana va sukile ehenhla ka xiteji leswaku va xi kambisisa, kutani va vula leswaku xi vekiwe hi ndlela yo hoxeka. Kambe ndzi vone leswaku kwalomu ka hinkwavo va ye emahlweni va yima va tiyile ehenhla ka xiteji kutani va khutaza lava a va sukile leswaku va tshika ku gungula ka vona; hikuva Xikwembu a ku ri Muhaki Lonkulu, naswona a va lwa na xona. Va tlherise emiehleketweni ntirho wo hlamarisa wa Xikwembu, lowu a wu va rhangerile eka xiteji lexi tiyeke, kutani hi vun’we va tlakusa mahlo ya vona ehenhla etilweni, naswona hi rito lerikulu va dzunisa Xikwembu. Leswi swi khumbe van’wana exikarhi ka lava a va gungurile va tlhela va siya xiteji, kutani vona, hi langutelo ro titsongahata, va tlhela va khandziya ehenhla ka xona.”</w:t>
      </w:r>
    </w:p>
    <w:p>
      <w:pPr>
        <w:pStyle w:val="ArticleScripture"/>
        <w:jc w:val="left"/>
      </w:pPr>
      <w:r>
        <w:rPr>
          <w:rFonts w:ascii="Times New Roman" w:hAnsi="Times New Roman" w:eastAsia="Times New Roman" w:cs="Times New Roman"/>
        </w:rPr>
        <w:t>“</w:t>
      </w:r>
      <w:r>
        <w:rPr>
          <w:rFonts w:ascii="Ebrima" w:hAnsi="Ebrima" w:eastAsia="Ebrima" w:cs="Ebrima"/>
        </w:rPr>
        <w:t>አነ</w:t>
      </w:r>
      <w:r>
        <w:rPr>
          <w:rFonts w:ascii="Times New Roman" w:hAnsi="Times New Roman" w:eastAsia="Times New Roman" w:cs="Times New Roman"/>
        </w:rPr>
        <w:t xml:space="preserve"> </w:t>
      </w:r>
      <w:r>
        <w:rPr>
          <w:rFonts w:ascii="Ebrima" w:hAnsi="Ebrima" w:eastAsia="Ebrima" w:cs="Ebrima"/>
        </w:rPr>
        <w:t>ድማ</w:t>
      </w:r>
      <w:r>
        <w:rPr>
          <w:rFonts w:ascii="Times New Roman" w:hAnsi="Times New Roman" w:eastAsia="Times New Roman" w:cs="Times New Roman"/>
        </w:rPr>
        <w:t xml:space="preserve"> </w:t>
      </w:r>
      <w:r>
        <w:rPr>
          <w:rFonts w:ascii="Ebrima" w:hAnsi="Ebrima" w:eastAsia="Ebrima" w:cs="Ebrima"/>
        </w:rPr>
        <w:t>ናብ</w:t>
      </w:r>
      <w:r>
        <w:rPr>
          <w:rFonts w:ascii="Times New Roman" w:hAnsi="Times New Roman" w:eastAsia="Times New Roman" w:cs="Times New Roman"/>
        </w:rPr>
        <w:t xml:space="preserve"> </w:t>
      </w:r>
      <w:r>
        <w:rPr>
          <w:rFonts w:ascii="Ebrima" w:hAnsi="Ebrima" w:eastAsia="Ebrima" w:cs="Ebrima"/>
        </w:rPr>
        <w:t>ስብከት</w:t>
      </w:r>
      <w:r>
        <w:rPr>
          <w:rFonts w:ascii="Times New Roman" w:hAnsi="Times New Roman" w:eastAsia="Times New Roman" w:cs="Times New Roman"/>
        </w:rPr>
        <w:t xml:space="preserve"> </w:t>
      </w:r>
      <w:r>
        <w:rPr>
          <w:rFonts w:ascii="Ebrima" w:hAnsi="Ebrima" w:eastAsia="Ebrima" w:cs="Ebrima"/>
        </w:rPr>
        <w:t>ቀዳማይ</w:t>
      </w:r>
      <w:r>
        <w:rPr>
          <w:rFonts w:ascii="Times New Roman" w:hAnsi="Times New Roman" w:eastAsia="Times New Roman" w:cs="Times New Roman"/>
        </w:rPr>
        <w:t xml:space="preserve"> </w:t>
      </w:r>
      <w:r>
        <w:rPr>
          <w:rFonts w:ascii="Ebrima" w:hAnsi="Ebrima" w:eastAsia="Ebrima" w:cs="Ebrima"/>
        </w:rPr>
        <w:t>ምጽኣት</w:t>
      </w:r>
      <w:r>
        <w:rPr>
          <w:rFonts w:ascii="Times New Roman" w:hAnsi="Times New Roman" w:eastAsia="Times New Roman" w:cs="Times New Roman"/>
        </w:rPr>
        <w:t xml:space="preserve"> </w:t>
      </w:r>
      <w:r>
        <w:rPr>
          <w:rFonts w:ascii="Ebrima" w:hAnsi="Ebrima" w:eastAsia="Ebrima" w:cs="Ebrima"/>
        </w:rPr>
        <w:t>ክርስቶስ</w:t>
      </w:r>
      <w:r>
        <w:rPr>
          <w:rFonts w:ascii="Times New Roman" w:hAnsi="Times New Roman" w:eastAsia="Times New Roman" w:cs="Times New Roman"/>
        </w:rPr>
        <w:t xml:space="preserve"> </w:t>
      </w:r>
      <w:r>
        <w:rPr>
          <w:rFonts w:ascii="Ebrima" w:hAnsi="Ebrima" w:eastAsia="Ebrima" w:cs="Ebrima"/>
        </w:rPr>
        <w:t>ክምለስ</w:t>
      </w:r>
      <w:r>
        <w:rPr>
          <w:rFonts w:ascii="Times New Roman" w:hAnsi="Times New Roman" w:eastAsia="Times New Roman" w:cs="Times New Roman"/>
        </w:rPr>
        <w:t xml:space="preserve"> </w:t>
      </w:r>
      <w:r>
        <w:rPr>
          <w:rFonts w:ascii="Ebrima" w:hAnsi="Ebrima" w:eastAsia="Ebrima" w:cs="Ebrima"/>
        </w:rPr>
        <w:t>ተጠቒመ።</w:t>
      </w:r>
      <w:r>
        <w:rPr>
          <w:rFonts w:ascii="Times New Roman" w:hAnsi="Times New Roman" w:eastAsia="Times New Roman" w:cs="Times New Roman"/>
        </w:rPr>
        <w:t xml:space="preserve"> </w:t>
      </w:r>
      <w:r>
        <w:rPr>
          <w:rFonts w:ascii="Ebrima" w:hAnsi="Ebrima" w:eastAsia="Ebrima" w:cs="Ebrima"/>
        </w:rPr>
        <w:t>ዮሃንስ</w:t>
      </w:r>
      <w:r>
        <w:rPr>
          <w:rFonts w:ascii="Times New Roman" w:hAnsi="Times New Roman" w:eastAsia="Times New Roman" w:cs="Times New Roman"/>
        </w:rPr>
        <w:t xml:space="preserve"> </w:t>
      </w:r>
      <w:r>
        <w:rPr>
          <w:rFonts w:ascii="Ebrima" w:hAnsi="Ebrima" w:eastAsia="Ebrima" w:cs="Ebrima"/>
        </w:rPr>
        <w:t>መገዲ</w:t>
      </w:r>
      <w:r>
        <w:rPr>
          <w:rFonts w:ascii="Times New Roman" w:hAnsi="Times New Roman" w:eastAsia="Times New Roman" w:cs="Times New Roman"/>
        </w:rPr>
        <w:t xml:space="preserve"> </w:t>
      </w:r>
      <w:r>
        <w:rPr>
          <w:rFonts w:ascii="Ebrima" w:hAnsi="Ebrima" w:eastAsia="Ebrima" w:cs="Ebrima"/>
        </w:rPr>
        <w:t>የሱስ</w:t>
      </w:r>
      <w:r>
        <w:rPr>
          <w:rFonts w:ascii="Times New Roman" w:hAnsi="Times New Roman" w:eastAsia="Times New Roman" w:cs="Times New Roman"/>
        </w:rPr>
        <w:t xml:space="preserve"> </w:t>
      </w:r>
      <w:r>
        <w:rPr>
          <w:rFonts w:ascii="Ebrima" w:hAnsi="Ebrima" w:eastAsia="Ebrima" w:cs="Ebrima"/>
        </w:rPr>
        <w:t>ንኽዳሎ</w:t>
      </w:r>
      <w:r>
        <w:rPr>
          <w:rFonts w:ascii="Times New Roman" w:hAnsi="Times New Roman" w:eastAsia="Times New Roman" w:cs="Times New Roman"/>
        </w:rPr>
        <w:t xml:space="preserve"> </w:t>
      </w:r>
      <w:r>
        <w:rPr>
          <w:rFonts w:ascii="Ebrima" w:hAnsi="Ebrima" w:eastAsia="Ebrima" w:cs="Ebrima"/>
        </w:rPr>
        <w:t>ብመንፈስን</w:t>
      </w:r>
      <w:r>
        <w:rPr>
          <w:rFonts w:ascii="Times New Roman" w:hAnsi="Times New Roman" w:eastAsia="Times New Roman" w:cs="Times New Roman"/>
        </w:rPr>
        <w:t xml:space="preserve"> </w:t>
      </w:r>
      <w:r>
        <w:rPr>
          <w:rFonts w:ascii="Ebrima" w:hAnsi="Ebrima" w:eastAsia="Ebrima" w:cs="Ebrima"/>
        </w:rPr>
        <w:t>ብኃይልን</w:t>
      </w:r>
      <w:r>
        <w:rPr>
          <w:rFonts w:ascii="Times New Roman" w:hAnsi="Times New Roman" w:eastAsia="Times New Roman" w:cs="Times New Roman"/>
        </w:rPr>
        <w:t xml:space="preserve"> </w:t>
      </w:r>
      <w:r>
        <w:rPr>
          <w:rFonts w:ascii="Ebrima" w:hAnsi="Ebrima" w:eastAsia="Ebrima" w:cs="Ebrima"/>
        </w:rPr>
        <w:t>ኤልያስ</w:t>
      </w:r>
      <w:r>
        <w:rPr>
          <w:rFonts w:ascii="Times New Roman" w:hAnsi="Times New Roman" w:eastAsia="Times New Roman" w:cs="Times New Roman"/>
        </w:rPr>
        <w:t xml:space="preserve"> </w:t>
      </w:r>
      <w:r>
        <w:rPr>
          <w:rFonts w:ascii="Ebrima" w:hAnsi="Ebrima" w:eastAsia="Ebrima" w:cs="Ebrima"/>
        </w:rPr>
        <w:t>ተላኢኹ።</w:t>
      </w:r>
      <w:r>
        <w:rPr>
          <w:rFonts w:ascii="Times New Roman" w:hAnsi="Times New Roman" w:eastAsia="Times New Roman" w:cs="Times New Roman"/>
        </w:rPr>
        <w:t xml:space="preserve"> </w:t>
      </w:r>
      <w:r>
        <w:rPr>
          <w:rFonts w:ascii="Ebrima" w:hAnsi="Ebrima" w:eastAsia="Ebrima" w:cs="Ebrima"/>
        </w:rPr>
        <w:t>እቶም</w:t>
      </w:r>
      <w:r>
        <w:rPr>
          <w:rFonts w:ascii="Times New Roman" w:hAnsi="Times New Roman" w:eastAsia="Times New Roman" w:cs="Times New Roman"/>
        </w:rPr>
        <w:t xml:space="preserve"> </w:t>
      </w:r>
      <w:r>
        <w:rPr>
          <w:rFonts w:ascii="Ebrima" w:hAnsi="Ebrima" w:eastAsia="Ebrima" w:cs="Ebrima"/>
        </w:rPr>
        <w:t>ንምስክርነት</w:t>
      </w:r>
      <w:r>
        <w:rPr>
          <w:rFonts w:ascii="Times New Roman" w:hAnsi="Times New Roman" w:eastAsia="Times New Roman" w:cs="Times New Roman"/>
        </w:rPr>
        <w:t xml:space="preserve"> </w:t>
      </w:r>
      <w:r>
        <w:rPr>
          <w:rFonts w:ascii="Ebrima" w:hAnsi="Ebrima" w:eastAsia="Ebrima" w:cs="Ebrima"/>
        </w:rPr>
        <w:t>ዮሃንስ</w:t>
      </w:r>
      <w:r>
        <w:rPr>
          <w:rFonts w:ascii="Times New Roman" w:hAnsi="Times New Roman" w:eastAsia="Times New Roman" w:cs="Times New Roman"/>
        </w:rPr>
        <w:t xml:space="preserve"> </w:t>
      </w:r>
      <w:r>
        <w:rPr>
          <w:rFonts w:ascii="Ebrima" w:hAnsi="Ebrima" w:eastAsia="Ebrima" w:cs="Ebrima"/>
        </w:rPr>
        <w:t>ዝነጸጉ</w:t>
      </w:r>
      <w:r>
        <w:rPr>
          <w:rFonts w:ascii="Times New Roman" w:hAnsi="Times New Roman" w:eastAsia="Times New Roman" w:cs="Times New Roman"/>
        </w:rPr>
        <w:t xml:space="preserve"> </w:t>
      </w:r>
      <w:r>
        <w:rPr>
          <w:rFonts w:ascii="Ebrima" w:hAnsi="Ebrima" w:eastAsia="Ebrima" w:cs="Ebrima"/>
        </w:rPr>
        <w:t>ብትምህርቲ</w:t>
      </w:r>
      <w:r>
        <w:rPr>
          <w:rFonts w:ascii="Times New Roman" w:hAnsi="Times New Roman" w:eastAsia="Times New Roman" w:cs="Times New Roman"/>
        </w:rPr>
        <w:t xml:space="preserve"> </w:t>
      </w:r>
      <w:r>
        <w:rPr>
          <w:rFonts w:ascii="Ebrima" w:hAnsi="Ebrima" w:eastAsia="Ebrima" w:cs="Ebrima"/>
        </w:rPr>
        <w:t>የሱስ</w:t>
      </w:r>
      <w:r>
        <w:rPr>
          <w:rFonts w:ascii="Times New Roman" w:hAnsi="Times New Roman" w:eastAsia="Times New Roman" w:cs="Times New Roman"/>
        </w:rPr>
        <w:t xml:space="preserve"> </w:t>
      </w:r>
      <w:r>
        <w:rPr>
          <w:rFonts w:ascii="Ebrima" w:hAnsi="Ebrima" w:eastAsia="Ebrima" w:cs="Ebrima"/>
        </w:rPr>
        <w:t>ኣይተጠቐሙን።</w:t>
      </w:r>
      <w:r>
        <w:rPr>
          <w:rFonts w:ascii="Times New Roman" w:hAnsi="Times New Roman" w:eastAsia="Times New Roman" w:cs="Times New Roman"/>
        </w:rPr>
        <w:t xml:space="preserve"> </w:t>
      </w:r>
      <w:r>
        <w:rPr>
          <w:rFonts w:ascii="Ebrima" w:hAnsi="Ebrima" w:eastAsia="Ebrima" w:cs="Ebrima"/>
        </w:rPr>
        <w:t>እቲ</w:t>
      </w:r>
      <w:r>
        <w:rPr>
          <w:rFonts w:ascii="Times New Roman" w:hAnsi="Times New Roman" w:eastAsia="Times New Roman" w:cs="Times New Roman"/>
        </w:rPr>
        <w:t xml:space="preserve"> </w:t>
      </w:r>
      <w:r>
        <w:rPr>
          <w:rFonts w:ascii="Ebrima" w:hAnsi="Ebrima" w:eastAsia="Ebrima" w:cs="Ebrima"/>
        </w:rPr>
        <w:t>ንመልእኽቲ</w:t>
      </w:r>
      <w:r>
        <w:rPr>
          <w:rFonts w:ascii="Times New Roman" w:hAnsi="Times New Roman" w:eastAsia="Times New Roman" w:cs="Times New Roman"/>
        </w:rPr>
        <w:t xml:space="preserve"> </w:t>
      </w:r>
      <w:r>
        <w:rPr>
          <w:rFonts w:ascii="Ebrima" w:hAnsi="Ebrima" w:eastAsia="Ebrima" w:cs="Ebrima"/>
        </w:rPr>
        <w:t>ቅድሚ</w:t>
      </w:r>
      <w:r>
        <w:rPr>
          <w:rFonts w:ascii="Times New Roman" w:hAnsi="Times New Roman" w:eastAsia="Times New Roman" w:cs="Times New Roman"/>
        </w:rPr>
        <w:t xml:space="preserve"> </w:t>
      </w:r>
      <w:r>
        <w:rPr>
          <w:rFonts w:ascii="Ebrima" w:hAnsi="Ebrima" w:eastAsia="Ebrima" w:cs="Ebrima"/>
        </w:rPr>
        <w:t>ምጽኣቱ</w:t>
      </w:r>
      <w:r>
        <w:rPr>
          <w:rFonts w:ascii="Times New Roman" w:hAnsi="Times New Roman" w:eastAsia="Times New Roman" w:cs="Times New Roman"/>
        </w:rPr>
        <w:t xml:space="preserve"> </w:t>
      </w:r>
      <w:r>
        <w:rPr>
          <w:rFonts w:ascii="Ebrima" w:hAnsi="Ebrima" w:eastAsia="Ebrima" w:cs="Ebrima"/>
        </w:rPr>
        <w:t>ዝገልጽ</w:t>
      </w:r>
      <w:r>
        <w:rPr>
          <w:rFonts w:ascii="Times New Roman" w:hAnsi="Times New Roman" w:eastAsia="Times New Roman" w:cs="Times New Roman"/>
        </w:rPr>
        <w:t xml:space="preserve"> </w:t>
      </w:r>
      <w:r>
        <w:rPr>
          <w:rFonts w:ascii="Ebrima" w:hAnsi="Ebrima" w:eastAsia="Ebrima" w:cs="Ebrima"/>
        </w:rPr>
        <w:t>ዝነበረ</w:t>
      </w:r>
      <w:r>
        <w:rPr>
          <w:rFonts w:ascii="Times New Roman" w:hAnsi="Times New Roman" w:eastAsia="Times New Roman" w:cs="Times New Roman"/>
        </w:rPr>
        <w:t xml:space="preserve"> </w:t>
      </w:r>
      <w:r>
        <w:rPr>
          <w:rFonts w:ascii="Ebrima" w:hAnsi="Ebrima" w:eastAsia="Ebrima" w:cs="Ebrima"/>
        </w:rPr>
        <w:t>ተቓውሞኦም፡</w:t>
      </w:r>
      <w:r>
        <w:rPr>
          <w:rFonts w:ascii="Times New Roman" w:hAnsi="Times New Roman" w:eastAsia="Times New Roman" w:cs="Times New Roman"/>
        </w:rPr>
        <w:t xml:space="preserve"> </w:t>
      </w:r>
      <w:r>
        <w:rPr>
          <w:rFonts w:ascii="Ebrima" w:hAnsi="Ebrima" w:eastAsia="Ebrima" w:cs="Ebrima"/>
        </w:rPr>
        <w:t>ንሱ</w:t>
      </w:r>
      <w:r>
        <w:rPr>
          <w:rFonts w:ascii="Times New Roman" w:hAnsi="Times New Roman" w:eastAsia="Times New Roman" w:cs="Times New Roman"/>
        </w:rPr>
        <w:t xml:space="preserve"> </w:t>
      </w:r>
      <w:r>
        <w:rPr>
          <w:rFonts w:ascii="Ebrima" w:hAnsi="Ebrima" w:eastAsia="Ebrima" w:cs="Ebrima"/>
        </w:rPr>
        <w:t>መሲሕ</w:t>
      </w:r>
      <w:r>
        <w:rPr>
          <w:rFonts w:ascii="Times New Roman" w:hAnsi="Times New Roman" w:eastAsia="Times New Roman" w:cs="Times New Roman"/>
        </w:rPr>
        <w:t xml:space="preserve"> </w:t>
      </w:r>
      <w:r>
        <w:rPr>
          <w:rFonts w:ascii="Ebrima" w:hAnsi="Ebrima" w:eastAsia="Ebrima" w:cs="Ebrima"/>
        </w:rPr>
        <w:t>ምዃኑ</w:t>
      </w:r>
      <w:r>
        <w:rPr>
          <w:rFonts w:ascii="Times New Roman" w:hAnsi="Times New Roman" w:eastAsia="Times New Roman" w:cs="Times New Roman"/>
        </w:rPr>
        <w:t xml:space="preserve"> </w:t>
      </w:r>
      <w:r>
        <w:rPr>
          <w:rFonts w:ascii="Ebrima" w:hAnsi="Ebrima" w:eastAsia="Ebrima" w:cs="Ebrima"/>
        </w:rPr>
        <w:t>ዝሕይል</w:t>
      </w:r>
      <w:r>
        <w:rPr>
          <w:rFonts w:ascii="Times New Roman" w:hAnsi="Times New Roman" w:eastAsia="Times New Roman" w:cs="Times New Roman"/>
        </w:rPr>
        <w:t xml:space="preserve"> </w:t>
      </w:r>
      <w:r>
        <w:rPr>
          <w:rFonts w:ascii="Ebrima" w:hAnsi="Ebrima" w:eastAsia="Ebrima" w:cs="Ebrima"/>
        </w:rPr>
        <w:t>መርትዖ</w:t>
      </w:r>
      <w:r>
        <w:rPr>
          <w:rFonts w:ascii="Times New Roman" w:hAnsi="Times New Roman" w:eastAsia="Times New Roman" w:cs="Times New Roman"/>
        </w:rPr>
        <w:t xml:space="preserve"> </w:t>
      </w:r>
      <w:r>
        <w:rPr>
          <w:rFonts w:ascii="Ebrima" w:hAnsi="Ebrima" w:eastAsia="Ebrima" w:cs="Ebrima"/>
        </w:rPr>
        <w:t>ብቐሊሉ</w:t>
      </w:r>
      <w:r>
        <w:rPr>
          <w:rFonts w:ascii="Times New Roman" w:hAnsi="Times New Roman" w:eastAsia="Times New Roman" w:cs="Times New Roman"/>
        </w:rPr>
        <w:t xml:space="preserve"> </w:t>
      </w:r>
      <w:r>
        <w:rPr>
          <w:rFonts w:ascii="Ebrima" w:hAnsi="Ebrima" w:eastAsia="Ebrima" w:cs="Ebrima"/>
        </w:rPr>
        <w:t>ክቕበሉ</w:t>
      </w:r>
      <w:r>
        <w:rPr>
          <w:rFonts w:ascii="Times New Roman" w:hAnsi="Times New Roman" w:eastAsia="Times New Roman" w:cs="Times New Roman"/>
        </w:rPr>
        <w:t xml:space="preserve"> </w:t>
      </w:r>
      <w:r>
        <w:rPr>
          <w:rFonts w:ascii="Ebrima" w:hAnsi="Ebrima" w:eastAsia="Ebrima" w:cs="Ebrima"/>
        </w:rPr>
        <w:t>ዘይኽእሉሉ</w:t>
      </w:r>
      <w:r>
        <w:rPr>
          <w:rFonts w:ascii="Times New Roman" w:hAnsi="Times New Roman" w:eastAsia="Times New Roman" w:cs="Times New Roman"/>
        </w:rPr>
        <w:t xml:space="preserve"> </w:t>
      </w:r>
      <w:r>
        <w:rPr>
          <w:rFonts w:ascii="Ebrima" w:hAnsi="Ebrima" w:eastAsia="Ebrima" w:cs="Ebrima"/>
        </w:rPr>
        <w:t>ቦታ</w:t>
      </w:r>
      <w:r>
        <w:rPr>
          <w:rFonts w:ascii="Times New Roman" w:hAnsi="Times New Roman" w:eastAsia="Times New Roman" w:cs="Times New Roman"/>
        </w:rPr>
        <w:t xml:space="preserve"> </w:t>
      </w:r>
      <w:r>
        <w:rPr>
          <w:rFonts w:ascii="Ebrima" w:hAnsi="Ebrima" w:eastAsia="Ebrima" w:cs="Ebrima"/>
        </w:rPr>
        <w:t>ኣንበሮም።</w:t>
      </w:r>
      <w:r>
        <w:rPr>
          <w:rFonts w:ascii="Times New Roman" w:hAnsi="Times New Roman" w:eastAsia="Times New Roman" w:cs="Times New Roman"/>
        </w:rPr>
        <w:t xml:space="preserve"> </w:t>
      </w:r>
      <w:r>
        <w:rPr>
          <w:rFonts w:ascii="Ebrima" w:hAnsi="Ebrima" w:eastAsia="Ebrima" w:cs="Ebrima"/>
        </w:rPr>
        <w:t>ሰይጣን</w:t>
      </w:r>
      <w:r>
        <w:rPr>
          <w:rFonts w:ascii="Times New Roman" w:hAnsi="Times New Roman" w:eastAsia="Times New Roman" w:cs="Times New Roman"/>
        </w:rPr>
        <w:t xml:space="preserve"> </w:t>
      </w:r>
      <w:r>
        <w:rPr>
          <w:rFonts w:ascii="Ebrima" w:hAnsi="Ebrima" w:eastAsia="Ebrima" w:cs="Ebrima"/>
        </w:rPr>
        <w:t>ነቶም</w:t>
      </w:r>
      <w:r>
        <w:rPr>
          <w:rFonts w:ascii="Times New Roman" w:hAnsi="Times New Roman" w:eastAsia="Times New Roman" w:cs="Times New Roman"/>
        </w:rPr>
        <w:t xml:space="preserve"> </w:t>
      </w:r>
      <w:r>
        <w:rPr>
          <w:rFonts w:ascii="Ebrima" w:hAnsi="Ebrima" w:eastAsia="Ebrima" w:cs="Ebrima"/>
        </w:rPr>
        <w:t>መልእኽቲ</w:t>
      </w:r>
      <w:r>
        <w:rPr>
          <w:rFonts w:ascii="Times New Roman" w:hAnsi="Times New Roman" w:eastAsia="Times New Roman" w:cs="Times New Roman"/>
        </w:rPr>
        <w:t xml:space="preserve"> </w:t>
      </w:r>
      <w:r>
        <w:rPr>
          <w:rFonts w:ascii="Ebrima" w:hAnsi="Ebrima" w:eastAsia="Ebrima" w:cs="Ebrima"/>
        </w:rPr>
        <w:t>ዮሃንስ</w:t>
      </w:r>
      <w:r>
        <w:rPr>
          <w:rFonts w:ascii="Times New Roman" w:hAnsi="Times New Roman" w:eastAsia="Times New Roman" w:cs="Times New Roman"/>
        </w:rPr>
        <w:t xml:space="preserve"> </w:t>
      </w:r>
      <w:r>
        <w:rPr>
          <w:rFonts w:ascii="Ebrima" w:hAnsi="Ebrima" w:eastAsia="Ebrima" w:cs="Ebrima"/>
        </w:rPr>
        <w:t>ዝነጸጉ</w:t>
      </w:r>
      <w:r>
        <w:rPr>
          <w:rFonts w:ascii="Times New Roman" w:hAnsi="Times New Roman" w:eastAsia="Times New Roman" w:cs="Times New Roman"/>
        </w:rPr>
        <w:t xml:space="preserve"> </w:t>
      </w:r>
      <w:r>
        <w:rPr>
          <w:rFonts w:ascii="Ebrima" w:hAnsi="Ebrima" w:eastAsia="Ebrima" w:cs="Ebrima"/>
        </w:rPr>
        <w:t>ኣመሪሑ፡</w:t>
      </w:r>
      <w:r>
        <w:rPr>
          <w:rFonts w:ascii="Times New Roman" w:hAnsi="Times New Roman" w:eastAsia="Times New Roman" w:cs="Times New Roman"/>
        </w:rPr>
        <w:t xml:space="preserve"> </w:t>
      </w:r>
      <w:r>
        <w:rPr>
          <w:rFonts w:ascii="Ebrima" w:hAnsi="Ebrima" w:eastAsia="Ebrima" w:cs="Ebrima"/>
        </w:rPr>
        <w:t>ዝያዳ</w:t>
      </w:r>
      <w:r>
        <w:rPr>
          <w:rFonts w:ascii="Times New Roman" w:hAnsi="Times New Roman" w:eastAsia="Times New Roman" w:cs="Times New Roman"/>
        </w:rPr>
        <w:t xml:space="preserve"> </w:t>
      </w:r>
      <w:r>
        <w:rPr>
          <w:rFonts w:ascii="Ebrima" w:hAnsi="Ebrima" w:eastAsia="Ebrima" w:cs="Ebrima"/>
        </w:rPr>
        <w:t>ንቕድሚት</w:t>
      </w:r>
      <w:r>
        <w:rPr>
          <w:rFonts w:ascii="Times New Roman" w:hAnsi="Times New Roman" w:eastAsia="Times New Roman" w:cs="Times New Roman"/>
        </w:rPr>
        <w:t xml:space="preserve"> </w:t>
      </w:r>
      <w:r>
        <w:rPr>
          <w:rFonts w:ascii="Ebrima" w:hAnsi="Ebrima" w:eastAsia="Ebrima" w:cs="Ebrima"/>
        </w:rPr>
        <w:t>ክኸዱ፡</w:t>
      </w:r>
      <w:r>
        <w:rPr>
          <w:rFonts w:ascii="Times New Roman" w:hAnsi="Times New Roman" w:eastAsia="Times New Roman" w:cs="Times New Roman"/>
        </w:rPr>
        <w:t xml:space="preserve"> </w:t>
      </w:r>
      <w:r>
        <w:rPr>
          <w:rFonts w:ascii="Ebrima" w:hAnsi="Ebrima" w:eastAsia="Ebrima" w:cs="Ebrima"/>
        </w:rPr>
        <w:t>ክርስቶስ</w:t>
      </w:r>
      <w:r>
        <w:rPr>
          <w:rFonts w:ascii="Times New Roman" w:hAnsi="Times New Roman" w:eastAsia="Times New Roman" w:cs="Times New Roman"/>
        </w:rPr>
        <w:t xml:space="preserve"> </w:t>
      </w:r>
      <w:r>
        <w:rPr>
          <w:rFonts w:ascii="Ebrima" w:hAnsi="Ebrima" w:eastAsia="Ebrima" w:cs="Ebrima"/>
        </w:rPr>
        <w:t>ድማ</w:t>
      </w:r>
      <w:r>
        <w:rPr>
          <w:rFonts w:ascii="Times New Roman" w:hAnsi="Times New Roman" w:eastAsia="Times New Roman" w:cs="Times New Roman"/>
        </w:rPr>
        <w:t xml:space="preserve"> </w:t>
      </w:r>
      <w:r>
        <w:rPr>
          <w:rFonts w:ascii="Ebrima" w:hAnsi="Ebrima" w:eastAsia="Ebrima" w:cs="Ebrima"/>
        </w:rPr>
        <w:t>ክነጽጉን</w:t>
      </w:r>
      <w:r>
        <w:rPr>
          <w:rFonts w:ascii="Times New Roman" w:hAnsi="Times New Roman" w:eastAsia="Times New Roman" w:cs="Times New Roman"/>
        </w:rPr>
        <w:t xml:space="preserve"> </w:t>
      </w:r>
      <w:r>
        <w:rPr>
          <w:rFonts w:ascii="Ebrima" w:hAnsi="Ebrima" w:eastAsia="Ebrima" w:cs="Ebrima"/>
        </w:rPr>
        <w:t>ክሰቕሉን</w:t>
      </w:r>
      <w:r>
        <w:rPr>
          <w:rFonts w:ascii="Times New Roman" w:hAnsi="Times New Roman" w:eastAsia="Times New Roman" w:cs="Times New Roman"/>
        </w:rPr>
        <w:t xml:space="preserve"> </w:t>
      </w:r>
      <w:r>
        <w:rPr>
          <w:rFonts w:ascii="Ebrima" w:hAnsi="Ebrima" w:eastAsia="Ebrima" w:cs="Ebrima"/>
        </w:rPr>
        <w:t>ኣብጽሖም።</w:t>
      </w:r>
      <w:r>
        <w:rPr>
          <w:rFonts w:ascii="Times New Roman" w:hAnsi="Times New Roman" w:eastAsia="Times New Roman" w:cs="Times New Roman"/>
        </w:rPr>
        <w:t xml:space="preserve"> </w:t>
      </w:r>
      <w:r>
        <w:rPr>
          <w:rFonts w:ascii="Ebrima" w:hAnsi="Ebrima" w:eastAsia="Ebrima" w:cs="Ebrima"/>
        </w:rPr>
        <w:t>እዚ</w:t>
      </w:r>
      <w:r>
        <w:rPr>
          <w:rFonts w:ascii="Times New Roman" w:hAnsi="Times New Roman" w:eastAsia="Times New Roman" w:cs="Times New Roman"/>
        </w:rPr>
        <w:t xml:space="preserve"> </w:t>
      </w:r>
      <w:r>
        <w:rPr>
          <w:rFonts w:ascii="Ebrima" w:hAnsi="Ebrima" w:eastAsia="Ebrima" w:cs="Ebrima"/>
        </w:rPr>
        <w:t>ብምግባሮም፡</w:t>
      </w:r>
      <w:r>
        <w:rPr>
          <w:rFonts w:ascii="Times New Roman" w:hAnsi="Times New Roman" w:eastAsia="Times New Roman" w:cs="Times New Roman"/>
        </w:rPr>
        <w:t xml:space="preserve"> </w:t>
      </w:r>
      <w:r>
        <w:rPr>
          <w:rFonts w:ascii="Ebrima" w:hAnsi="Ebrima" w:eastAsia="Ebrima" w:cs="Ebrima"/>
        </w:rPr>
        <w:t>ኣብ</w:t>
      </w:r>
      <w:r>
        <w:rPr>
          <w:rFonts w:ascii="Times New Roman" w:hAnsi="Times New Roman" w:eastAsia="Times New Roman" w:cs="Times New Roman"/>
        </w:rPr>
        <w:t xml:space="preserve"> </w:t>
      </w:r>
      <w:r>
        <w:rPr>
          <w:rFonts w:ascii="Ebrima" w:hAnsi="Ebrima" w:eastAsia="Ebrima" w:cs="Ebrima"/>
        </w:rPr>
        <w:t>መዓልቲ</w:t>
      </w:r>
      <w:r>
        <w:rPr>
          <w:rFonts w:ascii="Times New Roman" w:hAnsi="Times New Roman" w:eastAsia="Times New Roman" w:cs="Times New Roman"/>
        </w:rPr>
        <w:t xml:space="preserve"> </w:t>
      </w:r>
      <w:r>
        <w:rPr>
          <w:rFonts w:ascii="Ebrima" w:hAnsi="Ebrima" w:eastAsia="Ebrima" w:cs="Ebrima"/>
        </w:rPr>
        <w:t>ጴንጤቆስጤ</w:t>
      </w:r>
      <w:r>
        <w:rPr>
          <w:rFonts w:ascii="Times New Roman" w:hAnsi="Times New Roman" w:eastAsia="Times New Roman" w:cs="Times New Roman"/>
        </w:rPr>
        <w:t xml:space="preserve"> </w:t>
      </w:r>
      <w:r>
        <w:rPr>
          <w:rFonts w:ascii="Ebrima" w:hAnsi="Ebrima" w:eastAsia="Ebrima" w:cs="Ebrima"/>
        </w:rPr>
        <w:t>ዝርከብ</w:t>
      </w:r>
      <w:r>
        <w:rPr>
          <w:rFonts w:ascii="Times New Roman" w:hAnsi="Times New Roman" w:eastAsia="Times New Roman" w:cs="Times New Roman"/>
        </w:rPr>
        <w:t xml:space="preserve"> </w:t>
      </w:r>
      <w:r>
        <w:rPr>
          <w:rFonts w:ascii="Ebrima" w:hAnsi="Ebrima" w:eastAsia="Ebrima" w:cs="Ebrima"/>
        </w:rPr>
        <w:t>በረኸት</w:t>
      </w:r>
      <w:r>
        <w:rPr>
          <w:rFonts w:ascii="Times New Roman" w:hAnsi="Times New Roman" w:eastAsia="Times New Roman" w:cs="Times New Roman"/>
        </w:rPr>
        <w:t xml:space="preserve"> </w:t>
      </w:r>
      <w:r>
        <w:rPr>
          <w:rFonts w:ascii="Ebrima" w:hAnsi="Ebrima" w:eastAsia="Ebrima" w:cs="Ebrima"/>
        </w:rPr>
        <w:t>ክቕበሉ</w:t>
      </w:r>
      <w:r>
        <w:rPr>
          <w:rFonts w:ascii="Times New Roman" w:hAnsi="Times New Roman" w:eastAsia="Times New Roman" w:cs="Times New Roman"/>
        </w:rPr>
        <w:t xml:space="preserve"> </w:t>
      </w:r>
      <w:r>
        <w:rPr>
          <w:rFonts w:ascii="Ebrima" w:hAnsi="Ebrima" w:eastAsia="Ebrima" w:cs="Ebrima"/>
        </w:rPr>
        <w:t>ዘይኽእሉሉ</w:t>
      </w:r>
      <w:r>
        <w:rPr>
          <w:rFonts w:ascii="Times New Roman" w:hAnsi="Times New Roman" w:eastAsia="Times New Roman" w:cs="Times New Roman"/>
        </w:rPr>
        <w:t xml:space="preserve"> </w:t>
      </w:r>
      <w:r>
        <w:rPr>
          <w:rFonts w:ascii="Ebrima" w:hAnsi="Ebrima" w:eastAsia="Ebrima" w:cs="Ebrima"/>
        </w:rPr>
        <w:t>ቦታ</w:t>
      </w:r>
      <w:r>
        <w:rPr>
          <w:rFonts w:ascii="Times New Roman" w:hAnsi="Times New Roman" w:eastAsia="Times New Roman" w:cs="Times New Roman"/>
        </w:rPr>
        <w:t xml:space="preserve"> </w:t>
      </w:r>
      <w:r>
        <w:rPr>
          <w:rFonts w:ascii="Ebrima" w:hAnsi="Ebrima" w:eastAsia="Ebrima" w:cs="Ebrima"/>
        </w:rPr>
        <w:t>ኣንበሩ</w:t>
      </w:r>
      <w:r>
        <w:rPr>
          <w:rFonts w:ascii="Times New Roman" w:hAnsi="Times New Roman" w:eastAsia="Times New Roman" w:cs="Times New Roman"/>
        </w:rPr>
        <w:t xml:space="preserve"> </w:t>
      </w:r>
      <w:r>
        <w:rPr>
          <w:rFonts w:ascii="Ebrima" w:hAnsi="Ebrima" w:eastAsia="Ebrima" w:cs="Ebrima"/>
        </w:rPr>
        <w:t>ነፍሶም፤</w:t>
      </w:r>
      <w:r>
        <w:rPr>
          <w:rFonts w:ascii="Times New Roman" w:hAnsi="Times New Roman" w:eastAsia="Times New Roman" w:cs="Times New Roman"/>
        </w:rPr>
        <w:t xml:space="preserve"> </w:t>
      </w:r>
      <w:r>
        <w:rPr>
          <w:rFonts w:ascii="Ebrima" w:hAnsi="Ebrima" w:eastAsia="Ebrima" w:cs="Ebrima"/>
        </w:rPr>
        <w:t>እዚ</w:t>
      </w:r>
      <w:r>
        <w:rPr>
          <w:rFonts w:ascii="Times New Roman" w:hAnsi="Times New Roman" w:eastAsia="Times New Roman" w:cs="Times New Roman"/>
        </w:rPr>
        <w:t xml:space="preserve"> </w:t>
      </w:r>
      <w:r>
        <w:rPr>
          <w:rFonts w:ascii="Ebrima" w:hAnsi="Ebrima" w:eastAsia="Ebrima" w:cs="Ebrima"/>
        </w:rPr>
        <w:t>በረኸት</w:t>
      </w:r>
      <w:r>
        <w:rPr>
          <w:rFonts w:ascii="Times New Roman" w:hAnsi="Times New Roman" w:eastAsia="Times New Roman" w:cs="Times New Roman"/>
        </w:rPr>
        <w:t xml:space="preserve"> </w:t>
      </w:r>
      <w:r>
        <w:rPr>
          <w:rFonts w:ascii="Ebrima" w:hAnsi="Ebrima" w:eastAsia="Ebrima" w:cs="Ebrima"/>
        </w:rPr>
        <w:t>ድማ</w:t>
      </w:r>
      <w:r>
        <w:rPr>
          <w:rFonts w:ascii="Times New Roman" w:hAnsi="Times New Roman" w:eastAsia="Times New Roman" w:cs="Times New Roman"/>
        </w:rPr>
        <w:t xml:space="preserve"> </w:t>
      </w:r>
      <w:r>
        <w:rPr>
          <w:rFonts w:ascii="Ebrima" w:hAnsi="Ebrima" w:eastAsia="Ebrima" w:cs="Ebrima"/>
        </w:rPr>
        <w:t>ናብ</w:t>
      </w:r>
      <w:r>
        <w:rPr>
          <w:rFonts w:ascii="Times New Roman" w:hAnsi="Times New Roman" w:eastAsia="Times New Roman" w:cs="Times New Roman"/>
        </w:rPr>
        <w:t xml:space="preserve"> </w:t>
      </w:r>
      <w:r>
        <w:rPr>
          <w:rFonts w:ascii="Ebrima" w:hAnsi="Ebrima" w:eastAsia="Ebrima" w:cs="Ebrima"/>
        </w:rPr>
        <w:t>ሰማያዊ</w:t>
      </w:r>
      <w:r>
        <w:rPr>
          <w:rFonts w:ascii="Times New Roman" w:hAnsi="Times New Roman" w:eastAsia="Times New Roman" w:cs="Times New Roman"/>
        </w:rPr>
        <w:t xml:space="preserve"> </w:t>
      </w:r>
      <w:r>
        <w:rPr>
          <w:rFonts w:ascii="Ebrima" w:hAnsi="Ebrima" w:eastAsia="Ebrima" w:cs="Ebrima"/>
        </w:rPr>
        <w:t>መቕደስ</w:t>
      </w:r>
      <w:r>
        <w:rPr>
          <w:rFonts w:ascii="Times New Roman" w:hAnsi="Times New Roman" w:eastAsia="Times New Roman" w:cs="Times New Roman"/>
        </w:rPr>
        <w:t xml:space="preserve"> </w:t>
      </w:r>
      <w:r>
        <w:rPr>
          <w:rFonts w:ascii="Ebrima" w:hAnsi="Ebrima" w:eastAsia="Ebrima" w:cs="Ebrima"/>
        </w:rPr>
        <w:t>ዝኣቱ</w:t>
      </w:r>
      <w:r>
        <w:rPr>
          <w:rFonts w:ascii="Times New Roman" w:hAnsi="Times New Roman" w:eastAsia="Times New Roman" w:cs="Times New Roman"/>
        </w:rPr>
        <w:t xml:space="preserve"> </w:t>
      </w:r>
      <w:r>
        <w:rPr>
          <w:rFonts w:ascii="Ebrima" w:hAnsi="Ebrima" w:eastAsia="Ebrima" w:cs="Ebrima"/>
        </w:rPr>
        <w:t>መገዲ</w:t>
      </w:r>
      <w:r>
        <w:rPr>
          <w:rFonts w:ascii="Times New Roman" w:hAnsi="Times New Roman" w:eastAsia="Times New Roman" w:cs="Times New Roman"/>
        </w:rPr>
        <w:t xml:space="preserve"> </w:t>
      </w:r>
      <w:r>
        <w:rPr>
          <w:rFonts w:ascii="Ebrima" w:hAnsi="Ebrima" w:eastAsia="Ebrima" w:cs="Ebrima"/>
        </w:rPr>
        <w:t>ምሃሮም</w:t>
      </w:r>
      <w:r>
        <w:rPr>
          <w:rFonts w:ascii="Times New Roman" w:hAnsi="Times New Roman" w:eastAsia="Times New Roman" w:cs="Times New Roman"/>
        </w:rPr>
        <w:t xml:space="preserve"> </w:t>
      </w:r>
      <w:r>
        <w:rPr>
          <w:rFonts w:ascii="Ebrima" w:hAnsi="Ebrima" w:eastAsia="Ebrima" w:cs="Ebrima"/>
        </w:rPr>
        <w:t>ነይሩ።</w:t>
      </w:r>
      <w:r>
        <w:rPr>
          <w:rFonts w:ascii="Times New Roman" w:hAnsi="Times New Roman" w:eastAsia="Times New Roman" w:cs="Times New Roman"/>
        </w:rPr>
        <w:t xml:space="preserve"> </w:t>
      </w:r>
      <w:r>
        <w:rPr>
          <w:rFonts w:ascii="Ebrima" w:hAnsi="Ebrima" w:eastAsia="Ebrima" w:cs="Ebrima"/>
        </w:rPr>
        <w:t>ምቕዳድ</w:t>
      </w:r>
      <w:r>
        <w:rPr>
          <w:rFonts w:ascii="Times New Roman" w:hAnsi="Times New Roman" w:eastAsia="Times New Roman" w:cs="Times New Roman"/>
        </w:rPr>
        <w:t xml:space="preserve"> </w:t>
      </w:r>
      <w:r>
        <w:rPr>
          <w:rFonts w:ascii="Ebrima" w:hAnsi="Ebrima" w:eastAsia="Ebrima" w:cs="Ebrima"/>
        </w:rPr>
        <w:t>መጋረጃ</w:t>
      </w:r>
      <w:r>
        <w:rPr>
          <w:rFonts w:ascii="Times New Roman" w:hAnsi="Times New Roman" w:eastAsia="Times New Roman" w:cs="Times New Roman"/>
        </w:rPr>
        <w:t xml:space="preserve"> </w:t>
      </w:r>
      <w:r>
        <w:rPr>
          <w:rFonts w:ascii="Ebrima" w:hAnsi="Ebrima" w:eastAsia="Ebrima" w:cs="Ebrima"/>
        </w:rPr>
        <w:t>ቤተ</w:t>
      </w:r>
      <w:r>
        <w:rPr>
          <w:rFonts w:ascii="Times New Roman" w:hAnsi="Times New Roman" w:eastAsia="Times New Roman" w:cs="Times New Roman"/>
        </w:rPr>
        <w:t xml:space="preserve"> </w:t>
      </w:r>
      <w:r>
        <w:rPr>
          <w:rFonts w:ascii="Ebrima" w:hAnsi="Ebrima" w:eastAsia="Ebrima" w:cs="Ebrima"/>
        </w:rPr>
        <w:t>መቕደስ</w:t>
      </w:r>
      <w:r>
        <w:rPr>
          <w:rFonts w:ascii="Times New Roman" w:hAnsi="Times New Roman" w:eastAsia="Times New Roman" w:cs="Times New Roman"/>
        </w:rPr>
        <w:t xml:space="preserve"> </w:t>
      </w:r>
      <w:r>
        <w:rPr>
          <w:rFonts w:ascii="Ebrima" w:hAnsi="Ebrima" w:eastAsia="Ebrima" w:cs="Ebrima"/>
        </w:rPr>
        <w:t>ድማ፡</w:t>
      </w:r>
      <w:r>
        <w:rPr>
          <w:rFonts w:ascii="Times New Roman" w:hAnsi="Times New Roman" w:eastAsia="Times New Roman" w:cs="Times New Roman"/>
        </w:rPr>
        <w:t xml:space="preserve"> </w:t>
      </w:r>
      <w:r>
        <w:rPr>
          <w:rFonts w:ascii="Ebrima" w:hAnsi="Ebrima" w:eastAsia="Ebrima" w:cs="Ebrima"/>
        </w:rPr>
        <w:t>እቲ</w:t>
      </w:r>
      <w:r>
        <w:rPr>
          <w:rFonts w:ascii="Times New Roman" w:hAnsi="Times New Roman" w:eastAsia="Times New Roman" w:cs="Times New Roman"/>
        </w:rPr>
        <w:t xml:space="preserve"> </w:t>
      </w:r>
      <w:r>
        <w:rPr>
          <w:rFonts w:ascii="Ebrima" w:hAnsi="Ebrima" w:eastAsia="Ebrima" w:cs="Ebrima"/>
        </w:rPr>
        <w:t>ኣይሁዳዊ</w:t>
      </w:r>
      <w:r>
        <w:rPr>
          <w:rFonts w:ascii="Times New Roman" w:hAnsi="Times New Roman" w:eastAsia="Times New Roman" w:cs="Times New Roman"/>
        </w:rPr>
        <w:t xml:space="preserve"> </w:t>
      </w:r>
      <w:r>
        <w:rPr>
          <w:rFonts w:ascii="Ebrima" w:hAnsi="Ebrima" w:eastAsia="Ebrima" w:cs="Ebrima"/>
        </w:rPr>
        <w:t>መስዋእትታትን</w:t>
      </w:r>
      <w:r>
        <w:rPr>
          <w:rFonts w:ascii="Times New Roman" w:hAnsi="Times New Roman" w:eastAsia="Times New Roman" w:cs="Times New Roman"/>
        </w:rPr>
        <w:t xml:space="preserve"> </w:t>
      </w:r>
      <w:r>
        <w:rPr>
          <w:rFonts w:ascii="Ebrima" w:hAnsi="Ebrima" w:eastAsia="Ebrima" w:cs="Ebrima"/>
        </w:rPr>
        <w:t>ሥርዓታትን</w:t>
      </w:r>
      <w:r>
        <w:rPr>
          <w:rFonts w:ascii="Times New Roman" w:hAnsi="Times New Roman" w:eastAsia="Times New Roman" w:cs="Times New Roman"/>
        </w:rPr>
        <w:t xml:space="preserve"> </w:t>
      </w:r>
      <w:r>
        <w:rPr>
          <w:rFonts w:ascii="Ebrima" w:hAnsi="Ebrima" w:eastAsia="Ebrima" w:cs="Ebrima"/>
        </w:rPr>
        <w:t>ደጊም</w:t>
      </w:r>
      <w:r>
        <w:rPr>
          <w:rFonts w:ascii="Times New Roman" w:hAnsi="Times New Roman" w:eastAsia="Times New Roman" w:cs="Times New Roman"/>
        </w:rPr>
        <w:t xml:space="preserve"> </w:t>
      </w:r>
      <w:r>
        <w:rPr>
          <w:rFonts w:ascii="Ebrima" w:hAnsi="Ebrima" w:eastAsia="Ebrima" w:cs="Ebrima"/>
        </w:rPr>
        <w:t>ከም</w:t>
      </w:r>
      <w:r>
        <w:rPr>
          <w:rFonts w:ascii="Times New Roman" w:hAnsi="Times New Roman" w:eastAsia="Times New Roman" w:cs="Times New Roman"/>
        </w:rPr>
        <w:t xml:space="preserve"> </w:t>
      </w:r>
      <w:r>
        <w:rPr>
          <w:rFonts w:ascii="Ebrima" w:hAnsi="Ebrima" w:eastAsia="Ebrima" w:cs="Ebrima"/>
        </w:rPr>
        <w:t>ዘይቅበሉ</w:t>
      </w:r>
      <w:r>
        <w:rPr>
          <w:rFonts w:ascii="Times New Roman" w:hAnsi="Times New Roman" w:eastAsia="Times New Roman" w:cs="Times New Roman"/>
        </w:rPr>
        <w:t xml:space="preserve"> </w:t>
      </w:r>
      <w:r>
        <w:rPr>
          <w:rFonts w:ascii="Ebrima" w:hAnsi="Ebrima" w:eastAsia="Ebrima" w:cs="Ebrima"/>
        </w:rPr>
        <w:t>ኣርኣየ።</w:t>
      </w:r>
      <w:r>
        <w:rPr>
          <w:rFonts w:ascii="Times New Roman" w:hAnsi="Times New Roman" w:eastAsia="Times New Roman" w:cs="Times New Roman"/>
        </w:rPr>
        <w:t xml:space="preserve"> </w:t>
      </w:r>
      <w:r>
        <w:rPr>
          <w:rFonts w:ascii="Ebrima" w:hAnsi="Ebrima" w:eastAsia="Ebrima" w:cs="Ebrima"/>
        </w:rPr>
        <w:t>እቲ</w:t>
      </w:r>
      <w:r>
        <w:rPr>
          <w:rFonts w:ascii="Times New Roman" w:hAnsi="Times New Roman" w:eastAsia="Times New Roman" w:cs="Times New Roman"/>
        </w:rPr>
        <w:t xml:space="preserve"> </w:t>
      </w:r>
      <w:r>
        <w:rPr>
          <w:rFonts w:ascii="Ebrima" w:hAnsi="Ebrima" w:eastAsia="Ebrima" w:cs="Ebrima"/>
        </w:rPr>
        <w:t>ዓቢይ</w:t>
      </w:r>
      <w:r>
        <w:rPr>
          <w:rFonts w:ascii="Times New Roman" w:hAnsi="Times New Roman" w:eastAsia="Times New Roman" w:cs="Times New Roman"/>
        </w:rPr>
        <w:t xml:space="preserve"> </w:t>
      </w:r>
      <w:r>
        <w:rPr>
          <w:rFonts w:ascii="Ebrima" w:hAnsi="Ebrima" w:eastAsia="Ebrima" w:cs="Ebrima"/>
        </w:rPr>
        <w:t>መስዋእቲ</w:t>
      </w:r>
      <w:r>
        <w:rPr>
          <w:rFonts w:ascii="Times New Roman" w:hAnsi="Times New Roman" w:eastAsia="Times New Roman" w:cs="Times New Roman"/>
        </w:rPr>
        <w:t xml:space="preserve"> </w:t>
      </w:r>
      <w:r>
        <w:rPr>
          <w:rFonts w:ascii="Ebrima" w:hAnsi="Ebrima" w:eastAsia="Ebrima" w:cs="Ebrima"/>
        </w:rPr>
        <w:t>ተሰዊኡ</w:t>
      </w:r>
      <w:r>
        <w:rPr>
          <w:rFonts w:ascii="Times New Roman" w:hAnsi="Times New Roman" w:eastAsia="Times New Roman" w:cs="Times New Roman"/>
        </w:rPr>
        <w:t xml:space="preserve"> </w:t>
      </w:r>
      <w:r>
        <w:rPr>
          <w:rFonts w:ascii="Ebrima" w:hAnsi="Ebrima" w:eastAsia="Ebrima" w:cs="Ebrima"/>
        </w:rPr>
        <w:t>ነበረ፡</w:t>
      </w:r>
      <w:r>
        <w:rPr>
          <w:rFonts w:ascii="Times New Roman" w:hAnsi="Times New Roman" w:eastAsia="Times New Roman" w:cs="Times New Roman"/>
        </w:rPr>
        <w:t xml:space="preserve"> </w:t>
      </w:r>
      <w:r>
        <w:rPr>
          <w:rFonts w:ascii="Ebrima" w:hAnsi="Ebrima" w:eastAsia="Ebrima" w:cs="Ebrima"/>
        </w:rPr>
        <w:t>ተቐቢሉውን</w:t>
      </w:r>
      <w:r>
        <w:rPr>
          <w:rFonts w:ascii="Times New Roman" w:hAnsi="Times New Roman" w:eastAsia="Times New Roman" w:cs="Times New Roman"/>
        </w:rPr>
        <w:t xml:space="preserve"> </w:t>
      </w:r>
      <w:r>
        <w:rPr>
          <w:rFonts w:ascii="Ebrima" w:hAnsi="Ebrima" w:eastAsia="Ebrima" w:cs="Ebrima"/>
        </w:rPr>
        <w:t>ነበረ፤</w:t>
      </w:r>
      <w:r>
        <w:rPr>
          <w:rFonts w:ascii="Times New Roman" w:hAnsi="Times New Roman" w:eastAsia="Times New Roman" w:cs="Times New Roman"/>
        </w:rPr>
        <w:t xml:space="preserve"> </w:t>
      </w:r>
      <w:r>
        <w:rPr>
          <w:rFonts w:ascii="Ebrima" w:hAnsi="Ebrima" w:eastAsia="Ebrima" w:cs="Ebrima"/>
        </w:rPr>
        <w:t>እቲ</w:t>
      </w:r>
      <w:r>
        <w:rPr>
          <w:rFonts w:ascii="Times New Roman" w:hAnsi="Times New Roman" w:eastAsia="Times New Roman" w:cs="Times New Roman"/>
        </w:rPr>
        <w:t xml:space="preserve"> </w:t>
      </w:r>
      <w:r>
        <w:rPr>
          <w:rFonts w:ascii="Ebrima" w:hAnsi="Ebrima" w:eastAsia="Ebrima" w:cs="Ebrima"/>
        </w:rPr>
        <w:t>ብመዓልቲ</w:t>
      </w:r>
      <w:r>
        <w:rPr>
          <w:rFonts w:ascii="Times New Roman" w:hAnsi="Times New Roman" w:eastAsia="Times New Roman" w:cs="Times New Roman"/>
        </w:rPr>
        <w:t xml:space="preserve"> </w:t>
      </w:r>
      <w:r>
        <w:rPr>
          <w:rFonts w:ascii="Ebrima" w:hAnsi="Ebrima" w:eastAsia="Ebrima" w:cs="Ebrima"/>
        </w:rPr>
        <w:t>ጴንጤቆስጤ</w:t>
      </w:r>
      <w:r>
        <w:rPr>
          <w:rFonts w:ascii="Times New Roman" w:hAnsi="Times New Roman" w:eastAsia="Times New Roman" w:cs="Times New Roman"/>
        </w:rPr>
        <w:t xml:space="preserve"> </w:t>
      </w:r>
      <w:r>
        <w:rPr>
          <w:rFonts w:ascii="Ebrima" w:hAnsi="Ebrima" w:eastAsia="Ebrima" w:cs="Ebrima"/>
        </w:rPr>
        <w:t>ዝወረደ</w:t>
      </w:r>
      <w:r>
        <w:rPr>
          <w:rFonts w:ascii="Times New Roman" w:hAnsi="Times New Roman" w:eastAsia="Times New Roman" w:cs="Times New Roman"/>
        </w:rPr>
        <w:t xml:space="preserve"> </w:t>
      </w:r>
      <w:r>
        <w:rPr>
          <w:rFonts w:ascii="Ebrima" w:hAnsi="Ebrima" w:eastAsia="Ebrima" w:cs="Ebrima"/>
        </w:rPr>
        <w:t>መንፈስ</w:t>
      </w:r>
      <w:r>
        <w:rPr>
          <w:rFonts w:ascii="Times New Roman" w:hAnsi="Times New Roman" w:eastAsia="Times New Roman" w:cs="Times New Roman"/>
        </w:rPr>
        <w:t xml:space="preserve"> </w:t>
      </w:r>
      <w:r>
        <w:rPr>
          <w:rFonts w:ascii="Ebrima" w:hAnsi="Ebrima" w:eastAsia="Ebrima" w:cs="Ebrima"/>
        </w:rPr>
        <w:t>ቅዱስ</w:t>
      </w:r>
      <w:r>
        <w:rPr>
          <w:rFonts w:ascii="Times New Roman" w:hAnsi="Times New Roman" w:eastAsia="Times New Roman" w:cs="Times New Roman"/>
        </w:rPr>
        <w:t xml:space="preserve"> </w:t>
      </w:r>
      <w:r>
        <w:rPr>
          <w:rFonts w:ascii="Ebrima" w:hAnsi="Ebrima" w:eastAsia="Ebrima" w:cs="Ebrima"/>
        </w:rPr>
        <w:t>ድማ</w:t>
      </w:r>
      <w:r>
        <w:rPr>
          <w:rFonts w:ascii="Times New Roman" w:hAnsi="Times New Roman" w:eastAsia="Times New Roman" w:cs="Times New Roman"/>
        </w:rPr>
        <w:t xml:space="preserve"> </w:t>
      </w:r>
      <w:r>
        <w:rPr>
          <w:rFonts w:ascii="Ebrima" w:hAnsi="Ebrima" w:eastAsia="Ebrima" w:cs="Ebrima"/>
        </w:rPr>
        <w:t>ልቢ</w:t>
      </w:r>
      <w:r>
        <w:rPr>
          <w:rFonts w:ascii="Times New Roman" w:hAnsi="Times New Roman" w:eastAsia="Times New Roman" w:cs="Times New Roman"/>
        </w:rPr>
        <w:t xml:space="preserve"> </w:t>
      </w:r>
      <w:r>
        <w:rPr>
          <w:rFonts w:ascii="Ebrima" w:hAnsi="Ebrima" w:eastAsia="Ebrima" w:cs="Ebrima"/>
        </w:rPr>
        <w:t>ደቀ</w:t>
      </w:r>
      <w:r>
        <w:rPr>
          <w:rFonts w:ascii="Times New Roman" w:hAnsi="Times New Roman" w:eastAsia="Times New Roman" w:cs="Times New Roman"/>
        </w:rPr>
        <w:t xml:space="preserve"> </w:t>
      </w:r>
      <w:r>
        <w:rPr>
          <w:rFonts w:ascii="Ebrima" w:hAnsi="Ebrima" w:eastAsia="Ebrima" w:cs="Ebrima"/>
        </w:rPr>
        <w:t>መዛሙርቲ</w:t>
      </w:r>
      <w:r>
        <w:rPr>
          <w:rFonts w:ascii="Times New Roman" w:hAnsi="Times New Roman" w:eastAsia="Times New Roman" w:cs="Times New Roman"/>
        </w:rPr>
        <w:t xml:space="preserve"> </w:t>
      </w:r>
      <w:r>
        <w:rPr>
          <w:rFonts w:ascii="Ebrima" w:hAnsi="Ebrima" w:eastAsia="Ebrima" w:cs="Ebrima"/>
        </w:rPr>
        <w:t>ካብቲ</w:t>
      </w:r>
      <w:r>
        <w:rPr>
          <w:rFonts w:ascii="Times New Roman" w:hAnsi="Times New Roman" w:eastAsia="Times New Roman" w:cs="Times New Roman"/>
        </w:rPr>
        <w:t xml:space="preserve"> </w:t>
      </w:r>
      <w:r>
        <w:rPr>
          <w:rFonts w:ascii="Ebrima" w:hAnsi="Ebrima" w:eastAsia="Ebrima" w:cs="Ebrima"/>
        </w:rPr>
        <w:t>ምድራዊ</w:t>
      </w:r>
      <w:r>
        <w:rPr>
          <w:rFonts w:ascii="Times New Roman" w:hAnsi="Times New Roman" w:eastAsia="Times New Roman" w:cs="Times New Roman"/>
        </w:rPr>
        <w:t xml:space="preserve"> </w:t>
      </w:r>
      <w:r>
        <w:rPr>
          <w:rFonts w:ascii="Ebrima" w:hAnsi="Ebrima" w:eastAsia="Ebrima" w:cs="Ebrima"/>
        </w:rPr>
        <w:t>መቕደስ</w:t>
      </w:r>
      <w:r>
        <w:rPr>
          <w:rFonts w:ascii="Times New Roman" w:hAnsi="Times New Roman" w:eastAsia="Times New Roman" w:cs="Times New Roman"/>
        </w:rPr>
        <w:t xml:space="preserve"> </w:t>
      </w:r>
      <w:r>
        <w:rPr>
          <w:rFonts w:ascii="Ebrima" w:hAnsi="Ebrima" w:eastAsia="Ebrima" w:cs="Ebrima"/>
        </w:rPr>
        <w:t>ናብቲ</w:t>
      </w:r>
      <w:r>
        <w:rPr>
          <w:rFonts w:ascii="Times New Roman" w:hAnsi="Times New Roman" w:eastAsia="Times New Roman" w:cs="Times New Roman"/>
        </w:rPr>
        <w:t xml:space="preserve"> </w:t>
      </w:r>
      <w:r>
        <w:rPr>
          <w:rFonts w:ascii="Ebrima" w:hAnsi="Ebrima" w:eastAsia="Ebrima" w:cs="Ebrima"/>
        </w:rPr>
        <w:t>ሰማያዊ</w:t>
      </w:r>
      <w:r>
        <w:rPr>
          <w:rFonts w:ascii="Times New Roman" w:hAnsi="Times New Roman" w:eastAsia="Times New Roman" w:cs="Times New Roman"/>
        </w:rPr>
        <w:t xml:space="preserve"> </w:t>
      </w:r>
      <w:r>
        <w:rPr>
          <w:rFonts w:ascii="Ebrima" w:hAnsi="Ebrima" w:eastAsia="Ebrima" w:cs="Ebrima"/>
        </w:rPr>
        <w:t>መቕደስ</w:t>
      </w:r>
      <w:r>
        <w:rPr>
          <w:rFonts w:ascii="Times New Roman" w:hAnsi="Times New Roman" w:eastAsia="Times New Roman" w:cs="Times New Roman"/>
        </w:rPr>
        <w:t xml:space="preserve"> </w:t>
      </w:r>
      <w:r>
        <w:rPr>
          <w:rFonts w:ascii="Ebrima" w:hAnsi="Ebrima" w:eastAsia="Ebrima" w:cs="Ebrima"/>
        </w:rPr>
        <w:t>ኣቕንዖ፤</w:t>
      </w:r>
      <w:r>
        <w:rPr>
          <w:rFonts w:ascii="Times New Roman" w:hAnsi="Times New Roman" w:eastAsia="Times New Roman" w:cs="Times New Roman"/>
        </w:rPr>
        <w:t xml:space="preserve"> </w:t>
      </w:r>
      <w:r>
        <w:rPr>
          <w:rFonts w:ascii="Ebrima" w:hAnsi="Ebrima" w:eastAsia="Ebrima" w:cs="Ebrima"/>
        </w:rPr>
        <w:t>ኣብኡ</w:t>
      </w:r>
      <w:r>
        <w:rPr>
          <w:rFonts w:ascii="Times New Roman" w:hAnsi="Times New Roman" w:eastAsia="Times New Roman" w:cs="Times New Roman"/>
        </w:rPr>
        <w:t xml:space="preserve"> </w:t>
      </w:r>
      <w:r>
        <w:rPr>
          <w:rFonts w:ascii="Ebrima" w:hAnsi="Ebrima" w:eastAsia="Ebrima" w:cs="Ebrima"/>
        </w:rPr>
        <w:t>የሱስ</w:t>
      </w:r>
      <w:r>
        <w:rPr>
          <w:rFonts w:ascii="Times New Roman" w:hAnsi="Times New Roman" w:eastAsia="Times New Roman" w:cs="Times New Roman"/>
        </w:rPr>
        <w:t xml:space="preserve"> </w:t>
      </w:r>
      <w:r>
        <w:rPr>
          <w:rFonts w:ascii="Ebrima" w:hAnsi="Ebrima" w:eastAsia="Ebrima" w:cs="Ebrima"/>
        </w:rPr>
        <w:t>ብገዛእ</w:t>
      </w:r>
      <w:r>
        <w:rPr>
          <w:rFonts w:ascii="Times New Roman" w:hAnsi="Times New Roman" w:eastAsia="Times New Roman" w:cs="Times New Roman"/>
        </w:rPr>
        <w:t xml:space="preserve"> </w:t>
      </w:r>
      <w:r>
        <w:rPr>
          <w:rFonts w:ascii="Ebrima" w:hAnsi="Ebrima" w:eastAsia="Ebrima" w:cs="Ebrima"/>
        </w:rPr>
        <w:t>ደሙ</w:t>
      </w:r>
      <w:r>
        <w:rPr>
          <w:rFonts w:ascii="Times New Roman" w:hAnsi="Times New Roman" w:eastAsia="Times New Roman" w:cs="Times New Roman"/>
        </w:rPr>
        <w:t xml:space="preserve"> </w:t>
      </w:r>
      <w:r>
        <w:rPr>
          <w:rFonts w:ascii="Ebrima" w:hAnsi="Ebrima" w:eastAsia="Ebrima" w:cs="Ebrima"/>
        </w:rPr>
        <w:t>ኣትዩ</w:t>
      </w:r>
      <w:r>
        <w:rPr>
          <w:rFonts w:ascii="Times New Roman" w:hAnsi="Times New Roman" w:eastAsia="Times New Roman" w:cs="Times New Roman"/>
        </w:rPr>
        <w:t xml:space="preserve"> </w:t>
      </w:r>
      <w:r>
        <w:rPr>
          <w:rFonts w:ascii="Ebrima" w:hAnsi="Ebrima" w:eastAsia="Ebrima" w:cs="Ebrima"/>
        </w:rPr>
        <w:t>ነበረ፡</w:t>
      </w:r>
      <w:r>
        <w:rPr>
          <w:rFonts w:ascii="Times New Roman" w:hAnsi="Times New Roman" w:eastAsia="Times New Roman" w:cs="Times New Roman"/>
        </w:rPr>
        <w:t xml:space="preserve"> </w:t>
      </w:r>
      <w:r>
        <w:rPr>
          <w:rFonts w:ascii="Ebrima" w:hAnsi="Ebrima" w:eastAsia="Ebrima" w:cs="Ebrima"/>
        </w:rPr>
        <w:t>ንደቀ</w:t>
      </w:r>
      <w:r>
        <w:rPr>
          <w:rFonts w:ascii="Times New Roman" w:hAnsi="Times New Roman" w:eastAsia="Times New Roman" w:cs="Times New Roman"/>
        </w:rPr>
        <w:t xml:space="preserve"> </w:t>
      </w:r>
      <w:r>
        <w:rPr>
          <w:rFonts w:ascii="Ebrima" w:hAnsi="Ebrima" w:eastAsia="Ebrima" w:cs="Ebrima"/>
        </w:rPr>
        <w:t>መዛሙርቱ</w:t>
      </w:r>
      <w:r>
        <w:rPr>
          <w:rFonts w:ascii="Times New Roman" w:hAnsi="Times New Roman" w:eastAsia="Times New Roman" w:cs="Times New Roman"/>
        </w:rPr>
        <w:t xml:space="preserve"> </w:t>
      </w:r>
      <w:r>
        <w:rPr>
          <w:rFonts w:ascii="Ebrima" w:hAnsi="Ebrima" w:eastAsia="Ebrima" w:cs="Ebrima"/>
        </w:rPr>
        <w:t>ጥቕምታት</w:t>
      </w:r>
      <w:r>
        <w:rPr>
          <w:rFonts w:ascii="Times New Roman" w:hAnsi="Times New Roman" w:eastAsia="Times New Roman" w:cs="Times New Roman"/>
        </w:rPr>
        <w:t xml:space="preserve"> </w:t>
      </w:r>
      <w:r>
        <w:rPr>
          <w:rFonts w:ascii="Ebrima" w:hAnsi="Ebrima" w:eastAsia="Ebrima" w:cs="Ebrima"/>
        </w:rPr>
        <w:t>ናይ</w:t>
      </w:r>
      <w:r>
        <w:rPr>
          <w:rFonts w:ascii="Times New Roman" w:hAnsi="Times New Roman" w:eastAsia="Times New Roman" w:cs="Times New Roman"/>
        </w:rPr>
        <w:t xml:space="preserve"> </w:t>
      </w:r>
      <w:r>
        <w:rPr>
          <w:rFonts w:ascii="Ebrima" w:hAnsi="Ebrima" w:eastAsia="Ebrima" w:cs="Ebrima"/>
        </w:rPr>
        <w:t>ዕርቂኡ</w:t>
      </w:r>
      <w:r>
        <w:rPr>
          <w:rFonts w:ascii="Times New Roman" w:hAnsi="Times New Roman" w:eastAsia="Times New Roman" w:cs="Times New Roman"/>
        </w:rPr>
        <w:t xml:space="preserve"> </w:t>
      </w:r>
      <w:r>
        <w:rPr>
          <w:rFonts w:ascii="Ebrima" w:hAnsi="Ebrima" w:eastAsia="Ebrima" w:cs="Ebrima"/>
        </w:rPr>
        <w:t>ንኽፈስስሎም።</w:t>
      </w:r>
      <w:r>
        <w:rPr>
          <w:rFonts w:ascii="Times New Roman" w:hAnsi="Times New Roman" w:eastAsia="Times New Roman" w:cs="Times New Roman"/>
        </w:rPr>
        <w:t xml:space="preserve"> </w:t>
      </w:r>
      <w:r>
        <w:rPr>
          <w:rFonts w:ascii="Ebrima" w:hAnsi="Ebrima" w:eastAsia="Ebrima" w:cs="Ebrima"/>
        </w:rPr>
        <w:t>ኣይሁድ</w:t>
      </w:r>
      <w:r>
        <w:rPr>
          <w:rFonts w:ascii="Times New Roman" w:hAnsi="Times New Roman" w:eastAsia="Times New Roman" w:cs="Times New Roman"/>
        </w:rPr>
        <w:t xml:space="preserve"> </w:t>
      </w:r>
      <w:r>
        <w:rPr>
          <w:rFonts w:ascii="Ebrima" w:hAnsi="Ebrima" w:eastAsia="Ebrima" w:cs="Ebrima"/>
        </w:rPr>
        <w:t>ግና</w:t>
      </w:r>
      <w:r>
        <w:rPr>
          <w:rFonts w:ascii="Times New Roman" w:hAnsi="Times New Roman" w:eastAsia="Times New Roman" w:cs="Times New Roman"/>
        </w:rPr>
        <w:t xml:space="preserve"> </w:t>
      </w:r>
      <w:r>
        <w:rPr>
          <w:rFonts w:ascii="Ebrima" w:hAnsi="Ebrima" w:eastAsia="Ebrima" w:cs="Ebrima"/>
        </w:rPr>
        <w:t>ብምሉእ</w:t>
      </w:r>
      <w:r>
        <w:rPr>
          <w:rFonts w:ascii="Times New Roman" w:hAnsi="Times New Roman" w:eastAsia="Times New Roman" w:cs="Times New Roman"/>
        </w:rPr>
        <w:t xml:space="preserve"> </w:t>
      </w:r>
      <w:r>
        <w:rPr>
          <w:rFonts w:ascii="Ebrima" w:hAnsi="Ebrima" w:eastAsia="Ebrima" w:cs="Ebrima"/>
        </w:rPr>
        <w:t>ጸልማት</w:t>
      </w:r>
      <w:r>
        <w:rPr>
          <w:rFonts w:ascii="Times New Roman" w:hAnsi="Times New Roman" w:eastAsia="Times New Roman" w:cs="Times New Roman"/>
        </w:rPr>
        <w:t xml:space="preserve"> </w:t>
      </w:r>
      <w:r>
        <w:rPr>
          <w:rFonts w:ascii="Ebrima" w:hAnsi="Ebrima" w:eastAsia="Ebrima" w:cs="Ebrima"/>
        </w:rPr>
        <w:t>ተሓዲጎም</w:t>
      </w:r>
      <w:r>
        <w:rPr>
          <w:rFonts w:ascii="Times New Roman" w:hAnsi="Times New Roman" w:eastAsia="Times New Roman" w:cs="Times New Roman"/>
        </w:rPr>
        <w:t xml:space="preserve"> </w:t>
      </w:r>
      <w:r>
        <w:rPr>
          <w:rFonts w:ascii="Ebrima" w:hAnsi="Ebrima" w:eastAsia="Ebrima" w:cs="Ebrima"/>
        </w:rPr>
        <w:t>ነበሩ።</w:t>
      </w:r>
      <w:r>
        <w:rPr>
          <w:rFonts w:ascii="Times New Roman" w:hAnsi="Times New Roman" w:eastAsia="Times New Roman" w:cs="Times New Roman"/>
        </w:rPr>
        <w:t xml:space="preserve"> </w:t>
      </w:r>
      <w:r>
        <w:rPr>
          <w:rFonts w:ascii="Ebrima" w:hAnsi="Ebrima" w:eastAsia="Ebrima" w:cs="Ebrima"/>
        </w:rPr>
        <w:t>ካብቲ</w:t>
      </w:r>
      <w:r>
        <w:rPr>
          <w:rFonts w:ascii="Times New Roman" w:hAnsi="Times New Roman" w:eastAsia="Times New Roman" w:cs="Times New Roman"/>
        </w:rPr>
        <w:t xml:space="preserve"> </w:t>
      </w:r>
      <w:r>
        <w:rPr>
          <w:rFonts w:ascii="Ebrima" w:hAnsi="Ebrima" w:eastAsia="Ebrima" w:cs="Ebrima"/>
        </w:rPr>
        <w:t>ብዛዕባ</w:t>
      </w:r>
      <w:r>
        <w:rPr>
          <w:rFonts w:ascii="Times New Roman" w:hAnsi="Times New Roman" w:eastAsia="Times New Roman" w:cs="Times New Roman"/>
        </w:rPr>
        <w:t xml:space="preserve"> </w:t>
      </w:r>
      <w:r>
        <w:rPr>
          <w:rFonts w:ascii="Ebrima" w:hAnsi="Ebrima" w:eastAsia="Ebrima" w:cs="Ebrima"/>
        </w:rPr>
        <w:t>ዕቅድ</w:t>
      </w:r>
      <w:r>
        <w:rPr>
          <w:rFonts w:ascii="Times New Roman" w:hAnsi="Times New Roman" w:eastAsia="Times New Roman" w:cs="Times New Roman"/>
        </w:rPr>
        <w:t xml:space="preserve"> </w:t>
      </w:r>
      <w:r>
        <w:rPr>
          <w:rFonts w:ascii="Ebrima" w:hAnsi="Ebrima" w:eastAsia="Ebrima" w:cs="Ebrima"/>
        </w:rPr>
        <w:t>ምድሓን</w:t>
      </w:r>
      <w:r>
        <w:rPr>
          <w:rFonts w:ascii="Times New Roman" w:hAnsi="Times New Roman" w:eastAsia="Times New Roman" w:cs="Times New Roman"/>
        </w:rPr>
        <w:t xml:space="preserve"> </w:t>
      </w:r>
      <w:r>
        <w:rPr>
          <w:rFonts w:ascii="Ebrima" w:hAnsi="Ebrima" w:eastAsia="Ebrima" w:cs="Ebrima"/>
        </w:rPr>
        <w:t>ክህልዎም</w:t>
      </w:r>
      <w:r>
        <w:rPr>
          <w:rFonts w:ascii="Times New Roman" w:hAnsi="Times New Roman" w:eastAsia="Times New Roman" w:cs="Times New Roman"/>
        </w:rPr>
        <w:t xml:space="preserve"> </w:t>
      </w:r>
      <w:r>
        <w:rPr>
          <w:rFonts w:ascii="Ebrima" w:hAnsi="Ebrima" w:eastAsia="Ebrima" w:cs="Ebrima"/>
        </w:rPr>
        <w:t>ዝኽእል</w:t>
      </w:r>
      <w:r>
        <w:rPr>
          <w:rFonts w:ascii="Times New Roman" w:hAnsi="Times New Roman" w:eastAsia="Times New Roman" w:cs="Times New Roman"/>
        </w:rPr>
        <w:t xml:space="preserve"> </w:t>
      </w:r>
      <w:r>
        <w:rPr>
          <w:rFonts w:ascii="Ebrima" w:hAnsi="Ebrima" w:eastAsia="Ebrima" w:cs="Ebrima"/>
        </w:rPr>
        <w:t>ኩሉ</w:t>
      </w:r>
      <w:r>
        <w:rPr>
          <w:rFonts w:ascii="Times New Roman" w:hAnsi="Times New Roman" w:eastAsia="Times New Roman" w:cs="Times New Roman"/>
        </w:rPr>
        <w:t xml:space="preserve"> </w:t>
      </w:r>
      <w:r>
        <w:rPr>
          <w:rFonts w:ascii="Ebrima" w:hAnsi="Ebrima" w:eastAsia="Ebrima" w:cs="Ebrima"/>
        </w:rPr>
        <w:t>ብርሃን</w:t>
      </w:r>
      <w:r>
        <w:rPr>
          <w:rFonts w:ascii="Times New Roman" w:hAnsi="Times New Roman" w:eastAsia="Times New Roman" w:cs="Times New Roman"/>
        </w:rPr>
        <w:t xml:space="preserve"> </w:t>
      </w:r>
      <w:r>
        <w:rPr>
          <w:rFonts w:ascii="Ebrima" w:hAnsi="Ebrima" w:eastAsia="Ebrima" w:cs="Ebrima"/>
        </w:rPr>
        <w:t>ጠፍኡ፤</w:t>
      </w:r>
      <w:r>
        <w:rPr>
          <w:rFonts w:ascii="Times New Roman" w:hAnsi="Times New Roman" w:eastAsia="Times New Roman" w:cs="Times New Roman"/>
        </w:rPr>
        <w:t xml:space="preserve"> </w:t>
      </w:r>
      <w:r>
        <w:rPr>
          <w:rFonts w:ascii="Ebrima" w:hAnsi="Ebrima" w:eastAsia="Ebrima" w:cs="Ebrima"/>
        </w:rPr>
        <w:t>ኣብ</w:t>
      </w:r>
      <w:r>
        <w:rPr>
          <w:rFonts w:ascii="Times New Roman" w:hAnsi="Times New Roman" w:eastAsia="Times New Roman" w:cs="Times New Roman"/>
        </w:rPr>
        <w:t xml:space="preserve"> </w:t>
      </w:r>
      <w:r>
        <w:rPr>
          <w:rFonts w:ascii="Ebrima" w:hAnsi="Ebrima" w:eastAsia="Ebrima" w:cs="Ebrima"/>
        </w:rPr>
        <w:t>ከንቱ</w:t>
      </w:r>
      <w:r>
        <w:rPr>
          <w:rFonts w:ascii="Times New Roman" w:hAnsi="Times New Roman" w:eastAsia="Times New Roman" w:cs="Times New Roman"/>
        </w:rPr>
        <w:t xml:space="preserve"> </w:t>
      </w:r>
      <w:r>
        <w:rPr>
          <w:rFonts w:ascii="Ebrima" w:hAnsi="Ebrima" w:eastAsia="Ebrima" w:cs="Ebrima"/>
        </w:rPr>
        <w:t>መስዋእትታቶምን</w:t>
      </w:r>
      <w:r>
        <w:rPr>
          <w:rFonts w:ascii="Times New Roman" w:hAnsi="Times New Roman" w:eastAsia="Times New Roman" w:cs="Times New Roman"/>
        </w:rPr>
        <w:t xml:space="preserve"> </w:t>
      </w:r>
      <w:r>
        <w:rPr>
          <w:rFonts w:ascii="Ebrima" w:hAnsi="Ebrima" w:eastAsia="Ebrima" w:cs="Ebrima"/>
        </w:rPr>
        <w:t>መባእታቶምን</w:t>
      </w:r>
      <w:r>
        <w:rPr>
          <w:rFonts w:ascii="Times New Roman" w:hAnsi="Times New Roman" w:eastAsia="Times New Roman" w:cs="Times New Roman"/>
        </w:rPr>
        <w:t xml:space="preserve"> </w:t>
      </w:r>
      <w:r>
        <w:rPr>
          <w:rFonts w:ascii="Ebrima" w:hAnsi="Ebrima" w:eastAsia="Ebrima" w:cs="Ebrima"/>
        </w:rPr>
        <w:t>ገና</w:t>
      </w:r>
      <w:r>
        <w:rPr>
          <w:rFonts w:ascii="Times New Roman" w:hAnsi="Times New Roman" w:eastAsia="Times New Roman" w:cs="Times New Roman"/>
        </w:rPr>
        <w:t xml:space="preserve"> </w:t>
      </w:r>
      <w:r>
        <w:rPr>
          <w:rFonts w:ascii="Ebrima" w:hAnsi="Ebrima" w:eastAsia="Ebrima" w:cs="Ebrima"/>
        </w:rPr>
        <w:t>ይእመኑ</w:t>
      </w:r>
      <w:r>
        <w:rPr>
          <w:rFonts w:ascii="Times New Roman" w:hAnsi="Times New Roman" w:eastAsia="Times New Roman" w:cs="Times New Roman"/>
        </w:rPr>
        <w:t xml:space="preserve"> </w:t>
      </w:r>
      <w:r>
        <w:rPr>
          <w:rFonts w:ascii="Ebrima" w:hAnsi="Ebrima" w:eastAsia="Ebrima" w:cs="Ebrima"/>
        </w:rPr>
        <w:t>ነበሩ።</w:t>
      </w:r>
      <w:r>
        <w:rPr>
          <w:rFonts w:ascii="Times New Roman" w:hAnsi="Times New Roman" w:eastAsia="Times New Roman" w:cs="Times New Roman"/>
        </w:rPr>
        <w:t xml:space="preserve"> </w:t>
      </w:r>
      <w:r>
        <w:rPr>
          <w:rFonts w:ascii="Ebrima" w:hAnsi="Ebrima" w:eastAsia="Ebrima" w:cs="Ebrima"/>
        </w:rPr>
        <w:t>እቲ</w:t>
      </w:r>
      <w:r>
        <w:rPr>
          <w:rFonts w:ascii="Times New Roman" w:hAnsi="Times New Roman" w:eastAsia="Times New Roman" w:cs="Times New Roman"/>
        </w:rPr>
        <w:t xml:space="preserve"> </w:t>
      </w:r>
      <w:r>
        <w:rPr>
          <w:rFonts w:ascii="Ebrima" w:hAnsi="Ebrima" w:eastAsia="Ebrima" w:cs="Ebrima"/>
        </w:rPr>
        <w:t>ሰማያዊ</w:t>
      </w:r>
      <w:r>
        <w:rPr>
          <w:rFonts w:ascii="Times New Roman" w:hAnsi="Times New Roman" w:eastAsia="Times New Roman" w:cs="Times New Roman"/>
        </w:rPr>
        <w:t xml:space="preserve"> </w:t>
      </w:r>
      <w:r>
        <w:rPr>
          <w:rFonts w:ascii="Ebrima" w:hAnsi="Ebrima" w:eastAsia="Ebrima" w:cs="Ebrima"/>
        </w:rPr>
        <w:t>መቕደስ</w:t>
      </w:r>
      <w:r>
        <w:rPr>
          <w:rFonts w:ascii="Times New Roman" w:hAnsi="Times New Roman" w:eastAsia="Times New Roman" w:cs="Times New Roman"/>
        </w:rPr>
        <w:t xml:space="preserve"> </w:t>
      </w:r>
      <w:r>
        <w:rPr>
          <w:rFonts w:ascii="Ebrima" w:hAnsi="Ebrima" w:eastAsia="Ebrima" w:cs="Ebrima"/>
        </w:rPr>
        <w:t>ቦታ</w:t>
      </w:r>
      <w:r>
        <w:rPr>
          <w:rFonts w:ascii="Times New Roman" w:hAnsi="Times New Roman" w:eastAsia="Times New Roman" w:cs="Times New Roman"/>
        </w:rPr>
        <w:t xml:space="preserve"> </w:t>
      </w:r>
      <w:r>
        <w:rPr>
          <w:rFonts w:ascii="Ebrima" w:hAnsi="Ebrima" w:eastAsia="Ebrima" w:cs="Ebrima"/>
        </w:rPr>
        <w:t>ናይቲ</w:t>
      </w:r>
      <w:r>
        <w:rPr>
          <w:rFonts w:ascii="Times New Roman" w:hAnsi="Times New Roman" w:eastAsia="Times New Roman" w:cs="Times New Roman"/>
        </w:rPr>
        <w:t xml:space="preserve"> </w:t>
      </w:r>
      <w:r>
        <w:rPr>
          <w:rFonts w:ascii="Ebrima" w:hAnsi="Ebrima" w:eastAsia="Ebrima" w:cs="Ebrima"/>
        </w:rPr>
        <w:t>ምድራዊ</w:t>
      </w:r>
      <w:r>
        <w:rPr>
          <w:rFonts w:ascii="Times New Roman" w:hAnsi="Times New Roman" w:eastAsia="Times New Roman" w:cs="Times New Roman"/>
        </w:rPr>
        <w:t xml:space="preserve"> </w:t>
      </w:r>
      <w:r>
        <w:rPr>
          <w:rFonts w:ascii="Ebrima" w:hAnsi="Ebrima" w:eastAsia="Ebrima" w:cs="Ebrima"/>
        </w:rPr>
        <w:t>ሒዙ</w:t>
      </w:r>
      <w:r>
        <w:rPr>
          <w:rFonts w:ascii="Times New Roman" w:hAnsi="Times New Roman" w:eastAsia="Times New Roman" w:cs="Times New Roman"/>
        </w:rPr>
        <w:t xml:space="preserve"> </w:t>
      </w:r>
      <w:r>
        <w:rPr>
          <w:rFonts w:ascii="Ebrima" w:hAnsi="Ebrima" w:eastAsia="Ebrima" w:cs="Ebrima"/>
        </w:rPr>
        <w:t>ነበረ፤</w:t>
      </w:r>
      <w:r>
        <w:rPr>
          <w:rFonts w:ascii="Times New Roman" w:hAnsi="Times New Roman" w:eastAsia="Times New Roman" w:cs="Times New Roman"/>
        </w:rPr>
        <w:t xml:space="preserve"> </w:t>
      </w:r>
      <w:r>
        <w:rPr>
          <w:rFonts w:ascii="Ebrima" w:hAnsi="Ebrima" w:eastAsia="Ebrima" w:cs="Ebrima"/>
        </w:rPr>
        <w:t>ንሳቶም</w:t>
      </w:r>
      <w:r>
        <w:rPr>
          <w:rFonts w:ascii="Times New Roman" w:hAnsi="Times New Roman" w:eastAsia="Times New Roman" w:cs="Times New Roman"/>
        </w:rPr>
        <w:t xml:space="preserve"> </w:t>
      </w:r>
      <w:r>
        <w:rPr>
          <w:rFonts w:ascii="Ebrima" w:hAnsi="Ebrima" w:eastAsia="Ebrima" w:cs="Ebrima"/>
        </w:rPr>
        <w:t>ግና</w:t>
      </w:r>
      <w:r>
        <w:rPr>
          <w:rFonts w:ascii="Times New Roman" w:hAnsi="Times New Roman" w:eastAsia="Times New Roman" w:cs="Times New Roman"/>
        </w:rPr>
        <w:t xml:space="preserve"> </w:t>
      </w:r>
      <w:r>
        <w:rPr>
          <w:rFonts w:ascii="Ebrima" w:hAnsi="Ebrima" w:eastAsia="Ebrima" w:cs="Ebrima"/>
        </w:rPr>
        <w:t>ብዛዕባ</w:t>
      </w:r>
      <w:r>
        <w:rPr>
          <w:rFonts w:ascii="Times New Roman" w:hAnsi="Times New Roman" w:eastAsia="Times New Roman" w:cs="Times New Roman"/>
        </w:rPr>
        <w:t xml:space="preserve"> </w:t>
      </w:r>
      <w:r>
        <w:rPr>
          <w:rFonts w:ascii="Ebrima" w:hAnsi="Ebrima" w:eastAsia="Ebrima" w:cs="Ebrima"/>
        </w:rPr>
        <w:t>እቲ</w:t>
      </w:r>
      <w:r>
        <w:rPr>
          <w:rFonts w:ascii="Times New Roman" w:hAnsi="Times New Roman" w:eastAsia="Times New Roman" w:cs="Times New Roman"/>
        </w:rPr>
        <w:t xml:space="preserve"> </w:t>
      </w:r>
      <w:r>
        <w:rPr>
          <w:rFonts w:ascii="Ebrima" w:hAnsi="Ebrima" w:eastAsia="Ebrima" w:cs="Ebrima"/>
        </w:rPr>
        <w:t>ለውጢ</w:t>
      </w:r>
      <w:r>
        <w:rPr>
          <w:rFonts w:ascii="Times New Roman" w:hAnsi="Times New Roman" w:eastAsia="Times New Roman" w:cs="Times New Roman"/>
        </w:rPr>
        <w:t xml:space="preserve"> </w:t>
      </w:r>
      <w:r>
        <w:rPr>
          <w:rFonts w:ascii="Ebrima" w:hAnsi="Ebrima" w:eastAsia="Ebrima" w:cs="Ebrima"/>
        </w:rPr>
        <w:t>ፍልጠት</w:t>
      </w:r>
      <w:r>
        <w:rPr>
          <w:rFonts w:ascii="Times New Roman" w:hAnsi="Times New Roman" w:eastAsia="Times New Roman" w:cs="Times New Roman"/>
        </w:rPr>
        <w:t xml:space="preserve"> </w:t>
      </w:r>
      <w:r>
        <w:rPr>
          <w:rFonts w:ascii="Ebrima" w:hAnsi="Ebrima" w:eastAsia="Ebrima" w:cs="Ebrima"/>
        </w:rPr>
        <w:t>ኣይነበሮምን።</w:t>
      </w:r>
      <w:r>
        <w:rPr>
          <w:rFonts w:ascii="Times New Roman" w:hAnsi="Times New Roman" w:eastAsia="Times New Roman" w:cs="Times New Roman"/>
        </w:rPr>
        <w:t xml:space="preserve"> </w:t>
      </w:r>
      <w:r>
        <w:rPr>
          <w:rFonts w:ascii="Ebrima" w:hAnsi="Ebrima" w:eastAsia="Ebrima" w:cs="Ebrima"/>
        </w:rPr>
        <w:t>ስለዚ</w:t>
      </w:r>
      <w:r>
        <w:rPr>
          <w:rFonts w:ascii="Times New Roman" w:hAnsi="Times New Roman" w:eastAsia="Times New Roman" w:cs="Times New Roman"/>
        </w:rPr>
        <w:t xml:space="preserve"> </w:t>
      </w:r>
      <w:r>
        <w:rPr>
          <w:rFonts w:ascii="Ebrima" w:hAnsi="Ebrima" w:eastAsia="Ebrima" w:cs="Ebrima"/>
        </w:rPr>
        <w:t>ብማሕለፍነት</w:t>
      </w:r>
      <w:r>
        <w:rPr>
          <w:rFonts w:ascii="Times New Roman" w:hAnsi="Times New Roman" w:eastAsia="Times New Roman" w:cs="Times New Roman"/>
        </w:rPr>
        <w:t xml:space="preserve"> </w:t>
      </w:r>
      <w:r>
        <w:rPr>
          <w:rFonts w:ascii="Ebrima" w:hAnsi="Ebrima" w:eastAsia="Ebrima" w:cs="Ebrima"/>
        </w:rPr>
        <w:t>ክርስቶስ</w:t>
      </w:r>
      <w:r>
        <w:rPr>
          <w:rFonts w:ascii="Times New Roman" w:hAnsi="Times New Roman" w:eastAsia="Times New Roman" w:cs="Times New Roman"/>
        </w:rPr>
        <w:t xml:space="preserve"> </w:t>
      </w:r>
      <w:r>
        <w:rPr>
          <w:rFonts w:ascii="Ebrima" w:hAnsi="Ebrima" w:eastAsia="Ebrima" w:cs="Ebrima"/>
        </w:rPr>
        <w:t>ኣብ</w:t>
      </w:r>
      <w:r>
        <w:rPr>
          <w:rFonts w:ascii="Times New Roman" w:hAnsi="Times New Roman" w:eastAsia="Times New Roman" w:cs="Times New Roman"/>
        </w:rPr>
        <w:t xml:space="preserve"> </w:t>
      </w:r>
      <w:r>
        <w:rPr>
          <w:rFonts w:ascii="Ebrima" w:hAnsi="Ebrima" w:eastAsia="Ebrima" w:cs="Ebrima"/>
        </w:rPr>
        <w:t>ቅድስቲ</w:t>
      </w:r>
      <w:r>
        <w:rPr>
          <w:rFonts w:ascii="Times New Roman" w:hAnsi="Times New Roman" w:eastAsia="Times New Roman" w:cs="Times New Roman"/>
        </w:rPr>
        <w:t xml:space="preserve"> </w:t>
      </w:r>
      <w:r>
        <w:rPr>
          <w:rFonts w:ascii="Ebrima" w:hAnsi="Ebrima" w:eastAsia="Ebrima" w:cs="Ebrima"/>
        </w:rPr>
        <w:t>ስፍራ</w:t>
      </w:r>
      <w:r>
        <w:rPr>
          <w:rFonts w:ascii="Times New Roman" w:hAnsi="Times New Roman" w:eastAsia="Times New Roman" w:cs="Times New Roman"/>
        </w:rPr>
        <w:t xml:space="preserve"> </w:t>
      </w:r>
      <w:r>
        <w:rPr>
          <w:rFonts w:ascii="Ebrima" w:hAnsi="Ebrima" w:eastAsia="Ebrima" w:cs="Ebrima"/>
        </w:rPr>
        <w:t>ክጥቀሙ</w:t>
      </w:r>
      <w:r>
        <w:rPr>
          <w:rFonts w:ascii="Times New Roman" w:hAnsi="Times New Roman" w:eastAsia="Times New Roman" w:cs="Times New Roman"/>
        </w:rPr>
        <w:t xml:space="preserve"> </w:t>
      </w:r>
      <w:r>
        <w:rPr>
          <w:rFonts w:ascii="Ebrima" w:hAnsi="Ebrima" w:eastAsia="Ebrima" w:cs="Ebrima"/>
        </w:rPr>
        <w:t>ኣይክእሉን</w:t>
      </w:r>
      <w:r>
        <w:rPr>
          <w:rFonts w:ascii="Times New Roman" w:hAnsi="Times New Roman" w:eastAsia="Times New Roman" w:cs="Times New Roman"/>
        </w:rPr>
        <w:t xml:space="preserve"> </w:t>
      </w:r>
      <w:r>
        <w:rPr>
          <w:rFonts w:ascii="Ebrima" w:hAnsi="Ebrima" w:eastAsia="Ebrima" w:cs="Ebrima"/>
        </w:rPr>
        <w:t>ነበሩ።</w:t>
      </w:r>
    </w:p>
    <w:p>
      <w:pPr>
        <w:pStyle w:val="ArticleScripture"/>
        <w:jc w:val="left"/>
      </w:pPr>
      <w:r>
        <w:rPr>
          <w:rFonts w:ascii="Times New Roman" w:hAnsi="Times New Roman" w:eastAsia="Times New Roman" w:cs="Times New Roman"/>
        </w:rPr>
        <w:t>“</w:t>
      </w:r>
      <w:r>
        <w:rPr>
          <w:rFonts w:ascii="Nirmala UI" w:hAnsi="Nirmala UI" w:eastAsia="Nirmala UI" w:cs="Nirmala UI"/>
        </w:rPr>
        <w:t>ꯑꯥꯃꯅ</w:t>
      </w:r>
      <w:r>
        <w:rPr>
          <w:rFonts w:ascii="Times New Roman" w:hAnsi="Times New Roman" w:eastAsia="Times New Roman" w:cs="Times New Roman"/>
        </w:rPr>
        <w:t xml:space="preserve"> </w:t>
      </w:r>
      <w:r>
        <w:rPr>
          <w:rFonts w:ascii="Nirmala UI" w:hAnsi="Nirmala UI" w:eastAsia="Nirmala UI" w:cs="Nirmala UI"/>
        </w:rPr>
        <w:t>ꯀꯩꯅ</w:t>
      </w:r>
      <w:r>
        <w:rPr>
          <w:rFonts w:ascii="Times New Roman" w:hAnsi="Times New Roman" w:eastAsia="Times New Roman" w:cs="Times New Roman"/>
        </w:rPr>
        <w:t xml:space="preserve"> </w:t>
      </w:r>
      <w:r>
        <w:rPr>
          <w:rFonts w:ascii="Nirmala UI" w:hAnsi="Nirmala UI" w:eastAsia="Nirmala UI" w:cs="Nirmala UI"/>
        </w:rPr>
        <w:t>ꯌꯍꯨꯗꯤꯁꯤꯡꯅ</w:t>
      </w:r>
      <w:r>
        <w:rPr>
          <w:rFonts w:ascii="Times New Roman" w:hAnsi="Times New Roman" w:eastAsia="Times New Roman" w:cs="Times New Roman"/>
        </w:rPr>
        <w:t xml:space="preserve"> </w:t>
      </w:r>
      <w:r>
        <w:rPr>
          <w:rFonts w:ascii="Nirmala UI" w:hAnsi="Nirmala UI" w:eastAsia="Nirmala UI" w:cs="Nirmala UI"/>
        </w:rPr>
        <w:t>ꯈ꯭ꯔꯥꯏꯁꯇꯇꯥ</w:t>
      </w:r>
      <w:r>
        <w:rPr>
          <w:rFonts w:ascii="Times New Roman" w:hAnsi="Times New Roman" w:eastAsia="Times New Roman" w:cs="Times New Roman"/>
        </w:rPr>
        <w:t xml:space="preserve"> </w:t>
      </w:r>
      <w:r>
        <w:rPr>
          <w:rFonts w:ascii="Nirmala UI" w:hAnsi="Nirmala UI" w:eastAsia="Nirmala UI" w:cs="Nirmala UI"/>
        </w:rPr>
        <w:t>ꯌꯥꯅꯕ</w:t>
      </w:r>
      <w:r>
        <w:rPr>
          <w:rFonts w:ascii="Times New Roman" w:hAnsi="Times New Roman" w:eastAsia="Times New Roman" w:cs="Times New Roman"/>
        </w:rPr>
        <w:t xml:space="preserve"> </w:t>
      </w:r>
      <w:r>
        <w:rPr>
          <w:rFonts w:ascii="Nirmala UI" w:hAnsi="Nirmala UI" w:eastAsia="Nirmala UI" w:cs="Nirmala UI"/>
        </w:rPr>
        <w:t>ꯑꯃꯁꯨꯡ</w:t>
      </w:r>
      <w:r>
        <w:rPr>
          <w:rFonts w:ascii="Times New Roman" w:hAnsi="Times New Roman" w:eastAsia="Times New Roman" w:cs="Times New Roman"/>
        </w:rPr>
        <w:t xml:space="preserve"> </w:t>
      </w:r>
      <w:r>
        <w:rPr>
          <w:rFonts w:ascii="Nirmala UI" w:hAnsi="Nirmala UI" w:eastAsia="Nirmala UI" w:cs="Nirmala UI"/>
        </w:rPr>
        <w:t>ꯃꯥꯏ</w:t>
      </w:r>
      <w:r>
        <w:rPr>
          <w:rFonts w:ascii="Times New Roman" w:hAnsi="Times New Roman" w:eastAsia="Times New Roman" w:cs="Times New Roman"/>
        </w:rPr>
        <w:t xml:space="preserve"> </w:t>
      </w:r>
      <w:r>
        <w:rPr>
          <w:rFonts w:ascii="Nirmala UI" w:hAnsi="Nirmala UI" w:eastAsia="Nirmala UI" w:cs="Nirmala UI"/>
        </w:rPr>
        <w:t>ꯇꯥꯅ</w:t>
      </w:r>
      <w:r>
        <w:rPr>
          <w:rFonts w:ascii="Times New Roman" w:hAnsi="Times New Roman" w:eastAsia="Times New Roman" w:cs="Times New Roman"/>
        </w:rPr>
        <w:t xml:space="preserve"> </w:t>
      </w:r>
      <w:r>
        <w:rPr>
          <w:rFonts w:ascii="Nirmala UI" w:hAnsi="Nirmala UI" w:eastAsia="Nirmala UI" w:cs="Nirmala UI"/>
        </w:rPr>
        <w:t>ꯊꯥꯕꯒꯤ</w:t>
      </w:r>
      <w:r>
        <w:rPr>
          <w:rFonts w:ascii="Times New Roman" w:hAnsi="Times New Roman" w:eastAsia="Times New Roman" w:cs="Times New Roman"/>
        </w:rPr>
        <w:t xml:space="preserve"> </w:t>
      </w:r>
      <w:r>
        <w:rPr>
          <w:rFonts w:ascii="Nirmala UI" w:hAnsi="Nirmala UI" w:eastAsia="Nirmala UI" w:cs="Nirmala UI"/>
        </w:rPr>
        <w:t>ꯆꯠꯄꯥ</w:t>
      </w:r>
      <w:r>
        <w:rPr>
          <w:rFonts w:ascii="Times New Roman" w:hAnsi="Times New Roman" w:eastAsia="Times New Roman" w:cs="Times New Roman"/>
        </w:rPr>
        <w:t xml:space="preserve"> </w:t>
      </w:r>
      <w:r>
        <w:rPr>
          <w:rFonts w:ascii="Nirmala UI" w:hAnsi="Nirmala UI" w:eastAsia="Nirmala UI" w:cs="Nirmala UI"/>
        </w:rPr>
        <w:t>ꯑꯗꯨ</w:t>
      </w:r>
      <w:r>
        <w:rPr>
          <w:rFonts w:ascii="Times New Roman" w:hAnsi="Times New Roman" w:eastAsia="Times New Roman" w:cs="Times New Roman"/>
        </w:rPr>
        <w:t xml:space="preserve"> </w:t>
      </w:r>
      <w:r>
        <w:rPr>
          <w:rFonts w:ascii="Nirmala UI" w:hAnsi="Nirmala UI" w:eastAsia="Nirmala UI" w:cs="Nirmala UI"/>
        </w:rPr>
        <w:t>ꯎꯔꯥꯛꯑ꯭ꯅ</w:t>
      </w:r>
      <w:r>
        <w:rPr>
          <w:rFonts w:ascii="Times New Roman" w:hAnsi="Times New Roman" w:eastAsia="Times New Roman" w:cs="Times New Roman"/>
        </w:rPr>
        <w:t xml:space="preserve"> </w:t>
      </w:r>
      <w:r>
        <w:rPr>
          <w:rFonts w:ascii="Nirmala UI" w:hAnsi="Nirmala UI" w:eastAsia="Nirmala UI" w:cs="Nirmala UI"/>
        </w:rPr>
        <w:t>ꯌꯦꯡꯉꯛꯏ</w:t>
      </w:r>
      <w:r>
        <w:rPr>
          <w:rFonts w:ascii="Times New Roman" w:hAnsi="Times New Roman" w:eastAsia="Times New Roman" w:cs="Times New Roman"/>
        </w:rPr>
        <w:t xml:space="preserve">; </w:t>
      </w:r>
      <w:r>
        <w:rPr>
          <w:rFonts w:ascii="Nirmala UI" w:hAnsi="Nirmala UI" w:eastAsia="Nirmala UI" w:cs="Nirmala UI"/>
        </w:rPr>
        <w:t>ꯑꯃꯁꯨꯡ</w:t>
      </w:r>
      <w:r>
        <w:rPr>
          <w:rFonts w:ascii="Times New Roman" w:hAnsi="Times New Roman" w:eastAsia="Times New Roman" w:cs="Times New Roman"/>
        </w:rPr>
        <w:t xml:space="preserve"> </w:t>
      </w:r>
      <w:r>
        <w:rPr>
          <w:rFonts w:ascii="Nirmala UI" w:hAnsi="Nirmala UI" w:eastAsia="Nirmala UI" w:cs="Nirmala UI"/>
        </w:rPr>
        <w:t>ꯃꯍꯥꯛꯀꯤ</w:t>
      </w:r>
      <w:r>
        <w:rPr>
          <w:rFonts w:ascii="Times New Roman" w:hAnsi="Times New Roman" w:eastAsia="Times New Roman" w:cs="Times New Roman"/>
        </w:rPr>
        <w:t xml:space="preserve"> </w:t>
      </w:r>
      <w:r>
        <w:rPr>
          <w:rFonts w:ascii="Nirmala UI" w:hAnsi="Nirmala UI" w:eastAsia="Nirmala UI" w:cs="Nirmala UI"/>
        </w:rPr>
        <w:t>ꯂꯥꯏꯅꯤꯡ</w:t>
      </w:r>
      <w:r>
        <w:rPr>
          <w:rFonts w:ascii="Times New Roman" w:hAnsi="Times New Roman" w:eastAsia="Times New Roman" w:cs="Times New Roman"/>
        </w:rPr>
        <w:t>-</w:t>
      </w:r>
      <w:r>
        <w:rPr>
          <w:rFonts w:ascii="Nirmala UI" w:hAnsi="Nirmala UI" w:eastAsia="Nirmala UI" w:cs="Nirmala UI"/>
        </w:rPr>
        <w:t>ꯁꯦꯟꯕ</w:t>
      </w:r>
      <w:r>
        <w:rPr>
          <w:rFonts w:ascii="Times New Roman" w:hAnsi="Times New Roman" w:eastAsia="Times New Roman" w:cs="Times New Roman"/>
        </w:rPr>
        <w:t xml:space="preserve"> </w:t>
      </w:r>
      <w:r>
        <w:rPr>
          <w:rFonts w:ascii="Nirmala UI" w:hAnsi="Nirmala UI" w:eastAsia="Nirmala UI" w:cs="Nirmala UI"/>
        </w:rPr>
        <w:t>ꯅꯤꯡꯉꯤꯡ</w:t>
      </w:r>
      <w:r>
        <w:rPr>
          <w:rFonts w:ascii="Times New Roman" w:hAnsi="Times New Roman" w:eastAsia="Times New Roman" w:cs="Times New Roman"/>
        </w:rPr>
        <w:t xml:space="preserve"> </w:t>
      </w:r>
      <w:r>
        <w:rPr>
          <w:rFonts w:ascii="Nirmala UI" w:hAnsi="Nirmala UI" w:eastAsia="Nirmala UI" w:cs="Nirmala UI"/>
        </w:rPr>
        <w:t>ꯃꯄꯨꯡ</w:t>
      </w:r>
      <w:r>
        <w:rPr>
          <w:rFonts w:ascii="Times New Roman" w:hAnsi="Times New Roman" w:eastAsia="Times New Roman" w:cs="Times New Roman"/>
        </w:rPr>
        <w:t xml:space="preserve"> </w:t>
      </w:r>
      <w:r>
        <w:rPr>
          <w:rFonts w:ascii="Nirmala UI" w:hAnsi="Nirmala UI" w:eastAsia="Nirmala UI" w:cs="Nirmala UI"/>
        </w:rPr>
        <w:t>ꯐꯥꯕꯒꯤ</w:t>
      </w:r>
      <w:r>
        <w:rPr>
          <w:rFonts w:ascii="Times New Roman" w:hAnsi="Times New Roman" w:eastAsia="Times New Roman" w:cs="Times New Roman"/>
        </w:rPr>
        <w:t xml:space="preserve"> </w:t>
      </w:r>
      <w:r>
        <w:rPr>
          <w:rFonts w:ascii="Nirmala UI" w:hAnsi="Nirmala UI" w:eastAsia="Nirmala UI" w:cs="Nirmala UI"/>
        </w:rPr>
        <w:t>ꯄꯨꯋꯥꯔꯤ</w:t>
      </w:r>
      <w:r>
        <w:rPr>
          <w:rFonts w:ascii="Times New Roman" w:hAnsi="Times New Roman" w:eastAsia="Times New Roman" w:cs="Times New Roman"/>
        </w:rPr>
        <w:t xml:space="preserve"> </w:t>
      </w:r>
      <w:r>
        <w:rPr>
          <w:rFonts w:ascii="Nirmala UI" w:hAnsi="Nirmala UI" w:eastAsia="Nirmala UI" w:cs="Nirmala UI"/>
        </w:rPr>
        <w:t>ꯄꯥꯕ</w:t>
      </w:r>
      <w:r>
        <w:rPr>
          <w:rFonts w:ascii="Times New Roman" w:hAnsi="Times New Roman" w:eastAsia="Times New Roman" w:cs="Times New Roman"/>
        </w:rPr>
        <w:t xml:space="preserve"> </w:t>
      </w:r>
      <w:r>
        <w:rPr>
          <w:rFonts w:ascii="Nirmala UI" w:hAnsi="Nirmala UI" w:eastAsia="Nirmala UI" w:cs="Nirmala UI"/>
        </w:rPr>
        <w:t>ꯃꯇꯝꯗꯥ</w:t>
      </w:r>
      <w:r>
        <w:rPr>
          <w:rFonts w:ascii="Times New Roman" w:hAnsi="Times New Roman" w:eastAsia="Times New Roman" w:cs="Times New Roman"/>
        </w:rPr>
        <w:t xml:space="preserve">, </w:t>
      </w:r>
      <w:r>
        <w:rPr>
          <w:rFonts w:ascii="Nirmala UI" w:hAnsi="Nirmala UI" w:eastAsia="Nirmala UI" w:cs="Nirmala UI"/>
        </w:rPr>
        <w:t>ꯃꯈꯣꯏꯅ</w:t>
      </w:r>
      <w:r>
        <w:rPr>
          <w:rFonts w:ascii="Times New Roman" w:hAnsi="Times New Roman" w:eastAsia="Times New Roman" w:cs="Times New Roman"/>
        </w:rPr>
        <w:t xml:space="preserve"> </w:t>
      </w:r>
      <w:r>
        <w:rPr>
          <w:rFonts w:ascii="Nirmala UI" w:hAnsi="Nirmala UI" w:eastAsia="Nirmala UI" w:cs="Nirmala UI"/>
        </w:rPr>
        <w:t>ꯃꯍꯥꯛꯄꯨ</w:t>
      </w:r>
      <w:r>
        <w:rPr>
          <w:rFonts w:ascii="Times New Roman" w:hAnsi="Times New Roman" w:eastAsia="Times New Roman" w:cs="Times New Roman"/>
        </w:rPr>
        <w:t xml:space="preserve"> </w:t>
      </w:r>
      <w:r>
        <w:rPr>
          <w:rFonts w:ascii="Nirmala UI" w:hAnsi="Nirmala UI" w:eastAsia="Nirmala UI" w:cs="Nirmala UI"/>
        </w:rPr>
        <w:t>ꯅꯨꯡꯁꯤꯕ</w:t>
      </w:r>
      <w:r>
        <w:rPr>
          <w:rFonts w:ascii="Times New Roman" w:hAnsi="Times New Roman" w:eastAsia="Times New Roman" w:cs="Times New Roman"/>
        </w:rPr>
        <w:t xml:space="preserve"> </w:t>
      </w:r>
      <w:r>
        <w:rPr>
          <w:rFonts w:ascii="Nirmala UI" w:hAnsi="Nirmala UI" w:eastAsia="Nirmala UI" w:cs="Nirmala UI"/>
        </w:rPr>
        <w:t>ꯑꯣꯏꯔꯦ</w:t>
      </w:r>
      <w:r>
        <w:rPr>
          <w:rFonts w:ascii="Times New Roman" w:hAnsi="Times New Roman" w:eastAsia="Times New Roman" w:cs="Times New Roman"/>
        </w:rPr>
        <w:t xml:space="preserve"> </w:t>
      </w:r>
      <w:r>
        <w:rPr>
          <w:rFonts w:ascii="Nirmala UI" w:hAnsi="Nirmala UI" w:eastAsia="Nirmala UI" w:cs="Nirmala UI"/>
        </w:rPr>
        <w:t>ꯍꯥꯏꯅ</w:t>
      </w:r>
      <w:r>
        <w:rPr>
          <w:rFonts w:ascii="Times New Roman" w:hAnsi="Times New Roman" w:eastAsia="Times New Roman" w:cs="Times New Roman"/>
        </w:rPr>
        <w:t xml:space="preserve"> </w:t>
      </w:r>
      <w:r>
        <w:rPr>
          <w:rFonts w:ascii="Nirmala UI" w:hAnsi="Nirmala UI" w:eastAsia="Nirmala UI" w:cs="Nirmala UI"/>
        </w:rPr>
        <w:t>ꯈꯜꯂꯤ</w:t>
      </w:r>
      <w:r>
        <w:rPr>
          <w:rFonts w:ascii="Times New Roman" w:hAnsi="Times New Roman" w:eastAsia="Times New Roman" w:cs="Times New Roman"/>
        </w:rPr>
        <w:t xml:space="preserve">, </w:t>
      </w:r>
      <w:r>
        <w:rPr>
          <w:rFonts w:ascii="Nirmala UI" w:hAnsi="Nirmala UI" w:eastAsia="Nirmala UI" w:cs="Nirmala UI"/>
        </w:rPr>
        <w:t>ꯑꯃꯁꯨꯡ</w:t>
      </w:r>
      <w:r>
        <w:rPr>
          <w:rFonts w:ascii="Times New Roman" w:hAnsi="Times New Roman" w:eastAsia="Times New Roman" w:cs="Times New Roman"/>
        </w:rPr>
        <w:t xml:space="preserve"> </w:t>
      </w:r>
      <w:r>
        <w:rPr>
          <w:rFonts w:ascii="Nirmala UI" w:hAnsi="Nirmala UI" w:eastAsia="Nirmala UI" w:cs="Nirmala UI"/>
        </w:rPr>
        <w:t>ꯄꯤꯇꯔꯅ</w:t>
      </w:r>
      <w:r>
        <w:rPr>
          <w:rFonts w:ascii="Times New Roman" w:hAnsi="Times New Roman" w:eastAsia="Times New Roman" w:cs="Times New Roman"/>
        </w:rPr>
        <w:t xml:space="preserve"> </w:t>
      </w:r>
      <w:r>
        <w:rPr>
          <w:rFonts w:ascii="Nirmala UI" w:hAnsi="Nirmala UI" w:eastAsia="Nirmala UI" w:cs="Nirmala UI"/>
        </w:rPr>
        <w:t>ꯇꯧꯈꯤꯕ</w:t>
      </w:r>
      <w:r>
        <w:rPr>
          <w:rFonts w:ascii="Times New Roman" w:hAnsi="Times New Roman" w:eastAsia="Times New Roman" w:cs="Times New Roman"/>
        </w:rPr>
        <w:t xml:space="preserve"> </w:t>
      </w:r>
      <w:r>
        <w:rPr>
          <w:rFonts w:ascii="Nirmala UI" w:hAnsi="Nirmala UI" w:eastAsia="Nirmala UI" w:cs="Nirmala UI"/>
        </w:rPr>
        <w:t>ꯑꯗꯨꯒꯨꯝꯕ</w:t>
      </w:r>
      <w:r>
        <w:rPr>
          <w:rFonts w:ascii="Times New Roman" w:hAnsi="Times New Roman" w:eastAsia="Times New Roman" w:cs="Times New Roman"/>
        </w:rPr>
        <w:t xml:space="preserve"> </w:t>
      </w:r>
      <w:r>
        <w:rPr>
          <w:rFonts w:ascii="Nirmala UI" w:hAnsi="Nirmala UI" w:eastAsia="Nirmala UI" w:cs="Nirmala UI"/>
        </w:rPr>
        <w:t>ꯃꯍꯥꯛꯄꯨ</w:t>
      </w:r>
      <w:r>
        <w:rPr>
          <w:rFonts w:ascii="Times New Roman" w:hAnsi="Times New Roman" w:eastAsia="Times New Roman" w:cs="Times New Roman"/>
        </w:rPr>
        <w:t xml:space="preserve"> </w:t>
      </w:r>
      <w:r>
        <w:rPr>
          <w:rFonts w:ascii="Nirmala UI" w:hAnsi="Nirmala UI" w:eastAsia="Nirmala UI" w:cs="Nirmala UI"/>
        </w:rPr>
        <w:t>ꯌꯥꯅꯗꯕ</w:t>
      </w:r>
      <w:r>
        <w:rPr>
          <w:rFonts w:ascii="Times New Roman" w:hAnsi="Times New Roman" w:eastAsia="Times New Roman" w:cs="Times New Roman"/>
        </w:rPr>
        <w:t xml:space="preserve"> </w:t>
      </w:r>
      <w:r>
        <w:rPr>
          <w:rFonts w:ascii="Nirmala UI" w:hAnsi="Nirmala UI" w:eastAsia="Nirmala UI" w:cs="Nirmala UI"/>
        </w:rPr>
        <w:t>ꯑꯣꯏꯔꯣꯏ</w:t>
      </w:r>
      <w:r>
        <w:rPr>
          <w:rFonts w:ascii="Times New Roman" w:hAnsi="Times New Roman" w:eastAsia="Times New Roman" w:cs="Times New Roman"/>
        </w:rPr>
        <w:t xml:space="preserve">, </w:t>
      </w:r>
      <w:r>
        <w:rPr>
          <w:rFonts w:ascii="Nirmala UI" w:hAnsi="Nirmala UI" w:eastAsia="Nirmala UI" w:cs="Nirmala UI"/>
        </w:rPr>
        <w:t>ꯅꯠꯇ꯭ꯔꯒ</w:t>
      </w:r>
      <w:r>
        <w:rPr>
          <w:rFonts w:ascii="Times New Roman" w:hAnsi="Times New Roman" w:eastAsia="Times New Roman" w:cs="Times New Roman"/>
        </w:rPr>
        <w:t xml:space="preserve"> </w:t>
      </w:r>
      <w:r>
        <w:rPr>
          <w:rFonts w:ascii="Nirmala UI" w:hAnsi="Nirmala UI" w:eastAsia="Nirmala UI" w:cs="Nirmala UI"/>
        </w:rPr>
        <w:t>ꯌꯍꯨꯗꯤꯁꯤꯡꯅ</w:t>
      </w:r>
      <w:r>
        <w:rPr>
          <w:rFonts w:ascii="Times New Roman" w:hAnsi="Times New Roman" w:eastAsia="Times New Roman" w:cs="Times New Roman"/>
        </w:rPr>
        <w:t xml:space="preserve"> </w:t>
      </w:r>
      <w:r>
        <w:rPr>
          <w:rFonts w:ascii="Nirmala UI" w:hAnsi="Nirmala UI" w:eastAsia="Nirmala UI" w:cs="Nirmala UI"/>
        </w:rPr>
        <w:t>ꯇꯧꯈꯤꯕ</w:t>
      </w:r>
      <w:r>
        <w:rPr>
          <w:rFonts w:ascii="Times New Roman" w:hAnsi="Times New Roman" w:eastAsia="Times New Roman" w:cs="Times New Roman"/>
        </w:rPr>
        <w:t xml:space="preserve"> </w:t>
      </w:r>
      <w:r>
        <w:rPr>
          <w:rFonts w:ascii="Nirmala UI" w:hAnsi="Nirmala UI" w:eastAsia="Nirmala UI" w:cs="Nirmala UI"/>
        </w:rPr>
        <w:t>ꯑꯗꯨꯒꯨꯝꯕ</w:t>
      </w:r>
      <w:r>
        <w:rPr>
          <w:rFonts w:ascii="Times New Roman" w:hAnsi="Times New Roman" w:eastAsia="Times New Roman" w:cs="Times New Roman"/>
        </w:rPr>
        <w:t xml:space="preserve"> </w:t>
      </w:r>
      <w:r>
        <w:rPr>
          <w:rFonts w:ascii="Nirmala UI" w:hAnsi="Nirmala UI" w:eastAsia="Nirmala UI" w:cs="Nirmala UI"/>
        </w:rPr>
        <w:t>ꯃꯥꯏ</w:t>
      </w:r>
      <w:r>
        <w:rPr>
          <w:rFonts w:ascii="Times New Roman" w:hAnsi="Times New Roman" w:eastAsia="Times New Roman" w:cs="Times New Roman"/>
        </w:rPr>
        <w:t xml:space="preserve"> </w:t>
      </w:r>
      <w:r>
        <w:rPr>
          <w:rFonts w:ascii="Nirmala UI" w:hAnsi="Nirmala UI" w:eastAsia="Nirmala UI" w:cs="Nirmala UI"/>
        </w:rPr>
        <w:t>ꯇꯥꯅ</w:t>
      </w:r>
      <w:r>
        <w:rPr>
          <w:rFonts w:ascii="Times New Roman" w:hAnsi="Times New Roman" w:eastAsia="Times New Roman" w:cs="Times New Roman"/>
        </w:rPr>
        <w:t xml:space="preserve"> </w:t>
      </w:r>
      <w:r>
        <w:rPr>
          <w:rFonts w:ascii="Nirmala UI" w:hAnsi="Nirmala UI" w:eastAsia="Nirmala UI" w:cs="Nirmala UI"/>
        </w:rPr>
        <w:t>ꯊꯥꯗ꯭ꯔꯣꯏ</w:t>
      </w:r>
      <w:r>
        <w:rPr>
          <w:rFonts w:ascii="Times New Roman" w:hAnsi="Times New Roman" w:eastAsia="Times New Roman" w:cs="Times New Roman"/>
        </w:rPr>
        <w:t xml:space="preserve"> </w:t>
      </w:r>
      <w:r>
        <w:rPr>
          <w:rFonts w:ascii="Nirmala UI" w:hAnsi="Nirmala UI" w:eastAsia="Nirmala UI" w:cs="Nirmala UI"/>
        </w:rPr>
        <w:t>ꯍꯥꯏꯅ</w:t>
      </w:r>
      <w:r>
        <w:rPr>
          <w:rFonts w:ascii="Times New Roman" w:hAnsi="Times New Roman" w:eastAsia="Times New Roman" w:cs="Times New Roman"/>
        </w:rPr>
        <w:t xml:space="preserve">. </w:t>
      </w:r>
      <w:r>
        <w:rPr>
          <w:rFonts w:ascii="Nirmala UI" w:hAnsi="Nirmala UI" w:eastAsia="Nirmala UI" w:cs="Nirmala UI"/>
        </w:rPr>
        <w:t>ꯑꯩꯇꯦ</w:t>
      </w:r>
      <w:r>
        <w:rPr>
          <w:rFonts w:ascii="Times New Roman" w:hAnsi="Times New Roman" w:eastAsia="Times New Roman" w:cs="Times New Roman"/>
        </w:rPr>
        <w:t xml:space="preserve"> </w:t>
      </w:r>
      <w:r>
        <w:rPr>
          <w:rFonts w:ascii="Nirmala UI" w:hAnsi="Nirmala UI" w:eastAsia="Nirmala UI" w:cs="Nirmala UI"/>
        </w:rPr>
        <w:t>ꯃꯤ</w:t>
      </w:r>
      <w:r>
        <w:rPr>
          <w:rFonts w:ascii="Times New Roman" w:hAnsi="Times New Roman" w:eastAsia="Times New Roman" w:cs="Times New Roman"/>
        </w:rPr>
        <w:t xml:space="preserve"> </w:t>
      </w:r>
      <w:r>
        <w:rPr>
          <w:rFonts w:ascii="Nirmala UI" w:hAnsi="Nirmala UI" w:eastAsia="Nirmala UI" w:cs="Nirmala UI"/>
        </w:rPr>
        <w:t>ꯄꯨꯝꯅꯃꯛꯀꯤ</w:t>
      </w:r>
      <w:r>
        <w:rPr>
          <w:rFonts w:ascii="Times New Roman" w:hAnsi="Times New Roman" w:eastAsia="Times New Roman" w:cs="Times New Roman"/>
        </w:rPr>
        <w:t xml:space="preserve"> </w:t>
      </w:r>
      <w:r>
        <w:rPr>
          <w:rFonts w:ascii="Nirmala UI" w:hAnsi="Nirmala UI" w:eastAsia="Nirmala UI" w:cs="Nirmala UI"/>
        </w:rPr>
        <w:t>ꯊꯃꯣꯏ</w:t>
      </w:r>
      <w:r>
        <w:rPr>
          <w:rFonts w:ascii="Times New Roman" w:hAnsi="Times New Roman" w:eastAsia="Times New Roman" w:cs="Times New Roman"/>
        </w:rPr>
        <w:t xml:space="preserve"> </w:t>
      </w:r>
      <w:r>
        <w:rPr>
          <w:rFonts w:ascii="Nirmala UI" w:hAnsi="Nirmala UI" w:eastAsia="Nirmala UI" w:cs="Nirmala UI"/>
        </w:rPr>
        <w:t>ꯄꯥꯕ</w:t>
      </w:r>
      <w:r>
        <w:rPr>
          <w:rFonts w:ascii="Times New Roman" w:hAnsi="Times New Roman" w:eastAsia="Times New Roman" w:cs="Times New Roman"/>
        </w:rPr>
        <w:t xml:space="preserve"> </w:t>
      </w:r>
      <w:r>
        <w:rPr>
          <w:rFonts w:ascii="Nirmala UI" w:hAnsi="Nirmala UI" w:eastAsia="Nirmala UI" w:cs="Nirmala UI"/>
        </w:rPr>
        <w:t>ꯑꯇꯤꯌꯥ</w:t>
      </w:r>
      <w:r>
        <w:rPr>
          <w:rFonts w:ascii="Times New Roman" w:hAnsi="Times New Roman" w:eastAsia="Times New Roman" w:cs="Times New Roman"/>
        </w:rPr>
        <w:t xml:space="preserve"> </w:t>
      </w:r>
      <w:r>
        <w:rPr>
          <w:rFonts w:ascii="Nirmala UI" w:hAnsi="Nirmala UI" w:eastAsia="Nirmala UI" w:cs="Nirmala UI"/>
        </w:rPr>
        <w:t>ꯑꯣꯏꯕ</w:t>
      </w:r>
      <w:r>
        <w:rPr>
          <w:rFonts w:ascii="Times New Roman" w:hAnsi="Times New Roman" w:eastAsia="Times New Roman" w:cs="Times New Roman"/>
        </w:rPr>
        <w:t xml:space="preserve"> </w:t>
      </w:r>
      <w:r>
        <w:rPr>
          <w:rFonts w:ascii="Nirmala UI" w:hAnsi="Nirmala UI" w:eastAsia="Nirmala UI" w:cs="Nirmala UI"/>
        </w:rPr>
        <w:t>ꯑꯇꯩꯕ</w:t>
      </w:r>
      <w:r>
        <w:rPr>
          <w:rFonts w:ascii="Times New Roman" w:hAnsi="Times New Roman" w:eastAsia="Times New Roman" w:cs="Times New Roman"/>
        </w:rPr>
        <w:t xml:space="preserve"> </w:t>
      </w:r>
      <w:r>
        <w:rPr>
          <w:rFonts w:ascii="Nirmala UI" w:hAnsi="Nirmala UI" w:eastAsia="Nirmala UI" w:cs="Nirmala UI"/>
        </w:rPr>
        <w:t>ꯑꯗꯨꯅ</w:t>
      </w:r>
      <w:r>
        <w:rPr>
          <w:rFonts w:ascii="Times New Roman" w:hAnsi="Times New Roman" w:eastAsia="Times New Roman" w:cs="Times New Roman"/>
        </w:rPr>
        <w:t xml:space="preserve"> </w:t>
      </w:r>
      <w:r>
        <w:rPr>
          <w:rFonts w:ascii="Nirmala UI" w:hAnsi="Nirmala UI" w:eastAsia="Nirmala UI" w:cs="Nirmala UI"/>
        </w:rPr>
        <w:t>ꯃꯈꯣꯏꯅ</w:t>
      </w:r>
      <w:r>
        <w:rPr>
          <w:rFonts w:ascii="Times New Roman" w:hAnsi="Times New Roman" w:eastAsia="Times New Roman" w:cs="Times New Roman"/>
        </w:rPr>
        <w:t xml:space="preserve"> </w:t>
      </w:r>
      <w:r>
        <w:rPr>
          <w:rFonts w:ascii="Nirmala UI" w:hAnsi="Nirmala UI" w:eastAsia="Nirmala UI" w:cs="Nirmala UI"/>
        </w:rPr>
        <w:t>ꯌꯦꯁꯨꯕꯨ</w:t>
      </w:r>
      <w:r>
        <w:rPr>
          <w:rFonts w:ascii="Times New Roman" w:hAnsi="Times New Roman" w:eastAsia="Times New Roman" w:cs="Times New Roman"/>
        </w:rPr>
        <w:t xml:space="preserve"> </w:t>
      </w:r>
      <w:r>
        <w:rPr>
          <w:rFonts w:ascii="Nirmala UI" w:hAnsi="Nirmala UI" w:eastAsia="Nirmala UI" w:cs="Nirmala UI"/>
        </w:rPr>
        <w:t>ꯅꯨꯡꯁꯤꯕ</w:t>
      </w:r>
      <w:r>
        <w:rPr>
          <w:rFonts w:ascii="Times New Roman" w:hAnsi="Times New Roman" w:eastAsia="Times New Roman" w:cs="Times New Roman"/>
        </w:rPr>
        <w:t xml:space="preserve"> </w:t>
      </w:r>
      <w:r>
        <w:rPr>
          <w:rFonts w:ascii="Nirmala UI" w:hAnsi="Nirmala UI" w:eastAsia="Nirmala UI" w:cs="Nirmala UI"/>
        </w:rPr>
        <w:t>ꯑꯣꯏꯔꯦ</w:t>
      </w:r>
      <w:r>
        <w:rPr>
          <w:rFonts w:ascii="Times New Roman" w:hAnsi="Times New Roman" w:eastAsia="Times New Roman" w:cs="Times New Roman"/>
        </w:rPr>
        <w:t xml:space="preserve"> </w:t>
      </w:r>
      <w:r>
        <w:rPr>
          <w:rFonts w:ascii="Nirmala UI" w:hAnsi="Nirmala UI" w:eastAsia="Nirmala UI" w:cs="Nirmala UI"/>
        </w:rPr>
        <w:t>ꯍꯥꯏꯅ</w:t>
      </w:r>
      <w:r>
        <w:rPr>
          <w:rFonts w:ascii="Times New Roman" w:hAnsi="Times New Roman" w:eastAsia="Times New Roman" w:cs="Times New Roman"/>
        </w:rPr>
        <w:t xml:space="preserve"> </w:t>
      </w:r>
      <w:r>
        <w:rPr>
          <w:rFonts w:ascii="Nirmala UI" w:hAnsi="Nirmala UI" w:eastAsia="Nirmala UI" w:cs="Nirmala UI"/>
        </w:rPr>
        <w:t>ꯐꯣꯡꯗꯣꯛꯈꯤꯕ</w:t>
      </w:r>
      <w:r>
        <w:rPr>
          <w:rFonts w:ascii="Times New Roman" w:hAnsi="Times New Roman" w:eastAsia="Times New Roman" w:cs="Times New Roman"/>
        </w:rPr>
        <w:t xml:space="preserve"> </w:t>
      </w:r>
      <w:r>
        <w:rPr>
          <w:rFonts w:ascii="Nirmala UI" w:hAnsi="Nirmala UI" w:eastAsia="Nirmala UI" w:cs="Nirmala UI"/>
        </w:rPr>
        <w:t>ꯅꯨꯡꯁꯤꯕ</w:t>
      </w:r>
      <w:r>
        <w:rPr>
          <w:rFonts w:ascii="Times New Roman" w:hAnsi="Times New Roman" w:eastAsia="Times New Roman" w:cs="Times New Roman"/>
        </w:rPr>
        <w:t xml:space="preserve"> </w:t>
      </w:r>
      <w:r>
        <w:rPr>
          <w:rFonts w:ascii="Nirmala UI" w:hAnsi="Nirmala UI" w:eastAsia="Nirmala UI" w:cs="Nirmala UI"/>
        </w:rPr>
        <w:t>ꯑꯗꯨ</w:t>
      </w:r>
      <w:r>
        <w:rPr>
          <w:rFonts w:ascii="Times New Roman" w:hAnsi="Times New Roman" w:eastAsia="Times New Roman" w:cs="Times New Roman"/>
        </w:rPr>
        <w:t xml:space="preserve"> </w:t>
      </w:r>
      <w:r>
        <w:rPr>
          <w:rFonts w:ascii="Nirmala UI" w:hAnsi="Nirmala UI" w:eastAsia="Nirmala UI" w:cs="Nirmala UI"/>
        </w:rPr>
        <w:t>ꯆꯥꯡ</w:t>
      </w:r>
      <w:r>
        <w:rPr>
          <w:rFonts w:ascii="Times New Roman" w:hAnsi="Times New Roman" w:eastAsia="Times New Roman" w:cs="Times New Roman"/>
        </w:rPr>
        <w:t xml:space="preserve"> </w:t>
      </w:r>
      <w:r>
        <w:rPr>
          <w:rFonts w:ascii="Nirmala UI" w:hAnsi="Nirmala UI" w:eastAsia="Nirmala UI" w:cs="Nirmala UI"/>
        </w:rPr>
        <w:t>ꯌꯦꯡꯂꯛꯈꯤ</w:t>
      </w:r>
      <w:r>
        <w:rPr>
          <w:rFonts w:ascii="Times New Roman" w:hAnsi="Times New Roman" w:eastAsia="Times New Roman" w:cs="Times New Roman"/>
        </w:rPr>
        <w:t xml:space="preserve">. </w:t>
      </w:r>
      <w:r>
        <w:rPr>
          <w:rFonts w:ascii="Nirmala UI" w:hAnsi="Nirmala UI" w:eastAsia="Nirmala UI" w:cs="Nirmala UI"/>
        </w:rPr>
        <w:t>ꯑꯍꯥꯟꯕ</w:t>
      </w:r>
      <w:r>
        <w:rPr>
          <w:rFonts w:ascii="Times New Roman" w:hAnsi="Times New Roman" w:eastAsia="Times New Roman" w:cs="Times New Roman"/>
        </w:rPr>
        <w:t xml:space="preserve"> </w:t>
      </w:r>
      <w:r>
        <w:rPr>
          <w:rFonts w:ascii="Nirmala UI" w:hAnsi="Nirmala UI" w:eastAsia="Nirmala UI" w:cs="Nirmala UI"/>
        </w:rPr>
        <w:t>ꯑꯦꯟꯖꯦꯜꯒꯤ</w:t>
      </w:r>
      <w:r>
        <w:rPr>
          <w:rFonts w:ascii="Times New Roman" w:hAnsi="Times New Roman" w:eastAsia="Times New Roman" w:cs="Times New Roman"/>
        </w:rPr>
        <w:t xml:space="preserve"> </w:t>
      </w:r>
      <w:r>
        <w:rPr>
          <w:rFonts w:ascii="Nirmala UI" w:hAnsi="Nirmala UI" w:eastAsia="Nirmala UI" w:cs="Nirmala UI"/>
        </w:rPr>
        <w:t>ꯄꯥꯎ</w:t>
      </w:r>
      <w:r>
        <w:rPr>
          <w:rFonts w:ascii="Times New Roman" w:hAnsi="Times New Roman" w:eastAsia="Times New Roman" w:cs="Times New Roman"/>
        </w:rPr>
        <w:t xml:space="preserve"> </w:t>
      </w:r>
      <w:r>
        <w:rPr>
          <w:rFonts w:ascii="Nirmala UI" w:hAnsi="Nirmala UI" w:eastAsia="Nirmala UI" w:cs="Nirmala UI"/>
        </w:rPr>
        <w:t>ꯑꯗꯨ</w:t>
      </w:r>
      <w:r>
        <w:rPr>
          <w:rFonts w:ascii="Times New Roman" w:hAnsi="Times New Roman" w:eastAsia="Times New Roman" w:cs="Times New Roman"/>
        </w:rPr>
        <w:t xml:space="preserve"> </w:t>
      </w:r>
      <w:r>
        <w:rPr>
          <w:rFonts w:ascii="Nirmala UI" w:hAnsi="Nirmala UI" w:eastAsia="Nirmala UI" w:cs="Nirmala UI"/>
        </w:rPr>
        <w:t>ꯀꯔꯝꯅꯥ</w:t>
      </w:r>
      <w:r>
        <w:rPr>
          <w:rFonts w:ascii="Times New Roman" w:hAnsi="Times New Roman" w:eastAsia="Times New Roman" w:cs="Times New Roman"/>
        </w:rPr>
        <w:t xml:space="preserve"> </w:t>
      </w:r>
      <w:r>
        <w:rPr>
          <w:rFonts w:ascii="Nirmala UI" w:hAnsi="Nirmala UI" w:eastAsia="Nirmala UI" w:cs="Nirmala UI"/>
        </w:rPr>
        <w:t>ꯇꯧꯒꯗꯒꯦ</w:t>
      </w:r>
      <w:r>
        <w:rPr>
          <w:rFonts w:ascii="Times New Roman" w:hAnsi="Times New Roman" w:eastAsia="Times New Roman" w:cs="Times New Roman"/>
        </w:rPr>
        <w:t xml:space="preserve"> </w:t>
      </w:r>
      <w:r>
        <w:rPr>
          <w:rFonts w:ascii="Nirmala UI" w:hAnsi="Nirmala UI" w:eastAsia="Nirmala UI" w:cs="Nirmala UI"/>
        </w:rPr>
        <w:t>ꯍꯥꯏꯕꯗꯥ</w:t>
      </w:r>
      <w:r>
        <w:rPr>
          <w:rFonts w:ascii="Times New Roman" w:hAnsi="Times New Roman" w:eastAsia="Times New Roman" w:cs="Times New Roman"/>
        </w:rPr>
        <w:t xml:space="preserve"> </w:t>
      </w:r>
      <w:r>
        <w:rPr>
          <w:rFonts w:ascii="Nirmala UI" w:hAnsi="Nirmala UI" w:eastAsia="Nirmala UI" w:cs="Nirmala UI"/>
        </w:rPr>
        <w:t>ꯑꯇꯤꯌꯥ</w:t>
      </w:r>
      <w:r>
        <w:rPr>
          <w:rFonts w:ascii="Times New Roman" w:hAnsi="Times New Roman" w:eastAsia="Times New Roman" w:cs="Times New Roman"/>
        </w:rPr>
        <w:t xml:space="preserve"> </w:t>
      </w:r>
      <w:r>
        <w:rPr>
          <w:rFonts w:ascii="Nirmala UI" w:hAnsi="Nirmala UI" w:eastAsia="Nirmala UI" w:cs="Nirmala UI"/>
        </w:rPr>
        <w:t>ꯄꯨꯝꯅꯃꯛꯅ</w:t>
      </w:r>
      <w:r>
        <w:rPr>
          <w:rFonts w:ascii="Times New Roman" w:hAnsi="Times New Roman" w:eastAsia="Times New Roman" w:cs="Times New Roman"/>
        </w:rPr>
        <w:t xml:space="preserve"> </w:t>
      </w:r>
      <w:r>
        <w:rPr>
          <w:rFonts w:ascii="Nirmala UI" w:hAnsi="Nirmala UI" w:eastAsia="Nirmala UI" w:cs="Nirmala UI"/>
        </w:rPr>
        <w:t>ꯑꯆꯨꯝꯕ</w:t>
      </w:r>
      <w:r>
        <w:rPr>
          <w:rFonts w:ascii="Times New Roman" w:hAnsi="Times New Roman" w:eastAsia="Times New Roman" w:cs="Times New Roman"/>
        </w:rPr>
        <w:t xml:space="preserve"> </w:t>
      </w:r>
      <w:r>
        <w:rPr>
          <w:rFonts w:ascii="Nirmala UI" w:hAnsi="Nirmala UI" w:eastAsia="Nirmala UI" w:cs="Nirmala UI"/>
        </w:rPr>
        <w:t>ꯑꯃꯁꯨꯡ</w:t>
      </w:r>
      <w:r>
        <w:rPr>
          <w:rFonts w:ascii="Times New Roman" w:hAnsi="Times New Roman" w:eastAsia="Times New Roman" w:cs="Times New Roman"/>
        </w:rPr>
        <w:t xml:space="preserve"> </w:t>
      </w:r>
      <w:r>
        <w:rPr>
          <w:rFonts w:ascii="Nirmala UI" w:hAnsi="Nirmala UI" w:eastAsia="Nirmala UI" w:cs="Nirmala UI"/>
        </w:rPr>
        <w:t>ꯑꯌꯥꯝꯕ</w:t>
      </w:r>
      <w:r>
        <w:rPr>
          <w:rFonts w:ascii="Times New Roman" w:hAnsi="Times New Roman" w:eastAsia="Times New Roman" w:cs="Times New Roman"/>
        </w:rPr>
        <w:t xml:space="preserve"> </w:t>
      </w:r>
      <w:r>
        <w:rPr>
          <w:rFonts w:ascii="Nirmala UI" w:hAnsi="Nirmala UI" w:eastAsia="Nirmala UI" w:cs="Nirmala UI"/>
        </w:rPr>
        <w:t>ꯈꯨꯗꯣꯡꯆꯥꯕꯅ</w:t>
      </w:r>
      <w:r>
        <w:rPr>
          <w:rFonts w:ascii="Times New Roman" w:hAnsi="Times New Roman" w:eastAsia="Times New Roman" w:cs="Times New Roman"/>
        </w:rPr>
        <w:t xml:space="preserve"> </w:t>
      </w:r>
      <w:r>
        <w:rPr>
          <w:rFonts w:ascii="Nirmala UI" w:hAnsi="Nirmala UI" w:eastAsia="Nirmala UI" w:cs="Nirmala UI"/>
        </w:rPr>
        <w:t>ꯌꯦꯡꯁꯤꯟꯈꯤ</w:t>
      </w:r>
      <w:r>
        <w:rPr>
          <w:rFonts w:ascii="Times New Roman" w:hAnsi="Times New Roman" w:eastAsia="Times New Roman" w:cs="Times New Roman"/>
        </w:rPr>
        <w:t xml:space="preserve">. </w:t>
      </w:r>
      <w:r>
        <w:rPr>
          <w:rFonts w:ascii="Nirmala UI" w:hAnsi="Nirmala UI" w:eastAsia="Nirmala UI" w:cs="Nirmala UI"/>
        </w:rPr>
        <w:t>ꯑꯩꯇꯦ</w:t>
      </w:r>
      <w:r>
        <w:rPr>
          <w:rFonts w:ascii="Times New Roman" w:hAnsi="Times New Roman" w:eastAsia="Times New Roman" w:cs="Times New Roman"/>
        </w:rPr>
        <w:t xml:space="preserve"> </w:t>
      </w:r>
      <w:r>
        <w:rPr>
          <w:rFonts w:ascii="Nirmala UI" w:hAnsi="Nirmala UI" w:eastAsia="Nirmala UI" w:cs="Nirmala UI"/>
        </w:rPr>
        <w:t>ꯌꯦꯁꯨꯕꯨ</w:t>
      </w:r>
      <w:r>
        <w:rPr>
          <w:rFonts w:ascii="Times New Roman" w:hAnsi="Times New Roman" w:eastAsia="Times New Roman" w:cs="Times New Roman"/>
        </w:rPr>
        <w:t xml:space="preserve"> </w:t>
      </w:r>
      <w:r>
        <w:rPr>
          <w:rFonts w:ascii="Nirmala UI" w:hAnsi="Nirmala UI" w:eastAsia="Nirmala UI" w:cs="Nirmala UI"/>
        </w:rPr>
        <w:t>ꯅꯨꯡꯁꯤꯕ</w:t>
      </w:r>
      <w:r>
        <w:rPr>
          <w:rFonts w:ascii="Times New Roman" w:hAnsi="Times New Roman" w:eastAsia="Times New Roman" w:cs="Times New Roman"/>
        </w:rPr>
        <w:t xml:space="preserve"> </w:t>
      </w:r>
      <w:r>
        <w:rPr>
          <w:rFonts w:ascii="Nirmala UI" w:hAnsi="Nirmala UI" w:eastAsia="Nirmala UI" w:cs="Nirmala UI"/>
        </w:rPr>
        <w:t>ꯑꯣꯏꯔꯦ</w:t>
      </w:r>
      <w:r>
        <w:rPr>
          <w:rFonts w:ascii="Times New Roman" w:hAnsi="Times New Roman" w:eastAsia="Times New Roman" w:cs="Times New Roman"/>
        </w:rPr>
        <w:t xml:space="preserve"> </w:t>
      </w:r>
      <w:r>
        <w:rPr>
          <w:rFonts w:ascii="Nirmala UI" w:hAnsi="Nirmala UI" w:eastAsia="Nirmala UI" w:cs="Nirmala UI"/>
        </w:rPr>
        <w:t>ꯍꯥꯏꯅ</w:t>
      </w:r>
      <w:r>
        <w:rPr>
          <w:rFonts w:ascii="Times New Roman" w:hAnsi="Times New Roman" w:eastAsia="Times New Roman" w:cs="Times New Roman"/>
        </w:rPr>
        <w:t xml:space="preserve"> </w:t>
      </w:r>
      <w:r>
        <w:rPr>
          <w:rFonts w:ascii="Nirmala UI" w:hAnsi="Nirmala UI" w:eastAsia="Nirmala UI" w:cs="Nirmala UI"/>
        </w:rPr>
        <w:t>ꯍꯥꯏꯕ</w:t>
      </w:r>
      <w:r>
        <w:rPr>
          <w:rFonts w:ascii="Times New Roman" w:hAnsi="Times New Roman" w:eastAsia="Times New Roman" w:cs="Times New Roman"/>
        </w:rPr>
        <w:t xml:space="preserve"> </w:t>
      </w:r>
      <w:r>
        <w:rPr>
          <w:rFonts w:ascii="Nirmala UI" w:hAnsi="Nirmala UI" w:eastAsia="Nirmala UI" w:cs="Nirmala UI"/>
        </w:rPr>
        <w:t>ꯑꯃꯁꯨꯡ</w:t>
      </w:r>
      <w:r>
        <w:rPr>
          <w:rFonts w:ascii="Times New Roman" w:hAnsi="Times New Roman" w:eastAsia="Times New Roman" w:cs="Times New Roman"/>
        </w:rPr>
        <w:t xml:space="preserve"> </w:t>
      </w:r>
      <w:r>
        <w:rPr>
          <w:rFonts w:ascii="Nirmala UI" w:hAnsi="Nirmala UI" w:eastAsia="Nirmala UI" w:cs="Nirmala UI"/>
        </w:rPr>
        <w:t>ꯀ꯭ꯔꯣꯁꯀꯤ</w:t>
      </w:r>
      <w:r>
        <w:rPr>
          <w:rFonts w:ascii="Times New Roman" w:hAnsi="Times New Roman" w:eastAsia="Times New Roman" w:cs="Times New Roman"/>
        </w:rPr>
        <w:t xml:space="preserve"> </w:t>
      </w:r>
      <w:r>
        <w:rPr>
          <w:rFonts w:ascii="Nirmala UI" w:hAnsi="Nirmala UI" w:eastAsia="Nirmala UI" w:cs="Nirmala UI"/>
        </w:rPr>
        <w:t>ꯋꯥꯔꯣꯜ</w:t>
      </w:r>
      <w:r>
        <w:rPr>
          <w:rFonts w:ascii="Times New Roman" w:hAnsi="Times New Roman" w:eastAsia="Times New Roman" w:cs="Times New Roman"/>
        </w:rPr>
        <w:t xml:space="preserve"> </w:t>
      </w:r>
      <w:r>
        <w:rPr>
          <w:rFonts w:ascii="Nirmala UI" w:hAnsi="Nirmala UI" w:eastAsia="Nirmala UI" w:cs="Nirmala UI"/>
        </w:rPr>
        <w:t>ꯄꯥꯕ</w:t>
      </w:r>
      <w:r>
        <w:rPr>
          <w:rFonts w:ascii="Times New Roman" w:hAnsi="Times New Roman" w:eastAsia="Times New Roman" w:cs="Times New Roman"/>
        </w:rPr>
        <w:t xml:space="preserve"> </w:t>
      </w:r>
      <w:r>
        <w:rPr>
          <w:rFonts w:ascii="Nirmala UI" w:hAnsi="Nirmala UI" w:eastAsia="Nirmala UI" w:cs="Nirmala UI"/>
        </w:rPr>
        <w:t>ꯃꯇꯝꯗꯥ</w:t>
      </w:r>
      <w:r>
        <w:rPr>
          <w:rFonts w:ascii="Times New Roman" w:hAnsi="Times New Roman" w:eastAsia="Times New Roman" w:cs="Times New Roman"/>
        </w:rPr>
        <w:t xml:space="preserve"> </w:t>
      </w:r>
      <w:r>
        <w:rPr>
          <w:rFonts w:ascii="Nirmala UI" w:hAnsi="Nirmala UI" w:eastAsia="Nirmala UI" w:cs="Nirmala UI"/>
        </w:rPr>
        <w:t>ꯃꯤꯇ</w:t>
      </w:r>
      <w:r>
        <w:rPr>
          <w:rFonts w:ascii="Times New Roman" w:hAnsi="Times New Roman" w:eastAsia="Times New Roman" w:cs="Times New Roman"/>
        </w:rPr>
        <w:t xml:space="preserve"> </w:t>
      </w:r>
      <w:r>
        <w:rPr>
          <w:rFonts w:ascii="Nirmala UI" w:hAnsi="Nirmala UI" w:eastAsia="Nirmala UI" w:cs="Nirmala UI"/>
        </w:rPr>
        <w:t>ꯏꯁꯤꯡ</w:t>
      </w:r>
      <w:r>
        <w:rPr>
          <w:rFonts w:ascii="Times New Roman" w:hAnsi="Times New Roman" w:eastAsia="Times New Roman" w:cs="Times New Roman"/>
        </w:rPr>
        <w:t xml:space="preserve"> </w:t>
      </w:r>
      <w:r>
        <w:rPr>
          <w:rFonts w:ascii="Nirmala UI" w:hAnsi="Nirmala UI" w:eastAsia="Nirmala UI" w:cs="Nirmala UI"/>
        </w:rPr>
        <w:t>ꯊꯣꯔꯛꯈꯤꯕ</w:t>
      </w:r>
      <w:r>
        <w:rPr>
          <w:rFonts w:ascii="Times New Roman" w:hAnsi="Times New Roman" w:eastAsia="Times New Roman" w:cs="Times New Roman"/>
        </w:rPr>
        <w:t xml:space="preserve"> </w:t>
      </w:r>
      <w:r>
        <w:rPr>
          <w:rFonts w:ascii="Nirmala UI" w:hAnsi="Nirmala UI" w:eastAsia="Nirmala UI" w:cs="Nirmala UI"/>
        </w:rPr>
        <w:t>ꯑꯌꯥꯝꯕ</w:t>
      </w:r>
      <w:r>
        <w:rPr>
          <w:rFonts w:ascii="Times New Roman" w:hAnsi="Times New Roman" w:eastAsia="Times New Roman" w:cs="Times New Roman"/>
        </w:rPr>
        <w:t xml:space="preserve"> </w:t>
      </w:r>
      <w:r>
        <w:rPr>
          <w:rFonts w:ascii="Nirmala UI" w:hAnsi="Nirmala UI" w:eastAsia="Nirmala UI" w:cs="Nirmala UI"/>
        </w:rPr>
        <w:t>ꯃꯤꯁꯤꯡꯅ</w:t>
      </w:r>
      <w:r>
        <w:rPr>
          <w:rFonts w:ascii="Times New Roman" w:hAnsi="Times New Roman" w:eastAsia="Times New Roman" w:cs="Times New Roman"/>
        </w:rPr>
        <w:t xml:space="preserve">, </w:t>
      </w:r>
      <w:r>
        <w:rPr>
          <w:rFonts w:ascii="Nirmala UI" w:hAnsi="Nirmala UI" w:eastAsia="Nirmala UI" w:cs="Nirmala UI"/>
        </w:rPr>
        <w:t>ꯃꯍꯥꯛ</w:t>
      </w:r>
      <w:r>
        <w:rPr>
          <w:rFonts w:ascii="Times New Roman" w:hAnsi="Times New Roman" w:eastAsia="Times New Roman" w:cs="Times New Roman"/>
        </w:rPr>
        <w:t xml:space="preserve"> </w:t>
      </w:r>
      <w:r>
        <w:rPr>
          <w:rFonts w:ascii="Nirmala UI" w:hAnsi="Nirmala UI" w:eastAsia="Nirmala UI" w:cs="Nirmala UI"/>
        </w:rPr>
        <w:t>ꯂꯥꯛꯀꯅꯤ</w:t>
      </w:r>
      <w:r>
        <w:rPr>
          <w:rFonts w:ascii="Times New Roman" w:hAnsi="Times New Roman" w:eastAsia="Times New Roman" w:cs="Times New Roman"/>
        </w:rPr>
        <w:t xml:space="preserve"> </w:t>
      </w:r>
      <w:r>
        <w:rPr>
          <w:rFonts w:ascii="Nirmala UI" w:hAnsi="Nirmala UI" w:eastAsia="Nirmala UI" w:cs="Nirmala UI"/>
        </w:rPr>
        <w:t>ꯍꯥꯏꯕ</w:t>
      </w:r>
      <w:r>
        <w:rPr>
          <w:rFonts w:ascii="Times New Roman" w:hAnsi="Times New Roman" w:eastAsia="Times New Roman" w:cs="Times New Roman"/>
        </w:rPr>
        <w:t xml:space="preserve"> </w:t>
      </w:r>
      <w:r>
        <w:rPr>
          <w:rFonts w:ascii="Nirmala UI" w:hAnsi="Nirmala UI" w:eastAsia="Nirmala UI" w:cs="Nirmala UI"/>
        </w:rPr>
        <w:t>ꯑꯗꯨꯒꯤ</w:t>
      </w:r>
      <w:r>
        <w:rPr>
          <w:rFonts w:ascii="Times New Roman" w:hAnsi="Times New Roman" w:eastAsia="Times New Roman" w:cs="Times New Roman"/>
        </w:rPr>
        <w:t xml:space="preserve"> </w:t>
      </w:r>
      <w:r>
        <w:rPr>
          <w:rFonts w:ascii="Nirmala UI" w:hAnsi="Nirmala UI" w:eastAsia="Nirmala UI" w:cs="Nirmala UI"/>
        </w:rPr>
        <w:t>ꯑꯉꯥꯡꯕ</w:t>
      </w:r>
      <w:r>
        <w:rPr>
          <w:rFonts w:ascii="Times New Roman" w:hAnsi="Times New Roman" w:eastAsia="Times New Roman" w:cs="Times New Roman"/>
        </w:rPr>
        <w:t xml:space="preserve"> </w:t>
      </w:r>
      <w:r>
        <w:rPr>
          <w:rFonts w:ascii="Nirmala UI" w:hAnsi="Nirmala UI" w:eastAsia="Nirmala UI" w:cs="Nirmala UI"/>
        </w:rPr>
        <w:t>ꯄꯥꯎ</w:t>
      </w:r>
      <w:r>
        <w:rPr>
          <w:rFonts w:ascii="Times New Roman" w:hAnsi="Times New Roman" w:eastAsia="Times New Roman" w:cs="Times New Roman"/>
        </w:rPr>
        <w:t xml:space="preserve"> </w:t>
      </w:r>
      <w:r>
        <w:rPr>
          <w:rFonts w:ascii="Nirmala UI" w:hAnsi="Nirmala UI" w:eastAsia="Nirmala UI" w:cs="Nirmala UI"/>
        </w:rPr>
        <w:t>ꯑꯗꯨ</w:t>
      </w:r>
      <w:r>
        <w:rPr>
          <w:rFonts w:ascii="Times New Roman" w:hAnsi="Times New Roman" w:eastAsia="Times New Roman" w:cs="Times New Roman"/>
        </w:rPr>
        <w:t xml:space="preserve"> </w:t>
      </w:r>
      <w:r>
        <w:rPr>
          <w:rFonts w:ascii="Nirmala UI" w:hAnsi="Nirmala UI" w:eastAsia="Nirmala UI" w:cs="Nirmala UI"/>
        </w:rPr>
        <w:t>ꯅꯤꯡꯉꯧꯅ</w:t>
      </w:r>
      <w:r>
        <w:rPr>
          <w:rFonts w:ascii="Times New Roman" w:hAnsi="Times New Roman" w:eastAsia="Times New Roman" w:cs="Times New Roman"/>
        </w:rPr>
        <w:t xml:space="preserve"> </w:t>
      </w:r>
      <w:r>
        <w:rPr>
          <w:rFonts w:ascii="Nirmala UI" w:hAnsi="Nirmala UI" w:eastAsia="Nirmala UI" w:cs="Nirmala UI"/>
        </w:rPr>
        <w:t>ꯌꯥꯏꯕꯥ</w:t>
      </w:r>
      <w:r>
        <w:rPr>
          <w:rFonts w:ascii="Times New Roman" w:hAnsi="Times New Roman" w:eastAsia="Times New Roman" w:cs="Times New Roman"/>
        </w:rPr>
        <w:t xml:space="preserve"> </w:t>
      </w:r>
      <w:r>
        <w:rPr>
          <w:rFonts w:ascii="Nirmala UI" w:hAnsi="Nirmala UI" w:eastAsia="Nirmala UI" w:cs="Nirmala UI"/>
        </w:rPr>
        <w:t>ꯑꯣꯏꯅ</w:t>
      </w:r>
      <w:r>
        <w:rPr>
          <w:rFonts w:ascii="Times New Roman" w:hAnsi="Times New Roman" w:eastAsia="Times New Roman" w:cs="Times New Roman"/>
        </w:rPr>
        <w:t xml:space="preserve"> </w:t>
      </w:r>
      <w:r>
        <w:rPr>
          <w:rFonts w:ascii="Nirmala UI" w:hAnsi="Nirmala UI" w:eastAsia="Nirmala UI" w:cs="Nirmala UI"/>
        </w:rPr>
        <w:t>ꯁꯦꯝꯈꯤ</w:t>
      </w:r>
      <w:r>
        <w:rPr>
          <w:rFonts w:ascii="Times New Roman" w:hAnsi="Times New Roman" w:eastAsia="Times New Roman" w:cs="Times New Roman"/>
        </w:rPr>
        <w:t xml:space="preserve">. </w:t>
      </w:r>
      <w:r>
        <w:rPr>
          <w:rFonts w:ascii="Nirmala UI" w:hAnsi="Nirmala UI" w:eastAsia="Nirmala UI" w:cs="Nirmala UI"/>
        </w:rPr>
        <w:t>ꯑꯍꯛꯁꯤꯡ</w:t>
      </w:r>
      <w:r>
        <w:rPr>
          <w:rFonts w:ascii="Times New Roman" w:hAnsi="Times New Roman" w:eastAsia="Times New Roman" w:cs="Times New Roman"/>
        </w:rPr>
        <w:t xml:space="preserve"> </w:t>
      </w:r>
      <w:r>
        <w:rPr>
          <w:rFonts w:ascii="Nirmala UI" w:hAnsi="Nirmala UI" w:eastAsia="Nirmala UI" w:cs="Nirmala UI"/>
        </w:rPr>
        <w:t>ꯂꯥꯏꯕꯥ</w:t>
      </w:r>
      <w:r>
        <w:rPr>
          <w:rFonts w:ascii="Times New Roman" w:hAnsi="Times New Roman" w:eastAsia="Times New Roman" w:cs="Times New Roman"/>
        </w:rPr>
        <w:t xml:space="preserve"> </w:t>
      </w:r>
      <w:r>
        <w:rPr>
          <w:rFonts w:ascii="Nirmala UI" w:hAnsi="Nirmala UI" w:eastAsia="Nirmala UI" w:cs="Nirmala UI"/>
        </w:rPr>
        <w:t>ꯑꯗꯨ</w:t>
      </w:r>
      <w:r>
        <w:rPr>
          <w:rFonts w:ascii="Times New Roman" w:hAnsi="Times New Roman" w:eastAsia="Times New Roman" w:cs="Times New Roman"/>
        </w:rPr>
        <w:t xml:space="preserve"> </w:t>
      </w:r>
      <w:r>
        <w:rPr>
          <w:rFonts w:ascii="Nirmala UI" w:hAnsi="Nirmala UI" w:eastAsia="Nirmala UI" w:cs="Nirmala UI"/>
        </w:rPr>
        <w:t>ꯑꯉꯥꯡꯕꯅ</w:t>
      </w:r>
      <w:r>
        <w:rPr>
          <w:rFonts w:ascii="Times New Roman" w:hAnsi="Times New Roman" w:eastAsia="Times New Roman" w:cs="Times New Roman"/>
        </w:rPr>
        <w:t xml:space="preserve"> </w:t>
      </w:r>
      <w:r>
        <w:rPr>
          <w:rFonts w:ascii="Nirmala UI" w:hAnsi="Nirmala UI" w:eastAsia="Nirmala UI" w:cs="Nirmala UI"/>
        </w:rPr>
        <w:t>ꯇꯧꯗꯨꯅꯥ</w:t>
      </w:r>
      <w:r>
        <w:rPr>
          <w:rFonts w:ascii="Times New Roman" w:hAnsi="Times New Roman" w:eastAsia="Times New Roman" w:cs="Times New Roman"/>
        </w:rPr>
        <w:t xml:space="preserve">, </w:t>
      </w:r>
      <w:r>
        <w:rPr>
          <w:rFonts w:ascii="Nirmala UI" w:hAnsi="Nirmala UI" w:eastAsia="Nirmala UI" w:cs="Nirmala UI"/>
        </w:rPr>
        <w:t>ꯃꯈꯣꯏꯅ</w:t>
      </w:r>
      <w:r>
        <w:rPr>
          <w:rFonts w:ascii="Times New Roman" w:hAnsi="Times New Roman" w:eastAsia="Times New Roman" w:cs="Times New Roman"/>
        </w:rPr>
        <w:t xml:space="preserve"> </w:t>
      </w:r>
      <w:r>
        <w:rPr>
          <w:rFonts w:ascii="Nirmala UI" w:hAnsi="Nirmala UI" w:eastAsia="Nirmala UI" w:cs="Nirmala UI"/>
        </w:rPr>
        <w:t>ꯃꯁꯤ</w:t>
      </w:r>
      <w:r>
        <w:rPr>
          <w:rFonts w:ascii="Times New Roman" w:hAnsi="Times New Roman" w:eastAsia="Times New Roman" w:cs="Times New Roman"/>
        </w:rPr>
        <w:t xml:space="preserve"> </w:t>
      </w:r>
      <w:r>
        <w:rPr>
          <w:rFonts w:ascii="Nirmala UI" w:hAnsi="Nirmala UI" w:eastAsia="Nirmala UI" w:cs="Nirmala UI"/>
        </w:rPr>
        <w:t>ꯃꯔꯨꯑꯣꯏꯕ</w:t>
      </w:r>
      <w:r>
        <w:rPr>
          <w:rFonts w:ascii="Times New Roman" w:hAnsi="Times New Roman" w:eastAsia="Times New Roman" w:cs="Times New Roman"/>
        </w:rPr>
        <w:t xml:space="preserve"> </w:t>
      </w:r>
      <w:r>
        <w:rPr>
          <w:rFonts w:ascii="Nirmala UI" w:hAnsi="Nirmala UI" w:eastAsia="Nirmala UI" w:cs="Nirmala UI"/>
        </w:rPr>
        <w:t>ꯑꯃ</w:t>
      </w:r>
      <w:r>
        <w:rPr>
          <w:rFonts w:ascii="Times New Roman" w:hAnsi="Times New Roman" w:eastAsia="Times New Roman" w:cs="Times New Roman"/>
        </w:rPr>
        <w:t xml:space="preserve"> </w:t>
      </w:r>
      <w:r>
        <w:rPr>
          <w:rFonts w:ascii="Nirmala UI" w:hAnsi="Nirmala UI" w:eastAsia="Nirmala UI" w:cs="Nirmala UI"/>
        </w:rPr>
        <w:t>ꯑꯣꯏ</w:t>
      </w:r>
      <w:r>
        <w:rPr>
          <w:rFonts w:ascii="Times New Roman" w:hAnsi="Times New Roman" w:eastAsia="Times New Roman" w:cs="Times New Roman"/>
        </w:rPr>
        <w:t xml:space="preserve"> </w:t>
      </w:r>
      <w:r>
        <w:rPr>
          <w:rFonts w:ascii="Nirmala UI" w:hAnsi="Nirmala UI" w:eastAsia="Nirmala UI" w:cs="Nirmala UI"/>
        </w:rPr>
        <w:t>ꯍꯥꯏꯅ</w:t>
      </w:r>
      <w:r>
        <w:rPr>
          <w:rFonts w:ascii="Times New Roman" w:hAnsi="Times New Roman" w:eastAsia="Times New Roman" w:cs="Times New Roman"/>
        </w:rPr>
        <w:t xml:space="preserve"> </w:t>
      </w:r>
      <w:r>
        <w:rPr>
          <w:rFonts w:ascii="Nirmala UI" w:hAnsi="Nirmala UI" w:eastAsia="Nirmala UI" w:cs="Nirmala UI"/>
        </w:rPr>
        <w:t>ꯐꯣꯡꯗꯣꯛꯈꯤ</w:t>
      </w:r>
      <w:r>
        <w:rPr>
          <w:rFonts w:ascii="Times New Roman" w:hAnsi="Times New Roman" w:eastAsia="Times New Roman" w:cs="Times New Roman"/>
        </w:rPr>
        <w:t xml:space="preserve">. </w:t>
      </w:r>
      <w:r>
        <w:rPr>
          <w:rFonts w:ascii="Nirmala UI" w:hAnsi="Nirmala UI" w:eastAsia="Nirmala UI" w:cs="Nirmala UI"/>
        </w:rPr>
        <w:t>ꯃꯍꯥꯛ</w:t>
      </w:r>
      <w:r>
        <w:rPr>
          <w:rFonts w:ascii="Times New Roman" w:hAnsi="Times New Roman" w:eastAsia="Times New Roman" w:cs="Times New Roman"/>
        </w:rPr>
        <w:t xml:space="preserve"> </w:t>
      </w:r>
      <w:r>
        <w:rPr>
          <w:rFonts w:ascii="Nirmala UI" w:hAnsi="Nirmala UI" w:eastAsia="Nirmala UI" w:cs="Nirmala UI"/>
        </w:rPr>
        <w:t>ꯄꯣꯛꯄ</w:t>
      </w:r>
      <w:r>
        <w:rPr>
          <w:rFonts w:ascii="Times New Roman" w:hAnsi="Times New Roman" w:eastAsia="Times New Roman" w:cs="Times New Roman"/>
        </w:rPr>
        <w:t xml:space="preserve"> </w:t>
      </w:r>
      <w:r>
        <w:rPr>
          <w:rFonts w:ascii="Nirmala UI" w:hAnsi="Nirmala UI" w:eastAsia="Nirmala UI" w:cs="Nirmala UI"/>
        </w:rPr>
        <w:t>ꯅꯨꯡꯁꯤꯕ</w:t>
      </w:r>
      <w:r>
        <w:rPr>
          <w:rFonts w:ascii="Times New Roman" w:hAnsi="Times New Roman" w:eastAsia="Times New Roman" w:cs="Times New Roman"/>
        </w:rPr>
        <w:t xml:space="preserve"> </w:t>
      </w:r>
      <w:r>
        <w:rPr>
          <w:rFonts w:ascii="Nirmala UI" w:hAnsi="Nirmala UI" w:eastAsia="Nirmala UI" w:cs="Nirmala UI"/>
        </w:rPr>
        <w:t>ꯑꯗꯨ</w:t>
      </w:r>
      <w:r>
        <w:rPr>
          <w:rFonts w:ascii="Times New Roman" w:hAnsi="Times New Roman" w:eastAsia="Times New Roman" w:cs="Times New Roman"/>
        </w:rPr>
        <w:t xml:space="preserve"> </w:t>
      </w:r>
      <w:r>
        <w:rPr>
          <w:rFonts w:ascii="Nirmala UI" w:hAnsi="Nirmala UI" w:eastAsia="Nirmala UI" w:cs="Nirmala UI"/>
        </w:rPr>
        <w:t>ꯅꯨꯡꯁꯤꯕ</w:t>
      </w:r>
      <w:r>
        <w:rPr>
          <w:rFonts w:ascii="Times New Roman" w:hAnsi="Times New Roman" w:eastAsia="Times New Roman" w:cs="Times New Roman"/>
        </w:rPr>
        <w:t xml:space="preserve"> </w:t>
      </w:r>
      <w:r>
        <w:rPr>
          <w:rFonts w:ascii="Nirmala UI" w:hAnsi="Nirmala UI" w:eastAsia="Nirmala UI" w:cs="Nirmala UI"/>
        </w:rPr>
        <w:t>ꯃꯤꯁꯤꯡꯕꯨ</w:t>
      </w:r>
      <w:r>
        <w:rPr>
          <w:rFonts w:ascii="Times New Roman" w:hAnsi="Times New Roman" w:eastAsia="Times New Roman" w:cs="Times New Roman"/>
        </w:rPr>
        <w:t xml:space="preserve"> </w:t>
      </w:r>
      <w:r>
        <w:rPr>
          <w:rFonts w:ascii="Nirmala UI" w:hAnsi="Nirmala UI" w:eastAsia="Nirmala UI" w:cs="Nirmala UI"/>
        </w:rPr>
        <w:t>ꯃꯈꯣꯏꯅ</w:t>
      </w:r>
      <w:r>
        <w:rPr>
          <w:rFonts w:ascii="Times New Roman" w:hAnsi="Times New Roman" w:eastAsia="Times New Roman" w:cs="Times New Roman"/>
        </w:rPr>
        <w:t xml:space="preserve"> </w:t>
      </w:r>
      <w:r>
        <w:rPr>
          <w:rFonts w:ascii="Nirmala UI" w:hAnsi="Nirmala UI" w:eastAsia="Nirmala UI" w:cs="Nirmala UI"/>
        </w:rPr>
        <w:t>ꯍꯣꯠꯅꯈꯤ</w:t>
      </w:r>
      <w:r>
        <w:rPr>
          <w:rFonts w:ascii="Times New Roman" w:hAnsi="Times New Roman" w:eastAsia="Times New Roman" w:cs="Times New Roman"/>
        </w:rPr>
        <w:t xml:space="preserve"> </w:t>
      </w:r>
      <w:r>
        <w:rPr>
          <w:rFonts w:ascii="Nirmala UI" w:hAnsi="Nirmala UI" w:eastAsia="Nirmala UI" w:cs="Nirmala UI"/>
        </w:rPr>
        <w:t>ꯑꯃꯁꯨꯡ</w:t>
      </w:r>
      <w:r>
        <w:rPr>
          <w:rFonts w:ascii="Times New Roman" w:hAnsi="Times New Roman" w:eastAsia="Times New Roman" w:cs="Times New Roman"/>
        </w:rPr>
        <w:t xml:space="preserve"> </w:t>
      </w:r>
      <w:r>
        <w:rPr>
          <w:rFonts w:ascii="Nirmala UI" w:hAnsi="Nirmala UI" w:eastAsia="Nirmala UI" w:cs="Nirmala UI"/>
        </w:rPr>
        <w:t>ꯂꯥꯏꯀꯣꯟꯁꯤꯡꯗꯒꯤ</w:t>
      </w:r>
      <w:r>
        <w:rPr>
          <w:rFonts w:ascii="Times New Roman" w:hAnsi="Times New Roman" w:eastAsia="Times New Roman" w:cs="Times New Roman"/>
        </w:rPr>
        <w:t xml:space="preserve"> </w:t>
      </w:r>
      <w:r>
        <w:rPr>
          <w:rFonts w:ascii="Nirmala UI" w:hAnsi="Nirmala UI" w:eastAsia="Nirmala UI" w:cs="Nirmala UI"/>
        </w:rPr>
        <w:t>ꯃꯈꯣꯏꯕꯨ</w:t>
      </w:r>
      <w:r>
        <w:rPr>
          <w:rFonts w:ascii="Times New Roman" w:hAnsi="Times New Roman" w:eastAsia="Times New Roman" w:cs="Times New Roman"/>
        </w:rPr>
        <w:t xml:space="preserve"> </w:t>
      </w:r>
      <w:r>
        <w:rPr>
          <w:rFonts w:ascii="Nirmala UI" w:hAnsi="Nirmala UI" w:eastAsia="Nirmala UI" w:cs="Nirmala UI"/>
        </w:rPr>
        <w:t>ꯊꯥꯗꯣꯛꯈꯤ</w:t>
      </w:r>
      <w:r>
        <w:rPr>
          <w:rFonts w:ascii="Times New Roman" w:hAnsi="Times New Roman" w:eastAsia="Times New Roman" w:cs="Times New Roman"/>
        </w:rPr>
        <w:t xml:space="preserve">. </w:t>
      </w:r>
      <w:r>
        <w:rPr>
          <w:rFonts w:ascii="Nirmala UI" w:hAnsi="Nirmala UI" w:eastAsia="Nirmala UI" w:cs="Nirmala UI"/>
        </w:rPr>
        <w:t>ꯑꯍꯥꯟꯕ</w:t>
      </w:r>
      <w:r>
        <w:rPr>
          <w:rFonts w:ascii="Times New Roman" w:hAnsi="Times New Roman" w:eastAsia="Times New Roman" w:cs="Times New Roman"/>
        </w:rPr>
        <w:t xml:space="preserve"> </w:t>
      </w:r>
      <w:r>
        <w:rPr>
          <w:rFonts w:ascii="Nirmala UI" w:hAnsi="Nirmala UI" w:eastAsia="Nirmala UI" w:cs="Nirmala UI"/>
        </w:rPr>
        <w:t>ꯄꯥꯎ</w:t>
      </w:r>
      <w:r>
        <w:rPr>
          <w:rFonts w:ascii="Times New Roman" w:hAnsi="Times New Roman" w:eastAsia="Times New Roman" w:cs="Times New Roman"/>
        </w:rPr>
        <w:t xml:space="preserve"> </w:t>
      </w:r>
      <w:r>
        <w:rPr>
          <w:rFonts w:ascii="Nirmala UI" w:hAnsi="Nirmala UI" w:eastAsia="Nirmala UI" w:cs="Nirmala UI"/>
        </w:rPr>
        <w:t>ꯑꯗꯨ</w:t>
      </w:r>
      <w:r>
        <w:rPr>
          <w:rFonts w:ascii="Times New Roman" w:hAnsi="Times New Roman" w:eastAsia="Times New Roman" w:cs="Times New Roman"/>
        </w:rPr>
        <w:t xml:space="preserve"> </w:t>
      </w:r>
      <w:r>
        <w:rPr>
          <w:rFonts w:ascii="Nirmala UI" w:hAnsi="Nirmala UI" w:eastAsia="Nirmala UI" w:cs="Nirmala UI"/>
        </w:rPr>
        <w:t>ꯌꯥꯅꯈꯤꯕ</w:t>
      </w:r>
      <w:r>
        <w:rPr>
          <w:rFonts w:ascii="Times New Roman" w:hAnsi="Times New Roman" w:eastAsia="Times New Roman" w:cs="Times New Roman"/>
        </w:rPr>
        <w:t xml:space="preserve"> </w:t>
      </w:r>
      <w:r>
        <w:rPr>
          <w:rFonts w:ascii="Nirmala UI" w:hAnsi="Nirmala UI" w:eastAsia="Nirmala UI" w:cs="Nirmala UI"/>
        </w:rPr>
        <w:t>ꯃꯤꯁꯤꯡꯅ</w:t>
      </w:r>
      <w:r>
        <w:rPr>
          <w:rFonts w:ascii="Times New Roman" w:hAnsi="Times New Roman" w:eastAsia="Times New Roman" w:cs="Times New Roman"/>
        </w:rPr>
        <w:t xml:space="preserve"> </w:t>
      </w:r>
      <w:r>
        <w:rPr>
          <w:rFonts w:ascii="Nirmala UI" w:hAnsi="Nirmala UI" w:eastAsia="Nirmala UI" w:cs="Nirmala UI"/>
        </w:rPr>
        <w:t>ꯑꯅꯤꯁꯨꯕ</w:t>
      </w:r>
      <w:r>
        <w:rPr>
          <w:rFonts w:ascii="Times New Roman" w:hAnsi="Times New Roman" w:eastAsia="Times New Roman" w:cs="Times New Roman"/>
        </w:rPr>
        <w:t xml:space="preserve"> </w:t>
      </w:r>
      <w:r>
        <w:rPr>
          <w:rFonts w:ascii="Nirmala UI" w:hAnsi="Nirmala UI" w:eastAsia="Nirmala UI" w:cs="Nirmala UI"/>
        </w:rPr>
        <w:t>ꯄꯥꯎꯗꯒꯤ</w:t>
      </w:r>
      <w:r>
        <w:rPr>
          <w:rFonts w:ascii="Times New Roman" w:hAnsi="Times New Roman" w:eastAsia="Times New Roman" w:cs="Times New Roman"/>
        </w:rPr>
        <w:t xml:space="preserve"> </w:t>
      </w:r>
      <w:r>
        <w:rPr>
          <w:rFonts w:ascii="Nirmala UI" w:hAnsi="Nirmala UI" w:eastAsia="Nirmala UI" w:cs="Nirmala UI"/>
        </w:rPr>
        <w:t>ꯀꯅꯥꯒꯨꯝ</w:t>
      </w:r>
      <w:r>
        <w:rPr>
          <w:rFonts w:ascii="Times New Roman" w:hAnsi="Times New Roman" w:eastAsia="Times New Roman" w:cs="Times New Roman"/>
        </w:rPr>
        <w:t xml:space="preserve"> </w:t>
      </w:r>
      <w:r>
        <w:rPr>
          <w:rFonts w:ascii="Nirmala UI" w:hAnsi="Nirmala UI" w:eastAsia="Nirmala UI" w:cs="Nirmala UI"/>
        </w:rPr>
        <w:t>ꯐꯪꯕ</w:t>
      </w:r>
      <w:r>
        <w:rPr>
          <w:rFonts w:ascii="Times New Roman" w:hAnsi="Times New Roman" w:eastAsia="Times New Roman" w:cs="Times New Roman"/>
        </w:rPr>
        <w:t xml:space="preserve"> </w:t>
      </w:r>
      <w:r>
        <w:rPr>
          <w:rFonts w:ascii="Nirmala UI" w:hAnsi="Nirmala UI" w:eastAsia="Nirmala UI" w:cs="Nirmala UI"/>
        </w:rPr>
        <w:t>ꯉꯝꯗꯦ</w:t>
      </w:r>
      <w:r>
        <w:rPr>
          <w:rFonts w:ascii="Times New Roman" w:hAnsi="Times New Roman" w:eastAsia="Times New Roman" w:cs="Times New Roman"/>
        </w:rPr>
        <w:t xml:space="preserve">; </w:t>
      </w:r>
      <w:r>
        <w:rPr>
          <w:rFonts w:ascii="Nirmala UI" w:hAnsi="Nirmala UI" w:eastAsia="Nirmala UI" w:cs="Nirmala UI"/>
        </w:rPr>
        <w:t>ꯑꯃꯁꯨꯡ</w:t>
      </w:r>
      <w:r>
        <w:rPr>
          <w:rFonts w:ascii="Times New Roman" w:hAnsi="Times New Roman" w:eastAsia="Times New Roman" w:cs="Times New Roman"/>
        </w:rPr>
        <w:t xml:space="preserve"> </w:t>
      </w:r>
      <w:r>
        <w:rPr>
          <w:rFonts w:ascii="Nirmala UI" w:hAnsi="Nirmala UI" w:eastAsia="Nirmala UI" w:cs="Nirmala UI"/>
        </w:rPr>
        <w:t>ꯃꯗꯨ</w:t>
      </w:r>
      <w:r>
        <w:rPr>
          <w:rFonts w:ascii="Times New Roman" w:hAnsi="Times New Roman" w:eastAsia="Times New Roman" w:cs="Times New Roman"/>
        </w:rPr>
        <w:t xml:space="preserve"> </w:t>
      </w:r>
      <w:r>
        <w:rPr>
          <w:rFonts w:ascii="Nirmala UI" w:hAnsi="Nirmala UI" w:eastAsia="Nirmala UI" w:cs="Nirmala UI"/>
        </w:rPr>
        <w:t>ꯑꯇꯣꯞꯄ</w:t>
      </w:r>
      <w:r>
        <w:rPr>
          <w:rFonts w:ascii="Times New Roman" w:hAnsi="Times New Roman" w:eastAsia="Times New Roman" w:cs="Times New Roman"/>
        </w:rPr>
        <w:t xml:space="preserve"> </w:t>
      </w:r>
      <w:r>
        <w:rPr>
          <w:rFonts w:ascii="Nirmala UI" w:hAnsi="Nirmala UI" w:eastAsia="Nirmala UI" w:cs="Nirmala UI"/>
        </w:rPr>
        <w:t>ꯃꯥꯈꯥꯗꯥ</w:t>
      </w:r>
      <w:r>
        <w:rPr>
          <w:rFonts w:ascii="Times New Roman" w:hAnsi="Times New Roman" w:eastAsia="Times New Roman" w:cs="Times New Roman"/>
        </w:rPr>
        <w:t xml:space="preserve"> </w:t>
      </w:r>
      <w:r>
        <w:rPr>
          <w:rFonts w:ascii="Nirmala UI" w:hAnsi="Nirmala UI" w:eastAsia="Nirmala UI" w:cs="Nirmala UI"/>
        </w:rPr>
        <w:t>ꯂꯩꯕ</w:t>
      </w:r>
      <w:r>
        <w:rPr>
          <w:rFonts w:ascii="Times New Roman" w:hAnsi="Times New Roman" w:eastAsia="Times New Roman" w:cs="Times New Roman"/>
        </w:rPr>
        <w:t xml:space="preserve"> “</w:t>
      </w:r>
      <w:r>
        <w:rPr>
          <w:rFonts w:ascii="Nirmala UI" w:hAnsi="Nirmala UI" w:eastAsia="Nirmala UI" w:cs="Nirmala UI"/>
        </w:rPr>
        <w:t>ꯃꯤꯠꯌꯦꯡ</w:t>
      </w:r>
      <w:r>
        <w:rPr>
          <w:rFonts w:ascii="Times New Roman" w:hAnsi="Times New Roman" w:eastAsia="Times New Roman" w:cs="Times New Roman"/>
        </w:rPr>
        <w:t xml:space="preserve"> </w:t>
      </w:r>
      <w:r>
        <w:rPr>
          <w:rFonts w:ascii="Nirmala UI" w:hAnsi="Nirmala UI" w:eastAsia="Nirmala UI" w:cs="Nirmala UI"/>
        </w:rPr>
        <w:t>ꯑꯣꯏꯔꯤ</w:t>
      </w:r>
      <w:r>
        <w:rPr>
          <w:rFonts w:ascii="Times New Roman" w:hAnsi="Times New Roman" w:eastAsia="Times New Roman" w:cs="Times New Roman"/>
        </w:rPr>
        <w:t xml:space="preserve">” </w:t>
      </w:r>
      <w:r>
        <w:rPr>
          <w:rFonts w:ascii="Nirmala UI" w:hAnsi="Nirmala UI" w:eastAsia="Nirmala UI" w:cs="Nirmala UI"/>
        </w:rPr>
        <w:t>ꯍꯥꯏꯕ</w:t>
      </w:r>
      <w:r>
        <w:rPr>
          <w:rFonts w:ascii="Times New Roman" w:hAnsi="Times New Roman" w:eastAsia="Times New Roman" w:cs="Times New Roman"/>
        </w:rPr>
        <w:t xml:space="preserve"> </w:t>
      </w:r>
      <w:r>
        <w:rPr>
          <w:rFonts w:ascii="Nirmala UI" w:hAnsi="Nirmala UI" w:eastAsia="Nirmala UI" w:cs="Nirmala UI"/>
        </w:rPr>
        <w:t>ꯑꯗꯨꯒꯤ</w:t>
      </w:r>
      <w:r>
        <w:rPr>
          <w:rFonts w:ascii="Times New Roman" w:hAnsi="Times New Roman" w:eastAsia="Times New Roman" w:cs="Times New Roman"/>
        </w:rPr>
        <w:t xml:space="preserve"> </w:t>
      </w:r>
      <w:r>
        <w:rPr>
          <w:rFonts w:ascii="Nirmala UI" w:hAnsi="Nirmala UI" w:eastAsia="Nirmala UI" w:cs="Nirmala UI"/>
        </w:rPr>
        <w:t>ꯊꯥꯎꯕꯥꯡꯗꯒꯤꯁꯨ</w:t>
      </w:r>
      <w:r>
        <w:rPr>
          <w:rFonts w:ascii="Times New Roman" w:hAnsi="Times New Roman" w:eastAsia="Times New Roman" w:cs="Times New Roman"/>
        </w:rPr>
        <w:t xml:space="preserve"> </w:t>
      </w:r>
      <w:r>
        <w:rPr>
          <w:rFonts w:ascii="Nirmala UI" w:hAnsi="Nirmala UI" w:eastAsia="Nirmala UI" w:cs="Nirmala UI"/>
        </w:rPr>
        <w:t>ꯀꯅꯥꯒꯨꯝ</w:t>
      </w:r>
      <w:r>
        <w:rPr>
          <w:rFonts w:ascii="Times New Roman" w:hAnsi="Times New Roman" w:eastAsia="Times New Roman" w:cs="Times New Roman"/>
        </w:rPr>
        <w:t xml:space="preserve"> </w:t>
      </w:r>
      <w:r>
        <w:rPr>
          <w:rFonts w:ascii="Nirmala UI" w:hAnsi="Nirmala UI" w:eastAsia="Nirmala UI" w:cs="Nirmala UI"/>
        </w:rPr>
        <w:t>ꯐꯪꯕ</w:t>
      </w:r>
      <w:r>
        <w:rPr>
          <w:rFonts w:ascii="Times New Roman" w:hAnsi="Times New Roman" w:eastAsia="Times New Roman" w:cs="Times New Roman"/>
        </w:rPr>
        <w:t xml:space="preserve"> </w:t>
      </w:r>
      <w:r>
        <w:rPr>
          <w:rFonts w:ascii="Nirmala UI" w:hAnsi="Nirmala UI" w:eastAsia="Nirmala UI" w:cs="Nirmala UI"/>
        </w:rPr>
        <w:t>ꯉꯝꯗꯦ</w:t>
      </w:r>
      <w:r>
        <w:rPr>
          <w:rFonts w:ascii="Times New Roman" w:hAnsi="Times New Roman" w:eastAsia="Times New Roman" w:cs="Times New Roman"/>
        </w:rPr>
        <w:t xml:space="preserve">, </w:t>
      </w:r>
      <w:r>
        <w:rPr>
          <w:rFonts w:ascii="Nirmala UI" w:hAnsi="Nirmala UI" w:eastAsia="Nirmala UI" w:cs="Nirmala UI"/>
        </w:rPr>
        <w:t>ꯃꯁꯤꯅ</w:t>
      </w:r>
      <w:r>
        <w:rPr>
          <w:rFonts w:ascii="Times New Roman" w:hAnsi="Times New Roman" w:eastAsia="Times New Roman" w:cs="Times New Roman"/>
        </w:rPr>
        <w:t xml:space="preserve"> </w:t>
      </w:r>
      <w:r>
        <w:rPr>
          <w:rFonts w:ascii="Nirmala UI" w:hAnsi="Nirmala UI" w:eastAsia="Nirmala UI" w:cs="Nirmala UI"/>
        </w:rPr>
        <w:t>ꯃꯈꯣꯏꯕꯨ</w:t>
      </w:r>
      <w:r>
        <w:rPr>
          <w:rFonts w:ascii="Times New Roman" w:hAnsi="Times New Roman" w:eastAsia="Times New Roman" w:cs="Times New Roman"/>
        </w:rPr>
        <w:t xml:space="preserve"> </w:t>
      </w:r>
      <w:r>
        <w:rPr>
          <w:rFonts w:ascii="Nirmala UI" w:hAnsi="Nirmala UI" w:eastAsia="Nirmala UI" w:cs="Nirmala UI"/>
        </w:rPr>
        <w:t>ꯁ꯭ꯋꯔꯒꯤ</w:t>
      </w:r>
      <w:r>
        <w:rPr>
          <w:rFonts w:ascii="Times New Roman" w:hAnsi="Times New Roman" w:eastAsia="Times New Roman" w:cs="Times New Roman"/>
        </w:rPr>
        <w:t xml:space="preserve"> </w:t>
      </w:r>
      <w:r>
        <w:rPr>
          <w:rFonts w:ascii="Nirmala UI" w:hAnsi="Nirmala UI" w:eastAsia="Nirmala UI" w:cs="Nirmala UI"/>
        </w:rPr>
        <w:t>ꯁꯦꯡꯂꯣꯟꯒꯤ</w:t>
      </w:r>
      <w:r>
        <w:rPr>
          <w:rFonts w:ascii="Times New Roman" w:hAnsi="Times New Roman" w:eastAsia="Times New Roman" w:cs="Times New Roman"/>
        </w:rPr>
        <w:t xml:space="preserve"> </w:t>
      </w:r>
      <w:r>
        <w:rPr>
          <w:rFonts w:ascii="Nirmala UI" w:hAnsi="Nirmala UI" w:eastAsia="Nirmala UI" w:cs="Nirmala UI"/>
        </w:rPr>
        <w:t>ꯑꯇꯨꯝꯕ</w:t>
      </w:r>
      <w:r>
        <w:rPr>
          <w:rFonts w:ascii="Times New Roman" w:hAnsi="Times New Roman" w:eastAsia="Times New Roman" w:cs="Times New Roman"/>
        </w:rPr>
        <w:t xml:space="preserve"> </w:t>
      </w:r>
      <w:r>
        <w:rPr>
          <w:rFonts w:ascii="Nirmala UI" w:hAnsi="Nirmala UI" w:eastAsia="Nirmala UI" w:cs="Nirmala UI"/>
        </w:rPr>
        <w:t>ꯑꯆꯨꯝꯕ</w:t>
      </w:r>
      <w:r>
        <w:rPr>
          <w:rFonts w:ascii="Times New Roman" w:hAnsi="Times New Roman" w:eastAsia="Times New Roman" w:cs="Times New Roman"/>
        </w:rPr>
        <w:t xml:space="preserve"> </w:t>
      </w:r>
      <w:r>
        <w:rPr>
          <w:rFonts w:ascii="Nirmala UI" w:hAnsi="Nirmala UI" w:eastAsia="Nirmala UI" w:cs="Nirmala UI"/>
        </w:rPr>
        <w:t>ꯃꯐꯝꯗꯥ</w:t>
      </w:r>
      <w:r>
        <w:rPr>
          <w:rFonts w:ascii="Times New Roman" w:hAnsi="Times New Roman" w:eastAsia="Times New Roman" w:cs="Times New Roman"/>
        </w:rPr>
        <w:t xml:space="preserve"> </w:t>
      </w:r>
      <w:r>
        <w:rPr>
          <w:rFonts w:ascii="Nirmala UI" w:hAnsi="Nirmala UI" w:eastAsia="Nirmala UI" w:cs="Nirmala UI"/>
        </w:rPr>
        <w:t>ꯌꯦꯁꯨꯁꯤꯡ</w:t>
      </w:r>
      <w:r>
        <w:rPr>
          <w:rFonts w:ascii="Times New Roman" w:hAnsi="Times New Roman" w:eastAsia="Times New Roman" w:cs="Times New Roman"/>
        </w:rPr>
        <w:t xml:space="preserve"> </w:t>
      </w:r>
      <w:r>
        <w:rPr>
          <w:rFonts w:ascii="Nirmala UI" w:hAnsi="Nirmala UI" w:eastAsia="Nirmala UI" w:cs="Nirmala UI"/>
        </w:rPr>
        <w:t>ꯑꯃꯨꯛꯊꯤ</w:t>
      </w:r>
      <w:r>
        <w:rPr>
          <w:rFonts w:ascii="Times New Roman" w:hAnsi="Times New Roman" w:eastAsia="Times New Roman" w:cs="Times New Roman"/>
        </w:rPr>
        <w:t xml:space="preserve"> </w:t>
      </w:r>
      <w:r>
        <w:rPr>
          <w:rFonts w:ascii="Nirmala UI" w:hAnsi="Nirmala UI" w:eastAsia="Nirmala UI" w:cs="Nirmala UI"/>
        </w:rPr>
        <w:t>ꯊꯥꯖꯕꯒꯤ</w:t>
      </w:r>
      <w:r>
        <w:rPr>
          <w:rFonts w:ascii="Times New Roman" w:hAnsi="Times New Roman" w:eastAsia="Times New Roman" w:cs="Times New Roman"/>
        </w:rPr>
        <w:t xml:space="preserve"> </w:t>
      </w:r>
      <w:r>
        <w:rPr>
          <w:rFonts w:ascii="Nirmala UI" w:hAnsi="Nirmala UI" w:eastAsia="Nirmala UI" w:cs="Nirmala UI"/>
        </w:rPr>
        <w:t>ꯈꯨꯠꯂꯥꯡꯅ</w:t>
      </w:r>
      <w:r>
        <w:rPr>
          <w:rFonts w:ascii="Times New Roman" w:hAnsi="Times New Roman" w:eastAsia="Times New Roman" w:cs="Times New Roman"/>
        </w:rPr>
        <w:t xml:space="preserve"> </w:t>
      </w:r>
      <w:r>
        <w:rPr>
          <w:rFonts w:ascii="Nirmala UI" w:hAnsi="Nirmala UI" w:eastAsia="Nirmala UI" w:cs="Nirmala UI"/>
        </w:rPr>
        <w:t>ꯆꯠꯄꯥꯕꯨ</w:t>
      </w:r>
      <w:r>
        <w:rPr>
          <w:rFonts w:ascii="Times New Roman" w:hAnsi="Times New Roman" w:eastAsia="Times New Roman" w:cs="Times New Roman"/>
        </w:rPr>
        <w:t xml:space="preserve"> </w:t>
      </w:r>
      <w:r>
        <w:rPr>
          <w:rFonts w:ascii="Nirmala UI" w:hAnsi="Nirmala UI" w:eastAsia="Nirmala UI" w:cs="Nirmala UI"/>
        </w:rPr>
        <w:t>ꯁꯦꯝꯒꯠꯄꯥꯒꯤ</w:t>
      </w:r>
      <w:r>
        <w:rPr>
          <w:rFonts w:ascii="Times New Roman" w:hAnsi="Times New Roman" w:eastAsia="Times New Roman" w:cs="Times New Roman"/>
        </w:rPr>
        <w:t xml:space="preserve"> </w:t>
      </w:r>
      <w:r>
        <w:rPr>
          <w:rFonts w:ascii="Nirmala UI" w:hAnsi="Nirmala UI" w:eastAsia="Nirmala UI" w:cs="Nirmala UI"/>
        </w:rPr>
        <w:t>ꯑꯣꯏ</w:t>
      </w:r>
      <w:r>
        <w:rPr>
          <w:rFonts w:ascii="Times New Roman" w:hAnsi="Times New Roman" w:eastAsia="Times New Roman" w:cs="Times New Roman"/>
        </w:rPr>
        <w:t xml:space="preserve">. </w:t>
      </w:r>
      <w:r>
        <w:rPr>
          <w:rFonts w:ascii="Nirmala UI" w:hAnsi="Nirmala UI" w:eastAsia="Nirmala UI" w:cs="Nirmala UI"/>
        </w:rPr>
        <w:t>ꯑꯍꯥꯟꯕ</w:t>
      </w:r>
      <w:r>
        <w:rPr>
          <w:rFonts w:ascii="Times New Roman" w:hAnsi="Times New Roman" w:eastAsia="Times New Roman" w:cs="Times New Roman"/>
        </w:rPr>
        <w:t xml:space="preserve"> </w:t>
      </w:r>
      <w:r>
        <w:rPr>
          <w:rFonts w:ascii="Nirmala UI" w:hAnsi="Nirmala UI" w:eastAsia="Nirmala UI" w:cs="Nirmala UI"/>
        </w:rPr>
        <w:t>ꯑꯅꯤ</w:t>
      </w:r>
      <w:r>
        <w:rPr>
          <w:rFonts w:ascii="Times New Roman" w:hAnsi="Times New Roman" w:eastAsia="Times New Roman" w:cs="Times New Roman"/>
        </w:rPr>
        <w:t xml:space="preserve"> </w:t>
      </w:r>
      <w:r>
        <w:rPr>
          <w:rFonts w:ascii="Nirmala UI" w:hAnsi="Nirmala UI" w:eastAsia="Nirmala UI" w:cs="Nirmala UI"/>
        </w:rPr>
        <w:t>ꯄꯥꯎ</w:t>
      </w:r>
      <w:r>
        <w:rPr>
          <w:rFonts w:ascii="Times New Roman" w:hAnsi="Times New Roman" w:eastAsia="Times New Roman" w:cs="Times New Roman"/>
        </w:rPr>
        <w:t xml:space="preserve"> </w:t>
      </w:r>
      <w:r>
        <w:rPr>
          <w:rFonts w:ascii="Nirmala UI" w:hAnsi="Nirmala UI" w:eastAsia="Nirmala UI" w:cs="Nirmala UI"/>
        </w:rPr>
        <w:t>ꯑꯗꯨ</w:t>
      </w:r>
      <w:r>
        <w:rPr>
          <w:rFonts w:ascii="Times New Roman" w:hAnsi="Times New Roman" w:eastAsia="Times New Roman" w:cs="Times New Roman"/>
        </w:rPr>
        <w:t xml:space="preserve"> </w:t>
      </w:r>
      <w:r>
        <w:rPr>
          <w:rFonts w:ascii="Nirmala UI" w:hAnsi="Nirmala UI" w:eastAsia="Nirmala UI" w:cs="Nirmala UI"/>
        </w:rPr>
        <w:t>ꯌꯥꯅꯕ</w:t>
      </w:r>
      <w:r>
        <w:rPr>
          <w:rFonts w:ascii="Times New Roman" w:hAnsi="Times New Roman" w:eastAsia="Times New Roman" w:cs="Times New Roman"/>
        </w:rPr>
        <w:t xml:space="preserve"> </w:t>
      </w:r>
      <w:r>
        <w:rPr>
          <w:rFonts w:ascii="Nirmala UI" w:hAnsi="Nirmala UI" w:eastAsia="Nirmala UI" w:cs="Nirmala UI"/>
        </w:rPr>
        <w:t>ꯊꯥꯛꯄꯒꯤ</w:t>
      </w:r>
      <w:r>
        <w:rPr>
          <w:rFonts w:ascii="Times New Roman" w:hAnsi="Times New Roman" w:eastAsia="Times New Roman" w:cs="Times New Roman"/>
        </w:rPr>
        <w:t xml:space="preserve"> </w:t>
      </w:r>
      <w:r>
        <w:rPr>
          <w:rFonts w:ascii="Nirmala UI" w:hAnsi="Nirmala UI" w:eastAsia="Nirmala UI" w:cs="Nirmala UI"/>
        </w:rPr>
        <w:t>ꯃꯈꯣꯏꯅ</w:t>
      </w:r>
      <w:r>
        <w:rPr>
          <w:rFonts w:ascii="Times New Roman" w:hAnsi="Times New Roman" w:eastAsia="Times New Roman" w:cs="Times New Roman"/>
        </w:rPr>
        <w:t xml:space="preserve"> </w:t>
      </w:r>
      <w:r>
        <w:rPr>
          <w:rFonts w:ascii="Nirmala UI" w:hAnsi="Nirmala UI" w:eastAsia="Nirmala UI" w:cs="Nirmala UI"/>
        </w:rPr>
        <w:t>ꯃꯈꯣꯏꯒꯤ</w:t>
      </w:r>
      <w:r>
        <w:rPr>
          <w:rFonts w:ascii="Times New Roman" w:hAnsi="Times New Roman" w:eastAsia="Times New Roman" w:cs="Times New Roman"/>
        </w:rPr>
        <w:t xml:space="preserve"> </w:t>
      </w:r>
      <w:r>
        <w:rPr>
          <w:rFonts w:ascii="Nirmala UI" w:hAnsi="Nirmala UI" w:eastAsia="Nirmala UI" w:cs="Nirmala UI"/>
        </w:rPr>
        <w:t>ꯋꯥꯈꯜ</w:t>
      </w:r>
      <w:r>
        <w:rPr>
          <w:rFonts w:ascii="Times New Roman" w:hAnsi="Times New Roman" w:eastAsia="Times New Roman" w:cs="Times New Roman"/>
        </w:rPr>
        <w:t xml:space="preserve"> </w:t>
      </w:r>
      <w:r>
        <w:rPr>
          <w:rFonts w:ascii="Nirmala UI" w:hAnsi="Nirmala UI" w:eastAsia="Nirmala UI" w:cs="Nirmala UI"/>
        </w:rPr>
        <w:t>ꯑꯗꯨ</w:t>
      </w:r>
      <w:r>
        <w:rPr>
          <w:rFonts w:ascii="Times New Roman" w:hAnsi="Times New Roman" w:eastAsia="Times New Roman" w:cs="Times New Roman"/>
        </w:rPr>
        <w:t xml:space="preserve"> </w:t>
      </w:r>
      <w:r>
        <w:rPr>
          <w:rFonts w:ascii="Nirmala UI" w:hAnsi="Nirmala UI" w:eastAsia="Nirmala UI" w:cs="Nirmala UI"/>
        </w:rPr>
        <w:t>ꯑꯌꯥꯝꯕ</w:t>
      </w:r>
      <w:r>
        <w:rPr>
          <w:rFonts w:ascii="Times New Roman" w:hAnsi="Times New Roman" w:eastAsia="Times New Roman" w:cs="Times New Roman"/>
        </w:rPr>
        <w:t xml:space="preserve"> </w:t>
      </w:r>
      <w:r>
        <w:rPr>
          <w:rFonts w:ascii="Nirmala UI" w:hAnsi="Nirmala UI" w:eastAsia="Nirmala UI" w:cs="Nirmala UI"/>
        </w:rPr>
        <w:t>ꯑꯃꯥꯡꯕꯗꯥ</w:t>
      </w:r>
      <w:r>
        <w:rPr>
          <w:rFonts w:ascii="Times New Roman" w:hAnsi="Times New Roman" w:eastAsia="Times New Roman" w:cs="Times New Roman"/>
        </w:rPr>
        <w:t xml:space="preserve"> </w:t>
      </w:r>
      <w:r>
        <w:rPr>
          <w:rFonts w:ascii="Nirmala UI" w:hAnsi="Nirmala UI" w:eastAsia="Nirmala UI" w:cs="Nirmala UI"/>
        </w:rPr>
        <w:t>ꯊꯤꯡꯕꯒꯤ</w:t>
      </w:r>
      <w:r>
        <w:rPr>
          <w:rFonts w:ascii="Times New Roman" w:hAnsi="Times New Roman" w:eastAsia="Times New Roman" w:cs="Times New Roman"/>
        </w:rPr>
        <w:t xml:space="preserve"> </w:t>
      </w:r>
      <w:r>
        <w:rPr>
          <w:rFonts w:ascii="Nirmala UI" w:hAnsi="Nirmala UI" w:eastAsia="Nirmala UI" w:cs="Nirmala UI"/>
        </w:rPr>
        <w:t>ꯃꯇꯨꯡ</w:t>
      </w:r>
      <w:r>
        <w:rPr>
          <w:rFonts w:ascii="Times New Roman" w:hAnsi="Times New Roman" w:eastAsia="Times New Roman" w:cs="Times New Roman"/>
        </w:rPr>
        <w:t xml:space="preserve"> </w:t>
      </w:r>
      <w:r>
        <w:rPr>
          <w:rFonts w:ascii="Nirmala UI" w:hAnsi="Nirmala UI" w:eastAsia="Nirmala UI" w:cs="Nirmala UI"/>
        </w:rPr>
        <w:t>ꯏꯟꯅ</w:t>
      </w:r>
      <w:r>
        <w:rPr>
          <w:rFonts w:ascii="Times New Roman" w:hAnsi="Times New Roman" w:eastAsia="Times New Roman" w:cs="Times New Roman"/>
        </w:rPr>
        <w:t xml:space="preserve">, </w:t>
      </w:r>
      <w:r>
        <w:rPr>
          <w:rFonts w:ascii="Nirmala UI" w:hAnsi="Nirmala UI" w:eastAsia="Nirmala UI" w:cs="Nirmala UI"/>
        </w:rPr>
        <w:t>ꯑꯍꯨꯝꯁꯨꯕ</w:t>
      </w:r>
      <w:r>
        <w:rPr>
          <w:rFonts w:ascii="Times New Roman" w:hAnsi="Times New Roman" w:eastAsia="Times New Roman" w:cs="Times New Roman"/>
        </w:rPr>
        <w:t xml:space="preserve"> </w:t>
      </w:r>
      <w:r>
        <w:rPr>
          <w:rFonts w:ascii="Nirmala UI" w:hAnsi="Nirmala UI" w:eastAsia="Nirmala UI" w:cs="Nirmala UI"/>
        </w:rPr>
        <w:t>ꯑꯦꯟꯖꯦꯜꯒꯤ</w:t>
      </w:r>
      <w:r>
        <w:rPr>
          <w:rFonts w:ascii="Times New Roman" w:hAnsi="Times New Roman" w:eastAsia="Times New Roman" w:cs="Times New Roman"/>
        </w:rPr>
        <w:t xml:space="preserve"> </w:t>
      </w:r>
      <w:r>
        <w:rPr>
          <w:rFonts w:ascii="Nirmala UI" w:hAnsi="Nirmala UI" w:eastAsia="Nirmala UI" w:cs="Nirmala UI"/>
        </w:rPr>
        <w:t>ꯄꯥꯎꯗꯥ</w:t>
      </w:r>
      <w:r>
        <w:rPr>
          <w:rFonts w:ascii="Times New Roman" w:hAnsi="Times New Roman" w:eastAsia="Times New Roman" w:cs="Times New Roman"/>
        </w:rPr>
        <w:t xml:space="preserve"> </w:t>
      </w:r>
      <w:r>
        <w:rPr>
          <w:rFonts w:ascii="Nirmala UI" w:hAnsi="Nirmala UI" w:eastAsia="Nirmala UI" w:cs="Nirmala UI"/>
        </w:rPr>
        <w:t>ꯑꯃꯥꯡꯕ</w:t>
      </w:r>
      <w:r>
        <w:rPr>
          <w:rFonts w:ascii="Times New Roman" w:hAnsi="Times New Roman" w:eastAsia="Times New Roman" w:cs="Times New Roman"/>
        </w:rPr>
        <w:t xml:space="preserve"> </w:t>
      </w:r>
      <w:r>
        <w:rPr>
          <w:rFonts w:ascii="Nirmala UI" w:hAnsi="Nirmala UI" w:eastAsia="Nirmala UI" w:cs="Nirmala UI"/>
        </w:rPr>
        <w:t>ꯃꯇꯥꯡ</w:t>
      </w:r>
      <w:r>
        <w:rPr>
          <w:rFonts w:ascii="Times New Roman" w:hAnsi="Times New Roman" w:eastAsia="Times New Roman" w:cs="Times New Roman"/>
        </w:rPr>
        <w:t xml:space="preserve"> </w:t>
      </w:r>
      <w:r>
        <w:rPr>
          <w:rFonts w:ascii="Nirmala UI" w:hAnsi="Nirmala UI" w:eastAsia="Nirmala UI" w:cs="Nirmala UI"/>
        </w:rPr>
        <w:t>ꯑꯃꯠꯇꯁꯨ</w:t>
      </w:r>
      <w:r>
        <w:rPr>
          <w:rFonts w:ascii="Times New Roman" w:hAnsi="Times New Roman" w:eastAsia="Times New Roman" w:cs="Times New Roman"/>
        </w:rPr>
        <w:t xml:space="preserve"> </w:t>
      </w:r>
      <w:r>
        <w:rPr>
          <w:rFonts w:ascii="Nirmala UI" w:hAnsi="Nirmala UI" w:eastAsia="Nirmala UI" w:cs="Nirmala UI"/>
        </w:rPr>
        <w:t>ꯎꯕ</w:t>
      </w:r>
      <w:r>
        <w:rPr>
          <w:rFonts w:ascii="Times New Roman" w:hAnsi="Times New Roman" w:eastAsia="Times New Roman" w:cs="Times New Roman"/>
        </w:rPr>
        <w:t xml:space="preserve"> </w:t>
      </w:r>
      <w:r>
        <w:rPr>
          <w:rFonts w:ascii="Nirmala UI" w:hAnsi="Nirmala UI" w:eastAsia="Nirmala UI" w:cs="Nirmala UI"/>
        </w:rPr>
        <w:t>ꯉꯝꯗꯦ</w:t>
      </w:r>
      <w:r>
        <w:rPr>
          <w:rFonts w:ascii="Times New Roman" w:hAnsi="Times New Roman" w:eastAsia="Times New Roman" w:cs="Times New Roman"/>
        </w:rPr>
        <w:t xml:space="preserve">; </w:t>
      </w:r>
      <w:r>
        <w:rPr>
          <w:rFonts w:ascii="Nirmala UI" w:hAnsi="Nirmala UI" w:eastAsia="Nirmala UI" w:cs="Nirmala UI"/>
        </w:rPr>
        <w:t>ꯃꯁꯤꯅ</w:t>
      </w:r>
      <w:r>
        <w:rPr>
          <w:rFonts w:ascii="Times New Roman" w:hAnsi="Times New Roman" w:eastAsia="Times New Roman" w:cs="Times New Roman"/>
        </w:rPr>
        <w:t xml:space="preserve"> </w:t>
      </w:r>
      <w:r>
        <w:rPr>
          <w:rFonts w:ascii="Nirmala UI" w:hAnsi="Nirmala UI" w:eastAsia="Nirmala UI" w:cs="Nirmala UI"/>
        </w:rPr>
        <w:t>ꯑꯆꯨꯝꯕ</w:t>
      </w:r>
      <w:r>
        <w:rPr>
          <w:rFonts w:ascii="Times New Roman" w:hAnsi="Times New Roman" w:eastAsia="Times New Roman" w:cs="Times New Roman"/>
        </w:rPr>
        <w:t xml:space="preserve"> </w:t>
      </w:r>
      <w:r>
        <w:rPr>
          <w:rFonts w:ascii="Nirmala UI" w:hAnsi="Nirmala UI" w:eastAsia="Nirmala UI" w:cs="Nirmala UI"/>
        </w:rPr>
        <w:t>ꯃꯐꯝꯗꯥ</w:t>
      </w:r>
      <w:r>
        <w:rPr>
          <w:rFonts w:ascii="Times New Roman" w:hAnsi="Times New Roman" w:eastAsia="Times New Roman" w:cs="Times New Roman"/>
        </w:rPr>
        <w:t xml:space="preserve"> </w:t>
      </w:r>
      <w:r>
        <w:rPr>
          <w:rFonts w:ascii="Nirmala UI" w:hAnsi="Nirmala UI" w:eastAsia="Nirmala UI" w:cs="Nirmala UI"/>
        </w:rPr>
        <w:t>ꯆꯠꯄꯥꯒꯤ</w:t>
      </w:r>
      <w:r>
        <w:rPr>
          <w:rFonts w:ascii="Times New Roman" w:hAnsi="Times New Roman" w:eastAsia="Times New Roman" w:cs="Times New Roman"/>
        </w:rPr>
        <w:t xml:space="preserve"> </w:t>
      </w:r>
      <w:r>
        <w:rPr>
          <w:rFonts w:ascii="Nirmala UI" w:hAnsi="Nirmala UI" w:eastAsia="Nirmala UI" w:cs="Nirmala UI"/>
        </w:rPr>
        <w:t>ꯂꯝꯗꯝ</w:t>
      </w:r>
      <w:r>
        <w:rPr>
          <w:rFonts w:ascii="Times New Roman" w:hAnsi="Times New Roman" w:eastAsia="Times New Roman" w:cs="Times New Roman"/>
        </w:rPr>
        <w:t xml:space="preserve"> </w:t>
      </w:r>
      <w:r>
        <w:rPr>
          <w:rFonts w:ascii="Nirmala UI" w:hAnsi="Nirmala UI" w:eastAsia="Nirmala UI" w:cs="Nirmala UI"/>
        </w:rPr>
        <w:t>ꯎꯠꯂꯤ</w:t>
      </w:r>
      <w:r>
        <w:rPr>
          <w:rFonts w:ascii="Times New Roman" w:hAnsi="Times New Roman" w:eastAsia="Times New Roman" w:cs="Times New Roman"/>
        </w:rPr>
        <w:t xml:space="preserve">. </w:t>
      </w:r>
      <w:r>
        <w:rPr>
          <w:rFonts w:ascii="Nirmala UI" w:hAnsi="Nirmala UI" w:eastAsia="Nirmala UI" w:cs="Nirmala UI"/>
        </w:rPr>
        <w:t>ꯌꯍꯨꯗꯤꯁꯤꯡꯅ</w:t>
      </w:r>
      <w:r>
        <w:rPr>
          <w:rFonts w:ascii="Times New Roman" w:hAnsi="Times New Roman" w:eastAsia="Times New Roman" w:cs="Times New Roman"/>
        </w:rPr>
        <w:t xml:space="preserve"> </w:t>
      </w:r>
      <w:r>
        <w:rPr>
          <w:rFonts w:ascii="Nirmala UI" w:hAnsi="Nirmala UI" w:eastAsia="Nirmala UI" w:cs="Nirmala UI"/>
        </w:rPr>
        <w:t>ꯌꯦꯁꯨꯕꯨ</w:t>
      </w:r>
      <w:r>
        <w:rPr>
          <w:rFonts w:ascii="Times New Roman" w:hAnsi="Times New Roman" w:eastAsia="Times New Roman" w:cs="Times New Roman"/>
        </w:rPr>
        <w:t xml:space="preserve"> </w:t>
      </w:r>
      <w:r>
        <w:rPr>
          <w:rFonts w:ascii="Nirmala UI" w:hAnsi="Nirmala UI" w:eastAsia="Nirmala UI" w:cs="Nirmala UI"/>
        </w:rPr>
        <w:t>ꯃꯥꯏ</w:t>
      </w:r>
      <w:r>
        <w:rPr>
          <w:rFonts w:ascii="Times New Roman" w:hAnsi="Times New Roman" w:eastAsia="Times New Roman" w:cs="Times New Roman"/>
        </w:rPr>
        <w:t xml:space="preserve"> </w:t>
      </w:r>
      <w:r>
        <w:rPr>
          <w:rFonts w:ascii="Nirmala UI" w:hAnsi="Nirmala UI" w:eastAsia="Nirmala UI" w:cs="Nirmala UI"/>
        </w:rPr>
        <w:t>ꯇꯥꯅ</w:t>
      </w:r>
      <w:r>
        <w:rPr>
          <w:rFonts w:ascii="Times New Roman" w:hAnsi="Times New Roman" w:eastAsia="Times New Roman" w:cs="Times New Roman"/>
        </w:rPr>
        <w:t xml:space="preserve"> </w:t>
      </w:r>
      <w:r>
        <w:rPr>
          <w:rFonts w:ascii="Nirmala UI" w:hAnsi="Nirmala UI" w:eastAsia="Nirmala UI" w:cs="Nirmala UI"/>
        </w:rPr>
        <w:t>ꯊꯥꯈꯤꯕ</w:t>
      </w:r>
      <w:r>
        <w:rPr>
          <w:rFonts w:ascii="Times New Roman" w:hAnsi="Times New Roman" w:eastAsia="Times New Roman" w:cs="Times New Roman"/>
        </w:rPr>
        <w:t xml:space="preserve"> </w:t>
      </w:r>
      <w:r>
        <w:rPr>
          <w:rFonts w:ascii="Nirmala UI" w:hAnsi="Nirmala UI" w:eastAsia="Nirmala UI" w:cs="Nirmala UI"/>
        </w:rPr>
        <w:t>ꯑꯗꯨꯒꯨꯝꯕ</w:t>
      </w:r>
      <w:r>
        <w:rPr>
          <w:rFonts w:ascii="Times New Roman" w:hAnsi="Times New Roman" w:eastAsia="Times New Roman" w:cs="Times New Roman"/>
        </w:rPr>
        <w:t xml:space="preserve">, </w:t>
      </w:r>
      <w:r>
        <w:rPr>
          <w:rFonts w:ascii="Nirmala UI" w:hAnsi="Nirmala UI" w:eastAsia="Nirmala UI" w:cs="Nirmala UI"/>
        </w:rPr>
        <w:t>ꯃꯤꯡꯊꯣꯟꯅ</w:t>
      </w:r>
      <w:r>
        <w:rPr>
          <w:rFonts w:ascii="Times New Roman" w:hAnsi="Times New Roman" w:eastAsia="Times New Roman" w:cs="Times New Roman"/>
        </w:rPr>
        <w:t xml:space="preserve"> </w:t>
      </w:r>
      <w:r>
        <w:rPr>
          <w:rFonts w:ascii="Nirmala UI" w:hAnsi="Nirmala UI" w:eastAsia="Nirmala UI" w:cs="Nirmala UI"/>
        </w:rPr>
        <w:t>ꯈ꯭ꯔꯤꯁꯆꯦꯟ</w:t>
      </w:r>
      <w:r>
        <w:rPr>
          <w:rFonts w:ascii="Times New Roman" w:hAnsi="Times New Roman" w:eastAsia="Times New Roman" w:cs="Times New Roman"/>
        </w:rPr>
        <w:t xml:space="preserve"> </w:t>
      </w:r>
      <w:r>
        <w:rPr>
          <w:rFonts w:ascii="Nirmala UI" w:hAnsi="Nirmala UI" w:eastAsia="Nirmala UI" w:cs="Nirmala UI"/>
        </w:rPr>
        <w:t>ꯑꯣꯏꯕ</w:t>
      </w:r>
      <w:r>
        <w:rPr>
          <w:rFonts w:ascii="Times New Roman" w:hAnsi="Times New Roman" w:eastAsia="Times New Roman" w:cs="Times New Roman"/>
        </w:rPr>
        <w:t xml:space="preserve"> </w:t>
      </w:r>
      <w:r>
        <w:rPr>
          <w:rFonts w:ascii="Nirmala UI" w:hAnsi="Nirmala UI" w:eastAsia="Nirmala UI" w:cs="Nirmala UI"/>
        </w:rPr>
        <w:t>ꯂꯥꯏꯀꯣꯟꯁꯤꯡꯅ</w:t>
      </w:r>
      <w:r>
        <w:rPr>
          <w:rFonts w:ascii="Times New Roman" w:hAnsi="Times New Roman" w:eastAsia="Times New Roman" w:cs="Times New Roman"/>
        </w:rPr>
        <w:t xml:space="preserve"> </w:t>
      </w:r>
      <w:r>
        <w:rPr>
          <w:rFonts w:ascii="Nirmala UI" w:hAnsi="Nirmala UI" w:eastAsia="Nirmala UI" w:cs="Nirmala UI"/>
        </w:rPr>
        <w:t>ꯄꯥꯎ</w:t>
      </w:r>
      <w:r>
        <w:rPr>
          <w:rFonts w:ascii="Times New Roman" w:hAnsi="Times New Roman" w:eastAsia="Times New Roman" w:cs="Times New Roman"/>
        </w:rPr>
        <w:t xml:space="preserve"> </w:t>
      </w:r>
      <w:r>
        <w:rPr>
          <w:rFonts w:ascii="Nirmala UI" w:hAnsi="Nirmala UI" w:eastAsia="Nirmala UI" w:cs="Nirmala UI"/>
        </w:rPr>
        <w:t>ꯑꯁꯤꯁꯤꯡ</w:t>
      </w:r>
      <w:r>
        <w:rPr>
          <w:rFonts w:ascii="Times New Roman" w:hAnsi="Times New Roman" w:eastAsia="Times New Roman" w:cs="Times New Roman"/>
        </w:rPr>
        <w:t xml:space="preserve"> </w:t>
      </w:r>
      <w:r>
        <w:rPr>
          <w:rFonts w:ascii="Nirmala UI" w:hAnsi="Nirmala UI" w:eastAsia="Nirmala UI" w:cs="Nirmala UI"/>
        </w:rPr>
        <w:t>ꯃꯥꯏ</w:t>
      </w:r>
      <w:r>
        <w:rPr>
          <w:rFonts w:ascii="Times New Roman" w:hAnsi="Times New Roman" w:eastAsia="Times New Roman" w:cs="Times New Roman"/>
        </w:rPr>
        <w:t xml:space="preserve"> </w:t>
      </w:r>
      <w:r>
        <w:rPr>
          <w:rFonts w:ascii="Nirmala UI" w:hAnsi="Nirmala UI" w:eastAsia="Nirmala UI" w:cs="Nirmala UI"/>
        </w:rPr>
        <w:t>ꯇꯥꯅ</w:t>
      </w:r>
      <w:r>
        <w:rPr>
          <w:rFonts w:ascii="Times New Roman" w:hAnsi="Times New Roman" w:eastAsia="Times New Roman" w:cs="Times New Roman"/>
        </w:rPr>
        <w:t xml:space="preserve"> </w:t>
      </w:r>
      <w:r>
        <w:rPr>
          <w:rFonts w:ascii="Nirmala UI" w:hAnsi="Nirmala UI" w:eastAsia="Nirmala UI" w:cs="Nirmala UI"/>
        </w:rPr>
        <w:t>ꯊꯥꯈꯤ</w:t>
      </w:r>
      <w:r>
        <w:rPr>
          <w:rFonts w:ascii="Times New Roman" w:hAnsi="Times New Roman" w:eastAsia="Times New Roman" w:cs="Times New Roman"/>
        </w:rPr>
        <w:t xml:space="preserve"> </w:t>
      </w:r>
      <w:r>
        <w:rPr>
          <w:rFonts w:ascii="Nirmala UI" w:hAnsi="Nirmala UI" w:eastAsia="Nirmala UI" w:cs="Nirmala UI"/>
        </w:rPr>
        <w:t>ꯍꯥꯏꯅ</w:t>
      </w:r>
      <w:r>
        <w:rPr>
          <w:rFonts w:ascii="Times New Roman" w:hAnsi="Times New Roman" w:eastAsia="Times New Roman" w:cs="Times New Roman"/>
        </w:rPr>
        <w:t xml:space="preserve"> </w:t>
      </w:r>
      <w:r>
        <w:rPr>
          <w:rFonts w:ascii="Nirmala UI" w:hAnsi="Nirmala UI" w:eastAsia="Nirmala UI" w:cs="Nirmala UI"/>
        </w:rPr>
        <w:t>ꯑꯩꯅ</w:t>
      </w:r>
      <w:r>
        <w:rPr>
          <w:rFonts w:ascii="Times New Roman" w:hAnsi="Times New Roman" w:eastAsia="Times New Roman" w:cs="Times New Roman"/>
        </w:rPr>
        <w:t xml:space="preserve"> </w:t>
      </w:r>
      <w:r>
        <w:rPr>
          <w:rFonts w:ascii="Nirmala UI" w:hAnsi="Nirmala UI" w:eastAsia="Nirmala UI" w:cs="Nirmala UI"/>
        </w:rPr>
        <w:t>ꯎꯈꯤ</w:t>
      </w:r>
      <w:r>
        <w:rPr>
          <w:rFonts w:ascii="Times New Roman" w:hAnsi="Times New Roman" w:eastAsia="Times New Roman" w:cs="Times New Roman"/>
        </w:rPr>
        <w:t xml:space="preserve">; </w:t>
      </w:r>
      <w:r>
        <w:rPr>
          <w:rFonts w:ascii="Nirmala UI" w:hAnsi="Nirmala UI" w:eastAsia="Nirmala UI" w:cs="Nirmala UI"/>
        </w:rPr>
        <w:t>ꯃꯁꯤꯒꯤ</w:t>
      </w:r>
      <w:r>
        <w:rPr>
          <w:rFonts w:ascii="Times New Roman" w:hAnsi="Times New Roman" w:eastAsia="Times New Roman" w:cs="Times New Roman"/>
        </w:rPr>
        <w:t xml:space="preserve"> </w:t>
      </w:r>
      <w:r>
        <w:rPr>
          <w:rFonts w:ascii="Nirmala UI" w:hAnsi="Nirmala UI" w:eastAsia="Nirmala UI" w:cs="Nirmala UI"/>
        </w:rPr>
        <w:t>ꯃꯔꯝꯗꯥ</w:t>
      </w:r>
      <w:r>
        <w:rPr>
          <w:rFonts w:ascii="Times New Roman" w:hAnsi="Times New Roman" w:eastAsia="Times New Roman" w:cs="Times New Roman"/>
        </w:rPr>
        <w:t xml:space="preserve"> </w:t>
      </w:r>
      <w:r>
        <w:rPr>
          <w:rFonts w:ascii="Nirmala UI" w:hAnsi="Nirmala UI" w:eastAsia="Nirmala UI" w:cs="Nirmala UI"/>
        </w:rPr>
        <w:t>ꯃꯈꯣꯏꯅ</w:t>
      </w:r>
      <w:r>
        <w:rPr>
          <w:rFonts w:ascii="Times New Roman" w:hAnsi="Times New Roman" w:eastAsia="Times New Roman" w:cs="Times New Roman"/>
        </w:rPr>
        <w:t xml:space="preserve"> </w:t>
      </w:r>
      <w:r>
        <w:rPr>
          <w:rFonts w:ascii="Nirmala UI" w:hAnsi="Nirmala UI" w:eastAsia="Nirmala UI" w:cs="Nirmala UI"/>
        </w:rPr>
        <w:t>ꯑꯆꯨꯝꯕ</w:t>
      </w:r>
      <w:r>
        <w:rPr>
          <w:rFonts w:ascii="Times New Roman" w:hAnsi="Times New Roman" w:eastAsia="Times New Roman" w:cs="Times New Roman"/>
        </w:rPr>
        <w:t xml:space="preserve"> </w:t>
      </w:r>
      <w:r>
        <w:rPr>
          <w:rFonts w:ascii="Nirmala UI" w:hAnsi="Nirmala UI" w:eastAsia="Nirmala UI" w:cs="Nirmala UI"/>
        </w:rPr>
        <w:t>ꯃꯐꯝꯒꯤ</w:t>
      </w:r>
      <w:r>
        <w:rPr>
          <w:rFonts w:ascii="Times New Roman" w:hAnsi="Times New Roman" w:eastAsia="Times New Roman" w:cs="Times New Roman"/>
        </w:rPr>
        <w:t xml:space="preserve"> </w:t>
      </w:r>
      <w:r>
        <w:rPr>
          <w:rFonts w:ascii="Nirmala UI" w:hAnsi="Nirmala UI" w:eastAsia="Nirmala UI" w:cs="Nirmala UI"/>
        </w:rPr>
        <w:t>ꯂꯝꯗꯝ</w:t>
      </w:r>
      <w:r>
        <w:rPr>
          <w:rFonts w:ascii="Times New Roman" w:hAnsi="Times New Roman" w:eastAsia="Times New Roman" w:cs="Times New Roman"/>
        </w:rPr>
        <w:t xml:space="preserve"> </w:t>
      </w:r>
      <w:r>
        <w:rPr>
          <w:rFonts w:ascii="Nirmala UI" w:hAnsi="Nirmala UI" w:eastAsia="Nirmala UI" w:cs="Nirmala UI"/>
        </w:rPr>
        <w:t>ꯈꯪꯗꯦ</w:t>
      </w:r>
      <w:r>
        <w:rPr>
          <w:rFonts w:ascii="Times New Roman" w:hAnsi="Times New Roman" w:eastAsia="Times New Roman" w:cs="Times New Roman"/>
        </w:rPr>
        <w:t xml:space="preserve">, </w:t>
      </w:r>
      <w:r>
        <w:rPr>
          <w:rFonts w:ascii="Nirmala UI" w:hAnsi="Nirmala UI" w:eastAsia="Nirmala UI" w:cs="Nirmala UI"/>
        </w:rPr>
        <w:t>ꯑꯃꯁꯨꯡ</w:t>
      </w:r>
      <w:r>
        <w:rPr>
          <w:rFonts w:ascii="Times New Roman" w:hAnsi="Times New Roman" w:eastAsia="Times New Roman" w:cs="Times New Roman"/>
        </w:rPr>
        <w:t xml:space="preserve"> </w:t>
      </w:r>
      <w:r>
        <w:rPr>
          <w:rFonts w:ascii="Nirmala UI" w:hAnsi="Nirmala UI" w:eastAsia="Nirmala UI" w:cs="Nirmala UI"/>
        </w:rPr>
        <w:t>ꯑꯗꯨꯗꯥ</w:t>
      </w:r>
      <w:r>
        <w:rPr>
          <w:rFonts w:ascii="Times New Roman" w:hAnsi="Times New Roman" w:eastAsia="Times New Roman" w:cs="Times New Roman"/>
        </w:rPr>
        <w:t xml:space="preserve"> </w:t>
      </w:r>
      <w:r>
        <w:rPr>
          <w:rFonts w:ascii="Nirmala UI" w:hAnsi="Nirmala UI" w:eastAsia="Nirmala UI" w:cs="Nirmala UI"/>
        </w:rPr>
        <w:t>ꯌꯦꯁꯨꯅ</w:t>
      </w:r>
      <w:r>
        <w:rPr>
          <w:rFonts w:ascii="Times New Roman" w:hAnsi="Times New Roman" w:eastAsia="Times New Roman" w:cs="Times New Roman"/>
        </w:rPr>
        <w:t xml:space="preserve"> </w:t>
      </w:r>
      <w:r>
        <w:rPr>
          <w:rFonts w:ascii="Nirmala UI" w:hAnsi="Nirmala UI" w:eastAsia="Nirmala UI" w:cs="Nirmala UI"/>
        </w:rPr>
        <w:t>ꯇꯧꯔꯤꯕ</w:t>
      </w:r>
      <w:r>
        <w:rPr>
          <w:rFonts w:ascii="Times New Roman" w:hAnsi="Times New Roman" w:eastAsia="Times New Roman" w:cs="Times New Roman"/>
        </w:rPr>
        <w:t xml:space="preserve"> </w:t>
      </w:r>
      <w:r>
        <w:rPr>
          <w:rFonts w:ascii="Nirmala UI" w:hAnsi="Nirmala UI" w:eastAsia="Nirmala UI" w:cs="Nirmala UI"/>
        </w:rPr>
        <w:t>ꯃꯗꯨꯒꯤ</w:t>
      </w:r>
      <w:r>
        <w:rPr>
          <w:rFonts w:ascii="Times New Roman" w:hAnsi="Times New Roman" w:eastAsia="Times New Roman" w:cs="Times New Roman"/>
        </w:rPr>
        <w:t xml:space="preserve"> </w:t>
      </w:r>
      <w:r>
        <w:rPr>
          <w:rFonts w:ascii="Nirmala UI" w:hAnsi="Nirmala UI" w:eastAsia="Nirmala UI" w:cs="Nirmala UI"/>
        </w:rPr>
        <w:t>ꯃꯤꯅꯨꯡꯁꯤꯕ</w:t>
      </w:r>
      <w:r>
        <w:rPr>
          <w:rFonts w:ascii="Times New Roman" w:hAnsi="Times New Roman" w:eastAsia="Times New Roman" w:cs="Times New Roman"/>
        </w:rPr>
        <w:t xml:space="preserve"> </w:t>
      </w:r>
      <w:r>
        <w:rPr>
          <w:rFonts w:ascii="Nirmala UI" w:hAnsi="Nirmala UI" w:eastAsia="Nirmala UI" w:cs="Nirmala UI"/>
        </w:rPr>
        <w:t>ꯊꯥꯎꯗꯣꯛꯄꯗꯒꯤ</w:t>
      </w:r>
      <w:r>
        <w:rPr>
          <w:rFonts w:ascii="Times New Roman" w:hAnsi="Times New Roman" w:eastAsia="Times New Roman" w:cs="Times New Roman"/>
        </w:rPr>
        <w:t xml:space="preserve"> </w:t>
      </w:r>
      <w:r>
        <w:rPr>
          <w:rFonts w:ascii="Nirmala UI" w:hAnsi="Nirmala UI" w:eastAsia="Nirmala UI" w:cs="Nirmala UI"/>
        </w:rPr>
        <w:t>ꯀꯅꯥꯒꯨꯝ</w:t>
      </w:r>
      <w:r>
        <w:rPr>
          <w:rFonts w:ascii="Times New Roman" w:hAnsi="Times New Roman" w:eastAsia="Times New Roman" w:cs="Times New Roman"/>
        </w:rPr>
        <w:t xml:space="preserve"> </w:t>
      </w:r>
      <w:r>
        <w:rPr>
          <w:rFonts w:ascii="Nirmala UI" w:hAnsi="Nirmala UI" w:eastAsia="Nirmala UI" w:cs="Nirmala UI"/>
        </w:rPr>
        <w:t>ꯐꯪꯕ</w:t>
      </w:r>
      <w:r>
        <w:rPr>
          <w:rFonts w:ascii="Times New Roman" w:hAnsi="Times New Roman" w:eastAsia="Times New Roman" w:cs="Times New Roman"/>
        </w:rPr>
        <w:t xml:space="preserve"> </w:t>
      </w:r>
      <w:r>
        <w:rPr>
          <w:rFonts w:ascii="Nirmala UI" w:hAnsi="Nirmala UI" w:eastAsia="Nirmala UI" w:cs="Nirmala UI"/>
        </w:rPr>
        <w:t>ꯉꯝꯗꯦ</w:t>
      </w:r>
      <w:r>
        <w:rPr>
          <w:rFonts w:ascii="Times New Roman" w:hAnsi="Times New Roman" w:eastAsia="Times New Roman" w:cs="Times New Roman"/>
        </w:rPr>
        <w:t xml:space="preserve">. </w:t>
      </w:r>
      <w:r>
        <w:rPr>
          <w:rFonts w:ascii="Nirmala UI" w:hAnsi="Nirmala UI" w:eastAsia="Nirmala UI" w:cs="Nirmala UI"/>
        </w:rPr>
        <w:t>ꯌꯍꯨꯗꯤꯁꯤꯡꯅ</w:t>
      </w:r>
      <w:r>
        <w:rPr>
          <w:rFonts w:ascii="Times New Roman" w:hAnsi="Times New Roman" w:eastAsia="Times New Roman" w:cs="Times New Roman"/>
        </w:rPr>
        <w:t xml:space="preserve"> </w:t>
      </w:r>
      <w:r>
        <w:rPr>
          <w:rFonts w:ascii="Nirmala UI" w:hAnsi="Nirmala UI" w:eastAsia="Nirmala UI" w:cs="Nirmala UI"/>
        </w:rPr>
        <w:t>ꯃꯁꯥꯒꯤ</w:t>
      </w:r>
      <w:r>
        <w:rPr>
          <w:rFonts w:ascii="Times New Roman" w:hAnsi="Times New Roman" w:eastAsia="Times New Roman" w:cs="Times New Roman"/>
        </w:rPr>
        <w:t xml:space="preserve"> </w:t>
      </w:r>
      <w:r>
        <w:rPr>
          <w:rFonts w:ascii="Nirmala UI" w:hAnsi="Nirmala UI" w:eastAsia="Nirmala UI" w:cs="Nirmala UI"/>
        </w:rPr>
        <w:t>ꯁꯤꯖꯤꯟꯕ</w:t>
      </w:r>
      <w:r>
        <w:rPr>
          <w:rFonts w:ascii="Times New Roman" w:hAnsi="Times New Roman" w:eastAsia="Times New Roman" w:cs="Times New Roman"/>
        </w:rPr>
        <w:t xml:space="preserve"> </w:t>
      </w:r>
      <w:r>
        <w:rPr>
          <w:rFonts w:ascii="Nirmala UI" w:hAnsi="Nirmala UI" w:eastAsia="Nirmala UI" w:cs="Nirmala UI"/>
        </w:rPr>
        <w:t>ꯉꯝꯗꯕ</w:t>
      </w:r>
      <w:r>
        <w:rPr>
          <w:rFonts w:ascii="Times New Roman" w:hAnsi="Times New Roman" w:eastAsia="Times New Roman" w:cs="Times New Roman"/>
        </w:rPr>
        <w:t xml:space="preserve"> </w:t>
      </w:r>
      <w:r>
        <w:rPr>
          <w:rFonts w:ascii="Nirmala UI" w:hAnsi="Nirmala UI" w:eastAsia="Nirmala UI" w:cs="Nirmala UI"/>
        </w:rPr>
        <w:t>ꯎꯁꯣꯏꯁꯤꯡ</w:t>
      </w:r>
      <w:r>
        <w:rPr>
          <w:rFonts w:ascii="Times New Roman" w:hAnsi="Times New Roman" w:eastAsia="Times New Roman" w:cs="Times New Roman"/>
        </w:rPr>
        <w:t xml:space="preserve"> </w:t>
      </w:r>
      <w:r>
        <w:rPr>
          <w:rFonts w:ascii="Nirmala UI" w:hAnsi="Nirmala UI" w:eastAsia="Nirmala UI" w:cs="Nirmala UI"/>
        </w:rPr>
        <w:t>ꯄꯨꯁꯤꯜꯂꯛꯈꯤꯕ</w:t>
      </w:r>
      <w:r>
        <w:rPr>
          <w:rFonts w:ascii="Times New Roman" w:hAnsi="Times New Roman" w:eastAsia="Times New Roman" w:cs="Times New Roman"/>
        </w:rPr>
        <w:t xml:space="preserve"> </w:t>
      </w:r>
      <w:r>
        <w:rPr>
          <w:rFonts w:ascii="Nirmala UI" w:hAnsi="Nirmala UI" w:eastAsia="Nirmala UI" w:cs="Nirmala UI"/>
        </w:rPr>
        <w:t>ꯑꯗꯨꯒꯨꯝꯕ</w:t>
      </w:r>
      <w:r>
        <w:rPr>
          <w:rFonts w:ascii="Times New Roman" w:hAnsi="Times New Roman" w:eastAsia="Times New Roman" w:cs="Times New Roman"/>
        </w:rPr>
        <w:t xml:space="preserve">, </w:t>
      </w:r>
      <w:r>
        <w:rPr>
          <w:rFonts w:ascii="Nirmala UI" w:hAnsi="Nirmala UI" w:eastAsia="Nirmala UI" w:cs="Nirmala UI"/>
        </w:rPr>
        <w:t>ꯃꯈꯣꯏꯅ</w:t>
      </w:r>
      <w:r>
        <w:rPr>
          <w:rFonts w:ascii="Times New Roman" w:hAnsi="Times New Roman" w:eastAsia="Times New Roman" w:cs="Times New Roman"/>
        </w:rPr>
        <w:t xml:space="preserve"> </w:t>
      </w:r>
      <w:r>
        <w:rPr>
          <w:rFonts w:ascii="Nirmala UI" w:hAnsi="Nirmala UI" w:eastAsia="Nirmala UI" w:cs="Nirmala UI"/>
        </w:rPr>
        <w:t>ꯌꯦꯁꯨꯅ</w:t>
      </w:r>
      <w:r>
        <w:rPr>
          <w:rFonts w:ascii="Times New Roman" w:hAnsi="Times New Roman" w:eastAsia="Times New Roman" w:cs="Times New Roman"/>
        </w:rPr>
        <w:t xml:space="preserve"> </w:t>
      </w:r>
      <w:r>
        <w:rPr>
          <w:rFonts w:ascii="Nirmala UI" w:hAnsi="Nirmala UI" w:eastAsia="Nirmala UI" w:cs="Nirmala UI"/>
        </w:rPr>
        <w:t>ꯊꯥꯗꯣꯛꯈꯤꯕ</w:t>
      </w:r>
      <w:r>
        <w:rPr>
          <w:rFonts w:ascii="Times New Roman" w:hAnsi="Times New Roman" w:eastAsia="Times New Roman" w:cs="Times New Roman"/>
        </w:rPr>
        <w:t xml:space="preserve"> </w:t>
      </w:r>
      <w:r>
        <w:rPr>
          <w:rFonts w:ascii="Nirmala UI" w:hAnsi="Nirmala UI" w:eastAsia="Nirmala UI" w:cs="Nirmala UI"/>
        </w:rPr>
        <w:t>ꯑꯄꯥꯔ꯭ꯠꯃꯦꯟꯇꯁꯨ</w:t>
      </w:r>
      <w:r>
        <w:rPr>
          <w:rFonts w:ascii="Times New Roman" w:hAnsi="Times New Roman" w:eastAsia="Times New Roman" w:cs="Times New Roman"/>
        </w:rPr>
        <w:t xml:space="preserve"> </w:t>
      </w:r>
      <w:r>
        <w:rPr>
          <w:rFonts w:ascii="Nirmala UI" w:hAnsi="Nirmala UI" w:eastAsia="Nirmala UI" w:cs="Nirmala UI"/>
        </w:rPr>
        <w:t>ꯑꯗꯨꯗꯥ</w:t>
      </w:r>
      <w:r>
        <w:rPr>
          <w:rFonts w:ascii="Times New Roman" w:hAnsi="Times New Roman" w:eastAsia="Times New Roman" w:cs="Times New Roman"/>
        </w:rPr>
        <w:t xml:space="preserve"> </w:t>
      </w:r>
      <w:r>
        <w:rPr>
          <w:rFonts w:ascii="Nirmala UI" w:hAnsi="Nirmala UI" w:eastAsia="Nirmala UI" w:cs="Nirmala UI"/>
        </w:rPr>
        <w:t>ꯃꯁꯥꯒꯤ</w:t>
      </w:r>
      <w:r>
        <w:rPr>
          <w:rFonts w:ascii="Times New Roman" w:hAnsi="Times New Roman" w:eastAsia="Times New Roman" w:cs="Times New Roman"/>
        </w:rPr>
        <w:t xml:space="preserve"> </w:t>
      </w:r>
      <w:r>
        <w:rPr>
          <w:rFonts w:ascii="Nirmala UI" w:hAnsi="Nirmala UI" w:eastAsia="Nirmala UI" w:cs="Nirmala UI"/>
        </w:rPr>
        <w:t>ꯁꯤꯖꯤꯟꯕ</w:t>
      </w:r>
      <w:r>
        <w:rPr>
          <w:rFonts w:ascii="Times New Roman" w:hAnsi="Times New Roman" w:eastAsia="Times New Roman" w:cs="Times New Roman"/>
        </w:rPr>
        <w:t xml:space="preserve"> </w:t>
      </w:r>
      <w:r>
        <w:rPr>
          <w:rFonts w:ascii="Nirmala UI" w:hAnsi="Nirmala UI" w:eastAsia="Nirmala UI" w:cs="Nirmala UI"/>
        </w:rPr>
        <w:t>ꯉꯝꯗꯕ</w:t>
      </w:r>
      <w:r>
        <w:rPr>
          <w:rFonts w:ascii="Times New Roman" w:hAnsi="Times New Roman" w:eastAsia="Times New Roman" w:cs="Times New Roman"/>
        </w:rPr>
        <w:t xml:space="preserve"> </w:t>
      </w:r>
      <w:r>
        <w:rPr>
          <w:rFonts w:ascii="Nirmala UI" w:hAnsi="Nirmala UI" w:eastAsia="Nirmala UI" w:cs="Nirmala UI"/>
        </w:rPr>
        <w:t>ꯍꯥꯏꯖꯤꯡꯁꯤꯡ</w:t>
      </w:r>
      <w:r>
        <w:rPr>
          <w:rFonts w:ascii="Times New Roman" w:hAnsi="Times New Roman" w:eastAsia="Times New Roman" w:cs="Times New Roman"/>
        </w:rPr>
        <w:t xml:space="preserve"> </w:t>
      </w:r>
      <w:r>
        <w:rPr>
          <w:rFonts w:ascii="Nirmala UI" w:hAnsi="Nirmala UI" w:eastAsia="Nirmala UI" w:cs="Nirmala UI"/>
        </w:rPr>
        <w:t>ꯄꯨꯔꯛꯏ</w:t>
      </w:r>
      <w:r>
        <w:rPr>
          <w:rFonts w:ascii="Times New Roman" w:hAnsi="Times New Roman" w:eastAsia="Times New Roman" w:cs="Times New Roman"/>
        </w:rPr>
        <w:t xml:space="preserve">; </w:t>
      </w:r>
      <w:r>
        <w:rPr>
          <w:rFonts w:ascii="Nirmala UI" w:hAnsi="Nirmala UI" w:eastAsia="Nirmala UI" w:cs="Nirmala UI"/>
        </w:rPr>
        <w:t>ꯑꯃꯁꯨꯡ</w:t>
      </w:r>
      <w:r>
        <w:rPr>
          <w:rFonts w:ascii="Times New Roman" w:hAnsi="Times New Roman" w:eastAsia="Times New Roman" w:cs="Times New Roman"/>
        </w:rPr>
        <w:t xml:space="preserve"> </w:t>
      </w:r>
      <w:r>
        <w:rPr>
          <w:rFonts w:ascii="Nirmala UI" w:hAnsi="Nirmala UI" w:eastAsia="Nirmala UI" w:cs="Nirmala UI"/>
        </w:rPr>
        <w:t>ꯁꯥꯇꯥꯟꯅ</w:t>
      </w:r>
      <w:r>
        <w:rPr>
          <w:rFonts w:ascii="Times New Roman" w:hAnsi="Times New Roman" w:eastAsia="Times New Roman" w:cs="Times New Roman"/>
        </w:rPr>
        <w:t xml:space="preserve">, </w:t>
      </w:r>
      <w:r>
        <w:rPr>
          <w:rFonts w:ascii="Nirmala UI" w:hAnsi="Nirmala UI" w:eastAsia="Nirmala UI" w:cs="Nirmala UI"/>
        </w:rPr>
        <w:t>ꯃꯁꯤꯒꯤ</w:t>
      </w:r>
      <w:r>
        <w:rPr>
          <w:rFonts w:ascii="Times New Roman" w:hAnsi="Times New Roman" w:eastAsia="Times New Roman" w:cs="Times New Roman"/>
        </w:rPr>
        <w:t xml:space="preserve"> </w:t>
      </w:r>
      <w:r>
        <w:rPr>
          <w:rFonts w:ascii="Nirmala UI" w:hAnsi="Nirmala UI" w:eastAsia="Nirmala UI" w:cs="Nirmala UI"/>
        </w:rPr>
        <w:t>ꯃꯔꯨꯑꯣꯏꯕꯗꯥ</w:t>
      </w:r>
      <w:r>
        <w:rPr>
          <w:rFonts w:ascii="Times New Roman" w:hAnsi="Times New Roman" w:eastAsia="Times New Roman" w:cs="Times New Roman"/>
        </w:rPr>
        <w:t xml:space="preserve"> </w:t>
      </w:r>
      <w:r>
        <w:rPr>
          <w:rFonts w:ascii="Nirmala UI" w:hAnsi="Nirmala UI" w:eastAsia="Nirmala UI" w:cs="Nirmala UI"/>
        </w:rPr>
        <w:t>ꯄꯤꯇꯀꯔꯦꯕꯅ</w:t>
      </w:r>
      <w:r>
        <w:rPr>
          <w:rFonts w:ascii="Times New Roman" w:hAnsi="Times New Roman" w:eastAsia="Times New Roman" w:cs="Times New Roman"/>
        </w:rPr>
        <w:t xml:space="preserve">, </w:t>
      </w:r>
      <w:r>
        <w:rPr>
          <w:rFonts w:ascii="Nirmala UI" w:hAnsi="Nirmala UI" w:eastAsia="Nirmala UI" w:cs="Nirmala UI"/>
        </w:rPr>
        <w:t>ꯂꯥꯏꯅꯤꯡꯒꯤ</w:t>
      </w:r>
      <w:r>
        <w:rPr>
          <w:rFonts w:ascii="Times New Roman" w:hAnsi="Times New Roman" w:eastAsia="Times New Roman" w:cs="Times New Roman"/>
        </w:rPr>
        <w:t xml:space="preserve"> </w:t>
      </w:r>
      <w:r>
        <w:rPr>
          <w:rFonts w:ascii="Nirmala UI" w:hAnsi="Nirmala UI" w:eastAsia="Nirmala UI" w:cs="Nirmala UI"/>
        </w:rPr>
        <w:t>ꯃꯋꯣꯡ</w:t>
      </w:r>
      <w:r>
        <w:rPr>
          <w:rFonts w:ascii="Times New Roman" w:hAnsi="Times New Roman" w:eastAsia="Times New Roman" w:cs="Times New Roman"/>
        </w:rPr>
        <w:t xml:space="preserve"> </w:t>
      </w:r>
      <w:r>
        <w:rPr>
          <w:rFonts w:ascii="Nirmala UI" w:hAnsi="Nirmala UI" w:eastAsia="Nirmala UI" w:cs="Nirmala UI"/>
        </w:rPr>
        <w:t>ꯑꯃ</w:t>
      </w:r>
      <w:r>
        <w:rPr>
          <w:rFonts w:ascii="Times New Roman" w:hAnsi="Times New Roman" w:eastAsia="Times New Roman" w:cs="Times New Roman"/>
        </w:rPr>
        <w:t xml:space="preserve"> </w:t>
      </w:r>
      <w:r>
        <w:rPr>
          <w:rFonts w:ascii="Nirmala UI" w:hAnsi="Nirmala UI" w:eastAsia="Nirmala UI" w:cs="Nirmala UI"/>
        </w:rPr>
        <w:t>ꯂꯧꯊꯣꯛꯏ</w:t>
      </w:r>
      <w:r>
        <w:rPr>
          <w:rFonts w:ascii="Times New Roman" w:hAnsi="Times New Roman" w:eastAsia="Times New Roman" w:cs="Times New Roman"/>
        </w:rPr>
        <w:t xml:space="preserve"> </w:t>
      </w:r>
      <w:r>
        <w:rPr>
          <w:rFonts w:ascii="Nirmala UI" w:hAnsi="Nirmala UI" w:eastAsia="Nirmala UI" w:cs="Nirmala UI"/>
        </w:rPr>
        <w:t>ꯑꯃꯁꯨꯡ</w:t>
      </w:r>
      <w:r>
        <w:rPr>
          <w:rFonts w:ascii="Times New Roman" w:hAnsi="Times New Roman" w:eastAsia="Times New Roman" w:cs="Times New Roman"/>
        </w:rPr>
        <w:t xml:space="preserve"> </w:t>
      </w:r>
      <w:r>
        <w:rPr>
          <w:rFonts w:ascii="Nirmala UI" w:hAnsi="Nirmala UI" w:eastAsia="Nirmala UI" w:cs="Nirmala UI"/>
        </w:rPr>
        <w:t>ꯃꯤꯡꯊꯣꯟꯅ</w:t>
      </w:r>
      <w:r>
        <w:rPr>
          <w:rFonts w:ascii="Times New Roman" w:hAnsi="Times New Roman" w:eastAsia="Times New Roman" w:cs="Times New Roman"/>
        </w:rPr>
        <w:t xml:space="preserve"> </w:t>
      </w:r>
      <w:r>
        <w:rPr>
          <w:rFonts w:ascii="Nirmala UI" w:hAnsi="Nirmala UI" w:eastAsia="Nirmala UI" w:cs="Nirmala UI"/>
        </w:rPr>
        <w:t>ꯈ꯭ꯔꯤꯁꯆꯦꯟ</w:t>
      </w:r>
      <w:r>
        <w:rPr>
          <w:rFonts w:ascii="Times New Roman" w:hAnsi="Times New Roman" w:eastAsia="Times New Roman" w:cs="Times New Roman"/>
        </w:rPr>
        <w:t xml:space="preserve"> </w:t>
      </w:r>
      <w:r>
        <w:rPr>
          <w:rFonts w:ascii="Nirmala UI" w:hAnsi="Nirmala UI" w:eastAsia="Nirmala UI" w:cs="Nirmala UI"/>
        </w:rPr>
        <w:t>ꯑꯣꯏꯕ</w:t>
      </w:r>
      <w:r>
        <w:rPr>
          <w:rFonts w:ascii="Times New Roman" w:hAnsi="Times New Roman" w:eastAsia="Times New Roman" w:cs="Times New Roman"/>
        </w:rPr>
        <w:t xml:space="preserve"> </w:t>
      </w:r>
      <w:r>
        <w:rPr>
          <w:rFonts w:ascii="Nirmala UI" w:hAnsi="Nirmala UI" w:eastAsia="Nirmala UI" w:cs="Nirmala UI"/>
        </w:rPr>
        <w:t>ꯑꯁꯤꯁꯤꯡꯒꯤ</w:t>
      </w:r>
      <w:r>
        <w:rPr>
          <w:rFonts w:ascii="Times New Roman" w:hAnsi="Times New Roman" w:eastAsia="Times New Roman" w:cs="Times New Roman"/>
        </w:rPr>
        <w:t xml:space="preserve"> </w:t>
      </w:r>
      <w:r>
        <w:rPr>
          <w:rFonts w:ascii="Nirmala UI" w:hAnsi="Nirmala UI" w:eastAsia="Nirmala UI" w:cs="Nirmala UI"/>
        </w:rPr>
        <w:t>ꯋꯥꯈꯜ</w:t>
      </w:r>
      <w:r>
        <w:rPr>
          <w:rFonts w:ascii="Times New Roman" w:hAnsi="Times New Roman" w:eastAsia="Times New Roman" w:cs="Times New Roman"/>
        </w:rPr>
        <w:t xml:space="preserve"> </w:t>
      </w:r>
      <w:r>
        <w:rPr>
          <w:rFonts w:ascii="Nirmala UI" w:hAnsi="Nirmala UI" w:eastAsia="Nirmala UI" w:cs="Nirmala UI"/>
        </w:rPr>
        <w:t>ꯑꯗꯨ</w:t>
      </w:r>
      <w:r>
        <w:rPr>
          <w:rFonts w:ascii="Times New Roman" w:hAnsi="Times New Roman" w:eastAsia="Times New Roman" w:cs="Times New Roman"/>
        </w:rPr>
        <w:t xml:space="preserve"> </w:t>
      </w:r>
      <w:r>
        <w:rPr>
          <w:rFonts w:ascii="Nirmala UI" w:hAnsi="Nirmala UI" w:eastAsia="Nirmala UI" w:cs="Nirmala UI"/>
        </w:rPr>
        <w:t>ꯃꯍꯥꯛꯇꯥ</w:t>
      </w:r>
      <w:r>
        <w:rPr>
          <w:rFonts w:ascii="Times New Roman" w:hAnsi="Times New Roman" w:eastAsia="Times New Roman" w:cs="Times New Roman"/>
        </w:rPr>
        <w:t xml:space="preserve"> </w:t>
      </w:r>
      <w:r>
        <w:rPr>
          <w:rFonts w:ascii="Nirmala UI" w:hAnsi="Nirmala UI" w:eastAsia="Nirmala UI" w:cs="Nirmala UI"/>
        </w:rPr>
        <w:t>ꯆꯤꯡꯁꯤꯟꯅꯕ</w:t>
      </w:r>
      <w:r>
        <w:rPr>
          <w:rFonts w:ascii="Times New Roman" w:hAnsi="Times New Roman" w:eastAsia="Times New Roman" w:cs="Times New Roman"/>
        </w:rPr>
        <w:t xml:space="preserve"> </w:t>
      </w:r>
      <w:r>
        <w:rPr>
          <w:rFonts w:ascii="Nirmala UI" w:hAnsi="Nirmala UI" w:eastAsia="Nirmala UI" w:cs="Nirmala UI"/>
        </w:rPr>
        <w:t>ꯂꯝꯁꯦꯟꯍꯜꯂꯤ</w:t>
      </w:r>
      <w:r>
        <w:rPr>
          <w:rFonts w:ascii="Times New Roman" w:hAnsi="Times New Roman" w:eastAsia="Times New Roman" w:cs="Times New Roman"/>
        </w:rPr>
        <w:t xml:space="preserve">, </w:t>
      </w:r>
      <w:r>
        <w:rPr>
          <w:rFonts w:ascii="Nirmala UI" w:hAnsi="Nirmala UI" w:eastAsia="Nirmala UI" w:cs="Nirmala UI"/>
        </w:rPr>
        <w:t>ꯃꯍꯥꯛꯀꯤ</w:t>
      </w:r>
      <w:r>
        <w:rPr>
          <w:rFonts w:ascii="Times New Roman" w:hAnsi="Times New Roman" w:eastAsia="Times New Roman" w:cs="Times New Roman"/>
        </w:rPr>
        <w:t xml:space="preserve"> </w:t>
      </w:r>
      <w:r>
        <w:rPr>
          <w:rFonts w:ascii="Nirmala UI" w:hAnsi="Nirmala UI" w:eastAsia="Nirmala UI" w:cs="Nirmala UI"/>
        </w:rPr>
        <w:t>ꯄꯥꯡꯒꯜ</w:t>
      </w:r>
      <w:r>
        <w:rPr>
          <w:rFonts w:ascii="Times New Roman" w:hAnsi="Times New Roman" w:eastAsia="Times New Roman" w:cs="Times New Roman"/>
        </w:rPr>
        <w:t xml:space="preserve">, </w:t>
      </w:r>
      <w:r>
        <w:rPr>
          <w:rFonts w:ascii="Nirmala UI" w:hAnsi="Nirmala UI" w:eastAsia="Nirmala UI" w:cs="Nirmala UI"/>
        </w:rPr>
        <w:t>ꯃꯍꯥꯛꯀꯤ</w:t>
      </w:r>
      <w:r>
        <w:rPr>
          <w:rFonts w:ascii="Times New Roman" w:hAnsi="Times New Roman" w:eastAsia="Times New Roman" w:cs="Times New Roman"/>
        </w:rPr>
        <w:t xml:space="preserve"> </w:t>
      </w:r>
      <w:r>
        <w:rPr>
          <w:rFonts w:ascii="Nirmala UI" w:hAnsi="Nirmala UI" w:eastAsia="Nirmala UI" w:cs="Nirmala UI"/>
        </w:rPr>
        <w:t>ꯈꯨꯗꯝꯁꯤꯡ</w:t>
      </w:r>
      <w:r>
        <w:rPr>
          <w:rFonts w:ascii="Times New Roman" w:hAnsi="Times New Roman" w:eastAsia="Times New Roman" w:cs="Times New Roman"/>
        </w:rPr>
        <w:t xml:space="preserve">, </w:t>
      </w:r>
      <w:r>
        <w:rPr>
          <w:rFonts w:ascii="Nirmala UI" w:hAnsi="Nirmala UI" w:eastAsia="Nirmala UI" w:cs="Nirmala UI"/>
        </w:rPr>
        <w:t>ꯑꯃꯁꯨꯡ</w:t>
      </w:r>
      <w:r>
        <w:rPr>
          <w:rFonts w:ascii="Times New Roman" w:hAnsi="Times New Roman" w:eastAsia="Times New Roman" w:cs="Times New Roman"/>
        </w:rPr>
        <w:t xml:space="preserve"> </w:t>
      </w:r>
      <w:r>
        <w:rPr>
          <w:rFonts w:ascii="Nirmala UI" w:hAnsi="Nirmala UI" w:eastAsia="Nirmala UI" w:cs="Nirmala UI"/>
        </w:rPr>
        <w:t>ꯃꯔꯨꯑꯣꯏꯕ</w:t>
      </w:r>
      <w:r>
        <w:rPr>
          <w:rFonts w:ascii="Times New Roman" w:hAnsi="Times New Roman" w:eastAsia="Times New Roman" w:cs="Times New Roman"/>
        </w:rPr>
        <w:t xml:space="preserve"> </w:t>
      </w:r>
      <w:r>
        <w:rPr>
          <w:rFonts w:ascii="Nirmala UI" w:hAnsi="Nirmala UI" w:eastAsia="Nirmala UI" w:cs="Nirmala UI"/>
        </w:rPr>
        <w:t>ꯑꯍꯣꯡꯕ</w:t>
      </w:r>
      <w:r>
        <w:rPr>
          <w:rFonts w:ascii="Times New Roman" w:hAnsi="Times New Roman" w:eastAsia="Times New Roman" w:cs="Times New Roman"/>
        </w:rPr>
        <w:t xml:space="preserve"> </w:t>
      </w:r>
      <w:r>
        <w:rPr>
          <w:rFonts w:ascii="Nirmala UI" w:hAnsi="Nirmala UI" w:eastAsia="Nirmala UI" w:cs="Nirmala UI"/>
        </w:rPr>
        <w:t>ꯑꯆꯨꯝꯕꯁꯤꯡꯅ</w:t>
      </w:r>
      <w:r>
        <w:rPr>
          <w:rFonts w:ascii="Times New Roman" w:hAnsi="Times New Roman" w:eastAsia="Times New Roman" w:cs="Times New Roman"/>
        </w:rPr>
        <w:t xml:space="preserve"> </w:t>
      </w:r>
      <w:r>
        <w:rPr>
          <w:rFonts w:ascii="Nirmala UI" w:hAnsi="Nirmala UI" w:eastAsia="Nirmala UI" w:cs="Nirmala UI"/>
        </w:rPr>
        <w:t>ꯊꯕꯛ</w:t>
      </w:r>
      <w:r>
        <w:rPr>
          <w:rFonts w:ascii="Times New Roman" w:hAnsi="Times New Roman" w:eastAsia="Times New Roman" w:cs="Times New Roman"/>
        </w:rPr>
        <w:t xml:space="preserve"> </w:t>
      </w:r>
      <w:r>
        <w:rPr>
          <w:rFonts w:ascii="Nirmala UI" w:hAnsi="Nirmala UI" w:eastAsia="Nirmala UI" w:cs="Nirmala UI"/>
        </w:rPr>
        <w:t>ꯇꯧꯗꯨꯅꯥ</w:t>
      </w:r>
      <w:r>
        <w:rPr>
          <w:rFonts w:ascii="Times New Roman" w:hAnsi="Times New Roman" w:eastAsia="Times New Roman" w:cs="Times New Roman"/>
        </w:rPr>
        <w:t xml:space="preserve">, </w:t>
      </w:r>
      <w:r>
        <w:rPr>
          <w:rFonts w:ascii="Nirmala UI" w:hAnsi="Nirmala UI" w:eastAsia="Nirmala UI" w:cs="Nirmala UI"/>
        </w:rPr>
        <w:t>ꯃꯈꯣꯏꯕꯨ</w:t>
      </w:r>
      <w:r>
        <w:rPr>
          <w:rFonts w:ascii="Times New Roman" w:hAnsi="Times New Roman" w:eastAsia="Times New Roman" w:cs="Times New Roman"/>
        </w:rPr>
        <w:t xml:space="preserve"> </w:t>
      </w:r>
      <w:r>
        <w:rPr>
          <w:rFonts w:ascii="Nirmala UI" w:hAnsi="Nirmala UI" w:eastAsia="Nirmala UI" w:cs="Nirmala UI"/>
        </w:rPr>
        <w:t>ꯃꯍꯥꯛꯀꯤ</w:t>
      </w:r>
      <w:r>
        <w:rPr>
          <w:rFonts w:ascii="Times New Roman" w:hAnsi="Times New Roman" w:eastAsia="Times New Roman" w:cs="Times New Roman"/>
        </w:rPr>
        <w:t xml:space="preserve"> </w:t>
      </w:r>
      <w:r>
        <w:rPr>
          <w:rFonts w:ascii="Nirmala UI" w:hAnsi="Nirmala UI" w:eastAsia="Nirmala UI" w:cs="Nirmala UI"/>
        </w:rPr>
        <w:t>ꯐꯟꯗꯥ</w:t>
      </w:r>
      <w:r>
        <w:rPr>
          <w:rFonts w:ascii="Times New Roman" w:hAnsi="Times New Roman" w:eastAsia="Times New Roman" w:cs="Times New Roman"/>
        </w:rPr>
        <w:t xml:space="preserve"> </w:t>
      </w:r>
      <w:r>
        <w:rPr>
          <w:rFonts w:ascii="Nirmala UI" w:hAnsi="Nirmala UI" w:eastAsia="Nirmala UI" w:cs="Nirmala UI"/>
        </w:rPr>
        <w:t>ꯁꯦꯝꯈꯠꯅꯕ</w:t>
      </w:r>
      <w:r>
        <w:rPr>
          <w:rFonts w:ascii="Times New Roman" w:hAnsi="Times New Roman" w:eastAsia="Times New Roman" w:cs="Times New Roman"/>
        </w:rPr>
        <w:t xml:space="preserve">. </w:t>
      </w:r>
      <w:r>
        <w:rPr>
          <w:rFonts w:ascii="Nirmala UI" w:hAnsi="Nirmala UI" w:eastAsia="Nirmala UI" w:cs="Nirmala UI"/>
        </w:rPr>
        <w:t>ꯈꯔꯅ</w:t>
      </w:r>
      <w:r>
        <w:rPr>
          <w:rFonts w:ascii="Times New Roman" w:hAnsi="Times New Roman" w:eastAsia="Times New Roman" w:cs="Times New Roman"/>
        </w:rPr>
        <w:t xml:space="preserve"> </w:t>
      </w:r>
      <w:r>
        <w:rPr>
          <w:rFonts w:ascii="Nirmala UI" w:hAnsi="Nirmala UI" w:eastAsia="Nirmala UI" w:cs="Nirmala UI"/>
        </w:rPr>
        <w:t>ꯃꯍꯥꯛꯅ</w:t>
      </w:r>
      <w:r>
        <w:rPr>
          <w:rFonts w:ascii="Times New Roman" w:hAnsi="Times New Roman" w:eastAsia="Times New Roman" w:cs="Times New Roman"/>
        </w:rPr>
        <w:t xml:space="preserve"> </w:t>
      </w:r>
      <w:r>
        <w:rPr>
          <w:rFonts w:ascii="Nirmala UI" w:hAnsi="Nirmala UI" w:eastAsia="Nirmala UI" w:cs="Nirmala UI"/>
        </w:rPr>
        <w:t>ꯃꯁꯤꯒꯨꯝꯕ</w:t>
      </w:r>
      <w:r>
        <w:rPr>
          <w:rFonts w:ascii="Times New Roman" w:hAnsi="Times New Roman" w:eastAsia="Times New Roman" w:cs="Times New Roman"/>
        </w:rPr>
        <w:t xml:space="preserve"> </w:t>
      </w:r>
      <w:r>
        <w:rPr>
          <w:rFonts w:ascii="Nirmala UI" w:hAnsi="Nirmala UI" w:eastAsia="Nirmala UI" w:cs="Nirmala UI"/>
        </w:rPr>
        <w:t>ꯃꯇꯝ</w:t>
      </w:r>
      <w:r>
        <w:rPr>
          <w:rFonts w:ascii="Times New Roman" w:hAnsi="Times New Roman" w:eastAsia="Times New Roman" w:cs="Times New Roman"/>
        </w:rPr>
        <w:t xml:space="preserve"> </w:t>
      </w:r>
      <w:r>
        <w:rPr>
          <w:rFonts w:ascii="Nirmala UI" w:hAnsi="Nirmala UI" w:eastAsia="Nirmala UI" w:cs="Nirmala UI"/>
        </w:rPr>
        <w:t>ꯑꯃꯗꯥ</w:t>
      </w:r>
      <w:r>
        <w:rPr>
          <w:rFonts w:ascii="Times New Roman" w:hAnsi="Times New Roman" w:eastAsia="Times New Roman" w:cs="Times New Roman"/>
        </w:rPr>
        <w:t xml:space="preserve"> </w:t>
      </w:r>
      <w:r>
        <w:rPr>
          <w:rFonts w:ascii="Nirmala UI" w:hAnsi="Nirmala UI" w:eastAsia="Nirmala UI" w:cs="Nirmala UI"/>
        </w:rPr>
        <w:t>ꯃꯔꯨꯑꯣꯏ</w:t>
      </w:r>
      <w:r>
        <w:rPr>
          <w:rFonts w:ascii="Times New Roman" w:hAnsi="Times New Roman" w:eastAsia="Times New Roman" w:cs="Times New Roman"/>
        </w:rPr>
        <w:t xml:space="preserve">, </w:t>
      </w:r>
      <w:r>
        <w:rPr>
          <w:rFonts w:ascii="Nirmala UI" w:hAnsi="Nirmala UI" w:eastAsia="Nirmala UI" w:cs="Nirmala UI"/>
        </w:rPr>
        <w:t>ꯑꯃꯁꯨꯡ</w:t>
      </w:r>
      <w:r>
        <w:rPr>
          <w:rFonts w:ascii="Times New Roman" w:hAnsi="Times New Roman" w:eastAsia="Times New Roman" w:cs="Times New Roman"/>
        </w:rPr>
        <w:t xml:space="preserve"> </w:t>
      </w:r>
      <w:r>
        <w:rPr>
          <w:rFonts w:ascii="Nirmala UI" w:hAnsi="Nirmala UI" w:eastAsia="Nirmala UI" w:cs="Nirmala UI"/>
        </w:rPr>
        <w:t>ꯈꯔꯅ</w:t>
      </w:r>
      <w:r>
        <w:rPr>
          <w:rFonts w:ascii="Times New Roman" w:hAnsi="Times New Roman" w:eastAsia="Times New Roman" w:cs="Times New Roman"/>
        </w:rPr>
        <w:t xml:space="preserve"> </w:t>
      </w:r>
      <w:r>
        <w:rPr>
          <w:rFonts w:ascii="Nirmala UI" w:hAnsi="Nirmala UI" w:eastAsia="Nirmala UI" w:cs="Nirmala UI"/>
        </w:rPr>
        <w:t>ꯑꯇꯣꯞꯄ</w:t>
      </w:r>
      <w:r>
        <w:rPr>
          <w:rFonts w:ascii="Times New Roman" w:hAnsi="Times New Roman" w:eastAsia="Times New Roman" w:cs="Times New Roman"/>
        </w:rPr>
        <w:t xml:space="preserve"> </w:t>
      </w:r>
      <w:r>
        <w:rPr>
          <w:rFonts w:ascii="Nirmala UI" w:hAnsi="Nirmala UI" w:eastAsia="Nirmala UI" w:cs="Nirmala UI"/>
        </w:rPr>
        <w:t>ꯃꯇꯝ</w:t>
      </w:r>
      <w:r>
        <w:rPr>
          <w:rFonts w:ascii="Times New Roman" w:hAnsi="Times New Roman" w:eastAsia="Times New Roman" w:cs="Times New Roman"/>
        </w:rPr>
        <w:t xml:space="preserve"> </w:t>
      </w:r>
      <w:r>
        <w:rPr>
          <w:rFonts w:ascii="Nirmala UI" w:hAnsi="Nirmala UI" w:eastAsia="Nirmala UI" w:cs="Nirmala UI"/>
        </w:rPr>
        <w:t>ꯑꯃꯗꯥ</w:t>
      </w:r>
      <w:r>
        <w:rPr>
          <w:rFonts w:ascii="Times New Roman" w:hAnsi="Times New Roman" w:eastAsia="Times New Roman" w:cs="Times New Roman"/>
        </w:rPr>
        <w:t xml:space="preserve">. </w:t>
      </w:r>
      <w:r>
        <w:rPr>
          <w:rFonts w:ascii="Nirmala UI" w:hAnsi="Nirmala UI" w:eastAsia="Nirmala UI" w:cs="Nirmala UI"/>
        </w:rPr>
        <w:t>ꯃꯤꯈꯥꯌ</w:t>
      </w:r>
      <w:r>
        <w:rPr>
          <w:rFonts w:ascii="Times New Roman" w:hAnsi="Times New Roman" w:eastAsia="Times New Roman" w:cs="Times New Roman"/>
        </w:rPr>
        <w:t xml:space="preserve"> </w:t>
      </w:r>
      <w:r>
        <w:rPr>
          <w:rFonts w:ascii="Nirmala UI" w:hAnsi="Nirmala UI" w:eastAsia="Nirmala UI" w:cs="Nirmala UI"/>
        </w:rPr>
        <w:t>ꯃꯤꯈꯥꯌꯒꯤ</w:t>
      </w:r>
      <w:r>
        <w:rPr>
          <w:rFonts w:ascii="Times New Roman" w:hAnsi="Times New Roman" w:eastAsia="Times New Roman" w:cs="Times New Roman"/>
        </w:rPr>
        <w:t xml:space="preserve"> </w:t>
      </w:r>
      <w:r>
        <w:rPr>
          <w:rFonts w:ascii="Nirmala UI" w:hAnsi="Nirmala UI" w:eastAsia="Nirmala UI" w:cs="Nirmala UI"/>
        </w:rPr>
        <w:t>ꯋꯥꯈꯜ</w:t>
      </w:r>
      <w:r>
        <w:rPr>
          <w:rFonts w:ascii="Times New Roman" w:hAnsi="Times New Roman" w:eastAsia="Times New Roman" w:cs="Times New Roman"/>
        </w:rPr>
        <w:t xml:space="preserve"> </w:t>
      </w:r>
      <w:r>
        <w:rPr>
          <w:rFonts w:ascii="Nirmala UI" w:hAnsi="Nirmala UI" w:eastAsia="Nirmala UI" w:cs="Nirmala UI"/>
        </w:rPr>
        <w:t>ꯆꯥꯡꯕꯅꯕ</w:t>
      </w:r>
      <w:r>
        <w:rPr>
          <w:rFonts w:ascii="Times New Roman" w:hAnsi="Times New Roman" w:eastAsia="Times New Roman" w:cs="Times New Roman"/>
        </w:rPr>
        <w:t xml:space="preserve"> </w:t>
      </w:r>
      <w:r>
        <w:rPr>
          <w:rFonts w:ascii="Nirmala UI" w:hAnsi="Nirmala UI" w:eastAsia="Nirmala UI" w:cs="Nirmala UI"/>
        </w:rPr>
        <w:t>ꯃꯍꯥꯛꯀꯤ</w:t>
      </w:r>
      <w:r>
        <w:rPr>
          <w:rFonts w:ascii="Times New Roman" w:hAnsi="Times New Roman" w:eastAsia="Times New Roman" w:cs="Times New Roman"/>
        </w:rPr>
        <w:t xml:space="preserve"> </w:t>
      </w:r>
      <w:r>
        <w:rPr>
          <w:rFonts w:ascii="Nirmala UI" w:hAnsi="Nirmala UI" w:eastAsia="Nirmala UI" w:cs="Nirmala UI"/>
        </w:rPr>
        <w:t>ꯑꯇꯣꯞꯄ</w:t>
      </w:r>
      <w:r>
        <w:rPr>
          <w:rFonts w:ascii="Times New Roman" w:hAnsi="Times New Roman" w:eastAsia="Times New Roman" w:cs="Times New Roman"/>
        </w:rPr>
        <w:t xml:space="preserve"> </w:t>
      </w:r>
      <w:r>
        <w:rPr>
          <w:rFonts w:ascii="Nirmala UI" w:hAnsi="Nirmala UI" w:eastAsia="Nirmala UI" w:cs="Nirmala UI"/>
        </w:rPr>
        <w:t>ꯃꯔꯨꯑꯣꯏꯕꯁꯤꯡ</w:t>
      </w:r>
      <w:r>
        <w:rPr>
          <w:rFonts w:ascii="Times New Roman" w:hAnsi="Times New Roman" w:eastAsia="Times New Roman" w:cs="Times New Roman"/>
        </w:rPr>
        <w:t xml:space="preserve"> </w:t>
      </w:r>
      <w:r>
        <w:rPr>
          <w:rFonts w:ascii="Nirmala UI" w:hAnsi="Nirmala UI" w:eastAsia="Nirmala UI" w:cs="Nirmala UI"/>
        </w:rPr>
        <w:t>ꯁꯦꯝꯂꯤ</w:t>
      </w:r>
      <w:r>
        <w:rPr>
          <w:rFonts w:ascii="Times New Roman" w:hAnsi="Times New Roman" w:eastAsia="Times New Roman" w:cs="Times New Roman"/>
        </w:rPr>
        <w:t xml:space="preserve">. </w:t>
      </w:r>
      <w:r>
        <w:rPr>
          <w:rFonts w:ascii="Nirmala UI" w:hAnsi="Nirmala UI" w:eastAsia="Nirmala UI" w:cs="Nirmala UI"/>
        </w:rPr>
        <w:t>ꯈꯔꯅ</w:t>
      </w:r>
      <w:r>
        <w:rPr>
          <w:rFonts w:ascii="Times New Roman" w:hAnsi="Times New Roman" w:eastAsia="Times New Roman" w:cs="Times New Roman"/>
        </w:rPr>
        <w:t xml:space="preserve"> </w:t>
      </w:r>
      <w:r>
        <w:rPr>
          <w:rFonts w:ascii="Nirmala UI" w:hAnsi="Nirmala UI" w:eastAsia="Nirmala UI" w:cs="Nirmala UI"/>
        </w:rPr>
        <w:t>ꯃꯔꯨꯑꯣꯏꯕ</w:t>
      </w:r>
      <w:r>
        <w:rPr>
          <w:rFonts w:ascii="Times New Roman" w:hAnsi="Times New Roman" w:eastAsia="Times New Roman" w:cs="Times New Roman"/>
        </w:rPr>
        <w:t xml:space="preserve"> </w:t>
      </w:r>
      <w:r>
        <w:rPr>
          <w:rFonts w:ascii="Nirmala UI" w:hAnsi="Nirmala UI" w:eastAsia="Nirmala UI" w:cs="Nirmala UI"/>
        </w:rPr>
        <w:t>ꯑꯃꯗꯥ</w:t>
      </w:r>
      <w:r>
        <w:rPr>
          <w:rFonts w:ascii="Times New Roman" w:hAnsi="Times New Roman" w:eastAsia="Times New Roman" w:cs="Times New Roman"/>
        </w:rPr>
        <w:t xml:space="preserve"> </w:t>
      </w:r>
      <w:r>
        <w:rPr>
          <w:rFonts w:ascii="Nirmala UI" w:hAnsi="Nirmala UI" w:eastAsia="Nirmala UI" w:cs="Nirmala UI"/>
        </w:rPr>
        <w:t>ꯌꯦꯡꯉꯛꯏ</w:t>
      </w:r>
      <w:r>
        <w:rPr>
          <w:rFonts w:ascii="Times New Roman" w:hAnsi="Times New Roman" w:eastAsia="Times New Roman" w:cs="Times New Roman"/>
        </w:rPr>
        <w:t xml:space="preserve">, </w:t>
      </w:r>
      <w:r>
        <w:rPr>
          <w:rFonts w:ascii="Nirmala UI" w:hAnsi="Nirmala UI" w:eastAsia="Nirmala UI" w:cs="Nirmala UI"/>
        </w:rPr>
        <w:t>ꯑꯩꯇꯦ</w:t>
      </w:r>
      <w:r>
        <w:rPr>
          <w:rFonts w:ascii="Times New Roman" w:hAnsi="Times New Roman" w:eastAsia="Times New Roman" w:cs="Times New Roman"/>
        </w:rPr>
        <w:t xml:space="preserve"> </w:t>
      </w:r>
      <w:r>
        <w:rPr>
          <w:rFonts w:ascii="Nirmala UI" w:hAnsi="Nirmala UI" w:eastAsia="Nirmala UI" w:cs="Nirmala UI"/>
        </w:rPr>
        <w:t>ꯃꯈꯣꯏꯅ</w:t>
      </w:r>
      <w:r>
        <w:rPr>
          <w:rFonts w:ascii="Times New Roman" w:hAnsi="Times New Roman" w:eastAsia="Times New Roman" w:cs="Times New Roman"/>
        </w:rPr>
        <w:t xml:space="preserve"> </w:t>
      </w:r>
      <w:r>
        <w:rPr>
          <w:rFonts w:ascii="Nirmala UI" w:hAnsi="Nirmala UI" w:eastAsia="Nirmala UI" w:cs="Nirmala UI"/>
        </w:rPr>
        <w:t>ꯑꯇꯣꯞꯄ</w:t>
      </w:r>
      <w:r>
        <w:rPr>
          <w:rFonts w:ascii="Times New Roman" w:hAnsi="Times New Roman" w:eastAsia="Times New Roman" w:cs="Times New Roman"/>
        </w:rPr>
        <w:t xml:space="preserve"> </w:t>
      </w:r>
      <w:r>
        <w:rPr>
          <w:rFonts w:ascii="Nirmala UI" w:hAnsi="Nirmala UI" w:eastAsia="Nirmala UI" w:cs="Nirmala UI"/>
        </w:rPr>
        <w:t>ꯑꯃꯗꯨ</w:t>
      </w:r>
      <w:r>
        <w:rPr>
          <w:rFonts w:ascii="Times New Roman" w:hAnsi="Times New Roman" w:eastAsia="Times New Roman" w:cs="Times New Roman"/>
        </w:rPr>
        <w:t xml:space="preserve"> </w:t>
      </w:r>
      <w:r>
        <w:rPr>
          <w:rFonts w:ascii="Nirmala UI" w:hAnsi="Nirmala UI" w:eastAsia="Nirmala UI" w:cs="Nirmala UI"/>
        </w:rPr>
        <w:t>ꯑꯉꯥꯡꯕꯅ</w:t>
      </w:r>
      <w:r>
        <w:rPr>
          <w:rFonts w:ascii="Times New Roman" w:hAnsi="Times New Roman" w:eastAsia="Times New Roman" w:cs="Times New Roman"/>
        </w:rPr>
        <w:t xml:space="preserve"> </w:t>
      </w:r>
      <w:r>
        <w:rPr>
          <w:rFonts w:ascii="Nirmala UI" w:hAnsi="Nirmala UI" w:eastAsia="Nirmala UI" w:cs="Nirmala UI"/>
        </w:rPr>
        <w:t>ꯌꯥꯅꯈꯤ</w:t>
      </w:r>
      <w:r>
        <w:rPr>
          <w:rFonts w:ascii="Times New Roman" w:hAnsi="Times New Roman" w:eastAsia="Times New Roman" w:cs="Times New Roman"/>
        </w:rPr>
        <w:t xml:space="preserve">. </w:t>
      </w:r>
      <w:r>
        <w:rPr>
          <w:rFonts w:ascii="Nirmala UI" w:hAnsi="Nirmala UI" w:eastAsia="Nirmala UI" w:cs="Nirmala UI"/>
        </w:rPr>
        <w:t>ꯁꯥꯇꯥꯟꯅ</w:t>
      </w:r>
      <w:r>
        <w:rPr>
          <w:rFonts w:ascii="Times New Roman" w:hAnsi="Times New Roman" w:eastAsia="Times New Roman" w:cs="Times New Roman"/>
        </w:rPr>
        <w:t xml:space="preserve"> </w:t>
      </w:r>
      <w:r>
        <w:rPr>
          <w:rFonts w:ascii="Nirmala UI" w:hAnsi="Nirmala UI" w:eastAsia="Nirmala UI" w:cs="Nirmala UI"/>
        </w:rPr>
        <w:t>ꯈꯔꯕꯨ</w:t>
      </w:r>
      <w:r>
        <w:rPr>
          <w:rFonts w:ascii="Times New Roman" w:hAnsi="Times New Roman" w:eastAsia="Times New Roman" w:cs="Times New Roman"/>
        </w:rPr>
        <w:t xml:space="preserve"> Spiritualism </w:t>
      </w:r>
      <w:r>
        <w:rPr>
          <w:rFonts w:ascii="Nirmala UI" w:hAnsi="Nirmala UI" w:eastAsia="Nirmala UI" w:cs="Nirmala UI"/>
        </w:rPr>
        <w:t>ꯒꯤ</w:t>
      </w:r>
      <w:r>
        <w:rPr>
          <w:rFonts w:ascii="Times New Roman" w:hAnsi="Times New Roman" w:eastAsia="Times New Roman" w:cs="Times New Roman"/>
        </w:rPr>
        <w:t xml:space="preserve"> </w:t>
      </w:r>
      <w:r>
        <w:rPr>
          <w:rFonts w:ascii="Nirmala UI" w:hAnsi="Nirmala UI" w:eastAsia="Nirmala UI" w:cs="Nirmala UI"/>
        </w:rPr>
        <w:t>ꯃꯥꯎꯡꯗꯥ</w:t>
      </w:r>
      <w:r>
        <w:rPr>
          <w:rFonts w:ascii="Times New Roman" w:hAnsi="Times New Roman" w:eastAsia="Times New Roman" w:cs="Times New Roman"/>
        </w:rPr>
        <w:t xml:space="preserve"> </w:t>
      </w:r>
      <w:r>
        <w:rPr>
          <w:rFonts w:ascii="Nirmala UI" w:hAnsi="Nirmala UI" w:eastAsia="Nirmala UI" w:cs="Nirmala UI"/>
        </w:rPr>
        <w:t>ꯃꯔꯨꯑꯣꯏ</w:t>
      </w:r>
      <w:r>
        <w:rPr>
          <w:rFonts w:ascii="Times New Roman" w:hAnsi="Times New Roman" w:eastAsia="Times New Roman" w:cs="Times New Roman"/>
        </w:rPr>
        <w:t xml:space="preserve">. </w:t>
      </w:r>
      <w:r>
        <w:rPr>
          <w:rFonts w:ascii="Nirmala UI" w:hAnsi="Nirmala UI" w:eastAsia="Nirmala UI" w:cs="Nirmala UI"/>
        </w:rPr>
        <w:t>ꯃꯍꯥꯛ</w:t>
      </w:r>
      <w:r>
        <w:rPr>
          <w:rFonts w:ascii="Times New Roman" w:hAnsi="Times New Roman" w:eastAsia="Times New Roman" w:cs="Times New Roman"/>
        </w:rPr>
        <w:t xml:space="preserve"> </w:t>
      </w:r>
      <w:r>
        <w:rPr>
          <w:rFonts w:ascii="Nirmala UI" w:hAnsi="Nirmala UI" w:eastAsia="Nirmala UI" w:cs="Nirmala UI"/>
        </w:rPr>
        <w:t>ꯑꯃꯁꯨꯡ</w:t>
      </w:r>
      <w:r>
        <w:rPr>
          <w:rFonts w:ascii="Times New Roman" w:hAnsi="Times New Roman" w:eastAsia="Times New Roman" w:cs="Times New Roman"/>
        </w:rPr>
        <w:t xml:space="preserve"> </w:t>
      </w:r>
      <w:r>
        <w:rPr>
          <w:rFonts w:ascii="Nirmala UI" w:hAnsi="Nirmala UI" w:eastAsia="Nirmala UI" w:cs="Nirmala UI"/>
        </w:rPr>
        <w:t>ꯑꯃꯥꯡꯕ</w:t>
      </w:r>
      <w:r>
        <w:rPr>
          <w:rFonts w:ascii="Times New Roman" w:hAnsi="Times New Roman" w:eastAsia="Times New Roman" w:cs="Times New Roman"/>
        </w:rPr>
        <w:t xml:space="preserve"> </w:t>
      </w:r>
      <w:r>
        <w:rPr>
          <w:rFonts w:ascii="Nirmala UI" w:hAnsi="Nirmala UI" w:eastAsia="Nirmala UI" w:cs="Nirmala UI"/>
        </w:rPr>
        <w:t>ꯑꯣꯏꯕ</w:t>
      </w:r>
      <w:r>
        <w:rPr>
          <w:rFonts w:ascii="Times New Roman" w:hAnsi="Times New Roman" w:eastAsia="Times New Roman" w:cs="Times New Roman"/>
        </w:rPr>
        <w:t xml:space="preserve"> </w:t>
      </w:r>
      <w:r>
        <w:rPr>
          <w:rFonts w:ascii="Nirmala UI" w:hAnsi="Nirmala UI" w:eastAsia="Nirmala UI" w:cs="Nirmala UI"/>
        </w:rPr>
        <w:t>ꯑꯦꯟꯖꯦꯜ</w:t>
      </w:r>
      <w:r>
        <w:rPr>
          <w:rFonts w:ascii="Times New Roman" w:hAnsi="Times New Roman" w:eastAsia="Times New Roman" w:cs="Times New Roman"/>
        </w:rPr>
        <w:t xml:space="preserve"> </w:t>
      </w:r>
      <w:r>
        <w:rPr>
          <w:rFonts w:ascii="Nirmala UI" w:hAnsi="Nirmala UI" w:eastAsia="Nirmala UI" w:cs="Nirmala UI"/>
        </w:rPr>
        <w:t>ꯑꯃꯒꯨꯝꯕ</w:t>
      </w:r>
      <w:r>
        <w:rPr>
          <w:rFonts w:ascii="Times New Roman" w:hAnsi="Times New Roman" w:eastAsia="Times New Roman" w:cs="Times New Roman"/>
        </w:rPr>
        <w:t xml:space="preserve"> </w:t>
      </w:r>
      <w:r>
        <w:rPr>
          <w:rFonts w:ascii="Nirmala UI" w:hAnsi="Nirmala UI" w:eastAsia="Nirmala UI" w:cs="Nirmala UI"/>
        </w:rPr>
        <w:t>ꯂꯥꯛꯏ</w:t>
      </w:r>
      <w:r>
        <w:rPr>
          <w:rFonts w:ascii="Times New Roman" w:hAnsi="Times New Roman" w:eastAsia="Times New Roman" w:cs="Times New Roman"/>
        </w:rPr>
        <w:t xml:space="preserve"> </w:t>
      </w:r>
      <w:r>
        <w:rPr>
          <w:rFonts w:ascii="Nirmala UI" w:hAnsi="Nirmala UI" w:eastAsia="Nirmala UI" w:cs="Nirmala UI"/>
        </w:rPr>
        <w:t>ꯑꯃꯁꯨꯡ</w:t>
      </w:r>
      <w:r>
        <w:rPr>
          <w:rFonts w:ascii="Times New Roman" w:hAnsi="Times New Roman" w:eastAsia="Times New Roman" w:cs="Times New Roman"/>
        </w:rPr>
        <w:t xml:space="preserve"> </w:t>
      </w:r>
      <w:r>
        <w:rPr>
          <w:rFonts w:ascii="Nirmala UI" w:hAnsi="Nirmala UI" w:eastAsia="Nirmala UI" w:cs="Nirmala UI"/>
        </w:rPr>
        <w:t>ꯑꯔꯥꯟꯕ</w:t>
      </w:r>
      <w:r>
        <w:rPr>
          <w:rFonts w:ascii="Times New Roman" w:hAnsi="Times New Roman" w:eastAsia="Times New Roman" w:cs="Times New Roman"/>
        </w:rPr>
        <w:t xml:space="preserve"> </w:t>
      </w:r>
      <w:r>
        <w:rPr>
          <w:rFonts w:ascii="Nirmala UI" w:hAnsi="Nirmala UI" w:eastAsia="Nirmala UI" w:cs="Nirmala UI"/>
        </w:rPr>
        <w:t>ꯁꯨꯡꯈꯠꯂꯛꯄꯥꯁꯤꯡꯒꯤ</w:t>
      </w:r>
      <w:r>
        <w:rPr>
          <w:rFonts w:ascii="Times New Roman" w:hAnsi="Times New Roman" w:eastAsia="Times New Roman" w:cs="Times New Roman"/>
        </w:rPr>
        <w:t xml:space="preserve"> </w:t>
      </w:r>
      <w:r>
        <w:rPr>
          <w:rFonts w:ascii="Nirmala UI" w:hAnsi="Nirmala UI" w:eastAsia="Nirmala UI" w:cs="Nirmala UI"/>
        </w:rPr>
        <w:t>ꯈꯨꯠꯂꯥꯡꯅ</w:t>
      </w:r>
      <w:r>
        <w:rPr>
          <w:rFonts w:ascii="Times New Roman" w:hAnsi="Times New Roman" w:eastAsia="Times New Roman" w:cs="Times New Roman"/>
        </w:rPr>
        <w:t xml:space="preserve"> </w:t>
      </w:r>
      <w:r>
        <w:rPr>
          <w:rFonts w:ascii="Nirmala UI" w:hAnsi="Nirmala UI" w:eastAsia="Nirmala UI" w:cs="Nirmala UI"/>
        </w:rPr>
        <w:t>ꯂꯩꯕꯥꯛ</w:t>
      </w:r>
      <w:r>
        <w:rPr>
          <w:rFonts w:ascii="Times New Roman" w:hAnsi="Times New Roman" w:eastAsia="Times New Roman" w:cs="Times New Roman"/>
        </w:rPr>
        <w:t xml:space="preserve"> </w:t>
      </w:r>
      <w:r>
        <w:rPr>
          <w:rFonts w:ascii="Nirmala UI" w:hAnsi="Nirmala UI" w:eastAsia="Nirmala UI" w:cs="Nirmala UI"/>
        </w:rPr>
        <w:t>ꯑꯗꯨꯗꯥ</w:t>
      </w:r>
      <w:r>
        <w:rPr>
          <w:rFonts w:ascii="Times New Roman" w:hAnsi="Times New Roman" w:eastAsia="Times New Roman" w:cs="Times New Roman"/>
        </w:rPr>
        <w:t xml:space="preserve"> </w:t>
      </w:r>
      <w:r>
        <w:rPr>
          <w:rFonts w:ascii="Nirmala UI" w:hAnsi="Nirmala UI" w:eastAsia="Nirmala UI" w:cs="Nirmala UI"/>
        </w:rPr>
        <w:t>ꯃꯍꯥꯛꯀꯤ</w:t>
      </w:r>
      <w:r>
        <w:rPr>
          <w:rFonts w:ascii="Times New Roman" w:hAnsi="Times New Roman" w:eastAsia="Times New Roman" w:cs="Times New Roman"/>
        </w:rPr>
        <w:t xml:space="preserve"> </w:t>
      </w:r>
      <w:r>
        <w:rPr>
          <w:rFonts w:ascii="Nirmala UI" w:hAnsi="Nirmala UI" w:eastAsia="Nirmala UI" w:cs="Nirmala UI"/>
        </w:rPr>
        <w:t>ꯅꯨꯃꯤꯠ</w:t>
      </w:r>
      <w:r>
        <w:rPr>
          <w:rFonts w:ascii="Times New Roman" w:hAnsi="Times New Roman" w:eastAsia="Times New Roman" w:cs="Times New Roman"/>
        </w:rPr>
        <w:t xml:space="preserve"> </w:t>
      </w:r>
      <w:r>
        <w:rPr>
          <w:rFonts w:ascii="Nirmala UI" w:hAnsi="Nirmala UI" w:eastAsia="Nirmala UI" w:cs="Nirmala UI"/>
        </w:rPr>
        <w:t>ꯐꯥꯎꯅ</w:t>
      </w:r>
      <w:r>
        <w:rPr>
          <w:rFonts w:ascii="Times New Roman" w:hAnsi="Times New Roman" w:eastAsia="Times New Roman" w:cs="Times New Roman"/>
        </w:rPr>
        <w:t xml:space="preserve"> </w:t>
      </w:r>
      <w:r>
        <w:rPr>
          <w:rFonts w:ascii="Nirmala UI" w:hAnsi="Nirmala UI" w:eastAsia="Nirmala UI" w:cs="Nirmala UI"/>
        </w:rPr>
        <w:t>ꯁꯥꯟꯅꯍꯜꯂꯤ</w:t>
      </w:r>
      <w:r>
        <w:rPr>
          <w:rFonts w:ascii="Times New Roman" w:hAnsi="Times New Roman" w:eastAsia="Times New Roman" w:cs="Times New Roman"/>
        </w:rPr>
        <w:t xml:space="preserve">. </w:t>
      </w:r>
      <w:r>
        <w:rPr>
          <w:rFonts w:ascii="Nirmala UI" w:hAnsi="Nirmala UI" w:eastAsia="Nirmala UI" w:cs="Nirmala UI"/>
        </w:rPr>
        <w:t>ꯂꯥꯏꯀꯣꯟꯁꯤꯡ</w:t>
      </w:r>
      <w:r>
        <w:rPr>
          <w:rFonts w:ascii="Times New Roman" w:hAnsi="Times New Roman" w:eastAsia="Times New Roman" w:cs="Times New Roman"/>
        </w:rPr>
        <w:t xml:space="preserve"> </w:t>
      </w:r>
      <w:r>
        <w:rPr>
          <w:rFonts w:ascii="Nirmala UI" w:hAnsi="Nirmala UI" w:eastAsia="Nirmala UI" w:cs="Nirmala UI"/>
        </w:rPr>
        <w:t>ꯑꯁꯤ</w:t>
      </w:r>
      <w:r>
        <w:rPr>
          <w:rFonts w:ascii="Times New Roman" w:hAnsi="Times New Roman" w:eastAsia="Times New Roman" w:cs="Times New Roman"/>
        </w:rPr>
        <w:t xml:space="preserve"> </w:t>
      </w:r>
      <w:r>
        <w:rPr>
          <w:rFonts w:ascii="Nirmala UI" w:hAnsi="Nirmala UI" w:eastAsia="Nirmala UI" w:cs="Nirmala UI"/>
        </w:rPr>
        <w:t>ꯑꯉꯥꯡꯕꯅ</w:t>
      </w:r>
      <w:r>
        <w:rPr>
          <w:rFonts w:ascii="Times New Roman" w:hAnsi="Times New Roman" w:eastAsia="Times New Roman" w:cs="Times New Roman"/>
        </w:rPr>
        <w:t xml:space="preserve"> </w:t>
      </w:r>
      <w:r>
        <w:rPr>
          <w:rFonts w:ascii="Nirmala UI" w:hAnsi="Nirmala UI" w:eastAsia="Nirmala UI" w:cs="Nirmala UI"/>
        </w:rPr>
        <w:t>ꯐꯔꯛꯏ</w:t>
      </w:r>
      <w:r>
        <w:rPr>
          <w:rFonts w:ascii="Times New Roman" w:hAnsi="Times New Roman" w:eastAsia="Times New Roman" w:cs="Times New Roman"/>
        </w:rPr>
        <w:t xml:space="preserve">, </w:t>
      </w:r>
      <w:r>
        <w:rPr>
          <w:rFonts w:ascii="Nirmala UI" w:hAnsi="Nirmala UI" w:eastAsia="Nirmala UI" w:cs="Nirmala UI"/>
        </w:rPr>
        <w:t>ꯑꯃꯁꯨꯡ</w:t>
      </w:r>
      <w:r>
        <w:rPr>
          <w:rFonts w:ascii="Times New Roman" w:hAnsi="Times New Roman" w:eastAsia="Times New Roman" w:cs="Times New Roman"/>
        </w:rPr>
        <w:t xml:space="preserve"> </w:t>
      </w:r>
      <w:r>
        <w:rPr>
          <w:rFonts w:ascii="Nirmala UI" w:hAnsi="Nirmala UI" w:eastAsia="Nirmala UI" w:cs="Nirmala UI"/>
        </w:rPr>
        <w:t>ꯏꯁ꯭ꯋꯔꯅ</w:t>
      </w:r>
      <w:r>
        <w:rPr>
          <w:rFonts w:ascii="Times New Roman" w:hAnsi="Times New Roman" w:eastAsia="Times New Roman" w:cs="Times New Roman"/>
        </w:rPr>
        <w:t xml:space="preserve"> </w:t>
      </w:r>
      <w:r>
        <w:rPr>
          <w:rFonts w:ascii="Nirmala UI" w:hAnsi="Nirmala UI" w:eastAsia="Nirmala UI" w:cs="Nirmala UI"/>
        </w:rPr>
        <w:t>ꯃꯈꯣꯏꯒꯤꯗꯃꯛ</w:t>
      </w:r>
      <w:r>
        <w:rPr>
          <w:rFonts w:ascii="Times New Roman" w:hAnsi="Times New Roman" w:eastAsia="Times New Roman" w:cs="Times New Roman"/>
        </w:rPr>
        <w:t xml:space="preserve"> </w:t>
      </w:r>
      <w:r>
        <w:rPr>
          <w:rFonts w:ascii="Nirmala UI" w:hAnsi="Nirmala UI" w:eastAsia="Nirmala UI" w:cs="Nirmala UI"/>
        </w:rPr>
        <w:t>ꯑꯆꯝꯕ</w:t>
      </w:r>
      <w:r>
        <w:rPr>
          <w:rFonts w:ascii="Times New Roman" w:hAnsi="Times New Roman" w:eastAsia="Times New Roman" w:cs="Times New Roman"/>
        </w:rPr>
        <w:t xml:space="preserve"> </w:t>
      </w:r>
      <w:r>
        <w:rPr>
          <w:rFonts w:ascii="Nirmala UI" w:hAnsi="Nirmala UI" w:eastAsia="Nirmala UI" w:cs="Nirmala UI"/>
        </w:rPr>
        <w:t>ꯊꯕꯛ</w:t>
      </w:r>
      <w:r>
        <w:rPr>
          <w:rFonts w:ascii="Times New Roman" w:hAnsi="Times New Roman" w:eastAsia="Times New Roman" w:cs="Times New Roman"/>
        </w:rPr>
        <w:t xml:space="preserve"> </w:t>
      </w:r>
      <w:r>
        <w:rPr>
          <w:rFonts w:ascii="Nirmala UI" w:hAnsi="Nirmala UI" w:eastAsia="Nirmala UI" w:cs="Nirmala UI"/>
        </w:rPr>
        <w:t>ꯇꯧꯔꯤ</w:t>
      </w:r>
      <w:r>
        <w:rPr>
          <w:rFonts w:ascii="Times New Roman" w:hAnsi="Times New Roman" w:eastAsia="Times New Roman" w:cs="Times New Roman"/>
        </w:rPr>
        <w:t xml:space="preserve"> </w:t>
      </w:r>
      <w:r>
        <w:rPr>
          <w:rFonts w:ascii="Nirmala UI" w:hAnsi="Nirmala UI" w:eastAsia="Nirmala UI" w:cs="Nirmala UI"/>
        </w:rPr>
        <w:t>ꯍꯥꯏꯅ</w:t>
      </w:r>
      <w:r>
        <w:rPr>
          <w:rFonts w:ascii="Times New Roman" w:hAnsi="Times New Roman" w:eastAsia="Times New Roman" w:cs="Times New Roman"/>
        </w:rPr>
        <w:t xml:space="preserve"> </w:t>
      </w:r>
      <w:r>
        <w:rPr>
          <w:rFonts w:ascii="Nirmala UI" w:hAnsi="Nirmala UI" w:eastAsia="Nirmala UI" w:cs="Nirmala UI"/>
        </w:rPr>
        <w:t>ꯈꯜꯂꯤ</w:t>
      </w:r>
      <w:r>
        <w:rPr>
          <w:rFonts w:ascii="Times New Roman" w:hAnsi="Times New Roman" w:eastAsia="Times New Roman" w:cs="Times New Roman"/>
        </w:rPr>
        <w:t xml:space="preserve">, </w:t>
      </w:r>
      <w:r>
        <w:rPr>
          <w:rFonts w:ascii="Nirmala UI" w:hAnsi="Nirmala UI" w:eastAsia="Nirmala UI" w:cs="Nirmala UI"/>
        </w:rPr>
        <w:t>ꯑꯩꯇꯦ</w:t>
      </w:r>
      <w:r>
        <w:rPr>
          <w:rFonts w:ascii="Times New Roman" w:hAnsi="Times New Roman" w:eastAsia="Times New Roman" w:cs="Times New Roman"/>
        </w:rPr>
        <w:t xml:space="preserve"> </w:t>
      </w:r>
      <w:r>
        <w:rPr>
          <w:rFonts w:ascii="Nirmala UI" w:hAnsi="Nirmala UI" w:eastAsia="Nirmala UI" w:cs="Nirmala UI"/>
        </w:rPr>
        <w:t>ꯃꯁꯤ</w:t>
      </w:r>
      <w:r>
        <w:rPr>
          <w:rFonts w:ascii="Times New Roman" w:hAnsi="Times New Roman" w:eastAsia="Times New Roman" w:cs="Times New Roman"/>
        </w:rPr>
        <w:t xml:space="preserve"> </w:t>
      </w:r>
      <w:r>
        <w:rPr>
          <w:rFonts w:ascii="Nirmala UI" w:hAnsi="Nirmala UI" w:eastAsia="Nirmala UI" w:cs="Nirmala UI"/>
        </w:rPr>
        <w:t>ꯑꯇꯣꯞꯄ</w:t>
      </w:r>
      <w:r>
        <w:rPr>
          <w:rFonts w:ascii="Times New Roman" w:hAnsi="Times New Roman" w:eastAsia="Times New Roman" w:cs="Times New Roman"/>
        </w:rPr>
        <w:t xml:space="preserve"> </w:t>
      </w:r>
      <w:r>
        <w:rPr>
          <w:rFonts w:ascii="Nirmala UI" w:hAnsi="Nirmala UI" w:eastAsia="Nirmala UI" w:cs="Nirmala UI"/>
        </w:rPr>
        <w:t>ꯁ꯭ꯄꯤꯔꯤꯠ</w:t>
      </w:r>
      <w:r>
        <w:rPr>
          <w:rFonts w:ascii="Times New Roman" w:hAnsi="Times New Roman" w:eastAsia="Times New Roman" w:cs="Times New Roman"/>
        </w:rPr>
        <w:t xml:space="preserve"> </w:t>
      </w:r>
      <w:r>
        <w:rPr>
          <w:rFonts w:ascii="Nirmala UI" w:hAnsi="Nirmala UI" w:eastAsia="Nirmala UI" w:cs="Nirmala UI"/>
        </w:rPr>
        <w:t>ꯑꯃꯒꯤ</w:t>
      </w:r>
      <w:r>
        <w:rPr>
          <w:rFonts w:ascii="Times New Roman" w:hAnsi="Times New Roman" w:eastAsia="Times New Roman" w:cs="Times New Roman"/>
        </w:rPr>
        <w:t xml:space="preserve"> </w:t>
      </w:r>
      <w:r>
        <w:rPr>
          <w:rFonts w:ascii="Nirmala UI" w:hAnsi="Nirmala UI" w:eastAsia="Nirmala UI" w:cs="Nirmala UI"/>
        </w:rPr>
        <w:t>ꯊꯕꯛꯅꯤ</w:t>
      </w:r>
      <w:r>
        <w:rPr>
          <w:rFonts w:ascii="Times New Roman" w:hAnsi="Times New Roman" w:eastAsia="Times New Roman" w:cs="Times New Roman"/>
        </w:rPr>
        <w:t xml:space="preserve">. </w:t>
      </w:r>
      <w:r>
        <w:rPr>
          <w:rFonts w:ascii="Nirmala UI" w:hAnsi="Nirmala UI" w:eastAsia="Nirmala UI" w:cs="Nirmala UI"/>
        </w:rPr>
        <w:t>ꯉꯥꯡꯕ</w:t>
      </w:r>
      <w:r>
        <w:rPr>
          <w:rFonts w:ascii="Times New Roman" w:hAnsi="Times New Roman" w:eastAsia="Times New Roman" w:cs="Times New Roman"/>
        </w:rPr>
        <w:t xml:space="preserve"> </w:t>
      </w:r>
      <w:r>
        <w:rPr>
          <w:rFonts w:ascii="Nirmala UI" w:hAnsi="Nirmala UI" w:eastAsia="Nirmala UI" w:cs="Nirmala UI"/>
        </w:rPr>
        <w:t>ꯑꯗꯨ</w:t>
      </w:r>
      <w:r>
        <w:rPr>
          <w:rFonts w:ascii="Times New Roman" w:hAnsi="Times New Roman" w:eastAsia="Times New Roman" w:cs="Times New Roman"/>
        </w:rPr>
        <w:t xml:space="preserve"> </w:t>
      </w:r>
      <w:r>
        <w:rPr>
          <w:rFonts w:ascii="Nirmala UI" w:hAnsi="Nirmala UI" w:eastAsia="Nirmala UI" w:cs="Nirmala UI"/>
        </w:rPr>
        <w:t>ꯂꯣꯏꯁꯤꯟꯈ꯭ꯔꯦ</w:t>
      </w:r>
      <w:r>
        <w:rPr>
          <w:rFonts w:ascii="Times New Roman" w:hAnsi="Times New Roman" w:eastAsia="Times New Roman" w:cs="Times New Roman"/>
        </w:rPr>
        <w:t xml:space="preserve"> </w:t>
      </w:r>
      <w:r>
        <w:rPr>
          <w:rFonts w:ascii="Nirmala UI" w:hAnsi="Nirmala UI" w:eastAsia="Nirmala UI" w:cs="Nirmala UI"/>
        </w:rPr>
        <w:t>ꯑꯃꯁꯨꯡ</w:t>
      </w:r>
      <w:r>
        <w:rPr>
          <w:rFonts w:ascii="Times New Roman" w:hAnsi="Times New Roman" w:eastAsia="Times New Roman" w:cs="Times New Roman"/>
        </w:rPr>
        <w:t xml:space="preserve"> </w:t>
      </w:r>
      <w:r>
        <w:rPr>
          <w:rFonts w:ascii="Nirmala UI" w:hAnsi="Nirmala UI" w:eastAsia="Nirmala UI" w:cs="Nirmala UI"/>
        </w:rPr>
        <w:t>ꯃꯥꯂꯦꯝ</w:t>
      </w:r>
      <w:r>
        <w:rPr>
          <w:rFonts w:ascii="Times New Roman" w:hAnsi="Times New Roman" w:eastAsia="Times New Roman" w:cs="Times New Roman"/>
        </w:rPr>
        <w:t xml:space="preserve"> </w:t>
      </w:r>
      <w:r>
        <w:rPr>
          <w:rFonts w:ascii="Nirmala UI" w:hAnsi="Nirmala UI" w:eastAsia="Nirmala UI" w:cs="Nirmala UI"/>
        </w:rPr>
        <w:t>ꯑꯃꯁꯨꯡ</w:t>
      </w:r>
      <w:r>
        <w:rPr>
          <w:rFonts w:ascii="Times New Roman" w:hAnsi="Times New Roman" w:eastAsia="Times New Roman" w:cs="Times New Roman"/>
        </w:rPr>
        <w:t xml:space="preserve"> </w:t>
      </w:r>
      <w:r>
        <w:rPr>
          <w:rFonts w:ascii="Nirmala UI" w:hAnsi="Nirmala UI" w:eastAsia="Nirmala UI" w:cs="Nirmala UI"/>
        </w:rPr>
        <w:t>ꯂꯥꯏꯀꯣꯟ</w:t>
      </w:r>
      <w:r>
        <w:rPr>
          <w:rFonts w:ascii="Times New Roman" w:hAnsi="Times New Roman" w:eastAsia="Times New Roman" w:cs="Times New Roman"/>
        </w:rPr>
        <w:t xml:space="preserve"> </w:t>
      </w:r>
      <w:r>
        <w:rPr>
          <w:rFonts w:ascii="Nirmala UI" w:hAnsi="Nirmala UI" w:eastAsia="Nirmala UI" w:cs="Nirmala UI"/>
        </w:rPr>
        <w:t>ꯑꯅꯤꯃꯛꯇꯥ</w:t>
      </w:r>
      <w:r>
        <w:rPr>
          <w:rFonts w:ascii="Times New Roman" w:hAnsi="Times New Roman" w:eastAsia="Times New Roman" w:cs="Times New Roman"/>
        </w:rPr>
        <w:t xml:space="preserve"> </w:t>
      </w:r>
      <w:r>
        <w:rPr>
          <w:rFonts w:ascii="Nirmala UI" w:hAnsi="Nirmala UI" w:eastAsia="Nirmala UI" w:cs="Nirmala UI"/>
        </w:rPr>
        <w:t>ꯃꯃꯥꯡꯒꯤ</w:t>
      </w:r>
      <w:r>
        <w:rPr>
          <w:rFonts w:ascii="Times New Roman" w:hAnsi="Times New Roman" w:eastAsia="Times New Roman" w:cs="Times New Roman"/>
        </w:rPr>
        <w:t xml:space="preserve"> </w:t>
      </w:r>
      <w:r>
        <w:rPr>
          <w:rFonts w:ascii="Nirmala UI" w:hAnsi="Nirmala UI" w:eastAsia="Nirmala UI" w:cs="Nirmala UI"/>
        </w:rPr>
        <w:t>ꯐꯤꯕꯝꯗꯒꯤ</w:t>
      </w:r>
      <w:r>
        <w:rPr>
          <w:rFonts w:ascii="Times New Roman" w:hAnsi="Times New Roman" w:eastAsia="Times New Roman" w:cs="Times New Roman"/>
        </w:rPr>
        <w:t xml:space="preserve"> </w:t>
      </w:r>
      <w:r>
        <w:rPr>
          <w:rFonts w:ascii="Nirmala UI" w:hAnsi="Nirmala UI" w:eastAsia="Nirmala UI" w:cs="Nirmala UI"/>
        </w:rPr>
        <w:t>ꯍꯦꯟꯅꯥ</w:t>
      </w:r>
      <w:r>
        <w:rPr>
          <w:rFonts w:ascii="Times New Roman" w:hAnsi="Times New Roman" w:eastAsia="Times New Roman" w:cs="Times New Roman"/>
        </w:rPr>
        <w:t xml:space="preserve"> </w:t>
      </w:r>
      <w:r>
        <w:rPr>
          <w:rFonts w:ascii="Nirmala UI" w:hAnsi="Nirmala UI" w:eastAsia="Nirmala UI" w:cs="Nirmala UI"/>
        </w:rPr>
        <w:t>ꯐꯖꯕ</w:t>
      </w:r>
      <w:r>
        <w:rPr>
          <w:rFonts w:ascii="Times New Roman" w:hAnsi="Times New Roman" w:eastAsia="Times New Roman" w:cs="Times New Roman"/>
        </w:rPr>
        <w:t xml:space="preserve"> </w:t>
      </w:r>
      <w:r>
        <w:rPr>
          <w:rFonts w:ascii="Nirmala UI" w:hAnsi="Nirmala UI" w:eastAsia="Nirmala UI" w:cs="Nirmala UI"/>
        </w:rPr>
        <w:t>ꯐꯤꯕꯝ</w:t>
      </w:r>
      <w:r>
        <w:rPr>
          <w:rFonts w:ascii="Times New Roman" w:hAnsi="Times New Roman" w:eastAsia="Times New Roman" w:cs="Times New Roman"/>
        </w:rPr>
        <w:t xml:space="preserve"> </w:t>
      </w:r>
      <w:r>
        <w:rPr>
          <w:rFonts w:ascii="Nirmala UI" w:hAnsi="Nirmala UI" w:eastAsia="Nirmala UI" w:cs="Nirmala UI"/>
        </w:rPr>
        <w:t>ꯑꯃ</w:t>
      </w:r>
      <w:r>
        <w:rPr>
          <w:rFonts w:ascii="Times New Roman" w:hAnsi="Times New Roman" w:eastAsia="Times New Roman" w:cs="Times New Roman"/>
        </w:rPr>
        <w:t xml:space="preserve"> </w:t>
      </w:r>
      <w:r>
        <w:rPr>
          <w:rFonts w:ascii="Nirmala UI" w:hAnsi="Nirmala UI" w:eastAsia="Nirmala UI" w:cs="Nirmala UI"/>
        </w:rPr>
        <w:t>ꯊꯥꯗꯣꯛꯂꯒꯅꯤ</w:t>
      </w:r>
      <w:r>
        <w:rPr>
          <w:rFonts w:ascii="Times New Roman" w:hAnsi="Times New Roman" w:eastAsia="Times New Roman" w:cs="Times New Roman"/>
        </w:rPr>
        <w:t>.”</w:t>
      </w:r>
    </w:p>
    <w:p>
      <w:pPr>
        <w:pStyle w:val="ArticleScripture"/>
        <w:jc w:val="left"/>
      </w:pPr>
      <w:r>
        <w:rPr>
          <w:rFonts w:ascii="Times New Roman" w:hAnsi="Times New Roman" w:eastAsia="Times New Roman" w:cs="Times New Roman"/>
        </w:rPr>
        <w:t>“Arüjüli taya, Tiusu naa tü nüchikua jia amo nominal Adventistakana ee kasakalu’u ekirajüshikana e’iyou, naa apülainsü plagas pülaainjatüin sümaa, ministrokana sünainmüin naa wayuuin, tü ekirajüshikalu’upünaa o’unneerüin, naa sünainmüin anasü wayuu süpüla alijunaain tü süchecherüin. Satanás nnojotsü tüin, naa tü loud cry sümaa tü üçünna ángel anülia pülaajüinjatüin maa, jiajaa’üin shia excitement tü anasü ekirajüshikana’apünaa, süpüla naa tü checherüin ouktüin sümaa, anain süpüla alataka Tiusu naa aa’in. Nükaaliijee tüin, süpüla nayaain naa anashiikana alatüinjatüin naa, naa tüin anain ashatüinjatüin Tiusu wakuaipa’a sümaa tü ekirajüshikana. Aka naa, tü pütchiin kasa jotüinjatüin, naa wayuu anashiikana sünainmüin o’unneerüin tü ekirajüshikana kasakalüirua’apünaa, naa sümaa atüjüin nayaain tü remnant apünaa.” Early Writings, 258–261.</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کتاب دانیال - ایک سو ستاسیواں حصہ</dc:title>
  <dc:subject>Արիի Հայտնությունը․ Պանիումից մինչև Վերջին Կնիքումը</dc:subject>
  <dc:creator>Jeff Pippenger</dc:creator>
  <cp:keywords/>
  <dc:description>Generated by ArticleDigger from daniel\187_daniel.json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