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အနာဂတ္တိကျမ်း</w:t>
      </w:r>
      <w:r>
        <w:rPr>
          <w:rFonts w:ascii="Arial" w:hAnsi="Arial" w:eastAsia="Arial" w:cs="Arial"/>
        </w:rPr>
        <w:t xml:space="preserve"> </w:t>
      </w:r>
      <w:r>
        <w:rPr>
          <w:rFonts w:ascii="Myanmar Text" w:hAnsi="Myanmar Text" w:eastAsia="Myanmar Text" w:cs="Myanmar Text"/>
        </w:rPr>
        <w:t>ဒံယေလ</w:t>
      </w:r>
      <w:r>
        <w:rPr>
          <w:rFonts w:ascii="Arial" w:hAnsi="Arial" w:eastAsia="Arial" w:cs="Arial"/>
        </w:rPr>
        <w:t xml:space="preserve"> — </w:t>
      </w:r>
      <w:r>
        <w:rPr>
          <w:rFonts w:ascii="Myanmar Text" w:hAnsi="Myanmar Text" w:eastAsia="Myanmar Text" w:cs="Myanmar Text"/>
        </w:rPr>
        <w:t>အမှတ်</w:t>
      </w:r>
      <w:r>
        <w:rPr>
          <w:rFonts w:ascii="Arial" w:hAnsi="Arial" w:eastAsia="Arial" w:cs="Arial"/>
        </w:rPr>
        <w:t xml:space="preserve"> </w:t>
      </w:r>
      <w:r>
        <w:rPr>
          <w:rFonts w:ascii="Myanmar Text" w:hAnsi="Myanmar Text" w:eastAsia="Myanmar Text" w:cs="Myanmar Text"/>
        </w:rPr>
        <w:t>လေးဆယ့်နှစ်</w:t>
      </w:r>
    </w:p>
    <w:p>
      <w:pPr>
        <w:pStyle w:val="ArticleSubtitle"/>
        <w:jc w:val="left"/>
      </w:pPr>
      <w:r>
        <w:rPr>
          <w:rFonts w:ascii="Arial" w:hAnsi="Arial" w:eastAsia="Arial" w:cs="Arial"/>
        </w:rPr>
        <w:t>Bağlayıcı Halqalar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يوحنا المعمدان كان نبيًّا كحلقة وصل.</w:t>
      </w:r>
    </w:p>
    <w:p>
      <w:pPr>
        <w:pStyle w:val="ArticleScripture"/>
        <w:jc w:val="left"/>
      </w:pPr>
      <w:r>
        <w:rPr>
          <w:rFonts w:ascii="Times New Roman" w:hAnsi="Times New Roman" w:eastAsia="Times New Roman" w:cs="Times New Roman"/>
        </w:rPr>
        <w:t>“Пайғамбар Жон екі дәуірдің арасындағы жалғаушы буын болды. Құдайдың өкілі ретінде ол заң мен пайғамбарлардың мәсіхшілік дәуірімен арақатынасын көрсету үшін алға шықты. Ол одан кейін келуге тиіс болған ұлырақ Нұрдың алдында тұрған кіші нұр еді. Жонның санасы Киелі Рухпен нұрландырылды, осылайша ол өз халқына жарық түсірсін деп; бірақ Иса Мәсіхтің ілімі мен үлгісінен тараған нұрдай айқын түрде құлаған адамзатқа ешбір өзге нұр ешқашан жарқыраған емес әрі ешқашан жарқырамайды. Мәсіх пен Оның миссиясы көлеңкелі құрбандықтарда бейнеленген күйінде тек көмескі түрде ғана ұғынылған еді. Тіпті Жонның өзі де Құтқарушы арқылы берілетін болашақ, өлмес өмірді толық түсінбеген болатын.” The Desire of Ages, 220.</w:t>
      </w:r>
    </w:p>
    <w:p>
      <w:pPr>
        <w:pStyle w:val="ArticleBody"/>
        <w:jc w:val="left"/>
      </w:pPr>
      <w:r>
        <w:rPr>
          <w:rFonts w:ascii="Times New Roman" w:hAnsi="Times New Roman" w:eastAsia="Times New Roman" w:cs="Times New Roman"/>
        </w:rPr>
        <w:t>Jesus sapa profeta de conexión ligamanta karqan.</w:t>
      </w:r>
    </w:p>
    <w:p>
      <w:pPr>
        <w:pStyle w:val="ArticleScripture"/>
        <w:jc w:val="left"/>
      </w:pPr>
      <w:r>
        <w:rPr>
          <w:rFonts w:ascii="Times New Roman" w:hAnsi="Times New Roman" w:eastAsia="Times New Roman" w:cs="Times New Roman"/>
        </w:rPr>
        <w:t>«Քրիստոսը առաջնորդել է ճանապարհը երկրից դեպի երկինք։ Նա կազմում է կապող օղակը այդ երկու աշխարհների միջև։ Նա բերում է Աստծո սերն ու խոնարհաբար վար իջնելը մարդուն, և Իր արժանիքների միջոցով մարդուն բարձրացնում է, որպեսզի նա հանդիպի Աստծո հաշտեցմանը։ Քրիստոսն է ճանապարհը, ճշմարտությունը և կյանքը։ Ծանր աշխատանք է շարունակել ընթանալ՝ քայլ առ քայլ, ցավագին և դանդաղ, առաջ և վեր, մաքրության ու սրբության ճանապարհով։ Բայց Քրիստոսը լիառատ միջոցներ է նախատեսել, որպեսզի աստվածային կյանքի մեջ առաջ գնացող յուրաքանչյուր քայլին հաղորդի նոր կորով և աստվածային զորություն։ Սա է այն գիտությունն ու փորձառությունը, որ գրասենյակում աշխատող բոլոր ձեռքերը ցանկանում են և պիտի ունենան, այլապես նրանք օրեցօր նախատինք են բերում Քրիստոսի գործին»։ Վկայություններ, հատոր 3, 193։</w:t>
      </w:r>
    </w:p>
    <w:p>
      <w:pPr>
        <w:pStyle w:val="ArticleBody"/>
        <w:jc w:val="left"/>
      </w:pPr>
      <w:r>
        <w:rPr>
          <w:rFonts w:ascii="Times New Roman" w:hAnsi="Times New Roman" w:eastAsia="Times New Roman" w:cs="Times New Roman"/>
        </w:rPr>
        <w:t>Ертедегі Жақияның пайғамбарлық қызметі жердегі қасиетті орданың дәуірін көктегі қасиетті ордамен байланыстыруды қамтыды. Жақия Исаны алғаш көргенде айтқан алғашқы сөздері мыналар болды:</w:t>
      </w:r>
    </w:p>
    <w:p>
      <w:pPr>
        <w:pStyle w:val="ArticleScripture"/>
        <w:jc w:val="left"/>
      </w:pPr>
      <w:r>
        <w:rPr>
          <w:rFonts w:ascii="Times New Roman" w:hAnsi="Times New Roman" w:eastAsia="Times New Roman" w:cs="Times New Roman"/>
        </w:rPr>
        <w:t>The next day John seeth Jesus coming unto him, and saith, Behold the Lamb of God, which taketh away the sin of the world. John 1:29.</w:t>
      </w:r>
    </w:p>
    <w:p>
      <w:pPr>
        <w:pStyle w:val="ArticleBody"/>
        <w:jc w:val="left"/>
      </w:pPr>
      <w:r>
        <w:rPr>
          <w:rFonts w:ascii="Times New Roman" w:hAnsi="Times New Roman" w:eastAsia="Times New Roman" w:cs="Times New Roman"/>
        </w:rPr>
        <w:t>Но хотя Иоанну надлежало обозначить переход от древнего Израиля к духовному Израилю, его понимание этого перехода было ограниченным.</w:t>
      </w:r>
    </w:p>
    <w:p>
      <w:pPr>
        <w:pStyle w:val="ArticleScripture"/>
        <w:jc w:val="left"/>
      </w:pPr>
      <w:r>
        <w:rPr>
          <w:rFonts w:ascii="Times New Roman" w:hAnsi="Times New Roman" w:eastAsia="Times New Roman" w:cs="Times New Roman"/>
        </w:rPr>
        <w:t>“Քրիստոսն ասաց, պաշտպանելով Հովհաննեսին. «Բայց ի՞նչ տեսնելու համար ելաք։ Մարգարէ՞։ Այո՛, ասում եմ ձեզ, և աւելի քան մարգարէ»։ Հովհաննեսը ոչ միայն մարգարէ էր՝ ապագայ դէպքերը նախասելու համար, այլև խոստման զաւակ էր, իր ծննդից իսկ Սուրբ Հոգով լցուած, և Աստծուց կարգուած էր որպէս բարեկարգիչ մի յատուկ գործ իրականացնելու՝ ժողովուրդ պատրաստելու Քրիստոսին ընդունելու համար։ Հովհաննես մարգարէն երկու տնտեսութիւնների միջև կապող օղակն էր։</w:t>
      </w:r>
    </w:p>
    <w:p>
      <w:pPr>
        <w:pStyle w:val="ArticleScripture"/>
        <w:jc w:val="left"/>
      </w:pPr>
      <w:r>
        <w:rPr>
          <w:rFonts w:ascii="Times New Roman" w:hAnsi="Times New Roman" w:eastAsia="Times New Roman" w:cs="Times New Roman"/>
        </w:rPr>
        <w:t>“</w:t>
      </w:r>
      <w:r>
        <w:rPr>
          <w:rFonts w:ascii="MV Boli" w:hAnsi="MV Boli" w:eastAsia="MV Boli" w:cs="MV Boli"/>
        </w:rPr>
        <w:t>ޔަހޫދީންގެ</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އެއްޗެއް</w:t>
      </w:r>
      <w:r>
        <w:rPr>
          <w:rFonts w:ascii="Times New Roman" w:hAnsi="Times New Roman" w:eastAsia="Times New Roman" w:cs="Times New Roman"/>
        </w:rPr>
        <w:t xml:space="preserve"> </w:t>
      </w:r>
      <w:r>
        <w:rPr>
          <w:rFonts w:ascii="MV Boli" w:hAnsi="MV Boli" w:eastAsia="MV Boli" w:cs="MV Boli"/>
        </w:rPr>
        <w:t>ގޮތުން</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ﷲ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ދުރުވެގެން</w:t>
      </w:r>
      <w:r>
        <w:rPr>
          <w:rFonts w:ascii="Times New Roman" w:hAnsi="Times New Roman" w:eastAsia="Times New Roman" w:cs="Times New Roman"/>
        </w:rPr>
        <w:t xml:space="preserve"> </w:t>
      </w:r>
      <w:r>
        <w:rPr>
          <w:rFonts w:ascii="MV Boli" w:hAnsi="MV Boli" w:eastAsia="MV Boli" w:cs="MV Boli"/>
        </w:rPr>
        <w:t>ދިޔުމުގެ</w:t>
      </w:r>
      <w:r>
        <w:rPr>
          <w:rFonts w:ascii="Times New Roman" w:hAnsi="Times New Roman" w:eastAsia="Times New Roman" w:cs="Times New Roman"/>
        </w:rPr>
        <w:t xml:space="preserve"> </w:t>
      </w:r>
      <w:r>
        <w:rPr>
          <w:rFonts w:ascii="MV Boli" w:hAnsi="MV Boli" w:eastAsia="MV Boli" w:cs="MV Boli"/>
        </w:rPr>
        <w:t>ސަބަބުން</w:t>
      </w:r>
      <w:r>
        <w:rPr>
          <w:rFonts w:ascii="Times New Roman" w:hAnsi="Times New Roman" w:eastAsia="Times New Roman" w:cs="Times New Roman"/>
        </w:rPr>
        <w:t xml:space="preserve">، </w:t>
      </w:r>
      <w:r>
        <w:rPr>
          <w:rFonts w:ascii="MV Boli" w:hAnsi="MV Boli" w:eastAsia="MV Boli" w:cs="MV Boli"/>
        </w:rPr>
        <w:t>މުޅިން</w:t>
      </w:r>
      <w:r>
        <w:rPr>
          <w:rFonts w:ascii="Times New Roman" w:hAnsi="Times New Roman" w:eastAsia="Times New Roman" w:cs="Times New Roman"/>
        </w:rPr>
        <w:t xml:space="preserve"> </w:t>
      </w:r>
      <w:r>
        <w:rPr>
          <w:rFonts w:ascii="MV Boli" w:hAnsi="MV Boli" w:eastAsia="MV Boli" w:cs="MV Boli"/>
        </w:rPr>
        <w:t>ރަސްމީ</w:t>
      </w:r>
      <w:r>
        <w:rPr>
          <w:rFonts w:ascii="Times New Roman" w:hAnsi="Times New Roman" w:eastAsia="Times New Roman" w:cs="Times New Roman"/>
        </w:rPr>
        <w:t xml:space="preserve"> </w:t>
      </w:r>
      <w:r>
        <w:rPr>
          <w:rFonts w:ascii="MV Boli" w:hAnsi="MV Boli" w:eastAsia="MV Boli" w:cs="MV Boli"/>
        </w:rPr>
        <w:t>ޢަމަލުތަކަށް</w:t>
      </w:r>
      <w:r>
        <w:rPr>
          <w:rFonts w:ascii="Times New Roman" w:hAnsi="Times New Roman" w:eastAsia="Times New Roman" w:cs="Times New Roman"/>
        </w:rPr>
        <w:t xml:space="preserve"> </w:t>
      </w:r>
      <w:r>
        <w:rPr>
          <w:rFonts w:ascii="MV Boli" w:hAnsi="MV Boli" w:eastAsia="MV Boli" w:cs="MV Boli"/>
        </w:rPr>
        <w:t>ހުންނަ</w:t>
      </w:r>
      <w:r>
        <w:rPr>
          <w:rFonts w:ascii="Times New Roman" w:hAnsi="Times New Roman" w:eastAsia="Times New Roman" w:cs="Times New Roman"/>
        </w:rPr>
        <w:t xml:space="preserve"> </w:t>
      </w:r>
      <w:r>
        <w:rPr>
          <w:rFonts w:ascii="MV Boli" w:hAnsi="MV Boli" w:eastAsia="MV Boli" w:cs="MV Boli"/>
        </w:rPr>
        <w:t>ދީނެކެވެ</w:t>
      </w:r>
      <w:r>
        <w:rPr>
          <w:rFonts w:ascii="Times New Roman" w:hAnsi="Times New Roman" w:eastAsia="Times New Roman" w:cs="Times New Roman"/>
        </w:rPr>
        <w:t xml:space="preserve">. </w:t>
      </w:r>
      <w:r>
        <w:rPr>
          <w:rFonts w:ascii="MV Boli" w:hAnsi="MV Boli" w:eastAsia="MV Boli" w:cs="MV Boli"/>
        </w:rPr>
        <w:t>ޔަހުޔާ</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ކުޑަ</w:t>
      </w:r>
      <w:r>
        <w:rPr>
          <w:rFonts w:ascii="Times New Roman" w:hAnsi="Times New Roman" w:eastAsia="Times New Roman" w:cs="Times New Roman"/>
        </w:rPr>
        <w:t xml:space="preserve"> </w:t>
      </w:r>
      <w:r>
        <w:rPr>
          <w:rFonts w:ascii="MV Boli" w:hAnsi="MV Boli" w:eastAsia="MV Boli" w:cs="MV Boli"/>
        </w:rPr>
        <w:t>ބިރުއްޔެއް</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ފަހަތުން</w:t>
      </w:r>
      <w:r>
        <w:rPr>
          <w:rFonts w:ascii="Times New Roman" w:hAnsi="Times New Roman" w:eastAsia="Times New Roman" w:cs="Times New Roman"/>
        </w:rPr>
        <w:t xml:space="preserve"> </w:t>
      </w:r>
      <w:r>
        <w:rPr>
          <w:rFonts w:ascii="MV Boli" w:hAnsi="MV Boli" w:eastAsia="MV Boli" w:cs="MV Boli"/>
        </w:rPr>
        <w:t>ބޮޑު</w:t>
      </w:r>
      <w:r>
        <w:rPr>
          <w:rFonts w:ascii="Times New Roman" w:hAnsi="Times New Roman" w:eastAsia="Times New Roman" w:cs="Times New Roman"/>
        </w:rPr>
        <w:t xml:space="preserve"> </w:t>
      </w:r>
      <w:r>
        <w:rPr>
          <w:rFonts w:ascii="MV Boli" w:hAnsi="MV Boli" w:eastAsia="MV Boli" w:cs="MV Boli"/>
        </w:rPr>
        <w:t>ބިރުއްޔެއް</w:t>
      </w:r>
      <w:r>
        <w:rPr>
          <w:rFonts w:ascii="Times New Roman" w:hAnsi="Times New Roman" w:eastAsia="Times New Roman" w:cs="Times New Roman"/>
        </w:rPr>
        <w:t xml:space="preserve"> </w:t>
      </w:r>
      <w:r>
        <w:rPr>
          <w:rFonts w:ascii="MV Boli" w:hAnsi="MV Boli" w:eastAsia="MV Boli" w:cs="MV Boli"/>
        </w:rPr>
        <w:t>އަންނަންޖެހޭ</w:t>
      </w:r>
      <w:r>
        <w:rPr>
          <w:rFonts w:ascii="Times New Roman" w:hAnsi="Times New Roman" w:eastAsia="Times New Roman" w:cs="Times New Roman"/>
        </w:rPr>
        <w:t xml:space="preserve"> </w:t>
      </w:r>
      <w:r>
        <w:rPr>
          <w:rFonts w:ascii="MV Boli" w:hAnsi="MV Boli" w:eastAsia="MV Boli" w:cs="MV Boli"/>
        </w:rPr>
        <w:t>މީހެކެވެ</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މީހުންގެ</w:t>
      </w:r>
      <w:r>
        <w:rPr>
          <w:rFonts w:ascii="Times New Roman" w:hAnsi="Times New Roman" w:eastAsia="Times New Roman" w:cs="Times New Roman"/>
        </w:rPr>
        <w:t xml:space="preserve"> </w:t>
      </w:r>
      <w:r>
        <w:rPr>
          <w:rFonts w:ascii="MV Boli" w:hAnsi="MV Boli" w:eastAsia="MV Boli" w:cs="MV Boli"/>
        </w:rPr>
        <w:t>އަދަބުތަކުގައި</w:t>
      </w:r>
      <w:r>
        <w:rPr>
          <w:rFonts w:ascii="Times New Roman" w:hAnsi="Times New Roman" w:eastAsia="Times New Roman" w:cs="Times New Roman"/>
        </w:rPr>
        <w:t xml:space="preserve"> </w:t>
      </w:r>
      <w:r>
        <w:rPr>
          <w:rFonts w:ascii="MV Boli" w:hAnsi="MV Boli" w:eastAsia="MV Boli" w:cs="MV Boli"/>
        </w:rPr>
        <w:t>ބޭނުންކުރާ</w:t>
      </w:r>
      <w:r>
        <w:rPr>
          <w:rFonts w:ascii="Times New Roman" w:hAnsi="Times New Roman" w:eastAsia="Times New Roman" w:cs="Times New Roman"/>
        </w:rPr>
        <w:t xml:space="preserve"> </w:t>
      </w:r>
      <w:r>
        <w:rPr>
          <w:rFonts w:ascii="MV Boli" w:hAnsi="MV Boli" w:eastAsia="MV Boli" w:cs="MV Boli"/>
        </w:rPr>
        <w:t>ޔަޤީން</w:t>
      </w:r>
      <w:r>
        <w:rPr>
          <w:rFonts w:ascii="Times New Roman" w:hAnsi="Times New Roman" w:eastAsia="Times New Roman" w:cs="Times New Roman"/>
        </w:rPr>
        <w:t xml:space="preserve"> </w:t>
      </w:r>
      <w:r>
        <w:rPr>
          <w:rFonts w:ascii="MV Boli" w:hAnsi="MV Boli" w:eastAsia="MV Boli" w:cs="MV Boli"/>
        </w:rPr>
        <w:t>ހިލުވާލައި</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ފާފަތައް</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ހިތަށް</w:t>
      </w:r>
      <w:r>
        <w:rPr>
          <w:rFonts w:ascii="Times New Roman" w:hAnsi="Times New Roman" w:eastAsia="Times New Roman" w:cs="Times New Roman"/>
        </w:rPr>
        <w:t xml:space="preserve"> </w:t>
      </w:r>
      <w:r>
        <w:rPr>
          <w:rFonts w:ascii="MV Boli" w:hAnsi="MV Boli" w:eastAsia="MV Boli" w:cs="MV Boli"/>
        </w:rPr>
        <w:t>ފަހުމްކޮށްދީ</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ތައުބާއަށް</w:t>
      </w:r>
      <w:r>
        <w:rPr>
          <w:rFonts w:ascii="Times New Roman" w:hAnsi="Times New Roman" w:eastAsia="Times New Roman" w:cs="Times New Roman"/>
        </w:rPr>
        <w:t xml:space="preserve"> </w:t>
      </w:r>
      <w:r>
        <w:rPr>
          <w:rFonts w:ascii="MV Boli" w:hAnsi="MV Boli" w:eastAsia="MV Boli" w:cs="MV Boli"/>
        </w:rPr>
        <w:t>ގެނެސް</w:t>
      </w:r>
      <w:r>
        <w:rPr>
          <w:rFonts w:ascii="Times New Roman" w:hAnsi="Times New Roman" w:eastAsia="Times New Roman" w:cs="Times New Roman"/>
        </w:rPr>
        <w:t xml:space="preserve">، </w:t>
      </w:r>
      <w:r>
        <w:rPr>
          <w:rFonts w:ascii="MV Boli" w:hAnsi="MV Boli" w:eastAsia="MV Boli" w:cs="MV Boli"/>
        </w:rPr>
        <w:t>ކްރިސްޓުގެ</w:t>
      </w:r>
      <w:r>
        <w:rPr>
          <w:rFonts w:ascii="Times New Roman" w:hAnsi="Times New Roman" w:eastAsia="Times New Roman" w:cs="Times New Roman"/>
        </w:rPr>
        <w:t xml:space="preserve"> </w:t>
      </w:r>
      <w:r>
        <w:rPr>
          <w:rFonts w:ascii="MV Boli" w:hAnsi="MV Boli" w:eastAsia="MV Boli" w:cs="MV Boli"/>
        </w:rPr>
        <w:t>މަސައްކަތް</w:t>
      </w:r>
      <w:r>
        <w:rPr>
          <w:rFonts w:ascii="Times New Roman" w:hAnsi="Times New Roman" w:eastAsia="Times New Roman" w:cs="Times New Roman"/>
        </w:rPr>
        <w:t xml:space="preserve"> </w:t>
      </w:r>
      <w:r>
        <w:rPr>
          <w:rFonts w:ascii="MV Boli" w:hAnsi="MV Boli" w:eastAsia="MV Boli" w:cs="MV Boli"/>
        </w:rPr>
        <w:t>އަގުކުރެވޭނެ</w:t>
      </w:r>
      <w:r>
        <w:rPr>
          <w:rFonts w:ascii="Times New Roman" w:hAnsi="Times New Roman" w:eastAsia="Times New Roman" w:cs="Times New Roman"/>
        </w:rPr>
        <w:t xml:space="preserve"> </w:t>
      </w:r>
      <w:r>
        <w:rPr>
          <w:rFonts w:ascii="MV Boli" w:hAnsi="MV Boli" w:eastAsia="MV Boli" w:cs="MV Boli"/>
        </w:rPr>
        <w:t>ގޮތަށް</w:t>
      </w:r>
      <w:r>
        <w:rPr>
          <w:rFonts w:ascii="Times New Roman" w:hAnsi="Times New Roman" w:eastAsia="Times New Roman" w:cs="Times New Roman"/>
        </w:rPr>
        <w:t xml:space="preserve"> </w:t>
      </w:r>
      <w:r>
        <w:rPr>
          <w:rFonts w:ascii="MV Boli" w:hAnsi="MV Boli" w:eastAsia="MV Boli" w:cs="MV Boli"/>
        </w:rPr>
        <w:t>ތައްޔާރުކުރާންވެ</w:t>
      </w:r>
      <w:r>
        <w:rPr>
          <w:rFonts w:ascii="Times New Roman" w:hAnsi="Times New Roman" w:eastAsia="Times New Roman" w:cs="Times New Roman"/>
        </w:rPr>
        <w:t xml:space="preserve">. ﷲ </w:t>
      </w:r>
      <w:r>
        <w:rPr>
          <w:rFonts w:ascii="MV Boli" w:hAnsi="MV Boli" w:eastAsia="MV Boli" w:cs="MV Boli"/>
        </w:rPr>
        <w:t>ވަހީގެ</w:t>
      </w:r>
      <w:r>
        <w:rPr>
          <w:rFonts w:ascii="Times New Roman" w:hAnsi="Times New Roman" w:eastAsia="Times New Roman" w:cs="Times New Roman"/>
        </w:rPr>
        <w:t xml:space="preserve"> </w:t>
      </w:r>
      <w:r>
        <w:rPr>
          <w:rFonts w:ascii="MV Boli" w:hAnsi="MV Boli" w:eastAsia="MV Boli" w:cs="MV Boli"/>
        </w:rPr>
        <w:t>ގޮތުން</w:t>
      </w:r>
      <w:r>
        <w:rPr>
          <w:rFonts w:ascii="Times New Roman" w:hAnsi="Times New Roman" w:eastAsia="Times New Roman" w:cs="Times New Roman"/>
        </w:rPr>
        <w:t xml:space="preserve"> </w:t>
      </w:r>
      <w:r>
        <w:rPr>
          <w:rFonts w:ascii="MV Boli" w:hAnsi="MV Boli" w:eastAsia="MV Boli" w:cs="MV Boli"/>
        </w:rPr>
        <w:t>ޔަހުޔާއަށް</w:t>
      </w:r>
      <w:r>
        <w:rPr>
          <w:rFonts w:ascii="Times New Roman" w:hAnsi="Times New Roman" w:eastAsia="Times New Roman" w:cs="Times New Roman"/>
        </w:rPr>
        <w:t xml:space="preserve"> </w:t>
      </w:r>
      <w:r>
        <w:rPr>
          <w:rFonts w:ascii="MV Boli" w:hAnsi="MV Boli" w:eastAsia="MV Boli" w:cs="MV Boli"/>
        </w:rPr>
        <w:t>އިލްހާމު</w:t>
      </w:r>
      <w:r>
        <w:rPr>
          <w:rFonts w:ascii="Times New Roman" w:hAnsi="Times New Roman" w:eastAsia="Times New Roman" w:cs="Times New Roman"/>
        </w:rPr>
        <w:t xml:space="preserve"> </w:t>
      </w:r>
      <w:r>
        <w:rPr>
          <w:rFonts w:ascii="MV Boli" w:hAnsi="MV Boli" w:eastAsia="MV Boli" w:cs="MV Boli"/>
        </w:rPr>
        <w:t>ދެއްވި</w:t>
      </w:r>
      <w:r>
        <w:rPr>
          <w:rFonts w:ascii="Times New Roman" w:hAnsi="Times New Roman" w:eastAsia="Times New Roman" w:cs="Times New Roman"/>
        </w:rPr>
        <w:t xml:space="preserve">، </w:t>
      </w:r>
      <w:r>
        <w:rPr>
          <w:rFonts w:ascii="MV Boli" w:hAnsi="MV Boli" w:eastAsia="MV Boli" w:cs="MV Boli"/>
        </w:rPr>
        <w:t>ނަބީއަށް</w:t>
      </w:r>
      <w:r>
        <w:rPr>
          <w:rFonts w:ascii="Times New Roman" w:hAnsi="Times New Roman" w:eastAsia="Times New Roman" w:cs="Times New Roman"/>
        </w:rPr>
        <w:t xml:space="preserve"> </w:t>
      </w:r>
      <w:r>
        <w:rPr>
          <w:rFonts w:ascii="MV Boli" w:hAnsi="MV Boli" w:eastAsia="MV Boli" w:cs="MV Boli"/>
        </w:rPr>
        <w:t>އަލިކަން</w:t>
      </w:r>
      <w:r>
        <w:rPr>
          <w:rFonts w:ascii="Times New Roman" w:hAnsi="Times New Roman" w:eastAsia="Times New Roman" w:cs="Times New Roman"/>
        </w:rPr>
        <w:t xml:space="preserve"> </w:t>
      </w:r>
      <w:r>
        <w:rPr>
          <w:rFonts w:ascii="MV Boli" w:hAnsi="MV Boli" w:eastAsia="MV Boli" w:cs="MV Boli"/>
        </w:rPr>
        <w:t>ދެއްވައި</w:t>
      </w:r>
      <w:r>
        <w:rPr>
          <w:rFonts w:ascii="Times New Roman" w:hAnsi="Times New Roman" w:eastAsia="Times New Roman" w:cs="Times New Roman"/>
        </w:rPr>
        <w:t xml:space="preserve">، </w:t>
      </w:r>
      <w:r>
        <w:rPr>
          <w:rFonts w:ascii="MV Boli" w:hAnsi="MV Boli" w:eastAsia="MV Boli" w:cs="MV Boli"/>
        </w:rPr>
        <w:t>ސާދިގު</w:t>
      </w:r>
      <w:r>
        <w:rPr>
          <w:rFonts w:ascii="Times New Roman" w:hAnsi="Times New Roman" w:eastAsia="Times New Roman" w:cs="Times New Roman"/>
        </w:rPr>
        <w:t xml:space="preserve"> </w:t>
      </w:r>
      <w:r>
        <w:rPr>
          <w:rFonts w:ascii="MV Boli" w:hAnsi="MV Boli" w:eastAsia="MV Boli" w:cs="MV Boli"/>
        </w:rPr>
        <w:t>ޔަހޫދީންގެ</w:t>
      </w:r>
      <w:r>
        <w:rPr>
          <w:rFonts w:ascii="Times New Roman" w:hAnsi="Times New Roman" w:eastAsia="Times New Roman" w:cs="Times New Roman"/>
        </w:rPr>
        <w:t xml:space="preserve"> </w:t>
      </w:r>
      <w:r>
        <w:rPr>
          <w:rFonts w:ascii="MV Boli" w:hAnsi="MV Boli" w:eastAsia="MV Boli" w:cs="MV Boli"/>
        </w:rPr>
        <w:t>ހިތްތަކުން</w:t>
      </w:r>
      <w:r>
        <w:rPr>
          <w:rFonts w:ascii="Times New Roman" w:hAnsi="Times New Roman" w:eastAsia="Times New Roman" w:cs="Times New Roman"/>
        </w:rPr>
        <w:t xml:space="preserve"> </w:t>
      </w:r>
      <w:r>
        <w:rPr>
          <w:rFonts w:ascii="MV Boli" w:hAnsi="MV Boli" w:eastAsia="MV Boli" w:cs="MV Boli"/>
        </w:rPr>
        <w:t>ނުސައްކަތް</w:t>
      </w:r>
      <w:r>
        <w:rPr>
          <w:rFonts w:ascii="Times New Roman" w:hAnsi="Times New Roman" w:eastAsia="Times New Roman" w:cs="Times New Roman"/>
        </w:rPr>
        <w:t xml:space="preserve"> </w:t>
      </w:r>
      <w:r>
        <w:rPr>
          <w:rFonts w:ascii="MV Boli" w:hAnsi="MV Boli" w:eastAsia="MV Boli" w:cs="MV Boli"/>
        </w:rPr>
        <w:t>ޢަޤީދާއާއި</w:t>
      </w:r>
      <w:r>
        <w:rPr>
          <w:rFonts w:ascii="Times New Roman" w:hAnsi="Times New Roman" w:eastAsia="Times New Roman" w:cs="Times New Roman"/>
        </w:rPr>
        <w:t xml:space="preserve"> </w:t>
      </w:r>
      <w:r>
        <w:rPr>
          <w:rFonts w:ascii="MV Boli" w:hAnsi="MV Boli" w:eastAsia="MV Boli" w:cs="MV Boli"/>
        </w:rPr>
        <w:t>އަނދިރިކަން</w:t>
      </w:r>
      <w:r>
        <w:rPr>
          <w:rFonts w:ascii="Times New Roman" w:hAnsi="Times New Roman" w:eastAsia="Times New Roman" w:cs="Times New Roman"/>
        </w:rPr>
        <w:t xml:space="preserve"> </w:t>
      </w:r>
      <w:r>
        <w:rPr>
          <w:rFonts w:ascii="MV Boli" w:hAnsi="MV Boli" w:eastAsia="MV Boli" w:cs="MV Boli"/>
        </w:rPr>
        <w:t>ފަހިކޮށްދޭން</w:t>
      </w:r>
      <w:r>
        <w:rPr>
          <w:rFonts w:ascii="Times New Roman" w:hAnsi="Times New Roman" w:eastAsia="Times New Roman" w:cs="Times New Roman"/>
        </w:rPr>
        <w:t xml:space="preserve"> </w:t>
      </w:r>
      <w:r>
        <w:rPr>
          <w:rFonts w:ascii="MV Boli" w:hAnsi="MV Boli" w:eastAsia="MV Boli" w:cs="MV Boli"/>
        </w:rPr>
        <w:t>ޓަކައި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ދޮގު</w:t>
      </w:r>
      <w:r>
        <w:rPr>
          <w:rFonts w:ascii="Times New Roman" w:hAnsi="Times New Roman" w:eastAsia="Times New Roman" w:cs="Times New Roman"/>
        </w:rPr>
        <w:t xml:space="preserve"> </w:t>
      </w:r>
      <w:r>
        <w:rPr>
          <w:rFonts w:ascii="MV Boli" w:hAnsi="MV Boli" w:eastAsia="MV Boli" w:cs="MV Boli"/>
        </w:rPr>
        <w:t>ތަޢުލީމުތަކުގެ</w:t>
      </w:r>
      <w:r>
        <w:rPr>
          <w:rFonts w:ascii="Times New Roman" w:hAnsi="Times New Roman" w:eastAsia="Times New Roman" w:cs="Times New Roman"/>
        </w:rPr>
        <w:t xml:space="preserve"> </w:t>
      </w:r>
      <w:r>
        <w:rPr>
          <w:rFonts w:ascii="MV Boli" w:hAnsi="MV Boli" w:eastAsia="MV Boli" w:cs="MV Boli"/>
        </w:rPr>
        <w:t>ސަބަބުން</w:t>
      </w:r>
      <w:r>
        <w:rPr>
          <w:rFonts w:ascii="Times New Roman" w:hAnsi="Times New Roman" w:eastAsia="Times New Roman" w:cs="Times New Roman"/>
        </w:rPr>
        <w:t xml:space="preserve"> </w:t>
      </w:r>
      <w:r>
        <w:rPr>
          <w:rFonts w:ascii="MV Boli" w:hAnsi="MV Boli" w:eastAsia="MV Boli" w:cs="MV Boli"/>
        </w:rPr>
        <w:t>ގިނަ</w:t>
      </w:r>
      <w:r>
        <w:rPr>
          <w:rFonts w:ascii="Times New Roman" w:hAnsi="Times New Roman" w:eastAsia="Times New Roman" w:cs="Times New Roman"/>
        </w:rPr>
        <w:t xml:space="preserve"> </w:t>
      </w:r>
      <w:r>
        <w:rPr>
          <w:rFonts w:ascii="MV Boli" w:hAnsi="MV Boli" w:eastAsia="MV Boli" w:cs="MV Boli"/>
        </w:rPr>
        <w:t>ޖީލުތަކަކަށް</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މަތީ</w:t>
      </w:r>
      <w:r>
        <w:rPr>
          <w:rFonts w:ascii="Times New Roman" w:hAnsi="Times New Roman" w:eastAsia="Times New Roman" w:cs="Times New Roman"/>
        </w:rPr>
        <w:t xml:space="preserve"> </w:t>
      </w:r>
      <w:r>
        <w:rPr>
          <w:rFonts w:ascii="MV Boli" w:hAnsi="MV Boli" w:eastAsia="MV Boli" w:cs="MV Boli"/>
        </w:rPr>
        <w:t>ގުންވަމުން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ކަމެކެވެ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V Boli" w:hAnsi="MV Boli" w:eastAsia="MV Boli" w:cs="MV Boli"/>
        </w:rPr>
        <w:t>އީސާއަށް</w:t>
      </w:r>
      <w:r>
        <w:rPr>
          <w:rFonts w:ascii="Times New Roman" w:hAnsi="Times New Roman" w:eastAsia="Times New Roman" w:cs="Times New Roman"/>
        </w:rPr>
        <w:t xml:space="preserve"> </w:t>
      </w:r>
      <w:r>
        <w:rPr>
          <w:rFonts w:ascii="MV Boli" w:hAnsi="MV Boli" w:eastAsia="MV Boli" w:cs="MV Boli"/>
        </w:rPr>
        <w:t>ތަބާވި</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މުޢުޖިޒާތް</w:t>
      </w:r>
      <w:r>
        <w:rPr>
          <w:rFonts w:ascii="Times New Roman" w:hAnsi="Times New Roman" w:eastAsia="Times New Roman" w:cs="Times New Roman"/>
        </w:rPr>
        <w:t xml:space="preserve"> </w:t>
      </w:r>
      <w:r>
        <w:rPr>
          <w:rFonts w:ascii="MV Boli" w:hAnsi="MV Boli" w:eastAsia="MV Boli" w:cs="MV Boli"/>
        </w:rPr>
        <w:t>ފެނި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އިލާހީ</w:t>
      </w:r>
      <w:r>
        <w:rPr>
          <w:rFonts w:ascii="Times New Roman" w:hAnsi="Times New Roman" w:eastAsia="Times New Roman" w:cs="Times New Roman"/>
        </w:rPr>
        <w:t xml:space="preserve"> </w:t>
      </w:r>
      <w:r>
        <w:rPr>
          <w:rFonts w:ascii="MV Boli" w:hAnsi="MV Boli" w:eastAsia="MV Boli" w:cs="MV Boli"/>
        </w:rPr>
        <w:t>ތަޢުލީމީ</w:t>
      </w:r>
      <w:r>
        <w:rPr>
          <w:rFonts w:ascii="Times New Roman" w:hAnsi="Times New Roman" w:eastAsia="Times New Roman" w:cs="Times New Roman"/>
        </w:rPr>
        <w:t xml:space="preserve"> </w:t>
      </w:r>
      <w:r>
        <w:rPr>
          <w:rFonts w:ascii="MV Boli" w:hAnsi="MV Boli" w:eastAsia="MV Boli" w:cs="MV Boli"/>
        </w:rPr>
        <w:t>ދަރުސްތަކަށް</w:t>
      </w:r>
      <w:r>
        <w:rPr>
          <w:rFonts w:ascii="Times New Roman" w:hAnsi="Times New Roman" w:eastAsia="Times New Roman" w:cs="Times New Roman"/>
        </w:rPr>
        <w:t xml:space="preserve"> </w:t>
      </w:r>
      <w:r>
        <w:rPr>
          <w:rFonts w:ascii="MV Boli" w:hAnsi="MV Boli" w:eastAsia="MV Boli" w:cs="MV Boli"/>
        </w:rPr>
        <w:t>އަޑުއެހި</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ދެފަރާތުން</w:t>
      </w:r>
      <w:r>
        <w:rPr>
          <w:rFonts w:ascii="Times New Roman" w:hAnsi="Times New Roman" w:eastAsia="Times New Roman" w:cs="Times New Roman"/>
        </w:rPr>
        <w:t xml:space="preserve"> </w:t>
      </w:r>
      <w:r>
        <w:rPr>
          <w:rFonts w:ascii="MV Boli" w:hAnsi="MV Boli" w:eastAsia="MV Boli" w:cs="MV Boli"/>
        </w:rPr>
        <w:t>ވެއްޓި</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އިތުރު</w:t>
      </w:r>
      <w:r>
        <w:rPr>
          <w:rFonts w:ascii="Times New Roman" w:hAnsi="Times New Roman" w:eastAsia="Times New Roman" w:cs="Times New Roman"/>
        </w:rPr>
        <w:t xml:space="preserve"> </w:t>
      </w:r>
      <w:r>
        <w:rPr>
          <w:rFonts w:ascii="MV Boli" w:hAnsi="MV Boli" w:eastAsia="MV Boli" w:cs="MV Boli"/>
        </w:rPr>
        <w:t>ލަފުޒުތައް</w:t>
      </w:r>
      <w:r>
        <w:rPr>
          <w:rFonts w:ascii="Times New Roman" w:hAnsi="Times New Roman" w:eastAsia="Times New Roman" w:cs="Times New Roman"/>
        </w:rPr>
        <w:t xml:space="preserve"> </w:t>
      </w:r>
      <w:r>
        <w:rPr>
          <w:rFonts w:ascii="MV Boli" w:hAnsi="MV Boli" w:eastAsia="MV Boli" w:cs="MV Boli"/>
        </w:rPr>
        <w:t>އަޑުއެހި</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ކުޑަ</w:t>
      </w:r>
      <w:r>
        <w:rPr>
          <w:rFonts w:ascii="Times New Roman" w:hAnsi="Times New Roman" w:eastAsia="Times New Roman" w:cs="Times New Roman"/>
        </w:rPr>
        <w:t xml:space="preserve"> </w:t>
      </w:r>
      <w:r>
        <w:rPr>
          <w:rFonts w:ascii="MV Boli" w:hAnsi="MV Boli" w:eastAsia="MV Boli" w:cs="MV Boli"/>
        </w:rPr>
        <w:t>ދަރިވަރު</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ޔަޙްޔާ</w:t>
      </w:r>
      <w:r>
        <w:rPr>
          <w:rFonts w:ascii="Times New Roman" w:hAnsi="Times New Roman" w:eastAsia="Times New Roman" w:cs="Times New Roman"/>
        </w:rPr>
        <w:t xml:space="preserve"> </w:t>
      </w:r>
      <w:r>
        <w:rPr>
          <w:rFonts w:ascii="MV Boli" w:hAnsi="MV Boli" w:eastAsia="MV Boli" w:cs="MV Boli"/>
        </w:rPr>
        <w:t>މަޢުމަދާނަށް</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އަވަސް</w:t>
      </w:r>
      <w:r>
        <w:rPr>
          <w:rFonts w:ascii="Times New Roman" w:hAnsi="Times New Roman" w:eastAsia="Times New Roman" w:cs="Times New Roman"/>
        </w:rPr>
        <w:t xml:space="preserve"> </w:t>
      </w:r>
      <w:r>
        <w:rPr>
          <w:rFonts w:ascii="MV Boli" w:hAnsi="MV Boli" w:eastAsia="MV Boli" w:cs="MV Boli"/>
        </w:rPr>
        <w:t>ހައްގެ</w:t>
      </w:r>
      <w:r>
        <w:rPr>
          <w:rFonts w:ascii="Times New Roman" w:hAnsi="Times New Roman" w:eastAsia="Times New Roman" w:cs="Times New Roman"/>
        </w:rPr>
        <w:t xml:space="preserve"> </w:t>
      </w:r>
      <w:r>
        <w:rPr>
          <w:rFonts w:ascii="MV Boli" w:hAnsi="MV Boli" w:eastAsia="MV Boli" w:cs="MV Boli"/>
        </w:rPr>
        <w:t>ނިޢުމަތް</w:t>
      </w:r>
      <w:r>
        <w:rPr>
          <w:rFonts w:ascii="Times New Roman" w:hAnsi="Times New Roman" w:eastAsia="Times New Roman" w:cs="Times New Roman"/>
        </w:rPr>
        <w:t xml:space="preserve"> </w:t>
      </w:r>
      <w:r>
        <w:rPr>
          <w:rFonts w:ascii="MV Boli" w:hAnsi="MV Boli" w:eastAsia="MV Boli" w:cs="MV Boli"/>
        </w:rPr>
        <w:t>ލިބިގެންވެއެވެ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އޭނާއަށް</w:t>
      </w:r>
      <w:r>
        <w:rPr>
          <w:rFonts w:ascii="Times New Roman" w:hAnsi="Times New Roman" w:eastAsia="Times New Roman" w:cs="Times New Roman"/>
        </w:rPr>
        <w:t xml:space="preserve"> </w:t>
      </w:r>
      <w:r>
        <w:rPr>
          <w:rFonts w:ascii="MV Boli" w:hAnsi="MV Boli" w:eastAsia="MV Boli" w:cs="MV Boli"/>
        </w:rPr>
        <w:t>އިތުރު</w:t>
      </w:r>
      <w:r>
        <w:rPr>
          <w:rFonts w:ascii="Times New Roman" w:hAnsi="Times New Roman" w:eastAsia="Times New Roman" w:cs="Times New Roman"/>
        </w:rPr>
        <w:t xml:space="preserve"> </w:t>
      </w:r>
      <w:r>
        <w:rPr>
          <w:rFonts w:ascii="MV Boli" w:hAnsi="MV Boli" w:eastAsia="MV Boli" w:cs="MV Boli"/>
        </w:rPr>
        <w:t>ސާފު</w:t>
      </w:r>
      <w:r>
        <w:rPr>
          <w:rFonts w:ascii="Times New Roman" w:hAnsi="Times New Roman" w:eastAsia="Times New Roman" w:cs="Times New Roman"/>
        </w:rPr>
        <w:t xml:space="preserve"> </w:t>
      </w:r>
      <w:r>
        <w:rPr>
          <w:rFonts w:ascii="MV Boli" w:hAnsi="MV Boli" w:eastAsia="MV Boli" w:cs="MV Boli"/>
        </w:rPr>
        <w:t>ބަރާބަރު</w:t>
      </w:r>
      <w:r>
        <w:rPr>
          <w:rFonts w:ascii="Times New Roman" w:hAnsi="Times New Roman" w:eastAsia="Times New Roman" w:cs="Times New Roman"/>
        </w:rPr>
        <w:t xml:space="preserve"> </w:t>
      </w:r>
      <w:r>
        <w:rPr>
          <w:rFonts w:ascii="MV Boli" w:hAnsi="MV Boli" w:eastAsia="MV Boli" w:cs="MV Boli"/>
        </w:rPr>
        <w:t>ނޫރެއް</w:t>
      </w:r>
      <w:r>
        <w:rPr>
          <w:rFonts w:ascii="Times New Roman" w:hAnsi="Times New Roman" w:eastAsia="Times New Roman" w:cs="Times New Roman"/>
        </w:rPr>
        <w:t xml:space="preserve"> </w:t>
      </w:r>
      <w:r>
        <w:rPr>
          <w:rFonts w:ascii="MV Boli" w:hAnsi="MV Boli" w:eastAsia="MV Boli" w:cs="MV Boli"/>
        </w:rPr>
        <w:t>ލިބިގެންވުމުންނެވެ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މިހާރުވެސް</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އަބަދުވެސް</w:t>
      </w:r>
      <w:r>
        <w:rPr>
          <w:rFonts w:ascii="Times New Roman" w:hAnsi="Times New Roman" w:eastAsia="Times New Roman" w:cs="Times New Roman"/>
        </w:rPr>
        <w:t xml:space="preserve"> </w:t>
      </w:r>
      <w:r>
        <w:rPr>
          <w:rFonts w:ascii="MV Boli" w:hAnsi="MV Boli" w:eastAsia="MV Boli" w:cs="MV Boli"/>
        </w:rPr>
        <w:t>ދުނިޔޭގެ</w:t>
      </w:r>
      <w:r>
        <w:rPr>
          <w:rFonts w:ascii="Times New Roman" w:hAnsi="Times New Roman" w:eastAsia="Times New Roman" w:cs="Times New Roman"/>
        </w:rPr>
        <w:t xml:space="preserve"> </w:t>
      </w:r>
      <w:r>
        <w:rPr>
          <w:rFonts w:ascii="MV Boli" w:hAnsi="MV Boli" w:eastAsia="MV Boli" w:cs="MV Boli"/>
        </w:rPr>
        <w:t>ނޫރު</w:t>
      </w:r>
      <w:r>
        <w:rPr>
          <w:rFonts w:ascii="Times New Roman" w:hAnsi="Times New Roman" w:eastAsia="Times New Roman" w:cs="Times New Roman"/>
        </w:rPr>
        <w:t xml:space="preserve"> </w:t>
      </w:r>
      <w:r>
        <w:rPr>
          <w:rFonts w:ascii="MV Boli" w:hAnsi="MV Boli" w:eastAsia="MV Boli" w:cs="MV Boli"/>
        </w:rPr>
        <w:t>ކަމުގައިވާ</w:t>
      </w:r>
      <w:r>
        <w:rPr>
          <w:rFonts w:ascii="Times New Roman" w:hAnsi="Times New Roman" w:eastAsia="Times New Roman" w:cs="Times New Roman"/>
        </w:rPr>
        <w:t xml:space="preserve"> </w:t>
      </w:r>
      <w:r>
        <w:rPr>
          <w:rFonts w:ascii="MV Boli" w:hAnsi="MV Boli" w:eastAsia="MV Boli" w:cs="MV Boli"/>
        </w:rPr>
        <w:t>އެކަލެގެ</w:t>
      </w:r>
      <w:r>
        <w:rPr>
          <w:rFonts w:ascii="Times New Roman" w:hAnsi="Times New Roman" w:eastAsia="Times New Roman" w:cs="Times New Roman"/>
        </w:rPr>
        <w:t xml:space="preserve"> </w:t>
      </w:r>
      <w:r>
        <w:rPr>
          <w:rFonts w:ascii="MV Boli" w:hAnsi="MV Boli" w:eastAsia="MV Boli" w:cs="MV Boli"/>
        </w:rPr>
        <w:t>މަގުން</w:t>
      </w:r>
      <w:r>
        <w:rPr>
          <w:rFonts w:ascii="Times New Roman" w:hAnsi="Times New Roman" w:eastAsia="Times New Roman" w:cs="Times New Roman"/>
        </w:rPr>
        <w:t xml:space="preserve"> </w:t>
      </w:r>
      <w:r>
        <w:rPr>
          <w:rFonts w:ascii="MV Boli" w:hAnsi="MV Boli" w:eastAsia="MV Boli" w:cs="MV Boli"/>
        </w:rPr>
        <w:t>ބައިންނުވާ</w:t>
      </w:r>
      <w:r>
        <w:rPr>
          <w:rFonts w:ascii="Times New Roman" w:hAnsi="Times New Roman" w:eastAsia="Times New Roman" w:cs="Times New Roman"/>
        </w:rPr>
        <w:t xml:space="preserve"> </w:t>
      </w:r>
      <w:r>
        <w:rPr>
          <w:rFonts w:ascii="MV Boli" w:hAnsi="MV Boli" w:eastAsia="MV Boli" w:cs="MV Boli"/>
        </w:rPr>
        <w:t>ނޫރެއް</w:t>
      </w:r>
      <w:r>
        <w:rPr>
          <w:rFonts w:ascii="Times New Roman" w:hAnsi="Times New Roman" w:eastAsia="Times New Roman" w:cs="Times New Roman"/>
        </w:rPr>
        <w:t xml:space="preserve">، </w:t>
      </w:r>
      <w:r>
        <w:rPr>
          <w:rFonts w:ascii="MV Boli" w:hAnsi="MV Boli" w:eastAsia="MV Boli" w:cs="MV Boli"/>
        </w:rPr>
        <w:t>ފާފަވެރި</w:t>
      </w:r>
      <w:r>
        <w:rPr>
          <w:rFonts w:ascii="Times New Roman" w:hAnsi="Times New Roman" w:eastAsia="Times New Roman" w:cs="Times New Roman"/>
        </w:rPr>
        <w:t xml:space="preserve">، </w:t>
      </w:r>
      <w:r>
        <w:rPr>
          <w:rFonts w:ascii="MV Boli" w:hAnsi="MV Boli" w:eastAsia="MV Boli" w:cs="MV Boli"/>
        </w:rPr>
        <w:t>ވެއްޓިފައިވާ</w:t>
      </w:r>
      <w:r>
        <w:rPr>
          <w:rFonts w:ascii="Times New Roman" w:hAnsi="Times New Roman" w:eastAsia="Times New Roman" w:cs="Times New Roman"/>
        </w:rPr>
        <w:t xml:space="preserve"> </w:t>
      </w:r>
      <w:r>
        <w:rPr>
          <w:rFonts w:ascii="MV Boli" w:hAnsi="MV Boli" w:eastAsia="MV Boli" w:cs="MV Boli"/>
        </w:rPr>
        <w:t>މީހާގެ</w:t>
      </w:r>
      <w:r>
        <w:rPr>
          <w:rFonts w:ascii="Times New Roman" w:hAnsi="Times New Roman" w:eastAsia="Times New Roman" w:cs="Times New Roman"/>
        </w:rPr>
        <w:t xml:space="preserve"> </w:t>
      </w:r>
      <w:r>
        <w:rPr>
          <w:rFonts w:ascii="MV Boli" w:hAnsi="MV Boli" w:eastAsia="MV Boli" w:cs="MV Boli"/>
        </w:rPr>
        <w:t>ޢަގުލަށް</w:t>
      </w:r>
      <w:r>
        <w:rPr>
          <w:rFonts w:ascii="Times New Roman" w:hAnsi="Times New Roman" w:eastAsia="Times New Roman" w:cs="Times New Roman"/>
        </w:rPr>
        <w:t xml:space="preserve"> </w:t>
      </w:r>
      <w:r>
        <w:rPr>
          <w:rFonts w:ascii="MV Boli" w:hAnsi="MV Boli" w:eastAsia="MV Boli" w:cs="MV Boli"/>
        </w:rPr>
        <w:t>އަލިކޮށްފައެއް</w:t>
      </w:r>
      <w:r>
        <w:rPr>
          <w:rFonts w:ascii="Times New Roman" w:hAnsi="Times New Roman" w:eastAsia="Times New Roman" w:cs="Times New Roman"/>
        </w:rPr>
        <w:t xml:space="preserve"> </w:t>
      </w:r>
      <w:r>
        <w:rPr>
          <w:rFonts w:ascii="MV Boli" w:hAnsi="MV Boli" w:eastAsia="MV Boli" w:cs="MV Boli"/>
        </w:rPr>
        <w:t>ނުވެއެވެ</w:t>
      </w:r>
      <w:r>
        <w:rPr>
          <w:rFonts w:ascii="Times New Roman" w:hAnsi="Times New Roman" w:eastAsia="Times New Roman" w:cs="Times New Roman"/>
        </w:rPr>
        <w:t xml:space="preserve">، </w:t>
      </w:r>
      <w:r>
        <w:rPr>
          <w:rFonts w:ascii="MV Boli" w:hAnsi="MV Boli" w:eastAsia="MV Boli" w:cs="MV Boli"/>
        </w:rPr>
        <w:t>ނުވަތަ</w:t>
      </w:r>
      <w:r>
        <w:rPr>
          <w:rFonts w:ascii="Times New Roman" w:hAnsi="Times New Roman" w:eastAsia="Times New Roman" w:cs="Times New Roman"/>
        </w:rPr>
        <w:t xml:space="preserve"> </w:t>
      </w:r>
      <w:r>
        <w:rPr>
          <w:rFonts w:ascii="MV Boli" w:hAnsi="MV Boli" w:eastAsia="MV Boli" w:cs="MV Boli"/>
        </w:rPr>
        <w:t>އަލިކޮށްފާނެއެވެ</w:t>
      </w:r>
      <w:r>
        <w:rPr>
          <w:rFonts w:ascii="Times New Roman" w:hAnsi="Times New Roman" w:eastAsia="Times New Roman" w:cs="Times New Roman"/>
        </w:rPr>
        <w:t xml:space="preserve">. </w:t>
      </w:r>
      <w:r>
        <w:rPr>
          <w:rFonts w:ascii="MV Boli" w:hAnsi="MV Boli" w:eastAsia="MV Boli" w:cs="MV Boli"/>
        </w:rPr>
        <w:t>ކުރީގެ</w:t>
      </w:r>
      <w:r>
        <w:rPr>
          <w:rFonts w:ascii="Times New Roman" w:hAnsi="Times New Roman" w:eastAsia="Times New Roman" w:cs="Times New Roman"/>
        </w:rPr>
        <w:t xml:space="preserve"> </w:t>
      </w:r>
      <w:r>
        <w:rPr>
          <w:rFonts w:ascii="MV Boli" w:hAnsi="MV Boli" w:eastAsia="MV Boli" w:cs="MV Boli"/>
        </w:rPr>
        <w:t>ނުސާފު</w:t>
      </w:r>
      <w:r>
        <w:rPr>
          <w:rFonts w:ascii="Times New Roman" w:hAnsi="Times New Roman" w:eastAsia="Times New Roman" w:cs="Times New Roman"/>
        </w:rPr>
        <w:t xml:space="preserve"> </w:t>
      </w:r>
      <w:r>
        <w:rPr>
          <w:rFonts w:ascii="MV Boli" w:hAnsi="MV Boli" w:eastAsia="MV Boli" w:cs="MV Boli"/>
        </w:rPr>
        <w:t>ގުރުބާނީތަކުގެ</w:t>
      </w:r>
      <w:r>
        <w:rPr>
          <w:rFonts w:ascii="Times New Roman" w:hAnsi="Times New Roman" w:eastAsia="Times New Roman" w:cs="Times New Roman"/>
        </w:rPr>
        <w:t xml:space="preserve"> </w:t>
      </w:r>
      <w:r>
        <w:rPr>
          <w:rFonts w:ascii="MV Boli" w:hAnsi="MV Boli" w:eastAsia="MV Boli" w:cs="MV Boli"/>
        </w:rPr>
        <w:t>ނިޔަލު</w:t>
      </w:r>
      <w:r>
        <w:rPr>
          <w:rFonts w:ascii="Times New Roman" w:hAnsi="Times New Roman" w:eastAsia="Times New Roman" w:cs="Times New Roman"/>
        </w:rPr>
        <w:t xml:space="preserve"> </w:t>
      </w:r>
      <w:r>
        <w:rPr>
          <w:rFonts w:ascii="MV Boli" w:hAnsi="MV Boli" w:eastAsia="MV Boli" w:cs="MV Boli"/>
        </w:rPr>
        <w:t>ވަސީލަތުން</w:t>
      </w:r>
      <w:r>
        <w:rPr>
          <w:rFonts w:ascii="Times New Roman" w:hAnsi="Times New Roman" w:eastAsia="Times New Roman" w:cs="Times New Roman"/>
        </w:rPr>
        <w:t xml:space="preserve">، </w:t>
      </w:r>
      <w:r>
        <w:rPr>
          <w:rFonts w:ascii="MV Boli" w:hAnsi="MV Boli" w:eastAsia="MV Boli" w:cs="MV Boli"/>
        </w:rPr>
        <w:t>މަސީޙާއާއި</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މިސްޝަން</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ބޮޑަށް</w:t>
      </w:r>
      <w:r>
        <w:rPr>
          <w:rFonts w:ascii="Times New Roman" w:hAnsi="Times New Roman" w:eastAsia="Times New Roman" w:cs="Times New Roman"/>
        </w:rPr>
        <w:t xml:space="preserve"> </w:t>
      </w:r>
      <w:r>
        <w:rPr>
          <w:rFonts w:ascii="MV Boli" w:hAnsi="MV Boli" w:eastAsia="MV Boli" w:cs="MV Boli"/>
        </w:rPr>
        <w:t>ދިލަފަށް</w:t>
      </w:r>
      <w:r>
        <w:rPr>
          <w:rFonts w:ascii="Times New Roman" w:hAnsi="Times New Roman" w:eastAsia="Times New Roman" w:cs="Times New Roman"/>
        </w:rPr>
        <w:t xml:space="preserve"> </w:t>
      </w:r>
      <w:r>
        <w:rPr>
          <w:rFonts w:ascii="MV Boli" w:hAnsi="MV Boli" w:eastAsia="MV Boli" w:cs="MV Boli"/>
        </w:rPr>
        <w:t>މައުލޫމުވެފައެވެ</w:t>
      </w:r>
      <w:r>
        <w:rPr>
          <w:rFonts w:ascii="Times New Roman" w:hAnsi="Times New Roman" w:eastAsia="Times New Roman" w:cs="Times New Roman"/>
        </w:rPr>
        <w:t xml:space="preserve">. </w:t>
      </w:r>
      <w:r>
        <w:rPr>
          <w:rFonts w:ascii="MV Boli" w:hAnsi="MV Boli" w:eastAsia="MV Boli" w:cs="MV Boli"/>
        </w:rPr>
        <w:t>ޔަޙްޔާ</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ހިތްކުރިއެވެ</w:t>
      </w:r>
      <w:r>
        <w:rPr>
          <w:rFonts w:ascii="Times New Roman" w:hAnsi="Times New Roman" w:eastAsia="Times New Roman" w:cs="Times New Roman"/>
        </w:rPr>
        <w:t xml:space="preserve"> </w:t>
      </w:r>
      <w:r>
        <w:rPr>
          <w:rFonts w:ascii="MV Boli" w:hAnsi="MV Boli" w:eastAsia="MV Boli" w:cs="MV Boli"/>
        </w:rPr>
        <w:t>މަސީޙުގެ</w:t>
      </w:r>
      <w:r>
        <w:rPr>
          <w:rFonts w:ascii="Times New Roman" w:hAnsi="Times New Roman" w:eastAsia="Times New Roman" w:cs="Times New Roman"/>
        </w:rPr>
        <w:t xml:space="preserve"> </w:t>
      </w:r>
      <w:r>
        <w:rPr>
          <w:rFonts w:ascii="MV Boli" w:hAnsi="MV Boli" w:eastAsia="MV Boli" w:cs="MV Boli"/>
        </w:rPr>
        <w:t>ރާޖަކަން</w:t>
      </w:r>
      <w:r>
        <w:rPr>
          <w:rFonts w:ascii="Times New Roman" w:hAnsi="Times New Roman" w:eastAsia="Times New Roman" w:cs="Times New Roman"/>
        </w:rPr>
        <w:t xml:space="preserve"> </w:t>
      </w:r>
      <w:r>
        <w:rPr>
          <w:rFonts w:ascii="MV Boli" w:hAnsi="MV Boli" w:eastAsia="MV Boli" w:cs="MV Boli"/>
        </w:rPr>
        <w:t>އޮންނާނީ</w:t>
      </w:r>
      <w:r>
        <w:rPr>
          <w:rFonts w:ascii="Times New Roman" w:hAnsi="Times New Roman" w:eastAsia="Times New Roman" w:cs="Times New Roman"/>
        </w:rPr>
        <w:t xml:space="preserve"> </w:t>
      </w:r>
      <w:r>
        <w:rPr>
          <w:rFonts w:ascii="MV Boli" w:hAnsi="MV Boli" w:eastAsia="MV Boli" w:cs="MV Boli"/>
        </w:rPr>
        <w:t>ޔެރޫސަލަމުގައިކަމަށާއި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ޤާއިމުކުރާނީ</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މަންޒިލެއް</w:t>
      </w:r>
      <w:r>
        <w:rPr>
          <w:rFonts w:ascii="Times New Roman" w:hAnsi="Times New Roman" w:eastAsia="Times New Roman" w:cs="Times New Roman"/>
        </w:rPr>
        <w:t xml:space="preserve"> </w:t>
      </w:r>
      <w:r>
        <w:rPr>
          <w:rFonts w:ascii="MV Boli" w:hAnsi="MV Boli" w:eastAsia="MV Boli" w:cs="MV Boli"/>
        </w:rPr>
        <w:t>ކަމަށާއި</w:t>
      </w:r>
      <w:r>
        <w:rPr>
          <w:rFonts w:ascii="Times New Roman" w:hAnsi="Times New Roman" w:eastAsia="Times New Roman" w:cs="Times New Roman"/>
        </w:rPr>
        <w:t xml:space="preserve">، </w:t>
      </w:r>
      <w:r>
        <w:rPr>
          <w:rFonts w:ascii="MV Boli" w:hAnsi="MV Boli" w:eastAsia="MV Boli" w:cs="MV Boli"/>
        </w:rPr>
        <w:t>އޭގެ</w:t>
      </w:r>
      <w:r>
        <w:rPr>
          <w:rFonts w:ascii="Times New Roman" w:hAnsi="Times New Roman" w:eastAsia="Times New Roman" w:cs="Times New Roman"/>
        </w:rPr>
        <w:t xml:space="preserve"> </w:t>
      </w:r>
      <w:r>
        <w:rPr>
          <w:rFonts w:ascii="MV Boli" w:hAnsi="MV Boli" w:eastAsia="MV Boli" w:cs="MV Boli"/>
        </w:rPr>
        <w:t>ތަބާވާ</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ހުންނާނީ</w:t>
      </w:r>
      <w:r>
        <w:rPr>
          <w:rFonts w:ascii="Times New Roman" w:hAnsi="Times New Roman" w:eastAsia="Times New Roman" w:cs="Times New Roman"/>
        </w:rPr>
        <w:t xml:space="preserve"> </w:t>
      </w:r>
      <w:r>
        <w:rPr>
          <w:rFonts w:ascii="MV Boli" w:hAnsi="MV Boli" w:eastAsia="MV Boli" w:cs="MV Boli"/>
        </w:rPr>
        <w:t>ޤުދުސްވެގެން</w:t>
      </w:r>
      <w:r>
        <w:rPr>
          <w:rFonts w:ascii="Times New Roman" w:hAnsi="Times New Roman" w:eastAsia="Times New Roman" w:cs="Times New Roman"/>
        </w:rPr>
        <w:t xml:space="preserve"> </w:t>
      </w:r>
      <w:r>
        <w:rPr>
          <w:rFonts w:ascii="MV Boli" w:hAnsi="MV Boli" w:eastAsia="MV Boli" w:cs="MV Boli"/>
        </w:rPr>
        <w:t>ކަމަށެވެ</w:t>
      </w:r>
      <w:r>
        <w:rPr>
          <w:rFonts w:ascii="Times New Roman" w:hAnsi="Times New Roman" w:eastAsia="Times New Roman" w:cs="Times New Roman"/>
        </w:rPr>
        <w:t xml:space="preserve">.” Review and Herald، </w:t>
      </w:r>
      <w:r>
        <w:rPr>
          <w:rFonts w:ascii="MV Boli" w:hAnsi="MV Boli" w:eastAsia="MV Boli" w:cs="MV Boli"/>
        </w:rPr>
        <w:t>އޭޕްރިލް</w:t>
      </w:r>
      <w:r>
        <w:rPr>
          <w:rFonts w:ascii="Times New Roman" w:hAnsi="Times New Roman" w:eastAsia="Times New Roman" w:cs="Times New Roman"/>
        </w:rPr>
        <w:t xml:space="preserve"> 8، 1873.</w:t>
      </w:r>
    </w:p>
    <w:p>
      <w:pPr>
        <w:pStyle w:val="ArticleBody"/>
        <w:jc w:val="left"/>
      </w:pPr>
      <w:r>
        <w:rPr>
          <w:rFonts w:ascii="Times New Roman" w:hAnsi="Times New Roman" w:eastAsia="Times New Roman" w:cs="Times New Roman"/>
        </w:rPr>
        <w:t>El apóstol Pablo también era un profeta eslabón de enlace, destinado a identificar las aplicaciones proféticas de la transición de lo literal a lo espiritual. Él comprendía que la Jerusalén literal ya no era la Jerusalén de la profecía, pues entonces había pasado a ser la Jerusalén celestial.</w:t>
      </w:r>
    </w:p>
    <w:p>
      <w:pPr>
        <w:pStyle w:val="ArticleScripture"/>
        <w:jc w:val="left"/>
      </w:pPr>
      <w:r>
        <w:rPr>
          <w:rFonts w:ascii="Times New Roman" w:hAnsi="Times New Roman" w:eastAsia="Times New Roman" w:cs="Times New Roman"/>
        </w:rPr>
        <w:t>Kay Agar je mount Sinai a Arabia, kat su tumutugma ti Jerusalem ita nga adda, ken adda iti pannakaadipen a kadua dagiti annakna. Ngem ti Jerusalem nga adda iti ngato ket wayawaya, nga isu ti inatayo amin. Galacia 4:25, 26.</w:t>
      </w:r>
    </w:p>
    <w:p>
      <w:pPr>
        <w:pStyle w:val="ArticleBody"/>
        <w:jc w:val="left"/>
      </w:pPr>
      <w:r>
        <w:rPr>
          <w:rFonts w:ascii="Times New Roman" w:hAnsi="Times New Roman" w:eastAsia="Times New Roman" w:cs="Times New Roman"/>
        </w:rPr>
        <w:t>2 Thessalonians 2-pipa, a-ti mairkat tayka, Paulak nishkashka literal pagano Roma-mi kay poder kashka, chaymi espiritual papa-pa Roma-ta watachirka, 538 watakama trono-man mana wicharinanpak. Chay pipa ukhupi pay nishkanmi, Diospa templopi tiyashka “hucha runa” kaq, Daniel 11 pipa 36 versiculopi riqsichishka kikin “rey” kashkanta. Daniel 11 pipa qhipa sokta versiculokunapi “norte-pa rey” papado kashkanta rikuchik pruebami, 1989 watapi yachaypa mirayninmanta qallarispa Future for America llamkashkan cheqaq-kunapa marcon-ta sayachinapak llave tukurka.</w:t>
      </w:r>
    </w:p>
    <w:p>
      <w:pPr>
        <w:pStyle w:val="ArticleBody"/>
        <w:jc w:val="left"/>
      </w:pPr>
      <w:r>
        <w:rPr>
          <w:rFonts w:ascii="Times New Roman" w:hAnsi="Times New Roman" w:eastAsia="Times New Roman" w:cs="Times New Roman"/>
        </w:rPr>
        <w:t>Akapítulo ka met laeng, inpakdaar ni Pablo ti aramid ti pagano a Roma a mangsardeng iti panagngato ti kapapaan, agingga iti tiempo a maikkat ti pagano a Roma, ket gapu iti dayta inamirisna a ti “inaaldaw” idiay libro ni Daniel ket ti pagano a Roma. Dayta a kinapudno ti mismo a nagbalin a tulbek a mangipasdek iti balangkas ti kinapudno a nangiproducir iti pannakaparang-ay ti pannakaammo idi 1798.</w:t>
      </w:r>
    </w:p>
    <w:p>
      <w:pPr>
        <w:pStyle w:val="ArticleBody"/>
        <w:jc w:val="left"/>
      </w:pPr>
      <w:r>
        <w:rPr>
          <w:rFonts w:ascii="Times New Roman" w:hAnsi="Times New Roman" w:eastAsia="Times New Roman" w:cs="Times New Roman"/>
        </w:rPr>
        <w:t>Sa historiam ni William Miller, naipahayag ti mensahe idi panawen a masapul a mapasamak ti panagbalin manipud iti paggalaw a Philadelphian agingga iti paggalaw a Laodicean. Sa historiam ti Future for America, ti panagbalin manipud iti paggalaw a Laodicean agingga iti paggalaw a Philadelphian ket mapaspasamak itan.</w:t>
      </w:r>
    </w:p>
    <w:p>
      <w:pPr>
        <w:pStyle w:val="ArticleBody"/>
        <w:jc w:val="left"/>
      </w:pPr>
      <w:r>
        <w:rPr>
          <w:rFonts w:ascii="Nirmala UI" w:hAnsi="Nirmala UI" w:eastAsia="Nirmala UI" w:cs="Nirmala UI"/>
        </w:rPr>
        <w:t>പൗലോസ്</w:t>
      </w:r>
      <w:r>
        <w:rPr>
          <w:rFonts w:ascii="Times New Roman" w:hAnsi="Times New Roman" w:eastAsia="Times New Roman" w:cs="Times New Roman"/>
        </w:rPr>
        <w:t xml:space="preserve"> 2 </w:t>
      </w:r>
      <w:r>
        <w:rPr>
          <w:rFonts w:ascii="Nirmala UI" w:hAnsi="Nirmala UI" w:eastAsia="Nirmala UI" w:cs="Nirmala UI"/>
        </w:rPr>
        <w:t>തെസ്സലൊനിക്ക്യരിൽ</w:t>
      </w:r>
      <w:r>
        <w:rPr>
          <w:rFonts w:ascii="Times New Roman" w:hAnsi="Times New Roman" w:eastAsia="Times New Roman" w:cs="Times New Roman"/>
        </w:rPr>
        <w:t xml:space="preserve"> </w:t>
      </w:r>
      <w:r>
        <w:rPr>
          <w:rFonts w:ascii="Nirmala UI" w:hAnsi="Nirmala UI" w:eastAsia="Nirmala UI" w:cs="Nirmala UI"/>
        </w:rPr>
        <w:t>പ്രതിപാദിച്ച</w:t>
      </w:r>
      <w:r>
        <w:rPr>
          <w:rFonts w:ascii="Times New Roman" w:hAnsi="Times New Roman" w:eastAsia="Times New Roman" w:cs="Times New Roman"/>
        </w:rPr>
        <w:t xml:space="preserve">, </w:t>
      </w:r>
      <w:r>
        <w:rPr>
          <w:rFonts w:ascii="Nirmala UI" w:hAnsi="Nirmala UI" w:eastAsia="Nirmala UI" w:cs="Nirmala UI"/>
        </w:rPr>
        <w:t>യഥാർത്ഥ</w:t>
      </w:r>
      <w:r>
        <w:rPr>
          <w:rFonts w:ascii="Times New Roman" w:hAnsi="Times New Roman" w:eastAsia="Times New Roman" w:cs="Times New Roman"/>
        </w:rPr>
        <w:t xml:space="preserve"> </w:t>
      </w:r>
      <w:r>
        <w:rPr>
          <w:rFonts w:ascii="Nirmala UI" w:hAnsi="Nirmala UI" w:eastAsia="Nirmala UI" w:cs="Nirmala UI"/>
        </w:rPr>
        <w:t>വിജാതീയ</w:t>
      </w:r>
      <w:r>
        <w:rPr>
          <w:rFonts w:ascii="Times New Roman" w:hAnsi="Times New Roman" w:eastAsia="Times New Roman" w:cs="Times New Roman"/>
        </w:rPr>
        <w:t xml:space="preserve"> </w:t>
      </w:r>
      <w:r>
        <w:rPr>
          <w:rFonts w:ascii="Nirmala UI" w:hAnsi="Nirmala UI" w:eastAsia="Nirmala UI" w:cs="Nirmala UI"/>
        </w:rPr>
        <w:t>റോമിൽനിന്ന്</w:t>
      </w:r>
      <w:r>
        <w:rPr>
          <w:rFonts w:ascii="Times New Roman" w:hAnsi="Times New Roman" w:eastAsia="Times New Roman" w:cs="Times New Roman"/>
        </w:rPr>
        <w:t xml:space="preserve"> </w:t>
      </w:r>
      <w:r>
        <w:rPr>
          <w:rFonts w:ascii="Nirmala UI" w:hAnsi="Nirmala UI" w:eastAsia="Nirmala UI" w:cs="Nirmala UI"/>
        </w:rPr>
        <w:t>ആത്മീയ</w:t>
      </w:r>
      <w:r>
        <w:rPr>
          <w:rFonts w:ascii="Times New Roman" w:hAnsi="Times New Roman" w:eastAsia="Times New Roman" w:cs="Times New Roman"/>
        </w:rPr>
        <w:t xml:space="preserve"> </w:t>
      </w:r>
      <w:r>
        <w:rPr>
          <w:rFonts w:ascii="Nirmala UI" w:hAnsi="Nirmala UI" w:eastAsia="Nirmala UI" w:cs="Nirmala UI"/>
        </w:rPr>
        <w:t>പാപ്പാസഭാ</w:t>
      </w:r>
      <w:r>
        <w:rPr>
          <w:rFonts w:ascii="Times New Roman" w:hAnsi="Times New Roman" w:eastAsia="Times New Roman" w:cs="Times New Roman"/>
        </w:rPr>
        <w:t xml:space="preserve"> </w:t>
      </w:r>
      <w:r>
        <w:rPr>
          <w:rFonts w:ascii="Nirmala UI" w:hAnsi="Nirmala UI" w:eastAsia="Nirmala UI" w:cs="Nirmala UI"/>
        </w:rPr>
        <w:t>റോമിലേക്കുള്ള</w:t>
      </w:r>
      <w:r>
        <w:rPr>
          <w:rFonts w:ascii="Times New Roman" w:hAnsi="Times New Roman" w:eastAsia="Times New Roman" w:cs="Times New Roman"/>
        </w:rPr>
        <w:t xml:space="preserve"> </w:t>
      </w:r>
      <w:r>
        <w:rPr>
          <w:rFonts w:ascii="Nirmala UI" w:hAnsi="Nirmala UI" w:eastAsia="Nirmala UI" w:cs="Nirmala UI"/>
        </w:rPr>
        <w:t>പരിവർത്തനത്തെ</w:t>
      </w:r>
      <w:r>
        <w:rPr>
          <w:rFonts w:ascii="Times New Roman" w:hAnsi="Times New Roman" w:eastAsia="Times New Roman" w:cs="Times New Roman"/>
        </w:rPr>
        <w:t xml:space="preserve"> </w:t>
      </w:r>
      <w:r>
        <w:rPr>
          <w:rFonts w:ascii="Nirmala UI" w:hAnsi="Nirmala UI" w:eastAsia="Nirmala UI" w:cs="Nirmala UI"/>
        </w:rPr>
        <w:t>തിരിച്ചറിഞ്ഞ</w:t>
      </w:r>
      <w:r>
        <w:rPr>
          <w:rFonts w:ascii="Times New Roman" w:hAnsi="Times New Roman" w:eastAsia="Times New Roman" w:cs="Times New Roman"/>
        </w:rPr>
        <w:t xml:space="preserve"> </w:t>
      </w:r>
      <w:r>
        <w:rPr>
          <w:rFonts w:ascii="Nirmala UI" w:hAnsi="Nirmala UI" w:eastAsia="Nirmala UI" w:cs="Nirmala UI"/>
        </w:rPr>
        <w:t>സത്യം</w:t>
      </w:r>
      <w:r>
        <w:rPr>
          <w:rFonts w:ascii="Times New Roman" w:hAnsi="Times New Roman" w:eastAsia="Times New Roman" w:cs="Times New Roman"/>
        </w:rPr>
        <w:t xml:space="preserve"> </w:t>
      </w:r>
      <w:r>
        <w:rPr>
          <w:rFonts w:ascii="Nirmala UI" w:hAnsi="Nirmala UI" w:eastAsia="Nirmala UI" w:cs="Nirmala UI"/>
        </w:rPr>
        <w:t>മില്ലറിന്റെ</w:t>
      </w:r>
      <w:r>
        <w:rPr>
          <w:rFonts w:ascii="Times New Roman" w:hAnsi="Times New Roman" w:eastAsia="Times New Roman" w:cs="Times New Roman"/>
        </w:rPr>
        <w:t xml:space="preserve"> </w:t>
      </w:r>
      <w:r>
        <w:rPr>
          <w:rFonts w:ascii="Nirmala UI" w:hAnsi="Nirmala UI" w:eastAsia="Nirmala UI" w:cs="Nirmala UI"/>
        </w:rPr>
        <w:t>പ്രവാചകബോധ്യത്തിന്റെ</w:t>
      </w:r>
      <w:r>
        <w:rPr>
          <w:rFonts w:ascii="Times New Roman" w:hAnsi="Times New Roman" w:eastAsia="Times New Roman" w:cs="Times New Roman"/>
        </w:rPr>
        <w:t xml:space="preserve"> </w:t>
      </w:r>
      <w:r>
        <w:rPr>
          <w:rFonts w:ascii="Nirmala UI" w:hAnsi="Nirmala UI" w:eastAsia="Nirmala UI" w:cs="Nirmala UI"/>
        </w:rPr>
        <w:t>ചട്ടക്കൂടായി</w:t>
      </w:r>
      <w:r>
        <w:rPr>
          <w:rFonts w:ascii="Times New Roman" w:hAnsi="Times New Roman" w:eastAsia="Times New Roman" w:cs="Times New Roman"/>
        </w:rPr>
        <w:t xml:space="preserve"> </w:t>
      </w:r>
      <w:r>
        <w:rPr>
          <w:rFonts w:ascii="Nirmala UI" w:hAnsi="Nirmala UI" w:eastAsia="Nirmala UI" w:cs="Nirmala UI"/>
        </w:rPr>
        <w:t>മാറി</w:t>
      </w:r>
      <w:r>
        <w:rPr>
          <w:rFonts w:ascii="Times New Roman" w:hAnsi="Times New Roman" w:eastAsia="Times New Roman" w:cs="Times New Roman"/>
        </w:rPr>
        <w:t xml:space="preserve">. </w:t>
      </w:r>
      <w:r>
        <w:rPr>
          <w:rFonts w:ascii="Nirmala UI" w:hAnsi="Nirmala UI" w:eastAsia="Nirmala UI" w:cs="Nirmala UI"/>
        </w:rPr>
        <w:t>യോഹന്നാൻ</w:t>
      </w:r>
      <w:r>
        <w:rPr>
          <w:rFonts w:ascii="Times New Roman" w:hAnsi="Times New Roman" w:eastAsia="Times New Roman" w:cs="Times New Roman"/>
        </w:rPr>
        <w:t xml:space="preserve"> </w:t>
      </w:r>
      <w:r>
        <w:rPr>
          <w:rFonts w:ascii="Nirmala UI" w:hAnsi="Nirmala UI" w:eastAsia="Nirmala UI" w:cs="Nirmala UI"/>
        </w:rPr>
        <w:t>സ്</w:t>
      </w:r>
      <w:r>
        <w:rPr>
          <w:rFonts w:ascii="Times New Roman" w:hAnsi="Times New Roman" w:eastAsia="Times New Roman" w:cs="Times New Roman"/>
        </w:rPr>
        <w:t>‌</w:t>
      </w:r>
      <w:r>
        <w:rPr>
          <w:rFonts w:ascii="Nirmala UI" w:hAnsi="Nirmala UI" w:eastAsia="Nirmala UI" w:cs="Nirmala UI"/>
        </w:rPr>
        <w:t>നാപകനും</w:t>
      </w:r>
      <w:r>
        <w:rPr>
          <w:rFonts w:ascii="Times New Roman" w:hAnsi="Times New Roman" w:eastAsia="Times New Roman" w:cs="Times New Roman"/>
        </w:rPr>
        <w:t xml:space="preserve"> </w:t>
      </w:r>
      <w:r>
        <w:rPr>
          <w:rFonts w:ascii="Nirmala UI" w:hAnsi="Nirmala UI" w:eastAsia="Nirmala UI" w:cs="Nirmala UI"/>
        </w:rPr>
        <w:t>പൗലോസും</w:t>
      </w:r>
      <w:r>
        <w:rPr>
          <w:rFonts w:ascii="Times New Roman" w:hAnsi="Times New Roman" w:eastAsia="Times New Roman" w:cs="Times New Roman"/>
        </w:rPr>
        <w:t xml:space="preserve"> </w:t>
      </w:r>
      <w:r>
        <w:rPr>
          <w:rFonts w:ascii="Nirmala UI" w:hAnsi="Nirmala UI" w:eastAsia="Nirmala UI" w:cs="Nirmala UI"/>
        </w:rPr>
        <w:t>ഇരുവരും</w:t>
      </w:r>
      <w:r>
        <w:rPr>
          <w:rFonts w:ascii="Times New Roman" w:hAnsi="Times New Roman" w:eastAsia="Times New Roman" w:cs="Times New Roman"/>
        </w:rPr>
        <w:t xml:space="preserve"> </w:t>
      </w:r>
      <w:r>
        <w:rPr>
          <w:rFonts w:ascii="Nirmala UI" w:hAnsi="Nirmala UI" w:eastAsia="Nirmala UI" w:cs="Nirmala UI"/>
        </w:rPr>
        <w:t>യാഥാർത്ഥത്തിൽനിന്ന്</w:t>
      </w:r>
      <w:r>
        <w:rPr>
          <w:rFonts w:ascii="Times New Roman" w:hAnsi="Times New Roman" w:eastAsia="Times New Roman" w:cs="Times New Roman"/>
        </w:rPr>
        <w:t xml:space="preserve"> </w:t>
      </w:r>
      <w:r>
        <w:rPr>
          <w:rFonts w:ascii="Nirmala UI" w:hAnsi="Nirmala UI" w:eastAsia="Nirmala UI" w:cs="Nirmala UI"/>
        </w:rPr>
        <w:t>ആത്മീയതയിലേക്കുള്ള</w:t>
      </w:r>
      <w:r>
        <w:rPr>
          <w:rFonts w:ascii="Times New Roman" w:hAnsi="Times New Roman" w:eastAsia="Times New Roman" w:cs="Times New Roman"/>
        </w:rPr>
        <w:t xml:space="preserve"> </w:t>
      </w:r>
      <w:r>
        <w:rPr>
          <w:rFonts w:ascii="Nirmala UI" w:hAnsi="Nirmala UI" w:eastAsia="Nirmala UI" w:cs="Nirmala UI"/>
        </w:rPr>
        <w:t>പരിവർത്തനം</w:t>
      </w:r>
      <w:r>
        <w:rPr>
          <w:rFonts w:ascii="Times New Roman" w:hAnsi="Times New Roman" w:eastAsia="Times New Roman" w:cs="Times New Roman"/>
        </w:rPr>
        <w:t xml:space="preserve"> </w:t>
      </w:r>
      <w:r>
        <w:rPr>
          <w:rFonts w:ascii="Nirmala UI" w:hAnsi="Nirmala UI" w:eastAsia="Nirmala UI" w:cs="Nirmala UI"/>
        </w:rPr>
        <w:t>വിശദീകരിക്കുവാൻ</w:t>
      </w:r>
      <w:r>
        <w:rPr>
          <w:rFonts w:ascii="Times New Roman" w:hAnsi="Times New Roman" w:eastAsia="Times New Roman" w:cs="Times New Roman"/>
        </w:rPr>
        <w:t xml:space="preserve"> </w:t>
      </w:r>
      <w:r>
        <w:rPr>
          <w:rFonts w:ascii="Nirmala UI" w:hAnsi="Nirmala UI" w:eastAsia="Nirmala UI" w:cs="Nirmala UI"/>
        </w:rPr>
        <w:t>ഉയിർപ്പിക്കപ്പെട്ടു</w:t>
      </w:r>
      <w:r>
        <w:rPr>
          <w:rFonts w:ascii="Times New Roman" w:hAnsi="Times New Roman" w:eastAsia="Times New Roman" w:cs="Times New Roman"/>
        </w:rPr>
        <w:t xml:space="preserve">. </w:t>
      </w:r>
      <w:r>
        <w:rPr>
          <w:rFonts w:ascii="Nirmala UI" w:hAnsi="Nirmala UI" w:eastAsia="Nirmala UI" w:cs="Nirmala UI"/>
        </w:rPr>
        <w:t>വില്യം</w:t>
      </w:r>
      <w:r>
        <w:rPr>
          <w:rFonts w:ascii="Times New Roman" w:hAnsi="Times New Roman" w:eastAsia="Times New Roman" w:cs="Times New Roman"/>
        </w:rPr>
        <w:t xml:space="preserve"> </w:t>
      </w:r>
      <w:r>
        <w:rPr>
          <w:rFonts w:ascii="Nirmala UI" w:hAnsi="Nirmala UI" w:eastAsia="Nirmala UI" w:cs="Nirmala UI"/>
        </w:rPr>
        <w:t>മില്ലർ</w:t>
      </w:r>
      <w:r>
        <w:rPr>
          <w:rFonts w:ascii="Times New Roman" w:hAnsi="Times New Roman" w:eastAsia="Times New Roman" w:cs="Times New Roman"/>
        </w:rPr>
        <w:t xml:space="preserve"> </w:t>
      </w:r>
      <w:r>
        <w:rPr>
          <w:rFonts w:ascii="Nirmala UI" w:hAnsi="Nirmala UI" w:eastAsia="Nirmala UI" w:cs="Nirmala UI"/>
        </w:rPr>
        <w:t>യോഹന്നാൻ</w:t>
      </w:r>
      <w:r>
        <w:rPr>
          <w:rFonts w:ascii="Times New Roman" w:hAnsi="Times New Roman" w:eastAsia="Times New Roman" w:cs="Times New Roman"/>
        </w:rPr>
        <w:t xml:space="preserve"> </w:t>
      </w:r>
      <w:r>
        <w:rPr>
          <w:rFonts w:ascii="Nirmala UI" w:hAnsi="Nirmala UI" w:eastAsia="Nirmala UI" w:cs="Nirmala UI"/>
        </w:rPr>
        <w:t>സ്</w:t>
      </w:r>
      <w:r>
        <w:rPr>
          <w:rFonts w:ascii="Times New Roman" w:hAnsi="Times New Roman" w:eastAsia="Times New Roman" w:cs="Times New Roman"/>
        </w:rPr>
        <w:t>‌</w:t>
      </w:r>
      <w:r>
        <w:rPr>
          <w:rFonts w:ascii="Nirmala UI" w:hAnsi="Nirmala UI" w:eastAsia="Nirmala UI" w:cs="Nirmala UI"/>
        </w:rPr>
        <w:t>നാപകനാൽ</w:t>
      </w:r>
      <w:r>
        <w:rPr>
          <w:rFonts w:ascii="Times New Roman" w:hAnsi="Times New Roman" w:eastAsia="Times New Roman" w:cs="Times New Roman"/>
        </w:rPr>
        <w:t xml:space="preserve"> </w:t>
      </w:r>
      <w:r>
        <w:rPr>
          <w:rFonts w:ascii="Nirmala UI" w:hAnsi="Nirmala UI" w:eastAsia="Nirmala UI" w:cs="Nirmala UI"/>
        </w:rPr>
        <w:t>മാതൃകീകരിക്കപ്പെട്ടവനായിരുന്നു</w:t>
      </w:r>
      <w:r>
        <w:rPr>
          <w:rFonts w:ascii="Times New Roman" w:hAnsi="Times New Roman" w:eastAsia="Times New Roman" w:cs="Times New Roman"/>
        </w:rPr>
        <w:t xml:space="preserve">; </w:t>
      </w:r>
      <w:r>
        <w:rPr>
          <w:rFonts w:ascii="Nirmala UI" w:hAnsi="Nirmala UI" w:eastAsia="Nirmala UI" w:cs="Nirmala UI"/>
        </w:rPr>
        <w:t>അതുകൊണ്ട്</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പ്രവർത്തനത്തിൽ</w:t>
      </w:r>
      <w:r>
        <w:rPr>
          <w:rFonts w:ascii="Times New Roman" w:hAnsi="Times New Roman" w:eastAsia="Times New Roman" w:cs="Times New Roman"/>
        </w:rPr>
        <w:t xml:space="preserve"> </w:t>
      </w:r>
      <w:r>
        <w:rPr>
          <w:rFonts w:ascii="Nirmala UI" w:hAnsi="Nirmala UI" w:eastAsia="Nirmala UI" w:cs="Nirmala UI"/>
        </w:rPr>
        <w:t>വിജാതീയവും</w:t>
      </w:r>
      <w:r>
        <w:rPr>
          <w:rFonts w:ascii="Times New Roman" w:hAnsi="Times New Roman" w:eastAsia="Times New Roman" w:cs="Times New Roman"/>
        </w:rPr>
        <w:t xml:space="preserve"> </w:t>
      </w:r>
      <w:r>
        <w:rPr>
          <w:rFonts w:ascii="Nirmala UI" w:hAnsi="Nirmala UI" w:eastAsia="Nirmala UI" w:cs="Nirmala UI"/>
        </w:rPr>
        <w:t>പാപ്പാസഭാപരവുമായ</w:t>
      </w:r>
      <w:r>
        <w:rPr>
          <w:rFonts w:ascii="Times New Roman" w:hAnsi="Times New Roman" w:eastAsia="Times New Roman" w:cs="Times New Roman"/>
        </w:rPr>
        <w:t xml:space="preserve"> </w:t>
      </w:r>
      <w:r>
        <w:rPr>
          <w:rFonts w:ascii="Nirmala UI" w:hAnsi="Nirmala UI" w:eastAsia="Nirmala UI" w:cs="Nirmala UI"/>
        </w:rPr>
        <w:t>റോമിന്റെ</w:t>
      </w:r>
      <w:r>
        <w:rPr>
          <w:rFonts w:ascii="Times New Roman" w:hAnsi="Times New Roman" w:eastAsia="Times New Roman" w:cs="Times New Roman"/>
        </w:rPr>
        <w:t xml:space="preserve"> </w:t>
      </w:r>
      <w:r>
        <w:rPr>
          <w:rFonts w:ascii="Nirmala UI" w:hAnsi="Nirmala UI" w:eastAsia="Nirmala UI" w:cs="Nirmala UI"/>
        </w:rPr>
        <w:t>ബന്ധവും</w:t>
      </w:r>
      <w:r>
        <w:rPr>
          <w:rFonts w:ascii="Times New Roman" w:hAnsi="Times New Roman" w:eastAsia="Times New Roman" w:cs="Times New Roman"/>
        </w:rPr>
        <w:t xml:space="preserve"> </w:t>
      </w:r>
      <w:r>
        <w:rPr>
          <w:rFonts w:ascii="Nirmala UI" w:hAnsi="Nirmala UI" w:eastAsia="Nirmala UI" w:cs="Nirmala UI"/>
        </w:rPr>
        <w:t>പരിവർത്തനവും</w:t>
      </w:r>
      <w:r>
        <w:rPr>
          <w:rFonts w:ascii="Times New Roman" w:hAnsi="Times New Roman" w:eastAsia="Times New Roman" w:cs="Times New Roman"/>
        </w:rPr>
        <w:t>—</w:t>
      </w:r>
      <w:r>
        <w:rPr>
          <w:rFonts w:ascii="Nirmala UI" w:hAnsi="Nirmala UI" w:eastAsia="Nirmala UI" w:cs="Nirmala UI"/>
        </w:rPr>
        <w:t>യോഹന്നാൻ</w:t>
      </w:r>
      <w:r>
        <w:rPr>
          <w:rFonts w:ascii="Times New Roman" w:hAnsi="Times New Roman" w:eastAsia="Times New Roman" w:cs="Times New Roman"/>
        </w:rPr>
        <w:t xml:space="preserve"> </w:t>
      </w:r>
      <w:r>
        <w:rPr>
          <w:rFonts w:ascii="Nirmala UI" w:hAnsi="Nirmala UI" w:eastAsia="Nirmala UI" w:cs="Nirmala UI"/>
        </w:rPr>
        <w:t>തിരിച്ചറിയുവാൻ</w:t>
      </w:r>
      <w:r>
        <w:rPr>
          <w:rFonts w:ascii="Times New Roman" w:hAnsi="Times New Roman" w:eastAsia="Times New Roman" w:cs="Times New Roman"/>
        </w:rPr>
        <w:t xml:space="preserve"> </w:t>
      </w:r>
      <w:r>
        <w:rPr>
          <w:rFonts w:ascii="Nirmala UI" w:hAnsi="Nirmala UI" w:eastAsia="Nirmala UI" w:cs="Nirmala UI"/>
        </w:rPr>
        <w:t>ഉയിർപ്പിക്കപ്പെട്ട</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പരിവർത്തനം</w:t>
      </w:r>
      <w:r>
        <w:rPr>
          <w:rFonts w:ascii="Times New Roman" w:hAnsi="Times New Roman" w:eastAsia="Times New Roman" w:cs="Times New Roman"/>
        </w:rPr>
        <w:t>—</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തിരിച്ചറിയുന്നതു</w:t>
      </w:r>
      <w:r>
        <w:rPr>
          <w:rFonts w:ascii="Times New Roman" w:hAnsi="Times New Roman" w:eastAsia="Times New Roman" w:cs="Times New Roman"/>
        </w:rPr>
        <w:t xml:space="preserve"> </w:t>
      </w:r>
      <w:r>
        <w:rPr>
          <w:rFonts w:ascii="Nirmala UI" w:hAnsi="Nirmala UI" w:eastAsia="Nirmala UI" w:cs="Nirmala UI"/>
        </w:rPr>
        <w:t>അനിവാര്യമായിരുന്നു</w:t>
      </w:r>
      <w:r>
        <w:rPr>
          <w:rFonts w:ascii="Times New Roman" w:hAnsi="Times New Roman" w:eastAsia="Times New Roman" w:cs="Times New Roman"/>
        </w:rPr>
        <w:t>.</w:t>
      </w:r>
    </w:p>
    <w:p>
      <w:pPr>
        <w:pStyle w:val="ArticleBody"/>
        <w:jc w:val="left"/>
      </w:pP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पट्टियों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सिक्कों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ढाँप</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रचनाओं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विद्यमान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දෛනිකය</w:t>
      </w:r>
      <w:r>
        <w:rPr>
          <w:rFonts w:ascii="Times New Roman" w:hAnsi="Times New Roman" w:eastAsia="Times New Roman" w:cs="Times New Roman"/>
        </w:rPr>
        <w:t xml:space="preserve">’ </w:t>
      </w:r>
      <w:r>
        <w:rPr>
          <w:rFonts w:ascii="Nirmala UI" w:hAnsi="Nirmala UI" w:eastAsia="Nirmala UI" w:cs="Nirmala UI"/>
        </w:rPr>
        <w:t>සම්බන්ධයෙන්</w:t>
      </w:r>
      <w:r>
        <w:rPr>
          <w:rFonts w:ascii="Times New Roman" w:hAnsi="Times New Roman" w:eastAsia="Times New Roman" w:cs="Times New Roman"/>
        </w:rPr>
        <w:t xml:space="preserve"> </w:t>
      </w:r>
      <w:r>
        <w:rPr>
          <w:rFonts w:ascii="Nirmala UI" w:hAnsi="Nirmala UI" w:eastAsia="Nirmala UI" w:cs="Nirmala UI"/>
        </w:rPr>
        <w:t>දුටුවේ</w:t>
      </w:r>
      <w:r>
        <w:rPr>
          <w:rFonts w:ascii="Times New Roman" w:hAnsi="Times New Roman" w:eastAsia="Times New Roman" w:cs="Times New Roman"/>
        </w:rPr>
        <w:t>, ‘</w:t>
      </w:r>
      <w:r>
        <w:rPr>
          <w:rFonts w:ascii="Nirmala UI" w:hAnsi="Nirmala UI" w:eastAsia="Nirmala UI" w:cs="Nirmala UI"/>
        </w:rPr>
        <w:t>පූජාව</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රඥාවෙන්</w:t>
      </w:r>
      <w:r>
        <w:rPr>
          <w:rFonts w:ascii="Times New Roman" w:hAnsi="Times New Roman" w:eastAsia="Times New Roman" w:cs="Times New Roman"/>
        </w:rPr>
        <w:t xml:space="preserve"> </w:t>
      </w:r>
      <w:r>
        <w:rPr>
          <w:rFonts w:ascii="Nirmala UI" w:hAnsi="Nirmala UI" w:eastAsia="Nirmala UI" w:cs="Nirmala UI"/>
        </w:rPr>
        <w:t>එකතු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ලද්දක්</w:t>
      </w:r>
      <w:r>
        <w:rPr>
          <w:rFonts w:ascii="Times New Roman" w:hAnsi="Times New Roman" w:eastAsia="Times New Roman" w:cs="Times New Roman"/>
        </w:rPr>
        <w:t xml:space="preserve"> </w:t>
      </w:r>
      <w:r>
        <w:rPr>
          <w:rFonts w:ascii="Nirmala UI" w:hAnsi="Nirmala UI" w:eastAsia="Nirmala UI" w:cs="Nirmala UI"/>
        </w:rPr>
        <w:t>බවත්</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පාඨයට</w:t>
      </w:r>
      <w:r>
        <w:rPr>
          <w:rFonts w:ascii="Times New Roman" w:hAnsi="Times New Roman" w:eastAsia="Times New Roman" w:cs="Times New Roman"/>
        </w:rPr>
        <w:t xml:space="preserve"> </w:t>
      </w:r>
      <w:r>
        <w:rPr>
          <w:rFonts w:ascii="Nirmala UI" w:hAnsi="Nirmala UI" w:eastAsia="Nirmala UI" w:cs="Nirmala UI"/>
        </w:rPr>
        <w:t>අයත්</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බවත්</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w:t>
      </w:r>
      <w:r>
        <w:rPr>
          <w:rFonts w:ascii="Nirmala UI" w:hAnsi="Nirmala UI" w:eastAsia="Nirmala UI" w:cs="Nirmala UI"/>
        </w:rPr>
        <w:t>පැයයේ</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අයට</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නිවැරදි</w:t>
      </w:r>
      <w:r>
        <w:rPr>
          <w:rFonts w:ascii="Times New Roman" w:hAnsi="Times New Roman" w:eastAsia="Times New Roman" w:cs="Times New Roman"/>
        </w:rPr>
        <w:t xml:space="preserve"> </w:t>
      </w:r>
      <w:r>
        <w:rPr>
          <w:rFonts w:ascii="Nirmala UI" w:hAnsi="Nirmala UI" w:eastAsia="Nirmala UI" w:cs="Nirmala UI"/>
        </w:rPr>
        <w:t>දර්ශනය</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බවත්</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1844 </w:t>
      </w:r>
      <w:r>
        <w:rPr>
          <w:rFonts w:ascii="Nirmala UI" w:hAnsi="Nirmala UI" w:eastAsia="Nirmala UI" w:cs="Nirmala UI"/>
        </w:rPr>
        <w:t>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එකමුතුව</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දෙනාම</w:t>
      </w:r>
      <w:r>
        <w:rPr>
          <w:rFonts w:ascii="Times New Roman" w:hAnsi="Times New Roman" w:eastAsia="Times New Roman" w:cs="Times New Roman"/>
        </w:rPr>
        <w:t xml:space="preserve"> ‘</w:t>
      </w:r>
      <w:r>
        <w:rPr>
          <w:rFonts w:ascii="Nirmala UI" w:hAnsi="Nirmala UI" w:eastAsia="Nirmala UI" w:cs="Nirmala UI"/>
        </w:rPr>
        <w:t>දෛනිකය</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නිවැරදි</w:t>
      </w:r>
      <w:r>
        <w:rPr>
          <w:rFonts w:ascii="Times New Roman" w:hAnsi="Times New Roman" w:eastAsia="Times New Roman" w:cs="Times New Roman"/>
        </w:rPr>
        <w:t xml:space="preserve"> </w:t>
      </w:r>
      <w:r>
        <w:rPr>
          <w:rFonts w:ascii="Nirmala UI" w:hAnsi="Nirmala UI" w:eastAsia="Nirmala UI" w:cs="Nirmala UI"/>
        </w:rPr>
        <w:t>දර්ශනය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එකමුතුව</w:t>
      </w:r>
      <w:r>
        <w:rPr>
          <w:rFonts w:ascii="Times New Roman" w:hAnsi="Times New Roman" w:eastAsia="Times New Roman" w:cs="Times New Roman"/>
        </w:rPr>
        <w:t xml:space="preserve"> </w:t>
      </w:r>
      <w:r>
        <w:rPr>
          <w:rFonts w:ascii="Nirmala UI" w:hAnsi="Nirmala UI" w:eastAsia="Nirmala UI" w:cs="Nirmala UI"/>
        </w:rPr>
        <w:t>සිටියහ</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1844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අවුල</w:t>
      </w:r>
      <w:r>
        <w:rPr>
          <w:rFonts w:ascii="Times New Roman" w:hAnsi="Times New Roman" w:eastAsia="Times New Roman" w:cs="Times New Roman"/>
        </w:rPr>
        <w:t xml:space="preserve"> </w:t>
      </w:r>
      <w:r>
        <w:rPr>
          <w:rFonts w:ascii="Nirmala UI" w:hAnsi="Nirmala UI" w:eastAsia="Nirmala UI" w:cs="Nirmala UI"/>
        </w:rPr>
        <w:t>අතරතුර</w:t>
      </w:r>
      <w:r>
        <w:rPr>
          <w:rFonts w:ascii="Times New Roman" w:hAnsi="Times New Roman" w:eastAsia="Times New Roman" w:cs="Times New Roman"/>
        </w:rPr>
        <w:t xml:space="preserve">, </w:t>
      </w:r>
      <w:r>
        <w:rPr>
          <w:rFonts w:ascii="Nirmala UI" w:hAnsi="Nirmala UI" w:eastAsia="Nirmala UI" w:cs="Nirmala UI"/>
        </w:rPr>
        <w:t>වෙනත්</w:t>
      </w:r>
      <w:r>
        <w:rPr>
          <w:rFonts w:ascii="Times New Roman" w:hAnsi="Times New Roman" w:eastAsia="Times New Roman" w:cs="Times New Roman"/>
        </w:rPr>
        <w:t xml:space="preserve"> </w:t>
      </w:r>
      <w:r>
        <w:rPr>
          <w:rFonts w:ascii="Nirmala UI" w:hAnsi="Nirmala UI" w:eastAsia="Nirmala UI" w:cs="Nirmala UI"/>
        </w:rPr>
        <w:t>දර්ශන</w:t>
      </w:r>
      <w:r>
        <w:rPr>
          <w:rFonts w:ascii="Times New Roman" w:hAnsi="Times New Roman" w:eastAsia="Times New Roman" w:cs="Times New Roman"/>
        </w:rPr>
        <w:t xml:space="preserve"> </w:t>
      </w:r>
      <w:r>
        <w:rPr>
          <w:rFonts w:ascii="Nirmala UI" w:hAnsi="Nirmala UI" w:eastAsia="Nirmala UI" w:cs="Nirmala UI"/>
        </w:rPr>
        <w:t>පිළිගෙන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එයින්</w:t>
      </w:r>
      <w:r>
        <w:rPr>
          <w:rFonts w:ascii="Times New Roman" w:hAnsi="Times New Roman" w:eastAsia="Times New Roman" w:cs="Times New Roman"/>
        </w:rPr>
        <w:t xml:space="preserve"> </w:t>
      </w:r>
      <w:r>
        <w:rPr>
          <w:rFonts w:ascii="Nirmala UI" w:hAnsi="Nirmala UI" w:eastAsia="Nirmala UI" w:cs="Nirmala UI"/>
        </w:rPr>
        <w:t>අඳුරත්</w:t>
      </w:r>
      <w:r>
        <w:rPr>
          <w:rFonts w:ascii="Times New Roman" w:hAnsi="Times New Roman" w:eastAsia="Times New Roman" w:cs="Times New Roman"/>
        </w:rPr>
        <w:t xml:space="preserve"> </w:t>
      </w:r>
      <w:r>
        <w:rPr>
          <w:rFonts w:ascii="Nirmala UI" w:hAnsi="Nirmala UI" w:eastAsia="Nirmala UI" w:cs="Nirmala UI"/>
        </w:rPr>
        <w:t>අවුලත්</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Review and Herald, November 1, 1850.</w:t>
      </w:r>
    </w:p>
    <w:p>
      <w:pPr>
        <w:pStyle w:val="ArticleBody"/>
        <w:jc w:val="left"/>
      </w:pPr>
      <w:r>
        <w:rPr>
          <w:rFonts w:ascii="Microsoft Himalaya" w:hAnsi="Microsoft Himalaya" w:eastAsia="Microsoft Himalaya" w:cs="Microsoft Himalaya"/>
        </w:rPr>
        <w:t>དུས་ཚོད་ཀྱི་ཁྲིམས་བཤད་ཀྱི་སྐད་བསྒྲགས་པ་བྱས་པ་དེ་དག་གིས་</w:t>
      </w:r>
      <w:r>
        <w:rPr>
          <w:rFonts w:ascii="Times New Roman" w:hAnsi="Times New Roman" w:eastAsia="Times New Roman" w:cs="Times New Roman"/>
        </w:rPr>
        <w:t xml:space="preserve"> “the daily” </w:t>
      </w:r>
      <w:r>
        <w:rPr>
          <w:rFonts w:ascii="Microsoft Himalaya" w:hAnsi="Microsoft Himalaya" w:eastAsia="Microsoft Himalaya" w:cs="Microsoft Himalaya"/>
        </w:rPr>
        <w:t>ཞེས་པ་ནི་ཕྱི་བསྟན་ལྷ་མིན་གྱི་ཆོས་ལུགས་དང་།</w:t>
      </w:r>
      <w:r>
        <w:rPr>
          <w:rFonts w:ascii="Times New Roman" w:hAnsi="Times New Roman" w:eastAsia="Times New Roman" w:cs="Times New Roman"/>
        </w:rPr>
        <w:t xml:space="preserve"> </w:t>
      </w:r>
      <w:r>
        <w:rPr>
          <w:rFonts w:ascii="Microsoft Himalaya" w:hAnsi="Microsoft Himalaya" w:eastAsia="Microsoft Himalaya" w:cs="Microsoft Himalaya"/>
        </w:rPr>
        <w:t>ཡང་ན་ཕྱི་བསྟན་གྱི་རོམ་པ་པོ་རོམ་</w:t>
      </w:r>
      <w:r>
        <w:rPr>
          <w:rFonts w:ascii="Times New Roman" w:hAnsi="Times New Roman" w:eastAsia="Times New Roman" w:cs="Times New Roman"/>
        </w:rPr>
        <w:t xml:space="preserve">Rome </w:t>
      </w:r>
      <w:r>
        <w:rPr>
          <w:rFonts w:ascii="Microsoft Himalaya" w:hAnsi="Microsoft Himalaya" w:eastAsia="Microsoft Himalaya" w:cs="Microsoft Himalaya"/>
        </w:rPr>
        <w:t>གི་མཚོན་རྟགས་ཤིག་ཏུ་གོ་བ་བླངས་ཡོད།</w:t>
      </w:r>
      <w:r>
        <w:rPr>
          <w:rFonts w:ascii="Times New Roman" w:hAnsi="Times New Roman" w:eastAsia="Times New Roman" w:cs="Times New Roman"/>
        </w:rPr>
        <w:t xml:space="preserve"> </w:t>
      </w:r>
      <w:r>
        <w:rPr>
          <w:rFonts w:ascii="Microsoft Himalaya" w:hAnsi="Microsoft Himalaya" w:eastAsia="Microsoft Himalaya" w:cs="Microsoft Himalaya"/>
        </w:rPr>
        <w:t>ཁོང་ཚོའི་གོ་རྟོགས་ནང་དུ་</w:t>
      </w:r>
      <w:r>
        <w:rPr>
          <w:rFonts w:ascii="Times New Roman" w:hAnsi="Times New Roman" w:eastAsia="Times New Roman" w:cs="Times New Roman"/>
        </w:rPr>
        <w:t xml:space="preserve"> “sacrifice” </w:t>
      </w:r>
      <w:r>
        <w:rPr>
          <w:rFonts w:ascii="Microsoft Himalaya" w:hAnsi="Microsoft Himalaya" w:eastAsia="Microsoft Himalaya" w:cs="Microsoft Himalaya"/>
        </w:rPr>
        <w:t>ཞེས་པའི་ཚིག་དེ་དཱ་ནི་ཨེལ་གྱི་ལུང་བསྟན་གྱི་ཚན་པ་དེའི་ནང་མ་ཡོད་པར།</w:t>
      </w:r>
      <w:r>
        <w:rPr>
          <w:rFonts w:ascii="Times New Roman" w:hAnsi="Times New Roman" w:eastAsia="Times New Roman" w:cs="Times New Roman"/>
        </w:rPr>
        <w:t xml:space="preserve"> </w:t>
      </w:r>
      <w:r>
        <w:rPr>
          <w:rFonts w:ascii="Microsoft Himalaya" w:hAnsi="Microsoft Himalaya" w:eastAsia="Microsoft Himalaya" w:cs="Microsoft Himalaya"/>
        </w:rPr>
        <w:t>དེ་ནི</w:t>
      </w:r>
      <w:r>
        <w:rPr>
          <w:rFonts w:ascii="Times New Roman" w:hAnsi="Times New Roman" w:eastAsia="Times New Roman" w:cs="Times New Roman"/>
        </w:rPr>
        <w:t xml:space="preserve"> King James Bible </w:t>
      </w:r>
      <w:r>
        <w:rPr>
          <w:rFonts w:ascii="Microsoft Himalaya" w:hAnsi="Microsoft Himalaya" w:eastAsia="Microsoft Himalaya" w:cs="Microsoft Himalaya"/>
        </w:rPr>
        <w:t>ཡི་བསྒྱུར་བ་པོ་རྣམས་ཀྱིས་</w:t>
      </w:r>
      <w:r>
        <w:rPr>
          <w:rFonts w:ascii="Times New Roman" w:hAnsi="Times New Roman" w:eastAsia="Times New Roman" w:cs="Times New Roman"/>
        </w:rPr>
        <w:t xml:space="preserve"> (</w:t>
      </w:r>
      <w:r>
        <w:rPr>
          <w:rFonts w:ascii="Microsoft Himalaya" w:hAnsi="Microsoft Himalaya" w:eastAsia="Microsoft Himalaya" w:cs="Microsoft Himalaya"/>
        </w:rPr>
        <w:t>མིའི་ཤེས་རབ་ཀྱིས</w:t>
      </w:r>
      <w:r>
        <w:rPr>
          <w:rFonts w:ascii="Times New Roman" w:hAnsi="Times New Roman" w:eastAsia="Times New Roman" w:cs="Times New Roman"/>
        </w:rPr>
        <w:t xml:space="preserve">) </w:t>
      </w:r>
      <w:r>
        <w:rPr>
          <w:rFonts w:ascii="Microsoft Himalaya" w:hAnsi="Microsoft Himalaya" w:eastAsia="Microsoft Himalaya" w:cs="Microsoft Himalaya"/>
        </w:rPr>
        <w:t>ཁ་སྣོན་བྱས་པ་ཡིན་པའང་འདུས་ཡོད།</w:t>
      </w:r>
      <w:r>
        <w:rPr>
          <w:rFonts w:ascii="Times New Roman" w:hAnsi="Times New Roman" w:eastAsia="Times New Roman" w:cs="Times New Roman"/>
        </w:rPr>
        <w:t xml:space="preserve"> </w:t>
      </w:r>
      <w:r>
        <w:rPr>
          <w:rFonts w:ascii="Microsoft Himalaya" w:hAnsi="Microsoft Himalaya" w:eastAsia="Microsoft Himalaya" w:cs="Microsoft Himalaya"/>
        </w:rPr>
        <w:t>ཐོག་མའི་གོ་རྟོགས་དེའི་ནང་དུ་</w:t>
      </w:r>
      <w:r>
        <w:rPr>
          <w:rFonts w:ascii="Times New Roman" w:hAnsi="Times New Roman" w:eastAsia="Times New Roman" w:cs="Times New Roman"/>
        </w:rPr>
        <w:t xml:space="preserve"> “the daily” </w:t>
      </w:r>
      <w:r>
        <w:rPr>
          <w:rFonts w:ascii="Microsoft Himalaya" w:hAnsi="Microsoft Himalaya" w:eastAsia="Microsoft Himalaya" w:cs="Microsoft Himalaya"/>
        </w:rPr>
        <w:t>ནི་རྟག་པར་ཕ་པལ་གྱི་དབང་ཆའི་མཚོན་རྟགས་གཉིས་ཀྱི་གཅིག་དང་སྦྲགས་ཏེ་བསྟན་པ་དང་།</w:t>
      </w:r>
      <w:r>
        <w:rPr>
          <w:rFonts w:ascii="Times New Roman" w:hAnsi="Times New Roman" w:eastAsia="Times New Roman" w:cs="Times New Roman"/>
        </w:rPr>
        <w:t xml:space="preserve"> </w:t>
      </w:r>
      <w:r>
        <w:rPr>
          <w:rFonts w:ascii="Microsoft Himalaya" w:hAnsi="Microsoft Himalaya" w:eastAsia="Microsoft Himalaya" w:cs="Microsoft Himalaya"/>
        </w:rPr>
        <w:t>ཕྱི་བསྟན་ལྷ་མིན་གྱི་ཆོས་ལུགས་</w:t>
      </w:r>
      <w:r>
        <w:rPr>
          <w:rFonts w:ascii="Times New Roman" w:hAnsi="Times New Roman" w:eastAsia="Times New Roman" w:cs="Times New Roman"/>
        </w:rPr>
        <w:t xml:space="preserve"> (“the daily”) </w:t>
      </w:r>
      <w:r>
        <w:rPr>
          <w:rFonts w:ascii="Microsoft Himalaya" w:hAnsi="Microsoft Himalaya" w:eastAsia="Microsoft Himalaya" w:cs="Microsoft Himalaya"/>
        </w:rPr>
        <w:t>ནི་རྟག་པར་ཕ་པལ་གྱི་མཚོན་རྟགས་ཀྱི་སྔོན་ལ་ཡོང་བ་དེའང་འདུས་ཡོད།</w:t>
      </w:r>
      <w:r>
        <w:rPr>
          <w:rFonts w:ascii="Times New Roman" w:hAnsi="Times New Roman" w:eastAsia="Times New Roman" w:cs="Times New Roman"/>
        </w:rPr>
        <w:t xml:space="preserve"> </w:t>
      </w:r>
      <w:r>
        <w:rPr>
          <w:rFonts w:ascii="Microsoft Himalaya" w:hAnsi="Microsoft Himalaya" w:eastAsia="Microsoft Himalaya" w:cs="Microsoft Himalaya"/>
        </w:rPr>
        <w:t>དེ་དག་རྟག་པར་ལུང་བསྟན་གྱི་ལོ་རྒྱུས་ནང་དུ་དང་པོར་འབྱུང་བའི་གོ་རིམ་དེ་བཞིན་ངོས་འཛིན་བྱས་པ་ཡིན།</w:t>
      </w:r>
      <w:r>
        <w:rPr>
          <w:rFonts w:ascii="Times New Roman" w:hAnsi="Times New Roman" w:eastAsia="Times New Roman" w:cs="Times New Roman"/>
        </w:rPr>
        <w:t xml:space="preserve"> </w:t>
      </w:r>
      <w:r>
        <w:rPr>
          <w:rFonts w:ascii="Microsoft Himalaya" w:hAnsi="Microsoft Himalaya" w:eastAsia="Microsoft Himalaya" w:cs="Microsoft Himalaya"/>
        </w:rPr>
        <w:t>དཱ་ནི་ཨེལ་དང་</w:t>
      </w:r>
      <w:r>
        <w:rPr>
          <w:rFonts w:ascii="Times New Roman" w:hAnsi="Times New Roman" w:eastAsia="Times New Roman" w:cs="Times New Roman"/>
        </w:rPr>
        <w:t xml:space="preserve"> Revelation </w:t>
      </w:r>
      <w:r>
        <w:rPr>
          <w:rFonts w:ascii="Microsoft Himalaya" w:hAnsi="Microsoft Himalaya" w:eastAsia="Microsoft Himalaya" w:cs="Microsoft Himalaya"/>
        </w:rPr>
        <w:t>གཉིས་ཀྱི་མཚན་ཉིད་དེས་</w:t>
      </w:r>
      <w:r>
        <w:rPr>
          <w:rFonts w:ascii="Times New Roman" w:hAnsi="Times New Roman" w:eastAsia="Times New Roman" w:cs="Times New Roman"/>
        </w:rPr>
        <w:t xml:space="preserve"> </w:t>
      </w:r>
      <w:r>
        <w:rPr>
          <w:rFonts w:ascii="Microsoft Himalaya" w:hAnsi="Microsoft Himalaya" w:eastAsia="Microsoft Himalaya" w:cs="Microsoft Himalaya"/>
        </w:rPr>
        <w:t>ཕྱི་བསྟན་ལྷ་མིན་གྱི་ཆོས་ལུགས་ནི་ཕ་པལ་ལུགས་ཀྱི་སྔོན་ལ་ཡོང་བའི་ལོ་རྒྱུས་ཀྱི་གོ་རིམ་ལས་ནམ་ཡང་མི་འདས་པ་ཡིན།</w:t>
      </w:r>
      <w:r>
        <w:rPr>
          <w:rFonts w:ascii="Times New Roman" w:hAnsi="Times New Roman" w:eastAsia="Times New Roman" w:cs="Times New Roman"/>
        </w:rPr>
        <w:t xml:space="preserve"> </w:t>
      </w:r>
      <w:r>
        <w:rPr>
          <w:rFonts w:ascii="Microsoft Himalaya" w:hAnsi="Microsoft Himalaya" w:eastAsia="Microsoft Himalaya" w:cs="Microsoft Himalaya"/>
        </w:rPr>
        <w:t>དེ་བཞིན་</w:t>
      </w:r>
      <w:r>
        <w:rPr>
          <w:rFonts w:ascii="Times New Roman" w:hAnsi="Times New Roman" w:eastAsia="Times New Roman" w:cs="Times New Roman"/>
        </w:rPr>
        <w:t xml:space="preserve"> Revelation </w:t>
      </w:r>
      <w:r>
        <w:rPr>
          <w:rFonts w:ascii="Microsoft Himalaya" w:hAnsi="Microsoft Himalaya" w:eastAsia="Microsoft Himalaya" w:cs="Microsoft Himalaya"/>
        </w:rPr>
        <w:t>གི་དེབ་ནང་དུ་རྫུན་ལུང་སྟོན་པའི་མཚོན་རྟགས་ཀྱིས་མཚོན་པའི་སྟོང་བརླག་བྱེད་པའི་དབང་ཆ་གསུམ་པ་དེ་ངོ་སྤྲོད་བྱེད་སྐབས་ཀྱང་།</w:t>
      </w:r>
      <w:r>
        <w:rPr>
          <w:rFonts w:ascii="Times New Roman" w:hAnsi="Times New Roman" w:eastAsia="Times New Roman" w:cs="Times New Roman"/>
        </w:rPr>
        <w:t xml:space="preserve"> </w:t>
      </w:r>
      <w:r>
        <w:rPr>
          <w:rFonts w:ascii="Microsoft Himalaya" w:hAnsi="Microsoft Himalaya" w:eastAsia="Microsoft Himalaya" w:cs="Microsoft Himalaya"/>
        </w:rPr>
        <w:t>གོ་རིམ་དེ་རྟག་པར་བསྲུངས་པ་ཡིན།</w:t>
      </w:r>
    </w:p>
    <w:p>
      <w:pPr>
        <w:pStyle w:val="ArticleBody"/>
        <w:jc w:val="left"/>
      </w:pPr>
      <w:r>
        <w:rPr>
          <w:rFonts w:ascii="Times New Roman" w:hAnsi="Times New Roman" w:eastAsia="Times New Roman" w:cs="Times New Roman"/>
        </w:rPr>
        <w:t>پولس کی اُس تعلیم کے بغیر کہ صلیب کے زمانہ میں نبوت کی لفظی چیزیں روحانی صورت میں منتقل ہو گئیں، مسیح کی یروشلیم کی تباہی سے متعلق پیشین گوئی، جو یوحنا کے سوا تمام اناجیل میں پائی جاتی ہے، ایک الجھن پیدا کرتی ہے۔ دانی ایل کی کتاب میں ”ہمیشہ کی“ کے ساتھ مربوط پاپائیت کی دو علامتیں ویرانی کی مکروہ چیز اور ویرانی کی سرکشی ہیں۔ یہ دونوں علامتیں حیوان کے نشان (وہ مکروہ چیز) اور حیوان کی مورت (وہ سرکشی) کی نمائندگی کرتی ہیں۔</w:t>
      </w:r>
    </w:p>
    <w:p>
      <w:pPr>
        <w:pStyle w:val="ArticleBody"/>
        <w:jc w:val="left"/>
      </w:pPr>
      <w:r>
        <w:rPr>
          <w:rFonts w:ascii="Times New Roman" w:hAnsi="Times New Roman" w:eastAsia="Times New Roman" w:cs="Times New Roman"/>
        </w:rPr>
        <w:t>Atolnaajtlakualoj in papado techkawilia ma kinmikti tlen yehwan kintlalilia ken herejes, yeh in tlamanilistli kan mosentilia iglesia ihuan estado, ihuan iglesia yeh tlayekana ipan nopa tlasenkāyōtl. Yeka, Daniel kiteititia nopa sentilistli de iglesia ihuan estado, tlen yeh iixiptla nopa papal bestia, keja nopa transgresión de desolación. Biblia kixnextia para idolatría yeh se abominación, ihuan nochi nopa idolatría de nopa poder papal monextia ika iídolo sábado, tlen Juan kitoka itlaxkāyōtl nopa bestia, ihuan Daniel kitoka nopa abominación tlen kichiwa ma tlamis nochi.</w:t>
      </w:r>
    </w:p>
    <w:p>
      <w:pPr>
        <w:pStyle w:val="ArticleScripture"/>
        <w:jc w:val="left"/>
      </w:pP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ꯃꯍꯥꯛꯈꯤꯗ</w:t>
      </w:r>
      <w:r>
        <w:rPr>
          <w:rFonts w:ascii="Times New Roman" w:hAnsi="Times New Roman" w:eastAsia="Times New Roman" w:cs="Times New Roman"/>
        </w:rPr>
        <w:t xml:space="preserve"> </w:t>
      </w:r>
      <w:r>
        <w:rPr>
          <w:rFonts w:ascii="Nirmala UI" w:hAnsi="Nirmala UI" w:eastAsia="Nirmala UI" w:cs="Nirmala UI"/>
        </w:rPr>
        <w:t>ꯑꯃꯗꯒꯤ</w:t>
      </w:r>
      <w:r>
        <w:rPr>
          <w:rFonts w:ascii="Times New Roman" w:hAnsi="Times New Roman" w:eastAsia="Times New Roman" w:cs="Times New Roman"/>
        </w:rPr>
        <w:t xml:space="preserve"> </w:t>
      </w:r>
      <w:r>
        <w:rPr>
          <w:rFonts w:ascii="Nirmala UI" w:hAnsi="Nirmala UI" w:eastAsia="Nirmala UI" w:cs="Nirmala UI"/>
        </w:rPr>
        <w:t>ꯆꯥꯎꯐꯥ</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ꯄꯣꯛꯈ꯭ꯔꯦ</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ꯂꯤꯔꯤꯁꯤꯡꯅ</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ꯂꯧꯅ</w:t>
      </w:r>
      <w:r>
        <w:rPr>
          <w:rFonts w:ascii="Times New Roman" w:hAnsi="Times New Roman" w:eastAsia="Times New Roman" w:cs="Times New Roman"/>
        </w:rPr>
        <w:t xml:space="preserve">, </w:t>
      </w:r>
      <w:r>
        <w:rPr>
          <w:rFonts w:ascii="Nirmala UI" w:hAnsi="Nirmala UI" w:eastAsia="Nirmala UI" w:cs="Nirmala UI"/>
        </w:rPr>
        <w:t>ꯑꯋꯥꯡ</w:t>
      </w:r>
      <w:r>
        <w:rPr>
          <w:rFonts w:ascii="Times New Roman" w:hAnsi="Times New Roman" w:eastAsia="Times New Roman" w:cs="Times New Roman"/>
        </w:rPr>
        <w:t xml:space="preserve"> </w:t>
      </w:r>
      <w:r>
        <w:rPr>
          <w:rFonts w:ascii="Nirmala UI" w:hAnsi="Nirmala UI" w:eastAsia="Nirmala UI" w:cs="Nirmala UI"/>
        </w:rPr>
        <w:t>ꯄꯥꯟꯊꯣꯛꯇꯅꯥ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ꯄꯥꯟꯊꯣꯛꯇꯅꯥ</w:t>
      </w:r>
      <w:r>
        <w:rPr>
          <w:rFonts w:ascii="Times New Roman" w:hAnsi="Times New Roman" w:eastAsia="Times New Roman" w:cs="Times New Roman"/>
        </w:rPr>
        <w:t xml:space="preserve"> </w:t>
      </w:r>
      <w:r>
        <w:rPr>
          <w:rFonts w:ascii="Nirmala UI" w:hAnsi="Nirmala UI" w:eastAsia="Nirmala UI" w:cs="Nirmala UI"/>
        </w:rPr>
        <w:t>ꯆꯥꯎꯈꯤ꯫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ꯆꯥꯎꯈ꯭ꯔꯦ</w:t>
      </w:r>
      <w:r>
        <w:rPr>
          <w:rFonts w:ascii="Times New Roman" w:hAnsi="Times New Roman" w:eastAsia="Times New Roman" w:cs="Times New Roman"/>
        </w:rPr>
        <w:t xml:space="preserve">, </w:t>
      </w:r>
      <w:r>
        <w:rPr>
          <w:rFonts w:ascii="Nirmala UI" w:hAnsi="Nirmala UI" w:eastAsia="Nirmala UI" w:cs="Nirmala UI"/>
        </w:rPr>
        <w:t>ꯅꯣꯡꯒꯤ</w:t>
      </w:r>
      <w:r>
        <w:rPr>
          <w:rFonts w:ascii="Times New Roman" w:hAnsi="Times New Roman" w:eastAsia="Times New Roman" w:cs="Times New Roman"/>
        </w:rPr>
        <w:t xml:space="preserve"> </w:t>
      </w:r>
      <w:r>
        <w:rPr>
          <w:rFonts w:ascii="Nirmala UI" w:hAnsi="Nirmala UI" w:eastAsia="Nirmala UI" w:cs="Nirmala UI"/>
        </w:rPr>
        <w:t>ꯂꯥꯟꯃꯤꯁꯤꯡꯒꯤ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ꯆꯥꯎꯈꯤ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ꯂꯥꯟꯃꯤꯁꯤꯡ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ꯊꯥꯔꯣꯟꯁꯤꯡ</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ꯊꯥꯗꯣꯛꯈ꯭ꯔꯦ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ꯅꯦꯡꯊꯔꯛꯈ꯭ꯔꯦ꯫</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ꯑꯩꯍꯥꯛꯀꯤ</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ꯂꯥꯟꯃꯤꯁꯤꯡꯒꯤ</w:t>
      </w:r>
      <w:r>
        <w:rPr>
          <w:rFonts w:ascii="Times New Roman" w:hAnsi="Times New Roman" w:eastAsia="Times New Roman" w:cs="Times New Roman"/>
        </w:rPr>
        <w:t xml:space="preserve"> </w:t>
      </w:r>
      <w:r>
        <w:rPr>
          <w:rFonts w:ascii="Nirmala UI" w:hAnsi="Nirmala UI" w:eastAsia="Nirmala UI" w:cs="Nirmala UI"/>
        </w:rPr>
        <w:t>ꯄ꯭ꯔꯤꯟꯁ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ꯑꯩꯍꯥꯛꯀꯤ</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ꯈꯨꯗꯤꯡꯒꯤ</w:t>
      </w:r>
      <w:r>
        <w:rPr>
          <w:rFonts w:ascii="Times New Roman" w:hAnsi="Times New Roman" w:eastAsia="Times New Roman" w:cs="Times New Roman"/>
        </w:rPr>
        <w:t xml:space="preserve"> </w:t>
      </w:r>
      <w:r>
        <w:rPr>
          <w:rFonts w:ascii="Nirmala UI" w:hAnsi="Nirmala UI" w:eastAsia="Nirmala UI" w:cs="Nirmala UI"/>
        </w:rPr>
        <w:t>ꯏꯁꯩ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ꯂꯧꯊꯣꯛꯈ꯭ꯔꯦ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ꯁꯥꯟꯇꯨꯋꯦꯔꯤꯒꯤ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ꯊꯨꯒꯥꯠꯈ꯭ꯔꯦ꯫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ꯑꯄꯥꯟꯕꯒꯤ</w:t>
      </w:r>
      <w:r>
        <w:rPr>
          <w:rFonts w:ascii="Times New Roman" w:hAnsi="Times New Roman" w:eastAsia="Times New Roman" w:cs="Times New Roman"/>
        </w:rPr>
        <w:t xml:space="preserve"> </w:t>
      </w:r>
      <w:r>
        <w:rPr>
          <w:rFonts w:ascii="Nirmala UI" w:hAnsi="Nirmala UI" w:eastAsia="Nirmala UI" w:cs="Nirmala UI"/>
        </w:rPr>
        <w:t>ꯃꯔꯝꯅ</w:t>
      </w:r>
      <w:r>
        <w:rPr>
          <w:rFonts w:ascii="Times New Roman" w:hAnsi="Times New Roman" w:eastAsia="Times New Roman" w:cs="Times New Roman"/>
        </w:rPr>
        <w:t xml:space="preserve"> </w:t>
      </w:r>
      <w:r>
        <w:rPr>
          <w:rFonts w:ascii="Nirmala UI" w:hAnsi="Nirmala UI" w:eastAsia="Nirmala UI" w:cs="Nirmala UI"/>
        </w:rPr>
        <w:t>ꯂꯥꯟꯃꯤꯁꯤꯡ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ꯈꯨꯗꯤꯡꯒꯤ</w:t>
      </w:r>
      <w:r>
        <w:rPr>
          <w:rFonts w:ascii="Times New Roman" w:hAnsi="Times New Roman" w:eastAsia="Times New Roman" w:cs="Times New Roman"/>
        </w:rPr>
        <w:t xml:space="preserve"> </w:t>
      </w:r>
      <w:r>
        <w:rPr>
          <w:rFonts w:ascii="Nirmala UI" w:hAnsi="Nirmala UI" w:eastAsia="Nirmala UI" w:cs="Nirmala UI"/>
        </w:rPr>
        <w:t>ꯏꯁꯩ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ꯃꯥꯏꯄꯥꯛꯅꯥ</w:t>
      </w:r>
      <w:r>
        <w:rPr>
          <w:rFonts w:ascii="Times New Roman" w:hAnsi="Times New Roman" w:eastAsia="Times New Roman" w:cs="Times New Roman"/>
        </w:rPr>
        <w:t xml:space="preserve"> </w:t>
      </w:r>
      <w:r>
        <w:rPr>
          <w:rFonts w:ascii="Nirmala UI" w:hAnsi="Nirmala UI" w:eastAsia="Nirmala UI" w:cs="Nirmala UI"/>
        </w:rPr>
        <w:t>ꯄꯤꯈ꯭ꯔꯦ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ꯑꯆꯨꯝꯕꯒꯤ</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ꯊꯥꯗꯣꯛꯈ꯭ꯔꯦ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ꯃꯥꯌ</w:t>
      </w:r>
      <w:r>
        <w:rPr>
          <w:rFonts w:ascii="Times New Roman" w:hAnsi="Times New Roman" w:eastAsia="Times New Roman" w:cs="Times New Roman"/>
        </w:rPr>
        <w:t xml:space="preserve"> </w:t>
      </w:r>
      <w:r>
        <w:rPr>
          <w:rFonts w:ascii="Nirmala UI" w:hAnsi="Nirmala UI" w:eastAsia="Nirmala UI" w:cs="Nirmala UI"/>
        </w:rPr>
        <w:t>ꯄꯥꯛꯈꯤ꯫</w:t>
      </w:r>
      <w:r>
        <w:rPr>
          <w:rFonts w:ascii="Times New Roman" w:hAnsi="Times New Roman" w:eastAsia="Times New Roman" w:cs="Times New Roman"/>
        </w:rPr>
        <w:t xml:space="preserve"> Daniel 8:9–12.</w:t>
      </w:r>
    </w:p>
    <w:p>
      <w:pPr>
        <w:pStyle w:val="ArticleBody"/>
        <w:jc w:val="left"/>
      </w:pP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पदमन</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थाह</w:t>
      </w:r>
      <w:r>
        <w:rPr>
          <w:rFonts w:ascii="Times New Roman" w:hAnsi="Times New Roman" w:eastAsia="Times New Roman" w:cs="Times New Roman"/>
        </w:rPr>
        <w:t xml:space="preserve"> </w:t>
      </w:r>
      <w:r>
        <w:rPr>
          <w:rFonts w:ascii="Nirmala UI" w:hAnsi="Nirmala UI" w:eastAsia="Nirmala UI" w:cs="Nirmala UI"/>
        </w:rPr>
        <w:t>थाह</w:t>
      </w:r>
      <w:r>
        <w:rPr>
          <w:rFonts w:ascii="Times New Roman" w:hAnsi="Times New Roman" w:eastAsia="Times New Roman" w:cs="Times New Roman"/>
        </w:rPr>
        <w:t xml:space="preserve"> </w:t>
      </w:r>
      <w:r>
        <w:rPr>
          <w:rFonts w:ascii="Nirmala UI" w:hAnsi="Nirmala UI" w:eastAsia="Nirmala UI" w:cs="Nirmala UI"/>
        </w:rPr>
        <w:t>अज</w:t>
      </w:r>
      <w:r>
        <w:rPr>
          <w:rFonts w:ascii="Times New Roman" w:hAnsi="Times New Roman" w:eastAsia="Times New Roman" w:cs="Times New Roman"/>
        </w:rPr>
        <w:t xml:space="preserve"> </w:t>
      </w:r>
      <w:r>
        <w:rPr>
          <w:rFonts w:ascii="Nirmala UI" w:hAnsi="Nirmala UI" w:eastAsia="Nirmala UI" w:cs="Nirmala UI"/>
        </w:rPr>
        <w:t>आरटिकल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बिचार</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किन्तु</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नम्बर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अपनाके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पागान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ताहারা</w:t>
      </w:r>
      <w:r>
        <w:rPr>
          <w:rFonts w:ascii="Times New Roman" w:hAnsi="Times New Roman" w:eastAsia="Times New Roman" w:cs="Times New Roman"/>
        </w:rPr>
        <w:t xml:space="preserve"> </w:t>
      </w:r>
      <w:r>
        <w:rPr>
          <w:rFonts w:ascii="Nirmala UI" w:hAnsi="Nirmala UI" w:eastAsia="Nirmala UI" w:cs="Nirmala UI"/>
        </w:rPr>
        <w:t>उहाँकर</w:t>
      </w:r>
      <w:r>
        <w:rPr>
          <w:rFonts w:ascii="Times New Roman" w:hAnsi="Times New Roman" w:eastAsia="Times New Roman" w:cs="Times New Roman"/>
        </w:rPr>
        <w:t xml:space="preserve"> </w:t>
      </w:r>
      <w:r>
        <w:rPr>
          <w:rFonts w:ascii="Nirmala UI" w:hAnsi="Nirmala UI" w:eastAsia="Nirmala UI" w:cs="Nirmala UI"/>
        </w:rPr>
        <w:t>जन्मकाले</w:t>
      </w:r>
      <w:r>
        <w:rPr>
          <w:rFonts w:ascii="Times New Roman" w:hAnsi="Times New Roman" w:eastAsia="Times New Roman" w:cs="Times New Roman"/>
        </w:rPr>
        <w:t xml:space="preserve"> </w:t>
      </w:r>
      <w:r>
        <w:rPr>
          <w:rFonts w:ascii="Nirmala UI" w:hAnsi="Nirmala UI" w:eastAsia="Nirmala UI" w:cs="Nirmala UI"/>
        </w:rPr>
        <w:t>ताहाँके</w:t>
      </w:r>
      <w:r>
        <w:rPr>
          <w:rFonts w:ascii="Times New Roman" w:hAnsi="Times New Roman" w:eastAsia="Times New Roman" w:cs="Times New Roman"/>
        </w:rPr>
        <w:t xml:space="preserve"> </w:t>
      </w:r>
      <w:r>
        <w:rPr>
          <w:rFonts w:ascii="Nirmala UI" w:hAnsi="Nirmala UI" w:eastAsia="Nirmala UI" w:cs="Nirmala UI"/>
        </w:rPr>
        <w:t>मारिबाक</w:t>
      </w:r>
      <w:r>
        <w:rPr>
          <w:rFonts w:ascii="Times New Roman" w:hAnsi="Times New Roman" w:eastAsia="Times New Roman" w:cs="Times New Roman"/>
        </w:rPr>
        <w:t xml:space="preserve"> </w:t>
      </w:r>
      <w:r>
        <w:rPr>
          <w:rFonts w:ascii="Nirmala UI" w:hAnsi="Nirmala UI" w:eastAsia="Nirmala UI" w:cs="Nirmala UI"/>
        </w:rPr>
        <w:t>कोशिश</w:t>
      </w:r>
      <w:r>
        <w:rPr>
          <w:rFonts w:ascii="Times New Roman" w:hAnsi="Times New Roman" w:eastAsia="Times New Roman" w:cs="Times New Roman"/>
        </w:rPr>
        <w:t xml:space="preserve"> </w:t>
      </w:r>
      <w:r>
        <w:rPr>
          <w:rFonts w:ascii="Nirmala UI" w:hAnsi="Nirmala UI" w:eastAsia="Nirmala UI" w:cs="Nirmala UI"/>
        </w:rPr>
        <w:t>करलेन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अन्ततोगत्वा</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करलेन।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w:t>
      </w:r>
      <w:r>
        <w:rPr>
          <w:rFonts w:ascii="Nirmala UI" w:hAnsi="Nirmala UI" w:eastAsia="Nirmala UI" w:cs="Nirmala UI"/>
        </w:rPr>
        <w:t>पागान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“daily”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हटायल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हटायल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इब्रानी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अनुवादित</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“rum,”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तकर</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महिमामंडित</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पागान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पागानधर्मक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महिमामंडित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ताहারা</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करलेन।</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ताहाँके</w:t>
      </w:r>
      <w:r>
        <w:rPr>
          <w:rFonts w:ascii="Times New Roman" w:hAnsi="Times New Roman" w:eastAsia="Times New Roman" w:cs="Times New Roman"/>
        </w:rPr>
        <w:t xml:space="preserve"> “</w:t>
      </w:r>
      <w:r>
        <w:rPr>
          <w:rFonts w:ascii="Nirmala UI" w:hAnsi="Nirmala UI" w:eastAsia="Nirmala UI" w:cs="Nirmala UI"/>
        </w:rPr>
        <w:t>पागान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कहल</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अछि।</w:t>
      </w:r>
    </w:p>
    <w:p>
      <w:pPr>
        <w:pStyle w:val="ArticleBody"/>
        <w:jc w:val="left"/>
      </w:pPr>
      <w:r>
        <w:rPr>
          <w:rFonts w:ascii="Times New Roman" w:hAnsi="Times New Roman" w:eastAsia="Times New Roman" w:cs="Times New Roman"/>
        </w:rPr>
        <w:t>A tsaetso e latelang e bontša hore Roma ea bopapa e ile ea nehoa “lebotho” (matla a sesole), le neng le le khahlanong le, kapa le tla hlōla, “tsa kamehla” (bohetene). Le hona ke ’nete ea histori, hobane matla a sesole a ile a sebelisoa ke bopapa (le hoja bo sa ka ba e-ba le lebotho la bona), ho hlōla thibelo e neng e behiloe khōlong ea bona ea ho nyolohela pusong. Matla ao a ne a tsoa Roma ea bohetene. Matla a sesole ao bo a sebelisitseng a ile a bo nehoa ka “tlōlo,” hobane tlōlo e ileng ea bo lumella ho laola mabotho a marena a ileng a bo beha teroneng ka selemo sa 538, e ne e le tlōlo ea kopanyo ea kereke le ’muso. Qalong Roma ea bohetene e buuoa temaneng ea leshome le motso o mong, e tsebisa moithuti hore Roma ea bohetene e ne e tla ema khahlanong le Kreste, le hore e ne e tla phahamisa bolumeli ba bohetene.</w:t>
      </w:r>
    </w:p>
    <w:p>
      <w:pPr>
        <w:pStyle w:val="ArticleBody"/>
        <w:jc w:val="left"/>
      </w:pP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पदले</w:t>
      </w:r>
      <w:r>
        <w:rPr>
          <w:rFonts w:ascii="Times New Roman" w:hAnsi="Times New Roman" w:eastAsia="Times New Roman" w:cs="Times New Roman"/>
        </w:rPr>
        <w:t xml:space="preserve"> </w:t>
      </w:r>
      <w:r>
        <w:rPr>
          <w:rFonts w:ascii="Nirmala UI" w:hAnsi="Nirmala UI" w:eastAsia="Nirmala UI" w:cs="Nirmala UI"/>
        </w:rPr>
        <w:t>मण्डळी</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संयोजनको</w:t>
      </w:r>
      <w:r>
        <w:rPr>
          <w:rFonts w:ascii="Times New Roman" w:hAnsi="Times New Roman" w:eastAsia="Times New Roman" w:cs="Times New Roman"/>
        </w:rPr>
        <w:t xml:space="preserve"> </w:t>
      </w:r>
      <w:r>
        <w:rPr>
          <w:rFonts w:ascii="Nirmala UI" w:hAnsi="Nirmala UI" w:eastAsia="Nirmala UI" w:cs="Nirmala UI"/>
        </w:rPr>
        <w:t>अपराधलाई</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पापासत्तालाई</w:t>
      </w:r>
      <w:r>
        <w:rPr>
          <w:rFonts w:ascii="Times New Roman" w:hAnsi="Times New Roman" w:eastAsia="Times New Roman" w:cs="Times New Roman"/>
        </w:rPr>
        <w:t xml:space="preserve"> </w:t>
      </w:r>
      <w:r>
        <w:rPr>
          <w:rFonts w:ascii="Nirmala UI" w:hAnsi="Nirmala UI" w:eastAsia="Nirmala UI" w:cs="Nirmala UI"/>
        </w:rPr>
        <w:t>त्यसमाथि</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रोमले</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अभ्यास</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रोकावट</w:t>
      </w:r>
      <w:r>
        <w:rPr>
          <w:rFonts w:ascii="Times New Roman" w:hAnsi="Times New Roman" w:eastAsia="Times New Roman" w:cs="Times New Roman"/>
        </w:rPr>
        <w:t xml:space="preserve"> </w:t>
      </w:r>
      <w:r>
        <w:rPr>
          <w:rFonts w:ascii="Nirmala UI" w:hAnsi="Nirmala UI" w:eastAsia="Nirmala UI" w:cs="Nirmala UI"/>
        </w:rPr>
        <w:t>हटाउन</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इतिहासले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पदहरूको</w:t>
      </w:r>
      <w:r>
        <w:rPr>
          <w:rFonts w:ascii="Times New Roman" w:hAnsi="Times New Roman" w:eastAsia="Times New Roman" w:cs="Times New Roman"/>
        </w:rPr>
        <w:t xml:space="preserve"> </w:t>
      </w:r>
      <w:r>
        <w:rPr>
          <w:rFonts w:ascii="Nirmala UI" w:hAnsi="Nirmala UI" w:eastAsia="Nirmala UI" w:cs="Nirmala UI"/>
        </w:rPr>
        <w:t>प्रयोगलाई</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“The daily”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रोमद्वारा</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पारिएको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धर्मलाई।</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“the daily”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प्रतीकपछि</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मण्डळी</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अपराधलाई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पापासत्तालाई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फोहोरी</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सशक्त</w:t>
      </w:r>
      <w:r>
        <w:rPr>
          <w:rFonts w:ascii="Times New Roman" w:hAnsi="Times New Roman" w:eastAsia="Times New Roman" w:cs="Times New Roman"/>
        </w:rPr>
        <w:t xml:space="preserve"> </w:t>
      </w:r>
      <w:r>
        <w:rPr>
          <w:rFonts w:ascii="Nirmala UI" w:hAnsi="Nirmala UI" w:eastAsia="Nirmala UI" w:cs="Nirmala UI"/>
        </w:rPr>
        <w:t>बनाउने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दानियलद्वारा</w:t>
      </w:r>
      <w:r>
        <w:rPr>
          <w:rFonts w:ascii="Times New Roman" w:hAnsi="Times New Roman" w:eastAsia="Times New Roman" w:cs="Times New Roman"/>
        </w:rPr>
        <w:t xml:space="preserve"> “the daily”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Adventism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केन्द्रीय</w:t>
      </w:r>
      <w:r>
        <w:rPr>
          <w:rFonts w:ascii="Times New Roman" w:hAnsi="Times New Roman" w:eastAsia="Times New Roman" w:cs="Times New Roman"/>
        </w:rPr>
        <w:t xml:space="preserve"> </w:t>
      </w:r>
      <w:r>
        <w:rPr>
          <w:rFonts w:ascii="Nirmala UI" w:hAnsi="Nirmala UI" w:eastAsia="Nirmala UI" w:cs="Nirmala UI"/>
        </w:rPr>
        <w:t>स्तम्भ</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Leelawadee UI" w:hAnsi="Leelawadee UI" w:eastAsia="Leelawadee UI" w:cs="Leelawadee UI"/>
        </w:rPr>
        <w:t>នោះខ្ញុំបានឮបរិសុទ្ធម្នាក់កំពុងនិយាយ</w:t>
      </w:r>
      <w:r>
        <w:rPr>
          <w:rFonts w:ascii="Times New Roman" w:hAnsi="Times New Roman" w:eastAsia="Times New Roman" w:cs="Times New Roman"/>
        </w:rPr>
        <w:t xml:space="preserve"> </w:t>
      </w:r>
      <w:r>
        <w:rPr>
          <w:rFonts w:ascii="Leelawadee UI" w:hAnsi="Leelawadee UI" w:eastAsia="Leelawadee UI" w:cs="Leelawadee UI"/>
        </w:rPr>
        <w:t>ហើយបរិសុទ្ធម្នាក់ទៀតបាននិយាយទៅកាន់បរិសុទ្ធម្នាក់នោះដែលកំពុងនិយាយថា</w:t>
      </w:r>
      <w:r>
        <w:rPr>
          <w:rFonts w:ascii="Times New Roman" w:hAnsi="Times New Roman" w:eastAsia="Times New Roman" w:cs="Times New Roman"/>
        </w:rPr>
        <w:t xml:space="preserve"> </w:t>
      </w:r>
      <w:r>
        <w:rPr>
          <w:rFonts w:ascii="Leelawadee UI" w:hAnsi="Leelawadee UI" w:eastAsia="Leelawadee UI" w:cs="Leelawadee UI"/>
        </w:rPr>
        <w:t>តើនិមិត្តអំពីយញ្ញបូជាប្រចាំថ្ងៃ</w:t>
      </w:r>
      <w:r>
        <w:rPr>
          <w:rFonts w:ascii="Times New Roman" w:hAnsi="Times New Roman" w:eastAsia="Times New Roman" w:cs="Times New Roman"/>
        </w:rPr>
        <w:t xml:space="preserve"> </w:t>
      </w:r>
      <w:r>
        <w:rPr>
          <w:rFonts w:ascii="Leelawadee UI" w:hAnsi="Leelawadee UI" w:eastAsia="Leelawadee UI" w:cs="Leelawadee UI"/>
        </w:rPr>
        <w:t>និងអំពើរំលងដែលបង្កឲ្យស្ងាត់ស្ងៀមនោះ</w:t>
      </w:r>
      <w:r>
        <w:rPr>
          <w:rFonts w:ascii="Times New Roman" w:hAnsi="Times New Roman" w:eastAsia="Times New Roman" w:cs="Times New Roman"/>
        </w:rPr>
        <w:t xml:space="preserve"> </w:t>
      </w:r>
      <w:r>
        <w:rPr>
          <w:rFonts w:ascii="Leelawadee UI" w:hAnsi="Leelawadee UI" w:eastAsia="Leelawadee UI" w:cs="Leelawadee UI"/>
        </w:rPr>
        <w:t>នឹងមានរយៈពេលដល់ពេលណា</w:t>
      </w:r>
      <w:r>
        <w:rPr>
          <w:rFonts w:ascii="Times New Roman" w:hAnsi="Times New Roman" w:eastAsia="Times New Roman" w:cs="Times New Roman"/>
        </w:rPr>
        <w:t xml:space="preserve"> </w:t>
      </w:r>
      <w:r>
        <w:rPr>
          <w:rFonts w:ascii="Leelawadee UI" w:hAnsi="Leelawadee UI" w:eastAsia="Leelawadee UI" w:cs="Leelawadee UI"/>
        </w:rPr>
        <w:t>ដើម្បីប្រគល់ទាំងទីបរិសុទ្ធ</w:t>
      </w:r>
      <w:r>
        <w:rPr>
          <w:rFonts w:ascii="Times New Roman" w:hAnsi="Times New Roman" w:eastAsia="Times New Roman" w:cs="Times New Roman"/>
        </w:rPr>
        <w:t xml:space="preserve"> </w:t>
      </w:r>
      <w:r>
        <w:rPr>
          <w:rFonts w:ascii="Leelawadee UI" w:hAnsi="Leelawadee UI" w:eastAsia="Leelawadee UI" w:cs="Leelawadee UI"/>
        </w:rPr>
        <w:t>និងពលបរិវារឲ្យត្រូវជាន់ឈ្លីក្រោមជើង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8:13.</w:t>
      </w:r>
    </w:p>
    <w:p>
      <w:pPr>
        <w:pStyle w:val="ArticleBody"/>
        <w:jc w:val="left"/>
      </w:pPr>
      <w:r>
        <w:rPr>
          <w:rFonts w:ascii="Times New Roman" w:hAnsi="Times New Roman" w:eastAsia="Times New Roman" w:cs="Times New Roman"/>
        </w:rPr>
        <w:t>ᴛɪɴ ᴛɪ ᴠᴇʀꜱᴇ ɴᴀ ɴɪ, ᴀ ʙɪꜱᴀ ɪᴛᴀ ɴᴏᴏ ɴᴇ ᴀᴡᴜʀᴀᴅᴇ ɴᴏᴏ ᴛɪ ᴀɴɪꜱᴏᴅᴇ ɴᴏᴏ, ɴᴛɪ ᴇᴛɪ ᴍᴍᴜᴀᴇ ᴀ ᴇᴍᴍᴀ ɴᴏ ᴅᴜʀᴀᴛɪᴏɴ, ɴᴀ ɛɴɴʏɛ ʙᴇᴀ ᴋᴏʀᴏ ʙɪᴀ ᴍᴍᴇʀᴇ. ǫᴜᴇꜱᴛɪᴏɴ ɴᴏ ɴɴʏᴇ sɛ, ᴅᴀᴀ ʙᴇɴ ɴᴀ ᴀɴɪꜱᴏᴅᴇ ɴᴏ ʙᴇʜʏɪᴀ ᴍᴜ, ɴᴀ ᴍᴏᴍ ᴍᴍᴏᴀ ɴᴇ sɛ, ᴀɴɪꜱᴏᴅᴇ ɴᴏ ᴅᴜʀᴀᴛɪᴏɴ yɛ dɛn. ᴠᴇʀꜱᴇ ɴᴏ ɴɴʏɛ sɛ, “ʜᴡᴇɴ?”, ɴᴀ ɛʙɪꜱᴀ sɛ, “ʜᴏᴡ ʟᴏɴɢ?” ᴀɴɪꜱᴏᴅᴇ ɴᴏ fa ᴘᴀɢᴀɴɪꜱᴍ ᴀʜᴏɔᴅᴇᴇ ᴛᴜᴍɪ ᴀ ɛma ɔsɛe ho, a wɔgyina hɔ ma no sɛ “ᴛʜᴇ ᴅᴀɪʟʏ,” ɴᴇ ᴘᴀᴘᴀʟɪꜱᴍ nso, sɛnea wɔgyina hɔ ma no wɔ ᴛʀᴀɴꜱɢʀᴇꜱꜱɪᴏɴ ᴏꜰ ᴛʜᴇ ᴘᴀᴘᴀᴄʏ mu, a ɛba mu bere a ɔne asase no ahemfo bɔ aguamammɔ no. Saa ahocdeɛ tumi mmienu yi—ᴘᴀɢᴀɴɪꜱᴍ a ᴘᴀᴘᴀʟɪꜱᴍ di n’akyi—na ɛsɛ sɛ wotiatia kronkronbea no ne dɔm no so fam mfe “ꜱᴇᴠᴇɴ ᴛɪᴍᴇꜱ” bere mu.</w:t>
      </w:r>
    </w:p>
    <w:p>
      <w:pPr>
        <w:pStyle w:val="ArticleBody"/>
        <w:jc w:val="left"/>
      </w:pP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चिन्नु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पवित्रस्थानको</w:t>
      </w:r>
      <w:r>
        <w:rPr>
          <w:rFonts w:ascii="Times New Roman" w:hAnsi="Times New Roman" w:eastAsia="Times New Roman" w:cs="Times New Roman"/>
        </w:rPr>
        <w:t xml:space="preserve"> </w:t>
      </w:r>
      <w:r>
        <w:rPr>
          <w:rFonts w:ascii="Nirmala UI" w:hAnsi="Nirmala UI" w:eastAsia="Nirmala UI" w:cs="Nirmala UI"/>
        </w:rPr>
        <w:t>कुल्चीमिल्ची</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70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रोमद्वारा</w:t>
      </w:r>
      <w:r>
        <w:rPr>
          <w:rFonts w:ascii="Times New Roman" w:hAnsi="Times New Roman" w:eastAsia="Times New Roman" w:cs="Times New Roman"/>
        </w:rPr>
        <w:t xml:space="preserve"> </w:t>
      </w:r>
      <w:r>
        <w:rPr>
          <w:rFonts w:ascii="Nirmala UI" w:hAnsi="Nirmala UI" w:eastAsia="Nirmala UI" w:cs="Nirmala UI"/>
        </w:rPr>
        <w:t>यरूशलेमको</w:t>
      </w:r>
      <w:r>
        <w:rPr>
          <w:rFonts w:ascii="Times New Roman" w:hAnsi="Times New Roman" w:eastAsia="Times New Roman" w:cs="Times New Roman"/>
        </w:rPr>
        <w:t xml:space="preserve"> </w:t>
      </w:r>
      <w:r>
        <w:rPr>
          <w:rFonts w:ascii="Nirmala UI" w:hAnsi="Nirmala UI" w:eastAsia="Nirmala UI" w:cs="Nirmala UI"/>
        </w:rPr>
        <w:t>विनाशसम्म</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रह्यो</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आरम्भदेखि</w:t>
      </w:r>
      <w:r>
        <w:rPr>
          <w:rFonts w:ascii="Times New Roman" w:hAnsi="Times New Roman" w:eastAsia="Times New Roman" w:cs="Times New Roman"/>
        </w:rPr>
        <w:t xml:space="preserve"> </w:t>
      </w:r>
      <w:r>
        <w:rPr>
          <w:rFonts w:ascii="Nirmala UI" w:hAnsi="Nirmala UI" w:eastAsia="Nirmala UI" w:cs="Nirmala UI"/>
        </w:rPr>
        <w:t>अन्त्यसम्म</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शक्तिहरूद्वारा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बहुवचनमा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मूर्तिपूजकताले</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कुल्चीमिल्ची</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रोमले</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इस्राएललाई</w:t>
      </w:r>
      <w:r>
        <w:rPr>
          <w:rFonts w:ascii="Times New Roman" w:hAnsi="Times New Roman" w:eastAsia="Times New Roman" w:cs="Times New Roman"/>
        </w:rPr>
        <w:t xml:space="preserve"> </w:t>
      </w:r>
      <w:r>
        <w:rPr>
          <w:rFonts w:ascii="Nirmala UI" w:hAnsi="Nirmala UI" w:eastAsia="Nirmala UI" w:cs="Nirmala UI"/>
        </w:rPr>
        <w:t>कुल्चीमिल्ची</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p>
    <w:p>
      <w:pPr>
        <w:pStyle w:val="ArticleScripture"/>
        <w:jc w:val="left"/>
      </w:pPr>
      <w:r>
        <w:rPr>
          <w:rFonts w:ascii="Times New Roman" w:hAnsi="Times New Roman" w:eastAsia="Times New Roman" w:cs="Times New Roman"/>
        </w:rPr>
        <w:t>اسا ک ھیکل کے باہری صحن کو چھوڑ دے، اور اس کی پیمائش نہ کر، کیونکہ وہ غیر قوموں کو دے دیا گیا ہے؛ اور وہ مقدّس شہر کو بیالیس مہینے تک پاؤں تلے روندیں گے۔ اور میں اپنے دو گواہوں کو اختیار دوں گا، اور وہ ٹاٹ اوڑھے ہوئے ایک ہزار دو سو ساٹھ دن نبوّت کریں گے۔ مکاشفہ 11:2، 3۔</w:t>
      </w:r>
    </w:p>
    <w:p>
      <w:pPr>
        <w:pStyle w:val="ArticleBody"/>
        <w:jc w:val="left"/>
      </w:pPr>
      <w:r>
        <w:rPr>
          <w:rFonts w:ascii="Times New Roman" w:hAnsi="Times New Roman" w:eastAsia="Times New Roman" w:cs="Times New Roman"/>
        </w:rPr>
        <w:t>U Yoḥanɔn Batisita u bo annɛɛte nɛ profɛɛt a daa kiŋa dɔn, ka n bɔriya yelemaari ye ka taa kabakundaa la yiridenii la fo sankurunii la, baa a tɛŋ mɛn a baara la yɛlɛnyaa kunun bɛɛ. Pawulo fanŋ u bo annɛɛte nɛ profɛɛt a daa kiŋa dɔn, ka n bɔriya yelemaari ye ka bɔ Isirayila sɔrɔnaa la (jamaan baa) ka taa Isirayila ruhannii la. Yerusalɛm min ko tɛmɛnna ka yiraari kɔrɔsɛgɛrɛ fila ani kelen ye, o tun bo Yerusalɛm ruhannii la.</w:t>
      </w:r>
    </w:p>
    <w:p>
      <w:pPr>
        <w:pStyle w:val="ArticleScripture"/>
        <w:jc w:val="left"/>
      </w:pPr>
      <w:r>
        <w:rPr>
          <w:rFonts w:ascii="Times New Roman" w:hAnsi="Times New Roman" w:eastAsia="Times New Roman" w:cs="Times New Roman"/>
        </w:rPr>
        <w:t>«ئەھۋالدا بايان قىلىنغان بۇ مۇددىتلەر — “قىرىق ئىككى ئاي” ۋە “بىر مىڭ ئىككى يۈز ئاتمىش كۈن” — بىر-بىرىنىڭ ئۆزى بولۇپ، ھەر ئىككىسى مەسىھ ئىبادەتخانىسىنىڭ رۇمنىڭ زۇلۇمى ئاستىدا ئەزىيەت چېكىدىغان ۋاقتىنى كۆرسىتىدۇ. پاپالىقنىڭ 1260 يىللىق ھۆكۈمرانلىقى مىلادى 538-يىلى باشلانغان بولۇپ، شۇڭا 1798-يىلى ئاخىرلىشىشى كېرەك ئىدى. شۇ ۋاقىتتا بىر فىرانسىيە قوشۇنى رۇمغا كىرىپ، پاپانى ئەسىر قىلدى، ۋە ئۇ سۈرگۈندە ئۆلدى. گەرچە ئۇنىڭدىن كۆپ ئۆتمەي يېڭى بىر پاپا سايلانغان بولسىمۇ، پاپالىق ئىئېرارخىيەسى شۇنىڭدىن بۇيان ئەزەلدىن ئىلگىرى ئىگە بولغان ھۆكۈمنى يۈرگۈزۈش كۈچىگە قايتا ئىگە بولالمىدى.» The Great Controversy, 266.</w:t>
      </w:r>
    </w:p>
    <w:p>
      <w:pPr>
        <w:pStyle w:val="ArticleBody"/>
        <w:jc w:val="left"/>
      </w:pPr>
      <w:r>
        <w:rPr>
          <w:rFonts w:ascii="Times New Roman" w:hAnsi="Times New Roman" w:eastAsia="Times New Roman" w:cs="Times New Roman"/>
        </w:rPr>
        <w:t>Paulo amasuqñiqa, cruzpa historiampi tukuykuy pachapi ruwasqa tikraypi, hanaqpi kaq espiritual Jerusalén, “hanaqpi kaq”, Diospa sutinta churayta akllasqan llaqtaman tukusqanta, hinallataq literal Jerusalénqa Bibliapa profecíanpi Jerusalén kasqanmanta sayk’usqanta.</w:t>
      </w:r>
    </w:p>
    <w:p>
      <w:pPr>
        <w:pStyle w:val="ArticleScripture"/>
        <w:jc w:val="left"/>
      </w:pPr>
      <w:r>
        <w:rPr>
          <w:rFonts w:ascii="Times New Roman" w:hAnsi="Times New Roman" w:eastAsia="Times New Roman" w:cs="Times New Roman"/>
        </w:rPr>
        <w:t>Zvinobva Agar uyu iGomo reSinai riri muArabia, uye unowirirana neJerusarema riripo zvino, uye riri muuranda pamwe chete navana varo. Asi Jerusarema riri kumusoro rakasununguka, iro riri mai vedu tose. VaGaratia 4:25, 26.</w:t>
      </w:r>
    </w:p>
    <w:p>
      <w:pPr>
        <w:pStyle w:val="ArticleBody"/>
        <w:jc w:val="left"/>
      </w:pP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সত্যকে</w:t>
      </w:r>
      <w:r>
        <w:rPr>
          <w:rFonts w:ascii="Times New Roman" w:hAnsi="Times New Roman" w:eastAsia="Times New Roman" w:cs="Times New Roman"/>
        </w:rPr>
        <w:t xml:space="preserve"> </w:t>
      </w:r>
      <w:r>
        <w:rPr>
          <w:rFonts w:ascii="Nirmala UI" w:hAnsi="Nirmala UI" w:eastAsia="Nirmala UI" w:cs="Nirmala UI"/>
        </w:rPr>
        <w:t>সঠিকভাবে</w:t>
      </w:r>
      <w:r>
        <w:rPr>
          <w:rFonts w:ascii="Times New Roman" w:hAnsi="Times New Roman" w:eastAsia="Times New Roman" w:cs="Times New Roman"/>
        </w:rPr>
        <w:t xml:space="preserve"> </w:t>
      </w:r>
      <w:r>
        <w:rPr>
          <w:rFonts w:ascii="Nirmala UI" w:hAnsi="Nirmala UI" w:eastAsia="Nirmala UI" w:cs="Nirmala UI"/>
        </w:rPr>
        <w:t>বোঝা</w:t>
      </w:r>
      <w:r>
        <w:rPr>
          <w:rFonts w:ascii="Times New Roman" w:hAnsi="Times New Roman" w:eastAsia="Times New Roman" w:cs="Times New Roman"/>
        </w:rPr>
        <w:t xml:space="preserve"> </w:t>
      </w:r>
      <w:r>
        <w:rPr>
          <w:rFonts w:ascii="Nirmala UI" w:hAnsi="Nirmala UI" w:eastAsia="Nirmala UI" w:cs="Nirmala UI"/>
        </w:rPr>
        <w:t>অত্যাবশ্যক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বাইবেলের</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আক্ষরিক</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প্রতারণারই</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জেসুইটরা</w:t>
      </w:r>
      <w:r>
        <w:rPr>
          <w:rFonts w:ascii="Times New Roman" w:hAnsi="Times New Roman" w:eastAsia="Times New Roman" w:cs="Times New Roman"/>
        </w:rPr>
        <w:t xml:space="preserve"> </w:t>
      </w:r>
      <w:r>
        <w:rPr>
          <w:rFonts w:ascii="Nirmala UI" w:hAnsi="Nirmala UI" w:eastAsia="Nirmala UI" w:cs="Nirmala UI"/>
        </w:rPr>
        <w:t>সৃষ্টি</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সত্যকে</w:t>
      </w:r>
      <w:r>
        <w:rPr>
          <w:rFonts w:ascii="Times New Roman" w:hAnsi="Times New Roman" w:eastAsia="Times New Roman" w:cs="Times New Roman"/>
        </w:rPr>
        <w:t xml:space="preserve"> </w:t>
      </w:r>
      <w:r>
        <w:rPr>
          <w:rFonts w:ascii="Nirmala UI" w:hAnsi="Nirmala UI" w:eastAsia="Nirmala UI" w:cs="Nirmala UI"/>
        </w:rPr>
        <w:t>দুর্বল</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পোপই</w:t>
      </w:r>
      <w:r>
        <w:rPr>
          <w:rFonts w:ascii="Times New Roman" w:hAnsi="Times New Roman" w:eastAsia="Times New Roman" w:cs="Times New Roman"/>
        </w:rPr>
        <w:t xml:space="preserve"> </w:t>
      </w:r>
      <w:r>
        <w:rPr>
          <w:rFonts w:ascii="Nirmala UI" w:hAnsi="Nirmala UI" w:eastAsia="Nirmala UI" w:cs="Nirmala UI"/>
        </w:rPr>
        <w:t>প্রতিখ্রিস্ট।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 xml:space="preserve"> </w:t>
      </w:r>
      <w:r>
        <w:rPr>
          <w:rFonts w:ascii="Nirmala UI" w:hAnsi="Nirmala UI" w:eastAsia="Nirmala UI" w:cs="Nirmala UI"/>
        </w:rPr>
        <w:t>শিক্ষা</w:t>
      </w:r>
      <w:r>
        <w:rPr>
          <w:rFonts w:ascii="Times New Roman" w:hAnsi="Times New Roman" w:eastAsia="Times New Roman" w:cs="Times New Roman"/>
        </w:rPr>
        <w:t xml:space="preserve"> </w:t>
      </w:r>
      <w:r>
        <w:rPr>
          <w:rFonts w:ascii="Nirmala UI" w:hAnsi="Nirmala UI" w:eastAsia="Nirmala UI" w:cs="Nirmala UI"/>
        </w:rPr>
        <w:t>ধর্মচ্যুত</w:t>
      </w:r>
      <w:r>
        <w:rPr>
          <w:rFonts w:ascii="Times New Roman" w:hAnsi="Times New Roman" w:eastAsia="Times New Roman" w:cs="Times New Roman"/>
        </w:rPr>
        <w:t xml:space="preserve"> </w:t>
      </w:r>
      <w:r>
        <w:rPr>
          <w:rFonts w:ascii="Nirmala UI" w:hAnsi="Nirmala UI" w:eastAsia="Nirmala UI" w:cs="Nirmala UI"/>
        </w:rPr>
        <w:t>প্রোটেস্ট্যান্টবাদের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তাদেরকে</w:t>
      </w:r>
      <w:r>
        <w:rPr>
          <w:rFonts w:ascii="Times New Roman" w:hAnsi="Times New Roman" w:eastAsia="Times New Roman" w:cs="Times New Roman"/>
        </w:rPr>
        <w:t xml:space="preserve"> </w:t>
      </w:r>
      <w:r>
        <w:rPr>
          <w:rFonts w:ascii="Nirmala UI" w:hAnsi="Nirmala UI" w:eastAsia="Nirmala UI" w:cs="Nirmala UI"/>
        </w:rPr>
        <w:t>ভুলভাবে</w:t>
      </w:r>
      <w:r>
        <w:rPr>
          <w:rFonts w:ascii="Times New Roman" w:hAnsi="Times New Roman" w:eastAsia="Times New Roman" w:cs="Times New Roman"/>
        </w:rPr>
        <w:t xml:space="preserve"> </w:t>
      </w:r>
      <w:r>
        <w:rPr>
          <w:rFonts w:ascii="Nirmala UI" w:hAnsi="Nirmala UI" w:eastAsia="Nirmala UI" w:cs="Nirmala UI"/>
        </w:rPr>
        <w:t>আধুনিক</w:t>
      </w:r>
      <w:r>
        <w:rPr>
          <w:rFonts w:ascii="Times New Roman" w:hAnsi="Times New Roman" w:eastAsia="Times New Roman" w:cs="Times New Roman"/>
        </w:rPr>
        <w:t xml:space="preserve"> </w:t>
      </w:r>
      <w:r>
        <w:rPr>
          <w:rFonts w:ascii="Nirmala UI" w:hAnsi="Nirmala UI" w:eastAsia="Nirmala UI" w:cs="Nirmala UI"/>
        </w:rPr>
        <w:t>ইহুদি</w:t>
      </w:r>
      <w:r>
        <w:rPr>
          <w:rFonts w:ascii="Times New Roman" w:hAnsi="Times New Roman" w:eastAsia="Times New Roman" w:cs="Times New Roman"/>
        </w:rPr>
        <w:t xml:space="preserve"> </w:t>
      </w:r>
      <w:r>
        <w:rPr>
          <w:rFonts w:ascii="Nirmala UI" w:hAnsi="Nirmala UI" w:eastAsia="Nirmala UI" w:cs="Nirmala UI"/>
        </w:rPr>
        <w:t>জাতি</w:t>
      </w:r>
      <w:r>
        <w:rPr>
          <w:rFonts w:ascii="Times New Roman" w:hAnsi="Times New Roman" w:eastAsia="Times New Roman" w:cs="Times New Roman"/>
        </w:rPr>
        <w:t xml:space="preserve"> </w:t>
      </w:r>
      <w:r>
        <w:rPr>
          <w:rFonts w:ascii="Nirmala UI" w:hAnsi="Nirmala UI" w:eastAsia="Nirmala UI" w:cs="Nirmala UI"/>
        </w:rPr>
        <w:t>ইস্রায়েলকে</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দেখার</w:t>
      </w:r>
      <w:r>
        <w:rPr>
          <w:rFonts w:ascii="Times New Roman" w:hAnsi="Times New Roman" w:eastAsia="Times New Roman" w:cs="Times New Roman"/>
        </w:rPr>
        <w:t xml:space="preserve"> </w:t>
      </w:r>
      <w:r>
        <w:rPr>
          <w:rFonts w:ascii="Nirmala UI" w:hAnsi="Nirmala UI" w:eastAsia="Nirmala UI" w:cs="Nirmala UI"/>
        </w:rPr>
        <w:t>সুযোগ</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আক্ষরিক</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ক্রুশের</w:t>
      </w:r>
      <w:r>
        <w:rPr>
          <w:rFonts w:ascii="Times New Roman" w:hAnsi="Times New Roman" w:eastAsia="Times New Roman" w:cs="Times New Roman"/>
        </w:rPr>
        <w:t xml:space="preserve"> </w:t>
      </w:r>
      <w:r>
        <w:rPr>
          <w:rFonts w:ascii="Nirmala UI" w:hAnsi="Nirmala UI" w:eastAsia="Nirmala UI" w:cs="Nirmala UI"/>
        </w:rPr>
        <w:t>সময়েই</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বন্ধ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দিয়েছিল।</w:t>
      </w:r>
    </w:p>
    <w:p>
      <w:pPr>
        <w:pStyle w:val="ArticleScripture"/>
        <w:jc w:val="left"/>
      </w:pPr>
      <w:r>
        <w:rPr>
          <w:rFonts w:ascii="Times New Roman" w:hAnsi="Times New Roman" w:eastAsia="Times New Roman" w:cs="Times New Roman"/>
        </w:rPr>
        <w:t>«</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ኢየሩሳሌም</w:t>
      </w:r>
      <w:r>
        <w:rPr>
          <w:rFonts w:ascii="Times New Roman" w:hAnsi="Times New Roman" w:eastAsia="Times New Roman" w:cs="Times New Roman"/>
        </w:rPr>
        <w:t xml:space="preserve"> </w:t>
      </w:r>
      <w:r>
        <w:rPr>
          <w:rFonts w:ascii="Ebrima" w:hAnsi="Ebrima" w:eastAsia="Ebrima" w:cs="Ebrima"/>
        </w:rPr>
        <w:t>ድሕሪ</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ቅድስቲ</w:t>
      </w:r>
      <w:r>
        <w:rPr>
          <w:rFonts w:ascii="Times New Roman" w:hAnsi="Times New Roman" w:eastAsia="Times New Roman" w:cs="Times New Roman"/>
        </w:rPr>
        <w:t xml:space="preserve"> </w:t>
      </w:r>
      <w:r>
        <w:rPr>
          <w:rFonts w:ascii="Ebrima" w:hAnsi="Ebrima" w:eastAsia="Ebrima" w:cs="Ebrima"/>
        </w:rPr>
        <w:t>ቦታ</w:t>
      </w:r>
      <w:r>
        <w:rPr>
          <w:rFonts w:ascii="Times New Roman" w:hAnsi="Times New Roman" w:eastAsia="Times New Roman" w:cs="Times New Roman"/>
        </w:rPr>
        <w:t xml:space="preserve"> </w:t>
      </w:r>
      <w:r>
        <w:rPr>
          <w:rFonts w:ascii="Ebrima" w:hAnsi="Ebrima" w:eastAsia="Ebrima" w:cs="Ebrima"/>
        </w:rPr>
        <w:t>ኣይኮነትን።</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ብምንጻግን</w:t>
      </w:r>
      <w:r>
        <w:rPr>
          <w:rFonts w:ascii="Times New Roman" w:hAnsi="Times New Roman" w:eastAsia="Times New Roman" w:cs="Times New Roman"/>
        </w:rPr>
        <w:t xml:space="preserve"> </w:t>
      </w:r>
      <w:r>
        <w:rPr>
          <w:rFonts w:ascii="Ebrima" w:hAnsi="Ebrima" w:eastAsia="Ebrima" w:cs="Ebrima"/>
        </w:rPr>
        <w:t>ብምስቃልን</w:t>
      </w:r>
      <w:r>
        <w:rPr>
          <w:rFonts w:ascii="Times New Roman" w:hAnsi="Times New Roman" w:eastAsia="Times New Roman" w:cs="Times New Roman"/>
        </w:rPr>
        <w:t xml:space="preserve"> </w:t>
      </w:r>
      <w:r>
        <w:rPr>
          <w:rFonts w:ascii="Ebrima" w:hAnsi="Ebrima" w:eastAsia="Ebrima" w:cs="Ebrima"/>
        </w:rPr>
        <w:t>መርገም</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ኣብኣ</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ጸልማት</w:t>
      </w:r>
      <w:r>
        <w:rPr>
          <w:rFonts w:ascii="Times New Roman" w:hAnsi="Times New Roman" w:eastAsia="Times New Roman" w:cs="Times New Roman"/>
        </w:rPr>
        <w:t xml:space="preserve"> </w:t>
      </w:r>
      <w:r>
        <w:rPr>
          <w:rFonts w:ascii="Ebrima" w:hAnsi="Ebrima" w:eastAsia="Ebrima" w:cs="Ebrima"/>
        </w:rPr>
        <w:t>ነጥቢ</w:t>
      </w:r>
      <w:r>
        <w:rPr>
          <w:rFonts w:ascii="Times New Roman" w:hAnsi="Times New Roman" w:eastAsia="Times New Roman" w:cs="Times New Roman"/>
        </w:rPr>
        <w:t xml:space="preserve"> </w:t>
      </w:r>
      <w:r>
        <w:rPr>
          <w:rFonts w:ascii="Ebrima" w:hAnsi="Ebrima" w:eastAsia="Ebrima" w:cs="Ebrima"/>
        </w:rPr>
        <w:t>ጥፍኣት</w:t>
      </w:r>
      <w:r>
        <w:rPr>
          <w:rFonts w:ascii="Times New Roman" w:hAnsi="Times New Roman" w:eastAsia="Times New Roman" w:cs="Times New Roman"/>
        </w:rPr>
        <w:t xml:space="preserve"> </w:t>
      </w:r>
      <w:r>
        <w:rPr>
          <w:rFonts w:ascii="Ebrima" w:hAnsi="Ebrima" w:eastAsia="Ebrima" w:cs="Ebrima"/>
        </w:rPr>
        <w:t>ኣብኣ</w:t>
      </w:r>
      <w:r>
        <w:rPr>
          <w:rFonts w:ascii="Times New Roman" w:hAnsi="Times New Roman" w:eastAsia="Times New Roman" w:cs="Times New Roman"/>
        </w:rPr>
        <w:t xml:space="preserve"> </w:t>
      </w:r>
      <w:r>
        <w:rPr>
          <w:rFonts w:ascii="Ebrima" w:hAnsi="Ebrima" w:eastAsia="Ebrima" w:cs="Ebrima"/>
        </w:rPr>
        <w:t>ተቐሚጡ</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ብናይ</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ንጹህ</w:t>
      </w:r>
      <w:r>
        <w:rPr>
          <w:rFonts w:ascii="Times New Roman" w:hAnsi="Times New Roman" w:eastAsia="Times New Roman" w:cs="Times New Roman"/>
        </w:rPr>
        <w:t xml:space="preserve"> </w:t>
      </w:r>
      <w:r>
        <w:rPr>
          <w:rFonts w:ascii="Ebrima" w:hAnsi="Ebrima" w:eastAsia="Ebrima" w:cs="Ebrima"/>
        </w:rPr>
        <w:t>ዚገብር</w:t>
      </w:r>
      <w:r>
        <w:rPr>
          <w:rFonts w:ascii="Times New Roman" w:hAnsi="Times New Roman" w:eastAsia="Times New Roman" w:cs="Times New Roman"/>
        </w:rPr>
        <w:t xml:space="preserve"> </w:t>
      </w:r>
      <w:r>
        <w:rPr>
          <w:rFonts w:ascii="Ebrima" w:hAnsi="Ebrima" w:eastAsia="Ebrima" w:cs="Ebrima"/>
        </w:rPr>
        <w:t>ሓዊ</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እትነጽሕ</w:t>
      </w:r>
      <w:r>
        <w:rPr>
          <w:rFonts w:ascii="Times New Roman" w:hAnsi="Times New Roman" w:eastAsia="Times New Roman" w:cs="Times New Roman"/>
        </w:rPr>
        <w:t xml:space="preserve"> </w:t>
      </w:r>
      <w:r>
        <w:rPr>
          <w:rFonts w:ascii="Ebrima" w:hAnsi="Ebrima" w:eastAsia="Ebrima" w:cs="Ebrima"/>
        </w:rPr>
        <w:t>ቅድስቲ</w:t>
      </w:r>
      <w:r>
        <w:rPr>
          <w:rFonts w:ascii="Times New Roman" w:hAnsi="Times New Roman" w:eastAsia="Times New Roman" w:cs="Times New Roman"/>
        </w:rPr>
        <w:t xml:space="preserve"> </w:t>
      </w:r>
      <w:r>
        <w:rPr>
          <w:rFonts w:ascii="Ebrima" w:hAnsi="Ebrima" w:eastAsia="Ebrima" w:cs="Ebrima"/>
        </w:rPr>
        <w:t>ቦታ</w:t>
      </w:r>
      <w:r>
        <w:rPr>
          <w:rFonts w:ascii="Times New Roman" w:hAnsi="Times New Roman" w:eastAsia="Times New Roman" w:cs="Times New Roman"/>
        </w:rPr>
        <w:t xml:space="preserve"> </w:t>
      </w:r>
      <w:r>
        <w:rPr>
          <w:rFonts w:ascii="Ebrima" w:hAnsi="Ebrima" w:eastAsia="Ebrima" w:cs="Ebrima"/>
        </w:rPr>
        <w:t>ፈጺማ</w:t>
      </w:r>
      <w:r>
        <w:rPr>
          <w:rFonts w:ascii="Times New Roman" w:hAnsi="Times New Roman" w:eastAsia="Times New Roman" w:cs="Times New Roman"/>
        </w:rPr>
        <w:t xml:space="preserve"> </w:t>
      </w:r>
      <w:r>
        <w:rPr>
          <w:rFonts w:ascii="Ebrima" w:hAnsi="Ebrima" w:eastAsia="Ebrima" w:cs="Ebrima"/>
        </w:rPr>
        <w:t>ኣይትኸውንን።</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እዋን</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ብሓጢኣት</w:t>
      </w:r>
      <w:r>
        <w:rPr>
          <w:rFonts w:ascii="Times New Roman" w:hAnsi="Times New Roman" w:eastAsia="Times New Roman" w:cs="Times New Roman"/>
        </w:rPr>
        <w:t xml:space="preserve"> </w:t>
      </w:r>
      <w:r>
        <w:rPr>
          <w:rFonts w:ascii="Ebrima" w:hAnsi="Ebrima" w:eastAsia="Ebrima" w:cs="Ebrima"/>
        </w:rPr>
        <w:t>ዝተረገመት</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ኩሉ</w:t>
      </w:r>
      <w:r>
        <w:rPr>
          <w:rFonts w:ascii="Times New Roman" w:hAnsi="Times New Roman" w:eastAsia="Times New Roman" w:cs="Times New Roman"/>
        </w:rPr>
        <w:t xml:space="preserve"> </w:t>
      </w:r>
      <w:r>
        <w:rPr>
          <w:rFonts w:ascii="Ebrima" w:hAnsi="Ebrima" w:eastAsia="Ebrima" w:cs="Ebrima"/>
        </w:rPr>
        <w:t>ርኽሰት</w:t>
      </w:r>
      <w:r>
        <w:rPr>
          <w:rFonts w:ascii="Times New Roman" w:hAnsi="Times New Roman" w:eastAsia="Times New Roman" w:cs="Times New Roman"/>
        </w:rPr>
        <w:t xml:space="preserve"> </w:t>
      </w:r>
      <w:r>
        <w:rPr>
          <w:rFonts w:ascii="Ebrima" w:hAnsi="Ebrima" w:eastAsia="Ebrima" w:cs="Ebrima"/>
        </w:rPr>
        <w:t>ሓጢኣት</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ተነጽሀት፣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ደብረ</w:t>
      </w:r>
      <w:r>
        <w:rPr>
          <w:rFonts w:ascii="Times New Roman" w:hAnsi="Times New Roman" w:eastAsia="Times New Roman" w:cs="Times New Roman"/>
        </w:rPr>
        <w:t xml:space="preserve"> </w:t>
      </w:r>
      <w:r>
        <w:rPr>
          <w:rFonts w:ascii="Ebrima" w:hAnsi="Ebrima" w:eastAsia="Ebrima" w:cs="Ebrima"/>
        </w:rPr>
        <w:t>ዘይቲ</w:t>
      </w:r>
      <w:r>
        <w:rPr>
          <w:rFonts w:ascii="Times New Roman" w:hAnsi="Times New Roman" w:eastAsia="Times New Roman" w:cs="Times New Roman"/>
        </w:rPr>
        <w:t xml:space="preserve"> </w:t>
      </w:r>
      <w:r>
        <w:rPr>
          <w:rFonts w:ascii="Ebrima" w:hAnsi="Ebrima" w:eastAsia="Ebrima" w:cs="Ebrima"/>
        </w:rPr>
        <w:t>ኪቐውም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ኣእጋሩ</w:t>
      </w:r>
      <w:r>
        <w:rPr>
          <w:rFonts w:ascii="Times New Roman" w:hAnsi="Times New Roman" w:eastAsia="Times New Roman" w:cs="Times New Roman"/>
        </w:rPr>
        <w:t xml:space="preserve"> </w:t>
      </w:r>
      <w:r>
        <w:rPr>
          <w:rFonts w:ascii="Ebrima" w:hAnsi="Ebrima" w:eastAsia="Ebrima" w:cs="Ebrima"/>
        </w:rPr>
        <w:t>ኣብኡ</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ዓረፉ፣</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ቦታ</w:t>
      </w:r>
      <w:r>
        <w:rPr>
          <w:rFonts w:ascii="Times New Roman" w:hAnsi="Times New Roman" w:eastAsia="Times New Roman" w:cs="Times New Roman"/>
        </w:rPr>
        <w:t xml:space="preserve"> </w:t>
      </w:r>
      <w:r>
        <w:rPr>
          <w:rFonts w:ascii="Ebrima" w:hAnsi="Ebrima" w:eastAsia="Ebrima" w:cs="Ebrima"/>
        </w:rPr>
        <w:t>ክፈላለ</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ንከተማ</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ዝተዳለወ</w:t>
      </w:r>
      <w:r>
        <w:rPr>
          <w:rFonts w:ascii="Times New Roman" w:hAnsi="Times New Roman" w:eastAsia="Times New Roman" w:cs="Times New Roman"/>
        </w:rPr>
        <w:t xml:space="preserve"> </w:t>
      </w:r>
      <w:r>
        <w:rPr>
          <w:rFonts w:ascii="Ebrima" w:hAnsi="Ebrima" w:eastAsia="Ebrima" w:cs="Ebrima"/>
        </w:rPr>
        <w:t>ዓብዪ</w:t>
      </w:r>
      <w:r>
        <w:rPr>
          <w:rFonts w:ascii="Times New Roman" w:hAnsi="Times New Roman" w:eastAsia="Times New Roman" w:cs="Times New Roman"/>
        </w:rPr>
        <w:t xml:space="preserve"> </w:t>
      </w:r>
      <w:r>
        <w:rPr>
          <w:rFonts w:ascii="Ebrima" w:hAnsi="Ebrima" w:eastAsia="Ebrima" w:cs="Ebrima"/>
        </w:rPr>
        <w:t>ሜዳ</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ኪኸውን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Review and Herald, July 30, 1901.</w:t>
      </w:r>
    </w:p>
    <w:p>
      <w:pPr>
        <w:pStyle w:val="ArticleBody"/>
        <w:jc w:val="left"/>
      </w:pP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प्रासंगिकता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ग्यारहवें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A kolpeğî wê li ser alîyê wî rawestin; ew ê pîrozgeha hêzê pîs bikin, qurbaniya rojane rakevin, û kerêtiya ku wêraniyê dike danîn. Daniel 11:31.</w:t>
      </w:r>
    </w:p>
    <w:p>
      <w:pPr>
        <w:pStyle w:val="ArticleBody"/>
        <w:jc w:val="left"/>
      </w:pPr>
      <w:r>
        <w:rPr>
          <w:rFonts w:ascii="Times New Roman" w:hAnsi="Times New Roman" w:eastAsia="Times New Roman" w:cs="Times New Roman"/>
        </w:rPr>
        <w:t>Этот стих указывает на деятельность языческого Рима, возведшего папство на престол земли в 538 году. «Мышцы» представляют военную мощь языческого Рима, которая встала на защиту папства, начиная с Хлодвига, короля франков, в 496 году. После Хлодвига разные европейские короли содействовали утверждению папства, но данный стих указывает на четыре действия, которые европейские короли («мышцы») совершили для папства, после того как они преступили, вступив в союз церкви и государства с тирской блудницей.</w:t>
      </w:r>
    </w:p>
    <w:p>
      <w:pPr>
        <w:pStyle w:val="ArticleBody"/>
        <w:jc w:val="left"/>
      </w:pPr>
      <w:r>
        <w:rPr>
          <w:rFonts w:ascii="Times New Roman" w:hAnsi="Times New Roman" w:eastAsia="Times New Roman" w:cs="Times New Roman"/>
        </w:rPr>
        <w:t>Aña tikuñata papasía laykupi sayarispan, Roma llaqtata “q’icharqanku” icha tukuchirqanku, chaymi karqan kallpapa unanchaqnin, pagano Roma-paqpas papal Roma-paqpas. Chay versículopi q’ichayqa watakuna p’unchawninpi kutin-kutin rurasqa karqan, Roma llaqta mana samayniyuq soldado atacikunaman urmaykuchisqa kaptin. Chay Europa reykuna (brazo-kuna), “sapa p’unchawta”pas qichusqankum. Kay versículopi “qichuy” nispa tikrasqa hebreo simiqa manam “rum”chu, imaynatachus pusaq kapítulopi karqan hina. Kay versículopi “qichuy” nispa tikrasqa simiqa “sur” nisqam, chayqa anchuchiyta nin. Europa reykunapa brazo-nkunaqa papasía hatariyninman contra paganismo-pa sayariyninta wata 508-pi anchuchinqaku. Hinaspan wata 538-pi, chay brazo-kunaqa papasíata kay pachapa tiyananman churankaku. Chaymanta, chay wata kikinpi Orleans Consejopi, papasía domingo leyta sayachirqan.</w:t>
      </w:r>
    </w:p>
    <w:p>
      <w:pPr>
        <w:pStyle w:val="ArticleBody"/>
        <w:jc w:val="left"/>
      </w:pPr>
      <w:r>
        <w:rPr>
          <w:rFonts w:ascii="Times New Roman" w:hAnsi="Times New Roman" w:eastAsia="Times New Roman" w:cs="Times New Roman"/>
        </w:rPr>
        <w:t>Нарын катар сыйынуу күнү — Сестра Уайт «бутка табынуучулук» ишембиси деп атаган күн, ал эми бутка табынуучулук — «жийиркеничтүү нерсе» деген сөздүн Ыйык Китептеги эң так аныктамасы. 538-жылы бутпарас Римдин күчтөрү кыйратуучу жийиркеничтүү нерсени орнотушкан.</w:t>
      </w:r>
    </w:p>
    <w:p>
      <w:pPr>
        <w:pStyle w:val="ArticleScripture"/>
        <w:jc w:val="left"/>
      </w:pPr>
      <w:r>
        <w:rPr>
          <w:rFonts w:ascii="Times New Roman" w:hAnsi="Times New Roman" w:eastAsia="Times New Roman" w:cs="Times New Roman"/>
        </w:rPr>
        <w:t>“</w:t>
      </w:r>
      <w:r>
        <w:rPr>
          <w:rFonts w:ascii="Microsoft Yi Baiti" w:hAnsi="Microsoft Yi Baiti" w:eastAsia="Microsoft Yi Baiti" w:cs="Microsoft Yi Baiti"/>
        </w:rPr>
        <w:t>ꄊꋍ</w:t>
      </w:r>
      <w:r>
        <w:rPr>
          <w:rFonts w:ascii="Times New Roman" w:hAnsi="Times New Roman" w:eastAsia="Times New Roman" w:cs="Times New Roman"/>
        </w:rPr>
        <w:t xml:space="preserve"> </w:t>
      </w:r>
      <w:r>
        <w:rPr>
          <w:rFonts w:ascii="Microsoft Yi Baiti" w:hAnsi="Microsoft Yi Baiti" w:eastAsia="Microsoft Yi Baiti" w:cs="Microsoft Yi Baiti"/>
        </w:rPr>
        <w:t>ꂾꑍ</w:t>
      </w:r>
      <w:r>
        <w:rPr>
          <w:rFonts w:ascii="Times New Roman" w:hAnsi="Times New Roman" w:eastAsia="Times New Roman" w:cs="Times New Roman"/>
        </w:rPr>
        <w:t xml:space="preserve"> </w:t>
      </w:r>
      <w:r>
        <w:rPr>
          <w:rFonts w:ascii="Microsoft Yi Baiti" w:hAnsi="Microsoft Yi Baiti" w:eastAsia="Microsoft Yi Baiti" w:cs="Microsoft Yi Baiti"/>
        </w:rPr>
        <w:t>ꁮꀋꌠ</w:t>
      </w:r>
      <w:r>
        <w:rPr>
          <w:rFonts w:ascii="Times New Roman" w:hAnsi="Times New Roman" w:eastAsia="Times New Roman" w:cs="Times New Roman"/>
        </w:rPr>
        <w:t xml:space="preserve"> </w:t>
      </w:r>
      <w:r>
        <w:rPr>
          <w:rFonts w:ascii="Microsoft Yi Baiti" w:hAnsi="Microsoft Yi Baiti" w:eastAsia="Microsoft Yi Baiti" w:cs="Microsoft Yi Baiti"/>
        </w:rPr>
        <w:t>ꑍꆹ</w:t>
      </w:r>
      <w:r>
        <w:rPr>
          <w:rFonts w:ascii="Times New Roman" w:hAnsi="Times New Roman" w:eastAsia="Times New Roman" w:cs="Times New Roman"/>
        </w:rPr>
        <w:t xml:space="preserve">, </w:t>
      </w:r>
      <w:r>
        <w:rPr>
          <w:rFonts w:ascii="Microsoft Yi Baiti" w:hAnsi="Microsoft Yi Baiti" w:eastAsia="Microsoft Yi Baiti" w:cs="Microsoft Yi Baiti"/>
        </w:rPr>
        <w:t>ꈜꄉ</w:t>
      </w:r>
      <w:r>
        <w:rPr>
          <w:rFonts w:ascii="Times New Roman" w:hAnsi="Times New Roman" w:eastAsia="Times New Roman" w:cs="Times New Roman"/>
        </w:rPr>
        <w:t xml:space="preserve"> </w:t>
      </w:r>
      <w:r>
        <w:rPr>
          <w:rFonts w:ascii="Microsoft Yi Baiti" w:hAnsi="Microsoft Yi Baiti" w:eastAsia="Microsoft Yi Baiti" w:cs="Microsoft Yi Baiti"/>
        </w:rPr>
        <w:t>ꆈꌠ</w:t>
      </w:r>
      <w:r>
        <w:rPr>
          <w:rFonts w:ascii="Times New Roman" w:hAnsi="Times New Roman" w:eastAsia="Times New Roman" w:cs="Times New Roman"/>
        </w:rPr>
        <w:t xml:space="preserve"> </w:t>
      </w:r>
      <w:r>
        <w:rPr>
          <w:rFonts w:ascii="Microsoft Yi Baiti" w:hAnsi="Microsoft Yi Baiti" w:eastAsia="Microsoft Yi Baiti" w:cs="Microsoft Yi Baiti"/>
        </w:rPr>
        <w:t>ꑍꆹ</w:t>
      </w:r>
      <w:r>
        <w:rPr>
          <w:rFonts w:ascii="Times New Roman" w:hAnsi="Times New Roman" w:eastAsia="Times New Roman" w:cs="Times New Roman"/>
        </w:rPr>
        <w:t xml:space="preserve"> </w:t>
      </w:r>
      <w:r>
        <w:rPr>
          <w:rFonts w:ascii="Microsoft Yi Baiti" w:hAnsi="Microsoft Yi Baiti" w:eastAsia="Microsoft Yi Baiti" w:cs="Microsoft Yi Baiti"/>
        </w:rPr>
        <w:t>ꀕꆪ</w:t>
      </w:r>
      <w:r>
        <w:rPr>
          <w:rFonts w:ascii="Times New Roman" w:hAnsi="Times New Roman" w:eastAsia="Times New Roman" w:cs="Times New Roman"/>
        </w:rPr>
        <w:t xml:space="preserve"> </w:t>
      </w:r>
      <w:r>
        <w:rPr>
          <w:rFonts w:ascii="Microsoft Yi Baiti" w:hAnsi="Microsoft Yi Baiti" w:eastAsia="Microsoft Yi Baiti" w:cs="Microsoft Yi Baiti"/>
        </w:rPr>
        <w:t>ꊰꆏ</w:t>
      </w:r>
      <w:r>
        <w:rPr>
          <w:rFonts w:ascii="Times New Roman" w:hAnsi="Times New Roman" w:eastAsia="Times New Roman" w:cs="Times New Roman"/>
        </w:rPr>
        <w:t xml:space="preserve"> </w:t>
      </w:r>
      <w:r>
        <w:rPr>
          <w:rFonts w:ascii="Microsoft Yi Baiti" w:hAnsi="Microsoft Yi Baiti" w:eastAsia="Microsoft Yi Baiti" w:cs="Microsoft Yi Baiti"/>
        </w:rPr>
        <w:t>ꈌꑳ</w:t>
      </w:r>
      <w:r>
        <w:rPr>
          <w:rFonts w:ascii="Times New Roman" w:hAnsi="Times New Roman" w:eastAsia="Times New Roman" w:cs="Times New Roman"/>
        </w:rPr>
        <w:t xml:space="preserve"> </w:t>
      </w:r>
      <w:r>
        <w:rPr>
          <w:rFonts w:ascii="Microsoft Yi Baiti" w:hAnsi="Microsoft Yi Baiti" w:eastAsia="Microsoft Yi Baiti" w:cs="Microsoft Yi Baiti"/>
        </w:rPr>
        <w:t>ꐚ</w:t>
      </w:r>
      <w:r>
        <w:rPr>
          <w:rFonts w:ascii="Times New Roman" w:hAnsi="Times New Roman" w:eastAsia="Times New Roman" w:cs="Times New Roman"/>
        </w:rPr>
        <w:t xml:space="preserve"> </w:t>
      </w:r>
      <w:r>
        <w:rPr>
          <w:rFonts w:ascii="Microsoft Yi Baiti" w:hAnsi="Microsoft Yi Baiti" w:eastAsia="Microsoft Yi Baiti" w:cs="Microsoft Yi Baiti"/>
        </w:rPr>
        <w:t>ꁧꀋꌠ</w:t>
      </w:r>
      <w:r>
        <w:rPr>
          <w:rFonts w:ascii="Times New Roman" w:hAnsi="Times New Roman" w:eastAsia="Times New Roman" w:cs="Times New Roman"/>
        </w:rPr>
        <w:t xml:space="preserve"> </w:t>
      </w:r>
      <w:r>
        <w:rPr>
          <w:rFonts w:ascii="Microsoft Yi Baiti" w:hAnsi="Microsoft Yi Baiti" w:eastAsia="Microsoft Yi Baiti" w:cs="Microsoft Yi Baiti"/>
        </w:rPr>
        <w:t>ꊰ</w:t>
      </w:r>
      <w:r>
        <w:rPr>
          <w:rFonts w:ascii="Times New Roman" w:hAnsi="Times New Roman" w:eastAsia="Times New Roman" w:cs="Times New Roman"/>
        </w:rPr>
        <w:t xml:space="preserve"> </w:t>
      </w:r>
      <w:r>
        <w:rPr>
          <w:rFonts w:ascii="Microsoft Yi Baiti" w:hAnsi="Microsoft Yi Baiti" w:eastAsia="Microsoft Yi Baiti" w:cs="Microsoft Yi Baiti"/>
        </w:rPr>
        <w:t>ꂶꌠ</w:t>
      </w:r>
      <w:r>
        <w:rPr>
          <w:rFonts w:ascii="Times New Roman" w:hAnsi="Times New Roman" w:eastAsia="Times New Roman" w:cs="Times New Roman"/>
        </w:rPr>
        <w:t xml:space="preserve"> </w:t>
      </w:r>
      <w:r>
        <w:rPr>
          <w:rFonts w:ascii="Microsoft Yi Baiti" w:hAnsi="Microsoft Yi Baiti" w:eastAsia="Microsoft Yi Baiti" w:cs="Microsoft Yi Baiti"/>
        </w:rPr>
        <w:t>ꐥꌠ</w:t>
      </w:r>
      <w:r>
        <w:rPr>
          <w:rFonts w:ascii="Times New Roman" w:hAnsi="Times New Roman" w:eastAsia="Times New Roman" w:cs="Times New Roman"/>
        </w:rPr>
        <w:t xml:space="preserve">, </w:t>
      </w:r>
      <w:r>
        <w:rPr>
          <w:rFonts w:ascii="Microsoft Yi Baiti" w:hAnsi="Microsoft Yi Baiti" w:eastAsia="Microsoft Yi Baiti" w:cs="Microsoft Yi Baiti"/>
        </w:rPr>
        <w:t>ꊰꋍ</w:t>
      </w:r>
      <w:r>
        <w:rPr>
          <w:rFonts w:ascii="Times New Roman" w:hAnsi="Times New Roman" w:eastAsia="Times New Roman" w:cs="Times New Roman"/>
        </w:rPr>
        <w:t xml:space="preserve"> </w:t>
      </w:r>
      <w:r>
        <w:rPr>
          <w:rFonts w:ascii="Microsoft Yi Baiti" w:hAnsi="Microsoft Yi Baiti" w:eastAsia="Microsoft Yi Baiti" w:cs="Microsoft Yi Baiti"/>
        </w:rPr>
        <w:t>ꒉꀉ</w:t>
      </w:r>
      <w:r>
        <w:rPr>
          <w:rFonts w:ascii="Times New Roman" w:hAnsi="Times New Roman" w:eastAsia="Times New Roman" w:cs="Times New Roman"/>
        </w:rPr>
        <w:t xml:space="preserve"> </w:t>
      </w:r>
      <w:r>
        <w:rPr>
          <w:rFonts w:ascii="Microsoft Yi Baiti" w:hAnsi="Microsoft Yi Baiti" w:eastAsia="Microsoft Yi Baiti" w:cs="Microsoft Yi Baiti"/>
        </w:rPr>
        <w:t>ꌋꌠ</w:t>
      </w:r>
      <w:r>
        <w:rPr>
          <w:rFonts w:ascii="Times New Roman" w:hAnsi="Times New Roman" w:eastAsia="Times New Roman" w:cs="Times New Roman"/>
        </w:rPr>
        <w:t xml:space="preserve"> </w:t>
      </w:r>
      <w:r>
        <w:rPr>
          <w:rFonts w:ascii="Microsoft Yi Baiti" w:hAnsi="Microsoft Yi Baiti" w:eastAsia="Microsoft Yi Baiti" w:cs="Microsoft Yi Baiti"/>
        </w:rPr>
        <w:t>ꈜꄉ</w:t>
      </w:r>
      <w:r>
        <w:rPr>
          <w:rFonts w:ascii="Times New Roman" w:hAnsi="Times New Roman" w:eastAsia="Times New Roman" w:cs="Times New Roman"/>
        </w:rPr>
        <w:t xml:space="preserve"> </w:t>
      </w:r>
      <w:r>
        <w:rPr>
          <w:rFonts w:ascii="Microsoft Yi Baiti" w:hAnsi="Microsoft Yi Baiti" w:eastAsia="Microsoft Yi Baiti" w:cs="Microsoft Yi Baiti"/>
        </w:rPr>
        <w:t>ꆈꌠ</w:t>
      </w:r>
      <w:r>
        <w:rPr>
          <w:rFonts w:ascii="Times New Roman" w:hAnsi="Times New Roman" w:eastAsia="Times New Roman" w:cs="Times New Roman"/>
        </w:rPr>
        <w:t xml:space="preserve"> </w:t>
      </w:r>
      <w:r>
        <w:rPr>
          <w:rFonts w:ascii="Microsoft Yi Baiti" w:hAnsi="Microsoft Yi Baiti" w:eastAsia="Microsoft Yi Baiti" w:cs="Microsoft Yi Baiti"/>
        </w:rPr>
        <w:t>ꉌꈐ</w:t>
      </w:r>
      <w:r>
        <w:rPr>
          <w:rFonts w:ascii="Times New Roman" w:hAnsi="Times New Roman" w:eastAsia="Times New Roman" w:cs="Times New Roman"/>
        </w:rPr>
        <w:t xml:space="preserve"> </w:t>
      </w:r>
      <w:r>
        <w:rPr>
          <w:rFonts w:ascii="Microsoft Yi Baiti" w:hAnsi="Microsoft Yi Baiti" w:eastAsia="Microsoft Yi Baiti" w:cs="Microsoft Yi Baiti"/>
        </w:rPr>
        <w:t>ꋬꋻ</w:t>
      </w:r>
      <w:r>
        <w:rPr>
          <w:rFonts w:ascii="Times New Roman" w:hAnsi="Times New Roman" w:eastAsia="Times New Roman" w:cs="Times New Roman"/>
        </w:rPr>
        <w:t xml:space="preserve"> </w:t>
      </w:r>
      <w:r>
        <w:rPr>
          <w:rFonts w:ascii="Microsoft Yi Baiti" w:hAnsi="Microsoft Yi Baiti" w:eastAsia="Microsoft Yi Baiti" w:cs="Microsoft Yi Baiti"/>
        </w:rPr>
        <w:t>ꐚ</w:t>
      </w:r>
      <w:r>
        <w:rPr>
          <w:rFonts w:ascii="Times New Roman" w:hAnsi="Times New Roman" w:eastAsia="Times New Roman" w:cs="Times New Roman"/>
        </w:rPr>
        <w:t xml:space="preserve"> </w:t>
      </w:r>
      <w:r>
        <w:rPr>
          <w:rFonts w:ascii="Microsoft Yi Baiti" w:hAnsi="Microsoft Yi Baiti" w:eastAsia="Microsoft Yi Baiti" w:cs="Microsoft Yi Baiti"/>
        </w:rPr>
        <w:t>ꄯꉔ</w:t>
      </w:r>
      <w:r>
        <w:rPr>
          <w:rFonts w:ascii="Times New Roman" w:hAnsi="Times New Roman" w:eastAsia="Times New Roman" w:cs="Times New Roman"/>
        </w:rPr>
        <w:t xml:space="preserve"> </w:t>
      </w:r>
      <w:r>
        <w:rPr>
          <w:rFonts w:ascii="Microsoft Yi Baiti" w:hAnsi="Microsoft Yi Baiti" w:eastAsia="Microsoft Yi Baiti" w:cs="Microsoft Yi Baiti"/>
        </w:rPr>
        <w:t>ꂶꌠ</w:t>
      </w:r>
      <w:r>
        <w:rPr>
          <w:rFonts w:ascii="Times New Roman" w:hAnsi="Times New Roman" w:eastAsia="Times New Roman" w:cs="Times New Roman"/>
        </w:rPr>
        <w:t xml:space="preserve"> </w:t>
      </w:r>
      <w:r>
        <w:rPr>
          <w:rFonts w:ascii="Microsoft Yi Baiti" w:hAnsi="Microsoft Yi Baiti" w:eastAsia="Microsoft Yi Baiti" w:cs="Microsoft Yi Baiti"/>
        </w:rPr>
        <w:t>ꌠꃅ</w:t>
      </w:r>
      <w:r>
        <w:rPr>
          <w:rFonts w:ascii="Times New Roman" w:hAnsi="Times New Roman" w:eastAsia="Times New Roman" w:cs="Times New Roman"/>
        </w:rPr>
        <w:t xml:space="preserve"> </w:t>
      </w:r>
      <w:r>
        <w:rPr>
          <w:rFonts w:ascii="Microsoft Yi Baiti" w:hAnsi="Microsoft Yi Baiti" w:eastAsia="Microsoft Yi Baiti" w:cs="Microsoft Yi Baiti"/>
        </w:rPr>
        <w:t>ꃅꀋꄻ</w:t>
      </w:r>
      <w:r>
        <w:rPr>
          <w:rFonts w:ascii="Times New Roman" w:hAnsi="Times New Roman" w:eastAsia="Times New Roman" w:cs="Times New Roman"/>
        </w:rPr>
        <w:t xml:space="preserve"> </w:t>
      </w:r>
      <w:r>
        <w:rPr>
          <w:rFonts w:ascii="Microsoft Yi Baiti" w:hAnsi="Microsoft Yi Baiti" w:eastAsia="Microsoft Yi Baiti" w:cs="Microsoft Yi Baiti"/>
        </w:rPr>
        <w:t>ꆹꌠ</w:t>
      </w:r>
      <w:r>
        <w:rPr>
          <w:rFonts w:ascii="Times New Roman" w:hAnsi="Times New Roman" w:eastAsia="Times New Roman" w:cs="Times New Roman"/>
        </w:rPr>
        <w:t xml:space="preserve"> </w:t>
      </w:r>
      <w:r>
        <w:rPr>
          <w:rFonts w:ascii="Microsoft Yi Baiti" w:hAnsi="Microsoft Yi Baiti" w:eastAsia="Microsoft Yi Baiti" w:cs="Microsoft Yi Baiti"/>
        </w:rPr>
        <w:t>ꒉꋊ</w:t>
      </w:r>
      <w:r>
        <w:rPr>
          <w:rFonts w:ascii="Times New Roman" w:hAnsi="Times New Roman" w:eastAsia="Times New Roman" w:cs="Times New Roman"/>
        </w:rPr>
        <w:t xml:space="preserve"> </w:t>
      </w:r>
      <w:r>
        <w:rPr>
          <w:rFonts w:ascii="Microsoft Yi Baiti" w:hAnsi="Microsoft Yi Baiti" w:eastAsia="Microsoft Yi Baiti" w:cs="Microsoft Yi Baiti"/>
        </w:rPr>
        <w:t>ꂷꀋꐥꄻ</w:t>
      </w:r>
      <w:r>
        <w:rPr>
          <w:rFonts w:ascii="Times New Roman" w:hAnsi="Times New Roman" w:eastAsia="Times New Roman" w:cs="Times New Roman"/>
        </w:rPr>
        <w:t xml:space="preserve"> </w:t>
      </w:r>
      <w:r>
        <w:rPr>
          <w:rFonts w:ascii="Microsoft Yi Baiti" w:hAnsi="Microsoft Yi Baiti" w:eastAsia="Microsoft Yi Baiti" w:cs="Microsoft Yi Baiti"/>
        </w:rPr>
        <w:t>ꊌꒉꌠ</w:t>
      </w:r>
      <w:r>
        <w:rPr>
          <w:rFonts w:ascii="Times New Roman" w:hAnsi="Times New Roman" w:eastAsia="Times New Roman" w:cs="Times New Roman"/>
        </w:rPr>
        <w:t xml:space="preserve"> </w:t>
      </w:r>
      <w:r>
        <w:rPr>
          <w:rFonts w:ascii="Microsoft Yi Baiti" w:hAnsi="Microsoft Yi Baiti" w:eastAsia="Microsoft Yi Baiti" w:cs="Microsoft Yi Baiti"/>
        </w:rPr>
        <w:t>ꀋꉆ</w:t>
      </w:r>
      <w:r>
        <w:rPr>
          <w:rFonts w:ascii="Times New Roman" w:hAnsi="Times New Roman" w:eastAsia="Times New Roman" w:cs="Times New Roman"/>
        </w:rPr>
        <w:t xml:space="preserve"> </w:t>
      </w:r>
      <w:r>
        <w:rPr>
          <w:rFonts w:ascii="Microsoft Yi Baiti" w:hAnsi="Microsoft Yi Baiti" w:eastAsia="Microsoft Yi Baiti" w:cs="Microsoft Yi Baiti"/>
        </w:rPr>
        <w:t>ꐥꌠ</w:t>
      </w:r>
      <w:r>
        <w:rPr>
          <w:rFonts w:ascii="Times New Roman" w:hAnsi="Times New Roman" w:eastAsia="Times New Roman" w:cs="Times New Roman"/>
        </w:rPr>
        <w:t xml:space="preserve"> </w:t>
      </w:r>
      <w:r>
        <w:rPr>
          <w:rFonts w:ascii="Microsoft Yi Baiti" w:hAnsi="Microsoft Yi Baiti" w:eastAsia="Microsoft Yi Baiti" w:cs="Microsoft Yi Baiti"/>
        </w:rPr>
        <w:t>ꄷ</w:t>
      </w:r>
      <w:r>
        <w:rPr>
          <w:rFonts w:ascii="Times New Roman" w:hAnsi="Times New Roman" w:eastAsia="Times New Roman" w:cs="Times New Roman"/>
        </w:rPr>
        <w:t xml:space="preserve"> </w:t>
      </w:r>
      <w:r>
        <w:rPr>
          <w:rFonts w:ascii="Microsoft Yi Baiti" w:hAnsi="Microsoft Yi Baiti" w:eastAsia="Microsoft Yi Baiti" w:cs="Microsoft Yi Baiti"/>
        </w:rPr>
        <w:t>ꇬꀋꏢꌠ</w:t>
      </w:r>
      <w:r>
        <w:rPr>
          <w:rFonts w:ascii="Times New Roman" w:hAnsi="Times New Roman" w:eastAsia="Times New Roman" w:cs="Times New Roman"/>
        </w:rPr>
        <w:t xml:space="preserve"> </w:t>
      </w:r>
      <w:r>
        <w:rPr>
          <w:rFonts w:ascii="Microsoft Yi Baiti" w:hAnsi="Microsoft Yi Baiti" w:eastAsia="Microsoft Yi Baiti" w:cs="Microsoft Yi Baiti"/>
        </w:rPr>
        <w:t>ꃅ</w:t>
      </w:r>
      <w:r>
        <w:rPr>
          <w:rFonts w:ascii="Times New Roman" w:hAnsi="Times New Roman" w:eastAsia="Times New Roman" w:cs="Times New Roman"/>
        </w:rPr>
        <w:t xml:space="preserve"> </w:t>
      </w:r>
      <w:r>
        <w:rPr>
          <w:rFonts w:ascii="Microsoft Yi Baiti" w:hAnsi="Microsoft Yi Baiti" w:eastAsia="Microsoft Yi Baiti" w:cs="Microsoft Yi Baiti"/>
        </w:rPr>
        <w:t>ꋊꂻ</w:t>
      </w:r>
      <w:r>
        <w:rPr>
          <w:rFonts w:ascii="Times New Roman" w:hAnsi="Times New Roman" w:eastAsia="Times New Roman" w:cs="Times New Roman"/>
        </w:rPr>
        <w:t xml:space="preserve"> </w:t>
      </w:r>
      <w:r>
        <w:rPr>
          <w:rFonts w:ascii="Microsoft Yi Baiti" w:hAnsi="Microsoft Yi Baiti" w:eastAsia="Microsoft Yi Baiti" w:cs="Microsoft Yi Baiti"/>
        </w:rPr>
        <w:t>ꁦꌠ</w:t>
      </w:r>
      <w:r>
        <w:rPr>
          <w:rFonts w:ascii="Times New Roman" w:hAnsi="Times New Roman" w:eastAsia="Times New Roman" w:cs="Times New Roman"/>
        </w:rPr>
        <w:t xml:space="preserve"> </w:t>
      </w:r>
      <w:r>
        <w:rPr>
          <w:rFonts w:ascii="Microsoft Yi Baiti" w:hAnsi="Microsoft Yi Baiti" w:eastAsia="Microsoft Yi Baiti" w:cs="Microsoft Yi Baiti"/>
        </w:rPr>
        <w:t>ꁧꀋꌠ</w:t>
      </w:r>
      <w:r>
        <w:rPr>
          <w:rFonts w:ascii="Times New Roman" w:hAnsi="Times New Roman" w:eastAsia="Times New Roman" w:cs="Times New Roman"/>
        </w:rPr>
        <w:t xml:space="preserve"> </w:t>
      </w:r>
      <w:r>
        <w:rPr>
          <w:rFonts w:ascii="Microsoft Yi Baiti" w:hAnsi="Microsoft Yi Baiti" w:eastAsia="Microsoft Yi Baiti" w:cs="Microsoft Yi Baiti"/>
        </w:rPr>
        <w:t>ꐚ</w:t>
      </w:r>
      <w:r>
        <w:rPr>
          <w:rFonts w:ascii="Times New Roman" w:hAnsi="Times New Roman" w:eastAsia="Times New Roman" w:cs="Times New Roman"/>
        </w:rPr>
        <w:t xml:space="preserve"> </w:t>
      </w:r>
      <w:r>
        <w:rPr>
          <w:rFonts w:ascii="Microsoft Yi Baiti" w:hAnsi="Microsoft Yi Baiti" w:eastAsia="Microsoft Yi Baiti" w:cs="Microsoft Yi Baiti"/>
        </w:rPr>
        <w:t>ꄯꉔ</w:t>
      </w:r>
      <w:r>
        <w:rPr>
          <w:rFonts w:ascii="Times New Roman" w:hAnsi="Times New Roman" w:eastAsia="Times New Roman" w:cs="Times New Roman"/>
        </w:rPr>
        <w:t xml:space="preserve"> </w:t>
      </w:r>
      <w:r>
        <w:rPr>
          <w:rFonts w:ascii="Microsoft Yi Baiti" w:hAnsi="Microsoft Yi Baiti" w:eastAsia="Microsoft Yi Baiti" w:cs="Microsoft Yi Baiti"/>
        </w:rPr>
        <w:t>ꑳ</w:t>
      </w:r>
      <w:r>
        <w:rPr>
          <w:rFonts w:ascii="Times New Roman" w:hAnsi="Times New Roman" w:eastAsia="Times New Roman" w:cs="Times New Roman"/>
        </w:rPr>
        <w:t xml:space="preserve"> </w:t>
      </w:r>
      <w:r>
        <w:rPr>
          <w:rFonts w:ascii="Microsoft Yi Baiti" w:hAnsi="Microsoft Yi Baiti" w:eastAsia="Microsoft Yi Baiti" w:cs="Microsoft Yi Baiti"/>
        </w:rPr>
        <w:t>ꊰꋍ</w:t>
      </w:r>
      <w:r>
        <w:rPr>
          <w:rFonts w:ascii="Times New Roman" w:hAnsi="Times New Roman" w:eastAsia="Times New Roman" w:cs="Times New Roman"/>
        </w:rPr>
        <w:t xml:space="preserve"> </w:t>
      </w:r>
      <w:r>
        <w:rPr>
          <w:rFonts w:ascii="Microsoft Yi Baiti" w:hAnsi="Microsoft Yi Baiti" w:eastAsia="Microsoft Yi Baiti" w:cs="Microsoft Yi Baiti"/>
        </w:rPr>
        <w:t>ꃅꃤ</w:t>
      </w:r>
      <w:r>
        <w:rPr>
          <w:rFonts w:ascii="Times New Roman" w:hAnsi="Times New Roman" w:eastAsia="Times New Roman" w:cs="Times New Roman"/>
        </w:rPr>
        <w:t xml:space="preserve"> </w:t>
      </w:r>
      <w:r>
        <w:rPr>
          <w:rFonts w:ascii="Microsoft Yi Baiti" w:hAnsi="Microsoft Yi Baiti" w:eastAsia="Microsoft Yi Baiti" w:cs="Microsoft Yi Baiti"/>
        </w:rPr>
        <w:t>ꈎꌠꌦꌠ</w:t>
      </w:r>
      <w:r>
        <w:rPr>
          <w:rFonts w:ascii="Times New Roman" w:hAnsi="Times New Roman" w:eastAsia="Times New Roman" w:cs="Times New Roman"/>
        </w:rPr>
        <w:t xml:space="preserve"> </w:t>
      </w:r>
      <w:r>
        <w:rPr>
          <w:rFonts w:ascii="Microsoft Yi Baiti" w:hAnsi="Microsoft Yi Baiti" w:eastAsia="Microsoft Yi Baiti" w:cs="Microsoft Yi Baiti"/>
        </w:rPr>
        <w:t>ꌠꃅ</w:t>
      </w:r>
      <w:r>
        <w:rPr>
          <w:rFonts w:ascii="Times New Roman" w:hAnsi="Times New Roman" w:eastAsia="Times New Roman" w:cs="Times New Roman"/>
        </w:rPr>
        <w:t xml:space="preserve"> </w:t>
      </w:r>
      <w:r>
        <w:rPr>
          <w:rFonts w:ascii="Microsoft Yi Baiti" w:hAnsi="Microsoft Yi Baiti" w:eastAsia="Microsoft Yi Baiti" w:cs="Microsoft Yi Baiti"/>
        </w:rPr>
        <w:t>ꃅꀋꄻ</w:t>
      </w:r>
      <w:r>
        <w:rPr>
          <w:rFonts w:ascii="Times New Roman" w:hAnsi="Times New Roman" w:eastAsia="Times New Roman" w:cs="Times New Roman"/>
        </w:rPr>
        <w:t xml:space="preserve"> </w:t>
      </w:r>
      <w:r>
        <w:rPr>
          <w:rFonts w:ascii="Microsoft Yi Baiti" w:hAnsi="Microsoft Yi Baiti" w:eastAsia="Microsoft Yi Baiti" w:cs="Microsoft Yi Baiti"/>
        </w:rPr>
        <w:t>ꆹ</w:t>
      </w:r>
      <w:r>
        <w:rPr>
          <w:rFonts w:ascii="Times New Roman" w:hAnsi="Times New Roman" w:eastAsia="Times New Roman" w:cs="Times New Roman"/>
        </w:rPr>
        <w:t xml:space="preserve">. </w:t>
      </w:r>
      <w:r>
        <w:rPr>
          <w:rFonts w:ascii="Microsoft Yi Baiti" w:hAnsi="Microsoft Yi Baiti" w:eastAsia="Microsoft Yi Baiti" w:cs="Microsoft Yi Baiti"/>
        </w:rPr>
        <w:t>ꉌꃅ</w:t>
      </w:r>
      <w:r>
        <w:rPr>
          <w:rFonts w:ascii="Times New Roman" w:hAnsi="Times New Roman" w:eastAsia="Times New Roman" w:cs="Times New Roman"/>
        </w:rPr>
        <w:t xml:space="preserve"> </w:t>
      </w:r>
      <w:r>
        <w:rPr>
          <w:rFonts w:ascii="Microsoft Yi Baiti" w:hAnsi="Microsoft Yi Baiti" w:eastAsia="Microsoft Yi Baiti" w:cs="Microsoft Yi Baiti"/>
        </w:rPr>
        <w:t>ꋊꂻ</w:t>
      </w:r>
      <w:r>
        <w:rPr>
          <w:rFonts w:ascii="Times New Roman" w:hAnsi="Times New Roman" w:eastAsia="Times New Roman" w:cs="Times New Roman"/>
        </w:rPr>
        <w:t xml:space="preserve"> </w:t>
      </w:r>
      <w:r>
        <w:rPr>
          <w:rFonts w:ascii="Microsoft Yi Baiti" w:hAnsi="Microsoft Yi Baiti" w:eastAsia="Microsoft Yi Baiti" w:cs="Microsoft Yi Baiti"/>
        </w:rPr>
        <w:t>ꋍꌠ</w:t>
      </w:r>
      <w:r>
        <w:rPr>
          <w:rFonts w:ascii="Times New Roman" w:hAnsi="Times New Roman" w:eastAsia="Times New Roman" w:cs="Times New Roman"/>
        </w:rPr>
        <w:t xml:space="preserve"> </w:t>
      </w:r>
      <w:r>
        <w:rPr>
          <w:rFonts w:ascii="Microsoft Yi Baiti" w:hAnsi="Microsoft Yi Baiti" w:eastAsia="Microsoft Yi Baiti" w:cs="Microsoft Yi Baiti"/>
        </w:rPr>
        <w:t>ꑊꌠ</w:t>
      </w:r>
      <w:r>
        <w:rPr>
          <w:rFonts w:ascii="Times New Roman" w:hAnsi="Times New Roman" w:eastAsia="Times New Roman" w:cs="Times New Roman"/>
        </w:rPr>
        <w:t xml:space="preserve"> </w:t>
      </w:r>
      <w:r>
        <w:rPr>
          <w:rFonts w:ascii="Microsoft Yi Baiti" w:hAnsi="Microsoft Yi Baiti" w:eastAsia="Microsoft Yi Baiti" w:cs="Microsoft Yi Baiti"/>
        </w:rPr>
        <w:t>ꊿꄮꃅ</w:t>
      </w:r>
      <w:r>
        <w:rPr>
          <w:rFonts w:ascii="Times New Roman" w:hAnsi="Times New Roman" w:eastAsia="Times New Roman" w:cs="Times New Roman"/>
        </w:rPr>
        <w:t xml:space="preserve"> </w:t>
      </w:r>
      <w:r>
        <w:rPr>
          <w:rFonts w:ascii="Microsoft Yi Baiti" w:hAnsi="Microsoft Yi Baiti" w:eastAsia="Microsoft Yi Baiti" w:cs="Microsoft Yi Baiti"/>
        </w:rPr>
        <w:t>ꁦꌠ</w:t>
      </w:r>
      <w:r>
        <w:rPr>
          <w:rFonts w:ascii="Times New Roman" w:hAnsi="Times New Roman" w:eastAsia="Times New Roman" w:cs="Times New Roman"/>
        </w:rPr>
        <w:t xml:space="preserve">, </w:t>
      </w:r>
      <w:r>
        <w:rPr>
          <w:rFonts w:ascii="Microsoft Yi Baiti" w:hAnsi="Microsoft Yi Baiti" w:eastAsia="Microsoft Yi Baiti" w:cs="Microsoft Yi Baiti"/>
        </w:rPr>
        <w:t>ꋍꉌ</w:t>
      </w:r>
      <w:r>
        <w:rPr>
          <w:rFonts w:ascii="Times New Roman" w:hAnsi="Times New Roman" w:eastAsia="Times New Roman" w:cs="Times New Roman"/>
        </w:rPr>
        <w:t xml:space="preserve"> </w:t>
      </w:r>
      <w:r>
        <w:rPr>
          <w:rFonts w:ascii="Microsoft Yi Baiti" w:hAnsi="Microsoft Yi Baiti" w:eastAsia="Microsoft Yi Baiti" w:cs="Microsoft Yi Baiti"/>
        </w:rPr>
        <w:t>ꇬ</w:t>
      </w:r>
      <w:r>
        <w:rPr>
          <w:rFonts w:ascii="Times New Roman" w:hAnsi="Times New Roman" w:eastAsia="Times New Roman" w:cs="Times New Roman"/>
        </w:rPr>
        <w:t xml:space="preserve"> </w:t>
      </w:r>
      <w:r>
        <w:rPr>
          <w:rFonts w:ascii="Microsoft Yi Baiti" w:hAnsi="Microsoft Yi Baiti" w:eastAsia="Microsoft Yi Baiti" w:cs="Microsoft Yi Baiti"/>
        </w:rPr>
        <w:t>ꐆꎴꌠ</w:t>
      </w:r>
      <w:r>
        <w:rPr>
          <w:rFonts w:ascii="Times New Roman" w:hAnsi="Times New Roman" w:eastAsia="Times New Roman" w:cs="Times New Roman"/>
        </w:rPr>
        <w:t xml:space="preserve"> </w:t>
      </w:r>
      <w:r>
        <w:rPr>
          <w:rFonts w:ascii="Microsoft Yi Baiti" w:hAnsi="Microsoft Yi Baiti" w:eastAsia="Microsoft Yi Baiti" w:cs="Microsoft Yi Baiti"/>
        </w:rPr>
        <w:t>ꂥꇁ</w:t>
      </w:r>
      <w:r>
        <w:rPr>
          <w:rFonts w:ascii="Times New Roman" w:hAnsi="Times New Roman" w:eastAsia="Times New Roman" w:cs="Times New Roman"/>
        </w:rPr>
        <w:t xml:space="preserve"> </w:t>
      </w:r>
      <w:r>
        <w:rPr>
          <w:rFonts w:ascii="Microsoft Yi Baiti" w:hAnsi="Microsoft Yi Baiti" w:eastAsia="Microsoft Yi Baiti" w:cs="Microsoft Yi Baiti"/>
        </w:rPr>
        <w:t>ꑊꌠ</w:t>
      </w:r>
      <w:r>
        <w:rPr>
          <w:rFonts w:ascii="Times New Roman" w:hAnsi="Times New Roman" w:eastAsia="Times New Roman" w:cs="Times New Roman"/>
        </w:rPr>
        <w:t xml:space="preserve"> </w:t>
      </w:r>
      <w:r>
        <w:rPr>
          <w:rFonts w:ascii="Microsoft Yi Baiti" w:hAnsi="Microsoft Yi Baiti" w:eastAsia="Microsoft Yi Baiti" w:cs="Microsoft Yi Baiti"/>
        </w:rPr>
        <w:t>ꂷ</w:t>
      </w:r>
      <w:r>
        <w:rPr>
          <w:rFonts w:ascii="Times New Roman" w:hAnsi="Times New Roman" w:eastAsia="Times New Roman" w:cs="Times New Roman"/>
        </w:rPr>
        <w:t xml:space="preserve"> </w:t>
      </w:r>
      <w:r>
        <w:rPr>
          <w:rFonts w:ascii="Microsoft Yi Baiti" w:hAnsi="Microsoft Yi Baiti" w:eastAsia="Microsoft Yi Baiti" w:cs="Microsoft Yi Baiti"/>
        </w:rPr>
        <w:t>ꐚ</w:t>
      </w:r>
      <w:r>
        <w:rPr>
          <w:rFonts w:ascii="Times New Roman" w:hAnsi="Times New Roman" w:eastAsia="Times New Roman" w:cs="Times New Roman"/>
        </w:rPr>
        <w:t xml:space="preserve"> </w:t>
      </w:r>
      <w:r>
        <w:rPr>
          <w:rFonts w:ascii="Microsoft Yi Baiti" w:hAnsi="Microsoft Yi Baiti" w:eastAsia="Microsoft Yi Baiti" w:cs="Microsoft Yi Baiti"/>
        </w:rPr>
        <w:t>ꃅꀋꄻ</w:t>
      </w:r>
      <w:r>
        <w:rPr>
          <w:rFonts w:ascii="Times New Roman" w:hAnsi="Times New Roman" w:eastAsia="Times New Roman" w:cs="Times New Roman"/>
        </w:rPr>
        <w:t xml:space="preserve"> </w:t>
      </w:r>
      <w:r>
        <w:rPr>
          <w:rFonts w:ascii="Microsoft Yi Baiti" w:hAnsi="Microsoft Yi Baiti" w:eastAsia="Microsoft Yi Baiti" w:cs="Microsoft Yi Baiti"/>
        </w:rPr>
        <w:t>ꆹꌠ</w:t>
      </w:r>
      <w:r>
        <w:rPr>
          <w:rFonts w:ascii="Times New Roman" w:hAnsi="Times New Roman" w:eastAsia="Times New Roman" w:cs="Times New Roman"/>
        </w:rPr>
        <w:t xml:space="preserve">, </w:t>
      </w:r>
      <w:r>
        <w:rPr>
          <w:rFonts w:ascii="Microsoft Yi Baiti" w:hAnsi="Microsoft Yi Baiti" w:eastAsia="Microsoft Yi Baiti" w:cs="Microsoft Yi Baiti"/>
        </w:rPr>
        <w:t>ꑍꆹ</w:t>
      </w:r>
      <w:r>
        <w:rPr>
          <w:rFonts w:ascii="Times New Roman" w:hAnsi="Times New Roman" w:eastAsia="Times New Roman" w:cs="Times New Roman"/>
        </w:rPr>
        <w:t xml:space="preserve"> </w:t>
      </w:r>
      <w:r>
        <w:rPr>
          <w:rFonts w:ascii="Microsoft Yi Baiti" w:hAnsi="Microsoft Yi Baiti" w:eastAsia="Microsoft Yi Baiti" w:cs="Microsoft Yi Baiti"/>
        </w:rPr>
        <w:t>ꑟꃅ</w:t>
      </w:r>
      <w:r>
        <w:rPr>
          <w:rFonts w:ascii="Times New Roman" w:hAnsi="Times New Roman" w:eastAsia="Times New Roman" w:cs="Times New Roman"/>
        </w:rPr>
        <w:t xml:space="preserve"> </w:t>
      </w:r>
      <w:r>
        <w:rPr>
          <w:rFonts w:ascii="Microsoft Yi Baiti" w:hAnsi="Microsoft Yi Baiti" w:eastAsia="Microsoft Yi Baiti" w:cs="Microsoft Yi Baiti"/>
        </w:rPr>
        <w:t>ꇁꊂꌠ</w:t>
      </w:r>
      <w:r>
        <w:rPr>
          <w:rFonts w:ascii="Times New Roman" w:hAnsi="Times New Roman" w:eastAsia="Times New Roman" w:cs="Times New Roman"/>
        </w:rPr>
        <w:t xml:space="preserve"> </w:t>
      </w:r>
      <w:r>
        <w:rPr>
          <w:rFonts w:ascii="Microsoft Yi Baiti" w:hAnsi="Microsoft Yi Baiti" w:eastAsia="Microsoft Yi Baiti" w:cs="Microsoft Yi Baiti"/>
        </w:rPr>
        <w:t>ꑳ</w:t>
      </w:r>
      <w:r>
        <w:rPr>
          <w:rFonts w:ascii="Times New Roman" w:hAnsi="Times New Roman" w:eastAsia="Times New Roman" w:cs="Times New Roman"/>
        </w:rPr>
        <w:t xml:space="preserve"> </w:t>
      </w:r>
      <w:r>
        <w:rPr>
          <w:rFonts w:ascii="Microsoft Yi Baiti" w:hAnsi="Microsoft Yi Baiti" w:eastAsia="Microsoft Yi Baiti" w:cs="Microsoft Yi Baiti"/>
        </w:rPr>
        <w:t>ꃅꀋꄻ</w:t>
      </w:r>
      <w:r>
        <w:rPr>
          <w:rFonts w:ascii="Times New Roman" w:hAnsi="Times New Roman" w:eastAsia="Times New Roman" w:cs="Times New Roman"/>
        </w:rPr>
        <w:t xml:space="preserve"> </w:t>
      </w:r>
      <w:r>
        <w:rPr>
          <w:rFonts w:ascii="Microsoft Yi Baiti" w:hAnsi="Microsoft Yi Baiti" w:eastAsia="Microsoft Yi Baiti" w:cs="Microsoft Yi Baiti"/>
        </w:rPr>
        <w:t>ꆹꌠ</w:t>
      </w:r>
      <w:r>
        <w:rPr>
          <w:rFonts w:ascii="Times New Roman" w:hAnsi="Times New Roman" w:eastAsia="Times New Roman" w:cs="Times New Roman"/>
        </w:rPr>
        <w:t xml:space="preserve"> </w:t>
      </w:r>
      <w:r>
        <w:rPr>
          <w:rFonts w:ascii="Microsoft Yi Baiti" w:hAnsi="Microsoft Yi Baiti" w:eastAsia="Microsoft Yi Baiti" w:cs="Microsoft Yi Baiti"/>
        </w:rPr>
        <w:t>ꂾꑍꆹ</w:t>
      </w:r>
      <w:r>
        <w:rPr>
          <w:rFonts w:ascii="Times New Roman" w:hAnsi="Times New Roman" w:eastAsia="Times New Roman" w:cs="Times New Roman"/>
        </w:rPr>
        <w:t xml:space="preserve"> </w:t>
      </w:r>
      <w:r>
        <w:rPr>
          <w:rFonts w:ascii="Microsoft Yi Baiti" w:hAnsi="Microsoft Yi Baiti" w:eastAsia="Microsoft Yi Baiti" w:cs="Microsoft Yi Baiti"/>
        </w:rPr>
        <w:t>ꉌꈐ</w:t>
      </w:r>
      <w:r>
        <w:rPr>
          <w:rFonts w:ascii="Times New Roman" w:hAnsi="Times New Roman" w:eastAsia="Times New Roman" w:cs="Times New Roman"/>
        </w:rPr>
        <w:t xml:space="preserve"> </w:t>
      </w:r>
      <w:r>
        <w:rPr>
          <w:rFonts w:ascii="Microsoft Yi Baiti" w:hAnsi="Microsoft Yi Baiti" w:eastAsia="Microsoft Yi Baiti" w:cs="Microsoft Yi Baiti"/>
        </w:rPr>
        <w:t>ꋬꋻ</w:t>
      </w:r>
      <w:r>
        <w:rPr>
          <w:rFonts w:ascii="Times New Roman" w:hAnsi="Times New Roman" w:eastAsia="Times New Roman" w:cs="Times New Roman"/>
        </w:rPr>
        <w:t xml:space="preserve"> </w:t>
      </w:r>
      <w:r>
        <w:rPr>
          <w:rFonts w:ascii="Microsoft Yi Baiti" w:hAnsi="Microsoft Yi Baiti" w:eastAsia="Microsoft Yi Baiti" w:cs="Microsoft Yi Baiti"/>
        </w:rPr>
        <w:t>ꐚ</w:t>
      </w:r>
      <w:r>
        <w:rPr>
          <w:rFonts w:ascii="Times New Roman" w:hAnsi="Times New Roman" w:eastAsia="Times New Roman" w:cs="Times New Roman"/>
        </w:rPr>
        <w:t xml:space="preserve"> </w:t>
      </w:r>
      <w:r>
        <w:rPr>
          <w:rFonts w:ascii="Microsoft Yi Baiti" w:hAnsi="Microsoft Yi Baiti" w:eastAsia="Microsoft Yi Baiti" w:cs="Microsoft Yi Baiti"/>
        </w:rPr>
        <w:t>ꈋꌠ</w:t>
      </w:r>
      <w:r>
        <w:rPr>
          <w:rFonts w:ascii="Times New Roman" w:hAnsi="Times New Roman" w:eastAsia="Times New Roman" w:cs="Times New Roman"/>
        </w:rPr>
        <w:t xml:space="preserve"> </w:t>
      </w:r>
      <w:r>
        <w:rPr>
          <w:rFonts w:ascii="Microsoft Yi Baiti" w:hAnsi="Microsoft Yi Baiti" w:eastAsia="Microsoft Yi Baiti" w:cs="Microsoft Yi Baiti"/>
        </w:rPr>
        <w:t>ꐚ</w:t>
      </w:r>
      <w:r>
        <w:rPr>
          <w:rFonts w:ascii="Times New Roman" w:hAnsi="Times New Roman" w:eastAsia="Times New Roman" w:cs="Times New Roman"/>
        </w:rPr>
        <w:t xml:space="preserve"> </w:t>
      </w:r>
      <w:r>
        <w:rPr>
          <w:rFonts w:ascii="Microsoft Yi Baiti" w:hAnsi="Microsoft Yi Baiti" w:eastAsia="Microsoft Yi Baiti" w:cs="Microsoft Yi Baiti"/>
        </w:rPr>
        <w:t>ꆈꌠ</w:t>
      </w:r>
      <w:r>
        <w:rPr>
          <w:rFonts w:ascii="Times New Roman" w:hAnsi="Times New Roman" w:eastAsia="Times New Roman" w:cs="Times New Roman"/>
        </w:rPr>
        <w:t xml:space="preserve"> </w:t>
      </w:r>
      <w:r>
        <w:rPr>
          <w:rFonts w:ascii="Microsoft Yi Baiti" w:hAnsi="Microsoft Yi Baiti" w:eastAsia="Microsoft Yi Baiti" w:cs="Microsoft Yi Baiti"/>
        </w:rPr>
        <w:t>ꏃꇬ</w:t>
      </w:r>
      <w:r>
        <w:rPr>
          <w:rFonts w:ascii="Times New Roman" w:hAnsi="Times New Roman" w:eastAsia="Times New Roman" w:cs="Times New Roman"/>
        </w:rPr>
        <w:t xml:space="preserve"> </w:t>
      </w:r>
      <w:r>
        <w:rPr>
          <w:rFonts w:ascii="Microsoft Yi Baiti" w:hAnsi="Microsoft Yi Baiti" w:eastAsia="Microsoft Yi Baiti" w:cs="Microsoft Yi Baiti"/>
        </w:rPr>
        <w:t>ꒉꃅ</w:t>
      </w:r>
      <w:r>
        <w:rPr>
          <w:rFonts w:ascii="Times New Roman" w:hAnsi="Times New Roman" w:eastAsia="Times New Roman" w:cs="Times New Roman"/>
        </w:rPr>
        <w:t xml:space="preserve"> </w:t>
      </w:r>
      <w:r>
        <w:rPr>
          <w:rFonts w:ascii="Microsoft Yi Baiti" w:hAnsi="Microsoft Yi Baiti" w:eastAsia="Microsoft Yi Baiti" w:cs="Microsoft Yi Baiti"/>
        </w:rPr>
        <w:t>ꋍꌠ</w:t>
      </w:r>
      <w:r>
        <w:rPr>
          <w:rFonts w:ascii="Times New Roman" w:hAnsi="Times New Roman" w:eastAsia="Times New Roman" w:cs="Times New Roman"/>
        </w:rPr>
        <w:t xml:space="preserve"> </w:t>
      </w:r>
      <w:r>
        <w:rPr>
          <w:rFonts w:ascii="Microsoft Yi Baiti" w:hAnsi="Microsoft Yi Baiti" w:eastAsia="Microsoft Yi Baiti" w:cs="Microsoft Yi Baiti"/>
        </w:rPr>
        <w:t>ꐙꃀ</w:t>
      </w:r>
      <w:r>
        <w:rPr>
          <w:rFonts w:ascii="Times New Roman" w:hAnsi="Times New Roman" w:eastAsia="Times New Roman" w:cs="Times New Roman"/>
        </w:rPr>
        <w:t xml:space="preserve"> </w:t>
      </w:r>
      <w:r>
        <w:rPr>
          <w:rFonts w:ascii="Microsoft Yi Baiti" w:hAnsi="Microsoft Yi Baiti" w:eastAsia="Microsoft Yi Baiti" w:cs="Microsoft Yi Baiti"/>
        </w:rPr>
        <w:t>ꌠꃅ</w:t>
      </w:r>
      <w:r>
        <w:rPr>
          <w:rFonts w:ascii="Times New Roman" w:hAnsi="Times New Roman" w:eastAsia="Times New Roman" w:cs="Times New Roman"/>
        </w:rPr>
        <w:t xml:space="preserve"> </w:t>
      </w:r>
      <w:r>
        <w:rPr>
          <w:rFonts w:ascii="Microsoft Yi Baiti" w:hAnsi="Microsoft Yi Baiti" w:eastAsia="Microsoft Yi Baiti" w:cs="Microsoft Yi Baiti"/>
        </w:rPr>
        <w:t>ꁧꇐ</w:t>
      </w:r>
      <w:r>
        <w:rPr>
          <w:rFonts w:ascii="Times New Roman" w:hAnsi="Times New Roman" w:eastAsia="Times New Roman" w:cs="Times New Roman"/>
        </w:rPr>
        <w:t xml:space="preserve"> </w:t>
      </w:r>
      <w:r>
        <w:rPr>
          <w:rFonts w:ascii="Microsoft Yi Baiti" w:hAnsi="Microsoft Yi Baiti" w:eastAsia="Microsoft Yi Baiti" w:cs="Microsoft Yi Baiti"/>
        </w:rPr>
        <w:t>ꀋꐥꄻ</w:t>
      </w:r>
      <w:r>
        <w:rPr>
          <w:rFonts w:ascii="Times New Roman" w:hAnsi="Times New Roman" w:eastAsia="Times New Roman" w:cs="Times New Roman"/>
        </w:rPr>
        <w:t xml:space="preserve">.” Selected Messages, </w:t>
      </w:r>
      <w:r>
        <w:rPr>
          <w:rFonts w:ascii="Microsoft Yi Baiti" w:hAnsi="Microsoft Yi Baiti" w:eastAsia="Microsoft Yi Baiti" w:cs="Microsoft Yi Baiti"/>
        </w:rPr>
        <w:t>ꇬ</w:t>
      </w:r>
      <w:r>
        <w:rPr>
          <w:rFonts w:ascii="Times New Roman" w:hAnsi="Times New Roman" w:eastAsia="Times New Roman" w:cs="Times New Roman"/>
        </w:rPr>
        <w:t xml:space="preserve"> 3, 423.</w:t>
      </w:r>
    </w:p>
    <w:p>
      <w:pPr>
        <w:pStyle w:val="ArticleBody"/>
        <w:jc w:val="left"/>
      </w:pPr>
      <w:r>
        <w:rPr>
          <w:rFonts w:ascii="Times New Roman" w:hAnsi="Times New Roman" w:eastAsia="Times New Roman" w:cs="Times New Roman"/>
        </w:rPr>
        <w:t>Prophecy nuy tarih nuy qut qapïtqanchikmi kay chunka hukniyuq versículopa mañakuyta ñuqanchik chaskisqanchikta. “Prophecy qut qapïtqanchik” nispa rimashaqtiyku, chaywan ninchik huk propheciakuna kasqanta, chaykuna kay kikin hechosmanta rimanku, ichaqa kay p’unchayqa manaraq chaykunata kay rimanakuyman apamunchikchu. Danielpa “the daily” nisqanta pichqa kutin, qhipa kutinta, chunka iskayniyuq capítulo-pi tarinchik.</w:t>
      </w:r>
    </w:p>
    <w:p>
      <w:pPr>
        <w:pStyle w:val="ArticleScripture"/>
        <w:jc w:val="left"/>
      </w:pPr>
      <w:r>
        <w:rPr>
          <w:rFonts w:ascii="Times New Roman" w:hAnsi="Times New Roman" w:eastAsia="Times New Roman" w:cs="Times New Roman"/>
        </w:rPr>
        <w:t>Cha uy ñiqin p’unchaykuna qichusqa kaptin, ch’usaqman saqeq millay ruwaypas sayachisqa kaptin, waranqa ishkay pachak isqun chunka p’unchaykunam kanqa. Kusisqan kanan, suyaq runa, waranqa kimsa pachak phisqa chunka phisqayuq p’unchaykama chayaq. Daniel 12:11, 12.</w:t>
      </w:r>
    </w:p>
    <w:p>
      <w:pPr>
        <w:pStyle w:val="ArticleBody"/>
        <w:jc w:val="left"/>
      </w:pPr>
      <w:r>
        <w:rPr>
          <w:rFonts w:ascii="Times New Roman" w:hAnsi="Times New Roman" w:eastAsia="Times New Roman" w:cs="Times New Roman"/>
        </w:rPr>
        <w:t>Ẹ̀rí àsọtẹ́lẹ̀ àti ìtàn fìdí múlẹ̀ pé ní ọdún 508, ìfaradà sí ìgòkè ìjọ pàápàá parí ní ìpìlẹ̀ rẹ̀, nígbà tí a fà ìkẹyìn nínú ìdènà ilẹ̀ mẹ́ta (àwọn Goths) tu, gẹ́gẹ́ bí Dáníẹ́lì orí keje ti sọ.</w:t>
      </w:r>
    </w:p>
    <w:p>
      <w:pPr>
        <w:pStyle w:val="ArticleScripture"/>
        <w:jc w:val="left"/>
      </w:pPr>
      <w:r>
        <w:rPr>
          <w:rFonts w:ascii="Nirmala UI" w:hAnsi="Nirmala UI" w:eastAsia="Nirmala UI" w:cs="Nirmala UI"/>
        </w:rPr>
        <w:t>दुम्</w:t>
      </w:r>
      <w:r>
        <w:rPr>
          <w:rFonts w:ascii="Times New Roman" w:hAnsi="Times New Roman" w:eastAsia="Times New Roman" w:cs="Times New Roman"/>
        </w:rPr>
        <w:t xml:space="preserve"> </w:t>
      </w:r>
      <w:r>
        <w:rPr>
          <w:rFonts w:ascii="Nirmala UI" w:hAnsi="Nirmala UI" w:eastAsia="Nirmala UI" w:cs="Nirmala UI"/>
        </w:rPr>
        <w:t>एँङ्</w:t>
      </w:r>
      <w:r>
        <w:rPr>
          <w:rFonts w:ascii="Times New Roman" w:hAnsi="Times New Roman" w:eastAsia="Times New Roman" w:cs="Times New Roman"/>
        </w:rPr>
        <w:t xml:space="preserve"> </w:t>
      </w:r>
      <w:r>
        <w:rPr>
          <w:rFonts w:ascii="Nirmala UI" w:hAnsi="Nirmala UI" w:eastAsia="Nirmala UI" w:cs="Nirmala UI"/>
        </w:rPr>
        <w:t>सिङ</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कातेयाक्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उन्कुड़</w:t>
      </w:r>
      <w:r>
        <w:rPr>
          <w:rFonts w:ascii="Times New Roman" w:hAnsi="Times New Roman" w:eastAsia="Times New Roman" w:cs="Times New Roman"/>
        </w:rPr>
        <w:t xml:space="preserve"> </w:t>
      </w:r>
      <w:r>
        <w:rPr>
          <w:rFonts w:ascii="Nirmala UI" w:hAnsi="Nirmala UI" w:eastAsia="Nirmala UI" w:cs="Nirmala UI"/>
        </w:rPr>
        <w:t>मझिर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नान्हा</w:t>
      </w:r>
      <w:r>
        <w:rPr>
          <w:rFonts w:ascii="Times New Roman" w:hAnsi="Times New Roman" w:eastAsia="Times New Roman" w:cs="Times New Roman"/>
        </w:rPr>
        <w:t xml:space="preserve"> </w:t>
      </w:r>
      <w:r>
        <w:rPr>
          <w:rFonts w:ascii="Nirmala UI" w:hAnsi="Nirmala UI" w:eastAsia="Nirmala UI" w:cs="Nirmala UI"/>
        </w:rPr>
        <w:t>सिङ</w:t>
      </w:r>
      <w:r>
        <w:rPr>
          <w:rFonts w:ascii="Times New Roman" w:hAnsi="Times New Roman" w:eastAsia="Times New Roman" w:cs="Times New Roman"/>
        </w:rPr>
        <w:t xml:space="preserve"> </w:t>
      </w:r>
      <w:r>
        <w:rPr>
          <w:rFonts w:ascii="Nirmala UI" w:hAnsi="Nirmala UI" w:eastAsia="Nirmala UI" w:cs="Nirmala UI"/>
        </w:rPr>
        <w:t>उठलाक्</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आगाँक्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सिङ</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सिङ</w:t>
      </w:r>
      <w:r>
        <w:rPr>
          <w:rFonts w:ascii="Times New Roman" w:hAnsi="Times New Roman" w:eastAsia="Times New Roman" w:cs="Times New Roman"/>
        </w:rPr>
        <w:t xml:space="preserve"> </w:t>
      </w:r>
      <w:r>
        <w:rPr>
          <w:rFonts w:ascii="Nirmala UI" w:hAnsi="Nirmala UI" w:eastAsia="Nirmala UI" w:cs="Nirmala UI"/>
        </w:rPr>
        <w:t>जड़सहित</w:t>
      </w:r>
      <w:r>
        <w:rPr>
          <w:rFonts w:ascii="Times New Roman" w:hAnsi="Times New Roman" w:eastAsia="Times New Roman" w:cs="Times New Roman"/>
        </w:rPr>
        <w:t xml:space="preserve"> </w:t>
      </w:r>
      <w:r>
        <w:rPr>
          <w:rFonts w:ascii="Nirmala UI" w:hAnsi="Nirmala UI" w:eastAsia="Nirmala UI" w:cs="Nirmala UI"/>
        </w:rPr>
        <w:t>उपाड़ाक्</w:t>
      </w:r>
      <w:r>
        <w:rPr>
          <w:rFonts w:ascii="Times New Roman" w:hAnsi="Times New Roman" w:eastAsia="Times New Roman" w:cs="Times New Roman"/>
        </w:rPr>
        <w:t xml:space="preserve"> </w:t>
      </w:r>
      <w:r>
        <w:rPr>
          <w:rFonts w:ascii="Nirmala UI" w:hAnsi="Nirmala UI" w:eastAsia="Nirmala UI" w:cs="Nirmala UI"/>
        </w:rPr>
        <w:t>गेलाक्</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सिङ</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7:8.</w:t>
      </w:r>
    </w:p>
    <w:p>
      <w:pPr>
        <w:pStyle w:val="ArticleBody"/>
        <w:jc w:val="left"/>
      </w:pPr>
      <w:r>
        <w:rPr>
          <w:rFonts w:ascii="Times New Roman" w:hAnsi="Times New Roman" w:eastAsia="Times New Roman" w:cs="Times New Roman"/>
        </w:rPr>
        <w:t>The three horns being removed are illustrated on the two sacred tables, and when the third of those three geographical obstacles was driven out of the city of Rome, in the year 508, the resistance against the rise of the papal power was taken away. The setting up referenced in verse eleven, represents the thirty years between 508 and 538. It identifies thirty years where the preparation of establishing the man of sin in the temple of God was accomplished.</w:t>
      </w:r>
    </w:p>
    <w:p>
      <w:pPr>
        <w:pStyle w:val="ArticleBody"/>
        <w:jc w:val="left"/>
      </w:pPr>
      <w:r>
        <w:rPr>
          <w:rFonts w:ascii="Nirmala UI" w:hAnsi="Nirmala UI" w:eastAsia="Nirmala UI" w:cs="Nirmala UI"/>
        </w:rPr>
        <w:t>ꯃꯥꯍꯥꯛ</w:t>
      </w:r>
      <w:r>
        <w:rPr>
          <w:rFonts w:ascii="Times New Roman" w:hAnsi="Times New Roman" w:eastAsia="Times New Roman" w:cs="Times New Roman"/>
        </w:rPr>
        <w:t xml:space="preserve"> “taken away”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ꯋꯥꯍꯩꯁꯤ</w:t>
      </w:r>
      <w:r>
        <w:rPr>
          <w:rFonts w:ascii="Times New Roman" w:hAnsi="Times New Roman" w:eastAsia="Times New Roman" w:cs="Times New Roman"/>
        </w:rPr>
        <w:t xml:space="preserve"> “sur” </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ꯑꯔꯊꯁꯤ</w:t>
      </w:r>
      <w:r>
        <w:rPr>
          <w:rFonts w:ascii="Times New Roman" w:hAnsi="Times New Roman" w:eastAsia="Times New Roman" w:cs="Times New Roman"/>
        </w:rPr>
        <w:t xml:space="preserve"> </w:t>
      </w:r>
      <w:r>
        <w:rPr>
          <w:rFonts w:ascii="Nirmala UI" w:hAnsi="Nirmala UI" w:eastAsia="Nirmala UI" w:cs="Nirmala UI"/>
        </w:rPr>
        <w:t>ꯂꯧꯊꯣꯛꯄ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508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ꯄꯥꯄꯦꯁꯤꯒꯤ</w:t>
      </w:r>
      <w:r>
        <w:rPr>
          <w:rFonts w:ascii="Times New Roman" w:hAnsi="Times New Roman" w:eastAsia="Times New Roman" w:cs="Times New Roman"/>
        </w:rPr>
        <w:t xml:space="preserve"> </w:t>
      </w:r>
      <w:r>
        <w:rPr>
          <w:rFonts w:ascii="Nirmala UI" w:hAnsi="Nirmala UI" w:eastAsia="Nirmala UI" w:cs="Nirmala UI"/>
        </w:rPr>
        <w:t>ꯀꯥꯛꯆꯠ</w:t>
      </w:r>
      <w:r>
        <w:rPr>
          <w:rFonts w:ascii="Times New Roman" w:hAnsi="Times New Roman" w:eastAsia="Times New Roman" w:cs="Times New Roman"/>
        </w:rPr>
        <w:t xml:space="preserve"> </w:t>
      </w:r>
      <w:r>
        <w:rPr>
          <w:rFonts w:ascii="Nirmala UI" w:hAnsi="Nirmala UI" w:eastAsia="Nirmala UI" w:cs="Nirmala UI"/>
        </w:rPr>
        <w:t>ꯊꯣꯛꯄꯒꯤ</w:t>
      </w:r>
      <w:r>
        <w:rPr>
          <w:rFonts w:ascii="Times New Roman" w:hAnsi="Times New Roman" w:eastAsia="Times New Roman" w:cs="Times New Roman"/>
        </w:rPr>
        <w:t xml:space="preserve"> </w:t>
      </w:r>
      <w:r>
        <w:rPr>
          <w:rFonts w:ascii="Nirmala UI" w:hAnsi="Nirmala UI" w:eastAsia="Nirmala UI" w:cs="Nirmala UI"/>
        </w:rPr>
        <w:t>ꯃꯥꯏꯅꯪꯕ</w:t>
      </w:r>
      <w:r>
        <w:rPr>
          <w:rFonts w:ascii="Times New Roman" w:hAnsi="Times New Roman" w:eastAsia="Times New Roman" w:cs="Times New Roman"/>
        </w:rPr>
        <w:t xml:space="preserve"> </w:t>
      </w:r>
      <w:r>
        <w:rPr>
          <w:rFonts w:ascii="Nirmala UI" w:hAnsi="Nirmala UI" w:eastAsia="Nirmala UI" w:cs="Nirmala UI"/>
        </w:rPr>
        <w:t>ꯋꯥꯔꯦꯞ</w:t>
      </w:r>
      <w:r>
        <w:rPr>
          <w:rFonts w:ascii="Times New Roman" w:hAnsi="Times New Roman" w:eastAsia="Times New Roman" w:cs="Times New Roman"/>
        </w:rPr>
        <w:t xml:space="preserve"> </w:t>
      </w:r>
      <w:r>
        <w:rPr>
          <w:rFonts w:ascii="Nirmala UI" w:hAnsi="Nirmala UI" w:eastAsia="Nirmala UI" w:cs="Nirmala UI"/>
        </w:rPr>
        <w:t>ꯂꯧꯊꯣꯛꯈ꯭ꯔꯦ</w:t>
      </w:r>
      <w:r>
        <w:rPr>
          <w:rFonts w:ascii="Times New Roman" w:hAnsi="Times New Roman" w:eastAsia="Times New Roman" w:cs="Times New Roman"/>
        </w:rPr>
        <w:t xml:space="preserve"> (taken away)</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ꯆꯠꯅꯕꯗꯒꯤ</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1290 </w:t>
      </w:r>
      <w:r>
        <w:rPr>
          <w:rFonts w:ascii="Nirmala UI" w:hAnsi="Nirmala UI" w:eastAsia="Nirmala UI" w:cs="Nirmala UI"/>
        </w:rPr>
        <w:t>ꯑꯃꯁꯨꯡ</w:t>
      </w:r>
      <w:r>
        <w:rPr>
          <w:rFonts w:ascii="Times New Roman" w:hAnsi="Times New Roman" w:eastAsia="Times New Roman" w:cs="Times New Roman"/>
        </w:rPr>
        <w:t xml:space="preserve"> 1798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ꯄꯥꯄꯦꯁꯤꯒꯤ</w:t>
      </w:r>
      <w:r>
        <w:rPr>
          <w:rFonts w:ascii="Times New Roman" w:hAnsi="Times New Roman" w:eastAsia="Times New Roman" w:cs="Times New Roman"/>
        </w:rPr>
        <w:t xml:space="preserve"> deadly wound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ꯄꯨꯔꯛꯏ꯫</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1335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disappointment </w:t>
      </w:r>
      <w:r>
        <w:rPr>
          <w:rFonts w:ascii="Nirmala UI" w:hAnsi="Nirmala UI" w:eastAsia="Nirmala UI" w:cs="Nirmala UI"/>
        </w:rPr>
        <w:t>ꯑꯃꯁꯨꯡ</w:t>
      </w:r>
      <w:r>
        <w:rPr>
          <w:rFonts w:ascii="Times New Roman" w:hAnsi="Times New Roman" w:eastAsia="Times New Roman" w:cs="Times New Roman"/>
        </w:rPr>
        <w:t xml:space="preserve"> 1843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ꯑꯍꯥꯅ</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tarrying time </w:t>
      </w:r>
      <w:r>
        <w:rPr>
          <w:rFonts w:ascii="Nirmala UI" w:hAnsi="Nirmala UI" w:eastAsia="Nirmala UI" w:cs="Nirmala UI"/>
        </w:rPr>
        <w:t>ꯍꯧꯗꯣꯛꯄꯗ</w:t>
      </w:r>
      <w:r>
        <w:rPr>
          <w:rFonts w:ascii="Times New Roman" w:hAnsi="Times New Roman" w:eastAsia="Times New Roman" w:cs="Times New Roman"/>
        </w:rPr>
        <w:t xml:space="preserve"> </w:t>
      </w:r>
      <w:r>
        <w:rPr>
          <w:rFonts w:ascii="Nirmala UI" w:hAnsi="Nirmala UI" w:eastAsia="Nirmala UI" w:cs="Nirmala UI"/>
        </w:rPr>
        <w:t>ꯄꯨꯔꯛꯏ꯫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ꯚꯔꯁꯁꯤ</w:t>
      </w:r>
      <w:r>
        <w:rPr>
          <w:rFonts w:ascii="Times New Roman" w:hAnsi="Times New Roman" w:eastAsia="Times New Roman" w:cs="Times New Roman"/>
        </w:rPr>
        <w:t xml:space="preserve"> 1843 </w:t>
      </w:r>
      <w:r>
        <w:rPr>
          <w:rFonts w:ascii="Nirmala UI" w:hAnsi="Nirmala UI" w:eastAsia="Nirmala UI" w:cs="Nirmala UI"/>
        </w:rPr>
        <w:t>ꯗ</w:t>
      </w:r>
      <w:r>
        <w:rPr>
          <w:rFonts w:ascii="Times New Roman" w:hAnsi="Times New Roman" w:eastAsia="Times New Roman" w:cs="Times New Roman"/>
        </w:rPr>
        <w:t xml:space="preserve"> “cometh”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ꯃꯤꯁꯤꯡꯗ</w:t>
      </w:r>
      <w:r>
        <w:rPr>
          <w:rFonts w:ascii="Times New Roman" w:hAnsi="Times New Roman" w:eastAsia="Times New Roman" w:cs="Times New Roman"/>
        </w:rPr>
        <w:t xml:space="preserve"> </w:t>
      </w:r>
      <w:r>
        <w:rPr>
          <w:rFonts w:ascii="Nirmala UI" w:hAnsi="Nirmala UI" w:eastAsia="Nirmala UI" w:cs="Nirmala UI"/>
        </w:rPr>
        <w:t>ꯑꯍꯣꯕ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ꯋꯥꯗꯣꯛꯄ</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“cometh”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ꯋꯥꯍꯩꯁꯤ</w:t>
      </w:r>
      <w:r>
        <w:rPr>
          <w:rFonts w:ascii="Times New Roman" w:hAnsi="Times New Roman" w:eastAsia="Times New Roman" w:cs="Times New Roman"/>
        </w:rPr>
        <w:t xml:space="preserve"> </w:t>
      </w:r>
      <w:r>
        <w:rPr>
          <w:rFonts w:ascii="Nirmala UI" w:hAnsi="Nirmala UI" w:eastAsia="Nirmala UI" w:cs="Nirmala UI"/>
        </w:rPr>
        <w:t>ꯊꯣꯛꯄꯥꯔꯦ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touch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ꯑꯔꯊ</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1844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ꯅꯨꯃꯤꯠꯁꯤ</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disappointment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1843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ꯅꯨꯃꯤꯠꯁꯤ</w:t>
      </w:r>
      <w:r>
        <w:rPr>
          <w:rFonts w:ascii="Times New Roman" w:hAnsi="Times New Roman" w:eastAsia="Times New Roman" w:cs="Times New Roman"/>
        </w:rPr>
        <w:t xml:space="preserve"> 1844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ꯊꯣꯛꯏ꯫</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ꯅꯨꯃꯤꯠꯁꯤ</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ꯅꯨꯃꯤꯠꯁꯤꯒꯥ</w:t>
      </w:r>
      <w:r>
        <w:rPr>
          <w:rFonts w:ascii="Times New Roman" w:hAnsi="Times New Roman" w:eastAsia="Times New Roman" w:cs="Times New Roman"/>
        </w:rPr>
        <w:t xml:space="preserve"> </w:t>
      </w:r>
      <w:r>
        <w:rPr>
          <w:rFonts w:ascii="Nirmala UI" w:hAnsi="Nirmala UI" w:eastAsia="Nirmala UI" w:cs="Nirmala UI"/>
        </w:rPr>
        <w:t>ꯊꯣꯛꯏ꯫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ꯆꯠꯅꯕꯗ</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ꯑꯍꯣꯕ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ꯏꯇꯤꯍꯥꯁ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ꯄ꯭ꯔꯣꯐꯦꯁꯤꯅ</w:t>
      </w:r>
      <w:r>
        <w:rPr>
          <w:rFonts w:ascii="Times New Roman" w:hAnsi="Times New Roman" w:eastAsia="Times New Roman" w:cs="Times New Roman"/>
        </w:rPr>
        <w:t xml:space="preserve"> </w:t>
      </w:r>
      <w:r>
        <w:rPr>
          <w:rFonts w:ascii="Nirmala UI" w:hAnsi="Nirmala UI" w:eastAsia="Nirmala UI" w:cs="Nirmala UI"/>
        </w:rPr>
        <w:t>ꯎꯞꯍꯜꯂꯤ꯫</w:t>
      </w:r>
    </w:p>
    <w:p>
      <w:pPr>
        <w:pStyle w:val="ArticleBody"/>
        <w:jc w:val="left"/>
      </w:pPr>
      <w:r>
        <w:rPr>
          <w:rFonts w:ascii="Times New Roman" w:hAnsi="Times New Roman" w:eastAsia="Times New Roman" w:cs="Times New Roman"/>
        </w:rPr>
        <w:t>Ma ñiir ci sunu xoolaat bu am solo ci njariñu “bi bés bu nekk” ni dëggu taxawaayu ndam li ci njël article bi ci topp.</w:t>
      </w:r>
    </w:p>
    <w:p>
      <w:pPr>
        <w:pStyle w:val="ArticleScripture"/>
        <w:jc w:val="left"/>
      </w:pPr>
      <w:r>
        <w:rPr>
          <w:rFonts w:ascii="Times New Roman" w:hAnsi="Times New Roman" w:eastAsia="Times New Roman" w:cs="Times New Roman"/>
        </w:rPr>
        <w:t>«Зәбурлар 1840–1844 елларда бирилгән барлиқ хәвәрләр һазирму күчлүк шәкилдә йәткүзүлүши керәк, чүнки өз йоли вә йөнилишини йоқитип қойған адәмләр нурғун. Бу хәвәрләр барлиқ чиркавларға йәткүзүлүши керәк. »</w:t>
      </w:r>
    </w:p>
    <w:p>
      <w:pPr>
        <w:pStyle w:val="ArticleScripture"/>
        <w:jc w:val="left"/>
      </w:pPr>
      <w:r>
        <w:rPr>
          <w:rFonts w:ascii="Times New Roman" w:hAnsi="Times New Roman" w:eastAsia="Times New Roman" w:cs="Times New Roman"/>
        </w:rPr>
        <w:t>Kristo tsakhe, ‘Ntsako wu le ka matihlo ya n’wina, hikuva ma vona; ni le ka tindleve ta n’wina, hikuva ti twa. Hikuva hakunene ndzi ri eka n’wina, leswaku vaprofeta vo tala ni vanhu vo lulama va naverile ku vona swilo leswi mi swi vonaka, kambe a va swi vonanga; ni ku twa swilo leswi mi swi twaka, kambe a va swi twanga’ [Matewu 13:16, 17]. Ma katekile matihlo lawa ma voneke swilo leswi voneke hi 1843 na 1844.</w:t>
      </w:r>
    </w:p>
    <w:p>
      <w:pPr>
        <w:pStyle w:val="ArticleScripture"/>
        <w:jc w:val="left"/>
      </w:pP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देओ</w:t>
      </w:r>
      <w:r>
        <w:rPr>
          <w:rFonts w:ascii="Times New Roman" w:hAnsi="Times New Roman" w:eastAsia="Times New Roman" w:cs="Times New Roman"/>
        </w:rPr>
        <w:t xml:space="preserve"> </w:t>
      </w:r>
      <w:r>
        <w:rPr>
          <w:rFonts w:ascii="Nirmala UI" w:hAnsi="Nirmala UI" w:eastAsia="Nirmala UI" w:cs="Nirmala UI"/>
        </w:rPr>
        <w:t>गयेलो।</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दोहराबैमे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होअय</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होनाइ</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अल्प</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जाएत।</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वरक</w:t>
      </w:r>
      <w:r>
        <w:rPr>
          <w:rFonts w:ascii="Times New Roman" w:hAnsi="Times New Roman" w:eastAsia="Times New Roman" w:cs="Times New Roman"/>
        </w:rPr>
        <w:t xml:space="preserve"> </w:t>
      </w:r>
      <w:r>
        <w:rPr>
          <w:rFonts w:ascii="Nirmala UI" w:hAnsi="Nirmala UI" w:eastAsia="Nirmala UI" w:cs="Nirmala UI"/>
        </w:rPr>
        <w:t>नियुक्तिसँ</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देओ</w:t>
      </w:r>
      <w:r>
        <w:rPr>
          <w:rFonts w:ascii="Times New Roman" w:hAnsi="Times New Roman" w:eastAsia="Times New Roman" w:cs="Times New Roman"/>
        </w:rPr>
        <w:t xml:space="preserve"> </w:t>
      </w:r>
      <w:r>
        <w:rPr>
          <w:rFonts w:ascii="Nirmala UI" w:hAnsi="Nirmala UI" w:eastAsia="Nirmala UI" w:cs="Nirmala UI"/>
        </w:rPr>
        <w:t>जाएत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जोरदार</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जाएत।</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भागमे</w:t>
      </w:r>
      <w:r>
        <w:rPr>
          <w:rFonts w:ascii="Times New Roman" w:hAnsi="Times New Roman" w:eastAsia="Times New Roman" w:cs="Times New Roman"/>
        </w:rPr>
        <w:t xml:space="preserve"> </w:t>
      </w:r>
      <w:r>
        <w:rPr>
          <w:rFonts w:ascii="Nirmala UI" w:hAnsi="Nirmala UI" w:eastAsia="Nirmala UI" w:cs="Nirmala UI"/>
        </w:rPr>
        <w:t>ठाढ़</w:t>
      </w:r>
      <w:r>
        <w:rPr>
          <w:rFonts w:ascii="Times New Roman" w:hAnsi="Times New Roman" w:eastAsia="Times New Roman" w:cs="Times New Roman"/>
        </w:rPr>
        <w:t xml:space="preserve"> </w:t>
      </w:r>
      <w:r>
        <w:rPr>
          <w:rFonts w:ascii="Nirmala UI" w:hAnsi="Nirmala UI" w:eastAsia="Nirmala UI" w:cs="Nirmala UI"/>
        </w:rPr>
        <w:t>होएत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देबाक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Manuscript Releases, volume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အနာဂတ္တိကျမ်း ဒံယေလ — အမှတ် လေးဆယ့်နှစ်</dc:title>
  <dc:subject>Bağlayıcı Halqalar</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