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Ebrima" w:hAnsi="Ebrima" w:eastAsia="Ebrima" w:cs="Ebrima"/>
        </w:rPr>
        <w:t>የዳንኤል</w:t>
      </w:r>
      <w:r>
        <w:rPr>
          <w:rFonts w:ascii="Arial" w:hAnsi="Arial" w:eastAsia="Arial" w:cs="Arial"/>
        </w:rPr>
        <w:t xml:space="preserve"> </w:t>
      </w:r>
      <w:r>
        <w:rPr>
          <w:rFonts w:ascii="Ebrima" w:hAnsi="Ebrima" w:eastAsia="Ebrima" w:cs="Ebrima"/>
        </w:rPr>
        <w:t>መጽሐፍ</w:t>
      </w:r>
      <w:r>
        <w:rPr>
          <w:rFonts w:ascii="Arial" w:hAnsi="Arial" w:eastAsia="Arial" w:cs="Arial"/>
        </w:rPr>
        <w:t xml:space="preserve"> - </w:t>
      </w:r>
      <w:r>
        <w:rPr>
          <w:rFonts w:ascii="Ebrima" w:hAnsi="Ebrima" w:eastAsia="Ebrima" w:cs="Ebrima"/>
        </w:rPr>
        <w:t>ስልሳ</w:t>
      </w:r>
      <w:r>
        <w:rPr>
          <w:rFonts w:ascii="Arial" w:hAnsi="Arial" w:eastAsia="Arial" w:cs="Arial"/>
        </w:rPr>
        <w:t xml:space="preserve"> </w:t>
      </w:r>
      <w:r>
        <w:rPr>
          <w:rFonts w:ascii="Ebrima" w:hAnsi="Ebrima" w:eastAsia="Ebrima" w:cs="Ebrima"/>
        </w:rPr>
        <w:t>አምስት</w:t>
      </w:r>
    </w:p>
    <w:p>
      <w:pPr>
        <w:pStyle w:val="ArticleSubtitle"/>
        <w:jc w:val="left"/>
      </w:pPr>
      <w:r>
        <w:rPr>
          <w:rFonts w:ascii="Nirmala UI" w:hAnsi="Nirmala UI" w:eastAsia="Nirmala UI" w:cs="Nirmala UI"/>
        </w:rPr>
        <w:t>ಯುಗಾಂತ್ಯದ</w:t>
      </w:r>
      <w:r>
        <w:rPr>
          <w:rFonts w:ascii="Arial" w:hAnsi="Arial" w:eastAsia="Arial" w:cs="Arial"/>
        </w:rPr>
        <w:t xml:space="preserve"> </w:t>
      </w:r>
      <w:r>
        <w:rPr>
          <w:rFonts w:ascii="Nirmala UI" w:hAnsi="Nirmala UI" w:eastAsia="Nirmala UI" w:cs="Nirmala UI"/>
        </w:rPr>
        <w:t>ದಿನಗಳಲ್ಲಿ</w:t>
      </w:r>
      <w:r>
        <w:rPr>
          <w:rFonts w:ascii="Arial" w:hAnsi="Arial" w:eastAsia="Arial" w:cs="Arial"/>
        </w:rPr>
        <w:t xml:space="preserve"> </w:t>
      </w:r>
      <w:r>
        <w:rPr>
          <w:rFonts w:ascii="Nirmala UI" w:hAnsi="Nirmala UI" w:eastAsia="Nirmala UI" w:cs="Nirmala UI"/>
        </w:rPr>
        <w:t>ಮಧ್ಯರಾತ್ರಿಯ</w:t>
      </w:r>
      <w:r>
        <w:rPr>
          <w:rFonts w:ascii="Arial" w:hAnsi="Arial" w:eastAsia="Arial" w:cs="Arial"/>
        </w:rPr>
        <w:t xml:space="preserve"> </w:t>
      </w:r>
      <w:r>
        <w:rPr>
          <w:rFonts w:ascii="Nirmala UI" w:hAnsi="Nirmala UI" w:eastAsia="Nirmala UI" w:cs="Nirmala UI"/>
        </w:rPr>
        <w:t>ಕೂಗಿನ</w:t>
      </w:r>
      <w:r>
        <w:rPr>
          <w:rFonts w:ascii="Arial" w:hAnsi="Arial" w:eastAsia="Arial" w:cs="Arial"/>
        </w:rPr>
        <w:t xml:space="preserve"> </w:t>
      </w:r>
      <w:r>
        <w:rPr>
          <w:rFonts w:ascii="Nirmala UI" w:hAnsi="Nirmala UI" w:eastAsia="Nirmala UI" w:cs="Nirmala UI"/>
        </w:rPr>
        <w:t>ಅನಾವರಣಗೊಳ್ಳುತ್ತಿರುವ</w:t>
      </w:r>
      <w:r>
        <w:rPr>
          <w:rFonts w:ascii="Arial" w:hAnsi="Arial" w:eastAsia="Arial" w:cs="Arial"/>
        </w:rPr>
        <w:t xml:space="preserve"> </w:t>
      </w:r>
      <w:r>
        <w:rPr>
          <w:rFonts w:ascii="Nirmala UI" w:hAnsi="Nirmala UI" w:eastAsia="Nirmala UI" w:cs="Nirmala UI"/>
        </w:rPr>
        <w:t>ಸಂದೇಶ</w:t>
      </w:r>
      <w:r>
        <w:rPr>
          <w:rFonts w:ascii="Arial" w:hAnsi="Arial" w:eastAsia="Arial" w:cs="Arial"/>
        </w:rPr>
        <w:t xml:space="preserve"> </w:t>
      </w:r>
      <w:r>
        <w:rPr>
          <w:rFonts w:ascii="Nirmala UI" w:hAnsi="Nirmala UI" w:eastAsia="Nirmala UI" w:cs="Nirmala UI"/>
        </w:rPr>
        <w:t>ಮತ್ತು</w:t>
      </w:r>
      <w:r>
        <w:rPr>
          <w:rFonts w:ascii="Arial" w:hAnsi="Arial" w:eastAsia="Arial" w:cs="Arial"/>
        </w:rPr>
        <w:t xml:space="preserve"> 2020</w:t>
      </w:r>
      <w:r>
        <w:rPr>
          <w:rFonts w:ascii="Nirmala UI" w:hAnsi="Nirmala UI" w:eastAsia="Nirmala UI" w:cs="Nirmala UI"/>
        </w:rPr>
        <w:t>ರ</w:t>
      </w:r>
      <w:r>
        <w:rPr>
          <w:rFonts w:ascii="Arial" w:hAnsi="Arial" w:eastAsia="Arial" w:cs="Arial"/>
        </w:rPr>
        <w:t xml:space="preserve"> </w:t>
      </w:r>
      <w:r>
        <w:rPr>
          <w:rFonts w:ascii="Nirmala UI" w:hAnsi="Nirmala UI" w:eastAsia="Nirmala UI" w:cs="Nirmala UI"/>
        </w:rPr>
        <w:t>ಜುಲೈ</w:t>
      </w:r>
      <w:r>
        <w:rPr>
          <w:rFonts w:ascii="Arial" w:hAnsi="Arial" w:eastAsia="Arial" w:cs="Arial"/>
        </w:rPr>
        <w:t xml:space="preserve"> 18</w:t>
      </w:r>
      <w:r>
        <w:rPr>
          <w:rFonts w:ascii="Nirmala UI" w:hAnsi="Nirmala UI" w:eastAsia="Nirmala UI" w:cs="Nirmala UI"/>
        </w:rPr>
        <w:t>ರ</w:t>
      </w:r>
      <w:r>
        <w:rPr>
          <w:rFonts w:ascii="Arial" w:hAnsi="Arial" w:eastAsia="Arial" w:cs="Arial"/>
        </w:rPr>
        <w:t xml:space="preserve"> </w:t>
      </w:r>
      <w:r>
        <w:rPr>
          <w:rFonts w:ascii="Nirmala UI" w:hAnsi="Nirmala UI" w:eastAsia="Nirmala UI" w:cs="Nirmala UI"/>
        </w:rPr>
        <w:t>ನಿರಾಶೆಯನ್ನು</w:t>
      </w:r>
      <w:r>
        <w:rPr>
          <w:rFonts w:ascii="Arial" w:hAnsi="Arial" w:eastAsia="Arial" w:cs="Arial"/>
        </w:rPr>
        <w:t xml:space="preserve"> </w:t>
      </w:r>
      <w:r>
        <w:rPr>
          <w:rFonts w:ascii="Nirmala UI" w:hAnsi="Nirmala UI" w:eastAsia="Nirmala UI" w:cs="Nirmala UI"/>
        </w:rPr>
        <w:t>ಅರಿತುಕೊಳ್ಳುವ</w:t>
      </w:r>
      <w:r>
        <w:rPr>
          <w:rFonts w:ascii="Arial" w:hAnsi="Arial" w:eastAsia="Arial" w:cs="Arial"/>
        </w:rPr>
        <w:t xml:space="preserve"> </w:t>
      </w:r>
      <w:r>
        <w:rPr>
          <w:rFonts w:ascii="Nirmala UI" w:hAnsi="Nirmala UI" w:eastAsia="Nirmala UI" w:cs="Nirmala UI"/>
        </w:rPr>
        <w:t>ಪ್ರವಾದನಾತ್ಮಕ</w:t>
      </w:r>
      <w:r>
        <w:rPr>
          <w:rFonts w:ascii="Arial" w:hAnsi="Arial" w:eastAsia="Arial" w:cs="Arial"/>
        </w:rPr>
        <w:t xml:space="preserve"> </w:t>
      </w:r>
      <w:r>
        <w:rPr>
          <w:rFonts w:ascii="Nirmala UI" w:hAnsi="Nirmala UI" w:eastAsia="Nirmala UI" w:cs="Nirmala UI"/>
        </w:rPr>
        <w:t>ಅನಾವರಣ</w:t>
      </w:r>
    </w:p>
    <w:p>
      <w:pPr>
        <w:pStyle w:val="ArticleByline"/>
        <w:jc w:val="left"/>
      </w:pPr>
      <w:r>
        <w:rPr>
          <w:rFonts w:ascii="Arial" w:hAnsi="Arial" w:eastAsia="Arial" w:cs="Arial"/>
        </w:rPr>
        <w:t>Jeff Pippenger</w:t>
      </w:r>
    </w:p>
    <w:p>
      <w:pPr>
        <w:pStyle w:val="ArticleDate"/>
        <w:jc w:val="left"/>
      </w:pPr>
      <w:r>
        <w:rPr>
          <w:rFonts w:ascii="Arial" w:hAnsi="Arial" w:eastAsia="Arial" w:cs="Arial"/>
        </w:rPr>
        <w:t>2024-01-29</w:t>
      </w:r>
    </w:p>
    <w:p>
      <w:pPr>
        <w:pStyle w:val="ArticleBody"/>
        <w:jc w:val="left"/>
      </w:pPr>
      <w:r>
        <w:rPr>
          <w:rFonts w:ascii="Times New Roman" w:hAnsi="Times New Roman" w:eastAsia="Times New Roman" w:cs="Times New Roman"/>
        </w:rPr>
        <w:t>Araw 18 ti Julio, 2020, dimteng ti umuna a pannakadismaya iti maudi nga al-aldaw a reformatory movement ti Dios. Dayta ket nagbalin a waymark iti pakasaritaan ti maikatlo a Woe, nga isu ti pakasaritaan ti latter rain, ken kasta met ti pakasaritaan ti panagseal kadagiti sangagasut ken uppat a pulo ket uppat a ribu. Daytoy a pakasaritaan ket naiparangarang babaen iti tunggal reformatory movement iti nasantoan a pakasaritaan, ken ad-adda a naisurot a naiparangarang babaen iti pakasaritaan ti Millerite movement, ken naipakita babaen iti pangngarig dagiti sangapulo a virgenes, ken isu ti mangibagi iti naimpadtoan a pakasaritaan a sinukoy ti tunggal mammadto.</w:t>
      </w:r>
    </w:p>
    <w:p>
      <w:pPr>
        <w:pStyle w:val="ArticleBody"/>
        <w:jc w:val="left"/>
      </w:pPr>
      <w:r>
        <w:rPr>
          <w:rFonts w:ascii="Times New Roman" w:hAnsi="Times New Roman" w:eastAsia="Times New Roman" w:cs="Times New Roman"/>
        </w:rPr>
        <w:t>18 Juli 2020 melambangkan kekecewaan pertama dalam pergerakan ini, dan oleh sebab itu ia menandai tibanya masa penangguhan dalam perumpamaan tentang sepuluh gadis dan dalam kitab Habakuk. Dalam sejarah Millerit, bukti yang sama yang menuntun kepada pemberitaan mereka yang keliru kemudian terlihat sebagai penentu tanggal yang benar. Masa penangguhan dalam perumpamaan tentang sepuluh gadis itu lalu dipahami sebagai kebenaran masa kini, dan masa penangguhan itu adalah masa penangguhan yang sama dalam Habakuk pasal dua. Perumpamaan tentang sepuluh gadis itu diulangi sampai kepada hurufnya, dan kenyataan itu menunjukkan bahwa hanya mereka yang terlibat dalam kekecewaan itu yang merupakan calon untuk menjadi gadis yang bijaksana atau yang bodoh.</w:t>
      </w:r>
    </w:p>
    <w:p>
      <w:pPr>
        <w:pStyle w:val="ArticleBody"/>
        <w:jc w:val="left"/>
      </w:pPr>
      <w:r>
        <w:rPr>
          <w:rFonts w:ascii="Times New Roman" w:hAnsi="Times New Roman" w:eastAsia="Times New Roman" w:cs="Times New Roman"/>
        </w:rPr>
        <w:t>ادوِنتیسمِ بزرگِ لائودیکیّه با فرا رسیدنِ وایِ سوم در ۱۱ سپتامبر ۲۰۰۱ آزموده شد، و چون پیشگوییِ ناکامِ ۱۸ ژوئیهٔ ۲۰۲۰ سپری گردید، ادوِنتیسمِ لائودیکیّه، همانند پروتستان‌ها در تاریخِ میلری، واپس نهاده شد تا بی‌هدف به‌سوی روم بازگردد.</w:t>
      </w:r>
    </w:p>
    <w:p>
      <w:pPr>
        <w:pStyle w:val="ArticleBody"/>
        <w:jc w:val="left"/>
      </w:pPr>
      <w:r>
        <w:rPr>
          <w:rFonts w:ascii="Myanmar Text" w:hAnsi="Myanmar Text" w:eastAsia="Myanmar Text" w:cs="Myanmar Text"/>
        </w:rPr>
        <w:t>မီလာရိုက်များသည်</w:t>
      </w:r>
      <w:r>
        <w:rPr>
          <w:rFonts w:ascii="Times New Roman" w:hAnsi="Times New Roman" w:eastAsia="Times New Roman" w:cs="Times New Roman"/>
        </w:rPr>
        <w:t xml:space="preserve"> </w:t>
      </w:r>
      <w:r>
        <w:rPr>
          <w:rFonts w:ascii="Myanmar Text" w:hAnsi="Myanmar Text" w:eastAsia="Myanmar Text" w:cs="Myanmar Text"/>
        </w:rPr>
        <w:t>နှောင့်နှေးသောအချိန်ကို</w:t>
      </w:r>
      <w:r>
        <w:rPr>
          <w:rFonts w:ascii="Times New Roman" w:hAnsi="Times New Roman" w:eastAsia="Times New Roman" w:cs="Times New Roman"/>
        </w:rPr>
        <w:t xml:space="preserve"> </w:t>
      </w:r>
      <w:r>
        <w:rPr>
          <w:rFonts w:ascii="Myanmar Text" w:hAnsi="Myanmar Text" w:eastAsia="Myanmar Text" w:cs="Myanmar Text"/>
        </w:rPr>
        <w:t>ဆယ်သမီးကညာ၏</w:t>
      </w:r>
      <w:r>
        <w:rPr>
          <w:rFonts w:ascii="Times New Roman" w:hAnsi="Times New Roman" w:eastAsia="Times New Roman" w:cs="Times New Roman"/>
        </w:rPr>
        <w:t xml:space="preserve"> </w:t>
      </w:r>
      <w:r>
        <w:rPr>
          <w:rFonts w:ascii="Myanmar Text" w:hAnsi="Myanmar Text" w:eastAsia="Myanmar Text" w:cs="Myanmar Text"/>
        </w:rPr>
        <w:t>ဥပမာတော်</w:t>
      </w:r>
      <w:r>
        <w:rPr>
          <w:rFonts w:ascii="Times New Roman" w:hAnsi="Times New Roman" w:eastAsia="Times New Roman" w:cs="Times New Roman"/>
        </w:rPr>
        <w:t xml:space="preserve"> </w:t>
      </w:r>
      <w:r>
        <w:rPr>
          <w:rFonts w:ascii="Myanmar Text" w:hAnsi="Myanmar Text" w:eastAsia="Myanmar Text" w:cs="Myanmar Text"/>
        </w:rPr>
        <w:t>ပြည့်စုံခြင်းအဖြစ်သာ</w:t>
      </w:r>
      <w:r>
        <w:rPr>
          <w:rFonts w:ascii="Times New Roman" w:hAnsi="Times New Roman" w:eastAsia="Times New Roman" w:cs="Times New Roman"/>
        </w:rPr>
        <w:t xml:space="preserve"> </w:t>
      </w:r>
      <w:r>
        <w:rPr>
          <w:rFonts w:ascii="Myanmar Text" w:hAnsi="Myanmar Text" w:eastAsia="Myanmar Text" w:cs="Myanmar Text"/>
        </w:rPr>
        <w:t>သတ်မှတ်ခဲ့ကြသည်မဟုတ်ဘဲ၊</w:t>
      </w:r>
      <w:r>
        <w:rPr>
          <w:rFonts w:ascii="Times New Roman" w:hAnsi="Times New Roman" w:eastAsia="Times New Roman" w:cs="Times New Roman"/>
        </w:rPr>
        <w:t xml:space="preserve"> </w:t>
      </w:r>
      <w:r>
        <w:rPr>
          <w:rFonts w:ascii="Myanmar Text" w:hAnsi="Myanmar Text" w:eastAsia="Myanmar Text" w:cs="Myanmar Text"/>
        </w:rPr>
        <w:t>ဟဗက္ကုတ်ကျမ်း၌</w:t>
      </w:r>
      <w:r>
        <w:rPr>
          <w:rFonts w:ascii="Times New Roman" w:hAnsi="Times New Roman" w:eastAsia="Times New Roman" w:cs="Times New Roman"/>
        </w:rPr>
        <w:t xml:space="preserve"> </w:t>
      </w:r>
      <w:r>
        <w:rPr>
          <w:rFonts w:ascii="Myanmar Text" w:hAnsi="Myanmar Text" w:eastAsia="Myanmar Text" w:cs="Myanmar Text"/>
        </w:rPr>
        <w:t>ရူပါရုံသည်</w:t>
      </w:r>
      <w:r>
        <w:rPr>
          <w:rFonts w:ascii="Times New Roman" w:hAnsi="Times New Roman" w:eastAsia="Times New Roman" w:cs="Times New Roman"/>
        </w:rPr>
        <w:t xml:space="preserve"> </w:t>
      </w:r>
      <w:r>
        <w:rPr>
          <w:rFonts w:ascii="Myanmar Text" w:hAnsi="Myanmar Text" w:eastAsia="Myanmar Text" w:cs="Myanmar Text"/>
        </w:rPr>
        <w:t>နှောင့်နှေးသော်လည်း</w:t>
      </w:r>
      <w:r>
        <w:rPr>
          <w:rFonts w:ascii="Times New Roman" w:hAnsi="Times New Roman" w:eastAsia="Times New Roman" w:cs="Times New Roman"/>
        </w:rPr>
        <w:t xml:space="preserve"> </w:t>
      </w:r>
      <w:r>
        <w:rPr>
          <w:rFonts w:ascii="Myanmar Text" w:hAnsi="Myanmar Text" w:eastAsia="Myanmar Text" w:cs="Myanmar Text"/>
        </w:rPr>
        <w:t>ထိုရူပါရုံကို</w:t>
      </w:r>
      <w:r>
        <w:rPr>
          <w:rFonts w:ascii="Times New Roman" w:hAnsi="Times New Roman" w:eastAsia="Times New Roman" w:cs="Times New Roman"/>
        </w:rPr>
        <w:t xml:space="preserve"> </w:t>
      </w:r>
      <w:r>
        <w:rPr>
          <w:rFonts w:ascii="Myanmar Text" w:hAnsi="Myanmar Text" w:eastAsia="Myanmar Text" w:cs="Myanmar Text"/>
        </w:rPr>
        <w:t>စောင့်မျှော်ရန်ပေးသော</w:t>
      </w:r>
      <w:r>
        <w:rPr>
          <w:rFonts w:ascii="Times New Roman" w:hAnsi="Times New Roman" w:eastAsia="Times New Roman" w:cs="Times New Roman"/>
        </w:rPr>
        <w:t xml:space="preserve"> </w:t>
      </w:r>
      <w:r>
        <w:rPr>
          <w:rFonts w:ascii="Myanmar Text" w:hAnsi="Myanmar Text" w:eastAsia="Myanmar Text" w:cs="Myanmar Text"/>
        </w:rPr>
        <w:t>အမိန့်သည်လည်း</w:t>
      </w:r>
      <w:r>
        <w:rPr>
          <w:rFonts w:ascii="Times New Roman" w:hAnsi="Times New Roman" w:eastAsia="Times New Roman" w:cs="Times New Roman"/>
        </w:rPr>
        <w:t xml:space="preserve"> </w:t>
      </w:r>
      <w:r>
        <w:rPr>
          <w:rFonts w:ascii="Myanmar Text" w:hAnsi="Myanmar Text" w:eastAsia="Myanmar Text" w:cs="Myanmar Text"/>
        </w:rPr>
        <w:t>တူညီသော</w:t>
      </w:r>
      <w:r>
        <w:rPr>
          <w:rFonts w:ascii="Times New Roman" w:hAnsi="Times New Roman" w:eastAsia="Times New Roman" w:cs="Times New Roman"/>
        </w:rPr>
        <w:t xml:space="preserve"> </w:t>
      </w:r>
      <w:r>
        <w:rPr>
          <w:rFonts w:ascii="Myanmar Text" w:hAnsi="Myanmar Text" w:eastAsia="Myanmar Text" w:cs="Myanmar Text"/>
        </w:rPr>
        <w:t>ပရောဖက်ပြုဆိုင်ရာ</w:t>
      </w:r>
      <w:r>
        <w:rPr>
          <w:rFonts w:ascii="Times New Roman" w:hAnsi="Times New Roman" w:eastAsia="Times New Roman" w:cs="Times New Roman"/>
        </w:rPr>
        <w:t xml:space="preserve"> </w:t>
      </w:r>
      <w:r>
        <w:rPr>
          <w:rFonts w:ascii="Myanmar Text" w:hAnsi="Myanmar Text" w:eastAsia="Myanmar Text" w:cs="Myanmar Text"/>
        </w:rPr>
        <w:t>မှတ်တိုင်ဖြစ်ကြောင်းကိုလည်း</w:t>
      </w:r>
      <w:r>
        <w:rPr>
          <w:rFonts w:ascii="Times New Roman" w:hAnsi="Times New Roman" w:eastAsia="Times New Roman" w:cs="Times New Roman"/>
        </w:rPr>
        <w:t xml:space="preserve"> </w:t>
      </w:r>
      <w:r>
        <w:rPr>
          <w:rFonts w:ascii="Myanmar Text" w:hAnsi="Myanmar Text" w:eastAsia="Myanmar Text" w:cs="Myanmar Text"/>
        </w:rPr>
        <w:t>သူတို့</w:t>
      </w:r>
      <w:r>
        <w:rPr>
          <w:rFonts w:ascii="Times New Roman" w:hAnsi="Times New Roman" w:eastAsia="Times New Roman" w:cs="Times New Roman"/>
        </w:rPr>
        <w:t xml:space="preserve"> </w:t>
      </w:r>
      <w:r>
        <w:rPr>
          <w:rFonts w:ascii="Myanmar Text" w:hAnsi="Myanmar Text" w:eastAsia="Myanmar Text" w:cs="Myanmar Text"/>
        </w:rPr>
        <w:t>မြင်တွေ့ခဲ့ကြသည်။</w:t>
      </w:r>
      <w:r>
        <w:rPr>
          <w:rFonts w:ascii="Times New Roman" w:hAnsi="Times New Roman" w:eastAsia="Times New Roman" w:cs="Times New Roman"/>
        </w:rPr>
        <w:t xml:space="preserve"> </w:t>
      </w:r>
      <w:r>
        <w:rPr>
          <w:rFonts w:ascii="Myanmar Text" w:hAnsi="Myanmar Text" w:eastAsia="Myanmar Text" w:cs="Myanmar Text"/>
        </w:rPr>
        <w:t>ထို့နောက်</w:t>
      </w:r>
      <w:r>
        <w:rPr>
          <w:rFonts w:ascii="Times New Roman" w:hAnsi="Times New Roman" w:eastAsia="Times New Roman" w:cs="Times New Roman"/>
        </w:rPr>
        <w:t xml:space="preserve"> </w:t>
      </w:r>
      <w:r>
        <w:rPr>
          <w:rFonts w:ascii="Myanmar Text" w:hAnsi="Myanmar Text" w:eastAsia="Myanmar Text" w:cs="Myanmar Text"/>
        </w:rPr>
        <w:t>ဟဗက္ကုတ်က</w:t>
      </w:r>
      <w:r>
        <w:rPr>
          <w:rFonts w:ascii="Times New Roman" w:hAnsi="Times New Roman" w:eastAsia="Times New Roman" w:cs="Times New Roman"/>
        </w:rPr>
        <w:t xml:space="preserve"> </w:t>
      </w:r>
      <w:r>
        <w:rPr>
          <w:rFonts w:ascii="Myanmar Text" w:hAnsi="Myanmar Text" w:eastAsia="Myanmar Text" w:cs="Myanmar Text"/>
        </w:rPr>
        <w:t>အမှားယွင်းစွာ</w:t>
      </w:r>
      <w:r>
        <w:rPr>
          <w:rFonts w:ascii="Times New Roman" w:hAnsi="Times New Roman" w:eastAsia="Times New Roman" w:cs="Times New Roman"/>
        </w:rPr>
        <w:t xml:space="preserve"> </w:t>
      </w:r>
      <w:r>
        <w:rPr>
          <w:rFonts w:ascii="Myanmar Text" w:hAnsi="Myanmar Text" w:eastAsia="Myanmar Text" w:cs="Myanmar Text"/>
        </w:rPr>
        <w:t>တင်ပြခံရပြီး</w:t>
      </w:r>
      <w:r>
        <w:rPr>
          <w:rFonts w:ascii="Times New Roman" w:hAnsi="Times New Roman" w:eastAsia="Times New Roman" w:cs="Times New Roman"/>
        </w:rPr>
        <w:t xml:space="preserve"> </w:t>
      </w:r>
      <w:r>
        <w:rPr>
          <w:rFonts w:ascii="Myanmar Text" w:hAnsi="Myanmar Text" w:eastAsia="Myanmar Text" w:cs="Myanmar Text"/>
        </w:rPr>
        <w:t>ပထမအကြိမ်</w:t>
      </w:r>
      <w:r>
        <w:rPr>
          <w:rFonts w:ascii="Times New Roman" w:hAnsi="Times New Roman" w:eastAsia="Times New Roman" w:cs="Times New Roman"/>
        </w:rPr>
        <w:t xml:space="preserve"> </w:t>
      </w:r>
      <w:r>
        <w:rPr>
          <w:rFonts w:ascii="Myanmar Text" w:hAnsi="Myanmar Text" w:eastAsia="Myanmar Text" w:cs="Myanmar Text"/>
        </w:rPr>
        <w:t>စိတ်ပျက်ခြင်းကို</w:t>
      </w:r>
      <w:r>
        <w:rPr>
          <w:rFonts w:ascii="Times New Roman" w:hAnsi="Times New Roman" w:eastAsia="Times New Roman" w:cs="Times New Roman"/>
        </w:rPr>
        <w:t xml:space="preserve"> </w:t>
      </w:r>
      <w:r>
        <w:rPr>
          <w:rFonts w:ascii="Myanmar Text" w:hAnsi="Myanmar Text" w:eastAsia="Myanmar Text" w:cs="Myanmar Text"/>
        </w:rPr>
        <w:t>ဖြစ်ပေါ်စေခဲ့သော</w:t>
      </w:r>
      <w:r>
        <w:rPr>
          <w:rFonts w:ascii="Times New Roman" w:hAnsi="Times New Roman" w:eastAsia="Times New Roman" w:cs="Times New Roman"/>
        </w:rPr>
        <w:t xml:space="preserve"> </w:t>
      </w:r>
      <w:r>
        <w:rPr>
          <w:rFonts w:ascii="Myanmar Text" w:hAnsi="Myanmar Text" w:eastAsia="Myanmar Text" w:cs="Myanmar Text"/>
        </w:rPr>
        <w:t>ရူပါရုံပင်လျှင်</w:t>
      </w:r>
      <w:r>
        <w:rPr>
          <w:rFonts w:ascii="Times New Roman" w:hAnsi="Times New Roman" w:eastAsia="Times New Roman" w:cs="Times New Roman"/>
        </w:rPr>
        <w:t xml:space="preserve"> </w:t>
      </w:r>
      <w:r>
        <w:rPr>
          <w:rFonts w:ascii="Myanmar Text" w:hAnsi="Myanmar Text" w:eastAsia="Myanmar Text" w:cs="Myanmar Text"/>
        </w:rPr>
        <w:t>အဆုံး၌</w:t>
      </w:r>
      <w:r>
        <w:rPr>
          <w:rFonts w:ascii="Times New Roman" w:hAnsi="Times New Roman" w:eastAsia="Times New Roman" w:cs="Times New Roman"/>
        </w:rPr>
        <w:t xml:space="preserve"> “</w:t>
      </w:r>
      <w:r>
        <w:rPr>
          <w:rFonts w:ascii="Myanmar Text" w:hAnsi="Myanmar Text" w:eastAsia="Myanmar Text" w:cs="Myanmar Text"/>
        </w:rPr>
        <w:t>မိန့်မြွက်</w:t>
      </w:r>
      <w:r>
        <w:rPr>
          <w:rFonts w:ascii="Times New Roman" w:hAnsi="Times New Roman" w:eastAsia="Times New Roman" w:cs="Times New Roman"/>
        </w:rPr>
        <w:t xml:space="preserve">” </w:t>
      </w:r>
      <w:r>
        <w:rPr>
          <w:rFonts w:ascii="Myanmar Text" w:hAnsi="Myanmar Text" w:eastAsia="Myanmar Text" w:cs="Myanmar Text"/>
        </w:rPr>
        <w:t>မည့်</w:t>
      </w:r>
      <w:r>
        <w:rPr>
          <w:rFonts w:ascii="Times New Roman" w:hAnsi="Times New Roman" w:eastAsia="Times New Roman" w:cs="Times New Roman"/>
        </w:rPr>
        <w:t xml:space="preserve"> </w:t>
      </w:r>
      <w:r>
        <w:rPr>
          <w:rFonts w:ascii="Myanmar Text" w:hAnsi="Myanmar Text" w:eastAsia="Myanmar Text" w:cs="Myanmar Text"/>
        </w:rPr>
        <w:t>ရူပါရုံဖြစ်ကြောင်း</w:t>
      </w:r>
      <w:r>
        <w:rPr>
          <w:rFonts w:ascii="Times New Roman" w:hAnsi="Times New Roman" w:eastAsia="Times New Roman" w:cs="Times New Roman"/>
        </w:rPr>
        <w:t xml:space="preserve"> </w:t>
      </w:r>
      <w:r>
        <w:rPr>
          <w:rFonts w:ascii="Myanmar Text" w:hAnsi="Myanmar Text" w:eastAsia="Myanmar Text" w:cs="Myanmar Text"/>
        </w:rPr>
        <w:t>အတည်ပြုလေသည်။</w:t>
      </w:r>
    </w:p>
    <w:p>
      <w:pPr>
        <w:pStyle w:val="ArticleScripture"/>
        <w:jc w:val="left"/>
      </w:pPr>
      <w:r>
        <w:rPr>
          <w:rFonts w:ascii="Times New Roman" w:hAnsi="Times New Roman" w:eastAsia="Times New Roman" w:cs="Times New Roman"/>
        </w:rPr>
        <w:t>Taksaq rikch’ayninqa churasqa p’unchaypaqraqmi kashan; ichaqa tukukuyninpi rimarinqa, mana llullakuspan. Qhipaykuspapas, suyapay; imaraykuchus cheqaqtapuni hamunqa, mana qhipaykunqachu. Habakkuk 2:3.</w:t>
      </w:r>
    </w:p>
    <w:p>
      <w:pPr>
        <w:pStyle w:val="ArticleBody"/>
        <w:jc w:val="left"/>
      </w:pPr>
      <w:r>
        <w:rPr>
          <w:rFonts w:ascii="Times New Roman" w:hAnsi="Times New Roman" w:eastAsia="Times New Roman" w:cs="Times New Roman"/>
        </w:rPr>
        <w:t>Kawad-an nga nagmugna han syahan nga kapakyasan amo gihapon an mensahe nga pag-ailahon nga matutuman ha hirani nga tidaraon, kondi mensahe la gihapon ito nga nasandig ha naglabay nga mga pangatadongan tikang ha tagna nga gin-gamit ha syahan nga sayop nga pagpasamwak.</w:t>
      </w:r>
    </w:p>
    <w:p>
      <w:pPr>
        <w:pStyle w:val="ArticleBody"/>
        <w:jc w:val="left"/>
      </w:pPr>
      <w:r>
        <w:rPr>
          <w:rFonts w:ascii="Times New Roman" w:hAnsi="Times New Roman" w:eastAsia="Times New Roman" w:cs="Times New Roman"/>
        </w:rPr>
        <w:t>Milaleek yaaro duŋgo kapteŋ yaaŋ, bi ziaŋ yaaŋ bɛrɛŋeŋ de kɔrɔŋ yaaŋ, min tɔŋgo kapteŋ yaaŋ de kɔrɔŋ yaaŋ. Tɔŋgo kapteŋ yaaŋ laa de Protestants bɛrɛŋeŋ de kɔrɔŋ, saaŋ laa de Wʋrʋŋ 10 laa malaka gbɛrɛŋeŋ nɛ Wʋrʋŋ 14 laa malaka gbɛrɛŋeŋ (ba nɔɔ laa malaka kɔrɔŋ), yeli kɛrɛŋ August 11, 1840. Ba kɔrɔŋ laa de disappointment gbɛrɛŋeŋ nɛ Wʋrʋŋ 14 laa malaka nɔɔ laa yeli laa kaŋ.</w:t>
      </w:r>
    </w:p>
    <w:p>
      <w:pPr>
        <w:pStyle w:val="ArticleBody"/>
        <w:jc w:val="left"/>
      </w:pPr>
      <w:r>
        <w:rPr>
          <w:rFonts w:ascii="Nirmala UI" w:hAnsi="Nirmala UI" w:eastAsia="Nirmala UI" w:cs="Nirmala UI"/>
        </w:rPr>
        <w:t>मिलरवादी</w:t>
      </w:r>
      <w:r>
        <w:rPr>
          <w:rFonts w:ascii="Times New Roman" w:hAnsi="Times New Roman" w:eastAsia="Times New Roman" w:cs="Times New Roman"/>
        </w:rPr>
        <w:t xml:space="preserve"> </w:t>
      </w:r>
      <w:r>
        <w:rPr>
          <w:rFonts w:ascii="Nirmala UI" w:hAnsi="Nirmala UI" w:eastAsia="Nirmala UI" w:cs="Nirmala UI"/>
        </w:rPr>
        <w:t>इतिहासमा</w:t>
      </w:r>
      <w:r>
        <w:rPr>
          <w:rFonts w:ascii="Times New Roman" w:hAnsi="Times New Roman" w:eastAsia="Times New Roman" w:cs="Times New Roman"/>
        </w:rPr>
        <w:t xml:space="preserve"> </w:t>
      </w:r>
      <w:r>
        <w:rPr>
          <w:rFonts w:ascii="Nirmala UI" w:hAnsi="Nirmala UI" w:eastAsia="Nirmala UI" w:cs="Nirmala UI"/>
        </w:rPr>
        <w:t>मिलरवादीहरूका</w:t>
      </w:r>
      <w:r>
        <w:rPr>
          <w:rFonts w:ascii="Times New Roman" w:hAnsi="Times New Roman" w:eastAsia="Times New Roman" w:cs="Times New Roman"/>
        </w:rPr>
        <w:t xml:space="preserve"> </w:t>
      </w:r>
      <w:r>
        <w:rPr>
          <w:rFonts w:ascii="Nirmala UI" w:hAnsi="Nirmala UI" w:eastAsia="Nirmala UI" w:cs="Nirmala UI"/>
        </w:rPr>
        <w:t>लागि</w:t>
      </w:r>
      <w:r>
        <w:rPr>
          <w:rFonts w:ascii="Times New Roman" w:hAnsi="Times New Roman" w:eastAsia="Times New Roman" w:cs="Times New Roman"/>
        </w:rPr>
        <w:t xml:space="preserve"> </w:t>
      </w:r>
      <w:r>
        <w:rPr>
          <w:rFonts w:ascii="Nirmala UI" w:hAnsi="Nirmala UI" w:eastAsia="Nirmala UI" w:cs="Nirmala UI"/>
        </w:rPr>
        <w:t>परीक्षा</w:t>
      </w:r>
      <w:r>
        <w:rPr>
          <w:rFonts w:ascii="Times New Roman" w:hAnsi="Times New Roman" w:eastAsia="Times New Roman" w:cs="Times New Roman"/>
        </w:rPr>
        <w:t xml:space="preserve"> </w:t>
      </w:r>
      <w:r>
        <w:rPr>
          <w:rFonts w:ascii="Nirmala UI" w:hAnsi="Nirmala UI" w:eastAsia="Nirmala UI" w:cs="Nirmala UI"/>
        </w:rPr>
        <w:t>पहिलो</w:t>
      </w:r>
      <w:r>
        <w:rPr>
          <w:rFonts w:ascii="Times New Roman" w:hAnsi="Times New Roman" w:eastAsia="Times New Roman" w:cs="Times New Roman"/>
        </w:rPr>
        <w:t xml:space="preserve"> </w:t>
      </w:r>
      <w:r>
        <w:rPr>
          <w:rFonts w:ascii="Nirmala UI" w:hAnsi="Nirmala UI" w:eastAsia="Nirmala UI" w:cs="Nirmala UI"/>
        </w:rPr>
        <w:t>निराशाको</w:t>
      </w:r>
      <w:r>
        <w:rPr>
          <w:rFonts w:ascii="Times New Roman" w:hAnsi="Times New Roman" w:eastAsia="Times New Roman" w:cs="Times New Roman"/>
        </w:rPr>
        <w:t xml:space="preserve"> </w:t>
      </w:r>
      <w:r>
        <w:rPr>
          <w:rFonts w:ascii="Nirmala UI" w:hAnsi="Nirmala UI" w:eastAsia="Nirmala UI" w:cs="Nirmala UI"/>
        </w:rPr>
        <w:t>समयमा</w:t>
      </w:r>
      <w:r>
        <w:rPr>
          <w:rFonts w:ascii="Times New Roman" w:hAnsi="Times New Roman" w:eastAsia="Times New Roman" w:cs="Times New Roman"/>
        </w:rPr>
        <w:t xml:space="preserve"> </w:t>
      </w:r>
      <w:r>
        <w:rPr>
          <w:rFonts w:ascii="Nirmala UI" w:hAnsi="Nirmala UI" w:eastAsia="Nirmala UI" w:cs="Nirmala UI"/>
        </w:rPr>
        <w:t>दोस्रो</w:t>
      </w:r>
      <w:r>
        <w:rPr>
          <w:rFonts w:ascii="Times New Roman" w:hAnsi="Times New Roman" w:eastAsia="Times New Roman" w:cs="Times New Roman"/>
        </w:rPr>
        <w:t xml:space="preserve"> </w:t>
      </w:r>
      <w:r>
        <w:rPr>
          <w:rFonts w:ascii="Nirmala UI" w:hAnsi="Nirmala UI" w:eastAsia="Nirmala UI" w:cs="Nirmala UI"/>
        </w:rPr>
        <w:t>स्वर्गदूतको</w:t>
      </w:r>
      <w:r>
        <w:rPr>
          <w:rFonts w:ascii="Times New Roman" w:hAnsi="Times New Roman" w:eastAsia="Times New Roman" w:cs="Times New Roman"/>
        </w:rPr>
        <w:t xml:space="preserve"> </w:t>
      </w:r>
      <w:r>
        <w:rPr>
          <w:rFonts w:ascii="Nirmala UI" w:hAnsi="Nirmala UI" w:eastAsia="Nirmala UI" w:cs="Nirmala UI"/>
        </w:rPr>
        <w:t>आगमनसँगै</w:t>
      </w:r>
      <w:r>
        <w:rPr>
          <w:rFonts w:ascii="Times New Roman" w:hAnsi="Times New Roman" w:eastAsia="Times New Roman" w:cs="Times New Roman"/>
        </w:rPr>
        <w:t xml:space="preserve"> </w:t>
      </w:r>
      <w:r>
        <w:rPr>
          <w:rFonts w:ascii="Nirmala UI" w:hAnsi="Nirmala UI" w:eastAsia="Nirmala UI" w:cs="Nirmala UI"/>
        </w:rPr>
        <w:t>आरम्भ</w:t>
      </w:r>
      <w:r>
        <w:rPr>
          <w:rFonts w:ascii="Times New Roman" w:hAnsi="Times New Roman" w:eastAsia="Times New Roman" w:cs="Times New Roman"/>
        </w:rPr>
        <w:t xml:space="preserve"> </w:t>
      </w:r>
      <w:r>
        <w:rPr>
          <w:rFonts w:ascii="Nirmala UI" w:hAnsi="Nirmala UI" w:eastAsia="Nirmala UI" w:cs="Nirmala UI"/>
        </w:rPr>
        <w:t>भयो</w:t>
      </w:r>
      <w:r>
        <w:rPr>
          <w:rFonts w:ascii="Times New Roman" w:hAnsi="Times New Roman" w:eastAsia="Times New Roman" w:cs="Times New Roman"/>
        </w:rPr>
        <w:t xml:space="preserve"> </w:t>
      </w:r>
      <w:r>
        <w:rPr>
          <w:rFonts w:ascii="Nirmala UI" w:hAnsi="Nirmala UI" w:eastAsia="Nirmala UI" w:cs="Nirmala UI"/>
        </w:rPr>
        <w:t>र</w:t>
      </w:r>
      <w:r>
        <w:rPr>
          <w:rFonts w:ascii="Times New Roman" w:hAnsi="Times New Roman" w:eastAsia="Times New Roman" w:cs="Times New Roman"/>
        </w:rPr>
        <w:t xml:space="preserve"> </w:t>
      </w:r>
      <w:r>
        <w:rPr>
          <w:rFonts w:ascii="Nirmala UI" w:hAnsi="Nirmala UI" w:eastAsia="Nirmala UI" w:cs="Nirmala UI"/>
        </w:rPr>
        <w:t>मध्यरातको</w:t>
      </w:r>
      <w:r>
        <w:rPr>
          <w:rFonts w:ascii="Times New Roman" w:hAnsi="Times New Roman" w:eastAsia="Times New Roman" w:cs="Times New Roman"/>
        </w:rPr>
        <w:t xml:space="preserve"> </w:t>
      </w:r>
      <w:r>
        <w:rPr>
          <w:rFonts w:ascii="Nirmala UI" w:hAnsi="Nirmala UI" w:eastAsia="Nirmala UI" w:cs="Nirmala UI"/>
        </w:rPr>
        <w:t>पुकारको</w:t>
      </w:r>
      <w:r>
        <w:rPr>
          <w:rFonts w:ascii="Times New Roman" w:hAnsi="Times New Roman" w:eastAsia="Times New Roman" w:cs="Times New Roman"/>
        </w:rPr>
        <w:t xml:space="preserve"> </w:t>
      </w:r>
      <w:r>
        <w:rPr>
          <w:rFonts w:ascii="Nirmala UI" w:hAnsi="Nirmala UI" w:eastAsia="Nirmala UI" w:cs="Nirmala UI"/>
        </w:rPr>
        <w:t>आगमनसँगै</w:t>
      </w:r>
      <w:r>
        <w:rPr>
          <w:rFonts w:ascii="Times New Roman" w:hAnsi="Times New Roman" w:eastAsia="Times New Roman" w:cs="Times New Roman"/>
        </w:rPr>
        <w:t xml:space="preserve"> </w:t>
      </w:r>
      <w:r>
        <w:rPr>
          <w:rFonts w:ascii="Nirmala UI" w:hAnsi="Nirmala UI" w:eastAsia="Nirmala UI" w:cs="Nirmala UI"/>
        </w:rPr>
        <w:t>समाप्त</w:t>
      </w:r>
      <w:r>
        <w:rPr>
          <w:rFonts w:ascii="Times New Roman" w:hAnsi="Times New Roman" w:eastAsia="Times New Roman" w:cs="Times New Roman"/>
        </w:rPr>
        <w:t xml:space="preserve"> </w:t>
      </w:r>
      <w:r>
        <w:rPr>
          <w:rFonts w:ascii="Nirmala UI" w:hAnsi="Nirmala UI" w:eastAsia="Nirmala UI" w:cs="Nirmala UI"/>
        </w:rPr>
        <w:t>भयो</w:t>
      </w:r>
      <w:r>
        <w:rPr>
          <w:rFonts w:ascii="Times New Roman" w:hAnsi="Times New Roman" w:eastAsia="Times New Roman" w:cs="Times New Roman"/>
        </w:rPr>
        <w:t xml:space="preserve">, </w:t>
      </w:r>
      <w:r>
        <w:rPr>
          <w:rFonts w:ascii="Nirmala UI" w:hAnsi="Nirmala UI" w:eastAsia="Nirmala UI" w:cs="Nirmala UI"/>
        </w:rPr>
        <w:t>जसलाई</w:t>
      </w:r>
      <w:r>
        <w:rPr>
          <w:rFonts w:ascii="Times New Roman" w:hAnsi="Times New Roman" w:eastAsia="Times New Roman" w:cs="Times New Roman"/>
        </w:rPr>
        <w:t xml:space="preserve"> </w:t>
      </w:r>
      <w:r>
        <w:rPr>
          <w:rFonts w:ascii="Nirmala UI" w:hAnsi="Nirmala UI" w:eastAsia="Nirmala UI" w:cs="Nirmala UI"/>
        </w:rPr>
        <w:t>सिस्टर</w:t>
      </w:r>
      <w:r>
        <w:rPr>
          <w:rFonts w:ascii="Times New Roman" w:hAnsi="Times New Roman" w:eastAsia="Times New Roman" w:cs="Times New Roman"/>
        </w:rPr>
        <w:t xml:space="preserve"> </w:t>
      </w:r>
      <w:r>
        <w:rPr>
          <w:rFonts w:ascii="Nirmala UI" w:hAnsi="Nirmala UI" w:eastAsia="Nirmala UI" w:cs="Nirmala UI"/>
        </w:rPr>
        <w:t>ह्वाइटले</w:t>
      </w:r>
      <w:r>
        <w:rPr>
          <w:rFonts w:ascii="Times New Roman" w:hAnsi="Times New Roman" w:eastAsia="Times New Roman" w:cs="Times New Roman"/>
        </w:rPr>
        <w:t xml:space="preserve"> </w:t>
      </w:r>
      <w:r>
        <w:rPr>
          <w:rFonts w:ascii="Nirmala UI" w:hAnsi="Nirmala UI" w:eastAsia="Nirmala UI" w:cs="Nirmala UI"/>
        </w:rPr>
        <w:t>दोस्रो</w:t>
      </w:r>
      <w:r>
        <w:rPr>
          <w:rFonts w:ascii="Times New Roman" w:hAnsi="Times New Roman" w:eastAsia="Times New Roman" w:cs="Times New Roman"/>
        </w:rPr>
        <w:t xml:space="preserve"> </w:t>
      </w:r>
      <w:r>
        <w:rPr>
          <w:rFonts w:ascii="Nirmala UI" w:hAnsi="Nirmala UI" w:eastAsia="Nirmala UI" w:cs="Nirmala UI"/>
        </w:rPr>
        <w:t>स्वर्गदूतसँग</w:t>
      </w:r>
      <w:r>
        <w:rPr>
          <w:rFonts w:ascii="Times New Roman" w:hAnsi="Times New Roman" w:eastAsia="Times New Roman" w:cs="Times New Roman"/>
        </w:rPr>
        <w:t xml:space="preserve"> </w:t>
      </w:r>
      <w:r>
        <w:rPr>
          <w:rFonts w:ascii="Nirmala UI" w:hAnsi="Nirmala UI" w:eastAsia="Nirmala UI" w:cs="Nirmala UI"/>
        </w:rPr>
        <w:t>मिल्ने</w:t>
      </w:r>
      <w:r>
        <w:rPr>
          <w:rFonts w:ascii="Times New Roman" w:hAnsi="Times New Roman" w:eastAsia="Times New Roman" w:cs="Times New Roman"/>
        </w:rPr>
        <w:t xml:space="preserve"> </w:t>
      </w:r>
      <w:r>
        <w:rPr>
          <w:rFonts w:ascii="Nirmala UI" w:hAnsi="Nirmala UI" w:eastAsia="Nirmala UI" w:cs="Nirmala UI"/>
        </w:rPr>
        <w:t>स्वर्गदूतहरूको</w:t>
      </w:r>
      <w:r>
        <w:rPr>
          <w:rFonts w:ascii="Times New Roman" w:hAnsi="Times New Roman" w:eastAsia="Times New Roman" w:cs="Times New Roman"/>
        </w:rPr>
        <w:t xml:space="preserve"> </w:t>
      </w:r>
      <w:r>
        <w:rPr>
          <w:rFonts w:ascii="Nirmala UI" w:hAnsi="Nirmala UI" w:eastAsia="Nirmala UI" w:cs="Nirmala UI"/>
        </w:rPr>
        <w:t>एक</w:t>
      </w:r>
      <w:r>
        <w:rPr>
          <w:rFonts w:ascii="Times New Roman" w:hAnsi="Times New Roman" w:eastAsia="Times New Roman" w:cs="Times New Roman"/>
        </w:rPr>
        <w:t xml:space="preserve"> </w:t>
      </w:r>
      <w:r>
        <w:rPr>
          <w:rFonts w:ascii="Nirmala UI" w:hAnsi="Nirmala UI" w:eastAsia="Nirmala UI" w:cs="Nirmala UI"/>
        </w:rPr>
        <w:t>भीडको</w:t>
      </w:r>
      <w:r>
        <w:rPr>
          <w:rFonts w:ascii="Times New Roman" w:hAnsi="Times New Roman" w:eastAsia="Times New Roman" w:cs="Times New Roman"/>
        </w:rPr>
        <w:t xml:space="preserve"> </w:t>
      </w:r>
      <w:r>
        <w:rPr>
          <w:rFonts w:ascii="Nirmala UI" w:hAnsi="Nirmala UI" w:eastAsia="Nirmala UI" w:cs="Nirmala UI"/>
        </w:rPr>
        <w:t>रूपमा</w:t>
      </w:r>
      <w:r>
        <w:rPr>
          <w:rFonts w:ascii="Times New Roman" w:hAnsi="Times New Roman" w:eastAsia="Times New Roman" w:cs="Times New Roman"/>
        </w:rPr>
        <w:t xml:space="preserve"> </w:t>
      </w:r>
      <w:r>
        <w:rPr>
          <w:rFonts w:ascii="Nirmala UI" w:hAnsi="Nirmala UI" w:eastAsia="Nirmala UI" w:cs="Nirmala UI"/>
        </w:rPr>
        <w:t>चित्रण</w:t>
      </w:r>
      <w:r>
        <w:rPr>
          <w:rFonts w:ascii="Times New Roman" w:hAnsi="Times New Roman" w:eastAsia="Times New Roman" w:cs="Times New Roman"/>
        </w:rPr>
        <w:t xml:space="preserve"> </w:t>
      </w:r>
      <w:r>
        <w:rPr>
          <w:rFonts w:ascii="Nirmala UI" w:hAnsi="Nirmala UI" w:eastAsia="Nirmala UI" w:cs="Nirmala UI"/>
        </w:rPr>
        <w:t>गर्नुहुन्छ।</w:t>
      </w:r>
      <w:r>
        <w:rPr>
          <w:rFonts w:ascii="Times New Roman" w:hAnsi="Times New Roman" w:eastAsia="Times New Roman" w:cs="Times New Roman"/>
        </w:rPr>
        <w:t xml:space="preserve"> </w:t>
      </w:r>
      <w:r>
        <w:rPr>
          <w:rFonts w:ascii="Nirmala UI" w:hAnsi="Nirmala UI" w:eastAsia="Nirmala UI" w:cs="Nirmala UI"/>
        </w:rPr>
        <w:t>पवित्र</w:t>
      </w:r>
      <w:r>
        <w:rPr>
          <w:rFonts w:ascii="Times New Roman" w:hAnsi="Times New Roman" w:eastAsia="Times New Roman" w:cs="Times New Roman"/>
        </w:rPr>
        <w:t xml:space="preserve"> </w:t>
      </w:r>
      <w:r>
        <w:rPr>
          <w:rFonts w:ascii="Nirmala UI" w:hAnsi="Nirmala UI" w:eastAsia="Nirmala UI" w:cs="Nirmala UI"/>
        </w:rPr>
        <w:t>आत्माको</w:t>
      </w:r>
      <w:r>
        <w:rPr>
          <w:rFonts w:ascii="Times New Roman" w:hAnsi="Times New Roman" w:eastAsia="Times New Roman" w:cs="Times New Roman"/>
        </w:rPr>
        <w:t xml:space="preserve"> </w:t>
      </w:r>
      <w:r>
        <w:rPr>
          <w:rFonts w:ascii="Nirmala UI" w:hAnsi="Nirmala UI" w:eastAsia="Nirmala UI" w:cs="Nirmala UI"/>
        </w:rPr>
        <w:t>सामर्थ्यअन्तर्गत</w:t>
      </w:r>
      <w:r>
        <w:rPr>
          <w:rFonts w:ascii="Times New Roman" w:hAnsi="Times New Roman" w:eastAsia="Times New Roman" w:cs="Times New Roman"/>
        </w:rPr>
        <w:t xml:space="preserve">, </w:t>
      </w:r>
      <w:r>
        <w:rPr>
          <w:rFonts w:ascii="Nirmala UI" w:hAnsi="Nirmala UI" w:eastAsia="Nirmala UI" w:cs="Nirmala UI"/>
        </w:rPr>
        <w:t>मध्यरातको</w:t>
      </w:r>
      <w:r>
        <w:rPr>
          <w:rFonts w:ascii="Times New Roman" w:hAnsi="Times New Roman" w:eastAsia="Times New Roman" w:cs="Times New Roman"/>
        </w:rPr>
        <w:t xml:space="preserve"> </w:t>
      </w:r>
      <w:r>
        <w:rPr>
          <w:rFonts w:ascii="Nirmala UI" w:hAnsi="Nirmala UI" w:eastAsia="Nirmala UI" w:cs="Nirmala UI"/>
        </w:rPr>
        <w:t>पुकारको</w:t>
      </w:r>
      <w:r>
        <w:rPr>
          <w:rFonts w:ascii="Times New Roman" w:hAnsi="Times New Roman" w:eastAsia="Times New Roman" w:cs="Times New Roman"/>
        </w:rPr>
        <w:t xml:space="preserve"> </w:t>
      </w:r>
      <w:r>
        <w:rPr>
          <w:rFonts w:ascii="Nirmala UI" w:hAnsi="Nirmala UI" w:eastAsia="Nirmala UI" w:cs="Nirmala UI"/>
        </w:rPr>
        <w:t>सन्देशलाई</w:t>
      </w:r>
      <w:r>
        <w:rPr>
          <w:rFonts w:ascii="Times New Roman" w:hAnsi="Times New Roman" w:eastAsia="Times New Roman" w:cs="Times New Roman"/>
        </w:rPr>
        <w:t xml:space="preserve"> </w:t>
      </w:r>
      <w:r>
        <w:rPr>
          <w:rFonts w:ascii="Nirmala UI" w:hAnsi="Nirmala UI" w:eastAsia="Nirmala UI" w:cs="Nirmala UI"/>
        </w:rPr>
        <w:t>चिनेर</w:t>
      </w:r>
      <w:r>
        <w:rPr>
          <w:rFonts w:ascii="Times New Roman" w:hAnsi="Times New Roman" w:eastAsia="Times New Roman" w:cs="Times New Roman"/>
        </w:rPr>
        <w:t xml:space="preserve"> </w:t>
      </w:r>
      <w:r>
        <w:rPr>
          <w:rFonts w:ascii="Nirmala UI" w:hAnsi="Nirmala UI" w:eastAsia="Nirmala UI" w:cs="Nirmala UI"/>
        </w:rPr>
        <w:t>ग्रहण</w:t>
      </w:r>
      <w:r>
        <w:rPr>
          <w:rFonts w:ascii="Times New Roman" w:hAnsi="Times New Roman" w:eastAsia="Times New Roman" w:cs="Times New Roman"/>
        </w:rPr>
        <w:t xml:space="preserve"> </w:t>
      </w:r>
      <w:r>
        <w:rPr>
          <w:rFonts w:ascii="Nirmala UI" w:hAnsi="Nirmala UI" w:eastAsia="Nirmala UI" w:cs="Nirmala UI"/>
        </w:rPr>
        <w:t>गर्ने</w:t>
      </w:r>
      <w:r>
        <w:rPr>
          <w:rFonts w:ascii="Times New Roman" w:hAnsi="Times New Roman" w:eastAsia="Times New Roman" w:cs="Times New Roman"/>
        </w:rPr>
        <w:t xml:space="preserve"> </w:t>
      </w:r>
      <w:r>
        <w:rPr>
          <w:rFonts w:ascii="Nirmala UI" w:hAnsi="Nirmala UI" w:eastAsia="Nirmala UI" w:cs="Nirmala UI"/>
        </w:rPr>
        <w:t>मिलरवादीहरू</w:t>
      </w:r>
      <w:r>
        <w:rPr>
          <w:rFonts w:ascii="Times New Roman" w:hAnsi="Times New Roman" w:eastAsia="Times New Roman" w:cs="Times New Roman"/>
        </w:rPr>
        <w:t xml:space="preserve"> </w:t>
      </w:r>
      <w:r>
        <w:rPr>
          <w:rFonts w:ascii="Nirmala UI" w:hAnsi="Nirmala UI" w:eastAsia="Nirmala UI" w:cs="Nirmala UI"/>
        </w:rPr>
        <w:t>त्यसपछि</w:t>
      </w:r>
      <w:r>
        <w:rPr>
          <w:rFonts w:ascii="Times New Roman" w:hAnsi="Times New Roman" w:eastAsia="Times New Roman" w:cs="Times New Roman"/>
        </w:rPr>
        <w:t xml:space="preserve"> </w:t>
      </w:r>
      <w:r>
        <w:rPr>
          <w:rFonts w:ascii="Nirmala UI" w:hAnsi="Nirmala UI" w:eastAsia="Nirmala UI" w:cs="Nirmala UI"/>
        </w:rPr>
        <w:t>तिनीहरूका</w:t>
      </w:r>
      <w:r>
        <w:rPr>
          <w:rFonts w:ascii="Times New Roman" w:hAnsi="Times New Roman" w:eastAsia="Times New Roman" w:cs="Times New Roman"/>
        </w:rPr>
        <w:t xml:space="preserve"> </w:t>
      </w:r>
      <w:r>
        <w:rPr>
          <w:rFonts w:ascii="Nirmala UI" w:hAnsi="Nirmala UI" w:eastAsia="Nirmala UI" w:cs="Nirmala UI"/>
        </w:rPr>
        <w:t>वरिपरि</w:t>
      </w:r>
      <w:r>
        <w:rPr>
          <w:rFonts w:ascii="Times New Roman" w:hAnsi="Times New Roman" w:eastAsia="Times New Roman" w:cs="Times New Roman"/>
        </w:rPr>
        <w:t xml:space="preserve"> </w:t>
      </w:r>
      <w:r>
        <w:rPr>
          <w:rFonts w:ascii="Nirmala UI" w:hAnsi="Nirmala UI" w:eastAsia="Nirmala UI" w:cs="Nirmala UI"/>
        </w:rPr>
        <w:t>सबैतिर</w:t>
      </w:r>
      <w:r>
        <w:rPr>
          <w:rFonts w:ascii="Times New Roman" w:hAnsi="Times New Roman" w:eastAsia="Times New Roman" w:cs="Times New Roman"/>
        </w:rPr>
        <w:t xml:space="preserve"> </w:t>
      </w:r>
      <w:r>
        <w:rPr>
          <w:rFonts w:ascii="Nirmala UI" w:hAnsi="Nirmala UI" w:eastAsia="Nirmala UI" w:cs="Nirmala UI"/>
        </w:rPr>
        <w:t>झरिरहेकै</w:t>
      </w:r>
      <w:r>
        <w:rPr>
          <w:rFonts w:ascii="Times New Roman" w:hAnsi="Times New Roman" w:eastAsia="Times New Roman" w:cs="Times New Roman"/>
        </w:rPr>
        <w:t xml:space="preserve"> </w:t>
      </w:r>
      <w:r>
        <w:rPr>
          <w:rFonts w:ascii="Nirmala UI" w:hAnsi="Nirmala UI" w:eastAsia="Nirmala UI" w:cs="Nirmala UI"/>
        </w:rPr>
        <w:t>सन्देशलाई</w:t>
      </w:r>
      <w:r>
        <w:rPr>
          <w:rFonts w:ascii="Times New Roman" w:hAnsi="Times New Roman" w:eastAsia="Times New Roman" w:cs="Times New Roman"/>
        </w:rPr>
        <w:t xml:space="preserve"> </w:t>
      </w:r>
      <w:r>
        <w:rPr>
          <w:rFonts w:ascii="Nirmala UI" w:hAnsi="Nirmala UI" w:eastAsia="Nirmala UI" w:cs="Nirmala UI"/>
        </w:rPr>
        <w:t>नचिन्ने</w:t>
      </w:r>
      <w:r>
        <w:rPr>
          <w:rFonts w:ascii="Times New Roman" w:hAnsi="Times New Roman" w:eastAsia="Times New Roman" w:cs="Times New Roman"/>
        </w:rPr>
        <w:t xml:space="preserve"> </w:t>
      </w:r>
      <w:r>
        <w:rPr>
          <w:rFonts w:ascii="Nirmala UI" w:hAnsi="Nirmala UI" w:eastAsia="Nirmala UI" w:cs="Nirmala UI"/>
        </w:rPr>
        <w:t>मिलरवादीहरूबाट</w:t>
      </w:r>
      <w:r>
        <w:rPr>
          <w:rFonts w:ascii="Times New Roman" w:hAnsi="Times New Roman" w:eastAsia="Times New Roman" w:cs="Times New Roman"/>
        </w:rPr>
        <w:t xml:space="preserve"> </w:t>
      </w:r>
      <w:r>
        <w:rPr>
          <w:rFonts w:ascii="Nirmala UI" w:hAnsi="Nirmala UI" w:eastAsia="Nirmala UI" w:cs="Nirmala UI"/>
        </w:rPr>
        <w:t>अलग</w:t>
      </w:r>
      <w:r>
        <w:rPr>
          <w:rFonts w:ascii="Times New Roman" w:hAnsi="Times New Roman" w:eastAsia="Times New Roman" w:cs="Times New Roman"/>
        </w:rPr>
        <w:t xml:space="preserve"> </w:t>
      </w:r>
      <w:r>
        <w:rPr>
          <w:rFonts w:ascii="Nirmala UI" w:hAnsi="Nirmala UI" w:eastAsia="Nirmala UI" w:cs="Nirmala UI"/>
        </w:rPr>
        <w:t>गरिए।</w:t>
      </w:r>
      <w:r>
        <w:rPr>
          <w:rFonts w:ascii="Times New Roman" w:hAnsi="Times New Roman" w:eastAsia="Times New Roman" w:cs="Times New Roman"/>
        </w:rPr>
        <w:t xml:space="preserve"> </w:t>
      </w:r>
      <w:r>
        <w:rPr>
          <w:rFonts w:ascii="Nirmala UI" w:hAnsi="Nirmala UI" w:eastAsia="Nirmala UI" w:cs="Nirmala UI"/>
        </w:rPr>
        <w:t>अक्टोबर</w:t>
      </w:r>
      <w:r>
        <w:rPr>
          <w:rFonts w:ascii="Times New Roman" w:hAnsi="Times New Roman" w:eastAsia="Times New Roman" w:cs="Times New Roman"/>
        </w:rPr>
        <w:t xml:space="preserve"> </w:t>
      </w:r>
      <w:r>
        <w:rPr>
          <w:rFonts w:ascii="Nirmala UI" w:hAnsi="Nirmala UI" w:eastAsia="Nirmala UI" w:cs="Nirmala UI"/>
        </w:rPr>
        <w:t>२२</w:t>
      </w:r>
      <w:r>
        <w:rPr>
          <w:rFonts w:ascii="Times New Roman" w:hAnsi="Times New Roman" w:eastAsia="Times New Roman" w:cs="Times New Roman"/>
        </w:rPr>
        <w:t xml:space="preserve">, </w:t>
      </w:r>
      <w:r>
        <w:rPr>
          <w:rFonts w:ascii="Nirmala UI" w:hAnsi="Nirmala UI" w:eastAsia="Nirmala UI" w:cs="Nirmala UI"/>
        </w:rPr>
        <w:t>१८४४</w:t>
      </w:r>
      <w:r>
        <w:rPr>
          <w:rFonts w:ascii="Times New Roman" w:hAnsi="Times New Roman" w:eastAsia="Times New Roman" w:cs="Times New Roman"/>
        </w:rPr>
        <w:t xml:space="preserve"> </w:t>
      </w:r>
      <w:r>
        <w:rPr>
          <w:rFonts w:ascii="Nirmala UI" w:hAnsi="Nirmala UI" w:eastAsia="Nirmala UI" w:cs="Nirmala UI"/>
        </w:rPr>
        <w:t>मा</w:t>
      </w:r>
      <w:r>
        <w:rPr>
          <w:rFonts w:ascii="Times New Roman" w:hAnsi="Times New Roman" w:eastAsia="Times New Roman" w:cs="Times New Roman"/>
        </w:rPr>
        <w:t xml:space="preserve">, </w:t>
      </w:r>
      <w:r>
        <w:rPr>
          <w:rFonts w:ascii="Nirmala UI" w:hAnsi="Nirmala UI" w:eastAsia="Nirmala UI" w:cs="Nirmala UI"/>
        </w:rPr>
        <w:t>तेस्रो</w:t>
      </w:r>
      <w:r>
        <w:rPr>
          <w:rFonts w:ascii="Times New Roman" w:hAnsi="Times New Roman" w:eastAsia="Times New Roman" w:cs="Times New Roman"/>
        </w:rPr>
        <w:t xml:space="preserve"> </w:t>
      </w:r>
      <w:r>
        <w:rPr>
          <w:rFonts w:ascii="Nirmala UI" w:hAnsi="Nirmala UI" w:eastAsia="Nirmala UI" w:cs="Nirmala UI"/>
        </w:rPr>
        <w:t>स्वर्गदूत</w:t>
      </w:r>
      <w:r>
        <w:rPr>
          <w:rFonts w:ascii="Times New Roman" w:hAnsi="Times New Roman" w:eastAsia="Times New Roman" w:cs="Times New Roman"/>
        </w:rPr>
        <w:t xml:space="preserve"> </w:t>
      </w:r>
      <w:r>
        <w:rPr>
          <w:rFonts w:ascii="Nirmala UI" w:hAnsi="Nirmala UI" w:eastAsia="Nirmala UI" w:cs="Nirmala UI"/>
        </w:rPr>
        <w:t>आइपुग्यो</w:t>
      </w:r>
      <w:r>
        <w:rPr>
          <w:rFonts w:ascii="Times New Roman" w:hAnsi="Times New Roman" w:eastAsia="Times New Roman" w:cs="Times New Roman"/>
        </w:rPr>
        <w:t xml:space="preserve">, </w:t>
      </w:r>
      <w:r>
        <w:rPr>
          <w:rFonts w:ascii="Nirmala UI" w:hAnsi="Nirmala UI" w:eastAsia="Nirmala UI" w:cs="Nirmala UI"/>
        </w:rPr>
        <w:t>र</w:t>
      </w:r>
      <w:r>
        <w:rPr>
          <w:rFonts w:ascii="Times New Roman" w:hAnsi="Times New Roman" w:eastAsia="Times New Roman" w:cs="Times New Roman"/>
        </w:rPr>
        <w:t xml:space="preserve"> </w:t>
      </w:r>
      <w:r>
        <w:rPr>
          <w:rFonts w:ascii="Nirmala UI" w:hAnsi="Nirmala UI" w:eastAsia="Nirmala UI" w:cs="Nirmala UI"/>
        </w:rPr>
        <w:t>जो</w:t>
      </w:r>
      <w:r>
        <w:rPr>
          <w:rFonts w:ascii="Times New Roman" w:hAnsi="Times New Roman" w:eastAsia="Times New Roman" w:cs="Times New Roman"/>
        </w:rPr>
        <w:t xml:space="preserve"> </w:t>
      </w:r>
      <w:r>
        <w:rPr>
          <w:rFonts w:ascii="Nirmala UI" w:hAnsi="Nirmala UI" w:eastAsia="Nirmala UI" w:cs="Nirmala UI"/>
        </w:rPr>
        <w:t>दर्शन</w:t>
      </w:r>
      <w:r>
        <w:rPr>
          <w:rFonts w:ascii="Times New Roman" w:hAnsi="Times New Roman" w:eastAsia="Times New Roman" w:cs="Times New Roman"/>
        </w:rPr>
        <w:t xml:space="preserve"> </w:t>
      </w:r>
      <w:r>
        <w:rPr>
          <w:rFonts w:ascii="Nirmala UI" w:hAnsi="Nirmala UI" w:eastAsia="Nirmala UI" w:cs="Nirmala UI"/>
        </w:rPr>
        <w:t>विलम्बित</w:t>
      </w:r>
      <w:r>
        <w:rPr>
          <w:rFonts w:ascii="Times New Roman" w:hAnsi="Times New Roman" w:eastAsia="Times New Roman" w:cs="Times New Roman"/>
        </w:rPr>
        <w:t xml:space="preserve"> </w:t>
      </w:r>
      <w:r>
        <w:rPr>
          <w:rFonts w:ascii="Nirmala UI" w:hAnsi="Nirmala UI" w:eastAsia="Nirmala UI" w:cs="Nirmala UI"/>
        </w:rPr>
        <w:t>भएको</w:t>
      </w:r>
      <w:r>
        <w:rPr>
          <w:rFonts w:ascii="Times New Roman" w:hAnsi="Times New Roman" w:eastAsia="Times New Roman" w:cs="Times New Roman"/>
        </w:rPr>
        <w:t xml:space="preserve"> </w:t>
      </w:r>
      <w:r>
        <w:rPr>
          <w:rFonts w:ascii="Nirmala UI" w:hAnsi="Nirmala UI" w:eastAsia="Nirmala UI" w:cs="Nirmala UI"/>
        </w:rPr>
        <w:t>थियो</w:t>
      </w:r>
      <w:r>
        <w:rPr>
          <w:rFonts w:ascii="Times New Roman" w:hAnsi="Times New Roman" w:eastAsia="Times New Roman" w:cs="Times New Roman"/>
        </w:rPr>
        <w:t xml:space="preserve">, </w:t>
      </w:r>
      <w:r>
        <w:rPr>
          <w:rFonts w:ascii="Nirmala UI" w:hAnsi="Nirmala UI" w:eastAsia="Nirmala UI" w:cs="Nirmala UI"/>
        </w:rPr>
        <w:t>त्यसपछि</w:t>
      </w:r>
      <w:r>
        <w:rPr>
          <w:rFonts w:ascii="Times New Roman" w:hAnsi="Times New Roman" w:eastAsia="Times New Roman" w:cs="Times New Roman"/>
        </w:rPr>
        <w:t xml:space="preserve"> </w:t>
      </w:r>
      <w:r>
        <w:rPr>
          <w:rFonts w:ascii="Nirmala UI" w:hAnsi="Nirmala UI" w:eastAsia="Nirmala UI" w:cs="Nirmala UI"/>
        </w:rPr>
        <w:t>त्यसले</w:t>
      </w:r>
      <w:r>
        <w:rPr>
          <w:rFonts w:ascii="Times New Roman" w:hAnsi="Times New Roman" w:eastAsia="Times New Roman" w:cs="Times New Roman"/>
        </w:rPr>
        <w:t xml:space="preserve"> </w:t>
      </w:r>
      <w:r>
        <w:rPr>
          <w:rFonts w:ascii="Nirmala UI" w:hAnsi="Nirmala UI" w:eastAsia="Nirmala UI" w:cs="Nirmala UI"/>
        </w:rPr>
        <w:t>बोल्यो।</w:t>
      </w:r>
    </w:p>
    <w:p>
      <w:pPr>
        <w:pStyle w:val="ArticleBody"/>
        <w:jc w:val="left"/>
      </w:pPr>
      <w:r>
        <w:rPr>
          <w:rFonts w:ascii="Times New Roman" w:hAnsi="Times New Roman" w:eastAsia="Times New Roman" w:cs="Times New Roman"/>
        </w:rPr>
        <w:t>ꞌKun liꞌ tuukulilil tiꞌ le tsꞌaabal u kꞌáat chiꞌ le jun tuukul kaꞌal tukulil waakax kaꞌal lahun kaꞌal, le máaxoꞌob tiꞌ u yáanalil le kúuchililil kꞌáabaꞌeꞌ tu yáanal tu yáax pꞌáatikoꞌob, ka tu pach le máaxoꞌob tiꞌ le túumben pacto. Le pruebaoꞌ tu chúunul tiꞌ Laodicean Adventism kaꞌach le yáax tꞌaanil le ángel tiꞌ Apocalipsis dieciocho yéetel le óoxpꞌéel ángel tiꞌ Apocalipsis catorce (tuméen letiꞌoboꞌ le jach junpꞌéel ángel), hóokꞌij tu kaanalil tiꞌ septiembre 11, 2001. U pruebaoꞌob tsꞌokij yéetel le desilusión tiꞌ julio 18, 2020.</w:t>
      </w:r>
    </w:p>
    <w:p>
      <w:pPr>
        <w:pStyle w:val="ArticleBody"/>
        <w:jc w:val="left"/>
      </w:pPr>
      <w:r>
        <w:rPr>
          <w:rFonts w:ascii="Times New Roman" w:hAnsi="Times New Roman" w:eastAsia="Times New Roman" w:cs="Times New Roman"/>
        </w:rPr>
        <w:t>Ki misionala etíntoki náyi ángel mosáto, ekátétá ya bato nkóto nkama moko na ntuku minei na minei ebandaki na boyei ya mpasi ya liboso ya kokatana motema, mpe ekosuka na boyei ya nsango ya Kolela ya Bótóngó-katiká ya Butú. Na nse ya nguya ya Molimo Mosanto, baye bazali sikawa koyeba mpe kondima nsango ya Kolela ya Bótóngó-katiká ya Butú bakabwanaka bongo na bato bazangi bwanya mpe bato mabe oyo bayebaki te nsango wana ya biteni mingi oyo ezali sikawa kokweya zingazinga na bango nyonso.</w:t>
      </w:r>
    </w:p>
    <w:p>
      <w:pPr>
        <w:pStyle w:val="ArticleBody"/>
        <w:jc w:val="left"/>
      </w:pPr>
      <w:r>
        <w:rPr>
          <w:rFonts w:ascii="Times New Roman" w:hAnsi="Times New Roman" w:eastAsia="Times New Roman" w:cs="Times New Roman"/>
        </w:rPr>
        <w:t>رَبّی کا وہ قانون جو جلد نافذ ہونے والا ہے، مکاشفہ اٹھارہ کے فرشتہ کی دوسری “آواز” بولتی ہے؛ یہی وہ رؤیا بھی ہے جو “تأخیر” کے ساتھ بولی۔ یہ تیس</w:t>
      </w:r>
      <w:r>
        <w:rPr>
          <w:rFonts w:ascii="Nirmala UI" w:hAnsi="Nirmala UI" w:eastAsia="Nirmala UI" w:cs="Nirmala UI"/>
        </w:rPr>
        <w:t>रे</w:t>
      </w:r>
      <w:r>
        <w:rPr>
          <w:rFonts w:ascii="Times New Roman" w:hAnsi="Times New Roman" w:eastAsia="Times New Roman" w:cs="Times New Roman"/>
        </w:rPr>
        <w:t xml:space="preserve"> فرشتہ کے پیغام کی بھی نمائندگی کرتی ہے جو بڑھتے بڑھتے للکارِ بلند تک پہنچ جاتا ہے۔</w:t>
      </w:r>
    </w:p>
    <w:p>
      <w:pPr>
        <w:pStyle w:val="ArticleBody"/>
        <w:jc w:val="left"/>
      </w:pPr>
      <w:r>
        <w:rPr>
          <w:rFonts w:ascii="Times New Roman" w:hAnsi="Times New Roman" w:eastAsia="Times New Roman" w:cs="Times New Roman"/>
        </w:rPr>
        <w:t>Káad yá’át’éehígíí ashdla’ii dóó t’áá ajiłii’ígíí ángelíí hólǫ́ǫgo bee naashá, áádóó ángel béeso t’áá íiyisí hwiindzinígíí bits’ą́ą́dóó atah naashá. Káad yá’át’éehígíí bizaadígíí ayóo daats’íísígíí t’áá ajiłii’ígíí bee hane’ígíí nihá hólǫ́, dóó ángelíí hane’ígíí biyi’ bika’ígíí át’é. Millerite hane’ bee haz’ą́ą́góó, t’áá ałtso bináhásdlááhígíí biniiyé Samuel S. Snow yee hane’, áádóó éí Káad yá’át’éehígíí t’áá ajiłii’ígíí bizaad bee íiyisí naaltsoos atah nidaalnishgo nitsáhákees. Éí hane’ biyi’ t’áá ałtso baa hane’ doo bik’ehgo hólǫ́ da, dóó Snow éí Káad yá’át’éehígíí bizaad biniiyé nitsáhákeesígíí t’áá íiyisí akót’éego ahéhee’go ádaałts’íísígo yee deest’į́į́ł nidaalnishgo.</w:t>
      </w:r>
    </w:p>
    <w:p>
      <w:pPr>
        <w:pStyle w:val="ArticleBody"/>
        <w:jc w:val="left"/>
      </w:pPr>
      <w:r>
        <w:rPr>
          <w:rFonts w:ascii="Times New Roman" w:hAnsi="Times New Roman" w:eastAsia="Times New Roman" w:cs="Times New Roman"/>
        </w:rPr>
        <w:t>O historia ua repeti exatamente letra por letra, e a mensagi do Grito di Meia-noiti final ta desenvolvi publicamenti dês di fins di julhu di 2023. Ê ka ê simplismenti a mensagi di Islã, mas tanbêl ê inklui a mensagi di selamentu di sentu i kuarenta i kuatru mil. Ê inklui a revelason ma kes dôs chifri di besta di têra, ambos ta passa pa un “morti i ressurreiçon”, pamodi es ta correpondê ku imági di besta, ki, na mesma historia, ta kumpri enigma profétiku di ma “u oitavu ê di kes seti”. Ê inklui revelasons asosiadus ku “historia skondidu” di Seti Trovõis, i ê ta kumpri enigma profétiku di “pedra” ki foi rejeitadu bira “kabésa di kantu”, enkuantu “seti vezis” di Levítiku vinte i seis ta ser reveladu kumo fio ki ta teci tudu verdadis di historia di Miller djuntu ku verdadis ki foi desseladu na tenpu di fim na 1989. U Salmista ta dizê-l na es manera:</w:t>
      </w:r>
    </w:p>
    <w:p>
      <w:pPr>
        <w:pStyle w:val="ArticleScripture"/>
        <w:jc w:val="left"/>
      </w:pPr>
      <w:r>
        <w:rPr>
          <w:rFonts w:ascii="Times New Roman" w:hAnsi="Times New Roman" w:eastAsia="Times New Roman" w:cs="Times New Roman"/>
        </w:rPr>
        <w:t>Ātiʼu u vúu ji̱mva-ri̱ ñi kóo yà, u téke u kóo káʼá ndika. Yóʼo kúu chée yà Sàvì; te ndáá víi kaʼnu ini-yo ja kúni-yo yóʼo. Yóʼo kúu kivi ni sáà yà Sàvì; na kúsi ini-yo te na kútùʼù ini-yo iñi yóʼo. Salmos 118:22–24.</w:t>
      </w:r>
    </w:p>
    <w:p>
      <w:pPr>
        <w:pStyle w:val="ArticleBody"/>
        <w:jc w:val="left"/>
      </w:pPr>
      <w:r>
        <w:rPr>
          <w:rFonts w:ascii="Times New Roman" w:hAnsi="Times New Roman" w:eastAsia="Times New Roman" w:cs="Times New Roman"/>
        </w:rPr>
        <w:t>“Achiksi”, William Miller i a·bachenggipa skanggipa “rongjol” ong·achim (aro rongjolrangara achiksirang ong·a), ian “Jihova dakgimin sal” ong·a. Skangni chikkorangon, Sabbath ge·etanir nokdang aro katta-rang, Leviticus ki chapter kolgrik mangsangni chupako pe·gimin gitcham snigipa chakrikni nokdang baksa apsan ong·a ine mesokaha. Snigipa salo neng·takani, snigipa bilsio a·ani neng·takani ko mesokaha, aro ia gni ge·etanirangko iandake chanchigrikode, Bible ki katchinikani gimin saksa sal saksa bilsini dakchaka ine uarang sakkiko on·a.</w:t>
      </w:r>
    </w:p>
    <w:p>
      <w:pPr>
        <w:pStyle w:val="ArticleBody"/>
        <w:jc w:val="left"/>
      </w:pPr>
      <w:r>
        <w:rPr>
          <w:rFonts w:ascii="Times New Roman" w:hAnsi="Times New Roman" w:eastAsia="Times New Roman" w:cs="Times New Roman"/>
        </w:rPr>
        <w:t>Oromo 26 keessatti waaʼee dheekkamsa Waaqayyoo “yeroo torba” jedhee Miller lallabe hubannoon inni qabu akka “guyyaa tokkootti” bakka buʼamee mulʼata; jechuunis, akkuma Gooftaan samii fi lafa guyyoota jaʼaan uumee guyyaa torbaffaa boqoteetti, akkasuma marsaa qulqulluu waggoota torbaas Isatu qopheesse.</w:t>
      </w:r>
    </w:p>
    <w:p>
      <w:pPr>
        <w:pStyle w:val="ArticleBody"/>
        <w:jc w:val="left"/>
      </w:pPr>
      <w:r>
        <w:rPr>
          <w:rFonts w:ascii="Times New Roman" w:hAnsi="Times New Roman" w:eastAsia="Times New Roman" w:cs="Times New Roman"/>
        </w:rPr>
        <w:t>حين اختتم يسوع مَثَلَ الكرم سأل الفريسيين سؤالًا.</w:t>
      </w:r>
    </w:p>
    <w:p>
      <w:pPr>
        <w:pStyle w:val="ArticleScripture"/>
        <w:jc w:val="left"/>
      </w:pPr>
      <w:r>
        <w:rPr>
          <w:rFonts w:ascii="Times New Roman" w:hAnsi="Times New Roman" w:eastAsia="Times New Roman" w:cs="Times New Roman"/>
        </w:rPr>
        <w:t>اجتناب‌یىزنىڭ ئىگىسى كەلگەندە، ئۇ باغۋەنلەرگە نېمە قىلىدۇ؟ ئۇلار ئۇنىڭغا ئېيتتى: ئۇ بۇ يامان ئادەملەرنى ئېچىنىشسىز ھالدا ھالاك قىلىدۇ، ۋە ئۈزۈمزارلىقىنى باشقا باغۋەنلەرگە ئىجارىگە بېرىدۇ؛ ئۇلار ئۇنىڭغا مېۋىسىنى ئۆز پەسلىدە تاپشۇرىدۇ. ئەيسا ئۇلارغا ئېيتتى: مۇقەددەس يازمىلاردا: «قۇرغۇچىلار رەت قىلغان تاش، شۇ تاش بۇلۇڭنىڭ باش تېشى بولۇپ قالدى؛ بۇ پەرۋەردىگارنىڭ قىلغىنىدۇر، ۋە ئۇ بىزنىڭ كۆزلىرىمىزدە ھەيران قالارلىقتۇر»،—دەپ يېزىلغىنىنى ھېچ ئوقۇپ باقمىدىڭلارمۇ؟ شۇنىڭ ئۈچۈن سىلەرگە دەيمەنكى، خۇدانىڭ پادىشاھلىقى سىلەردىن تارتىۋېلىنىپ، ئۇنىڭ مېۋىسىنى كەلتۈرىدىغان بىر مىللەتكە بېرىلىدۇ. ۋە كىمكى بۇ تاشنىڭ ئۈستىگە يىقىلسا، پارە-پارە بولىدۇ؛ ئەمما ئۇ تاش كىمگە چۈشسە، ئۇنى ئۇن-تالقان قىلىۋېتىدۇ. باش روھانىلار ۋە پەرىسىيلەر ئۇنىڭ تەمسىللىرىنى ئاڭلىغاندا، ئۇنىڭ سۆزىنىڭ ئۆزلىرى ھەققىدە ئىكەنلىكىنى چۈشەندى. ماتتا 21:40–45.</w:t>
      </w:r>
    </w:p>
    <w:p>
      <w:pPr>
        <w:pStyle w:val="ArticleBody"/>
        <w:jc w:val="left"/>
      </w:pPr>
      <w:r>
        <w:rPr>
          <w:rFonts w:ascii="Times New Roman" w:hAnsi="Times New Roman" w:eastAsia="Times New Roman" w:cs="Times New Roman"/>
        </w:rPr>
        <w:t>مَثَلُ الكَرْمِ هو مَثَلُ تَجاوُزِ الشَّعبِ المُختارِ الأوَّل، وإعطاءِ المَلَكوتِ لشَعبٍ مُختارٍ جديد. و«الحَجَرُ» الذي رُفِضَ، بحسبِ يسوع، هو «الحَجَرُ» الذي إمّا يُخَلِّصُ أو يُهلِكُ، تبعًا لكيفيَّةِ تلقِّيه. ولا بُدَّ أن يكونَ «الحَجَرُ» حقيقةً كتابيَّةً في السِّياقِ الذي استَخدَمَهُ فيه يسوع، لأنَّ له القُدرَةَ على أن يُثمِرَ ثَمَرًا بِرِّيًّا، وبِرُّ المسيحِ لا يُنتَجُ في الرِّجالِ والنِّساءِ إلّا حينَ يَقبَلونَ كَلِمَةَ حَقِّهِ.</w:t>
      </w:r>
    </w:p>
    <w:p>
      <w:pPr>
        <w:pStyle w:val="ArticleScripture"/>
        <w:jc w:val="left"/>
      </w:pPr>
      <w:r>
        <w:rPr>
          <w:rFonts w:ascii="Times New Roman" w:hAnsi="Times New Roman" w:eastAsia="Times New Roman" w:cs="Times New Roman"/>
        </w:rPr>
        <w:t>Quddus bo‘lishlari uchun ularni Sening haqiqating ila muqaddas qilgin: Sening kaloming haqiqatdir. Yuhanno 17:17.</w:t>
      </w:r>
    </w:p>
    <w:p>
      <w:pPr>
        <w:pStyle w:val="ArticleBody"/>
        <w:jc w:val="left"/>
      </w:pPr>
      <w:r>
        <w:rPr>
          <w:rFonts w:ascii="Times New Roman" w:hAnsi="Times New Roman" w:eastAsia="Times New Roman" w:cs="Times New Roman"/>
        </w:rPr>
        <w:t>“tʃaŋni” hi dokṯrin yaŋka ṯečiŋ yaŋna hečhaŋna wakeg̱a he, hečhaŋna Jesus hi Wówašte, hečhaŋna Acts owówašte kiŋ él Peter “tʃaŋni” kiŋ Christ hečhaŋ owáŋyaŋke.</w:t>
      </w:r>
    </w:p>
    <w:p>
      <w:pPr>
        <w:pStyle w:val="ArticleScripture"/>
        <w:jc w:val="left"/>
      </w:pPr>
      <w:r>
        <w:rPr>
          <w:rFonts w:ascii="Times New Roman" w:hAnsi="Times New Roman" w:eastAsia="Times New Roman" w:cs="Times New Roman"/>
        </w:rPr>
        <w:t>Naw quenqna yirchaychis qankunaman llapallaykichisman, hinallataq Israel llaqtapi llapa runakunamanpas, Nazaretmanta Jesucristoq sutimpi, paytaqmi qankuna chacatarkankichis, Diosmi ichaqa wañusqakunamanta kawsarichimurqa, paywanmi kay runaqa kaypi qankunapa ñawpaqnikichispi allinyasqa sayan. Kaymi chay rumi, qankuna wasi ruwaqkuna mana yupaychasqa, ichaqa iskinaq umanman tukusqa. Manataqmi hukpipas salvación kanchu; hanaq pachaq uranpi runakunaman qosqa huk sutipas manam kanchu, chay sutipiñataq ñuqanchik salvasqa kayku. Hechos 4:10–12.</w:t>
      </w:r>
    </w:p>
    <w:p>
      <w:pPr>
        <w:pStyle w:val="ArticleBody"/>
        <w:jc w:val="left"/>
      </w:pPr>
      <w:r>
        <w:rPr>
          <w:rFonts w:ascii="Times New Roman" w:hAnsi="Times New Roman" w:eastAsia="Times New Roman" w:cs="Times New Roman"/>
        </w:rPr>
        <w:t>Acun in 1 Peter, is taken te simbolismul „stone”, și mai departe, but is keeps it in același context al trecerii pe lângă a unui fost people de legământ și al alegerii unui nou people ales, care, așa cum afirmă el, „in time past were not a people, but are now the people of God: which had not obtained mercy, but now have obtained mercy.”</w:t>
      </w:r>
    </w:p>
    <w:p>
      <w:pPr>
        <w:pStyle w:val="ArticleScripture"/>
        <w:jc w:val="left"/>
      </w:pPr>
      <w:r>
        <w:rPr>
          <w:rFonts w:ascii="Times New Roman" w:hAnsi="Times New Roman" w:eastAsia="Times New Roman" w:cs="Times New Roman"/>
        </w:rPr>
        <w:t>Хъущтэу къыпфыкӏуэу, цӏыхухэм къагъэпэжыжащ гъэуэ мывэу, ауэ Тхьэм и къыхэхамрэ и нэхъ дыдэ хъуамрэ, фиӏэхэм ащ фэдэу, псэу мывэхэу, гъэсэныгъэ унэм хуэдэу къыфагъэувэщ, тегъэщӏапӏэ нэжьыр зэхуэмыдэу хъуэным пащхьэ, Иисус Христос икӏэ Тхьэм къигъэсэбэп хъун духу лъапӏэу гъэхьэсынымкӏэ. Ауэ мыпхуэдэу Тхылъым ибжьыр итащ: «Къэгъэлъэгъу, Сионым сыщӏэтынщ пщӏондэ мывэу, къыхэхамрэ нэхъ дыдэ хъуамрэ; арым ышаныпӏэм, укъуейтейуэ къэнэнукъым». Апхуэдэу, фэ шэныгъэ зиӏэхэм, ар нэхъ дыдэщ; ауэ мыбжьэгъу гуэр зиӏэхэм папщӏэ, «унэ зэхэзгъэуфакӏуэхэм къаужьыр мывэр, абы жьыр пщӏондэ ищхьэ мывэ хъуащ», «къалъхуауэ епхъуэ мывэу, гупсысэ зэгъэкӏуэнкӏэ щхьэщытхъуэ щӏыбжьэу» — абыхэм, псалъэм епхъуэу елъхум, мыбжьэгъугъэ зиӏэу; ар къызэрагъэувэам иужькӏэщ. 1 Петр 2:4–8.</w:t>
      </w:r>
    </w:p>
    <w:p>
      <w:pPr>
        <w:pStyle w:val="ArticleBody"/>
        <w:jc w:val="left"/>
      </w:pPr>
      <w:r>
        <w:rPr>
          <w:rFonts w:ascii="Gadugi" w:hAnsi="Gadugi" w:eastAsia="Gadugi" w:cs="Gadugi"/>
        </w:rPr>
        <w:t>ᎦᏙᎯᏳ</w:t>
      </w:r>
      <w:r>
        <w:rPr>
          <w:rFonts w:ascii="Times New Roman" w:hAnsi="Times New Roman" w:eastAsia="Times New Roman" w:cs="Times New Roman"/>
        </w:rPr>
        <w:t xml:space="preserve"> </w:t>
      </w:r>
      <w:r>
        <w:rPr>
          <w:rFonts w:ascii="Gadugi" w:hAnsi="Gadugi" w:eastAsia="Gadugi" w:cs="Gadugi"/>
        </w:rPr>
        <w:t>ᏈᏓ</w:t>
      </w:r>
      <w:r>
        <w:rPr>
          <w:rFonts w:ascii="Times New Roman" w:hAnsi="Times New Roman" w:eastAsia="Times New Roman" w:cs="Times New Roman"/>
        </w:rPr>
        <w:t xml:space="preserve"> </w:t>
      </w:r>
      <w:r>
        <w:rPr>
          <w:rFonts w:ascii="Gadugi" w:hAnsi="Gadugi" w:eastAsia="Gadugi" w:cs="Gadugi"/>
        </w:rPr>
        <w:t>ᎯᎠ</w:t>
      </w:r>
      <w:r>
        <w:rPr>
          <w:rFonts w:ascii="Times New Roman" w:hAnsi="Times New Roman" w:eastAsia="Times New Roman" w:cs="Times New Roman"/>
        </w:rPr>
        <w:t xml:space="preserve"> </w:t>
      </w:r>
      <w:r>
        <w:rPr>
          <w:rFonts w:ascii="Gadugi" w:hAnsi="Gadugi" w:eastAsia="Gadugi" w:cs="Gadugi"/>
        </w:rPr>
        <w:t>ᏂᎦᏪᏎᎭ</w:t>
      </w:r>
      <w:r>
        <w:rPr>
          <w:rFonts w:ascii="Times New Roman" w:hAnsi="Times New Roman" w:eastAsia="Times New Roman" w:cs="Times New Roman"/>
        </w:rPr>
        <w:t xml:space="preserve"> </w:t>
      </w:r>
      <w:r>
        <w:rPr>
          <w:rFonts w:ascii="Gadugi" w:hAnsi="Gadugi" w:eastAsia="Gadugi" w:cs="Gadugi"/>
        </w:rPr>
        <w:t>Ꮎ</w:t>
      </w:r>
      <w:r>
        <w:rPr>
          <w:rFonts w:ascii="Times New Roman" w:hAnsi="Times New Roman" w:eastAsia="Times New Roman" w:cs="Times New Roman"/>
        </w:rPr>
        <w:t xml:space="preserve"> </w:t>
      </w:r>
      <w:r>
        <w:rPr>
          <w:rFonts w:ascii="Gadugi" w:hAnsi="Gadugi" w:eastAsia="Gadugi" w:cs="Gadugi"/>
        </w:rPr>
        <w:t>ᏧᏑᏰᏛ</w:t>
      </w:r>
      <w:r>
        <w:rPr>
          <w:rFonts w:ascii="Times New Roman" w:hAnsi="Times New Roman" w:eastAsia="Times New Roman" w:cs="Times New Roman"/>
        </w:rPr>
        <w:t xml:space="preserve"> </w:t>
      </w:r>
      <w:r>
        <w:rPr>
          <w:rFonts w:ascii="Gadugi" w:hAnsi="Gadugi" w:eastAsia="Gadugi" w:cs="Gadugi"/>
        </w:rPr>
        <w:t>ᏴᏫ</w:t>
      </w:r>
      <w:r>
        <w:rPr>
          <w:rFonts w:ascii="Times New Roman" w:hAnsi="Times New Roman" w:eastAsia="Times New Roman" w:cs="Times New Roman"/>
        </w:rPr>
        <w:t xml:space="preserve"> </w:t>
      </w:r>
      <w:r>
        <w:rPr>
          <w:rFonts w:ascii="Gadugi" w:hAnsi="Gadugi" w:eastAsia="Gadugi" w:cs="Gadugi"/>
        </w:rPr>
        <w:t>ᎠᏁᎲ</w:t>
      </w:r>
      <w:r>
        <w:rPr>
          <w:rFonts w:ascii="Times New Roman" w:hAnsi="Times New Roman" w:eastAsia="Times New Roman" w:cs="Times New Roman"/>
        </w:rPr>
        <w:t xml:space="preserve"> </w:t>
      </w:r>
      <w:r>
        <w:rPr>
          <w:rFonts w:ascii="Gadugi" w:hAnsi="Gadugi" w:eastAsia="Gadugi" w:cs="Gadugi"/>
        </w:rPr>
        <w:t>ᎨᏒᎢ</w:t>
      </w:r>
      <w:r>
        <w:rPr>
          <w:rFonts w:ascii="Times New Roman" w:hAnsi="Times New Roman" w:eastAsia="Times New Roman" w:cs="Times New Roman"/>
        </w:rPr>
        <w:t>, “</w:t>
      </w:r>
      <w:r>
        <w:rPr>
          <w:rFonts w:ascii="Gadugi" w:hAnsi="Gadugi" w:eastAsia="Gadugi" w:cs="Gadugi"/>
        </w:rPr>
        <w:t>Ꮎ</w:t>
      </w:r>
      <w:r>
        <w:rPr>
          <w:rFonts w:ascii="Times New Roman" w:hAnsi="Times New Roman" w:eastAsia="Times New Roman" w:cs="Times New Roman"/>
        </w:rPr>
        <w:t xml:space="preserve"> </w:t>
      </w:r>
      <w:r>
        <w:rPr>
          <w:rFonts w:ascii="Gadugi" w:hAnsi="Gadugi" w:eastAsia="Gadugi" w:cs="Gadugi"/>
        </w:rPr>
        <w:t>ᏂᏚᎾᏓᏂᎸᎾ</w:t>
      </w:r>
      <w:r>
        <w:rPr>
          <w:rFonts w:ascii="Times New Roman" w:hAnsi="Times New Roman" w:eastAsia="Times New Roman" w:cs="Times New Roman"/>
        </w:rPr>
        <w:t xml:space="preserve"> </w:t>
      </w:r>
      <w:r>
        <w:rPr>
          <w:rFonts w:ascii="Gadugi" w:hAnsi="Gadugi" w:eastAsia="Gadugi" w:cs="Gadugi"/>
        </w:rPr>
        <w:t>ᎨᏒ</w:t>
      </w:r>
      <w:r>
        <w:rPr>
          <w:rFonts w:ascii="Times New Roman" w:hAnsi="Times New Roman" w:eastAsia="Times New Roman" w:cs="Times New Roman"/>
        </w:rPr>
        <w:t xml:space="preserve"> </w:t>
      </w:r>
      <w:r>
        <w:rPr>
          <w:rFonts w:ascii="Gadugi" w:hAnsi="Gadugi" w:eastAsia="Gadugi" w:cs="Gadugi"/>
        </w:rPr>
        <w:t>ᎠᏂᏣᏍᎩ</w:t>
      </w:r>
      <w:r>
        <w:rPr>
          <w:rFonts w:ascii="Times New Roman" w:hAnsi="Times New Roman" w:eastAsia="Times New Roman" w:cs="Times New Roman"/>
        </w:rPr>
        <w:t xml:space="preserve">, </w:t>
      </w:r>
      <w:r>
        <w:rPr>
          <w:rFonts w:ascii="Gadugi" w:hAnsi="Gadugi" w:eastAsia="Gadugi" w:cs="Gadugi"/>
        </w:rPr>
        <w:t>Ꮎ</w:t>
      </w:r>
      <w:r>
        <w:rPr>
          <w:rFonts w:ascii="Times New Roman" w:hAnsi="Times New Roman" w:eastAsia="Times New Roman" w:cs="Times New Roman"/>
        </w:rPr>
        <w:t xml:space="preserve"> </w:t>
      </w:r>
      <w:r>
        <w:rPr>
          <w:rFonts w:ascii="Gadugi" w:hAnsi="Gadugi" w:eastAsia="Gadugi" w:cs="Gadugi"/>
        </w:rPr>
        <w:t>ᎠᏅᏲ</w:t>
      </w:r>
      <w:r>
        <w:rPr>
          <w:rFonts w:ascii="Times New Roman" w:hAnsi="Times New Roman" w:eastAsia="Times New Roman" w:cs="Times New Roman"/>
        </w:rPr>
        <w:t xml:space="preserve"> </w:t>
      </w:r>
      <w:r>
        <w:rPr>
          <w:rFonts w:ascii="Gadugi" w:hAnsi="Gadugi" w:eastAsia="Gadugi" w:cs="Gadugi"/>
        </w:rPr>
        <w:t>Ꮎ</w:t>
      </w:r>
      <w:r>
        <w:rPr>
          <w:rFonts w:ascii="Times New Roman" w:hAnsi="Times New Roman" w:eastAsia="Times New Roman" w:cs="Times New Roman"/>
        </w:rPr>
        <w:t xml:space="preserve"> </w:t>
      </w:r>
      <w:r>
        <w:rPr>
          <w:rFonts w:ascii="Gadugi" w:hAnsi="Gadugi" w:eastAsia="Gadugi" w:cs="Gadugi"/>
        </w:rPr>
        <w:t>ᎠᏁᏍᎨᏍᎩ</w:t>
      </w:r>
      <w:r>
        <w:rPr>
          <w:rFonts w:ascii="Times New Roman" w:hAnsi="Times New Roman" w:eastAsia="Times New Roman" w:cs="Times New Roman"/>
        </w:rPr>
        <w:t xml:space="preserve"> </w:t>
      </w:r>
      <w:r>
        <w:rPr>
          <w:rFonts w:ascii="Gadugi" w:hAnsi="Gadugi" w:eastAsia="Gadugi" w:cs="Gadugi"/>
        </w:rPr>
        <w:t>ᎤᎾᏓᏱᎵᏙᎸᎢ</w:t>
      </w:r>
      <w:r>
        <w:rPr>
          <w:rFonts w:ascii="Times New Roman" w:hAnsi="Times New Roman" w:eastAsia="Times New Roman" w:cs="Times New Roman"/>
        </w:rPr>
        <w:t xml:space="preserve">, </w:t>
      </w:r>
      <w:r>
        <w:rPr>
          <w:rFonts w:ascii="Gadugi" w:hAnsi="Gadugi" w:eastAsia="Gadugi" w:cs="Gadugi"/>
        </w:rPr>
        <w:t>ᎾᏍᎩ</w:t>
      </w:r>
      <w:r>
        <w:rPr>
          <w:rFonts w:ascii="Times New Roman" w:hAnsi="Times New Roman" w:eastAsia="Times New Roman" w:cs="Times New Roman"/>
        </w:rPr>
        <w:t xml:space="preserve"> </w:t>
      </w:r>
      <w:r>
        <w:rPr>
          <w:rFonts w:ascii="Gadugi" w:hAnsi="Gadugi" w:eastAsia="Gadugi" w:cs="Gadugi"/>
        </w:rPr>
        <w:t>ᎤᎵᏍᏔᏅ</w:t>
      </w:r>
      <w:r>
        <w:rPr>
          <w:rFonts w:ascii="Times New Roman" w:hAnsi="Times New Roman" w:eastAsia="Times New Roman" w:cs="Times New Roman"/>
        </w:rPr>
        <w:t xml:space="preserve"> </w:t>
      </w:r>
      <w:r>
        <w:rPr>
          <w:rFonts w:ascii="Gadugi" w:hAnsi="Gadugi" w:eastAsia="Gadugi" w:cs="Gadugi"/>
        </w:rPr>
        <w:t>ᎤᏅᏒ</w:t>
      </w:r>
      <w:r>
        <w:rPr>
          <w:rFonts w:ascii="Times New Roman" w:hAnsi="Times New Roman" w:eastAsia="Times New Roman" w:cs="Times New Roman"/>
        </w:rPr>
        <w:t xml:space="preserve"> </w:t>
      </w:r>
      <w:r>
        <w:rPr>
          <w:rFonts w:ascii="Gadugi" w:hAnsi="Gadugi" w:eastAsia="Gadugi" w:cs="Gadugi"/>
        </w:rPr>
        <w:t>ᎤᏓᎷᎸᏔᏅ</w:t>
      </w:r>
      <w:r>
        <w:rPr>
          <w:rFonts w:ascii="Times New Roman" w:hAnsi="Times New Roman" w:eastAsia="Times New Roman" w:cs="Times New Roman"/>
        </w:rPr>
        <w:t xml:space="preserve"> </w:t>
      </w:r>
      <w:r>
        <w:rPr>
          <w:rFonts w:ascii="Gadugi" w:hAnsi="Gadugi" w:eastAsia="Gadugi" w:cs="Gadugi"/>
        </w:rPr>
        <w:t>ᎤᏅᏗᏱ</w:t>
      </w:r>
      <w:r>
        <w:rPr>
          <w:rFonts w:ascii="Times New Roman" w:hAnsi="Times New Roman" w:eastAsia="Times New Roman" w:cs="Times New Roman"/>
        </w:rPr>
        <w:t xml:space="preserve"> </w:t>
      </w:r>
      <w:r>
        <w:rPr>
          <w:rFonts w:ascii="Gadugi" w:hAnsi="Gadugi" w:eastAsia="Gadugi" w:cs="Gadugi"/>
        </w:rPr>
        <w:t>ᎠᏓᏍᏚᎢ</w:t>
      </w:r>
      <w:r>
        <w:rPr>
          <w:rFonts w:ascii="Times New Roman" w:hAnsi="Times New Roman" w:eastAsia="Times New Roman" w:cs="Times New Roman"/>
        </w:rPr>
        <w:t xml:space="preserve">, </w:t>
      </w:r>
      <w:r>
        <w:rPr>
          <w:rFonts w:ascii="Gadugi" w:hAnsi="Gadugi" w:eastAsia="Gadugi" w:cs="Gadugi"/>
        </w:rPr>
        <w:t>ᎠᎴ</w:t>
      </w:r>
      <w:r>
        <w:rPr>
          <w:rFonts w:ascii="Times New Roman" w:hAnsi="Times New Roman" w:eastAsia="Times New Roman" w:cs="Times New Roman"/>
        </w:rPr>
        <w:t xml:space="preserve"> </w:t>
      </w:r>
      <w:r>
        <w:rPr>
          <w:rFonts w:ascii="Gadugi" w:hAnsi="Gadugi" w:eastAsia="Gadugi" w:cs="Gadugi"/>
        </w:rPr>
        <w:t>ᎠᏅᏲ</w:t>
      </w:r>
      <w:r>
        <w:rPr>
          <w:rFonts w:ascii="Times New Roman" w:hAnsi="Times New Roman" w:eastAsia="Times New Roman" w:cs="Times New Roman"/>
        </w:rPr>
        <w:t xml:space="preserve"> </w:t>
      </w:r>
      <w:r>
        <w:rPr>
          <w:rFonts w:ascii="Gadugi" w:hAnsi="Gadugi" w:eastAsia="Gadugi" w:cs="Gadugi"/>
        </w:rPr>
        <w:t>ᎠᏓᏙᎵᏍᏙᏗ</w:t>
      </w:r>
      <w:r>
        <w:rPr>
          <w:rFonts w:ascii="Times New Roman" w:hAnsi="Times New Roman" w:eastAsia="Times New Roman" w:cs="Times New Roman"/>
        </w:rPr>
        <w:t xml:space="preserve">, </w:t>
      </w:r>
      <w:r>
        <w:rPr>
          <w:rFonts w:ascii="Gadugi" w:hAnsi="Gadugi" w:eastAsia="Gadugi" w:cs="Gadugi"/>
        </w:rPr>
        <w:t>ᎠᎴ</w:t>
      </w:r>
      <w:r>
        <w:rPr>
          <w:rFonts w:ascii="Times New Roman" w:hAnsi="Times New Roman" w:eastAsia="Times New Roman" w:cs="Times New Roman"/>
        </w:rPr>
        <w:t xml:space="preserve"> </w:t>
      </w:r>
      <w:r>
        <w:rPr>
          <w:rFonts w:ascii="Gadugi" w:hAnsi="Gadugi" w:eastAsia="Gadugi" w:cs="Gadugi"/>
        </w:rPr>
        <w:t>ᎠᏅᏲ</w:t>
      </w:r>
      <w:r>
        <w:rPr>
          <w:rFonts w:ascii="Times New Roman" w:hAnsi="Times New Roman" w:eastAsia="Times New Roman" w:cs="Times New Roman"/>
        </w:rPr>
        <w:t xml:space="preserve"> </w:t>
      </w:r>
      <w:r>
        <w:rPr>
          <w:rFonts w:ascii="Gadugi" w:hAnsi="Gadugi" w:eastAsia="Gadugi" w:cs="Gadugi"/>
        </w:rPr>
        <w:t>ᎠᏰᎸᏗ</w:t>
      </w:r>
      <w:r>
        <w:rPr>
          <w:rFonts w:ascii="Times New Roman" w:hAnsi="Times New Roman" w:eastAsia="Times New Roman" w:cs="Times New Roman"/>
        </w:rPr>
        <w:t xml:space="preserve"> </w:t>
      </w:r>
      <w:r>
        <w:rPr>
          <w:rFonts w:ascii="Gadugi" w:hAnsi="Gadugi" w:eastAsia="Gadugi" w:cs="Gadugi"/>
        </w:rPr>
        <w:t>ᎠᏂᎬᏁᏗ</w:t>
      </w:r>
      <w:r>
        <w:rPr>
          <w:rFonts w:ascii="Times New Roman" w:hAnsi="Times New Roman" w:eastAsia="Times New Roman" w:cs="Times New Roman"/>
        </w:rPr>
        <w:t xml:space="preserve">; </w:t>
      </w:r>
      <w:r>
        <w:rPr>
          <w:rFonts w:ascii="Gadugi" w:hAnsi="Gadugi" w:eastAsia="Gadugi" w:cs="Gadugi"/>
        </w:rPr>
        <w:t>Ꮎ</w:t>
      </w:r>
      <w:r>
        <w:rPr>
          <w:rFonts w:ascii="Times New Roman" w:hAnsi="Times New Roman" w:eastAsia="Times New Roman" w:cs="Times New Roman"/>
        </w:rPr>
        <w:t xml:space="preserve"> </w:t>
      </w:r>
      <w:r>
        <w:rPr>
          <w:rFonts w:ascii="Gadugi" w:hAnsi="Gadugi" w:eastAsia="Gadugi" w:cs="Gadugi"/>
        </w:rPr>
        <w:t>ᎤᏬᏂᏍᎬ</w:t>
      </w:r>
      <w:r>
        <w:rPr>
          <w:rFonts w:ascii="Times New Roman" w:hAnsi="Times New Roman" w:eastAsia="Times New Roman" w:cs="Times New Roman"/>
        </w:rPr>
        <w:t xml:space="preserve"> </w:t>
      </w:r>
      <w:r>
        <w:rPr>
          <w:rFonts w:ascii="Gadugi" w:hAnsi="Gadugi" w:eastAsia="Gadugi" w:cs="Gadugi"/>
        </w:rPr>
        <w:t>ᎯᎠ</w:t>
      </w:r>
      <w:r>
        <w:rPr>
          <w:rFonts w:ascii="Times New Roman" w:hAnsi="Times New Roman" w:eastAsia="Times New Roman" w:cs="Times New Roman"/>
        </w:rPr>
        <w:t xml:space="preserve"> </w:t>
      </w:r>
      <w:r>
        <w:rPr>
          <w:rFonts w:ascii="Gadugi" w:hAnsi="Gadugi" w:eastAsia="Gadugi" w:cs="Gadugi"/>
        </w:rPr>
        <w:t>ᎠᏂᏓᏙᎵᏍᏗᎭ</w:t>
      </w:r>
      <w:r>
        <w:rPr>
          <w:rFonts w:ascii="Times New Roman" w:hAnsi="Times New Roman" w:eastAsia="Times New Roman" w:cs="Times New Roman"/>
        </w:rPr>
        <w:t xml:space="preserve">, </w:t>
      </w:r>
      <w:r>
        <w:rPr>
          <w:rFonts w:ascii="Gadugi" w:hAnsi="Gadugi" w:eastAsia="Gadugi" w:cs="Gadugi"/>
        </w:rPr>
        <w:t>ᏂᏚᎾᏓᏂᎸᎾ</w:t>
      </w:r>
      <w:r>
        <w:rPr>
          <w:rFonts w:ascii="Times New Roman" w:hAnsi="Times New Roman" w:eastAsia="Times New Roman" w:cs="Times New Roman"/>
        </w:rPr>
        <w:t xml:space="preserve"> </w:t>
      </w:r>
      <w:r>
        <w:rPr>
          <w:rFonts w:ascii="Gadugi" w:hAnsi="Gadugi" w:eastAsia="Gadugi" w:cs="Gadugi"/>
        </w:rPr>
        <w:t>ᎨᏒᎢ</w:t>
      </w:r>
      <w:r>
        <w:rPr>
          <w:rFonts w:ascii="Times New Roman" w:hAnsi="Times New Roman" w:eastAsia="Times New Roman" w:cs="Times New Roman"/>
        </w:rPr>
        <w:t xml:space="preserve">; </w:t>
      </w:r>
      <w:r>
        <w:rPr>
          <w:rFonts w:ascii="Gadugi" w:hAnsi="Gadugi" w:eastAsia="Gadugi" w:cs="Gadugi"/>
        </w:rPr>
        <w:t>ᎾᏍᎩ</w:t>
      </w:r>
      <w:r>
        <w:rPr>
          <w:rFonts w:ascii="Times New Roman" w:hAnsi="Times New Roman" w:eastAsia="Times New Roman" w:cs="Times New Roman"/>
        </w:rPr>
        <w:t xml:space="preserve"> </w:t>
      </w:r>
      <w:r>
        <w:rPr>
          <w:rFonts w:ascii="Gadugi" w:hAnsi="Gadugi" w:eastAsia="Gadugi" w:cs="Gadugi"/>
        </w:rPr>
        <w:t>Ꮎ</w:t>
      </w:r>
      <w:r>
        <w:rPr>
          <w:rFonts w:ascii="Times New Roman" w:hAnsi="Times New Roman" w:eastAsia="Times New Roman" w:cs="Times New Roman"/>
        </w:rPr>
        <w:t xml:space="preserve"> </w:t>
      </w:r>
      <w:r>
        <w:rPr>
          <w:rFonts w:ascii="Gadugi" w:hAnsi="Gadugi" w:eastAsia="Gadugi" w:cs="Gadugi"/>
        </w:rPr>
        <w:t>ᎾᏍᏉ</w:t>
      </w:r>
      <w:r>
        <w:rPr>
          <w:rFonts w:ascii="Times New Roman" w:hAnsi="Times New Roman" w:eastAsia="Times New Roman" w:cs="Times New Roman"/>
        </w:rPr>
        <w:t xml:space="preserve"> </w:t>
      </w:r>
      <w:r>
        <w:rPr>
          <w:rFonts w:ascii="Gadugi" w:hAnsi="Gadugi" w:eastAsia="Gadugi" w:cs="Gadugi"/>
        </w:rPr>
        <w:t>ᎤᎾᏓᏅᏖᏗ</w:t>
      </w:r>
      <w:r>
        <w:rPr>
          <w:rFonts w:ascii="Times New Roman" w:hAnsi="Times New Roman" w:eastAsia="Times New Roman" w:cs="Times New Roman"/>
        </w:rPr>
        <w:t xml:space="preserve"> </w:t>
      </w:r>
      <w:r>
        <w:rPr>
          <w:rFonts w:ascii="Gadugi" w:hAnsi="Gadugi" w:eastAsia="Gadugi" w:cs="Gadugi"/>
        </w:rPr>
        <w:t>ᎨᏎᎢ</w:t>
      </w:r>
      <w:r>
        <w:rPr>
          <w:rFonts w:ascii="Times New Roman" w:hAnsi="Times New Roman" w:eastAsia="Times New Roman" w:cs="Times New Roman"/>
        </w:rPr>
        <w:t>.”</w:t>
      </w:r>
    </w:p>
    <w:p>
      <w:pPr>
        <w:pStyle w:val="ArticleBody"/>
        <w:jc w:val="left"/>
      </w:pPr>
      <w:r>
        <w:rPr>
          <w:rFonts w:ascii="Times New Roman" w:hAnsi="Times New Roman" w:eastAsia="Times New Roman" w:cs="Times New Roman"/>
        </w:rPr>
        <w:t>Jesus isi aa-ithirwá nĩ mĩhano yothe mĩtheru ya mũthingo wa kĩrĩa kĩa gĩthaka.</w:t>
      </w:r>
    </w:p>
    <w:p>
      <w:pPr>
        <w:pStyle w:val="ArticleScripture"/>
        <w:jc w:val="left"/>
      </w:pPr>
      <w:r>
        <w:rPr>
          <w:rFonts w:ascii="Times New Roman" w:hAnsi="Times New Roman" w:eastAsia="Times New Roman" w:cs="Times New Roman"/>
        </w:rPr>
        <w:t>ئەيتكىنەس بەندىسى باشقا ئاساسنى قوياڵمايدۇ؛ ئۇمۇ قويۇلغان ئاساستىن باشقا ئەمەس، ئۇ بولسا ئەيسا مەسىھتۇر. 1 كورىنتلىقلار 3:11.</w:t>
      </w:r>
    </w:p>
    <w:p>
      <w:pPr>
        <w:pStyle w:val="ArticleBody"/>
        <w:jc w:val="left"/>
      </w:pPr>
      <w:r>
        <w:rPr>
          <w:rFonts w:ascii="Times New Roman" w:hAnsi="Times New Roman" w:eastAsia="Times New Roman" w:cs="Times New Roman"/>
        </w:rPr>
        <w:t>Milercilərın qurduğu təməl Əsrlərin Qayası (Daş) idi.</w:t>
      </w:r>
    </w:p>
    <w:p>
      <w:pPr>
        <w:pStyle w:val="ArticleScripture"/>
        <w:jc w:val="left"/>
      </w:pPr>
      <w:r>
        <w:rPr>
          <w:rFonts w:ascii="Times New Roman" w:hAnsi="Times New Roman" w:eastAsia="Times New Roman" w:cs="Times New Roman"/>
        </w:rPr>
        <w:t>“Ujùyì ti dé: Kò sí ohun kankan tí a gbọ́dọ̀ jẹ́ kí ó wọlé tí yóò da ìpìlẹ̀ ìgbàgbọ́ rú, èyí tí a ti ń kọ́ lé e lórí láti ìgbà tí ìránṣẹ́ náà ti dé ní 1842, 1843, àti 1844. Èmi wà nínú ìránṣẹ́ yìí, àti láti ìgbà náà ni mo ti ń dúró níwájú ayé, ní òtítọ́ sí ìmọ́lẹ̀ tí Ọlọ́run ti fún wa. A kò ní èrò láti yọ ẹsẹ̀ wa kúrò lórí pèpéle tí a fi wọ́n lé sí, bí a ti ń wá Olúwa lójoojúmọ́ pẹ̀lú àdúrà àìsimi, ní wíwá ìmọ́lẹ̀. Ṣé ẹ rò pé mo lè kọ ìmọ́lẹ̀ tí Ọlọ́run ti fún mi sílẹ̀? Ó ní láti rí bí Àpáta Àìnípẹ̀kun. Ó ti ń tọ́ mí sọ́nà láti ìgbà tí a ti fi í fún mi.” Review and Herald, April 14, 1903.</w:t>
      </w:r>
    </w:p>
    <w:p>
      <w:pPr>
        <w:pStyle w:val="ArticleBody"/>
        <w:jc w:val="left"/>
      </w:pPr>
      <w:r>
        <w:rPr>
          <w:rFonts w:ascii="Times New Roman" w:hAnsi="Times New Roman" w:eastAsia="Times New Roman" w:cs="Times New Roman"/>
        </w:rPr>
        <w:t>Միլլերի կողմից հայտնաբերված առաջին գոհարը, որը դարձավ միլլերական հիմքի մի մասը, և որը Հավիտենական Վեմն է, Ղևտացոց քսանվեցերորդ գլխի «յոթ ժամանակներն» էին, և «յոթ ժամանակները» եղան առաջին հիմնարար ճշմարտությունը, որ մի կողմ դրվեց այն միլլերական ռահվիրաների կողմից, որոնք հենց նոր կառուցել էին միլլերական հիմքը։ Հիմքը կառուցողները պիտի մերժեին հիմնաքարը։ Այդ «քարը», որը նախատիպում է Քրիստոսին, նաև այն օրն է, որ Տերը ստեղծեց, որովհետև Նա յոթերորդ օրը հաստատեց որպես հանգստյան օր, և յոթերորդ տարին՝ որպես տարի, երբ երկիրը պիտի հանգստանար։ 1863 թվականին հիմնաքարը մերժվեց, սակայն այն պիտի դառնա «անկյան գլուխը» և «գայթակղության քար» անհնազանդների համար։</w:t>
      </w:r>
    </w:p>
    <w:p>
      <w:pPr>
        <w:pStyle w:val="ArticleBody"/>
        <w:jc w:val="left"/>
      </w:pPr>
      <w:r>
        <w:rPr>
          <w:rFonts w:ascii="Times New Roman" w:hAnsi="Times New Roman" w:eastAsia="Times New Roman" w:cs="Times New Roman"/>
        </w:rPr>
        <w:t>Аравдугаар гурав дахь гаслангийн Исламын тухай мэдээ нь нэг зуун дөчин дөрвөн мянгын шинэчлэлийн хөдөлгөөний сэдэв мөн бөгөөд Илчлэлт арван наймын тэнгэрэлч бууж ирэх үед, 2001 оны 9 дүгээр сарын 11-нд Нью-Йорк хотын агуу барилгууд нуран унахад, шалгалтын үйл явц эхэлсэн юм. 2001 оны 9 дүгээр сарын 11 нь “зүүн салхины өдөр” ирсэн явдал байсан гэх эш үзүүллэгийн танихуй талаар Адвентизм дуугүй байсан. 2020 оны 7 дугаар сарын 18-нд Илчлэлт арван нэгдүгээр бүлгийн хоёр гэрч тэр агуу хотын гудамжинд алагдах үед тэд хоцрон үлдсэн. Адвентизмын шалгалт дууссан бөгөөд Исламын мэдээг таньсан хэмээн тунхаглаж байсан хүмүүсийн шалгалт эхлээд байсан юм.</w:t>
      </w:r>
    </w:p>
    <w:p>
      <w:pPr>
        <w:pStyle w:val="ArticleBody"/>
        <w:jc w:val="left"/>
      </w:pPr>
      <w:r>
        <w:rPr>
          <w:rFonts w:ascii="Times New Roman" w:hAnsi="Times New Roman" w:eastAsia="Times New Roman" w:cs="Times New Roman"/>
        </w:rPr>
        <w:t>Julio, 2023 tukuyañkama kallinkunapi wañusqa hina sirarqaku chaki tullu wañusqakuna; chaymantaqa Ezequielpa ñawpaq willakuyninrayku hatarichisqa karqaku. Ezequielpa iskay kaq willakuyninqa kimsa kaq Ay pa Islampa tawa wayrakunamanta willakuymi, chawpi tuta qapariypa willakuyninpa wiñaymanta kicharisqanta rikuchiq, chayqa unanchasqa visiónmi suyasqa karqa, hinaspa kuyuy pacha tukuy ninapa tema karqa. Chaymantataq imaymana chiqaqkuna kicharisqa karqa, imaraykuchus chawpi tuta qapariypa willakuyninqa achka uyrayuq willakuymi. Ñawpaq chiqaqa chaki tullu wañusqakunata tinkurqa, chaymi Laodicea Adventismo ñawpaqta ñiqisqan chiqaq karqa, hinaspa chaymi Laodiceamanta Philadelphia-man tikrakuyta señalasqan chiqaqta rikuchin.</w:t>
      </w:r>
    </w:p>
    <w:p>
      <w:pPr>
        <w:pStyle w:val="ArticleBody"/>
        <w:jc w:val="left"/>
      </w:pPr>
      <w:r>
        <w:rPr>
          <w:rFonts w:ascii="Times New Roman" w:hAnsi="Times New Roman" w:eastAsia="Times New Roman" w:cs="Times New Roman"/>
        </w:rPr>
        <w:t>Maandeeffatniin dhugaa ergaa mallattoo dha; kanaafuu, sammuudhaanis akkasumas hafuuraan gad fageenyaan dhaabachuu qaba. Yeroon dhugaa baatonni lameen karaa irratti duʼanii turan facaasamuu “torba yeroo” tiif mallattoo taʼuu isaa beekuun qofa gahaa miti; dhugaa sana muuxannoo keessaa fudhachuunis ni barbaachisa.</w:t>
      </w:r>
    </w:p>
    <w:p>
      <w:pPr>
        <w:pStyle w:val="ArticleBody"/>
        <w:jc w:val="left"/>
      </w:pPr>
      <w:r>
        <w:rPr>
          <w:rFonts w:ascii="Ebrima" w:hAnsi="Ebrima" w:eastAsia="Ebrima" w:cs="Ebrima"/>
        </w:rPr>
        <w:t>ጌጦች</w:t>
      </w:r>
      <w:r>
        <w:rPr>
          <w:rFonts w:ascii="Times New Roman" w:hAnsi="Times New Roman" w:eastAsia="Times New Roman" w:cs="Times New Roman"/>
        </w:rPr>
        <w:t xml:space="preserve"> </w:t>
      </w:r>
      <w:r>
        <w:rPr>
          <w:rFonts w:ascii="Ebrima" w:hAnsi="Ebrima" w:eastAsia="Ebrima" w:cs="Ebrima"/>
        </w:rPr>
        <w:t>ሚለር፣</w:t>
      </w:r>
      <w:r>
        <w:rPr>
          <w:rFonts w:ascii="Times New Roman" w:hAnsi="Times New Roman" w:eastAsia="Times New Roman" w:cs="Times New Roman"/>
        </w:rPr>
        <w:t xml:space="preserve"> </w:t>
      </w:r>
      <w:r>
        <w:rPr>
          <w:rFonts w:ascii="Ebrima" w:hAnsi="Ebrima" w:eastAsia="Ebrima" w:cs="Ebrima"/>
        </w:rPr>
        <w:t>በ</w:t>
      </w:r>
      <w:r>
        <w:rPr>
          <w:rFonts w:ascii="Times New Roman" w:hAnsi="Times New Roman" w:eastAsia="Times New Roman" w:cs="Times New Roman"/>
        </w:rPr>
        <w:t xml:space="preserve">1798 </w:t>
      </w:r>
      <w:r>
        <w:rPr>
          <w:rFonts w:ascii="Ebrima" w:hAnsi="Ebrima" w:eastAsia="Ebrima" w:cs="Ebrima"/>
        </w:rPr>
        <w:t>በመጨረሻው</w:t>
      </w:r>
      <w:r>
        <w:rPr>
          <w:rFonts w:ascii="Times New Roman" w:hAnsi="Times New Roman" w:eastAsia="Times New Roman" w:cs="Times New Roman"/>
        </w:rPr>
        <w:t xml:space="preserve"> </w:t>
      </w:r>
      <w:r>
        <w:rPr>
          <w:rFonts w:ascii="Ebrima" w:hAnsi="Ebrima" w:eastAsia="Ebrima" w:cs="Ebrima"/>
        </w:rPr>
        <w:t>ዘመን</w:t>
      </w:r>
      <w:r>
        <w:rPr>
          <w:rFonts w:ascii="Times New Roman" w:hAnsi="Times New Roman" w:eastAsia="Times New Roman" w:cs="Times New Roman"/>
        </w:rPr>
        <w:t xml:space="preserve"> </w:t>
      </w:r>
      <w:r>
        <w:rPr>
          <w:rFonts w:ascii="Ebrima" w:hAnsi="Ebrima" w:eastAsia="Ebrima" w:cs="Ebrima"/>
        </w:rPr>
        <w:t>የተፈቱ</w:t>
      </w:r>
      <w:r>
        <w:rPr>
          <w:rFonts w:ascii="Times New Roman" w:hAnsi="Times New Roman" w:eastAsia="Times New Roman" w:cs="Times New Roman"/>
        </w:rPr>
        <w:t xml:space="preserve"> </w:t>
      </w:r>
      <w:r>
        <w:rPr>
          <w:rFonts w:ascii="Ebrima" w:hAnsi="Ebrima" w:eastAsia="Ebrima" w:cs="Ebrima"/>
        </w:rPr>
        <w:t>እውነቶችን</w:t>
      </w:r>
      <w:r>
        <w:rPr>
          <w:rFonts w:ascii="Times New Roman" w:hAnsi="Times New Roman" w:eastAsia="Times New Roman" w:cs="Times New Roman"/>
        </w:rPr>
        <w:t xml:space="preserve"> </w:t>
      </w:r>
      <w:r>
        <w:rPr>
          <w:rFonts w:ascii="Ebrima" w:hAnsi="Ebrima" w:eastAsia="Ebrima" w:cs="Ebrima"/>
        </w:rPr>
        <w:t>የሚወክሉ</w:t>
      </w:r>
      <w:r>
        <w:rPr>
          <w:rFonts w:ascii="Times New Roman" w:hAnsi="Times New Roman" w:eastAsia="Times New Roman" w:cs="Times New Roman"/>
        </w:rPr>
        <w:t xml:space="preserve"> </w:t>
      </w:r>
      <w:r>
        <w:rPr>
          <w:rFonts w:ascii="Ebrima" w:hAnsi="Ebrima" w:eastAsia="Ebrima" w:cs="Ebrima"/>
        </w:rPr>
        <w:t>እነዚህ፣</w:t>
      </w:r>
      <w:r>
        <w:rPr>
          <w:rFonts w:ascii="Times New Roman" w:hAnsi="Times New Roman" w:eastAsia="Times New Roman" w:cs="Times New Roman"/>
        </w:rPr>
        <w:t xml:space="preserve"> </w:t>
      </w:r>
      <w:r>
        <w:rPr>
          <w:rFonts w:ascii="Ebrima" w:hAnsi="Ebrima" w:eastAsia="Ebrima" w:cs="Ebrima"/>
        </w:rPr>
        <w:t>ለዘመኑ</w:t>
      </w:r>
      <w:r>
        <w:rPr>
          <w:rFonts w:ascii="Times New Roman" w:hAnsi="Times New Roman" w:eastAsia="Times New Roman" w:cs="Times New Roman"/>
        </w:rPr>
        <w:t xml:space="preserve"> </w:t>
      </w:r>
      <w:r>
        <w:rPr>
          <w:rFonts w:ascii="Ebrima" w:hAnsi="Ebrima" w:eastAsia="Ebrima" w:cs="Ebrima"/>
        </w:rPr>
        <w:t>መጨረሻ</w:t>
      </w:r>
      <w:r>
        <w:rPr>
          <w:rFonts w:ascii="Times New Roman" w:hAnsi="Times New Roman" w:eastAsia="Times New Roman" w:cs="Times New Roman"/>
        </w:rPr>
        <w:t xml:space="preserve"> </w:t>
      </w:r>
      <w:r>
        <w:rPr>
          <w:rFonts w:ascii="Ebrima" w:hAnsi="Ebrima" w:eastAsia="Ebrima" w:cs="Ebrima"/>
        </w:rPr>
        <w:t>ድንግልናት</w:t>
      </w:r>
      <w:r>
        <w:rPr>
          <w:rFonts w:ascii="Times New Roman" w:hAnsi="Times New Roman" w:eastAsia="Times New Roman" w:cs="Times New Roman"/>
        </w:rPr>
        <w:t xml:space="preserve"> </w:t>
      </w:r>
      <w:r>
        <w:rPr>
          <w:rFonts w:ascii="Ebrima" w:hAnsi="Ebrima" w:eastAsia="Ebrima" w:cs="Ebrima"/>
        </w:rPr>
        <w:t>ፈተና</w:t>
      </w:r>
      <w:r>
        <w:rPr>
          <w:rFonts w:ascii="Times New Roman" w:hAnsi="Times New Roman" w:eastAsia="Times New Roman" w:cs="Times New Roman"/>
        </w:rPr>
        <w:t xml:space="preserve"> </w:t>
      </w:r>
      <w:r>
        <w:rPr>
          <w:rFonts w:ascii="Ebrima" w:hAnsi="Ebrima" w:eastAsia="Ebrima" w:cs="Ebrima"/>
        </w:rPr>
        <w:t>ይሆናሉ።</w:t>
      </w:r>
      <w:r>
        <w:rPr>
          <w:rFonts w:ascii="Times New Roman" w:hAnsi="Times New Roman" w:eastAsia="Times New Roman" w:cs="Times New Roman"/>
        </w:rPr>
        <w:t xml:space="preserve"> </w:t>
      </w:r>
      <w:r>
        <w:rPr>
          <w:rFonts w:ascii="Ebrima" w:hAnsi="Ebrima" w:eastAsia="Ebrima" w:cs="Ebrima"/>
        </w:rPr>
        <w:t>በእውነት</w:t>
      </w:r>
      <w:r>
        <w:rPr>
          <w:rFonts w:ascii="Times New Roman" w:hAnsi="Times New Roman" w:eastAsia="Times New Roman" w:cs="Times New Roman"/>
        </w:rPr>
        <w:t xml:space="preserve"> “</w:t>
      </w:r>
      <w:r>
        <w:rPr>
          <w:rFonts w:ascii="Ebrima" w:hAnsi="Ebrima" w:eastAsia="Ebrima" w:cs="Ebrima"/>
        </w:rPr>
        <w:t>በመንፈሳዊ</w:t>
      </w:r>
      <w:r>
        <w:rPr>
          <w:rFonts w:ascii="Times New Roman" w:hAnsi="Times New Roman" w:eastAsia="Times New Roman" w:cs="Times New Roman"/>
        </w:rPr>
        <w:t xml:space="preserve">” </w:t>
      </w:r>
      <w:r>
        <w:rPr>
          <w:rFonts w:ascii="Ebrima" w:hAnsi="Ebrima" w:eastAsia="Ebrima" w:cs="Ebrima"/>
        </w:rPr>
        <w:t>መጽናት</w:t>
      </w:r>
      <w:r>
        <w:rPr>
          <w:rFonts w:ascii="Times New Roman" w:hAnsi="Times New Roman" w:eastAsia="Times New Roman" w:cs="Times New Roman"/>
        </w:rPr>
        <w:t xml:space="preserve"> </w:t>
      </w:r>
      <w:r>
        <w:rPr>
          <w:rFonts w:ascii="Ebrima" w:hAnsi="Ebrima" w:eastAsia="Ebrima" w:cs="Ebrima"/>
        </w:rPr>
        <w:t>ያለው</w:t>
      </w:r>
      <w:r>
        <w:rPr>
          <w:rFonts w:ascii="Times New Roman" w:hAnsi="Times New Roman" w:eastAsia="Times New Roman" w:cs="Times New Roman"/>
        </w:rPr>
        <w:t xml:space="preserve"> </w:t>
      </w:r>
      <w:r>
        <w:rPr>
          <w:rFonts w:ascii="Ebrima" w:hAnsi="Ebrima" w:eastAsia="Ebrima" w:cs="Ebrima"/>
        </w:rPr>
        <w:t>ልምምድ</w:t>
      </w:r>
      <w:r>
        <w:rPr>
          <w:rFonts w:ascii="Times New Roman" w:hAnsi="Times New Roman" w:eastAsia="Times New Roman" w:cs="Times New Roman"/>
        </w:rPr>
        <w:t xml:space="preserve"> </w:t>
      </w:r>
      <w:r>
        <w:rPr>
          <w:rFonts w:ascii="Ebrima" w:hAnsi="Ebrima" w:eastAsia="Ebrima" w:cs="Ebrima"/>
        </w:rPr>
        <w:t>በሚለር</w:t>
      </w:r>
      <w:r>
        <w:rPr>
          <w:rFonts w:ascii="Times New Roman" w:hAnsi="Times New Roman" w:eastAsia="Times New Roman" w:cs="Times New Roman"/>
        </w:rPr>
        <w:t xml:space="preserve"> </w:t>
      </w:r>
      <w:r>
        <w:rPr>
          <w:rFonts w:ascii="Ebrima" w:hAnsi="Ebrima" w:eastAsia="Ebrima" w:cs="Ebrima"/>
        </w:rPr>
        <w:t>የመጀመሪያ</w:t>
      </w:r>
      <w:r>
        <w:rPr>
          <w:rFonts w:ascii="Times New Roman" w:hAnsi="Times New Roman" w:eastAsia="Times New Roman" w:cs="Times New Roman"/>
        </w:rPr>
        <w:t xml:space="preserve"> </w:t>
      </w:r>
      <w:r>
        <w:rPr>
          <w:rFonts w:ascii="Ebrima" w:hAnsi="Ebrima" w:eastAsia="Ebrima" w:cs="Ebrima"/>
        </w:rPr>
        <w:t>ጌጥ</w:t>
      </w:r>
      <w:r>
        <w:rPr>
          <w:rFonts w:ascii="Times New Roman" w:hAnsi="Times New Roman" w:eastAsia="Times New Roman" w:cs="Times New Roman"/>
        </w:rPr>
        <w:t xml:space="preserve"> </w:t>
      </w:r>
      <w:r>
        <w:rPr>
          <w:rFonts w:ascii="Ebrima" w:hAnsi="Ebrima" w:eastAsia="Ebrima" w:cs="Ebrima"/>
        </w:rPr>
        <w:t>ይወከላል፤</w:t>
      </w:r>
      <w:r>
        <w:rPr>
          <w:rFonts w:ascii="Times New Roman" w:hAnsi="Times New Roman" w:eastAsia="Times New Roman" w:cs="Times New Roman"/>
        </w:rPr>
        <w:t xml:space="preserve"> </w:t>
      </w:r>
      <w:r>
        <w:rPr>
          <w:rFonts w:ascii="Ebrima" w:hAnsi="Ebrima" w:eastAsia="Ebrima" w:cs="Ebrima"/>
        </w:rPr>
        <w:t>በእውነት</w:t>
      </w:r>
      <w:r>
        <w:rPr>
          <w:rFonts w:ascii="Times New Roman" w:hAnsi="Times New Roman" w:eastAsia="Times New Roman" w:cs="Times New Roman"/>
        </w:rPr>
        <w:t xml:space="preserve"> “</w:t>
      </w:r>
      <w:r>
        <w:rPr>
          <w:rFonts w:ascii="Ebrima" w:hAnsi="Ebrima" w:eastAsia="Ebrima" w:cs="Ebrima"/>
        </w:rPr>
        <w:t>በአእምሮአዊ</w:t>
      </w:r>
      <w:r>
        <w:rPr>
          <w:rFonts w:ascii="Times New Roman" w:hAnsi="Times New Roman" w:eastAsia="Times New Roman" w:cs="Times New Roman"/>
        </w:rPr>
        <w:t xml:space="preserve">” </w:t>
      </w:r>
      <w:r>
        <w:rPr>
          <w:rFonts w:ascii="Ebrima" w:hAnsi="Ebrima" w:eastAsia="Ebrima" w:cs="Ebrima"/>
        </w:rPr>
        <w:t>መጽናት</w:t>
      </w:r>
      <w:r>
        <w:rPr>
          <w:rFonts w:ascii="Times New Roman" w:hAnsi="Times New Roman" w:eastAsia="Times New Roman" w:cs="Times New Roman"/>
        </w:rPr>
        <w:t xml:space="preserve"> </w:t>
      </w:r>
      <w:r>
        <w:rPr>
          <w:rFonts w:ascii="Ebrima" w:hAnsi="Ebrima" w:eastAsia="Ebrima" w:cs="Ebrima"/>
        </w:rPr>
        <w:t>ደግሞ</w:t>
      </w:r>
      <w:r>
        <w:rPr>
          <w:rFonts w:ascii="Times New Roman" w:hAnsi="Times New Roman" w:eastAsia="Times New Roman" w:cs="Times New Roman"/>
        </w:rPr>
        <w:t xml:space="preserve"> </w:t>
      </w:r>
      <w:r>
        <w:rPr>
          <w:rFonts w:ascii="Ebrima" w:hAnsi="Ebrima" w:eastAsia="Ebrima" w:cs="Ebrima"/>
        </w:rPr>
        <w:t>በሦስተኛው</w:t>
      </w:r>
      <w:r>
        <w:rPr>
          <w:rFonts w:ascii="Times New Roman" w:hAnsi="Times New Roman" w:eastAsia="Times New Roman" w:cs="Times New Roman"/>
        </w:rPr>
        <w:t xml:space="preserve"> </w:t>
      </w:r>
      <w:r>
        <w:rPr>
          <w:rFonts w:ascii="Ebrima" w:hAnsi="Ebrima" w:eastAsia="Ebrima" w:cs="Ebrima"/>
        </w:rPr>
        <w:t>ወዮ</w:t>
      </w:r>
      <w:r>
        <w:rPr>
          <w:rFonts w:ascii="Times New Roman" w:hAnsi="Times New Roman" w:eastAsia="Times New Roman" w:cs="Times New Roman"/>
        </w:rPr>
        <w:t xml:space="preserve"> </w:t>
      </w:r>
      <w:r>
        <w:rPr>
          <w:rFonts w:ascii="Ebrima" w:hAnsi="Ebrima" w:eastAsia="Ebrima" w:cs="Ebrima"/>
        </w:rPr>
        <w:t>የእስልምና</w:t>
      </w:r>
      <w:r>
        <w:rPr>
          <w:rFonts w:ascii="Times New Roman" w:hAnsi="Times New Roman" w:eastAsia="Times New Roman" w:cs="Times New Roman"/>
        </w:rPr>
        <w:t xml:space="preserve"> </w:t>
      </w:r>
      <w:r>
        <w:rPr>
          <w:rFonts w:ascii="Ebrima" w:hAnsi="Ebrima" w:eastAsia="Ebrima" w:cs="Ebrima"/>
        </w:rPr>
        <w:t>መልእክት</w:t>
      </w:r>
      <w:r>
        <w:rPr>
          <w:rFonts w:ascii="Times New Roman" w:hAnsi="Times New Roman" w:eastAsia="Times New Roman" w:cs="Times New Roman"/>
        </w:rPr>
        <w:t xml:space="preserve"> </w:t>
      </w:r>
      <w:r>
        <w:rPr>
          <w:rFonts w:ascii="Ebrima" w:hAnsi="Ebrima" w:eastAsia="Ebrima" w:cs="Ebrima"/>
        </w:rPr>
        <w:t>ይወከላል።</w:t>
      </w:r>
      <w:r>
        <w:rPr>
          <w:rFonts w:ascii="Times New Roman" w:hAnsi="Times New Roman" w:eastAsia="Times New Roman" w:cs="Times New Roman"/>
        </w:rPr>
        <w:t xml:space="preserve"> “</w:t>
      </w:r>
      <w:r>
        <w:rPr>
          <w:rFonts w:ascii="Ebrima" w:hAnsi="Ebrima" w:eastAsia="Ebrima" w:cs="Ebrima"/>
        </w:rPr>
        <w:t>ሰባት</w:t>
      </w:r>
      <w:r>
        <w:rPr>
          <w:rFonts w:ascii="Times New Roman" w:hAnsi="Times New Roman" w:eastAsia="Times New Roman" w:cs="Times New Roman"/>
        </w:rPr>
        <w:t xml:space="preserve"> </w:t>
      </w:r>
      <w:r>
        <w:rPr>
          <w:rFonts w:ascii="Ebrima" w:hAnsi="Ebrima" w:eastAsia="Ebrima" w:cs="Ebrima"/>
        </w:rPr>
        <w:t>ጊዜ</w:t>
      </w:r>
      <w:r>
        <w:rPr>
          <w:rFonts w:ascii="Times New Roman" w:hAnsi="Times New Roman" w:eastAsia="Times New Roman" w:cs="Times New Roman"/>
        </w:rPr>
        <w:t xml:space="preserve">” </w:t>
      </w:r>
      <w:r>
        <w:rPr>
          <w:rFonts w:ascii="Ebrima" w:hAnsi="Ebrima" w:eastAsia="Ebrima" w:cs="Ebrima"/>
        </w:rPr>
        <w:t>የሚወክለው</w:t>
      </w:r>
      <w:r>
        <w:rPr>
          <w:rFonts w:ascii="Times New Roman" w:hAnsi="Times New Roman" w:eastAsia="Times New Roman" w:cs="Times New Roman"/>
        </w:rPr>
        <w:t xml:space="preserve"> </w:t>
      </w:r>
      <w:r>
        <w:rPr>
          <w:rFonts w:ascii="Ebrima" w:hAnsi="Ebrima" w:eastAsia="Ebrima" w:cs="Ebrima"/>
        </w:rPr>
        <w:t>ወደ</w:t>
      </w:r>
      <w:r>
        <w:rPr>
          <w:rFonts w:ascii="Times New Roman" w:hAnsi="Times New Roman" w:eastAsia="Times New Roman" w:cs="Times New Roman"/>
        </w:rPr>
        <w:t xml:space="preserve"> </w:t>
      </w:r>
      <w:r>
        <w:rPr>
          <w:rFonts w:ascii="Ebrima" w:hAnsi="Ebrima" w:eastAsia="Ebrima" w:cs="Ebrima"/>
        </w:rPr>
        <w:t>ንስሐና</w:t>
      </w:r>
      <w:r>
        <w:rPr>
          <w:rFonts w:ascii="Times New Roman" w:hAnsi="Times New Roman" w:eastAsia="Times New Roman" w:cs="Times New Roman"/>
        </w:rPr>
        <w:t xml:space="preserve"> </w:t>
      </w:r>
      <w:r>
        <w:rPr>
          <w:rFonts w:ascii="Ebrima" w:hAnsi="Ebrima" w:eastAsia="Ebrima" w:cs="Ebrima"/>
        </w:rPr>
        <w:t>ወደ</w:t>
      </w:r>
      <w:r>
        <w:rPr>
          <w:rFonts w:ascii="Times New Roman" w:hAnsi="Times New Roman" w:eastAsia="Times New Roman" w:cs="Times New Roman"/>
        </w:rPr>
        <w:t xml:space="preserve"> </w:t>
      </w:r>
      <w:r>
        <w:rPr>
          <w:rFonts w:ascii="Ebrima" w:hAnsi="Ebrima" w:eastAsia="Ebrima" w:cs="Ebrima"/>
        </w:rPr>
        <w:t>መናዘዝ</w:t>
      </w:r>
      <w:r>
        <w:rPr>
          <w:rFonts w:ascii="Times New Roman" w:hAnsi="Times New Roman" w:eastAsia="Times New Roman" w:cs="Times New Roman"/>
        </w:rPr>
        <w:t xml:space="preserve"> </w:t>
      </w:r>
      <w:r>
        <w:rPr>
          <w:rFonts w:ascii="Ebrima" w:hAnsi="Ebrima" w:eastAsia="Ebrima" w:cs="Ebrima"/>
        </w:rPr>
        <w:t>የሚጠራው</w:t>
      </w:r>
      <w:r>
        <w:rPr>
          <w:rFonts w:ascii="Times New Roman" w:hAnsi="Times New Roman" w:eastAsia="Times New Roman" w:cs="Times New Roman"/>
        </w:rPr>
        <w:t xml:space="preserve"> </w:t>
      </w:r>
      <w:r>
        <w:rPr>
          <w:rFonts w:ascii="Ebrima" w:hAnsi="Ebrima" w:eastAsia="Ebrima" w:cs="Ebrima"/>
        </w:rPr>
        <w:t>ጥሪ፣</w:t>
      </w:r>
      <w:r>
        <w:rPr>
          <w:rFonts w:ascii="Times New Roman" w:hAnsi="Times New Roman" w:eastAsia="Times New Roman" w:cs="Times New Roman"/>
        </w:rPr>
        <w:t xml:space="preserve"> </w:t>
      </w:r>
      <w:r>
        <w:rPr>
          <w:rFonts w:ascii="Ebrima" w:hAnsi="Ebrima" w:eastAsia="Ebrima" w:cs="Ebrima"/>
        </w:rPr>
        <w:t>ከክርስቶስ</w:t>
      </w:r>
      <w:r>
        <w:rPr>
          <w:rFonts w:ascii="Times New Roman" w:hAnsi="Times New Roman" w:eastAsia="Times New Roman" w:cs="Times New Roman"/>
        </w:rPr>
        <w:t xml:space="preserve"> </w:t>
      </w:r>
      <w:r>
        <w:rPr>
          <w:rFonts w:ascii="Ebrima" w:hAnsi="Ebrima" w:eastAsia="Ebrima" w:cs="Ebrima"/>
        </w:rPr>
        <w:t>ጋር</w:t>
      </w:r>
      <w:r>
        <w:rPr>
          <w:rFonts w:ascii="Times New Roman" w:hAnsi="Times New Roman" w:eastAsia="Times New Roman" w:cs="Times New Roman"/>
        </w:rPr>
        <w:t xml:space="preserve"> </w:t>
      </w:r>
      <w:r>
        <w:rPr>
          <w:rFonts w:ascii="Ebrima" w:hAnsi="Ebrima" w:eastAsia="Ebrima" w:cs="Ebrima"/>
        </w:rPr>
        <w:t>በቅድስተ</w:t>
      </w:r>
      <w:r>
        <w:rPr>
          <w:rFonts w:ascii="Times New Roman" w:hAnsi="Times New Roman" w:eastAsia="Times New Roman" w:cs="Times New Roman"/>
        </w:rPr>
        <w:t xml:space="preserve"> </w:t>
      </w:r>
      <w:r>
        <w:rPr>
          <w:rFonts w:ascii="Ebrima" w:hAnsi="Ebrima" w:eastAsia="Ebrima" w:cs="Ebrima"/>
        </w:rPr>
        <w:t>ቅዱሳን</w:t>
      </w:r>
      <w:r>
        <w:rPr>
          <w:rFonts w:ascii="Times New Roman" w:hAnsi="Times New Roman" w:eastAsia="Times New Roman" w:cs="Times New Roman"/>
        </w:rPr>
        <w:t xml:space="preserve"> </w:t>
      </w:r>
      <w:r>
        <w:rPr>
          <w:rFonts w:ascii="Ebrima" w:hAnsi="Ebrima" w:eastAsia="Ebrima" w:cs="Ebrima"/>
        </w:rPr>
        <w:t>ውስጥ</w:t>
      </w:r>
      <w:r>
        <w:rPr>
          <w:rFonts w:ascii="Times New Roman" w:hAnsi="Times New Roman" w:eastAsia="Times New Roman" w:cs="Times New Roman"/>
        </w:rPr>
        <w:t xml:space="preserve"> </w:t>
      </w:r>
      <w:r>
        <w:rPr>
          <w:rFonts w:ascii="Ebrima" w:hAnsi="Ebrima" w:eastAsia="Ebrima" w:cs="Ebrima"/>
        </w:rPr>
        <w:t>በአብሮነት</w:t>
      </w:r>
      <w:r>
        <w:rPr>
          <w:rFonts w:ascii="Times New Roman" w:hAnsi="Times New Roman" w:eastAsia="Times New Roman" w:cs="Times New Roman"/>
        </w:rPr>
        <w:t xml:space="preserve"> </w:t>
      </w:r>
      <w:r>
        <w:rPr>
          <w:rFonts w:ascii="Ebrima" w:hAnsi="Ebrima" w:eastAsia="Ebrima" w:cs="Ebrima"/>
        </w:rPr>
        <w:t>የሚፈጸም</w:t>
      </w:r>
      <w:r>
        <w:rPr>
          <w:rFonts w:ascii="Times New Roman" w:hAnsi="Times New Roman" w:eastAsia="Times New Roman" w:cs="Times New Roman"/>
        </w:rPr>
        <w:t xml:space="preserve"> </w:t>
      </w:r>
      <w:r>
        <w:rPr>
          <w:rFonts w:ascii="Ebrima" w:hAnsi="Ebrima" w:eastAsia="Ebrima" w:cs="Ebrima"/>
        </w:rPr>
        <w:t>ሥራን</w:t>
      </w:r>
      <w:r>
        <w:rPr>
          <w:rFonts w:ascii="Times New Roman" w:hAnsi="Times New Roman" w:eastAsia="Times New Roman" w:cs="Times New Roman"/>
        </w:rPr>
        <w:t xml:space="preserve"> </w:t>
      </w:r>
      <w:r>
        <w:rPr>
          <w:rFonts w:ascii="Ebrima" w:hAnsi="Ebrima" w:eastAsia="Ebrima" w:cs="Ebrima"/>
        </w:rPr>
        <w:t>ያመለክታል፤</w:t>
      </w:r>
      <w:r>
        <w:rPr>
          <w:rFonts w:ascii="Times New Roman" w:hAnsi="Times New Roman" w:eastAsia="Times New Roman" w:cs="Times New Roman"/>
        </w:rPr>
        <w:t xml:space="preserve"> </w:t>
      </w:r>
      <w:r>
        <w:rPr>
          <w:rFonts w:ascii="Ebrima" w:hAnsi="Ebrima" w:eastAsia="Ebrima" w:cs="Ebrima"/>
        </w:rPr>
        <w:t>ይህም</w:t>
      </w:r>
      <w:r>
        <w:rPr>
          <w:rFonts w:ascii="Times New Roman" w:hAnsi="Times New Roman" w:eastAsia="Times New Roman" w:cs="Times New Roman"/>
        </w:rPr>
        <w:t xml:space="preserve"> </w:t>
      </w:r>
      <w:r>
        <w:rPr>
          <w:rFonts w:ascii="Ebrima" w:hAnsi="Ebrima" w:eastAsia="Ebrima" w:cs="Ebrima"/>
        </w:rPr>
        <w:t>በ</w:t>
      </w:r>
      <w:r>
        <w:rPr>
          <w:rFonts w:ascii="Times New Roman" w:hAnsi="Times New Roman" w:eastAsia="Times New Roman" w:cs="Times New Roman"/>
        </w:rPr>
        <w:t xml:space="preserve">“mareh” </w:t>
      </w:r>
      <w:r>
        <w:rPr>
          <w:rFonts w:ascii="Ebrima" w:hAnsi="Ebrima" w:eastAsia="Ebrima" w:cs="Ebrima"/>
        </w:rPr>
        <w:t>ራእይ</w:t>
      </w:r>
      <w:r>
        <w:rPr>
          <w:rFonts w:ascii="Times New Roman" w:hAnsi="Times New Roman" w:eastAsia="Times New Roman" w:cs="Times New Roman"/>
        </w:rPr>
        <w:t xml:space="preserve"> </w:t>
      </w:r>
      <w:r>
        <w:rPr>
          <w:rFonts w:ascii="Ebrima" w:hAnsi="Ebrima" w:eastAsia="Ebrima" w:cs="Ebrima"/>
        </w:rPr>
        <w:t>ይወከላል።</w:t>
      </w:r>
    </w:p>
    <w:p>
      <w:pPr>
        <w:pStyle w:val="ArticleBody"/>
        <w:jc w:val="left"/>
      </w:pPr>
      <w:r>
        <w:rPr>
          <w:rFonts w:ascii="Times New Roman" w:hAnsi="Times New Roman" w:eastAsia="Times New Roman" w:cs="Times New Roman"/>
        </w:rPr>
        <w:t>Ang “intelektuwal” na pagkaunawa sa Islam ng ikatlong Kapighatian ay kinakatawan ng pangitaing “chazon,” at kapwa kinakailangan ang mga ito para sa mga tatatakan. Noong 1863, pinili ng Adbentismong Laodiceano na muling itayo ang Jerico, at iniwan nito ang gawain nitong pagpapanumbalik sa Jerusalem. Ang Jerico ay sagisag ng kasaganaan, gaya rin ng kinakatawan ng pagkabulag ng Laodicea.</w:t>
      </w:r>
    </w:p>
    <w:p>
      <w:pPr>
        <w:pStyle w:val="ArticleScripture"/>
        <w:jc w:val="left"/>
      </w:pPr>
      <w:r>
        <w:rPr>
          <w:rFonts w:ascii="Times New Roman" w:hAnsi="Times New Roman" w:eastAsia="Times New Roman" w:cs="Times New Roman"/>
        </w:rPr>
        <w:t>«Барлық елдегі ең қуатты қамалдардың бірі — үлкен әрі бай Иерихон қаласы — олардың дәл алдында, бірақ Ғылғалдағы қоныстарынан сәл ғана қашық жерде тұрды. Тропикке тән бай да алуан түрлі өнімдерге толы құнарлы жазықтың шетінде орналасқан бұл тәкаппар қала, салтанат пен азғындықтың ордасы болған сарайлары мен ғибадатханаларымен, өзінің зәулім қорған қабырғаларының ар жағынан Исраилдің Құдайына қарсы қасарыса қарсылық көрсетті. Иерихон пұтқа табынудың басты орталықтарының бірі еді, әсіресе ол ай құдайы Аштартқа бағышталған болатын. Дәл осы жерде қанахандықтардың дініндегі ең жексұрын әрі ең аздыратын нәрселердің бәрі тоғысқан еді. Бет-Пеордағы күнәларының қорқынышты салдары әлі де жадтарында жаңғырып тұрған Исраил халқы бұл басқа табынушы қаланы тек жиіркенішпен және үреймен ғана қарай алатын». Патриархтар мен пайғамбарлар, 487.</w:t>
      </w:r>
    </w:p>
    <w:p>
      <w:pPr>
        <w:pStyle w:val="ArticleBody"/>
        <w:jc w:val="left"/>
      </w:pPr>
      <w:r>
        <w:rPr>
          <w:rFonts w:ascii="Gadugi" w:hAnsi="Gadugi" w:eastAsia="Gadugi" w:cs="Gadugi"/>
        </w:rPr>
        <w:t>ᎤᏅᏒᏗ</w:t>
      </w:r>
      <w:r>
        <w:rPr>
          <w:rFonts w:ascii="Times New Roman" w:hAnsi="Times New Roman" w:eastAsia="Times New Roman" w:cs="Times New Roman"/>
        </w:rPr>
        <w:t xml:space="preserve"> “</w:t>
      </w:r>
      <w:r>
        <w:rPr>
          <w:rFonts w:ascii="Gadugi" w:hAnsi="Gadugi" w:eastAsia="Gadugi" w:cs="Gadugi"/>
        </w:rPr>
        <w:t>ᏅᏯ</w:t>
      </w:r>
      <w:r>
        <w:rPr>
          <w:rFonts w:ascii="Times New Roman" w:hAnsi="Times New Roman" w:eastAsia="Times New Roman" w:cs="Times New Roman"/>
        </w:rPr>
        <w:t xml:space="preserve">” </w:t>
      </w:r>
      <w:r>
        <w:rPr>
          <w:rFonts w:ascii="Gadugi" w:hAnsi="Gadugi" w:eastAsia="Gadugi" w:cs="Gadugi"/>
        </w:rPr>
        <w:t>ᎤᏂᏍᎦᏅᎩ</w:t>
      </w:r>
      <w:r>
        <w:rPr>
          <w:rFonts w:ascii="Times New Roman" w:hAnsi="Times New Roman" w:eastAsia="Times New Roman" w:cs="Times New Roman"/>
        </w:rPr>
        <w:t xml:space="preserve"> </w:t>
      </w:r>
      <w:r>
        <w:rPr>
          <w:rFonts w:ascii="Gadugi" w:hAnsi="Gadugi" w:eastAsia="Gadugi" w:cs="Gadugi"/>
        </w:rPr>
        <w:t>ᎠᏂᏍᏗᏱ</w:t>
      </w:r>
      <w:r>
        <w:rPr>
          <w:rFonts w:ascii="Times New Roman" w:hAnsi="Times New Roman" w:eastAsia="Times New Roman" w:cs="Times New Roman"/>
        </w:rPr>
        <w:t xml:space="preserve"> 1863 </w:t>
      </w:r>
      <w:r>
        <w:rPr>
          <w:rFonts w:ascii="Gadugi" w:hAnsi="Gadugi" w:eastAsia="Gadugi" w:cs="Gadugi"/>
        </w:rPr>
        <w:t>ᎤᏕᏲᎲᏍᎬ</w:t>
      </w:r>
      <w:r>
        <w:rPr>
          <w:rFonts w:ascii="Times New Roman" w:hAnsi="Times New Roman" w:eastAsia="Times New Roman" w:cs="Times New Roman"/>
        </w:rPr>
        <w:t xml:space="preserve"> </w:t>
      </w:r>
      <w:r>
        <w:rPr>
          <w:rFonts w:ascii="Gadugi" w:hAnsi="Gadugi" w:eastAsia="Gadugi" w:cs="Gadugi"/>
        </w:rPr>
        <w:t>ᏤᎵᎪ</w:t>
      </w:r>
      <w:r>
        <w:rPr>
          <w:rFonts w:ascii="Times New Roman" w:hAnsi="Times New Roman" w:eastAsia="Times New Roman" w:cs="Times New Roman"/>
        </w:rPr>
        <w:t xml:space="preserve"> </w:t>
      </w:r>
      <w:r>
        <w:rPr>
          <w:rFonts w:ascii="Gadugi" w:hAnsi="Gadugi" w:eastAsia="Gadugi" w:cs="Gadugi"/>
        </w:rPr>
        <w:t>ᎨᏒᎢ</w:t>
      </w:r>
      <w:r>
        <w:rPr>
          <w:rFonts w:ascii="Times New Roman" w:hAnsi="Times New Roman" w:eastAsia="Times New Roman" w:cs="Times New Roman"/>
        </w:rPr>
        <w:t xml:space="preserve">, </w:t>
      </w:r>
      <w:r>
        <w:rPr>
          <w:rFonts w:ascii="Gadugi" w:hAnsi="Gadugi" w:eastAsia="Gadugi" w:cs="Gadugi"/>
        </w:rPr>
        <w:t>ᎾᏍᎩ</w:t>
      </w:r>
      <w:r>
        <w:rPr>
          <w:rFonts w:ascii="Times New Roman" w:hAnsi="Times New Roman" w:eastAsia="Times New Roman" w:cs="Times New Roman"/>
        </w:rPr>
        <w:t xml:space="preserve"> </w:t>
      </w:r>
      <w:r>
        <w:rPr>
          <w:rFonts w:ascii="Gadugi" w:hAnsi="Gadugi" w:eastAsia="Gadugi" w:cs="Gadugi"/>
        </w:rPr>
        <w:t>ᎨᏒᎩ</w:t>
      </w:r>
      <w:r>
        <w:rPr>
          <w:rFonts w:ascii="Times New Roman" w:hAnsi="Times New Roman" w:eastAsia="Times New Roman" w:cs="Times New Roman"/>
        </w:rPr>
        <w:t xml:space="preserve"> “</w:t>
      </w:r>
      <w:r>
        <w:rPr>
          <w:rFonts w:ascii="Gadugi" w:hAnsi="Gadugi" w:eastAsia="Gadugi" w:cs="Gadugi"/>
        </w:rPr>
        <w:t>ᎦᎵᏉᎩ</w:t>
      </w:r>
      <w:r>
        <w:rPr>
          <w:rFonts w:ascii="Times New Roman" w:hAnsi="Times New Roman" w:eastAsia="Times New Roman" w:cs="Times New Roman"/>
        </w:rPr>
        <w:t xml:space="preserve"> </w:t>
      </w:r>
      <w:r>
        <w:rPr>
          <w:rFonts w:ascii="Gadugi" w:hAnsi="Gadugi" w:eastAsia="Gadugi" w:cs="Gadugi"/>
        </w:rPr>
        <w:t>ᏗᏘᏴᏗ</w:t>
      </w:r>
      <w:r>
        <w:rPr>
          <w:rFonts w:ascii="Times New Roman" w:hAnsi="Times New Roman" w:eastAsia="Times New Roman" w:cs="Times New Roman"/>
        </w:rPr>
        <w:t xml:space="preserve">”, </w:t>
      </w:r>
      <w:r>
        <w:rPr>
          <w:rFonts w:ascii="Gadugi" w:hAnsi="Gadugi" w:eastAsia="Gadugi" w:cs="Gadugi"/>
        </w:rPr>
        <w:t>ᎾᏍᎩ</w:t>
      </w:r>
      <w:r>
        <w:rPr>
          <w:rFonts w:ascii="Times New Roman" w:hAnsi="Times New Roman" w:eastAsia="Times New Roman" w:cs="Times New Roman"/>
        </w:rPr>
        <w:t xml:space="preserve"> </w:t>
      </w:r>
      <w:r>
        <w:rPr>
          <w:rFonts w:ascii="Gadugi" w:hAnsi="Gadugi" w:eastAsia="Gadugi" w:cs="Gadugi"/>
        </w:rPr>
        <w:t>ᎤᎵᏍᏆᏗᎭ</w:t>
      </w:r>
      <w:r>
        <w:rPr>
          <w:rFonts w:ascii="Times New Roman" w:hAnsi="Times New Roman" w:eastAsia="Times New Roman" w:cs="Times New Roman"/>
        </w:rPr>
        <w:t xml:space="preserve"> </w:t>
      </w:r>
      <w:r>
        <w:rPr>
          <w:rFonts w:ascii="Gadugi" w:hAnsi="Gadugi" w:eastAsia="Gadugi" w:cs="Gadugi"/>
        </w:rPr>
        <w:t>ᎯᎠ</w:t>
      </w:r>
      <w:r>
        <w:rPr>
          <w:rFonts w:ascii="Times New Roman" w:hAnsi="Times New Roman" w:eastAsia="Times New Roman" w:cs="Times New Roman"/>
        </w:rPr>
        <w:t xml:space="preserve"> </w:t>
      </w:r>
      <w:r>
        <w:rPr>
          <w:rFonts w:ascii="Gadugi" w:hAnsi="Gadugi" w:eastAsia="Gadugi" w:cs="Gadugi"/>
        </w:rPr>
        <w:t>ᏗᎵᏍᎩᎸᎢ</w:t>
      </w:r>
      <w:r>
        <w:rPr>
          <w:rFonts w:ascii="Times New Roman" w:hAnsi="Times New Roman" w:eastAsia="Times New Roman" w:cs="Times New Roman"/>
        </w:rPr>
        <w:t xml:space="preserve"> </w:t>
      </w:r>
      <w:r>
        <w:rPr>
          <w:rFonts w:ascii="Gadugi" w:hAnsi="Gadugi" w:eastAsia="Gadugi" w:cs="Gadugi"/>
        </w:rPr>
        <w:t>ᎤᏓᎴᏅᏛ</w:t>
      </w:r>
      <w:r>
        <w:rPr>
          <w:rFonts w:ascii="Times New Roman" w:hAnsi="Times New Roman" w:eastAsia="Times New Roman" w:cs="Times New Roman"/>
        </w:rPr>
        <w:t xml:space="preserve"> </w:t>
      </w:r>
      <w:r>
        <w:rPr>
          <w:rFonts w:ascii="Gadugi" w:hAnsi="Gadugi" w:eastAsia="Gadugi" w:cs="Gadugi"/>
        </w:rPr>
        <w:t>ᎤᎵᏍᏔᏅᎯ</w:t>
      </w:r>
      <w:r>
        <w:rPr>
          <w:rFonts w:ascii="Times New Roman" w:hAnsi="Times New Roman" w:eastAsia="Times New Roman" w:cs="Times New Roman"/>
        </w:rPr>
        <w:t xml:space="preserve"> </w:t>
      </w:r>
      <w:r>
        <w:rPr>
          <w:rFonts w:ascii="Gadugi" w:hAnsi="Gadugi" w:eastAsia="Gadugi" w:cs="Gadugi"/>
        </w:rPr>
        <w:t>ᎤᏙᎯᏳᎯ</w:t>
      </w:r>
      <w:r>
        <w:rPr>
          <w:rFonts w:ascii="Times New Roman" w:hAnsi="Times New Roman" w:eastAsia="Times New Roman" w:cs="Times New Roman"/>
        </w:rPr>
        <w:t xml:space="preserve"> (</w:t>
      </w:r>
      <w:r>
        <w:rPr>
          <w:rFonts w:ascii="Gadugi" w:hAnsi="Gadugi" w:eastAsia="Gadugi" w:cs="Gadugi"/>
        </w:rPr>
        <w:t>ᎤᎬᎭᎵᎨ</w:t>
      </w:r>
      <w:r>
        <w:rPr>
          <w:rFonts w:ascii="Times New Roman" w:hAnsi="Times New Roman" w:eastAsia="Times New Roman" w:cs="Times New Roman"/>
        </w:rPr>
        <w:t xml:space="preserve"> </w:t>
      </w:r>
      <w:r>
        <w:rPr>
          <w:rFonts w:ascii="Gadugi" w:hAnsi="Gadugi" w:eastAsia="Gadugi" w:cs="Gadugi"/>
        </w:rPr>
        <w:t>ᏅᏯ</w:t>
      </w:r>
      <w:r>
        <w:rPr>
          <w:rFonts w:ascii="Times New Roman" w:hAnsi="Times New Roman" w:eastAsia="Times New Roman" w:cs="Times New Roman"/>
        </w:rPr>
        <w:t xml:space="preserve">), </w:t>
      </w:r>
      <w:r>
        <w:rPr>
          <w:rFonts w:ascii="Gadugi" w:hAnsi="Gadugi" w:eastAsia="Gadugi" w:cs="Gadugi"/>
        </w:rPr>
        <w:t>ᎾᏍᎩ</w:t>
      </w:r>
      <w:r>
        <w:rPr>
          <w:rFonts w:ascii="Times New Roman" w:hAnsi="Times New Roman" w:eastAsia="Times New Roman" w:cs="Times New Roman"/>
        </w:rPr>
        <w:t xml:space="preserve"> </w:t>
      </w:r>
      <w:r>
        <w:rPr>
          <w:rFonts w:ascii="Gadugi" w:hAnsi="Gadugi" w:eastAsia="Gadugi" w:cs="Gadugi"/>
        </w:rPr>
        <w:t>ᏗᎨᏥᏰᎸ</w:t>
      </w:r>
      <w:r>
        <w:rPr>
          <w:rFonts w:ascii="Times New Roman" w:hAnsi="Times New Roman" w:eastAsia="Times New Roman" w:cs="Times New Roman"/>
        </w:rPr>
        <w:t xml:space="preserve"> “</w:t>
      </w:r>
      <w:r>
        <w:rPr>
          <w:rFonts w:ascii="Gadugi" w:hAnsi="Gadugi" w:eastAsia="Gadugi" w:cs="Gadugi"/>
        </w:rPr>
        <w:t>ᎤᎵᏍᏆᎸᎳᏗ</w:t>
      </w:r>
      <w:r>
        <w:rPr>
          <w:rFonts w:ascii="Times New Roman" w:hAnsi="Times New Roman" w:eastAsia="Times New Roman" w:cs="Times New Roman"/>
        </w:rPr>
        <w:t xml:space="preserve"> </w:t>
      </w:r>
      <w:r>
        <w:rPr>
          <w:rFonts w:ascii="Gadugi" w:hAnsi="Gadugi" w:eastAsia="Gadugi" w:cs="Gadugi"/>
        </w:rPr>
        <w:t>ᎦᏅᏯ</w:t>
      </w:r>
      <w:r>
        <w:rPr>
          <w:rFonts w:ascii="Times New Roman" w:hAnsi="Times New Roman" w:eastAsia="Times New Roman" w:cs="Times New Roman"/>
        </w:rPr>
        <w:t xml:space="preserve">”, </w:t>
      </w:r>
      <w:r>
        <w:rPr>
          <w:rFonts w:ascii="Gadugi" w:hAnsi="Gadugi" w:eastAsia="Gadugi" w:cs="Gadugi"/>
        </w:rPr>
        <w:t>ᎠᏎᏃ</w:t>
      </w:r>
      <w:r>
        <w:rPr>
          <w:rFonts w:ascii="Times New Roman" w:hAnsi="Times New Roman" w:eastAsia="Times New Roman" w:cs="Times New Roman"/>
        </w:rPr>
        <w:t xml:space="preserve"> </w:t>
      </w:r>
      <w:r>
        <w:rPr>
          <w:rFonts w:ascii="Gadugi" w:hAnsi="Gadugi" w:eastAsia="Gadugi" w:cs="Gadugi"/>
        </w:rPr>
        <w:t>ᎾᏍᎩ</w:t>
      </w:r>
      <w:r>
        <w:rPr>
          <w:rFonts w:ascii="Times New Roman" w:hAnsi="Times New Roman" w:eastAsia="Times New Roman" w:cs="Times New Roman"/>
        </w:rPr>
        <w:t xml:space="preserve"> </w:t>
      </w:r>
      <w:r>
        <w:rPr>
          <w:rFonts w:ascii="Gadugi" w:hAnsi="Gadugi" w:eastAsia="Gadugi" w:cs="Gadugi"/>
        </w:rPr>
        <w:t>ᎤᏙᎯᏳᎯ</w:t>
      </w:r>
      <w:r>
        <w:rPr>
          <w:rFonts w:ascii="Times New Roman" w:hAnsi="Times New Roman" w:eastAsia="Times New Roman" w:cs="Times New Roman"/>
        </w:rPr>
        <w:t xml:space="preserve"> </w:t>
      </w:r>
      <w:r>
        <w:rPr>
          <w:rFonts w:ascii="Gadugi" w:hAnsi="Gadugi" w:eastAsia="Gadugi" w:cs="Gadugi"/>
        </w:rPr>
        <w:t>ᎤᏍᏚᎢᏍᏗᎭ</w:t>
      </w:r>
      <w:r>
        <w:rPr>
          <w:rFonts w:ascii="Times New Roman" w:hAnsi="Times New Roman" w:eastAsia="Times New Roman" w:cs="Times New Roman"/>
        </w:rPr>
        <w:t xml:space="preserve"> </w:t>
      </w:r>
      <w:r>
        <w:rPr>
          <w:rFonts w:ascii="Gadugi" w:hAnsi="Gadugi" w:eastAsia="Gadugi" w:cs="Gadugi"/>
        </w:rPr>
        <w:t>ᎠᏂᏗᏍᎬᎢ</w:t>
      </w:r>
      <w:r>
        <w:rPr>
          <w:rFonts w:ascii="Times New Roman" w:hAnsi="Times New Roman" w:eastAsia="Times New Roman" w:cs="Times New Roman"/>
        </w:rPr>
        <w:t xml:space="preserve"> </w:t>
      </w:r>
      <w:r>
        <w:rPr>
          <w:rFonts w:ascii="Gadugi" w:hAnsi="Gadugi" w:eastAsia="Gadugi" w:cs="Gadugi"/>
        </w:rPr>
        <w:t>ᎠᏗᏒ</w:t>
      </w:r>
      <w:r>
        <w:rPr>
          <w:rFonts w:ascii="Times New Roman" w:hAnsi="Times New Roman" w:eastAsia="Times New Roman" w:cs="Times New Roman"/>
        </w:rPr>
        <w:t xml:space="preserve"> </w:t>
      </w:r>
      <w:r>
        <w:rPr>
          <w:rFonts w:ascii="Gadugi" w:hAnsi="Gadugi" w:eastAsia="Gadugi" w:cs="Gadugi"/>
        </w:rPr>
        <w:t>ᎠᏛᏫᏍᏗᏍᎩ</w:t>
      </w:r>
      <w:r>
        <w:rPr>
          <w:rFonts w:ascii="Times New Roman" w:hAnsi="Times New Roman" w:eastAsia="Times New Roman" w:cs="Times New Roman"/>
        </w:rPr>
        <w:t xml:space="preserve"> </w:t>
      </w:r>
      <w:r>
        <w:rPr>
          <w:rFonts w:ascii="Gadugi" w:hAnsi="Gadugi" w:eastAsia="Gadugi" w:cs="Gadugi"/>
        </w:rPr>
        <w:t>ᎠᎴ</w:t>
      </w:r>
      <w:r>
        <w:rPr>
          <w:rFonts w:ascii="Times New Roman" w:hAnsi="Times New Roman" w:eastAsia="Times New Roman" w:cs="Times New Roman"/>
        </w:rPr>
        <w:t xml:space="preserve"> </w:t>
      </w:r>
      <w:r>
        <w:rPr>
          <w:rFonts w:ascii="Gadugi" w:hAnsi="Gadugi" w:eastAsia="Gadugi" w:cs="Gadugi"/>
        </w:rPr>
        <w:t>ᎤᏂᏪᎵᏍᎩ</w:t>
      </w:r>
      <w:r>
        <w:rPr>
          <w:rFonts w:ascii="Times New Roman" w:hAnsi="Times New Roman" w:eastAsia="Times New Roman" w:cs="Times New Roman"/>
        </w:rPr>
        <w:t xml:space="preserve"> </w:t>
      </w:r>
      <w:r>
        <w:rPr>
          <w:rFonts w:ascii="Gadugi" w:hAnsi="Gadugi" w:eastAsia="Gadugi" w:cs="Gadugi"/>
        </w:rPr>
        <w:t>ᎠᏂᎻᎵᏌᏱᏍ</w:t>
      </w:r>
      <w:r>
        <w:rPr>
          <w:rFonts w:ascii="Times New Roman" w:hAnsi="Times New Roman" w:eastAsia="Times New Roman" w:cs="Times New Roman"/>
        </w:rPr>
        <w:t xml:space="preserve"> </w:t>
      </w:r>
      <w:r>
        <w:rPr>
          <w:rFonts w:ascii="Gadugi" w:hAnsi="Gadugi" w:eastAsia="Gadugi" w:cs="Gadugi"/>
        </w:rPr>
        <w:t>ᎤᏂᏅᏃᎯᏍᏗ</w:t>
      </w:r>
      <w:r>
        <w:rPr>
          <w:rFonts w:ascii="Times New Roman" w:hAnsi="Times New Roman" w:eastAsia="Times New Roman" w:cs="Times New Roman"/>
        </w:rPr>
        <w:t xml:space="preserve"> </w:t>
      </w:r>
      <w:r>
        <w:rPr>
          <w:rFonts w:ascii="Gadugi" w:hAnsi="Gadugi" w:eastAsia="Gadugi" w:cs="Gadugi"/>
        </w:rPr>
        <w:t>ᎠᏂᏃᎮᏍᎬᎢ</w:t>
      </w:r>
      <w:r>
        <w:rPr>
          <w:rFonts w:ascii="Times New Roman" w:hAnsi="Times New Roman" w:eastAsia="Times New Roman" w:cs="Times New Roman"/>
        </w:rPr>
        <w:t xml:space="preserve">, </w:t>
      </w:r>
      <w:r>
        <w:rPr>
          <w:rFonts w:ascii="Gadugi" w:hAnsi="Gadugi" w:eastAsia="Gadugi" w:cs="Gadugi"/>
        </w:rPr>
        <w:t>ᎠᎴ</w:t>
      </w:r>
      <w:r>
        <w:rPr>
          <w:rFonts w:ascii="Times New Roman" w:hAnsi="Times New Roman" w:eastAsia="Times New Roman" w:cs="Times New Roman"/>
        </w:rPr>
        <w:t xml:space="preserve"> </w:t>
      </w:r>
      <w:r>
        <w:rPr>
          <w:rFonts w:ascii="Gadugi" w:hAnsi="Gadugi" w:eastAsia="Gadugi" w:cs="Gadugi"/>
        </w:rPr>
        <w:t>ᎠᏍᏆᎸ</w:t>
      </w:r>
      <w:r>
        <w:rPr>
          <w:rFonts w:ascii="Times New Roman" w:hAnsi="Times New Roman" w:eastAsia="Times New Roman" w:cs="Times New Roman"/>
        </w:rPr>
        <w:t xml:space="preserve"> </w:t>
      </w:r>
      <w:r>
        <w:rPr>
          <w:rFonts w:ascii="Gadugi" w:hAnsi="Gadugi" w:eastAsia="Gadugi" w:cs="Gadugi"/>
        </w:rPr>
        <w:t>ᎠᏛᏫᏍᏗᏍᎩ</w:t>
      </w:r>
      <w:r>
        <w:rPr>
          <w:rFonts w:ascii="Times New Roman" w:hAnsi="Times New Roman" w:eastAsia="Times New Roman" w:cs="Times New Roman"/>
        </w:rPr>
        <w:t xml:space="preserve"> </w:t>
      </w:r>
      <w:r>
        <w:rPr>
          <w:rFonts w:ascii="Gadugi" w:hAnsi="Gadugi" w:eastAsia="Gadugi" w:cs="Gadugi"/>
        </w:rPr>
        <w:t>ᎠᏂᏃᎮᏍᎬ</w:t>
      </w:r>
      <w:r>
        <w:rPr>
          <w:rFonts w:ascii="Times New Roman" w:hAnsi="Times New Roman" w:eastAsia="Times New Roman" w:cs="Times New Roman"/>
        </w:rPr>
        <w:t xml:space="preserve"> </w:t>
      </w:r>
      <w:r>
        <w:rPr>
          <w:rFonts w:ascii="Gadugi" w:hAnsi="Gadugi" w:eastAsia="Gadugi" w:cs="Gadugi"/>
        </w:rPr>
        <w:t>ᎠᏂᏁᎲ</w:t>
      </w:r>
      <w:r>
        <w:rPr>
          <w:rFonts w:ascii="Times New Roman" w:hAnsi="Times New Roman" w:eastAsia="Times New Roman" w:cs="Times New Roman"/>
        </w:rPr>
        <w:t xml:space="preserve"> </w:t>
      </w:r>
      <w:r>
        <w:rPr>
          <w:rFonts w:ascii="Gadugi" w:hAnsi="Gadugi" w:eastAsia="Gadugi" w:cs="Gadugi"/>
        </w:rPr>
        <w:t>ᎠᏍᎪᎯ</w:t>
      </w:r>
      <w:r>
        <w:rPr>
          <w:rFonts w:ascii="Times New Roman" w:hAnsi="Times New Roman" w:eastAsia="Times New Roman" w:cs="Times New Roman"/>
        </w:rPr>
        <w:t xml:space="preserve"> </w:t>
      </w:r>
      <w:r>
        <w:rPr>
          <w:rFonts w:ascii="Gadugi" w:hAnsi="Gadugi" w:eastAsia="Gadugi" w:cs="Gadugi"/>
        </w:rPr>
        <w:t>ᏅᎩ</w:t>
      </w:r>
      <w:r>
        <w:rPr>
          <w:rFonts w:ascii="Times New Roman" w:hAnsi="Times New Roman" w:eastAsia="Times New Roman" w:cs="Times New Roman"/>
        </w:rPr>
        <w:t xml:space="preserve"> </w:t>
      </w:r>
      <w:r>
        <w:rPr>
          <w:rFonts w:ascii="Gadugi" w:hAnsi="Gadugi" w:eastAsia="Gadugi" w:cs="Gadugi"/>
        </w:rPr>
        <w:t>ᏅᎩ</w:t>
      </w:r>
      <w:r>
        <w:rPr>
          <w:rFonts w:ascii="Times New Roman" w:hAnsi="Times New Roman" w:eastAsia="Times New Roman" w:cs="Times New Roman"/>
        </w:rPr>
        <w:t xml:space="preserve"> </w:t>
      </w:r>
      <w:r>
        <w:rPr>
          <w:rFonts w:ascii="Gadugi" w:hAnsi="Gadugi" w:eastAsia="Gadugi" w:cs="Gadugi"/>
        </w:rPr>
        <w:t>ᎦᎵᏆ</w:t>
      </w:r>
      <w:r>
        <w:rPr>
          <w:rFonts w:ascii="Times New Roman" w:hAnsi="Times New Roman" w:eastAsia="Times New Roman" w:cs="Times New Roman"/>
        </w:rPr>
        <w:t xml:space="preserve"> </w:t>
      </w:r>
      <w:r>
        <w:rPr>
          <w:rFonts w:ascii="Gadugi" w:hAnsi="Gadugi" w:eastAsia="Gadugi" w:cs="Gadugi"/>
        </w:rPr>
        <w:t>ᏅᎩ</w:t>
      </w:r>
      <w:r>
        <w:rPr>
          <w:rFonts w:ascii="Times New Roman" w:hAnsi="Times New Roman" w:eastAsia="Times New Roman" w:cs="Times New Roman"/>
        </w:rPr>
        <w:t xml:space="preserve">. </w:t>
      </w:r>
      <w:r>
        <w:rPr>
          <w:rFonts w:ascii="Gadugi" w:hAnsi="Gadugi" w:eastAsia="Gadugi" w:cs="Gadugi"/>
        </w:rPr>
        <w:t>Ꮎ</w:t>
      </w:r>
      <w:r>
        <w:rPr>
          <w:rFonts w:ascii="Times New Roman" w:hAnsi="Times New Roman" w:eastAsia="Times New Roman" w:cs="Times New Roman"/>
        </w:rPr>
        <w:t xml:space="preserve"> </w:t>
      </w:r>
      <w:r>
        <w:rPr>
          <w:rFonts w:ascii="Gadugi" w:hAnsi="Gadugi" w:eastAsia="Gadugi" w:cs="Gadugi"/>
        </w:rPr>
        <w:t>ᎤᎬᎭᎵᎨ</w:t>
      </w:r>
      <w:r>
        <w:rPr>
          <w:rFonts w:ascii="Times New Roman" w:hAnsi="Times New Roman" w:eastAsia="Times New Roman" w:cs="Times New Roman"/>
        </w:rPr>
        <w:t xml:space="preserve"> </w:t>
      </w:r>
      <w:r>
        <w:rPr>
          <w:rFonts w:ascii="Gadugi" w:hAnsi="Gadugi" w:eastAsia="Gadugi" w:cs="Gadugi"/>
        </w:rPr>
        <w:t>ᏅᏯ</w:t>
      </w:r>
      <w:r>
        <w:rPr>
          <w:rFonts w:ascii="Times New Roman" w:hAnsi="Times New Roman" w:eastAsia="Times New Roman" w:cs="Times New Roman"/>
        </w:rPr>
        <w:t xml:space="preserve">, </w:t>
      </w:r>
      <w:r>
        <w:rPr>
          <w:rFonts w:ascii="Gadugi" w:hAnsi="Gadugi" w:eastAsia="Gadugi" w:cs="Gadugi"/>
        </w:rPr>
        <w:t>ᎾᏍᎩ</w:t>
      </w:r>
      <w:r>
        <w:rPr>
          <w:rFonts w:ascii="Times New Roman" w:hAnsi="Times New Roman" w:eastAsia="Times New Roman" w:cs="Times New Roman"/>
        </w:rPr>
        <w:t xml:space="preserve"> </w:t>
      </w:r>
      <w:r>
        <w:rPr>
          <w:rFonts w:ascii="Gadugi" w:hAnsi="Gadugi" w:eastAsia="Gadugi" w:cs="Gadugi"/>
        </w:rPr>
        <w:t>ᎨᏒ</w:t>
      </w:r>
      <w:r>
        <w:rPr>
          <w:rFonts w:ascii="Times New Roman" w:hAnsi="Times New Roman" w:eastAsia="Times New Roman" w:cs="Times New Roman"/>
        </w:rPr>
        <w:t xml:space="preserve"> “</w:t>
      </w:r>
      <w:r>
        <w:rPr>
          <w:rFonts w:ascii="Gadugi" w:hAnsi="Gadugi" w:eastAsia="Gadugi" w:cs="Gadugi"/>
        </w:rPr>
        <w:t>ᎦᎵᏉᎩ</w:t>
      </w:r>
      <w:r>
        <w:rPr>
          <w:rFonts w:ascii="Times New Roman" w:hAnsi="Times New Roman" w:eastAsia="Times New Roman" w:cs="Times New Roman"/>
        </w:rPr>
        <w:t xml:space="preserve"> </w:t>
      </w:r>
      <w:r>
        <w:rPr>
          <w:rFonts w:ascii="Gadugi" w:hAnsi="Gadugi" w:eastAsia="Gadugi" w:cs="Gadugi"/>
        </w:rPr>
        <w:t>ᏗᏘᏴᏗ</w:t>
      </w:r>
      <w:r>
        <w:rPr>
          <w:rFonts w:ascii="Times New Roman" w:hAnsi="Times New Roman" w:eastAsia="Times New Roman" w:cs="Times New Roman"/>
        </w:rPr>
        <w:t xml:space="preserve">,” </w:t>
      </w:r>
      <w:r>
        <w:rPr>
          <w:rFonts w:ascii="Gadugi" w:hAnsi="Gadugi" w:eastAsia="Gadugi" w:cs="Gadugi"/>
        </w:rPr>
        <w:t>ᎾᏍᏉ</w:t>
      </w:r>
      <w:r>
        <w:rPr>
          <w:rFonts w:ascii="Times New Roman" w:hAnsi="Times New Roman" w:eastAsia="Times New Roman" w:cs="Times New Roman"/>
        </w:rPr>
        <w:t xml:space="preserve"> </w:t>
      </w:r>
      <w:r>
        <w:rPr>
          <w:rFonts w:ascii="Gadugi" w:hAnsi="Gadugi" w:eastAsia="Gadugi" w:cs="Gadugi"/>
        </w:rPr>
        <w:t>ᎨᏒ</w:t>
      </w:r>
      <w:r>
        <w:rPr>
          <w:rFonts w:ascii="Times New Roman" w:hAnsi="Times New Roman" w:eastAsia="Times New Roman" w:cs="Times New Roman"/>
        </w:rPr>
        <w:t xml:space="preserve"> “</w:t>
      </w:r>
      <w:r>
        <w:rPr>
          <w:rFonts w:ascii="Gadugi" w:hAnsi="Gadugi" w:eastAsia="Gadugi" w:cs="Gadugi"/>
        </w:rPr>
        <w:t>ᎢᎦ</w:t>
      </w:r>
      <w:r>
        <w:rPr>
          <w:rFonts w:ascii="Times New Roman" w:hAnsi="Times New Roman" w:eastAsia="Times New Roman" w:cs="Times New Roman"/>
        </w:rPr>
        <w:t xml:space="preserve"> </w:t>
      </w:r>
      <w:r>
        <w:rPr>
          <w:rFonts w:ascii="Gadugi" w:hAnsi="Gadugi" w:eastAsia="Gadugi" w:cs="Gadugi"/>
        </w:rPr>
        <w:t>ᎤᏓᏅᏒ</w:t>
      </w:r>
      <w:r>
        <w:rPr>
          <w:rFonts w:ascii="Times New Roman" w:hAnsi="Times New Roman" w:eastAsia="Times New Roman" w:cs="Times New Roman"/>
        </w:rPr>
        <w:t xml:space="preserve"> </w:t>
      </w:r>
      <w:r>
        <w:rPr>
          <w:rFonts w:ascii="Gadugi" w:hAnsi="Gadugi" w:eastAsia="Gadugi" w:cs="Gadugi"/>
        </w:rPr>
        <w:t>ᏱᎰᏩ</w:t>
      </w:r>
      <w:r>
        <w:rPr>
          <w:rFonts w:ascii="Times New Roman" w:hAnsi="Times New Roman" w:eastAsia="Times New Roman" w:cs="Times New Roman"/>
        </w:rPr>
        <w:t xml:space="preserve">”, </w:t>
      </w:r>
      <w:r>
        <w:rPr>
          <w:rFonts w:ascii="Gadugi" w:hAnsi="Gadugi" w:eastAsia="Gadugi" w:cs="Gadugi"/>
        </w:rPr>
        <w:t>ᎠᎴ</w:t>
      </w:r>
      <w:r>
        <w:rPr>
          <w:rFonts w:ascii="Times New Roman" w:hAnsi="Times New Roman" w:eastAsia="Times New Roman" w:cs="Times New Roman"/>
        </w:rPr>
        <w:t xml:space="preserve"> </w:t>
      </w:r>
      <w:r>
        <w:rPr>
          <w:rFonts w:ascii="Gadugi" w:hAnsi="Gadugi" w:eastAsia="Gadugi" w:cs="Gadugi"/>
        </w:rPr>
        <w:t>ᎡᏍᏉ</w:t>
      </w:r>
      <w:r>
        <w:rPr>
          <w:rFonts w:ascii="Times New Roman" w:hAnsi="Times New Roman" w:eastAsia="Times New Roman" w:cs="Times New Roman"/>
        </w:rPr>
        <w:t xml:space="preserve"> </w:t>
      </w:r>
      <w:r>
        <w:rPr>
          <w:rFonts w:ascii="Gadugi" w:hAnsi="Gadugi" w:eastAsia="Gadugi" w:cs="Gadugi"/>
        </w:rPr>
        <w:t>ᎾᏍᎩ</w:t>
      </w:r>
      <w:r>
        <w:rPr>
          <w:rFonts w:ascii="Times New Roman" w:hAnsi="Times New Roman" w:eastAsia="Times New Roman" w:cs="Times New Roman"/>
        </w:rPr>
        <w:t xml:space="preserve"> </w:t>
      </w:r>
      <w:r>
        <w:rPr>
          <w:rFonts w:ascii="Gadugi" w:hAnsi="Gadugi" w:eastAsia="Gadugi" w:cs="Gadugi"/>
        </w:rPr>
        <w:t>ᎦᏰᎯ</w:t>
      </w:r>
      <w:r>
        <w:rPr>
          <w:rFonts w:ascii="Times New Roman" w:hAnsi="Times New Roman" w:eastAsia="Times New Roman" w:cs="Times New Roman"/>
        </w:rPr>
        <w:t xml:space="preserve"> </w:t>
      </w:r>
      <w:r>
        <w:rPr>
          <w:rFonts w:ascii="Gadugi" w:hAnsi="Gadugi" w:eastAsia="Gadugi" w:cs="Gadugi"/>
        </w:rPr>
        <w:t>ᎤᏩᏒ</w:t>
      </w:r>
      <w:r>
        <w:rPr>
          <w:rFonts w:ascii="Times New Roman" w:hAnsi="Times New Roman" w:eastAsia="Times New Roman" w:cs="Times New Roman"/>
        </w:rPr>
        <w:t xml:space="preserve"> </w:t>
      </w:r>
      <w:r>
        <w:rPr>
          <w:rFonts w:ascii="Gadugi" w:hAnsi="Gadugi" w:eastAsia="Gadugi" w:cs="Gadugi"/>
        </w:rPr>
        <w:t>ᏥᏌ</w:t>
      </w:r>
      <w:r>
        <w:rPr>
          <w:rFonts w:ascii="Times New Roman" w:hAnsi="Times New Roman" w:eastAsia="Times New Roman" w:cs="Times New Roman"/>
        </w:rPr>
        <w:t xml:space="preserve"> </w:t>
      </w:r>
      <w:r>
        <w:rPr>
          <w:rFonts w:ascii="Gadugi" w:hAnsi="Gadugi" w:eastAsia="Gadugi" w:cs="Gadugi"/>
        </w:rPr>
        <w:t>ᎦᎶᏁᏛ</w:t>
      </w:r>
      <w:r>
        <w:rPr>
          <w:rFonts w:ascii="Times New Roman" w:hAnsi="Times New Roman" w:eastAsia="Times New Roman" w:cs="Times New Roman"/>
        </w:rPr>
        <w:t xml:space="preserve">, </w:t>
      </w:r>
      <w:r>
        <w:rPr>
          <w:rFonts w:ascii="Gadugi" w:hAnsi="Gadugi" w:eastAsia="Gadugi" w:cs="Gadugi"/>
        </w:rPr>
        <w:t>ᎠᏎᏃ</w:t>
      </w:r>
      <w:r>
        <w:rPr>
          <w:rFonts w:ascii="Times New Roman" w:hAnsi="Times New Roman" w:eastAsia="Times New Roman" w:cs="Times New Roman"/>
        </w:rPr>
        <w:t xml:space="preserve"> </w:t>
      </w:r>
      <w:r>
        <w:rPr>
          <w:rFonts w:ascii="Gadugi" w:hAnsi="Gadugi" w:eastAsia="Gadugi" w:cs="Gadugi"/>
        </w:rPr>
        <w:t>ᎾᏍᎩ</w:t>
      </w:r>
      <w:r>
        <w:rPr>
          <w:rFonts w:ascii="Times New Roman" w:hAnsi="Times New Roman" w:eastAsia="Times New Roman" w:cs="Times New Roman"/>
        </w:rPr>
        <w:t xml:space="preserve"> </w:t>
      </w:r>
      <w:r>
        <w:rPr>
          <w:rFonts w:ascii="Gadugi" w:hAnsi="Gadugi" w:eastAsia="Gadugi" w:cs="Gadugi"/>
        </w:rPr>
        <w:t>ᎧᏃᎮᏛ</w:t>
      </w:r>
      <w:r>
        <w:rPr>
          <w:rFonts w:ascii="Times New Roman" w:hAnsi="Times New Roman" w:eastAsia="Times New Roman" w:cs="Times New Roman"/>
        </w:rPr>
        <w:t xml:space="preserve"> </w:t>
      </w:r>
      <w:r>
        <w:rPr>
          <w:rFonts w:ascii="Gadugi" w:hAnsi="Gadugi" w:eastAsia="Gadugi" w:cs="Gadugi"/>
        </w:rPr>
        <w:t>ᎨᏒ</w:t>
      </w:r>
      <w:r>
        <w:rPr>
          <w:rFonts w:ascii="Times New Roman" w:hAnsi="Times New Roman" w:eastAsia="Times New Roman" w:cs="Times New Roman"/>
        </w:rPr>
        <w:t xml:space="preserve">, </w:t>
      </w:r>
      <w:r>
        <w:rPr>
          <w:rFonts w:ascii="Gadugi" w:hAnsi="Gadugi" w:eastAsia="Gadugi" w:cs="Gadugi"/>
        </w:rPr>
        <w:t>ᎠᎴ</w:t>
      </w:r>
      <w:r>
        <w:rPr>
          <w:rFonts w:ascii="Times New Roman" w:hAnsi="Times New Roman" w:eastAsia="Times New Roman" w:cs="Times New Roman"/>
        </w:rPr>
        <w:t xml:space="preserve"> </w:t>
      </w:r>
      <w:r>
        <w:rPr>
          <w:rFonts w:ascii="Gadugi" w:hAnsi="Gadugi" w:eastAsia="Gadugi" w:cs="Gadugi"/>
        </w:rPr>
        <w:t>ᎾᏍᎩ</w:t>
      </w:r>
      <w:r>
        <w:rPr>
          <w:rFonts w:ascii="Times New Roman" w:hAnsi="Times New Roman" w:eastAsia="Times New Roman" w:cs="Times New Roman"/>
        </w:rPr>
        <w:t xml:space="preserve"> “</w:t>
      </w:r>
      <w:r>
        <w:rPr>
          <w:rFonts w:ascii="Gadugi" w:hAnsi="Gadugi" w:eastAsia="Gadugi" w:cs="Gadugi"/>
        </w:rPr>
        <w:t>ᎤᏙᎯᏳᎯ</w:t>
      </w:r>
      <w:r>
        <w:rPr>
          <w:rFonts w:ascii="Times New Roman" w:hAnsi="Times New Roman" w:eastAsia="Times New Roman" w:cs="Times New Roman"/>
        </w:rPr>
        <w:t xml:space="preserve">” </w:t>
      </w:r>
      <w:r>
        <w:rPr>
          <w:rFonts w:ascii="Gadugi" w:hAnsi="Gadugi" w:eastAsia="Gadugi" w:cs="Gadugi"/>
        </w:rPr>
        <w:t>ᎨᏒ</w:t>
      </w:r>
      <w:r>
        <w:rPr>
          <w:rFonts w:ascii="Times New Roman" w:hAnsi="Times New Roman" w:eastAsia="Times New Roman" w:cs="Times New Roman"/>
        </w:rPr>
        <w:t xml:space="preserve">. </w:t>
      </w:r>
      <w:r>
        <w:rPr>
          <w:rFonts w:ascii="Gadugi" w:hAnsi="Gadugi" w:eastAsia="Gadugi" w:cs="Gadugi"/>
        </w:rPr>
        <w:t>ᎢᏍᎳᎻ</w:t>
      </w:r>
      <w:r>
        <w:rPr>
          <w:rFonts w:ascii="Times New Roman" w:hAnsi="Times New Roman" w:eastAsia="Times New Roman" w:cs="Times New Roman"/>
        </w:rPr>
        <w:t xml:space="preserve"> </w:t>
      </w:r>
      <w:r>
        <w:rPr>
          <w:rFonts w:ascii="Gadugi" w:hAnsi="Gadugi" w:eastAsia="Gadugi" w:cs="Gadugi"/>
        </w:rPr>
        <w:t>ᎠᏥᏃᎮᎭ</w:t>
      </w:r>
      <w:r>
        <w:rPr>
          <w:rFonts w:ascii="Times New Roman" w:hAnsi="Times New Roman" w:eastAsia="Times New Roman" w:cs="Times New Roman"/>
        </w:rPr>
        <w:t xml:space="preserve"> </w:t>
      </w:r>
      <w:r>
        <w:rPr>
          <w:rFonts w:ascii="Gadugi" w:hAnsi="Gadugi" w:eastAsia="Gadugi" w:cs="Gadugi"/>
        </w:rPr>
        <w:t>ᎾᏍᎩ</w:t>
      </w:r>
      <w:r>
        <w:rPr>
          <w:rFonts w:ascii="Times New Roman" w:hAnsi="Times New Roman" w:eastAsia="Times New Roman" w:cs="Times New Roman"/>
        </w:rPr>
        <w:t xml:space="preserve"> </w:t>
      </w:r>
      <w:r>
        <w:rPr>
          <w:rFonts w:ascii="Gadugi" w:hAnsi="Gadugi" w:eastAsia="Gadugi" w:cs="Gadugi"/>
        </w:rPr>
        <w:t>ᎤᏓᏍᏗ</w:t>
      </w:r>
      <w:r>
        <w:rPr>
          <w:rFonts w:ascii="Times New Roman" w:hAnsi="Times New Roman" w:eastAsia="Times New Roman" w:cs="Times New Roman"/>
        </w:rPr>
        <w:t xml:space="preserve"> </w:t>
      </w:r>
      <w:r>
        <w:rPr>
          <w:rFonts w:ascii="Gadugi" w:hAnsi="Gadugi" w:eastAsia="Gadugi" w:cs="Gadugi"/>
        </w:rPr>
        <w:t>ᎠᎴ</w:t>
      </w:r>
      <w:r>
        <w:rPr>
          <w:rFonts w:ascii="Times New Roman" w:hAnsi="Times New Roman" w:eastAsia="Times New Roman" w:cs="Times New Roman"/>
        </w:rPr>
        <w:t xml:space="preserve"> </w:t>
      </w:r>
      <w:r>
        <w:rPr>
          <w:rFonts w:ascii="Gadugi" w:hAnsi="Gadugi" w:eastAsia="Gadugi" w:cs="Gadugi"/>
        </w:rPr>
        <w:t>ᎤᏛᏁᏗ</w:t>
      </w:r>
      <w:r>
        <w:rPr>
          <w:rFonts w:ascii="Times New Roman" w:hAnsi="Times New Roman" w:eastAsia="Times New Roman" w:cs="Times New Roman"/>
        </w:rPr>
        <w:t xml:space="preserve"> </w:t>
      </w:r>
      <w:r>
        <w:rPr>
          <w:rFonts w:ascii="Gadugi" w:hAnsi="Gadugi" w:eastAsia="Gadugi" w:cs="Gadugi"/>
        </w:rPr>
        <w:t>ᏂᎦᏛ</w:t>
      </w:r>
      <w:r>
        <w:rPr>
          <w:rFonts w:ascii="Times New Roman" w:hAnsi="Times New Roman" w:eastAsia="Times New Roman" w:cs="Times New Roman"/>
        </w:rPr>
        <w:t xml:space="preserve"> </w:t>
      </w:r>
      <w:r>
        <w:rPr>
          <w:rFonts w:ascii="Gadugi" w:hAnsi="Gadugi" w:eastAsia="Gadugi" w:cs="Gadugi"/>
        </w:rPr>
        <w:t>ᎬᏩᏓᏅᏙᏗᏍᎬ</w:t>
      </w:r>
      <w:r>
        <w:rPr>
          <w:rFonts w:ascii="Times New Roman" w:hAnsi="Times New Roman" w:eastAsia="Times New Roman" w:cs="Times New Roman"/>
        </w:rPr>
        <w:t xml:space="preserve"> </w:t>
      </w:r>
      <w:r>
        <w:rPr>
          <w:rFonts w:ascii="Gadugi" w:hAnsi="Gadugi" w:eastAsia="Gadugi" w:cs="Gadugi"/>
        </w:rPr>
        <w:t>ᎠᏂᏧᏣᏟ</w:t>
      </w:r>
      <w:r>
        <w:rPr>
          <w:rFonts w:ascii="Times New Roman" w:hAnsi="Times New Roman" w:eastAsia="Times New Roman" w:cs="Times New Roman"/>
        </w:rPr>
        <w:t xml:space="preserve"> </w:t>
      </w:r>
      <w:r>
        <w:rPr>
          <w:rFonts w:ascii="Gadugi" w:hAnsi="Gadugi" w:eastAsia="Gadugi" w:cs="Gadugi"/>
        </w:rPr>
        <w:t>ᎤᎬᏫᏳᎯ</w:t>
      </w:r>
      <w:r>
        <w:rPr>
          <w:rFonts w:ascii="Times New Roman" w:hAnsi="Times New Roman" w:eastAsia="Times New Roman" w:cs="Times New Roman"/>
        </w:rPr>
        <w:t xml:space="preserve"> </w:t>
      </w:r>
      <w:r>
        <w:rPr>
          <w:rFonts w:ascii="Gadugi" w:hAnsi="Gadugi" w:eastAsia="Gadugi" w:cs="Gadugi"/>
        </w:rPr>
        <w:t>ᎠᎴ</w:t>
      </w:r>
      <w:r>
        <w:rPr>
          <w:rFonts w:ascii="Times New Roman" w:hAnsi="Times New Roman" w:eastAsia="Times New Roman" w:cs="Times New Roman"/>
        </w:rPr>
        <w:t xml:space="preserve"> </w:t>
      </w:r>
      <w:r>
        <w:rPr>
          <w:rFonts w:ascii="Gadugi" w:hAnsi="Gadugi" w:eastAsia="Gadugi" w:cs="Gadugi"/>
        </w:rPr>
        <w:t>ᎢᏤ</w:t>
      </w:r>
      <w:r>
        <w:rPr>
          <w:rFonts w:ascii="Times New Roman" w:hAnsi="Times New Roman" w:eastAsia="Times New Roman" w:cs="Times New Roman"/>
        </w:rPr>
        <w:t xml:space="preserve"> </w:t>
      </w:r>
      <w:r>
        <w:rPr>
          <w:rFonts w:ascii="Gadugi" w:hAnsi="Gadugi" w:eastAsia="Gadugi" w:cs="Gadugi"/>
        </w:rPr>
        <w:t>ᎠᏂᏑᏰᏛ</w:t>
      </w:r>
      <w:r>
        <w:rPr>
          <w:rFonts w:ascii="Times New Roman" w:hAnsi="Times New Roman" w:eastAsia="Times New Roman" w:cs="Times New Roman"/>
        </w:rPr>
        <w:t xml:space="preserve"> </w:t>
      </w:r>
      <w:r>
        <w:rPr>
          <w:rFonts w:ascii="Gadugi" w:hAnsi="Gadugi" w:eastAsia="Gadugi" w:cs="Gadugi"/>
        </w:rPr>
        <w:t>ᏴᏫ</w:t>
      </w:r>
      <w:r>
        <w:rPr>
          <w:rFonts w:ascii="Times New Roman" w:hAnsi="Times New Roman" w:eastAsia="Times New Roman" w:cs="Times New Roman"/>
        </w:rPr>
        <w:t xml:space="preserve">, </w:t>
      </w:r>
      <w:r>
        <w:rPr>
          <w:rFonts w:ascii="Gadugi" w:hAnsi="Gadugi" w:eastAsia="Gadugi" w:cs="Gadugi"/>
        </w:rPr>
        <w:t>ᎠᎴ</w:t>
      </w:r>
      <w:r>
        <w:rPr>
          <w:rFonts w:ascii="Times New Roman" w:hAnsi="Times New Roman" w:eastAsia="Times New Roman" w:cs="Times New Roman"/>
        </w:rPr>
        <w:t xml:space="preserve"> </w:t>
      </w:r>
      <w:r>
        <w:rPr>
          <w:rFonts w:ascii="Gadugi" w:hAnsi="Gadugi" w:eastAsia="Gadugi" w:cs="Gadugi"/>
        </w:rPr>
        <w:t>ᎯᎠ</w:t>
      </w:r>
      <w:r>
        <w:rPr>
          <w:rFonts w:ascii="Times New Roman" w:hAnsi="Times New Roman" w:eastAsia="Times New Roman" w:cs="Times New Roman"/>
        </w:rPr>
        <w:t xml:space="preserve"> </w:t>
      </w:r>
      <w:r>
        <w:rPr>
          <w:rFonts w:ascii="Gadugi" w:hAnsi="Gadugi" w:eastAsia="Gadugi" w:cs="Gadugi"/>
        </w:rPr>
        <w:t>ᏔᎵ</w:t>
      </w:r>
      <w:r>
        <w:rPr>
          <w:rFonts w:ascii="Times New Roman" w:hAnsi="Times New Roman" w:eastAsia="Times New Roman" w:cs="Times New Roman"/>
        </w:rPr>
        <w:t xml:space="preserve"> </w:t>
      </w:r>
      <w:r>
        <w:rPr>
          <w:rFonts w:ascii="Gadugi" w:hAnsi="Gadugi" w:eastAsia="Gadugi" w:cs="Gadugi"/>
        </w:rPr>
        <w:t>ᏧᏓᏅᏙᏗᏍᎬ</w:t>
      </w:r>
      <w:r>
        <w:rPr>
          <w:rFonts w:ascii="Times New Roman" w:hAnsi="Times New Roman" w:eastAsia="Times New Roman" w:cs="Times New Roman"/>
        </w:rPr>
        <w:t xml:space="preserve"> </w:t>
      </w:r>
      <w:r>
        <w:rPr>
          <w:rFonts w:ascii="Gadugi" w:hAnsi="Gadugi" w:eastAsia="Gadugi" w:cs="Gadugi"/>
        </w:rPr>
        <w:t>ᎤᎵᏰᎢᎶᎯ</w:t>
      </w:r>
      <w:r>
        <w:rPr>
          <w:rFonts w:ascii="Times New Roman" w:hAnsi="Times New Roman" w:eastAsia="Times New Roman" w:cs="Times New Roman"/>
        </w:rPr>
        <w:t xml:space="preserve"> </w:t>
      </w:r>
      <w:r>
        <w:rPr>
          <w:rFonts w:ascii="Gadugi" w:hAnsi="Gadugi" w:eastAsia="Gadugi" w:cs="Gadugi"/>
        </w:rPr>
        <w:t>ᎤᏓᎴᏅᎮ</w:t>
      </w:r>
      <w:r>
        <w:rPr>
          <w:rFonts w:ascii="Times New Roman" w:hAnsi="Times New Roman" w:eastAsia="Times New Roman" w:cs="Times New Roman"/>
        </w:rPr>
        <w:t xml:space="preserve"> </w:t>
      </w:r>
      <w:r>
        <w:rPr>
          <w:rFonts w:ascii="Gadugi" w:hAnsi="Gadugi" w:eastAsia="Gadugi" w:cs="Gadugi"/>
        </w:rPr>
        <w:t>ᏌᏈᏂᎩ</w:t>
      </w:r>
      <w:r>
        <w:rPr>
          <w:rFonts w:ascii="Times New Roman" w:hAnsi="Times New Roman" w:eastAsia="Times New Roman" w:cs="Times New Roman"/>
        </w:rPr>
        <w:t xml:space="preserve"> 11, 2001, </w:t>
      </w:r>
      <w:r>
        <w:rPr>
          <w:rFonts w:ascii="Gadugi" w:hAnsi="Gadugi" w:eastAsia="Gadugi" w:cs="Gadugi"/>
        </w:rPr>
        <w:t>ᎾᏍᎩ</w:t>
      </w:r>
      <w:r>
        <w:rPr>
          <w:rFonts w:ascii="Times New Roman" w:hAnsi="Times New Roman" w:eastAsia="Times New Roman" w:cs="Times New Roman"/>
        </w:rPr>
        <w:t xml:space="preserve"> </w:t>
      </w:r>
      <w:r>
        <w:rPr>
          <w:rFonts w:ascii="Gadugi" w:hAnsi="Gadugi" w:eastAsia="Gadugi" w:cs="Gadugi"/>
        </w:rPr>
        <w:t>ᎨᏒ</w:t>
      </w:r>
      <w:r>
        <w:rPr>
          <w:rFonts w:ascii="Times New Roman" w:hAnsi="Times New Roman" w:eastAsia="Times New Roman" w:cs="Times New Roman"/>
        </w:rPr>
        <w:t xml:space="preserve"> “</w:t>
      </w:r>
      <w:r>
        <w:rPr>
          <w:rFonts w:ascii="Gadugi" w:hAnsi="Gadugi" w:eastAsia="Gadugi" w:cs="Gadugi"/>
        </w:rPr>
        <w:t>ᎢᎦ</w:t>
      </w:r>
      <w:r>
        <w:rPr>
          <w:rFonts w:ascii="Times New Roman" w:hAnsi="Times New Roman" w:eastAsia="Times New Roman" w:cs="Times New Roman"/>
        </w:rPr>
        <w:t xml:space="preserve"> </w:t>
      </w:r>
      <w:r>
        <w:rPr>
          <w:rFonts w:ascii="Gadugi" w:hAnsi="Gadugi" w:eastAsia="Gadugi" w:cs="Gadugi"/>
        </w:rPr>
        <w:t>ᏗᎧᎸᎬ</w:t>
      </w:r>
      <w:r>
        <w:rPr>
          <w:rFonts w:ascii="Times New Roman" w:hAnsi="Times New Roman" w:eastAsia="Times New Roman" w:cs="Times New Roman"/>
        </w:rPr>
        <w:t xml:space="preserve"> </w:t>
      </w:r>
      <w:r>
        <w:rPr>
          <w:rFonts w:ascii="Gadugi" w:hAnsi="Gadugi" w:eastAsia="Gadugi" w:cs="Gadugi"/>
        </w:rPr>
        <w:t>ᎤᏃᎴ</w:t>
      </w:r>
      <w:r>
        <w:rPr>
          <w:rFonts w:ascii="Times New Roman" w:hAnsi="Times New Roman" w:eastAsia="Times New Roman" w:cs="Times New Roman"/>
        </w:rPr>
        <w:t xml:space="preserve">”. </w:t>
      </w:r>
      <w:r>
        <w:rPr>
          <w:rFonts w:ascii="Gadugi" w:hAnsi="Gadugi" w:eastAsia="Gadugi" w:cs="Gadugi"/>
        </w:rPr>
        <w:t>Ꮎ</w:t>
      </w:r>
      <w:r>
        <w:rPr>
          <w:rFonts w:ascii="Times New Roman" w:hAnsi="Times New Roman" w:eastAsia="Times New Roman" w:cs="Times New Roman"/>
        </w:rPr>
        <w:t xml:space="preserve"> </w:t>
      </w:r>
      <w:r>
        <w:rPr>
          <w:rFonts w:ascii="Gadugi" w:hAnsi="Gadugi" w:eastAsia="Gadugi" w:cs="Gadugi"/>
        </w:rPr>
        <w:t>ᎢᎦ</w:t>
      </w:r>
      <w:r>
        <w:rPr>
          <w:rFonts w:ascii="Times New Roman" w:hAnsi="Times New Roman" w:eastAsia="Times New Roman" w:cs="Times New Roman"/>
        </w:rPr>
        <w:t xml:space="preserve"> </w:t>
      </w:r>
      <w:r>
        <w:rPr>
          <w:rFonts w:ascii="Gadugi" w:hAnsi="Gadugi" w:eastAsia="Gadugi" w:cs="Gadugi"/>
        </w:rPr>
        <w:t>ᎠᏂᎦᏘᏯ</w:t>
      </w:r>
      <w:r>
        <w:rPr>
          <w:rFonts w:ascii="Times New Roman" w:hAnsi="Times New Roman" w:eastAsia="Times New Roman" w:cs="Times New Roman"/>
        </w:rPr>
        <w:t xml:space="preserve"> </w:t>
      </w:r>
      <w:r>
        <w:rPr>
          <w:rFonts w:ascii="Gadugi" w:hAnsi="Gadugi" w:eastAsia="Gadugi" w:cs="Gadugi"/>
        </w:rPr>
        <w:t>ᏧᎾᏃᎩᏍᏗ</w:t>
      </w:r>
      <w:r>
        <w:rPr>
          <w:rFonts w:ascii="Times New Roman" w:hAnsi="Times New Roman" w:eastAsia="Times New Roman" w:cs="Times New Roman"/>
        </w:rPr>
        <w:t xml:space="preserve"> </w:t>
      </w:r>
      <w:r>
        <w:rPr>
          <w:rFonts w:ascii="Gadugi" w:hAnsi="Gadugi" w:eastAsia="Gadugi" w:cs="Gadugi"/>
        </w:rPr>
        <w:t>ᎨᏎᏍᏗ</w:t>
      </w:r>
      <w:r>
        <w:rPr>
          <w:rFonts w:ascii="Times New Roman" w:hAnsi="Times New Roman" w:eastAsia="Times New Roman" w:cs="Times New Roman"/>
        </w:rPr>
        <w:t xml:space="preserve"> </w:t>
      </w:r>
      <w:r>
        <w:rPr>
          <w:rFonts w:ascii="Gadugi" w:hAnsi="Gadugi" w:eastAsia="Gadugi" w:cs="Gadugi"/>
        </w:rPr>
        <w:t>Ꮎ</w:t>
      </w:r>
      <w:r>
        <w:rPr>
          <w:rFonts w:ascii="Times New Roman" w:hAnsi="Times New Roman" w:eastAsia="Times New Roman" w:cs="Times New Roman"/>
        </w:rPr>
        <w:t xml:space="preserve"> </w:t>
      </w:r>
      <w:r>
        <w:rPr>
          <w:rFonts w:ascii="Gadugi" w:hAnsi="Gadugi" w:eastAsia="Gadugi" w:cs="Gadugi"/>
        </w:rPr>
        <w:t>ᏍᏉ</w:t>
      </w:r>
      <w:r>
        <w:rPr>
          <w:rFonts w:ascii="Times New Roman" w:hAnsi="Times New Roman" w:eastAsia="Times New Roman" w:cs="Times New Roman"/>
        </w:rPr>
        <w:t xml:space="preserve"> </w:t>
      </w:r>
      <w:r>
        <w:rPr>
          <w:rFonts w:ascii="Gadugi" w:hAnsi="Gadugi" w:eastAsia="Gadugi" w:cs="Gadugi"/>
        </w:rPr>
        <w:t>ᎤᏠᏱ</w:t>
      </w:r>
      <w:r>
        <w:rPr>
          <w:rFonts w:ascii="Times New Roman" w:hAnsi="Times New Roman" w:eastAsia="Times New Roman" w:cs="Times New Roman"/>
        </w:rPr>
        <w:t xml:space="preserve"> </w:t>
      </w:r>
      <w:r>
        <w:rPr>
          <w:rFonts w:ascii="Gadugi" w:hAnsi="Gadugi" w:eastAsia="Gadugi" w:cs="Gadugi"/>
        </w:rPr>
        <w:t>ᎧᏃᎩᏍᏗ</w:t>
      </w:r>
      <w:r>
        <w:rPr>
          <w:rFonts w:ascii="Times New Roman" w:hAnsi="Times New Roman" w:eastAsia="Times New Roman" w:cs="Times New Roman"/>
        </w:rPr>
        <w:t xml:space="preserve"> </w:t>
      </w:r>
      <w:r>
        <w:rPr>
          <w:rFonts w:ascii="Gadugi" w:hAnsi="Gadugi" w:eastAsia="Gadugi" w:cs="Gadugi"/>
        </w:rPr>
        <w:t>ᎦᏰᎯ</w:t>
      </w:r>
      <w:r>
        <w:rPr>
          <w:rFonts w:ascii="Times New Roman" w:hAnsi="Times New Roman" w:eastAsia="Times New Roman" w:cs="Times New Roman"/>
        </w:rPr>
        <w:t xml:space="preserve"> </w:t>
      </w:r>
      <w:r>
        <w:rPr>
          <w:rFonts w:ascii="Gadugi" w:hAnsi="Gadugi" w:eastAsia="Gadugi" w:cs="Gadugi"/>
        </w:rPr>
        <w:t>ᎤᏩᏒ</w:t>
      </w:r>
      <w:r>
        <w:rPr>
          <w:rFonts w:ascii="Times New Roman" w:hAnsi="Times New Roman" w:eastAsia="Times New Roman" w:cs="Times New Roman"/>
        </w:rPr>
        <w:t xml:space="preserve"> </w:t>
      </w:r>
      <w:r>
        <w:rPr>
          <w:rFonts w:ascii="Gadugi" w:hAnsi="Gadugi" w:eastAsia="Gadugi" w:cs="Gadugi"/>
        </w:rPr>
        <w:t>ᏥᏌ</w:t>
      </w:r>
      <w:r>
        <w:rPr>
          <w:rFonts w:ascii="Times New Roman" w:hAnsi="Times New Roman" w:eastAsia="Times New Roman" w:cs="Times New Roman"/>
        </w:rPr>
        <w:t xml:space="preserve"> </w:t>
      </w:r>
      <w:r>
        <w:rPr>
          <w:rFonts w:ascii="Gadugi" w:hAnsi="Gadugi" w:eastAsia="Gadugi" w:cs="Gadugi"/>
        </w:rPr>
        <w:t>ᎤᏃᎩᏒᎩ</w:t>
      </w:r>
      <w:r>
        <w:rPr>
          <w:rFonts w:ascii="Times New Roman" w:hAnsi="Times New Roman" w:eastAsia="Times New Roman" w:cs="Times New Roman"/>
        </w:rPr>
        <w:t xml:space="preserve">, </w:t>
      </w:r>
      <w:r>
        <w:rPr>
          <w:rFonts w:ascii="Gadugi" w:hAnsi="Gadugi" w:eastAsia="Gadugi" w:cs="Gadugi"/>
        </w:rPr>
        <w:t>Ꮎ</w:t>
      </w:r>
      <w:r>
        <w:rPr>
          <w:rFonts w:ascii="Times New Roman" w:hAnsi="Times New Roman" w:eastAsia="Times New Roman" w:cs="Times New Roman"/>
        </w:rPr>
        <w:t xml:space="preserve"> </w:t>
      </w:r>
      <w:r>
        <w:rPr>
          <w:rFonts w:ascii="Gadugi" w:hAnsi="Gadugi" w:eastAsia="Gadugi" w:cs="Gadugi"/>
        </w:rPr>
        <w:t>ᎯᎠ</w:t>
      </w:r>
      <w:r>
        <w:rPr>
          <w:rFonts w:ascii="Times New Roman" w:hAnsi="Times New Roman" w:eastAsia="Times New Roman" w:cs="Times New Roman"/>
        </w:rPr>
        <w:t xml:space="preserve"> </w:t>
      </w:r>
      <w:r>
        <w:rPr>
          <w:rFonts w:ascii="Gadugi" w:hAnsi="Gadugi" w:eastAsia="Gadugi" w:cs="Gadugi"/>
        </w:rPr>
        <w:t>ᎤᏁᎬᎢ</w:t>
      </w:r>
      <w:r>
        <w:rPr>
          <w:rFonts w:ascii="Times New Roman" w:hAnsi="Times New Roman" w:eastAsia="Times New Roman" w:cs="Times New Roman"/>
        </w:rPr>
        <w:t xml:space="preserve"> </w:t>
      </w:r>
      <w:r>
        <w:rPr>
          <w:rFonts w:ascii="Gadugi" w:hAnsi="Gadugi" w:eastAsia="Gadugi" w:cs="Gadugi"/>
        </w:rPr>
        <w:t>ᎤᏁᏨᎯ</w:t>
      </w:r>
      <w:r>
        <w:rPr>
          <w:rFonts w:ascii="Times New Roman" w:hAnsi="Times New Roman" w:eastAsia="Times New Roman" w:cs="Times New Roman"/>
        </w:rPr>
        <w:t xml:space="preserve"> </w:t>
      </w:r>
      <w:r>
        <w:rPr>
          <w:rFonts w:ascii="Gadugi" w:hAnsi="Gadugi" w:eastAsia="Gadugi" w:cs="Gadugi"/>
        </w:rPr>
        <w:t>ᏗᏟᎶᏍᏗ</w:t>
      </w:r>
      <w:r>
        <w:rPr>
          <w:rFonts w:ascii="Times New Roman" w:hAnsi="Times New Roman" w:eastAsia="Times New Roman" w:cs="Times New Roman"/>
        </w:rPr>
        <w:t xml:space="preserve"> </w:t>
      </w:r>
      <w:r>
        <w:rPr>
          <w:rFonts w:ascii="Gadugi" w:hAnsi="Gadugi" w:eastAsia="Gadugi" w:cs="Gadugi"/>
        </w:rPr>
        <w:t>ᎠᏫ</w:t>
      </w:r>
      <w:r>
        <w:rPr>
          <w:rFonts w:ascii="Times New Roman" w:hAnsi="Times New Roman" w:eastAsia="Times New Roman" w:cs="Times New Roman"/>
        </w:rPr>
        <w:t xml:space="preserve"> </w:t>
      </w:r>
      <w:r>
        <w:rPr>
          <w:rFonts w:ascii="Gadugi" w:hAnsi="Gadugi" w:eastAsia="Gadugi" w:cs="Gadugi"/>
        </w:rPr>
        <w:t>ᎤᏍᏗ</w:t>
      </w:r>
      <w:r>
        <w:rPr>
          <w:rFonts w:ascii="Times New Roman" w:hAnsi="Times New Roman" w:eastAsia="Times New Roman" w:cs="Times New Roman"/>
        </w:rPr>
        <w:t xml:space="preserve">. </w:t>
      </w:r>
      <w:r>
        <w:rPr>
          <w:rFonts w:ascii="Gadugi" w:hAnsi="Gadugi" w:eastAsia="Gadugi" w:cs="Gadugi"/>
        </w:rPr>
        <w:t>ᎠᏍᎪᎯ</w:t>
      </w:r>
      <w:r>
        <w:rPr>
          <w:rFonts w:ascii="Times New Roman" w:hAnsi="Times New Roman" w:eastAsia="Times New Roman" w:cs="Times New Roman"/>
        </w:rPr>
        <w:t xml:space="preserve"> </w:t>
      </w:r>
      <w:r>
        <w:rPr>
          <w:rFonts w:ascii="Gadugi" w:hAnsi="Gadugi" w:eastAsia="Gadugi" w:cs="Gadugi"/>
        </w:rPr>
        <w:t>ᏅᎩ</w:t>
      </w:r>
      <w:r>
        <w:rPr>
          <w:rFonts w:ascii="Times New Roman" w:hAnsi="Times New Roman" w:eastAsia="Times New Roman" w:cs="Times New Roman"/>
        </w:rPr>
        <w:t xml:space="preserve"> </w:t>
      </w:r>
      <w:r>
        <w:rPr>
          <w:rFonts w:ascii="Gadugi" w:hAnsi="Gadugi" w:eastAsia="Gadugi" w:cs="Gadugi"/>
        </w:rPr>
        <w:t>ᏅᎩ</w:t>
      </w:r>
      <w:r>
        <w:rPr>
          <w:rFonts w:ascii="Times New Roman" w:hAnsi="Times New Roman" w:eastAsia="Times New Roman" w:cs="Times New Roman"/>
        </w:rPr>
        <w:t xml:space="preserve"> </w:t>
      </w:r>
      <w:r>
        <w:rPr>
          <w:rFonts w:ascii="Gadugi" w:hAnsi="Gadugi" w:eastAsia="Gadugi" w:cs="Gadugi"/>
        </w:rPr>
        <w:t>ᎦᎵᏆ</w:t>
      </w:r>
      <w:r>
        <w:rPr>
          <w:rFonts w:ascii="Times New Roman" w:hAnsi="Times New Roman" w:eastAsia="Times New Roman" w:cs="Times New Roman"/>
        </w:rPr>
        <w:t xml:space="preserve"> </w:t>
      </w:r>
      <w:r>
        <w:rPr>
          <w:rFonts w:ascii="Gadugi" w:hAnsi="Gadugi" w:eastAsia="Gadugi" w:cs="Gadugi"/>
        </w:rPr>
        <w:t>ᏅᎩ</w:t>
      </w:r>
      <w:r>
        <w:rPr>
          <w:rFonts w:ascii="Times New Roman" w:hAnsi="Times New Roman" w:eastAsia="Times New Roman" w:cs="Times New Roman"/>
        </w:rPr>
        <w:t xml:space="preserve"> </w:t>
      </w:r>
      <w:r>
        <w:rPr>
          <w:rFonts w:ascii="Gadugi" w:hAnsi="Gadugi" w:eastAsia="Gadugi" w:cs="Gadugi"/>
        </w:rPr>
        <w:t>ᎠᏂᏃᎩᏍᎪ</w:t>
      </w:r>
      <w:r>
        <w:rPr>
          <w:rFonts w:ascii="Times New Roman" w:hAnsi="Times New Roman" w:eastAsia="Times New Roman" w:cs="Times New Roman"/>
        </w:rPr>
        <w:t xml:space="preserve"> </w:t>
      </w:r>
      <w:r>
        <w:rPr>
          <w:rFonts w:ascii="Gadugi" w:hAnsi="Gadugi" w:eastAsia="Gadugi" w:cs="Gadugi"/>
        </w:rPr>
        <w:t>ᎼᏏ</w:t>
      </w:r>
      <w:r>
        <w:rPr>
          <w:rFonts w:ascii="Times New Roman" w:hAnsi="Times New Roman" w:eastAsia="Times New Roman" w:cs="Times New Roman"/>
        </w:rPr>
        <w:t xml:space="preserve"> </w:t>
      </w:r>
      <w:r>
        <w:rPr>
          <w:rFonts w:ascii="Gadugi" w:hAnsi="Gadugi" w:eastAsia="Gadugi" w:cs="Gadugi"/>
        </w:rPr>
        <w:t>ᎧᏃᎩᏍᏗ</w:t>
      </w:r>
      <w:r>
        <w:rPr>
          <w:rFonts w:ascii="Times New Roman" w:hAnsi="Times New Roman" w:eastAsia="Times New Roman" w:cs="Times New Roman"/>
        </w:rPr>
        <w:t xml:space="preserve"> (</w:t>
      </w:r>
      <w:r>
        <w:rPr>
          <w:rFonts w:ascii="Gadugi" w:hAnsi="Gadugi" w:eastAsia="Gadugi" w:cs="Gadugi"/>
        </w:rPr>
        <w:t>Ꮎ</w:t>
      </w:r>
      <w:r>
        <w:rPr>
          <w:rFonts w:ascii="Times New Roman" w:hAnsi="Times New Roman" w:eastAsia="Times New Roman" w:cs="Times New Roman"/>
        </w:rPr>
        <w:t xml:space="preserve"> “</w:t>
      </w:r>
      <w:r>
        <w:rPr>
          <w:rFonts w:ascii="Gadugi" w:hAnsi="Gadugi" w:eastAsia="Gadugi" w:cs="Gadugi"/>
        </w:rPr>
        <w:t>ᎦᎵᏉᎩ</w:t>
      </w:r>
      <w:r>
        <w:rPr>
          <w:rFonts w:ascii="Times New Roman" w:hAnsi="Times New Roman" w:eastAsia="Times New Roman" w:cs="Times New Roman"/>
        </w:rPr>
        <w:t xml:space="preserve"> </w:t>
      </w:r>
      <w:r>
        <w:rPr>
          <w:rFonts w:ascii="Gadugi" w:hAnsi="Gadugi" w:eastAsia="Gadugi" w:cs="Gadugi"/>
        </w:rPr>
        <w:t>ᏗᏘᏴᏗ</w:t>
      </w:r>
      <w:r>
        <w:rPr>
          <w:rFonts w:ascii="Times New Roman" w:hAnsi="Times New Roman" w:eastAsia="Times New Roman" w:cs="Times New Roman"/>
        </w:rPr>
        <w:t xml:space="preserve">”), </w:t>
      </w:r>
      <w:r>
        <w:rPr>
          <w:rFonts w:ascii="Gadugi" w:hAnsi="Gadugi" w:eastAsia="Gadugi" w:cs="Gadugi"/>
        </w:rPr>
        <w:t>ᎠᎴ</w:t>
      </w:r>
      <w:r>
        <w:rPr>
          <w:rFonts w:ascii="Times New Roman" w:hAnsi="Times New Roman" w:eastAsia="Times New Roman" w:cs="Times New Roman"/>
        </w:rPr>
        <w:t xml:space="preserve"> </w:t>
      </w:r>
      <w:r>
        <w:rPr>
          <w:rFonts w:ascii="Gadugi" w:hAnsi="Gadugi" w:eastAsia="Gadugi" w:cs="Gadugi"/>
        </w:rPr>
        <w:t>ᎤᏃᎩᏍᏗ</w:t>
      </w:r>
      <w:r>
        <w:rPr>
          <w:rFonts w:ascii="Times New Roman" w:hAnsi="Times New Roman" w:eastAsia="Times New Roman" w:cs="Times New Roman"/>
        </w:rPr>
        <w:t xml:space="preserve"> </w:t>
      </w:r>
      <w:r>
        <w:rPr>
          <w:rFonts w:ascii="Gadugi" w:hAnsi="Gadugi" w:eastAsia="Gadugi" w:cs="Gadugi"/>
        </w:rPr>
        <w:t>ᎤᏃᏍᏛ</w:t>
      </w:r>
      <w:r>
        <w:rPr>
          <w:rFonts w:ascii="Times New Roman" w:hAnsi="Times New Roman" w:eastAsia="Times New Roman" w:cs="Times New Roman"/>
        </w:rPr>
        <w:t xml:space="preserve"> </w:t>
      </w:r>
      <w:r>
        <w:rPr>
          <w:rFonts w:ascii="Gadugi" w:hAnsi="Gadugi" w:eastAsia="Gadugi" w:cs="Gadugi"/>
        </w:rPr>
        <w:t>ᎠᏫ</w:t>
      </w:r>
      <w:r>
        <w:rPr>
          <w:rFonts w:ascii="Times New Roman" w:hAnsi="Times New Roman" w:eastAsia="Times New Roman" w:cs="Times New Roman"/>
        </w:rPr>
        <w:t>.</w:t>
      </w:r>
    </w:p>
    <w:p>
      <w:pPr>
        <w:pStyle w:val="ArticleScripture"/>
        <w:jc w:val="left"/>
      </w:pPr>
      <w:r>
        <w:rPr>
          <w:rFonts w:ascii="Times New Roman" w:hAnsi="Times New Roman" w:eastAsia="Times New Roman" w:cs="Times New Roman"/>
        </w:rPr>
        <w:t>And I saw as it were a sea of glass mingled with fire: and them that had gotten the victory over the beast, and over his image, and over his mark, and over the number of his name, stand on the sea of glass, having the harps of God. And they sing the song of Moses the servant of God, and the song of the Lamb, saying, Great and marvellous are thy works, Lord God Almighty; just and true are thy ways, thou King of saints. Revelation 15:2, 3.</w:t>
      </w:r>
    </w:p>
    <w:p>
      <w:pPr>
        <w:pStyle w:val="ArticleBody"/>
        <w:jc w:val="left"/>
      </w:pPr>
      <w:r>
        <w:rPr>
          <w:rFonts w:ascii="Times New Roman" w:hAnsi="Times New Roman" w:eastAsia="Times New Roman" w:cs="Times New Roman"/>
        </w:rPr>
        <w:t>“Lamb”-ը մորթված Քրիստոսն է, և Նա մորթվեց երկու հազար հինգ հարյուր քսան օրերի միջնամասում, այդպիսով միահյուսելով Իր կյանքի ու արյան զոհաբերությունը (որտեղ Նա հաստատեց ուխտը) Մովսեսի «Նրա ուխտի վեճի» հետ՝ Ղևտական քսանվեցերորդ գլխում։ Մովսեսի և Գառի երգը մարգարեական պատմության chazon-ի երգն է և Նրա «երևման» mareh-ի երգը։ Այն մտավոր և հոգևոր հասկացողության երգն է, ինչպես ներկայացված է Դանիել ութերորդ գլխի երկու տեսիլքներով։ Այն ուխտի ժողովրդի դատապարտվելու և նրանց վրայով անցնելու երգն է, մինչդեռ ընտրվում է նոր ընտրյալ ժողովուրդ։ Ընտրության գործընթացը, և հետևաբար երգը, սկսվեց 2001 թվականի սեպտեմբերի 11-ին։</w:t>
      </w:r>
    </w:p>
    <w:p>
      <w:pPr>
        <w:pStyle w:val="ArticleScripture"/>
        <w:jc w:val="left"/>
      </w:pPr>
      <w:r>
        <w:rPr>
          <w:rFonts w:ascii="Gadugi" w:hAnsi="Gadugi" w:eastAsia="Gadugi" w:cs="Gadugi"/>
        </w:rPr>
        <w:t>ᎢᎬᏱ</w:t>
      </w:r>
      <w:r>
        <w:rPr>
          <w:rFonts w:ascii="Times New Roman" w:hAnsi="Times New Roman" w:eastAsia="Times New Roman" w:cs="Times New Roman"/>
        </w:rPr>
        <w:t xml:space="preserve"> </w:t>
      </w:r>
      <w:r>
        <w:rPr>
          <w:rFonts w:ascii="Gadugi" w:hAnsi="Gadugi" w:eastAsia="Gadugi" w:cs="Gadugi"/>
        </w:rPr>
        <w:t>ᏤᎦᏂᏍᎩ</w:t>
      </w:r>
      <w:r>
        <w:rPr>
          <w:rFonts w:ascii="Times New Roman" w:hAnsi="Times New Roman" w:eastAsia="Times New Roman" w:cs="Times New Roman"/>
        </w:rPr>
        <w:t xml:space="preserve"> </w:t>
      </w:r>
      <w:r>
        <w:rPr>
          <w:rFonts w:ascii="Gadugi" w:hAnsi="Gadugi" w:eastAsia="Gadugi" w:cs="Gadugi"/>
        </w:rPr>
        <w:t>ᏥᏂᎨᏒ</w:t>
      </w:r>
      <w:r>
        <w:rPr>
          <w:rFonts w:ascii="Times New Roman" w:hAnsi="Times New Roman" w:eastAsia="Times New Roman" w:cs="Times New Roman"/>
        </w:rPr>
        <w:t xml:space="preserve"> </w:t>
      </w:r>
      <w:r>
        <w:rPr>
          <w:rFonts w:ascii="Gadugi" w:hAnsi="Gadugi" w:eastAsia="Gadugi" w:cs="Gadugi"/>
        </w:rPr>
        <w:t>ᏤᎦᏈ</w:t>
      </w:r>
      <w:r>
        <w:rPr>
          <w:rFonts w:ascii="Times New Roman" w:hAnsi="Times New Roman" w:eastAsia="Times New Roman" w:cs="Times New Roman"/>
        </w:rPr>
        <w:t xml:space="preserve"> </w:t>
      </w:r>
      <w:r>
        <w:rPr>
          <w:rFonts w:ascii="Gadugi" w:hAnsi="Gadugi" w:eastAsia="Gadugi" w:cs="Gadugi"/>
        </w:rPr>
        <w:t>ᎤᏓᎴᏅᏛ</w:t>
      </w:r>
      <w:r>
        <w:rPr>
          <w:rFonts w:ascii="Times New Roman" w:hAnsi="Times New Roman" w:eastAsia="Times New Roman" w:cs="Times New Roman"/>
        </w:rPr>
        <w:t xml:space="preserve"> </w:t>
      </w:r>
      <w:r>
        <w:rPr>
          <w:rFonts w:ascii="Gadugi" w:hAnsi="Gadugi" w:eastAsia="Gadugi" w:cs="Gadugi"/>
        </w:rPr>
        <w:t>ᎠᏂᎵᏍᏓ</w:t>
      </w:r>
      <w:r>
        <w:rPr>
          <w:rFonts w:ascii="Times New Roman" w:hAnsi="Times New Roman" w:eastAsia="Times New Roman" w:cs="Times New Roman"/>
        </w:rPr>
        <w:t xml:space="preserve">; </w:t>
      </w:r>
      <w:r>
        <w:rPr>
          <w:rFonts w:ascii="Gadugi" w:hAnsi="Gadugi" w:eastAsia="Gadugi" w:cs="Gadugi"/>
        </w:rPr>
        <w:t>ᎢᏏᎵ</w:t>
      </w:r>
      <w:r>
        <w:rPr>
          <w:rFonts w:ascii="Times New Roman" w:hAnsi="Times New Roman" w:eastAsia="Times New Roman" w:cs="Times New Roman"/>
        </w:rPr>
        <w:t xml:space="preserve"> </w:t>
      </w:r>
      <w:r>
        <w:rPr>
          <w:rFonts w:ascii="Gadugi" w:hAnsi="Gadugi" w:eastAsia="Gadugi" w:cs="Gadugi"/>
        </w:rPr>
        <w:t>ᎤᏍᏆᏂᎪᏛ</w:t>
      </w:r>
      <w:r>
        <w:rPr>
          <w:rFonts w:ascii="Times New Roman" w:hAnsi="Times New Roman" w:eastAsia="Times New Roman" w:cs="Times New Roman"/>
        </w:rPr>
        <w:t xml:space="preserve"> </w:t>
      </w:r>
      <w:r>
        <w:rPr>
          <w:rFonts w:ascii="Gadugi" w:hAnsi="Gadugi" w:eastAsia="Gadugi" w:cs="Gadugi"/>
        </w:rPr>
        <w:t>ᎠᎴ</w:t>
      </w:r>
      <w:r>
        <w:rPr>
          <w:rFonts w:ascii="Times New Roman" w:hAnsi="Times New Roman" w:eastAsia="Times New Roman" w:cs="Times New Roman"/>
        </w:rPr>
        <w:t xml:space="preserve"> </w:t>
      </w:r>
      <w:r>
        <w:rPr>
          <w:rFonts w:ascii="Gadugi" w:hAnsi="Gadugi" w:eastAsia="Gadugi" w:cs="Gadugi"/>
        </w:rPr>
        <w:t>ᎤᏔᎵᏍᏓ</w:t>
      </w:r>
      <w:r>
        <w:rPr>
          <w:rFonts w:ascii="Times New Roman" w:hAnsi="Times New Roman" w:eastAsia="Times New Roman" w:cs="Times New Roman"/>
        </w:rPr>
        <w:t xml:space="preserve">, </w:t>
      </w:r>
      <w:r>
        <w:rPr>
          <w:rFonts w:ascii="Gadugi" w:hAnsi="Gadugi" w:eastAsia="Gadugi" w:cs="Gadugi"/>
        </w:rPr>
        <w:t>ᎠᎴ</w:t>
      </w:r>
      <w:r>
        <w:rPr>
          <w:rFonts w:ascii="Times New Roman" w:hAnsi="Times New Roman" w:eastAsia="Times New Roman" w:cs="Times New Roman"/>
        </w:rPr>
        <w:t xml:space="preserve"> </w:t>
      </w:r>
      <w:r>
        <w:rPr>
          <w:rFonts w:ascii="Gadugi" w:hAnsi="Gadugi" w:eastAsia="Gadugi" w:cs="Gadugi"/>
        </w:rPr>
        <w:t>ᎡᎶᎯ</w:t>
      </w:r>
      <w:r>
        <w:rPr>
          <w:rFonts w:ascii="Times New Roman" w:hAnsi="Times New Roman" w:eastAsia="Times New Roman" w:cs="Times New Roman"/>
        </w:rPr>
        <w:t xml:space="preserve"> </w:t>
      </w:r>
      <w:r>
        <w:rPr>
          <w:rFonts w:ascii="Gadugi" w:hAnsi="Gadugi" w:eastAsia="Gadugi" w:cs="Gadugi"/>
        </w:rPr>
        <w:t>ᎤᎧᏛ</w:t>
      </w:r>
      <w:r>
        <w:rPr>
          <w:rFonts w:ascii="Times New Roman" w:hAnsi="Times New Roman" w:eastAsia="Times New Roman" w:cs="Times New Roman"/>
        </w:rPr>
        <w:t xml:space="preserve"> </w:t>
      </w:r>
      <w:r>
        <w:rPr>
          <w:rFonts w:ascii="Gadugi" w:hAnsi="Gadugi" w:eastAsia="Gadugi" w:cs="Gadugi"/>
        </w:rPr>
        <w:t>ᏂᎦᎥ</w:t>
      </w:r>
      <w:r>
        <w:rPr>
          <w:rFonts w:ascii="Times New Roman" w:hAnsi="Times New Roman" w:eastAsia="Times New Roman" w:cs="Times New Roman"/>
        </w:rPr>
        <w:t xml:space="preserve"> </w:t>
      </w:r>
      <w:r>
        <w:rPr>
          <w:rFonts w:ascii="Gadugi" w:hAnsi="Gadugi" w:eastAsia="Gadugi" w:cs="Gadugi"/>
        </w:rPr>
        <w:t>ᎤᏓᏔᏅᏒ</w:t>
      </w:r>
      <w:r>
        <w:rPr>
          <w:rFonts w:ascii="Times New Roman" w:hAnsi="Times New Roman" w:eastAsia="Times New Roman" w:cs="Times New Roman"/>
        </w:rPr>
        <w:t xml:space="preserve"> </w:t>
      </w:r>
      <w:r>
        <w:rPr>
          <w:rFonts w:ascii="Gadugi" w:hAnsi="Gadugi" w:eastAsia="Gadugi" w:cs="Gadugi"/>
        </w:rPr>
        <w:t>ᏓᎦᎵᏍᏔᏂ</w:t>
      </w:r>
      <w:r>
        <w:rPr>
          <w:rFonts w:ascii="Times New Roman" w:hAnsi="Times New Roman" w:eastAsia="Times New Roman" w:cs="Times New Roman"/>
        </w:rPr>
        <w:t xml:space="preserve">. </w:t>
      </w:r>
      <w:r>
        <w:rPr>
          <w:rFonts w:ascii="Gadugi" w:hAnsi="Gadugi" w:eastAsia="Gadugi" w:cs="Gadugi"/>
        </w:rPr>
        <w:t>ᏥᎪ</w:t>
      </w:r>
      <w:r>
        <w:rPr>
          <w:rFonts w:ascii="Times New Roman" w:hAnsi="Times New Roman" w:eastAsia="Times New Roman" w:cs="Times New Roman"/>
        </w:rPr>
        <w:t xml:space="preserve"> </w:t>
      </w:r>
      <w:r>
        <w:rPr>
          <w:rFonts w:ascii="Gadugi" w:hAnsi="Gadugi" w:eastAsia="Gadugi" w:cs="Gadugi"/>
        </w:rPr>
        <w:t>ᎤᏍᏕᎸᏔᏅ</w:t>
      </w:r>
      <w:r>
        <w:rPr>
          <w:rFonts w:ascii="Times New Roman" w:hAnsi="Times New Roman" w:eastAsia="Times New Roman" w:cs="Times New Roman"/>
        </w:rPr>
        <w:t xml:space="preserve"> </w:t>
      </w:r>
      <w:r>
        <w:rPr>
          <w:rFonts w:ascii="Gadugi" w:hAnsi="Gadugi" w:eastAsia="Gadugi" w:cs="Gadugi"/>
        </w:rPr>
        <w:t>ᎾᏍᎩ</w:t>
      </w:r>
      <w:r>
        <w:rPr>
          <w:rFonts w:ascii="Times New Roman" w:hAnsi="Times New Roman" w:eastAsia="Times New Roman" w:cs="Times New Roman"/>
        </w:rPr>
        <w:t xml:space="preserve">, </w:t>
      </w:r>
      <w:r>
        <w:rPr>
          <w:rFonts w:ascii="Gadugi" w:hAnsi="Gadugi" w:eastAsia="Gadugi" w:cs="Gadugi"/>
        </w:rPr>
        <w:t>ᎾᏍᎩ</w:t>
      </w:r>
      <w:r>
        <w:rPr>
          <w:rFonts w:ascii="Times New Roman" w:hAnsi="Times New Roman" w:eastAsia="Times New Roman" w:cs="Times New Roman"/>
        </w:rPr>
        <w:t xml:space="preserve"> </w:t>
      </w:r>
      <w:r>
        <w:rPr>
          <w:rFonts w:ascii="Gadugi" w:hAnsi="Gadugi" w:eastAsia="Gadugi" w:cs="Gadugi"/>
        </w:rPr>
        <w:t>ᎤᏍᏕᎸᏔᏅ</w:t>
      </w:r>
      <w:r>
        <w:rPr>
          <w:rFonts w:ascii="Times New Roman" w:hAnsi="Times New Roman" w:eastAsia="Times New Roman" w:cs="Times New Roman"/>
        </w:rPr>
        <w:t xml:space="preserve"> </w:t>
      </w:r>
      <w:r>
        <w:rPr>
          <w:rFonts w:ascii="Gadugi" w:hAnsi="Gadugi" w:eastAsia="Gadugi" w:cs="Gadugi"/>
        </w:rPr>
        <w:t>ᎤᏂᏍᏕᎸᏔᏁᎸ</w:t>
      </w:r>
      <w:r>
        <w:rPr>
          <w:rFonts w:ascii="Times New Roman" w:hAnsi="Times New Roman" w:eastAsia="Times New Roman" w:cs="Times New Roman"/>
        </w:rPr>
        <w:t xml:space="preserve"> </w:t>
      </w:r>
      <w:r>
        <w:rPr>
          <w:rFonts w:ascii="Gadugi" w:hAnsi="Gadugi" w:eastAsia="Gadugi" w:cs="Gadugi"/>
        </w:rPr>
        <w:t>ᎤᏍᏕᎸᏔᏁᎸ</w:t>
      </w:r>
      <w:r>
        <w:rPr>
          <w:rFonts w:ascii="Times New Roman" w:hAnsi="Times New Roman" w:eastAsia="Times New Roman" w:cs="Times New Roman"/>
        </w:rPr>
        <w:t xml:space="preserve"> </w:t>
      </w:r>
      <w:r>
        <w:rPr>
          <w:rFonts w:ascii="Gadugi" w:hAnsi="Gadugi" w:eastAsia="Gadugi" w:cs="Gadugi"/>
        </w:rPr>
        <w:t>ᎤᏩᏒ</w:t>
      </w:r>
      <w:r>
        <w:rPr>
          <w:rFonts w:ascii="Times New Roman" w:hAnsi="Times New Roman" w:eastAsia="Times New Roman" w:cs="Times New Roman"/>
        </w:rPr>
        <w:t xml:space="preserve">? </w:t>
      </w:r>
      <w:r>
        <w:rPr>
          <w:rFonts w:ascii="Gadugi" w:hAnsi="Gadugi" w:eastAsia="Gadugi" w:cs="Gadugi"/>
        </w:rPr>
        <w:t>ᎠᎴ</w:t>
      </w:r>
      <w:r>
        <w:rPr>
          <w:rFonts w:ascii="Times New Roman" w:hAnsi="Times New Roman" w:eastAsia="Times New Roman" w:cs="Times New Roman"/>
        </w:rPr>
        <w:t xml:space="preserve"> </w:t>
      </w:r>
      <w:r>
        <w:rPr>
          <w:rFonts w:ascii="Gadugi" w:hAnsi="Gadugi" w:eastAsia="Gadugi" w:cs="Gadugi"/>
        </w:rPr>
        <w:t>ᏥᎪ</w:t>
      </w:r>
      <w:r>
        <w:rPr>
          <w:rFonts w:ascii="Times New Roman" w:hAnsi="Times New Roman" w:eastAsia="Times New Roman" w:cs="Times New Roman"/>
        </w:rPr>
        <w:t xml:space="preserve"> </w:t>
      </w:r>
      <w:r>
        <w:rPr>
          <w:rFonts w:ascii="Gadugi" w:hAnsi="Gadugi" w:eastAsia="Gadugi" w:cs="Gadugi"/>
        </w:rPr>
        <w:t>ᎤᎵᏍᏔᏅ</w:t>
      </w:r>
      <w:r>
        <w:rPr>
          <w:rFonts w:ascii="Times New Roman" w:hAnsi="Times New Roman" w:eastAsia="Times New Roman" w:cs="Times New Roman"/>
        </w:rPr>
        <w:t xml:space="preserve"> </w:t>
      </w:r>
      <w:r>
        <w:rPr>
          <w:rFonts w:ascii="Gadugi" w:hAnsi="Gadugi" w:eastAsia="Gadugi" w:cs="Gadugi"/>
        </w:rPr>
        <w:t>ᎾᏍᎩ</w:t>
      </w:r>
      <w:r>
        <w:rPr>
          <w:rFonts w:ascii="Times New Roman" w:hAnsi="Times New Roman" w:eastAsia="Times New Roman" w:cs="Times New Roman"/>
        </w:rPr>
        <w:t xml:space="preserve"> </w:t>
      </w:r>
      <w:r>
        <w:rPr>
          <w:rFonts w:ascii="Gadugi" w:hAnsi="Gadugi" w:eastAsia="Gadugi" w:cs="Gadugi"/>
        </w:rPr>
        <w:t>ᎤᎾᎵᏍᏔᏁᎸ</w:t>
      </w:r>
      <w:r>
        <w:rPr>
          <w:rFonts w:ascii="Times New Roman" w:hAnsi="Times New Roman" w:eastAsia="Times New Roman" w:cs="Times New Roman"/>
        </w:rPr>
        <w:t xml:space="preserve"> </w:t>
      </w:r>
      <w:r>
        <w:rPr>
          <w:rFonts w:ascii="Gadugi" w:hAnsi="Gadugi" w:eastAsia="Gadugi" w:cs="Gadugi"/>
        </w:rPr>
        <w:t>ᎤᎾᎵᏍᏔᏅ</w:t>
      </w:r>
      <w:r>
        <w:rPr>
          <w:rFonts w:ascii="Times New Roman" w:hAnsi="Times New Roman" w:eastAsia="Times New Roman" w:cs="Times New Roman"/>
        </w:rPr>
        <w:t xml:space="preserve"> </w:t>
      </w:r>
      <w:r>
        <w:rPr>
          <w:rFonts w:ascii="Gadugi" w:hAnsi="Gadugi" w:eastAsia="Gadugi" w:cs="Gadugi"/>
        </w:rPr>
        <w:t>ᎾᏍᎩ</w:t>
      </w:r>
      <w:r>
        <w:rPr>
          <w:rFonts w:ascii="Times New Roman" w:hAnsi="Times New Roman" w:eastAsia="Times New Roman" w:cs="Times New Roman"/>
        </w:rPr>
        <w:t xml:space="preserve"> </w:t>
      </w:r>
      <w:r>
        <w:rPr>
          <w:rFonts w:ascii="Gadugi" w:hAnsi="Gadugi" w:eastAsia="Gadugi" w:cs="Gadugi"/>
        </w:rPr>
        <w:t>ᎤᏩᏒ</w:t>
      </w:r>
      <w:r>
        <w:rPr>
          <w:rFonts w:ascii="Times New Roman" w:hAnsi="Times New Roman" w:eastAsia="Times New Roman" w:cs="Times New Roman"/>
        </w:rPr>
        <w:t xml:space="preserve"> </w:t>
      </w:r>
      <w:r>
        <w:rPr>
          <w:rFonts w:ascii="Gadugi" w:hAnsi="Gadugi" w:eastAsia="Gadugi" w:cs="Gadugi"/>
        </w:rPr>
        <w:t>ᎠᏂᎵᏍᏔᏁᎸ</w:t>
      </w:r>
      <w:r>
        <w:rPr>
          <w:rFonts w:ascii="Times New Roman" w:hAnsi="Times New Roman" w:eastAsia="Times New Roman" w:cs="Times New Roman"/>
        </w:rPr>
        <w:t xml:space="preserve"> </w:t>
      </w:r>
      <w:r>
        <w:rPr>
          <w:rFonts w:ascii="Gadugi" w:hAnsi="Gadugi" w:eastAsia="Gadugi" w:cs="Gadugi"/>
        </w:rPr>
        <w:t>ᎤᏂᎵᏍᏔᏅ</w:t>
      </w:r>
      <w:r>
        <w:rPr>
          <w:rFonts w:ascii="Times New Roman" w:hAnsi="Times New Roman" w:eastAsia="Times New Roman" w:cs="Times New Roman"/>
        </w:rPr>
        <w:t xml:space="preserve"> </w:t>
      </w:r>
      <w:r>
        <w:rPr>
          <w:rFonts w:ascii="Gadugi" w:hAnsi="Gadugi" w:eastAsia="Gadugi" w:cs="Gadugi"/>
        </w:rPr>
        <w:t>ᎤᏍᏕᎸᏔᏁᎸ</w:t>
      </w:r>
      <w:r>
        <w:rPr>
          <w:rFonts w:ascii="Times New Roman" w:hAnsi="Times New Roman" w:eastAsia="Times New Roman" w:cs="Times New Roman"/>
        </w:rPr>
        <w:t xml:space="preserve">? </w:t>
      </w:r>
      <w:r>
        <w:rPr>
          <w:rFonts w:ascii="Gadugi" w:hAnsi="Gadugi" w:eastAsia="Gadugi" w:cs="Gadugi"/>
        </w:rPr>
        <w:t>ᎤᏟᎶᏍᏗ</w:t>
      </w:r>
      <w:r>
        <w:rPr>
          <w:rFonts w:ascii="Times New Roman" w:hAnsi="Times New Roman" w:eastAsia="Times New Roman" w:cs="Times New Roman"/>
        </w:rPr>
        <w:t xml:space="preserve"> </w:t>
      </w:r>
      <w:r>
        <w:rPr>
          <w:rFonts w:ascii="Gadugi" w:hAnsi="Gadugi" w:eastAsia="Gadugi" w:cs="Gadugi"/>
        </w:rPr>
        <w:t>ᎢᏯᏍᏗ</w:t>
      </w:r>
      <w:r>
        <w:rPr>
          <w:rFonts w:ascii="Times New Roman" w:hAnsi="Times New Roman" w:eastAsia="Times New Roman" w:cs="Times New Roman"/>
        </w:rPr>
        <w:t xml:space="preserve">, </w:t>
      </w:r>
      <w:r>
        <w:rPr>
          <w:rFonts w:ascii="Gadugi" w:hAnsi="Gadugi" w:eastAsia="Gadugi" w:cs="Gadugi"/>
        </w:rPr>
        <w:t>ᎿᎭᏉ</w:t>
      </w:r>
      <w:r>
        <w:rPr>
          <w:rFonts w:ascii="Times New Roman" w:hAnsi="Times New Roman" w:eastAsia="Times New Roman" w:cs="Times New Roman"/>
        </w:rPr>
        <w:t xml:space="preserve"> </w:t>
      </w:r>
      <w:r>
        <w:rPr>
          <w:rFonts w:ascii="Gadugi" w:hAnsi="Gadugi" w:eastAsia="Gadugi" w:cs="Gadugi"/>
        </w:rPr>
        <w:t>ᎤᏔᎳᏗᏍᎬ</w:t>
      </w:r>
      <w:r>
        <w:rPr>
          <w:rFonts w:ascii="Times New Roman" w:hAnsi="Times New Roman" w:eastAsia="Times New Roman" w:cs="Times New Roman"/>
        </w:rPr>
        <w:t xml:space="preserve"> </w:t>
      </w:r>
      <w:r>
        <w:rPr>
          <w:rFonts w:ascii="Gadugi" w:hAnsi="Gadugi" w:eastAsia="Gadugi" w:cs="Gadugi"/>
        </w:rPr>
        <w:t>ᎤᏄᎪᏥᎸ</w:t>
      </w:r>
      <w:r>
        <w:rPr>
          <w:rFonts w:ascii="Times New Roman" w:hAnsi="Times New Roman" w:eastAsia="Times New Roman" w:cs="Times New Roman"/>
        </w:rPr>
        <w:t xml:space="preserve">, </w:t>
      </w:r>
      <w:r>
        <w:rPr>
          <w:rFonts w:ascii="Gadugi" w:hAnsi="Gadugi" w:eastAsia="Gadugi" w:cs="Gadugi"/>
        </w:rPr>
        <w:t>ᏣᎯᏬᏂᏍᎬ</w:t>
      </w:r>
      <w:r>
        <w:rPr>
          <w:rFonts w:ascii="Times New Roman" w:hAnsi="Times New Roman" w:eastAsia="Times New Roman" w:cs="Times New Roman"/>
        </w:rPr>
        <w:t xml:space="preserve"> </w:t>
      </w:r>
      <w:r>
        <w:rPr>
          <w:rFonts w:ascii="Gadugi" w:hAnsi="Gadugi" w:eastAsia="Gadugi" w:cs="Gadugi"/>
        </w:rPr>
        <w:t>ᏱᏔᎪᏔᏂᏙᎵᏏ</w:t>
      </w:r>
      <w:r>
        <w:rPr>
          <w:rFonts w:ascii="Times New Roman" w:hAnsi="Times New Roman" w:eastAsia="Times New Roman" w:cs="Times New Roman"/>
        </w:rPr>
        <w:t xml:space="preserve">; </w:t>
      </w:r>
      <w:r>
        <w:rPr>
          <w:rFonts w:ascii="Gadugi" w:hAnsi="Gadugi" w:eastAsia="Gadugi" w:cs="Gadugi"/>
        </w:rPr>
        <w:t>ᎤᎦᏔᎩ</w:t>
      </w:r>
      <w:r>
        <w:rPr>
          <w:rFonts w:ascii="Times New Roman" w:hAnsi="Times New Roman" w:eastAsia="Times New Roman" w:cs="Times New Roman"/>
        </w:rPr>
        <w:t xml:space="preserve"> </w:t>
      </w:r>
      <w:r>
        <w:rPr>
          <w:rFonts w:ascii="Gadugi" w:hAnsi="Gadugi" w:eastAsia="Gadugi" w:cs="Gadugi"/>
        </w:rPr>
        <w:t>ᎤᏍᏓᏱᏙᎭ</w:t>
      </w:r>
      <w:r>
        <w:rPr>
          <w:rFonts w:ascii="Times New Roman" w:hAnsi="Times New Roman" w:eastAsia="Times New Roman" w:cs="Times New Roman"/>
        </w:rPr>
        <w:t xml:space="preserve"> </w:t>
      </w:r>
      <w:r>
        <w:rPr>
          <w:rFonts w:ascii="Gadugi" w:hAnsi="Gadugi" w:eastAsia="Gadugi" w:cs="Gadugi"/>
        </w:rPr>
        <w:t>ᎤᏂᎦᎾ</w:t>
      </w:r>
      <w:r>
        <w:rPr>
          <w:rFonts w:ascii="Times New Roman" w:hAnsi="Times New Roman" w:eastAsia="Times New Roman" w:cs="Times New Roman"/>
        </w:rPr>
        <w:t xml:space="preserve"> </w:t>
      </w:r>
      <w:r>
        <w:rPr>
          <w:rFonts w:ascii="Gadugi" w:hAnsi="Gadugi" w:eastAsia="Gadugi" w:cs="Gadugi"/>
        </w:rPr>
        <w:t>ᎤᏃᎴᎯ</w:t>
      </w:r>
      <w:r>
        <w:rPr>
          <w:rFonts w:ascii="Times New Roman" w:hAnsi="Times New Roman" w:eastAsia="Times New Roman" w:cs="Times New Roman"/>
        </w:rPr>
        <w:t xml:space="preserve"> </w:t>
      </w:r>
      <w:r>
        <w:rPr>
          <w:rFonts w:ascii="Gadugi" w:hAnsi="Gadugi" w:eastAsia="Gadugi" w:cs="Gadugi"/>
        </w:rPr>
        <w:t>ᎿᎭᏉ</w:t>
      </w:r>
      <w:r>
        <w:rPr>
          <w:rFonts w:ascii="Times New Roman" w:hAnsi="Times New Roman" w:eastAsia="Times New Roman" w:cs="Times New Roman"/>
        </w:rPr>
        <w:t xml:space="preserve"> </w:t>
      </w:r>
      <w:r>
        <w:rPr>
          <w:rFonts w:ascii="Gadugi" w:hAnsi="Gadugi" w:eastAsia="Gadugi" w:cs="Gadugi"/>
        </w:rPr>
        <w:t>ᎢᏗᏜ</w:t>
      </w:r>
      <w:r>
        <w:rPr>
          <w:rFonts w:ascii="Times New Roman" w:hAnsi="Times New Roman" w:eastAsia="Times New Roman" w:cs="Times New Roman"/>
        </w:rPr>
        <w:t xml:space="preserve"> </w:t>
      </w:r>
      <w:r>
        <w:rPr>
          <w:rFonts w:ascii="Gadugi" w:hAnsi="Gadugi" w:eastAsia="Gadugi" w:cs="Gadugi"/>
        </w:rPr>
        <w:t>ᎤᏃᎴᎯ</w:t>
      </w:r>
      <w:r>
        <w:rPr>
          <w:rFonts w:ascii="Times New Roman" w:hAnsi="Times New Roman" w:eastAsia="Times New Roman" w:cs="Times New Roman"/>
        </w:rPr>
        <w:t xml:space="preserve"> </w:t>
      </w:r>
      <w:r>
        <w:rPr>
          <w:rFonts w:ascii="Gadugi" w:hAnsi="Gadugi" w:eastAsia="Gadugi" w:cs="Gadugi"/>
        </w:rPr>
        <w:t>ᎢᎦ</w:t>
      </w:r>
      <w:r>
        <w:rPr>
          <w:rFonts w:ascii="Times New Roman" w:hAnsi="Times New Roman" w:eastAsia="Times New Roman" w:cs="Times New Roman"/>
        </w:rPr>
        <w:t xml:space="preserve"> </w:t>
      </w:r>
      <w:r>
        <w:rPr>
          <w:rFonts w:ascii="Gadugi" w:hAnsi="Gadugi" w:eastAsia="Gadugi" w:cs="Gadugi"/>
        </w:rPr>
        <w:t>ᎤᏍᏆᎸᎲ</w:t>
      </w:r>
      <w:r>
        <w:rPr>
          <w:rFonts w:ascii="Times New Roman" w:hAnsi="Times New Roman" w:eastAsia="Times New Roman" w:cs="Times New Roman"/>
        </w:rPr>
        <w:t xml:space="preserve">. </w:t>
      </w:r>
      <w:r>
        <w:rPr>
          <w:rFonts w:ascii="Gadugi" w:hAnsi="Gadugi" w:eastAsia="Gadugi" w:cs="Gadugi"/>
        </w:rPr>
        <w:t>ᎾᏍᎩ</w:t>
      </w:r>
      <w:r>
        <w:rPr>
          <w:rFonts w:ascii="Times New Roman" w:hAnsi="Times New Roman" w:eastAsia="Times New Roman" w:cs="Times New Roman"/>
        </w:rPr>
        <w:t xml:space="preserve"> </w:t>
      </w:r>
      <w:r>
        <w:rPr>
          <w:rFonts w:ascii="Gadugi" w:hAnsi="Gadugi" w:eastAsia="Gadugi" w:cs="Gadugi"/>
        </w:rPr>
        <w:t>ᎤᏍᏗ</w:t>
      </w:r>
      <w:r>
        <w:rPr>
          <w:rFonts w:ascii="Times New Roman" w:hAnsi="Times New Roman" w:eastAsia="Times New Roman" w:cs="Times New Roman"/>
        </w:rPr>
        <w:t xml:space="preserve"> </w:t>
      </w:r>
      <w:r>
        <w:rPr>
          <w:rFonts w:ascii="Gadugi" w:hAnsi="Gadugi" w:eastAsia="Gadugi" w:cs="Gadugi"/>
        </w:rPr>
        <w:t>ᏄᏓᎴᏅ</w:t>
      </w:r>
      <w:r>
        <w:rPr>
          <w:rFonts w:ascii="Times New Roman" w:hAnsi="Times New Roman" w:eastAsia="Times New Roman" w:cs="Times New Roman"/>
        </w:rPr>
        <w:t xml:space="preserve"> </w:t>
      </w:r>
      <w:r>
        <w:rPr>
          <w:rFonts w:ascii="Gadugi" w:hAnsi="Gadugi" w:eastAsia="Gadugi" w:cs="Gadugi"/>
        </w:rPr>
        <w:t>ᏤᎦᏈ</w:t>
      </w:r>
      <w:r>
        <w:rPr>
          <w:rFonts w:ascii="Times New Roman" w:hAnsi="Times New Roman" w:eastAsia="Times New Roman" w:cs="Times New Roman"/>
        </w:rPr>
        <w:t xml:space="preserve"> </w:t>
      </w:r>
      <w:r>
        <w:rPr>
          <w:rFonts w:ascii="Gadugi" w:hAnsi="Gadugi" w:eastAsia="Gadugi" w:cs="Gadugi"/>
        </w:rPr>
        <w:t>ᎤᏓᏅᏌᎾᏍᏗ</w:t>
      </w:r>
      <w:r>
        <w:rPr>
          <w:rFonts w:ascii="Times New Roman" w:hAnsi="Times New Roman" w:eastAsia="Times New Roman" w:cs="Times New Roman"/>
        </w:rPr>
        <w:t xml:space="preserve"> </w:t>
      </w:r>
      <w:r>
        <w:rPr>
          <w:rFonts w:ascii="Gadugi" w:hAnsi="Gadugi" w:eastAsia="Gadugi" w:cs="Gadugi"/>
        </w:rPr>
        <w:t>ᏓᎦᎳᏅᎦ</w:t>
      </w:r>
      <w:r>
        <w:rPr>
          <w:rFonts w:ascii="Times New Roman" w:hAnsi="Times New Roman" w:eastAsia="Times New Roman" w:cs="Times New Roman"/>
        </w:rPr>
        <w:t xml:space="preserve">; </w:t>
      </w:r>
      <w:r>
        <w:rPr>
          <w:rFonts w:ascii="Gadugi" w:hAnsi="Gadugi" w:eastAsia="Gadugi" w:cs="Gadugi"/>
        </w:rPr>
        <w:t>ᎠᎴ</w:t>
      </w:r>
      <w:r>
        <w:rPr>
          <w:rFonts w:ascii="Times New Roman" w:hAnsi="Times New Roman" w:eastAsia="Times New Roman" w:cs="Times New Roman"/>
        </w:rPr>
        <w:t xml:space="preserve"> </w:t>
      </w:r>
      <w:r>
        <w:rPr>
          <w:rFonts w:ascii="Gadugi" w:hAnsi="Gadugi" w:eastAsia="Gadugi" w:cs="Gadugi"/>
        </w:rPr>
        <w:t>ᎯᎠ</w:t>
      </w:r>
      <w:r>
        <w:rPr>
          <w:rFonts w:ascii="Times New Roman" w:hAnsi="Times New Roman" w:eastAsia="Times New Roman" w:cs="Times New Roman"/>
        </w:rPr>
        <w:t xml:space="preserve"> </w:t>
      </w:r>
      <w:r>
        <w:rPr>
          <w:rFonts w:ascii="Gadugi" w:hAnsi="Gadugi" w:eastAsia="Gadugi" w:cs="Gadugi"/>
        </w:rPr>
        <w:t>ᏂᎦᎥ</w:t>
      </w:r>
      <w:r>
        <w:rPr>
          <w:rFonts w:ascii="Times New Roman" w:hAnsi="Times New Roman" w:eastAsia="Times New Roman" w:cs="Times New Roman"/>
        </w:rPr>
        <w:t xml:space="preserve"> </w:t>
      </w:r>
      <w:r>
        <w:rPr>
          <w:rFonts w:ascii="Gadugi" w:hAnsi="Gadugi" w:eastAsia="Gadugi" w:cs="Gadugi"/>
        </w:rPr>
        <w:t>ᎤᏓᏔᏅᏒ</w:t>
      </w:r>
      <w:r>
        <w:rPr>
          <w:rFonts w:ascii="Times New Roman" w:hAnsi="Times New Roman" w:eastAsia="Times New Roman" w:cs="Times New Roman"/>
        </w:rPr>
        <w:t xml:space="preserve"> </w:t>
      </w:r>
      <w:r>
        <w:rPr>
          <w:rFonts w:ascii="Gadugi" w:hAnsi="Gadugi" w:eastAsia="Gadugi" w:cs="Gadugi"/>
        </w:rPr>
        <w:t>ᎾᏍᎩ</w:t>
      </w:r>
      <w:r>
        <w:rPr>
          <w:rFonts w:ascii="Times New Roman" w:hAnsi="Times New Roman" w:eastAsia="Times New Roman" w:cs="Times New Roman"/>
        </w:rPr>
        <w:t xml:space="preserve"> </w:t>
      </w:r>
      <w:r>
        <w:rPr>
          <w:rFonts w:ascii="Gadugi" w:hAnsi="Gadugi" w:eastAsia="Gadugi" w:cs="Gadugi"/>
        </w:rPr>
        <w:t>ᎤᏰᎸᏗ</w:t>
      </w:r>
      <w:r>
        <w:rPr>
          <w:rFonts w:ascii="Times New Roman" w:hAnsi="Times New Roman" w:eastAsia="Times New Roman" w:cs="Times New Roman"/>
        </w:rPr>
        <w:t xml:space="preserve"> </w:t>
      </w:r>
      <w:r>
        <w:rPr>
          <w:rFonts w:ascii="Gadugi" w:hAnsi="Gadugi" w:eastAsia="Gadugi" w:cs="Gadugi"/>
        </w:rPr>
        <w:t>ᎤᏍᎦᏅᏨ</w:t>
      </w:r>
      <w:r>
        <w:rPr>
          <w:rFonts w:ascii="Times New Roman" w:hAnsi="Times New Roman" w:eastAsia="Times New Roman" w:cs="Times New Roman"/>
        </w:rPr>
        <w:t xml:space="preserve"> </w:t>
      </w:r>
      <w:r>
        <w:rPr>
          <w:rFonts w:ascii="Gadugi" w:hAnsi="Gadugi" w:eastAsia="Gadugi" w:cs="Gadugi"/>
        </w:rPr>
        <w:t>ᎤᏄᎪᎯᏍᏗ</w:t>
      </w:r>
      <w:r>
        <w:rPr>
          <w:rFonts w:ascii="Times New Roman" w:hAnsi="Times New Roman" w:eastAsia="Times New Roman" w:cs="Times New Roman"/>
        </w:rPr>
        <w:t xml:space="preserve">; </w:t>
      </w:r>
      <w:r>
        <w:rPr>
          <w:rFonts w:ascii="Gadugi" w:hAnsi="Gadugi" w:eastAsia="Gadugi" w:cs="Gadugi"/>
        </w:rPr>
        <w:t>ᎿᎭᏉ</w:t>
      </w:r>
      <w:r>
        <w:rPr>
          <w:rFonts w:ascii="Times New Roman" w:hAnsi="Times New Roman" w:eastAsia="Times New Roman" w:cs="Times New Roman"/>
        </w:rPr>
        <w:t xml:space="preserve"> </w:t>
      </w:r>
      <w:r>
        <w:rPr>
          <w:rFonts w:ascii="Gadugi" w:hAnsi="Gadugi" w:eastAsia="Gadugi" w:cs="Gadugi"/>
        </w:rPr>
        <w:t>ᏂᎦᎥ</w:t>
      </w:r>
      <w:r>
        <w:rPr>
          <w:rFonts w:ascii="Times New Roman" w:hAnsi="Times New Roman" w:eastAsia="Times New Roman" w:cs="Times New Roman"/>
        </w:rPr>
        <w:t xml:space="preserve"> </w:t>
      </w:r>
      <w:r>
        <w:rPr>
          <w:rFonts w:ascii="Gadugi" w:hAnsi="Gadugi" w:eastAsia="Gadugi" w:cs="Gadugi"/>
        </w:rPr>
        <w:t>ᎠᏍᏓᏱᏗ</w:t>
      </w:r>
      <w:r>
        <w:rPr>
          <w:rFonts w:ascii="Times New Roman" w:hAnsi="Times New Roman" w:eastAsia="Times New Roman" w:cs="Times New Roman"/>
        </w:rPr>
        <w:t xml:space="preserve"> </w:t>
      </w:r>
      <w:r>
        <w:rPr>
          <w:rFonts w:ascii="Gadugi" w:hAnsi="Gadugi" w:eastAsia="Gadugi" w:cs="Gadugi"/>
        </w:rPr>
        <w:t>ᏅᏯ</w:t>
      </w:r>
      <w:r>
        <w:rPr>
          <w:rFonts w:ascii="Times New Roman" w:hAnsi="Times New Roman" w:eastAsia="Times New Roman" w:cs="Times New Roman"/>
        </w:rPr>
        <w:t xml:space="preserve"> </w:t>
      </w:r>
      <w:r>
        <w:rPr>
          <w:rFonts w:ascii="Gadugi" w:hAnsi="Gadugi" w:eastAsia="Gadugi" w:cs="Gadugi"/>
        </w:rPr>
        <w:t>ᏧᏩᏂᏌᏛ</w:t>
      </w:r>
      <w:r>
        <w:rPr>
          <w:rFonts w:ascii="Times New Roman" w:hAnsi="Times New Roman" w:eastAsia="Times New Roman" w:cs="Times New Roman"/>
        </w:rPr>
        <w:t xml:space="preserve"> </w:t>
      </w:r>
      <w:r>
        <w:rPr>
          <w:rFonts w:ascii="Gadugi" w:hAnsi="Gadugi" w:eastAsia="Gadugi" w:cs="Gadugi"/>
        </w:rPr>
        <w:t>ᏧᏁᎳ</w:t>
      </w:r>
      <w:r>
        <w:rPr>
          <w:rFonts w:ascii="Times New Roman" w:hAnsi="Times New Roman" w:eastAsia="Times New Roman" w:cs="Times New Roman"/>
        </w:rPr>
        <w:t xml:space="preserve"> </w:t>
      </w:r>
      <w:r>
        <w:rPr>
          <w:rFonts w:ascii="Gadugi" w:hAnsi="Gadugi" w:eastAsia="Gadugi" w:cs="Gadugi"/>
        </w:rPr>
        <w:t>ᎠᏂᏣᏍᏗ</w:t>
      </w:r>
      <w:r>
        <w:rPr>
          <w:rFonts w:ascii="Times New Roman" w:hAnsi="Times New Roman" w:eastAsia="Times New Roman" w:cs="Times New Roman"/>
        </w:rPr>
        <w:t xml:space="preserve"> </w:t>
      </w:r>
      <w:r>
        <w:rPr>
          <w:rFonts w:ascii="Gadugi" w:hAnsi="Gadugi" w:eastAsia="Gadugi" w:cs="Gadugi"/>
        </w:rPr>
        <w:t>ᏅᏯ</w:t>
      </w:r>
      <w:r>
        <w:rPr>
          <w:rFonts w:ascii="Times New Roman" w:hAnsi="Times New Roman" w:eastAsia="Times New Roman" w:cs="Times New Roman"/>
        </w:rPr>
        <w:t xml:space="preserve"> </w:t>
      </w:r>
      <w:r>
        <w:rPr>
          <w:rFonts w:ascii="Gadugi" w:hAnsi="Gadugi" w:eastAsia="Gadugi" w:cs="Gadugi"/>
        </w:rPr>
        <w:t>ᎤᎾᏍᏓᏅᏙ</w:t>
      </w:r>
      <w:r>
        <w:rPr>
          <w:rFonts w:ascii="Times New Roman" w:hAnsi="Times New Roman" w:eastAsia="Times New Roman" w:cs="Times New Roman"/>
        </w:rPr>
        <w:t xml:space="preserve"> </w:t>
      </w:r>
      <w:r>
        <w:rPr>
          <w:rFonts w:ascii="Gadugi" w:hAnsi="Gadugi" w:eastAsia="Gadugi" w:cs="Gadugi"/>
        </w:rPr>
        <w:t>ᎠᎴ</w:t>
      </w:r>
      <w:r>
        <w:rPr>
          <w:rFonts w:ascii="Times New Roman" w:hAnsi="Times New Roman" w:eastAsia="Times New Roman" w:cs="Times New Roman"/>
        </w:rPr>
        <w:t xml:space="preserve"> </w:t>
      </w:r>
      <w:r>
        <w:rPr>
          <w:rFonts w:ascii="Gadugi" w:hAnsi="Gadugi" w:eastAsia="Gadugi" w:cs="Gadugi"/>
        </w:rPr>
        <w:t>ᏧᏂᏍᏆᎸᎢᏍᏗ</w:t>
      </w:r>
      <w:r>
        <w:rPr>
          <w:rFonts w:ascii="Times New Roman" w:hAnsi="Times New Roman" w:eastAsia="Times New Roman" w:cs="Times New Roman"/>
        </w:rPr>
        <w:t xml:space="preserve">, </w:t>
      </w:r>
      <w:r>
        <w:rPr>
          <w:rFonts w:ascii="Gadugi" w:hAnsi="Gadugi" w:eastAsia="Gadugi" w:cs="Gadugi"/>
        </w:rPr>
        <w:t>ᎠᏓᏅᏓᎸ</w:t>
      </w:r>
      <w:r>
        <w:rPr>
          <w:rFonts w:ascii="Times New Roman" w:hAnsi="Times New Roman" w:eastAsia="Times New Roman" w:cs="Times New Roman"/>
        </w:rPr>
        <w:t xml:space="preserve"> </w:t>
      </w:r>
      <w:r>
        <w:rPr>
          <w:rFonts w:ascii="Gadugi" w:hAnsi="Gadugi" w:eastAsia="Gadugi" w:cs="Gadugi"/>
        </w:rPr>
        <w:t>ᎠᎴ</w:t>
      </w:r>
      <w:r>
        <w:rPr>
          <w:rFonts w:ascii="Times New Roman" w:hAnsi="Times New Roman" w:eastAsia="Times New Roman" w:cs="Times New Roman"/>
        </w:rPr>
        <w:t xml:space="preserve"> </w:t>
      </w:r>
      <w:r>
        <w:rPr>
          <w:rFonts w:ascii="Gadugi" w:hAnsi="Gadugi" w:eastAsia="Gadugi" w:cs="Gadugi"/>
        </w:rPr>
        <w:t>ᎠᏁᎦ</w:t>
      </w:r>
      <w:r>
        <w:rPr>
          <w:rFonts w:ascii="Times New Roman" w:hAnsi="Times New Roman" w:eastAsia="Times New Roman" w:cs="Times New Roman"/>
        </w:rPr>
        <w:t xml:space="preserve"> </w:t>
      </w:r>
      <w:r>
        <w:rPr>
          <w:rFonts w:ascii="Gadugi" w:hAnsi="Gadugi" w:eastAsia="Gadugi" w:cs="Gadugi"/>
        </w:rPr>
        <w:t>ᎦᎸᎳᏗ</w:t>
      </w:r>
      <w:r>
        <w:rPr>
          <w:rFonts w:ascii="Times New Roman" w:hAnsi="Times New Roman" w:eastAsia="Times New Roman" w:cs="Times New Roman"/>
        </w:rPr>
        <w:t xml:space="preserve"> </w:t>
      </w:r>
      <w:r>
        <w:rPr>
          <w:rFonts w:ascii="Gadugi" w:hAnsi="Gadugi" w:eastAsia="Gadugi" w:cs="Gadugi"/>
        </w:rPr>
        <w:t>ᏄᏍᏛ</w:t>
      </w:r>
      <w:r>
        <w:rPr>
          <w:rFonts w:ascii="Times New Roman" w:hAnsi="Times New Roman" w:eastAsia="Times New Roman" w:cs="Times New Roman"/>
        </w:rPr>
        <w:t xml:space="preserve"> </w:t>
      </w:r>
      <w:r>
        <w:rPr>
          <w:rFonts w:ascii="Gadugi" w:hAnsi="Gadugi" w:eastAsia="Gadugi" w:cs="Gadugi"/>
        </w:rPr>
        <w:t>ᎥᏝ</w:t>
      </w:r>
      <w:r>
        <w:rPr>
          <w:rFonts w:ascii="Times New Roman" w:hAnsi="Times New Roman" w:eastAsia="Times New Roman" w:cs="Times New Roman"/>
        </w:rPr>
        <w:t xml:space="preserve"> </w:t>
      </w:r>
      <w:r>
        <w:rPr>
          <w:rFonts w:ascii="Gadugi" w:hAnsi="Gadugi" w:eastAsia="Gadugi" w:cs="Gadugi"/>
        </w:rPr>
        <w:t>ᏱᏙᎬᎩ</w:t>
      </w:r>
      <w:r>
        <w:rPr>
          <w:rFonts w:ascii="Times New Roman" w:hAnsi="Times New Roman" w:eastAsia="Times New Roman" w:cs="Times New Roman"/>
        </w:rPr>
        <w:t xml:space="preserve">. </w:t>
      </w:r>
      <w:r>
        <w:rPr>
          <w:rFonts w:ascii="Gadugi" w:hAnsi="Gadugi" w:eastAsia="Gadugi" w:cs="Gadugi"/>
        </w:rPr>
        <w:t>ᎠᏎᏃ</w:t>
      </w:r>
      <w:r>
        <w:rPr>
          <w:rFonts w:ascii="Times New Roman" w:hAnsi="Times New Roman" w:eastAsia="Times New Roman" w:cs="Times New Roman"/>
        </w:rPr>
        <w:t xml:space="preserve"> </w:t>
      </w:r>
      <w:r>
        <w:rPr>
          <w:rFonts w:ascii="Gadugi" w:hAnsi="Gadugi" w:eastAsia="Gadugi" w:cs="Gadugi"/>
        </w:rPr>
        <w:t>ᎠᏍᏚᎢᏍᏛ</w:t>
      </w:r>
      <w:r>
        <w:rPr>
          <w:rFonts w:ascii="Times New Roman" w:hAnsi="Times New Roman" w:eastAsia="Times New Roman" w:cs="Times New Roman"/>
        </w:rPr>
        <w:t xml:space="preserve"> </w:t>
      </w:r>
      <w:r>
        <w:rPr>
          <w:rFonts w:ascii="Gadugi" w:hAnsi="Gadugi" w:eastAsia="Gadugi" w:cs="Gadugi"/>
        </w:rPr>
        <w:t>ᎦᏚᎲ</w:t>
      </w:r>
      <w:r>
        <w:rPr>
          <w:rFonts w:ascii="Times New Roman" w:hAnsi="Times New Roman" w:eastAsia="Times New Roman" w:cs="Times New Roman"/>
        </w:rPr>
        <w:t xml:space="preserve"> </w:t>
      </w:r>
      <w:r>
        <w:rPr>
          <w:rFonts w:ascii="Gadugi" w:hAnsi="Gadugi" w:eastAsia="Gadugi" w:cs="Gadugi"/>
        </w:rPr>
        <w:t>ᎤᏓᏙᎵᏣᏛ</w:t>
      </w:r>
      <w:r>
        <w:rPr>
          <w:rFonts w:ascii="Times New Roman" w:hAnsi="Times New Roman" w:eastAsia="Times New Roman" w:cs="Times New Roman"/>
        </w:rPr>
        <w:t xml:space="preserve"> </w:t>
      </w:r>
      <w:r>
        <w:rPr>
          <w:rFonts w:ascii="Gadugi" w:hAnsi="Gadugi" w:eastAsia="Gadugi" w:cs="Gadugi"/>
        </w:rPr>
        <w:t>ᏅᏓᎬᏩᎵ</w:t>
      </w:r>
      <w:r>
        <w:rPr>
          <w:rFonts w:ascii="Times New Roman" w:hAnsi="Times New Roman" w:eastAsia="Times New Roman" w:cs="Times New Roman"/>
        </w:rPr>
        <w:t xml:space="preserve">, </w:t>
      </w:r>
      <w:r>
        <w:rPr>
          <w:rFonts w:ascii="Gadugi" w:hAnsi="Gadugi" w:eastAsia="Gadugi" w:cs="Gadugi"/>
        </w:rPr>
        <w:t>ᎠᎴ</w:t>
      </w:r>
      <w:r>
        <w:rPr>
          <w:rFonts w:ascii="Times New Roman" w:hAnsi="Times New Roman" w:eastAsia="Times New Roman" w:cs="Times New Roman"/>
        </w:rPr>
        <w:t xml:space="preserve"> </w:t>
      </w:r>
      <w:r>
        <w:rPr>
          <w:rFonts w:ascii="Gadugi" w:hAnsi="Gadugi" w:eastAsia="Gadugi" w:cs="Gadugi"/>
        </w:rPr>
        <w:t>ᎠᏁᎲ</w:t>
      </w:r>
      <w:r>
        <w:rPr>
          <w:rFonts w:ascii="Times New Roman" w:hAnsi="Times New Roman" w:eastAsia="Times New Roman" w:cs="Times New Roman"/>
        </w:rPr>
        <w:t xml:space="preserve"> </w:t>
      </w:r>
      <w:r>
        <w:rPr>
          <w:rFonts w:ascii="Gadugi" w:hAnsi="Gadugi" w:eastAsia="Gadugi" w:cs="Gadugi"/>
        </w:rPr>
        <w:t>ᎤᏂᏲᎯᏎᏗ</w:t>
      </w:r>
      <w:r>
        <w:rPr>
          <w:rFonts w:ascii="Times New Roman" w:hAnsi="Times New Roman" w:eastAsia="Times New Roman" w:cs="Times New Roman"/>
        </w:rPr>
        <w:t xml:space="preserve"> </w:t>
      </w:r>
      <w:r>
        <w:rPr>
          <w:rFonts w:ascii="Gadugi" w:hAnsi="Gadugi" w:eastAsia="Gadugi" w:cs="Gadugi"/>
        </w:rPr>
        <w:t>ᎠᎴ</w:t>
      </w:r>
      <w:r>
        <w:rPr>
          <w:rFonts w:ascii="Times New Roman" w:hAnsi="Times New Roman" w:eastAsia="Times New Roman" w:cs="Times New Roman"/>
        </w:rPr>
        <w:t xml:space="preserve"> </w:t>
      </w:r>
      <w:r>
        <w:rPr>
          <w:rFonts w:ascii="Gadugi" w:hAnsi="Gadugi" w:eastAsia="Gadugi" w:cs="Gadugi"/>
        </w:rPr>
        <w:t>ᎤᏂᏲᏗ</w:t>
      </w:r>
      <w:r>
        <w:rPr>
          <w:rFonts w:ascii="Times New Roman" w:hAnsi="Times New Roman" w:eastAsia="Times New Roman" w:cs="Times New Roman"/>
        </w:rPr>
        <w:t xml:space="preserve"> </w:t>
      </w:r>
      <w:r>
        <w:rPr>
          <w:rFonts w:ascii="Gadugi" w:hAnsi="Gadugi" w:eastAsia="Gadugi" w:cs="Gadugi"/>
        </w:rPr>
        <w:t>ᏱᎦᏅᏃᏗ</w:t>
      </w:r>
      <w:r>
        <w:rPr>
          <w:rFonts w:ascii="Times New Roman" w:hAnsi="Times New Roman" w:eastAsia="Times New Roman" w:cs="Times New Roman"/>
        </w:rPr>
        <w:t xml:space="preserve"> </w:t>
      </w:r>
      <w:r>
        <w:rPr>
          <w:rFonts w:ascii="Gadugi" w:hAnsi="Gadugi" w:eastAsia="Gadugi" w:cs="Gadugi"/>
        </w:rPr>
        <w:t>ᎤᏍᏛ</w:t>
      </w:r>
      <w:r>
        <w:rPr>
          <w:rFonts w:ascii="Times New Roman" w:hAnsi="Times New Roman" w:eastAsia="Times New Roman" w:cs="Times New Roman"/>
        </w:rPr>
        <w:t xml:space="preserve">; </w:t>
      </w:r>
      <w:r>
        <w:rPr>
          <w:rFonts w:ascii="Gadugi" w:hAnsi="Gadugi" w:eastAsia="Gadugi" w:cs="Gadugi"/>
        </w:rPr>
        <w:t>ᎾᎿᎭᏩ</w:t>
      </w:r>
      <w:r>
        <w:rPr>
          <w:rFonts w:ascii="Times New Roman" w:hAnsi="Times New Roman" w:eastAsia="Times New Roman" w:cs="Times New Roman"/>
        </w:rPr>
        <w:t xml:space="preserve"> </w:t>
      </w:r>
      <w:r>
        <w:rPr>
          <w:rFonts w:ascii="Gadugi" w:hAnsi="Gadugi" w:eastAsia="Gadugi" w:cs="Gadugi"/>
        </w:rPr>
        <w:t>ᎤᏃᏕᎾ</w:t>
      </w:r>
      <w:r>
        <w:rPr>
          <w:rFonts w:ascii="Times New Roman" w:hAnsi="Times New Roman" w:eastAsia="Times New Roman" w:cs="Times New Roman"/>
        </w:rPr>
        <w:t xml:space="preserve"> </w:t>
      </w:r>
      <w:r>
        <w:rPr>
          <w:rFonts w:ascii="Gadugi" w:hAnsi="Gadugi" w:eastAsia="Gadugi" w:cs="Gadugi"/>
        </w:rPr>
        <w:t>ᏓᎠᎵᎭ</w:t>
      </w:r>
      <w:r>
        <w:rPr>
          <w:rFonts w:ascii="Times New Roman" w:hAnsi="Times New Roman" w:eastAsia="Times New Roman" w:cs="Times New Roman"/>
        </w:rPr>
        <w:t xml:space="preserve">, </w:t>
      </w:r>
      <w:r>
        <w:rPr>
          <w:rFonts w:ascii="Gadugi" w:hAnsi="Gadugi" w:eastAsia="Gadugi" w:cs="Gadugi"/>
        </w:rPr>
        <w:t>ᎠᎴ</w:t>
      </w:r>
      <w:r>
        <w:rPr>
          <w:rFonts w:ascii="Times New Roman" w:hAnsi="Times New Roman" w:eastAsia="Times New Roman" w:cs="Times New Roman"/>
        </w:rPr>
        <w:t xml:space="preserve"> </w:t>
      </w:r>
      <w:r>
        <w:rPr>
          <w:rFonts w:ascii="Gadugi" w:hAnsi="Gadugi" w:eastAsia="Gadugi" w:cs="Gadugi"/>
        </w:rPr>
        <w:t>ᎾᎿᎭᏩ</w:t>
      </w:r>
      <w:r>
        <w:rPr>
          <w:rFonts w:ascii="Times New Roman" w:hAnsi="Times New Roman" w:eastAsia="Times New Roman" w:cs="Times New Roman"/>
        </w:rPr>
        <w:t xml:space="preserve"> </w:t>
      </w:r>
      <w:r>
        <w:rPr>
          <w:rFonts w:ascii="Gadugi" w:hAnsi="Gadugi" w:eastAsia="Gadugi" w:cs="Gadugi"/>
        </w:rPr>
        <w:t>ᏓᏅᎧᎵ</w:t>
      </w:r>
      <w:r>
        <w:rPr>
          <w:rFonts w:ascii="Times New Roman" w:hAnsi="Times New Roman" w:eastAsia="Times New Roman" w:cs="Times New Roman"/>
        </w:rPr>
        <w:t xml:space="preserve">, </w:t>
      </w:r>
      <w:r>
        <w:rPr>
          <w:rFonts w:ascii="Gadugi" w:hAnsi="Gadugi" w:eastAsia="Gadugi" w:cs="Gadugi"/>
        </w:rPr>
        <w:t>ᎠᎴ</w:t>
      </w:r>
      <w:r>
        <w:rPr>
          <w:rFonts w:ascii="Times New Roman" w:hAnsi="Times New Roman" w:eastAsia="Times New Roman" w:cs="Times New Roman"/>
        </w:rPr>
        <w:t xml:space="preserve"> </w:t>
      </w:r>
      <w:r>
        <w:rPr>
          <w:rFonts w:ascii="Gadugi" w:hAnsi="Gadugi" w:eastAsia="Gadugi" w:cs="Gadugi"/>
        </w:rPr>
        <w:t>ᏧᏩᏓᎴᏅᎯ</w:t>
      </w:r>
      <w:r>
        <w:rPr>
          <w:rFonts w:ascii="Times New Roman" w:hAnsi="Times New Roman" w:eastAsia="Times New Roman" w:cs="Times New Roman"/>
        </w:rPr>
        <w:t xml:space="preserve"> </w:t>
      </w:r>
      <w:r>
        <w:rPr>
          <w:rFonts w:ascii="Gadugi" w:hAnsi="Gadugi" w:eastAsia="Gadugi" w:cs="Gadugi"/>
        </w:rPr>
        <w:t>ᏓᎪᏔᏂ</w:t>
      </w:r>
      <w:r>
        <w:rPr>
          <w:rFonts w:ascii="Times New Roman" w:hAnsi="Times New Roman" w:eastAsia="Times New Roman" w:cs="Times New Roman"/>
        </w:rPr>
        <w:t xml:space="preserve">. </w:t>
      </w:r>
      <w:r>
        <w:rPr>
          <w:rFonts w:ascii="Gadugi" w:hAnsi="Gadugi" w:eastAsia="Gadugi" w:cs="Gadugi"/>
        </w:rPr>
        <w:t>ᎿᎭᏉ</w:t>
      </w:r>
      <w:r>
        <w:rPr>
          <w:rFonts w:ascii="Times New Roman" w:hAnsi="Times New Roman" w:eastAsia="Times New Roman" w:cs="Times New Roman"/>
        </w:rPr>
        <w:t xml:space="preserve"> </w:t>
      </w:r>
      <w:r>
        <w:rPr>
          <w:rFonts w:ascii="Gadugi" w:hAnsi="Gadugi" w:eastAsia="Gadugi" w:cs="Gadugi"/>
        </w:rPr>
        <w:t>ᏧᏩᏓᎴᏅᎯ</w:t>
      </w:r>
      <w:r>
        <w:rPr>
          <w:rFonts w:ascii="Times New Roman" w:hAnsi="Times New Roman" w:eastAsia="Times New Roman" w:cs="Times New Roman"/>
        </w:rPr>
        <w:t xml:space="preserve"> </w:t>
      </w:r>
      <w:r>
        <w:rPr>
          <w:rFonts w:ascii="Gadugi" w:hAnsi="Gadugi" w:eastAsia="Gadugi" w:cs="Gadugi"/>
        </w:rPr>
        <w:t>ᎤᏅᏁᎸ</w:t>
      </w:r>
      <w:r>
        <w:rPr>
          <w:rFonts w:ascii="Times New Roman" w:hAnsi="Times New Roman" w:eastAsia="Times New Roman" w:cs="Times New Roman"/>
        </w:rPr>
        <w:t xml:space="preserve">, </w:t>
      </w:r>
      <w:r>
        <w:rPr>
          <w:rFonts w:ascii="Gadugi" w:hAnsi="Gadugi" w:eastAsia="Gadugi" w:cs="Gadugi"/>
        </w:rPr>
        <w:t>ᏓᎨᏥᎵᏍᏔᏂ</w:t>
      </w:r>
      <w:r>
        <w:rPr>
          <w:rFonts w:ascii="Times New Roman" w:hAnsi="Times New Roman" w:eastAsia="Times New Roman" w:cs="Times New Roman"/>
        </w:rPr>
        <w:t xml:space="preserve">; </w:t>
      </w:r>
      <w:r>
        <w:rPr>
          <w:rFonts w:ascii="Gadugi" w:hAnsi="Gadugi" w:eastAsia="Gadugi" w:cs="Gadugi"/>
        </w:rPr>
        <w:t>ᎠᏂᎨᏴ</w:t>
      </w:r>
      <w:r>
        <w:rPr>
          <w:rFonts w:ascii="Times New Roman" w:hAnsi="Times New Roman" w:eastAsia="Times New Roman" w:cs="Times New Roman"/>
        </w:rPr>
        <w:t xml:space="preserve"> </w:t>
      </w:r>
      <w:r>
        <w:rPr>
          <w:rFonts w:ascii="Gadugi" w:hAnsi="Gadugi" w:eastAsia="Gadugi" w:cs="Gadugi"/>
        </w:rPr>
        <w:t>ᎠᏂᎷᏤᏗ</w:t>
      </w:r>
      <w:r>
        <w:rPr>
          <w:rFonts w:ascii="Times New Roman" w:hAnsi="Times New Roman" w:eastAsia="Times New Roman" w:cs="Times New Roman"/>
        </w:rPr>
        <w:t xml:space="preserve">, </w:t>
      </w:r>
      <w:r>
        <w:rPr>
          <w:rFonts w:ascii="Gadugi" w:hAnsi="Gadugi" w:eastAsia="Gadugi" w:cs="Gadugi"/>
        </w:rPr>
        <w:t>ᎠᎴ</w:t>
      </w:r>
      <w:r>
        <w:rPr>
          <w:rFonts w:ascii="Times New Roman" w:hAnsi="Times New Roman" w:eastAsia="Times New Roman" w:cs="Times New Roman"/>
        </w:rPr>
        <w:t xml:space="preserve"> </w:t>
      </w:r>
      <w:r>
        <w:rPr>
          <w:rFonts w:ascii="Gadugi" w:hAnsi="Gadugi" w:eastAsia="Gadugi" w:cs="Gadugi"/>
        </w:rPr>
        <w:t>ᏙᏓᏂᏣᏔᏂ</w:t>
      </w:r>
      <w:r>
        <w:rPr>
          <w:rFonts w:ascii="Times New Roman" w:hAnsi="Times New Roman" w:eastAsia="Times New Roman" w:cs="Times New Roman"/>
        </w:rPr>
        <w:t xml:space="preserve"> </w:t>
      </w:r>
      <w:r>
        <w:rPr>
          <w:rFonts w:ascii="Gadugi" w:hAnsi="Gadugi" w:eastAsia="Gadugi" w:cs="Gadugi"/>
        </w:rPr>
        <w:t>ᎠᏥᏃᎯᏍᏗ</w:t>
      </w:r>
      <w:r>
        <w:rPr>
          <w:rFonts w:ascii="Times New Roman" w:hAnsi="Times New Roman" w:eastAsia="Times New Roman" w:cs="Times New Roman"/>
        </w:rPr>
        <w:t xml:space="preserve">; </w:t>
      </w:r>
      <w:r>
        <w:rPr>
          <w:rFonts w:ascii="Gadugi" w:hAnsi="Gadugi" w:eastAsia="Gadugi" w:cs="Gadugi"/>
        </w:rPr>
        <w:t>ᎤᏂᏍᏗᏱ</w:t>
      </w:r>
      <w:r>
        <w:rPr>
          <w:rFonts w:ascii="Times New Roman" w:hAnsi="Times New Roman" w:eastAsia="Times New Roman" w:cs="Times New Roman"/>
        </w:rPr>
        <w:t xml:space="preserve"> </w:t>
      </w:r>
      <w:r>
        <w:rPr>
          <w:rFonts w:ascii="Gadugi" w:hAnsi="Gadugi" w:eastAsia="Gadugi" w:cs="Gadugi"/>
        </w:rPr>
        <w:t>ᏴᏫ</w:t>
      </w:r>
      <w:r>
        <w:rPr>
          <w:rFonts w:ascii="Times New Roman" w:hAnsi="Times New Roman" w:eastAsia="Times New Roman" w:cs="Times New Roman"/>
        </w:rPr>
        <w:t xml:space="preserve"> </w:t>
      </w:r>
      <w:r>
        <w:rPr>
          <w:rFonts w:ascii="Gadugi" w:hAnsi="Gadugi" w:eastAsia="Gadugi" w:cs="Gadugi"/>
        </w:rPr>
        <w:t>ᎥᏝ</w:t>
      </w:r>
      <w:r>
        <w:rPr>
          <w:rFonts w:ascii="Times New Roman" w:hAnsi="Times New Roman" w:eastAsia="Times New Roman" w:cs="Times New Roman"/>
        </w:rPr>
        <w:t xml:space="preserve"> </w:t>
      </w:r>
      <w:r>
        <w:rPr>
          <w:rFonts w:ascii="Gadugi" w:hAnsi="Gadugi" w:eastAsia="Gadugi" w:cs="Gadugi"/>
        </w:rPr>
        <w:t>ᎤᏃᎵᏍᎬ</w:t>
      </w:r>
      <w:r>
        <w:rPr>
          <w:rFonts w:ascii="Times New Roman" w:hAnsi="Times New Roman" w:eastAsia="Times New Roman" w:cs="Times New Roman"/>
        </w:rPr>
        <w:t xml:space="preserve"> </w:t>
      </w:r>
      <w:r>
        <w:rPr>
          <w:rFonts w:ascii="Gadugi" w:hAnsi="Gadugi" w:eastAsia="Gadugi" w:cs="Gadugi"/>
        </w:rPr>
        <w:t>ᏳᎾᎭ</w:t>
      </w:r>
      <w:r>
        <w:rPr>
          <w:rFonts w:ascii="Times New Roman" w:hAnsi="Times New Roman" w:eastAsia="Times New Roman" w:cs="Times New Roman"/>
        </w:rPr>
        <w:t xml:space="preserve">: </w:t>
      </w:r>
      <w:r>
        <w:rPr>
          <w:rFonts w:ascii="Gadugi" w:hAnsi="Gadugi" w:eastAsia="Gadugi" w:cs="Gadugi"/>
        </w:rPr>
        <w:t>ᎾᏍᎩ</w:t>
      </w:r>
      <w:r>
        <w:rPr>
          <w:rFonts w:ascii="Times New Roman" w:hAnsi="Times New Roman" w:eastAsia="Times New Roman" w:cs="Times New Roman"/>
        </w:rPr>
        <w:t xml:space="preserve"> </w:t>
      </w:r>
      <w:r>
        <w:rPr>
          <w:rFonts w:ascii="Gadugi" w:hAnsi="Gadugi" w:eastAsia="Gadugi" w:cs="Gadugi"/>
        </w:rPr>
        <w:t>ᎤᏬᏢᏅ</w:t>
      </w:r>
      <w:r>
        <w:rPr>
          <w:rFonts w:ascii="Times New Roman" w:hAnsi="Times New Roman" w:eastAsia="Times New Roman" w:cs="Times New Roman"/>
        </w:rPr>
        <w:t xml:space="preserve"> </w:t>
      </w:r>
      <w:r>
        <w:rPr>
          <w:rFonts w:ascii="Gadugi" w:hAnsi="Gadugi" w:eastAsia="Gadugi" w:cs="Gadugi"/>
        </w:rPr>
        <w:t>ᎥᏝ</w:t>
      </w:r>
      <w:r>
        <w:rPr>
          <w:rFonts w:ascii="Times New Roman" w:hAnsi="Times New Roman" w:eastAsia="Times New Roman" w:cs="Times New Roman"/>
        </w:rPr>
        <w:t xml:space="preserve"> </w:t>
      </w:r>
      <w:r>
        <w:rPr>
          <w:rFonts w:ascii="Gadugi" w:hAnsi="Gadugi" w:eastAsia="Gadugi" w:cs="Gadugi"/>
        </w:rPr>
        <w:t>ᏱᏙᏓᎦᏙᎵᎩ</w:t>
      </w:r>
      <w:r>
        <w:rPr>
          <w:rFonts w:ascii="Times New Roman" w:hAnsi="Times New Roman" w:eastAsia="Times New Roman" w:cs="Times New Roman"/>
        </w:rPr>
        <w:t xml:space="preserve"> </w:t>
      </w:r>
      <w:r>
        <w:rPr>
          <w:rFonts w:ascii="Gadugi" w:hAnsi="Gadugi" w:eastAsia="Gadugi" w:cs="Gadugi"/>
        </w:rPr>
        <w:t>ᎢᏳᏍᏗ</w:t>
      </w:r>
      <w:r>
        <w:rPr>
          <w:rFonts w:ascii="Times New Roman" w:hAnsi="Times New Roman" w:eastAsia="Times New Roman" w:cs="Times New Roman"/>
        </w:rPr>
        <w:t xml:space="preserve">; </w:t>
      </w:r>
      <w:r>
        <w:rPr>
          <w:rFonts w:ascii="Gadugi" w:hAnsi="Gadugi" w:eastAsia="Gadugi" w:cs="Gadugi"/>
        </w:rPr>
        <w:t>ᎠᎴ</w:t>
      </w:r>
      <w:r>
        <w:rPr>
          <w:rFonts w:ascii="Times New Roman" w:hAnsi="Times New Roman" w:eastAsia="Times New Roman" w:cs="Times New Roman"/>
        </w:rPr>
        <w:t xml:space="preserve"> </w:t>
      </w:r>
      <w:r>
        <w:rPr>
          <w:rFonts w:ascii="Gadugi" w:hAnsi="Gadugi" w:eastAsia="Gadugi" w:cs="Gadugi"/>
        </w:rPr>
        <w:t>ᎤᏬᏢᏁᎸ</w:t>
      </w:r>
      <w:r>
        <w:rPr>
          <w:rFonts w:ascii="Times New Roman" w:hAnsi="Times New Roman" w:eastAsia="Times New Roman" w:cs="Times New Roman"/>
        </w:rPr>
        <w:t xml:space="preserve"> </w:t>
      </w:r>
      <w:r>
        <w:rPr>
          <w:rFonts w:ascii="Gadugi" w:hAnsi="Gadugi" w:eastAsia="Gadugi" w:cs="Gadugi"/>
        </w:rPr>
        <w:t>ᎥᏝ</w:t>
      </w:r>
      <w:r>
        <w:rPr>
          <w:rFonts w:ascii="Times New Roman" w:hAnsi="Times New Roman" w:eastAsia="Times New Roman" w:cs="Times New Roman"/>
        </w:rPr>
        <w:t xml:space="preserve"> </w:t>
      </w:r>
      <w:r>
        <w:rPr>
          <w:rFonts w:ascii="Gadugi" w:hAnsi="Gadugi" w:eastAsia="Gadugi" w:cs="Gadugi"/>
        </w:rPr>
        <w:t>ᏱᏙᏓᏳᎪᎯᎸ</w:t>
      </w:r>
      <w:r>
        <w:rPr>
          <w:rFonts w:ascii="Times New Roman" w:hAnsi="Times New Roman" w:eastAsia="Times New Roman" w:cs="Times New Roman"/>
        </w:rPr>
        <w:t xml:space="preserve"> </w:t>
      </w:r>
      <w:r>
        <w:rPr>
          <w:rFonts w:ascii="Gadugi" w:hAnsi="Gadugi" w:eastAsia="Gadugi" w:cs="Gadugi"/>
        </w:rPr>
        <w:t>ᎠᏓᏙᎵᎩ</w:t>
      </w:r>
      <w:r>
        <w:rPr>
          <w:rFonts w:ascii="Times New Roman" w:hAnsi="Times New Roman" w:eastAsia="Times New Roman" w:cs="Times New Roman"/>
        </w:rPr>
        <w:t xml:space="preserve">. </w:t>
      </w:r>
      <w:r>
        <w:rPr>
          <w:rFonts w:ascii="Gadugi" w:hAnsi="Gadugi" w:eastAsia="Gadugi" w:cs="Gadugi"/>
        </w:rPr>
        <w:t>ᎠᎴ</w:t>
      </w:r>
      <w:r>
        <w:rPr>
          <w:rFonts w:ascii="Times New Roman" w:hAnsi="Times New Roman" w:eastAsia="Times New Roman" w:cs="Times New Roman"/>
        </w:rPr>
        <w:t xml:space="preserve"> </w:t>
      </w:r>
      <w:r>
        <w:rPr>
          <w:rFonts w:ascii="Gadugi" w:hAnsi="Gadugi" w:eastAsia="Gadugi" w:cs="Gadugi"/>
        </w:rPr>
        <w:t>Ꮎ</w:t>
      </w:r>
      <w:r>
        <w:rPr>
          <w:rFonts w:ascii="Times New Roman" w:hAnsi="Times New Roman" w:eastAsia="Times New Roman" w:cs="Times New Roman"/>
        </w:rPr>
        <w:t xml:space="preserve"> </w:t>
      </w:r>
      <w:r>
        <w:rPr>
          <w:rFonts w:ascii="Gadugi" w:hAnsi="Gadugi" w:eastAsia="Gadugi" w:cs="Gadugi"/>
        </w:rPr>
        <w:t>ᎢᎦ</w:t>
      </w:r>
      <w:r>
        <w:rPr>
          <w:rFonts w:ascii="Times New Roman" w:hAnsi="Times New Roman" w:eastAsia="Times New Roman" w:cs="Times New Roman"/>
        </w:rPr>
        <w:t xml:space="preserve"> </w:t>
      </w:r>
      <w:r>
        <w:rPr>
          <w:rFonts w:ascii="Gadugi" w:hAnsi="Gadugi" w:eastAsia="Gadugi" w:cs="Gadugi"/>
        </w:rPr>
        <w:t>ᎯᎠ</w:t>
      </w:r>
      <w:r>
        <w:rPr>
          <w:rFonts w:ascii="Times New Roman" w:hAnsi="Times New Roman" w:eastAsia="Times New Roman" w:cs="Times New Roman"/>
        </w:rPr>
        <w:t xml:space="preserve"> </w:t>
      </w:r>
      <w:r>
        <w:rPr>
          <w:rFonts w:ascii="Gadugi" w:hAnsi="Gadugi" w:eastAsia="Gadugi" w:cs="Gadugi"/>
        </w:rPr>
        <w:t>ᎾᏍᎩ</w:t>
      </w:r>
      <w:r>
        <w:rPr>
          <w:rFonts w:ascii="Times New Roman" w:hAnsi="Times New Roman" w:eastAsia="Times New Roman" w:cs="Times New Roman"/>
        </w:rPr>
        <w:t xml:space="preserve"> </w:t>
      </w:r>
      <w:r>
        <w:rPr>
          <w:rFonts w:ascii="Gadugi" w:hAnsi="Gadugi" w:eastAsia="Gadugi" w:cs="Gadugi"/>
        </w:rPr>
        <w:t>ᏓᎵᏰᎢ</w:t>
      </w:r>
      <w:r>
        <w:rPr>
          <w:rFonts w:ascii="Times New Roman" w:hAnsi="Times New Roman" w:eastAsia="Times New Roman" w:cs="Times New Roman"/>
        </w:rPr>
        <w:t xml:space="preserve">, </w:t>
      </w:r>
      <w:r>
        <w:rPr>
          <w:rFonts w:ascii="Gadugi" w:hAnsi="Gadugi" w:eastAsia="Gadugi" w:cs="Gadugi"/>
        </w:rPr>
        <w:t>ᎤᎬᏫᏳᎯ</w:t>
      </w:r>
      <w:r>
        <w:rPr>
          <w:rFonts w:ascii="Times New Roman" w:hAnsi="Times New Roman" w:eastAsia="Times New Roman" w:cs="Times New Roman"/>
        </w:rPr>
        <w:t xml:space="preserve"> </w:t>
      </w:r>
      <w:r>
        <w:rPr>
          <w:rFonts w:ascii="Gadugi" w:hAnsi="Gadugi" w:eastAsia="Gadugi" w:cs="Gadugi"/>
        </w:rPr>
        <w:t>ᏓᏓᏴᎵᏎᎵ</w:t>
      </w:r>
      <w:r>
        <w:rPr>
          <w:rFonts w:ascii="Times New Roman" w:hAnsi="Times New Roman" w:eastAsia="Times New Roman" w:cs="Times New Roman"/>
        </w:rPr>
        <w:t xml:space="preserve"> </w:t>
      </w:r>
      <w:r>
        <w:rPr>
          <w:rFonts w:ascii="Gadugi" w:hAnsi="Gadugi" w:eastAsia="Gadugi" w:cs="Gadugi"/>
        </w:rPr>
        <w:t>ᏧᎸᎯᏍᏗ</w:t>
      </w:r>
      <w:r>
        <w:rPr>
          <w:rFonts w:ascii="Times New Roman" w:hAnsi="Times New Roman" w:eastAsia="Times New Roman" w:cs="Times New Roman"/>
        </w:rPr>
        <w:t xml:space="preserve"> </w:t>
      </w:r>
      <w:r>
        <w:rPr>
          <w:rFonts w:ascii="Gadugi" w:hAnsi="Gadugi" w:eastAsia="Gadugi" w:cs="Gadugi"/>
        </w:rPr>
        <w:t>ᏩᏂ</w:t>
      </w:r>
      <w:r>
        <w:rPr>
          <w:rFonts w:ascii="Times New Roman" w:hAnsi="Times New Roman" w:eastAsia="Times New Roman" w:cs="Times New Roman"/>
        </w:rPr>
        <w:t xml:space="preserve"> </w:t>
      </w:r>
      <w:r>
        <w:rPr>
          <w:rFonts w:ascii="Gadugi" w:hAnsi="Gadugi" w:eastAsia="Gadugi" w:cs="Gadugi"/>
        </w:rPr>
        <w:t>ᎡᏉᎩ</w:t>
      </w:r>
      <w:r>
        <w:rPr>
          <w:rFonts w:ascii="Times New Roman" w:hAnsi="Times New Roman" w:eastAsia="Times New Roman" w:cs="Times New Roman"/>
        </w:rPr>
        <w:t xml:space="preserve"> </w:t>
      </w:r>
      <w:r>
        <w:rPr>
          <w:rFonts w:ascii="Gadugi" w:hAnsi="Gadugi" w:eastAsia="Gadugi" w:cs="Gadugi"/>
        </w:rPr>
        <w:t>ᎠᎹ</w:t>
      </w:r>
      <w:r>
        <w:rPr>
          <w:rFonts w:ascii="Times New Roman" w:hAnsi="Times New Roman" w:eastAsia="Times New Roman" w:cs="Times New Roman"/>
        </w:rPr>
        <w:t xml:space="preserve"> </w:t>
      </w:r>
      <w:r>
        <w:rPr>
          <w:rFonts w:ascii="Gadugi" w:hAnsi="Gadugi" w:eastAsia="Gadugi" w:cs="Gadugi"/>
        </w:rPr>
        <w:t>ᎠᏰᎵ</w:t>
      </w:r>
      <w:r>
        <w:rPr>
          <w:rFonts w:ascii="Times New Roman" w:hAnsi="Times New Roman" w:eastAsia="Times New Roman" w:cs="Times New Roman"/>
        </w:rPr>
        <w:t xml:space="preserve"> </w:t>
      </w:r>
      <w:r>
        <w:rPr>
          <w:rFonts w:ascii="Gadugi" w:hAnsi="Gadugi" w:eastAsia="Gadugi" w:cs="Gadugi"/>
        </w:rPr>
        <w:t>ᏫᏚᎶᏒ</w:t>
      </w:r>
      <w:r>
        <w:rPr>
          <w:rFonts w:ascii="Times New Roman" w:hAnsi="Times New Roman" w:eastAsia="Times New Roman" w:cs="Times New Roman"/>
        </w:rPr>
        <w:t xml:space="preserve"> </w:t>
      </w:r>
      <w:r>
        <w:rPr>
          <w:rFonts w:ascii="Gadugi" w:hAnsi="Gadugi" w:eastAsia="Gadugi" w:cs="Gadugi"/>
        </w:rPr>
        <w:t>ᎠᎹ</w:t>
      </w:r>
      <w:r>
        <w:rPr>
          <w:rFonts w:ascii="Times New Roman" w:hAnsi="Times New Roman" w:eastAsia="Times New Roman" w:cs="Times New Roman"/>
        </w:rPr>
        <w:t xml:space="preserve"> </w:t>
      </w:r>
      <w:r>
        <w:rPr>
          <w:rFonts w:ascii="Gadugi" w:hAnsi="Gadugi" w:eastAsia="Gadugi" w:cs="Gadugi"/>
        </w:rPr>
        <w:t>ᎢᏥᏈ</w:t>
      </w:r>
      <w:r>
        <w:rPr>
          <w:rFonts w:ascii="Times New Roman" w:hAnsi="Times New Roman" w:eastAsia="Times New Roman" w:cs="Times New Roman"/>
        </w:rPr>
        <w:t xml:space="preserve">, </w:t>
      </w:r>
      <w:r>
        <w:rPr>
          <w:rFonts w:ascii="Gadugi" w:hAnsi="Gadugi" w:eastAsia="Gadugi" w:cs="Gadugi"/>
        </w:rPr>
        <w:t>ᎠᎴ</w:t>
      </w:r>
      <w:r>
        <w:rPr>
          <w:rFonts w:ascii="Times New Roman" w:hAnsi="Times New Roman" w:eastAsia="Times New Roman" w:cs="Times New Roman"/>
        </w:rPr>
        <w:t xml:space="preserve"> </w:t>
      </w:r>
      <w:r>
        <w:rPr>
          <w:rFonts w:ascii="Gadugi" w:hAnsi="Gadugi" w:eastAsia="Gadugi" w:cs="Gadugi"/>
        </w:rPr>
        <w:t>ᏕᏣᏟᏃᎮᏍᏗ</w:t>
      </w:r>
      <w:r>
        <w:rPr>
          <w:rFonts w:ascii="Times New Roman" w:hAnsi="Times New Roman" w:eastAsia="Times New Roman" w:cs="Times New Roman"/>
        </w:rPr>
        <w:t xml:space="preserve"> </w:t>
      </w:r>
      <w:r>
        <w:rPr>
          <w:rFonts w:ascii="Gadugi" w:hAnsi="Gadugi" w:eastAsia="Gadugi" w:cs="Gadugi"/>
        </w:rPr>
        <w:t>ᏌᏉ</w:t>
      </w:r>
      <w:r>
        <w:rPr>
          <w:rFonts w:ascii="Times New Roman" w:hAnsi="Times New Roman" w:eastAsia="Times New Roman" w:cs="Times New Roman"/>
        </w:rPr>
        <w:t xml:space="preserve"> </w:t>
      </w:r>
      <w:r>
        <w:rPr>
          <w:rFonts w:ascii="Gadugi" w:hAnsi="Gadugi" w:eastAsia="Gadugi" w:cs="Gadugi"/>
        </w:rPr>
        <w:t>ᏌᏉ</w:t>
      </w:r>
      <w:r>
        <w:rPr>
          <w:rFonts w:ascii="Times New Roman" w:hAnsi="Times New Roman" w:eastAsia="Times New Roman" w:cs="Times New Roman"/>
        </w:rPr>
        <w:t xml:space="preserve">, </w:t>
      </w:r>
      <w:r>
        <w:rPr>
          <w:rFonts w:ascii="Gadugi" w:hAnsi="Gadugi" w:eastAsia="Gadugi" w:cs="Gadugi"/>
        </w:rPr>
        <w:t>ᎢᏏᎵ</w:t>
      </w:r>
      <w:r>
        <w:rPr>
          <w:rFonts w:ascii="Times New Roman" w:hAnsi="Times New Roman" w:eastAsia="Times New Roman" w:cs="Times New Roman"/>
        </w:rPr>
        <w:t xml:space="preserve"> </w:t>
      </w:r>
      <w:r>
        <w:rPr>
          <w:rFonts w:ascii="Gadugi" w:hAnsi="Gadugi" w:eastAsia="Gadugi" w:cs="Gadugi"/>
        </w:rPr>
        <w:t>ᎤᏪᏥ</w:t>
      </w:r>
      <w:r>
        <w:rPr>
          <w:rFonts w:ascii="Times New Roman" w:hAnsi="Times New Roman" w:eastAsia="Times New Roman" w:cs="Times New Roman"/>
        </w:rPr>
        <w:t xml:space="preserve">. </w:t>
      </w:r>
      <w:r>
        <w:rPr>
          <w:rFonts w:ascii="Gadugi" w:hAnsi="Gadugi" w:eastAsia="Gadugi" w:cs="Gadugi"/>
        </w:rPr>
        <w:t>ᎠᎴ</w:t>
      </w:r>
      <w:r>
        <w:rPr>
          <w:rFonts w:ascii="Times New Roman" w:hAnsi="Times New Roman" w:eastAsia="Times New Roman" w:cs="Times New Roman"/>
        </w:rPr>
        <w:t xml:space="preserve"> </w:t>
      </w:r>
      <w:r>
        <w:rPr>
          <w:rFonts w:ascii="Gadugi" w:hAnsi="Gadugi" w:eastAsia="Gadugi" w:cs="Gadugi"/>
        </w:rPr>
        <w:t>Ꮎ</w:t>
      </w:r>
      <w:r>
        <w:rPr>
          <w:rFonts w:ascii="Times New Roman" w:hAnsi="Times New Roman" w:eastAsia="Times New Roman" w:cs="Times New Roman"/>
        </w:rPr>
        <w:t xml:space="preserve"> </w:t>
      </w:r>
      <w:r>
        <w:rPr>
          <w:rFonts w:ascii="Gadugi" w:hAnsi="Gadugi" w:eastAsia="Gadugi" w:cs="Gadugi"/>
        </w:rPr>
        <w:t>ᎢᎦ</w:t>
      </w:r>
      <w:r>
        <w:rPr>
          <w:rFonts w:ascii="Times New Roman" w:hAnsi="Times New Roman" w:eastAsia="Times New Roman" w:cs="Times New Roman"/>
        </w:rPr>
        <w:t xml:space="preserve"> </w:t>
      </w:r>
      <w:r>
        <w:rPr>
          <w:rFonts w:ascii="Gadugi" w:hAnsi="Gadugi" w:eastAsia="Gadugi" w:cs="Gadugi"/>
        </w:rPr>
        <w:t>ᎯᎠ</w:t>
      </w:r>
      <w:r>
        <w:rPr>
          <w:rFonts w:ascii="Times New Roman" w:hAnsi="Times New Roman" w:eastAsia="Times New Roman" w:cs="Times New Roman"/>
        </w:rPr>
        <w:t xml:space="preserve"> </w:t>
      </w:r>
      <w:r>
        <w:rPr>
          <w:rFonts w:ascii="Gadugi" w:hAnsi="Gadugi" w:eastAsia="Gadugi" w:cs="Gadugi"/>
        </w:rPr>
        <w:t>ᎾᏍᎩ</w:t>
      </w:r>
      <w:r>
        <w:rPr>
          <w:rFonts w:ascii="Times New Roman" w:hAnsi="Times New Roman" w:eastAsia="Times New Roman" w:cs="Times New Roman"/>
        </w:rPr>
        <w:t xml:space="preserve"> </w:t>
      </w:r>
      <w:r>
        <w:rPr>
          <w:rFonts w:ascii="Gadugi" w:hAnsi="Gadugi" w:eastAsia="Gadugi" w:cs="Gadugi"/>
        </w:rPr>
        <w:t>ᏓᎵᏰᎢ</w:t>
      </w:r>
      <w:r>
        <w:rPr>
          <w:rFonts w:ascii="Times New Roman" w:hAnsi="Times New Roman" w:eastAsia="Times New Roman" w:cs="Times New Roman"/>
        </w:rPr>
        <w:t xml:space="preserve">, </w:t>
      </w:r>
      <w:r>
        <w:rPr>
          <w:rFonts w:ascii="Gadugi" w:hAnsi="Gadugi" w:eastAsia="Gadugi" w:cs="Gadugi"/>
        </w:rPr>
        <w:t>ᎤᏣᏘ</w:t>
      </w:r>
      <w:r>
        <w:rPr>
          <w:rFonts w:ascii="Times New Roman" w:hAnsi="Times New Roman" w:eastAsia="Times New Roman" w:cs="Times New Roman"/>
        </w:rPr>
        <w:t xml:space="preserve"> </w:t>
      </w:r>
      <w:r>
        <w:rPr>
          <w:rFonts w:ascii="Gadugi" w:hAnsi="Gadugi" w:eastAsia="Gadugi" w:cs="Gadugi"/>
        </w:rPr>
        <w:t>ᏤᏃᎯ</w:t>
      </w:r>
      <w:r>
        <w:rPr>
          <w:rFonts w:ascii="Times New Roman" w:hAnsi="Times New Roman" w:eastAsia="Times New Roman" w:cs="Times New Roman"/>
        </w:rPr>
        <w:t xml:space="preserve"> </w:t>
      </w:r>
      <w:r>
        <w:rPr>
          <w:rFonts w:ascii="Gadugi" w:hAnsi="Gadugi" w:eastAsia="Gadugi" w:cs="Gadugi"/>
        </w:rPr>
        <w:t>ᏓᎦᏃᎴᏂ</w:t>
      </w:r>
      <w:r>
        <w:rPr>
          <w:rFonts w:ascii="Times New Roman" w:hAnsi="Times New Roman" w:eastAsia="Times New Roman" w:cs="Times New Roman"/>
        </w:rPr>
        <w:t xml:space="preserve">, </w:t>
      </w:r>
      <w:r>
        <w:rPr>
          <w:rFonts w:ascii="Gadugi" w:hAnsi="Gadugi" w:eastAsia="Gadugi" w:cs="Gadugi"/>
        </w:rPr>
        <w:t>ᎠᎴ</w:t>
      </w:r>
      <w:r>
        <w:rPr>
          <w:rFonts w:ascii="Times New Roman" w:hAnsi="Times New Roman" w:eastAsia="Times New Roman" w:cs="Times New Roman"/>
        </w:rPr>
        <w:t xml:space="preserve"> </w:t>
      </w:r>
      <w:r>
        <w:rPr>
          <w:rFonts w:ascii="Gadugi" w:hAnsi="Gadugi" w:eastAsia="Gadugi" w:cs="Gadugi"/>
        </w:rPr>
        <w:t>ᏛᎾᎵᏰᎢ</w:t>
      </w:r>
      <w:r>
        <w:rPr>
          <w:rFonts w:ascii="Times New Roman" w:hAnsi="Times New Roman" w:eastAsia="Times New Roman" w:cs="Times New Roman"/>
        </w:rPr>
        <w:t xml:space="preserve"> </w:t>
      </w:r>
      <w:r>
        <w:rPr>
          <w:rFonts w:ascii="Gadugi" w:hAnsi="Gadugi" w:eastAsia="Gadugi" w:cs="Gadugi"/>
        </w:rPr>
        <w:t>ᎾᏍᎩ</w:t>
      </w:r>
      <w:r>
        <w:rPr>
          <w:rFonts w:ascii="Times New Roman" w:hAnsi="Times New Roman" w:eastAsia="Times New Roman" w:cs="Times New Roman"/>
        </w:rPr>
        <w:t xml:space="preserve"> </w:t>
      </w:r>
      <w:r>
        <w:rPr>
          <w:rFonts w:ascii="Gadugi" w:hAnsi="Gadugi" w:eastAsia="Gadugi" w:cs="Gadugi"/>
        </w:rPr>
        <w:t>ᎠᏂᏛᏗᏍᎩ</w:t>
      </w:r>
      <w:r>
        <w:rPr>
          <w:rFonts w:ascii="Times New Roman" w:hAnsi="Times New Roman" w:eastAsia="Times New Roman" w:cs="Times New Roman"/>
        </w:rPr>
        <w:t xml:space="preserve"> </w:t>
      </w:r>
      <w:r>
        <w:rPr>
          <w:rFonts w:ascii="Gadugi" w:hAnsi="Gadugi" w:eastAsia="Gadugi" w:cs="Gadugi"/>
        </w:rPr>
        <w:t>ᎨᏒ</w:t>
      </w:r>
      <w:r>
        <w:rPr>
          <w:rFonts w:ascii="Times New Roman" w:hAnsi="Times New Roman" w:eastAsia="Times New Roman" w:cs="Times New Roman"/>
        </w:rPr>
        <w:t xml:space="preserve"> </w:t>
      </w:r>
      <w:r>
        <w:rPr>
          <w:rFonts w:ascii="Gadugi" w:hAnsi="Gadugi" w:eastAsia="Gadugi" w:cs="Gadugi"/>
        </w:rPr>
        <w:t>ᎠᏏᎵᏯ</w:t>
      </w:r>
      <w:r>
        <w:rPr>
          <w:rFonts w:ascii="Times New Roman" w:hAnsi="Times New Roman" w:eastAsia="Times New Roman" w:cs="Times New Roman"/>
        </w:rPr>
        <w:t xml:space="preserve"> </w:t>
      </w:r>
      <w:r>
        <w:rPr>
          <w:rFonts w:ascii="Gadugi" w:hAnsi="Gadugi" w:eastAsia="Gadugi" w:cs="Gadugi"/>
        </w:rPr>
        <w:t>ᎡᎯ</w:t>
      </w:r>
      <w:r>
        <w:rPr>
          <w:rFonts w:ascii="Times New Roman" w:hAnsi="Times New Roman" w:eastAsia="Times New Roman" w:cs="Times New Roman"/>
        </w:rPr>
        <w:t xml:space="preserve">, </w:t>
      </w:r>
      <w:r>
        <w:rPr>
          <w:rFonts w:ascii="Gadugi" w:hAnsi="Gadugi" w:eastAsia="Gadugi" w:cs="Gadugi"/>
        </w:rPr>
        <w:t>ᎠᎴ</w:t>
      </w:r>
      <w:r>
        <w:rPr>
          <w:rFonts w:ascii="Times New Roman" w:hAnsi="Times New Roman" w:eastAsia="Times New Roman" w:cs="Times New Roman"/>
        </w:rPr>
        <w:t xml:space="preserve"> </w:t>
      </w:r>
      <w:r>
        <w:rPr>
          <w:rFonts w:ascii="Gadugi" w:hAnsi="Gadugi" w:eastAsia="Gadugi" w:cs="Gadugi"/>
        </w:rPr>
        <w:t>ᎤᎾᏓᎤᏂᏄᎪᏨ</w:t>
      </w:r>
      <w:r>
        <w:rPr>
          <w:rFonts w:ascii="Times New Roman" w:hAnsi="Times New Roman" w:eastAsia="Times New Roman" w:cs="Times New Roman"/>
        </w:rPr>
        <w:t xml:space="preserve"> </w:t>
      </w:r>
      <w:r>
        <w:rPr>
          <w:rFonts w:ascii="Gadugi" w:hAnsi="Gadugi" w:eastAsia="Gadugi" w:cs="Gadugi"/>
        </w:rPr>
        <w:t>ᎢᏥᏈ</w:t>
      </w:r>
      <w:r>
        <w:rPr>
          <w:rFonts w:ascii="Times New Roman" w:hAnsi="Times New Roman" w:eastAsia="Times New Roman" w:cs="Times New Roman"/>
        </w:rPr>
        <w:t xml:space="preserve"> </w:t>
      </w:r>
      <w:r>
        <w:rPr>
          <w:rFonts w:ascii="Gadugi" w:hAnsi="Gadugi" w:eastAsia="Gadugi" w:cs="Gadugi"/>
        </w:rPr>
        <w:t>ᎡᎯ</w:t>
      </w:r>
      <w:r>
        <w:rPr>
          <w:rFonts w:ascii="Times New Roman" w:hAnsi="Times New Roman" w:eastAsia="Times New Roman" w:cs="Times New Roman"/>
        </w:rPr>
        <w:t xml:space="preserve">, </w:t>
      </w:r>
      <w:r>
        <w:rPr>
          <w:rFonts w:ascii="Gadugi" w:hAnsi="Gadugi" w:eastAsia="Gadugi" w:cs="Gadugi"/>
        </w:rPr>
        <w:t>ᎠᎴ</w:t>
      </w:r>
      <w:r>
        <w:rPr>
          <w:rFonts w:ascii="Times New Roman" w:hAnsi="Times New Roman" w:eastAsia="Times New Roman" w:cs="Times New Roman"/>
        </w:rPr>
        <w:t xml:space="preserve"> </w:t>
      </w:r>
      <w:r>
        <w:rPr>
          <w:rFonts w:ascii="Gadugi" w:hAnsi="Gadugi" w:eastAsia="Gadugi" w:cs="Gadugi"/>
        </w:rPr>
        <w:t>ᏙᏓᎾᎵᏍᎪᎸᏔᏂ</w:t>
      </w:r>
      <w:r>
        <w:rPr>
          <w:rFonts w:ascii="Times New Roman" w:hAnsi="Times New Roman" w:eastAsia="Times New Roman" w:cs="Times New Roman"/>
        </w:rPr>
        <w:t xml:space="preserve"> </w:t>
      </w:r>
      <w:r>
        <w:rPr>
          <w:rFonts w:ascii="Gadugi" w:hAnsi="Gadugi" w:eastAsia="Gadugi" w:cs="Gadugi"/>
        </w:rPr>
        <w:t>ᎤᎬᏫᏳᎯ</w:t>
      </w:r>
      <w:r>
        <w:rPr>
          <w:rFonts w:ascii="Times New Roman" w:hAnsi="Times New Roman" w:eastAsia="Times New Roman" w:cs="Times New Roman"/>
        </w:rPr>
        <w:t xml:space="preserve"> </w:t>
      </w:r>
      <w:r>
        <w:rPr>
          <w:rFonts w:ascii="Gadugi" w:hAnsi="Gadugi" w:eastAsia="Gadugi" w:cs="Gadugi"/>
        </w:rPr>
        <w:t>ᎤᏩᏒ</w:t>
      </w:r>
      <w:r>
        <w:rPr>
          <w:rFonts w:ascii="Times New Roman" w:hAnsi="Times New Roman" w:eastAsia="Times New Roman" w:cs="Times New Roman"/>
        </w:rPr>
        <w:t xml:space="preserve"> </w:t>
      </w:r>
      <w:r>
        <w:rPr>
          <w:rFonts w:ascii="Gadugi" w:hAnsi="Gadugi" w:eastAsia="Gadugi" w:cs="Gadugi"/>
        </w:rPr>
        <w:t>ᎤᏔᏅᎸ</w:t>
      </w:r>
      <w:r>
        <w:rPr>
          <w:rFonts w:ascii="Times New Roman" w:hAnsi="Times New Roman" w:eastAsia="Times New Roman" w:cs="Times New Roman"/>
        </w:rPr>
        <w:t xml:space="preserve"> </w:t>
      </w:r>
      <w:r>
        <w:rPr>
          <w:rFonts w:ascii="Gadugi" w:hAnsi="Gadugi" w:eastAsia="Gadugi" w:cs="Gadugi"/>
        </w:rPr>
        <w:t>ᏌᎵᎻ</w:t>
      </w:r>
      <w:r>
        <w:rPr>
          <w:rFonts w:ascii="Times New Roman" w:hAnsi="Times New Roman" w:eastAsia="Times New Roman" w:cs="Times New Roman"/>
        </w:rPr>
        <w:t xml:space="preserve">. </w:t>
      </w:r>
      <w:r>
        <w:rPr>
          <w:rFonts w:ascii="Gadugi" w:hAnsi="Gadugi" w:eastAsia="Gadugi" w:cs="Gadugi"/>
        </w:rPr>
        <w:t>ᎡᏏᏯ</w:t>
      </w:r>
      <w:r>
        <w:rPr>
          <w:rFonts w:ascii="Times New Roman" w:hAnsi="Times New Roman" w:eastAsia="Times New Roman" w:cs="Times New Roman"/>
        </w:rPr>
        <w:t xml:space="preserve"> 27:6–13.</w:t>
      </w:r>
    </w:p>
    <w:p>
      <w:pPr>
        <w:pStyle w:val="ArticleBody"/>
        <w:jc w:val="left"/>
      </w:pPr>
      <w:r>
        <w:rPr>
          <w:rFonts w:ascii="Times New Roman" w:hAnsi="Times New Roman" w:eastAsia="Times New Roman" w:cs="Times New Roman"/>
        </w:rPr>
        <w:t>سېتىكتەر دۇрыс تۈسىنілгенде, 2001 جىلعى 11 قىرکۇيەكتىن جۇۋىقتاپ كەле جاتقان جەكسەنبىلىك زاڭعا دەيىنگى ۋاقىتتى ئاڭىقتايدى. ئالتىنشى ئايات بۈكىل تارىختى ئاڭىقتايدى, ئۆسімдіктің تامىر جايىپ, سوسىن گۈلدىپ ۋە بۈركتىپ, اقىرىندا بۈкіл جەر بەتін جەمىسپەن تولتىراتىن باستاۋىن كۆرسەتۋ ئارقىلى. بۈكىل جەر بەتین تولتىراتىن جەمیس «ساعات» ئىشінде بولادى, بۇل — جەكسەنبىلىك زاڭ دەغدارىسى. سول ۋاقىتتا مەسىح ئۆز جەمیسین قامباسىنا جىناپ جاتقانمەن, ۋاۋىلونعا دا سوت جاتقىزادى. جەر بەتі جەمیسپەن تولاتىن ۋاقىتتا جۈرەتін سوت جەتінші ئاياتتا بېينەلەنگەن, سوندا مۇنادىي ەكі سۇراق قويلادى: «ئۇنى ئۆزىنى ۇرعاندارعا سوعقانداي ۇردى مە؟ ياكى ئۇنىڭ قولىنان قىرىلعانداردىڭ قىرعىنىنا لايىق قىرىلدى ما؟»</w:t>
      </w:r>
    </w:p>
    <w:p>
      <w:pPr>
        <w:pStyle w:val="ArticleBody"/>
        <w:jc w:val="left"/>
      </w:pPr>
      <w:r>
        <w:rPr>
          <w:rFonts w:ascii="Times New Roman" w:hAnsi="Times New Roman" w:eastAsia="Times New Roman" w:cs="Times New Roman"/>
        </w:rPr>
        <w:t>Унæ хӕссæнды æвзагмæ, æрцыдтæй кæнысы æхсæртæй фæстаг уадзы сибыртæ нысан ис ахæм æвзагæй: «Барæй». Цæй фæдыл цæрæгтæ æрхæццæ кæнынц, уый уадз æвæр, æмæ куы фæстаг уадзы райдайæн нысан ис, уæд уый нысан ис ахæмæй æмæ райдайы «барæй, куы æрхæццæ кæны». Куы фæстаг уадз райдайы, уæд уый конынц «барæй», уымæн æмæ уый нæ конынц æнæбарæй, куы æрзæты бæркад æцæг æмæ алцы хуызæгтæй æххуыс у.</w:t>
      </w:r>
    </w:p>
    <w:p>
      <w:pPr>
        <w:pStyle w:val="ArticleScripture"/>
        <w:jc w:val="left"/>
      </w:pPr>
      <w:r>
        <w:rPr>
          <w:rFonts w:ascii="Times New Roman" w:hAnsi="Times New Roman" w:eastAsia="Times New Roman" w:cs="Times New Roman"/>
        </w:rPr>
        <w:t>«هر جانی که به‌راستی توبه کرده و تبدیل یافته باشد، با شدّت آرزو خواهد داشت که دیگران را از تاریکیِ گمراهی به نور شگفت‌انگیزِ عدالتِ عیسی مسیح بیاورد. آن افاضۀ عظیمِ روح خدا، که تمام زمین را به جلال او روشن می‌سازد، فرا نخواهد رسید مگر آن‌گاه که قومی روشن‌ضمیر داشته باشیم که از راه تجربه بدانند همکارِ خدا بودن چه معنایی دارد. هنگامی که وقف کامل و از صمیم قلب در خدمتِ مسیح داشته باشیم، خدا این واقعیت را با افاضۀ روح خود بی‌حدّ و اندازه تصدیق خواهد کرد؛ امّا این امر تا زمانی واقع نخواهد شد که بخش اعظم کلیسا همکارِ خدا نباشند. خدا نمی‌تواند روح خود را فرو ریزد وقتی خودخواهی و عیش‌طلبیِ نفسانی چنین آشکار است؛ وقتی روحیه‌ای حاکم است که اگر به الفاظ درآید، همان پاسخِ قائن را بیان می‌کند: «آیا من حافظِ برادرم هستم؟» اگر حقیقتِ مخصوصِ این زمان، اگر نشانه‌هایی که از هر سو فزونی می‌گیرند و گواهی می‌دهند که پایانِ همۀ چیزها نزدیک است، برای بیدار کردنِ نیروی خفتۀ کسانی که مدّعیِ شناختِ حقیقت‌اند کافی نباشد، آنگاه تاریکی، متناسب با نوری که تابیده است، این جان‌ها را فرا خواهد گرفت. در روز عظیمِ حساب‌کشیِ نهایی، هیچ‌گونه صورتِ عذری برای بی‌اعتناییِ خود نخواهند داشت که بتوانند به خدا عرضه کنند. هیچ دلیلی برای ارائه نخواهد بود که چرا در نورِ حقیقتِ مقدّسِ کلامِ خدا زیست نکردند و سلوک ننمودند و کار ننمودند، و بدین‌سان از طریق رفتار خود، به جهانی که در تاریکیِ گناه فرو رفته است، همدردی و غیرتِ خویش را آشکار نساختند تا نشان دهند که قدرت و واقعیتِ انجیل را نمی‌توان انکار کرد.» Review and Herald, July 21, 1896.</w:t>
      </w:r>
    </w:p>
    <w:p>
      <w:pPr>
        <w:pStyle w:val="ArticleBody"/>
        <w:jc w:val="left"/>
      </w:pPr>
      <w:r>
        <w:rPr>
          <w:rFonts w:ascii="Times New Roman" w:hAnsi="Times New Roman" w:eastAsia="Times New Roman" w:cs="Times New Roman"/>
        </w:rPr>
        <w:t>Апа Уайт бул үзүндүнү Аян китебиндеги периште түшкөн учур катары аныктайт, анткени ал мындай дейт: «Кудайдын Рухунун улуу төгүлүшү, Ал Өзүнүн даңкы менен бүт жер жүзүн жарык кылат». Бул макалаларда биз көп ирет келтирген дагы бир үзүндүдө ал «Нью-Йорктун улуу имараттары» «кулатылганда», «Аян китебинин он сегизинчи бөлүмү, бирден үчкө чейинки аяттар аткарылат» деп көрсөткөн.</w:t>
      </w:r>
    </w:p>
    <w:p>
      <w:pPr>
        <w:pStyle w:val="ArticleBody"/>
        <w:jc w:val="left"/>
      </w:pPr>
      <w:r>
        <w:rPr>
          <w:rFonts w:ascii="Times New Roman" w:hAnsi="Times New Roman" w:eastAsia="Times New Roman" w:cs="Times New Roman"/>
        </w:rPr>
        <w:t>Se seguirá con estos pensamientos en el próximo artículo.</w:t>
      </w:r>
    </w:p>
    <w:p>
      <w:pPr>
        <w:pStyle w:val="ArticleScripture"/>
        <w:jc w:val="left"/>
      </w:pPr>
      <w:r>
        <w:rPr>
          <w:rFonts w:ascii="Times New Roman" w:hAnsi="Times New Roman" w:eastAsia="Times New Roman" w:cs="Times New Roman"/>
        </w:rPr>
        <w:t>دا به دَ خپل ګران‌محبوب په باب، د هغه د انګورباغ په هکله، د خپل محبوب سندره ووایم. زما ګران‌محبوب په یوه ډېر حاصل‌خېز غونډۍ کې د انګورو باغ درلود. هغه یې چاپېر کټارې کړ، د هغه تیږې یې ترې راټولې کړې، او په غوره تاکونو یې کېناوه؛ د هغه په منځ کې یې یو برج هم جوړ کړ، او په هغه کې یې د انګورو د پښلو ځای هم برابر کړ. او هغه هیله لرله چې انګور به راوړي، خو وحشي انګور یې راوړل. او اوس، اې د اورشلیم اوسېدونکو او د یهودا سړیو، زه درڅخه غواړم چې زما او زما د انګورباغ ترمنځ فیصله وکړئ. زما د انګورباغ لپاره نور څه کېدای شول چې ما نه وي کړي؟ نو ولې، کله چې ما تمه لرله چې انګور به راوړي، وحشي انګور یې راوړل؟ او اوس راشئ؛ زه به تاسو ته ووایم چې له خپل انګورباغ سره به څه وکړم: د هغه کټاره به لېرې کړم، او هغه به وخوړل شي؛ دېوال به یې ونړوم، او تر پښو لاندې به شي. او زه به هغه شاړ پرېږدم: نه به ښاخ‌برۍ شي او نه به وکېندل شي؛ بلکې اغزي او خس و خاشاک به پکې راشنه شي؛ او وريځو ته به هم امر وکړم چې پرې باران و نه اوروي. ځکه چې د لښکرو د څښتن انګورباغ د اسراییلو کورنۍ ده، او د یهودا سړي د هغه خوږ نیالګی دی؛ او هغه د عدالت تمه لرله، خو ګوره ظلم؛ د صداقت تمه یې لرله، خو ګوره فریاد. اشعیا ۵:۱–۷.</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የዳንኤል መጽሐፍ - ስልሳ አምስት</dc:title>
  <dc:subject>ಯುಗಾಂತ್ಯದ ದಿನಗಳಲ್ಲಿ ಮಧ್ಯರಾತ್ರಿಯ ಕೂಗಿನ ಅನಾವರಣಗೊಳ್ಳುತ್ತಿರುವ ಸಂದೇಶ ಮತ್ತು 2020ರ ಜುಲೈ 18ರ ನಿರಾಶೆಯನ್ನು ಅರಿತುಕೊಳ್ಳುವ ಪ್ರವಾದನಾತ್ಮಕ ಅನಾವರಣ</dc:subject>
  <dc:creator>Jeff Pippenger</dc:creator>
  <cp:keywords/>
  <dc:description>Generated by ArticleDigger from daniel\65_daniel.json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