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Китоби Дониёл — Рақами ҳаштоду ду</w:t>
      </w:r>
    </w:p>
    <w:p>
      <w:pPr>
        <w:pStyle w:val="ArticleSubtitle"/>
        <w:jc w:val="left"/>
      </w:pPr>
      <w:r>
        <w:rPr>
          <w:rFonts w:ascii="Arial" w:hAnsi="Arial" w:eastAsia="Arial" w:cs="Arial"/>
        </w:rPr>
        <w:t>Ukubhengeza Imfihlakalo Yesiprofetho: Ukuqonda Umlando kaDaniyeli 11 kanye Nokubaluleka KweNsuku Zonke e-Adventism</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2024-02-15</w:t>
      </w:r>
    </w:p>
    <w:p>
      <w:pPr>
        <w:pStyle w:val="ArticleBody"/>
        <w:jc w:val="left"/>
      </w:pPr>
      <w:r>
        <w:rPr>
          <w:rFonts w:ascii="Ebrima" w:hAnsi="Ebrima" w:eastAsia="Ebrima" w:cs="Ebrima"/>
        </w:rPr>
        <w:t>ብ</w:t>
      </w:r>
      <w:r>
        <w:rPr>
          <w:rFonts w:ascii="Times New Roman" w:hAnsi="Times New Roman" w:eastAsia="Times New Roman" w:cs="Times New Roman"/>
        </w:rPr>
        <w:t xml:space="preserve">1989 </w:t>
      </w:r>
      <w:r>
        <w:rPr>
          <w:rFonts w:ascii="Ebrima" w:hAnsi="Ebrima" w:eastAsia="Ebrima" w:cs="Ebrima"/>
        </w:rPr>
        <w:t>ዓመተ</w:t>
      </w:r>
      <w:r>
        <w:rPr>
          <w:rFonts w:ascii="Times New Roman" w:hAnsi="Times New Roman" w:eastAsia="Times New Roman" w:cs="Times New Roman"/>
        </w:rPr>
        <w:t xml:space="preserve"> </w:t>
      </w:r>
      <w:r>
        <w:rPr>
          <w:rFonts w:ascii="Ebrima" w:hAnsi="Ebrima" w:eastAsia="Ebrima" w:cs="Ebrima"/>
        </w:rPr>
        <w:t>ፍጻሜ</w:t>
      </w:r>
      <w:r>
        <w:rPr>
          <w:rFonts w:ascii="Times New Roman" w:hAnsi="Times New Roman" w:eastAsia="Times New Roman" w:cs="Times New Roman"/>
        </w:rPr>
        <w:t xml:space="preserve"> </w:t>
      </w:r>
      <w:r>
        <w:rPr>
          <w:rFonts w:ascii="Ebrima" w:hAnsi="Ebrima" w:eastAsia="Ebrima" w:cs="Ebrima"/>
        </w:rPr>
        <w:t>እቲ</w:t>
      </w:r>
      <w:r>
        <w:rPr>
          <w:rFonts w:ascii="Times New Roman" w:hAnsi="Times New Roman" w:eastAsia="Times New Roman" w:cs="Times New Roman"/>
        </w:rPr>
        <w:t xml:space="preserve"> </w:t>
      </w:r>
      <w:r>
        <w:rPr>
          <w:rFonts w:ascii="Ebrima" w:hAnsi="Ebrima" w:eastAsia="Ebrima" w:cs="Ebrima"/>
        </w:rPr>
        <w:t>ግዜ</w:t>
      </w:r>
      <w:r>
        <w:rPr>
          <w:rFonts w:ascii="Times New Roman" w:hAnsi="Times New Roman" w:eastAsia="Times New Roman" w:cs="Times New Roman"/>
        </w:rPr>
        <w:t xml:space="preserve"> </w:t>
      </w:r>
      <w:r>
        <w:rPr>
          <w:rFonts w:ascii="Ebrima" w:hAnsi="Ebrima" w:eastAsia="Ebrima" w:cs="Ebrima"/>
        </w:rPr>
        <w:t>እስከ</w:t>
      </w:r>
      <w:r>
        <w:rPr>
          <w:rFonts w:ascii="Times New Roman" w:hAnsi="Times New Roman" w:eastAsia="Times New Roman" w:cs="Times New Roman"/>
        </w:rPr>
        <w:t xml:space="preserve"> 1863 </w:t>
      </w:r>
      <w:r>
        <w:rPr>
          <w:rFonts w:ascii="Ebrima" w:hAnsi="Ebrima" w:eastAsia="Ebrima" w:cs="Ebrima"/>
        </w:rPr>
        <w:t>ዝነበረ</w:t>
      </w:r>
      <w:r>
        <w:rPr>
          <w:rFonts w:ascii="Times New Roman" w:hAnsi="Times New Roman" w:eastAsia="Times New Roman" w:cs="Times New Roman"/>
        </w:rPr>
        <w:t xml:space="preserve"> </w:t>
      </w:r>
      <w:r>
        <w:rPr>
          <w:rFonts w:ascii="Ebrima" w:hAnsi="Ebrima" w:eastAsia="Ebrima" w:cs="Ebrima"/>
        </w:rPr>
        <w:t>ታሪኽ፣</w:t>
      </w:r>
      <w:r>
        <w:rPr>
          <w:rFonts w:ascii="Times New Roman" w:hAnsi="Times New Roman" w:eastAsia="Times New Roman" w:cs="Times New Roman"/>
        </w:rPr>
        <w:t xml:space="preserve"> </w:t>
      </w:r>
      <w:r>
        <w:rPr>
          <w:rFonts w:ascii="Ebrima" w:hAnsi="Ebrima" w:eastAsia="Ebrima" w:cs="Ebrima"/>
        </w:rPr>
        <w:t>ብመሰረት</w:t>
      </w:r>
      <w:r>
        <w:rPr>
          <w:rFonts w:ascii="Times New Roman" w:hAnsi="Times New Roman" w:eastAsia="Times New Roman" w:cs="Times New Roman"/>
        </w:rPr>
        <w:t xml:space="preserve"> </w:t>
      </w:r>
      <w:r>
        <w:rPr>
          <w:rFonts w:ascii="Ebrima" w:hAnsi="Ebrima" w:eastAsia="Ebrima" w:cs="Ebrima"/>
        </w:rPr>
        <w:t>እተን</w:t>
      </w:r>
      <w:r>
        <w:rPr>
          <w:rFonts w:ascii="Times New Roman" w:hAnsi="Times New Roman" w:eastAsia="Times New Roman" w:cs="Times New Roman"/>
        </w:rPr>
        <w:t xml:space="preserve"> </w:t>
      </w:r>
      <w:r>
        <w:rPr>
          <w:rFonts w:ascii="Ebrima" w:hAnsi="Ebrima" w:eastAsia="Ebrima" w:cs="Ebrima"/>
        </w:rPr>
        <w:t>ኣብ</w:t>
      </w:r>
      <w:r>
        <w:rPr>
          <w:rFonts w:ascii="Times New Roman" w:hAnsi="Times New Roman" w:eastAsia="Times New Roman" w:cs="Times New Roman"/>
        </w:rPr>
        <w:t xml:space="preserve"> </w:t>
      </w:r>
      <w:r>
        <w:rPr>
          <w:rFonts w:ascii="Ebrima" w:hAnsi="Ebrima" w:eastAsia="Ebrima" w:cs="Ebrima"/>
        </w:rPr>
        <w:t>ሕዝቅኤል</w:t>
      </w:r>
      <w:r>
        <w:rPr>
          <w:rFonts w:ascii="Times New Roman" w:hAnsi="Times New Roman" w:eastAsia="Times New Roman" w:cs="Times New Roman"/>
        </w:rPr>
        <w:t xml:space="preserve"> </w:t>
      </w:r>
      <w:r>
        <w:rPr>
          <w:rFonts w:ascii="Ebrima" w:hAnsi="Ebrima" w:eastAsia="Ebrima" w:cs="Ebrima"/>
        </w:rPr>
        <w:t>ምዕራፍ</w:t>
      </w:r>
      <w:r>
        <w:rPr>
          <w:rFonts w:ascii="Times New Roman" w:hAnsi="Times New Roman" w:eastAsia="Times New Roman" w:cs="Times New Roman"/>
        </w:rPr>
        <w:t xml:space="preserve"> </w:t>
      </w:r>
      <w:r>
        <w:rPr>
          <w:rFonts w:ascii="Ebrima" w:hAnsi="Ebrima" w:eastAsia="Ebrima" w:cs="Ebrima"/>
        </w:rPr>
        <w:t>ሸሞንተ</w:t>
      </w:r>
      <w:r>
        <w:rPr>
          <w:rFonts w:ascii="Times New Roman" w:hAnsi="Times New Roman" w:eastAsia="Times New Roman" w:cs="Times New Roman"/>
        </w:rPr>
        <w:t xml:space="preserve"> </w:t>
      </w:r>
      <w:r>
        <w:rPr>
          <w:rFonts w:ascii="Ebrima" w:hAnsi="Ebrima" w:eastAsia="Ebrima" w:cs="Ebrima"/>
        </w:rPr>
        <w:t>ዝተገልጻ</w:t>
      </w:r>
      <w:r>
        <w:rPr>
          <w:rFonts w:ascii="Times New Roman" w:hAnsi="Times New Roman" w:eastAsia="Times New Roman" w:cs="Times New Roman"/>
        </w:rPr>
        <w:t xml:space="preserve"> </w:t>
      </w:r>
      <w:r>
        <w:rPr>
          <w:rFonts w:ascii="Ebrima" w:hAnsi="Ebrima" w:eastAsia="Ebrima" w:cs="Ebrima"/>
        </w:rPr>
        <w:t>ኣርባዕተ</w:t>
      </w:r>
      <w:r>
        <w:rPr>
          <w:rFonts w:ascii="Times New Roman" w:hAnsi="Times New Roman" w:eastAsia="Times New Roman" w:cs="Times New Roman"/>
        </w:rPr>
        <w:t xml:space="preserve"> </w:t>
      </w:r>
      <w:r>
        <w:rPr>
          <w:rFonts w:ascii="Ebrima" w:hAnsi="Ebrima" w:eastAsia="Ebrima" w:cs="Ebrima"/>
        </w:rPr>
        <w:t>ርኽሰታት፣</w:t>
      </w:r>
      <w:r>
        <w:rPr>
          <w:rFonts w:ascii="Times New Roman" w:hAnsi="Times New Roman" w:eastAsia="Times New Roman" w:cs="Times New Roman"/>
        </w:rPr>
        <w:t xml:space="preserve"> </w:t>
      </w:r>
      <w:r>
        <w:rPr>
          <w:rFonts w:ascii="Ebrima" w:hAnsi="Ebrima" w:eastAsia="Ebrima" w:cs="Ebrima"/>
        </w:rPr>
        <w:t>ኣርባዕተ</w:t>
      </w:r>
      <w:r>
        <w:rPr>
          <w:rFonts w:ascii="Times New Roman" w:hAnsi="Times New Roman" w:eastAsia="Times New Roman" w:cs="Times New Roman"/>
        </w:rPr>
        <w:t xml:space="preserve"> </w:t>
      </w:r>
      <w:r>
        <w:rPr>
          <w:rFonts w:ascii="Ebrima" w:hAnsi="Ebrima" w:eastAsia="Ebrima" w:cs="Ebrima"/>
        </w:rPr>
        <w:t>ወለዶታት</w:t>
      </w:r>
      <w:r>
        <w:rPr>
          <w:rFonts w:ascii="Times New Roman" w:hAnsi="Times New Roman" w:eastAsia="Times New Roman" w:cs="Times New Roman"/>
        </w:rPr>
        <w:t xml:space="preserve"> </w:t>
      </w:r>
      <w:r>
        <w:rPr>
          <w:rFonts w:ascii="Ebrima" w:hAnsi="Ebrima" w:eastAsia="Ebrima" w:cs="Ebrima"/>
        </w:rPr>
        <w:t>ኣድቨንቲዝም</w:t>
      </w:r>
      <w:r>
        <w:rPr>
          <w:rFonts w:ascii="Times New Roman" w:hAnsi="Times New Roman" w:eastAsia="Times New Roman" w:cs="Times New Roman"/>
        </w:rPr>
        <w:t xml:space="preserve"> </w:t>
      </w:r>
      <w:r>
        <w:rPr>
          <w:rFonts w:ascii="Ebrima" w:hAnsi="Ebrima" w:eastAsia="Ebrima" w:cs="Ebrima"/>
        </w:rPr>
        <w:t>ዝውክላ</w:t>
      </w:r>
      <w:r>
        <w:rPr>
          <w:rFonts w:ascii="Times New Roman" w:hAnsi="Times New Roman" w:eastAsia="Times New Roman" w:cs="Times New Roman"/>
        </w:rPr>
        <w:t xml:space="preserve"> </w:t>
      </w:r>
      <w:r>
        <w:rPr>
          <w:rFonts w:ascii="Ebrima" w:hAnsi="Ebrima" w:eastAsia="Ebrima" w:cs="Ebrima"/>
        </w:rPr>
        <w:t>እንተ</w:t>
      </w:r>
      <w:r>
        <w:rPr>
          <w:rFonts w:ascii="Times New Roman" w:hAnsi="Times New Roman" w:eastAsia="Times New Roman" w:cs="Times New Roman"/>
        </w:rPr>
        <w:t xml:space="preserve"> </w:t>
      </w:r>
      <w:r>
        <w:rPr>
          <w:rFonts w:ascii="Ebrima" w:hAnsi="Ebrima" w:eastAsia="Ebrima" w:cs="Ebrima"/>
        </w:rPr>
        <w:t>መርመርና፣</w:t>
      </w:r>
      <w:r>
        <w:rPr>
          <w:rFonts w:ascii="Times New Roman" w:hAnsi="Times New Roman" w:eastAsia="Times New Roman" w:cs="Times New Roman"/>
        </w:rPr>
        <w:t xml:space="preserve"> </w:t>
      </w:r>
      <w:r>
        <w:rPr>
          <w:rFonts w:ascii="Ebrima" w:hAnsi="Ebrima" w:eastAsia="Ebrima" w:cs="Ebrima"/>
        </w:rPr>
        <w:t>ናብቲ</w:t>
      </w:r>
      <w:r>
        <w:rPr>
          <w:rFonts w:ascii="Times New Roman" w:hAnsi="Times New Roman" w:eastAsia="Times New Roman" w:cs="Times New Roman"/>
        </w:rPr>
        <w:t xml:space="preserve"> </w:t>
      </w:r>
      <w:r>
        <w:rPr>
          <w:rFonts w:ascii="Ebrima" w:hAnsi="Ebrima" w:eastAsia="Ebrima" w:cs="Ebrima"/>
        </w:rPr>
        <w:t>ብ</w:t>
      </w:r>
      <w:r>
        <w:rPr>
          <w:rFonts w:ascii="Times New Roman" w:hAnsi="Times New Roman" w:eastAsia="Times New Roman" w:cs="Times New Roman"/>
        </w:rPr>
        <w:t xml:space="preserve">1989 </w:t>
      </w:r>
      <w:r>
        <w:rPr>
          <w:rFonts w:ascii="Ebrima" w:hAnsi="Ebrima" w:eastAsia="Ebrima" w:cs="Ebrima"/>
        </w:rPr>
        <w:t>ዝተኸፍተ</w:t>
      </w:r>
      <w:r>
        <w:rPr>
          <w:rFonts w:ascii="Times New Roman" w:hAnsi="Times New Roman" w:eastAsia="Times New Roman" w:cs="Times New Roman"/>
        </w:rPr>
        <w:t xml:space="preserve"> </w:t>
      </w:r>
      <w:r>
        <w:rPr>
          <w:rFonts w:ascii="Ebrima" w:hAnsi="Ebrima" w:eastAsia="Ebrima" w:cs="Ebrima"/>
        </w:rPr>
        <w:t>ምዕባለ</w:t>
      </w:r>
      <w:r>
        <w:rPr>
          <w:rFonts w:ascii="Times New Roman" w:hAnsi="Times New Roman" w:eastAsia="Times New Roman" w:cs="Times New Roman"/>
        </w:rPr>
        <w:t xml:space="preserve"> </w:t>
      </w:r>
      <w:r>
        <w:rPr>
          <w:rFonts w:ascii="Ebrima" w:hAnsi="Ebrima" w:eastAsia="Ebrima" w:cs="Ebrima"/>
        </w:rPr>
        <w:t>ፍልጠት</w:t>
      </w:r>
      <w:r>
        <w:rPr>
          <w:rFonts w:ascii="Times New Roman" w:hAnsi="Times New Roman" w:eastAsia="Times New Roman" w:cs="Times New Roman"/>
        </w:rPr>
        <w:t xml:space="preserve"> </w:t>
      </w:r>
      <w:r>
        <w:rPr>
          <w:rFonts w:ascii="Ebrima" w:hAnsi="Ebrima" w:eastAsia="Ebrima" w:cs="Ebrima"/>
        </w:rPr>
        <w:t>ኣቕልቦና</w:t>
      </w:r>
      <w:r>
        <w:rPr>
          <w:rFonts w:ascii="Times New Roman" w:hAnsi="Times New Roman" w:eastAsia="Times New Roman" w:cs="Times New Roman"/>
        </w:rPr>
        <w:t xml:space="preserve"> </w:t>
      </w:r>
      <w:r>
        <w:rPr>
          <w:rFonts w:ascii="Ebrima" w:hAnsi="Ebrima" w:eastAsia="Ebrima" w:cs="Ebrima"/>
        </w:rPr>
        <w:t>ክንልውጥ</w:t>
      </w:r>
      <w:r>
        <w:rPr>
          <w:rFonts w:ascii="Times New Roman" w:hAnsi="Times New Roman" w:eastAsia="Times New Roman" w:cs="Times New Roman"/>
        </w:rPr>
        <w:t xml:space="preserve"> </w:t>
      </w:r>
      <w:r>
        <w:rPr>
          <w:rFonts w:ascii="Ebrima" w:hAnsi="Ebrima" w:eastAsia="Ebrima" w:cs="Ebrima"/>
        </w:rPr>
        <w:t>ኢና።</w:t>
      </w:r>
      <w:r>
        <w:rPr>
          <w:rFonts w:ascii="Times New Roman" w:hAnsi="Times New Roman" w:eastAsia="Times New Roman" w:cs="Times New Roman"/>
        </w:rPr>
        <w:t xml:space="preserve"> </w:t>
      </w:r>
      <w:r>
        <w:rPr>
          <w:rFonts w:ascii="Ebrima" w:hAnsi="Ebrima" w:eastAsia="Ebrima" w:cs="Ebrima"/>
        </w:rPr>
        <w:t>እቲ</w:t>
      </w:r>
      <w:r>
        <w:rPr>
          <w:rFonts w:ascii="Times New Roman" w:hAnsi="Times New Roman" w:eastAsia="Times New Roman" w:cs="Times New Roman"/>
        </w:rPr>
        <w:t xml:space="preserve"> </w:t>
      </w:r>
      <w:r>
        <w:rPr>
          <w:rFonts w:ascii="Ebrima" w:hAnsi="Ebrima" w:eastAsia="Ebrima" w:cs="Ebrima"/>
        </w:rPr>
        <w:t>ምዕባለ</w:t>
      </w:r>
      <w:r>
        <w:rPr>
          <w:rFonts w:ascii="Times New Roman" w:hAnsi="Times New Roman" w:eastAsia="Times New Roman" w:cs="Times New Roman"/>
        </w:rPr>
        <w:t xml:space="preserve"> </w:t>
      </w:r>
      <w:r>
        <w:rPr>
          <w:rFonts w:ascii="Ebrima" w:hAnsi="Ebrima" w:eastAsia="Ebrima" w:cs="Ebrima"/>
        </w:rPr>
        <w:t>ፍልጠት</w:t>
      </w:r>
      <w:r>
        <w:rPr>
          <w:rFonts w:ascii="Times New Roman" w:hAnsi="Times New Roman" w:eastAsia="Times New Roman" w:cs="Times New Roman"/>
        </w:rPr>
        <w:t xml:space="preserve"> </w:t>
      </w:r>
      <w:r>
        <w:rPr>
          <w:rFonts w:ascii="Ebrima" w:hAnsi="Ebrima" w:eastAsia="Ebrima" w:cs="Ebrima"/>
        </w:rPr>
        <w:t>ምስቲ</w:t>
      </w:r>
      <w:r>
        <w:rPr>
          <w:rFonts w:ascii="Times New Roman" w:hAnsi="Times New Roman" w:eastAsia="Times New Roman" w:cs="Times New Roman"/>
        </w:rPr>
        <w:t xml:space="preserve"> </w:t>
      </w:r>
      <w:r>
        <w:rPr>
          <w:rFonts w:ascii="Ebrima" w:hAnsi="Ebrima" w:eastAsia="Ebrima" w:cs="Ebrima"/>
        </w:rPr>
        <w:t>መወዳእታ</w:t>
      </w:r>
      <w:r>
        <w:rPr>
          <w:rFonts w:ascii="Times New Roman" w:hAnsi="Times New Roman" w:eastAsia="Times New Roman" w:cs="Times New Roman"/>
        </w:rPr>
        <w:t xml:space="preserve"> </w:t>
      </w:r>
      <w:r>
        <w:rPr>
          <w:rFonts w:ascii="Ebrima" w:hAnsi="Ebrima" w:eastAsia="Ebrima" w:cs="Ebrima"/>
        </w:rPr>
        <w:t>ሽዱሽተ</w:t>
      </w:r>
      <w:r>
        <w:rPr>
          <w:rFonts w:ascii="Times New Roman" w:hAnsi="Times New Roman" w:eastAsia="Times New Roman" w:cs="Times New Roman"/>
        </w:rPr>
        <w:t xml:space="preserve"> </w:t>
      </w:r>
      <w:r>
        <w:rPr>
          <w:rFonts w:ascii="Ebrima" w:hAnsi="Ebrima" w:eastAsia="Ebrima" w:cs="Ebrima"/>
        </w:rPr>
        <w:t>ጥቕስታት</w:t>
      </w:r>
      <w:r>
        <w:rPr>
          <w:rFonts w:ascii="Times New Roman" w:hAnsi="Times New Roman" w:eastAsia="Times New Roman" w:cs="Times New Roman"/>
        </w:rPr>
        <w:t xml:space="preserve"> </w:t>
      </w:r>
      <w:r>
        <w:rPr>
          <w:rFonts w:ascii="Ebrima" w:hAnsi="Ebrima" w:eastAsia="Ebrima" w:cs="Ebrima"/>
        </w:rPr>
        <w:t>ዳንኤል</w:t>
      </w:r>
      <w:r>
        <w:rPr>
          <w:rFonts w:ascii="Times New Roman" w:hAnsi="Times New Roman" w:eastAsia="Times New Roman" w:cs="Times New Roman"/>
        </w:rPr>
        <w:t xml:space="preserve"> </w:t>
      </w:r>
      <w:r>
        <w:rPr>
          <w:rFonts w:ascii="Ebrima" w:hAnsi="Ebrima" w:eastAsia="Ebrima" w:cs="Ebrima"/>
        </w:rPr>
        <w:t>ምዕራፍ</w:t>
      </w:r>
      <w:r>
        <w:rPr>
          <w:rFonts w:ascii="Times New Roman" w:hAnsi="Times New Roman" w:eastAsia="Times New Roman" w:cs="Times New Roman"/>
        </w:rPr>
        <w:t xml:space="preserve"> </w:t>
      </w:r>
      <w:r>
        <w:rPr>
          <w:rFonts w:ascii="Ebrima" w:hAnsi="Ebrima" w:eastAsia="Ebrima" w:cs="Ebrima"/>
        </w:rPr>
        <w:t>ዓሰርተ</w:t>
      </w:r>
      <w:r>
        <w:rPr>
          <w:rFonts w:ascii="Times New Roman" w:hAnsi="Times New Roman" w:eastAsia="Times New Roman" w:cs="Times New Roman"/>
        </w:rPr>
        <w:t xml:space="preserve"> </w:t>
      </w:r>
      <w:r>
        <w:rPr>
          <w:rFonts w:ascii="Ebrima" w:hAnsi="Ebrima" w:eastAsia="Ebrima" w:cs="Ebrima"/>
        </w:rPr>
        <w:t>ሓደ</w:t>
      </w:r>
      <w:r>
        <w:rPr>
          <w:rFonts w:ascii="Times New Roman" w:hAnsi="Times New Roman" w:eastAsia="Times New Roman" w:cs="Times New Roman"/>
        </w:rPr>
        <w:t xml:space="preserve"> </w:t>
      </w:r>
      <w:r>
        <w:rPr>
          <w:rFonts w:ascii="Ebrima" w:hAnsi="Ebrima" w:eastAsia="Ebrima" w:cs="Ebrima"/>
        </w:rPr>
        <w:t>ዝተኣሳሰረ</w:t>
      </w:r>
      <w:r>
        <w:rPr>
          <w:rFonts w:ascii="Times New Roman" w:hAnsi="Times New Roman" w:eastAsia="Times New Roman" w:cs="Times New Roman"/>
        </w:rPr>
        <w:t xml:space="preserve"> </w:t>
      </w:r>
      <w:r>
        <w:rPr>
          <w:rFonts w:ascii="Ebrima" w:hAnsi="Ebrima" w:eastAsia="Ebrima" w:cs="Ebrima"/>
        </w:rPr>
        <w:t>ነበረ።</w:t>
      </w:r>
      <w:r>
        <w:rPr>
          <w:rFonts w:ascii="Times New Roman" w:hAnsi="Times New Roman" w:eastAsia="Times New Roman" w:cs="Times New Roman"/>
        </w:rPr>
        <w:t xml:space="preserve"> </w:t>
      </w:r>
      <w:r>
        <w:rPr>
          <w:rFonts w:ascii="Ebrima" w:hAnsi="Ebrima" w:eastAsia="Ebrima" w:cs="Ebrima"/>
        </w:rPr>
        <w:t>ብ</w:t>
      </w:r>
      <w:r>
        <w:rPr>
          <w:rFonts w:ascii="Times New Roman" w:hAnsi="Times New Roman" w:eastAsia="Times New Roman" w:cs="Times New Roman"/>
        </w:rPr>
        <w:t>1989</w:t>
      </w:r>
      <w:r>
        <w:rPr>
          <w:rFonts w:ascii="Ebrima" w:hAnsi="Ebrima" w:eastAsia="Ebrima" w:cs="Ebrima"/>
        </w:rPr>
        <w:t>፣</w:t>
      </w:r>
      <w:r>
        <w:rPr>
          <w:rFonts w:ascii="Times New Roman" w:hAnsi="Times New Roman" w:eastAsia="Times New Roman" w:cs="Times New Roman"/>
        </w:rPr>
        <w:t xml:space="preserve"> </w:t>
      </w:r>
      <w:r>
        <w:rPr>
          <w:rFonts w:ascii="Ebrima" w:hAnsi="Ebrima" w:eastAsia="Ebrima" w:cs="Ebrima"/>
        </w:rPr>
        <w:t>እታ</w:t>
      </w:r>
      <w:r>
        <w:rPr>
          <w:rFonts w:ascii="Times New Roman" w:hAnsi="Times New Roman" w:eastAsia="Times New Roman" w:cs="Times New Roman"/>
        </w:rPr>
        <w:t xml:space="preserve"> </w:t>
      </w:r>
      <w:r>
        <w:rPr>
          <w:rFonts w:ascii="Ebrima" w:hAnsi="Ebrima" w:eastAsia="Ebrima" w:cs="Ebrima"/>
        </w:rPr>
        <w:t>ንእሽቶ</w:t>
      </w:r>
      <w:r>
        <w:rPr>
          <w:rFonts w:ascii="Times New Roman" w:hAnsi="Times New Roman" w:eastAsia="Times New Roman" w:cs="Times New Roman"/>
        </w:rPr>
        <w:t xml:space="preserve"> </w:t>
      </w:r>
      <w:r>
        <w:rPr>
          <w:rFonts w:ascii="Ebrima" w:hAnsi="Ebrima" w:eastAsia="Ebrima" w:cs="Ebrima"/>
        </w:rPr>
        <w:t>ጉጅለ</w:t>
      </w:r>
      <w:r>
        <w:rPr>
          <w:rFonts w:ascii="Times New Roman" w:hAnsi="Times New Roman" w:eastAsia="Times New Roman" w:cs="Times New Roman"/>
        </w:rPr>
        <w:t xml:space="preserve"> </w:t>
      </w:r>
      <w:r>
        <w:rPr>
          <w:rFonts w:ascii="Ebrima" w:hAnsi="Ebrima" w:eastAsia="Ebrima" w:cs="Ebrima"/>
        </w:rPr>
        <w:t>መጽናዕቲ</w:t>
      </w:r>
      <w:r>
        <w:rPr>
          <w:rFonts w:ascii="Times New Roman" w:hAnsi="Times New Roman" w:eastAsia="Times New Roman" w:cs="Times New Roman"/>
        </w:rPr>
        <w:t xml:space="preserve"> </w:t>
      </w:r>
      <w:r>
        <w:rPr>
          <w:rFonts w:ascii="Ebrima" w:hAnsi="Ebrima" w:eastAsia="Ebrima" w:cs="Ebrima"/>
        </w:rPr>
        <w:t>ሰንበትና</w:t>
      </w:r>
      <w:r>
        <w:rPr>
          <w:rFonts w:ascii="Times New Roman" w:hAnsi="Times New Roman" w:eastAsia="Times New Roman" w:cs="Times New Roman"/>
        </w:rPr>
        <w:t xml:space="preserve"> </w:t>
      </w:r>
      <w:r>
        <w:rPr>
          <w:rFonts w:ascii="Ebrima" w:hAnsi="Ebrima" w:eastAsia="Ebrima" w:cs="Ebrima"/>
        </w:rPr>
        <w:t>ነተን</w:t>
      </w:r>
      <w:r>
        <w:rPr>
          <w:rFonts w:ascii="Times New Roman" w:hAnsi="Times New Roman" w:eastAsia="Times New Roman" w:cs="Times New Roman"/>
        </w:rPr>
        <w:t xml:space="preserve"> </w:t>
      </w:r>
      <w:r>
        <w:rPr>
          <w:rFonts w:ascii="Ebrima" w:hAnsi="Ebrima" w:eastAsia="Ebrima" w:cs="Ebrima"/>
        </w:rPr>
        <w:t>መስመራት</w:t>
      </w:r>
      <w:r>
        <w:rPr>
          <w:rFonts w:ascii="Times New Roman" w:hAnsi="Times New Roman" w:eastAsia="Times New Roman" w:cs="Times New Roman"/>
        </w:rPr>
        <w:t xml:space="preserve"> </w:t>
      </w:r>
      <w:r>
        <w:rPr>
          <w:rFonts w:ascii="Ebrima" w:hAnsi="Ebrima" w:eastAsia="Ebrima" w:cs="Ebrima"/>
        </w:rPr>
        <w:t>ተሃድሶ</w:t>
      </w:r>
      <w:r>
        <w:rPr>
          <w:rFonts w:ascii="Times New Roman" w:hAnsi="Times New Roman" w:eastAsia="Times New Roman" w:cs="Times New Roman"/>
        </w:rPr>
        <w:t xml:space="preserve"> </w:t>
      </w:r>
      <w:r>
        <w:rPr>
          <w:rFonts w:ascii="Ebrima" w:hAnsi="Ebrima" w:eastAsia="Ebrima" w:cs="Ebrima"/>
        </w:rPr>
        <w:t>ናይ</w:t>
      </w:r>
      <w:r>
        <w:rPr>
          <w:rFonts w:ascii="Times New Roman" w:hAnsi="Times New Roman" w:eastAsia="Times New Roman" w:cs="Times New Roman"/>
        </w:rPr>
        <w:t xml:space="preserve"> </w:t>
      </w:r>
      <w:r>
        <w:rPr>
          <w:rFonts w:ascii="Ebrima" w:hAnsi="Ebrima" w:eastAsia="Ebrima" w:cs="Ebrima"/>
        </w:rPr>
        <w:t>ትንቢት</w:t>
      </w:r>
      <w:r>
        <w:rPr>
          <w:rFonts w:ascii="Times New Roman" w:hAnsi="Times New Roman" w:eastAsia="Times New Roman" w:cs="Times New Roman"/>
        </w:rPr>
        <w:t xml:space="preserve"> </w:t>
      </w:r>
      <w:r>
        <w:rPr>
          <w:rFonts w:ascii="Ebrima" w:hAnsi="Ebrima" w:eastAsia="Ebrima" w:cs="Ebrima"/>
        </w:rPr>
        <w:t>መጽሓፍ</w:t>
      </w:r>
      <w:r>
        <w:rPr>
          <w:rFonts w:ascii="Times New Roman" w:hAnsi="Times New Roman" w:eastAsia="Times New Roman" w:cs="Times New Roman"/>
        </w:rPr>
        <w:t xml:space="preserve"> </w:t>
      </w:r>
      <w:r>
        <w:rPr>
          <w:rFonts w:ascii="Ebrima" w:hAnsi="Ebrima" w:eastAsia="Ebrima" w:cs="Ebrima"/>
        </w:rPr>
        <w:t>ቅዱስ</w:t>
      </w:r>
      <w:r>
        <w:rPr>
          <w:rFonts w:ascii="Times New Roman" w:hAnsi="Times New Roman" w:eastAsia="Times New Roman" w:cs="Times New Roman"/>
        </w:rPr>
        <w:t xml:space="preserve"> </w:t>
      </w:r>
      <w:r>
        <w:rPr>
          <w:rFonts w:ascii="Ebrima" w:hAnsi="Ebrima" w:eastAsia="Ebrima" w:cs="Ebrima"/>
        </w:rPr>
        <w:t>ተረኺብናየን፣</w:t>
      </w:r>
      <w:r>
        <w:rPr>
          <w:rFonts w:ascii="Times New Roman" w:hAnsi="Times New Roman" w:eastAsia="Times New Roman" w:cs="Times New Roman"/>
        </w:rPr>
        <w:t xml:space="preserve"> </w:t>
      </w:r>
      <w:r>
        <w:rPr>
          <w:rFonts w:ascii="Ebrima" w:hAnsi="Ebrima" w:eastAsia="Ebrima" w:cs="Ebrima"/>
        </w:rPr>
        <w:t>እዚአን</w:t>
      </w:r>
      <w:r>
        <w:rPr>
          <w:rFonts w:ascii="Times New Roman" w:hAnsi="Times New Roman" w:eastAsia="Times New Roman" w:cs="Times New Roman"/>
        </w:rPr>
        <w:t xml:space="preserve"> </w:t>
      </w:r>
      <w:r>
        <w:rPr>
          <w:rFonts w:ascii="Ebrima" w:hAnsi="Ebrima" w:eastAsia="Ebrima" w:cs="Ebrima"/>
        </w:rPr>
        <w:t>እየን</w:t>
      </w:r>
      <w:r>
        <w:rPr>
          <w:rFonts w:ascii="Times New Roman" w:hAnsi="Times New Roman" w:eastAsia="Times New Roman" w:cs="Times New Roman"/>
        </w:rPr>
        <w:t xml:space="preserve"> Future for America </w:t>
      </w:r>
      <w:r>
        <w:rPr>
          <w:rFonts w:ascii="Ebrima" w:hAnsi="Ebrima" w:eastAsia="Ebrima" w:cs="Ebrima"/>
        </w:rPr>
        <w:t>ብብዙሕ</w:t>
      </w:r>
      <w:r>
        <w:rPr>
          <w:rFonts w:ascii="Times New Roman" w:hAnsi="Times New Roman" w:eastAsia="Times New Roman" w:cs="Times New Roman"/>
        </w:rPr>
        <w:t xml:space="preserve"> </w:t>
      </w:r>
      <w:r>
        <w:rPr>
          <w:rFonts w:ascii="Ebrima" w:hAnsi="Ebrima" w:eastAsia="Ebrima" w:cs="Ebrima"/>
        </w:rPr>
        <w:t>ጊዜ</w:t>
      </w:r>
      <w:r>
        <w:rPr>
          <w:rFonts w:ascii="Times New Roman" w:hAnsi="Times New Roman" w:eastAsia="Times New Roman" w:cs="Times New Roman"/>
        </w:rPr>
        <w:t xml:space="preserve"> </w:t>
      </w:r>
      <w:r>
        <w:rPr>
          <w:rFonts w:ascii="Ebrima" w:hAnsi="Ebrima" w:eastAsia="Ebrima" w:cs="Ebrima"/>
        </w:rPr>
        <w:t>ዝወከሰን፤</w:t>
      </w:r>
      <w:r>
        <w:rPr>
          <w:rFonts w:ascii="Times New Roman" w:hAnsi="Times New Roman" w:eastAsia="Times New Roman" w:cs="Times New Roman"/>
        </w:rPr>
        <w:t xml:space="preserve"> </w:t>
      </w:r>
      <w:r>
        <w:rPr>
          <w:rFonts w:ascii="Ebrima" w:hAnsi="Ebrima" w:eastAsia="Ebrima" w:cs="Ebrima"/>
        </w:rPr>
        <w:t>እዚአን</w:t>
      </w:r>
      <w:r>
        <w:rPr>
          <w:rFonts w:ascii="Times New Roman" w:hAnsi="Times New Roman" w:eastAsia="Times New Roman" w:cs="Times New Roman"/>
        </w:rPr>
        <w:t xml:space="preserve"> </w:t>
      </w:r>
      <w:r>
        <w:rPr>
          <w:rFonts w:ascii="Ebrima" w:hAnsi="Ebrima" w:eastAsia="Ebrima" w:cs="Ebrima"/>
        </w:rPr>
        <w:t>ድማ</w:t>
      </w:r>
      <w:r>
        <w:rPr>
          <w:rFonts w:ascii="Times New Roman" w:hAnsi="Times New Roman" w:eastAsia="Times New Roman" w:cs="Times New Roman"/>
        </w:rPr>
        <w:t xml:space="preserve"> </w:t>
      </w:r>
      <w:r>
        <w:rPr>
          <w:rFonts w:ascii="Ebrima" w:hAnsi="Ebrima" w:eastAsia="Ebrima" w:cs="Ebrima"/>
        </w:rPr>
        <w:t>ኣብ</w:t>
      </w:r>
      <w:r>
        <w:rPr>
          <w:rFonts w:ascii="Times New Roman" w:hAnsi="Times New Roman" w:eastAsia="Times New Roman" w:cs="Times New Roman"/>
        </w:rPr>
        <w:t xml:space="preserve"> </w:t>
      </w:r>
      <w:r>
        <w:rPr>
          <w:rFonts w:ascii="Ebrima" w:hAnsi="Ebrima" w:eastAsia="Ebrima" w:cs="Ebrima"/>
        </w:rPr>
        <w:t>ነፍሲ</w:t>
      </w:r>
      <w:r>
        <w:rPr>
          <w:rFonts w:ascii="Times New Roman" w:hAnsi="Times New Roman" w:eastAsia="Times New Roman" w:cs="Times New Roman"/>
        </w:rPr>
        <w:t xml:space="preserve"> </w:t>
      </w:r>
      <w:r>
        <w:rPr>
          <w:rFonts w:ascii="Ebrima" w:hAnsi="Ebrima" w:eastAsia="Ebrima" w:cs="Ebrima"/>
        </w:rPr>
        <w:t>ወከፍ</w:t>
      </w:r>
      <w:r>
        <w:rPr>
          <w:rFonts w:ascii="Times New Roman" w:hAnsi="Times New Roman" w:eastAsia="Times New Roman" w:cs="Times New Roman"/>
        </w:rPr>
        <w:t xml:space="preserve"> </w:t>
      </w:r>
      <w:r>
        <w:rPr>
          <w:rFonts w:ascii="Ebrima" w:hAnsi="Ebrima" w:eastAsia="Ebrima" w:cs="Ebrima"/>
        </w:rPr>
        <w:t>መስመር</w:t>
      </w:r>
      <w:r>
        <w:rPr>
          <w:rFonts w:ascii="Times New Roman" w:hAnsi="Times New Roman" w:eastAsia="Times New Roman" w:cs="Times New Roman"/>
        </w:rPr>
        <w:t xml:space="preserve"> </w:t>
      </w:r>
      <w:r>
        <w:rPr>
          <w:rFonts w:ascii="Ebrima" w:hAnsi="Ebrima" w:eastAsia="Ebrima" w:cs="Ebrima"/>
        </w:rPr>
        <w:t>ተሃድሶ</w:t>
      </w:r>
      <w:r>
        <w:rPr>
          <w:rFonts w:ascii="Times New Roman" w:hAnsi="Times New Roman" w:eastAsia="Times New Roman" w:cs="Times New Roman"/>
        </w:rPr>
        <w:t xml:space="preserve"> </w:t>
      </w:r>
      <w:r>
        <w:rPr>
          <w:rFonts w:ascii="Ebrima" w:hAnsi="Ebrima" w:eastAsia="Ebrima" w:cs="Ebrima"/>
        </w:rPr>
        <w:t>ተኸታታሊ</w:t>
      </w:r>
      <w:r>
        <w:rPr>
          <w:rFonts w:ascii="Times New Roman" w:hAnsi="Times New Roman" w:eastAsia="Times New Roman" w:cs="Times New Roman"/>
        </w:rPr>
        <w:t xml:space="preserve"> </w:t>
      </w:r>
      <w:r>
        <w:rPr>
          <w:rFonts w:ascii="Ebrima" w:hAnsi="Ebrima" w:eastAsia="Ebrima" w:cs="Ebrima"/>
        </w:rPr>
        <w:t>ፍጻመታት</w:t>
      </w:r>
      <w:r>
        <w:rPr>
          <w:rFonts w:ascii="Times New Roman" w:hAnsi="Times New Roman" w:eastAsia="Times New Roman" w:cs="Times New Roman"/>
        </w:rPr>
        <w:t xml:space="preserve"> </w:t>
      </w:r>
      <w:r>
        <w:rPr>
          <w:rFonts w:ascii="Ebrima" w:hAnsi="Ebrima" w:eastAsia="Ebrima" w:cs="Ebrima"/>
        </w:rPr>
        <w:t>ዝመስርታ</w:t>
      </w:r>
      <w:r>
        <w:rPr>
          <w:rFonts w:ascii="Times New Roman" w:hAnsi="Times New Roman" w:eastAsia="Times New Roman" w:cs="Times New Roman"/>
        </w:rPr>
        <w:t xml:space="preserve"> </w:t>
      </w:r>
      <w:r>
        <w:rPr>
          <w:rFonts w:ascii="Ebrima" w:hAnsi="Ebrima" w:eastAsia="Ebrima" w:cs="Ebrima"/>
        </w:rPr>
        <w:t>እየን፣</w:t>
      </w:r>
      <w:r>
        <w:rPr>
          <w:rFonts w:ascii="Times New Roman" w:hAnsi="Times New Roman" w:eastAsia="Times New Roman" w:cs="Times New Roman"/>
        </w:rPr>
        <w:t xml:space="preserve"> </w:t>
      </w:r>
      <w:r>
        <w:rPr>
          <w:rFonts w:ascii="Ebrima" w:hAnsi="Ebrima" w:eastAsia="Ebrima" w:cs="Ebrima"/>
        </w:rPr>
        <w:t>እዚ</w:t>
      </w:r>
      <w:r>
        <w:rPr>
          <w:rFonts w:ascii="Times New Roman" w:hAnsi="Times New Roman" w:eastAsia="Times New Roman" w:cs="Times New Roman"/>
        </w:rPr>
        <w:t xml:space="preserve"> </w:t>
      </w:r>
      <w:r>
        <w:rPr>
          <w:rFonts w:ascii="Ebrima" w:hAnsi="Ebrima" w:eastAsia="Ebrima" w:cs="Ebrima"/>
        </w:rPr>
        <w:t>ብተራኡ</w:t>
      </w:r>
      <w:r>
        <w:rPr>
          <w:rFonts w:ascii="Times New Roman" w:hAnsi="Times New Roman" w:eastAsia="Times New Roman" w:cs="Times New Roman"/>
        </w:rPr>
        <w:t xml:space="preserve"> </w:t>
      </w:r>
      <w:r>
        <w:rPr>
          <w:rFonts w:ascii="Ebrima" w:hAnsi="Ebrima" w:eastAsia="Ebrima" w:cs="Ebrima"/>
        </w:rPr>
        <w:t>ንሓደ</w:t>
      </w:r>
      <w:r>
        <w:rPr>
          <w:rFonts w:ascii="Times New Roman" w:hAnsi="Times New Roman" w:eastAsia="Times New Roman" w:cs="Times New Roman"/>
        </w:rPr>
        <w:t xml:space="preserve"> </w:t>
      </w:r>
      <w:r>
        <w:rPr>
          <w:rFonts w:ascii="Ebrima" w:hAnsi="Ebrima" w:eastAsia="Ebrima" w:cs="Ebrima"/>
        </w:rPr>
        <w:t>ተማሃራይ</w:t>
      </w:r>
      <w:r>
        <w:rPr>
          <w:rFonts w:ascii="Times New Roman" w:hAnsi="Times New Roman" w:eastAsia="Times New Roman" w:cs="Times New Roman"/>
        </w:rPr>
        <w:t xml:space="preserve"> </w:t>
      </w:r>
      <w:r>
        <w:rPr>
          <w:rFonts w:ascii="Ebrima" w:hAnsi="Ebrima" w:eastAsia="Ebrima" w:cs="Ebrima"/>
        </w:rPr>
        <w:t>ትንቢት</w:t>
      </w:r>
      <w:r>
        <w:rPr>
          <w:rFonts w:ascii="Times New Roman" w:hAnsi="Times New Roman" w:eastAsia="Times New Roman" w:cs="Times New Roman"/>
        </w:rPr>
        <w:t xml:space="preserve"> </w:t>
      </w:r>
      <w:r>
        <w:rPr>
          <w:rFonts w:ascii="Ebrima" w:hAnsi="Ebrima" w:eastAsia="Ebrima" w:cs="Ebrima"/>
        </w:rPr>
        <w:t>እቲ</w:t>
      </w:r>
      <w:r>
        <w:rPr>
          <w:rFonts w:ascii="Times New Roman" w:hAnsi="Times New Roman" w:eastAsia="Times New Roman" w:cs="Times New Roman"/>
        </w:rPr>
        <w:t xml:space="preserve"> </w:t>
      </w:r>
      <w:r>
        <w:rPr>
          <w:rFonts w:ascii="Ebrima" w:hAnsi="Ebrima" w:eastAsia="Ebrima" w:cs="Ebrima"/>
        </w:rPr>
        <w:t>መንገዲ</w:t>
      </w:r>
      <w:r>
        <w:rPr>
          <w:rFonts w:ascii="Times New Roman" w:hAnsi="Times New Roman" w:eastAsia="Times New Roman" w:cs="Times New Roman"/>
        </w:rPr>
        <w:t xml:space="preserve"> </w:t>
      </w:r>
      <w:r>
        <w:rPr>
          <w:rFonts w:ascii="Ebrima" w:hAnsi="Ebrima" w:eastAsia="Ebrima" w:cs="Ebrima"/>
        </w:rPr>
        <w:t>ዝናም</w:t>
      </w:r>
      <w:r>
        <w:rPr>
          <w:rFonts w:ascii="Times New Roman" w:hAnsi="Times New Roman" w:eastAsia="Times New Roman" w:cs="Times New Roman"/>
        </w:rPr>
        <w:t xml:space="preserve"> </w:t>
      </w:r>
      <w:r>
        <w:rPr>
          <w:rFonts w:ascii="Ebrima" w:hAnsi="Ebrima" w:eastAsia="Ebrima" w:cs="Ebrima"/>
        </w:rPr>
        <w:t>ዳሕራይ</w:t>
      </w:r>
      <w:r>
        <w:rPr>
          <w:rFonts w:ascii="Times New Roman" w:hAnsi="Times New Roman" w:eastAsia="Times New Roman" w:cs="Times New Roman"/>
        </w:rPr>
        <w:t xml:space="preserve"> “</w:t>
      </w:r>
      <w:r>
        <w:rPr>
          <w:rFonts w:ascii="Ebrima" w:hAnsi="Ebrima" w:eastAsia="Ebrima" w:cs="Ebrima"/>
        </w:rPr>
        <w:t>መስመር</w:t>
      </w:r>
      <w:r>
        <w:rPr>
          <w:rFonts w:ascii="Times New Roman" w:hAnsi="Times New Roman" w:eastAsia="Times New Roman" w:cs="Times New Roman"/>
        </w:rPr>
        <w:t xml:space="preserve"> </w:t>
      </w:r>
      <w:r>
        <w:rPr>
          <w:rFonts w:ascii="Ebrima" w:hAnsi="Ebrima" w:eastAsia="Ebrima" w:cs="Ebrima"/>
        </w:rPr>
        <w:t>ኣብ</w:t>
      </w:r>
      <w:r>
        <w:rPr>
          <w:rFonts w:ascii="Times New Roman" w:hAnsi="Times New Roman" w:eastAsia="Times New Roman" w:cs="Times New Roman"/>
        </w:rPr>
        <w:t xml:space="preserve"> </w:t>
      </w:r>
      <w:r>
        <w:rPr>
          <w:rFonts w:ascii="Ebrima" w:hAnsi="Ebrima" w:eastAsia="Ebrima" w:cs="Ebrima"/>
        </w:rPr>
        <w:t>ልዕሊ</w:t>
      </w:r>
      <w:r>
        <w:rPr>
          <w:rFonts w:ascii="Times New Roman" w:hAnsi="Times New Roman" w:eastAsia="Times New Roman" w:cs="Times New Roman"/>
        </w:rPr>
        <w:t xml:space="preserve"> </w:t>
      </w:r>
      <w:r>
        <w:rPr>
          <w:rFonts w:ascii="Ebrima" w:hAnsi="Ebrima" w:eastAsia="Ebrima" w:cs="Ebrima"/>
        </w:rPr>
        <w:t>መስመር</w:t>
      </w:r>
      <w:r>
        <w:rPr>
          <w:rFonts w:ascii="Times New Roman" w:hAnsi="Times New Roman" w:eastAsia="Times New Roman" w:cs="Times New Roman"/>
        </w:rPr>
        <w:t xml:space="preserve">” </w:t>
      </w:r>
      <w:r>
        <w:rPr>
          <w:rFonts w:ascii="Ebrima" w:hAnsi="Ebrima" w:eastAsia="Ebrima" w:cs="Ebrima"/>
        </w:rPr>
        <w:t>ዝብል</w:t>
      </w:r>
      <w:r>
        <w:rPr>
          <w:rFonts w:ascii="Times New Roman" w:hAnsi="Times New Roman" w:eastAsia="Times New Roman" w:cs="Times New Roman"/>
        </w:rPr>
        <w:t xml:space="preserve"> </w:t>
      </w:r>
      <w:r>
        <w:rPr>
          <w:rFonts w:ascii="Ebrima" w:hAnsi="Ebrima" w:eastAsia="Ebrima" w:cs="Ebrima"/>
        </w:rPr>
        <w:t>መተግበሪ</w:t>
      </w:r>
      <w:r>
        <w:rPr>
          <w:rFonts w:ascii="Times New Roman" w:hAnsi="Times New Roman" w:eastAsia="Times New Roman" w:cs="Times New Roman"/>
        </w:rPr>
        <w:t xml:space="preserve"> </w:t>
      </w:r>
      <w:r>
        <w:rPr>
          <w:rFonts w:ascii="Ebrima" w:hAnsi="Ebrima" w:eastAsia="Ebrima" w:cs="Ebrima"/>
        </w:rPr>
        <w:t>ንኽጥቀም</w:t>
      </w:r>
      <w:r>
        <w:rPr>
          <w:rFonts w:ascii="Times New Roman" w:hAnsi="Times New Roman" w:eastAsia="Times New Roman" w:cs="Times New Roman"/>
        </w:rPr>
        <w:t xml:space="preserve"> </w:t>
      </w:r>
      <w:r>
        <w:rPr>
          <w:rFonts w:ascii="Ebrima" w:hAnsi="Ebrima" w:eastAsia="Ebrima" w:cs="Ebrima"/>
        </w:rPr>
        <w:t>የኽእሎ።</w:t>
      </w:r>
    </w:p>
    <w:p>
      <w:pPr>
        <w:pStyle w:val="ArticleBody"/>
        <w:jc w:val="left"/>
      </w:pPr>
      <w:r>
        <w:rPr>
          <w:rFonts w:ascii="Times New Roman" w:hAnsi="Times New Roman" w:eastAsia="Times New Roman" w:cs="Times New Roman"/>
        </w:rPr>
        <w:t>Pe macuyaxihuitl (1992), nijkijkuilo se amatlajkuilolli tlen kipiya nochi itlaixpantilistli tlen in chikuase sa ikxitlajtolmeh tlen Daniel once. Inon amatlajkuilolli omokijkuilo san para notlatskamatilis, pampa ax onikpiaya yektli uelixtilistli nion yolilistli para nikixnextis nochipa inon tlamachtilistli. Ika 1994, inon amatlajkuilolli oajsik itech se ministerio Adventista tlen motekipachoa ica iselti; wan ika 1995, se serie tlen matlaktli wan se artículos tlen kipatilia in chikuase sa ikxitlajtolmeh tlen Daniel once omopubilikaro ipan se metztli revista tlen inon ministerio okichijchiuaya. Onkateh san keski tlamelajka tlaixmatkayotlajtolmeh itech Daniel once ipan in tlajkuilolmeh tlen Espíritu de Profecía, wan in achi ipatiyotl tlen nochi inon omochiua se tlanawatilistli tlen tlayekanketl para in melauakayotl in aplicación tlen oniknexti ika inon ikxitlajtolmeh.</w:t>
      </w:r>
    </w:p>
    <w:p>
      <w:pPr>
        <w:pStyle w:val="ArticleScripture"/>
        <w:jc w:val="left"/>
      </w:pPr>
      <w:r>
        <w:rPr>
          <w:rFonts w:ascii="Times New Roman" w:hAnsi="Times New Roman" w:eastAsia="Times New Roman" w:cs="Times New Roman"/>
        </w:rPr>
        <w:t>“Shunata tiempota manam kanchu. Sasachakuy tiemponak ñawpaqninchikpi kachkan. Kay pachaqa guerrar espiritunwan kuyuchisqa kachkan. Mana unayllataq profecíakunapi nisqa sasachakuy escenakuna pasakunanpaqmi. Danielpa chunka hukniyuq kaqninpi profecíaqa casi hunt’asqaña tukuy cumplimientonman chayaykusqa. Achka historiakuna kay profecíapa hunt’akuyninpi pasasqaqa yapamanta kutimunqaku. Kimsa chunka kaq versículopi huk atiyniyuqmanta rimakun, payqa ‘llakisqa kanqa, [Daniel 11:30–36 quoted.]”</w:t>
      </w:r>
    </w:p>
    <w:p>
      <w:pPr>
        <w:pStyle w:val="ArticleScripture"/>
        <w:jc w:val="left"/>
      </w:pPr>
      <w:r>
        <w:rPr>
          <w:rFonts w:ascii="Times New Roman" w:hAnsi="Times New Roman" w:eastAsia="Times New Roman" w:cs="Times New Roman"/>
        </w:rPr>
        <w:t>«Որոշակի խոսքերում նկարագրվածներին նման տեսարաններ տեղի կունենան»։ Manuscript Releases, թիվ 13, 394։</w:t>
      </w:r>
    </w:p>
    <w:p>
      <w:pPr>
        <w:pStyle w:val="ArticleBody"/>
        <w:jc w:val="left"/>
      </w:pPr>
      <w:r>
        <w:rPr>
          <w:rFonts w:ascii="Nirmala UI" w:hAnsi="Nirmala UI" w:eastAsia="Nirmala UI" w:cs="Nirmala UI"/>
        </w:rPr>
        <w:t>സിസ്റ്റർ</w:t>
      </w:r>
      <w:r>
        <w:rPr>
          <w:rFonts w:ascii="Times New Roman" w:hAnsi="Times New Roman" w:eastAsia="Times New Roman" w:cs="Times New Roman"/>
        </w:rPr>
        <w:t xml:space="preserve"> </w:t>
      </w:r>
      <w:r>
        <w:rPr>
          <w:rFonts w:ascii="Nirmala UI" w:hAnsi="Nirmala UI" w:eastAsia="Nirmala UI" w:cs="Nirmala UI"/>
        </w:rPr>
        <w:t>വൈറ്റ്</w:t>
      </w:r>
      <w:r>
        <w:rPr>
          <w:rFonts w:ascii="Times New Roman" w:hAnsi="Times New Roman" w:eastAsia="Times New Roman" w:cs="Times New Roman"/>
        </w:rPr>
        <w:t xml:space="preserve"> 1798-</w:t>
      </w:r>
      <w:r>
        <w:rPr>
          <w:rFonts w:ascii="Nirmala UI" w:hAnsi="Nirmala UI" w:eastAsia="Nirmala UI" w:cs="Nirmala UI"/>
        </w:rPr>
        <w:t>ആം</w:t>
      </w:r>
      <w:r>
        <w:rPr>
          <w:rFonts w:ascii="Times New Roman" w:hAnsi="Times New Roman" w:eastAsia="Times New Roman" w:cs="Times New Roman"/>
        </w:rPr>
        <w:t xml:space="preserve"> </w:t>
      </w:r>
      <w:r>
        <w:rPr>
          <w:rFonts w:ascii="Nirmala UI" w:hAnsi="Nirmala UI" w:eastAsia="Nirmala UI" w:cs="Nirmala UI"/>
        </w:rPr>
        <w:t>വർഷം</w:t>
      </w:r>
      <w:r>
        <w:rPr>
          <w:rFonts w:ascii="Times New Roman" w:hAnsi="Times New Roman" w:eastAsia="Times New Roman" w:cs="Times New Roman"/>
        </w:rPr>
        <w:t xml:space="preserve"> </w:t>
      </w:r>
      <w:r>
        <w:rPr>
          <w:rFonts w:ascii="Nirmala UI" w:hAnsi="Nirmala UI" w:eastAsia="Nirmala UI" w:cs="Nirmala UI"/>
        </w:rPr>
        <w:t>തന്നെയാണ്</w:t>
      </w:r>
      <w:r>
        <w:rPr>
          <w:rFonts w:ascii="Times New Roman" w:hAnsi="Times New Roman" w:eastAsia="Times New Roman" w:cs="Times New Roman"/>
        </w:rPr>
        <w:t xml:space="preserve"> “</w:t>
      </w:r>
      <w:r>
        <w:rPr>
          <w:rFonts w:ascii="Nirmala UI" w:hAnsi="Nirmala UI" w:eastAsia="Nirmala UI" w:cs="Nirmala UI"/>
        </w:rPr>
        <w:t>അവസാനകാലം</w:t>
      </w:r>
      <w:r>
        <w:rPr>
          <w:rFonts w:ascii="Times New Roman" w:hAnsi="Times New Roman" w:eastAsia="Times New Roman" w:cs="Times New Roman"/>
        </w:rPr>
        <w:t xml:space="preserve">” </w:t>
      </w:r>
      <w:r>
        <w:rPr>
          <w:rFonts w:ascii="Nirmala UI" w:hAnsi="Nirmala UI" w:eastAsia="Nirmala UI" w:cs="Nirmala UI"/>
        </w:rPr>
        <w:t>എന്നു</w:t>
      </w:r>
      <w:r>
        <w:rPr>
          <w:rFonts w:ascii="Times New Roman" w:hAnsi="Times New Roman" w:eastAsia="Times New Roman" w:cs="Times New Roman"/>
        </w:rPr>
        <w:t xml:space="preserve"> </w:t>
      </w:r>
      <w:r>
        <w:rPr>
          <w:rFonts w:ascii="Nirmala UI" w:hAnsi="Nirmala UI" w:eastAsia="Nirmala UI" w:cs="Nirmala UI"/>
        </w:rPr>
        <w:t>വ്യക്തമായി</w:t>
      </w:r>
      <w:r>
        <w:rPr>
          <w:rFonts w:ascii="Times New Roman" w:hAnsi="Times New Roman" w:eastAsia="Times New Roman" w:cs="Times New Roman"/>
        </w:rPr>
        <w:t xml:space="preserve"> </w:t>
      </w:r>
      <w:r>
        <w:rPr>
          <w:rFonts w:ascii="Nirmala UI" w:hAnsi="Nirmala UI" w:eastAsia="Nirmala UI" w:cs="Nirmala UI"/>
        </w:rPr>
        <w:t>പറയുന്നു</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“Aba ngexesheni yokuphela,” kutsho umprofeti, “‘abaninzi baya kugidima besiya naphaya, nolwazi luya kwanda.’ Daniyeli 12:4.... Ukususela ngowe-1798 incwadi kaDaniyeli iye yatyhilwa, ulwazi lweziprofeto lwandile, yaye abaninzi baye bavakalisa isigidimi esinzulu somgwebo osondela.” Imbambano Enkulu, 356.</w:t>
      </w:r>
    </w:p>
    <w:p>
      <w:pPr>
        <w:pStyle w:val="ArticleBody"/>
        <w:jc w:val="left"/>
      </w:pPr>
      <w:r>
        <w:rPr>
          <w:rFonts w:ascii="Myanmar Text" w:hAnsi="Myanmar Text" w:eastAsia="Myanmar Text" w:cs="Myanmar Text"/>
        </w:rPr>
        <w:t>ဒံယေလ</w:t>
      </w:r>
      <w:r>
        <w:rPr>
          <w:rFonts w:ascii="Times New Roman" w:hAnsi="Times New Roman" w:eastAsia="Times New Roman" w:cs="Times New Roman"/>
        </w:rPr>
        <w:t xml:space="preserve"> </w:t>
      </w:r>
      <w:r>
        <w:rPr>
          <w:rFonts w:ascii="Myanmar Text" w:hAnsi="Myanmar Text" w:eastAsia="Myanmar Text" w:cs="Myanmar Text"/>
        </w:rPr>
        <w:t>အခန်းကြီး</w:t>
      </w:r>
      <w:r>
        <w:rPr>
          <w:rFonts w:ascii="Times New Roman" w:hAnsi="Times New Roman" w:eastAsia="Times New Roman" w:cs="Times New Roman"/>
        </w:rPr>
        <w:t xml:space="preserve"> </w:t>
      </w:r>
      <w:r>
        <w:rPr>
          <w:rFonts w:ascii="Myanmar Text" w:hAnsi="Myanmar Text" w:eastAsia="Myanmar Text" w:cs="Myanmar Text"/>
        </w:rPr>
        <w:t>၁၁</w:t>
      </w:r>
      <w:r>
        <w:rPr>
          <w:rFonts w:ascii="Times New Roman" w:hAnsi="Times New Roman" w:eastAsia="Times New Roman" w:cs="Times New Roman"/>
        </w:rPr>
        <w:t xml:space="preserve"> </w:t>
      </w:r>
      <w:r>
        <w:rPr>
          <w:rFonts w:ascii="Myanmar Text" w:hAnsi="Myanmar Text" w:eastAsia="Myanmar Text" w:cs="Myanmar Text"/>
        </w:rPr>
        <w:t>၏</w:t>
      </w:r>
      <w:r>
        <w:rPr>
          <w:rFonts w:ascii="Times New Roman" w:hAnsi="Times New Roman" w:eastAsia="Times New Roman" w:cs="Times New Roman"/>
        </w:rPr>
        <w:t xml:space="preserve"> </w:t>
      </w:r>
      <w:r>
        <w:rPr>
          <w:rFonts w:ascii="Myanmar Text" w:hAnsi="Myanmar Text" w:eastAsia="Myanmar Text" w:cs="Myanmar Text"/>
        </w:rPr>
        <w:t>အပိုဒ်</w:t>
      </w:r>
      <w:r>
        <w:rPr>
          <w:rFonts w:ascii="Times New Roman" w:hAnsi="Times New Roman" w:eastAsia="Times New Roman" w:cs="Times New Roman"/>
        </w:rPr>
        <w:t xml:space="preserve"> </w:t>
      </w:r>
      <w:r>
        <w:rPr>
          <w:rFonts w:ascii="Myanmar Text" w:hAnsi="Myanmar Text" w:eastAsia="Myanmar Text" w:cs="Myanmar Text"/>
        </w:rPr>
        <w:t>၄၀</w:t>
      </w:r>
      <w:r>
        <w:rPr>
          <w:rFonts w:ascii="Times New Roman" w:hAnsi="Times New Roman" w:eastAsia="Times New Roman" w:cs="Times New Roman"/>
        </w:rPr>
        <w:t xml:space="preserve"> </w:t>
      </w:r>
      <w:r>
        <w:rPr>
          <w:rFonts w:ascii="Myanmar Text" w:hAnsi="Myanmar Text" w:eastAsia="Myanmar Text" w:cs="Myanmar Text"/>
        </w:rPr>
        <w:t>သည်</w:t>
      </w:r>
      <w:r>
        <w:rPr>
          <w:rFonts w:ascii="Times New Roman" w:hAnsi="Times New Roman" w:eastAsia="Times New Roman" w:cs="Times New Roman"/>
        </w:rPr>
        <w:t xml:space="preserve"> “</w:t>
      </w:r>
      <w:r>
        <w:rPr>
          <w:rFonts w:ascii="Myanmar Text" w:hAnsi="Myanmar Text" w:eastAsia="Myanmar Text" w:cs="Myanmar Text"/>
        </w:rPr>
        <w:t>အဆုံးကာလ၌</w:t>
      </w:r>
      <w:r>
        <w:rPr>
          <w:rFonts w:ascii="Times New Roman" w:hAnsi="Times New Roman" w:eastAsia="Times New Roman" w:cs="Times New Roman"/>
        </w:rPr>
        <w:t xml:space="preserve">” </w:t>
      </w:r>
      <w:r>
        <w:rPr>
          <w:rFonts w:ascii="Myanmar Text" w:hAnsi="Myanmar Text" w:eastAsia="Myanmar Text" w:cs="Myanmar Text"/>
        </w:rPr>
        <w:t>ဟူသော</w:t>
      </w:r>
      <w:r>
        <w:rPr>
          <w:rFonts w:ascii="Times New Roman" w:hAnsi="Times New Roman" w:eastAsia="Times New Roman" w:cs="Times New Roman"/>
        </w:rPr>
        <w:t xml:space="preserve"> </w:t>
      </w:r>
      <w:r>
        <w:rPr>
          <w:rFonts w:ascii="Myanmar Text" w:hAnsi="Myanmar Text" w:eastAsia="Myanmar Text" w:cs="Myanmar Text"/>
        </w:rPr>
        <w:t>စကားဖြင့်</w:t>
      </w:r>
      <w:r>
        <w:rPr>
          <w:rFonts w:ascii="Times New Roman" w:hAnsi="Times New Roman" w:eastAsia="Times New Roman" w:cs="Times New Roman"/>
        </w:rPr>
        <w:t xml:space="preserve"> </w:t>
      </w:r>
      <w:r>
        <w:rPr>
          <w:rFonts w:ascii="Myanmar Text" w:hAnsi="Myanmar Text" w:eastAsia="Myanmar Text" w:cs="Myanmar Text"/>
        </w:rPr>
        <w:t>စတင်သည်။</w:t>
      </w:r>
    </w:p>
    <w:p>
      <w:pPr>
        <w:pStyle w:val="ArticleScripture"/>
        <w:jc w:val="left"/>
      </w:pPr>
      <w:r>
        <w:rPr>
          <w:rFonts w:ascii="Times New Roman" w:hAnsi="Times New Roman" w:eastAsia="Times New Roman" w:cs="Times New Roman"/>
        </w:rPr>
        <w:t>At panahon sang katapusan ang hari sa habagatan magaduso batok sa iya; kag ang hari sa amihan magakadto batok sa iya subong sang alipuros, upod ang mga karwahe, kag ang mga mangangabayo, kag ang madamo nga mga sakayan; kag siya magasulod sa mga duta, kag magaanod kag magalabay. Daniel 11:40.</w:t>
      </w:r>
    </w:p>
    <w:p>
      <w:pPr>
        <w:pStyle w:val="ArticleBody"/>
        <w:jc w:val="left"/>
      </w:pPr>
      <w:r>
        <w:rPr>
          <w:rFonts w:ascii="Times New Roman" w:hAnsi="Times New Roman" w:eastAsia="Times New Roman" w:cs="Times New Roman"/>
        </w:rPr>
        <w:t>Yammo, xewiraay bu jëfandikoo Ruuh u njubteyi ci lu leer, ne aaya juróom-ñeent-fukk bi mooy tàmbali njàngat gu nekk ci téeméeri mbir yu tàmbalee ci atum 1798. Mbir yooyu dañuy indi ba ci jeexitalu waxtu nattu nit ñi, ndaxte aaya bu jëkk bu saar 12 bu Daniyel nee: “Te ci booba Mikayel dina taxaw,” te Sister White wax na ko ci lu leer ne bu Mikayel taxawee, waxtu nattu nit ñi dina jeex.</w:t>
      </w:r>
    </w:p>
    <w:p>
      <w:pPr>
        <w:pStyle w:val="ArticleScripture"/>
        <w:jc w:val="left"/>
      </w:pPr>
      <w:r>
        <w:rPr>
          <w:rFonts w:ascii="Times New Roman" w:hAnsi="Times New Roman" w:eastAsia="Times New Roman" w:cs="Times New Roman"/>
        </w:rPr>
        <w:t>“‘Pada masa itu Mikhael akan bangkit, penghulu besar yang berdiri bagi anak-anak bangsamu; dan akan ada suatu masa kesesakan, seperti yang belum pernah terjadi sejak ada suatu bangsa sampai pada masa itu juga; dan pada masa itu bangsamu akan terluput, setiap orang yang didapati tertulis di dalam kitab itu.’ Daniel 12:1.</w:t>
      </w:r>
    </w:p>
    <w:p>
      <w:pPr>
        <w:pStyle w:val="ArticleScripture"/>
        <w:jc w:val="left"/>
      </w:pPr>
      <w:r>
        <w:rPr>
          <w:rFonts w:ascii="Times New Roman" w:hAnsi="Times New Roman" w:eastAsia="Times New Roman" w:cs="Times New Roman"/>
        </w:rPr>
        <w:t>«Бозгашти паёми фариштаи сеюм, раҳм дигар барои сокинони гунаҳкори замин шафоат намекунад. Қавми Худо кори худро ба анҷом расондаанд. Онҳо “борони охирин”, “таровати аз ҳузури Худованд”-ро гирифтаанд, ва барои соати озмоише, ки пеши рӯяшон аст, омода шудаанд. Фариштагон дар осмон шитобон ба ин сӯю он сӯ мераванд. Фариштае, ки аз замин бозмегардад, эълон мекунад, ки кори ӯ анҷом ёфтааст; озмоиши ниҳоӣ бар ҷаҳон оварда шудааст, ва ҳамаи онҳое ки худро ба аҳкоми илоҳӣ содиқ нишон додаанд, “мӯҳри Худои зинда”-ро гирифтаанд. Он гоҳ Исо шафоати Худро дар муқаддасгоҳи боло қатъ мекунад. Ӯ дастҳои Худро боло мебардорад ва бо овози баланд мегӯяд: “Иҷро шуд;” ва тамоми лашкари фариштагон тоҷҳои худро аз сар мегиранд, ҳангоме ки Ӯ ин эълони ҷиддиро баён мекунад: “Бигзор золим боз ҳам золим бошад; ва палид боз ҳам палид бошад; ва одил боз ҳам одил бошад; ва муқаддас боз ҳам муқаддас бошад.” Ваҳй 22:11. Ҳар як парванда барои ҳаёт ё мамот ҳал карда шудааст.» Муборизаи Бузург, 613.</w:t>
      </w:r>
    </w:p>
    <w:p>
      <w:pPr>
        <w:pStyle w:val="ArticleBody"/>
        <w:jc w:val="left"/>
      </w:pPr>
      <w:r>
        <w:rPr>
          <w:rFonts w:ascii="Times New Roman" w:hAnsi="Times New Roman" w:eastAsia="Times New Roman" w:cs="Times New Roman"/>
        </w:rPr>
        <w:t>Դանիէլի տասնմէկերորդ գլխի քառասուներորդ համարը սկսւում է 1798 թուականից, իսկ քառասունհինգերորդ համարում, երբ հիւսիսի թագաւորը (պապականութիւնը) հասնում է իր վախճանին՝ առանց մէկի, որ օգնէ իրեն, մարդկային փորձութեան ժամանակը փակւում է, որովհետեւ յաջորդ համարը ասում է. «Եւ այն ժամանակ», այսպէս իսկոյն իսկ նոյնականացնելով նախորդ համարով ներկայացուած «ժամանակը», որն է Դանիէլի տասնմէկերորդ գլխի քառասունհինգերորդ համարը։ Հիւսիսի թագաւորը (պապականութիւնը) հասնում է իր վախճանին մարդկային փորձութեան ժամանակի աւարտին։</w:t>
      </w:r>
    </w:p>
    <w:p>
      <w:pPr>
        <w:pStyle w:val="ArticleBody"/>
        <w:jc w:val="left"/>
      </w:pPr>
      <w:r>
        <w:rPr>
          <w:rFonts w:ascii="Times New Roman" w:hAnsi="Times New Roman" w:eastAsia="Times New Roman" w:cs="Times New Roman"/>
        </w:rPr>
        <w:t>لهٰذا، دانی ایل گیارہ کی آخری چھ آیات کی تاریخ ایسے واقعات کے ایک سلسلے کی نشان دہی کرتی ہے جو 1798 میں شروع ہوتا ہے اور انسانی مہلتِ آزمائش کے اختتام پر ختم ہوتا ہے۔ جب سسٹر وائٹ زندہ تھیں، 1798 ظاہر ہے کہ ان کی ماضی کی تاریخ میں تھا۔ جب انہوں نے یہ کہا کہ “the prophecy in the eleventh chapter of Daniel has nearly reached its complete fulfillment,” تو وہ صرف اسی تاریخ کی طرف اشارہ کر سکتی ہیں جو 1798 کے بعد واقع ہوتی ہے، اور مائیکل کے کھڑے ہونے سے پہلے۔ پھر وہ خاص طور پر یہ فرماتی ہیں کہ “much of the history that has taken place in fulfillment of this prophecy will be repeated,” یوں علمِ نبوت کے طالبِ علم کو ہدایت دیتی ہیں کہ دانی ایل گیارہ کی آخری تاریخ، جو “has nearly reached its complete fulfillment،” دانی ایل باب گیارہ میں بیان کردہ دوسری تاریخی حصّوں میں تمثیلی طور پر پہلے ہی پیش کی جا چکی ہے۔</w:t>
      </w:r>
    </w:p>
    <w:p>
      <w:pPr>
        <w:pStyle w:val="ArticleBody"/>
        <w:jc w:val="left"/>
      </w:pPr>
      <w:r>
        <w:rPr>
          <w:rFonts w:ascii="Times New Roman" w:hAnsi="Times New Roman" w:eastAsia="Times New Roman" w:cs="Times New Roman"/>
        </w:rPr>
        <w:t>Ja u përcakton atë çelës profetik më të rëndësishëm, ajo më pas citon vargjet tridhjetë deri në tridhjetë e gjashtë dhe thotë: “Skena të ngjashme me ato që përshkruhen në këto fjalë do të ndodhin.” Frymëzimi dha një çelës për ata studentë të profecisë që dëshironin të kuptonin përmbushjen përfundimtare të Danielit njëmbëdhjetë. Çelësi ishte se historia e gjashtë vargjeve të fundit të Danielit njëmbëdhjetë ishte një paralele me historinë e paraqitur në vargjet tridhjetë deri në tridhjetë e gjashtë. Nga ky zbulim rrjedh një bollëk i madh drite, por ajo që duhet marrë në shqyrtim këtu është se, në vargun tridhjetë e një të Danielit njëmbëdhjetë, “e përditshmja” hiqet.</w:t>
      </w:r>
    </w:p>
    <w:p>
      <w:pPr>
        <w:pStyle w:val="ArticleBody"/>
        <w:jc w:val="left"/>
      </w:pPr>
      <w:r>
        <w:rPr>
          <w:rFonts w:ascii="Ebrima" w:hAnsi="Ebrima" w:eastAsia="Ebrima" w:cs="Ebrima"/>
        </w:rPr>
        <w:t>ንታታሪኽ</w:t>
      </w:r>
      <w:r>
        <w:rPr>
          <w:rFonts w:ascii="Times New Roman" w:hAnsi="Times New Roman" w:eastAsia="Times New Roman" w:cs="Times New Roman"/>
        </w:rPr>
        <w:t xml:space="preserve"> </w:t>
      </w:r>
      <w:r>
        <w:rPr>
          <w:rFonts w:ascii="Ebrima" w:hAnsi="Ebrima" w:eastAsia="Ebrima" w:cs="Ebrima"/>
        </w:rPr>
        <w:t>እቲ</w:t>
      </w:r>
      <w:r>
        <w:rPr>
          <w:rFonts w:ascii="Times New Roman" w:hAnsi="Times New Roman" w:eastAsia="Times New Roman" w:cs="Times New Roman"/>
        </w:rPr>
        <w:t xml:space="preserve"> </w:t>
      </w:r>
      <w:r>
        <w:rPr>
          <w:rFonts w:ascii="Ebrima" w:hAnsi="Ebrima" w:eastAsia="Ebrima" w:cs="Ebrima"/>
        </w:rPr>
        <w:t>ናይ</w:t>
      </w:r>
      <w:r>
        <w:rPr>
          <w:rFonts w:ascii="Times New Roman" w:hAnsi="Times New Roman" w:eastAsia="Times New Roman" w:cs="Times New Roman"/>
        </w:rPr>
        <w:t xml:space="preserve"> </w:t>
      </w:r>
      <w:r>
        <w:rPr>
          <w:rFonts w:ascii="Ebrima" w:hAnsi="Ebrima" w:eastAsia="Ebrima" w:cs="Ebrima"/>
        </w:rPr>
        <w:t>ሰብ</w:t>
      </w:r>
      <w:r>
        <w:rPr>
          <w:rFonts w:ascii="Times New Roman" w:hAnsi="Times New Roman" w:eastAsia="Times New Roman" w:cs="Times New Roman"/>
        </w:rPr>
        <w:t xml:space="preserve"> </w:t>
      </w:r>
      <w:r>
        <w:rPr>
          <w:rFonts w:ascii="Ebrima" w:hAnsi="Ebrima" w:eastAsia="Ebrima" w:cs="Ebrima"/>
        </w:rPr>
        <w:t>ምፍታሕ</w:t>
      </w:r>
      <w:r>
        <w:rPr>
          <w:rFonts w:ascii="Times New Roman" w:hAnsi="Times New Roman" w:eastAsia="Times New Roman" w:cs="Times New Roman"/>
        </w:rPr>
        <w:t xml:space="preserve"> </w:t>
      </w:r>
      <w:r>
        <w:rPr>
          <w:rFonts w:ascii="Ebrima" w:hAnsi="Ebrima" w:eastAsia="Ebrima" w:cs="Ebrima"/>
        </w:rPr>
        <w:t>ክሳዕ</w:t>
      </w:r>
      <w:r>
        <w:rPr>
          <w:rFonts w:ascii="Times New Roman" w:hAnsi="Times New Roman" w:eastAsia="Times New Roman" w:cs="Times New Roman"/>
        </w:rPr>
        <w:t xml:space="preserve"> </w:t>
      </w:r>
      <w:r>
        <w:rPr>
          <w:rFonts w:ascii="Ebrima" w:hAnsi="Ebrima" w:eastAsia="Ebrima" w:cs="Ebrima"/>
        </w:rPr>
        <w:t>ምዕጻው</w:t>
      </w:r>
      <w:r>
        <w:rPr>
          <w:rFonts w:ascii="Times New Roman" w:hAnsi="Times New Roman" w:eastAsia="Times New Roman" w:cs="Times New Roman"/>
        </w:rPr>
        <w:t xml:space="preserve"> </w:t>
      </w:r>
      <w:r>
        <w:rPr>
          <w:rFonts w:ascii="Ebrima" w:hAnsi="Ebrima" w:eastAsia="Ebrima" w:cs="Ebrima"/>
        </w:rPr>
        <w:t>ዘብጽሕ</w:t>
      </w:r>
      <w:r>
        <w:rPr>
          <w:rFonts w:ascii="Times New Roman" w:hAnsi="Times New Roman" w:eastAsia="Times New Roman" w:cs="Times New Roman"/>
        </w:rPr>
        <w:t xml:space="preserve"> </w:t>
      </w:r>
      <w:r>
        <w:rPr>
          <w:rFonts w:ascii="Ebrima" w:hAnsi="Ebrima" w:eastAsia="Ebrima" w:cs="Ebrima"/>
        </w:rPr>
        <w:t>ተኸታታሊ</w:t>
      </w:r>
      <w:r>
        <w:rPr>
          <w:rFonts w:ascii="Times New Roman" w:hAnsi="Times New Roman" w:eastAsia="Times New Roman" w:cs="Times New Roman"/>
        </w:rPr>
        <w:t xml:space="preserve"> </w:t>
      </w:r>
      <w:r>
        <w:rPr>
          <w:rFonts w:ascii="Ebrima" w:hAnsi="Ebrima" w:eastAsia="Ebrima" w:cs="Ebrima"/>
        </w:rPr>
        <w:t>ፍጻመታት</w:t>
      </w:r>
      <w:r>
        <w:rPr>
          <w:rFonts w:ascii="Times New Roman" w:hAnsi="Times New Roman" w:eastAsia="Times New Roman" w:cs="Times New Roman"/>
        </w:rPr>
        <w:t xml:space="preserve"> </w:t>
      </w:r>
      <w:r>
        <w:rPr>
          <w:rFonts w:ascii="Ebrima" w:hAnsi="Ebrima" w:eastAsia="Ebrima" w:cs="Ebrima"/>
        </w:rPr>
        <w:t>ዝገልጽ</w:t>
      </w:r>
      <w:r>
        <w:rPr>
          <w:rFonts w:ascii="Times New Roman" w:hAnsi="Times New Roman" w:eastAsia="Times New Roman" w:cs="Times New Roman"/>
        </w:rPr>
        <w:t xml:space="preserve"> </w:t>
      </w:r>
      <w:r>
        <w:rPr>
          <w:rFonts w:ascii="Ebrima" w:hAnsi="Ebrima" w:eastAsia="Ebrima" w:cs="Ebrima"/>
        </w:rPr>
        <w:t>ብትኽክል</w:t>
      </w:r>
      <w:r>
        <w:rPr>
          <w:rFonts w:ascii="Times New Roman" w:hAnsi="Times New Roman" w:eastAsia="Times New Roman" w:cs="Times New Roman"/>
        </w:rPr>
        <w:t xml:space="preserve"> </w:t>
      </w:r>
      <w:r>
        <w:rPr>
          <w:rFonts w:ascii="Ebrima" w:hAnsi="Ebrima" w:eastAsia="Ebrima" w:cs="Ebrima"/>
        </w:rPr>
        <w:t>ንምርዳእ፡</w:t>
      </w:r>
      <w:r>
        <w:rPr>
          <w:rFonts w:ascii="Times New Roman" w:hAnsi="Times New Roman" w:eastAsia="Times New Roman" w:cs="Times New Roman"/>
        </w:rPr>
        <w:t xml:space="preserve"> </w:t>
      </w:r>
      <w:r>
        <w:rPr>
          <w:rFonts w:ascii="Ebrima" w:hAnsi="Ebrima" w:eastAsia="Ebrima" w:cs="Ebrima"/>
        </w:rPr>
        <w:t>ተማሃራይ</w:t>
      </w:r>
      <w:r>
        <w:rPr>
          <w:rFonts w:ascii="Times New Roman" w:hAnsi="Times New Roman" w:eastAsia="Times New Roman" w:cs="Times New Roman"/>
        </w:rPr>
        <w:t xml:space="preserve"> </w:t>
      </w:r>
      <w:r>
        <w:rPr>
          <w:rFonts w:ascii="Ebrima" w:hAnsi="Ebrima" w:eastAsia="Ebrima" w:cs="Ebrima"/>
        </w:rPr>
        <w:t>ትንቢት</w:t>
      </w:r>
      <w:r>
        <w:rPr>
          <w:rFonts w:ascii="Times New Roman" w:hAnsi="Times New Roman" w:eastAsia="Times New Roman" w:cs="Times New Roman"/>
        </w:rPr>
        <w:t xml:space="preserve"> </w:t>
      </w:r>
      <w:r>
        <w:rPr>
          <w:rFonts w:ascii="Ebrima" w:hAnsi="Ebrima" w:eastAsia="Ebrima" w:cs="Ebrima"/>
        </w:rPr>
        <w:t>ን</w:t>
      </w:r>
      <w:r>
        <w:rPr>
          <w:rFonts w:ascii="Times New Roman" w:hAnsi="Times New Roman" w:eastAsia="Times New Roman" w:cs="Times New Roman"/>
        </w:rPr>
        <w:t xml:space="preserve">“the daily” </w:t>
      </w:r>
      <w:r>
        <w:rPr>
          <w:rFonts w:ascii="Ebrima" w:hAnsi="Ebrima" w:eastAsia="Ebrima" w:cs="Ebrima"/>
        </w:rPr>
        <w:t>ብትኽክል</w:t>
      </w:r>
      <w:r>
        <w:rPr>
          <w:rFonts w:ascii="Times New Roman" w:hAnsi="Times New Roman" w:eastAsia="Times New Roman" w:cs="Times New Roman"/>
        </w:rPr>
        <w:t xml:space="preserve"> </w:t>
      </w:r>
      <w:r>
        <w:rPr>
          <w:rFonts w:ascii="Ebrima" w:hAnsi="Ebrima" w:eastAsia="Ebrima" w:cs="Ebrima"/>
        </w:rPr>
        <w:t>ክርዳእ</w:t>
      </w:r>
      <w:r>
        <w:rPr>
          <w:rFonts w:ascii="Times New Roman" w:hAnsi="Times New Roman" w:eastAsia="Times New Roman" w:cs="Times New Roman"/>
        </w:rPr>
        <w:t xml:space="preserve"> </w:t>
      </w:r>
      <w:r>
        <w:rPr>
          <w:rFonts w:ascii="Ebrima" w:hAnsi="Ebrima" w:eastAsia="Ebrima" w:cs="Ebrima"/>
        </w:rPr>
        <w:t>ይግባእ።</w:t>
      </w:r>
      <w:r>
        <w:rPr>
          <w:rFonts w:ascii="Times New Roman" w:hAnsi="Times New Roman" w:eastAsia="Times New Roman" w:cs="Times New Roman"/>
        </w:rPr>
        <w:t xml:space="preserve"> </w:t>
      </w:r>
      <w:r>
        <w:rPr>
          <w:rFonts w:ascii="Ebrima" w:hAnsi="Ebrima" w:eastAsia="Ebrima" w:cs="Ebrima"/>
        </w:rPr>
        <w:t>ጥቕሲ</w:t>
      </w:r>
      <w:r>
        <w:rPr>
          <w:rFonts w:ascii="Times New Roman" w:hAnsi="Times New Roman" w:eastAsia="Times New Roman" w:cs="Times New Roman"/>
        </w:rPr>
        <w:t xml:space="preserve"> </w:t>
      </w:r>
      <w:r>
        <w:rPr>
          <w:rFonts w:ascii="Ebrima" w:hAnsi="Ebrima" w:eastAsia="Ebrima" w:cs="Ebrima"/>
        </w:rPr>
        <w:t>ሰላሳን</w:t>
      </w:r>
      <w:r>
        <w:rPr>
          <w:rFonts w:ascii="Times New Roman" w:hAnsi="Times New Roman" w:eastAsia="Times New Roman" w:cs="Times New Roman"/>
        </w:rPr>
        <w:t xml:space="preserve"> </w:t>
      </w:r>
      <w:r>
        <w:rPr>
          <w:rFonts w:ascii="Ebrima" w:hAnsi="Ebrima" w:eastAsia="Ebrima" w:cs="Ebrima"/>
        </w:rPr>
        <w:t>ሓደን</w:t>
      </w:r>
      <w:r>
        <w:rPr>
          <w:rFonts w:ascii="Times New Roman" w:hAnsi="Times New Roman" w:eastAsia="Times New Roman" w:cs="Times New Roman"/>
        </w:rPr>
        <w:t xml:space="preserve"> </w:t>
      </w:r>
      <w:r>
        <w:rPr>
          <w:rFonts w:ascii="Ebrima" w:hAnsi="Ebrima" w:eastAsia="Ebrima" w:cs="Ebrima"/>
        </w:rPr>
        <w:t>ኣገልግሎት</w:t>
      </w:r>
      <w:r>
        <w:rPr>
          <w:rFonts w:ascii="Times New Roman" w:hAnsi="Times New Roman" w:eastAsia="Times New Roman" w:cs="Times New Roman"/>
        </w:rPr>
        <w:t xml:space="preserve"> </w:t>
      </w:r>
      <w:r>
        <w:rPr>
          <w:rFonts w:ascii="Ebrima" w:hAnsi="Ebrima" w:eastAsia="Ebrima" w:cs="Ebrima"/>
        </w:rPr>
        <w:t>ክርስቶስ</w:t>
      </w:r>
      <w:r>
        <w:rPr>
          <w:rFonts w:ascii="Times New Roman" w:hAnsi="Times New Roman" w:eastAsia="Times New Roman" w:cs="Times New Roman"/>
        </w:rPr>
        <w:t xml:space="preserve"> </w:t>
      </w:r>
      <w:r>
        <w:rPr>
          <w:rFonts w:ascii="Ebrima" w:hAnsi="Ebrima" w:eastAsia="Ebrima" w:cs="Ebrima"/>
        </w:rPr>
        <w:t>ኣብ</w:t>
      </w:r>
      <w:r>
        <w:rPr>
          <w:rFonts w:ascii="Times New Roman" w:hAnsi="Times New Roman" w:eastAsia="Times New Roman" w:cs="Times New Roman"/>
        </w:rPr>
        <w:t xml:space="preserve"> </w:t>
      </w:r>
      <w:r>
        <w:rPr>
          <w:rFonts w:ascii="Ebrima" w:hAnsi="Ebrima" w:eastAsia="Ebrima" w:cs="Ebrima"/>
        </w:rPr>
        <w:t>መቕደስ</w:t>
      </w:r>
      <w:r>
        <w:rPr>
          <w:rFonts w:ascii="Times New Roman" w:hAnsi="Times New Roman" w:eastAsia="Times New Roman" w:cs="Times New Roman"/>
        </w:rPr>
        <w:t xml:space="preserve"> </w:t>
      </w:r>
      <w:r>
        <w:rPr>
          <w:rFonts w:ascii="Ebrima" w:hAnsi="Ebrima" w:eastAsia="Ebrima" w:cs="Ebrima"/>
        </w:rPr>
        <w:t>ከም</w:t>
      </w:r>
      <w:r>
        <w:rPr>
          <w:rFonts w:ascii="Times New Roman" w:hAnsi="Times New Roman" w:eastAsia="Times New Roman" w:cs="Times New Roman"/>
        </w:rPr>
        <w:t xml:space="preserve"> </w:t>
      </w:r>
      <w:r>
        <w:rPr>
          <w:rFonts w:ascii="Ebrima" w:hAnsi="Ebrima" w:eastAsia="Ebrima" w:cs="Ebrima"/>
        </w:rPr>
        <w:t>ዝተወስደ</w:t>
      </w:r>
      <w:r>
        <w:rPr>
          <w:rFonts w:ascii="Times New Roman" w:hAnsi="Times New Roman" w:eastAsia="Times New Roman" w:cs="Times New Roman"/>
        </w:rPr>
        <w:t xml:space="preserve"> </w:t>
      </w:r>
      <w:r>
        <w:rPr>
          <w:rFonts w:ascii="Ebrima" w:hAnsi="Ebrima" w:eastAsia="Ebrima" w:cs="Ebrima"/>
        </w:rPr>
        <w:t>ዝለልይ</w:t>
      </w:r>
      <w:r>
        <w:rPr>
          <w:rFonts w:ascii="Times New Roman" w:hAnsi="Times New Roman" w:eastAsia="Times New Roman" w:cs="Times New Roman"/>
        </w:rPr>
        <w:t xml:space="preserve"> </w:t>
      </w:r>
      <w:r>
        <w:rPr>
          <w:rFonts w:ascii="Ebrima" w:hAnsi="Ebrima" w:eastAsia="Ebrima" w:cs="Ebrima"/>
        </w:rPr>
        <w:t>እንተ</w:t>
      </w:r>
      <w:r>
        <w:rPr>
          <w:rFonts w:ascii="Times New Roman" w:hAnsi="Times New Roman" w:eastAsia="Times New Roman" w:cs="Times New Roman"/>
        </w:rPr>
        <w:t xml:space="preserve"> </w:t>
      </w:r>
      <w:r>
        <w:rPr>
          <w:rFonts w:ascii="Ebrima" w:hAnsi="Ebrima" w:eastAsia="Ebrima" w:cs="Ebrima"/>
        </w:rPr>
        <w:t>ኾይኑ፣</w:t>
      </w:r>
      <w:r>
        <w:rPr>
          <w:rFonts w:ascii="Times New Roman" w:hAnsi="Times New Roman" w:eastAsia="Times New Roman" w:cs="Times New Roman"/>
        </w:rPr>
        <w:t xml:space="preserve"> </w:t>
      </w:r>
      <w:r>
        <w:rPr>
          <w:rFonts w:ascii="Ebrima" w:hAnsi="Ebrima" w:eastAsia="Ebrima" w:cs="Ebrima"/>
        </w:rPr>
        <w:t>ወይ</w:t>
      </w:r>
      <w:r>
        <w:rPr>
          <w:rFonts w:ascii="Times New Roman" w:hAnsi="Times New Roman" w:eastAsia="Times New Roman" w:cs="Times New Roman"/>
        </w:rPr>
        <w:t xml:space="preserve"> </w:t>
      </w:r>
      <w:r>
        <w:rPr>
          <w:rFonts w:ascii="Ebrima" w:hAnsi="Ebrima" w:eastAsia="Ebrima" w:cs="Ebrima"/>
        </w:rPr>
        <w:t>ድማ</w:t>
      </w:r>
      <w:r>
        <w:rPr>
          <w:rFonts w:ascii="Times New Roman" w:hAnsi="Times New Roman" w:eastAsia="Times New Roman" w:cs="Times New Roman"/>
        </w:rPr>
        <w:t xml:space="preserve"> </w:t>
      </w:r>
      <w:r>
        <w:rPr>
          <w:rFonts w:ascii="Ebrima" w:hAnsi="Ebrima" w:eastAsia="Ebrima" w:cs="Ebrima"/>
        </w:rPr>
        <w:t>ምውሳድ</w:t>
      </w:r>
      <w:r>
        <w:rPr>
          <w:rFonts w:ascii="Times New Roman" w:hAnsi="Times New Roman" w:eastAsia="Times New Roman" w:cs="Times New Roman"/>
        </w:rPr>
        <w:t xml:space="preserve"> </w:t>
      </w:r>
      <w:r>
        <w:rPr>
          <w:rFonts w:ascii="Ebrima" w:hAnsi="Ebrima" w:eastAsia="Ebrima" w:cs="Ebrima"/>
        </w:rPr>
        <w:t>ጣኦታዊነት</w:t>
      </w:r>
      <w:r>
        <w:rPr>
          <w:rFonts w:ascii="Times New Roman" w:hAnsi="Times New Roman" w:eastAsia="Times New Roman" w:cs="Times New Roman"/>
        </w:rPr>
        <w:t xml:space="preserve"> </w:t>
      </w:r>
      <w:r>
        <w:rPr>
          <w:rFonts w:ascii="Ebrima" w:hAnsi="Ebrima" w:eastAsia="Ebrima" w:cs="Ebrima"/>
        </w:rPr>
        <w:t>ዝለልይ</w:t>
      </w:r>
      <w:r>
        <w:rPr>
          <w:rFonts w:ascii="Times New Roman" w:hAnsi="Times New Roman" w:eastAsia="Times New Roman" w:cs="Times New Roman"/>
        </w:rPr>
        <w:t xml:space="preserve"> </w:t>
      </w:r>
      <w:r>
        <w:rPr>
          <w:rFonts w:ascii="Ebrima" w:hAnsi="Ebrima" w:eastAsia="Ebrima" w:cs="Ebrima"/>
        </w:rPr>
        <w:t>እንተ</w:t>
      </w:r>
      <w:r>
        <w:rPr>
          <w:rFonts w:ascii="Times New Roman" w:hAnsi="Times New Roman" w:eastAsia="Times New Roman" w:cs="Times New Roman"/>
        </w:rPr>
        <w:t xml:space="preserve"> </w:t>
      </w:r>
      <w:r>
        <w:rPr>
          <w:rFonts w:ascii="Ebrima" w:hAnsi="Ebrima" w:eastAsia="Ebrima" w:cs="Ebrima"/>
        </w:rPr>
        <w:t>ኾይኑ፣</w:t>
      </w:r>
      <w:r>
        <w:rPr>
          <w:rFonts w:ascii="Times New Roman" w:hAnsi="Times New Roman" w:eastAsia="Times New Roman" w:cs="Times New Roman"/>
        </w:rPr>
        <w:t xml:space="preserve"> </w:t>
      </w:r>
      <w:r>
        <w:rPr>
          <w:rFonts w:ascii="Ebrima" w:hAnsi="Ebrima" w:eastAsia="Ebrima" w:cs="Ebrima"/>
        </w:rPr>
        <w:t>እቲ</w:t>
      </w:r>
      <w:r>
        <w:rPr>
          <w:rFonts w:ascii="Times New Roman" w:hAnsi="Times New Roman" w:eastAsia="Times New Roman" w:cs="Times New Roman"/>
        </w:rPr>
        <w:t xml:space="preserve"> </w:t>
      </w:r>
      <w:r>
        <w:rPr>
          <w:rFonts w:ascii="Ebrima" w:hAnsi="Ebrima" w:eastAsia="Ebrima" w:cs="Ebrima"/>
        </w:rPr>
        <w:t>ምምስሳል</w:t>
      </w:r>
      <w:r>
        <w:rPr>
          <w:rFonts w:ascii="Times New Roman" w:hAnsi="Times New Roman" w:eastAsia="Times New Roman" w:cs="Times New Roman"/>
        </w:rPr>
        <w:t xml:space="preserve"> </w:t>
      </w:r>
      <w:r>
        <w:rPr>
          <w:rFonts w:ascii="Ebrima" w:hAnsi="Ebrima" w:eastAsia="Ebrima" w:cs="Ebrima"/>
        </w:rPr>
        <w:t>ታሪኽ</w:t>
      </w:r>
      <w:r>
        <w:rPr>
          <w:rFonts w:ascii="Times New Roman" w:hAnsi="Times New Roman" w:eastAsia="Times New Roman" w:cs="Times New Roman"/>
        </w:rPr>
        <w:t xml:space="preserve"> </w:t>
      </w:r>
      <w:r>
        <w:rPr>
          <w:rFonts w:ascii="Ebrima" w:hAnsi="Ebrima" w:eastAsia="Ebrima" w:cs="Ebrima"/>
        </w:rPr>
        <w:t>ብትኽክል</w:t>
      </w:r>
      <w:r>
        <w:rPr>
          <w:rFonts w:ascii="Times New Roman" w:hAnsi="Times New Roman" w:eastAsia="Times New Roman" w:cs="Times New Roman"/>
        </w:rPr>
        <w:t xml:space="preserve"> </w:t>
      </w:r>
      <w:r>
        <w:rPr>
          <w:rFonts w:ascii="Ebrima" w:hAnsi="Ebrima" w:eastAsia="Ebrima" w:cs="Ebrima"/>
        </w:rPr>
        <w:t>ንምርዳእ፡</w:t>
      </w:r>
      <w:r>
        <w:rPr>
          <w:rFonts w:ascii="Times New Roman" w:hAnsi="Times New Roman" w:eastAsia="Times New Roman" w:cs="Times New Roman"/>
        </w:rPr>
        <w:t xml:space="preserve"> </w:t>
      </w:r>
      <w:r>
        <w:rPr>
          <w:rFonts w:ascii="Ebrima" w:hAnsi="Ebrima" w:eastAsia="Ebrima" w:cs="Ebrima"/>
        </w:rPr>
        <w:t>እታ</w:t>
      </w:r>
      <w:r>
        <w:rPr>
          <w:rFonts w:ascii="Times New Roman" w:hAnsi="Times New Roman" w:eastAsia="Times New Roman" w:cs="Times New Roman"/>
        </w:rPr>
        <w:t xml:space="preserve"> </w:t>
      </w:r>
      <w:r>
        <w:rPr>
          <w:rFonts w:ascii="Ebrima" w:hAnsi="Ebrima" w:eastAsia="Ebrima" w:cs="Ebrima"/>
        </w:rPr>
        <w:t>ሓፍቲ</w:t>
      </w:r>
      <w:r>
        <w:rPr>
          <w:rFonts w:ascii="Times New Roman" w:hAnsi="Times New Roman" w:eastAsia="Times New Roman" w:cs="Times New Roman"/>
        </w:rPr>
        <w:t xml:space="preserve"> </w:t>
      </w:r>
      <w:r>
        <w:rPr>
          <w:rFonts w:ascii="Ebrima" w:hAnsi="Ebrima" w:eastAsia="Ebrima" w:cs="Ebrima"/>
        </w:rPr>
        <w:t>ዋይት</w:t>
      </w:r>
      <w:r>
        <w:rPr>
          <w:rFonts w:ascii="Times New Roman" w:hAnsi="Times New Roman" w:eastAsia="Times New Roman" w:cs="Times New Roman"/>
        </w:rPr>
        <w:t xml:space="preserve"> “</w:t>
      </w:r>
      <w:r>
        <w:rPr>
          <w:rFonts w:ascii="Ebrima" w:hAnsi="Ebrima" w:eastAsia="Ebrima" w:cs="Ebrima"/>
        </w:rPr>
        <w:t>ነዞም</w:t>
      </w:r>
      <w:r>
        <w:rPr>
          <w:rFonts w:ascii="Times New Roman" w:hAnsi="Times New Roman" w:eastAsia="Times New Roman" w:cs="Times New Roman"/>
        </w:rPr>
        <w:t xml:space="preserve"> </w:t>
      </w:r>
      <w:r>
        <w:rPr>
          <w:rFonts w:ascii="Ebrima" w:hAnsi="Ebrima" w:eastAsia="Ebrima" w:cs="Ebrima"/>
        </w:rPr>
        <w:t>ቃላት</w:t>
      </w:r>
      <w:r>
        <w:rPr>
          <w:rFonts w:ascii="Times New Roman" w:hAnsi="Times New Roman" w:eastAsia="Times New Roman" w:cs="Times New Roman"/>
        </w:rPr>
        <w:t xml:space="preserve"> </w:t>
      </w:r>
      <w:r>
        <w:rPr>
          <w:rFonts w:ascii="Ebrima" w:hAnsi="Ebrima" w:eastAsia="Ebrima" w:cs="Ebrima"/>
        </w:rPr>
        <w:t>ዝተገልጹ</w:t>
      </w:r>
      <w:r>
        <w:rPr>
          <w:rFonts w:ascii="Times New Roman" w:hAnsi="Times New Roman" w:eastAsia="Times New Roman" w:cs="Times New Roman"/>
        </w:rPr>
        <w:t xml:space="preserve"> </w:t>
      </w:r>
      <w:r>
        <w:rPr>
          <w:rFonts w:ascii="Ebrima" w:hAnsi="Ebrima" w:eastAsia="Ebrima" w:cs="Ebrima"/>
        </w:rPr>
        <w:t>ተመሳሰልቲ</w:t>
      </w:r>
      <w:r>
        <w:rPr>
          <w:rFonts w:ascii="Times New Roman" w:hAnsi="Times New Roman" w:eastAsia="Times New Roman" w:cs="Times New Roman"/>
        </w:rPr>
        <w:t xml:space="preserve"> </w:t>
      </w:r>
      <w:r>
        <w:rPr>
          <w:rFonts w:ascii="Ebrima" w:hAnsi="Ebrima" w:eastAsia="Ebrima" w:cs="Ebrima"/>
        </w:rPr>
        <w:t>ትዕይንቲታት</w:t>
      </w:r>
      <w:r>
        <w:rPr>
          <w:rFonts w:ascii="Times New Roman" w:hAnsi="Times New Roman" w:eastAsia="Times New Roman" w:cs="Times New Roman"/>
        </w:rPr>
        <w:t xml:space="preserve"> </w:t>
      </w:r>
      <w:r>
        <w:rPr>
          <w:rFonts w:ascii="Ebrima" w:hAnsi="Ebrima" w:eastAsia="Ebrima" w:cs="Ebrima"/>
        </w:rPr>
        <w:t>ክፍጸሙ</w:t>
      </w:r>
      <w:r>
        <w:rPr>
          <w:rFonts w:ascii="Times New Roman" w:hAnsi="Times New Roman" w:eastAsia="Times New Roman" w:cs="Times New Roman"/>
        </w:rPr>
        <w:t xml:space="preserve"> </w:t>
      </w:r>
      <w:r>
        <w:rPr>
          <w:rFonts w:ascii="Ebrima" w:hAnsi="Ebrima" w:eastAsia="Ebrima" w:cs="Ebrima"/>
        </w:rPr>
        <w:t>እዮም</w:t>
      </w:r>
      <w:r>
        <w:rPr>
          <w:rFonts w:ascii="Times New Roman" w:hAnsi="Times New Roman" w:eastAsia="Times New Roman" w:cs="Times New Roman"/>
        </w:rPr>
        <w:t xml:space="preserve">” </w:t>
      </w:r>
      <w:r>
        <w:rPr>
          <w:rFonts w:ascii="Ebrima" w:hAnsi="Ebrima" w:eastAsia="Ebrima" w:cs="Ebrima"/>
        </w:rPr>
        <w:t>ኢላ</w:t>
      </w:r>
      <w:r>
        <w:rPr>
          <w:rFonts w:ascii="Times New Roman" w:hAnsi="Times New Roman" w:eastAsia="Times New Roman" w:cs="Times New Roman"/>
        </w:rPr>
        <w:t xml:space="preserve"> </w:t>
      </w:r>
      <w:r>
        <w:rPr>
          <w:rFonts w:ascii="Ebrima" w:hAnsi="Ebrima" w:eastAsia="Ebrima" w:cs="Ebrima"/>
        </w:rPr>
        <w:t>ብዝጸሓፈቶ</w:t>
      </w:r>
      <w:r>
        <w:rPr>
          <w:rFonts w:ascii="Times New Roman" w:hAnsi="Times New Roman" w:eastAsia="Times New Roman" w:cs="Times New Roman"/>
        </w:rPr>
        <w:t xml:space="preserve"> </w:t>
      </w:r>
      <w:r>
        <w:rPr>
          <w:rFonts w:ascii="Ebrima" w:hAnsi="Ebrima" w:eastAsia="Ebrima" w:cs="Ebrima"/>
        </w:rPr>
        <w:t>ጊዜ</w:t>
      </w:r>
      <w:r>
        <w:rPr>
          <w:rFonts w:ascii="Times New Roman" w:hAnsi="Times New Roman" w:eastAsia="Times New Roman" w:cs="Times New Roman"/>
        </w:rPr>
        <w:t xml:space="preserve"> </w:t>
      </w:r>
      <w:r>
        <w:rPr>
          <w:rFonts w:ascii="Ebrima" w:hAnsi="Ebrima" w:eastAsia="Ebrima" w:cs="Ebrima"/>
        </w:rPr>
        <w:t>ዝተዛረበቶ</w:t>
      </w:r>
      <w:r>
        <w:rPr>
          <w:rFonts w:ascii="Times New Roman" w:hAnsi="Times New Roman" w:eastAsia="Times New Roman" w:cs="Times New Roman"/>
        </w:rPr>
        <w:t xml:space="preserve"> </w:t>
      </w:r>
      <w:r>
        <w:rPr>
          <w:rFonts w:ascii="Ebrima" w:hAnsi="Ebrima" w:eastAsia="Ebrima" w:cs="Ebrima"/>
        </w:rPr>
        <w:t>ብትኽክል</w:t>
      </w:r>
      <w:r>
        <w:rPr>
          <w:rFonts w:ascii="Times New Roman" w:hAnsi="Times New Roman" w:eastAsia="Times New Roman" w:cs="Times New Roman"/>
        </w:rPr>
        <w:t xml:space="preserve"> </w:t>
      </w:r>
      <w:r>
        <w:rPr>
          <w:rFonts w:ascii="Ebrima" w:hAnsi="Ebrima" w:eastAsia="Ebrima" w:cs="Ebrima"/>
        </w:rPr>
        <w:t>ንምርዳእ</w:t>
      </w:r>
      <w:r>
        <w:rPr>
          <w:rFonts w:ascii="Times New Roman" w:hAnsi="Times New Roman" w:eastAsia="Times New Roman" w:cs="Times New Roman"/>
        </w:rPr>
        <w:t xml:space="preserve"> </w:t>
      </w:r>
      <w:r>
        <w:rPr>
          <w:rFonts w:ascii="Ebrima" w:hAnsi="Ebrima" w:eastAsia="Ebrima" w:cs="Ebrima"/>
        </w:rPr>
        <w:t>ፈቲንካ</w:t>
      </w:r>
      <w:r>
        <w:rPr>
          <w:rFonts w:ascii="Times New Roman" w:hAnsi="Times New Roman" w:eastAsia="Times New Roman" w:cs="Times New Roman"/>
        </w:rPr>
        <w:t xml:space="preserve"> </w:t>
      </w:r>
      <w:r>
        <w:rPr>
          <w:rFonts w:ascii="Ebrima" w:hAnsi="Ebrima" w:eastAsia="Ebrima" w:cs="Ebrima"/>
        </w:rPr>
        <w:t>እንተ</w:t>
      </w:r>
      <w:r>
        <w:rPr>
          <w:rFonts w:ascii="Times New Roman" w:hAnsi="Times New Roman" w:eastAsia="Times New Roman" w:cs="Times New Roman"/>
        </w:rPr>
        <w:t xml:space="preserve"> </w:t>
      </w:r>
      <w:r>
        <w:rPr>
          <w:rFonts w:ascii="Ebrima" w:hAnsi="Ebrima" w:eastAsia="Ebrima" w:cs="Ebrima"/>
        </w:rPr>
        <w:t>ኾንካ፣</w:t>
      </w:r>
      <w:r>
        <w:rPr>
          <w:rFonts w:ascii="Times New Roman" w:hAnsi="Times New Roman" w:eastAsia="Times New Roman" w:cs="Times New Roman"/>
        </w:rPr>
        <w:t xml:space="preserve"> </w:t>
      </w:r>
      <w:r>
        <w:rPr>
          <w:rFonts w:ascii="Ebrima" w:hAnsi="Ebrima" w:eastAsia="Ebrima" w:cs="Ebrima"/>
        </w:rPr>
        <w:t>እዚ</w:t>
      </w:r>
      <w:r>
        <w:rPr>
          <w:rFonts w:ascii="Times New Roman" w:hAnsi="Times New Roman" w:eastAsia="Times New Roman" w:cs="Times New Roman"/>
        </w:rPr>
        <w:t xml:space="preserve"> </w:t>
      </w:r>
      <w:r>
        <w:rPr>
          <w:rFonts w:ascii="Ebrima" w:hAnsi="Ebrima" w:eastAsia="Ebrima" w:cs="Ebrima"/>
        </w:rPr>
        <w:t>ብፍጹም</w:t>
      </w:r>
      <w:r>
        <w:rPr>
          <w:rFonts w:ascii="Times New Roman" w:hAnsi="Times New Roman" w:eastAsia="Times New Roman" w:cs="Times New Roman"/>
        </w:rPr>
        <w:t xml:space="preserve"> </w:t>
      </w:r>
      <w:r>
        <w:rPr>
          <w:rFonts w:ascii="Ebrima" w:hAnsi="Ebrima" w:eastAsia="Ebrima" w:cs="Ebrima"/>
        </w:rPr>
        <w:t>ኣገዳሲ</w:t>
      </w:r>
      <w:r>
        <w:rPr>
          <w:rFonts w:ascii="Times New Roman" w:hAnsi="Times New Roman" w:eastAsia="Times New Roman" w:cs="Times New Roman"/>
        </w:rPr>
        <w:t xml:space="preserve"> </w:t>
      </w:r>
      <w:r>
        <w:rPr>
          <w:rFonts w:ascii="Ebrima" w:hAnsi="Ebrima" w:eastAsia="Ebrima" w:cs="Ebrima"/>
        </w:rPr>
        <w:t>እዩ።</w:t>
      </w:r>
    </w:p>
    <w:p>
      <w:pPr>
        <w:pStyle w:val="ArticleBody"/>
        <w:jc w:val="left"/>
      </w:pPr>
      <w:r>
        <w:rPr>
          <w:rFonts w:ascii="Times New Roman" w:hAnsi="Times New Roman" w:eastAsia="Times New Roman" w:cs="Times New Roman"/>
        </w:rPr>
        <w:t>Evidemment, l’adventisme laodicéen n’a pas reconnu l’accomplissement du verset quarante de Daniel onze comme désignant l’effondrement de l’Union soviétique en 1989, mais ce verset désigne bien ces événements mêmes. Pour ceux qui désiraient comprendre correctement l’accroissement prophétique de la connaissance survenu avec l’accomplissement du verset quarante en 1989, la compréhension correcte du « continuel » devint alors la vérité présente. Au début du vingtième siècle, cette compréhension correcte était importante, car elle constituait une partie essentielle des vérités fondamentales que le Seigneur utilisa William Miller pour établir.</w:t>
      </w:r>
    </w:p>
    <w:p>
      <w:pPr>
        <w:pStyle w:val="ArticleBody"/>
        <w:jc w:val="left"/>
      </w:pP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बीसवीं</w:t>
      </w:r>
      <w:r>
        <w:rPr>
          <w:rFonts w:ascii="Times New Roman" w:hAnsi="Times New Roman" w:eastAsia="Times New Roman" w:cs="Times New Roman"/>
        </w:rPr>
        <w:t xml:space="preserve"> </w:t>
      </w:r>
      <w:r>
        <w:rPr>
          <w:rFonts w:ascii="Nirmala UI" w:hAnsi="Nirmala UI" w:eastAsia="Nirmala UI" w:cs="Nirmala UI"/>
        </w:rPr>
        <w:t>शताब्दी</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प्रथम</w:t>
      </w:r>
      <w:r>
        <w:rPr>
          <w:rFonts w:ascii="Times New Roman" w:hAnsi="Times New Roman" w:eastAsia="Times New Roman" w:cs="Times New Roman"/>
        </w:rPr>
        <w:t xml:space="preserve"> </w:t>
      </w:r>
      <w:r>
        <w:rPr>
          <w:rFonts w:ascii="Nirmala UI" w:hAnsi="Nirmala UI" w:eastAsia="Nirmala UI" w:cs="Nirmala UI"/>
        </w:rPr>
        <w:t>डेढ़</w:t>
      </w:r>
      <w:r>
        <w:rPr>
          <w:rFonts w:ascii="Times New Roman" w:hAnsi="Times New Roman" w:eastAsia="Times New Roman" w:cs="Times New Roman"/>
        </w:rPr>
        <w:t xml:space="preserve"> </w:t>
      </w:r>
      <w:r>
        <w:rPr>
          <w:rFonts w:ascii="Nirmala UI" w:hAnsi="Nirmala UI" w:eastAsia="Nirmala UI" w:cs="Nirmala UI"/>
        </w:rPr>
        <w:t>दशक</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दौरान</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शैतानी</w:t>
      </w:r>
      <w:r>
        <w:rPr>
          <w:rFonts w:ascii="Times New Roman" w:hAnsi="Times New Roman" w:eastAsia="Times New Roman" w:cs="Times New Roman"/>
        </w:rPr>
        <w:t xml:space="preserve"> </w:t>
      </w:r>
      <w:r>
        <w:rPr>
          <w:rFonts w:ascii="Nirmala UI" w:hAnsi="Nirmala UI" w:eastAsia="Nirmala UI" w:cs="Nirmala UI"/>
        </w:rPr>
        <w:t>प्रोटेस्टैंट</w:t>
      </w:r>
      <w:r>
        <w:rPr>
          <w:rFonts w:ascii="Times New Roman" w:hAnsi="Times New Roman" w:eastAsia="Times New Roman" w:cs="Times New Roman"/>
        </w:rPr>
        <w:t xml:space="preserve"> </w:t>
      </w:r>
      <w:r>
        <w:rPr>
          <w:rFonts w:ascii="Nirmala UI" w:hAnsi="Nirmala UI" w:eastAsia="Nirmala UI" w:cs="Nirmala UI"/>
        </w:rPr>
        <w:t>दृष्टिकोण</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दावा</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“the daily,” </w:t>
      </w:r>
      <w:r>
        <w:rPr>
          <w:rFonts w:ascii="Nirmala UI" w:hAnsi="Nirmala UI" w:eastAsia="Nirmala UI" w:cs="Nirmala UI"/>
        </w:rPr>
        <w:t>मसीह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पवित्रस्थान</w:t>
      </w:r>
      <w:r>
        <w:rPr>
          <w:rFonts w:ascii="Times New Roman" w:hAnsi="Times New Roman" w:eastAsia="Times New Roman" w:cs="Times New Roman"/>
        </w:rPr>
        <w:t>-</w:t>
      </w:r>
      <w:r>
        <w:rPr>
          <w:rFonts w:ascii="Nirmala UI" w:hAnsi="Nirmala UI" w:eastAsia="Nirmala UI" w:cs="Nirmala UI"/>
        </w:rPr>
        <w:t>सेवा</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अल्पमत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स्थिति</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इस</w:t>
      </w:r>
      <w:r>
        <w:rPr>
          <w:rFonts w:ascii="Times New Roman" w:hAnsi="Times New Roman" w:eastAsia="Times New Roman" w:cs="Times New Roman"/>
        </w:rPr>
        <w:t xml:space="preserve"> </w:t>
      </w:r>
      <w:r>
        <w:rPr>
          <w:rFonts w:ascii="Nirmala UI" w:hAnsi="Nirmala UI" w:eastAsia="Nirmala UI" w:cs="Nirmala UI"/>
        </w:rPr>
        <w:t>बात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कोई</w:t>
      </w:r>
      <w:r>
        <w:rPr>
          <w:rFonts w:ascii="Times New Roman" w:hAnsi="Times New Roman" w:eastAsia="Times New Roman" w:cs="Times New Roman"/>
        </w:rPr>
        <w:t xml:space="preserve"> </w:t>
      </w:r>
      <w:r>
        <w:rPr>
          <w:rFonts w:ascii="Nirmala UI" w:hAnsi="Nirmala UI" w:eastAsia="Nirmala UI" w:cs="Nirmala UI"/>
        </w:rPr>
        <w:t>आवश्यकता</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इस</w:t>
      </w:r>
      <w:r>
        <w:rPr>
          <w:rFonts w:ascii="Times New Roman" w:hAnsi="Times New Roman" w:eastAsia="Times New Roman" w:cs="Times New Roman"/>
        </w:rPr>
        <w:t xml:space="preserve"> </w:t>
      </w:r>
      <w:r>
        <w:rPr>
          <w:rFonts w:ascii="Nirmala UI" w:hAnsi="Nirmala UI" w:eastAsia="Nirmala UI" w:cs="Nirmala UI"/>
        </w:rPr>
        <w:t>सत्य</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कोई</w:t>
      </w:r>
      <w:r>
        <w:rPr>
          <w:rFonts w:ascii="Times New Roman" w:hAnsi="Times New Roman" w:eastAsia="Times New Roman" w:cs="Times New Roman"/>
        </w:rPr>
        <w:t xml:space="preserve"> </w:t>
      </w:r>
      <w:r>
        <w:rPr>
          <w:rFonts w:ascii="Nirmala UI" w:hAnsi="Nirmala UI" w:eastAsia="Nirmala UI" w:cs="Nirmala UI"/>
        </w:rPr>
        <w:t>विवाद</w:t>
      </w:r>
      <w:r>
        <w:rPr>
          <w:rFonts w:ascii="Times New Roman" w:hAnsi="Times New Roman" w:eastAsia="Times New Roman" w:cs="Times New Roman"/>
        </w:rPr>
        <w:t xml:space="preserve"> </w:t>
      </w:r>
      <w:r>
        <w:rPr>
          <w:rFonts w:ascii="Nirmala UI" w:hAnsi="Nirmala UI" w:eastAsia="Nirmala UI" w:cs="Nirmala UI"/>
        </w:rPr>
        <w:t>आरम्भ</w:t>
      </w:r>
      <w:r>
        <w:rPr>
          <w:rFonts w:ascii="Times New Roman" w:hAnsi="Times New Roman" w:eastAsia="Times New Roman" w:cs="Times New Roman"/>
        </w:rPr>
        <w:t xml:space="preserve"> </w:t>
      </w:r>
      <w:r>
        <w:rPr>
          <w:rFonts w:ascii="Nirmala UI" w:hAnsi="Nirmala UI" w:eastAsia="Nirmala UI" w:cs="Nirmala UI"/>
        </w:rPr>
        <w:t>होने</w:t>
      </w:r>
      <w:r>
        <w:rPr>
          <w:rFonts w:ascii="Times New Roman" w:hAnsi="Times New Roman" w:eastAsia="Times New Roman" w:cs="Times New Roman"/>
        </w:rPr>
        <w:t xml:space="preserve"> </w:t>
      </w:r>
      <w:r>
        <w:rPr>
          <w:rFonts w:ascii="Nirmala UI" w:hAnsi="Nirmala UI" w:eastAsia="Nirmala UI" w:cs="Nirmala UI"/>
        </w:rPr>
        <w:t>दिया</w:t>
      </w:r>
      <w:r>
        <w:rPr>
          <w:rFonts w:ascii="Times New Roman" w:hAnsi="Times New Roman" w:eastAsia="Times New Roman" w:cs="Times New Roman"/>
        </w:rPr>
        <w:t xml:space="preserve"> </w:t>
      </w:r>
      <w:r>
        <w:rPr>
          <w:rFonts w:ascii="Nirmala UI" w:hAnsi="Nirmala UI" w:eastAsia="Nirmala UI" w:cs="Nirmala UI"/>
        </w:rPr>
        <w:t>जाए</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“the daily,” </w:t>
      </w:r>
      <w:r>
        <w:rPr>
          <w:rFonts w:ascii="Nirmala UI" w:hAnsi="Nirmala UI" w:eastAsia="Nirmala UI" w:cs="Nirmala UI"/>
        </w:rPr>
        <w:t>मूर्तिपूजा</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प्रतीक</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इसी</w:t>
      </w:r>
      <w:r>
        <w:rPr>
          <w:rFonts w:ascii="Times New Roman" w:hAnsi="Times New Roman" w:eastAsia="Times New Roman" w:cs="Times New Roman"/>
        </w:rPr>
        <w:t xml:space="preserve"> </w:t>
      </w:r>
      <w:r>
        <w:rPr>
          <w:rFonts w:ascii="Nirmala UI" w:hAnsi="Nirmala UI" w:eastAsia="Nirmala UI" w:cs="Nirmala UI"/>
        </w:rPr>
        <w:t>कारण</w:t>
      </w:r>
      <w:r>
        <w:rPr>
          <w:rFonts w:ascii="Times New Roman" w:hAnsi="Times New Roman" w:eastAsia="Times New Roman" w:cs="Times New Roman"/>
        </w:rPr>
        <w:t xml:space="preserve"> </w:t>
      </w:r>
      <w:r>
        <w:rPr>
          <w:rFonts w:ascii="Nirmala UI" w:hAnsi="Nirmala UI" w:eastAsia="Nirmala UI" w:cs="Nirmala UI"/>
        </w:rPr>
        <w:t>आप</w:t>
      </w:r>
      <w:r>
        <w:rPr>
          <w:rFonts w:ascii="Times New Roman" w:hAnsi="Times New Roman" w:eastAsia="Times New Roman" w:cs="Times New Roman"/>
        </w:rPr>
        <w:t xml:space="preserve"> </w:t>
      </w:r>
      <w:r>
        <w:rPr>
          <w:rFonts w:ascii="Nirmala UI" w:hAnsi="Nirmala UI" w:eastAsia="Nirmala UI" w:cs="Nirmala UI"/>
        </w:rPr>
        <w:t>लौदीकिया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ऐतिहासिक</w:t>
      </w:r>
      <w:r>
        <w:rPr>
          <w:rFonts w:ascii="Times New Roman" w:hAnsi="Times New Roman" w:eastAsia="Times New Roman" w:cs="Times New Roman"/>
        </w:rPr>
        <w:t xml:space="preserve"> </w:t>
      </w:r>
      <w:r>
        <w:rPr>
          <w:rFonts w:ascii="Nirmala UI" w:hAnsi="Nirmala UI" w:eastAsia="Nirmala UI" w:cs="Nirmala UI"/>
        </w:rPr>
        <w:t>पुनरीक्षणवादियों</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सुनेंगे</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“the daily,”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विषय</w:t>
      </w:r>
      <w:r>
        <w:rPr>
          <w:rFonts w:ascii="Times New Roman" w:hAnsi="Times New Roman" w:eastAsia="Times New Roman" w:cs="Times New Roman"/>
        </w:rPr>
        <w:t xml:space="preserve"> “</w:t>
      </w:r>
      <w:r>
        <w:rPr>
          <w:rFonts w:ascii="Nirmala UI" w:hAnsi="Nirmala UI" w:eastAsia="Nirmala UI" w:cs="Nirmala UI"/>
        </w:rPr>
        <w:t>परीक्षा</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प्रश्न</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बनाया</w:t>
      </w:r>
      <w:r>
        <w:rPr>
          <w:rFonts w:ascii="Times New Roman" w:hAnsi="Times New Roman" w:eastAsia="Times New Roman" w:cs="Times New Roman"/>
        </w:rPr>
        <w:t xml:space="preserve"> </w:t>
      </w:r>
      <w:r>
        <w:rPr>
          <w:rFonts w:ascii="Nirmala UI" w:hAnsi="Nirmala UI" w:eastAsia="Nirmala UI" w:cs="Nirmala UI"/>
        </w:rPr>
        <w:t>जाए</w:t>
      </w:r>
      <w:r>
        <w:rPr>
          <w:rFonts w:ascii="Times New Roman" w:hAnsi="Times New Roman" w:eastAsia="Times New Roman" w:cs="Times New Roman"/>
        </w:rPr>
        <w:t xml:space="preserve">,” </w:t>
      </w:r>
      <w:r>
        <w:rPr>
          <w:rFonts w:ascii="Nirmala UI" w:hAnsi="Nirmala UI" w:eastAsia="Nirmala UI" w:cs="Nirmala UI"/>
        </w:rPr>
        <w:t>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‘the daily’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विषय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उत्तेजित</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जाए।</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पुनरीक्षणवादी</w:t>
      </w:r>
      <w:r>
        <w:rPr>
          <w:rFonts w:ascii="Times New Roman" w:hAnsi="Times New Roman" w:eastAsia="Times New Roman" w:cs="Times New Roman"/>
        </w:rPr>
        <w:t xml:space="preserve"> </w:t>
      </w:r>
      <w:r>
        <w:rPr>
          <w:rFonts w:ascii="Nirmala UI" w:hAnsi="Nirmala UI" w:eastAsia="Nirmala UI" w:cs="Nirmala UI"/>
        </w:rPr>
        <w:t>इस</w:t>
      </w:r>
      <w:r>
        <w:rPr>
          <w:rFonts w:ascii="Times New Roman" w:hAnsi="Times New Roman" w:eastAsia="Times New Roman" w:cs="Times New Roman"/>
        </w:rPr>
        <w:t xml:space="preserve"> </w:t>
      </w:r>
      <w:r>
        <w:rPr>
          <w:rFonts w:ascii="Nirmala UI" w:hAnsi="Nirmala UI" w:eastAsia="Nirmala UI" w:cs="Nirmala UI"/>
        </w:rPr>
        <w:t>विशेष</w:t>
      </w:r>
      <w:r>
        <w:rPr>
          <w:rFonts w:ascii="Times New Roman" w:hAnsi="Times New Roman" w:eastAsia="Times New Roman" w:cs="Times New Roman"/>
        </w:rPr>
        <w:t xml:space="preserve"> </w:t>
      </w:r>
      <w:r>
        <w:rPr>
          <w:rFonts w:ascii="Nirmala UI" w:hAnsi="Nirmala UI" w:eastAsia="Nirmala UI" w:cs="Nirmala UI"/>
        </w:rPr>
        <w:t>चर्चा</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अशिक्षितों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मार्गदर्शन</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तब</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जिस</w:t>
      </w:r>
      <w:r>
        <w:rPr>
          <w:rFonts w:ascii="Times New Roman" w:hAnsi="Times New Roman" w:eastAsia="Times New Roman" w:cs="Times New Roman"/>
        </w:rPr>
        <w:t xml:space="preserve"> </w:t>
      </w:r>
      <w:r>
        <w:rPr>
          <w:rFonts w:ascii="Nirmala UI" w:hAnsi="Nirmala UI" w:eastAsia="Nirmala UI" w:cs="Nirmala UI"/>
        </w:rPr>
        <w:t>बात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सदा</w:t>
      </w:r>
      <w:r>
        <w:rPr>
          <w:rFonts w:ascii="Times New Roman" w:hAnsi="Times New Roman" w:eastAsia="Times New Roman" w:cs="Times New Roman"/>
        </w:rPr>
        <w:t xml:space="preserve"> </w:t>
      </w:r>
      <w:r>
        <w:rPr>
          <w:rFonts w:ascii="Nirmala UI" w:hAnsi="Nirmala UI" w:eastAsia="Nirmala UI" w:cs="Nirmala UI"/>
        </w:rPr>
        <w:t>छोड़</w:t>
      </w:r>
      <w:r>
        <w:rPr>
          <w:rFonts w:ascii="Times New Roman" w:hAnsi="Times New Roman" w:eastAsia="Times New Roman" w:cs="Times New Roman"/>
        </w:rPr>
        <w:t xml:space="preserve"> </w:t>
      </w:r>
      <w:r>
        <w:rPr>
          <w:rFonts w:ascii="Nirmala UI" w:hAnsi="Nirmala UI" w:eastAsia="Nirmala UI" w:cs="Nirmala UI"/>
        </w:rPr>
        <w:t>देते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प्रेरणा</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इस</w:t>
      </w:r>
      <w:r>
        <w:rPr>
          <w:rFonts w:ascii="Times New Roman" w:hAnsi="Times New Roman" w:eastAsia="Times New Roman" w:cs="Times New Roman"/>
        </w:rPr>
        <w:t xml:space="preserve"> </w:t>
      </w:r>
      <w:r>
        <w:rPr>
          <w:rFonts w:ascii="Nirmala UI" w:hAnsi="Nirmala UI" w:eastAsia="Nirmala UI" w:cs="Nirmala UI"/>
        </w:rPr>
        <w:t>विषय</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शर्त</w:t>
      </w:r>
      <w:r>
        <w:rPr>
          <w:rFonts w:ascii="Times New Roman" w:hAnsi="Times New Roman" w:eastAsia="Times New Roman" w:cs="Times New Roman"/>
        </w:rPr>
        <w:t xml:space="preserve"> </w:t>
      </w:r>
      <w:r>
        <w:rPr>
          <w:rFonts w:ascii="Nirmala UI" w:hAnsi="Nirmala UI" w:eastAsia="Nirmala UI" w:cs="Nirmala UI"/>
        </w:rPr>
        <w:t>सदा</w:t>
      </w:r>
      <w:r>
        <w:rPr>
          <w:rFonts w:ascii="Times New Roman" w:hAnsi="Times New Roman" w:eastAsia="Times New Roman" w:cs="Times New Roman"/>
        </w:rPr>
        <w:t xml:space="preserve"> </w:t>
      </w:r>
      <w:r>
        <w:rPr>
          <w:rFonts w:ascii="Nirmala UI" w:hAnsi="Nirmala UI" w:eastAsia="Nirmala UI" w:cs="Nirmala UI"/>
        </w:rPr>
        <w:t>लगाई</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निम्नलिखित</w:t>
      </w:r>
      <w:r>
        <w:rPr>
          <w:rFonts w:ascii="Times New Roman" w:hAnsi="Times New Roman" w:eastAsia="Times New Roman" w:cs="Times New Roman"/>
        </w:rPr>
        <w:t xml:space="preserve"> </w:t>
      </w:r>
      <w:r>
        <w:rPr>
          <w:rFonts w:ascii="Nirmala UI" w:hAnsi="Nirmala UI" w:eastAsia="Nirmala UI" w:cs="Nirmala UI"/>
        </w:rPr>
        <w:t>अनुच्छेद</w:t>
      </w:r>
      <w:r>
        <w:rPr>
          <w:rFonts w:ascii="Times New Roman" w:hAnsi="Times New Roman" w:eastAsia="Times New Roman" w:cs="Times New Roman"/>
        </w:rPr>
        <w:t xml:space="preserve"> </w:t>
      </w:r>
      <w:r>
        <w:rPr>
          <w:rFonts w:ascii="Nirmala UI" w:hAnsi="Nirmala UI" w:eastAsia="Nirmala UI" w:cs="Nirmala UI"/>
        </w:rPr>
        <w:t>एल्डर</w:t>
      </w:r>
      <w:r>
        <w:rPr>
          <w:rFonts w:ascii="Times New Roman" w:hAnsi="Times New Roman" w:eastAsia="Times New Roman" w:cs="Times New Roman"/>
        </w:rPr>
        <w:t xml:space="preserve"> </w:t>
      </w:r>
      <w:r>
        <w:rPr>
          <w:rFonts w:ascii="Nirmala UI" w:hAnsi="Nirmala UI" w:eastAsia="Nirmala UI" w:cs="Nirmala UI"/>
        </w:rPr>
        <w:t>हैस्केल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लिए</w:t>
      </w:r>
      <w:r>
        <w:rPr>
          <w:rFonts w:ascii="Times New Roman" w:hAnsi="Times New Roman" w:eastAsia="Times New Roman" w:cs="Times New Roman"/>
        </w:rPr>
        <w:t xml:space="preserve"> </w:t>
      </w:r>
      <w:r>
        <w:rPr>
          <w:rFonts w:ascii="Nirmala UI" w:hAnsi="Nirmala UI" w:eastAsia="Nirmala UI" w:cs="Nirmala UI"/>
        </w:rPr>
        <w:t>निर्देशित</w:t>
      </w:r>
      <w:r>
        <w:rPr>
          <w:rFonts w:ascii="Times New Roman" w:hAnsi="Times New Roman" w:eastAsia="Times New Roman" w:cs="Times New Roman"/>
        </w:rPr>
        <w:t xml:space="preserve"> </w:t>
      </w:r>
      <w:r>
        <w:rPr>
          <w:rFonts w:ascii="Nirmala UI" w:hAnsi="Nirmala UI" w:eastAsia="Nirmala UI" w:cs="Nirmala UI"/>
        </w:rPr>
        <w:t>है।</w:t>
      </w:r>
    </w:p>
    <w:p>
      <w:pPr>
        <w:pStyle w:val="ArticleBody"/>
        <w:jc w:val="left"/>
      </w:pPr>
      <w:r>
        <w:rPr>
          <w:rFonts w:ascii="Times New Roman" w:hAnsi="Times New Roman" w:eastAsia="Times New Roman" w:cs="Times New Roman"/>
        </w:rPr>
        <w:t>Azụkọ Haskell bụ onye na-edu idu n’ịzọpụta nghọta ziri ezi banyere “ihe a na-eme kwa ụbọchị,” megide mwakpo Prescott na Daniells n’ime afọ iri mbụ na nke abụọ nke narị afọ nke iri abụọ. Lezienụ anya nke ọma, n’ihi na Sister White anaghị akọwa mgbe ọ bụla na nghọta Haskell banyere “ihe a na-eme kwa ụbọchị” bụ nke na-ezighị ezi; naanị ihe ọ gwara ya bụ ka ọ ghara ikwe ka mkpasu iwe ahụ gaa n’ihu, n’ihi na Onyenwe anyị achọghị inye ikpo okwu na-adịgide adịgide nye ndị iro nke eziokwu ahụ (Prescott na Daniells), ka ha nọgide na-akwalite ozizi ụgha ha. N’ime amaokwu ahụ, a na-aba Haskell mba n’ihi “chati” ahụ, ma chati a na-ekwu maka ya bụ chati nke 1843. Haskell eweghachila chati nke 1843 dịka ihe àmà n’ime esemokwu ahụ. Ma ọ bụghị naanị na o weghachiri ya; ọ tinyekwara n’ala chati ahụ amaokwu sitere n’aka Sister White, ebe ọ na-ekwu na “chati nke 1843 ka aka Onyenwe anyị duziri, ọ bụghịkwa ka e gbanwee ya.” Ka unu na-agụ amaokwu ahụ, gụọnụ ugboro ole ọ na-ekwu, “n’oge a.”</w:t>
      </w:r>
    </w:p>
    <w:p>
      <w:pPr>
        <w:pStyle w:val="ArticleScripture"/>
        <w:jc w:val="left"/>
      </w:pPr>
      <w:r>
        <w:rPr>
          <w:rFonts w:ascii="Times New Roman" w:hAnsi="Times New Roman" w:eastAsia="Times New Roman" w:cs="Times New Roman"/>
        </w:rPr>
        <w:t>«دَي تِّنْ كِنَّا أَدَا مْ نِي لَكُمْ: لَا تُثَارُ فِي هَذَا الْوَقْتِ فِي الـReview أَيَّةُ مَسَائِلَ مِنْ شَأْنِهَا أَنْ تُزَعْزِعَ الْأَذْهَانَ.... فَلَيْسَ لَدَيْنَا الْآنَ وَقْتٌ لِلْخَوْضِ فِي جِدَالٍ غَيْرِ ضَرُورِيٍّ، بَلْ يَنْبَغِي أَنْ نَنْظُرَ بِجِدٍّ فِي ضَرُورَةِ طَلَبِ الرَّبِّ لِأَجْلِ تَوْبَةٍ حَقِيقِيَّةٍ فِي الْقَلْبِ وَالْحَيَاةِ. وَيَجِبُ أَنْ تُبْذَلَ جُهُودٌ حَازِمَةٌ لِنَيْلِ تَقْدِيسِ النَّفْسِ وَالذِّهْنِ.»</w:t>
      </w:r>
    </w:p>
    <w:p>
      <w:pPr>
        <w:pStyle w:val="ArticleScripture"/>
        <w:jc w:val="left"/>
      </w:pPr>
      <w:r>
        <w:rPr>
          <w:rFonts w:ascii="Times New Roman" w:hAnsi="Times New Roman" w:eastAsia="Times New Roman" w:cs="Times New Roman"/>
        </w:rPr>
        <w:t>«Naqasachaw qhawachisqakani ñuqaman, hukllachasqa uyakusqallaña kawsananchikpa ancha munasqanmanta. Kayqa ñuqanchikpaq kay pachapi ancha chanin kaqmi. Sapa huk runa hina, ancha hatun yuyaywan, allin qhawariykunawan ruwaq kanananchikmi.»</w:t>
      </w:r>
    </w:p>
    <w:p>
      <w:pPr>
        <w:pStyle w:val="ArticleScripture"/>
        <w:jc w:val="left"/>
      </w:pPr>
      <w:r>
        <w:rPr>
          <w:rFonts w:ascii="Times New Roman" w:hAnsi="Times New Roman" w:eastAsia="Times New Roman" w:cs="Times New Roman"/>
        </w:rPr>
        <w:t>“Ndzi tsalele Mukulukumba Prescott, ndzi n’wi byela leswaku u fanele a tshama a hlayisekile ngopfu leswaku a nga nghenisi tinhloko-mhaka eka Review leti nga tikombaka ku kombisa swihoxo eka ntokoto wa hina wa nkarhi lowu hundzeke. Ndzi n’wi byele leswaku mhaka leyi a tshembaka leswaku ku endliwile xihoxo eka yona a hi xivutiso xa nkoka swinene, naswona leswaku, loko yi nga nyikiwa nkoka sweswi, valala va hina a va ta tirhisa mhaka leyi hi ku vuyerisa, kutani va endla ntshava hi nchumu lowutsongo swinene.</w:t>
      </w:r>
    </w:p>
    <w:p>
      <w:pPr>
        <w:pStyle w:val="ArticleScripture"/>
        <w:jc w:val="left"/>
      </w:pPr>
      <w:r>
        <w:rPr>
          <w:rFonts w:ascii="Times New Roman" w:hAnsi="Times New Roman" w:eastAsia="Times New Roman" w:cs="Times New Roman"/>
        </w:rPr>
        <w:t>«به تو نیز می‌گویم که این موضوع [هویتِ «دائمی» در دانیال ۸.] در این زمان نباید محلِّ مناقشه قرار گیرد. نه، برادر من، احساس می‌کنم که در این بحرانِ تجربهٔ ما، آن نموداری که تو دستورِ تجدیدِ انتشارش را داده‌ای، نباید توزیع شود. در این امر مرتکب اشتباه شده‌ای. شیطان با عزم راسخ در کار است تا مسائلی پدید آورد که موجبِ سردرگمی گردد. کسانی هستند که از دیدنِ اختلافِ خادمانِ ما بر سرِ این مسئله بسیار خرسند خواهند شد، و از آن بهره‌برداری فراوان خواهند کرد.»</w:t>
      </w:r>
    </w:p>
    <w:p>
      <w:pPr>
        <w:pStyle w:val="ArticleScripture"/>
        <w:jc w:val="left"/>
      </w:pPr>
      <w:r>
        <w:rPr>
          <w:rFonts w:ascii="Times New Roman" w:hAnsi="Times New Roman" w:eastAsia="Times New Roman" w:cs="Times New Roman"/>
        </w:rPr>
        <w:t>«</w:t>
      </w:r>
      <w:r>
        <w:rPr>
          <w:rFonts w:ascii="Ebrima" w:hAnsi="Ebrima" w:eastAsia="Ebrima" w:cs="Ebrima"/>
        </w:rPr>
        <w:t>የዚህን</w:t>
      </w:r>
      <w:r>
        <w:rPr>
          <w:rFonts w:ascii="Times New Roman" w:hAnsi="Times New Roman" w:eastAsia="Times New Roman" w:cs="Times New Roman"/>
        </w:rPr>
        <w:t xml:space="preserve"> </w:t>
      </w:r>
      <w:r>
        <w:rPr>
          <w:rFonts w:ascii="Ebrima" w:hAnsi="Ebrima" w:eastAsia="Ebrima" w:cs="Ebrima"/>
        </w:rPr>
        <w:t>ጉዳይ</w:t>
      </w:r>
      <w:r>
        <w:rPr>
          <w:rFonts w:ascii="Times New Roman" w:hAnsi="Times New Roman" w:eastAsia="Times New Roman" w:cs="Times New Roman"/>
        </w:rPr>
        <w:t xml:space="preserve"> </w:t>
      </w:r>
      <w:r>
        <w:rPr>
          <w:rFonts w:ascii="Ebrima" w:hAnsi="Ebrima" w:eastAsia="Ebrima" w:cs="Ebrima"/>
        </w:rPr>
        <w:t>በኩል</w:t>
      </w:r>
      <w:r>
        <w:rPr>
          <w:rFonts w:ascii="Times New Roman" w:hAnsi="Times New Roman" w:eastAsia="Times New Roman" w:cs="Times New Roman"/>
        </w:rPr>
        <w:t xml:space="preserve"> </w:t>
      </w:r>
      <w:r>
        <w:rPr>
          <w:rFonts w:ascii="Ebrima" w:hAnsi="Ebrima" w:eastAsia="Ebrima" w:cs="Ebrima"/>
        </w:rPr>
        <w:t>በኩል</w:t>
      </w:r>
      <w:r>
        <w:rPr>
          <w:rFonts w:ascii="Times New Roman" w:hAnsi="Times New Roman" w:eastAsia="Times New Roman" w:cs="Times New Roman"/>
        </w:rPr>
        <w:t xml:space="preserve"> </w:t>
      </w:r>
      <w:r>
        <w:rPr>
          <w:rFonts w:ascii="Ebrima" w:hAnsi="Ebrima" w:eastAsia="Ebrima" w:cs="Ebrima"/>
        </w:rPr>
        <w:t>ሊነገር</w:t>
      </w:r>
      <w:r>
        <w:rPr>
          <w:rFonts w:ascii="Times New Roman" w:hAnsi="Times New Roman" w:eastAsia="Times New Roman" w:cs="Times New Roman"/>
        </w:rPr>
        <w:t xml:space="preserve"> </w:t>
      </w:r>
      <w:r>
        <w:rPr>
          <w:rFonts w:ascii="Ebrima" w:hAnsi="Ebrima" w:eastAsia="Ebrima" w:cs="Ebrima"/>
        </w:rPr>
        <w:t>ስለሚችለው</w:t>
      </w:r>
      <w:r>
        <w:rPr>
          <w:rFonts w:ascii="Times New Roman" w:hAnsi="Times New Roman" w:eastAsia="Times New Roman" w:cs="Times New Roman"/>
        </w:rPr>
        <w:t xml:space="preserve"> </w:t>
      </w:r>
      <w:r>
        <w:rPr>
          <w:rFonts w:ascii="Ebrima" w:hAnsi="Ebrima" w:eastAsia="Ebrima" w:cs="Ebrima"/>
        </w:rPr>
        <w:t>ነገር</w:t>
      </w:r>
      <w:r>
        <w:rPr>
          <w:rFonts w:ascii="Times New Roman" w:hAnsi="Times New Roman" w:eastAsia="Times New Roman" w:cs="Times New Roman"/>
        </w:rPr>
        <w:t xml:space="preserve"> </w:t>
      </w:r>
      <w:r>
        <w:rPr>
          <w:rFonts w:ascii="Ebrima" w:hAnsi="Ebrima" w:eastAsia="Ebrima" w:cs="Ebrima"/>
        </w:rPr>
        <w:t>እስከዚህ</w:t>
      </w:r>
      <w:r>
        <w:rPr>
          <w:rFonts w:ascii="Times New Roman" w:hAnsi="Times New Roman" w:eastAsia="Times New Roman" w:cs="Times New Roman"/>
        </w:rPr>
        <w:t xml:space="preserve"> </w:t>
      </w:r>
      <w:r>
        <w:rPr>
          <w:rFonts w:ascii="Ebrima" w:hAnsi="Ebrima" w:eastAsia="Ebrima" w:cs="Ebrima"/>
        </w:rPr>
        <w:t>ጊዜ</w:t>
      </w:r>
      <w:r>
        <w:rPr>
          <w:rFonts w:ascii="Times New Roman" w:hAnsi="Times New Roman" w:eastAsia="Times New Roman" w:cs="Times New Roman"/>
        </w:rPr>
        <w:t xml:space="preserve"> </w:t>
      </w:r>
      <w:r>
        <w:rPr>
          <w:rFonts w:ascii="Ebrima" w:hAnsi="Ebrima" w:eastAsia="Ebrima" w:cs="Ebrima"/>
        </w:rPr>
        <w:t>ድረስ</w:t>
      </w:r>
      <w:r>
        <w:rPr>
          <w:rFonts w:ascii="Times New Roman" w:hAnsi="Times New Roman" w:eastAsia="Times New Roman" w:cs="Times New Roman"/>
        </w:rPr>
        <w:t xml:space="preserve"> </w:t>
      </w:r>
      <w:r>
        <w:rPr>
          <w:rFonts w:ascii="Ebrima" w:hAnsi="Ebrima" w:eastAsia="Ebrima" w:cs="Ebrima"/>
        </w:rPr>
        <w:t>ዝምታ</w:t>
      </w:r>
      <w:r>
        <w:rPr>
          <w:rFonts w:ascii="Times New Roman" w:hAnsi="Times New Roman" w:eastAsia="Times New Roman" w:cs="Times New Roman"/>
        </w:rPr>
        <w:t xml:space="preserve"> </w:t>
      </w:r>
      <w:r>
        <w:rPr>
          <w:rFonts w:ascii="Ebrima" w:hAnsi="Ebrima" w:eastAsia="Ebrima" w:cs="Ebrima"/>
        </w:rPr>
        <w:t>ንግግር</w:t>
      </w:r>
      <w:r>
        <w:rPr>
          <w:rFonts w:ascii="Times New Roman" w:hAnsi="Times New Roman" w:eastAsia="Times New Roman" w:cs="Times New Roman"/>
        </w:rPr>
        <w:t xml:space="preserve"> </w:t>
      </w:r>
      <w:r>
        <w:rPr>
          <w:rFonts w:ascii="Ebrima" w:hAnsi="Ebrima" w:eastAsia="Ebrima" w:cs="Ebrima"/>
        </w:rPr>
        <w:t>መሆኑን</w:t>
      </w:r>
      <w:r>
        <w:rPr>
          <w:rFonts w:ascii="Times New Roman" w:hAnsi="Times New Roman" w:eastAsia="Times New Roman" w:cs="Times New Roman"/>
        </w:rPr>
        <w:t xml:space="preserve"> </w:t>
      </w:r>
      <w:r>
        <w:rPr>
          <w:rFonts w:ascii="Ebrima" w:hAnsi="Ebrima" w:eastAsia="Ebrima" w:cs="Ebrima"/>
        </w:rPr>
        <w:t>ተምረአለሁ።</w:t>
      </w:r>
      <w:r>
        <w:rPr>
          <w:rFonts w:ascii="Times New Roman" w:hAnsi="Times New Roman" w:eastAsia="Times New Roman" w:cs="Times New Roman"/>
        </w:rPr>
        <w:t xml:space="preserve"> </w:t>
      </w:r>
      <w:r>
        <w:rPr>
          <w:rFonts w:ascii="Ebrima" w:hAnsi="Ebrima" w:eastAsia="Ebrima" w:cs="Ebrima"/>
        </w:rPr>
        <w:t>ሰይጣን</w:t>
      </w:r>
      <w:r>
        <w:rPr>
          <w:rFonts w:ascii="Times New Roman" w:hAnsi="Times New Roman" w:eastAsia="Times New Roman" w:cs="Times New Roman"/>
        </w:rPr>
        <w:t xml:space="preserve"> </w:t>
      </w:r>
      <w:r>
        <w:rPr>
          <w:rFonts w:ascii="Ebrima" w:hAnsi="Ebrima" w:eastAsia="Ebrima" w:cs="Ebrima"/>
        </w:rPr>
        <w:t>በመሪ</w:t>
      </w:r>
      <w:r>
        <w:rPr>
          <w:rFonts w:ascii="Times New Roman" w:hAnsi="Times New Roman" w:eastAsia="Times New Roman" w:cs="Times New Roman"/>
        </w:rPr>
        <w:t xml:space="preserve"> </w:t>
      </w:r>
      <w:r>
        <w:rPr>
          <w:rFonts w:ascii="Ebrima" w:hAnsi="Ebrima" w:eastAsia="Ebrima" w:cs="Ebrima"/>
        </w:rPr>
        <w:t>አገልጋዮቻችን</w:t>
      </w:r>
      <w:r>
        <w:rPr>
          <w:rFonts w:ascii="Times New Roman" w:hAnsi="Times New Roman" w:eastAsia="Times New Roman" w:cs="Times New Roman"/>
        </w:rPr>
        <w:t xml:space="preserve"> </w:t>
      </w:r>
      <w:r>
        <w:rPr>
          <w:rFonts w:ascii="Ebrima" w:hAnsi="Ebrima" w:eastAsia="Ebrima" w:cs="Ebrima"/>
        </w:rPr>
        <w:t>መካከል</w:t>
      </w:r>
      <w:r>
        <w:rPr>
          <w:rFonts w:ascii="Times New Roman" w:hAnsi="Times New Roman" w:eastAsia="Times New Roman" w:cs="Times New Roman"/>
        </w:rPr>
        <w:t xml:space="preserve"> </w:t>
      </w:r>
      <w:r>
        <w:rPr>
          <w:rFonts w:ascii="Ebrima" w:hAnsi="Ebrima" w:eastAsia="Ebrima" w:cs="Ebrima"/>
        </w:rPr>
        <w:t>ክፍፍል</w:t>
      </w:r>
      <w:r>
        <w:rPr>
          <w:rFonts w:ascii="Times New Roman" w:hAnsi="Times New Roman" w:eastAsia="Times New Roman" w:cs="Times New Roman"/>
        </w:rPr>
        <w:t xml:space="preserve"> </w:t>
      </w:r>
      <w:r>
        <w:rPr>
          <w:rFonts w:ascii="Ebrima" w:hAnsi="Ebrima" w:eastAsia="Ebrima" w:cs="Ebrima"/>
        </w:rPr>
        <w:t>ለመፍጠር</w:t>
      </w:r>
      <w:r>
        <w:rPr>
          <w:rFonts w:ascii="Times New Roman" w:hAnsi="Times New Roman" w:eastAsia="Times New Roman" w:cs="Times New Roman"/>
        </w:rPr>
        <w:t xml:space="preserve"> </w:t>
      </w:r>
      <w:r>
        <w:rPr>
          <w:rFonts w:ascii="Ebrima" w:hAnsi="Ebrima" w:eastAsia="Ebrima" w:cs="Ebrima"/>
        </w:rPr>
        <w:t>እድል</w:t>
      </w:r>
      <w:r>
        <w:rPr>
          <w:rFonts w:ascii="Times New Roman" w:hAnsi="Times New Roman" w:eastAsia="Times New Roman" w:cs="Times New Roman"/>
        </w:rPr>
        <w:t xml:space="preserve"> </w:t>
      </w:r>
      <w:r>
        <w:rPr>
          <w:rFonts w:ascii="Ebrima" w:hAnsi="Ebrima" w:eastAsia="Ebrima" w:cs="Ebrima"/>
        </w:rPr>
        <w:t>እየጠበቀ</w:t>
      </w:r>
      <w:r>
        <w:rPr>
          <w:rFonts w:ascii="Times New Roman" w:hAnsi="Times New Roman" w:eastAsia="Times New Roman" w:cs="Times New Roman"/>
        </w:rPr>
        <w:t xml:space="preserve"> </w:t>
      </w:r>
      <w:r>
        <w:rPr>
          <w:rFonts w:ascii="Ebrima" w:hAnsi="Ebrima" w:eastAsia="Ebrima" w:cs="Ebrima"/>
        </w:rPr>
        <w:t>ነው።</w:t>
      </w:r>
      <w:r>
        <w:rPr>
          <w:rFonts w:ascii="Times New Roman" w:hAnsi="Times New Roman" w:eastAsia="Times New Roman" w:cs="Times New Roman"/>
        </w:rPr>
        <w:t xml:space="preserve"> </w:t>
      </w:r>
      <w:r>
        <w:rPr>
          <w:rFonts w:ascii="Ebrima" w:hAnsi="Ebrima" w:eastAsia="Ebrima" w:cs="Ebrima"/>
        </w:rPr>
        <w:t>ሁላችሁም</w:t>
      </w:r>
      <w:r>
        <w:rPr>
          <w:rFonts w:ascii="Times New Roman" w:hAnsi="Times New Roman" w:eastAsia="Times New Roman" w:cs="Times New Roman"/>
        </w:rPr>
        <w:t xml:space="preserve"> </w:t>
      </w:r>
      <w:r>
        <w:rPr>
          <w:rFonts w:ascii="Ebrima" w:hAnsi="Ebrima" w:eastAsia="Ebrima" w:cs="Ebrima"/>
        </w:rPr>
        <w:t>ተሰብስባችሁ</w:t>
      </w:r>
      <w:r>
        <w:rPr>
          <w:rFonts w:ascii="Times New Roman" w:hAnsi="Times New Roman" w:eastAsia="Times New Roman" w:cs="Times New Roman"/>
        </w:rPr>
        <w:t xml:space="preserve"> </w:t>
      </w:r>
      <w:r>
        <w:rPr>
          <w:rFonts w:ascii="Ebrima" w:hAnsi="Ebrima" w:eastAsia="Ebrima" w:cs="Ebrima"/>
        </w:rPr>
        <w:t>ስለዚህ</w:t>
      </w:r>
      <w:r>
        <w:rPr>
          <w:rFonts w:ascii="Times New Roman" w:hAnsi="Times New Roman" w:eastAsia="Times New Roman" w:cs="Times New Roman"/>
        </w:rPr>
        <w:t xml:space="preserve"> </w:t>
      </w:r>
      <w:r>
        <w:rPr>
          <w:rFonts w:ascii="Ebrima" w:hAnsi="Ebrima" w:eastAsia="Ebrima" w:cs="Ebrima"/>
        </w:rPr>
        <w:t>ጉዳይ</w:t>
      </w:r>
      <w:r>
        <w:rPr>
          <w:rFonts w:ascii="Times New Roman" w:hAnsi="Times New Roman" w:eastAsia="Times New Roman" w:cs="Times New Roman"/>
        </w:rPr>
        <w:t xml:space="preserve"> </w:t>
      </w:r>
      <w:r>
        <w:rPr>
          <w:rFonts w:ascii="Ebrima" w:hAnsi="Ebrima" w:eastAsia="Ebrima" w:cs="Ebrima"/>
        </w:rPr>
        <w:t>ወደ</w:t>
      </w:r>
      <w:r>
        <w:rPr>
          <w:rFonts w:ascii="Times New Roman" w:hAnsi="Times New Roman" w:eastAsia="Times New Roman" w:cs="Times New Roman"/>
        </w:rPr>
        <w:t xml:space="preserve"> </w:t>
      </w:r>
      <w:r>
        <w:rPr>
          <w:rFonts w:ascii="Ebrima" w:hAnsi="Ebrima" w:eastAsia="Ebrima" w:cs="Ebrima"/>
        </w:rPr>
        <w:t>አንድ</w:t>
      </w:r>
      <w:r>
        <w:rPr>
          <w:rFonts w:ascii="Times New Roman" w:hAnsi="Times New Roman" w:eastAsia="Times New Roman" w:cs="Times New Roman"/>
        </w:rPr>
        <w:t xml:space="preserve"> </w:t>
      </w:r>
      <w:r>
        <w:rPr>
          <w:rFonts w:ascii="Ebrima" w:hAnsi="Ebrima" w:eastAsia="Ebrima" w:cs="Ebrima"/>
        </w:rPr>
        <w:t>ስምምነት</w:t>
      </w:r>
      <w:r>
        <w:rPr>
          <w:rFonts w:ascii="Times New Roman" w:hAnsi="Times New Roman" w:eastAsia="Times New Roman" w:cs="Times New Roman"/>
        </w:rPr>
        <w:t xml:space="preserve"> </w:t>
      </w:r>
      <w:r>
        <w:rPr>
          <w:rFonts w:ascii="Ebrima" w:hAnsi="Ebrima" w:eastAsia="Ebrima" w:cs="Ebrima"/>
        </w:rPr>
        <w:t>ልትደርሱ</w:t>
      </w:r>
      <w:r>
        <w:rPr>
          <w:rFonts w:ascii="Times New Roman" w:hAnsi="Times New Roman" w:eastAsia="Times New Roman" w:cs="Times New Roman"/>
        </w:rPr>
        <w:t xml:space="preserve"> </w:t>
      </w:r>
      <w:r>
        <w:rPr>
          <w:rFonts w:ascii="Ebrima" w:hAnsi="Ebrima" w:eastAsia="Ebrima" w:cs="Ebrima"/>
        </w:rPr>
        <w:t>ከመቻላችሁ</w:t>
      </w:r>
      <w:r>
        <w:rPr>
          <w:rFonts w:ascii="Times New Roman" w:hAnsi="Times New Roman" w:eastAsia="Times New Roman" w:cs="Times New Roman"/>
        </w:rPr>
        <w:t xml:space="preserve"> </w:t>
      </w:r>
      <w:r>
        <w:rPr>
          <w:rFonts w:ascii="Ebrima" w:hAnsi="Ebrima" w:eastAsia="Ebrima" w:cs="Ebrima"/>
        </w:rPr>
        <w:t>በፊት</w:t>
      </w:r>
      <w:r>
        <w:rPr>
          <w:rFonts w:ascii="Times New Roman" w:hAnsi="Times New Roman" w:eastAsia="Times New Roman" w:cs="Times New Roman"/>
        </w:rPr>
        <w:t xml:space="preserve"> </w:t>
      </w:r>
      <w:r>
        <w:rPr>
          <w:rFonts w:ascii="Ebrima" w:hAnsi="Ebrima" w:eastAsia="Ebrima" w:cs="Ebrima"/>
        </w:rPr>
        <w:t>ሰንጠረዡን</w:t>
      </w:r>
      <w:r>
        <w:rPr>
          <w:rFonts w:ascii="Times New Roman" w:hAnsi="Times New Roman" w:eastAsia="Times New Roman" w:cs="Times New Roman"/>
        </w:rPr>
        <w:t xml:space="preserve"> </w:t>
      </w:r>
      <w:r>
        <w:rPr>
          <w:rFonts w:ascii="Ebrima" w:hAnsi="Ebrima" w:eastAsia="Ebrima" w:cs="Ebrima"/>
        </w:rPr>
        <w:t>ማተም</w:t>
      </w:r>
      <w:r>
        <w:rPr>
          <w:rFonts w:ascii="Times New Roman" w:hAnsi="Times New Roman" w:eastAsia="Times New Roman" w:cs="Times New Roman"/>
        </w:rPr>
        <w:t xml:space="preserve"> </w:t>
      </w:r>
      <w:r>
        <w:rPr>
          <w:rFonts w:ascii="Ebrima" w:hAnsi="Ebrima" w:eastAsia="Ebrima" w:cs="Ebrima"/>
        </w:rPr>
        <w:t>ስህተት</w:t>
      </w:r>
      <w:r>
        <w:rPr>
          <w:rFonts w:ascii="Times New Roman" w:hAnsi="Times New Roman" w:eastAsia="Times New Roman" w:cs="Times New Roman"/>
        </w:rPr>
        <w:t xml:space="preserve"> </w:t>
      </w:r>
      <w:r>
        <w:rPr>
          <w:rFonts w:ascii="Ebrima" w:hAnsi="Ebrima" w:eastAsia="Ebrima" w:cs="Ebrima"/>
        </w:rPr>
        <w:t>ነበር።</w:t>
      </w:r>
      <w:r>
        <w:rPr>
          <w:rFonts w:ascii="Times New Roman" w:hAnsi="Times New Roman" w:eastAsia="Times New Roman" w:cs="Times New Roman"/>
        </w:rPr>
        <w:t xml:space="preserve"> </w:t>
      </w:r>
      <w:r>
        <w:rPr>
          <w:rFonts w:ascii="Ebrima" w:hAnsi="Ebrima" w:eastAsia="Ebrima" w:cs="Ebrima"/>
        </w:rPr>
        <w:t>ውይይትን</w:t>
      </w:r>
      <w:r>
        <w:rPr>
          <w:rFonts w:ascii="Times New Roman" w:hAnsi="Times New Roman" w:eastAsia="Times New Roman" w:cs="Times New Roman"/>
        </w:rPr>
        <w:t xml:space="preserve"> </w:t>
      </w:r>
      <w:r>
        <w:rPr>
          <w:rFonts w:ascii="Ebrima" w:hAnsi="Ebrima" w:eastAsia="Ebrima" w:cs="Ebrima"/>
        </w:rPr>
        <w:t>ማስነሳትና</w:t>
      </w:r>
      <w:r>
        <w:rPr>
          <w:rFonts w:ascii="Times New Roman" w:hAnsi="Times New Roman" w:eastAsia="Times New Roman" w:cs="Times New Roman"/>
        </w:rPr>
        <w:t xml:space="preserve"> </w:t>
      </w:r>
      <w:r>
        <w:rPr>
          <w:rFonts w:ascii="Ebrima" w:hAnsi="Ebrima" w:eastAsia="Ebrima" w:cs="Ebrima"/>
        </w:rPr>
        <w:t>የተለያዩ</w:t>
      </w:r>
      <w:r>
        <w:rPr>
          <w:rFonts w:ascii="Times New Roman" w:hAnsi="Times New Roman" w:eastAsia="Times New Roman" w:cs="Times New Roman"/>
        </w:rPr>
        <w:t xml:space="preserve"> </w:t>
      </w:r>
      <w:r>
        <w:rPr>
          <w:rFonts w:ascii="Ebrima" w:hAnsi="Ebrima" w:eastAsia="Ebrima" w:cs="Ebrima"/>
        </w:rPr>
        <w:t>አስተያየቶችን</w:t>
      </w:r>
      <w:r>
        <w:rPr>
          <w:rFonts w:ascii="Times New Roman" w:hAnsi="Times New Roman" w:eastAsia="Times New Roman" w:cs="Times New Roman"/>
        </w:rPr>
        <w:t xml:space="preserve"> </w:t>
      </w:r>
      <w:r>
        <w:rPr>
          <w:rFonts w:ascii="Ebrima" w:hAnsi="Ebrima" w:eastAsia="Ebrima" w:cs="Ebrima"/>
        </w:rPr>
        <w:t>ወደ</w:t>
      </w:r>
      <w:r>
        <w:rPr>
          <w:rFonts w:ascii="Times New Roman" w:hAnsi="Times New Roman" w:eastAsia="Times New Roman" w:cs="Times New Roman"/>
        </w:rPr>
        <w:t xml:space="preserve"> </w:t>
      </w:r>
      <w:r>
        <w:rPr>
          <w:rFonts w:ascii="Ebrima" w:hAnsi="Ebrima" w:eastAsia="Ebrima" w:cs="Ebrima"/>
        </w:rPr>
        <w:t>ፊት</w:t>
      </w:r>
      <w:r>
        <w:rPr>
          <w:rFonts w:ascii="Times New Roman" w:hAnsi="Times New Roman" w:eastAsia="Times New Roman" w:cs="Times New Roman"/>
        </w:rPr>
        <w:t xml:space="preserve"> </w:t>
      </w:r>
      <w:r>
        <w:rPr>
          <w:rFonts w:ascii="Ebrima" w:hAnsi="Ebrima" w:eastAsia="Ebrima" w:cs="Ebrima"/>
        </w:rPr>
        <w:t>ማምጣት</w:t>
      </w:r>
      <w:r>
        <w:rPr>
          <w:rFonts w:ascii="Times New Roman" w:hAnsi="Times New Roman" w:eastAsia="Times New Roman" w:cs="Times New Roman"/>
        </w:rPr>
        <w:t xml:space="preserve"> </w:t>
      </w:r>
      <w:r>
        <w:rPr>
          <w:rFonts w:ascii="Ebrima" w:hAnsi="Ebrima" w:eastAsia="Ebrima" w:cs="Ebrima"/>
        </w:rPr>
        <w:t>የማይቀር</w:t>
      </w:r>
      <w:r>
        <w:rPr>
          <w:rFonts w:ascii="Times New Roman" w:hAnsi="Times New Roman" w:eastAsia="Times New Roman" w:cs="Times New Roman"/>
        </w:rPr>
        <w:t xml:space="preserve"> </w:t>
      </w:r>
      <w:r>
        <w:rPr>
          <w:rFonts w:ascii="Ebrima" w:hAnsi="Ebrima" w:eastAsia="Ebrima" w:cs="Ebrima"/>
        </w:rPr>
        <w:t>አንድ</w:t>
      </w:r>
      <w:r>
        <w:rPr>
          <w:rFonts w:ascii="Times New Roman" w:hAnsi="Times New Roman" w:eastAsia="Times New Roman" w:cs="Times New Roman"/>
        </w:rPr>
        <w:t xml:space="preserve"> </w:t>
      </w:r>
      <w:r>
        <w:rPr>
          <w:rFonts w:ascii="Ebrima" w:hAnsi="Ebrima" w:eastAsia="Ebrima" w:cs="Ebrima"/>
        </w:rPr>
        <w:t>ርእሰ</w:t>
      </w:r>
      <w:r>
        <w:rPr>
          <w:rFonts w:ascii="Times New Roman" w:hAnsi="Times New Roman" w:eastAsia="Times New Roman" w:cs="Times New Roman"/>
        </w:rPr>
        <w:t xml:space="preserve"> </w:t>
      </w:r>
      <w:r>
        <w:rPr>
          <w:rFonts w:ascii="Ebrima" w:hAnsi="Ebrima" w:eastAsia="Ebrima" w:cs="Ebrima"/>
        </w:rPr>
        <w:t>ጉዳይ</w:t>
      </w:r>
      <w:r>
        <w:rPr>
          <w:rFonts w:ascii="Times New Roman" w:hAnsi="Times New Roman" w:eastAsia="Times New Roman" w:cs="Times New Roman"/>
        </w:rPr>
        <w:t xml:space="preserve"> </w:t>
      </w:r>
      <w:r>
        <w:rPr>
          <w:rFonts w:ascii="Ebrima" w:hAnsi="Ebrima" w:eastAsia="Ebrima" w:cs="Ebrima"/>
        </w:rPr>
        <w:t>ወደ</w:t>
      </w:r>
      <w:r>
        <w:rPr>
          <w:rFonts w:ascii="Times New Roman" w:hAnsi="Times New Roman" w:eastAsia="Times New Roman" w:cs="Times New Roman"/>
        </w:rPr>
        <w:t xml:space="preserve"> </w:t>
      </w:r>
      <w:r>
        <w:rPr>
          <w:rFonts w:ascii="Ebrima" w:hAnsi="Ebrima" w:eastAsia="Ebrima" w:cs="Ebrima"/>
        </w:rPr>
        <w:t>ፊት</w:t>
      </w:r>
      <w:r>
        <w:rPr>
          <w:rFonts w:ascii="Times New Roman" w:hAnsi="Times New Roman" w:eastAsia="Times New Roman" w:cs="Times New Roman"/>
        </w:rPr>
        <w:t xml:space="preserve"> </w:t>
      </w:r>
      <w:r>
        <w:rPr>
          <w:rFonts w:ascii="Ebrima" w:hAnsi="Ebrima" w:eastAsia="Ebrima" w:cs="Ebrima"/>
        </w:rPr>
        <w:t>በማምጣታችሁ</w:t>
      </w:r>
      <w:r>
        <w:rPr>
          <w:rFonts w:ascii="Times New Roman" w:hAnsi="Times New Roman" w:eastAsia="Times New Roman" w:cs="Times New Roman"/>
        </w:rPr>
        <w:t xml:space="preserve"> </w:t>
      </w:r>
      <w:r>
        <w:rPr>
          <w:rFonts w:ascii="Ebrima" w:hAnsi="Ebrima" w:eastAsia="Ebrima" w:cs="Ebrima"/>
        </w:rPr>
        <w:t>በጥበብ</w:t>
      </w:r>
      <w:r>
        <w:rPr>
          <w:rFonts w:ascii="Times New Roman" w:hAnsi="Times New Roman" w:eastAsia="Times New Roman" w:cs="Times New Roman"/>
        </w:rPr>
        <w:t xml:space="preserve"> </w:t>
      </w:r>
      <w:r>
        <w:rPr>
          <w:rFonts w:ascii="Ebrima" w:hAnsi="Ebrima" w:eastAsia="Ebrima" w:cs="Ebrima"/>
        </w:rPr>
        <w:t>አልሠራችሁም፤</w:t>
      </w:r>
      <w:r>
        <w:rPr>
          <w:rFonts w:ascii="Times New Roman" w:hAnsi="Times New Roman" w:eastAsia="Times New Roman" w:cs="Times New Roman"/>
        </w:rPr>
        <w:t xml:space="preserve"> </w:t>
      </w:r>
      <w:r>
        <w:rPr>
          <w:rFonts w:ascii="Ebrima" w:hAnsi="Ebrima" w:eastAsia="Ebrima" w:cs="Ebrima"/>
        </w:rPr>
        <w:t>ምክንያቱም</w:t>
      </w:r>
      <w:r>
        <w:rPr>
          <w:rFonts w:ascii="Times New Roman" w:hAnsi="Times New Roman" w:eastAsia="Times New Roman" w:cs="Times New Roman"/>
        </w:rPr>
        <w:t xml:space="preserve"> </w:t>
      </w:r>
      <w:r>
        <w:rPr>
          <w:rFonts w:ascii="Ebrima" w:hAnsi="Ebrima" w:eastAsia="Ebrima" w:cs="Ebrima"/>
        </w:rPr>
        <w:t>እያንዳንዱ</w:t>
      </w:r>
      <w:r>
        <w:rPr>
          <w:rFonts w:ascii="Times New Roman" w:hAnsi="Times New Roman" w:eastAsia="Times New Roman" w:cs="Times New Roman"/>
        </w:rPr>
        <w:t xml:space="preserve"> </w:t>
      </w:r>
      <w:r>
        <w:rPr>
          <w:rFonts w:ascii="Ebrima" w:hAnsi="Ebrima" w:eastAsia="Ebrima" w:cs="Ebrima"/>
        </w:rPr>
        <w:t>ነጥብ</w:t>
      </w:r>
      <w:r>
        <w:rPr>
          <w:rFonts w:ascii="Times New Roman" w:hAnsi="Times New Roman" w:eastAsia="Times New Roman" w:cs="Times New Roman"/>
        </w:rPr>
        <w:t xml:space="preserve"> </w:t>
      </w:r>
      <w:r>
        <w:rPr>
          <w:rFonts w:ascii="Ebrima" w:hAnsi="Ebrima" w:eastAsia="Ebrima" w:cs="Ebrima"/>
        </w:rPr>
        <w:t>ተጠርጥሮ</w:t>
      </w:r>
      <w:r>
        <w:rPr>
          <w:rFonts w:ascii="Times New Roman" w:hAnsi="Times New Roman" w:eastAsia="Times New Roman" w:cs="Times New Roman"/>
        </w:rPr>
        <w:t xml:space="preserve"> </w:t>
      </w:r>
      <w:r>
        <w:rPr>
          <w:rFonts w:ascii="Ebrima" w:hAnsi="Ebrima" w:eastAsia="Ebrima" w:cs="Ebrima"/>
        </w:rPr>
        <w:t>ከትክክለኛው</w:t>
      </w:r>
      <w:r>
        <w:rPr>
          <w:rFonts w:ascii="Times New Roman" w:hAnsi="Times New Roman" w:eastAsia="Times New Roman" w:cs="Times New Roman"/>
        </w:rPr>
        <w:t xml:space="preserve"> </w:t>
      </w:r>
      <w:r>
        <w:rPr>
          <w:rFonts w:ascii="Ebrima" w:hAnsi="Ebrima" w:eastAsia="Ebrima" w:cs="Ebrima"/>
        </w:rPr>
        <w:t>ትርጉሙ</w:t>
      </w:r>
      <w:r>
        <w:rPr>
          <w:rFonts w:ascii="Times New Roman" w:hAnsi="Times New Roman" w:eastAsia="Times New Roman" w:cs="Times New Roman"/>
        </w:rPr>
        <w:t xml:space="preserve"> </w:t>
      </w:r>
      <w:r>
        <w:rPr>
          <w:rFonts w:ascii="Ebrima" w:hAnsi="Ebrima" w:eastAsia="Ebrima" w:cs="Ebrima"/>
        </w:rPr>
        <w:t>ውጭ</w:t>
      </w:r>
      <w:r>
        <w:rPr>
          <w:rFonts w:ascii="Times New Roman" w:hAnsi="Times New Roman" w:eastAsia="Times New Roman" w:cs="Times New Roman"/>
        </w:rPr>
        <w:t xml:space="preserve"> </w:t>
      </w:r>
      <w:r>
        <w:rPr>
          <w:rFonts w:ascii="Ebrima" w:hAnsi="Ebrima" w:eastAsia="Ebrima" w:cs="Ebrima"/>
        </w:rPr>
        <w:t>ነገር</w:t>
      </w:r>
      <w:r>
        <w:rPr>
          <w:rFonts w:ascii="Times New Roman" w:hAnsi="Times New Roman" w:eastAsia="Times New Roman" w:cs="Times New Roman"/>
        </w:rPr>
        <w:t xml:space="preserve"> </w:t>
      </w:r>
      <w:r>
        <w:rPr>
          <w:rFonts w:ascii="Ebrima" w:hAnsi="Ebrima" w:eastAsia="Ebrima" w:cs="Ebrima"/>
        </w:rPr>
        <w:t>እንዲያመለክት</w:t>
      </w:r>
      <w:r>
        <w:rPr>
          <w:rFonts w:ascii="Times New Roman" w:hAnsi="Times New Roman" w:eastAsia="Times New Roman" w:cs="Times New Roman"/>
        </w:rPr>
        <w:t xml:space="preserve"> </w:t>
      </w:r>
      <w:r>
        <w:rPr>
          <w:rFonts w:ascii="Ebrima" w:hAnsi="Ebrima" w:eastAsia="Ebrima" w:cs="Ebrima"/>
        </w:rPr>
        <w:t>ይደረጋል፥</w:t>
      </w:r>
      <w:r>
        <w:rPr>
          <w:rFonts w:ascii="Times New Roman" w:hAnsi="Times New Roman" w:eastAsia="Times New Roman" w:cs="Times New Roman"/>
        </w:rPr>
        <w:t xml:space="preserve"> </w:t>
      </w:r>
      <w:r>
        <w:rPr>
          <w:rFonts w:ascii="Ebrima" w:hAnsi="Ebrima" w:eastAsia="Ebrima" w:cs="Ebrima"/>
        </w:rPr>
        <w:t>ይህም</w:t>
      </w:r>
      <w:r>
        <w:rPr>
          <w:rFonts w:ascii="Times New Roman" w:hAnsi="Times New Roman" w:eastAsia="Times New Roman" w:cs="Times New Roman"/>
        </w:rPr>
        <w:t xml:space="preserve"> </w:t>
      </w:r>
      <w:r>
        <w:rPr>
          <w:rFonts w:ascii="Ebrima" w:hAnsi="Ebrima" w:eastAsia="Ebrima" w:cs="Ebrima"/>
        </w:rPr>
        <w:t>ለሥራው</w:t>
      </w:r>
      <w:r>
        <w:rPr>
          <w:rFonts w:ascii="Times New Roman" w:hAnsi="Times New Roman" w:eastAsia="Times New Roman" w:cs="Times New Roman"/>
        </w:rPr>
        <w:t xml:space="preserve"> </w:t>
      </w:r>
      <w:r>
        <w:rPr>
          <w:rFonts w:ascii="Ebrima" w:hAnsi="Ebrima" w:eastAsia="Ebrima" w:cs="Ebrima"/>
        </w:rPr>
        <w:t>ጉዳት</w:t>
      </w:r>
      <w:r>
        <w:rPr>
          <w:rFonts w:ascii="Times New Roman" w:hAnsi="Times New Roman" w:eastAsia="Times New Roman" w:cs="Times New Roman"/>
        </w:rPr>
        <w:t xml:space="preserve"> </w:t>
      </w:r>
      <w:r>
        <w:rPr>
          <w:rFonts w:ascii="Ebrima" w:hAnsi="Ebrima" w:eastAsia="Ebrima" w:cs="Ebrima"/>
        </w:rPr>
        <w:t>ብቻ</w:t>
      </w:r>
      <w:r>
        <w:rPr>
          <w:rFonts w:ascii="Times New Roman" w:hAnsi="Times New Roman" w:eastAsia="Times New Roman" w:cs="Times New Roman"/>
        </w:rPr>
        <w:t xml:space="preserve"> </w:t>
      </w:r>
      <w:r>
        <w:rPr>
          <w:rFonts w:ascii="Ebrima" w:hAnsi="Ebrima" w:eastAsia="Ebrima" w:cs="Ebrima"/>
        </w:rPr>
        <w:t>ያመጣል።</w:t>
      </w:r>
      <w:r>
        <w:rPr>
          <w:rFonts w:ascii="Times New Roman" w:hAnsi="Times New Roman" w:eastAsia="Times New Roman" w:cs="Times New Roman"/>
        </w:rPr>
        <w:t xml:space="preserve"> </w:t>
      </w:r>
      <w:r>
        <w:rPr>
          <w:rFonts w:ascii="Ebrima" w:hAnsi="Ebrima" w:eastAsia="Ebrima" w:cs="Ebrima"/>
        </w:rPr>
        <w:t>ሐሰተኛ</w:t>
      </w:r>
      <w:r>
        <w:rPr>
          <w:rFonts w:ascii="Times New Roman" w:hAnsi="Times New Roman" w:eastAsia="Times New Roman" w:cs="Times New Roman"/>
        </w:rPr>
        <w:t xml:space="preserve"> </w:t>
      </w:r>
      <w:r>
        <w:rPr>
          <w:rFonts w:ascii="Ebrima" w:hAnsi="Ebrima" w:eastAsia="Ebrima" w:cs="Ebrima"/>
        </w:rPr>
        <w:t>ምስክር</w:t>
      </w:r>
      <w:r>
        <w:rPr>
          <w:rFonts w:ascii="Times New Roman" w:hAnsi="Times New Roman" w:eastAsia="Times New Roman" w:cs="Times New Roman"/>
        </w:rPr>
        <w:t xml:space="preserve"> </w:t>
      </w:r>
      <w:r>
        <w:rPr>
          <w:rFonts w:ascii="Ebrima" w:hAnsi="Ebrima" w:eastAsia="Ebrima" w:cs="Ebrima"/>
        </w:rPr>
        <w:t>ለመስጠት</w:t>
      </w:r>
      <w:r>
        <w:rPr>
          <w:rFonts w:ascii="Times New Roman" w:hAnsi="Times New Roman" w:eastAsia="Times New Roman" w:cs="Times New Roman"/>
        </w:rPr>
        <w:t xml:space="preserve"> </w:t>
      </w:r>
      <w:r>
        <w:rPr>
          <w:rFonts w:ascii="Ebrima" w:hAnsi="Ebrima" w:eastAsia="Ebrima" w:cs="Ebrima"/>
        </w:rPr>
        <w:t>ፈቃደኛ</w:t>
      </w:r>
      <w:r>
        <w:rPr>
          <w:rFonts w:ascii="Times New Roman" w:hAnsi="Times New Roman" w:eastAsia="Times New Roman" w:cs="Times New Roman"/>
        </w:rPr>
        <w:t xml:space="preserve"> </w:t>
      </w:r>
      <w:r>
        <w:rPr>
          <w:rFonts w:ascii="Ebrima" w:hAnsi="Ebrima" w:eastAsia="Ebrima" w:cs="Ebrima"/>
        </w:rPr>
        <w:t>መሆናቸውን</w:t>
      </w:r>
      <w:r>
        <w:rPr>
          <w:rFonts w:ascii="Times New Roman" w:hAnsi="Times New Roman" w:eastAsia="Times New Roman" w:cs="Times New Roman"/>
        </w:rPr>
        <w:t xml:space="preserve"> </w:t>
      </w:r>
      <w:r>
        <w:rPr>
          <w:rFonts w:ascii="Ebrima" w:hAnsi="Ebrima" w:eastAsia="Ebrima" w:cs="Ebrima"/>
        </w:rPr>
        <w:t>ማስረጃ</w:t>
      </w:r>
      <w:r>
        <w:rPr>
          <w:rFonts w:ascii="Times New Roman" w:hAnsi="Times New Roman" w:eastAsia="Times New Roman" w:cs="Times New Roman"/>
        </w:rPr>
        <w:t xml:space="preserve"> </w:t>
      </w:r>
      <w:r>
        <w:rPr>
          <w:rFonts w:ascii="Ebrima" w:hAnsi="Ebrima" w:eastAsia="Ebrima" w:cs="Ebrima"/>
        </w:rPr>
        <w:t>የሰጡት</w:t>
      </w:r>
      <w:r>
        <w:rPr>
          <w:rFonts w:ascii="Times New Roman" w:hAnsi="Times New Roman" w:eastAsia="Times New Roman" w:cs="Times New Roman"/>
        </w:rPr>
        <w:t xml:space="preserve"> </w:t>
      </w:r>
      <w:r>
        <w:rPr>
          <w:rFonts w:ascii="Ebrima" w:hAnsi="Ebrima" w:eastAsia="Ebrima" w:cs="Ebrima"/>
        </w:rPr>
        <w:t>ሰዎች</w:t>
      </w:r>
      <w:r>
        <w:rPr>
          <w:rFonts w:ascii="Times New Roman" w:hAnsi="Times New Roman" w:eastAsia="Times New Roman" w:cs="Times New Roman"/>
        </w:rPr>
        <w:t xml:space="preserve"> </w:t>
      </w:r>
      <w:r>
        <w:rPr>
          <w:rFonts w:ascii="Ebrima" w:hAnsi="Ebrima" w:eastAsia="Ebrima" w:cs="Ebrima"/>
        </w:rPr>
        <w:t>የሚያቀርቡትን</w:t>
      </w:r>
      <w:r>
        <w:rPr>
          <w:rFonts w:ascii="Times New Roman" w:hAnsi="Times New Roman" w:eastAsia="Times New Roman" w:cs="Times New Roman"/>
        </w:rPr>
        <w:t xml:space="preserve"> </w:t>
      </w:r>
      <w:r>
        <w:rPr>
          <w:rFonts w:ascii="Ebrima" w:hAnsi="Ebrima" w:eastAsia="Ebrima" w:cs="Ebrima"/>
        </w:rPr>
        <w:t>የሐሰት</w:t>
      </w:r>
      <w:r>
        <w:rPr>
          <w:rFonts w:ascii="Times New Roman" w:hAnsi="Times New Roman" w:eastAsia="Times New Roman" w:cs="Times New Roman"/>
        </w:rPr>
        <w:t xml:space="preserve"> </w:t>
      </w:r>
      <w:r>
        <w:rPr>
          <w:rFonts w:ascii="Ebrima" w:hAnsi="Ebrima" w:eastAsia="Ebrima" w:cs="Ebrima"/>
        </w:rPr>
        <w:t>ንግግሮች</w:t>
      </w:r>
      <w:r>
        <w:rPr>
          <w:rFonts w:ascii="Times New Roman" w:hAnsi="Times New Roman" w:eastAsia="Times New Roman" w:cs="Times New Roman"/>
        </w:rPr>
        <w:t xml:space="preserve"> </w:t>
      </w:r>
      <w:r>
        <w:rPr>
          <w:rFonts w:ascii="Ebrima" w:hAnsi="Ebrima" w:eastAsia="Ebrima" w:cs="Ebrima"/>
        </w:rPr>
        <w:t>ለመመለስ</w:t>
      </w:r>
      <w:r>
        <w:rPr>
          <w:rFonts w:ascii="Times New Roman" w:hAnsi="Times New Roman" w:eastAsia="Times New Roman" w:cs="Times New Roman"/>
        </w:rPr>
        <w:t xml:space="preserve"> </w:t>
      </w:r>
      <w:r>
        <w:rPr>
          <w:rFonts w:ascii="Ebrima" w:hAnsi="Ebrima" w:eastAsia="Ebrima" w:cs="Ebrima"/>
        </w:rPr>
        <w:t>ብቻ</w:t>
      </w:r>
      <w:r>
        <w:rPr>
          <w:rFonts w:ascii="Times New Roman" w:hAnsi="Times New Roman" w:eastAsia="Times New Roman" w:cs="Times New Roman"/>
        </w:rPr>
        <w:t xml:space="preserve"> </w:t>
      </w:r>
      <w:r>
        <w:rPr>
          <w:rFonts w:ascii="Ebrima" w:hAnsi="Ebrima" w:eastAsia="Ebrima" w:cs="Ebrima"/>
        </w:rPr>
        <w:t>የሚበቃ</w:t>
      </w:r>
      <w:r>
        <w:rPr>
          <w:rFonts w:ascii="Times New Roman" w:hAnsi="Times New Roman" w:eastAsia="Times New Roman" w:cs="Times New Roman"/>
        </w:rPr>
        <w:t xml:space="preserve"> </w:t>
      </w:r>
      <w:r>
        <w:rPr>
          <w:rFonts w:ascii="Ebrima" w:hAnsi="Ebrima" w:eastAsia="Ebrima" w:cs="Ebrima"/>
        </w:rPr>
        <w:t>ሥራ</w:t>
      </w:r>
      <w:r>
        <w:rPr>
          <w:rFonts w:ascii="Times New Roman" w:hAnsi="Times New Roman" w:eastAsia="Times New Roman" w:cs="Times New Roman"/>
        </w:rPr>
        <w:t xml:space="preserve"> </w:t>
      </w:r>
      <w:r>
        <w:rPr>
          <w:rFonts w:ascii="Ebrima" w:hAnsi="Ebrima" w:eastAsia="Ebrima" w:cs="Ebrima"/>
        </w:rPr>
        <w:t>አለብን።</w:t>
      </w:r>
      <w:r>
        <w:rPr>
          <w:rFonts w:ascii="Times New Roman" w:hAnsi="Times New Roman" w:eastAsia="Times New Roman" w:cs="Times New Roman"/>
        </w:rPr>
        <w:t>» Manuscript Releases, volume 9, 106, 107.</w:t>
      </w:r>
    </w:p>
    <w:p>
      <w:pPr>
        <w:pStyle w:val="ArticleBody"/>
        <w:jc w:val="left"/>
      </w:pPr>
      <w:r>
        <w:rPr>
          <w:rFonts w:ascii="Times New Roman" w:hAnsi="Times New Roman" w:eastAsia="Times New Roman" w:cs="Times New Roman"/>
        </w:rPr>
        <w:t>Maqaalkii hore waxaynu ku garannay in Ellen White ay tidhi kuwii bixiyey qayladii saacadda xukunka ay haysteen aragtida saxda ah ee “the daily,” iyo in aragtidii Prescott iyo Daniells ee ahayd in “the daily,” uu metelo adeegga Masiixa ee meesha quduuska ah ay ka timid Shayddaan. Waxay canaanatay Haskell sababta uu ugu oggolaaday muranka inuu sii socdo, laakiin ma aha mowqifkiisa ku saabsan runta waxa “the daily,” uu metelo. Waqtigaas badankoodu weli waxay rumaysnaayeen fahamkii hormuudka ee “the daily,”, waxaana taas ka sii muhiimsan, aayadda ku jirta Daniel kow iyo tobnaad, oo ahayd in la furo shaabadda laga qaado “wakhtiga dhammaadka” sannadkii 1989, ay weli tobannaan sano mustaqbalka ku jirtay. Waqtigaas (1989), muhiimadda aragtida saxda ah ee “the daily,” waxay ahaan lahayd mid lagama maarmaan ah. Dib-u-eegayaashu mar walba waxay ka tagaan xaddidaadaha Ellen White ee ku koobnaa muddadaas gaarka ah saxannadooda sheekooyinka mala-awaalka ah. Tirso xaddidaadda waqtiga ee ku jirta tuducan soo socda.</w:t>
      </w:r>
    </w:p>
    <w:p>
      <w:pPr>
        <w:pStyle w:val="ArticleScripture"/>
        <w:jc w:val="left"/>
      </w:pPr>
      <w:r>
        <w:rPr>
          <w:rFonts w:ascii="Times New Roman" w:hAnsi="Times New Roman" w:eastAsia="Times New Roman" w:cs="Times New Roman"/>
        </w:rPr>
        <w:t>“Awɔ me kasa a mɛka akyerɛ Anuanom Butler, Loughborough, Haskell, Smith, Gilbert, Daniells, Prescott, ne wɔn nyinaa a wɔayɛ adwuma denneennen de ahyɛ wɔn adwene mu den fa nea “daa biara no” a ɛwɔ Daniel 8 no kyerɛ ho. Ɛnsɛ sɛ wɔde eyi yɛ sɔhwɛ asɛm, na basabasa a afi mu esiane sɛ wɔde no adi dwuma saa no ayɛ awerɛhow kɛse paa. Ayɛkyerɛ aba mu, na wɔadan yɛn anuanom no mu binom adwene afi adwene a anibere wom no a anka ɛsɛ sɛ wɔde ma adwuma a Awurade akwankyerɛ ama sɛ wɔnyɛ saa bere yi mu wɔ yɛn nkurow mu no so. Eyi asɔ yɛn adwuma no ɔtamfo kɛse no ani.”</w:t>
      </w:r>
    </w:p>
    <w:p>
      <w:pPr>
        <w:pStyle w:val="ArticleScripture"/>
        <w:jc w:val="left"/>
      </w:pPr>
      <w:r>
        <w:rPr>
          <w:rFonts w:ascii="Times New Roman" w:hAnsi="Times New Roman" w:eastAsia="Times New Roman" w:cs="Times New Roman"/>
        </w:rPr>
        <w:t>“Ñuul aa na onh athin ke kenoni ye, ka kede acï nhialic ba cuɔt cieng ënë kɔc thïn ku bë ke guir kuor ku lueel ë kuɛɛr cin luɔi. Ke cïn bï keek tɔ̈u në guɔp piny ku pieth nëëth acï keek tɔ̈u ba luɔi de tɔ̈u bïï raan guaath ku cï kekë jam acï, ku yen acï wël de tɔ̈u ba ke nyuɔth. Ku yen acï luɔi alɛl në thïn, ku an cïn athör path ba raan riääl kekë luɔi de cɔk cï bï ye luɔi. Lëu ba guɔp ku luɔi keti de kɔc në nyuɔth de rɔt de waarheid alɛl ciëth ku yen acï yïn ke luel nhom.”</w:t>
      </w:r>
    </w:p>
    <w:p>
      <w:pPr>
        <w:pStyle w:val="ArticleScripture"/>
        <w:jc w:val="left"/>
      </w:pPr>
      <w:r>
        <w:rPr>
          <w:rFonts w:ascii="Times New Roman" w:hAnsi="Times New Roman" w:eastAsia="Times New Roman" w:cs="Times New Roman"/>
        </w:rPr>
        <w:t>«کۀم ساسەی کریستەن نووینان پەیی ژ مە دەکەم، وەک لە یۆحەنا 17 دا تۆمار کراوە. بابەتێن زۆر هەن کە دەتوانین دەربارەیان قسە بکەین،—ڕاستییە پیرۆز و تاقیکەرەوەکان، بە جوانیی سادەییان. لەسەر ئەمانە دەتوانن بە جدییەکی تەواو بمێننەوە. بەڵام با «ڕۆژانە»، یان هەر بابەتێکی تر کە نێوان برایاندا ناکۆکی هەڵدەگیرسێنێت، لەم کاتەدا نەهێندرێتە ناوەوە؛ چونکە ئەمە ئەو کارە دوا دەخات و ڕێگری لێدەکات کە یەزدان دەیەوێت هەنووکە هزری برایانمان لەسەر چڕبکرێتەوە. با پرسیارێکەوە ناهەژێنین کە جیاوازییەکی دیار لە ڕاوبۆچووندا ئاشکرا دەکات، بەڵکو با لە وشەکەوە ئەو ڕاستییە پیرۆزانە بهێنین کە سەبارەت بە داواکارییە بەستووەکانی شەریعەتی خودا بن.»</w:t>
      </w:r>
    </w:p>
    <w:p>
      <w:pPr>
        <w:pStyle w:val="ArticleScripture"/>
        <w:jc w:val="left"/>
      </w:pPr>
      <w:r>
        <w:rPr>
          <w:rFonts w:ascii="Times New Roman" w:hAnsi="Times New Roman" w:eastAsia="Times New Roman" w:cs="Times New Roman"/>
        </w:rPr>
        <w:t>“Ñande ministro-kuéra toheka ohechauka hag̃ua pe añetegua iporãvéva hendápe. Oimeraẽ mba’épe ikatuháicha, maymáva toñe’ẽ peteĩcha. Ta’íke umi sermón simple, ha toñemoñe’ẽ umi mba’e iñimportantevévare ikatúva oñentende hag̃ua ndahasýiva. Opa ñande ministro-kuéra ohechávo tekotevẽha oñemomirĩ, upéicharõ pe Ñandejára ikatúta omba’apo hendivekuéra. Ko’ág̃a ñaikotevẽ jey jañekonverti, ikatu hag̃uáicha Tupã remimboukuéra toñomoirũ ñandive, omoheñóivo peteĩ impresión marangatu umi apytu’ũme umi roñangarekoháre.”</w:t>
      </w:r>
    </w:p>
    <w:p>
      <w:pPr>
        <w:pStyle w:val="ArticleScripture"/>
        <w:jc w:val="left"/>
      </w:pPr>
      <w:r>
        <w:rPr>
          <w:rFonts w:ascii="Times New Roman" w:hAnsi="Times New Roman" w:eastAsia="Times New Roman" w:cs="Times New Roman"/>
        </w:rPr>
        <w:t>«هامۆن دەبێت لە بەستەری یەکگرتوویی وەک مەسیح تێکەڵ ببین؛ ئەوسا ماندووبوونەکانمان بە فێڕۆ ناچن. بە هاوکێشەیی هێڵ بکێشن، و مەهێڵن هیچ ناکۆکییەک بهێنرێتە ناوەوە. هێزی یەکخەرەوەی ڕاستی ئاشکرا بکەن، و ئەمە کاریگەرییەکی بەهێز لەسەر مێشکی مرۆڤ دروست دەکات. لە یەکگرتووییدا هێز هەیە.»</w:t>
      </w:r>
    </w:p>
    <w:p>
      <w:pPr>
        <w:pStyle w:val="ArticleScripture"/>
        <w:jc w:val="left"/>
      </w:pPr>
      <w:r>
        <w:rPr>
          <w:rFonts w:ascii="Times New Roman" w:hAnsi="Times New Roman" w:eastAsia="Times New Roman" w:cs="Times New Roman"/>
        </w:rPr>
        <w:t>“Mi aron pa ini sang tion nga ipabantog ang indi importante nga mga punto sang pagkalainlain. Kon may pila nga wala sang mabakod, buhi nga koneksyon sa Agalon, nga nagapahayag sa kalibutan sang ila kaluyahon sa Kristohanon nga eksperiensya, ang mga kaaway sang kamatuoran nga nagabantay sing malapit sa aton magapahimulos gid sini, kag ang aton buluhaton mapunggan. Himoa nga ang tanan magpatubo sang kaaghum, kag magtuon sang mga leksyon gikan sa Iya nga maaghum kag mapainubuson sa tagipusuon.</w:t>
      </w:r>
    </w:p>
    <w:p>
      <w:pPr>
        <w:pStyle w:val="ArticleScripture"/>
        <w:jc w:val="left"/>
      </w:pPr>
      <w:r>
        <w:rPr>
          <w:rFonts w:ascii="Times New Roman" w:hAnsi="Times New Roman" w:eastAsia="Times New Roman" w:cs="Times New Roman"/>
        </w:rPr>
        <w:t>“Мөнзүмдики «һәр күнилик» тоғрисида сөз болғанда, бу мәсилигә мунасивәтлик қилинғандәк һәрикәтләр қозғимаслиқи керәк еди. Бу мәсилә һәққидә икки тәрәптики адәмләрниң тутқан йолиниң нәтиҗисидә, муназирә пәйда болуп, қалаймиқанчилиқ келип чиқти.</w:t>
      </w:r>
    </w:p>
    <w:p>
      <w:pPr>
        <w:pStyle w:val="ArticleScripture"/>
        <w:jc w:val="left"/>
      </w:pPr>
      <w:r>
        <w:rPr>
          <w:rFonts w:ascii="Times New Roman" w:hAnsi="Times New Roman" w:eastAsia="Times New Roman" w:cs="Times New Roman"/>
        </w:rPr>
        <w:t>“La acción del hermano Larry Smith al publicar un folleto que contenía condenación contra sus hermanos y contra su fe no fue aprobada por Dios. Y al anciano Prescott le diré: El Señor no ha puesto sobre usted una carga con respecto a este asunto.</w:t>
      </w:r>
    </w:p>
    <w:p>
      <w:pPr>
        <w:pStyle w:val="ArticleScripture"/>
        <w:jc w:val="left"/>
      </w:pPr>
      <w:r>
        <w:rPr>
          <w:rFonts w:ascii="Times New Roman" w:hAnsi="Times New Roman" w:eastAsia="Times New Roman" w:cs="Times New Roman"/>
        </w:rPr>
        <w:t>«Na-te selen a na adngeg a si Elder Daniells, maski ammuna a adda pannakadumaduma ti kapanunotan maipanggep daytoy a banag kadagiti mangidaulo a kakabsat tayo, ket ipilitna pay laeng nga iyunna daytoy a banag iti sangoanan, a kas iti naaramid idiay dadduma a lugar. »</w:t>
      </w:r>
    </w:p>
    <w:p>
      <w:pPr>
        <w:pStyle w:val="ArticleScripture"/>
        <w:jc w:val="left"/>
      </w:pPr>
      <w:r>
        <w:rPr>
          <w:rFonts w:ascii="Times New Roman" w:hAnsi="Times New Roman" w:eastAsia="Times New Roman" w:cs="Times New Roman"/>
        </w:rPr>
        <w:t>“Akyɛdeɛ foforo a efi yɛn nuanom mu no, anyansa na ɛankyerɛ wɔn kwan, na wɔannya adwene mu nteaseɛ yie mfirii adeɛ a ɛde ba adeɛ no so wɔ wɔn mmɔdenbɔ a wɔde gyina wɔn adwene so fa ‘da biara no’ nkyerɛaseɛ ho no mu. Bere a nnwene sononko yi wɔ saa asɛm yi ho da so ara wɔ hɔ no, mommma wɔnnsi no anim. Momma akasakasa nyinaa nnnyae. Saa bere no mu no, komm yɛ kasa pa.”</w:t>
      </w:r>
    </w:p>
    <w:p>
      <w:pPr>
        <w:pStyle w:val="ArticleScripture"/>
        <w:jc w:val="left"/>
      </w:pPr>
      <w:r>
        <w:rPr>
          <w:rFonts w:ascii="Times New Roman" w:hAnsi="Times New Roman" w:eastAsia="Times New Roman" w:cs="Times New Roman"/>
        </w:rPr>
        <w:t>«Ґылым хəдметчилериниң бу вақиттики вәзиписи — шәһәрләрдә Сөзни вәәз қилиштур. Мәсиһ җанларни қутқузуш үчүн кәлди; бизму Униң меһри-шәпқитиниң тарқатқучилири сүпитидә, чоң шәһәрләрниң аһалисигә Униң қутқузғучи һәқиқитиниң билимини йәткүзүшимиз керәк.» Брошюралар, 20-сан, 11, 12.</w:t>
      </w:r>
    </w:p>
    <w:p>
      <w:pPr>
        <w:pStyle w:val="ArticleBody"/>
        <w:jc w:val="left"/>
      </w:pPr>
      <w:r>
        <w:rPr>
          <w:rFonts w:ascii="Times New Roman" w:hAnsi="Times New Roman" w:eastAsia="Times New Roman" w:cs="Times New Roman"/>
        </w:rPr>
        <w:t>Khua Larry Smith, tu hi a sawi kha chu, a thinrim hle a ni; a pa lehkhabu, *Daniel and the Revelation*, chu Prescott leh Daniells-te chuan “the daily” chungchanga a ziak thlak danglam an duh avangin an siamthat leh an tum a ni. Khua Smith chuan thutak a hum a, a pa pawh a hum bawk. Amah chuan inhnialna chu “he hunah” tih tawngkam hmangin a sawi nawn fo a; a tawp lamah chuan, “He thil chungchanga ngaihdan danglamna awm mekna dinhmun tunlai hi a awm chhungin, langsar taka sawi lian loh rawh se,” a ti. Adventism-a zirna in zawng zawng, tunlai-a “the daily” zirtîrte chuan, Setana ngaihdan an zirtîr. A lang chiang hle a, tûnni hun dinhmun chu khatih lai hun dinhmun ang chu a ni lo.</w:t>
      </w:r>
    </w:p>
    <w:p>
      <w:pPr>
        <w:pStyle w:val="ArticleBody"/>
        <w:jc w:val="left"/>
      </w:pPr>
      <w:r>
        <w:rPr>
          <w:rFonts w:ascii="Leelawadee UI" w:hAnsi="Leelawadee UI" w:eastAsia="Leelawadee UI" w:cs="Leelawadee UI"/>
        </w:rPr>
        <w:t>អាដវិន្ទនិយមជំនាន់ទីពីរបានចាប់ផ្តើមនៅពេលការបះបោរឆ្នាំ</w:t>
      </w:r>
      <w:r>
        <w:rPr>
          <w:rFonts w:ascii="Times New Roman" w:hAnsi="Times New Roman" w:eastAsia="Times New Roman" w:cs="Times New Roman"/>
        </w:rPr>
        <w:t xml:space="preserve"> 1888 </w:t>
      </w:r>
      <w:r>
        <w:rPr>
          <w:rFonts w:ascii="Leelawadee UI" w:hAnsi="Leelawadee UI" w:eastAsia="Leelawadee UI" w:cs="Leelawadee UI"/>
        </w:rPr>
        <w:t>ហើយវិញ្ញាណនិយមត្រូវបានបង្កើតឡើងនៅក្នុងចំណោមថ្នាក់ដឹកនាំ។</w:t>
      </w:r>
      <w:r>
        <w:rPr>
          <w:rFonts w:ascii="Times New Roman" w:hAnsi="Times New Roman" w:eastAsia="Times New Roman" w:cs="Times New Roman"/>
        </w:rPr>
        <w:t xml:space="preserve"> </w:t>
      </w:r>
      <w:r>
        <w:rPr>
          <w:rFonts w:ascii="Leelawadee UI" w:hAnsi="Leelawadee UI" w:eastAsia="Leelawadee UI" w:cs="Leelawadee UI"/>
        </w:rPr>
        <w:t>ស្ថានភាពនោះបានបើកទ្វារសម្រាប់ការរីកចម្រើននៃការបំភាន់ដោយវិញ្ញាណនិយមកាន់តែធំៗ</w:t>
      </w:r>
      <w:r>
        <w:rPr>
          <w:rFonts w:ascii="Times New Roman" w:hAnsi="Times New Roman" w:eastAsia="Times New Roman" w:cs="Times New Roman"/>
        </w:rPr>
        <w:t xml:space="preserve"> </w:t>
      </w:r>
      <w:r>
        <w:rPr>
          <w:rFonts w:ascii="Leelawadee UI" w:hAnsi="Leelawadee UI" w:eastAsia="Leelawadee UI" w:cs="Leelawadee UI"/>
        </w:rPr>
        <w:t>ដែលត្រូវនាំមកនូវបរិយាកាសនៃការឃ្លាតឆ្ងាយ</w:t>
      </w:r>
      <w:r>
        <w:rPr>
          <w:rFonts w:ascii="Times New Roman" w:hAnsi="Times New Roman" w:eastAsia="Times New Roman" w:cs="Times New Roman"/>
        </w:rPr>
        <w:t xml:space="preserve"> </w:t>
      </w:r>
      <w:r>
        <w:rPr>
          <w:rFonts w:ascii="Leelawadee UI" w:hAnsi="Leelawadee UI" w:eastAsia="Leelawadee UI" w:cs="Leelawadee UI"/>
        </w:rPr>
        <w:t>និងការបែកបាក់</w:t>
      </w:r>
      <w:r>
        <w:rPr>
          <w:rFonts w:ascii="Times New Roman" w:hAnsi="Times New Roman" w:eastAsia="Times New Roman" w:cs="Times New Roman"/>
        </w:rPr>
        <w:t xml:space="preserve"> </w:t>
      </w:r>
      <w:r>
        <w:rPr>
          <w:rFonts w:ascii="Leelawadee UI" w:hAnsi="Leelawadee UI" w:eastAsia="Leelawadee UI" w:cs="Leelawadee UI"/>
        </w:rPr>
        <w:t>ខណៈដែលមនុស្សនៅក្នុងតំណែងទទួលខុសត្រូវបានសម្រេចចិត្តលើកកម្ពស់អ្វីក៏ដោយដែលពួកគេផ្ទាល់ចាត់ទុកថាជាសេចក្តីពិត។</w:t>
      </w:r>
      <w:r>
        <w:rPr>
          <w:rFonts w:ascii="Times New Roman" w:hAnsi="Times New Roman" w:eastAsia="Times New Roman" w:cs="Times New Roman"/>
        </w:rPr>
        <w:t xml:space="preserve"> </w:t>
      </w:r>
      <w:r>
        <w:rPr>
          <w:rFonts w:ascii="Leelawadee UI" w:hAnsi="Leelawadee UI" w:eastAsia="Leelawadee UI" w:cs="Leelawadee UI"/>
        </w:rPr>
        <w:t>មនុស្សដូចជា</w:t>
      </w:r>
      <w:r>
        <w:rPr>
          <w:rFonts w:ascii="Times New Roman" w:hAnsi="Times New Roman" w:eastAsia="Times New Roman" w:cs="Times New Roman"/>
        </w:rPr>
        <w:t xml:space="preserve"> Daniells, Prescott </w:t>
      </w:r>
      <w:r>
        <w:rPr>
          <w:rFonts w:ascii="Leelawadee UI" w:hAnsi="Leelawadee UI" w:eastAsia="Leelawadee UI" w:cs="Leelawadee UI"/>
        </w:rPr>
        <w:t>និង</w:t>
      </w:r>
      <w:r>
        <w:rPr>
          <w:rFonts w:ascii="Times New Roman" w:hAnsi="Times New Roman" w:eastAsia="Times New Roman" w:cs="Times New Roman"/>
        </w:rPr>
        <w:t xml:space="preserve"> Kellogg </w:t>
      </w:r>
      <w:r>
        <w:rPr>
          <w:rFonts w:ascii="Leelawadee UI" w:hAnsi="Leelawadee UI" w:eastAsia="Leelawadee UI" w:cs="Leelawadee UI"/>
        </w:rPr>
        <w:t>បានក្លាយជានិមិត្តសញ្ញានៃប្រវត្តិសាស្ត្រនោះ</w:t>
      </w:r>
      <w:r>
        <w:rPr>
          <w:rFonts w:ascii="Times New Roman" w:hAnsi="Times New Roman" w:eastAsia="Times New Roman" w:cs="Times New Roman"/>
        </w:rPr>
        <w:t xml:space="preserve"> </w:t>
      </w:r>
      <w:r>
        <w:rPr>
          <w:rFonts w:ascii="Leelawadee UI" w:hAnsi="Leelawadee UI" w:eastAsia="Leelawadee UI" w:cs="Leelawadee UI"/>
        </w:rPr>
        <w:t>ដែលក្នុងនោះ</w:t>
      </w:r>
      <w:r>
        <w:rPr>
          <w:rFonts w:ascii="Times New Roman" w:hAnsi="Times New Roman" w:eastAsia="Times New Roman" w:cs="Times New Roman"/>
        </w:rPr>
        <w:t xml:space="preserve"> Ezekiel </w:t>
      </w:r>
      <w:r>
        <w:rPr>
          <w:rFonts w:ascii="Leelawadee UI" w:hAnsi="Leelawadee UI" w:eastAsia="Leelawadee UI" w:cs="Leelawadee UI"/>
        </w:rPr>
        <w:t>បានកំណត់អត្តសញ្ញាណនូវអ្វីដែលព្រឹទ្ធាចារ្យចិតសិបនាក់</w:t>
      </w:r>
      <w:r>
        <w:rPr>
          <w:rFonts w:ascii="Times New Roman" w:hAnsi="Times New Roman" w:eastAsia="Times New Roman" w:cs="Times New Roman"/>
        </w:rPr>
        <w:t xml:space="preserve"> «</w:t>
      </w:r>
      <w:r>
        <w:rPr>
          <w:rFonts w:ascii="Leelawadee UI" w:hAnsi="Leelawadee UI" w:eastAsia="Leelawadee UI" w:cs="Leelawadee UI"/>
        </w:rPr>
        <w:t>ពួកចាស់ទុំនៃវង្សអ៊ីស្រាអែល</w:t>
      </w:r>
      <w:r>
        <w:rPr>
          <w:rFonts w:ascii="Times New Roman" w:hAnsi="Times New Roman" w:eastAsia="Times New Roman" w:cs="Times New Roman"/>
        </w:rPr>
        <w:t xml:space="preserve">» </w:t>
      </w:r>
      <w:r>
        <w:rPr>
          <w:rFonts w:ascii="Leelawadee UI" w:hAnsi="Leelawadee UI" w:eastAsia="Leelawadee UI" w:cs="Leelawadee UI"/>
        </w:rPr>
        <w:t>នឹង</w:t>
      </w:r>
      <w:r>
        <w:rPr>
          <w:rFonts w:ascii="Times New Roman" w:hAnsi="Times New Roman" w:eastAsia="Times New Roman" w:cs="Times New Roman"/>
        </w:rPr>
        <w:t xml:space="preserve"> «</w:t>
      </w:r>
      <w:r>
        <w:rPr>
          <w:rFonts w:ascii="Leelawadee UI" w:hAnsi="Leelawadee UI" w:eastAsia="Leelawadee UI" w:cs="Leelawadee UI"/>
        </w:rPr>
        <w:t>ធ្វើនៅក្នុងទីងងឹត</w:t>
      </w:r>
      <w:r>
        <w:rPr>
          <w:rFonts w:ascii="Times New Roman" w:hAnsi="Times New Roman" w:eastAsia="Times New Roman" w:cs="Times New Roman"/>
        </w:rPr>
        <w:t xml:space="preserve"> </w:t>
      </w:r>
      <w:r>
        <w:rPr>
          <w:rFonts w:ascii="Leelawadee UI" w:hAnsi="Leelawadee UI" w:eastAsia="Leelawadee UI" w:cs="Leelawadee UI"/>
        </w:rPr>
        <w:t>ម្នាក់ៗនៅក្នុងបន្ទប់នៃរូបភាពស្រមើស្រមៃរបស់ខ្លួនឬ</w:t>
      </w:r>
      <w:r>
        <w:rPr>
          <w:rFonts w:ascii="Times New Roman" w:hAnsi="Times New Roman" w:eastAsia="Times New Roman" w:cs="Times New Roman"/>
        </w:rPr>
        <w:t xml:space="preserve">? </w:t>
      </w:r>
      <w:r>
        <w:rPr>
          <w:rFonts w:ascii="Leelawadee UI" w:hAnsi="Leelawadee UI" w:eastAsia="Leelawadee UI" w:cs="Leelawadee UI"/>
        </w:rPr>
        <w:t>ដ្បិតពួកគេនិយាយថា</w:t>
      </w:r>
      <w:r>
        <w:rPr>
          <w:rFonts w:ascii="Times New Roman" w:hAnsi="Times New Roman" w:eastAsia="Times New Roman" w:cs="Times New Roman"/>
        </w:rPr>
        <w:t xml:space="preserve"> </w:t>
      </w:r>
      <w:r>
        <w:rPr>
          <w:rFonts w:ascii="Leelawadee UI" w:hAnsi="Leelawadee UI" w:eastAsia="Leelawadee UI" w:cs="Leelawadee UI"/>
        </w:rPr>
        <w:t>ព្រះអម្ចាស់មិនទតឃើញយើងទេ</w:t>
      </w:r>
      <w:r>
        <w:rPr>
          <w:rFonts w:ascii="Times New Roman" w:hAnsi="Times New Roman" w:eastAsia="Times New Roman" w:cs="Times New Roman"/>
        </w:rPr>
        <w:t>»</w:t>
      </w:r>
      <w:r>
        <w:rPr>
          <w:rFonts w:ascii="Leelawadee UI" w:hAnsi="Leelawadee UI" w:eastAsia="Leelawadee UI" w:cs="Leelawadee UI"/>
        </w:rPr>
        <w:t>។</w:t>
      </w:r>
    </w:p>
    <w:p>
      <w:pPr>
        <w:pStyle w:val="ArticleBody"/>
        <w:jc w:val="left"/>
      </w:pPr>
      <w:r>
        <w:rPr>
          <w:rFonts w:ascii="Times New Roman" w:hAnsi="Times New Roman" w:eastAsia="Times New Roman" w:cs="Times New Roman"/>
        </w:rPr>
        <w:t>Akaa barreeffama 1888 sanaa geessisan, lamaan isaanii iyyuu falmiiwwan, jeequmsa, fi hafuurota waaqeffannaa keessatti karaa isaanii irraa bade; hafuurota waaqeffannaa sanaanis jaarsoliin torbaatama Hisqiʼeel, warri fakkiiwwan waaqolii sobaa dallaa mana qulqullummaa irratti, akkasumas dallaa sammuu isaanii irratti fakkeessanii turan, liqimfamaniiru. Hojiin fayyaa hafuurota waaqeffannaa Kellogg irraa kan kaʼe irraa fuudhame; taʼus, warri seenaa jijjiiran kan Adventizimii Laaʼodiiqeyaa warra hin baranne akka waan moʼannoon gosa tokkoo jeequmsa dhaloota sana keessaa baʼeetti amansiisu. Yeroo Abbootii Murtii keessattis seenaa wal fakkaatu tokko ture; walumaagalatti seenaa Abbootii Murtii yeroo kanaan guutummaatti wal sima; sababni isaas lakkoofsi dhumaa kitaaba Abbootii Murtii akkana jedha:</w:t>
      </w:r>
    </w:p>
    <w:p>
      <w:pPr>
        <w:pStyle w:val="ArticleScripture"/>
        <w:jc w:val="left"/>
      </w:pPr>
      <w:r>
        <w:rPr>
          <w:rFonts w:ascii="Times New Roman" w:hAnsi="Times New Roman" w:eastAsia="Times New Roman" w:cs="Times New Roman"/>
        </w:rPr>
        <w:t>Wakhtiyo shimbirki Israa’el kama ayn jirin; nin walbana wuxuu samayn jiray wixii indhihiisa la qummanaa. Xaakinnada 21:25.</w:t>
      </w:r>
    </w:p>
    <w:p>
      <w:pPr>
        <w:pStyle w:val="ArticleBody"/>
        <w:jc w:val="left"/>
      </w:pPr>
      <w:r>
        <w:rPr>
          <w:rFonts w:ascii="Nirmala UI" w:hAnsi="Nirmala UI" w:eastAsia="Nirmala UI" w:cs="Nirmala UI"/>
        </w:rPr>
        <w:t>ᱟᱞᱮ</w:t>
      </w:r>
      <w:r>
        <w:rPr>
          <w:rFonts w:ascii="Times New Roman" w:hAnsi="Times New Roman" w:eastAsia="Times New Roman" w:cs="Times New Roman"/>
        </w:rPr>
        <w:t xml:space="preserve"> </w:t>
      </w:r>
      <w:r>
        <w:rPr>
          <w:rFonts w:ascii="Nirmala UI" w:hAnsi="Nirmala UI" w:eastAsia="Nirmala UI" w:cs="Nirmala UI"/>
        </w:rPr>
        <w:t>ᱱᱚᱶᱟ</w:t>
      </w:r>
      <w:r>
        <w:rPr>
          <w:rFonts w:ascii="Times New Roman" w:hAnsi="Times New Roman" w:eastAsia="Times New Roman" w:cs="Times New Roman"/>
        </w:rPr>
        <w:t xml:space="preserve"> </w:t>
      </w:r>
      <w:r>
        <w:rPr>
          <w:rFonts w:ascii="Nirmala UI" w:hAnsi="Nirmala UI" w:eastAsia="Nirmala UI" w:cs="Nirmala UI"/>
        </w:rPr>
        <w:t>ᱨᱮᱭᱟᱜ</w:t>
      </w:r>
      <w:r>
        <w:rPr>
          <w:rFonts w:ascii="Times New Roman" w:hAnsi="Times New Roman" w:eastAsia="Times New Roman" w:cs="Times New Roman"/>
        </w:rPr>
        <w:t xml:space="preserve"> </w:t>
      </w:r>
      <w:r>
        <w:rPr>
          <w:rFonts w:ascii="Nirmala UI" w:hAnsi="Nirmala UI" w:eastAsia="Nirmala UI" w:cs="Nirmala UI"/>
        </w:rPr>
        <w:t>ᱚᱱᱚᱞᱠᱚ</w:t>
      </w:r>
      <w:r>
        <w:rPr>
          <w:rFonts w:ascii="Times New Roman" w:hAnsi="Times New Roman" w:eastAsia="Times New Roman" w:cs="Times New Roman"/>
        </w:rPr>
        <w:t xml:space="preserve"> </w:t>
      </w:r>
      <w:r>
        <w:rPr>
          <w:rFonts w:ascii="Nirmala UI" w:hAnsi="Nirmala UI" w:eastAsia="Nirmala UI" w:cs="Nirmala UI"/>
        </w:rPr>
        <w:t>ᱛᱮ</w:t>
      </w:r>
      <w:r>
        <w:rPr>
          <w:rFonts w:ascii="Times New Roman" w:hAnsi="Times New Roman" w:eastAsia="Times New Roman" w:cs="Times New Roman"/>
        </w:rPr>
        <w:t xml:space="preserve"> </w:t>
      </w:r>
      <w:r>
        <w:rPr>
          <w:rFonts w:ascii="Nirmala UI" w:hAnsi="Nirmala UI" w:eastAsia="Nirmala UI" w:cs="Nirmala UI"/>
        </w:rPr>
        <w:t>ᱞᱟᱹᱭ</w:t>
      </w:r>
      <w:r>
        <w:rPr>
          <w:rFonts w:ascii="Times New Roman" w:hAnsi="Times New Roman" w:eastAsia="Times New Roman" w:cs="Times New Roman"/>
        </w:rPr>
        <w:t xml:space="preserve"> </w:t>
      </w:r>
      <w:r>
        <w:rPr>
          <w:rFonts w:ascii="Nirmala UI" w:hAnsi="Nirmala UI" w:eastAsia="Nirmala UI" w:cs="Nirmala UI"/>
        </w:rPr>
        <w:t>ᱵᱟᱲᱟᱭᱟ</w:t>
      </w:r>
      <w:r>
        <w:rPr>
          <w:rFonts w:ascii="Times New Roman" w:hAnsi="Times New Roman" w:eastAsia="Times New Roman" w:cs="Times New Roman"/>
        </w:rPr>
        <w:t xml:space="preserve"> </w:t>
      </w:r>
      <w:r>
        <w:rPr>
          <w:rFonts w:ascii="Nirmala UI" w:hAnsi="Nirmala UI" w:eastAsia="Nirmala UI" w:cs="Nirmala UI"/>
        </w:rPr>
        <w:t>ᱵᱮᱱ</w:t>
      </w:r>
      <w:r>
        <w:rPr>
          <w:rFonts w:ascii="Times New Roman" w:hAnsi="Times New Roman" w:eastAsia="Times New Roman" w:cs="Times New Roman"/>
        </w:rPr>
        <w:t xml:space="preserve"> </w:t>
      </w:r>
      <w:r>
        <w:rPr>
          <w:rFonts w:ascii="Nirmala UI" w:hAnsi="Nirmala UI" w:eastAsia="Nirmala UI" w:cs="Nirmala UI"/>
        </w:rPr>
        <w:t>ᱠᱟᱹᱢᱤ</w:t>
      </w:r>
      <w:r>
        <w:rPr>
          <w:rFonts w:ascii="Times New Roman" w:hAnsi="Times New Roman" w:eastAsia="Times New Roman" w:cs="Times New Roman"/>
        </w:rPr>
        <w:t xml:space="preserve"> </w:t>
      </w:r>
      <w:r>
        <w:rPr>
          <w:rFonts w:ascii="Nirmala UI" w:hAnsi="Nirmala UI" w:eastAsia="Nirmala UI" w:cs="Nirmala UI"/>
        </w:rPr>
        <w:t>ᱨᱮ</w:t>
      </w:r>
      <w:r>
        <w:rPr>
          <w:rFonts w:ascii="Times New Roman" w:hAnsi="Times New Roman" w:eastAsia="Times New Roman" w:cs="Times New Roman"/>
        </w:rPr>
        <w:t xml:space="preserve"> </w:t>
      </w:r>
      <w:r>
        <w:rPr>
          <w:rFonts w:ascii="Nirmala UI" w:hAnsi="Nirmala UI" w:eastAsia="Nirmala UI" w:cs="Nirmala UI"/>
        </w:rPr>
        <w:t>ᱡᱟᱡᱽᱜᱮᱥ</w:t>
      </w:r>
      <w:r>
        <w:rPr>
          <w:rFonts w:ascii="Times New Roman" w:hAnsi="Times New Roman" w:eastAsia="Times New Roman" w:cs="Times New Roman"/>
        </w:rPr>
        <w:t xml:space="preserve"> </w:t>
      </w:r>
      <w:r>
        <w:rPr>
          <w:rFonts w:ascii="Nirmala UI" w:hAnsi="Nirmala UI" w:eastAsia="Nirmala UI" w:cs="Nirmala UI"/>
        </w:rPr>
        <w:t>ᱨᱮᱭᱟᱜ</w:t>
      </w:r>
      <w:r>
        <w:rPr>
          <w:rFonts w:ascii="Times New Roman" w:hAnsi="Times New Roman" w:eastAsia="Times New Roman" w:cs="Times New Roman"/>
        </w:rPr>
        <w:t xml:space="preserve"> </w:t>
      </w:r>
      <w:r>
        <w:rPr>
          <w:rFonts w:ascii="Nirmala UI" w:hAnsi="Nirmala UI" w:eastAsia="Nirmala UI" w:cs="Nirmala UI"/>
        </w:rPr>
        <w:t>ᱤᱛᱤᱦᱟᱹᱥ</w:t>
      </w:r>
      <w:r>
        <w:rPr>
          <w:rFonts w:ascii="Times New Roman" w:hAnsi="Times New Roman" w:eastAsia="Times New Roman" w:cs="Times New Roman"/>
        </w:rPr>
        <w:t xml:space="preserve"> </w:t>
      </w:r>
      <w:r>
        <w:rPr>
          <w:rFonts w:ascii="Nirmala UI" w:hAnsi="Nirmala UI" w:eastAsia="Nirmala UI" w:cs="Nirmala UI"/>
        </w:rPr>
        <w:t>ᱟᱰᱵᱷᱮᱱᱴᱤᱡᱽᱢ</w:t>
      </w:r>
      <w:r>
        <w:rPr>
          <w:rFonts w:ascii="Times New Roman" w:hAnsi="Times New Roman" w:eastAsia="Times New Roman" w:cs="Times New Roman"/>
        </w:rPr>
        <w:t xml:space="preserve"> </w:t>
      </w:r>
      <w:r>
        <w:rPr>
          <w:rFonts w:ascii="Nirmala UI" w:hAnsi="Nirmala UI" w:eastAsia="Nirmala UI" w:cs="Nirmala UI"/>
        </w:rPr>
        <w:t>ᱨᱮᱭᱟᱜ</w:t>
      </w:r>
      <w:r>
        <w:rPr>
          <w:rFonts w:ascii="Times New Roman" w:hAnsi="Times New Roman" w:eastAsia="Times New Roman" w:cs="Times New Roman"/>
        </w:rPr>
        <w:t xml:space="preserve"> </w:t>
      </w:r>
      <w:r>
        <w:rPr>
          <w:rFonts w:ascii="Nirmala UI" w:hAnsi="Nirmala UI" w:eastAsia="Nirmala UI" w:cs="Nirmala UI"/>
        </w:rPr>
        <w:t>ᱫᱚᱥᱟᱨ</w:t>
      </w:r>
      <w:r>
        <w:rPr>
          <w:rFonts w:ascii="Times New Roman" w:hAnsi="Times New Roman" w:eastAsia="Times New Roman" w:cs="Times New Roman"/>
        </w:rPr>
        <w:t xml:space="preserve"> </w:t>
      </w:r>
      <w:r>
        <w:rPr>
          <w:rFonts w:ascii="Nirmala UI" w:hAnsi="Nirmala UI" w:eastAsia="Nirmala UI" w:cs="Nirmala UI"/>
        </w:rPr>
        <w:t>ᱥᱟᱱᱛᱟᱱ</w:t>
      </w:r>
      <w:r>
        <w:rPr>
          <w:rFonts w:ascii="Times New Roman" w:hAnsi="Times New Roman" w:eastAsia="Times New Roman" w:cs="Times New Roman"/>
        </w:rPr>
        <w:t xml:space="preserve"> </w:t>
      </w:r>
      <w:r>
        <w:rPr>
          <w:rFonts w:ascii="Nirmala UI" w:hAnsi="Nirmala UI" w:eastAsia="Nirmala UI" w:cs="Nirmala UI"/>
        </w:rPr>
        <w:t>ᱤᱛᱤᱦᱟᱹᱥ</w:t>
      </w:r>
      <w:r>
        <w:rPr>
          <w:rFonts w:ascii="Times New Roman" w:hAnsi="Times New Roman" w:eastAsia="Times New Roman" w:cs="Times New Roman"/>
        </w:rPr>
        <w:t xml:space="preserve"> </w:t>
      </w:r>
      <w:r>
        <w:rPr>
          <w:rFonts w:ascii="Nirmala UI" w:hAnsi="Nirmala UI" w:eastAsia="Nirmala UI" w:cs="Nirmala UI"/>
        </w:rPr>
        <w:t>ᱥᱟᱶ</w:t>
      </w:r>
      <w:r>
        <w:rPr>
          <w:rFonts w:ascii="Times New Roman" w:hAnsi="Times New Roman" w:eastAsia="Times New Roman" w:cs="Times New Roman"/>
        </w:rPr>
        <w:t xml:space="preserve"> </w:t>
      </w:r>
      <w:r>
        <w:rPr>
          <w:rFonts w:ascii="Nirmala UI" w:hAnsi="Nirmala UI" w:eastAsia="Nirmala UI" w:cs="Nirmala UI"/>
        </w:rPr>
        <w:t>ᱠᱟᱹᱯᱩᱭ</w:t>
      </w:r>
      <w:r>
        <w:rPr>
          <w:rFonts w:ascii="Times New Roman" w:hAnsi="Times New Roman" w:eastAsia="Times New Roman" w:cs="Times New Roman"/>
        </w:rPr>
        <w:t xml:space="preserve"> </w:t>
      </w:r>
      <w:r>
        <w:rPr>
          <w:rFonts w:ascii="Nirmala UI" w:hAnsi="Nirmala UI" w:eastAsia="Nirmala UI" w:cs="Nirmala UI"/>
        </w:rPr>
        <w:t>ᱛᱟᱦᱮᱸᱭᱟ</w:t>
      </w:r>
      <w:r>
        <w:rPr>
          <w:rFonts w:ascii="Times New Roman" w:hAnsi="Times New Roman" w:eastAsia="Times New Roman" w:cs="Times New Roman"/>
        </w:rPr>
        <w:t xml:space="preserve">, </w:t>
      </w:r>
      <w:r>
        <w:rPr>
          <w:rFonts w:ascii="Nirmala UI" w:hAnsi="Nirmala UI" w:eastAsia="Nirmala UI" w:cs="Nirmala UI"/>
        </w:rPr>
        <w:t>ᱢᱮᱱᱠᱷᱟᱱ</w:t>
      </w:r>
      <w:r>
        <w:rPr>
          <w:rFonts w:ascii="Times New Roman" w:hAnsi="Times New Roman" w:eastAsia="Times New Roman" w:cs="Times New Roman"/>
        </w:rPr>
        <w:t xml:space="preserve"> </w:t>
      </w:r>
      <w:r>
        <w:rPr>
          <w:rFonts w:ascii="Nirmala UI" w:hAnsi="Nirmala UI" w:eastAsia="Nirmala UI" w:cs="Nirmala UI"/>
        </w:rPr>
        <w:t>ᱱᱚᱶᱟ</w:t>
      </w:r>
      <w:r>
        <w:rPr>
          <w:rFonts w:ascii="Times New Roman" w:hAnsi="Times New Roman" w:eastAsia="Times New Roman" w:cs="Times New Roman"/>
        </w:rPr>
        <w:t xml:space="preserve"> </w:t>
      </w:r>
      <w:r>
        <w:rPr>
          <w:rFonts w:ascii="Nirmala UI" w:hAnsi="Nirmala UI" w:eastAsia="Nirmala UI" w:cs="Nirmala UI"/>
        </w:rPr>
        <w:t>ᱫᱚ</w:t>
      </w:r>
      <w:r>
        <w:rPr>
          <w:rFonts w:ascii="Times New Roman" w:hAnsi="Times New Roman" w:eastAsia="Times New Roman" w:cs="Times New Roman"/>
        </w:rPr>
        <w:t xml:space="preserve"> </w:t>
      </w:r>
      <w:r>
        <w:rPr>
          <w:rFonts w:ascii="Nirmala UI" w:hAnsi="Nirmala UI" w:eastAsia="Nirmala UI" w:cs="Nirmala UI"/>
        </w:rPr>
        <w:t>ᱧᱮᱞᱟᱜ</w:t>
      </w:r>
      <w:r>
        <w:rPr>
          <w:rFonts w:ascii="Times New Roman" w:hAnsi="Times New Roman" w:eastAsia="Times New Roman" w:cs="Times New Roman"/>
        </w:rPr>
        <w:t xml:space="preserve"> </w:t>
      </w:r>
      <w:r>
        <w:rPr>
          <w:rFonts w:ascii="Nirmala UI" w:hAnsi="Nirmala UI" w:eastAsia="Nirmala UI" w:cs="Nirmala UI"/>
        </w:rPr>
        <w:t>ᱞᱟᱹᱠᱛᱤ</w:t>
      </w:r>
      <w:r>
        <w:rPr>
          <w:rFonts w:ascii="Times New Roman" w:hAnsi="Times New Roman" w:eastAsia="Times New Roman" w:cs="Times New Roman"/>
        </w:rPr>
        <w:t xml:space="preserve"> </w:t>
      </w:r>
      <w:r>
        <w:rPr>
          <w:rFonts w:ascii="Nirmala UI" w:hAnsi="Nirmala UI" w:eastAsia="Nirmala UI" w:cs="Nirmala UI"/>
        </w:rPr>
        <w:t>ᱭᱮ</w:t>
      </w:r>
      <w:r>
        <w:rPr>
          <w:rFonts w:ascii="Times New Roman" w:hAnsi="Times New Roman" w:eastAsia="Times New Roman" w:cs="Times New Roman"/>
        </w:rPr>
        <w:t xml:space="preserve"> </w:t>
      </w:r>
      <w:r>
        <w:rPr>
          <w:rFonts w:ascii="Nirmala UI" w:hAnsi="Nirmala UI" w:eastAsia="Nirmala UI" w:cs="Nirmala UI"/>
        </w:rPr>
        <w:t>ᱞᱟᱣᱫᱤᱥᱤᱭᱟᱱ</w:t>
      </w:r>
      <w:r>
        <w:rPr>
          <w:rFonts w:ascii="Times New Roman" w:hAnsi="Times New Roman" w:eastAsia="Times New Roman" w:cs="Times New Roman"/>
        </w:rPr>
        <w:t xml:space="preserve"> </w:t>
      </w:r>
      <w:r>
        <w:rPr>
          <w:rFonts w:ascii="Nirmala UI" w:hAnsi="Nirmala UI" w:eastAsia="Nirmala UI" w:cs="Nirmala UI"/>
        </w:rPr>
        <w:t>ᱟᱰᱵᱷᱮᱱᱴᱤᱡᱽᱢ</w:t>
      </w:r>
      <w:r>
        <w:rPr>
          <w:rFonts w:ascii="Times New Roman" w:hAnsi="Times New Roman" w:eastAsia="Times New Roman" w:cs="Times New Roman"/>
        </w:rPr>
        <w:t xml:space="preserve"> </w:t>
      </w:r>
      <w:r>
        <w:rPr>
          <w:rFonts w:ascii="Nirmala UI" w:hAnsi="Nirmala UI" w:eastAsia="Nirmala UI" w:cs="Nirmala UI"/>
        </w:rPr>
        <w:t>ᱨᱮᱭᱟᱜ</w:t>
      </w:r>
      <w:r>
        <w:rPr>
          <w:rFonts w:ascii="Times New Roman" w:hAnsi="Times New Roman" w:eastAsia="Times New Roman" w:cs="Times New Roman"/>
        </w:rPr>
        <w:t xml:space="preserve"> </w:t>
      </w:r>
      <w:r>
        <w:rPr>
          <w:rFonts w:ascii="Nirmala UI" w:hAnsi="Nirmala UI" w:eastAsia="Nirmala UI" w:cs="Nirmala UI"/>
        </w:rPr>
        <w:t>ᱤᱛᱤᱦᱟᱹᱥ</w:t>
      </w:r>
      <w:r>
        <w:rPr>
          <w:rFonts w:ascii="Times New Roman" w:hAnsi="Times New Roman" w:eastAsia="Times New Roman" w:cs="Times New Roman"/>
        </w:rPr>
        <w:t xml:space="preserve"> </w:t>
      </w:r>
      <w:r>
        <w:rPr>
          <w:rFonts w:ascii="Nirmala UI" w:hAnsi="Nirmala UI" w:eastAsia="Nirmala UI" w:cs="Nirmala UI"/>
        </w:rPr>
        <w:t>ᱵᱤᱥᱚᱭ</w:t>
      </w:r>
      <w:r>
        <w:rPr>
          <w:rFonts w:ascii="Times New Roman" w:hAnsi="Times New Roman" w:eastAsia="Times New Roman" w:cs="Times New Roman"/>
        </w:rPr>
        <w:t xml:space="preserve"> </w:t>
      </w:r>
      <w:r>
        <w:rPr>
          <w:rFonts w:ascii="Nirmala UI" w:hAnsi="Nirmala UI" w:eastAsia="Nirmala UI" w:cs="Nirmala UI"/>
        </w:rPr>
        <w:t>ᱵᱤᱪᱟᱹᱨ</w:t>
      </w:r>
      <w:r>
        <w:rPr>
          <w:rFonts w:ascii="Times New Roman" w:hAnsi="Times New Roman" w:eastAsia="Times New Roman" w:cs="Times New Roman"/>
        </w:rPr>
        <w:t xml:space="preserve"> </w:t>
      </w:r>
      <w:r>
        <w:rPr>
          <w:rFonts w:ascii="Nirmala UI" w:hAnsi="Nirmala UI" w:eastAsia="Nirmala UI" w:cs="Nirmala UI"/>
        </w:rPr>
        <w:t>ᱚᱠᱛᱚ</w:t>
      </w:r>
      <w:r>
        <w:rPr>
          <w:rFonts w:ascii="Times New Roman" w:hAnsi="Times New Roman" w:eastAsia="Times New Roman" w:cs="Times New Roman"/>
        </w:rPr>
        <w:t xml:space="preserve">, </w:t>
      </w:r>
      <w:r>
        <w:rPr>
          <w:rFonts w:ascii="Nirmala UI" w:hAnsi="Nirmala UI" w:eastAsia="Nirmala UI" w:cs="Nirmala UI"/>
        </w:rPr>
        <w:t>ᱥᱟᱦᱟᱡᱽᱨᱮ</w:t>
      </w:r>
      <w:r>
        <w:rPr>
          <w:rFonts w:ascii="Times New Roman" w:hAnsi="Times New Roman" w:eastAsia="Times New Roman" w:cs="Times New Roman"/>
        </w:rPr>
        <w:t xml:space="preserve"> </w:t>
      </w:r>
      <w:r>
        <w:rPr>
          <w:rFonts w:ascii="Nirmala UI" w:hAnsi="Nirmala UI" w:eastAsia="Nirmala UI" w:cs="Nirmala UI"/>
        </w:rPr>
        <w:t>ᱧᱟᱢᱚᱜ</w:t>
      </w:r>
      <w:r>
        <w:rPr>
          <w:rFonts w:ascii="Times New Roman" w:hAnsi="Times New Roman" w:eastAsia="Times New Roman" w:cs="Times New Roman"/>
        </w:rPr>
        <w:t xml:space="preserve"> </w:t>
      </w:r>
      <w:r>
        <w:rPr>
          <w:rFonts w:ascii="Nirmala UI" w:hAnsi="Nirmala UI" w:eastAsia="Nirmala UI" w:cs="Nirmala UI"/>
        </w:rPr>
        <w:t>ᱤᱛᱤᱦᱟᱹᱥ</w:t>
      </w:r>
      <w:r>
        <w:rPr>
          <w:rFonts w:ascii="Times New Roman" w:hAnsi="Times New Roman" w:eastAsia="Times New Roman" w:cs="Times New Roman"/>
        </w:rPr>
        <w:t xml:space="preserve"> </w:t>
      </w:r>
      <w:r>
        <w:rPr>
          <w:rFonts w:ascii="Nirmala UI" w:hAnsi="Nirmala UI" w:eastAsia="Nirmala UI" w:cs="Nirmala UI"/>
        </w:rPr>
        <w:t>ᱚᱱᱟ</w:t>
      </w:r>
      <w:r>
        <w:rPr>
          <w:rFonts w:ascii="Times New Roman" w:hAnsi="Times New Roman" w:eastAsia="Times New Roman" w:cs="Times New Roman"/>
        </w:rPr>
        <w:t xml:space="preserve"> </w:t>
      </w:r>
      <w:r>
        <w:rPr>
          <w:rFonts w:ascii="Nirmala UI" w:hAnsi="Nirmala UI" w:eastAsia="Nirmala UI" w:cs="Nirmala UI"/>
        </w:rPr>
        <w:t>ᱦᱚᱲᱠᱚ</w:t>
      </w:r>
      <w:r>
        <w:rPr>
          <w:rFonts w:ascii="Times New Roman" w:hAnsi="Times New Roman" w:eastAsia="Times New Roman" w:cs="Times New Roman"/>
        </w:rPr>
        <w:t xml:space="preserve"> </w:t>
      </w:r>
      <w:r>
        <w:rPr>
          <w:rFonts w:ascii="Nirmala UI" w:hAnsi="Nirmala UI" w:eastAsia="Nirmala UI" w:cs="Nirmala UI"/>
        </w:rPr>
        <w:t>ᱛᱮ</w:t>
      </w:r>
      <w:r>
        <w:rPr>
          <w:rFonts w:ascii="Times New Roman" w:hAnsi="Times New Roman" w:eastAsia="Times New Roman" w:cs="Times New Roman"/>
        </w:rPr>
        <w:t xml:space="preserve"> </w:t>
      </w:r>
      <w:r>
        <w:rPr>
          <w:rFonts w:ascii="Nirmala UI" w:hAnsi="Nirmala UI" w:eastAsia="Nirmala UI" w:cs="Nirmala UI"/>
        </w:rPr>
        <w:t>ᱮᱢᱟᱫ</w:t>
      </w:r>
      <w:r>
        <w:rPr>
          <w:rFonts w:ascii="Times New Roman" w:hAnsi="Times New Roman" w:eastAsia="Times New Roman" w:cs="Times New Roman"/>
        </w:rPr>
        <w:t xml:space="preserve"> </w:t>
      </w:r>
      <w:r>
        <w:rPr>
          <w:rFonts w:ascii="Nirmala UI" w:hAnsi="Nirmala UI" w:eastAsia="Nirmala UI" w:cs="Nirmala UI"/>
        </w:rPr>
        <w:t>ᱟᱠᱟᱱᱟ</w:t>
      </w:r>
      <w:r>
        <w:rPr>
          <w:rFonts w:ascii="Times New Roman" w:hAnsi="Times New Roman" w:eastAsia="Times New Roman" w:cs="Times New Roman"/>
        </w:rPr>
        <w:t xml:space="preserve"> </w:t>
      </w:r>
      <w:r>
        <w:rPr>
          <w:rFonts w:ascii="Nirmala UI" w:hAnsi="Nirmala UI" w:eastAsia="Nirmala UI" w:cs="Nirmala UI"/>
        </w:rPr>
        <w:t>ᱡᱚᱠᱚᱭᱟᱠᱚ</w:t>
      </w:r>
      <w:r>
        <w:rPr>
          <w:rFonts w:ascii="Times New Roman" w:hAnsi="Times New Roman" w:eastAsia="Times New Roman" w:cs="Times New Roman"/>
        </w:rPr>
        <w:t xml:space="preserve"> </w:t>
      </w:r>
      <w:r>
        <w:rPr>
          <w:rFonts w:ascii="Nirmala UI" w:hAnsi="Nirmala UI" w:eastAsia="Nirmala UI" w:cs="Nirmala UI"/>
        </w:rPr>
        <w:t>ᱤᱛᱤᱦᱟᱹᱥ</w:t>
      </w:r>
      <w:r>
        <w:rPr>
          <w:rFonts w:ascii="Times New Roman" w:hAnsi="Times New Roman" w:eastAsia="Times New Roman" w:cs="Times New Roman"/>
        </w:rPr>
        <w:t xml:space="preserve"> </w:t>
      </w:r>
      <w:r>
        <w:rPr>
          <w:rFonts w:ascii="Nirmala UI" w:hAnsi="Nirmala UI" w:eastAsia="Nirmala UI" w:cs="Nirmala UI"/>
        </w:rPr>
        <w:t>ᱯᱷᱮᱨᱵᱟᱫ</w:t>
      </w:r>
      <w:r>
        <w:rPr>
          <w:rFonts w:ascii="Times New Roman" w:hAnsi="Times New Roman" w:eastAsia="Times New Roman" w:cs="Times New Roman"/>
        </w:rPr>
        <w:t xml:space="preserve"> </w:t>
      </w:r>
      <w:r>
        <w:rPr>
          <w:rFonts w:ascii="Nirmala UI" w:hAnsi="Nirmala UI" w:eastAsia="Nirmala UI" w:cs="Nirmala UI"/>
        </w:rPr>
        <w:t>ᱠᱟᱢᱤ</w:t>
      </w:r>
      <w:r>
        <w:rPr>
          <w:rFonts w:ascii="Times New Roman" w:hAnsi="Times New Roman" w:eastAsia="Times New Roman" w:cs="Times New Roman"/>
        </w:rPr>
        <w:t xml:space="preserve"> </w:t>
      </w:r>
      <w:r>
        <w:rPr>
          <w:rFonts w:ascii="Nirmala UI" w:hAnsi="Nirmala UI" w:eastAsia="Nirmala UI" w:cs="Nirmala UI"/>
        </w:rPr>
        <w:t>ᱠᱚ</w:t>
      </w:r>
      <w:r>
        <w:rPr>
          <w:rFonts w:ascii="Times New Roman" w:hAnsi="Times New Roman" w:eastAsia="Times New Roman" w:cs="Times New Roman"/>
        </w:rPr>
        <w:t xml:space="preserve"> </w:t>
      </w:r>
      <w:r>
        <w:rPr>
          <w:rFonts w:ascii="Nirmala UI" w:hAnsi="Nirmala UI" w:eastAsia="Nirmala UI" w:cs="Nirmala UI"/>
        </w:rPr>
        <w:t>ᱠᱟᱢᱤᱭᱟ।</w:t>
      </w:r>
      <w:r>
        <w:rPr>
          <w:rFonts w:ascii="Times New Roman" w:hAnsi="Times New Roman" w:eastAsia="Times New Roman" w:cs="Times New Roman"/>
        </w:rPr>
        <w:t xml:space="preserve"> </w:t>
      </w:r>
      <w:r>
        <w:rPr>
          <w:rFonts w:ascii="Nirmala UI" w:hAnsi="Nirmala UI" w:eastAsia="Nirmala UI" w:cs="Nirmala UI"/>
        </w:rPr>
        <w:t>ᱥᱤᱥᱴᱚᱨ</w:t>
      </w:r>
      <w:r>
        <w:rPr>
          <w:rFonts w:ascii="Times New Roman" w:hAnsi="Times New Roman" w:eastAsia="Times New Roman" w:cs="Times New Roman"/>
        </w:rPr>
        <w:t xml:space="preserve"> </w:t>
      </w:r>
      <w:r>
        <w:rPr>
          <w:rFonts w:ascii="Nirmala UI" w:hAnsi="Nirmala UI" w:eastAsia="Nirmala UI" w:cs="Nirmala UI"/>
        </w:rPr>
        <w:t>ᱦᱣᱟᱭᱤᱴ</w:t>
      </w:r>
      <w:r>
        <w:rPr>
          <w:rFonts w:ascii="Times New Roman" w:hAnsi="Times New Roman" w:eastAsia="Times New Roman" w:cs="Times New Roman"/>
        </w:rPr>
        <w:t xml:space="preserve"> </w:t>
      </w:r>
      <w:r>
        <w:rPr>
          <w:rFonts w:ascii="Nirmala UI" w:hAnsi="Nirmala UI" w:eastAsia="Nirmala UI" w:cs="Nirmala UI"/>
        </w:rPr>
        <w:t>ᱱᱤᱥᱪᱚᱭ</w:t>
      </w:r>
      <w:r>
        <w:rPr>
          <w:rFonts w:ascii="Times New Roman" w:hAnsi="Times New Roman" w:eastAsia="Times New Roman" w:cs="Times New Roman"/>
        </w:rPr>
        <w:t xml:space="preserve"> </w:t>
      </w:r>
      <w:r>
        <w:rPr>
          <w:rFonts w:ascii="Nirmala UI" w:hAnsi="Nirmala UI" w:eastAsia="Nirmala UI" w:cs="Nirmala UI"/>
        </w:rPr>
        <w:t>ᱛᱮ</w:t>
      </w:r>
      <w:r>
        <w:rPr>
          <w:rFonts w:ascii="Times New Roman" w:hAnsi="Times New Roman" w:eastAsia="Times New Roman" w:cs="Times New Roman"/>
        </w:rPr>
        <w:t xml:space="preserve"> “the daily,” </w:t>
      </w:r>
      <w:r>
        <w:rPr>
          <w:rFonts w:ascii="Nirmala UI" w:hAnsi="Nirmala UI" w:eastAsia="Nirmala UI" w:cs="Nirmala UI"/>
        </w:rPr>
        <w:t>ᱨᱮᱭᱟᱜ</w:t>
      </w:r>
      <w:r>
        <w:rPr>
          <w:rFonts w:ascii="Times New Roman" w:hAnsi="Times New Roman" w:eastAsia="Times New Roman" w:cs="Times New Roman"/>
        </w:rPr>
        <w:t xml:space="preserve"> </w:t>
      </w:r>
      <w:r>
        <w:rPr>
          <w:rFonts w:ascii="Nirmala UI" w:hAnsi="Nirmala UI" w:eastAsia="Nirmala UI" w:cs="Nirmala UI"/>
        </w:rPr>
        <w:t>ᱵᱤᱥᱚᱭ</w:t>
      </w:r>
      <w:r>
        <w:rPr>
          <w:rFonts w:ascii="Times New Roman" w:hAnsi="Times New Roman" w:eastAsia="Times New Roman" w:cs="Times New Roman"/>
        </w:rPr>
        <w:t xml:space="preserve"> </w:t>
      </w:r>
      <w:r>
        <w:rPr>
          <w:rFonts w:ascii="Nirmala UI" w:hAnsi="Nirmala UI" w:eastAsia="Nirmala UI" w:cs="Nirmala UI"/>
        </w:rPr>
        <w:t>ᱚᱱᱟ</w:t>
      </w:r>
      <w:r>
        <w:rPr>
          <w:rFonts w:ascii="Times New Roman" w:hAnsi="Times New Roman" w:eastAsia="Times New Roman" w:cs="Times New Roman"/>
        </w:rPr>
        <w:t xml:space="preserve"> </w:t>
      </w:r>
      <w:r>
        <w:rPr>
          <w:rFonts w:ascii="Nirmala UI" w:hAnsi="Nirmala UI" w:eastAsia="Nirmala UI" w:cs="Nirmala UI"/>
        </w:rPr>
        <w:t>ᱤᱛᱤᱦᱟᱹᱥ</w:t>
      </w:r>
      <w:r>
        <w:rPr>
          <w:rFonts w:ascii="Times New Roman" w:hAnsi="Times New Roman" w:eastAsia="Times New Roman" w:cs="Times New Roman"/>
        </w:rPr>
        <w:t xml:space="preserve"> </w:t>
      </w:r>
      <w:r>
        <w:rPr>
          <w:rFonts w:ascii="Nirmala UI" w:hAnsi="Nirmala UI" w:eastAsia="Nirmala UI" w:cs="Nirmala UI"/>
        </w:rPr>
        <w:t>ᱨᱮ</w:t>
      </w:r>
      <w:r>
        <w:rPr>
          <w:rFonts w:ascii="Times New Roman" w:hAnsi="Times New Roman" w:eastAsia="Times New Roman" w:cs="Times New Roman"/>
        </w:rPr>
        <w:t xml:space="preserve"> </w:t>
      </w:r>
      <w:r>
        <w:rPr>
          <w:rFonts w:ascii="Nirmala UI" w:hAnsi="Nirmala UI" w:eastAsia="Nirmala UI" w:cs="Nirmala UI"/>
        </w:rPr>
        <w:t>ᱟᱹᱰᱤ</w:t>
      </w:r>
      <w:r>
        <w:rPr>
          <w:rFonts w:ascii="Times New Roman" w:hAnsi="Times New Roman" w:eastAsia="Times New Roman" w:cs="Times New Roman"/>
        </w:rPr>
        <w:t xml:space="preserve"> </w:t>
      </w:r>
      <w:r>
        <w:rPr>
          <w:rFonts w:ascii="Nirmala UI" w:hAnsi="Nirmala UI" w:eastAsia="Nirmala UI" w:cs="Nirmala UI"/>
        </w:rPr>
        <w:t>ᱪᱟᱞᱟᱣᱚᱜ</w:t>
      </w:r>
      <w:r>
        <w:rPr>
          <w:rFonts w:ascii="Times New Roman" w:hAnsi="Times New Roman" w:eastAsia="Times New Roman" w:cs="Times New Roman"/>
        </w:rPr>
        <w:t xml:space="preserve"> </w:t>
      </w:r>
      <w:r>
        <w:rPr>
          <w:rFonts w:ascii="Nirmala UI" w:hAnsi="Nirmala UI" w:eastAsia="Nirmala UI" w:cs="Nirmala UI"/>
        </w:rPr>
        <w:t>ᱠᱟᱣᱟᱜ</w:t>
      </w:r>
      <w:r>
        <w:rPr>
          <w:rFonts w:ascii="Times New Roman" w:hAnsi="Times New Roman" w:eastAsia="Times New Roman" w:cs="Times New Roman"/>
        </w:rPr>
        <w:t xml:space="preserve"> </w:t>
      </w:r>
      <w:r>
        <w:rPr>
          <w:rFonts w:ascii="Nirmala UI" w:hAnsi="Nirmala UI" w:eastAsia="Nirmala UI" w:cs="Nirmala UI"/>
        </w:rPr>
        <w:t>ᱱᱟᱝ</w:t>
      </w:r>
      <w:r>
        <w:rPr>
          <w:rFonts w:ascii="Times New Roman" w:hAnsi="Times New Roman" w:eastAsia="Times New Roman" w:cs="Times New Roman"/>
        </w:rPr>
        <w:t xml:space="preserve"> </w:t>
      </w:r>
      <w:r>
        <w:rPr>
          <w:rFonts w:ascii="Nirmala UI" w:hAnsi="Nirmala UI" w:eastAsia="Nirmala UI" w:cs="Nirmala UI"/>
        </w:rPr>
        <w:t>ᱠᱷᱚᱡ</w:t>
      </w:r>
      <w:r>
        <w:rPr>
          <w:rFonts w:ascii="Times New Roman" w:hAnsi="Times New Roman" w:eastAsia="Times New Roman" w:cs="Times New Roman"/>
        </w:rPr>
        <w:t xml:space="preserve"> </w:t>
      </w:r>
      <w:r>
        <w:rPr>
          <w:rFonts w:ascii="Nirmala UI" w:hAnsi="Nirmala UI" w:eastAsia="Nirmala UI" w:cs="Nirmala UI"/>
        </w:rPr>
        <w:t>ᱟᱠᱟᱫᱟ</w:t>
      </w:r>
      <w:r>
        <w:rPr>
          <w:rFonts w:ascii="Times New Roman" w:hAnsi="Times New Roman" w:eastAsia="Times New Roman" w:cs="Times New Roman"/>
        </w:rPr>
        <w:t xml:space="preserve">, </w:t>
      </w:r>
      <w:r>
        <w:rPr>
          <w:rFonts w:ascii="Nirmala UI" w:hAnsi="Nirmala UI" w:eastAsia="Nirmala UI" w:cs="Nirmala UI"/>
        </w:rPr>
        <w:t>ᱡᱟᱦᱟᱸ</w:t>
      </w:r>
      <w:r>
        <w:rPr>
          <w:rFonts w:ascii="Times New Roman" w:hAnsi="Times New Roman" w:eastAsia="Times New Roman" w:cs="Times New Roman"/>
        </w:rPr>
        <w:t xml:space="preserve"> </w:t>
      </w:r>
      <w:r>
        <w:rPr>
          <w:rFonts w:ascii="Nirmala UI" w:hAnsi="Nirmala UI" w:eastAsia="Nirmala UI" w:cs="Nirmala UI"/>
        </w:rPr>
        <w:t>ᱥᱟᱹᱨᱤ</w:t>
      </w:r>
      <w:r>
        <w:rPr>
          <w:rFonts w:ascii="Times New Roman" w:hAnsi="Times New Roman" w:eastAsia="Times New Roman" w:cs="Times New Roman"/>
        </w:rPr>
        <w:t xml:space="preserve"> </w:t>
      </w:r>
      <w:r>
        <w:rPr>
          <w:rFonts w:ascii="Nirmala UI" w:hAnsi="Nirmala UI" w:eastAsia="Nirmala UI" w:cs="Nirmala UI"/>
        </w:rPr>
        <w:t>ᱨᱮ</w:t>
      </w:r>
      <w:r>
        <w:rPr>
          <w:rFonts w:ascii="Times New Roman" w:hAnsi="Times New Roman" w:eastAsia="Times New Roman" w:cs="Times New Roman"/>
        </w:rPr>
        <w:t xml:space="preserve"> </w:t>
      </w:r>
      <w:r>
        <w:rPr>
          <w:rFonts w:ascii="Nirmala UI" w:hAnsi="Nirmala UI" w:eastAsia="Nirmala UI" w:cs="Nirmala UI"/>
        </w:rPr>
        <w:t>ᱠᱟᱹᱴᱤᱡ</w:t>
      </w:r>
      <w:r>
        <w:rPr>
          <w:rFonts w:ascii="Times New Roman" w:hAnsi="Times New Roman" w:eastAsia="Times New Roman" w:cs="Times New Roman"/>
        </w:rPr>
        <w:t xml:space="preserve"> </w:t>
      </w:r>
      <w:r>
        <w:rPr>
          <w:rFonts w:ascii="Nirmala UI" w:hAnsi="Nirmala UI" w:eastAsia="Nirmala UI" w:cs="Nirmala UI"/>
        </w:rPr>
        <w:t>ᱦᱚᱲᱠᱚ</w:t>
      </w:r>
      <w:r>
        <w:rPr>
          <w:rFonts w:ascii="Times New Roman" w:hAnsi="Times New Roman" w:eastAsia="Times New Roman" w:cs="Times New Roman"/>
        </w:rPr>
        <w:t xml:space="preserve"> </w:t>
      </w:r>
      <w:r>
        <w:rPr>
          <w:rFonts w:ascii="Nirmala UI" w:hAnsi="Nirmala UI" w:eastAsia="Nirmala UI" w:cs="Nirmala UI"/>
        </w:rPr>
        <w:t>ᱢᱤᱫ</w:t>
      </w:r>
      <w:r>
        <w:rPr>
          <w:rFonts w:ascii="Times New Roman" w:hAnsi="Times New Roman" w:eastAsia="Times New Roman" w:cs="Times New Roman"/>
        </w:rPr>
        <w:t xml:space="preserve"> </w:t>
      </w:r>
      <w:r>
        <w:rPr>
          <w:rFonts w:ascii="Nirmala UI" w:hAnsi="Nirmala UI" w:eastAsia="Nirmala UI" w:cs="Nirmala UI"/>
        </w:rPr>
        <w:t>ᱠᱩᱡᱽ</w:t>
      </w:r>
      <w:r>
        <w:rPr>
          <w:rFonts w:ascii="Times New Roman" w:hAnsi="Times New Roman" w:eastAsia="Times New Roman" w:cs="Times New Roman"/>
        </w:rPr>
        <w:t xml:space="preserve"> </w:t>
      </w:r>
      <w:r>
        <w:rPr>
          <w:rFonts w:ascii="Nirmala UI" w:hAnsi="Nirmala UI" w:eastAsia="Nirmala UI" w:cs="Nirmala UI"/>
        </w:rPr>
        <w:t>ᱠᱚ</w:t>
      </w:r>
      <w:r>
        <w:rPr>
          <w:rFonts w:ascii="Times New Roman" w:hAnsi="Times New Roman" w:eastAsia="Times New Roman" w:cs="Times New Roman"/>
        </w:rPr>
        <w:t xml:space="preserve"> </w:t>
      </w:r>
      <w:r>
        <w:rPr>
          <w:rFonts w:ascii="Nirmala UI" w:hAnsi="Nirmala UI" w:eastAsia="Nirmala UI" w:cs="Nirmala UI"/>
        </w:rPr>
        <w:t>ᱛᱟᱦᱮᱸᱠᱟᱱᱟ</w:t>
      </w:r>
      <w:r>
        <w:rPr>
          <w:rFonts w:ascii="Times New Roman" w:hAnsi="Times New Roman" w:eastAsia="Times New Roman" w:cs="Times New Roman"/>
        </w:rPr>
        <w:t xml:space="preserve"> </w:t>
      </w:r>
      <w:r>
        <w:rPr>
          <w:rFonts w:ascii="Nirmala UI" w:hAnsi="Nirmala UI" w:eastAsia="Nirmala UI" w:cs="Nirmala UI"/>
        </w:rPr>
        <w:t>ᱚᱠᱚᱭᱠᱚ</w:t>
      </w:r>
      <w:r>
        <w:rPr>
          <w:rFonts w:ascii="Times New Roman" w:hAnsi="Times New Roman" w:eastAsia="Times New Roman" w:cs="Times New Roman"/>
        </w:rPr>
        <w:t xml:space="preserve"> </w:t>
      </w:r>
      <w:r>
        <w:rPr>
          <w:rFonts w:ascii="Nirmala UI" w:hAnsi="Nirmala UI" w:eastAsia="Nirmala UI" w:cs="Nirmala UI"/>
        </w:rPr>
        <w:t>ᱛᱤᱱᱤ</w:t>
      </w:r>
      <w:r>
        <w:rPr>
          <w:rFonts w:ascii="Times New Roman" w:hAnsi="Times New Roman" w:eastAsia="Times New Roman" w:cs="Times New Roman"/>
        </w:rPr>
        <w:t xml:space="preserve"> “angels that were expelled from heaven” </w:t>
      </w:r>
      <w:r>
        <w:rPr>
          <w:rFonts w:ascii="Nirmala UI" w:hAnsi="Nirmala UI" w:eastAsia="Nirmala UI" w:cs="Nirmala UI"/>
        </w:rPr>
        <w:t>ᱛᱮ</w:t>
      </w:r>
      <w:r>
        <w:rPr>
          <w:rFonts w:ascii="Times New Roman" w:hAnsi="Times New Roman" w:eastAsia="Times New Roman" w:cs="Times New Roman"/>
        </w:rPr>
        <w:t xml:space="preserve"> </w:t>
      </w:r>
      <w:r>
        <w:rPr>
          <w:rFonts w:ascii="Nirmala UI" w:hAnsi="Nirmala UI" w:eastAsia="Nirmala UI" w:cs="Nirmala UI"/>
        </w:rPr>
        <w:t>ᱪᱟᱞᱟᱣᱚᱜ</w:t>
      </w:r>
      <w:r>
        <w:rPr>
          <w:rFonts w:ascii="Times New Roman" w:hAnsi="Times New Roman" w:eastAsia="Times New Roman" w:cs="Times New Roman"/>
        </w:rPr>
        <w:t xml:space="preserve"> </w:t>
      </w:r>
      <w:r>
        <w:rPr>
          <w:rFonts w:ascii="Nirmala UI" w:hAnsi="Nirmala UI" w:eastAsia="Nirmala UI" w:cs="Nirmala UI"/>
        </w:rPr>
        <w:t>ᱠᱟᱱᱟ</w:t>
      </w:r>
      <w:r>
        <w:rPr>
          <w:rFonts w:ascii="Times New Roman" w:hAnsi="Times New Roman" w:eastAsia="Times New Roman" w:cs="Times New Roman"/>
        </w:rPr>
        <w:t xml:space="preserve"> </w:t>
      </w:r>
      <w:r>
        <w:rPr>
          <w:rFonts w:ascii="Nirmala UI" w:hAnsi="Nirmala UI" w:eastAsia="Nirmala UI" w:cs="Nirmala UI"/>
        </w:rPr>
        <w:t>ᱵᱚᱞᱮ</w:t>
      </w:r>
      <w:r>
        <w:rPr>
          <w:rFonts w:ascii="Times New Roman" w:hAnsi="Times New Roman" w:eastAsia="Times New Roman" w:cs="Times New Roman"/>
        </w:rPr>
        <w:t xml:space="preserve"> </w:t>
      </w:r>
      <w:r>
        <w:rPr>
          <w:rFonts w:ascii="Nirmala UI" w:hAnsi="Nirmala UI" w:eastAsia="Nirmala UI" w:cs="Nirmala UI"/>
        </w:rPr>
        <w:t>ᱞᱟᱹᱭ</w:t>
      </w:r>
      <w:r>
        <w:rPr>
          <w:rFonts w:ascii="Times New Roman" w:hAnsi="Times New Roman" w:eastAsia="Times New Roman" w:cs="Times New Roman"/>
        </w:rPr>
        <w:t xml:space="preserve"> </w:t>
      </w:r>
      <w:r>
        <w:rPr>
          <w:rFonts w:ascii="Nirmala UI" w:hAnsi="Nirmala UI" w:eastAsia="Nirmala UI" w:cs="Nirmala UI"/>
        </w:rPr>
        <w:t>ᱟᱠᱟᱫᱟ</w:t>
      </w:r>
      <w:r>
        <w:rPr>
          <w:rFonts w:ascii="Times New Roman" w:hAnsi="Times New Roman" w:eastAsia="Times New Roman" w:cs="Times New Roman"/>
        </w:rPr>
        <w:t xml:space="preserve">, </w:t>
      </w:r>
      <w:r>
        <w:rPr>
          <w:rFonts w:ascii="Nirmala UI" w:hAnsi="Nirmala UI" w:eastAsia="Nirmala UI" w:cs="Nirmala UI"/>
        </w:rPr>
        <w:t>ᱡᱮᱢᱚᱱ</w:t>
      </w:r>
      <w:r>
        <w:rPr>
          <w:rFonts w:ascii="Times New Roman" w:hAnsi="Times New Roman" w:eastAsia="Times New Roman" w:cs="Times New Roman"/>
        </w:rPr>
        <w:t xml:space="preserve"> </w:t>
      </w:r>
      <w:r>
        <w:rPr>
          <w:rFonts w:ascii="Nirmala UI" w:hAnsi="Nirmala UI" w:eastAsia="Nirmala UI" w:cs="Nirmala UI"/>
        </w:rPr>
        <w:t>ᱚᱠᱚᱭᱠᱚ</w:t>
      </w:r>
      <w:r>
        <w:rPr>
          <w:rFonts w:ascii="Times New Roman" w:hAnsi="Times New Roman" w:eastAsia="Times New Roman" w:cs="Times New Roman"/>
        </w:rPr>
        <w:t xml:space="preserve"> </w:t>
      </w:r>
      <w:r>
        <w:rPr>
          <w:rFonts w:ascii="Nirmala UI" w:hAnsi="Nirmala UI" w:eastAsia="Nirmala UI" w:cs="Nirmala UI"/>
        </w:rPr>
        <w:t>ᱥᱟᱨᱵᱚᱡᱚᱱᱤᱱ</w:t>
      </w:r>
      <w:r>
        <w:rPr>
          <w:rFonts w:ascii="Times New Roman" w:hAnsi="Times New Roman" w:eastAsia="Times New Roman" w:cs="Times New Roman"/>
        </w:rPr>
        <w:t xml:space="preserve"> </w:t>
      </w:r>
      <w:r>
        <w:rPr>
          <w:rFonts w:ascii="Nirmala UI" w:hAnsi="Nirmala UI" w:eastAsia="Nirmala UI" w:cs="Nirmala UI"/>
        </w:rPr>
        <w:t>ᱢᱚᱧᱪ</w:t>
      </w:r>
      <w:r>
        <w:rPr>
          <w:rFonts w:ascii="Times New Roman" w:hAnsi="Times New Roman" w:eastAsia="Times New Roman" w:cs="Times New Roman"/>
        </w:rPr>
        <w:t xml:space="preserve"> </w:t>
      </w:r>
      <w:r>
        <w:rPr>
          <w:rFonts w:ascii="Nirmala UI" w:hAnsi="Nirmala UI" w:eastAsia="Nirmala UI" w:cs="Nirmala UI"/>
        </w:rPr>
        <w:t>ᱮᱢ</w:t>
      </w:r>
      <w:r>
        <w:rPr>
          <w:rFonts w:ascii="Times New Roman" w:hAnsi="Times New Roman" w:eastAsia="Times New Roman" w:cs="Times New Roman"/>
        </w:rPr>
        <w:t xml:space="preserve"> </w:t>
      </w:r>
      <w:r>
        <w:rPr>
          <w:rFonts w:ascii="Nirmala UI" w:hAnsi="Nirmala UI" w:eastAsia="Nirmala UI" w:cs="Nirmala UI"/>
        </w:rPr>
        <w:t>ᱠᱚᱣᱟᱠᱚ</w:t>
      </w:r>
      <w:r>
        <w:rPr>
          <w:rFonts w:ascii="Times New Roman" w:hAnsi="Times New Roman" w:eastAsia="Times New Roman" w:cs="Times New Roman"/>
        </w:rPr>
        <w:t xml:space="preserve"> </w:t>
      </w:r>
      <w:r>
        <w:rPr>
          <w:rFonts w:ascii="Nirmala UI" w:hAnsi="Nirmala UI" w:eastAsia="Nirmala UI" w:cs="Nirmala UI"/>
        </w:rPr>
        <w:t>ᱡᱮᱢᱚᱱ</w:t>
      </w:r>
      <w:r>
        <w:rPr>
          <w:rFonts w:ascii="Times New Roman" w:hAnsi="Times New Roman" w:eastAsia="Times New Roman" w:cs="Times New Roman"/>
        </w:rPr>
        <w:t xml:space="preserve"> </w:t>
      </w:r>
      <w:r>
        <w:rPr>
          <w:rFonts w:ascii="Nirmala UI" w:hAnsi="Nirmala UI" w:eastAsia="Nirmala UI" w:cs="Nirmala UI"/>
        </w:rPr>
        <w:t>ᱟᱯᱱᱟᱨ</w:t>
      </w:r>
      <w:r>
        <w:rPr>
          <w:rFonts w:ascii="Times New Roman" w:hAnsi="Times New Roman" w:eastAsia="Times New Roman" w:cs="Times New Roman"/>
        </w:rPr>
        <w:t xml:space="preserve"> </w:t>
      </w:r>
      <w:r>
        <w:rPr>
          <w:rFonts w:ascii="Nirmala UI" w:hAnsi="Nirmala UI" w:eastAsia="Nirmala UI" w:cs="Nirmala UI"/>
        </w:rPr>
        <w:t>ᱵᱷᱩᱞ</w:t>
      </w:r>
      <w:r>
        <w:rPr>
          <w:rFonts w:ascii="Times New Roman" w:hAnsi="Times New Roman" w:eastAsia="Times New Roman" w:cs="Times New Roman"/>
        </w:rPr>
        <w:t xml:space="preserve"> </w:t>
      </w:r>
      <w:r>
        <w:rPr>
          <w:rFonts w:ascii="Nirmala UI" w:hAnsi="Nirmala UI" w:eastAsia="Nirmala UI" w:cs="Nirmala UI"/>
        </w:rPr>
        <w:t>ᱵᱷᱟᱵᱱᱟ</w:t>
      </w:r>
      <w:r>
        <w:rPr>
          <w:rFonts w:ascii="Times New Roman" w:hAnsi="Times New Roman" w:eastAsia="Times New Roman" w:cs="Times New Roman"/>
        </w:rPr>
        <w:t xml:space="preserve"> </w:t>
      </w:r>
      <w:r>
        <w:rPr>
          <w:rFonts w:ascii="Nirmala UI" w:hAnsi="Nirmala UI" w:eastAsia="Nirmala UI" w:cs="Nirmala UI"/>
        </w:rPr>
        <w:t>ᱠᱚ</w:t>
      </w:r>
      <w:r>
        <w:rPr>
          <w:rFonts w:ascii="Times New Roman" w:hAnsi="Times New Roman" w:eastAsia="Times New Roman" w:cs="Times New Roman"/>
        </w:rPr>
        <w:t xml:space="preserve"> </w:t>
      </w:r>
      <w:r>
        <w:rPr>
          <w:rFonts w:ascii="Nirmala UI" w:hAnsi="Nirmala UI" w:eastAsia="Nirmala UI" w:cs="Nirmala UI"/>
        </w:rPr>
        <w:t>ᱯᱨᱚᱪᱟᱨ</w:t>
      </w:r>
      <w:r>
        <w:rPr>
          <w:rFonts w:ascii="Times New Roman" w:hAnsi="Times New Roman" w:eastAsia="Times New Roman" w:cs="Times New Roman"/>
        </w:rPr>
        <w:t xml:space="preserve"> </w:t>
      </w:r>
      <w:r>
        <w:rPr>
          <w:rFonts w:ascii="Nirmala UI" w:hAnsi="Nirmala UI" w:eastAsia="Nirmala UI" w:cs="Nirmala UI"/>
        </w:rPr>
        <w:t>ᱠᱚᱣᱟᱠᱚ।</w:t>
      </w:r>
      <w:r>
        <w:rPr>
          <w:rFonts w:ascii="Times New Roman" w:hAnsi="Times New Roman" w:eastAsia="Times New Roman" w:cs="Times New Roman"/>
        </w:rPr>
        <w:t xml:space="preserve"> </w:t>
      </w:r>
      <w:r>
        <w:rPr>
          <w:rFonts w:ascii="Nirmala UI" w:hAnsi="Nirmala UI" w:eastAsia="Nirmala UI" w:cs="Nirmala UI"/>
        </w:rPr>
        <w:t>ᱢᱮᱱᱠᱷᱟᱱ</w:t>
      </w:r>
      <w:r>
        <w:rPr>
          <w:rFonts w:ascii="Times New Roman" w:hAnsi="Times New Roman" w:eastAsia="Times New Roman" w:cs="Times New Roman"/>
        </w:rPr>
        <w:t xml:space="preserve"> </w:t>
      </w:r>
      <w:r>
        <w:rPr>
          <w:rFonts w:ascii="Nirmala UI" w:hAnsi="Nirmala UI" w:eastAsia="Nirmala UI" w:cs="Nirmala UI"/>
        </w:rPr>
        <w:t>ᱱᱚᱶᱟ</w:t>
      </w:r>
      <w:r>
        <w:rPr>
          <w:rFonts w:ascii="Times New Roman" w:hAnsi="Times New Roman" w:eastAsia="Times New Roman" w:cs="Times New Roman"/>
        </w:rPr>
        <w:t xml:space="preserve"> </w:t>
      </w:r>
      <w:r>
        <w:rPr>
          <w:rFonts w:ascii="Nirmala UI" w:hAnsi="Nirmala UI" w:eastAsia="Nirmala UI" w:cs="Nirmala UI"/>
        </w:rPr>
        <w:t>ᱞᱟᱹᱭᱟ</w:t>
      </w:r>
      <w:r>
        <w:rPr>
          <w:rFonts w:ascii="Times New Roman" w:hAnsi="Times New Roman" w:eastAsia="Times New Roman" w:cs="Times New Roman"/>
        </w:rPr>
        <w:t xml:space="preserve"> </w:t>
      </w:r>
      <w:r>
        <w:rPr>
          <w:rFonts w:ascii="Nirmala UI" w:hAnsi="Nirmala UI" w:eastAsia="Nirmala UI" w:cs="Nirmala UI"/>
        </w:rPr>
        <w:t>ᱡᱮ</w:t>
      </w:r>
      <w:r>
        <w:rPr>
          <w:rFonts w:ascii="Times New Roman" w:hAnsi="Times New Roman" w:eastAsia="Times New Roman" w:cs="Times New Roman"/>
        </w:rPr>
        <w:t xml:space="preserve"> </w:t>
      </w:r>
      <w:r>
        <w:rPr>
          <w:rFonts w:ascii="Nirmala UI" w:hAnsi="Nirmala UI" w:eastAsia="Nirmala UI" w:cs="Nirmala UI"/>
        </w:rPr>
        <w:t>ᱥᱤᱥᱴᱚᱨ</w:t>
      </w:r>
      <w:r>
        <w:rPr>
          <w:rFonts w:ascii="Times New Roman" w:hAnsi="Times New Roman" w:eastAsia="Times New Roman" w:cs="Times New Roman"/>
        </w:rPr>
        <w:t xml:space="preserve"> </w:t>
      </w:r>
      <w:r>
        <w:rPr>
          <w:rFonts w:ascii="Nirmala UI" w:hAnsi="Nirmala UI" w:eastAsia="Nirmala UI" w:cs="Nirmala UI"/>
        </w:rPr>
        <w:t>ᱦᱣᱟᱭᱤᱴ</w:t>
      </w:r>
      <w:r>
        <w:rPr>
          <w:rFonts w:ascii="Times New Roman" w:hAnsi="Times New Roman" w:eastAsia="Times New Roman" w:cs="Times New Roman"/>
        </w:rPr>
        <w:t xml:space="preserve"> </w:t>
      </w:r>
      <w:r>
        <w:rPr>
          <w:rFonts w:ascii="Nirmala UI" w:hAnsi="Nirmala UI" w:eastAsia="Nirmala UI" w:cs="Nirmala UI"/>
        </w:rPr>
        <w:t>ᱠᱷᱚᱱ</w:t>
      </w:r>
      <w:r>
        <w:rPr>
          <w:rFonts w:ascii="Times New Roman" w:hAnsi="Times New Roman" w:eastAsia="Times New Roman" w:cs="Times New Roman"/>
        </w:rPr>
        <w:t xml:space="preserve"> </w:t>
      </w:r>
      <w:r>
        <w:rPr>
          <w:rFonts w:ascii="Nirmala UI" w:hAnsi="Nirmala UI" w:eastAsia="Nirmala UI" w:cs="Nirmala UI"/>
        </w:rPr>
        <w:t>ᱡᱟᱦᱟᱸ</w:t>
      </w:r>
      <w:r>
        <w:rPr>
          <w:rFonts w:ascii="Times New Roman" w:hAnsi="Times New Roman" w:eastAsia="Times New Roman" w:cs="Times New Roman"/>
        </w:rPr>
        <w:t xml:space="preserve"> </w:t>
      </w:r>
      <w:r>
        <w:rPr>
          <w:rFonts w:ascii="Nirmala UI" w:hAnsi="Nirmala UI" w:eastAsia="Nirmala UI" w:cs="Nirmala UI"/>
        </w:rPr>
        <w:t>ᱦᱚᱸ</w:t>
      </w:r>
      <w:r>
        <w:rPr>
          <w:rFonts w:ascii="Times New Roman" w:hAnsi="Times New Roman" w:eastAsia="Times New Roman" w:cs="Times New Roman"/>
        </w:rPr>
        <w:t xml:space="preserve"> </w:t>
      </w:r>
      <w:r>
        <w:rPr>
          <w:rFonts w:ascii="Nirmala UI" w:hAnsi="Nirmala UI" w:eastAsia="Nirmala UI" w:cs="Nirmala UI"/>
        </w:rPr>
        <w:t>ᱱᱚᱶᱟ</w:t>
      </w:r>
      <w:r>
        <w:rPr>
          <w:rFonts w:ascii="Times New Roman" w:hAnsi="Times New Roman" w:eastAsia="Times New Roman" w:cs="Times New Roman"/>
        </w:rPr>
        <w:t xml:space="preserve"> </w:t>
      </w:r>
      <w:r>
        <w:rPr>
          <w:rFonts w:ascii="Nirmala UI" w:hAnsi="Nirmala UI" w:eastAsia="Nirmala UI" w:cs="Nirmala UI"/>
        </w:rPr>
        <w:t>ᱵᱷᱟᱵᱱᱟ</w:t>
      </w:r>
      <w:r>
        <w:rPr>
          <w:rFonts w:ascii="Times New Roman" w:hAnsi="Times New Roman" w:eastAsia="Times New Roman" w:cs="Times New Roman"/>
        </w:rPr>
        <w:t xml:space="preserve"> </w:t>
      </w:r>
      <w:r>
        <w:rPr>
          <w:rFonts w:ascii="Nirmala UI" w:hAnsi="Nirmala UI" w:eastAsia="Nirmala UI" w:cs="Nirmala UI"/>
        </w:rPr>
        <w:t>ᱥᱩᱯᱚᱨᱛ</w:t>
      </w:r>
      <w:r>
        <w:rPr>
          <w:rFonts w:ascii="Times New Roman" w:hAnsi="Times New Roman" w:eastAsia="Times New Roman" w:cs="Times New Roman"/>
        </w:rPr>
        <w:t xml:space="preserve"> </w:t>
      </w:r>
      <w:r>
        <w:rPr>
          <w:rFonts w:ascii="Nirmala UI" w:hAnsi="Nirmala UI" w:eastAsia="Nirmala UI" w:cs="Nirmala UI"/>
        </w:rPr>
        <w:t>ᱠᱟᱫᱟ</w:t>
      </w:r>
      <w:r>
        <w:rPr>
          <w:rFonts w:ascii="Times New Roman" w:hAnsi="Times New Roman" w:eastAsia="Times New Roman" w:cs="Times New Roman"/>
        </w:rPr>
        <w:t xml:space="preserve"> </w:t>
      </w:r>
      <w:r>
        <w:rPr>
          <w:rFonts w:ascii="Nirmala UI" w:hAnsi="Nirmala UI" w:eastAsia="Nirmala UI" w:cs="Nirmala UI"/>
        </w:rPr>
        <w:t>ᱡᱮ</w:t>
      </w:r>
      <w:r>
        <w:rPr>
          <w:rFonts w:ascii="Times New Roman" w:hAnsi="Times New Roman" w:eastAsia="Times New Roman" w:cs="Times New Roman"/>
        </w:rPr>
        <w:t xml:space="preserve"> </w:t>
      </w:r>
      <w:r>
        <w:rPr>
          <w:rFonts w:ascii="Nirmala UI" w:hAnsi="Nirmala UI" w:eastAsia="Nirmala UI" w:cs="Nirmala UI"/>
        </w:rPr>
        <w:t>ᱵᱷᱩᱞ</w:t>
      </w:r>
      <w:r>
        <w:rPr>
          <w:rFonts w:ascii="Times New Roman" w:hAnsi="Times New Roman" w:eastAsia="Times New Roman" w:cs="Times New Roman"/>
        </w:rPr>
        <w:t xml:space="preserve"> </w:t>
      </w:r>
      <w:r>
        <w:rPr>
          <w:rFonts w:ascii="Nirmala UI" w:hAnsi="Nirmala UI" w:eastAsia="Nirmala UI" w:cs="Nirmala UI"/>
        </w:rPr>
        <w:t>ᱫᱚ</w:t>
      </w:r>
      <w:r>
        <w:rPr>
          <w:rFonts w:ascii="Times New Roman" w:hAnsi="Times New Roman" w:eastAsia="Times New Roman" w:cs="Times New Roman"/>
        </w:rPr>
        <w:t xml:space="preserve"> </w:t>
      </w:r>
      <w:r>
        <w:rPr>
          <w:rFonts w:ascii="Nirmala UI" w:hAnsi="Nirmala UI" w:eastAsia="Nirmala UI" w:cs="Nirmala UI"/>
        </w:rPr>
        <w:t>ᱨᱟᱠᱟᱵ</w:t>
      </w:r>
      <w:r>
        <w:rPr>
          <w:rFonts w:ascii="Times New Roman" w:hAnsi="Times New Roman" w:eastAsia="Times New Roman" w:cs="Times New Roman"/>
        </w:rPr>
        <w:t xml:space="preserve"> </w:t>
      </w:r>
      <w:r>
        <w:rPr>
          <w:rFonts w:ascii="Nirmala UI" w:hAnsi="Nirmala UI" w:eastAsia="Nirmala UI" w:cs="Nirmala UI"/>
        </w:rPr>
        <w:t>ᱛᱤᱱᱟᱹᱜ</w:t>
      </w:r>
      <w:r>
        <w:rPr>
          <w:rFonts w:ascii="Times New Roman" w:hAnsi="Times New Roman" w:eastAsia="Times New Roman" w:cs="Times New Roman"/>
        </w:rPr>
        <w:t xml:space="preserve"> </w:t>
      </w:r>
      <w:r>
        <w:rPr>
          <w:rFonts w:ascii="Nirmala UI" w:hAnsi="Nirmala UI" w:eastAsia="Nirmala UI" w:cs="Nirmala UI"/>
        </w:rPr>
        <w:t>ᱴᱷᱤᱠ</w:t>
      </w:r>
      <w:r>
        <w:rPr>
          <w:rFonts w:ascii="Times New Roman" w:hAnsi="Times New Roman" w:eastAsia="Times New Roman" w:cs="Times New Roman"/>
        </w:rPr>
        <w:t xml:space="preserve"> </w:t>
      </w:r>
      <w:r>
        <w:rPr>
          <w:rFonts w:ascii="Nirmala UI" w:hAnsi="Nirmala UI" w:eastAsia="Nirmala UI" w:cs="Nirmala UI"/>
        </w:rPr>
        <w:t>ᱠᱟᱱᱟ</w:t>
      </w:r>
      <w:r>
        <w:rPr>
          <w:rFonts w:ascii="Times New Roman" w:hAnsi="Times New Roman" w:eastAsia="Times New Roman" w:cs="Times New Roman"/>
        </w:rPr>
        <w:t xml:space="preserve">, </w:t>
      </w:r>
      <w:r>
        <w:rPr>
          <w:rFonts w:ascii="Nirmala UI" w:hAnsi="Nirmala UI" w:eastAsia="Nirmala UI" w:cs="Nirmala UI"/>
        </w:rPr>
        <w:t>ᱚᱱᱟ</w:t>
      </w:r>
      <w:r>
        <w:rPr>
          <w:rFonts w:ascii="Times New Roman" w:hAnsi="Times New Roman" w:eastAsia="Times New Roman" w:cs="Times New Roman"/>
        </w:rPr>
        <w:t xml:space="preserve"> </w:t>
      </w:r>
      <w:r>
        <w:rPr>
          <w:rFonts w:ascii="Nirmala UI" w:hAnsi="Nirmala UI" w:eastAsia="Nirmala UI" w:cs="Nirmala UI"/>
        </w:rPr>
        <w:t>ᱫᱚ</w:t>
      </w:r>
      <w:r>
        <w:rPr>
          <w:rFonts w:ascii="Times New Roman" w:hAnsi="Times New Roman" w:eastAsia="Times New Roman" w:cs="Times New Roman"/>
        </w:rPr>
        <w:t xml:space="preserve"> </w:t>
      </w:r>
      <w:r>
        <w:rPr>
          <w:rFonts w:ascii="Nirmala UI" w:hAnsi="Nirmala UI" w:eastAsia="Nirmala UI" w:cs="Nirmala UI"/>
        </w:rPr>
        <w:t>ᱛᱤᱱᱤ</w:t>
      </w:r>
      <w:r>
        <w:rPr>
          <w:rFonts w:ascii="Times New Roman" w:hAnsi="Times New Roman" w:eastAsia="Times New Roman" w:cs="Times New Roman"/>
        </w:rPr>
        <w:t xml:space="preserve"> </w:t>
      </w:r>
      <w:r>
        <w:rPr>
          <w:rFonts w:ascii="Nirmala UI" w:hAnsi="Nirmala UI" w:eastAsia="Nirmala UI" w:cs="Nirmala UI"/>
        </w:rPr>
        <w:t>ᱡᱟᱦᱟᱸ</w:t>
      </w:r>
      <w:r>
        <w:rPr>
          <w:rFonts w:ascii="Times New Roman" w:hAnsi="Times New Roman" w:eastAsia="Times New Roman" w:cs="Times New Roman"/>
        </w:rPr>
        <w:t xml:space="preserve"> </w:t>
      </w:r>
      <w:r>
        <w:rPr>
          <w:rFonts w:ascii="Nirmala UI" w:hAnsi="Nirmala UI" w:eastAsia="Nirmala UI" w:cs="Nirmala UI"/>
        </w:rPr>
        <w:t>ᱵᱤᱥᱣᱟᱥ</w:t>
      </w:r>
      <w:r>
        <w:rPr>
          <w:rFonts w:ascii="Times New Roman" w:hAnsi="Times New Roman" w:eastAsia="Times New Roman" w:cs="Times New Roman"/>
        </w:rPr>
        <w:t xml:space="preserve"> </w:t>
      </w:r>
      <w:r>
        <w:rPr>
          <w:rFonts w:ascii="Nirmala UI" w:hAnsi="Nirmala UI" w:eastAsia="Nirmala UI" w:cs="Nirmala UI"/>
        </w:rPr>
        <w:t>ᱛᱟᱦᱮᱸᱠᱟᱱᱟ</w:t>
      </w:r>
      <w:r>
        <w:rPr>
          <w:rFonts w:ascii="Times New Roman" w:hAnsi="Times New Roman" w:eastAsia="Times New Roman" w:cs="Times New Roman"/>
        </w:rPr>
        <w:t xml:space="preserve"> </w:t>
      </w:r>
      <w:r>
        <w:rPr>
          <w:rFonts w:ascii="Nirmala UI" w:hAnsi="Nirmala UI" w:eastAsia="Nirmala UI" w:cs="Nirmala UI"/>
        </w:rPr>
        <w:t>ᱚᱱᱟᱨ</w:t>
      </w:r>
      <w:r>
        <w:rPr>
          <w:rFonts w:ascii="Times New Roman" w:hAnsi="Times New Roman" w:eastAsia="Times New Roman" w:cs="Times New Roman"/>
        </w:rPr>
        <w:t xml:space="preserve"> </w:t>
      </w:r>
      <w:r>
        <w:rPr>
          <w:rFonts w:ascii="Nirmala UI" w:hAnsi="Nirmala UI" w:eastAsia="Nirmala UI" w:cs="Nirmala UI"/>
        </w:rPr>
        <w:t>ᱥᱟᱹᱨᱤ</w:t>
      </w:r>
      <w:r>
        <w:rPr>
          <w:rFonts w:ascii="Times New Roman" w:hAnsi="Times New Roman" w:eastAsia="Times New Roman" w:cs="Times New Roman"/>
        </w:rPr>
        <w:t xml:space="preserve"> </w:t>
      </w:r>
      <w:r>
        <w:rPr>
          <w:rFonts w:ascii="Nirmala UI" w:hAnsi="Nirmala UI" w:eastAsia="Nirmala UI" w:cs="Nirmala UI"/>
        </w:rPr>
        <w:t>ᱵᱤᱨᱩᱫᱷᱨᱮ</w:t>
      </w:r>
      <w:r>
        <w:rPr>
          <w:rFonts w:ascii="Times New Roman" w:hAnsi="Times New Roman" w:eastAsia="Times New Roman" w:cs="Times New Roman"/>
        </w:rPr>
        <w:t xml:space="preserve"> </w:t>
      </w:r>
      <w:r>
        <w:rPr>
          <w:rFonts w:ascii="Nirmala UI" w:hAnsi="Nirmala UI" w:eastAsia="Nirmala UI" w:cs="Nirmala UI"/>
        </w:rPr>
        <w:t>ᱢᱮᱱᱟᱜᱼᱟ</w:t>
      </w:r>
      <w:r>
        <w:rPr>
          <w:rFonts w:ascii="Leelawadee UI" w:hAnsi="Leelawadee UI" w:eastAsia="Leelawadee UI" w:cs="Leelawadee UI"/>
        </w:rPr>
        <w:t>។</w:t>
      </w:r>
    </w:p>
    <w:p>
      <w:pPr>
        <w:pStyle w:val="ArticleScripture"/>
        <w:jc w:val="left"/>
      </w:pPr>
      <w:r>
        <w:rPr>
          <w:rFonts w:ascii="Times New Roman" w:hAnsi="Times New Roman" w:eastAsia="Times New Roman" w:cs="Times New Roman"/>
        </w:rPr>
        <w:t>«Aykunaka, Kristo-pa qhatuq runa hina qankunata willakuykichis kay ladonpi kaq asuntokunamanta allinta cuidakunaykichispaq, chaykuna yuyayta cheqaq kaymanta karunchanankupaq kasqanrayku. Pantayqa hayk’aqpas mana imapas mana dañuyuqchu. Manam hayk’aqpas ch’uyanchanchu, aswanqa sapa kuti pantasqa yuyayta, t’aqanakuytawan apamun. Sapa kutiqa peligrouqmi. Awqaqa hatun atiyniyuqmi chay yuyaykunapi, mana tukuy sonqowan mañakuywan sumaqta sinch’ichisqa, Bibliapa cheqaq kayninpi takyachisqa kaqkunaman.» Testimonies, volumen 5, 292.</w:t>
      </w:r>
    </w:p>
    <w:p>
      <w:pPr>
        <w:pStyle w:val="ArticleBody"/>
        <w:jc w:val="left"/>
      </w:pPr>
      <w:r>
        <w:rPr>
          <w:rFonts w:ascii="Times New Roman" w:hAnsi="Times New Roman" w:eastAsia="Times New Roman" w:cs="Times New Roman"/>
        </w:rPr>
        <w:t>A kẹdọṣin wiwe enẹ mọnukunnujẹmẹ hlan to alọzọ he bọdego mẹ.</w:t>
      </w:r>
    </w:p>
    <w:p>
      <w:pPr>
        <w:pStyle w:val="ArticleScripture"/>
        <w:jc w:val="left"/>
      </w:pPr>
      <w:r>
        <w:rPr>
          <w:rFonts w:ascii="Times New Roman" w:hAnsi="Times New Roman" w:eastAsia="Times New Roman" w:cs="Times New Roman"/>
        </w:rPr>
        <w:t>“</w:t>
      </w:r>
      <w:r>
        <w:rPr>
          <w:rFonts w:ascii="Nirmala UI" w:hAnsi="Nirmala UI" w:eastAsia="Nirmala UI" w:cs="Nirmala UI"/>
        </w:rPr>
        <w:t>मँसी</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न्गोई।</w:t>
      </w:r>
      <w:r>
        <w:rPr>
          <w:rFonts w:ascii="Times New Roman" w:hAnsi="Times New Roman" w:eastAsia="Times New Roman" w:cs="Times New Roman"/>
        </w:rPr>
        <w:t xml:space="preserve"> </w:t>
      </w:r>
      <w:r>
        <w:rPr>
          <w:rFonts w:ascii="Nirmala UI" w:hAnsi="Nirmala UI" w:eastAsia="Nirmala UI" w:cs="Nirmala UI"/>
        </w:rPr>
        <w:t>मफम्ना</w:t>
      </w:r>
      <w:r>
        <w:rPr>
          <w:rFonts w:ascii="Times New Roman" w:hAnsi="Times New Roman" w:eastAsia="Times New Roman" w:cs="Times New Roman"/>
        </w:rPr>
        <w:t xml:space="preserve"> </w:t>
      </w:r>
      <w:r>
        <w:rPr>
          <w:rFonts w:ascii="Nirmala UI" w:hAnsi="Nirmala UI" w:eastAsia="Nirmala UI" w:cs="Nirmala UI"/>
        </w:rPr>
        <w:t>थराय</w:t>
      </w:r>
      <w:r>
        <w:rPr>
          <w:rFonts w:ascii="Times New Roman" w:hAnsi="Times New Roman" w:eastAsia="Times New Roman" w:cs="Times New Roman"/>
        </w:rPr>
        <w:t xml:space="preserve"> </w:t>
      </w:r>
      <w:r>
        <w:rPr>
          <w:rFonts w:ascii="Nirmala UI" w:hAnsi="Nirmala UI" w:eastAsia="Nirmala UI" w:cs="Nirmala UI"/>
        </w:rPr>
        <w:t>थोक्लक्कनी।</w:t>
      </w:r>
      <w:r>
        <w:rPr>
          <w:rFonts w:ascii="Times New Roman" w:hAnsi="Times New Roman" w:eastAsia="Times New Roman" w:cs="Times New Roman"/>
        </w:rPr>
        <w:t xml:space="preserve"> </w:t>
      </w:r>
      <w:r>
        <w:rPr>
          <w:rFonts w:ascii="Nirmala UI" w:hAnsi="Nirmala UI" w:eastAsia="Nirmala UI" w:cs="Nirmala UI"/>
        </w:rPr>
        <w:t>मलेम</w:t>
      </w:r>
      <w:r>
        <w:rPr>
          <w:rFonts w:ascii="Times New Roman" w:hAnsi="Times New Roman" w:eastAsia="Times New Roman" w:cs="Times New Roman"/>
        </w:rPr>
        <w:t xml:space="preserve"> </w:t>
      </w:r>
      <w:r>
        <w:rPr>
          <w:rFonts w:ascii="Nirmala UI" w:hAnsi="Nirmala UI" w:eastAsia="Nirmala UI" w:cs="Nirmala UI"/>
        </w:rPr>
        <w:t>असि</w:t>
      </w:r>
      <w:r>
        <w:rPr>
          <w:rFonts w:ascii="Times New Roman" w:hAnsi="Times New Roman" w:eastAsia="Times New Roman" w:cs="Times New Roman"/>
        </w:rPr>
        <w:t xml:space="preserve"> </w:t>
      </w:r>
      <w:r>
        <w:rPr>
          <w:rFonts w:ascii="Nirmala UI" w:hAnsi="Nirmala UI" w:eastAsia="Nirmala UI" w:cs="Nirmala UI"/>
        </w:rPr>
        <w:t>लान्गी</w:t>
      </w:r>
      <w:r>
        <w:rPr>
          <w:rFonts w:ascii="Times New Roman" w:hAnsi="Times New Roman" w:eastAsia="Times New Roman" w:cs="Times New Roman"/>
        </w:rPr>
        <w:t xml:space="preserve"> </w:t>
      </w:r>
      <w:r>
        <w:rPr>
          <w:rFonts w:ascii="Nirmala UI" w:hAnsi="Nirmala UI" w:eastAsia="Nirmala UI" w:cs="Nirmala UI"/>
        </w:rPr>
        <w:t>स्पिरिटना</w:t>
      </w:r>
      <w:r>
        <w:rPr>
          <w:rFonts w:ascii="Times New Roman" w:hAnsi="Times New Roman" w:eastAsia="Times New Roman" w:cs="Times New Roman"/>
        </w:rPr>
        <w:t xml:space="preserve"> </w:t>
      </w:r>
      <w:r>
        <w:rPr>
          <w:rFonts w:ascii="Nirmala UI" w:hAnsi="Nirmala UI" w:eastAsia="Nirmala UI" w:cs="Nirmala UI"/>
        </w:rPr>
        <w:t>थेंना</w:t>
      </w:r>
      <w:r>
        <w:rPr>
          <w:rFonts w:ascii="Times New Roman" w:hAnsi="Times New Roman" w:eastAsia="Times New Roman" w:cs="Times New Roman"/>
        </w:rPr>
        <w:t xml:space="preserve"> </w:t>
      </w:r>
      <w:r>
        <w:rPr>
          <w:rFonts w:ascii="Nirmala UI" w:hAnsi="Nirmala UI" w:eastAsia="Nirmala UI" w:cs="Nirmala UI"/>
        </w:rPr>
        <w:t>ईरक्ले।</w:t>
      </w:r>
      <w:r>
        <w:rPr>
          <w:rFonts w:ascii="Times New Roman" w:hAnsi="Times New Roman" w:eastAsia="Times New Roman" w:cs="Times New Roman"/>
        </w:rPr>
        <w:t xml:space="preserve"> </w:t>
      </w:r>
      <w:r>
        <w:rPr>
          <w:rFonts w:ascii="Nirmala UI" w:hAnsi="Nirmala UI" w:eastAsia="Nirmala UI" w:cs="Nirmala UI"/>
        </w:rPr>
        <w:t>करिगुम्बा</w:t>
      </w:r>
      <w:r>
        <w:rPr>
          <w:rFonts w:ascii="Times New Roman" w:hAnsi="Times New Roman" w:eastAsia="Times New Roman" w:cs="Times New Roman"/>
        </w:rPr>
        <w:t xml:space="preserve"> </w:t>
      </w:r>
      <w:r>
        <w:rPr>
          <w:rFonts w:ascii="Nirmala UI" w:hAnsi="Nirmala UI" w:eastAsia="Nirmala UI" w:cs="Nirmala UI"/>
        </w:rPr>
        <w:t>मथन्ता</w:t>
      </w:r>
      <w:r>
        <w:rPr>
          <w:rFonts w:ascii="Times New Roman" w:hAnsi="Times New Roman" w:eastAsia="Times New Roman" w:cs="Times New Roman"/>
        </w:rPr>
        <w:t xml:space="preserve"> </w:t>
      </w:r>
      <w:r>
        <w:rPr>
          <w:rFonts w:ascii="Nirmala UI" w:hAnsi="Nirmala UI" w:eastAsia="Nirmala UI" w:cs="Nirmala UI"/>
        </w:rPr>
        <w:t>महाक्की</w:t>
      </w:r>
      <w:r>
        <w:rPr>
          <w:rFonts w:ascii="Times New Roman" w:hAnsi="Times New Roman" w:eastAsia="Times New Roman" w:cs="Times New Roman"/>
        </w:rPr>
        <w:t xml:space="preserve"> </w:t>
      </w:r>
      <w:r>
        <w:rPr>
          <w:rFonts w:ascii="Nirmala UI" w:hAnsi="Nirmala UI" w:eastAsia="Nirmala UI" w:cs="Nirmala UI"/>
        </w:rPr>
        <w:t>वाक्</w:t>
      </w:r>
      <w:r>
        <w:rPr>
          <w:rFonts w:ascii="Times New Roman" w:hAnsi="Times New Roman" w:eastAsia="Times New Roman" w:cs="Times New Roman"/>
        </w:rPr>
        <w:t>‌</w:t>
      </w:r>
      <w:r>
        <w:rPr>
          <w:rFonts w:ascii="Nirmala UI" w:hAnsi="Nirmala UI" w:eastAsia="Nirmala UI" w:cs="Nirmala UI"/>
        </w:rPr>
        <w:t>हल्गा</w:t>
      </w:r>
      <w:r>
        <w:rPr>
          <w:rFonts w:ascii="Times New Roman" w:hAnsi="Times New Roman" w:eastAsia="Times New Roman" w:cs="Times New Roman"/>
        </w:rPr>
        <w:t xml:space="preserve"> </w:t>
      </w:r>
      <w:r>
        <w:rPr>
          <w:rFonts w:ascii="Nirmala UI" w:hAnsi="Nirmala UI" w:eastAsia="Nirmala UI" w:cs="Nirmala UI"/>
        </w:rPr>
        <w:t>पुख्रबा</w:t>
      </w:r>
      <w:r>
        <w:rPr>
          <w:rFonts w:ascii="Times New Roman" w:hAnsi="Times New Roman" w:eastAsia="Times New Roman" w:cs="Times New Roman"/>
        </w:rPr>
        <w:t xml:space="preserve"> </w:t>
      </w:r>
      <w:r>
        <w:rPr>
          <w:rFonts w:ascii="Nirmala UI" w:hAnsi="Nirmala UI" w:eastAsia="Nirmala UI" w:cs="Nirmala UI"/>
        </w:rPr>
        <w:t>मथक्तगी</w:t>
      </w:r>
      <w:r>
        <w:rPr>
          <w:rFonts w:ascii="Times New Roman" w:hAnsi="Times New Roman" w:eastAsia="Times New Roman" w:cs="Times New Roman"/>
        </w:rPr>
        <w:t xml:space="preserve"> </w:t>
      </w:r>
      <w:r>
        <w:rPr>
          <w:rFonts w:ascii="Nirmala UI" w:hAnsi="Nirmala UI" w:eastAsia="Nirmala UI" w:cs="Nirmala UI"/>
        </w:rPr>
        <w:t>फोंगदोक्लिबा</w:t>
      </w:r>
      <w:r>
        <w:rPr>
          <w:rFonts w:ascii="Times New Roman" w:hAnsi="Times New Roman" w:eastAsia="Times New Roman" w:cs="Times New Roman"/>
        </w:rPr>
        <w:t xml:space="preserve"> </w:t>
      </w:r>
      <w:r>
        <w:rPr>
          <w:rFonts w:ascii="Nirmala UI" w:hAnsi="Nirmala UI" w:eastAsia="Nirmala UI" w:cs="Nirmala UI"/>
        </w:rPr>
        <w:t>अवांगबा</w:t>
      </w:r>
      <w:r>
        <w:rPr>
          <w:rFonts w:ascii="Times New Roman" w:hAnsi="Times New Roman" w:eastAsia="Times New Roman" w:cs="Times New Roman"/>
        </w:rPr>
        <w:t xml:space="preserve"> </w:t>
      </w:r>
      <w:r>
        <w:rPr>
          <w:rFonts w:ascii="Nirmala UI" w:hAnsi="Nirmala UI" w:eastAsia="Nirmala UI" w:cs="Nirmala UI"/>
        </w:rPr>
        <w:t>पाओशिंग्दा</w:t>
      </w:r>
      <w:r>
        <w:rPr>
          <w:rFonts w:ascii="Times New Roman" w:hAnsi="Times New Roman" w:eastAsia="Times New Roman" w:cs="Times New Roman"/>
        </w:rPr>
        <w:t xml:space="preserve"> </w:t>
      </w:r>
      <w:r>
        <w:rPr>
          <w:rFonts w:ascii="Nirmala UI" w:hAnsi="Nirmala UI" w:eastAsia="Nirmala UI" w:cs="Nirmala UI"/>
        </w:rPr>
        <w:t>हैरिबा</w:t>
      </w:r>
      <w:r>
        <w:rPr>
          <w:rFonts w:ascii="Times New Roman" w:hAnsi="Times New Roman" w:eastAsia="Times New Roman" w:cs="Times New Roman"/>
        </w:rPr>
        <w:t xml:space="preserve"> </w:t>
      </w:r>
      <w:r>
        <w:rPr>
          <w:rFonts w:ascii="Nirmala UI" w:hAnsi="Nirmala UI" w:eastAsia="Nirmala UI" w:cs="Nirmala UI"/>
        </w:rPr>
        <w:t>अनील</w:t>
      </w:r>
      <w:r>
        <w:rPr>
          <w:rFonts w:ascii="Times New Roman" w:hAnsi="Times New Roman" w:eastAsia="Times New Roman" w:cs="Times New Roman"/>
        </w:rPr>
        <w:t>-</w:t>
      </w:r>
      <w:r>
        <w:rPr>
          <w:rFonts w:ascii="Nirmala UI" w:hAnsi="Nirmala UI" w:eastAsia="Nirmala UI" w:cs="Nirmala UI"/>
        </w:rPr>
        <w:t>অমগী</w:t>
      </w:r>
      <w:r>
        <w:rPr>
          <w:rFonts w:ascii="Times New Roman" w:hAnsi="Times New Roman" w:eastAsia="Times New Roman" w:cs="Times New Roman"/>
        </w:rPr>
        <w:t xml:space="preserve"> </w:t>
      </w:r>
      <w:r>
        <w:rPr>
          <w:rFonts w:ascii="Nirmala UI" w:hAnsi="Nirmala UI" w:eastAsia="Nirmala UI" w:cs="Nirmala UI"/>
        </w:rPr>
        <w:t>फংफমशिंग</w:t>
      </w:r>
      <w:r>
        <w:rPr>
          <w:rFonts w:ascii="Times New Roman" w:hAnsi="Times New Roman" w:eastAsia="Times New Roman" w:cs="Times New Roman"/>
        </w:rPr>
        <w:t xml:space="preserve"> </w:t>
      </w:r>
      <w:r>
        <w:rPr>
          <w:rFonts w:ascii="Nirmala UI" w:hAnsi="Nirmala UI" w:eastAsia="Nirmala UI" w:cs="Nirmala UI"/>
        </w:rPr>
        <w:t>अदु</w:t>
      </w:r>
      <w:r>
        <w:rPr>
          <w:rFonts w:ascii="Times New Roman" w:hAnsi="Times New Roman" w:eastAsia="Times New Roman" w:cs="Times New Roman"/>
        </w:rPr>
        <w:t xml:space="preserve"> </w:t>
      </w:r>
      <w:r>
        <w:rPr>
          <w:rFonts w:ascii="Nirmala UI" w:hAnsi="Nirmala UI" w:eastAsia="Nirmala UI" w:cs="Nirmala UI"/>
        </w:rPr>
        <w:t>थोक्कनी।</w:t>
      </w:r>
      <w:r>
        <w:rPr>
          <w:rFonts w:ascii="Times New Roman" w:hAnsi="Times New Roman" w:eastAsia="Times New Roman" w:cs="Times New Roman"/>
        </w:rPr>
        <w:t xml:space="preserve"> </w:t>
      </w:r>
      <w:r>
        <w:rPr>
          <w:rFonts w:ascii="Nirmala UI" w:hAnsi="Nirmala UI" w:eastAsia="Nirmala UI" w:cs="Nirmala UI"/>
        </w:rPr>
        <w:t>दानिएलगी</w:t>
      </w:r>
      <w:r>
        <w:rPr>
          <w:rFonts w:ascii="Times New Roman" w:hAnsi="Times New Roman" w:eastAsia="Times New Roman" w:cs="Times New Roman"/>
        </w:rPr>
        <w:t xml:space="preserve"> </w:t>
      </w:r>
      <w:r>
        <w:rPr>
          <w:rFonts w:ascii="Nirmala UI" w:hAnsi="Nirmala UI" w:eastAsia="Nirmala UI" w:cs="Nirmala UI"/>
        </w:rPr>
        <w:t>मपुং</w:t>
      </w:r>
      <w:r>
        <w:rPr>
          <w:rFonts w:ascii="Times New Roman" w:hAnsi="Times New Roman" w:eastAsia="Times New Roman" w:cs="Times New Roman"/>
        </w:rPr>
        <w:t xml:space="preserve"> </w:t>
      </w:r>
      <w:r>
        <w:rPr>
          <w:rFonts w:ascii="Nirmala UI" w:hAnsi="Nirmala UI" w:eastAsia="Nirmala UI" w:cs="Nirmala UI"/>
        </w:rPr>
        <w:t>फरा</w:t>
      </w:r>
      <w:r>
        <w:rPr>
          <w:rFonts w:ascii="Times New Roman" w:hAnsi="Times New Roman" w:eastAsia="Times New Roman" w:cs="Times New Roman"/>
        </w:rPr>
        <w:t xml:space="preserve"> </w:t>
      </w:r>
      <w:r>
        <w:rPr>
          <w:rFonts w:ascii="Nirmala UI" w:hAnsi="Nirmala UI" w:eastAsia="Nirmala UI" w:cs="Nirmala UI"/>
        </w:rPr>
        <w:t>তরनि</w:t>
      </w:r>
      <w:r>
        <w:rPr>
          <w:rFonts w:ascii="Times New Roman" w:hAnsi="Times New Roman" w:eastAsia="Times New Roman" w:cs="Times New Roman"/>
        </w:rPr>
        <w:t>-</w:t>
      </w:r>
      <w:r>
        <w:rPr>
          <w:rFonts w:ascii="Nirmala UI" w:hAnsi="Nirmala UI" w:eastAsia="Nirmala UI" w:cs="Nirmala UI"/>
        </w:rPr>
        <w:t>অমদা</w:t>
      </w:r>
      <w:r>
        <w:rPr>
          <w:rFonts w:ascii="Times New Roman" w:hAnsi="Times New Roman" w:eastAsia="Times New Roman" w:cs="Times New Roman"/>
        </w:rPr>
        <w:t xml:space="preserve"> </w:t>
      </w:r>
      <w:r>
        <w:rPr>
          <w:rFonts w:ascii="Nirmala UI" w:hAnsi="Nirmala UI" w:eastAsia="Nirmala UI" w:cs="Nirmala UI"/>
        </w:rPr>
        <w:t>লৈরिबা</w:t>
      </w:r>
      <w:r>
        <w:rPr>
          <w:rFonts w:ascii="Times New Roman" w:hAnsi="Times New Roman" w:eastAsia="Times New Roman" w:cs="Times New Roman"/>
        </w:rPr>
        <w:t xml:space="preserve"> </w:t>
      </w:r>
      <w:r>
        <w:rPr>
          <w:rFonts w:ascii="Nirmala UI" w:hAnsi="Nirmala UI" w:eastAsia="Nirmala UI" w:cs="Nirmala UI"/>
        </w:rPr>
        <w:t>अवांगबा</w:t>
      </w:r>
      <w:r>
        <w:rPr>
          <w:rFonts w:ascii="Times New Roman" w:hAnsi="Times New Roman" w:eastAsia="Times New Roman" w:cs="Times New Roman"/>
        </w:rPr>
        <w:t xml:space="preserve"> </w:t>
      </w:r>
      <w:r>
        <w:rPr>
          <w:rFonts w:ascii="Nirmala UI" w:hAnsi="Nirmala UI" w:eastAsia="Nirmala UI" w:cs="Nirmala UI"/>
        </w:rPr>
        <w:t>पाओ</w:t>
      </w:r>
      <w:r>
        <w:rPr>
          <w:rFonts w:ascii="Times New Roman" w:hAnsi="Times New Roman" w:eastAsia="Times New Roman" w:cs="Times New Roman"/>
        </w:rPr>
        <w:t xml:space="preserve"> </w:t>
      </w:r>
      <w:r>
        <w:rPr>
          <w:rFonts w:ascii="Nirmala UI" w:hAnsi="Nirmala UI" w:eastAsia="Nirmala UI" w:cs="Nirmala UI"/>
        </w:rPr>
        <w:t>अदु</w:t>
      </w:r>
      <w:r>
        <w:rPr>
          <w:rFonts w:ascii="Times New Roman" w:hAnsi="Times New Roman" w:eastAsia="Times New Roman" w:cs="Times New Roman"/>
        </w:rPr>
        <w:t xml:space="preserve"> </w:t>
      </w:r>
      <w:r>
        <w:rPr>
          <w:rFonts w:ascii="Nirmala UI" w:hAnsi="Nirmala UI" w:eastAsia="Nirmala UI" w:cs="Nirmala UI"/>
        </w:rPr>
        <w:t>महाक्की</w:t>
      </w:r>
      <w:r>
        <w:rPr>
          <w:rFonts w:ascii="Times New Roman" w:hAnsi="Times New Roman" w:eastAsia="Times New Roman" w:cs="Times New Roman"/>
        </w:rPr>
        <w:t xml:space="preserve"> </w:t>
      </w:r>
      <w:r>
        <w:rPr>
          <w:rFonts w:ascii="Nirmala UI" w:hAnsi="Nirmala UI" w:eastAsia="Nirmala UI" w:cs="Nirmala UI"/>
        </w:rPr>
        <w:t>मपुং</w:t>
      </w:r>
      <w:r>
        <w:rPr>
          <w:rFonts w:ascii="Times New Roman" w:hAnsi="Times New Roman" w:eastAsia="Times New Roman" w:cs="Times New Roman"/>
        </w:rPr>
        <w:t xml:space="preserve"> </w:t>
      </w:r>
      <w:r>
        <w:rPr>
          <w:rFonts w:ascii="Nirmala UI" w:hAnsi="Nirmala UI" w:eastAsia="Nirmala UI" w:cs="Nirmala UI"/>
        </w:rPr>
        <w:t>ফাবা</w:t>
      </w:r>
      <w:r>
        <w:rPr>
          <w:rFonts w:ascii="Times New Roman" w:hAnsi="Times New Roman" w:eastAsia="Times New Roman" w:cs="Times New Roman"/>
        </w:rPr>
        <w:t xml:space="preserve"> </w:t>
      </w:r>
      <w:r>
        <w:rPr>
          <w:rFonts w:ascii="Nirmala UI" w:hAnsi="Nirmala UI" w:eastAsia="Nirmala UI" w:cs="Nirmala UI"/>
        </w:rPr>
        <w:t>ফংফमদা</w:t>
      </w:r>
      <w:r>
        <w:rPr>
          <w:rFonts w:ascii="Times New Roman" w:hAnsi="Times New Roman" w:eastAsia="Times New Roman" w:cs="Times New Roman"/>
        </w:rPr>
        <w:t xml:space="preserve"> </w:t>
      </w:r>
      <w:r>
        <w:rPr>
          <w:rFonts w:ascii="Nirmala UI" w:hAnsi="Nirmala UI" w:eastAsia="Nirmala UI" w:cs="Nirmala UI"/>
        </w:rPr>
        <w:t>मरম</w:t>
      </w:r>
      <w:r>
        <w:rPr>
          <w:rFonts w:ascii="Times New Roman" w:hAnsi="Times New Roman" w:eastAsia="Times New Roman" w:cs="Times New Roman"/>
        </w:rPr>
        <w:t xml:space="preserve"> </w:t>
      </w:r>
      <w:r>
        <w:rPr>
          <w:rFonts w:ascii="Nirmala UI" w:hAnsi="Nirmala UI" w:eastAsia="Nirmala UI" w:cs="Nirmala UI"/>
        </w:rPr>
        <w:t>ওইনা</w:t>
      </w:r>
      <w:r>
        <w:rPr>
          <w:rFonts w:ascii="Times New Roman" w:hAnsi="Times New Roman" w:eastAsia="Times New Roman" w:cs="Times New Roman"/>
        </w:rPr>
        <w:t xml:space="preserve"> </w:t>
      </w:r>
      <w:r>
        <w:rPr>
          <w:rFonts w:ascii="Nirmala UI" w:hAnsi="Nirmala UI" w:eastAsia="Nirmala UI" w:cs="Nirmala UI"/>
        </w:rPr>
        <w:t>য়ৌরে।</w:t>
      </w:r>
      <w:r>
        <w:rPr>
          <w:rFonts w:ascii="Times New Roman" w:hAnsi="Times New Roman" w:eastAsia="Times New Roman" w:cs="Times New Roman"/>
        </w:rPr>
        <w:t xml:space="preserve"> </w:t>
      </w:r>
      <w:r>
        <w:rPr>
          <w:rFonts w:ascii="Nirmala UI" w:hAnsi="Nirmala UI" w:eastAsia="Nirmala UI" w:cs="Nirmala UI"/>
        </w:rPr>
        <w:t>অদুগা</w:t>
      </w:r>
      <w:r>
        <w:rPr>
          <w:rFonts w:ascii="Times New Roman" w:hAnsi="Times New Roman" w:eastAsia="Times New Roman" w:cs="Times New Roman"/>
        </w:rPr>
        <w:t xml:space="preserve">, </w:t>
      </w:r>
      <w:r>
        <w:rPr>
          <w:rFonts w:ascii="Nirmala UI" w:hAnsi="Nirmala UI" w:eastAsia="Nirmala UI" w:cs="Nirmala UI"/>
        </w:rPr>
        <w:t>মসিগী</w:t>
      </w:r>
      <w:r>
        <w:rPr>
          <w:rFonts w:ascii="Times New Roman" w:hAnsi="Times New Roman" w:eastAsia="Times New Roman" w:cs="Times New Roman"/>
        </w:rPr>
        <w:t xml:space="preserve"> </w:t>
      </w:r>
      <w:r>
        <w:rPr>
          <w:rFonts w:ascii="Nirmala UI" w:hAnsi="Nirmala UI" w:eastAsia="Nirmala UI" w:cs="Nirmala UI"/>
        </w:rPr>
        <w:t>अवांगবা</w:t>
      </w:r>
      <w:r>
        <w:rPr>
          <w:rFonts w:ascii="Times New Roman" w:hAnsi="Times New Roman" w:eastAsia="Times New Roman" w:cs="Times New Roman"/>
        </w:rPr>
        <w:t xml:space="preserve"> </w:t>
      </w:r>
      <w:r>
        <w:rPr>
          <w:rFonts w:ascii="Nirmala UI" w:hAnsi="Nirmala UI" w:eastAsia="Nirmala UI" w:cs="Nirmala UI"/>
        </w:rPr>
        <w:t>पाओ</w:t>
      </w:r>
      <w:r>
        <w:rPr>
          <w:rFonts w:ascii="Times New Roman" w:hAnsi="Times New Roman" w:eastAsia="Times New Roman" w:cs="Times New Roman"/>
        </w:rPr>
        <w:t xml:space="preserve"> </w:t>
      </w:r>
      <w:r>
        <w:rPr>
          <w:rFonts w:ascii="Nirmala UI" w:hAnsi="Nirmala UI" w:eastAsia="Nirmala UI" w:cs="Nirmala UI"/>
        </w:rPr>
        <w:t>असি</w:t>
      </w:r>
      <w:r>
        <w:rPr>
          <w:rFonts w:ascii="Times New Roman" w:hAnsi="Times New Roman" w:eastAsia="Times New Roman" w:cs="Times New Roman"/>
        </w:rPr>
        <w:t xml:space="preserve"> </w:t>
      </w:r>
      <w:r>
        <w:rPr>
          <w:rFonts w:ascii="Nirmala UI" w:hAnsi="Nirmala UI" w:eastAsia="Nirmala UI" w:cs="Nirmala UI"/>
        </w:rPr>
        <w:t>মপুং</w:t>
      </w:r>
      <w:r>
        <w:rPr>
          <w:rFonts w:ascii="Times New Roman" w:hAnsi="Times New Roman" w:eastAsia="Times New Roman" w:cs="Times New Roman"/>
        </w:rPr>
        <w:t xml:space="preserve"> </w:t>
      </w:r>
      <w:r>
        <w:rPr>
          <w:rFonts w:ascii="Nirmala UI" w:hAnsi="Nirmala UI" w:eastAsia="Nirmala UI" w:cs="Nirmala UI"/>
        </w:rPr>
        <w:t>ফাওবা</w:t>
      </w:r>
      <w:r>
        <w:rPr>
          <w:rFonts w:ascii="Times New Roman" w:hAnsi="Times New Roman" w:eastAsia="Times New Roman" w:cs="Times New Roman"/>
        </w:rPr>
        <w:t xml:space="preserve"> </w:t>
      </w:r>
      <w:r>
        <w:rPr>
          <w:rFonts w:ascii="Nirmala UI" w:hAnsi="Nirmala UI" w:eastAsia="Nirmala UI" w:cs="Nirmala UI"/>
        </w:rPr>
        <w:t>য়াউবা</w:t>
      </w:r>
      <w:r>
        <w:rPr>
          <w:rFonts w:ascii="Times New Roman" w:hAnsi="Times New Roman" w:eastAsia="Times New Roman" w:cs="Times New Roman"/>
        </w:rPr>
        <w:t xml:space="preserve"> </w:t>
      </w:r>
      <w:r>
        <w:rPr>
          <w:rFonts w:ascii="Nirmala UI" w:hAnsi="Nirmala UI" w:eastAsia="Nirmala UI" w:cs="Nirmala UI"/>
        </w:rPr>
        <w:t>पुয়াৱা</w:t>
      </w:r>
      <w:r>
        <w:rPr>
          <w:rFonts w:ascii="Times New Roman" w:hAnsi="Times New Roman" w:eastAsia="Times New Roman" w:cs="Times New Roman"/>
        </w:rPr>
        <w:t xml:space="preserve"> </w:t>
      </w:r>
      <w:r>
        <w:rPr>
          <w:rFonts w:ascii="Nirmala UI" w:hAnsi="Nirmala UI" w:eastAsia="Nirmala UI" w:cs="Nirmala UI"/>
        </w:rPr>
        <w:t>লৈত্রবা</w:t>
      </w:r>
      <w:r>
        <w:rPr>
          <w:rFonts w:ascii="Times New Roman" w:hAnsi="Times New Roman" w:eastAsia="Times New Roman" w:cs="Times New Roman"/>
        </w:rPr>
        <w:t xml:space="preserve"> </w:t>
      </w:r>
      <w:r>
        <w:rPr>
          <w:rFonts w:ascii="Nirmala UI" w:hAnsi="Nirmala UI" w:eastAsia="Nirmala UI" w:cs="Nirmala UI"/>
        </w:rPr>
        <w:t>ইতিহাসगी</w:t>
      </w:r>
      <w:r>
        <w:rPr>
          <w:rFonts w:ascii="Times New Roman" w:hAnsi="Times New Roman" w:eastAsia="Times New Roman" w:cs="Times New Roman"/>
        </w:rPr>
        <w:t xml:space="preserve"> </w:t>
      </w:r>
      <w:r>
        <w:rPr>
          <w:rFonts w:ascii="Nirmala UI" w:hAnsi="Nirmala UI" w:eastAsia="Nirmala UI" w:cs="Nirmala UI"/>
        </w:rPr>
        <w:t>মরম</w:t>
      </w:r>
      <w:r>
        <w:rPr>
          <w:rFonts w:ascii="Times New Roman" w:hAnsi="Times New Roman" w:eastAsia="Times New Roman" w:cs="Times New Roman"/>
        </w:rPr>
        <w:t xml:space="preserve"> </w:t>
      </w:r>
      <w:r>
        <w:rPr>
          <w:rFonts w:ascii="Nirmala UI" w:hAnsi="Nirmala UI" w:eastAsia="Nirmala UI" w:cs="Nirmala UI"/>
        </w:rPr>
        <w:t>লোইনা</w:t>
      </w:r>
      <w:r>
        <w:rPr>
          <w:rFonts w:ascii="Times New Roman" w:hAnsi="Times New Roman" w:eastAsia="Times New Roman" w:cs="Times New Roman"/>
        </w:rPr>
        <w:t xml:space="preserve"> </w:t>
      </w:r>
      <w:r>
        <w:rPr>
          <w:rFonts w:ascii="Nirmala UI" w:hAnsi="Nirmala UI" w:eastAsia="Nirmala UI" w:cs="Nirmala UI"/>
        </w:rPr>
        <w:t>থোক্লবা</w:t>
      </w:r>
      <w:r>
        <w:rPr>
          <w:rFonts w:ascii="Times New Roman" w:hAnsi="Times New Roman" w:eastAsia="Times New Roman" w:cs="Times New Roman"/>
        </w:rPr>
        <w:t xml:space="preserve"> </w:t>
      </w:r>
      <w:r>
        <w:rPr>
          <w:rFonts w:ascii="Nirmala UI" w:hAnsi="Nirmala UI" w:eastAsia="Nirmala UI" w:cs="Nirmala UI"/>
        </w:rPr>
        <w:t>ৱারি</w:t>
      </w:r>
      <w:r>
        <w:rPr>
          <w:rFonts w:ascii="Times New Roman" w:hAnsi="Times New Roman" w:eastAsia="Times New Roman" w:cs="Times New Roman"/>
        </w:rPr>
        <w:t>-</w:t>
      </w:r>
      <w:r>
        <w:rPr>
          <w:rFonts w:ascii="Nirmala UI" w:hAnsi="Nirmala UI" w:eastAsia="Nirmala UI" w:cs="Nirmala UI"/>
        </w:rPr>
        <w:t>মশিং</w:t>
      </w:r>
      <w:r>
        <w:rPr>
          <w:rFonts w:ascii="Times New Roman" w:hAnsi="Times New Roman" w:eastAsia="Times New Roman" w:cs="Times New Roman"/>
        </w:rPr>
        <w:t xml:space="preserve"> </w:t>
      </w:r>
      <w:r>
        <w:rPr>
          <w:rFonts w:ascii="Nirmala UI" w:hAnsi="Nirmala UI" w:eastAsia="Nirmala UI" w:cs="Nirmala UI"/>
        </w:rPr>
        <w:t>অমত্তা</w:t>
      </w:r>
      <w:r>
        <w:rPr>
          <w:rFonts w:ascii="Times New Roman" w:hAnsi="Times New Roman" w:eastAsia="Times New Roman" w:cs="Times New Roman"/>
        </w:rPr>
        <w:t xml:space="preserve"> </w:t>
      </w:r>
      <w:r>
        <w:rPr>
          <w:rFonts w:ascii="Nirmala UI" w:hAnsi="Nirmala UI" w:eastAsia="Nirmala UI" w:cs="Nirmala UI"/>
        </w:rPr>
        <w:t>হন্না</w:t>
      </w:r>
      <w:r>
        <w:rPr>
          <w:rFonts w:ascii="Times New Roman" w:hAnsi="Times New Roman" w:eastAsia="Times New Roman" w:cs="Times New Roman"/>
        </w:rPr>
        <w:t xml:space="preserve"> </w:t>
      </w:r>
      <w:r>
        <w:rPr>
          <w:rFonts w:ascii="Nirmala UI" w:hAnsi="Nirmala UI" w:eastAsia="Nirmala UI" w:cs="Nirmala UI"/>
        </w:rPr>
        <w:t>থোক्कনি।</w:t>
      </w:r>
      <w:r>
        <w:rPr>
          <w:rFonts w:ascii="Times New Roman" w:hAnsi="Times New Roman" w:eastAsia="Times New Roman" w:cs="Times New Roman"/>
        </w:rPr>
        <w:t xml:space="preserve"> </w:t>
      </w:r>
      <w:r>
        <w:rPr>
          <w:rFonts w:ascii="Nirmala UI" w:hAnsi="Nirmala UI" w:eastAsia="Nirmala UI" w:cs="Nirmala UI"/>
        </w:rPr>
        <w:t>তুরेल</w:t>
      </w:r>
      <w:r>
        <w:rPr>
          <w:rFonts w:ascii="Times New Roman" w:hAnsi="Times New Roman" w:eastAsia="Times New Roman" w:cs="Times New Roman"/>
        </w:rPr>
        <w:t>-</w:t>
      </w:r>
      <w:r>
        <w:rPr>
          <w:rFonts w:ascii="Nirmala UI" w:hAnsi="Nirmala UI" w:eastAsia="Nirmala UI" w:cs="Nirmala UI"/>
        </w:rPr>
        <w:t>তম্লবা</w:t>
      </w:r>
      <w:r>
        <w:rPr>
          <w:rFonts w:ascii="Times New Roman" w:hAnsi="Times New Roman" w:eastAsia="Times New Roman" w:cs="Times New Roman"/>
        </w:rPr>
        <w:t xml:space="preserve"> </w:t>
      </w:r>
      <w:r>
        <w:rPr>
          <w:rFonts w:ascii="Nirmala UI" w:hAnsi="Nirmala UI" w:eastAsia="Nirmala UI" w:cs="Nirmala UI"/>
        </w:rPr>
        <w:t>মপান</w:t>
      </w:r>
      <w:r>
        <w:rPr>
          <w:rFonts w:ascii="Times New Roman" w:hAnsi="Times New Roman" w:eastAsia="Times New Roman" w:cs="Times New Roman"/>
        </w:rPr>
        <w:t xml:space="preserve"> </w:t>
      </w:r>
      <w:r>
        <w:rPr>
          <w:rFonts w:ascii="Nirmala UI" w:hAnsi="Nirmala UI" w:eastAsia="Nirmala UI" w:cs="Nirmala UI"/>
        </w:rPr>
        <w:t>ত্রি</w:t>
      </w:r>
      <w:r>
        <w:rPr>
          <w:rFonts w:ascii="Times New Roman" w:hAnsi="Times New Roman" w:eastAsia="Times New Roman" w:cs="Times New Roman"/>
        </w:rPr>
        <w:t>-</w:t>
      </w:r>
      <w:r>
        <w:rPr>
          <w:rFonts w:ascii="Nirmala UI" w:hAnsi="Nirmala UI" w:eastAsia="Nirmala UI" w:cs="Nirmala UI"/>
        </w:rPr>
        <w:t>অমদা</w:t>
      </w:r>
      <w:r>
        <w:rPr>
          <w:rFonts w:ascii="Times New Roman" w:hAnsi="Times New Roman" w:eastAsia="Times New Roman" w:cs="Times New Roman"/>
        </w:rPr>
        <w:t xml:space="preserve"> ‘</w:t>
      </w:r>
      <w:r>
        <w:rPr>
          <w:rFonts w:ascii="Nirmala UI" w:hAnsi="Nirmala UI" w:eastAsia="Nirmala UI" w:cs="Nirmala UI"/>
        </w:rPr>
        <w:t>নুংশিৎলগা</w:t>
      </w:r>
      <w:r>
        <w:rPr>
          <w:rFonts w:ascii="Times New Roman" w:hAnsi="Times New Roman" w:eastAsia="Times New Roman" w:cs="Times New Roman"/>
        </w:rPr>
        <w:t xml:space="preserve"> </w:t>
      </w:r>
      <w:r>
        <w:rPr>
          <w:rFonts w:ascii="Nirmala UI" w:hAnsi="Nirmala UI" w:eastAsia="Nirmala UI" w:cs="Nirmala UI"/>
        </w:rPr>
        <w:t>হন্না</w:t>
      </w:r>
      <w:r>
        <w:rPr>
          <w:rFonts w:ascii="Times New Roman" w:hAnsi="Times New Roman" w:eastAsia="Times New Roman" w:cs="Times New Roman"/>
        </w:rPr>
        <w:t xml:space="preserve"> </w:t>
      </w:r>
      <w:r>
        <w:rPr>
          <w:rFonts w:ascii="Nirmala UI" w:hAnsi="Nirmala UI" w:eastAsia="Nirmala UI" w:cs="Nirmala UI"/>
        </w:rPr>
        <w:t>হংজরক্কনি</w:t>
      </w:r>
      <w:r>
        <w:rPr>
          <w:rFonts w:ascii="Times New Roman" w:hAnsi="Times New Roman" w:eastAsia="Times New Roman" w:cs="Times New Roman"/>
        </w:rPr>
        <w:t xml:space="preserve">, </w:t>
      </w:r>
      <w:r>
        <w:rPr>
          <w:rFonts w:ascii="Nirmala UI" w:hAnsi="Nirmala UI" w:eastAsia="Nirmala UI" w:cs="Nirmala UI"/>
        </w:rPr>
        <w:t>অমসুং</w:t>
      </w:r>
      <w:r>
        <w:rPr>
          <w:rFonts w:ascii="Times New Roman" w:hAnsi="Times New Roman" w:eastAsia="Times New Roman" w:cs="Times New Roman"/>
        </w:rPr>
        <w:t xml:space="preserve"> </w:t>
      </w:r>
      <w:r>
        <w:rPr>
          <w:rFonts w:ascii="Nirmala UI" w:hAnsi="Nirmala UI" w:eastAsia="Nirmala UI" w:cs="Nirmala UI"/>
        </w:rPr>
        <w:t>পবিত্র</w:t>
      </w:r>
      <w:r>
        <w:rPr>
          <w:rFonts w:ascii="Times New Roman" w:hAnsi="Times New Roman" w:eastAsia="Times New Roman" w:cs="Times New Roman"/>
        </w:rPr>
        <w:t xml:space="preserve"> </w:t>
      </w:r>
      <w:r>
        <w:rPr>
          <w:rFonts w:ascii="Nirmala UI" w:hAnsi="Nirmala UI" w:eastAsia="Nirmala UI" w:cs="Nirmala UI"/>
        </w:rPr>
        <w:t>কনভেন্যান্ট</w:t>
      </w:r>
      <w:r>
        <w:rPr>
          <w:rFonts w:ascii="Times New Roman" w:hAnsi="Times New Roman" w:eastAsia="Times New Roman" w:cs="Times New Roman"/>
        </w:rPr>
        <w:t xml:space="preserve"> </w:t>
      </w:r>
      <w:r>
        <w:rPr>
          <w:rFonts w:ascii="Nirmala UI" w:hAnsi="Nirmala UI" w:eastAsia="Nirmala UI" w:cs="Nirmala UI"/>
        </w:rPr>
        <w:t>অদুগী</w:t>
      </w:r>
      <w:r>
        <w:rPr>
          <w:rFonts w:ascii="Times New Roman" w:hAnsi="Times New Roman" w:eastAsia="Times New Roman" w:cs="Times New Roman"/>
        </w:rPr>
        <w:t xml:space="preserve"> </w:t>
      </w:r>
      <w:r>
        <w:rPr>
          <w:rFonts w:ascii="Nirmala UI" w:hAnsi="Nirmala UI" w:eastAsia="Nirmala UI" w:cs="Nirmala UI"/>
        </w:rPr>
        <w:t>মতাংদা</w:t>
      </w:r>
      <w:r>
        <w:rPr>
          <w:rFonts w:ascii="Times New Roman" w:hAnsi="Times New Roman" w:eastAsia="Times New Roman" w:cs="Times New Roman"/>
        </w:rPr>
        <w:t xml:space="preserve"> </w:t>
      </w:r>
      <w:r>
        <w:rPr>
          <w:rFonts w:ascii="Nirmala UI" w:hAnsi="Nirmala UI" w:eastAsia="Nirmala UI" w:cs="Nirmala UI"/>
        </w:rPr>
        <w:t>খুঞ্জা</w:t>
      </w:r>
      <w:r>
        <w:rPr>
          <w:rFonts w:ascii="Times New Roman" w:hAnsi="Times New Roman" w:eastAsia="Times New Roman" w:cs="Times New Roman"/>
        </w:rPr>
        <w:t xml:space="preserve"> </w:t>
      </w:r>
      <w:r>
        <w:rPr>
          <w:rFonts w:ascii="Nirmala UI" w:hAnsi="Nirmala UI" w:eastAsia="Nirmala UI" w:cs="Nirmala UI"/>
        </w:rPr>
        <w:t>তাবনি</w:t>
      </w:r>
      <w:r>
        <w:rPr>
          <w:rFonts w:ascii="Times New Roman" w:hAnsi="Times New Roman" w:eastAsia="Times New Roman" w:cs="Times New Roman"/>
        </w:rPr>
        <w:t xml:space="preserve">: </w:t>
      </w:r>
      <w:r>
        <w:rPr>
          <w:rFonts w:ascii="Nirmala UI" w:hAnsi="Nirmala UI" w:eastAsia="Nirmala UI" w:cs="Nirmala UI"/>
        </w:rPr>
        <w:t>অদুম</w:t>
      </w:r>
      <w:r>
        <w:rPr>
          <w:rFonts w:ascii="Times New Roman" w:hAnsi="Times New Roman" w:eastAsia="Times New Roman" w:cs="Times New Roman"/>
        </w:rPr>
        <w:t xml:space="preserve"> </w:t>
      </w:r>
      <w:r>
        <w:rPr>
          <w:rFonts w:ascii="Nirmala UI" w:hAnsi="Nirmala UI" w:eastAsia="Nirmala UI" w:cs="Nirmala UI"/>
        </w:rPr>
        <w:t>ওইনা</w:t>
      </w:r>
      <w:r>
        <w:rPr>
          <w:rFonts w:ascii="Times New Roman" w:hAnsi="Times New Roman" w:eastAsia="Times New Roman" w:cs="Times New Roman"/>
        </w:rPr>
        <w:t xml:space="preserve"> </w:t>
      </w:r>
      <w:r>
        <w:rPr>
          <w:rFonts w:ascii="Nirmala UI" w:hAnsi="Nirmala UI" w:eastAsia="Nirmala UI" w:cs="Nirmala UI"/>
        </w:rPr>
        <w:t>মহাক্না</w:t>
      </w:r>
      <w:r>
        <w:rPr>
          <w:rFonts w:ascii="Times New Roman" w:hAnsi="Times New Roman" w:eastAsia="Times New Roman" w:cs="Times New Roman"/>
        </w:rPr>
        <w:t xml:space="preserve"> </w:t>
      </w:r>
      <w:r>
        <w:rPr>
          <w:rFonts w:ascii="Nirmala UI" w:hAnsi="Nirmala UI" w:eastAsia="Nirmala UI" w:cs="Nirmala UI"/>
        </w:rPr>
        <w:t>তৌগনি</w:t>
      </w:r>
      <w:r>
        <w:rPr>
          <w:rFonts w:ascii="Times New Roman" w:hAnsi="Times New Roman" w:eastAsia="Times New Roman" w:cs="Times New Roman"/>
        </w:rPr>
        <w:t xml:space="preserve">; </w:t>
      </w:r>
      <w:r>
        <w:rPr>
          <w:rFonts w:ascii="Nirmala UI" w:hAnsi="Nirmala UI" w:eastAsia="Nirmala UI" w:cs="Nirmala UI"/>
        </w:rPr>
        <w:t>মহাক</w:t>
      </w:r>
      <w:r>
        <w:rPr>
          <w:rFonts w:ascii="Times New Roman" w:hAnsi="Times New Roman" w:eastAsia="Times New Roman" w:cs="Times New Roman"/>
        </w:rPr>
        <w:t xml:space="preserve"> </w:t>
      </w:r>
      <w:r>
        <w:rPr>
          <w:rFonts w:ascii="Nirmala UI" w:hAnsi="Nirmala UI" w:eastAsia="Nirmala UI" w:cs="Nirmala UI"/>
        </w:rPr>
        <w:t>হন্না</w:t>
      </w:r>
      <w:r>
        <w:rPr>
          <w:rFonts w:ascii="Times New Roman" w:hAnsi="Times New Roman" w:eastAsia="Times New Roman" w:cs="Times New Roman"/>
        </w:rPr>
        <w:t xml:space="preserve"> </w:t>
      </w:r>
      <w:r>
        <w:rPr>
          <w:rFonts w:ascii="Nirmala UI" w:hAnsi="Nirmala UI" w:eastAsia="Nirmala UI" w:cs="Nirmala UI"/>
        </w:rPr>
        <w:t>হংজরক্কনি</w:t>
      </w:r>
      <w:r>
        <w:rPr>
          <w:rFonts w:ascii="Times New Roman" w:hAnsi="Times New Roman" w:eastAsia="Times New Roman" w:cs="Times New Roman"/>
        </w:rPr>
        <w:t xml:space="preserve">, </w:t>
      </w:r>
      <w:r>
        <w:rPr>
          <w:rFonts w:ascii="Nirmala UI" w:hAnsi="Nirmala UI" w:eastAsia="Nirmala UI" w:cs="Nirmala UI"/>
        </w:rPr>
        <w:t>অমসুং</w:t>
      </w:r>
      <w:r>
        <w:rPr>
          <w:rFonts w:ascii="Times New Roman" w:hAnsi="Times New Roman" w:eastAsia="Times New Roman" w:cs="Times New Roman"/>
        </w:rPr>
        <w:t xml:space="preserve"> </w:t>
      </w:r>
      <w:r>
        <w:rPr>
          <w:rFonts w:ascii="Nirmala UI" w:hAnsi="Nirmala UI" w:eastAsia="Nirmala UI" w:cs="Nirmala UI"/>
        </w:rPr>
        <w:t>পবিত্র</w:t>
      </w:r>
      <w:r>
        <w:rPr>
          <w:rFonts w:ascii="Times New Roman" w:hAnsi="Times New Roman" w:eastAsia="Times New Roman" w:cs="Times New Roman"/>
        </w:rPr>
        <w:t xml:space="preserve"> </w:t>
      </w:r>
      <w:r>
        <w:rPr>
          <w:rFonts w:ascii="Nirmala UI" w:hAnsi="Nirmala UI" w:eastAsia="Nirmala UI" w:cs="Nirmala UI"/>
        </w:rPr>
        <w:t>কনভেন্যান্ট</w:t>
      </w:r>
      <w:r>
        <w:rPr>
          <w:rFonts w:ascii="Times New Roman" w:hAnsi="Times New Roman" w:eastAsia="Times New Roman" w:cs="Times New Roman"/>
        </w:rPr>
        <w:t xml:space="preserve"> </w:t>
      </w:r>
      <w:r>
        <w:rPr>
          <w:rFonts w:ascii="Nirmala UI" w:hAnsi="Nirmala UI" w:eastAsia="Nirmala UI" w:cs="Nirmala UI"/>
        </w:rPr>
        <w:t>অদু</w:t>
      </w:r>
      <w:r>
        <w:rPr>
          <w:rFonts w:ascii="Times New Roman" w:hAnsi="Times New Roman" w:eastAsia="Times New Roman" w:cs="Times New Roman"/>
        </w:rPr>
        <w:t xml:space="preserve"> </w:t>
      </w:r>
      <w:r>
        <w:rPr>
          <w:rFonts w:ascii="Nirmala UI" w:hAnsi="Nirmala UI" w:eastAsia="Nirmala UI" w:cs="Nirmala UI"/>
        </w:rPr>
        <w:t>থাদোক্পশিংগা</w:t>
      </w:r>
      <w:r>
        <w:rPr>
          <w:rFonts w:ascii="Times New Roman" w:hAnsi="Times New Roman" w:eastAsia="Times New Roman" w:cs="Times New Roman"/>
        </w:rPr>
        <w:t xml:space="preserve"> </w:t>
      </w:r>
      <w:r>
        <w:rPr>
          <w:rFonts w:ascii="Nirmala UI" w:hAnsi="Nirmala UI" w:eastAsia="Nirmala UI" w:cs="Nirmala UI"/>
        </w:rPr>
        <w:t>মরু</w:t>
      </w:r>
      <w:r>
        <w:rPr>
          <w:rFonts w:ascii="Times New Roman" w:hAnsi="Times New Roman" w:eastAsia="Times New Roman" w:cs="Times New Roman"/>
        </w:rPr>
        <w:t xml:space="preserve"> </w:t>
      </w:r>
      <w:r>
        <w:rPr>
          <w:rFonts w:ascii="Nirmala UI" w:hAnsi="Nirmala UI" w:eastAsia="Nirmala UI" w:cs="Nirmala UI"/>
        </w:rPr>
        <w:t>ওইনবা</w:t>
      </w:r>
      <w:r>
        <w:rPr>
          <w:rFonts w:ascii="Times New Roman" w:hAnsi="Times New Roman" w:eastAsia="Times New Roman" w:cs="Times New Roman"/>
        </w:rPr>
        <w:t xml:space="preserve"> </w:t>
      </w:r>
      <w:r>
        <w:rPr>
          <w:rFonts w:ascii="Nirmala UI" w:hAnsi="Nirmala UI" w:eastAsia="Nirmala UI" w:cs="Nirmala UI"/>
        </w:rPr>
        <w:t>অরিবনি।</w:t>
      </w:r>
      <w:r>
        <w:rPr>
          <w:rFonts w:ascii="Times New Roman" w:hAnsi="Times New Roman" w:eastAsia="Times New Roman" w:cs="Times New Roman"/>
        </w:rPr>
        <w:t xml:space="preserve"> </w:t>
      </w:r>
      <w:r>
        <w:rPr>
          <w:rFonts w:ascii="Nirmala UI" w:hAnsi="Nirmala UI" w:eastAsia="Nirmala UI" w:cs="Nirmala UI"/>
        </w:rPr>
        <w:t>অমসুং</w:t>
      </w:r>
      <w:r>
        <w:rPr>
          <w:rFonts w:ascii="Times New Roman" w:hAnsi="Times New Roman" w:eastAsia="Times New Roman" w:cs="Times New Roman"/>
        </w:rPr>
        <w:t xml:space="preserve"> </w:t>
      </w:r>
      <w:r>
        <w:rPr>
          <w:rFonts w:ascii="Nirmala UI" w:hAnsi="Nirmala UI" w:eastAsia="Nirmala UI" w:cs="Nirmala UI"/>
        </w:rPr>
        <w:t>মহাক্কী</w:t>
      </w:r>
      <w:r>
        <w:rPr>
          <w:rFonts w:ascii="Times New Roman" w:hAnsi="Times New Roman" w:eastAsia="Times New Roman" w:cs="Times New Roman"/>
        </w:rPr>
        <w:t xml:space="preserve"> </w:t>
      </w:r>
      <w:r>
        <w:rPr>
          <w:rFonts w:ascii="Nirmala UI" w:hAnsi="Nirmala UI" w:eastAsia="Nirmala UI" w:cs="Nirmala UI"/>
        </w:rPr>
        <w:t>মফমদা</w:t>
      </w:r>
      <w:r>
        <w:rPr>
          <w:rFonts w:ascii="Times New Roman" w:hAnsi="Times New Roman" w:eastAsia="Times New Roman" w:cs="Times New Roman"/>
        </w:rPr>
        <w:t xml:space="preserve"> </w:t>
      </w:r>
      <w:r>
        <w:rPr>
          <w:rFonts w:ascii="Nirmala UI" w:hAnsi="Nirmala UI" w:eastAsia="Nirmala UI" w:cs="Nirmala UI"/>
        </w:rPr>
        <w:t>লানমীশিং</w:t>
      </w:r>
      <w:r>
        <w:rPr>
          <w:rFonts w:ascii="Times New Roman" w:hAnsi="Times New Roman" w:eastAsia="Times New Roman" w:cs="Times New Roman"/>
        </w:rPr>
        <w:t xml:space="preserve"> </w:t>
      </w:r>
      <w:r>
        <w:rPr>
          <w:rFonts w:ascii="Nirmala UI" w:hAnsi="Nirmala UI" w:eastAsia="Nirmala UI" w:cs="Nirmala UI"/>
        </w:rPr>
        <w:t>লেপ্পনি</w:t>
      </w:r>
      <w:r>
        <w:rPr>
          <w:rFonts w:ascii="Times New Roman" w:hAnsi="Times New Roman" w:eastAsia="Times New Roman" w:cs="Times New Roman"/>
        </w:rPr>
        <w:t xml:space="preserve">, </w:t>
      </w:r>
      <w:r>
        <w:rPr>
          <w:rFonts w:ascii="Nirmala UI" w:hAnsi="Nirmala UI" w:eastAsia="Nirmala UI" w:cs="Nirmala UI"/>
        </w:rPr>
        <w:t>অদুগা</w:t>
      </w:r>
      <w:r>
        <w:rPr>
          <w:rFonts w:ascii="Times New Roman" w:hAnsi="Times New Roman" w:eastAsia="Times New Roman" w:cs="Times New Roman"/>
        </w:rPr>
        <w:t xml:space="preserve"> </w:t>
      </w:r>
      <w:r>
        <w:rPr>
          <w:rFonts w:ascii="Nirmala UI" w:hAnsi="Nirmala UI" w:eastAsia="Nirmala UI" w:cs="Nirmala UI"/>
        </w:rPr>
        <w:t>মখোয়না</w:t>
      </w:r>
      <w:r>
        <w:rPr>
          <w:rFonts w:ascii="Times New Roman" w:hAnsi="Times New Roman" w:eastAsia="Times New Roman" w:cs="Times New Roman"/>
        </w:rPr>
        <w:t xml:space="preserve"> </w:t>
      </w:r>
      <w:r>
        <w:rPr>
          <w:rFonts w:ascii="Nirmala UI" w:hAnsi="Nirmala UI" w:eastAsia="Nirmala UI" w:cs="Nirmala UI"/>
        </w:rPr>
        <w:t>শগৎ</w:t>
      </w:r>
      <w:r>
        <w:rPr>
          <w:rFonts w:ascii="Times New Roman" w:hAnsi="Times New Roman" w:eastAsia="Times New Roman" w:cs="Times New Roman"/>
        </w:rPr>
        <w:t xml:space="preserve"> </w:t>
      </w:r>
      <w:r>
        <w:rPr>
          <w:rFonts w:ascii="Nirmala UI" w:hAnsi="Nirmala UI" w:eastAsia="Nirmala UI" w:cs="Nirmala UI"/>
        </w:rPr>
        <w:t>লৈবা</w:t>
      </w:r>
      <w:r>
        <w:rPr>
          <w:rFonts w:ascii="Times New Roman" w:hAnsi="Times New Roman" w:eastAsia="Times New Roman" w:cs="Times New Roman"/>
        </w:rPr>
        <w:t xml:space="preserve"> </w:t>
      </w:r>
      <w:r>
        <w:rPr>
          <w:rFonts w:ascii="Nirmala UI" w:hAnsi="Nirmala UI" w:eastAsia="Nirmala UI" w:cs="Nirmala UI"/>
        </w:rPr>
        <w:t>পবিত্র</w:t>
      </w:r>
      <w:r>
        <w:rPr>
          <w:rFonts w:ascii="Times New Roman" w:hAnsi="Times New Roman" w:eastAsia="Times New Roman" w:cs="Times New Roman"/>
        </w:rPr>
        <w:t xml:space="preserve"> </w:t>
      </w:r>
      <w:r>
        <w:rPr>
          <w:rFonts w:ascii="Nirmala UI" w:hAnsi="Nirmala UI" w:eastAsia="Nirmala UI" w:cs="Nirmala UI"/>
        </w:rPr>
        <w:t>স্থান</w:t>
      </w:r>
      <w:r>
        <w:rPr>
          <w:rFonts w:ascii="Times New Roman" w:hAnsi="Times New Roman" w:eastAsia="Times New Roman" w:cs="Times New Roman"/>
        </w:rPr>
        <w:t xml:space="preserve"> </w:t>
      </w:r>
      <w:r>
        <w:rPr>
          <w:rFonts w:ascii="Nirmala UI" w:hAnsi="Nirmala UI" w:eastAsia="Nirmala UI" w:cs="Nirmala UI"/>
        </w:rPr>
        <w:t>অদু</w:t>
      </w:r>
      <w:r>
        <w:rPr>
          <w:rFonts w:ascii="Times New Roman" w:hAnsi="Times New Roman" w:eastAsia="Times New Roman" w:cs="Times New Roman"/>
        </w:rPr>
        <w:t xml:space="preserve"> </w:t>
      </w:r>
      <w:r>
        <w:rPr>
          <w:rFonts w:ascii="Nirmala UI" w:hAnsi="Nirmala UI" w:eastAsia="Nirmala UI" w:cs="Nirmala UI"/>
        </w:rPr>
        <w:t>মাংশিন্ননি</w:t>
      </w:r>
      <w:r>
        <w:rPr>
          <w:rFonts w:ascii="Times New Roman" w:hAnsi="Times New Roman" w:eastAsia="Times New Roman" w:cs="Times New Roman"/>
        </w:rPr>
        <w:t xml:space="preserve">, </w:t>
      </w:r>
      <w:r>
        <w:rPr>
          <w:rFonts w:ascii="Nirmala UI" w:hAnsi="Nirmala UI" w:eastAsia="Nirmala UI" w:cs="Nirmala UI"/>
        </w:rPr>
        <w:t>অমসুং</w:t>
      </w:r>
      <w:r>
        <w:rPr>
          <w:rFonts w:ascii="Times New Roman" w:hAnsi="Times New Roman" w:eastAsia="Times New Roman" w:cs="Times New Roman"/>
        </w:rPr>
        <w:t xml:space="preserve"> </w:t>
      </w:r>
      <w:r>
        <w:rPr>
          <w:rFonts w:ascii="Nirmala UI" w:hAnsi="Nirmala UI" w:eastAsia="Nirmala UI" w:cs="Nirmala UI"/>
        </w:rPr>
        <w:t>দৈনিক</w:t>
      </w:r>
      <w:r>
        <w:rPr>
          <w:rFonts w:ascii="Times New Roman" w:hAnsi="Times New Roman" w:eastAsia="Times New Roman" w:cs="Times New Roman"/>
        </w:rPr>
        <w:t xml:space="preserve"> </w:t>
      </w:r>
      <w:r>
        <w:rPr>
          <w:rFonts w:ascii="Nirmala UI" w:hAnsi="Nirmala UI" w:eastAsia="Nirmala UI" w:cs="Nirmala UI"/>
        </w:rPr>
        <w:t>বলি</w:t>
      </w:r>
      <w:r>
        <w:rPr>
          <w:rFonts w:ascii="Times New Roman" w:hAnsi="Times New Roman" w:eastAsia="Times New Roman" w:cs="Times New Roman"/>
        </w:rPr>
        <w:t xml:space="preserve"> </w:t>
      </w:r>
      <w:r>
        <w:rPr>
          <w:rFonts w:ascii="Nirmala UI" w:hAnsi="Nirmala UI" w:eastAsia="Nirmala UI" w:cs="Nirmala UI"/>
        </w:rPr>
        <w:t>অদু</w:t>
      </w:r>
      <w:r>
        <w:rPr>
          <w:rFonts w:ascii="Times New Roman" w:hAnsi="Times New Roman" w:eastAsia="Times New Roman" w:cs="Times New Roman"/>
        </w:rPr>
        <w:t xml:space="preserve"> </w:t>
      </w:r>
      <w:r>
        <w:rPr>
          <w:rFonts w:ascii="Nirmala UI" w:hAnsi="Nirmala UI" w:eastAsia="Nirmala UI" w:cs="Nirmala UI"/>
        </w:rPr>
        <w:t>লৌথোক্কনি</w:t>
      </w:r>
      <w:r>
        <w:rPr>
          <w:rFonts w:ascii="Times New Roman" w:hAnsi="Times New Roman" w:eastAsia="Times New Roman" w:cs="Times New Roman"/>
        </w:rPr>
        <w:t xml:space="preserve">, </w:t>
      </w:r>
      <w:r>
        <w:rPr>
          <w:rFonts w:ascii="Nirmala UI" w:hAnsi="Nirmala UI" w:eastAsia="Nirmala UI" w:cs="Nirmala UI"/>
        </w:rPr>
        <w:t>অদুগা</w:t>
      </w:r>
      <w:r>
        <w:rPr>
          <w:rFonts w:ascii="Times New Roman" w:hAnsi="Times New Roman" w:eastAsia="Times New Roman" w:cs="Times New Roman"/>
        </w:rPr>
        <w:t xml:space="preserve"> </w:t>
      </w:r>
      <w:r>
        <w:rPr>
          <w:rFonts w:ascii="Nirmala UI" w:hAnsi="Nirmala UI" w:eastAsia="Nirmala UI" w:cs="Nirmala UI"/>
        </w:rPr>
        <w:t>মাংশি</w:t>
      </w:r>
      <w:r>
        <w:rPr>
          <w:rFonts w:ascii="Times New Roman" w:hAnsi="Times New Roman" w:eastAsia="Times New Roman" w:cs="Times New Roman"/>
        </w:rPr>
        <w:t>-</w:t>
      </w:r>
      <w:r>
        <w:rPr>
          <w:rFonts w:ascii="Nirmala UI" w:hAnsi="Nirmala UI" w:eastAsia="Nirmala UI" w:cs="Nirmala UI"/>
        </w:rPr>
        <w:t>থৎপা</w:t>
      </w:r>
      <w:r>
        <w:rPr>
          <w:rFonts w:ascii="Times New Roman" w:hAnsi="Times New Roman" w:eastAsia="Times New Roman" w:cs="Times New Roman"/>
        </w:rPr>
        <w:t xml:space="preserve"> </w:t>
      </w:r>
      <w:r>
        <w:rPr>
          <w:rFonts w:ascii="Nirmala UI" w:hAnsi="Nirmala UI" w:eastAsia="Nirmala UI" w:cs="Nirmala UI"/>
        </w:rPr>
        <w:t>য়াবা</w:t>
      </w:r>
      <w:r>
        <w:rPr>
          <w:rFonts w:ascii="Times New Roman" w:hAnsi="Times New Roman" w:eastAsia="Times New Roman" w:cs="Times New Roman"/>
        </w:rPr>
        <w:t xml:space="preserve"> </w:t>
      </w:r>
      <w:r>
        <w:rPr>
          <w:rFonts w:ascii="Nirmala UI" w:hAnsi="Nirmala UI" w:eastAsia="Nirmala UI" w:cs="Nirmala UI"/>
        </w:rPr>
        <w:t>ঘৃণ্য</w:t>
      </w:r>
      <w:r>
        <w:rPr>
          <w:rFonts w:ascii="Times New Roman" w:hAnsi="Times New Roman" w:eastAsia="Times New Roman" w:cs="Times New Roman"/>
        </w:rPr>
        <w:t xml:space="preserve"> </w:t>
      </w:r>
      <w:r>
        <w:rPr>
          <w:rFonts w:ascii="Nirmala UI" w:hAnsi="Nirmala UI" w:eastAsia="Nirmala UI" w:cs="Nirmala UI"/>
        </w:rPr>
        <w:t>বস্তু</w:t>
      </w:r>
      <w:r>
        <w:rPr>
          <w:rFonts w:ascii="Times New Roman" w:hAnsi="Times New Roman" w:eastAsia="Times New Roman" w:cs="Times New Roman"/>
        </w:rPr>
        <w:t xml:space="preserve"> </w:t>
      </w:r>
      <w:r>
        <w:rPr>
          <w:rFonts w:ascii="Nirmala UI" w:hAnsi="Nirmala UI" w:eastAsia="Nirmala UI" w:cs="Nirmala UI"/>
        </w:rPr>
        <w:t>অদু</w:t>
      </w:r>
      <w:r>
        <w:rPr>
          <w:rFonts w:ascii="Times New Roman" w:hAnsi="Times New Roman" w:eastAsia="Times New Roman" w:cs="Times New Roman"/>
        </w:rPr>
        <w:t xml:space="preserve"> </w:t>
      </w:r>
      <w:r>
        <w:rPr>
          <w:rFonts w:ascii="Nirmala UI" w:hAnsi="Nirmala UI" w:eastAsia="Nirmala UI" w:cs="Nirmala UI"/>
        </w:rPr>
        <w:t>থম্মনি।</w:t>
      </w:r>
      <w:r>
        <w:rPr>
          <w:rFonts w:ascii="Times New Roman" w:hAnsi="Times New Roman" w:eastAsia="Times New Roman" w:cs="Times New Roman"/>
        </w:rPr>
        <w:t xml:space="preserve"> </w:t>
      </w:r>
      <w:r>
        <w:rPr>
          <w:rFonts w:ascii="Nirmala UI" w:hAnsi="Nirmala UI" w:eastAsia="Nirmala UI" w:cs="Nirmala UI"/>
        </w:rPr>
        <w:t>অমসুং</w:t>
      </w:r>
      <w:r>
        <w:rPr>
          <w:rFonts w:ascii="Times New Roman" w:hAnsi="Times New Roman" w:eastAsia="Times New Roman" w:cs="Times New Roman"/>
        </w:rPr>
        <w:t xml:space="preserve"> </w:t>
      </w:r>
      <w:r>
        <w:rPr>
          <w:rFonts w:ascii="Nirmala UI" w:hAnsi="Nirmala UI" w:eastAsia="Nirmala UI" w:cs="Nirmala UI"/>
        </w:rPr>
        <w:t>কনভেন্যান্ট</w:t>
      </w:r>
      <w:r>
        <w:rPr>
          <w:rFonts w:ascii="Times New Roman" w:hAnsi="Times New Roman" w:eastAsia="Times New Roman" w:cs="Times New Roman"/>
        </w:rPr>
        <w:t xml:space="preserve"> </w:t>
      </w:r>
      <w:r>
        <w:rPr>
          <w:rFonts w:ascii="Nirmala UI" w:hAnsi="Nirmala UI" w:eastAsia="Nirmala UI" w:cs="Nirmala UI"/>
        </w:rPr>
        <w:t>অদুগী</w:t>
      </w:r>
      <w:r>
        <w:rPr>
          <w:rFonts w:ascii="Times New Roman" w:hAnsi="Times New Roman" w:eastAsia="Times New Roman" w:cs="Times New Roman"/>
        </w:rPr>
        <w:t xml:space="preserve"> </w:t>
      </w:r>
      <w:r>
        <w:rPr>
          <w:rFonts w:ascii="Nirmala UI" w:hAnsi="Nirmala UI" w:eastAsia="Nirmala UI" w:cs="Nirmala UI"/>
        </w:rPr>
        <w:t>বিরুদ্ধে</w:t>
      </w:r>
      <w:r>
        <w:rPr>
          <w:rFonts w:ascii="Times New Roman" w:hAnsi="Times New Roman" w:eastAsia="Times New Roman" w:cs="Times New Roman"/>
        </w:rPr>
        <w:t xml:space="preserve"> </w:t>
      </w:r>
      <w:r>
        <w:rPr>
          <w:rFonts w:ascii="Nirmala UI" w:hAnsi="Nirmala UI" w:eastAsia="Nirmala UI" w:cs="Nirmala UI"/>
        </w:rPr>
        <w:t>পাপ</w:t>
      </w:r>
      <w:r>
        <w:rPr>
          <w:rFonts w:ascii="Times New Roman" w:hAnsi="Times New Roman" w:eastAsia="Times New Roman" w:cs="Times New Roman"/>
        </w:rPr>
        <w:t xml:space="preserve"> </w:t>
      </w:r>
      <w:r>
        <w:rPr>
          <w:rFonts w:ascii="Nirmala UI" w:hAnsi="Nirmala UI" w:eastAsia="Nirmala UI" w:cs="Nirmala UI"/>
        </w:rPr>
        <w:t>তৌরিবশিংবু</w:t>
      </w:r>
      <w:r>
        <w:rPr>
          <w:rFonts w:ascii="Times New Roman" w:hAnsi="Times New Roman" w:eastAsia="Times New Roman" w:cs="Times New Roman"/>
        </w:rPr>
        <w:t xml:space="preserve"> </w:t>
      </w:r>
      <w:r>
        <w:rPr>
          <w:rFonts w:ascii="Nirmala UI" w:hAnsi="Nirmala UI" w:eastAsia="Nirmala UI" w:cs="Nirmala UI"/>
        </w:rPr>
        <w:t>মহাক্না</w:t>
      </w:r>
      <w:r>
        <w:rPr>
          <w:rFonts w:ascii="Times New Roman" w:hAnsi="Times New Roman" w:eastAsia="Times New Roman" w:cs="Times New Roman"/>
        </w:rPr>
        <w:t xml:space="preserve"> </w:t>
      </w:r>
      <w:r>
        <w:rPr>
          <w:rFonts w:ascii="Nirmala UI" w:hAnsi="Nirmala UI" w:eastAsia="Nirmala UI" w:cs="Nirmala UI"/>
        </w:rPr>
        <w:t>থুম্মৌনা</w:t>
      </w:r>
      <w:r>
        <w:rPr>
          <w:rFonts w:ascii="Times New Roman" w:hAnsi="Times New Roman" w:eastAsia="Times New Roman" w:cs="Times New Roman"/>
        </w:rPr>
        <w:t xml:space="preserve"> </w:t>
      </w:r>
      <w:r>
        <w:rPr>
          <w:rFonts w:ascii="Nirmala UI" w:hAnsi="Nirmala UI" w:eastAsia="Nirmala UI" w:cs="Nirmala UI"/>
        </w:rPr>
        <w:t>থুংদোক্কনি</w:t>
      </w:r>
      <w:r>
        <w:rPr>
          <w:rFonts w:ascii="Times New Roman" w:hAnsi="Times New Roman" w:eastAsia="Times New Roman" w:cs="Times New Roman"/>
        </w:rPr>
        <w:t xml:space="preserve">: </w:t>
      </w:r>
      <w:r>
        <w:rPr>
          <w:rFonts w:ascii="Nirmala UI" w:hAnsi="Nirmala UI" w:eastAsia="Nirmala UI" w:cs="Nirmala UI"/>
        </w:rPr>
        <w:t>অদুবু</w:t>
      </w:r>
      <w:r>
        <w:rPr>
          <w:rFonts w:ascii="Times New Roman" w:hAnsi="Times New Roman" w:eastAsia="Times New Roman" w:cs="Times New Roman"/>
        </w:rPr>
        <w:t xml:space="preserve"> </w:t>
      </w:r>
      <w:r>
        <w:rPr>
          <w:rFonts w:ascii="Nirmala UI" w:hAnsi="Nirmala UI" w:eastAsia="Nirmala UI" w:cs="Nirmala UI"/>
        </w:rPr>
        <w:t>মখোয়গী</w:t>
      </w:r>
      <w:r>
        <w:rPr>
          <w:rFonts w:ascii="Times New Roman" w:hAnsi="Times New Roman" w:eastAsia="Times New Roman" w:cs="Times New Roman"/>
        </w:rPr>
        <w:t xml:space="preserve"> </w:t>
      </w:r>
      <w:r>
        <w:rPr>
          <w:rFonts w:ascii="Nirmala UI" w:hAnsi="Nirmala UI" w:eastAsia="Nirmala UI" w:cs="Nirmala UI"/>
        </w:rPr>
        <w:t>ঈশ্বরবু</w:t>
      </w:r>
      <w:r>
        <w:rPr>
          <w:rFonts w:ascii="Times New Roman" w:hAnsi="Times New Roman" w:eastAsia="Times New Roman" w:cs="Times New Roman"/>
        </w:rPr>
        <w:t xml:space="preserve"> </w:t>
      </w:r>
      <w:r>
        <w:rPr>
          <w:rFonts w:ascii="Nirmala UI" w:hAnsi="Nirmala UI" w:eastAsia="Nirmala UI" w:cs="Nirmala UI"/>
        </w:rPr>
        <w:t>খংবা</w:t>
      </w:r>
      <w:r>
        <w:rPr>
          <w:rFonts w:ascii="Times New Roman" w:hAnsi="Times New Roman" w:eastAsia="Times New Roman" w:cs="Times New Roman"/>
        </w:rPr>
        <w:t xml:space="preserve"> </w:t>
      </w:r>
      <w:r>
        <w:rPr>
          <w:rFonts w:ascii="Nirmala UI" w:hAnsi="Nirmala UI" w:eastAsia="Nirmala UI" w:cs="Nirmala UI"/>
        </w:rPr>
        <w:t>মীওইশিং</w:t>
      </w:r>
      <w:r>
        <w:rPr>
          <w:rFonts w:ascii="Times New Roman" w:hAnsi="Times New Roman" w:eastAsia="Times New Roman" w:cs="Times New Roman"/>
        </w:rPr>
        <w:t xml:space="preserve"> </w:t>
      </w:r>
      <w:r>
        <w:rPr>
          <w:rFonts w:ascii="Nirmala UI" w:hAnsi="Nirmala UI" w:eastAsia="Nirmala UI" w:cs="Nirmala UI"/>
        </w:rPr>
        <w:t>অদু</w:t>
      </w:r>
      <w:r>
        <w:rPr>
          <w:rFonts w:ascii="Times New Roman" w:hAnsi="Times New Roman" w:eastAsia="Times New Roman" w:cs="Times New Roman"/>
        </w:rPr>
        <w:t xml:space="preserve"> </w:t>
      </w:r>
      <w:r>
        <w:rPr>
          <w:rFonts w:ascii="Nirmala UI" w:hAnsi="Nirmala UI" w:eastAsia="Nirmala UI" w:cs="Nirmala UI"/>
        </w:rPr>
        <w:t>পাংথোক্তা</w:t>
      </w:r>
      <w:r>
        <w:rPr>
          <w:rFonts w:ascii="Times New Roman" w:hAnsi="Times New Roman" w:eastAsia="Times New Roman" w:cs="Times New Roman"/>
        </w:rPr>
        <w:t xml:space="preserve"> </w:t>
      </w:r>
      <w:r>
        <w:rPr>
          <w:rFonts w:ascii="Nirmala UI" w:hAnsi="Nirmala UI" w:eastAsia="Nirmala UI" w:cs="Nirmala UI"/>
        </w:rPr>
        <w:t>নীংতাম্লগা</w:t>
      </w:r>
      <w:r>
        <w:rPr>
          <w:rFonts w:ascii="Times New Roman" w:hAnsi="Times New Roman" w:eastAsia="Times New Roman" w:cs="Times New Roman"/>
        </w:rPr>
        <w:t xml:space="preserve"> </w:t>
      </w:r>
      <w:r>
        <w:rPr>
          <w:rFonts w:ascii="Nirmala UI" w:hAnsi="Nirmala UI" w:eastAsia="Nirmala UI" w:cs="Nirmala UI"/>
        </w:rPr>
        <w:t>লৈগনি</w:t>
      </w:r>
      <w:r>
        <w:rPr>
          <w:rFonts w:ascii="Times New Roman" w:hAnsi="Times New Roman" w:eastAsia="Times New Roman" w:cs="Times New Roman"/>
        </w:rPr>
        <w:t xml:space="preserve">, </w:t>
      </w:r>
      <w:r>
        <w:rPr>
          <w:rFonts w:ascii="Nirmala UI" w:hAnsi="Nirmala UI" w:eastAsia="Nirmala UI" w:cs="Nirmala UI"/>
        </w:rPr>
        <w:t>অমসুং</w:t>
      </w:r>
      <w:r>
        <w:rPr>
          <w:rFonts w:ascii="Times New Roman" w:hAnsi="Times New Roman" w:eastAsia="Times New Roman" w:cs="Times New Roman"/>
        </w:rPr>
        <w:t xml:space="preserve"> </w:t>
      </w:r>
      <w:r>
        <w:rPr>
          <w:rFonts w:ascii="Nirmala UI" w:hAnsi="Nirmala UI" w:eastAsia="Nirmala UI" w:cs="Nirmala UI"/>
        </w:rPr>
        <w:t>থবকশিং</w:t>
      </w:r>
      <w:r>
        <w:rPr>
          <w:rFonts w:ascii="Times New Roman" w:hAnsi="Times New Roman" w:eastAsia="Times New Roman" w:cs="Times New Roman"/>
        </w:rPr>
        <w:t xml:space="preserve"> </w:t>
      </w:r>
      <w:r>
        <w:rPr>
          <w:rFonts w:ascii="Nirmala UI" w:hAnsi="Nirmala UI" w:eastAsia="Nirmala UI" w:cs="Nirmala UI"/>
        </w:rPr>
        <w:t>তৌগনি।</w:t>
      </w:r>
      <w:r>
        <w:rPr>
          <w:rFonts w:ascii="Times New Roman" w:hAnsi="Times New Roman" w:eastAsia="Times New Roman" w:cs="Times New Roman"/>
        </w:rPr>
        <w:t xml:space="preserve"> </w:t>
      </w:r>
      <w:r>
        <w:rPr>
          <w:rFonts w:ascii="Nirmala UI" w:hAnsi="Nirmala UI" w:eastAsia="Nirmala UI" w:cs="Nirmala UI"/>
        </w:rPr>
        <w:t>অমসুং</w:t>
      </w:r>
      <w:r>
        <w:rPr>
          <w:rFonts w:ascii="Times New Roman" w:hAnsi="Times New Roman" w:eastAsia="Times New Roman" w:cs="Times New Roman"/>
        </w:rPr>
        <w:t xml:space="preserve"> </w:t>
      </w:r>
      <w:r>
        <w:rPr>
          <w:rFonts w:ascii="Nirmala UI" w:hAnsi="Nirmala UI" w:eastAsia="Nirmala UI" w:cs="Nirmala UI"/>
        </w:rPr>
        <w:t>মীওইশিংগী</w:t>
      </w:r>
      <w:r>
        <w:rPr>
          <w:rFonts w:ascii="Times New Roman" w:hAnsi="Times New Roman" w:eastAsia="Times New Roman" w:cs="Times New Roman"/>
        </w:rPr>
        <w:t xml:space="preserve"> </w:t>
      </w:r>
      <w:r>
        <w:rPr>
          <w:rFonts w:ascii="Nirmala UI" w:hAnsi="Nirmala UI" w:eastAsia="Nirmala UI" w:cs="Nirmala UI"/>
        </w:rPr>
        <w:t>মরক্তা</w:t>
      </w:r>
      <w:r>
        <w:rPr>
          <w:rFonts w:ascii="Times New Roman" w:hAnsi="Times New Roman" w:eastAsia="Times New Roman" w:cs="Times New Roman"/>
        </w:rPr>
        <w:t xml:space="preserve"> </w:t>
      </w:r>
      <w:r>
        <w:rPr>
          <w:rFonts w:ascii="Nirmala UI" w:hAnsi="Nirmala UI" w:eastAsia="Nirmala UI" w:cs="Nirmala UI"/>
        </w:rPr>
        <w:t>মরম</w:t>
      </w:r>
      <w:r>
        <w:rPr>
          <w:rFonts w:ascii="Times New Roman" w:hAnsi="Times New Roman" w:eastAsia="Times New Roman" w:cs="Times New Roman"/>
        </w:rPr>
        <w:t xml:space="preserve"> </w:t>
      </w:r>
      <w:r>
        <w:rPr>
          <w:rFonts w:ascii="Nirmala UI" w:hAnsi="Nirmala UI" w:eastAsia="Nirmala UI" w:cs="Nirmala UI"/>
        </w:rPr>
        <w:t>খংবা</w:t>
      </w:r>
      <w:r>
        <w:rPr>
          <w:rFonts w:ascii="Times New Roman" w:hAnsi="Times New Roman" w:eastAsia="Times New Roman" w:cs="Times New Roman"/>
        </w:rPr>
        <w:t xml:space="preserve"> </w:t>
      </w:r>
      <w:r>
        <w:rPr>
          <w:rFonts w:ascii="Nirmala UI" w:hAnsi="Nirmala UI" w:eastAsia="Nirmala UI" w:cs="Nirmala UI"/>
        </w:rPr>
        <w:t>মখোয়</w:t>
      </w:r>
      <w:r>
        <w:rPr>
          <w:rFonts w:ascii="Times New Roman" w:hAnsi="Times New Roman" w:eastAsia="Times New Roman" w:cs="Times New Roman"/>
        </w:rPr>
        <w:t xml:space="preserve"> </w:t>
      </w:r>
      <w:r>
        <w:rPr>
          <w:rFonts w:ascii="Nirmala UI" w:hAnsi="Nirmala UI" w:eastAsia="Nirmala UI" w:cs="Nirmala UI"/>
        </w:rPr>
        <w:t>অদু</w:t>
      </w:r>
      <w:r>
        <w:rPr>
          <w:rFonts w:ascii="Times New Roman" w:hAnsi="Times New Roman" w:eastAsia="Times New Roman" w:cs="Times New Roman"/>
        </w:rPr>
        <w:t xml:space="preserve"> </w:t>
      </w:r>
      <w:r>
        <w:rPr>
          <w:rFonts w:ascii="Nirmala UI" w:hAnsi="Nirmala UI" w:eastAsia="Nirmala UI" w:cs="Nirmala UI"/>
        </w:rPr>
        <w:t>ময়ামবু</w:t>
      </w:r>
      <w:r>
        <w:rPr>
          <w:rFonts w:ascii="Times New Roman" w:hAnsi="Times New Roman" w:eastAsia="Times New Roman" w:cs="Times New Roman"/>
        </w:rPr>
        <w:t xml:space="preserve"> </w:t>
      </w:r>
      <w:r>
        <w:rPr>
          <w:rFonts w:ascii="Nirmala UI" w:hAnsi="Nirmala UI" w:eastAsia="Nirmala UI" w:cs="Nirmala UI"/>
        </w:rPr>
        <w:t>তাকপিগনি</w:t>
      </w:r>
      <w:r>
        <w:rPr>
          <w:rFonts w:ascii="Times New Roman" w:hAnsi="Times New Roman" w:eastAsia="Times New Roman" w:cs="Times New Roman"/>
        </w:rPr>
        <w:t xml:space="preserve">: </w:t>
      </w:r>
      <w:r>
        <w:rPr>
          <w:rFonts w:ascii="Nirmala UI" w:hAnsi="Nirmala UI" w:eastAsia="Nirmala UI" w:cs="Nirmala UI"/>
        </w:rPr>
        <w:t>অদুবু</w:t>
      </w:r>
      <w:r>
        <w:rPr>
          <w:rFonts w:ascii="Times New Roman" w:hAnsi="Times New Roman" w:eastAsia="Times New Roman" w:cs="Times New Roman"/>
        </w:rPr>
        <w:t xml:space="preserve"> </w:t>
      </w:r>
      <w:r>
        <w:rPr>
          <w:rFonts w:ascii="Nirmala UI" w:hAnsi="Nirmala UI" w:eastAsia="Nirmala UI" w:cs="Nirmala UI"/>
        </w:rPr>
        <w:t>মখোয়</w:t>
      </w:r>
      <w:r>
        <w:rPr>
          <w:rFonts w:ascii="Times New Roman" w:hAnsi="Times New Roman" w:eastAsia="Times New Roman" w:cs="Times New Roman"/>
        </w:rPr>
        <w:t xml:space="preserve"> </w:t>
      </w:r>
      <w:r>
        <w:rPr>
          <w:rFonts w:ascii="Nirmala UI" w:hAnsi="Nirmala UI" w:eastAsia="Nirmala UI" w:cs="Nirmala UI"/>
        </w:rPr>
        <w:t>থাংনা</w:t>
      </w:r>
      <w:r>
        <w:rPr>
          <w:rFonts w:ascii="Times New Roman" w:hAnsi="Times New Roman" w:eastAsia="Times New Roman" w:cs="Times New Roman"/>
        </w:rPr>
        <w:t xml:space="preserve">, </w:t>
      </w:r>
      <w:r>
        <w:rPr>
          <w:rFonts w:ascii="Nirmala UI" w:hAnsi="Nirmala UI" w:eastAsia="Nirmala UI" w:cs="Nirmala UI"/>
        </w:rPr>
        <w:t>মেইনা</w:t>
      </w:r>
      <w:r>
        <w:rPr>
          <w:rFonts w:ascii="Times New Roman" w:hAnsi="Times New Roman" w:eastAsia="Times New Roman" w:cs="Times New Roman"/>
        </w:rPr>
        <w:t xml:space="preserve">, </w:t>
      </w:r>
      <w:r>
        <w:rPr>
          <w:rFonts w:ascii="Nirmala UI" w:hAnsi="Nirmala UI" w:eastAsia="Nirmala UI" w:cs="Nirmala UI"/>
        </w:rPr>
        <w:t>বন্দিত্বনা</w:t>
      </w:r>
      <w:r>
        <w:rPr>
          <w:rFonts w:ascii="Times New Roman" w:hAnsi="Times New Roman" w:eastAsia="Times New Roman" w:cs="Times New Roman"/>
        </w:rPr>
        <w:t xml:space="preserve">, </w:t>
      </w:r>
      <w:r>
        <w:rPr>
          <w:rFonts w:ascii="Nirmala UI" w:hAnsi="Nirmala UI" w:eastAsia="Nirmala UI" w:cs="Nirmala UI"/>
        </w:rPr>
        <w:t>অমসুং</w:t>
      </w:r>
      <w:r>
        <w:rPr>
          <w:rFonts w:ascii="Times New Roman" w:hAnsi="Times New Roman" w:eastAsia="Times New Roman" w:cs="Times New Roman"/>
        </w:rPr>
        <w:t xml:space="preserve"> </w:t>
      </w:r>
      <w:r>
        <w:rPr>
          <w:rFonts w:ascii="Nirmala UI" w:hAnsi="Nirmala UI" w:eastAsia="Nirmala UI" w:cs="Nirmala UI"/>
        </w:rPr>
        <w:t>লৌখাত্পানা</w:t>
      </w:r>
      <w:r>
        <w:rPr>
          <w:rFonts w:ascii="Times New Roman" w:hAnsi="Times New Roman" w:eastAsia="Times New Roman" w:cs="Times New Roman"/>
        </w:rPr>
        <w:t xml:space="preserve"> </w:t>
      </w:r>
      <w:r>
        <w:rPr>
          <w:rFonts w:ascii="Nirmala UI" w:hAnsi="Nirmala UI" w:eastAsia="Nirmala UI" w:cs="Nirmala UI"/>
        </w:rPr>
        <w:t>নুমিৎ</w:t>
      </w:r>
      <w:r>
        <w:rPr>
          <w:rFonts w:ascii="Times New Roman" w:hAnsi="Times New Roman" w:eastAsia="Times New Roman" w:cs="Times New Roman"/>
        </w:rPr>
        <w:t xml:space="preserve"> </w:t>
      </w:r>
      <w:r>
        <w:rPr>
          <w:rFonts w:ascii="Nirmala UI" w:hAnsi="Nirmala UI" w:eastAsia="Nirmala UI" w:cs="Nirmala UI"/>
        </w:rPr>
        <w:t>ময়াম</w:t>
      </w:r>
      <w:r>
        <w:rPr>
          <w:rFonts w:ascii="Times New Roman" w:hAnsi="Times New Roman" w:eastAsia="Times New Roman" w:cs="Times New Roman"/>
        </w:rPr>
        <w:t xml:space="preserve"> </w:t>
      </w:r>
      <w:r>
        <w:rPr>
          <w:rFonts w:ascii="Nirmala UI" w:hAnsi="Nirmala UI" w:eastAsia="Nirmala UI" w:cs="Nirmala UI"/>
        </w:rPr>
        <w:t>খুদোংচাবা</w:t>
      </w:r>
      <w:r>
        <w:rPr>
          <w:rFonts w:ascii="Times New Roman" w:hAnsi="Times New Roman" w:eastAsia="Times New Roman" w:cs="Times New Roman"/>
        </w:rPr>
        <w:t xml:space="preserve"> </w:t>
      </w:r>
      <w:r>
        <w:rPr>
          <w:rFonts w:ascii="Nirmala UI" w:hAnsi="Nirmala UI" w:eastAsia="Nirmala UI" w:cs="Nirmala UI"/>
        </w:rPr>
        <w:t>লৈনা</w:t>
      </w:r>
      <w:r>
        <w:rPr>
          <w:rFonts w:ascii="Times New Roman" w:hAnsi="Times New Roman" w:eastAsia="Times New Roman" w:cs="Times New Roman"/>
        </w:rPr>
        <w:t xml:space="preserve"> </w:t>
      </w:r>
      <w:r>
        <w:rPr>
          <w:rFonts w:ascii="Nirmala UI" w:hAnsi="Nirmala UI" w:eastAsia="Nirmala UI" w:cs="Nirmala UI"/>
        </w:rPr>
        <w:t>তান্নগনি।</w:t>
      </w:r>
      <w:r>
        <w:rPr>
          <w:rFonts w:ascii="Times New Roman" w:hAnsi="Times New Roman" w:eastAsia="Times New Roman" w:cs="Times New Roman"/>
        </w:rPr>
        <w:t xml:space="preserve"> </w:t>
      </w:r>
      <w:r>
        <w:rPr>
          <w:rFonts w:ascii="Nirmala UI" w:hAnsi="Nirmala UI" w:eastAsia="Nirmala UI" w:cs="Nirmala UI"/>
        </w:rPr>
        <w:t>হৌজিক</w:t>
      </w:r>
      <w:r>
        <w:rPr>
          <w:rFonts w:ascii="Times New Roman" w:hAnsi="Times New Roman" w:eastAsia="Times New Roman" w:cs="Times New Roman"/>
        </w:rPr>
        <w:t xml:space="preserve"> </w:t>
      </w:r>
      <w:r>
        <w:rPr>
          <w:rFonts w:ascii="Nirmala UI" w:hAnsi="Nirmala UI" w:eastAsia="Nirmala UI" w:cs="Nirmala UI"/>
        </w:rPr>
        <w:t>মখোয়</w:t>
      </w:r>
      <w:r>
        <w:rPr>
          <w:rFonts w:ascii="Times New Roman" w:hAnsi="Times New Roman" w:eastAsia="Times New Roman" w:cs="Times New Roman"/>
        </w:rPr>
        <w:t xml:space="preserve"> </w:t>
      </w:r>
      <w:r>
        <w:rPr>
          <w:rFonts w:ascii="Nirmala UI" w:hAnsi="Nirmala UI" w:eastAsia="Nirmala UI" w:cs="Nirmala UI"/>
        </w:rPr>
        <w:t>তান্নরবা</w:t>
      </w:r>
      <w:r>
        <w:rPr>
          <w:rFonts w:ascii="Times New Roman" w:hAnsi="Times New Roman" w:eastAsia="Times New Roman" w:cs="Times New Roman"/>
        </w:rPr>
        <w:t xml:space="preserve"> </w:t>
      </w:r>
      <w:r>
        <w:rPr>
          <w:rFonts w:ascii="Nirmala UI" w:hAnsi="Nirmala UI" w:eastAsia="Nirmala UI" w:cs="Nirmala UI"/>
        </w:rPr>
        <w:t>মতামদা</w:t>
      </w:r>
      <w:r>
        <w:rPr>
          <w:rFonts w:ascii="Times New Roman" w:hAnsi="Times New Roman" w:eastAsia="Times New Roman" w:cs="Times New Roman"/>
        </w:rPr>
        <w:t xml:space="preserve"> </w:t>
      </w:r>
      <w:r>
        <w:rPr>
          <w:rFonts w:ascii="Nirmala UI" w:hAnsi="Nirmala UI" w:eastAsia="Nirmala UI" w:cs="Nirmala UI"/>
        </w:rPr>
        <w:t>মখোয়বু</w:t>
      </w:r>
      <w:r>
        <w:rPr>
          <w:rFonts w:ascii="Times New Roman" w:hAnsi="Times New Roman" w:eastAsia="Times New Roman" w:cs="Times New Roman"/>
        </w:rPr>
        <w:t xml:space="preserve"> </w:t>
      </w:r>
      <w:r>
        <w:rPr>
          <w:rFonts w:ascii="Nirmala UI" w:hAnsi="Nirmala UI" w:eastAsia="Nirmala UI" w:cs="Nirmala UI"/>
        </w:rPr>
        <w:t>অল্প</w:t>
      </w:r>
      <w:r>
        <w:rPr>
          <w:rFonts w:ascii="Times New Roman" w:hAnsi="Times New Roman" w:eastAsia="Times New Roman" w:cs="Times New Roman"/>
        </w:rPr>
        <w:t xml:space="preserve"> </w:t>
      </w:r>
      <w:r>
        <w:rPr>
          <w:rFonts w:ascii="Nirmala UI" w:hAnsi="Nirmala UI" w:eastAsia="Nirmala UI" w:cs="Nirmala UI"/>
        </w:rPr>
        <w:t>হেল্প</w:t>
      </w:r>
      <w:r>
        <w:rPr>
          <w:rFonts w:ascii="Times New Roman" w:hAnsi="Times New Roman" w:eastAsia="Times New Roman" w:cs="Times New Roman"/>
        </w:rPr>
        <w:t xml:space="preserve"> </w:t>
      </w:r>
      <w:r>
        <w:rPr>
          <w:rFonts w:ascii="Nirmala UI" w:hAnsi="Nirmala UI" w:eastAsia="Nirmala UI" w:cs="Nirmala UI"/>
        </w:rPr>
        <w:t>অমনা</w:t>
      </w:r>
      <w:r>
        <w:rPr>
          <w:rFonts w:ascii="Times New Roman" w:hAnsi="Times New Roman" w:eastAsia="Times New Roman" w:cs="Times New Roman"/>
        </w:rPr>
        <w:t xml:space="preserve"> </w:t>
      </w:r>
      <w:r>
        <w:rPr>
          <w:rFonts w:ascii="Nirmala UI" w:hAnsi="Nirmala UI" w:eastAsia="Nirmala UI" w:cs="Nirmala UI"/>
        </w:rPr>
        <w:t>মতুন</w:t>
      </w:r>
      <w:r>
        <w:rPr>
          <w:rFonts w:ascii="Times New Roman" w:hAnsi="Times New Roman" w:eastAsia="Times New Roman" w:cs="Times New Roman"/>
        </w:rPr>
        <w:t xml:space="preserve"> </w:t>
      </w:r>
      <w:r>
        <w:rPr>
          <w:rFonts w:ascii="Nirmala UI" w:hAnsi="Nirmala UI" w:eastAsia="Nirmala UI" w:cs="Nirmala UI"/>
        </w:rPr>
        <w:t>পাংগনি</w:t>
      </w:r>
      <w:r>
        <w:rPr>
          <w:rFonts w:ascii="Times New Roman" w:hAnsi="Times New Roman" w:eastAsia="Times New Roman" w:cs="Times New Roman"/>
        </w:rPr>
        <w:t xml:space="preserve">: </w:t>
      </w:r>
      <w:r>
        <w:rPr>
          <w:rFonts w:ascii="Nirmala UI" w:hAnsi="Nirmala UI" w:eastAsia="Nirmala UI" w:cs="Nirmala UI"/>
        </w:rPr>
        <w:t>অদুবু</w:t>
      </w:r>
      <w:r>
        <w:rPr>
          <w:rFonts w:ascii="Times New Roman" w:hAnsi="Times New Roman" w:eastAsia="Times New Roman" w:cs="Times New Roman"/>
        </w:rPr>
        <w:t xml:space="preserve"> </w:t>
      </w:r>
      <w:r>
        <w:rPr>
          <w:rFonts w:ascii="Nirmala UI" w:hAnsi="Nirmala UI" w:eastAsia="Nirmala UI" w:cs="Nirmala UI"/>
        </w:rPr>
        <w:t>মী</w:t>
      </w:r>
      <w:r>
        <w:rPr>
          <w:rFonts w:ascii="Times New Roman" w:hAnsi="Times New Roman" w:eastAsia="Times New Roman" w:cs="Times New Roman"/>
        </w:rPr>
        <w:t xml:space="preserve"> </w:t>
      </w:r>
      <w:r>
        <w:rPr>
          <w:rFonts w:ascii="Nirmala UI" w:hAnsi="Nirmala UI" w:eastAsia="Nirmala UI" w:cs="Nirmala UI"/>
        </w:rPr>
        <w:t>ময়াম্না</w:t>
      </w:r>
      <w:r>
        <w:rPr>
          <w:rFonts w:ascii="Times New Roman" w:hAnsi="Times New Roman" w:eastAsia="Times New Roman" w:cs="Times New Roman"/>
        </w:rPr>
        <w:t xml:space="preserve"> </w:t>
      </w:r>
      <w:r>
        <w:rPr>
          <w:rFonts w:ascii="Nirmala UI" w:hAnsi="Nirmala UI" w:eastAsia="Nirmala UI" w:cs="Nirmala UI"/>
        </w:rPr>
        <w:t>থুম্মৌনা</w:t>
      </w:r>
      <w:r>
        <w:rPr>
          <w:rFonts w:ascii="Times New Roman" w:hAnsi="Times New Roman" w:eastAsia="Times New Roman" w:cs="Times New Roman"/>
        </w:rPr>
        <w:t xml:space="preserve"> </w:t>
      </w:r>
      <w:r>
        <w:rPr>
          <w:rFonts w:ascii="Nirmala UI" w:hAnsi="Nirmala UI" w:eastAsia="Nirmala UI" w:cs="Nirmala UI"/>
        </w:rPr>
        <w:t>মখোয়গা</w:t>
      </w:r>
      <w:r>
        <w:rPr>
          <w:rFonts w:ascii="Times New Roman" w:hAnsi="Times New Roman" w:eastAsia="Times New Roman" w:cs="Times New Roman"/>
        </w:rPr>
        <w:t xml:space="preserve"> </w:t>
      </w:r>
      <w:r>
        <w:rPr>
          <w:rFonts w:ascii="Nirmala UI" w:hAnsi="Nirmala UI" w:eastAsia="Nirmala UI" w:cs="Nirmala UI"/>
        </w:rPr>
        <w:t>য়াওন্নগনি।</w:t>
      </w:r>
      <w:r>
        <w:rPr>
          <w:rFonts w:ascii="Times New Roman" w:hAnsi="Times New Roman" w:eastAsia="Times New Roman" w:cs="Times New Roman"/>
        </w:rPr>
        <w:t xml:space="preserve"> </w:t>
      </w:r>
      <w:r>
        <w:rPr>
          <w:rFonts w:ascii="Nirmala UI" w:hAnsi="Nirmala UI" w:eastAsia="Nirmala UI" w:cs="Nirmala UI"/>
        </w:rPr>
        <w:t>অমসুং</w:t>
      </w:r>
      <w:r>
        <w:rPr>
          <w:rFonts w:ascii="Times New Roman" w:hAnsi="Times New Roman" w:eastAsia="Times New Roman" w:cs="Times New Roman"/>
        </w:rPr>
        <w:t xml:space="preserve"> </w:t>
      </w:r>
      <w:r>
        <w:rPr>
          <w:rFonts w:ascii="Nirmala UI" w:hAnsi="Nirmala UI" w:eastAsia="Nirmala UI" w:cs="Nirmala UI"/>
        </w:rPr>
        <w:t>মরম</w:t>
      </w:r>
      <w:r>
        <w:rPr>
          <w:rFonts w:ascii="Times New Roman" w:hAnsi="Times New Roman" w:eastAsia="Times New Roman" w:cs="Times New Roman"/>
        </w:rPr>
        <w:t xml:space="preserve"> </w:t>
      </w:r>
      <w:r>
        <w:rPr>
          <w:rFonts w:ascii="Nirmala UI" w:hAnsi="Nirmala UI" w:eastAsia="Nirmala UI" w:cs="Nirmala UI"/>
        </w:rPr>
        <w:t>খংবা</w:t>
      </w:r>
      <w:r>
        <w:rPr>
          <w:rFonts w:ascii="Times New Roman" w:hAnsi="Times New Roman" w:eastAsia="Times New Roman" w:cs="Times New Roman"/>
        </w:rPr>
        <w:t xml:space="preserve"> </w:t>
      </w:r>
      <w:r>
        <w:rPr>
          <w:rFonts w:ascii="Nirmala UI" w:hAnsi="Nirmala UI" w:eastAsia="Nirmala UI" w:cs="Nirmala UI"/>
        </w:rPr>
        <w:t>মখোয়গী</w:t>
      </w:r>
      <w:r>
        <w:rPr>
          <w:rFonts w:ascii="Times New Roman" w:hAnsi="Times New Roman" w:eastAsia="Times New Roman" w:cs="Times New Roman"/>
        </w:rPr>
        <w:t xml:space="preserve"> </w:t>
      </w:r>
      <w:r>
        <w:rPr>
          <w:rFonts w:ascii="Nirmala UI" w:hAnsi="Nirmala UI" w:eastAsia="Nirmala UI" w:cs="Nirmala UI"/>
        </w:rPr>
        <w:t>খরনা</w:t>
      </w:r>
      <w:r>
        <w:rPr>
          <w:rFonts w:ascii="Times New Roman" w:hAnsi="Times New Roman" w:eastAsia="Times New Roman" w:cs="Times New Roman"/>
        </w:rPr>
        <w:t xml:space="preserve"> </w:t>
      </w:r>
      <w:r>
        <w:rPr>
          <w:rFonts w:ascii="Nirmala UI" w:hAnsi="Nirmala UI" w:eastAsia="Nirmala UI" w:cs="Nirmala UI"/>
        </w:rPr>
        <w:t>তান্নগনি</w:t>
      </w:r>
      <w:r>
        <w:rPr>
          <w:rFonts w:ascii="Times New Roman" w:hAnsi="Times New Roman" w:eastAsia="Times New Roman" w:cs="Times New Roman"/>
        </w:rPr>
        <w:t xml:space="preserve">, </w:t>
      </w:r>
      <w:r>
        <w:rPr>
          <w:rFonts w:ascii="Nirmala UI" w:hAnsi="Nirmala UI" w:eastAsia="Nirmala UI" w:cs="Nirmala UI"/>
        </w:rPr>
        <w:t>মখোয়বু</w:t>
      </w:r>
      <w:r>
        <w:rPr>
          <w:rFonts w:ascii="Times New Roman" w:hAnsi="Times New Roman" w:eastAsia="Times New Roman" w:cs="Times New Roman"/>
        </w:rPr>
        <w:t xml:space="preserve"> </w:t>
      </w:r>
      <w:r>
        <w:rPr>
          <w:rFonts w:ascii="Nirmala UI" w:hAnsi="Nirmala UI" w:eastAsia="Nirmala UI" w:cs="Nirmala UI"/>
        </w:rPr>
        <w:t>চাংয়েংনবা</w:t>
      </w:r>
      <w:r>
        <w:rPr>
          <w:rFonts w:ascii="Times New Roman" w:hAnsi="Times New Roman" w:eastAsia="Times New Roman" w:cs="Times New Roman"/>
        </w:rPr>
        <w:t xml:space="preserve">, </w:t>
      </w:r>
      <w:r>
        <w:rPr>
          <w:rFonts w:ascii="Nirmala UI" w:hAnsi="Nirmala UI" w:eastAsia="Nirmala UI" w:cs="Nirmala UI"/>
        </w:rPr>
        <w:t>শেংনবা</w:t>
      </w:r>
      <w:r>
        <w:rPr>
          <w:rFonts w:ascii="Times New Roman" w:hAnsi="Times New Roman" w:eastAsia="Times New Roman" w:cs="Times New Roman"/>
        </w:rPr>
        <w:t xml:space="preserve">, </w:t>
      </w:r>
      <w:r>
        <w:rPr>
          <w:rFonts w:ascii="Nirmala UI" w:hAnsi="Nirmala UI" w:eastAsia="Nirmala UI" w:cs="Nirmala UI"/>
        </w:rPr>
        <w:t>অমসুং</w:t>
      </w:r>
      <w:r>
        <w:rPr>
          <w:rFonts w:ascii="Times New Roman" w:hAnsi="Times New Roman" w:eastAsia="Times New Roman" w:cs="Times New Roman"/>
        </w:rPr>
        <w:t xml:space="preserve"> </w:t>
      </w:r>
      <w:r>
        <w:rPr>
          <w:rFonts w:ascii="Nirmala UI" w:hAnsi="Nirmala UI" w:eastAsia="Nirmala UI" w:cs="Nirmala UI"/>
        </w:rPr>
        <w:t>অঙাংবা</w:t>
      </w:r>
      <w:r>
        <w:rPr>
          <w:rFonts w:ascii="Times New Roman" w:hAnsi="Times New Roman" w:eastAsia="Times New Roman" w:cs="Times New Roman"/>
        </w:rPr>
        <w:t xml:space="preserve"> </w:t>
      </w:r>
      <w:r>
        <w:rPr>
          <w:rFonts w:ascii="Nirmala UI" w:hAnsi="Nirmala UI" w:eastAsia="Nirmala UI" w:cs="Nirmala UI"/>
        </w:rPr>
        <w:t>ওইহনবা</w:t>
      </w:r>
      <w:r>
        <w:rPr>
          <w:rFonts w:ascii="Times New Roman" w:hAnsi="Times New Roman" w:eastAsia="Times New Roman" w:cs="Times New Roman"/>
        </w:rPr>
        <w:t xml:space="preserve">, </w:t>
      </w:r>
      <w:r>
        <w:rPr>
          <w:rFonts w:ascii="Nirmala UI" w:hAnsi="Nirmala UI" w:eastAsia="Nirmala UI" w:cs="Nirmala UI"/>
        </w:rPr>
        <w:t>অদুম</w:t>
      </w:r>
      <w:r>
        <w:rPr>
          <w:rFonts w:ascii="Times New Roman" w:hAnsi="Times New Roman" w:eastAsia="Times New Roman" w:cs="Times New Roman"/>
        </w:rPr>
        <w:t xml:space="preserve"> </w:t>
      </w:r>
      <w:r>
        <w:rPr>
          <w:rFonts w:ascii="Nirmala UI" w:hAnsi="Nirmala UI" w:eastAsia="Nirmala UI" w:cs="Nirmala UI"/>
        </w:rPr>
        <w:t>ওইনা</w:t>
      </w:r>
      <w:r>
        <w:rPr>
          <w:rFonts w:ascii="Times New Roman" w:hAnsi="Times New Roman" w:eastAsia="Times New Roman" w:cs="Times New Roman"/>
        </w:rPr>
        <w:t xml:space="preserve"> </w:t>
      </w:r>
      <w:r>
        <w:rPr>
          <w:rFonts w:ascii="Nirmala UI" w:hAnsi="Nirmala UI" w:eastAsia="Nirmala UI" w:cs="Nirmala UI"/>
        </w:rPr>
        <w:t>অরোইবা</w:t>
      </w:r>
      <w:r>
        <w:rPr>
          <w:rFonts w:ascii="Times New Roman" w:hAnsi="Times New Roman" w:eastAsia="Times New Roman" w:cs="Times New Roman"/>
        </w:rPr>
        <w:t xml:space="preserve"> </w:t>
      </w:r>
      <w:r>
        <w:rPr>
          <w:rFonts w:ascii="Nirmala UI" w:hAnsi="Nirmala UI" w:eastAsia="Nirmala UI" w:cs="Nirmala UI"/>
        </w:rPr>
        <w:t>মতাম</w:t>
      </w:r>
      <w:r>
        <w:rPr>
          <w:rFonts w:ascii="Times New Roman" w:hAnsi="Times New Roman" w:eastAsia="Times New Roman" w:cs="Times New Roman"/>
        </w:rPr>
        <w:t xml:space="preserve"> </w:t>
      </w:r>
      <w:r>
        <w:rPr>
          <w:rFonts w:ascii="Nirmala UI" w:hAnsi="Nirmala UI" w:eastAsia="Nirmala UI" w:cs="Nirmala UI"/>
        </w:rPr>
        <w:t>ফাওদ্রিবা</w:t>
      </w:r>
      <w:r>
        <w:rPr>
          <w:rFonts w:ascii="Times New Roman" w:hAnsi="Times New Roman" w:eastAsia="Times New Roman" w:cs="Times New Roman"/>
        </w:rPr>
        <w:t xml:space="preserve">: </w:t>
      </w:r>
      <w:r>
        <w:rPr>
          <w:rFonts w:ascii="Nirmala UI" w:hAnsi="Nirmala UI" w:eastAsia="Nirmala UI" w:cs="Nirmala UI"/>
        </w:rPr>
        <w:t>মরমদি</w:t>
      </w:r>
      <w:r>
        <w:rPr>
          <w:rFonts w:ascii="Times New Roman" w:hAnsi="Times New Roman" w:eastAsia="Times New Roman" w:cs="Times New Roman"/>
        </w:rPr>
        <w:t xml:space="preserve"> </w:t>
      </w:r>
      <w:r>
        <w:rPr>
          <w:rFonts w:ascii="Nirmala UI" w:hAnsi="Nirmala UI" w:eastAsia="Nirmala UI" w:cs="Nirmala UI"/>
        </w:rPr>
        <w:t>মসি</w:t>
      </w:r>
      <w:r>
        <w:rPr>
          <w:rFonts w:ascii="Times New Roman" w:hAnsi="Times New Roman" w:eastAsia="Times New Roman" w:cs="Times New Roman"/>
        </w:rPr>
        <w:t xml:space="preserve"> </w:t>
      </w:r>
      <w:r>
        <w:rPr>
          <w:rFonts w:ascii="Nirmala UI" w:hAnsi="Nirmala UI" w:eastAsia="Nirmala UI" w:cs="Nirmala UI"/>
        </w:rPr>
        <w:t>হৌনবা</w:t>
      </w:r>
      <w:r>
        <w:rPr>
          <w:rFonts w:ascii="Times New Roman" w:hAnsi="Times New Roman" w:eastAsia="Times New Roman" w:cs="Times New Roman"/>
        </w:rPr>
        <w:t xml:space="preserve"> </w:t>
      </w:r>
      <w:r>
        <w:rPr>
          <w:rFonts w:ascii="Nirmala UI" w:hAnsi="Nirmala UI" w:eastAsia="Nirmala UI" w:cs="Nirmala UI"/>
        </w:rPr>
        <w:t>মতাম</w:t>
      </w:r>
      <w:r>
        <w:rPr>
          <w:rFonts w:ascii="Times New Roman" w:hAnsi="Times New Roman" w:eastAsia="Times New Roman" w:cs="Times New Roman"/>
        </w:rPr>
        <w:t xml:space="preserve"> </w:t>
      </w:r>
      <w:r>
        <w:rPr>
          <w:rFonts w:ascii="Nirmala UI" w:hAnsi="Nirmala UI" w:eastAsia="Nirmala UI" w:cs="Nirmala UI"/>
        </w:rPr>
        <w:t>অমগীদমক্তনি।</w:t>
      </w:r>
      <w:r>
        <w:rPr>
          <w:rFonts w:ascii="Times New Roman" w:hAnsi="Times New Roman" w:eastAsia="Times New Roman" w:cs="Times New Roman"/>
        </w:rPr>
        <w:t xml:space="preserve"> </w:t>
      </w:r>
      <w:r>
        <w:rPr>
          <w:rFonts w:ascii="Nirmala UI" w:hAnsi="Nirmala UI" w:eastAsia="Nirmala UI" w:cs="Nirmala UI"/>
        </w:rPr>
        <w:t>অমসুং</w:t>
      </w:r>
      <w:r>
        <w:rPr>
          <w:rFonts w:ascii="Times New Roman" w:hAnsi="Times New Roman" w:eastAsia="Times New Roman" w:cs="Times New Roman"/>
        </w:rPr>
        <w:t xml:space="preserve"> </w:t>
      </w:r>
      <w:r>
        <w:rPr>
          <w:rFonts w:ascii="Nirmala UI" w:hAnsi="Nirmala UI" w:eastAsia="Nirmala UI" w:cs="Nirmala UI"/>
        </w:rPr>
        <w:t>নিংথৌ</w:t>
      </w:r>
      <w:r>
        <w:rPr>
          <w:rFonts w:ascii="Times New Roman" w:hAnsi="Times New Roman" w:eastAsia="Times New Roman" w:cs="Times New Roman"/>
        </w:rPr>
        <w:t xml:space="preserve"> </w:t>
      </w:r>
      <w:r>
        <w:rPr>
          <w:rFonts w:ascii="Nirmala UI" w:hAnsi="Nirmala UI" w:eastAsia="Nirmala UI" w:cs="Nirmala UI"/>
        </w:rPr>
        <w:t>অদুনা</w:t>
      </w:r>
      <w:r>
        <w:rPr>
          <w:rFonts w:ascii="Times New Roman" w:hAnsi="Times New Roman" w:eastAsia="Times New Roman" w:cs="Times New Roman"/>
        </w:rPr>
        <w:t xml:space="preserve"> </w:t>
      </w:r>
      <w:r>
        <w:rPr>
          <w:rFonts w:ascii="Nirmala UI" w:hAnsi="Nirmala UI" w:eastAsia="Nirmala UI" w:cs="Nirmala UI"/>
        </w:rPr>
        <w:t>মহাক্কী</w:t>
      </w:r>
      <w:r>
        <w:rPr>
          <w:rFonts w:ascii="Times New Roman" w:hAnsi="Times New Roman" w:eastAsia="Times New Roman" w:cs="Times New Roman"/>
        </w:rPr>
        <w:t xml:space="preserve"> </w:t>
      </w:r>
      <w:r>
        <w:rPr>
          <w:rFonts w:ascii="Nirmala UI" w:hAnsi="Nirmala UI" w:eastAsia="Nirmala UI" w:cs="Nirmala UI"/>
        </w:rPr>
        <w:t>ইচ্ছা</w:t>
      </w:r>
      <w:r>
        <w:rPr>
          <w:rFonts w:ascii="Times New Roman" w:hAnsi="Times New Roman" w:eastAsia="Times New Roman" w:cs="Times New Roman"/>
        </w:rPr>
        <w:t xml:space="preserve"> </w:t>
      </w:r>
      <w:r>
        <w:rPr>
          <w:rFonts w:ascii="Nirmala UI" w:hAnsi="Nirmala UI" w:eastAsia="Nirmala UI" w:cs="Nirmala UI"/>
        </w:rPr>
        <w:t>মতুনা</w:t>
      </w:r>
      <w:r>
        <w:rPr>
          <w:rFonts w:ascii="Times New Roman" w:hAnsi="Times New Roman" w:eastAsia="Times New Roman" w:cs="Times New Roman"/>
        </w:rPr>
        <w:t xml:space="preserve"> </w:t>
      </w:r>
      <w:r>
        <w:rPr>
          <w:rFonts w:ascii="Nirmala UI" w:hAnsi="Nirmala UI" w:eastAsia="Nirmala UI" w:cs="Nirmala UI"/>
        </w:rPr>
        <w:t>তৌগনি</w:t>
      </w:r>
      <w:r>
        <w:rPr>
          <w:rFonts w:ascii="Times New Roman" w:hAnsi="Times New Roman" w:eastAsia="Times New Roman" w:cs="Times New Roman"/>
        </w:rPr>
        <w:t xml:space="preserve">; </w:t>
      </w:r>
      <w:r>
        <w:rPr>
          <w:rFonts w:ascii="Nirmala UI" w:hAnsi="Nirmala UI" w:eastAsia="Nirmala UI" w:cs="Nirmala UI"/>
        </w:rPr>
        <w:t>অমসুং</w:t>
      </w:r>
      <w:r>
        <w:rPr>
          <w:rFonts w:ascii="Times New Roman" w:hAnsi="Times New Roman" w:eastAsia="Times New Roman" w:cs="Times New Roman"/>
        </w:rPr>
        <w:t xml:space="preserve"> </w:t>
      </w:r>
      <w:r>
        <w:rPr>
          <w:rFonts w:ascii="Nirmala UI" w:hAnsi="Nirmala UI" w:eastAsia="Nirmala UI" w:cs="Nirmala UI"/>
        </w:rPr>
        <w:t>মহাক্কী</w:t>
      </w:r>
      <w:r>
        <w:rPr>
          <w:rFonts w:ascii="Times New Roman" w:hAnsi="Times New Roman" w:eastAsia="Times New Roman" w:cs="Times New Roman"/>
        </w:rPr>
        <w:t xml:space="preserve"> </w:t>
      </w:r>
      <w:r>
        <w:rPr>
          <w:rFonts w:ascii="Nirmala UI" w:hAnsi="Nirmala UI" w:eastAsia="Nirmala UI" w:cs="Nirmala UI"/>
        </w:rPr>
        <w:t>মপু</w:t>
      </w:r>
      <w:r>
        <w:rPr>
          <w:rFonts w:ascii="Times New Roman" w:hAnsi="Times New Roman" w:eastAsia="Times New Roman" w:cs="Times New Roman"/>
        </w:rPr>
        <w:t xml:space="preserve"> </w:t>
      </w:r>
      <w:r>
        <w:rPr>
          <w:rFonts w:ascii="Nirmala UI" w:hAnsi="Nirmala UI" w:eastAsia="Nirmala UI" w:cs="Nirmala UI"/>
        </w:rPr>
        <w:t>থাদোক্কদবা</w:t>
      </w:r>
      <w:r>
        <w:rPr>
          <w:rFonts w:ascii="Times New Roman" w:hAnsi="Times New Roman" w:eastAsia="Times New Roman" w:cs="Times New Roman"/>
        </w:rPr>
        <w:t xml:space="preserve"> </w:t>
      </w:r>
      <w:r>
        <w:rPr>
          <w:rFonts w:ascii="Nirmala UI" w:hAnsi="Nirmala UI" w:eastAsia="Nirmala UI" w:cs="Nirmala UI"/>
        </w:rPr>
        <w:t>ঈশ্বর</w:t>
      </w:r>
      <w:r>
        <w:rPr>
          <w:rFonts w:ascii="Times New Roman" w:hAnsi="Times New Roman" w:eastAsia="Times New Roman" w:cs="Times New Roman"/>
        </w:rPr>
        <w:t xml:space="preserve"> </w:t>
      </w:r>
      <w:r>
        <w:rPr>
          <w:rFonts w:ascii="Nirmala UI" w:hAnsi="Nirmala UI" w:eastAsia="Nirmala UI" w:cs="Nirmala UI"/>
        </w:rPr>
        <w:t>খুদিংমক্তগী</w:t>
      </w:r>
      <w:r>
        <w:rPr>
          <w:rFonts w:ascii="Times New Roman" w:hAnsi="Times New Roman" w:eastAsia="Times New Roman" w:cs="Times New Roman"/>
        </w:rPr>
        <w:t xml:space="preserve"> </w:t>
      </w:r>
      <w:r>
        <w:rPr>
          <w:rFonts w:ascii="Nirmala UI" w:hAnsi="Nirmala UI" w:eastAsia="Nirmala UI" w:cs="Nirmala UI"/>
        </w:rPr>
        <w:t>মথক্তা</w:t>
      </w:r>
      <w:r>
        <w:rPr>
          <w:rFonts w:ascii="Times New Roman" w:hAnsi="Times New Roman" w:eastAsia="Times New Roman" w:cs="Times New Roman"/>
        </w:rPr>
        <w:t xml:space="preserve"> </w:t>
      </w:r>
      <w:r>
        <w:rPr>
          <w:rFonts w:ascii="Nirmala UI" w:hAnsi="Nirmala UI" w:eastAsia="Nirmala UI" w:cs="Nirmala UI"/>
        </w:rPr>
        <w:t>চাউনা</w:t>
      </w:r>
      <w:r>
        <w:rPr>
          <w:rFonts w:ascii="Times New Roman" w:hAnsi="Times New Roman" w:eastAsia="Times New Roman" w:cs="Times New Roman"/>
        </w:rPr>
        <w:t xml:space="preserve"> </w:t>
      </w:r>
      <w:r>
        <w:rPr>
          <w:rFonts w:ascii="Nirmala UI" w:hAnsi="Nirmala UI" w:eastAsia="Nirmala UI" w:cs="Nirmala UI"/>
        </w:rPr>
        <w:t>ইপাক্তা</w:t>
      </w:r>
      <w:r>
        <w:rPr>
          <w:rFonts w:ascii="Times New Roman" w:hAnsi="Times New Roman" w:eastAsia="Times New Roman" w:cs="Times New Roman"/>
        </w:rPr>
        <w:t xml:space="preserve"> </w:t>
      </w:r>
      <w:r>
        <w:rPr>
          <w:rFonts w:ascii="Nirmala UI" w:hAnsi="Nirmala UI" w:eastAsia="Nirmala UI" w:cs="Nirmala UI"/>
        </w:rPr>
        <w:t>চাংদোক্কনি</w:t>
      </w:r>
      <w:r>
        <w:rPr>
          <w:rFonts w:ascii="Times New Roman" w:hAnsi="Times New Roman" w:eastAsia="Times New Roman" w:cs="Times New Roman"/>
        </w:rPr>
        <w:t xml:space="preserve">, </w:t>
      </w:r>
      <w:r>
        <w:rPr>
          <w:rFonts w:ascii="Nirmala UI" w:hAnsi="Nirmala UI" w:eastAsia="Nirmala UI" w:cs="Nirmala UI"/>
        </w:rPr>
        <w:t>অমসুং</w:t>
      </w:r>
      <w:r>
        <w:rPr>
          <w:rFonts w:ascii="Times New Roman" w:hAnsi="Times New Roman" w:eastAsia="Times New Roman" w:cs="Times New Roman"/>
        </w:rPr>
        <w:t xml:space="preserve"> </w:t>
      </w:r>
      <w:r>
        <w:rPr>
          <w:rFonts w:ascii="Nirmala UI" w:hAnsi="Nirmala UI" w:eastAsia="Nirmala UI" w:cs="Nirmala UI"/>
        </w:rPr>
        <w:t>ঈশ্বরশিংগী</w:t>
      </w:r>
      <w:r>
        <w:rPr>
          <w:rFonts w:ascii="Times New Roman" w:hAnsi="Times New Roman" w:eastAsia="Times New Roman" w:cs="Times New Roman"/>
        </w:rPr>
        <w:t xml:space="preserve"> </w:t>
      </w:r>
      <w:r>
        <w:rPr>
          <w:rFonts w:ascii="Nirmala UI" w:hAnsi="Nirmala UI" w:eastAsia="Nirmala UI" w:cs="Nirmala UI"/>
        </w:rPr>
        <w:t>ঈশ্বর</w:t>
      </w:r>
      <w:r>
        <w:rPr>
          <w:rFonts w:ascii="Times New Roman" w:hAnsi="Times New Roman" w:eastAsia="Times New Roman" w:cs="Times New Roman"/>
        </w:rPr>
        <w:t xml:space="preserve"> </w:t>
      </w:r>
      <w:r>
        <w:rPr>
          <w:rFonts w:ascii="Nirmala UI" w:hAnsi="Nirmala UI" w:eastAsia="Nirmala UI" w:cs="Nirmala UI"/>
        </w:rPr>
        <w:t>অদুগী</w:t>
      </w:r>
      <w:r>
        <w:rPr>
          <w:rFonts w:ascii="Times New Roman" w:hAnsi="Times New Roman" w:eastAsia="Times New Roman" w:cs="Times New Roman"/>
        </w:rPr>
        <w:t xml:space="preserve"> </w:t>
      </w:r>
      <w:r>
        <w:rPr>
          <w:rFonts w:ascii="Nirmala UI" w:hAnsi="Nirmala UI" w:eastAsia="Nirmala UI" w:cs="Nirmala UI"/>
        </w:rPr>
        <w:t>বিরুদ্ধে</w:t>
      </w:r>
      <w:r>
        <w:rPr>
          <w:rFonts w:ascii="Times New Roman" w:hAnsi="Times New Roman" w:eastAsia="Times New Roman" w:cs="Times New Roman"/>
        </w:rPr>
        <w:t xml:space="preserve"> </w:t>
      </w:r>
      <w:r>
        <w:rPr>
          <w:rFonts w:ascii="Nirmala UI" w:hAnsi="Nirmala UI" w:eastAsia="Nirmala UI" w:cs="Nirmala UI"/>
        </w:rPr>
        <w:t>অচুম্বা</w:t>
      </w:r>
      <w:r>
        <w:rPr>
          <w:rFonts w:ascii="Times New Roman" w:hAnsi="Times New Roman" w:eastAsia="Times New Roman" w:cs="Times New Roman"/>
        </w:rPr>
        <w:t xml:space="preserve"> </w:t>
      </w:r>
      <w:r>
        <w:rPr>
          <w:rFonts w:ascii="Nirmala UI" w:hAnsi="Nirmala UI" w:eastAsia="Nirmala UI" w:cs="Nirmala UI"/>
        </w:rPr>
        <w:t>মপৌ</w:t>
      </w:r>
      <w:r>
        <w:rPr>
          <w:rFonts w:ascii="Times New Roman" w:hAnsi="Times New Roman" w:eastAsia="Times New Roman" w:cs="Times New Roman"/>
        </w:rPr>
        <w:t xml:space="preserve"> </w:t>
      </w:r>
      <w:r>
        <w:rPr>
          <w:rFonts w:ascii="Nirmala UI" w:hAnsi="Nirmala UI" w:eastAsia="Nirmala UI" w:cs="Nirmala UI"/>
        </w:rPr>
        <w:t>মশিং</w:t>
      </w:r>
      <w:r>
        <w:rPr>
          <w:rFonts w:ascii="Times New Roman" w:hAnsi="Times New Roman" w:eastAsia="Times New Roman" w:cs="Times New Roman"/>
        </w:rPr>
        <w:t xml:space="preserve"> </w:t>
      </w:r>
      <w:r>
        <w:rPr>
          <w:rFonts w:ascii="Nirmala UI" w:hAnsi="Nirmala UI" w:eastAsia="Nirmala UI" w:cs="Nirmala UI"/>
        </w:rPr>
        <w:t>হায়গনি</w:t>
      </w:r>
      <w:r>
        <w:rPr>
          <w:rFonts w:ascii="Times New Roman" w:hAnsi="Times New Roman" w:eastAsia="Times New Roman" w:cs="Times New Roman"/>
        </w:rPr>
        <w:t xml:space="preserve">, </w:t>
      </w:r>
      <w:r>
        <w:rPr>
          <w:rFonts w:ascii="Nirmala UI" w:hAnsi="Nirmala UI" w:eastAsia="Nirmala UI" w:cs="Nirmala UI"/>
        </w:rPr>
        <w:t>অমসুং</w:t>
      </w:r>
      <w:r>
        <w:rPr>
          <w:rFonts w:ascii="Times New Roman" w:hAnsi="Times New Roman" w:eastAsia="Times New Roman" w:cs="Times New Roman"/>
        </w:rPr>
        <w:t xml:space="preserve"> </w:t>
      </w:r>
      <w:r>
        <w:rPr>
          <w:rFonts w:ascii="Nirmala UI" w:hAnsi="Nirmala UI" w:eastAsia="Nirmala UI" w:cs="Nirmala UI"/>
        </w:rPr>
        <w:t>খুঞ্জা</w:t>
      </w:r>
      <w:r>
        <w:rPr>
          <w:rFonts w:ascii="Times New Roman" w:hAnsi="Times New Roman" w:eastAsia="Times New Roman" w:cs="Times New Roman"/>
        </w:rPr>
        <w:t xml:space="preserve"> </w:t>
      </w:r>
      <w:r>
        <w:rPr>
          <w:rFonts w:ascii="Nirmala UI" w:hAnsi="Nirmala UI" w:eastAsia="Nirmala UI" w:cs="Nirmala UI"/>
        </w:rPr>
        <w:t>মপুং</w:t>
      </w:r>
      <w:r>
        <w:rPr>
          <w:rFonts w:ascii="Times New Roman" w:hAnsi="Times New Roman" w:eastAsia="Times New Roman" w:cs="Times New Roman"/>
        </w:rPr>
        <w:t xml:space="preserve"> </w:t>
      </w:r>
      <w:r>
        <w:rPr>
          <w:rFonts w:ascii="Nirmala UI" w:hAnsi="Nirmala UI" w:eastAsia="Nirmala UI" w:cs="Nirmala UI"/>
        </w:rPr>
        <w:t>ফাওদ্রিবা</w:t>
      </w:r>
      <w:r>
        <w:rPr>
          <w:rFonts w:ascii="Times New Roman" w:hAnsi="Times New Roman" w:eastAsia="Times New Roman" w:cs="Times New Roman"/>
        </w:rPr>
        <w:t xml:space="preserve"> </w:t>
      </w:r>
      <w:r>
        <w:rPr>
          <w:rFonts w:ascii="Nirmala UI" w:hAnsi="Nirmala UI" w:eastAsia="Nirmala UI" w:cs="Nirmala UI"/>
        </w:rPr>
        <w:t>ফাওবা</w:t>
      </w:r>
      <w:r>
        <w:rPr>
          <w:rFonts w:ascii="Times New Roman" w:hAnsi="Times New Roman" w:eastAsia="Times New Roman" w:cs="Times New Roman"/>
        </w:rPr>
        <w:t xml:space="preserve"> </w:t>
      </w:r>
      <w:r>
        <w:rPr>
          <w:rFonts w:ascii="Nirmala UI" w:hAnsi="Nirmala UI" w:eastAsia="Nirmala UI" w:cs="Nirmala UI"/>
        </w:rPr>
        <w:t>মহাক্কী</w:t>
      </w:r>
      <w:r>
        <w:rPr>
          <w:rFonts w:ascii="Times New Roman" w:hAnsi="Times New Roman" w:eastAsia="Times New Roman" w:cs="Times New Roman"/>
        </w:rPr>
        <w:t xml:space="preserve"> </w:t>
      </w:r>
      <w:r>
        <w:rPr>
          <w:rFonts w:ascii="Nirmala UI" w:hAnsi="Nirmala UI" w:eastAsia="Nirmala UI" w:cs="Nirmala UI"/>
        </w:rPr>
        <w:t>লমচৎদা</w:t>
      </w:r>
      <w:r>
        <w:rPr>
          <w:rFonts w:ascii="Times New Roman" w:hAnsi="Times New Roman" w:eastAsia="Times New Roman" w:cs="Times New Roman"/>
        </w:rPr>
        <w:t xml:space="preserve"> </w:t>
      </w:r>
      <w:r>
        <w:rPr>
          <w:rFonts w:ascii="Nirmala UI" w:hAnsi="Nirmala UI" w:eastAsia="Nirmala UI" w:cs="Nirmala UI"/>
        </w:rPr>
        <w:t>মাফল</w:t>
      </w:r>
      <w:r>
        <w:rPr>
          <w:rFonts w:ascii="Times New Roman" w:hAnsi="Times New Roman" w:eastAsia="Times New Roman" w:cs="Times New Roman"/>
        </w:rPr>
        <w:t xml:space="preserve"> </w:t>
      </w:r>
      <w:r>
        <w:rPr>
          <w:rFonts w:ascii="Nirmala UI" w:hAnsi="Nirmala UI" w:eastAsia="Nirmala UI" w:cs="Nirmala UI"/>
        </w:rPr>
        <w:t>পীবনি</w:t>
      </w:r>
      <w:r>
        <w:rPr>
          <w:rFonts w:ascii="Times New Roman" w:hAnsi="Times New Roman" w:eastAsia="Times New Roman" w:cs="Times New Roman"/>
        </w:rPr>
        <w:t xml:space="preserve">: </w:t>
      </w:r>
      <w:r>
        <w:rPr>
          <w:rFonts w:ascii="Nirmala UI" w:hAnsi="Nirmala UI" w:eastAsia="Nirmala UI" w:cs="Nirmala UI"/>
        </w:rPr>
        <w:t>মরমদি</w:t>
      </w:r>
      <w:r>
        <w:rPr>
          <w:rFonts w:ascii="Times New Roman" w:hAnsi="Times New Roman" w:eastAsia="Times New Roman" w:cs="Times New Roman"/>
        </w:rPr>
        <w:t xml:space="preserve"> </w:t>
      </w:r>
      <w:r>
        <w:rPr>
          <w:rFonts w:ascii="Nirmala UI" w:hAnsi="Nirmala UI" w:eastAsia="Nirmala UI" w:cs="Nirmala UI"/>
        </w:rPr>
        <w:t>মপাংগলবা</w:t>
      </w:r>
      <w:r>
        <w:rPr>
          <w:rFonts w:ascii="Times New Roman" w:hAnsi="Times New Roman" w:eastAsia="Times New Roman" w:cs="Times New Roman"/>
        </w:rPr>
        <w:t xml:space="preserve"> </w:t>
      </w:r>
      <w:r>
        <w:rPr>
          <w:rFonts w:ascii="Nirmala UI" w:hAnsi="Nirmala UI" w:eastAsia="Nirmala UI" w:cs="Nirmala UI"/>
        </w:rPr>
        <w:t>অদু</w:t>
      </w:r>
      <w:r>
        <w:rPr>
          <w:rFonts w:ascii="Times New Roman" w:hAnsi="Times New Roman" w:eastAsia="Times New Roman" w:cs="Times New Roman"/>
        </w:rPr>
        <w:t xml:space="preserve"> </w:t>
      </w:r>
      <w:r>
        <w:rPr>
          <w:rFonts w:ascii="Nirmala UI" w:hAnsi="Nirmala UI" w:eastAsia="Nirmala UI" w:cs="Nirmala UI"/>
        </w:rPr>
        <w:t>মহাক্কী</w:t>
      </w:r>
      <w:r>
        <w:rPr>
          <w:rFonts w:ascii="Times New Roman" w:hAnsi="Times New Roman" w:eastAsia="Times New Roman" w:cs="Times New Roman"/>
        </w:rPr>
        <w:t xml:space="preserve"> </w:t>
      </w:r>
      <w:r>
        <w:rPr>
          <w:rFonts w:ascii="Nirmala UI" w:hAnsi="Nirmala UI" w:eastAsia="Nirmala UI" w:cs="Nirmala UI"/>
        </w:rPr>
        <w:t>মতুং</w:t>
      </w:r>
      <w:r>
        <w:rPr>
          <w:rFonts w:ascii="Times New Roman" w:hAnsi="Times New Roman" w:eastAsia="Times New Roman" w:cs="Times New Roman"/>
        </w:rPr>
        <w:t xml:space="preserve"> </w:t>
      </w:r>
      <w:r>
        <w:rPr>
          <w:rFonts w:ascii="Nirmala UI" w:hAnsi="Nirmala UI" w:eastAsia="Nirmala UI" w:cs="Nirmala UI"/>
        </w:rPr>
        <w:t>ইন্না</w:t>
      </w:r>
      <w:r>
        <w:rPr>
          <w:rFonts w:ascii="Times New Roman" w:hAnsi="Times New Roman" w:eastAsia="Times New Roman" w:cs="Times New Roman"/>
        </w:rPr>
        <w:t xml:space="preserve"> </w:t>
      </w:r>
      <w:r>
        <w:rPr>
          <w:rFonts w:ascii="Nirmala UI" w:hAnsi="Nirmala UI" w:eastAsia="Nirmala UI" w:cs="Nirmala UI"/>
        </w:rPr>
        <w:t>থোক্কদবনি।</w:t>
      </w:r>
      <w:r>
        <w:rPr>
          <w:rFonts w:ascii="Times New Roman" w:hAnsi="Times New Roman" w:eastAsia="Times New Roman" w:cs="Times New Roman"/>
        </w:rPr>
        <w:t>’ Daniel 11:30–36.”</w:t>
      </w:r>
    </w:p>
    <w:p>
      <w:pPr>
        <w:pStyle w:val="ArticleScripture"/>
        <w:jc w:val="left"/>
      </w:pPr>
      <w:r>
        <w:rPr>
          <w:rFonts w:ascii="Times New Roman" w:hAnsi="Times New Roman" w:eastAsia="Times New Roman" w:cs="Times New Roman"/>
        </w:rPr>
        <w:t>“Janek han u skén taalkʼáa áwé yan has duwasáakw. Tleil x̱wasikóo x̱ʼéix̱ Satan x̱áat yéi x̱at sitee, ánkʼawu du een x̱áat has du yáa ntoo. Aan áwé wé has du x̱ʼéidei yéi x̱at sitee, yei áwé Yeeshú ḵusteeyí tleil has du een x̱áat has du yáa at uwasáa yáa kát. Hél yéi x̱at sitee, kaax̱ has du x̱ʼéidei wé káa yís x̱ʼeisú, aag̱áa has du een uwatée. Yéi áwé hél x̱at sitee, a kát has du een x̱áat x̱at uwatée:</w:t>
      </w:r>
    </w:p>
    <w:p>
      <w:pPr>
        <w:pStyle w:val="ArticleScripture"/>
        <w:jc w:val="left"/>
      </w:pPr>
      <w:r>
        <w:rPr>
          <w:rFonts w:ascii="Times New Roman" w:hAnsi="Times New Roman" w:eastAsia="Times New Roman" w:cs="Times New Roman"/>
        </w:rPr>
        <w:t>“‘That timepe Michael utyari kan, ninkha mangsakai pa, nangmi miphun a dingin nghetna pihtu; hiche lai chun buaina hun khat hung ding a, nam khat a um tan apat tua hun gei chu a banglou khat ahi ding; tua hun chun nangmi mipite humbit in um ding uhi, lekhabu sung a min kigel chengse. Lei vut sung a ihmu tampite tho ding uhi, pawlkhat kumkhua hinna dingin, pawlkhat jakna leh kumkhua muhna dingin. Pilte van awng bangin vah ding uhi; mi tampi diktatna lam a hei pite aksi bangin kumkhua tawntungin vah jing ding uhi. Ahinla, Daniel, nangin thu te kha, leh lekhabu chu hun tawp gei in seal in; mi tampi heileh hei ding uhi, leh theihna pung ding ahi.’ Daniel 12:1–4.” Manuscript Releases, number 13, 394.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Китоби Дониёл — Рақами ҳаштоду ду</dc:title>
  <dc:subject>Ukubhengeza Imfihlakalo Yesiprofetho: Ukuqonda Umlando kaDaniyeli 11 kanye Nokubaluleka KweNsuku Zonke e-Adventism</dc:subject>
  <dc:creator>Jeff Pippenger</dc:creator>
  <cp:keywords/>
  <dc:description>Generated by ArticleDigger from daniel\82_daniel.json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