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کتابِ دانیال — نمبر تیاسی</w:t>
      </w:r>
    </w:p>
    <w:p>
      <w:pPr>
        <w:pStyle w:val="ArticleSubtitle"/>
        <w:jc w:val="left"/>
      </w:pPr>
      <w:r>
        <w:rPr>
          <w:rFonts w:ascii="Arial" w:hAnsi="Arial" w:eastAsia="Arial" w:cs="Arial"/>
        </w:rPr>
        <w:t>Laodicean Adventism ꞌGa Mandaꞌwopunupu Ḍaḍi Ḥayolhoyo Mīlatu: Chigam Yisʾatunna Tsʾubotsota Kʾitʾutot Malkata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2024-02-16</w:t>
      </w:r>
    </w:p>
    <w:p>
      <w:pPr>
        <w:pStyle w:val="ArticleBody"/>
        <w:jc w:val="left"/>
      </w:pPr>
      <w:r>
        <w:rPr>
          <w:rFonts w:ascii="Times New Roman" w:hAnsi="Times New Roman" w:eastAsia="Times New Roman" w:cs="Times New Roman"/>
        </w:rPr>
        <w:t>Հեզեկիէլի ութերորդ գլուխը ներկայացնում է չորս աճող պղծություններ, որոնք խորհրդանշում են Լաոդիկեան ադվենտիզմի չորս սերունդները։ 1863 թվականի ապստամբությունը ծնել էր Ամբակումի երկու տախտակների կեղծ նմանակը, ճիշտ ինչպես Ահարոնը նախանձի կեղծ պատկեր էր ստեղծել իր ոսկե հորթով հենց այն ժամանակ, երբ Աստված Մովսեսին էր տալիս Տասը պատվիրանների երկու տախտակները։ Երբ Լաոդիկեան ադվենտիզմը, ինչպես պատկերված է Ուիլյամ Միլլերի երազում, սկսեց հիմնարար ճշմարտությունները հեռացնելու գործը, առաջին սերնդի ղեկավարությունը սկսեց մերժել Աստվածաշնչի իշխանությունը, ապա՝ նաև Մարգարեության Հոգին։ Ապստամբությունն աճել էր այն աստիճանի, որ Քելլոգի սպիրիտուալիզմը (պանթեիզմը) մուտք գործեց նրանց պատմության մեջ՝ անմիջապես 1888-ից առաջ։</w:t>
      </w:r>
    </w:p>
    <w:p>
      <w:pPr>
        <w:pStyle w:val="ArticleBody"/>
        <w:jc w:val="left"/>
      </w:pPr>
      <w:r>
        <w:rPr>
          <w:rFonts w:ascii="Times New Roman" w:hAnsi="Times New Roman" w:eastAsia="Times New Roman" w:cs="Times New Roman"/>
        </w:rPr>
        <w:t>Ta 1888 mara kutim rebel, espiritualism ne we Ezekiel e chambers of imagery ta representar a yega na un punto unda e mensaheronan di Minneapolis, i e profetisa, i asta e Espíritu Santo a wordu rechazá.</w:t>
      </w:r>
    </w:p>
    <w:p>
      <w:pPr>
        <w:pStyle w:val="ArticleScripture"/>
        <w:jc w:val="left"/>
      </w:pPr>
      <w:r>
        <w:rPr>
          <w:rFonts w:ascii="Times New Roman" w:hAnsi="Times New Roman" w:eastAsia="Times New Roman" w:cs="Times New Roman"/>
        </w:rPr>
        <w:t>«Аспыз даарабытан көрдүхпүт, Халлаан ыйыахтаах сирин аһыллыбыт аанынантан Үөрэх ыраахтарын Бэйэтин норуодугар ыыттардаҕына, Сатаана элбэх дьон өйүн күүһүрүтэр. Ол эрээри, бүтэһик илик. Сэриигэ туруор дьон баар буолуохтара, уонна Халлаан ыраахты тыыннаахтык тириэрдэргэ Бэйэтэ оҥорбут канаалларын үрдүнэн сүтүктүүрэригэр кыһаллыахтара. Тыыннаах нэһилиэктэр тыыннаахтык өйдөнүллүбэттэр. Харабыллааччылар Халлаан арыйыы көрдөрөр Провидение-ти кытта тэҥнэспэтэхтэр, уонна ысын, күөҕэ тэннээн ыытыллыбыт сүбэ-саппааҕы уонна илдьиттэрэ хоруйданан санныллыбыттар.»</w:t>
      </w:r>
    </w:p>
    <w:p>
      <w:pPr>
        <w:pStyle w:val="ArticleScripture"/>
        <w:jc w:val="left"/>
      </w:pPr>
      <w:r>
        <w:rPr>
          <w:rFonts w:ascii="Times New Roman" w:hAnsi="Times New Roman" w:eastAsia="Times New Roman" w:cs="Times New Roman"/>
        </w:rPr>
        <w:t>«</w:t>
      </w:r>
      <w:r>
        <w:rPr>
          <w:rFonts w:ascii="Ebrima" w:hAnsi="Ebrima" w:eastAsia="Ebrima" w:cs="Ebrima"/>
        </w:rPr>
        <w:t>ካብዚ</w:t>
      </w:r>
      <w:r>
        <w:rPr>
          <w:rFonts w:ascii="Times New Roman" w:hAnsi="Times New Roman" w:eastAsia="Times New Roman" w:cs="Times New Roman"/>
        </w:rPr>
        <w:t xml:space="preserve"> </w:t>
      </w:r>
      <w:r>
        <w:rPr>
          <w:rFonts w:ascii="Ebrima" w:hAnsi="Ebrima" w:eastAsia="Ebrima" w:cs="Ebrima"/>
        </w:rPr>
        <w:t>ኣኼባ</w:t>
      </w:r>
      <w:r>
        <w:rPr>
          <w:rFonts w:ascii="Times New Roman" w:hAnsi="Times New Roman" w:eastAsia="Times New Roman" w:cs="Times New Roman"/>
        </w:rPr>
        <w:t xml:space="preserve"> </w:t>
      </w: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ሓቂ</w:t>
      </w:r>
      <w:r>
        <w:rPr>
          <w:rFonts w:ascii="Times New Roman" w:hAnsi="Times New Roman" w:eastAsia="Times New Roman" w:cs="Times New Roman"/>
        </w:rPr>
        <w:t xml:space="preserve"> </w:t>
      </w:r>
      <w:r>
        <w:rPr>
          <w:rFonts w:ascii="Ebrima" w:hAnsi="Ebrima" w:eastAsia="Ebrima" w:cs="Ebrima"/>
        </w:rPr>
        <w:t>ንፈልጥ</w:t>
      </w:r>
      <w:r>
        <w:rPr>
          <w:rFonts w:ascii="Times New Roman" w:hAnsi="Times New Roman" w:eastAsia="Times New Roman" w:cs="Times New Roman"/>
        </w:rPr>
        <w:t xml:space="preserve"> </w:t>
      </w:r>
      <w:r>
        <w:rPr>
          <w:rFonts w:ascii="Ebrima" w:hAnsi="Ebrima" w:eastAsia="Ebrima" w:cs="Ebrima"/>
        </w:rPr>
        <w:t>ኢና</w:t>
      </w:r>
      <w:r>
        <w:rPr>
          <w:rFonts w:ascii="Times New Roman" w:hAnsi="Times New Roman" w:eastAsia="Times New Roman" w:cs="Times New Roman"/>
        </w:rPr>
        <w:t xml:space="preserve"> </w:t>
      </w:r>
      <w:r>
        <w:rPr>
          <w:rFonts w:ascii="Ebrima" w:hAnsi="Ebrima" w:eastAsia="Ebrima" w:cs="Ebrima"/>
        </w:rPr>
        <w:t>ዝብሉ</w:t>
      </w:r>
      <w:r>
        <w:rPr>
          <w:rFonts w:ascii="Times New Roman" w:hAnsi="Times New Roman" w:eastAsia="Times New Roman" w:cs="Times New Roman"/>
        </w:rPr>
        <w:t xml:space="preserve"> </w:t>
      </w:r>
      <w:r>
        <w:rPr>
          <w:rFonts w:ascii="Ebrima" w:hAnsi="Ebrima" w:eastAsia="Ebrima" w:cs="Ebrima"/>
        </w:rPr>
        <w:t>ሰባት</w:t>
      </w:r>
      <w:r>
        <w:rPr>
          <w:rFonts w:ascii="Times New Roman" w:hAnsi="Times New Roman" w:eastAsia="Times New Roman" w:cs="Times New Roman"/>
        </w:rPr>
        <w:t xml:space="preserve"> </w:t>
      </w:r>
      <w:r>
        <w:rPr>
          <w:rFonts w:ascii="Ebrima" w:hAnsi="Ebrima" w:eastAsia="Ebrima" w:cs="Ebrima"/>
        </w:rPr>
        <w:t>ክወጹ</w:t>
      </w:r>
      <w:r>
        <w:rPr>
          <w:rFonts w:ascii="Times New Roman" w:hAnsi="Times New Roman" w:eastAsia="Times New Roman" w:cs="Times New Roman"/>
        </w:rPr>
        <w:t xml:space="preserve"> </w:t>
      </w:r>
      <w:r>
        <w:rPr>
          <w:rFonts w:ascii="Ebrima" w:hAnsi="Ebrima" w:eastAsia="Ebrima" w:cs="Ebrima"/>
        </w:rPr>
        <w:t>እዮም፤</w:t>
      </w:r>
      <w:r>
        <w:rPr>
          <w:rFonts w:ascii="Times New Roman" w:hAnsi="Times New Roman" w:eastAsia="Times New Roman" w:cs="Times New Roman"/>
        </w:rPr>
        <w:t xml:space="preserve"> </w:t>
      </w:r>
      <w:r>
        <w:rPr>
          <w:rFonts w:ascii="Ebrima" w:hAnsi="Ebrima" w:eastAsia="Ebrima" w:cs="Ebrima"/>
        </w:rPr>
        <w:t>እነዚ</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ልዕሊ</w:t>
      </w:r>
      <w:r>
        <w:rPr>
          <w:rFonts w:ascii="Times New Roman" w:hAnsi="Times New Roman" w:eastAsia="Times New Roman" w:cs="Times New Roman"/>
        </w:rPr>
        <w:t xml:space="preserve"> </w:t>
      </w:r>
      <w:r>
        <w:rPr>
          <w:rFonts w:ascii="Ebrima" w:hAnsi="Ebrima" w:eastAsia="Ebrima" w:cs="Ebrima"/>
        </w:rPr>
        <w:t>ነፍሶም</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መርበብ</w:t>
      </w:r>
      <w:r>
        <w:rPr>
          <w:rFonts w:ascii="Times New Roman" w:hAnsi="Times New Roman" w:eastAsia="Times New Roman" w:cs="Times New Roman"/>
        </w:rPr>
        <w:t xml:space="preserve"> </w:t>
      </w:r>
      <w:r>
        <w:rPr>
          <w:rFonts w:ascii="Ebrima" w:hAnsi="Ebrima" w:eastAsia="Ebrima" w:cs="Ebrima"/>
        </w:rPr>
        <w:t>ሰማይ</w:t>
      </w:r>
      <w:r>
        <w:rPr>
          <w:rFonts w:ascii="Times New Roman" w:hAnsi="Times New Roman" w:eastAsia="Times New Roman" w:cs="Times New Roman"/>
        </w:rPr>
        <w:t xml:space="preserve"> </w:t>
      </w:r>
      <w:r>
        <w:rPr>
          <w:rFonts w:ascii="Ebrima" w:hAnsi="Ebrima" w:eastAsia="Ebrima" w:cs="Ebrima"/>
        </w:rPr>
        <w:t>ዘይተሸምነ</w:t>
      </w:r>
      <w:r>
        <w:rPr>
          <w:rFonts w:ascii="Times New Roman" w:hAnsi="Times New Roman" w:eastAsia="Times New Roman" w:cs="Times New Roman"/>
        </w:rPr>
        <w:t xml:space="preserve"> </w:t>
      </w:r>
      <w:r>
        <w:rPr>
          <w:rFonts w:ascii="Ebrima" w:hAnsi="Ebrima" w:eastAsia="Ebrima" w:cs="Ebrima"/>
        </w:rPr>
        <w:t>ክዳን</w:t>
      </w:r>
      <w:r>
        <w:rPr>
          <w:rFonts w:ascii="Times New Roman" w:hAnsi="Times New Roman" w:eastAsia="Times New Roman" w:cs="Times New Roman"/>
        </w:rPr>
        <w:t xml:space="preserve"> </w:t>
      </w:r>
      <w:r>
        <w:rPr>
          <w:rFonts w:ascii="Ebrima" w:hAnsi="Ebrima" w:eastAsia="Ebrima" w:cs="Ebrima"/>
        </w:rPr>
        <w:t>ይእክቡ</w:t>
      </w:r>
      <w:r>
        <w:rPr>
          <w:rFonts w:ascii="Times New Roman" w:hAnsi="Times New Roman" w:eastAsia="Times New Roman" w:cs="Times New Roman"/>
        </w:rPr>
        <w:t xml:space="preserve"> </w:t>
      </w:r>
      <w:r>
        <w:rPr>
          <w:rFonts w:ascii="Ebrima" w:hAnsi="Ebrima" w:eastAsia="Ebrima" w:cs="Ebrima"/>
        </w:rPr>
        <w:t>ኣለዉ።</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ኣብዚ</w:t>
      </w:r>
      <w:r>
        <w:rPr>
          <w:rFonts w:ascii="Times New Roman" w:hAnsi="Times New Roman" w:eastAsia="Times New Roman" w:cs="Times New Roman"/>
        </w:rPr>
        <w:t xml:space="preserve"> </w:t>
      </w:r>
      <w:r>
        <w:rPr>
          <w:rFonts w:ascii="Ebrima" w:hAnsi="Ebrima" w:eastAsia="Ebrima" w:cs="Ebrima"/>
        </w:rPr>
        <w:t>ዝተቐበልዎ</w:t>
      </w:r>
      <w:r>
        <w:rPr>
          <w:rFonts w:ascii="Times New Roman" w:hAnsi="Times New Roman" w:eastAsia="Times New Roman" w:cs="Times New Roman"/>
        </w:rPr>
        <w:t xml:space="preserve"> </w:t>
      </w:r>
      <w:r>
        <w:rPr>
          <w:rFonts w:ascii="Ebrima" w:hAnsi="Ebrima" w:eastAsia="Ebrima" w:cs="Ebrima"/>
        </w:rPr>
        <w:t>መንፈስ</w:t>
      </w:r>
      <w:r>
        <w:rPr>
          <w:rFonts w:ascii="Times New Roman" w:hAnsi="Times New Roman" w:eastAsia="Times New Roman" w:cs="Times New Roman"/>
        </w:rPr>
        <w:t xml:space="preserve"> </w:t>
      </w:r>
      <w:r>
        <w:rPr>
          <w:rFonts w:ascii="Ebrima" w:hAnsi="Ebrima" w:eastAsia="Ebrima" w:cs="Ebrima"/>
        </w:rPr>
        <w:t>ምሳታቶም</w:t>
      </w:r>
      <w:r>
        <w:rPr>
          <w:rFonts w:ascii="Times New Roman" w:hAnsi="Times New Roman" w:eastAsia="Times New Roman" w:cs="Times New Roman"/>
        </w:rPr>
        <w:t xml:space="preserve"> </w:t>
      </w:r>
      <w:r>
        <w:rPr>
          <w:rFonts w:ascii="Ebrima" w:hAnsi="Ebrima" w:eastAsia="Ebrima" w:cs="Ebrima"/>
        </w:rPr>
        <w:t>ክስከሙዎ</w:t>
      </w:r>
      <w:r>
        <w:rPr>
          <w:rFonts w:ascii="Times New Roman" w:hAnsi="Times New Roman" w:eastAsia="Times New Roman" w:cs="Times New Roman"/>
        </w:rPr>
        <w:t xml:space="preserve"> </w:t>
      </w:r>
      <w:r>
        <w:rPr>
          <w:rFonts w:ascii="Ebrima" w:hAnsi="Ebrima" w:eastAsia="Ebrima" w:cs="Ebrima"/>
        </w:rPr>
        <w:t>እዮም።</w:t>
      </w:r>
      <w:r>
        <w:rPr>
          <w:rFonts w:ascii="Times New Roman" w:hAnsi="Times New Roman" w:eastAsia="Times New Roman" w:cs="Times New Roman"/>
        </w:rPr>
        <w:t xml:space="preserve"> </w:t>
      </w:r>
      <w:r>
        <w:rPr>
          <w:rFonts w:ascii="Ebrima" w:hAnsi="Ebrima" w:eastAsia="Ebrima" w:cs="Ebrima"/>
        </w:rPr>
        <w:t>ስለ</w:t>
      </w:r>
      <w:r>
        <w:rPr>
          <w:rFonts w:ascii="Times New Roman" w:hAnsi="Times New Roman" w:eastAsia="Times New Roman" w:cs="Times New Roman"/>
        </w:rPr>
        <w:t xml:space="preserve"> </w:t>
      </w:r>
      <w:r>
        <w:rPr>
          <w:rFonts w:ascii="Ebrima" w:hAnsi="Ebrima" w:eastAsia="Ebrima" w:cs="Ebrima"/>
        </w:rPr>
        <w:t>መጻኢ</w:t>
      </w:r>
      <w:r>
        <w:rPr>
          <w:rFonts w:ascii="Times New Roman" w:hAnsi="Times New Roman" w:eastAsia="Times New Roman" w:cs="Times New Roman"/>
        </w:rPr>
        <w:t xml:space="preserve"> </w:t>
      </w:r>
      <w:r>
        <w:rPr>
          <w:rFonts w:ascii="Ebrima" w:hAnsi="Ebrima" w:eastAsia="Ebrima" w:cs="Ebrima"/>
        </w:rPr>
        <w:t>ዕዮና</w:t>
      </w:r>
      <w:r>
        <w:rPr>
          <w:rFonts w:ascii="Times New Roman" w:hAnsi="Times New Roman" w:eastAsia="Times New Roman" w:cs="Times New Roman"/>
        </w:rPr>
        <w:t xml:space="preserve"> </w:t>
      </w:r>
      <w:r>
        <w:rPr>
          <w:rFonts w:ascii="Ebrima" w:hAnsi="Ebrima" w:eastAsia="Ebrima" w:cs="Ebrima"/>
        </w:rPr>
        <w:t>እርዓድ</w:t>
      </w:r>
      <w:r>
        <w:rPr>
          <w:rFonts w:ascii="Times New Roman" w:hAnsi="Times New Roman" w:eastAsia="Times New Roman" w:cs="Times New Roman"/>
        </w:rPr>
        <w:t xml:space="preserve"> </w:t>
      </w:r>
      <w:r>
        <w:rPr>
          <w:rFonts w:ascii="Ebrima" w:hAnsi="Ebrima" w:eastAsia="Ebrima" w:cs="Ebrima"/>
        </w:rPr>
        <w:t>ኣለኒ።</w:t>
      </w:r>
      <w:r>
        <w:rPr>
          <w:rFonts w:ascii="Times New Roman" w:hAnsi="Times New Roman" w:eastAsia="Times New Roman" w:cs="Times New Roman"/>
        </w:rPr>
        <w:t xml:space="preserve"> </w:t>
      </w:r>
      <w:r>
        <w:rPr>
          <w:rFonts w:ascii="Ebrima" w:hAnsi="Ebrima" w:eastAsia="Ebrima" w:cs="Ebrima"/>
        </w:rPr>
        <w:t>እቶም</w:t>
      </w:r>
      <w:r>
        <w:rPr>
          <w:rFonts w:ascii="Times New Roman" w:hAnsi="Times New Roman" w:eastAsia="Times New Roman" w:cs="Times New Roman"/>
        </w:rPr>
        <w:t xml:space="preserve"> </w:t>
      </w:r>
      <w:r>
        <w:rPr>
          <w:rFonts w:ascii="Ebrima" w:hAnsi="Ebrima" w:eastAsia="Ebrima" w:cs="Ebrima"/>
        </w:rPr>
        <w:t>ኣብዚ</w:t>
      </w:r>
      <w:r>
        <w:rPr>
          <w:rFonts w:ascii="Times New Roman" w:hAnsi="Times New Roman" w:eastAsia="Times New Roman" w:cs="Times New Roman"/>
        </w:rPr>
        <w:t xml:space="preserve"> </w:t>
      </w:r>
      <w:r>
        <w:rPr>
          <w:rFonts w:ascii="Ebrima" w:hAnsi="Ebrima" w:eastAsia="Ebrima" w:cs="Ebrima"/>
        </w:rPr>
        <w:t>ቦታ</w:t>
      </w:r>
      <w:r>
        <w:rPr>
          <w:rFonts w:ascii="Times New Roman" w:hAnsi="Times New Roman" w:eastAsia="Times New Roman" w:cs="Times New Roman"/>
        </w:rPr>
        <w:t xml:space="preserve"> </w:t>
      </w:r>
      <w:r>
        <w:rPr>
          <w:rFonts w:ascii="Ebrima" w:hAnsi="Ebrima" w:eastAsia="Ebrima" w:cs="Ebrima"/>
        </w:rPr>
        <w:t>ንእቲ</w:t>
      </w:r>
      <w:r>
        <w:rPr>
          <w:rFonts w:ascii="Times New Roman" w:hAnsi="Times New Roman" w:eastAsia="Times New Roman" w:cs="Times New Roman"/>
        </w:rPr>
        <w:t xml:space="preserve"> </w:t>
      </w:r>
      <w:r>
        <w:rPr>
          <w:rFonts w:ascii="Ebrima" w:hAnsi="Ebrima" w:eastAsia="Ebrima" w:cs="Ebrima"/>
        </w:rPr>
        <w:t>ኣምላኽ</w:t>
      </w:r>
      <w:r>
        <w:rPr>
          <w:rFonts w:ascii="Times New Roman" w:hAnsi="Times New Roman" w:eastAsia="Times New Roman" w:cs="Times New Roman"/>
        </w:rPr>
        <w:t xml:space="preserve"> </w:t>
      </w:r>
      <w:r>
        <w:rPr>
          <w:rFonts w:ascii="Ebrima" w:hAnsi="Ebrima" w:eastAsia="Ebrima" w:cs="Ebrima"/>
        </w:rPr>
        <w:t>ዝሃቦም</w:t>
      </w:r>
      <w:r>
        <w:rPr>
          <w:rFonts w:ascii="Times New Roman" w:hAnsi="Times New Roman" w:eastAsia="Times New Roman" w:cs="Times New Roman"/>
        </w:rPr>
        <w:t xml:space="preserve"> </w:t>
      </w:r>
      <w:r>
        <w:rPr>
          <w:rFonts w:ascii="Ebrima" w:hAnsi="Ebrima" w:eastAsia="Ebrima" w:cs="Ebrima"/>
        </w:rPr>
        <w:t>ምስክር</w:t>
      </w:r>
      <w:r>
        <w:rPr>
          <w:rFonts w:ascii="Times New Roman" w:hAnsi="Times New Roman" w:eastAsia="Times New Roman" w:cs="Times New Roman"/>
        </w:rPr>
        <w:t xml:space="preserve"> </w:t>
      </w:r>
      <w:r>
        <w:rPr>
          <w:rFonts w:ascii="Ebrima" w:hAnsi="Ebrima" w:eastAsia="Ebrima" w:cs="Ebrima"/>
        </w:rPr>
        <w:t>ዘይግዝኡ</w:t>
      </w:r>
      <w:r>
        <w:rPr>
          <w:rFonts w:ascii="Times New Roman" w:hAnsi="Times New Roman" w:eastAsia="Times New Roman" w:cs="Times New Roman"/>
        </w:rPr>
        <w:t xml:space="preserve"> </w:t>
      </w:r>
      <w:r>
        <w:rPr>
          <w:rFonts w:ascii="Ebrima" w:hAnsi="Ebrima" w:eastAsia="Ebrima" w:cs="Ebrima"/>
        </w:rPr>
        <w:t>ሰባት፡</w:t>
      </w:r>
      <w:r>
        <w:rPr>
          <w:rFonts w:ascii="Times New Roman" w:hAnsi="Times New Roman" w:eastAsia="Times New Roman" w:cs="Times New Roman"/>
        </w:rPr>
        <w:t xml:space="preserve"> </w:t>
      </w:r>
      <w:r>
        <w:rPr>
          <w:rFonts w:ascii="Ebrima" w:hAnsi="Ebrima" w:eastAsia="Ebrima" w:cs="Ebrima"/>
        </w:rPr>
        <w:t>ኣንጻር</w:t>
      </w:r>
      <w:r>
        <w:rPr>
          <w:rFonts w:ascii="Times New Roman" w:hAnsi="Times New Roman" w:eastAsia="Times New Roman" w:cs="Times New Roman"/>
        </w:rPr>
        <w:t xml:space="preserve"> </w:t>
      </w:r>
      <w:r>
        <w:rPr>
          <w:rFonts w:ascii="Ebrima" w:hAnsi="Ebrima" w:eastAsia="Ebrima" w:cs="Ebrima"/>
        </w:rPr>
        <w:t>እቶም</w:t>
      </w:r>
      <w:r>
        <w:rPr>
          <w:rFonts w:ascii="Times New Roman" w:hAnsi="Times New Roman" w:eastAsia="Times New Roman" w:cs="Times New Roman"/>
        </w:rPr>
        <w:t xml:space="preserve"> </w:t>
      </w:r>
      <w:r>
        <w:rPr>
          <w:rFonts w:ascii="Ebrima" w:hAnsi="Ebrima" w:eastAsia="Ebrima" w:cs="Ebrima"/>
        </w:rPr>
        <w:t>ኣምላኽ</w:t>
      </w:r>
      <w:r>
        <w:rPr>
          <w:rFonts w:ascii="Times New Roman" w:hAnsi="Times New Roman" w:eastAsia="Times New Roman" w:cs="Times New Roman"/>
        </w:rPr>
        <w:t xml:space="preserve"> </w:t>
      </w:r>
      <w:r>
        <w:rPr>
          <w:rFonts w:ascii="Ebrima" w:hAnsi="Ebrima" w:eastAsia="Ebrima" w:cs="Ebrima"/>
        </w:rPr>
        <w:t>ዝጥቀመሎም</w:t>
      </w:r>
      <w:r>
        <w:rPr>
          <w:rFonts w:ascii="Times New Roman" w:hAnsi="Times New Roman" w:eastAsia="Times New Roman" w:cs="Times New Roman"/>
        </w:rPr>
        <w:t xml:space="preserve"> </w:t>
      </w:r>
      <w:r>
        <w:rPr>
          <w:rFonts w:ascii="Ebrima" w:hAnsi="Ebrima" w:eastAsia="Ebrima" w:cs="Ebrima"/>
        </w:rPr>
        <w:t>ኣሕዋቶም</w:t>
      </w:r>
      <w:r>
        <w:rPr>
          <w:rFonts w:ascii="Times New Roman" w:hAnsi="Times New Roman" w:eastAsia="Times New Roman" w:cs="Times New Roman"/>
        </w:rPr>
        <w:t xml:space="preserve"> </w:t>
      </w:r>
      <w:r>
        <w:rPr>
          <w:rFonts w:ascii="Ebrima" w:hAnsi="Ebrima" w:eastAsia="Ebrima" w:cs="Ebrima"/>
        </w:rPr>
        <w:t>ክዋግኡ</w:t>
      </w:r>
      <w:r>
        <w:rPr>
          <w:rFonts w:ascii="Times New Roman" w:hAnsi="Times New Roman" w:eastAsia="Times New Roman" w:cs="Times New Roman"/>
        </w:rPr>
        <w:t xml:space="preserve"> </w:t>
      </w:r>
      <w:r>
        <w:rPr>
          <w:rFonts w:ascii="Ebrima" w:hAnsi="Ebrima" w:eastAsia="Ebrima" w:cs="Ebrima"/>
        </w:rPr>
        <w:t>እዮም።</w:t>
      </w:r>
      <w:r>
        <w:rPr>
          <w:rFonts w:ascii="Times New Roman" w:hAnsi="Times New Roman" w:eastAsia="Times New Roman" w:cs="Times New Roman"/>
        </w:rPr>
        <w:t xml:space="preserve"> </w:t>
      </w:r>
      <w:r>
        <w:rPr>
          <w:rFonts w:ascii="Ebrima" w:hAnsi="Ebrima" w:eastAsia="Ebrima" w:cs="Ebrima"/>
        </w:rPr>
        <w:t>እነዚ</w:t>
      </w:r>
      <w:r>
        <w:rPr>
          <w:rFonts w:ascii="Times New Roman" w:hAnsi="Times New Roman" w:eastAsia="Times New Roman" w:cs="Times New Roman"/>
        </w:rPr>
        <w:t xml:space="preserve"> </w:t>
      </w:r>
      <w:r>
        <w:rPr>
          <w:rFonts w:ascii="Ebrima" w:hAnsi="Ebrima" w:eastAsia="Ebrima" w:cs="Ebrima"/>
        </w:rPr>
        <w:t>ሰባት</w:t>
      </w:r>
      <w:r>
        <w:rPr>
          <w:rFonts w:ascii="Times New Roman" w:hAnsi="Times New Roman" w:eastAsia="Times New Roman" w:cs="Times New Roman"/>
        </w:rPr>
        <w:t xml:space="preserve"> </w:t>
      </w:r>
      <w:r>
        <w:rPr>
          <w:rFonts w:ascii="Ebrima" w:hAnsi="Ebrima" w:eastAsia="Ebrima" w:cs="Ebrima"/>
        </w:rPr>
        <w:t>ነቲ</w:t>
      </w:r>
      <w:r>
        <w:rPr>
          <w:rFonts w:ascii="Times New Roman" w:hAnsi="Times New Roman" w:eastAsia="Times New Roman" w:cs="Times New Roman"/>
        </w:rPr>
        <w:t xml:space="preserve"> </w:t>
      </w:r>
      <w:r>
        <w:rPr>
          <w:rFonts w:ascii="Ebrima" w:hAnsi="Ebrima" w:eastAsia="Ebrima" w:cs="Ebrima"/>
        </w:rPr>
        <w:t>ክሳብ</w:t>
      </w:r>
      <w:r>
        <w:rPr>
          <w:rFonts w:ascii="Times New Roman" w:hAnsi="Times New Roman" w:eastAsia="Times New Roman" w:cs="Times New Roman"/>
        </w:rPr>
        <w:t xml:space="preserve"> </w:t>
      </w:r>
      <w:r>
        <w:rPr>
          <w:rFonts w:ascii="Ebrima" w:hAnsi="Ebrima" w:eastAsia="Ebrima" w:cs="Ebrima"/>
        </w:rPr>
        <w:t>ሕጂ</w:t>
      </w:r>
      <w:r>
        <w:rPr>
          <w:rFonts w:ascii="Times New Roman" w:hAnsi="Times New Roman" w:eastAsia="Times New Roman" w:cs="Times New Roman"/>
        </w:rPr>
        <w:t xml:space="preserve"> </w:t>
      </w:r>
      <w:r>
        <w:rPr>
          <w:rFonts w:ascii="Ebrima" w:hAnsi="Ebrima" w:eastAsia="Ebrima" w:cs="Ebrima"/>
        </w:rPr>
        <w:t>ዝተሳተፉሉ</w:t>
      </w:r>
      <w:r>
        <w:rPr>
          <w:rFonts w:ascii="Times New Roman" w:hAnsi="Times New Roman" w:eastAsia="Times New Roman" w:cs="Times New Roman"/>
        </w:rPr>
        <w:t xml:space="preserve"> </w:t>
      </w:r>
      <w:r>
        <w:rPr>
          <w:rFonts w:ascii="Ebrima" w:hAnsi="Ebrima" w:eastAsia="Ebrima" w:cs="Ebrima"/>
        </w:rPr>
        <w:t>ዓይነት</w:t>
      </w:r>
      <w:r>
        <w:rPr>
          <w:rFonts w:ascii="Times New Roman" w:hAnsi="Times New Roman" w:eastAsia="Times New Roman" w:cs="Times New Roman"/>
        </w:rPr>
        <w:t xml:space="preserve"> </w:t>
      </w:r>
      <w:r>
        <w:rPr>
          <w:rFonts w:ascii="Ebrima" w:hAnsi="Ebrima" w:eastAsia="Ebrima" w:cs="Ebrima"/>
        </w:rPr>
        <w:t>ውግእ</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ዝመጽእ</w:t>
      </w:r>
      <w:r>
        <w:rPr>
          <w:rFonts w:ascii="Times New Roman" w:hAnsi="Times New Roman" w:eastAsia="Times New Roman" w:cs="Times New Roman"/>
        </w:rPr>
        <w:t xml:space="preserve"> </w:t>
      </w:r>
      <w:r>
        <w:rPr>
          <w:rFonts w:ascii="Ebrima" w:hAnsi="Ebrima" w:eastAsia="Ebrima" w:cs="Ebrima"/>
        </w:rPr>
        <w:t>ዕድላት</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ዝቐጽልዎ</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ቅድሚኦም</w:t>
      </w:r>
      <w:r>
        <w:rPr>
          <w:rFonts w:ascii="Times New Roman" w:hAnsi="Times New Roman" w:eastAsia="Times New Roman" w:cs="Times New Roman"/>
        </w:rPr>
        <w:t xml:space="preserve"> </w:t>
      </w:r>
      <w:r>
        <w:rPr>
          <w:rFonts w:ascii="Ebrima" w:hAnsi="Ebrima" w:eastAsia="Ebrima" w:cs="Ebrima"/>
        </w:rPr>
        <w:t>እንተኾይኑ፡</w:t>
      </w:r>
      <w:r>
        <w:rPr>
          <w:rFonts w:ascii="Times New Roman" w:hAnsi="Times New Roman" w:eastAsia="Times New Roman" w:cs="Times New Roman"/>
        </w:rPr>
        <w:t xml:space="preserve"> </w:t>
      </w: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ኣዝዩ</w:t>
      </w:r>
      <w:r>
        <w:rPr>
          <w:rFonts w:ascii="Times New Roman" w:hAnsi="Times New Roman" w:eastAsia="Times New Roman" w:cs="Times New Roman"/>
        </w:rPr>
        <w:t xml:space="preserve"> </w:t>
      </w:r>
      <w:r>
        <w:rPr>
          <w:rFonts w:ascii="Ebrima" w:hAnsi="Ebrima" w:eastAsia="Ebrima" w:cs="Ebrima"/>
        </w:rPr>
        <w:t>ከቢድ</w:t>
      </w:r>
      <w:r>
        <w:rPr>
          <w:rFonts w:ascii="Times New Roman" w:hAnsi="Times New Roman" w:eastAsia="Times New Roman" w:cs="Times New Roman"/>
        </w:rPr>
        <w:t xml:space="preserve"> </w:t>
      </w:r>
      <w:r>
        <w:rPr>
          <w:rFonts w:ascii="Ebrima" w:hAnsi="Ebrima" w:eastAsia="Ebrima" w:cs="Ebrima"/>
        </w:rPr>
        <w:t>ክገብሩዎ</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እዞም</w:t>
      </w:r>
      <w:r>
        <w:rPr>
          <w:rFonts w:ascii="Times New Roman" w:hAnsi="Times New Roman" w:eastAsia="Times New Roman" w:cs="Times New Roman"/>
        </w:rPr>
        <w:t xml:space="preserve"> </w:t>
      </w:r>
      <w:r>
        <w:rPr>
          <w:rFonts w:ascii="Ebrima" w:hAnsi="Ebrima" w:eastAsia="Ebrima" w:cs="Ebrima"/>
        </w:rPr>
        <w:t>ሰባት</w:t>
      </w:r>
      <w:r>
        <w:rPr>
          <w:rFonts w:ascii="Times New Roman" w:hAnsi="Times New Roman" w:eastAsia="Times New Roman" w:cs="Times New Roman"/>
        </w:rPr>
        <w:t xml:space="preserve"> </w:t>
      </w:r>
      <w:r>
        <w:rPr>
          <w:rFonts w:ascii="Ebrima" w:hAnsi="Ebrima" w:eastAsia="Ebrima" w:cs="Ebrima"/>
        </w:rPr>
        <w:t>ኣንጻር</w:t>
      </w:r>
      <w:r>
        <w:rPr>
          <w:rFonts w:ascii="Times New Roman" w:hAnsi="Times New Roman" w:eastAsia="Times New Roman" w:cs="Times New Roman"/>
        </w:rPr>
        <w:t xml:space="preserve"> </w:t>
      </w:r>
      <w:r>
        <w:rPr>
          <w:rFonts w:ascii="Ebrima" w:hAnsi="Ebrima" w:eastAsia="Ebrima" w:cs="Ebrima"/>
        </w:rPr>
        <w:t>ቅዱስ</w:t>
      </w:r>
      <w:r>
        <w:rPr>
          <w:rFonts w:ascii="Times New Roman" w:hAnsi="Times New Roman" w:eastAsia="Times New Roman" w:cs="Times New Roman"/>
        </w:rPr>
        <w:t xml:space="preserve"> </w:t>
      </w:r>
      <w:r>
        <w:rPr>
          <w:rFonts w:ascii="Ebrima" w:hAnsi="Ebrima" w:eastAsia="Ebrima" w:cs="Ebrima"/>
        </w:rPr>
        <w:t>መንፈስ</w:t>
      </w:r>
      <w:r>
        <w:rPr>
          <w:rFonts w:ascii="Times New Roman" w:hAnsi="Times New Roman" w:eastAsia="Times New Roman" w:cs="Times New Roman"/>
        </w:rPr>
        <w:t xml:space="preserve"> </w:t>
      </w:r>
      <w:r>
        <w:rPr>
          <w:rFonts w:ascii="Ebrima" w:hAnsi="Ebrima" w:eastAsia="Ebrima" w:cs="Ebrima"/>
        </w:rPr>
        <w:t>ኣምላኽ</w:t>
      </w:r>
      <w:r>
        <w:rPr>
          <w:rFonts w:ascii="Times New Roman" w:hAnsi="Times New Roman" w:eastAsia="Times New Roman" w:cs="Times New Roman"/>
        </w:rPr>
        <w:t xml:space="preserve"> </w:t>
      </w:r>
      <w:r>
        <w:rPr>
          <w:rFonts w:ascii="Ebrima" w:hAnsi="Ebrima" w:eastAsia="Ebrima" w:cs="Ebrima"/>
        </w:rPr>
        <w:t>ይዋግኡ</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ዘለዉ</w:t>
      </w:r>
      <w:r>
        <w:rPr>
          <w:rFonts w:ascii="Times New Roman" w:hAnsi="Times New Roman" w:eastAsia="Times New Roman" w:cs="Times New Roman"/>
        </w:rPr>
        <w:t xml:space="preserve"> </w:t>
      </w:r>
      <w:r>
        <w:rPr>
          <w:rFonts w:ascii="Ebrima" w:hAnsi="Ebrima" w:eastAsia="Ebrima" w:cs="Ebrima"/>
        </w:rPr>
        <w:t>ንኽእመኑ</w:t>
      </w:r>
      <w:r>
        <w:rPr>
          <w:rFonts w:ascii="Times New Roman" w:hAnsi="Times New Roman" w:eastAsia="Times New Roman" w:cs="Times New Roman"/>
        </w:rPr>
        <w:t xml:space="preserve"> </w:t>
      </w:r>
      <w:r>
        <w:rPr>
          <w:rFonts w:ascii="Ebrima" w:hAnsi="Ebrima" w:eastAsia="Ebrima" w:cs="Ebrima"/>
        </w:rPr>
        <w:t>ዕድላት</w:t>
      </w:r>
      <w:r>
        <w:rPr>
          <w:rFonts w:ascii="Times New Roman" w:hAnsi="Times New Roman" w:eastAsia="Times New Roman" w:cs="Times New Roman"/>
        </w:rPr>
        <w:t xml:space="preserve"> </w:t>
      </w:r>
      <w:r>
        <w:rPr>
          <w:rFonts w:ascii="Ebrima" w:hAnsi="Ebrima" w:eastAsia="Ebrima" w:cs="Ebrima"/>
        </w:rPr>
        <w:t>ክህልዎም</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ገለ</w:t>
      </w:r>
      <w:r>
        <w:rPr>
          <w:rFonts w:ascii="Times New Roman" w:hAnsi="Times New Roman" w:eastAsia="Times New Roman" w:cs="Times New Roman"/>
        </w:rPr>
        <w:t xml:space="preserve"> </w:t>
      </w:r>
      <w:r>
        <w:rPr>
          <w:rFonts w:ascii="Ebrima" w:hAnsi="Ebrima" w:eastAsia="Ebrima" w:cs="Ebrima"/>
        </w:rPr>
        <w:t>ክእመኑ</w:t>
      </w:r>
      <w:r>
        <w:rPr>
          <w:rFonts w:ascii="Times New Roman" w:hAnsi="Times New Roman" w:eastAsia="Times New Roman" w:cs="Times New Roman"/>
        </w:rPr>
        <w:t xml:space="preserve"> </w:t>
      </w:r>
      <w:r>
        <w:rPr>
          <w:rFonts w:ascii="Ebrima" w:hAnsi="Ebrima" w:eastAsia="Ebrima" w:cs="Ebrima"/>
        </w:rPr>
        <w:t>እዮም፤</w:t>
      </w:r>
      <w:r>
        <w:rPr>
          <w:rFonts w:ascii="Times New Roman" w:hAnsi="Times New Roman" w:eastAsia="Times New Roman" w:cs="Times New Roman"/>
        </w:rPr>
        <w:t xml:space="preserve"> </w:t>
      </w:r>
      <w:r>
        <w:rPr>
          <w:rFonts w:ascii="Ebrima" w:hAnsi="Ebrima" w:eastAsia="Ebrima" w:cs="Ebrima"/>
        </w:rPr>
        <w:t>ካልኦት</w:t>
      </w:r>
      <w:r>
        <w:rPr>
          <w:rFonts w:ascii="Times New Roman" w:hAnsi="Times New Roman" w:eastAsia="Times New Roman" w:cs="Times New Roman"/>
        </w:rPr>
        <w:t xml:space="preserve"> </w:t>
      </w:r>
      <w:r>
        <w:rPr>
          <w:rFonts w:ascii="Ebrima" w:hAnsi="Ebrima" w:eastAsia="Ebrima" w:cs="Ebrima"/>
        </w:rPr>
        <w:t>ግና</w:t>
      </w:r>
      <w:r>
        <w:rPr>
          <w:rFonts w:ascii="Times New Roman" w:hAnsi="Times New Roman" w:eastAsia="Times New Roman" w:cs="Times New Roman"/>
        </w:rPr>
        <w:t xml:space="preserve"> </w:t>
      </w:r>
      <w:r>
        <w:rPr>
          <w:rFonts w:ascii="Ebrima" w:hAnsi="Ebrima" w:eastAsia="Ebrima" w:cs="Ebrima"/>
        </w:rPr>
        <w:t>ንርእሶም</w:t>
      </w:r>
      <w:r>
        <w:rPr>
          <w:rFonts w:ascii="Times New Roman" w:hAnsi="Times New Roman" w:eastAsia="Times New Roman" w:cs="Times New Roman"/>
        </w:rPr>
        <w:t xml:space="preserve"> </w:t>
      </w:r>
      <w:r>
        <w:rPr>
          <w:rFonts w:ascii="Ebrima" w:hAnsi="Ebrima" w:eastAsia="Ebrima" w:cs="Ebrima"/>
        </w:rPr>
        <w:t>መንፈስ</w:t>
      </w:r>
      <w:r>
        <w:rPr>
          <w:rFonts w:ascii="Times New Roman" w:hAnsi="Times New Roman" w:eastAsia="Times New Roman" w:cs="Times New Roman"/>
        </w:rPr>
        <w:t xml:space="preserve"> </w:t>
      </w:r>
      <w:r>
        <w:rPr>
          <w:rFonts w:ascii="Ebrima" w:hAnsi="Ebrima" w:eastAsia="Ebrima" w:cs="Ebrima"/>
        </w:rPr>
        <w:t>ጽኑዕ</w:t>
      </w:r>
      <w:r>
        <w:rPr>
          <w:rFonts w:ascii="Times New Roman" w:hAnsi="Times New Roman" w:eastAsia="Times New Roman" w:cs="Times New Roman"/>
        </w:rPr>
        <w:t xml:space="preserve"> </w:t>
      </w:r>
      <w:r>
        <w:rPr>
          <w:rFonts w:ascii="Ebrima" w:hAnsi="Ebrima" w:eastAsia="Ebrima" w:cs="Ebrima"/>
        </w:rPr>
        <w:t>ኣድርጎም</w:t>
      </w:r>
      <w:r>
        <w:rPr>
          <w:rFonts w:ascii="Times New Roman" w:hAnsi="Times New Roman" w:eastAsia="Times New Roman" w:cs="Times New Roman"/>
        </w:rPr>
        <w:t xml:space="preserve"> </w:t>
      </w:r>
      <w:r>
        <w:rPr>
          <w:rFonts w:ascii="Ebrima" w:hAnsi="Ebrima" w:eastAsia="Ebrima" w:cs="Ebrima"/>
        </w:rPr>
        <w:t>ክሕዝዎ</w:t>
      </w:r>
      <w:r>
        <w:rPr>
          <w:rFonts w:ascii="Times New Roman" w:hAnsi="Times New Roman" w:eastAsia="Times New Roman" w:cs="Times New Roman"/>
        </w:rPr>
        <w:t xml:space="preserve"> </w:t>
      </w:r>
      <w:r>
        <w:rPr>
          <w:rFonts w:ascii="Ebrima" w:hAnsi="Ebrima" w:eastAsia="Ebrima" w:cs="Ebrima"/>
        </w:rPr>
        <w:t>እዮም።</w:t>
      </w:r>
      <w:r>
        <w:rPr>
          <w:rFonts w:ascii="Times New Roman" w:hAnsi="Times New Roman" w:eastAsia="Times New Roman" w:cs="Times New Roman"/>
        </w:rPr>
        <w:t xml:space="preserve"> </w:t>
      </w:r>
      <w:r>
        <w:rPr>
          <w:rFonts w:ascii="Ebrima" w:hAnsi="Ebrima" w:eastAsia="Ebrima" w:cs="Ebrima"/>
        </w:rPr>
        <w:t>ንርእሶም</w:t>
      </w:r>
      <w:r>
        <w:rPr>
          <w:rFonts w:ascii="Times New Roman" w:hAnsi="Times New Roman" w:eastAsia="Times New Roman" w:cs="Times New Roman"/>
        </w:rPr>
        <w:t xml:space="preserve"> </w:t>
      </w:r>
      <w:r>
        <w:rPr>
          <w:rFonts w:ascii="Ebrima" w:hAnsi="Ebrima" w:eastAsia="Ebrima" w:cs="Ebrima"/>
        </w:rPr>
        <w:t>ኣይሞቱን</w:t>
      </w:r>
      <w:r>
        <w:rPr>
          <w:rFonts w:ascii="Times New Roman" w:hAnsi="Times New Roman" w:eastAsia="Times New Roman" w:cs="Times New Roman"/>
        </w:rPr>
        <w:t xml:space="preserve"> </w:t>
      </w:r>
      <w:r>
        <w:rPr>
          <w:rFonts w:ascii="Ebrima" w:hAnsi="Ebrima" w:eastAsia="Ebrima" w:cs="Ebrima"/>
        </w:rPr>
        <w:t>እሞ</w:t>
      </w:r>
      <w:r>
        <w:rPr>
          <w:rFonts w:ascii="Times New Roman" w:hAnsi="Times New Roman" w:eastAsia="Times New Roman" w:cs="Times New Roman"/>
        </w:rPr>
        <w:t xml:space="preserve"> </w:t>
      </w:r>
      <w:r>
        <w:rPr>
          <w:rFonts w:ascii="Ebrima" w:hAnsi="Ebrima" w:eastAsia="Ebrima" w:cs="Ebrima"/>
        </w:rPr>
        <w:t>ጐይታ</w:t>
      </w:r>
      <w:r>
        <w:rPr>
          <w:rFonts w:ascii="Times New Roman" w:hAnsi="Times New Roman" w:eastAsia="Times New Roman" w:cs="Times New Roman"/>
        </w:rPr>
        <w:t xml:space="preserve"> </w:t>
      </w:r>
      <w:r>
        <w:rPr>
          <w:rFonts w:ascii="Ebrima" w:hAnsi="Ebrima" w:eastAsia="Ebrima" w:cs="Ebrima"/>
        </w:rPr>
        <w:t>የሱስ</w:t>
      </w:r>
      <w:r>
        <w:rPr>
          <w:rFonts w:ascii="Times New Roman" w:hAnsi="Times New Roman" w:eastAsia="Times New Roman" w:cs="Times New Roman"/>
        </w:rPr>
        <w:t xml:space="preserve"> </w:t>
      </w:r>
      <w:r>
        <w:rPr>
          <w:rFonts w:ascii="Ebrima" w:hAnsi="Ebrima" w:eastAsia="Ebrima" w:cs="Ebrima"/>
        </w:rPr>
        <w:t>ናብ</w:t>
      </w:r>
      <w:r>
        <w:rPr>
          <w:rFonts w:ascii="Times New Roman" w:hAnsi="Times New Roman" w:eastAsia="Times New Roman" w:cs="Times New Roman"/>
        </w:rPr>
        <w:t xml:space="preserve"> </w:t>
      </w:r>
      <w:r>
        <w:rPr>
          <w:rFonts w:ascii="Ebrima" w:hAnsi="Ebrima" w:eastAsia="Ebrima" w:cs="Ebrima"/>
        </w:rPr>
        <w:t>ልቦም</w:t>
      </w:r>
      <w:r>
        <w:rPr>
          <w:rFonts w:ascii="Times New Roman" w:hAnsi="Times New Roman" w:eastAsia="Times New Roman" w:cs="Times New Roman"/>
        </w:rPr>
        <w:t xml:space="preserve"> </w:t>
      </w:r>
      <w:r>
        <w:rPr>
          <w:rFonts w:ascii="Ebrima" w:hAnsi="Ebrima" w:eastAsia="Ebrima" w:cs="Ebrima"/>
        </w:rPr>
        <w:t>ክኣቱ</w:t>
      </w:r>
      <w:r>
        <w:rPr>
          <w:rFonts w:ascii="Times New Roman" w:hAnsi="Times New Roman" w:eastAsia="Times New Roman" w:cs="Times New Roman"/>
        </w:rPr>
        <w:t xml:space="preserve"> </w:t>
      </w:r>
      <w:r>
        <w:rPr>
          <w:rFonts w:ascii="Ebrima" w:hAnsi="Ebrima" w:eastAsia="Ebrima" w:cs="Ebrima"/>
        </w:rPr>
        <w:t>ኣይፈቕዱን።</w:t>
      </w:r>
      <w:r>
        <w:rPr>
          <w:rFonts w:ascii="Times New Roman" w:hAnsi="Times New Roman" w:eastAsia="Times New Roman" w:cs="Times New Roman"/>
        </w:rPr>
        <w:t xml:space="preserve"> </w:t>
      </w:r>
      <w:r>
        <w:rPr>
          <w:rFonts w:ascii="Ebrima" w:hAnsi="Ebrima" w:eastAsia="Ebrima" w:cs="Ebrima"/>
        </w:rPr>
        <w:t>ሓቂን</w:t>
      </w:r>
      <w:r>
        <w:rPr>
          <w:rFonts w:ascii="Times New Roman" w:hAnsi="Times New Roman" w:eastAsia="Times New Roman" w:cs="Times New Roman"/>
        </w:rPr>
        <w:t xml:space="preserve"> </w:t>
      </w:r>
      <w:r>
        <w:rPr>
          <w:rFonts w:ascii="Ebrima" w:hAnsi="Ebrima" w:eastAsia="Ebrima" w:cs="Ebrima"/>
        </w:rPr>
        <w:t>ጽድቅን</w:t>
      </w:r>
      <w:r>
        <w:rPr>
          <w:rFonts w:ascii="Times New Roman" w:hAnsi="Times New Roman" w:eastAsia="Times New Roman" w:cs="Times New Roman"/>
        </w:rPr>
        <w:t xml:space="preserve"> </w:t>
      </w:r>
      <w:r>
        <w:rPr>
          <w:rFonts w:ascii="Ebrima" w:hAnsi="Ebrima" w:eastAsia="Ebrima" w:cs="Ebrima"/>
        </w:rPr>
        <w:t>ክሳብ</w:t>
      </w:r>
      <w:r>
        <w:rPr>
          <w:rFonts w:ascii="Times New Roman" w:hAnsi="Times New Roman" w:eastAsia="Times New Roman" w:cs="Times New Roman"/>
        </w:rPr>
        <w:t xml:space="preserve"> </w:t>
      </w:r>
      <w:r>
        <w:rPr>
          <w:rFonts w:ascii="Ebrima" w:hAnsi="Ebrima" w:eastAsia="Ebrima" w:cs="Ebrima"/>
        </w:rPr>
        <w:t>ዘይለልዩ</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ዝያዳን</w:t>
      </w:r>
      <w:r>
        <w:rPr>
          <w:rFonts w:ascii="Times New Roman" w:hAnsi="Times New Roman" w:eastAsia="Times New Roman" w:cs="Times New Roman"/>
        </w:rPr>
        <w:t xml:space="preserve"> </w:t>
      </w:r>
      <w:r>
        <w:rPr>
          <w:rFonts w:ascii="Ebrima" w:hAnsi="Ebrima" w:eastAsia="Ebrima" w:cs="Ebrima"/>
        </w:rPr>
        <w:t>ዝያዳን</w:t>
      </w:r>
      <w:r>
        <w:rPr>
          <w:rFonts w:ascii="Times New Roman" w:hAnsi="Times New Roman" w:eastAsia="Times New Roman" w:cs="Times New Roman"/>
        </w:rPr>
        <w:t xml:space="preserve"> </w:t>
      </w:r>
      <w:r>
        <w:rPr>
          <w:rFonts w:ascii="Ebrima" w:hAnsi="Ebrima" w:eastAsia="Ebrima" w:cs="Ebrima"/>
        </w:rPr>
        <w:t>ክታለሉ</w:t>
      </w:r>
      <w:r>
        <w:rPr>
          <w:rFonts w:ascii="Times New Roman" w:hAnsi="Times New Roman" w:eastAsia="Times New Roman" w:cs="Times New Roman"/>
        </w:rPr>
        <w:t xml:space="preserve"> </w:t>
      </w:r>
      <w:r>
        <w:rPr>
          <w:rFonts w:ascii="Ebrima" w:hAnsi="Ebrima" w:eastAsia="Ebrima" w:cs="Ebrima"/>
        </w:rPr>
        <w:t>እዮም።</w:t>
      </w:r>
      <w:r>
        <w:rPr>
          <w:rFonts w:ascii="Times New Roman" w:hAnsi="Times New Roman" w:eastAsia="Times New Roman" w:cs="Times New Roman"/>
        </w:rPr>
        <w:t xml:space="preserve"> </w:t>
      </w:r>
      <w:r>
        <w:rPr>
          <w:rFonts w:ascii="Ebrima" w:hAnsi="Ebrima" w:eastAsia="Ebrima" w:cs="Ebrima"/>
        </w:rPr>
        <w:t>እነርሱ</w:t>
      </w:r>
      <w:r>
        <w:rPr>
          <w:rFonts w:ascii="Times New Roman" w:hAnsi="Times New Roman" w:eastAsia="Times New Roman" w:cs="Times New Roman"/>
        </w:rPr>
        <w:t xml:space="preserve"> </w:t>
      </w:r>
      <w:r>
        <w:rPr>
          <w:rFonts w:ascii="Ebrima" w:hAnsi="Ebrima" w:eastAsia="Ebrima" w:cs="Ebrima"/>
        </w:rPr>
        <w:t>ብኻልእ</w:t>
      </w:r>
      <w:r>
        <w:rPr>
          <w:rFonts w:ascii="Times New Roman" w:hAnsi="Times New Roman" w:eastAsia="Times New Roman" w:cs="Times New Roman"/>
        </w:rPr>
        <w:t xml:space="preserve"> </w:t>
      </w:r>
      <w:r>
        <w:rPr>
          <w:rFonts w:ascii="Ebrima" w:hAnsi="Ebrima" w:eastAsia="Ebrima" w:cs="Ebrima"/>
        </w:rPr>
        <w:t>መንፈስ</w:t>
      </w:r>
      <w:r>
        <w:rPr>
          <w:rFonts w:ascii="Times New Roman" w:hAnsi="Times New Roman" w:eastAsia="Times New Roman" w:cs="Times New Roman"/>
        </w:rPr>
        <w:t xml:space="preserve"> </w:t>
      </w:r>
      <w:r>
        <w:rPr>
          <w:rFonts w:ascii="Ebrima" w:hAnsi="Ebrima" w:eastAsia="Ebrima" w:cs="Ebrima"/>
        </w:rPr>
        <w:t>ነቲ</w:t>
      </w:r>
      <w:r>
        <w:rPr>
          <w:rFonts w:ascii="Times New Roman" w:hAnsi="Times New Roman" w:eastAsia="Times New Roman" w:cs="Times New Roman"/>
        </w:rPr>
        <w:t xml:space="preserve"> </w:t>
      </w:r>
      <w:r>
        <w:rPr>
          <w:rFonts w:ascii="Ebrima" w:hAnsi="Ebrima" w:eastAsia="Ebrima" w:cs="Ebrima"/>
        </w:rPr>
        <w:t>ዕዮ</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ልዕሊኡ</w:t>
      </w:r>
      <w:r>
        <w:rPr>
          <w:rFonts w:ascii="Times New Roman" w:hAnsi="Times New Roman" w:eastAsia="Times New Roman" w:cs="Times New Roman"/>
        </w:rPr>
        <w:t xml:space="preserve"> </w:t>
      </w:r>
      <w:r>
        <w:rPr>
          <w:rFonts w:ascii="Ebrima" w:hAnsi="Ebrima" w:eastAsia="Ebrima" w:cs="Ebrima"/>
        </w:rPr>
        <w:t>ኣምላኽ</w:t>
      </w:r>
      <w:r>
        <w:rPr>
          <w:rFonts w:ascii="Times New Roman" w:hAnsi="Times New Roman" w:eastAsia="Times New Roman" w:cs="Times New Roman"/>
        </w:rPr>
        <w:t xml:space="preserve"> </w:t>
      </w:r>
      <w:r>
        <w:rPr>
          <w:rFonts w:ascii="Ebrima" w:hAnsi="Ebrima" w:eastAsia="Ebrima" w:cs="Ebrima"/>
        </w:rPr>
        <w:t>ዘይፈቕዶ</w:t>
      </w:r>
      <w:r>
        <w:rPr>
          <w:rFonts w:ascii="Times New Roman" w:hAnsi="Times New Roman" w:eastAsia="Times New Roman" w:cs="Times New Roman"/>
        </w:rPr>
        <w:t xml:space="preserve"> </w:t>
      </w:r>
      <w:r>
        <w:rPr>
          <w:rFonts w:ascii="Ebrima" w:hAnsi="Ebrima" w:eastAsia="Ebrima" w:cs="Ebrima"/>
        </w:rPr>
        <w:t>ቅርጺ</w:t>
      </w:r>
      <w:r>
        <w:rPr>
          <w:rFonts w:ascii="Times New Roman" w:hAnsi="Times New Roman" w:eastAsia="Times New Roman" w:cs="Times New Roman"/>
        </w:rPr>
        <w:t xml:space="preserve"> </w:t>
      </w:r>
      <w:r>
        <w:rPr>
          <w:rFonts w:ascii="Ebrima" w:hAnsi="Ebrima" w:eastAsia="Ebrima" w:cs="Ebrima"/>
        </w:rPr>
        <w:t>ክደፍኡሉ</w:t>
      </w:r>
      <w:r>
        <w:rPr>
          <w:rFonts w:ascii="Times New Roman" w:hAnsi="Times New Roman" w:eastAsia="Times New Roman" w:cs="Times New Roman"/>
        </w:rPr>
        <w:t xml:space="preserve"> </w:t>
      </w:r>
      <w:r>
        <w:rPr>
          <w:rFonts w:ascii="Ebrima" w:hAnsi="Ebrima" w:eastAsia="Ebrima" w:cs="Ebrima"/>
        </w:rPr>
        <w:t>ክፍትኑ</w:t>
      </w:r>
      <w:r>
        <w:rPr>
          <w:rFonts w:ascii="Times New Roman" w:hAnsi="Times New Roman" w:eastAsia="Times New Roman" w:cs="Times New Roman"/>
        </w:rPr>
        <w:t xml:space="preserve"> </w:t>
      </w:r>
      <w:r>
        <w:rPr>
          <w:rFonts w:ascii="Ebrima" w:hAnsi="Ebrima" w:eastAsia="Ebrima" w:cs="Ebrima"/>
        </w:rPr>
        <w:t>እዮም፤</w:t>
      </w:r>
      <w:r>
        <w:rPr>
          <w:rFonts w:ascii="Times New Roman" w:hAnsi="Times New Roman" w:eastAsia="Times New Roman" w:cs="Times New Roman"/>
        </w:rPr>
        <w:t xml:space="preserve"> </w:t>
      </w:r>
      <w:r>
        <w:rPr>
          <w:rFonts w:ascii="Ebrima" w:hAnsi="Ebrima" w:eastAsia="Ebrima" w:cs="Ebrima"/>
        </w:rPr>
        <w:t>ከምኡ</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ልዕሊ</w:t>
      </w:r>
      <w:r>
        <w:rPr>
          <w:rFonts w:ascii="Times New Roman" w:hAnsi="Times New Roman" w:eastAsia="Times New Roman" w:cs="Times New Roman"/>
        </w:rPr>
        <w:t xml:space="preserve"> </w:t>
      </w:r>
      <w:r>
        <w:rPr>
          <w:rFonts w:ascii="Ebrima" w:hAnsi="Ebrima" w:eastAsia="Ebrima" w:cs="Ebrima"/>
        </w:rPr>
        <w:t>ኣእምሮ</w:t>
      </w:r>
      <w:r>
        <w:rPr>
          <w:rFonts w:ascii="Times New Roman" w:hAnsi="Times New Roman" w:eastAsia="Times New Roman" w:cs="Times New Roman"/>
        </w:rPr>
        <w:t xml:space="preserve"> </w:t>
      </w:r>
      <w:r>
        <w:rPr>
          <w:rFonts w:ascii="Ebrima" w:hAnsi="Ebrima" w:eastAsia="Ebrima" w:cs="Ebrima"/>
        </w:rPr>
        <w:t>ሰባት</w:t>
      </w:r>
      <w:r>
        <w:rPr>
          <w:rFonts w:ascii="Times New Roman" w:hAnsi="Times New Roman" w:eastAsia="Times New Roman" w:cs="Times New Roman"/>
        </w:rPr>
        <w:t xml:space="preserve"> </w:t>
      </w:r>
      <w:r>
        <w:rPr>
          <w:rFonts w:ascii="Ebrima" w:hAnsi="Ebrima" w:eastAsia="Ebrima" w:cs="Ebrima"/>
        </w:rPr>
        <w:t>ምቁጽጻር</w:t>
      </w:r>
      <w:r>
        <w:rPr>
          <w:rFonts w:ascii="Times New Roman" w:hAnsi="Times New Roman" w:eastAsia="Times New Roman" w:cs="Times New Roman"/>
        </w:rPr>
        <w:t xml:space="preserve"> </w:t>
      </w:r>
      <w:r>
        <w:rPr>
          <w:rFonts w:ascii="Ebrima" w:hAnsi="Ebrima" w:eastAsia="Ebrima" w:cs="Ebrima"/>
        </w:rPr>
        <w:t>ብምውሳድ፡</w:t>
      </w:r>
      <w:r>
        <w:rPr>
          <w:rFonts w:ascii="Times New Roman" w:hAnsi="Times New Roman" w:eastAsia="Times New Roman" w:cs="Times New Roman"/>
        </w:rPr>
        <w:t xml:space="preserve"> </w:t>
      </w:r>
      <w:r>
        <w:rPr>
          <w:rFonts w:ascii="Ebrima" w:hAnsi="Ebrima" w:eastAsia="Ebrima" w:cs="Ebrima"/>
        </w:rPr>
        <w:t>ነቲ</w:t>
      </w:r>
      <w:r>
        <w:rPr>
          <w:rFonts w:ascii="Times New Roman" w:hAnsi="Times New Roman" w:eastAsia="Times New Roman" w:cs="Times New Roman"/>
        </w:rPr>
        <w:t xml:space="preserve"> </w:t>
      </w:r>
      <w:r>
        <w:rPr>
          <w:rFonts w:ascii="Ebrima" w:hAnsi="Ebrima" w:eastAsia="Ebrima" w:cs="Ebrima"/>
        </w:rPr>
        <w:t>ዕዮን</w:t>
      </w:r>
      <w:r>
        <w:rPr>
          <w:rFonts w:ascii="Times New Roman" w:hAnsi="Times New Roman" w:eastAsia="Times New Roman" w:cs="Times New Roman"/>
        </w:rPr>
        <w:t xml:space="preserve"> </w:t>
      </w:r>
      <w:r>
        <w:rPr>
          <w:rFonts w:ascii="Ebrima" w:hAnsi="Ebrima" w:eastAsia="Ebrima" w:cs="Ebrima"/>
        </w:rPr>
        <w:t>ጕዳይ</w:t>
      </w:r>
      <w:r>
        <w:rPr>
          <w:rFonts w:ascii="Times New Roman" w:hAnsi="Times New Roman" w:eastAsia="Times New Roman" w:cs="Times New Roman"/>
        </w:rPr>
        <w:t xml:space="preserve"> </w:t>
      </w:r>
      <w:r>
        <w:rPr>
          <w:rFonts w:ascii="Ebrima" w:hAnsi="Ebrima" w:eastAsia="Ebrima" w:cs="Ebrima"/>
        </w:rPr>
        <w:t>ኣምላኽን</w:t>
      </w:r>
      <w:r>
        <w:rPr>
          <w:rFonts w:ascii="Times New Roman" w:hAnsi="Times New Roman" w:eastAsia="Times New Roman" w:cs="Times New Roman"/>
        </w:rPr>
        <w:t xml:space="preserve"> </w:t>
      </w:r>
      <w:r>
        <w:rPr>
          <w:rFonts w:ascii="Ebrima" w:hAnsi="Ebrima" w:eastAsia="Ebrima" w:cs="Ebrima"/>
        </w:rPr>
        <w:t>ክቆጻጸሩ</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ባህርያት</w:t>
      </w:r>
      <w:r>
        <w:rPr>
          <w:rFonts w:ascii="Times New Roman" w:hAnsi="Times New Roman" w:eastAsia="Times New Roman" w:cs="Times New Roman"/>
        </w:rPr>
        <w:t xml:space="preserve"> </w:t>
      </w:r>
      <w:r>
        <w:rPr>
          <w:rFonts w:ascii="Ebrima" w:hAnsi="Ebrima" w:eastAsia="Ebrima" w:cs="Ebrima"/>
        </w:rPr>
        <w:t>ሰይጣን</w:t>
      </w:r>
      <w:r>
        <w:rPr>
          <w:rFonts w:ascii="Times New Roman" w:hAnsi="Times New Roman" w:eastAsia="Times New Roman" w:cs="Times New Roman"/>
        </w:rPr>
        <w:t xml:space="preserve"> </w:t>
      </w:r>
      <w:r>
        <w:rPr>
          <w:rFonts w:ascii="Ebrima" w:hAnsi="Ebrima" w:eastAsia="Ebrima" w:cs="Ebrima"/>
        </w:rPr>
        <w:t>ክግለጹ</w:t>
      </w:r>
      <w:r>
        <w:rPr>
          <w:rFonts w:ascii="Times New Roman" w:hAnsi="Times New Roman" w:eastAsia="Times New Roman" w:cs="Times New Roman"/>
        </w:rPr>
        <w:t xml:space="preserve"> </w:t>
      </w:r>
      <w:r>
        <w:rPr>
          <w:rFonts w:ascii="Ebrima" w:hAnsi="Ebrima" w:eastAsia="Ebrima" w:cs="Ebrima"/>
        </w:rPr>
        <w:t>ክጽዕሩ</w:t>
      </w:r>
      <w:r>
        <w:rPr>
          <w:rFonts w:ascii="Times New Roman" w:hAnsi="Times New Roman" w:eastAsia="Times New Roman" w:cs="Times New Roman"/>
        </w:rPr>
        <w:t xml:space="preserve"> </w:t>
      </w:r>
      <w:r>
        <w:rPr>
          <w:rFonts w:ascii="Ebrima" w:hAnsi="Ebrima" w:eastAsia="Ebrima" w:cs="Ebrima"/>
        </w:rPr>
        <w:t>እዮም።</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“Nyekur afoɔ no de akwanya yi mu de aduane ato hɔ, abɔ mpae, na wɔabrɛ wɔn koma ase wɔ Onyankopɔn anim, na wɔatena ase dinn de ayɛ Kyerɛwsɛm no mu nhwehwɛmu bom a, anka wɔahyɛ Onyankopɔn anuonyam. Nanso atɛnanimhwɛ honhom a wɔde baa nhyiam no too ɔpon no mu maa Onyankopɔn nhyira a ɛsom bo sen biara no; na wɔn a honhom no wɔ wɔn mu no renya gyinabea pa a wɔde behu hann no, kosi sɛ wɔbɛsakra wɔn adwene wɔ Onyankopɔn anim na wɔanya adwene kakra sɛnea wɔabɛn paa sɛ wɔayɛ Honhom Kronkron no ayayade na wɔanya honhom foforo.” The 1888 Materials, 832.</w:t>
      </w:r>
    </w:p>
    <w:p>
      <w:pPr>
        <w:pStyle w:val="ArticleBody"/>
        <w:jc w:val="left"/>
      </w:pPr>
      <w:r>
        <w:rPr>
          <w:rFonts w:ascii="Times New Roman" w:hAnsi="Times New Roman" w:eastAsia="Times New Roman" w:cs="Times New Roman"/>
        </w:rPr>
        <w:t>1888-pas, Kapatad nga White “nagtinay-og tungod sa kaugmaon sa” iglesia ug buluhaton sa Dios. Iya nakita nga an pagtilipon magbubunga hin padayon nga espirituwal nga pakiggirra ha mga lalaki nga amo an mga lider han Laodicean nga Adventismo, ngan an kontrobersiya mahitungod han “an adlaw-adlaw,” amo an pamatuod nga natuman an iya mga tagna dida gud hito nga henerasyon. Hito nga panahon may ginpadayon nga pakiggirra han mga lalaki nga waray “magpasakop ha ebidensya nga iginhatag han Dios” basi pamatud-an an “mensahe ngan mga mensahero nga tikang ha langit,” ngan adto nga mga lalaki nakiggirra kontra ha “Baraan nga Espiritu han Dios.” An ikaduha nga henerasyon nakakita han balay-imprenta ngan sanitarium nga nasunog tubtob ha pagkawad-an pinaagi han kalayo han paghukom han Dios.</w:t>
      </w:r>
    </w:p>
    <w:p>
      <w:pPr>
        <w:pStyle w:val="ArticleScripture"/>
        <w:jc w:val="left"/>
      </w:pPr>
      <w:r>
        <w:rPr>
          <w:rFonts w:ascii="Times New Roman" w:hAnsi="Times New Roman" w:eastAsia="Times New Roman" w:cs="Times New Roman"/>
        </w:rPr>
        <w:t>“</w:t>
      </w:r>
      <w:r>
        <w:rPr>
          <w:rFonts w:ascii="Nirmala UI" w:hAnsi="Nirmala UI" w:eastAsia="Nirmala UI" w:cs="Nirmala UI"/>
        </w:rPr>
        <w:t>ꯉꯁꯤ</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ꯔꯤꯚ꯭ꯌꯨ</w:t>
      </w:r>
      <w:r>
        <w:rPr>
          <w:rFonts w:ascii="Times New Roman" w:hAnsi="Times New Roman" w:eastAsia="Times New Roman" w:cs="Times New Roman"/>
        </w:rPr>
        <w:t xml:space="preserve"> </w:t>
      </w:r>
      <w:r>
        <w:rPr>
          <w:rFonts w:ascii="Nirmala UI" w:hAnsi="Nirmala UI" w:eastAsia="Nirmala UI" w:cs="Nirmala UI"/>
        </w:rPr>
        <w:t>ꯑꯣꯐꯤꯁ</w:t>
      </w:r>
      <w:r>
        <w:rPr>
          <w:rFonts w:ascii="Times New Roman" w:hAnsi="Times New Roman" w:eastAsia="Times New Roman" w:cs="Times New Roman"/>
        </w:rPr>
        <w:t xml:space="preserve"> </w:t>
      </w:r>
      <w:r>
        <w:rPr>
          <w:rFonts w:ascii="Nirmala UI" w:hAnsi="Nirmala UI" w:eastAsia="Nirmala UI" w:cs="Nirmala UI"/>
        </w:rPr>
        <w:t>ꯃꯦꯏꯅ</w:t>
      </w:r>
      <w:r>
        <w:rPr>
          <w:rFonts w:ascii="Times New Roman" w:hAnsi="Times New Roman" w:eastAsia="Times New Roman" w:cs="Times New Roman"/>
        </w:rPr>
        <w:t xml:space="preserve"> </w:t>
      </w:r>
      <w:r>
        <w:rPr>
          <w:rFonts w:ascii="Nirmala UI" w:hAnsi="Nirmala UI" w:eastAsia="Nirmala UI" w:cs="Nirmala UI"/>
        </w:rPr>
        <w:t>ꯃꯥꯡꯍꯜꯂꯕꯒꯤ</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ꯑꯦꯜꯗꯔ</w:t>
      </w:r>
      <w:r>
        <w:rPr>
          <w:rFonts w:ascii="Times New Roman" w:hAnsi="Times New Roman" w:eastAsia="Times New Roman" w:cs="Times New Roman"/>
        </w:rPr>
        <w:t xml:space="preserve"> </w:t>
      </w:r>
      <w:r>
        <w:rPr>
          <w:rFonts w:ascii="Nirmala UI" w:hAnsi="Nirmala UI" w:eastAsia="Nirmala UI" w:cs="Nirmala UI"/>
        </w:rPr>
        <w:t>ꯗꯦꯅꯤꯑꯦꯜꯁꯀꯤ</w:t>
      </w:r>
      <w:r>
        <w:rPr>
          <w:rFonts w:ascii="Times New Roman" w:hAnsi="Times New Roman" w:eastAsia="Times New Roman" w:cs="Times New Roman"/>
        </w:rPr>
        <w:t xml:space="preserve"> </w:t>
      </w:r>
      <w:r>
        <w:rPr>
          <w:rFonts w:ascii="Nirmala UI" w:hAnsi="Nirmala UI" w:eastAsia="Nirmala UI" w:cs="Nirmala UI"/>
        </w:rPr>
        <w:t>ꯂꯤꯀꯈꯠ</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ꯐꯪꯈꯤ꯫</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ꯈꯜꯂꯤꯡꯏ</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ꯊꯧꯗꯣꯛꯄꯗ</w:t>
      </w:r>
      <w:r>
        <w:rPr>
          <w:rFonts w:ascii="Times New Roman" w:hAnsi="Times New Roman" w:eastAsia="Times New Roman" w:cs="Times New Roman"/>
        </w:rPr>
        <w:t xml:space="preserve"> </w:t>
      </w:r>
      <w:r>
        <w:rPr>
          <w:rFonts w:ascii="Nirmala UI" w:hAnsi="Nirmala UI" w:eastAsia="Nirmala UI" w:cs="Nirmala UI"/>
        </w:rPr>
        <w:t>ꯊꯣꯡꯅꯥ</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ꯍꯥꯏꯔꯒ</w:t>
      </w:r>
      <w:r>
        <w:rPr>
          <w:rFonts w:ascii="Times New Roman" w:hAnsi="Times New Roman" w:eastAsia="Times New Roman" w:cs="Times New Roman"/>
        </w:rPr>
        <w:t xml:space="preserve"> </w:t>
      </w:r>
      <w:r>
        <w:rPr>
          <w:rFonts w:ascii="Nirmala UI" w:hAnsi="Nirmala UI" w:eastAsia="Nirmala UI" w:cs="Nirmala UI"/>
        </w:rPr>
        <w:t>ꯌꯥꯝꯅꯥ</w:t>
      </w:r>
      <w:r>
        <w:rPr>
          <w:rFonts w:ascii="Times New Roman" w:hAnsi="Times New Roman" w:eastAsia="Times New Roman" w:cs="Times New Roman"/>
        </w:rPr>
        <w:t xml:space="preserve"> </w:t>
      </w:r>
      <w:r>
        <w:rPr>
          <w:rFonts w:ascii="Nirmala UI" w:hAnsi="Nirmala UI" w:eastAsia="Nirmala UI" w:cs="Nirmala UI"/>
        </w:rPr>
        <w:t>ꯋꯥꯡꯂꯦ꯫</w:t>
      </w:r>
      <w:r>
        <w:rPr>
          <w:rFonts w:ascii="Times New Roman" w:hAnsi="Times New Roman" w:eastAsia="Times New Roman" w:cs="Times New Roman"/>
        </w:rPr>
        <w:t xml:space="preserve"> </w:t>
      </w:r>
      <w:r>
        <w:rPr>
          <w:rFonts w:ascii="Nirmala UI" w:hAnsi="Nirmala UI" w:eastAsia="Nirmala UI" w:cs="Nirmala UI"/>
        </w:rPr>
        <w:t>ꯇꯧꯔꯤꯕ</w:t>
      </w:r>
      <w:r>
        <w:rPr>
          <w:rFonts w:ascii="Times New Roman" w:hAnsi="Times New Roman" w:eastAsia="Times New Roman" w:cs="Times New Roman"/>
        </w:rPr>
        <w:t xml:space="preserve"> </w:t>
      </w:r>
      <w:r>
        <w:rPr>
          <w:rFonts w:ascii="Nirmala UI" w:hAnsi="Nirmala UI" w:eastAsia="Nirmala UI" w:cs="Nirmala UI"/>
        </w:rPr>
        <w:t>ꯃꯤꯁꯤꯡ</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ꯊꯧꯔꯥꯡꯗ</w:t>
      </w:r>
      <w:r>
        <w:rPr>
          <w:rFonts w:ascii="Times New Roman" w:hAnsi="Times New Roman" w:eastAsia="Times New Roman" w:cs="Times New Roman"/>
        </w:rPr>
        <w:t xml:space="preserve"> </w:t>
      </w:r>
      <w:r>
        <w:rPr>
          <w:rFonts w:ascii="Nirmala UI" w:hAnsi="Nirmala UI" w:eastAsia="Nirmala UI" w:cs="Nirmala UI"/>
        </w:rPr>
        <w:t>ꯌꯦꯟꯅꯔꯤꯕ</w:t>
      </w:r>
      <w:r>
        <w:rPr>
          <w:rFonts w:ascii="Times New Roman" w:hAnsi="Times New Roman" w:eastAsia="Times New Roman" w:cs="Times New Roman"/>
        </w:rPr>
        <w:t xml:space="preserve"> </w:t>
      </w:r>
      <w:r>
        <w:rPr>
          <w:rFonts w:ascii="Nirmala UI" w:hAnsi="Nirmala UI" w:eastAsia="Nirmala UI" w:cs="Nirmala UI"/>
        </w:rPr>
        <w:t>ꯎꯅꯥꯛꯁꯤꯡꯒꯤ</w:t>
      </w:r>
      <w:r>
        <w:rPr>
          <w:rFonts w:ascii="Times New Roman" w:hAnsi="Times New Roman" w:eastAsia="Times New Roman" w:cs="Times New Roman"/>
        </w:rPr>
        <w:t xml:space="preserve"> </w:t>
      </w:r>
      <w:r>
        <w:rPr>
          <w:rFonts w:ascii="Nirmala UI" w:hAnsi="Nirmala UI" w:eastAsia="Nirmala UI" w:cs="Nirmala UI"/>
        </w:rPr>
        <w:t>ꯃꯔꯨꯡꯗ</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ꯑꯣꯐꯤꯁꯀꯤ</w:t>
      </w:r>
      <w:r>
        <w:rPr>
          <w:rFonts w:ascii="Times New Roman" w:hAnsi="Times New Roman" w:eastAsia="Times New Roman" w:cs="Times New Roman"/>
        </w:rPr>
        <w:t xml:space="preserve"> </w:t>
      </w:r>
      <w:r>
        <w:rPr>
          <w:rFonts w:ascii="Nirmala UI" w:hAnsi="Nirmala UI" w:eastAsia="Nirmala UI" w:cs="Nirmala UI"/>
        </w:rPr>
        <w:t>ꯊꯕꯛ</w:t>
      </w:r>
      <w:r>
        <w:rPr>
          <w:rFonts w:ascii="Times New Roman" w:hAnsi="Times New Roman" w:eastAsia="Times New Roman" w:cs="Times New Roman"/>
        </w:rPr>
        <w:t xml:space="preserve"> </w:t>
      </w:r>
      <w:r>
        <w:rPr>
          <w:rFonts w:ascii="Nirmala UI" w:hAnsi="Nirmala UI" w:eastAsia="Nirmala UI" w:cs="Nirmala UI"/>
        </w:rPr>
        <w:t>ꯇꯧꯔꯤꯕ</w:t>
      </w:r>
      <w:r>
        <w:rPr>
          <w:rFonts w:ascii="Times New Roman" w:hAnsi="Times New Roman" w:eastAsia="Times New Roman" w:cs="Times New Roman"/>
        </w:rPr>
        <w:t xml:space="preserve"> </w:t>
      </w:r>
      <w:r>
        <w:rPr>
          <w:rFonts w:ascii="Nirmala UI" w:hAnsi="Nirmala UI" w:eastAsia="Nirmala UI" w:cs="Nirmala UI"/>
        </w:rPr>
        <w:t>ꯃꯤꯁꯤꯡꯒꯤ</w:t>
      </w:r>
      <w:r>
        <w:rPr>
          <w:rFonts w:ascii="Times New Roman" w:hAnsi="Times New Roman" w:eastAsia="Times New Roman" w:cs="Times New Roman"/>
        </w:rPr>
        <w:t xml:space="preserve"> </w:t>
      </w:r>
      <w:r>
        <w:rPr>
          <w:rFonts w:ascii="Nirmala UI" w:hAnsi="Nirmala UI" w:eastAsia="Nirmala UI" w:cs="Nirmala UI"/>
        </w:rPr>
        <w:t>ꯃꯔꯨꯡꯗ</w:t>
      </w:r>
      <w:r>
        <w:rPr>
          <w:rFonts w:ascii="Times New Roman" w:hAnsi="Times New Roman" w:eastAsia="Times New Roman" w:cs="Times New Roman"/>
        </w:rPr>
        <w:t xml:space="preserve"> </w:t>
      </w:r>
      <w:r>
        <w:rPr>
          <w:rFonts w:ascii="Nirmala UI" w:hAnsi="Nirmala UI" w:eastAsia="Nirmala UI" w:cs="Nirmala UI"/>
        </w:rPr>
        <w:t>ꯌꯥꯝꯅꯥ</w:t>
      </w:r>
      <w:r>
        <w:rPr>
          <w:rFonts w:ascii="Times New Roman" w:hAnsi="Times New Roman" w:eastAsia="Times New Roman" w:cs="Times New Roman"/>
        </w:rPr>
        <w:t xml:space="preserve"> </w:t>
      </w:r>
      <w:r>
        <w:rPr>
          <w:rFonts w:ascii="Nirmala UI" w:hAnsi="Nirmala UI" w:eastAsia="Nirmala UI" w:cs="Nirmala UI"/>
        </w:rPr>
        <w:t>ꯑꯣꯏꯕ</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ꯑꯣꯏꯔꯕꯅꯤ</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ꯈꯪꯉꯩ꯫</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ꯑꯄꯥꯡꯕ</w:t>
      </w:r>
      <w:r>
        <w:rPr>
          <w:rFonts w:ascii="Times New Roman" w:hAnsi="Times New Roman" w:eastAsia="Times New Roman" w:cs="Times New Roman"/>
        </w:rPr>
        <w:t xml:space="preserve"> </w:t>
      </w:r>
      <w:r>
        <w:rPr>
          <w:rFonts w:ascii="Nirmala UI" w:hAnsi="Nirmala UI" w:eastAsia="Nirmala UI" w:cs="Nirmala UI"/>
        </w:rPr>
        <w:t>ꯃꯤ</w:t>
      </w:r>
      <w:r>
        <w:rPr>
          <w:rFonts w:ascii="Times New Roman" w:hAnsi="Times New Roman" w:eastAsia="Times New Roman" w:cs="Times New Roman"/>
        </w:rPr>
        <w:t xml:space="preserve"> </w:t>
      </w:r>
      <w:r>
        <w:rPr>
          <w:rFonts w:ascii="Nirmala UI" w:hAnsi="Nirmala UI" w:eastAsia="Nirmala UI" w:cs="Nirmala UI"/>
        </w:rPr>
        <w:t>ꯄꯨꯝꯅꯃꯛꯄꯨ</w:t>
      </w:r>
      <w:r>
        <w:rPr>
          <w:rFonts w:ascii="Times New Roman" w:hAnsi="Times New Roman" w:eastAsia="Times New Roman" w:cs="Times New Roman"/>
        </w:rPr>
        <w:t xml:space="preserve"> </w:t>
      </w:r>
      <w:r>
        <w:rPr>
          <w:rFonts w:ascii="Nirmala UI" w:hAnsi="Nirmala UI" w:eastAsia="Nirmala UI" w:cs="Nirmala UI"/>
        </w:rPr>
        <w:t>ꯂꯣꯏꯅꯅ</w:t>
      </w:r>
      <w:r>
        <w:rPr>
          <w:rFonts w:ascii="Times New Roman" w:hAnsi="Times New Roman" w:eastAsia="Times New Roman" w:cs="Times New Roman"/>
        </w:rPr>
        <w:t xml:space="preserve"> </w:t>
      </w:r>
      <w:r>
        <w:rPr>
          <w:rFonts w:ascii="Nirmala UI" w:hAnsi="Nirmala UI" w:eastAsia="Nirmala UI" w:cs="Nirmala UI"/>
        </w:rPr>
        <w:t>ꯑꯦꯥꯏꯁꯨ</w:t>
      </w:r>
      <w:r>
        <w:rPr>
          <w:rFonts w:ascii="Times New Roman" w:hAnsi="Times New Roman" w:eastAsia="Times New Roman" w:cs="Times New Roman"/>
        </w:rPr>
        <w:t xml:space="preserve"> </w:t>
      </w:r>
      <w:r>
        <w:rPr>
          <w:rFonts w:ascii="Nirmala UI" w:hAnsi="Nirmala UI" w:eastAsia="Nirmala UI" w:cs="Nirmala UI"/>
        </w:rPr>
        <w:t>ꯑꯄꯥꯡꯕꯅꯤ꯫</w:t>
      </w:r>
      <w:r>
        <w:rPr>
          <w:rFonts w:ascii="Times New Roman" w:hAnsi="Times New Roman" w:eastAsia="Times New Roman" w:cs="Times New Roman"/>
        </w:rPr>
        <w:t xml:space="preserve"> </w:t>
      </w:r>
      <w:r>
        <w:rPr>
          <w:rFonts w:ascii="Nirmala UI" w:hAnsi="Nirmala UI" w:eastAsia="Nirmala UI" w:cs="Nirmala UI"/>
        </w:rPr>
        <w:t>ꯑꯩꯁꯤꯗꯤ</w:t>
      </w:r>
      <w:r>
        <w:rPr>
          <w:rFonts w:ascii="Times New Roman" w:hAnsi="Times New Roman" w:eastAsia="Times New Roman" w:cs="Times New Roman"/>
        </w:rPr>
        <w:t xml:space="preserve"> </w:t>
      </w:r>
      <w:r>
        <w:rPr>
          <w:rFonts w:ascii="Nirmala UI" w:hAnsi="Nirmala UI" w:eastAsia="Nirmala UI" w:cs="Nirmala UI"/>
        </w:rPr>
        <w:t>ꯈꯣꯡꯖꯦꯜ</w:t>
      </w:r>
      <w:r>
        <w:rPr>
          <w:rFonts w:ascii="Times New Roman" w:hAnsi="Times New Roman" w:eastAsia="Times New Roman" w:cs="Times New Roman"/>
        </w:rPr>
        <w:t xml:space="preserve"> </w:t>
      </w:r>
      <w:r>
        <w:rPr>
          <w:rFonts w:ascii="Nirmala UI" w:hAnsi="Nirmala UI" w:eastAsia="Nirmala UI" w:cs="Nirmala UI"/>
        </w:rPr>
        <w:t>ꯑꯁꯤꯅ</w:t>
      </w:r>
      <w:r>
        <w:rPr>
          <w:rFonts w:ascii="Times New Roman" w:hAnsi="Times New Roman" w:eastAsia="Times New Roman" w:cs="Times New Roman"/>
        </w:rPr>
        <w:t xml:space="preserve"> </w:t>
      </w:r>
      <w:r>
        <w:rPr>
          <w:rFonts w:ascii="Nirmala UI" w:hAnsi="Nirmala UI" w:eastAsia="Nirmala UI" w:cs="Nirmala UI"/>
        </w:rPr>
        <w:t>ꯑꯩꯕꯨ</w:t>
      </w:r>
      <w:r>
        <w:rPr>
          <w:rFonts w:ascii="Times New Roman" w:hAnsi="Times New Roman" w:eastAsia="Times New Roman" w:cs="Times New Roman"/>
        </w:rPr>
        <w:t xml:space="preserve"> </w:t>
      </w:r>
      <w:r>
        <w:rPr>
          <w:rFonts w:ascii="Nirmala UI" w:hAnsi="Nirmala UI" w:eastAsia="Nirmala UI" w:cs="Nirmala UI"/>
        </w:rPr>
        <w:t>ꯑꯥꯁꯪꯕ</w:t>
      </w:r>
      <w:r>
        <w:rPr>
          <w:rFonts w:ascii="Times New Roman" w:hAnsi="Times New Roman" w:eastAsia="Times New Roman" w:cs="Times New Roman"/>
        </w:rPr>
        <w:t xml:space="preserve"> </w:t>
      </w:r>
      <w:r>
        <w:rPr>
          <w:rFonts w:ascii="Nirmala UI" w:hAnsi="Nirmala UI" w:eastAsia="Nirmala UI" w:cs="Nirmala UI"/>
        </w:rPr>
        <w:t>ꯇꯧꯗꯦ</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ꯅꯨꯡꯊꯤꯜꯒꯤ</w:t>
      </w:r>
      <w:r>
        <w:rPr>
          <w:rFonts w:ascii="Times New Roman" w:hAnsi="Times New Roman" w:eastAsia="Times New Roman" w:cs="Times New Roman"/>
        </w:rPr>
        <w:t xml:space="preserve"> </w:t>
      </w:r>
      <w:r>
        <w:rPr>
          <w:rFonts w:ascii="Nirmala UI" w:hAnsi="Nirmala UI" w:eastAsia="Nirmala UI" w:cs="Nirmala UI"/>
        </w:rPr>
        <w:t>ꯃꯊꯪꯗ</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ꯃꯤꯌꯥꯝ</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ꯃꯦꯏꯒꯤ</w:t>
      </w:r>
      <w:r>
        <w:rPr>
          <w:rFonts w:ascii="Times New Roman" w:hAnsi="Times New Roman" w:eastAsia="Times New Roman" w:cs="Times New Roman"/>
        </w:rPr>
        <w:t xml:space="preserve"> </w:t>
      </w:r>
      <w:r>
        <w:rPr>
          <w:rFonts w:ascii="Nirmala UI" w:hAnsi="Nirmala UI" w:eastAsia="Nirmala UI" w:cs="Nirmala UI"/>
        </w:rPr>
        <w:t>ꯊꯧꯔꯥꯡ</w:t>
      </w:r>
      <w:r>
        <w:rPr>
          <w:rFonts w:ascii="Times New Roman" w:hAnsi="Times New Roman" w:eastAsia="Times New Roman" w:cs="Times New Roman"/>
        </w:rPr>
        <w:t xml:space="preserve"> </w:t>
      </w:r>
      <w:r>
        <w:rPr>
          <w:rFonts w:ascii="Nirmala UI" w:hAnsi="Nirmala UI" w:eastAsia="Nirmala UI" w:cs="Nirmala UI"/>
        </w:rPr>
        <w:t>ꯑꯑꯣꯞꯄ</w:t>
      </w:r>
      <w:r>
        <w:rPr>
          <w:rFonts w:ascii="Times New Roman" w:hAnsi="Times New Roman" w:eastAsia="Times New Roman" w:cs="Times New Roman"/>
        </w:rPr>
        <w:t xml:space="preserve"> </w:t>
      </w:r>
      <w:r>
        <w:rPr>
          <w:rFonts w:ascii="Nirmala UI" w:hAnsi="Nirmala UI" w:eastAsia="Nirmala UI" w:cs="Nirmala UI"/>
        </w:rPr>
        <w:t>ꯊꯥꯡ</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ꯊꯥꯗꯨꯅ</w:t>
      </w:r>
      <w:r>
        <w:rPr>
          <w:rFonts w:ascii="Times New Roman" w:hAnsi="Times New Roman" w:eastAsia="Times New Roman" w:cs="Times New Roman"/>
        </w:rPr>
        <w:t xml:space="preserve"> </w:t>
      </w:r>
      <w:r>
        <w:rPr>
          <w:rFonts w:ascii="Nirmala UI" w:hAnsi="Nirmala UI" w:eastAsia="Nirmala UI" w:cs="Nirmala UI"/>
        </w:rPr>
        <w:t>ꯕꯦꯇꯜ</w:t>
      </w:r>
      <w:r>
        <w:rPr>
          <w:rFonts w:ascii="Times New Roman" w:hAnsi="Times New Roman" w:eastAsia="Times New Roman" w:cs="Times New Roman"/>
        </w:rPr>
        <w:t xml:space="preserve"> </w:t>
      </w:r>
      <w:r>
        <w:rPr>
          <w:rFonts w:ascii="Nirmala UI" w:hAnsi="Nirmala UI" w:eastAsia="Nirmala UI" w:cs="Nirmala UI"/>
        </w:rPr>
        <w:t>ꯀ꯭ꯔꯤꯛꯀꯤ</w:t>
      </w:r>
      <w:r>
        <w:rPr>
          <w:rFonts w:ascii="Times New Roman" w:hAnsi="Times New Roman" w:eastAsia="Times New Roman" w:cs="Times New Roman"/>
        </w:rPr>
        <w:t xml:space="preserve"> </w:t>
      </w:r>
      <w:r>
        <w:rPr>
          <w:rFonts w:ascii="Nirmala UI" w:hAnsi="Nirmala UI" w:eastAsia="Nirmala UI" w:cs="Nirmala UI"/>
        </w:rPr>
        <w:t>ꯃꯊꯛꯇ</w:t>
      </w:r>
      <w:r>
        <w:rPr>
          <w:rFonts w:ascii="Times New Roman" w:hAnsi="Times New Roman" w:eastAsia="Times New Roman" w:cs="Times New Roman"/>
        </w:rPr>
        <w:t xml:space="preserve"> </w:t>
      </w:r>
      <w:r>
        <w:rPr>
          <w:rFonts w:ascii="Nirmala UI" w:hAnsi="Nirmala UI" w:eastAsia="Nirmala UI" w:cs="Nirmala UI"/>
        </w:rPr>
        <w:t>ꯂꯦꯡꯗꯨꯅ</w:t>
      </w:r>
      <w:r>
        <w:rPr>
          <w:rFonts w:ascii="Times New Roman" w:hAnsi="Times New Roman" w:eastAsia="Times New Roman" w:cs="Times New Roman"/>
        </w:rPr>
        <w:t xml:space="preserve"> </w:t>
      </w:r>
      <w:r>
        <w:rPr>
          <w:rFonts w:ascii="Nirmala UI" w:hAnsi="Nirmala UI" w:eastAsia="Nirmala UI" w:cs="Nirmala UI"/>
        </w:rPr>
        <w:t>ꯂꯦꯞꯂꯤꯕ</w:t>
      </w:r>
      <w:r>
        <w:rPr>
          <w:rFonts w:ascii="Times New Roman" w:hAnsi="Times New Roman" w:eastAsia="Times New Roman" w:cs="Times New Roman"/>
        </w:rPr>
        <w:t xml:space="preserve"> </w:t>
      </w:r>
      <w:r>
        <w:rPr>
          <w:rFonts w:ascii="Nirmala UI" w:hAnsi="Nirmala UI" w:eastAsia="Nirmala UI" w:cs="Nirmala UI"/>
        </w:rPr>
        <w:t>ꯎꯠꯄ</w:t>
      </w:r>
      <w:r>
        <w:rPr>
          <w:rFonts w:ascii="Times New Roman" w:hAnsi="Times New Roman" w:eastAsia="Times New Roman" w:cs="Times New Roman"/>
        </w:rPr>
        <w:t xml:space="preserve"> </w:t>
      </w:r>
      <w:r>
        <w:rPr>
          <w:rFonts w:ascii="Nirmala UI" w:hAnsi="Nirmala UI" w:eastAsia="Nirmala UI" w:cs="Nirmala UI"/>
        </w:rPr>
        <w:t>ꯎꯡꯉꯤ꯫</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ꯅꯨꯃꯤৎꯀꯤ</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ꯑꯩꯒꯤ</w:t>
      </w:r>
      <w:r>
        <w:rPr>
          <w:rFonts w:ascii="Times New Roman" w:hAnsi="Times New Roman" w:eastAsia="Times New Roman" w:cs="Times New Roman"/>
        </w:rPr>
        <w:t xml:space="preserve"> </w:t>
      </w:r>
      <w:r>
        <w:rPr>
          <w:rFonts w:ascii="Nirmala UI" w:hAnsi="Nirmala UI" w:eastAsia="Nirmala UI" w:cs="Nirmala UI"/>
        </w:rPr>
        <w:t>ꯌꯦꯟ</w:t>
      </w:r>
      <w:r>
        <w:rPr>
          <w:rFonts w:ascii="Times New Roman" w:hAnsi="Times New Roman" w:eastAsia="Times New Roman" w:cs="Times New Roman"/>
        </w:rPr>
        <w:t xml:space="preserve"> </w:t>
      </w:r>
      <w:r>
        <w:rPr>
          <w:rFonts w:ascii="Nirmala UI" w:hAnsi="Nirmala UI" w:eastAsia="Nirmala UI" w:cs="Nirmala UI"/>
        </w:rPr>
        <w:t>ꯑꯩꯒꯤ</w:t>
      </w:r>
      <w:r>
        <w:rPr>
          <w:rFonts w:ascii="Times New Roman" w:hAnsi="Times New Roman" w:eastAsia="Times New Roman" w:cs="Times New Roman"/>
        </w:rPr>
        <w:t xml:space="preserve"> </w:t>
      </w:r>
      <w:r>
        <w:rPr>
          <w:rFonts w:ascii="Nirmala UI" w:hAnsi="Nirmala UI" w:eastAsia="Nirmala UI" w:cs="Nirmala UI"/>
        </w:rPr>
        <w:t>ꯈꯨৎꯇ</w:t>
      </w:r>
      <w:r>
        <w:rPr>
          <w:rFonts w:ascii="Times New Roman" w:hAnsi="Times New Roman" w:eastAsia="Times New Roman" w:cs="Times New Roman"/>
        </w:rPr>
        <w:t xml:space="preserve"> </w:t>
      </w:r>
      <w:r>
        <w:rPr>
          <w:rFonts w:ascii="Nirmala UI" w:hAnsi="Nirmala UI" w:eastAsia="Nirmala UI" w:cs="Nirmala UI"/>
        </w:rPr>
        <w:t>ꯂꯩꯔꯝꯕ</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ꯑꯩ</w:t>
      </w:r>
      <w:r>
        <w:rPr>
          <w:rFonts w:ascii="Times New Roman" w:hAnsi="Times New Roman" w:eastAsia="Times New Roman" w:cs="Times New Roman"/>
        </w:rPr>
        <w:t xml:space="preserve"> </w:t>
      </w:r>
      <w:r>
        <w:rPr>
          <w:rFonts w:ascii="Nirmala UI" w:hAnsi="Nirmala UI" w:eastAsia="Nirmala UI" w:cs="Nirmala UI"/>
        </w:rPr>
        <w:t>ꯁꯦꯟꯁ</w:t>
      </w:r>
      <w:r>
        <w:rPr>
          <w:rFonts w:ascii="Times New Roman" w:hAnsi="Times New Roman" w:eastAsia="Times New Roman" w:cs="Times New Roman"/>
        </w:rPr>
        <w:t xml:space="preserve"> </w:t>
      </w:r>
      <w:r>
        <w:rPr>
          <w:rFonts w:ascii="Nirmala UI" w:hAnsi="Nirmala UI" w:eastAsia="Nirmala UI" w:cs="Nirmala UI"/>
        </w:rPr>
        <w:t>ꯂꯧꯊꯈꯤ</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ꯃꯦꯏꯒꯤ</w:t>
      </w:r>
      <w:r>
        <w:rPr>
          <w:rFonts w:ascii="Times New Roman" w:hAnsi="Times New Roman" w:eastAsia="Times New Roman" w:cs="Times New Roman"/>
        </w:rPr>
        <w:t xml:space="preserve"> </w:t>
      </w:r>
      <w:r>
        <w:rPr>
          <w:rFonts w:ascii="Nirmala UI" w:hAnsi="Nirmala UI" w:eastAsia="Nirmala UI" w:cs="Nirmala UI"/>
        </w:rPr>
        <w:t>ꯊꯥꯡ</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ꯑꯃꯨꯛꯀ</w:t>
      </w:r>
      <w:r>
        <w:rPr>
          <w:rFonts w:ascii="Times New Roman" w:hAnsi="Times New Roman" w:eastAsia="Times New Roman" w:cs="Times New Roman"/>
        </w:rPr>
        <w:t xml:space="preserve"> </w:t>
      </w:r>
      <w:r>
        <w:rPr>
          <w:rFonts w:ascii="Nirmala UI" w:hAnsi="Nirmala UI" w:eastAsia="Nirmala UI" w:cs="Nirmala UI"/>
        </w:rPr>
        <w:t>ꯃꯥꯏꯒꯤ</w:t>
      </w:r>
      <w:r>
        <w:rPr>
          <w:rFonts w:ascii="Times New Roman" w:hAnsi="Times New Roman" w:eastAsia="Times New Roman" w:cs="Times New Roman"/>
        </w:rPr>
        <w:t xml:space="preserve"> </w:t>
      </w:r>
      <w:r>
        <w:rPr>
          <w:rFonts w:ascii="Nirmala UI" w:hAnsi="Nirmala UI" w:eastAsia="Nirmala UI" w:cs="Nirmala UI"/>
        </w:rPr>
        <w:t>ꯑꯃꯗ</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ꯑꯃꯨꯛꯀ</w:t>
      </w:r>
      <w:r>
        <w:rPr>
          <w:rFonts w:ascii="Times New Roman" w:hAnsi="Times New Roman" w:eastAsia="Times New Roman" w:cs="Times New Roman"/>
        </w:rPr>
        <w:t xml:space="preserve"> </w:t>
      </w:r>
      <w:r>
        <w:rPr>
          <w:rFonts w:ascii="Nirmala UI" w:hAnsi="Nirmala UI" w:eastAsia="Nirmala UI" w:cs="Nirmala UI"/>
        </w:rPr>
        <w:t>ꯑꯇꯣꯞꯄ</w:t>
      </w:r>
      <w:r>
        <w:rPr>
          <w:rFonts w:ascii="Times New Roman" w:hAnsi="Times New Roman" w:eastAsia="Times New Roman" w:cs="Times New Roman"/>
        </w:rPr>
        <w:t xml:space="preserve"> </w:t>
      </w:r>
      <w:r>
        <w:rPr>
          <w:rFonts w:ascii="Nirmala UI" w:hAnsi="Nirmala UI" w:eastAsia="Nirmala UI" w:cs="Nirmala UI"/>
        </w:rPr>
        <w:t>ꯃꯥꯏꯒꯤ</w:t>
      </w:r>
      <w:r>
        <w:rPr>
          <w:rFonts w:ascii="Times New Roman" w:hAnsi="Times New Roman" w:eastAsia="Times New Roman" w:cs="Times New Roman"/>
        </w:rPr>
        <w:t xml:space="preserve"> </w:t>
      </w:r>
      <w:r>
        <w:rPr>
          <w:rFonts w:ascii="Nirmala UI" w:hAnsi="Nirmala UI" w:eastAsia="Nirmala UI" w:cs="Nirmala UI"/>
        </w:rPr>
        <w:t>ꯑꯃꯗ</w:t>
      </w:r>
      <w:r>
        <w:rPr>
          <w:rFonts w:ascii="Times New Roman" w:hAnsi="Times New Roman" w:eastAsia="Times New Roman" w:cs="Times New Roman"/>
        </w:rPr>
        <w:t xml:space="preserve"> </w:t>
      </w:r>
      <w:r>
        <w:rPr>
          <w:rFonts w:ascii="Nirmala UI" w:hAnsi="Nirmala UI" w:eastAsia="Nirmala UI" w:cs="Nirmala UI"/>
        </w:rPr>
        <w:t>ꯂꯣꯏꯁꯤꯜꯂꯕ</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ꯌꯥꯎꯔꯦ꯫</w:t>
      </w:r>
      <w:r>
        <w:rPr>
          <w:rFonts w:ascii="Times New Roman" w:hAnsi="Times New Roman" w:eastAsia="Times New Roman" w:cs="Times New Roman"/>
        </w:rPr>
        <w:t xml:space="preserve"> </w:t>
      </w:r>
      <w:r>
        <w:rPr>
          <w:rFonts w:ascii="Nirmala UI" w:hAnsi="Nirmala UI" w:eastAsia="Nirmala UI" w:cs="Nirmala UI"/>
        </w:rPr>
        <w:t>ꯃꯤꯑꯣꯏꯁꯤꯡꯅ</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ꯃꯄꯨꯄꯗ</w:t>
      </w:r>
      <w:r>
        <w:rPr>
          <w:rFonts w:ascii="Times New Roman" w:hAnsi="Times New Roman" w:eastAsia="Times New Roman" w:cs="Times New Roman"/>
        </w:rPr>
        <w:t xml:space="preserve"> </w:t>
      </w:r>
      <w:r>
        <w:rPr>
          <w:rFonts w:ascii="Nirmala UI" w:hAnsi="Nirmala UI" w:eastAsia="Nirmala UI" w:cs="Nirmala UI"/>
        </w:rPr>
        <w:t>ꯍꯧꯖꯤꯛꯇꯅ</w:t>
      </w:r>
      <w:r>
        <w:rPr>
          <w:rFonts w:ascii="Times New Roman" w:hAnsi="Times New Roman" w:eastAsia="Times New Roman" w:cs="Times New Roman"/>
        </w:rPr>
        <w:t xml:space="preserve"> </w:t>
      </w:r>
      <w:r>
        <w:rPr>
          <w:rFonts w:ascii="Nirmala UI" w:hAnsi="Nirmala UI" w:eastAsia="Nirmala UI" w:cs="Nirmala UI"/>
        </w:rPr>
        <w:t>ꯊꯧꯖꯜ</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ꯄꯤꯕ</w:t>
      </w:r>
      <w:r>
        <w:rPr>
          <w:rFonts w:ascii="Times New Roman" w:hAnsi="Times New Roman" w:eastAsia="Times New Roman" w:cs="Times New Roman"/>
        </w:rPr>
        <w:t xml:space="preserve"> </w:t>
      </w:r>
      <w:r>
        <w:rPr>
          <w:rFonts w:ascii="Nirmala UI" w:hAnsi="Nirmala UI" w:eastAsia="Nirmala UI" w:cs="Nirmala UI"/>
        </w:rPr>
        <w:t>ꯇꯧꯅꯕꯒꯤ</w:t>
      </w:r>
      <w:r>
        <w:rPr>
          <w:rFonts w:ascii="Times New Roman" w:hAnsi="Times New Roman" w:eastAsia="Times New Roman" w:cs="Times New Roman"/>
        </w:rPr>
        <w:t xml:space="preserve"> </w:t>
      </w:r>
      <w:r>
        <w:rPr>
          <w:rFonts w:ascii="Nirmala UI" w:hAnsi="Nirmala UI" w:eastAsia="Nirmala UI" w:cs="Nirmala UI"/>
        </w:rPr>
        <w:t>ꯄꯥꯟꯗꯝꯅ</w:t>
      </w:r>
      <w:r>
        <w:rPr>
          <w:rFonts w:ascii="Times New Roman" w:hAnsi="Times New Roman" w:eastAsia="Times New Roman" w:cs="Times New Roman"/>
        </w:rPr>
        <w:t xml:space="preserve"> </w:t>
      </w:r>
      <w:r>
        <w:rPr>
          <w:rFonts w:ascii="Nirmala UI" w:hAnsi="Nirmala UI" w:eastAsia="Nirmala UI" w:cs="Nirmala UI"/>
        </w:rPr>
        <w:t>ꯁꯦꯝꯒꯠꯂꯕ</w:t>
      </w:r>
      <w:r>
        <w:rPr>
          <w:rFonts w:ascii="Times New Roman" w:hAnsi="Times New Roman" w:eastAsia="Times New Roman" w:cs="Times New Roman"/>
        </w:rPr>
        <w:t xml:space="preserve"> </w:t>
      </w:r>
      <w:r>
        <w:rPr>
          <w:rFonts w:ascii="Nirmala UI" w:hAnsi="Nirmala UI" w:eastAsia="Nirmala UI" w:cs="Nirmala UI"/>
        </w:rPr>
        <w:t>ꯄꯥꯎꯖꯦꯜꯁꯤꯡꯁꯤꯅ</w:t>
      </w:r>
      <w:r>
        <w:rPr>
          <w:rFonts w:ascii="Times New Roman" w:hAnsi="Times New Roman" w:eastAsia="Times New Roman" w:cs="Times New Roman"/>
        </w:rPr>
        <w:t xml:space="preserve"> </w:t>
      </w:r>
      <w:r>
        <w:rPr>
          <w:rFonts w:ascii="Nirmala UI" w:hAnsi="Nirmala UI" w:eastAsia="Nirmala UI" w:cs="Nirmala UI"/>
        </w:rPr>
        <w:t>ꯏꯁ꯭ꯋꯔꯕꯨ</w:t>
      </w:r>
      <w:r>
        <w:rPr>
          <w:rFonts w:ascii="Times New Roman" w:hAnsi="Times New Roman" w:eastAsia="Times New Roman" w:cs="Times New Roman"/>
        </w:rPr>
        <w:t xml:space="preserve"> </w:t>
      </w:r>
      <w:r>
        <w:rPr>
          <w:rFonts w:ascii="Nirmala UI" w:hAnsi="Nirmala UI" w:eastAsia="Nirmala UI" w:cs="Nirmala UI"/>
        </w:rPr>
        <w:t>ꯂꯥꯏꯅꯤꯡꯍꯥꯟꯕ</w:t>
      </w:r>
      <w:r>
        <w:rPr>
          <w:rFonts w:ascii="Times New Roman" w:hAnsi="Times New Roman" w:eastAsia="Times New Roman" w:cs="Times New Roman"/>
        </w:rPr>
        <w:t xml:space="preserve"> </w:t>
      </w:r>
      <w:r>
        <w:rPr>
          <w:rFonts w:ascii="Nirmala UI" w:hAnsi="Nirmala UI" w:eastAsia="Nirmala UI" w:cs="Nirmala UI"/>
        </w:rPr>
        <w:t>ꯑꯣꯏꯔꯕꯅꯥ</w:t>
      </w:r>
      <w:r>
        <w:rPr>
          <w:rFonts w:ascii="Times New Roman" w:hAnsi="Times New Roman" w:eastAsia="Times New Roman" w:cs="Times New Roman"/>
        </w:rPr>
        <w:t xml:space="preserve">, </w:t>
      </w:r>
      <w:r>
        <w:rPr>
          <w:rFonts w:ascii="Nirmala UI" w:hAnsi="Nirmala UI" w:eastAsia="Nirmala UI" w:cs="Nirmala UI"/>
        </w:rPr>
        <w:t>ꯑꯄꯥꯕ</w:t>
      </w:r>
      <w:r>
        <w:rPr>
          <w:rFonts w:ascii="Times New Roman" w:hAnsi="Times New Roman" w:eastAsia="Times New Roman" w:cs="Times New Roman"/>
        </w:rPr>
        <w:t xml:space="preserve"> </w:t>
      </w:r>
      <w:r>
        <w:rPr>
          <w:rFonts w:ascii="Nirmala UI" w:hAnsi="Nirmala UI" w:eastAsia="Nirmala UI" w:cs="Nirmala UI"/>
        </w:rPr>
        <w:t>ꯃꯊꯪꯅ</w:t>
      </w:r>
      <w:r>
        <w:rPr>
          <w:rFonts w:ascii="Times New Roman" w:hAnsi="Times New Roman" w:eastAsia="Times New Roman" w:cs="Times New Roman"/>
        </w:rPr>
        <w:t xml:space="preserve"> </w:t>
      </w:r>
      <w:r>
        <w:rPr>
          <w:rFonts w:ascii="Nirmala UI" w:hAnsi="Nirmala UI" w:eastAsia="Nirmala UI" w:cs="Nirmala UI"/>
        </w:rPr>
        <w:t>ꯑꯄꯥꯕ</w:t>
      </w:r>
      <w:r>
        <w:rPr>
          <w:rFonts w:ascii="Times New Roman" w:hAnsi="Times New Roman" w:eastAsia="Times New Roman" w:cs="Times New Roman"/>
        </w:rPr>
        <w:t xml:space="preserve"> </w:t>
      </w:r>
      <w:r>
        <w:rPr>
          <w:rFonts w:ascii="Nirmala UI" w:hAnsi="Nirmala UI" w:eastAsia="Nirmala UI" w:cs="Nirmala UI"/>
        </w:rPr>
        <w:t>ꯃꯊꯪ</w:t>
      </w:r>
      <w:r>
        <w:rPr>
          <w:rFonts w:ascii="Times New Roman" w:hAnsi="Times New Roman" w:eastAsia="Times New Roman" w:cs="Times New Roman"/>
        </w:rPr>
        <w:t xml:space="preserve"> </w:t>
      </w:r>
      <w:r>
        <w:rPr>
          <w:rFonts w:ascii="Nirmala UI" w:hAnsi="Nirmala UI" w:eastAsia="Nirmala UI" w:cs="Nirmala UI"/>
        </w:rPr>
        <w:t>ꯃꯇꯪ</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ꯃꯇꯪ</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ꯃꯊꯪꯗ</w:t>
      </w:r>
      <w:r>
        <w:rPr>
          <w:rFonts w:ascii="Times New Roman" w:hAnsi="Times New Roman" w:eastAsia="Times New Roman" w:cs="Times New Roman"/>
        </w:rPr>
        <w:t xml:space="preserve"> </w:t>
      </w:r>
      <w:r>
        <w:rPr>
          <w:rFonts w:ascii="Nirmala UI" w:hAnsi="Nirmala UI" w:eastAsia="Nirmala UI" w:cs="Nirmala UI"/>
        </w:rPr>
        <w:t>ꯂꯣꯏꯁꯤꯟꯕ</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ꯌꯥꯎꯔꯦ꯫</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“Kayna khing a jingduwai ba ngin pyrshang bha ba U Trai un ialam ia baroh kiba don bynta bad ka ophis jong ka Review and Herald ban wad bniah, ba kin iohi ha kano ka bynta ki la iehnoh ia ki bun ki khubor kiba U Blei u la ai.</w:t>
      </w:r>
    </w:p>
    <w:p>
      <w:pPr>
        <w:pStyle w:val="ArticleScripture"/>
        <w:jc w:val="left"/>
      </w:pPr>
      <w:r>
        <w:rPr>
          <w:rFonts w:ascii="Times New Roman" w:hAnsi="Times New Roman" w:eastAsia="Times New Roman" w:cs="Times New Roman"/>
        </w:rPr>
        <w:t>“Na saba bamu garaa keessatti obboloonni waajjira Review irraa waa’ee ijaarsa mootummaa biraa dhaabuuf gorsa koo na gaafatan. Anis yeroo sana akkan jedhe, warri ijaarsa biraa waajjira Review and Herald irratti dabaluuf deggersa qaban utuu fuuldurri isaanii dura qindaa’ee jiraatee, utuu waan Battle Creek keessatti ta’u argu danda’anii, achitti mootummaa biraa ijaaruu irratti gaaffii tokko illee hin qabaatan turan. Waaqayyo akkana jedhe: ‘Dubbiin koo tuffatameera; anis nan garagala, nan garagalsisna.’”</w:t>
      </w:r>
    </w:p>
    <w:p>
      <w:pPr>
        <w:pStyle w:val="ArticleScripture"/>
        <w:jc w:val="left"/>
      </w:pPr>
      <w:r>
        <w:rPr>
          <w:rFonts w:ascii="Times New Roman" w:hAnsi="Times New Roman" w:eastAsia="Times New Roman" w:cs="Times New Roman"/>
        </w:rPr>
        <w:t>«1901 шықәсазы Բեթըլ Քրիքում գումարված Ընդհանուր համաժողովում Տերը Իր ժողովրդին ապացույց տվեց, որ Նա բարեփոխում էր պահանջում։ Մտքերը համոզվեցին, և սրտերը հուզվեցին, բայց հիմնավոր գործ չկատարվեց։ Եթե այն ժամանակ համառ սրտերը զղջմամբ կոտրված լինեին Աստծո առաջ, ապա կերևար Աստծո զորության ամենամեծ դրսևորումներից մեկը, որ երբևէ տեսնված է եղել։ Բայց Աստված չպատվվեց։ Նրա Հոգու վկայությունները ականջալուր չեղան։ Մարդիկ չհեռացան այն գործելակերպերից, որոնք վճռականապես հակառակ էին ճշմարտության և արդարության սկզբունքներին, որոնք միշտ պետք է պահպանվեն Տիրոջ գործում։»</w:t>
      </w:r>
    </w:p>
    <w:p>
      <w:pPr>
        <w:pStyle w:val="ArticleScripture"/>
        <w:jc w:val="left"/>
      </w:pPr>
      <w:r>
        <w:rPr>
          <w:rFonts w:ascii="Times New Roman" w:hAnsi="Times New Roman" w:eastAsia="Times New Roman" w:cs="Times New Roman"/>
        </w:rPr>
        <w:t>“</w:t>
      </w:r>
      <w:r>
        <w:rPr>
          <w:rFonts w:ascii="Ebrima" w:hAnsi="Ebrima" w:eastAsia="Ebrima" w:cs="Ebrima"/>
        </w:rPr>
        <w:t>ለኤፌሶን</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ክርስቲያንና</w:t>
      </w:r>
      <w:r>
        <w:rPr>
          <w:rFonts w:ascii="Times New Roman" w:hAnsi="Times New Roman" w:eastAsia="Times New Roman" w:cs="Times New Roman"/>
        </w:rPr>
        <w:t xml:space="preserve"> </w:t>
      </w:r>
      <w:r>
        <w:rPr>
          <w:rFonts w:ascii="Ebrima" w:hAnsi="Ebrima" w:eastAsia="Ebrima" w:cs="Ebrima"/>
        </w:rPr>
        <w:t>ለሰርዴስ</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ክርስቲያን</w:t>
      </w:r>
      <w:r>
        <w:rPr>
          <w:rFonts w:ascii="Times New Roman" w:hAnsi="Times New Roman" w:eastAsia="Times New Roman" w:cs="Times New Roman"/>
        </w:rPr>
        <w:t xml:space="preserve"> </w:t>
      </w:r>
      <w:r>
        <w:rPr>
          <w:rFonts w:ascii="Ebrima" w:hAnsi="Ebrima" w:eastAsia="Ebrima" w:cs="Ebrima"/>
        </w:rPr>
        <w:t>የተላኩት</w:t>
      </w:r>
      <w:r>
        <w:rPr>
          <w:rFonts w:ascii="Times New Roman" w:hAnsi="Times New Roman" w:eastAsia="Times New Roman" w:cs="Times New Roman"/>
        </w:rPr>
        <w:t xml:space="preserve"> </w:t>
      </w:r>
      <w:r>
        <w:rPr>
          <w:rFonts w:ascii="Ebrima" w:hAnsi="Ebrima" w:eastAsia="Ebrima" w:cs="Ebrima"/>
        </w:rPr>
        <w:t>መልእክቶች</w:t>
      </w:r>
      <w:r>
        <w:rPr>
          <w:rFonts w:ascii="Times New Roman" w:hAnsi="Times New Roman" w:eastAsia="Times New Roman" w:cs="Times New Roman"/>
        </w:rPr>
        <w:t xml:space="preserve"> </w:t>
      </w:r>
      <w:r>
        <w:rPr>
          <w:rFonts w:ascii="Ebrima" w:hAnsi="Ebrima" w:eastAsia="Ebrima" w:cs="Ebrima"/>
        </w:rPr>
        <w:t>ለሕዝቡ</w:t>
      </w:r>
      <w:r>
        <w:rPr>
          <w:rFonts w:ascii="Times New Roman" w:hAnsi="Times New Roman" w:eastAsia="Times New Roman" w:cs="Times New Roman"/>
        </w:rPr>
        <w:t xml:space="preserve"> </w:t>
      </w:r>
      <w:r>
        <w:rPr>
          <w:rFonts w:ascii="Ebrima" w:hAnsi="Ebrima" w:eastAsia="Ebrima" w:cs="Ebrima"/>
        </w:rPr>
        <w:t>መመሪያ</w:t>
      </w:r>
      <w:r>
        <w:rPr>
          <w:rFonts w:ascii="Times New Roman" w:hAnsi="Times New Roman" w:eastAsia="Times New Roman" w:cs="Times New Roman"/>
        </w:rPr>
        <w:t xml:space="preserve"> </w:t>
      </w:r>
      <w:r>
        <w:rPr>
          <w:rFonts w:ascii="Ebrima" w:hAnsi="Ebrima" w:eastAsia="Ebrima" w:cs="Ebrima"/>
        </w:rPr>
        <w:t>የሚሰጠኝ</w:t>
      </w:r>
      <w:r>
        <w:rPr>
          <w:rFonts w:ascii="Times New Roman" w:hAnsi="Times New Roman" w:eastAsia="Times New Roman" w:cs="Times New Roman"/>
        </w:rPr>
        <w:t xml:space="preserve"> </w:t>
      </w:r>
      <w:r>
        <w:rPr>
          <w:rFonts w:ascii="Ebrima" w:hAnsi="Ebrima" w:eastAsia="Ebrima" w:cs="Ebrima"/>
        </w:rPr>
        <w:t>አንዱ</w:t>
      </w:r>
      <w:r>
        <w:rPr>
          <w:rFonts w:ascii="Times New Roman" w:hAnsi="Times New Roman" w:eastAsia="Times New Roman" w:cs="Times New Roman"/>
        </w:rPr>
        <w:t xml:space="preserve"> </w:t>
      </w:r>
      <w:r>
        <w:rPr>
          <w:rFonts w:ascii="Ebrima" w:hAnsi="Ebrima" w:eastAsia="Ebrima" w:cs="Ebrima"/>
        </w:rPr>
        <w:t>እጅግ</w:t>
      </w:r>
      <w:r>
        <w:rPr>
          <w:rFonts w:ascii="Times New Roman" w:hAnsi="Times New Roman" w:eastAsia="Times New Roman" w:cs="Times New Roman"/>
        </w:rPr>
        <w:t xml:space="preserve"> </w:t>
      </w:r>
      <w:r>
        <w:rPr>
          <w:rFonts w:ascii="Ebrima" w:hAnsi="Ebrima" w:eastAsia="Ebrima" w:cs="Ebrima"/>
        </w:rPr>
        <w:t>ብዙ</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ደግሞ</w:t>
      </w:r>
      <w:r>
        <w:rPr>
          <w:rFonts w:ascii="Times New Roman" w:hAnsi="Times New Roman" w:eastAsia="Times New Roman" w:cs="Times New Roman"/>
        </w:rPr>
        <w:t xml:space="preserve"> </w:t>
      </w:r>
      <w:r>
        <w:rPr>
          <w:rFonts w:ascii="Ebrima" w:hAnsi="Ebrima" w:eastAsia="Ebrima" w:cs="Ebrima"/>
        </w:rPr>
        <w:t>ደጋግሞ</w:t>
      </w:r>
      <w:r>
        <w:rPr>
          <w:rFonts w:ascii="Times New Roman" w:hAnsi="Times New Roman" w:eastAsia="Times New Roman" w:cs="Times New Roman"/>
        </w:rPr>
        <w:t xml:space="preserve"> </w:t>
      </w:r>
      <w:r>
        <w:rPr>
          <w:rFonts w:ascii="Ebrima" w:hAnsi="Ebrima" w:eastAsia="Ebrima" w:cs="Ebrima"/>
        </w:rPr>
        <w:t>አሳስቦኛል።</w:t>
      </w:r>
      <w:r>
        <w:rPr>
          <w:rFonts w:ascii="Times New Roman" w:hAnsi="Times New Roman" w:eastAsia="Times New Roman" w:cs="Times New Roman"/>
        </w:rPr>
        <w:t xml:space="preserve"> ‘</w:t>
      </w:r>
      <w:r>
        <w:rPr>
          <w:rFonts w:ascii="Ebrima" w:hAnsi="Ebrima" w:eastAsia="Ebrima" w:cs="Ebrima"/>
        </w:rPr>
        <w:t>ለኤፌሶን</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ክርስቲያን</w:t>
      </w:r>
      <w:r>
        <w:rPr>
          <w:rFonts w:ascii="Times New Roman" w:hAnsi="Times New Roman" w:eastAsia="Times New Roman" w:cs="Times New Roman"/>
        </w:rPr>
        <w:t xml:space="preserve"> </w:t>
      </w:r>
      <w:r>
        <w:rPr>
          <w:rFonts w:ascii="Ebrima" w:hAnsi="Ebrima" w:eastAsia="Ebrima" w:cs="Ebrima"/>
        </w:rPr>
        <w:t>መልአክ</w:t>
      </w:r>
      <w:r>
        <w:rPr>
          <w:rFonts w:ascii="Times New Roman" w:hAnsi="Times New Roman" w:eastAsia="Times New Roman" w:cs="Times New Roman"/>
        </w:rPr>
        <w:t xml:space="preserve"> </w:t>
      </w:r>
      <w:r>
        <w:rPr>
          <w:rFonts w:ascii="Ebrima" w:hAnsi="Ebrima" w:eastAsia="Ebrima" w:cs="Ebrima"/>
        </w:rPr>
        <w:t>ጻፍ፤</w:t>
      </w:r>
      <w:r>
        <w:rPr>
          <w:rFonts w:ascii="Times New Roman" w:hAnsi="Times New Roman" w:eastAsia="Times New Roman" w:cs="Times New Roman"/>
        </w:rPr>
        <w:t xml:space="preserve"> </w:t>
      </w:r>
      <w:r>
        <w:rPr>
          <w:rFonts w:ascii="Ebrima" w:hAnsi="Ebrima" w:eastAsia="Ebrima" w:cs="Ebrima"/>
        </w:rPr>
        <w:t>በቀኙ</w:t>
      </w:r>
      <w:r>
        <w:rPr>
          <w:rFonts w:ascii="Times New Roman" w:hAnsi="Times New Roman" w:eastAsia="Times New Roman" w:cs="Times New Roman"/>
        </w:rPr>
        <w:t xml:space="preserve"> </w:t>
      </w:r>
      <w:r>
        <w:rPr>
          <w:rFonts w:ascii="Ebrima" w:hAnsi="Ebrima" w:eastAsia="Ebrima" w:cs="Ebrima"/>
        </w:rPr>
        <w:t>እጁ</w:t>
      </w:r>
      <w:r>
        <w:rPr>
          <w:rFonts w:ascii="Times New Roman" w:hAnsi="Times New Roman" w:eastAsia="Times New Roman" w:cs="Times New Roman"/>
        </w:rPr>
        <w:t xml:space="preserve"> </w:t>
      </w:r>
      <w:r>
        <w:rPr>
          <w:rFonts w:ascii="Ebrima" w:hAnsi="Ebrima" w:eastAsia="Ebrima" w:cs="Ebrima"/>
        </w:rPr>
        <w:t>ሰባቱን</w:t>
      </w:r>
      <w:r>
        <w:rPr>
          <w:rFonts w:ascii="Times New Roman" w:hAnsi="Times New Roman" w:eastAsia="Times New Roman" w:cs="Times New Roman"/>
        </w:rPr>
        <w:t xml:space="preserve"> </w:t>
      </w:r>
      <w:r>
        <w:rPr>
          <w:rFonts w:ascii="Ebrima" w:hAnsi="Ebrima" w:eastAsia="Ebrima" w:cs="Ebrima"/>
        </w:rPr>
        <w:t>ከዋክብት</w:t>
      </w:r>
      <w:r>
        <w:rPr>
          <w:rFonts w:ascii="Times New Roman" w:hAnsi="Times New Roman" w:eastAsia="Times New Roman" w:cs="Times New Roman"/>
        </w:rPr>
        <w:t xml:space="preserve"> </w:t>
      </w:r>
      <w:r>
        <w:rPr>
          <w:rFonts w:ascii="Ebrima" w:hAnsi="Ebrima" w:eastAsia="Ebrima" w:cs="Ebrima"/>
        </w:rPr>
        <w:t>የሚይዝ፥</w:t>
      </w:r>
      <w:r>
        <w:rPr>
          <w:rFonts w:ascii="Times New Roman" w:hAnsi="Times New Roman" w:eastAsia="Times New Roman" w:cs="Times New Roman"/>
        </w:rPr>
        <w:t xml:space="preserve"> </w:t>
      </w:r>
      <w:r>
        <w:rPr>
          <w:rFonts w:ascii="Ebrima" w:hAnsi="Ebrima" w:eastAsia="Ebrima" w:cs="Ebrima"/>
        </w:rPr>
        <w:t>በሰባቱ</w:t>
      </w:r>
      <w:r>
        <w:rPr>
          <w:rFonts w:ascii="Times New Roman" w:hAnsi="Times New Roman" w:eastAsia="Times New Roman" w:cs="Times New Roman"/>
        </w:rPr>
        <w:t xml:space="preserve"> </w:t>
      </w:r>
      <w:r>
        <w:rPr>
          <w:rFonts w:ascii="Ebrima" w:hAnsi="Ebrima" w:eastAsia="Ebrima" w:cs="Ebrima"/>
        </w:rPr>
        <w:t>የወርቅ</w:t>
      </w:r>
      <w:r>
        <w:rPr>
          <w:rFonts w:ascii="Times New Roman" w:hAnsi="Times New Roman" w:eastAsia="Times New Roman" w:cs="Times New Roman"/>
        </w:rPr>
        <w:t xml:space="preserve"> </w:t>
      </w:r>
      <w:r>
        <w:rPr>
          <w:rFonts w:ascii="Ebrima" w:hAnsi="Ebrima" w:eastAsia="Ebrima" w:cs="Ebrima"/>
        </w:rPr>
        <w:t>መቅረዞች</w:t>
      </w:r>
      <w:r>
        <w:rPr>
          <w:rFonts w:ascii="Times New Roman" w:hAnsi="Times New Roman" w:eastAsia="Times New Roman" w:cs="Times New Roman"/>
        </w:rPr>
        <w:t xml:space="preserve"> </w:t>
      </w:r>
      <w:r>
        <w:rPr>
          <w:rFonts w:ascii="Ebrima" w:hAnsi="Ebrima" w:eastAsia="Ebrima" w:cs="Ebrima"/>
        </w:rPr>
        <w:t>መካከል</w:t>
      </w:r>
      <w:r>
        <w:rPr>
          <w:rFonts w:ascii="Times New Roman" w:hAnsi="Times New Roman" w:eastAsia="Times New Roman" w:cs="Times New Roman"/>
        </w:rPr>
        <w:t xml:space="preserve"> </w:t>
      </w:r>
      <w:r>
        <w:rPr>
          <w:rFonts w:ascii="Ebrima" w:hAnsi="Ebrima" w:eastAsia="Ebrima" w:cs="Ebrima"/>
        </w:rPr>
        <w:t>የሚመላለስ</w:t>
      </w:r>
      <w:r>
        <w:rPr>
          <w:rFonts w:ascii="Times New Roman" w:hAnsi="Times New Roman" w:eastAsia="Times New Roman" w:cs="Times New Roman"/>
        </w:rPr>
        <w:t xml:space="preserve"> </w:t>
      </w:r>
      <w:r>
        <w:rPr>
          <w:rFonts w:ascii="Ebrima" w:hAnsi="Ebrima" w:eastAsia="Ebrima" w:cs="Ebrima"/>
        </w:rPr>
        <w:t>እንዲህ</w:t>
      </w:r>
      <w:r>
        <w:rPr>
          <w:rFonts w:ascii="Times New Roman" w:hAnsi="Times New Roman" w:eastAsia="Times New Roman" w:cs="Times New Roman"/>
        </w:rPr>
        <w:t xml:space="preserve"> </w:t>
      </w:r>
      <w:r>
        <w:rPr>
          <w:rFonts w:ascii="Ebrima" w:hAnsi="Ebrima" w:eastAsia="Ebrima" w:cs="Ebrima"/>
        </w:rPr>
        <w:t>ይላል፤</w:t>
      </w:r>
      <w:r>
        <w:rPr>
          <w:rFonts w:ascii="Times New Roman" w:hAnsi="Times New Roman" w:eastAsia="Times New Roman" w:cs="Times New Roman"/>
        </w:rPr>
        <w:t xml:space="preserve"> </w:t>
      </w:r>
      <w:r>
        <w:rPr>
          <w:rFonts w:ascii="Ebrima" w:hAnsi="Ebrima" w:eastAsia="Ebrima" w:cs="Ebrima"/>
        </w:rPr>
        <w:t>ሥራህንና</w:t>
      </w:r>
      <w:r>
        <w:rPr>
          <w:rFonts w:ascii="Times New Roman" w:hAnsi="Times New Roman" w:eastAsia="Times New Roman" w:cs="Times New Roman"/>
        </w:rPr>
        <w:t xml:space="preserve"> </w:t>
      </w:r>
      <w:r>
        <w:rPr>
          <w:rFonts w:ascii="Ebrima" w:hAnsi="Ebrima" w:eastAsia="Ebrima" w:cs="Ebrima"/>
        </w:rPr>
        <w:t>ድካምህን</w:t>
      </w:r>
      <w:r>
        <w:rPr>
          <w:rFonts w:ascii="Times New Roman" w:hAnsi="Times New Roman" w:eastAsia="Times New Roman" w:cs="Times New Roman"/>
        </w:rPr>
        <w:t xml:space="preserve"> </w:t>
      </w:r>
      <w:r>
        <w:rPr>
          <w:rFonts w:ascii="Ebrima" w:hAnsi="Ebrima" w:eastAsia="Ebrima" w:cs="Ebrima"/>
        </w:rPr>
        <w:t>ትዕግሥትህንም</w:t>
      </w:r>
      <w:r>
        <w:rPr>
          <w:rFonts w:ascii="Times New Roman" w:hAnsi="Times New Roman" w:eastAsia="Times New Roman" w:cs="Times New Roman"/>
        </w:rPr>
        <w:t xml:space="preserve"> </w:t>
      </w:r>
      <w:r>
        <w:rPr>
          <w:rFonts w:ascii="Ebrima" w:hAnsi="Ebrima" w:eastAsia="Ebrima" w:cs="Ebrima"/>
        </w:rPr>
        <w:t>አውቃለሁ፥</w:t>
      </w:r>
      <w:r>
        <w:rPr>
          <w:rFonts w:ascii="Times New Roman" w:hAnsi="Times New Roman" w:eastAsia="Times New Roman" w:cs="Times New Roman"/>
        </w:rPr>
        <w:t xml:space="preserve"> </w:t>
      </w:r>
      <w:r>
        <w:rPr>
          <w:rFonts w:ascii="Ebrima" w:hAnsi="Ebrima" w:eastAsia="Ebrima" w:cs="Ebrima"/>
        </w:rPr>
        <w:t>ክፉዎችንም</w:t>
      </w:r>
      <w:r>
        <w:rPr>
          <w:rFonts w:ascii="Times New Roman" w:hAnsi="Times New Roman" w:eastAsia="Times New Roman" w:cs="Times New Roman"/>
        </w:rPr>
        <w:t xml:space="preserve"> </w:t>
      </w:r>
      <w:r>
        <w:rPr>
          <w:rFonts w:ascii="Ebrima" w:hAnsi="Ebrima" w:eastAsia="Ebrima" w:cs="Ebrima"/>
        </w:rPr>
        <w:t>መታገሥ</w:t>
      </w:r>
      <w:r>
        <w:rPr>
          <w:rFonts w:ascii="Times New Roman" w:hAnsi="Times New Roman" w:eastAsia="Times New Roman" w:cs="Times New Roman"/>
        </w:rPr>
        <w:t xml:space="preserve"> </w:t>
      </w:r>
      <w:r>
        <w:rPr>
          <w:rFonts w:ascii="Ebrima" w:hAnsi="Ebrima" w:eastAsia="Ebrima" w:cs="Ebrima"/>
        </w:rPr>
        <w:t>እንደማትችል፤</w:t>
      </w:r>
      <w:r>
        <w:rPr>
          <w:rFonts w:ascii="Times New Roman" w:hAnsi="Times New Roman" w:eastAsia="Times New Roman" w:cs="Times New Roman"/>
        </w:rPr>
        <w:t xml:space="preserve"> </w:t>
      </w:r>
      <w:r>
        <w:rPr>
          <w:rFonts w:ascii="Ebrima" w:hAnsi="Ebrima" w:eastAsia="Ebrima" w:cs="Ebrima"/>
        </w:rPr>
        <w:t>ሐዋርያት</w:t>
      </w:r>
      <w:r>
        <w:rPr>
          <w:rFonts w:ascii="Times New Roman" w:hAnsi="Times New Roman" w:eastAsia="Times New Roman" w:cs="Times New Roman"/>
        </w:rPr>
        <w:t xml:space="preserve"> </w:t>
      </w:r>
      <w:r>
        <w:rPr>
          <w:rFonts w:ascii="Ebrima" w:hAnsi="Ebrima" w:eastAsia="Ebrima" w:cs="Ebrima"/>
        </w:rPr>
        <w:t>ነን</w:t>
      </w:r>
      <w:r>
        <w:rPr>
          <w:rFonts w:ascii="Times New Roman" w:hAnsi="Times New Roman" w:eastAsia="Times New Roman" w:cs="Times New Roman"/>
        </w:rPr>
        <w:t xml:space="preserve"> </w:t>
      </w:r>
      <w:r>
        <w:rPr>
          <w:rFonts w:ascii="Ebrima" w:hAnsi="Ebrima" w:eastAsia="Ebrima" w:cs="Ebrima"/>
        </w:rPr>
        <w:t>የሚሉትንም</w:t>
      </w:r>
      <w:r>
        <w:rPr>
          <w:rFonts w:ascii="Times New Roman" w:hAnsi="Times New Roman" w:eastAsia="Times New Roman" w:cs="Times New Roman"/>
        </w:rPr>
        <w:t xml:space="preserve"> </w:t>
      </w:r>
      <w:r>
        <w:rPr>
          <w:rFonts w:ascii="Ebrima" w:hAnsi="Ebrima" w:eastAsia="Ebrima" w:cs="Ebrima"/>
        </w:rPr>
        <w:t>ሆነው</w:t>
      </w:r>
      <w:r>
        <w:rPr>
          <w:rFonts w:ascii="Times New Roman" w:hAnsi="Times New Roman" w:eastAsia="Times New Roman" w:cs="Times New Roman"/>
        </w:rPr>
        <w:t xml:space="preserve"> </w:t>
      </w:r>
      <w:r>
        <w:rPr>
          <w:rFonts w:ascii="Ebrima" w:hAnsi="Ebrima" w:eastAsia="Ebrima" w:cs="Ebrima"/>
        </w:rPr>
        <w:t>ያልሆኑትን</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ፈተንኻቸውና</w:t>
      </w:r>
      <w:r>
        <w:rPr>
          <w:rFonts w:ascii="Times New Roman" w:hAnsi="Times New Roman" w:eastAsia="Times New Roman" w:cs="Times New Roman"/>
        </w:rPr>
        <w:t xml:space="preserve"> </w:t>
      </w:r>
      <w:r>
        <w:rPr>
          <w:rFonts w:ascii="Ebrima" w:hAnsi="Ebrima" w:eastAsia="Ebrima" w:cs="Ebrima"/>
        </w:rPr>
        <w:t>ሐሰተኞች</w:t>
      </w:r>
      <w:r>
        <w:rPr>
          <w:rFonts w:ascii="Times New Roman" w:hAnsi="Times New Roman" w:eastAsia="Times New Roman" w:cs="Times New Roman"/>
        </w:rPr>
        <w:t xml:space="preserve"> </w:t>
      </w:r>
      <w:r>
        <w:rPr>
          <w:rFonts w:ascii="Ebrima" w:hAnsi="Ebrima" w:eastAsia="Ebrima" w:cs="Ebrima"/>
        </w:rPr>
        <w:t>ሆነው</w:t>
      </w:r>
      <w:r>
        <w:rPr>
          <w:rFonts w:ascii="Times New Roman" w:hAnsi="Times New Roman" w:eastAsia="Times New Roman" w:cs="Times New Roman"/>
        </w:rPr>
        <w:t xml:space="preserve"> </w:t>
      </w:r>
      <w:r>
        <w:rPr>
          <w:rFonts w:ascii="Ebrima" w:hAnsi="Ebrima" w:eastAsia="Ebrima" w:cs="Ebrima"/>
        </w:rPr>
        <w:t>እንዳገኘኻቸው፤</w:t>
      </w:r>
      <w:r>
        <w:rPr>
          <w:rFonts w:ascii="Times New Roman" w:hAnsi="Times New Roman" w:eastAsia="Times New Roman" w:cs="Times New Roman"/>
        </w:rPr>
        <w:t xml:space="preserve"> </w:t>
      </w:r>
      <w:r>
        <w:rPr>
          <w:rFonts w:ascii="Ebrima" w:hAnsi="Ebrima" w:eastAsia="Ebrima" w:cs="Ebrima"/>
        </w:rPr>
        <w:t>ትዕግሥትም</w:t>
      </w:r>
      <w:r>
        <w:rPr>
          <w:rFonts w:ascii="Times New Roman" w:hAnsi="Times New Roman" w:eastAsia="Times New Roman" w:cs="Times New Roman"/>
        </w:rPr>
        <w:t xml:space="preserve"> </w:t>
      </w:r>
      <w:r>
        <w:rPr>
          <w:rFonts w:ascii="Ebrima" w:hAnsi="Ebrima" w:eastAsia="Ebrima" w:cs="Ebrima"/>
        </w:rPr>
        <w:t>እንዳለህ፥</w:t>
      </w:r>
      <w:r>
        <w:rPr>
          <w:rFonts w:ascii="Times New Roman" w:hAnsi="Times New Roman" w:eastAsia="Times New Roman" w:cs="Times New Roman"/>
        </w:rPr>
        <w:t xml:space="preserve"> </w:t>
      </w:r>
      <w:r>
        <w:rPr>
          <w:rFonts w:ascii="Ebrima" w:hAnsi="Ebrima" w:eastAsia="Ebrima" w:cs="Ebrima"/>
        </w:rPr>
        <w:t>ስለ</w:t>
      </w:r>
      <w:r>
        <w:rPr>
          <w:rFonts w:ascii="Times New Roman" w:hAnsi="Times New Roman" w:eastAsia="Times New Roman" w:cs="Times New Roman"/>
        </w:rPr>
        <w:t xml:space="preserve"> </w:t>
      </w:r>
      <w:r>
        <w:rPr>
          <w:rFonts w:ascii="Ebrima" w:hAnsi="Ebrima" w:eastAsia="Ebrima" w:cs="Ebrima"/>
        </w:rPr>
        <w:t>ስሜም</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ታገልህና</w:t>
      </w:r>
      <w:r>
        <w:rPr>
          <w:rFonts w:ascii="Times New Roman" w:hAnsi="Times New Roman" w:eastAsia="Times New Roman" w:cs="Times New Roman"/>
        </w:rPr>
        <w:t xml:space="preserve"> </w:t>
      </w:r>
      <w:r>
        <w:rPr>
          <w:rFonts w:ascii="Ebrima" w:hAnsi="Ebrima" w:eastAsia="Ebrima" w:cs="Ebrima"/>
        </w:rPr>
        <w:t>እንዳልደከምህ</w:t>
      </w:r>
      <w:r>
        <w:rPr>
          <w:rFonts w:ascii="Times New Roman" w:hAnsi="Times New Roman" w:eastAsia="Times New Roman" w:cs="Times New Roman"/>
        </w:rPr>
        <w:t xml:space="preserve"> </w:t>
      </w:r>
      <w:r>
        <w:rPr>
          <w:rFonts w:ascii="Ebrima" w:hAnsi="Ebrima" w:eastAsia="Ebrima" w:cs="Ebrima"/>
        </w:rPr>
        <w:t>አውቃለሁ።</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የመጀመሪያውን</w:t>
      </w:r>
      <w:r>
        <w:rPr>
          <w:rFonts w:ascii="Times New Roman" w:hAnsi="Times New Roman" w:eastAsia="Times New Roman" w:cs="Times New Roman"/>
        </w:rPr>
        <w:t xml:space="preserve"> </w:t>
      </w:r>
      <w:r>
        <w:rPr>
          <w:rFonts w:ascii="Ebrima" w:hAnsi="Ebrima" w:eastAsia="Ebrima" w:cs="Ebrima"/>
        </w:rPr>
        <w:t>ፍቅርህን</w:t>
      </w:r>
      <w:r>
        <w:rPr>
          <w:rFonts w:ascii="Times New Roman" w:hAnsi="Times New Roman" w:eastAsia="Times New Roman" w:cs="Times New Roman"/>
        </w:rPr>
        <w:t xml:space="preserve"> </w:t>
      </w:r>
      <w:r>
        <w:rPr>
          <w:rFonts w:ascii="Ebrima" w:hAnsi="Ebrima" w:eastAsia="Ebrima" w:cs="Ebrima"/>
        </w:rPr>
        <w:t>ትተሃልና</w:t>
      </w:r>
      <w:r>
        <w:rPr>
          <w:rFonts w:ascii="Times New Roman" w:hAnsi="Times New Roman" w:eastAsia="Times New Roman" w:cs="Times New Roman"/>
        </w:rPr>
        <w:t xml:space="preserve"> </w:t>
      </w:r>
      <w:r>
        <w:rPr>
          <w:rFonts w:ascii="Ebrima" w:hAnsi="Ebrima" w:eastAsia="Ebrima" w:cs="Ebrima"/>
        </w:rPr>
        <w:t>በአንተ</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ያለኝ</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አለ።</w:t>
      </w:r>
      <w:r>
        <w:rPr>
          <w:rFonts w:ascii="Times New Roman" w:hAnsi="Times New Roman" w:eastAsia="Times New Roman" w:cs="Times New Roman"/>
        </w:rPr>
        <w:t xml:space="preserve"> </w:t>
      </w:r>
      <w:r>
        <w:rPr>
          <w:rFonts w:ascii="Ebrima" w:hAnsi="Ebrima" w:eastAsia="Ebrima" w:cs="Ebrima"/>
        </w:rPr>
        <w:t>እንግዲህ</w:t>
      </w:r>
      <w:r>
        <w:rPr>
          <w:rFonts w:ascii="Times New Roman" w:hAnsi="Times New Roman" w:eastAsia="Times New Roman" w:cs="Times New Roman"/>
        </w:rPr>
        <w:t xml:space="preserve"> </w:t>
      </w:r>
      <w:r>
        <w:rPr>
          <w:rFonts w:ascii="Ebrima" w:hAnsi="Ebrima" w:eastAsia="Ebrima" w:cs="Ebrima"/>
        </w:rPr>
        <w:t>ከወዴት</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ወደቅህ</w:t>
      </w:r>
      <w:r>
        <w:rPr>
          <w:rFonts w:ascii="Times New Roman" w:hAnsi="Times New Roman" w:eastAsia="Times New Roman" w:cs="Times New Roman"/>
        </w:rPr>
        <w:t xml:space="preserve"> </w:t>
      </w:r>
      <w:r>
        <w:rPr>
          <w:rFonts w:ascii="Ebrima" w:hAnsi="Ebrima" w:eastAsia="Ebrima" w:cs="Ebrima"/>
        </w:rPr>
        <w:t>አስብ፥</w:t>
      </w:r>
      <w:r>
        <w:rPr>
          <w:rFonts w:ascii="Times New Roman" w:hAnsi="Times New Roman" w:eastAsia="Times New Roman" w:cs="Times New Roman"/>
        </w:rPr>
        <w:t xml:space="preserve"> </w:t>
      </w:r>
      <w:r>
        <w:rPr>
          <w:rFonts w:ascii="Ebrima" w:hAnsi="Ebrima" w:eastAsia="Ebrima" w:cs="Ebrima"/>
        </w:rPr>
        <w:t>ንስሐም</w:t>
      </w:r>
      <w:r>
        <w:rPr>
          <w:rFonts w:ascii="Times New Roman" w:hAnsi="Times New Roman" w:eastAsia="Times New Roman" w:cs="Times New Roman"/>
        </w:rPr>
        <w:t xml:space="preserve"> </w:t>
      </w:r>
      <w:r>
        <w:rPr>
          <w:rFonts w:ascii="Ebrima" w:hAnsi="Ebrima" w:eastAsia="Ebrima" w:cs="Ebrima"/>
        </w:rPr>
        <w:t>ግባ፥</w:t>
      </w:r>
      <w:r>
        <w:rPr>
          <w:rFonts w:ascii="Times New Roman" w:hAnsi="Times New Roman" w:eastAsia="Times New Roman" w:cs="Times New Roman"/>
        </w:rPr>
        <w:t xml:space="preserve"> </w:t>
      </w:r>
      <w:r>
        <w:rPr>
          <w:rFonts w:ascii="Ebrima" w:hAnsi="Ebrima" w:eastAsia="Ebrima" w:cs="Ebrima"/>
        </w:rPr>
        <w:t>የመጀመሪያውንም</w:t>
      </w:r>
      <w:r>
        <w:rPr>
          <w:rFonts w:ascii="Times New Roman" w:hAnsi="Times New Roman" w:eastAsia="Times New Roman" w:cs="Times New Roman"/>
        </w:rPr>
        <w:t xml:space="preserve"> </w:t>
      </w:r>
      <w:r>
        <w:rPr>
          <w:rFonts w:ascii="Ebrima" w:hAnsi="Ebrima" w:eastAsia="Ebrima" w:cs="Ebrima"/>
        </w:rPr>
        <w:t>ሥራ</w:t>
      </w:r>
      <w:r>
        <w:rPr>
          <w:rFonts w:ascii="Times New Roman" w:hAnsi="Times New Roman" w:eastAsia="Times New Roman" w:cs="Times New Roman"/>
        </w:rPr>
        <w:t xml:space="preserve"> </w:t>
      </w:r>
      <w:r>
        <w:rPr>
          <w:rFonts w:ascii="Ebrima" w:hAnsi="Ebrima" w:eastAsia="Ebrima" w:cs="Ebrima"/>
        </w:rPr>
        <w:t>ሥራ፤</w:t>
      </w:r>
      <w:r>
        <w:rPr>
          <w:rFonts w:ascii="Times New Roman" w:hAnsi="Times New Roman" w:eastAsia="Times New Roman" w:cs="Times New Roman"/>
        </w:rPr>
        <w:t xml:space="preserve"> </w:t>
      </w:r>
      <w:r>
        <w:rPr>
          <w:rFonts w:ascii="Ebrima" w:hAnsi="Ebrima" w:eastAsia="Ebrima" w:cs="Ebrima"/>
        </w:rPr>
        <w:t>ካልሆነ</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ፈጥኜ</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አንተ</w:t>
      </w:r>
      <w:r>
        <w:rPr>
          <w:rFonts w:ascii="Times New Roman" w:hAnsi="Times New Roman" w:eastAsia="Times New Roman" w:cs="Times New Roman"/>
        </w:rPr>
        <w:t xml:space="preserve"> </w:t>
      </w:r>
      <w:r>
        <w:rPr>
          <w:rFonts w:ascii="Ebrima" w:hAnsi="Ebrima" w:eastAsia="Ebrima" w:cs="Ebrima"/>
        </w:rPr>
        <w:t>እመጣለሁ፥</w:t>
      </w:r>
      <w:r>
        <w:rPr>
          <w:rFonts w:ascii="Times New Roman" w:hAnsi="Times New Roman" w:eastAsia="Times New Roman" w:cs="Times New Roman"/>
        </w:rPr>
        <w:t xml:space="preserve"> </w:t>
      </w:r>
      <w:r>
        <w:rPr>
          <w:rFonts w:ascii="Ebrima" w:hAnsi="Ebrima" w:eastAsia="Ebrima" w:cs="Ebrima"/>
        </w:rPr>
        <w:t>ንስሐም</w:t>
      </w:r>
      <w:r>
        <w:rPr>
          <w:rFonts w:ascii="Times New Roman" w:hAnsi="Times New Roman" w:eastAsia="Times New Roman" w:cs="Times New Roman"/>
        </w:rPr>
        <w:t xml:space="preserve"> </w:t>
      </w:r>
      <w:r>
        <w:rPr>
          <w:rFonts w:ascii="Ebrima" w:hAnsi="Ebrima" w:eastAsia="Ebrima" w:cs="Ebrima"/>
        </w:rPr>
        <w:t>ካልገባህ</w:t>
      </w:r>
      <w:r>
        <w:rPr>
          <w:rFonts w:ascii="Times New Roman" w:hAnsi="Times New Roman" w:eastAsia="Times New Roman" w:cs="Times New Roman"/>
        </w:rPr>
        <w:t xml:space="preserve"> </w:t>
      </w:r>
      <w:r>
        <w:rPr>
          <w:rFonts w:ascii="Ebrima" w:hAnsi="Ebrima" w:eastAsia="Ebrima" w:cs="Ebrima"/>
        </w:rPr>
        <w:t>መቅረዝህን</w:t>
      </w:r>
      <w:r>
        <w:rPr>
          <w:rFonts w:ascii="Times New Roman" w:hAnsi="Times New Roman" w:eastAsia="Times New Roman" w:cs="Times New Roman"/>
        </w:rPr>
        <w:t xml:space="preserve"> </w:t>
      </w:r>
      <w:r>
        <w:rPr>
          <w:rFonts w:ascii="Ebrima" w:hAnsi="Ebrima" w:eastAsia="Ebrima" w:cs="Ebrima"/>
        </w:rPr>
        <w:t>ከስፍራው</w:t>
      </w:r>
      <w:r>
        <w:rPr>
          <w:rFonts w:ascii="Times New Roman" w:hAnsi="Times New Roman" w:eastAsia="Times New Roman" w:cs="Times New Roman"/>
        </w:rPr>
        <w:t xml:space="preserve"> </w:t>
      </w:r>
      <w:r>
        <w:rPr>
          <w:rFonts w:ascii="Ebrima" w:hAnsi="Ebrima" w:eastAsia="Ebrima" w:cs="Ebrima"/>
        </w:rPr>
        <w:t>አነሣዋለሁ።</w:t>
      </w:r>
      <w:r>
        <w:rPr>
          <w:rFonts w:ascii="Times New Roman" w:hAnsi="Times New Roman" w:eastAsia="Times New Roman" w:cs="Times New Roman"/>
        </w:rPr>
        <w:t xml:space="preserve">’ </w:t>
      </w:r>
      <w:r>
        <w:rPr>
          <w:rFonts w:ascii="Ebrima" w:hAnsi="Ebrima" w:eastAsia="Ebrima" w:cs="Ebrima"/>
        </w:rPr>
        <w:t>ራእይ</w:t>
      </w:r>
      <w:r>
        <w:rPr>
          <w:rFonts w:ascii="Times New Roman" w:hAnsi="Times New Roman" w:eastAsia="Times New Roman" w:cs="Times New Roman"/>
        </w:rPr>
        <w:t xml:space="preserve"> 2:1–5</w:t>
      </w:r>
      <w:r>
        <w:rPr>
          <w:rFonts w:ascii="Ebrima" w:hAnsi="Ebrima" w:eastAsia="Ebrima" w:cs="Ebrima"/>
        </w:rPr>
        <w:t>።</w:t>
      </w:r>
    </w:p>
    <w:p>
      <w:pPr>
        <w:pStyle w:val="ArticleScripture"/>
        <w:jc w:val="left"/>
      </w:pPr>
      <w:r>
        <w:rPr>
          <w:rFonts w:ascii="Times New Roman" w:hAnsi="Times New Roman" w:eastAsia="Times New Roman" w:cs="Times New Roman"/>
        </w:rPr>
        <w:t>“‘</w:t>
      </w: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सार्दिस</w:t>
      </w:r>
      <w:r>
        <w:rPr>
          <w:rFonts w:ascii="Times New Roman" w:hAnsi="Times New Roman" w:eastAsia="Times New Roman" w:cs="Times New Roman"/>
        </w:rPr>
        <w:t xml:space="preserve"> </w:t>
      </w:r>
      <w:r>
        <w:rPr>
          <w:rFonts w:ascii="Nirmala UI" w:hAnsi="Nirmala UI" w:eastAsia="Nirmala UI" w:cs="Nirmala UI"/>
        </w:rPr>
        <w:t>मण्डलीका</w:t>
      </w:r>
      <w:r>
        <w:rPr>
          <w:rFonts w:ascii="Times New Roman" w:hAnsi="Times New Roman" w:eastAsia="Times New Roman" w:cs="Times New Roman"/>
        </w:rPr>
        <w:t xml:space="preserve"> </w:t>
      </w:r>
      <w:r>
        <w:rPr>
          <w:rFonts w:ascii="Nirmala UI" w:hAnsi="Nirmala UI" w:eastAsia="Nirmala UI" w:cs="Nirmala UI"/>
        </w:rPr>
        <w:t>स्वर्गदूतलाई</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कुराहरू</w:t>
      </w:r>
      <w:r>
        <w:rPr>
          <w:rFonts w:ascii="Times New Roman" w:hAnsi="Times New Roman" w:eastAsia="Times New Roman" w:cs="Times New Roman"/>
        </w:rPr>
        <w:t xml:space="preserve"> </w:t>
      </w:r>
      <w:r>
        <w:rPr>
          <w:rFonts w:ascii="Nirmala UI" w:hAnsi="Nirmala UI" w:eastAsia="Nirmala UI" w:cs="Nirmala UI"/>
        </w:rPr>
        <w:t>उहाँ</w:t>
      </w:r>
      <w:r>
        <w:rPr>
          <w:rFonts w:ascii="Times New Roman" w:hAnsi="Times New Roman" w:eastAsia="Times New Roman" w:cs="Times New Roman"/>
        </w:rPr>
        <w:t xml:space="preserve"> </w:t>
      </w:r>
      <w:r>
        <w:rPr>
          <w:rFonts w:ascii="Nirmala UI" w:hAnsi="Nirmala UI" w:eastAsia="Nirmala UI" w:cs="Nirmala UI"/>
        </w:rPr>
        <w:t>भन्नुहुन्छ</w:t>
      </w:r>
      <w:r>
        <w:rPr>
          <w:rFonts w:ascii="Times New Roman" w:hAnsi="Times New Roman" w:eastAsia="Times New Roman" w:cs="Times New Roman"/>
        </w:rPr>
        <w:t xml:space="preserve">, </w:t>
      </w:r>
      <w:r>
        <w:rPr>
          <w:rFonts w:ascii="Nirmala UI" w:hAnsi="Nirmala UI" w:eastAsia="Nirmala UI" w:cs="Nirmala UI"/>
        </w:rPr>
        <w:t>जससँग</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आत्माहरू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कामहरू</w:t>
      </w:r>
      <w:r>
        <w:rPr>
          <w:rFonts w:ascii="Times New Roman" w:hAnsi="Times New Roman" w:eastAsia="Times New Roman" w:cs="Times New Roman"/>
        </w:rPr>
        <w:t xml:space="preserve"> </w:t>
      </w:r>
      <w:r>
        <w:rPr>
          <w:rFonts w:ascii="Nirmala UI" w:hAnsi="Nirmala UI" w:eastAsia="Nirmala UI" w:cs="Nirmala UI"/>
        </w:rPr>
        <w:t>जान्दछु</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जीवित</w:t>
      </w:r>
      <w:r>
        <w:rPr>
          <w:rFonts w:ascii="Times New Roman" w:hAnsi="Times New Roman" w:eastAsia="Times New Roman" w:cs="Times New Roman"/>
        </w:rPr>
        <w:t xml:space="preserve"> </w:t>
      </w:r>
      <w:r>
        <w:rPr>
          <w:rFonts w:ascii="Nirmala UI" w:hAnsi="Nirmala UI" w:eastAsia="Nirmala UI" w:cs="Nirmala UI"/>
        </w:rPr>
        <w:t>छस्</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नाउँ</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मरेको</w:t>
      </w:r>
      <w:r>
        <w:rPr>
          <w:rFonts w:ascii="Times New Roman" w:hAnsi="Times New Roman" w:eastAsia="Times New Roman" w:cs="Times New Roman"/>
        </w:rPr>
        <w:t xml:space="preserve"> </w:t>
      </w:r>
      <w:r>
        <w:rPr>
          <w:rFonts w:ascii="Nirmala UI" w:hAnsi="Nirmala UI" w:eastAsia="Nirmala UI" w:cs="Nirmala UI"/>
        </w:rPr>
        <w:t>छस्।</w:t>
      </w:r>
      <w:r>
        <w:rPr>
          <w:rFonts w:ascii="Times New Roman" w:hAnsi="Times New Roman" w:eastAsia="Times New Roman" w:cs="Times New Roman"/>
        </w:rPr>
        <w:t xml:space="preserve"> </w:t>
      </w:r>
      <w:r>
        <w:rPr>
          <w:rFonts w:ascii="Nirmala UI" w:hAnsi="Nirmala UI" w:eastAsia="Nirmala UI" w:cs="Nirmala UI"/>
        </w:rPr>
        <w:t>जाग्राम</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बाँकी</w:t>
      </w:r>
      <w:r>
        <w:rPr>
          <w:rFonts w:ascii="Times New Roman" w:hAnsi="Times New Roman" w:eastAsia="Times New Roman" w:cs="Times New Roman"/>
        </w:rPr>
        <w:t xml:space="preserve"> </w:t>
      </w:r>
      <w:r>
        <w:rPr>
          <w:rFonts w:ascii="Nirmala UI" w:hAnsi="Nirmala UI" w:eastAsia="Nirmala UI" w:cs="Nirmala UI"/>
        </w:rPr>
        <w:t>रहेका</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कुराहरूलाई</w:t>
      </w:r>
      <w:r>
        <w:rPr>
          <w:rFonts w:ascii="Times New Roman" w:hAnsi="Times New Roman" w:eastAsia="Times New Roman" w:cs="Times New Roman"/>
        </w:rPr>
        <w:t xml:space="preserve"> </w:t>
      </w:r>
      <w:r>
        <w:rPr>
          <w:rFonts w:ascii="Nirmala UI" w:hAnsi="Nirmala UI" w:eastAsia="Nirmala UI" w:cs="Nirmala UI"/>
        </w:rPr>
        <w:t>बलियो</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मर्नै</w:t>
      </w:r>
      <w:r>
        <w:rPr>
          <w:rFonts w:ascii="Times New Roman" w:hAnsi="Times New Roman" w:eastAsia="Times New Roman" w:cs="Times New Roman"/>
        </w:rPr>
        <w:t xml:space="preserve"> </w:t>
      </w:r>
      <w:r>
        <w:rPr>
          <w:rFonts w:ascii="Nirmala UI" w:hAnsi="Nirmala UI" w:eastAsia="Nirmala UI" w:cs="Nirmala UI"/>
        </w:rPr>
        <w:t>लागेका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सामु</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कामहरू</w:t>
      </w:r>
      <w:r>
        <w:rPr>
          <w:rFonts w:ascii="Times New Roman" w:hAnsi="Times New Roman" w:eastAsia="Times New Roman" w:cs="Times New Roman"/>
        </w:rPr>
        <w:t xml:space="preserve"> </w:t>
      </w:r>
      <w:r>
        <w:rPr>
          <w:rFonts w:ascii="Nirmala UI" w:hAnsi="Nirmala UI" w:eastAsia="Nirmala UI" w:cs="Nirmala UI"/>
        </w:rPr>
        <w:t>सिद्ध</w:t>
      </w:r>
      <w:r>
        <w:rPr>
          <w:rFonts w:ascii="Times New Roman" w:hAnsi="Times New Roman" w:eastAsia="Times New Roman" w:cs="Times New Roman"/>
        </w:rPr>
        <w:t xml:space="preserve"> </w:t>
      </w:r>
      <w:r>
        <w:rPr>
          <w:rFonts w:ascii="Nirmala UI" w:hAnsi="Nirmala UI" w:eastAsia="Nirmala UI" w:cs="Nirmala UI"/>
        </w:rPr>
        <w:t>पाएको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यसकारण</w:t>
      </w:r>
      <w:r>
        <w:rPr>
          <w:rFonts w:ascii="Times New Roman" w:hAnsi="Times New Roman" w:eastAsia="Times New Roman" w:cs="Times New Roman"/>
        </w:rPr>
        <w:t xml:space="preserve">, </w:t>
      </w:r>
      <w:r>
        <w:rPr>
          <w:rFonts w:ascii="Nirmala UI" w:hAnsi="Nirmala UI" w:eastAsia="Nirmala UI" w:cs="Nirmala UI"/>
        </w:rPr>
        <w:t>तैँले</w:t>
      </w:r>
      <w:r>
        <w:rPr>
          <w:rFonts w:ascii="Times New Roman" w:hAnsi="Times New Roman" w:eastAsia="Times New Roman" w:cs="Times New Roman"/>
        </w:rPr>
        <w:t xml:space="preserve"> </w:t>
      </w:r>
      <w:r>
        <w:rPr>
          <w:rFonts w:ascii="Nirmala UI" w:hAnsi="Nirmala UI" w:eastAsia="Nirmala UI" w:cs="Nirmala UI"/>
        </w:rPr>
        <w:t>कसरी</w:t>
      </w:r>
      <w:r>
        <w:rPr>
          <w:rFonts w:ascii="Times New Roman" w:hAnsi="Times New Roman" w:eastAsia="Times New Roman" w:cs="Times New Roman"/>
        </w:rPr>
        <w:t xml:space="preserve"> </w:t>
      </w:r>
      <w:r>
        <w:rPr>
          <w:rFonts w:ascii="Nirmala UI" w:hAnsi="Nirmala UI" w:eastAsia="Nirmala UI" w:cs="Nirmala UI"/>
        </w:rPr>
        <w:t>ग्रहण</w:t>
      </w:r>
      <w:r>
        <w:rPr>
          <w:rFonts w:ascii="Times New Roman" w:hAnsi="Times New Roman" w:eastAsia="Times New Roman" w:cs="Times New Roman"/>
        </w:rPr>
        <w:t xml:space="preserve"> </w:t>
      </w:r>
      <w:r>
        <w:rPr>
          <w:rFonts w:ascii="Nirmala UI" w:hAnsi="Nirmala UI" w:eastAsia="Nirmala UI" w:cs="Nirmala UI"/>
        </w:rPr>
        <w:t>गरिस्</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सुनेको</w:t>
      </w:r>
      <w:r>
        <w:rPr>
          <w:rFonts w:ascii="Times New Roman" w:hAnsi="Times New Roman" w:eastAsia="Times New Roman" w:cs="Times New Roman"/>
        </w:rPr>
        <w:t xml:space="preserve"> </w:t>
      </w:r>
      <w:r>
        <w:rPr>
          <w:rFonts w:ascii="Nirmala UI" w:hAnsi="Nirmala UI" w:eastAsia="Nirmala UI" w:cs="Nirmala UI"/>
        </w:rPr>
        <w:t>छस्</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सम्झ</w:t>
      </w:r>
      <w:r>
        <w:rPr>
          <w:rFonts w:ascii="Times New Roman" w:hAnsi="Times New Roman" w:eastAsia="Times New Roman" w:cs="Times New Roman"/>
        </w:rPr>
        <w:t xml:space="preserve">, </w:t>
      </w:r>
      <w:r>
        <w:rPr>
          <w:rFonts w:ascii="Nirmala UI" w:hAnsi="Nirmala UI" w:eastAsia="Nirmala UI" w:cs="Nirmala UI"/>
        </w:rPr>
        <w:t>त्यसलाई</w:t>
      </w:r>
      <w:r>
        <w:rPr>
          <w:rFonts w:ascii="Times New Roman" w:hAnsi="Times New Roman" w:eastAsia="Times New Roman" w:cs="Times New Roman"/>
        </w:rPr>
        <w:t xml:space="preserve"> </w:t>
      </w:r>
      <w:r>
        <w:rPr>
          <w:rFonts w:ascii="Nirmala UI" w:hAnsi="Nirmala UI" w:eastAsia="Nirmala UI" w:cs="Nirmala UI"/>
        </w:rPr>
        <w:t>दृढतासाथ</w:t>
      </w:r>
      <w:r>
        <w:rPr>
          <w:rFonts w:ascii="Times New Roman" w:hAnsi="Times New Roman" w:eastAsia="Times New Roman" w:cs="Times New Roman"/>
        </w:rPr>
        <w:t xml:space="preserve"> </w:t>
      </w:r>
      <w:r>
        <w:rPr>
          <w:rFonts w:ascii="Nirmala UI" w:hAnsi="Nirmala UI" w:eastAsia="Nirmala UI" w:cs="Nirmala UI"/>
        </w:rPr>
        <w:t>समातिराख</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पश्चात्ताप</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यसकारण</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जाग्राम</w:t>
      </w:r>
      <w:r>
        <w:rPr>
          <w:rFonts w:ascii="Times New Roman" w:hAnsi="Times New Roman" w:eastAsia="Times New Roman" w:cs="Times New Roman"/>
        </w:rPr>
        <w:t xml:space="preserve"> </w:t>
      </w:r>
      <w:r>
        <w:rPr>
          <w:rFonts w:ascii="Nirmala UI" w:hAnsi="Nirmala UI" w:eastAsia="Nirmala UI" w:cs="Nirmala UI"/>
        </w:rPr>
        <w:t>रहिनस्</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चोरझैँ</w:t>
      </w:r>
      <w:r>
        <w:rPr>
          <w:rFonts w:ascii="Times New Roman" w:hAnsi="Times New Roman" w:eastAsia="Times New Roman" w:cs="Times New Roman"/>
        </w:rPr>
        <w:t xml:space="preserve"> </w:t>
      </w:r>
      <w:r>
        <w:rPr>
          <w:rFonts w:ascii="Nirmala UI" w:hAnsi="Nirmala UI" w:eastAsia="Nirmala UI" w:cs="Nirmala UI"/>
        </w:rPr>
        <w:t>तँमाथि</w:t>
      </w:r>
      <w:r>
        <w:rPr>
          <w:rFonts w:ascii="Times New Roman" w:hAnsi="Times New Roman" w:eastAsia="Times New Roman" w:cs="Times New Roman"/>
        </w:rPr>
        <w:t xml:space="preserve"> </w:t>
      </w:r>
      <w:r>
        <w:rPr>
          <w:rFonts w:ascii="Nirmala UI" w:hAnsi="Nirmala UI" w:eastAsia="Nirmala UI" w:cs="Nirmala UI"/>
        </w:rPr>
        <w:t>आउनेछु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घडी</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तँमाथि</w:t>
      </w:r>
      <w:r>
        <w:rPr>
          <w:rFonts w:ascii="Times New Roman" w:hAnsi="Times New Roman" w:eastAsia="Times New Roman" w:cs="Times New Roman"/>
        </w:rPr>
        <w:t xml:space="preserve"> </w:t>
      </w:r>
      <w:r>
        <w:rPr>
          <w:rFonts w:ascii="Nirmala UI" w:hAnsi="Nirmala UI" w:eastAsia="Nirmala UI" w:cs="Nirmala UI"/>
        </w:rPr>
        <w:t>आउनेछु</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जान्नेछैनस्।</w:t>
      </w:r>
      <w:r>
        <w:rPr>
          <w:rFonts w:ascii="Times New Roman" w:hAnsi="Times New Roman" w:eastAsia="Times New Roman" w:cs="Times New Roman"/>
        </w:rPr>
        <w:t xml:space="preserve">’ </w:t>
      </w:r>
      <w:r>
        <w:rPr>
          <w:rFonts w:ascii="Nirmala UI" w:hAnsi="Nirmala UI" w:eastAsia="Nirmala UI" w:cs="Nirmala UI"/>
        </w:rPr>
        <w:t>प्रकाश</w:t>
      </w:r>
      <w:r>
        <w:rPr>
          <w:rFonts w:ascii="Times New Roman" w:hAnsi="Times New Roman" w:eastAsia="Times New Roman" w:cs="Times New Roman"/>
        </w:rPr>
        <w:t xml:space="preserve"> </w:t>
      </w:r>
      <w:r>
        <w:rPr>
          <w:rFonts w:ascii="Nirmala UI" w:hAnsi="Nirmala UI" w:eastAsia="Nirmala UI" w:cs="Nirmala UI"/>
        </w:rPr>
        <w:t>३</w:t>
      </w:r>
      <w:r>
        <w:rPr>
          <w:rFonts w:ascii="Times New Roman" w:hAnsi="Times New Roman" w:eastAsia="Times New Roman" w:cs="Times New Roman"/>
        </w:rPr>
        <w:t>:</w:t>
      </w:r>
      <w:r>
        <w:rPr>
          <w:rFonts w:ascii="Nirmala UI" w:hAnsi="Nirmala UI" w:eastAsia="Nirmala UI" w:cs="Nirmala UI"/>
        </w:rPr>
        <w:t>१</w:t>
      </w:r>
      <w:r>
        <w:rPr>
          <w:rFonts w:ascii="Times New Roman" w:hAnsi="Times New Roman" w:eastAsia="Times New Roman" w:cs="Times New Roman"/>
        </w:rPr>
        <w:t>–</w:t>
      </w:r>
      <w:r>
        <w:rPr>
          <w:rFonts w:ascii="Nirmala UI" w:hAnsi="Nirmala UI" w:eastAsia="Nirmala UI" w:cs="Nirmala UI"/>
        </w:rPr>
        <w:t>३।</w:t>
      </w:r>
    </w:p>
    <w:p>
      <w:pPr>
        <w:pStyle w:val="ArticleScripture"/>
        <w:jc w:val="left"/>
      </w:pPr>
      <w:r>
        <w:rPr>
          <w:rFonts w:ascii="Times New Roman" w:hAnsi="Times New Roman" w:eastAsia="Times New Roman" w:cs="Times New Roman"/>
        </w:rPr>
        <w:t>“Ñuqanchikqa kay willakuykunapa hunt’asqanta rikuchkanchik. Manam hayk’aqpas qillqasqa qhelqakunaqa kaykunahina aswan sinch’ita hunt’asqachu karqan.”</w:t>
      </w:r>
    </w:p>
    <w:p>
      <w:pPr>
        <w:pStyle w:val="ArticleScripture"/>
        <w:jc w:val="left"/>
      </w:pPr>
      <w:r>
        <w:rPr>
          <w:rFonts w:ascii="Times New Roman" w:hAnsi="Times New Roman" w:eastAsia="Times New Roman" w:cs="Times New Roman"/>
        </w:rPr>
        <w:t>“Lelaki dapat mendirikan bangunan yang paling teliti pembinaannya, lagi kalis api, tetapi sekali sentuhan tangan Tuhan, sekali percikan dari syurga, akan menyapu bersih segala tempat perlindungan.</w:t>
      </w:r>
    </w:p>
    <w:p>
      <w:pPr>
        <w:pStyle w:val="ArticleScripture"/>
        <w:jc w:val="left"/>
      </w:pPr>
      <w:r>
        <w:rPr>
          <w:rFonts w:ascii="Times New Roman" w:hAnsi="Times New Roman" w:eastAsia="Times New Roman" w:cs="Times New Roman"/>
        </w:rPr>
        <w:t>“</w:t>
      </w:r>
      <w:r>
        <w:rPr>
          <w:rFonts w:ascii="Nirmala UI" w:hAnsi="Nirmala UI" w:eastAsia="Nirmala UI" w:cs="Nirmala UI"/>
        </w:rPr>
        <w:t>ᱤᱫ</w:t>
      </w:r>
      <w:r>
        <w:rPr>
          <w:rFonts w:ascii="Times New Roman" w:hAnsi="Times New Roman" w:eastAsia="Times New Roman" w:cs="Times New Roman"/>
        </w:rPr>
        <w:t xml:space="preserve"> </w:t>
      </w:r>
      <w:r>
        <w:rPr>
          <w:rFonts w:ascii="Nirmala UI" w:hAnsi="Nirmala UI" w:eastAsia="Nirmala UI" w:cs="Nirmala UI"/>
        </w:rPr>
        <w:t>ᱠᱟᱛᱮ</w:t>
      </w:r>
      <w:r>
        <w:rPr>
          <w:rFonts w:ascii="Times New Roman" w:hAnsi="Times New Roman" w:eastAsia="Times New Roman" w:cs="Times New Roman"/>
        </w:rPr>
        <w:t xml:space="preserve"> </w:t>
      </w:r>
      <w:r>
        <w:rPr>
          <w:rFonts w:ascii="Nirmala UI" w:hAnsi="Nirmala UI" w:eastAsia="Nirmala UI" w:cs="Nirmala UI"/>
        </w:rPr>
        <w:t>ᱠᱩᱥᱤ</w:t>
      </w:r>
      <w:r>
        <w:rPr>
          <w:rFonts w:ascii="Times New Roman" w:hAnsi="Times New Roman" w:eastAsia="Times New Roman" w:cs="Times New Roman"/>
        </w:rPr>
        <w:t xml:space="preserve"> </w:t>
      </w:r>
      <w:r>
        <w:rPr>
          <w:rFonts w:ascii="Nirmala UI" w:hAnsi="Nirmala UI" w:eastAsia="Nirmala UI" w:cs="Nirmala UI"/>
        </w:rPr>
        <w:t>ᱟᱠᱟᱱᱟ</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ᱤᱧ</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ᱮᱱᱟ</w:t>
      </w:r>
      <w:r>
        <w:rPr>
          <w:rFonts w:ascii="Times New Roman" w:hAnsi="Times New Roman" w:eastAsia="Times New Roman" w:cs="Times New Roman"/>
        </w:rPr>
        <w:t xml:space="preserve"> </w:t>
      </w:r>
      <w:r>
        <w:rPr>
          <w:rFonts w:ascii="Nirmala UI" w:hAnsi="Nirmala UI" w:eastAsia="Nirmala UI" w:cs="Nirmala UI"/>
        </w:rPr>
        <w:t>ᱵᱟᱹᱭᱥᱤ</w:t>
      </w:r>
      <w:r>
        <w:rPr>
          <w:rFonts w:ascii="Times New Roman" w:hAnsi="Times New Roman" w:eastAsia="Times New Roman" w:cs="Times New Roman"/>
        </w:rPr>
        <w:t xml:space="preserve"> </w:t>
      </w:r>
      <w:r>
        <w:rPr>
          <w:rFonts w:ascii="Nirmala UI" w:hAnsi="Nirmala UI" w:eastAsia="Nirmala UI" w:cs="Nirmala UI"/>
        </w:rPr>
        <w:t>ᱮᱢ</w:t>
      </w:r>
      <w:r>
        <w:rPr>
          <w:rFonts w:ascii="Times New Roman" w:hAnsi="Times New Roman" w:eastAsia="Times New Roman" w:cs="Times New Roman"/>
        </w:rPr>
        <w:t xml:space="preserve"> </w:t>
      </w:r>
      <w:r>
        <w:rPr>
          <w:rFonts w:ascii="Nirmala UI" w:hAnsi="Nirmala UI" w:eastAsia="Nirmala UI" w:cs="Nirmala UI"/>
        </w:rPr>
        <w:t>ᱮᱴᱟᱜ</w:t>
      </w:r>
      <w:r>
        <w:rPr>
          <w:rFonts w:ascii="Times New Roman" w:hAnsi="Times New Roman" w:eastAsia="Times New Roman" w:cs="Times New Roman"/>
        </w:rPr>
        <w:t xml:space="preserve"> </w:t>
      </w:r>
      <w:r>
        <w:rPr>
          <w:rFonts w:ascii="Nirmala UI" w:hAnsi="Nirmala UI" w:eastAsia="Nirmala UI" w:cs="Nirmala UI"/>
        </w:rPr>
        <w:t>ᱟᱫᱮᱥ</w:t>
      </w:r>
      <w:r>
        <w:rPr>
          <w:rFonts w:ascii="Times New Roman" w:hAnsi="Times New Roman" w:eastAsia="Times New Roman" w:cs="Times New Roman"/>
        </w:rPr>
        <w:t xml:space="preserve"> </w:t>
      </w:r>
      <w:r>
        <w:rPr>
          <w:rFonts w:ascii="Nirmala UI" w:hAnsi="Nirmala UI" w:eastAsia="Nirmala UI" w:cs="Nirmala UI"/>
        </w:rPr>
        <w:t>ᱮᱢ</w:t>
      </w:r>
      <w:r>
        <w:rPr>
          <w:rFonts w:ascii="Times New Roman" w:hAnsi="Times New Roman" w:eastAsia="Times New Roman" w:cs="Times New Roman"/>
        </w:rPr>
        <w:t xml:space="preserve"> </w:t>
      </w:r>
      <w:r>
        <w:rPr>
          <w:rFonts w:ascii="Nirmala UI" w:hAnsi="Nirmala UI" w:eastAsia="Nirmala UI" w:cs="Nirmala UI"/>
        </w:rPr>
        <w:t>ᱢᱮᱱᱟᱜᱼᱟ</w:t>
      </w:r>
      <w:r>
        <w:rPr>
          <w:rFonts w:ascii="Times New Roman" w:hAnsi="Times New Roman" w:eastAsia="Times New Roman" w:cs="Times New Roman"/>
        </w:rPr>
        <w:t xml:space="preserve"> </w:t>
      </w:r>
      <w:r>
        <w:rPr>
          <w:rFonts w:ascii="Nirmala UI" w:hAnsi="Nirmala UI" w:eastAsia="Nirmala UI" w:cs="Nirmala UI"/>
        </w:rPr>
        <w:t>ᱪᱮ</w:t>
      </w:r>
      <w:r>
        <w:rPr>
          <w:rFonts w:ascii="Times New Roman" w:hAnsi="Times New Roman" w:eastAsia="Times New Roman" w:cs="Times New Roman"/>
        </w:rPr>
        <w:t xml:space="preserve"> </w:t>
      </w:r>
      <w:r>
        <w:rPr>
          <w:rFonts w:ascii="Nirmala UI" w:hAnsi="Nirmala UI" w:eastAsia="Nirmala UI" w:cs="Nirmala UI"/>
        </w:rPr>
        <w:t>ᱵᱟᱝᱠᱟ</w:t>
      </w:r>
      <w:r>
        <w:rPr>
          <w:rFonts w:ascii="Times New Roman" w:hAnsi="Times New Roman" w:eastAsia="Times New Roman" w:cs="Times New Roman"/>
        </w:rPr>
        <w:t xml:space="preserve">. </w:t>
      </w:r>
      <w:r>
        <w:rPr>
          <w:rFonts w:ascii="Nirmala UI" w:hAnsi="Nirmala UI" w:eastAsia="Nirmala UI" w:cs="Nirmala UI"/>
        </w:rPr>
        <w:t>ᱤᱧ</w:t>
      </w:r>
      <w:r>
        <w:rPr>
          <w:rFonts w:ascii="Times New Roman" w:hAnsi="Times New Roman" w:eastAsia="Times New Roman" w:cs="Times New Roman"/>
        </w:rPr>
        <w:t xml:space="preserve"> </w:t>
      </w:r>
      <w:r>
        <w:rPr>
          <w:rFonts w:ascii="Nirmala UI" w:hAnsi="Nirmala UI" w:eastAsia="Nirmala UI" w:cs="Nirmala UI"/>
        </w:rPr>
        <w:t>ᱢᱟᱨᱟᱝ</w:t>
      </w:r>
      <w:r>
        <w:rPr>
          <w:rFonts w:ascii="Times New Roman" w:hAnsi="Times New Roman" w:eastAsia="Times New Roman" w:cs="Times New Roman"/>
        </w:rPr>
        <w:t xml:space="preserve"> </w:t>
      </w:r>
      <w:r>
        <w:rPr>
          <w:rFonts w:ascii="Nirmala UI" w:hAnsi="Nirmala UI" w:eastAsia="Nirmala UI" w:cs="Nirmala UI"/>
        </w:rPr>
        <w:t>ᱦᱟᱯᱟᱭ</w:t>
      </w:r>
      <w:r>
        <w:rPr>
          <w:rFonts w:ascii="Times New Roman" w:hAnsi="Times New Roman" w:eastAsia="Times New Roman" w:cs="Times New Roman"/>
        </w:rPr>
        <w:t xml:space="preserve"> </w:t>
      </w:r>
      <w:r>
        <w:rPr>
          <w:rFonts w:ascii="Nirmala UI" w:hAnsi="Nirmala UI" w:eastAsia="Nirmala UI" w:cs="Nirmala UI"/>
        </w:rPr>
        <w:t>ᱠᱟᱛᱮ</w:t>
      </w:r>
      <w:r>
        <w:rPr>
          <w:rFonts w:ascii="Times New Roman" w:hAnsi="Times New Roman" w:eastAsia="Times New Roman" w:cs="Times New Roman"/>
        </w:rPr>
        <w:t xml:space="preserve"> </w:t>
      </w:r>
      <w:r>
        <w:rPr>
          <w:rFonts w:ascii="Nirmala UI" w:hAnsi="Nirmala UI" w:eastAsia="Nirmala UI" w:cs="Nirmala UI"/>
        </w:rPr>
        <w:t>ᱩᱱᱟᱹᱜ</w:t>
      </w:r>
      <w:r>
        <w:rPr>
          <w:rFonts w:ascii="Times New Roman" w:hAnsi="Times New Roman" w:eastAsia="Times New Roman" w:cs="Times New Roman"/>
        </w:rPr>
        <w:t xml:space="preserve"> </w:t>
      </w:r>
      <w:r>
        <w:rPr>
          <w:rFonts w:ascii="Nirmala UI" w:hAnsi="Nirmala UI" w:eastAsia="Nirmala UI" w:cs="Nirmala UI"/>
        </w:rPr>
        <w:t>ᱟᱫᱮᱥ</w:t>
      </w:r>
      <w:r>
        <w:rPr>
          <w:rFonts w:ascii="Times New Roman" w:hAnsi="Times New Roman" w:eastAsia="Times New Roman" w:cs="Times New Roman"/>
        </w:rPr>
        <w:t xml:space="preserve"> </w:t>
      </w:r>
      <w:r>
        <w:rPr>
          <w:rFonts w:ascii="Nirmala UI" w:hAnsi="Nirmala UI" w:eastAsia="Nirmala UI" w:cs="Nirmala UI"/>
        </w:rPr>
        <w:t>ᱮᱢ</w:t>
      </w:r>
      <w:r>
        <w:rPr>
          <w:rFonts w:ascii="Times New Roman" w:hAnsi="Times New Roman" w:eastAsia="Times New Roman" w:cs="Times New Roman"/>
        </w:rPr>
        <w:t xml:space="preserve"> </w:t>
      </w:r>
      <w:r>
        <w:rPr>
          <w:rFonts w:ascii="Nirmala UI" w:hAnsi="Nirmala UI" w:eastAsia="Nirmala UI" w:cs="Nirmala UI"/>
        </w:rPr>
        <w:t>ᱟᱠᱟᱫᱟ</w:t>
      </w:r>
      <w:r>
        <w:rPr>
          <w:rFonts w:ascii="Times New Roman" w:hAnsi="Times New Roman" w:eastAsia="Times New Roman" w:cs="Times New Roman"/>
        </w:rPr>
        <w:t xml:space="preserve"> </w:t>
      </w:r>
      <w:r>
        <w:rPr>
          <w:rFonts w:ascii="Nirmala UI" w:hAnsi="Nirmala UI" w:eastAsia="Nirmala UI" w:cs="Nirmala UI"/>
        </w:rPr>
        <w:t>ᱡᱟᱦᱟᱱ</w:t>
      </w:r>
      <w:r>
        <w:rPr>
          <w:rFonts w:ascii="Times New Roman" w:hAnsi="Times New Roman" w:eastAsia="Times New Roman" w:cs="Times New Roman"/>
        </w:rPr>
        <w:t xml:space="preserve"> </w:t>
      </w:r>
      <w:r>
        <w:rPr>
          <w:rFonts w:ascii="Nirmala UI" w:hAnsi="Nirmala UI" w:eastAsia="Nirmala UI" w:cs="Nirmala UI"/>
        </w:rPr>
        <w:t>ᱤᱥᱚᱨ</w:t>
      </w:r>
      <w:r>
        <w:rPr>
          <w:rFonts w:ascii="Times New Roman" w:hAnsi="Times New Roman" w:eastAsia="Times New Roman" w:cs="Times New Roman"/>
        </w:rPr>
        <w:t xml:space="preserve"> </w:t>
      </w:r>
      <w:r>
        <w:rPr>
          <w:rFonts w:ascii="Nirmala UI" w:hAnsi="Nirmala UI" w:eastAsia="Nirmala UI" w:cs="Nirmala UI"/>
        </w:rPr>
        <w:t>ᱤᱧ</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ᱮᱢ</w:t>
      </w:r>
      <w:r>
        <w:rPr>
          <w:rFonts w:ascii="Times New Roman" w:hAnsi="Times New Roman" w:eastAsia="Times New Roman" w:cs="Times New Roman"/>
        </w:rPr>
        <w:t xml:space="preserve"> </w:t>
      </w:r>
      <w:r>
        <w:rPr>
          <w:rFonts w:ascii="Nirmala UI" w:hAnsi="Nirmala UI" w:eastAsia="Nirmala UI" w:cs="Nirmala UI"/>
        </w:rPr>
        <w:t>ᱟᱠᱟᱫᱟ</w:t>
      </w:r>
      <w:r>
        <w:rPr>
          <w:rFonts w:ascii="Times New Roman" w:hAnsi="Times New Roman" w:eastAsia="Times New Roman" w:cs="Times New Roman"/>
        </w:rPr>
        <w:t xml:space="preserve">, </w:t>
      </w:r>
      <w:r>
        <w:rPr>
          <w:rFonts w:ascii="Nirmala UI" w:hAnsi="Nirmala UI" w:eastAsia="Nirmala UI" w:cs="Nirmala UI"/>
        </w:rPr>
        <w:t>ᱮᱱᱟ</w:t>
      </w:r>
      <w:r>
        <w:rPr>
          <w:rFonts w:ascii="Times New Roman" w:hAnsi="Times New Roman" w:eastAsia="Times New Roman" w:cs="Times New Roman"/>
        </w:rPr>
        <w:t xml:space="preserve"> </w:t>
      </w:r>
      <w:r>
        <w:rPr>
          <w:rFonts w:ascii="Nirmala UI" w:hAnsi="Nirmala UI" w:eastAsia="Nirmala UI" w:cs="Nirmala UI"/>
        </w:rPr>
        <w:t>ᱟᱹᱥ</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ᱚᱠᱚᱭ</w:t>
      </w:r>
      <w:r>
        <w:rPr>
          <w:rFonts w:ascii="Times New Roman" w:hAnsi="Times New Roman" w:eastAsia="Times New Roman" w:cs="Times New Roman"/>
        </w:rPr>
        <w:t xml:space="preserve"> </w:t>
      </w:r>
      <w:r>
        <w:rPr>
          <w:rFonts w:ascii="Nirmala UI" w:hAnsi="Nirmala UI" w:eastAsia="Nirmala UI" w:cs="Nirmala UI"/>
        </w:rPr>
        <w:t>ᱡᱩᱞᱩᱢ</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ᱛᱮᱡᱚᱢ</w:t>
      </w:r>
      <w:r>
        <w:rPr>
          <w:rFonts w:ascii="Times New Roman" w:hAnsi="Times New Roman" w:eastAsia="Times New Roman" w:cs="Times New Roman"/>
        </w:rPr>
        <w:t xml:space="preserve"> </w:t>
      </w:r>
      <w:r>
        <w:rPr>
          <w:rFonts w:ascii="Nirmala UI" w:hAnsi="Nirmala UI" w:eastAsia="Nirmala UI" w:cs="Nirmala UI"/>
        </w:rPr>
        <w:t>ᱛᱟᱞᱣᱟᱨ</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Battle Creek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ᱞᱤᱧᱜᱤ</w:t>
      </w:r>
      <w:r>
        <w:rPr>
          <w:rFonts w:ascii="Times New Roman" w:hAnsi="Times New Roman" w:eastAsia="Times New Roman" w:cs="Times New Roman"/>
        </w:rPr>
        <w:t xml:space="preserve"> </w:t>
      </w:r>
      <w:r>
        <w:rPr>
          <w:rFonts w:ascii="Nirmala UI" w:hAnsi="Nirmala UI" w:eastAsia="Nirmala UI" w:cs="Nirmala UI"/>
        </w:rPr>
        <w:t>ᱨᱮᱦᱚᱜ</w:t>
      </w:r>
      <w:r>
        <w:rPr>
          <w:rFonts w:ascii="Times New Roman" w:hAnsi="Times New Roman" w:eastAsia="Times New Roman" w:cs="Times New Roman"/>
        </w:rPr>
        <w:t xml:space="preserve"> </w:t>
      </w:r>
      <w:r>
        <w:rPr>
          <w:rFonts w:ascii="Nirmala UI" w:hAnsi="Nirmala UI" w:eastAsia="Nirmala UI" w:cs="Nirmala UI"/>
        </w:rPr>
        <w:t>ᱠᱟᱱ</w:t>
      </w:r>
      <w:r>
        <w:rPr>
          <w:rFonts w:ascii="Times New Roman" w:hAnsi="Times New Roman" w:eastAsia="Times New Roman" w:cs="Times New Roman"/>
        </w:rPr>
        <w:t xml:space="preserve"> </w:t>
      </w:r>
      <w:r>
        <w:rPr>
          <w:rFonts w:ascii="Nirmala UI" w:hAnsi="Nirmala UI" w:eastAsia="Nirmala UI" w:cs="Nirmala UI"/>
        </w:rPr>
        <w:t>ᱛᱟᱦᱮᱱᱟ</w:t>
      </w:r>
      <w:r>
        <w:rPr>
          <w:rFonts w:ascii="Times New Roman" w:hAnsi="Times New Roman" w:eastAsia="Times New Roman" w:cs="Times New Roman"/>
        </w:rPr>
        <w:t xml:space="preserve">, </w:t>
      </w:r>
      <w:r>
        <w:rPr>
          <w:rFonts w:ascii="Nirmala UI" w:hAnsi="Nirmala UI" w:eastAsia="Nirmala UI" w:cs="Nirmala UI"/>
        </w:rPr>
        <w:t>ᱮᱱᱟ</w:t>
      </w:r>
      <w:r>
        <w:rPr>
          <w:rFonts w:ascii="Times New Roman" w:hAnsi="Times New Roman" w:eastAsia="Times New Roman" w:cs="Times New Roman"/>
        </w:rPr>
        <w:t xml:space="preserve"> </w:t>
      </w:r>
      <w:r>
        <w:rPr>
          <w:rFonts w:ascii="Nirmala UI" w:hAnsi="Nirmala UI" w:eastAsia="Nirmala UI" w:cs="Nirmala UI"/>
        </w:rPr>
        <w:t>ᱢᱟ</w:t>
      </w:r>
      <w:r>
        <w:rPr>
          <w:rFonts w:ascii="Times New Roman" w:hAnsi="Times New Roman" w:eastAsia="Times New Roman" w:cs="Times New Roman"/>
        </w:rPr>
        <w:t xml:space="preserve"> </w:t>
      </w:r>
      <w:r>
        <w:rPr>
          <w:rFonts w:ascii="Nirmala UI" w:hAnsi="Nirmala UI" w:eastAsia="Nirmala UI" w:cs="Nirmala UI"/>
        </w:rPr>
        <w:t>ᱟᱛᱠᱟᱣᱟ</w:t>
      </w:r>
      <w:r>
        <w:rPr>
          <w:rFonts w:ascii="Times New Roman" w:hAnsi="Times New Roman" w:eastAsia="Times New Roman" w:cs="Times New Roman"/>
        </w:rPr>
        <w:t xml:space="preserve">. </w:t>
      </w:r>
      <w:r>
        <w:rPr>
          <w:rFonts w:ascii="Nirmala UI" w:hAnsi="Nirmala UI" w:eastAsia="Nirmala UI" w:cs="Nirmala UI"/>
        </w:rPr>
        <w:t>ᱱᱤᱛᱚᱜ</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ᱡᱤᱱᱤᱥ</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ᱤᱧ</w:t>
      </w:r>
      <w:r>
        <w:rPr>
          <w:rFonts w:ascii="Times New Roman" w:hAnsi="Times New Roman" w:eastAsia="Times New Roman" w:cs="Times New Roman"/>
        </w:rPr>
        <w:t xml:space="preserve"> </w:t>
      </w:r>
      <w:r>
        <w:rPr>
          <w:rFonts w:ascii="Nirmala UI" w:hAnsi="Nirmala UI" w:eastAsia="Nirmala UI" w:cs="Nirmala UI"/>
        </w:rPr>
        <w:t>ᱵᱷᱚᱭ</w:t>
      </w:r>
      <w:r>
        <w:rPr>
          <w:rFonts w:ascii="Times New Roman" w:hAnsi="Times New Roman" w:eastAsia="Times New Roman" w:cs="Times New Roman"/>
        </w:rPr>
        <w:t xml:space="preserve"> </w:t>
      </w:r>
      <w:r>
        <w:rPr>
          <w:rFonts w:ascii="Nirmala UI" w:hAnsi="Nirmala UI" w:eastAsia="Nirmala UI" w:cs="Nirmala UI"/>
        </w:rPr>
        <w:t>ᱠᱟᱛᱮ</w:t>
      </w:r>
      <w:r>
        <w:rPr>
          <w:rFonts w:ascii="Times New Roman" w:hAnsi="Times New Roman" w:eastAsia="Times New Roman" w:cs="Times New Roman"/>
        </w:rPr>
        <w:t xml:space="preserve"> </w:t>
      </w:r>
      <w:r>
        <w:rPr>
          <w:rFonts w:ascii="Nirmala UI" w:hAnsi="Nirmala UI" w:eastAsia="Nirmala UI" w:cs="Nirmala UI"/>
        </w:rPr>
        <w:t>ᱟᱸᱛ</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ᱫᱚᱦᱚᱭ</w:t>
      </w:r>
      <w:r>
        <w:rPr>
          <w:rFonts w:ascii="Times New Roman" w:hAnsi="Times New Roman" w:eastAsia="Times New Roman" w:cs="Times New Roman"/>
        </w:rPr>
        <w:t xml:space="preserve"> </w:t>
      </w:r>
      <w:r>
        <w:rPr>
          <w:rFonts w:ascii="Nirmala UI" w:hAnsi="Nirmala UI" w:eastAsia="Nirmala UI" w:cs="Nirmala UI"/>
        </w:rPr>
        <w:t>ᱠᱟᱱ</w:t>
      </w:r>
      <w:r>
        <w:rPr>
          <w:rFonts w:ascii="Times New Roman" w:hAnsi="Times New Roman" w:eastAsia="Times New Roman" w:cs="Times New Roman"/>
        </w:rPr>
        <w:t xml:space="preserve"> </w:t>
      </w:r>
      <w:r>
        <w:rPr>
          <w:rFonts w:ascii="Nirmala UI" w:hAnsi="Nirmala UI" w:eastAsia="Nirmala UI" w:cs="Nirmala UI"/>
        </w:rPr>
        <w:t>ᱛᱟᱦᱮᱱᱟ</w:t>
      </w:r>
      <w:r>
        <w:rPr>
          <w:rFonts w:ascii="Times New Roman" w:hAnsi="Times New Roman" w:eastAsia="Times New Roman" w:cs="Times New Roman"/>
        </w:rPr>
        <w:t xml:space="preserve">, </w:t>
      </w:r>
      <w:r>
        <w:rPr>
          <w:rFonts w:ascii="Nirmala UI" w:hAnsi="Nirmala UI" w:eastAsia="Nirmala UI" w:cs="Nirmala UI"/>
        </w:rPr>
        <w:t>ᱮᱱᱟ</w:t>
      </w:r>
      <w:r>
        <w:rPr>
          <w:rFonts w:ascii="Times New Roman" w:hAnsi="Times New Roman" w:eastAsia="Times New Roman" w:cs="Times New Roman"/>
        </w:rPr>
        <w:t xml:space="preserve"> </w:t>
      </w:r>
      <w:r>
        <w:rPr>
          <w:rFonts w:ascii="Nirmala UI" w:hAnsi="Nirmala UI" w:eastAsia="Nirmala UI" w:cs="Nirmala UI"/>
        </w:rPr>
        <w:t>ᱦᱚᱪᱚ</w:t>
      </w:r>
      <w:r>
        <w:rPr>
          <w:rFonts w:ascii="Times New Roman" w:hAnsi="Times New Roman" w:eastAsia="Times New Roman" w:cs="Times New Roman"/>
        </w:rPr>
        <w:t xml:space="preserve"> </w:t>
      </w:r>
      <w:r>
        <w:rPr>
          <w:rFonts w:ascii="Nirmala UI" w:hAnsi="Nirmala UI" w:eastAsia="Nirmala UI" w:cs="Nirmala UI"/>
        </w:rPr>
        <w:t>ᱟᱠᱟᱱᱟ</w:t>
      </w:r>
      <w:r>
        <w:rPr>
          <w:rFonts w:ascii="Times New Roman" w:hAnsi="Times New Roman" w:eastAsia="Times New Roman" w:cs="Times New Roman"/>
        </w:rPr>
        <w:t xml:space="preserve">—Review and Herald </w:t>
      </w:r>
      <w:r>
        <w:rPr>
          <w:rFonts w:ascii="Nirmala UI" w:hAnsi="Nirmala UI" w:eastAsia="Nirmala UI" w:cs="Nirmala UI"/>
        </w:rPr>
        <w:t>ᱵᱤᱞᱰᱤᱝ</w:t>
      </w:r>
      <w:r>
        <w:rPr>
          <w:rFonts w:ascii="Times New Roman" w:hAnsi="Times New Roman" w:eastAsia="Times New Roman" w:cs="Times New Roman"/>
        </w:rPr>
        <w:t xml:space="preserve"> </w:t>
      </w:r>
      <w:r>
        <w:rPr>
          <w:rFonts w:ascii="Nirmala UI" w:hAnsi="Nirmala UI" w:eastAsia="Nirmala UI" w:cs="Nirmala UI"/>
        </w:rPr>
        <w:t>ᱪᱟᱹᱞᱟᱣ</w:t>
      </w:r>
      <w:r>
        <w:rPr>
          <w:rFonts w:ascii="Times New Roman" w:hAnsi="Times New Roman" w:eastAsia="Times New Roman" w:cs="Times New Roman"/>
        </w:rPr>
        <w:t xml:space="preserve"> </w:t>
      </w:r>
      <w:r>
        <w:rPr>
          <w:rFonts w:ascii="Nirmala UI" w:hAnsi="Nirmala UI" w:eastAsia="Nirmala UI" w:cs="Nirmala UI"/>
        </w:rPr>
        <w:t>ᱡᱟᱹᱲᱤ</w:t>
      </w:r>
      <w:r>
        <w:rPr>
          <w:rFonts w:ascii="Times New Roman" w:hAnsi="Times New Roman" w:eastAsia="Times New Roman" w:cs="Times New Roman"/>
        </w:rPr>
        <w:t xml:space="preserve"> </w:t>
      </w:r>
      <w:r>
        <w:rPr>
          <w:rFonts w:ascii="Nirmala UI" w:hAnsi="Nirmala UI" w:eastAsia="Nirmala UI" w:cs="Nirmala UI"/>
        </w:rPr>
        <w:t>ᱜᱮᱞᱮᱱᱟ</w:t>
      </w:r>
      <w:r>
        <w:rPr>
          <w:rFonts w:ascii="Times New Roman" w:hAnsi="Times New Roman" w:eastAsia="Times New Roman" w:cs="Times New Roman"/>
        </w:rPr>
        <w:t xml:space="preserve"> </w:t>
      </w:r>
      <w:r>
        <w:rPr>
          <w:rFonts w:ascii="Nirmala UI" w:hAnsi="Nirmala UI" w:eastAsia="Nirmala UI" w:cs="Nirmala UI"/>
        </w:rPr>
        <w:t>ᱢᱮᱱᱛᱮ</w:t>
      </w:r>
      <w:r>
        <w:rPr>
          <w:rFonts w:ascii="Times New Roman" w:hAnsi="Times New Roman" w:eastAsia="Times New Roman" w:cs="Times New Roman"/>
        </w:rPr>
        <w:t xml:space="preserve"> </w:t>
      </w:r>
      <w:r>
        <w:rPr>
          <w:rFonts w:ascii="Nirmala UI" w:hAnsi="Nirmala UI" w:eastAsia="Nirmala UI" w:cs="Nirmala UI"/>
        </w:rPr>
        <w:t>ᱠᱚᱵᱚᱨ</w:t>
      </w:r>
      <w:r>
        <w:rPr>
          <w:rFonts w:ascii="Times New Roman" w:hAnsi="Times New Roman" w:eastAsia="Times New Roman" w:cs="Times New Roman"/>
        </w:rPr>
        <w:t xml:space="preserve">. </w:t>
      </w:r>
      <w:r>
        <w:rPr>
          <w:rFonts w:ascii="Nirmala UI" w:hAnsi="Nirmala UI" w:eastAsia="Nirmala UI" w:cs="Nirmala UI"/>
        </w:rPr>
        <w:t>ᱡᱚᱠᱷᱚᱱ</w:t>
      </w:r>
      <w:r>
        <w:rPr>
          <w:rFonts w:ascii="Times New Roman" w:hAnsi="Times New Roman" w:eastAsia="Times New Roman" w:cs="Times New Roman"/>
        </w:rPr>
        <w:t xml:space="preserve"> </w:t>
      </w:r>
      <w:r>
        <w:rPr>
          <w:rFonts w:ascii="Nirmala UI" w:hAnsi="Nirmala UI" w:eastAsia="Nirmala UI" w:cs="Nirmala UI"/>
        </w:rPr>
        <w:t>ᱱᱚᱣᱟ</w:t>
      </w:r>
      <w:r>
        <w:rPr>
          <w:rFonts w:ascii="Times New Roman" w:hAnsi="Times New Roman" w:eastAsia="Times New Roman" w:cs="Times New Roman"/>
        </w:rPr>
        <w:t xml:space="preserve"> </w:t>
      </w:r>
      <w:r>
        <w:rPr>
          <w:rFonts w:ascii="Nirmala UI" w:hAnsi="Nirmala UI" w:eastAsia="Nirmala UI" w:cs="Nirmala UI"/>
        </w:rPr>
        <w:t>ᱠᱚᱵᱚᱨ</w:t>
      </w:r>
      <w:r>
        <w:rPr>
          <w:rFonts w:ascii="Times New Roman" w:hAnsi="Times New Roman" w:eastAsia="Times New Roman" w:cs="Times New Roman"/>
        </w:rPr>
        <w:t xml:space="preserve"> </w:t>
      </w:r>
      <w:r>
        <w:rPr>
          <w:rFonts w:ascii="Nirmala UI" w:hAnsi="Nirmala UI" w:eastAsia="Nirmala UI" w:cs="Nirmala UI"/>
        </w:rPr>
        <w:t>ᱦᱩᱭ</w:t>
      </w:r>
      <w:r>
        <w:rPr>
          <w:rFonts w:ascii="Times New Roman" w:hAnsi="Times New Roman" w:eastAsia="Times New Roman" w:cs="Times New Roman"/>
        </w:rPr>
        <w:t xml:space="preserve"> </w:t>
      </w:r>
      <w:r>
        <w:rPr>
          <w:rFonts w:ascii="Nirmala UI" w:hAnsi="Nirmala UI" w:eastAsia="Nirmala UI" w:cs="Nirmala UI"/>
        </w:rPr>
        <w:t>ᱮᱱᱟ</w:t>
      </w:r>
      <w:r>
        <w:rPr>
          <w:rFonts w:ascii="Times New Roman" w:hAnsi="Times New Roman" w:eastAsia="Times New Roman" w:cs="Times New Roman"/>
        </w:rPr>
        <w:t xml:space="preserve">, </w:t>
      </w:r>
      <w:r>
        <w:rPr>
          <w:rFonts w:ascii="Nirmala UI" w:hAnsi="Nirmala UI" w:eastAsia="Nirmala UI" w:cs="Nirmala UI"/>
        </w:rPr>
        <w:t>ᱤᱧ</w:t>
      </w:r>
      <w:r>
        <w:rPr>
          <w:rFonts w:ascii="Times New Roman" w:hAnsi="Times New Roman" w:eastAsia="Times New Roman" w:cs="Times New Roman"/>
        </w:rPr>
        <w:t xml:space="preserve"> </w:t>
      </w:r>
      <w:r>
        <w:rPr>
          <w:rFonts w:ascii="Nirmala UI" w:hAnsi="Nirmala UI" w:eastAsia="Nirmala UI" w:cs="Nirmala UI"/>
        </w:rPr>
        <w:t>ᱟᱪᱢᱵᱤᱛ</w:t>
      </w:r>
      <w:r>
        <w:rPr>
          <w:rFonts w:ascii="Times New Roman" w:hAnsi="Times New Roman" w:eastAsia="Times New Roman" w:cs="Times New Roman"/>
        </w:rPr>
        <w:t xml:space="preserve"> </w:t>
      </w:r>
      <w:r>
        <w:rPr>
          <w:rFonts w:ascii="Nirmala UI" w:hAnsi="Nirmala UI" w:eastAsia="Nirmala UI" w:cs="Nirmala UI"/>
        </w:rPr>
        <w:t>ᱵᱟᱹᱭ</w:t>
      </w:r>
      <w:r>
        <w:rPr>
          <w:rFonts w:ascii="Times New Roman" w:hAnsi="Times New Roman" w:eastAsia="Times New Roman" w:cs="Times New Roman"/>
        </w:rPr>
        <w:t xml:space="preserve"> </w:t>
      </w:r>
      <w:r>
        <w:rPr>
          <w:rFonts w:ascii="Nirmala UI" w:hAnsi="Nirmala UI" w:eastAsia="Nirmala UI" w:cs="Nirmala UI"/>
        </w:rPr>
        <w:t>ᱦᱩᱭ</w:t>
      </w:r>
      <w:r>
        <w:rPr>
          <w:rFonts w:ascii="Times New Roman" w:hAnsi="Times New Roman" w:eastAsia="Times New Roman" w:cs="Times New Roman"/>
        </w:rPr>
        <w:t xml:space="preserve"> </w:t>
      </w:r>
      <w:r>
        <w:rPr>
          <w:rFonts w:ascii="Nirmala UI" w:hAnsi="Nirmala UI" w:eastAsia="Nirmala UI" w:cs="Nirmala UI"/>
        </w:rPr>
        <w:t>ᱮᱱᱟ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ᱤᱧ</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ᱠᱟᱛᱷᱟ</w:t>
      </w:r>
      <w:r>
        <w:rPr>
          <w:rFonts w:ascii="Times New Roman" w:hAnsi="Times New Roman" w:eastAsia="Times New Roman" w:cs="Times New Roman"/>
        </w:rPr>
        <w:t xml:space="preserve"> </w:t>
      </w:r>
      <w:r>
        <w:rPr>
          <w:rFonts w:ascii="Nirmala UI" w:hAnsi="Nirmala UI" w:eastAsia="Nirmala UI" w:cs="Nirmala UI"/>
        </w:rPr>
        <w:t>ᱦᱚᱸ</w:t>
      </w:r>
      <w:r>
        <w:rPr>
          <w:rFonts w:ascii="Times New Roman" w:hAnsi="Times New Roman" w:eastAsia="Times New Roman" w:cs="Times New Roman"/>
        </w:rPr>
        <w:t xml:space="preserve"> </w:t>
      </w:r>
      <w:r>
        <w:rPr>
          <w:rFonts w:ascii="Nirmala UI" w:hAnsi="Nirmala UI" w:eastAsia="Nirmala UI" w:cs="Nirmala UI"/>
        </w:rPr>
        <w:t>ᱵᱟᱹᱭ</w:t>
      </w:r>
      <w:r>
        <w:rPr>
          <w:rFonts w:ascii="Times New Roman" w:hAnsi="Times New Roman" w:eastAsia="Times New Roman" w:cs="Times New Roman"/>
        </w:rPr>
        <w:t xml:space="preserve"> </w:t>
      </w:r>
      <w:r>
        <w:rPr>
          <w:rFonts w:ascii="Nirmala UI" w:hAnsi="Nirmala UI" w:eastAsia="Nirmala UI" w:cs="Nirmala UI"/>
        </w:rPr>
        <w:t>ᱛᱟᱦᱮᱱᱟ</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ᱤᱧ</w:t>
      </w:r>
      <w:r>
        <w:rPr>
          <w:rFonts w:ascii="Times New Roman" w:hAnsi="Times New Roman" w:eastAsia="Times New Roman" w:cs="Times New Roman"/>
        </w:rPr>
        <w:t xml:space="preserve"> </w:t>
      </w:r>
      <w:r>
        <w:rPr>
          <w:rFonts w:ascii="Nirmala UI" w:hAnsi="Nirmala UI" w:eastAsia="Nirmala UI" w:cs="Nirmala UI"/>
        </w:rPr>
        <w:t>ᱢᱮᱱ</w:t>
      </w:r>
      <w:r>
        <w:rPr>
          <w:rFonts w:ascii="Times New Roman" w:hAnsi="Times New Roman" w:eastAsia="Times New Roman" w:cs="Times New Roman"/>
        </w:rPr>
        <w:t xml:space="preserve"> </w:t>
      </w:r>
      <w:r>
        <w:rPr>
          <w:rFonts w:ascii="Nirmala UI" w:hAnsi="Nirmala UI" w:eastAsia="Nirmala UI" w:cs="Nirmala UI"/>
        </w:rPr>
        <w:t>ᱫᱟᱲᱮᱭᱟ</w:t>
      </w:r>
      <w:r>
        <w:rPr>
          <w:rFonts w:ascii="Times New Roman" w:hAnsi="Times New Roman" w:eastAsia="Times New Roman" w:cs="Times New Roman"/>
        </w:rPr>
        <w:t xml:space="preserve">. </w:t>
      </w:r>
      <w:r>
        <w:rPr>
          <w:rFonts w:ascii="Nirmala UI" w:hAnsi="Nirmala UI" w:eastAsia="Nirmala UI" w:cs="Nirmala UI"/>
        </w:rPr>
        <w:t>ᱤᱧ</w:t>
      </w:r>
      <w:r>
        <w:rPr>
          <w:rFonts w:ascii="Times New Roman" w:hAnsi="Times New Roman" w:eastAsia="Times New Roman" w:cs="Times New Roman"/>
        </w:rPr>
        <w:t xml:space="preserve"> </w:t>
      </w:r>
      <w:r>
        <w:rPr>
          <w:rFonts w:ascii="Nirmala UI" w:hAnsi="Nirmala UI" w:eastAsia="Nirmala UI" w:cs="Nirmala UI"/>
        </w:rPr>
        <w:t>ᱡᱟᱦᱟᱱ</w:t>
      </w:r>
      <w:r>
        <w:rPr>
          <w:rFonts w:ascii="Times New Roman" w:hAnsi="Times New Roman" w:eastAsia="Times New Roman" w:cs="Times New Roman"/>
        </w:rPr>
        <w:t xml:space="preserve"> </w:t>
      </w:r>
      <w:r>
        <w:rPr>
          <w:rFonts w:ascii="Nirmala UI" w:hAnsi="Nirmala UI" w:eastAsia="Nirmala UI" w:cs="Nirmala UI"/>
        </w:rPr>
        <w:t>ᱠᱟᱛᱷᱟ</w:t>
      </w:r>
      <w:r>
        <w:rPr>
          <w:rFonts w:ascii="Times New Roman" w:hAnsi="Times New Roman" w:eastAsia="Times New Roman" w:cs="Times New Roman"/>
        </w:rPr>
        <w:t xml:space="preserve"> </w:t>
      </w:r>
      <w:r>
        <w:rPr>
          <w:rFonts w:ascii="Nirmala UI" w:hAnsi="Nirmala UI" w:eastAsia="Nirmala UI" w:cs="Nirmala UI"/>
        </w:rPr>
        <w:t>ᱛᱟᱹᱭᱚᱢ</w:t>
      </w:r>
      <w:r>
        <w:rPr>
          <w:rFonts w:ascii="Times New Roman" w:hAnsi="Times New Roman" w:eastAsia="Times New Roman" w:cs="Times New Roman"/>
        </w:rPr>
        <w:t xml:space="preserve"> </w:t>
      </w:r>
      <w:r>
        <w:rPr>
          <w:rFonts w:ascii="Nirmala UI" w:hAnsi="Nirmala UI" w:eastAsia="Nirmala UI" w:cs="Nirmala UI"/>
        </w:rPr>
        <w:t>ᱛᱟᱹᱭᱚᱢ</w:t>
      </w:r>
      <w:r>
        <w:rPr>
          <w:rFonts w:ascii="Times New Roman" w:hAnsi="Times New Roman" w:eastAsia="Times New Roman" w:cs="Times New Roman"/>
        </w:rPr>
        <w:t xml:space="preserve"> </w:t>
      </w:r>
      <w:r>
        <w:rPr>
          <w:rFonts w:ascii="Nirmala UI" w:hAnsi="Nirmala UI" w:eastAsia="Nirmala UI" w:cs="Nirmala UI"/>
        </w:rPr>
        <w:t>ᱦᱚᱸ</w:t>
      </w:r>
      <w:r>
        <w:rPr>
          <w:rFonts w:ascii="Times New Roman" w:hAnsi="Times New Roman" w:eastAsia="Times New Roman" w:cs="Times New Roman"/>
        </w:rPr>
        <w:t xml:space="preserve"> </w:t>
      </w:r>
      <w:r>
        <w:rPr>
          <w:rFonts w:ascii="Nirmala UI" w:hAnsi="Nirmala UI" w:eastAsia="Nirmala UI" w:cs="Nirmala UI"/>
        </w:rPr>
        <w:t>ᱦᱚᱥᱤᱭᱟᱨ</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ᱢᱮᱱ</w:t>
      </w:r>
      <w:r>
        <w:rPr>
          <w:rFonts w:ascii="Times New Roman" w:hAnsi="Times New Roman" w:eastAsia="Times New Roman" w:cs="Times New Roman"/>
        </w:rPr>
        <w:t xml:space="preserve"> </w:t>
      </w:r>
      <w:r>
        <w:rPr>
          <w:rFonts w:ascii="Nirmala UI" w:hAnsi="Nirmala UI" w:eastAsia="Nirmala UI" w:cs="Nirmala UI"/>
        </w:rPr>
        <w:t>ᱟᱠᱟᱫᱟ</w:t>
      </w:r>
      <w:r>
        <w:rPr>
          <w:rFonts w:ascii="Times New Roman" w:hAnsi="Times New Roman" w:eastAsia="Times New Roman" w:cs="Times New Roman"/>
        </w:rPr>
        <w:t xml:space="preserve">, </w:t>
      </w:r>
      <w:r>
        <w:rPr>
          <w:rFonts w:ascii="Nirmala UI" w:hAnsi="Nirmala UI" w:eastAsia="Nirmala UI" w:cs="Nirmala UI"/>
        </w:rPr>
        <w:t>ᱚᱱᱟᱨ</w:t>
      </w:r>
      <w:r>
        <w:rPr>
          <w:rFonts w:ascii="Times New Roman" w:hAnsi="Times New Roman" w:eastAsia="Times New Roman" w:cs="Times New Roman"/>
        </w:rPr>
        <w:t xml:space="preserve"> </w:t>
      </w:r>
      <w:r>
        <w:rPr>
          <w:rFonts w:ascii="Nirmala UI" w:hAnsi="Nirmala UI" w:eastAsia="Nirmala UI" w:cs="Nirmala UI"/>
        </w:rPr>
        <w:t>ᱠᱚᱱᱚ</w:t>
      </w:r>
      <w:r>
        <w:rPr>
          <w:rFonts w:ascii="Times New Roman" w:hAnsi="Times New Roman" w:eastAsia="Times New Roman" w:cs="Times New Roman"/>
        </w:rPr>
        <w:t xml:space="preserve"> </w:t>
      </w:r>
      <w:r>
        <w:rPr>
          <w:rFonts w:ascii="Nirmala UI" w:hAnsi="Nirmala UI" w:eastAsia="Nirmala UI" w:cs="Nirmala UI"/>
        </w:rPr>
        <w:t>ᱯᱷᱚᱞ</w:t>
      </w:r>
      <w:r>
        <w:rPr>
          <w:rFonts w:ascii="Times New Roman" w:hAnsi="Times New Roman" w:eastAsia="Times New Roman" w:cs="Times New Roman"/>
        </w:rPr>
        <w:t xml:space="preserve"> </w:t>
      </w:r>
      <w:r>
        <w:rPr>
          <w:rFonts w:ascii="Nirmala UI" w:hAnsi="Nirmala UI" w:eastAsia="Nirmala UI" w:cs="Nirmala UI"/>
        </w:rPr>
        <w:t>ᱵᱟᱹᱭ</w:t>
      </w:r>
      <w:r>
        <w:rPr>
          <w:rFonts w:ascii="Times New Roman" w:hAnsi="Times New Roman" w:eastAsia="Times New Roman" w:cs="Times New Roman"/>
        </w:rPr>
        <w:t xml:space="preserve"> </w:t>
      </w:r>
      <w:r>
        <w:rPr>
          <w:rFonts w:ascii="Nirmala UI" w:hAnsi="Nirmala UI" w:eastAsia="Nirmala UI" w:cs="Nirmala UI"/>
        </w:rPr>
        <w:t>ᱦᱩᱭ</w:t>
      </w:r>
      <w:r>
        <w:rPr>
          <w:rFonts w:ascii="Times New Roman" w:hAnsi="Times New Roman" w:eastAsia="Times New Roman" w:cs="Times New Roman"/>
        </w:rPr>
        <w:t xml:space="preserve"> </w:t>
      </w:r>
      <w:r>
        <w:rPr>
          <w:rFonts w:ascii="Nirmala UI" w:hAnsi="Nirmala UI" w:eastAsia="Nirmala UI" w:cs="Nirmala UI"/>
        </w:rPr>
        <w:t>ᱮᱱᱟ</w:t>
      </w:r>
      <w:r>
        <w:rPr>
          <w:rFonts w:ascii="Times New Roman" w:hAnsi="Times New Roman" w:eastAsia="Times New Roman" w:cs="Times New Roman"/>
        </w:rPr>
        <w:t xml:space="preserve"> </w:t>
      </w:r>
      <w:r>
        <w:rPr>
          <w:rFonts w:ascii="Nirmala UI" w:hAnsi="Nirmala UI" w:eastAsia="Nirmala UI" w:cs="Nirmala UI"/>
        </w:rPr>
        <w:t>ᱥᱟᱶ</w:t>
      </w:r>
      <w:r>
        <w:rPr>
          <w:rFonts w:ascii="Times New Roman" w:hAnsi="Times New Roman" w:eastAsia="Times New Roman" w:cs="Times New Roman"/>
        </w:rPr>
        <w:t xml:space="preserve"> </w:t>
      </w:r>
      <w:r>
        <w:rPr>
          <w:rFonts w:ascii="Nirmala UI" w:hAnsi="Nirmala UI" w:eastAsia="Nirmala UI" w:cs="Nirmala UI"/>
        </w:rPr>
        <w:t>ᱥᱟᱶ</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ᱦᱚᱲ</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ᱟᱨᱚ</w:t>
      </w:r>
      <w:r>
        <w:rPr>
          <w:rFonts w:ascii="Times New Roman" w:hAnsi="Times New Roman" w:eastAsia="Times New Roman" w:cs="Times New Roman"/>
        </w:rPr>
        <w:t xml:space="preserve"> </w:t>
      </w:r>
      <w:r>
        <w:rPr>
          <w:rFonts w:ascii="Nirmala UI" w:hAnsi="Nirmala UI" w:eastAsia="Nirmala UI" w:cs="Nirmala UI"/>
        </w:rPr>
        <w:t>ᱠᱚᱲᱟᱭ</w:t>
      </w:r>
      <w:r>
        <w:rPr>
          <w:rFonts w:ascii="Times New Roman" w:hAnsi="Times New Roman" w:eastAsia="Times New Roman" w:cs="Times New Roman"/>
        </w:rPr>
        <w:t xml:space="preserve"> </w:t>
      </w:r>
      <w:r>
        <w:rPr>
          <w:rFonts w:ascii="Nirmala UI" w:hAnsi="Nirmala UI" w:eastAsia="Nirmala UI" w:cs="Nirmala UI"/>
        </w:rPr>
        <w:t>ᱟᱠᱟᱫᱟ</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ᱟᱸᱡᱚᱢ</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ᱱᱤᱛᱚᱜ</w:t>
      </w:r>
      <w:r>
        <w:rPr>
          <w:rFonts w:ascii="Times New Roman" w:hAnsi="Times New Roman" w:eastAsia="Times New Roman" w:cs="Times New Roman"/>
        </w:rPr>
        <w:t xml:space="preserve"> </w:t>
      </w:r>
      <w:r>
        <w:rPr>
          <w:rFonts w:ascii="Nirmala UI" w:hAnsi="Nirmala UI" w:eastAsia="Nirmala UI" w:cs="Nirmala UI"/>
        </w:rPr>
        <w:t>ᱤᱧ</w:t>
      </w:r>
      <w:r>
        <w:rPr>
          <w:rFonts w:ascii="Times New Roman" w:hAnsi="Times New Roman" w:eastAsia="Times New Roman" w:cs="Times New Roman"/>
        </w:rPr>
        <w:t xml:space="preserve"> </w:t>
      </w:r>
      <w:r>
        <w:rPr>
          <w:rFonts w:ascii="Nirmala UI" w:hAnsi="Nirmala UI" w:eastAsia="Nirmala UI" w:cs="Nirmala UI"/>
        </w:rPr>
        <w:t>ᱢᱤᱫᱼᱜᱤ</w:t>
      </w:r>
      <w:r>
        <w:rPr>
          <w:rFonts w:ascii="Times New Roman" w:hAnsi="Times New Roman" w:eastAsia="Times New Roman" w:cs="Times New Roman"/>
        </w:rPr>
        <w:t xml:space="preserve"> </w:t>
      </w:r>
      <w:r>
        <w:rPr>
          <w:rFonts w:ascii="Nirmala UI" w:hAnsi="Nirmala UI" w:eastAsia="Nirmala UI" w:cs="Nirmala UI"/>
        </w:rPr>
        <w:t>ᱱᱚᱣᱟ</w:t>
      </w:r>
      <w:r>
        <w:rPr>
          <w:rFonts w:ascii="Times New Roman" w:hAnsi="Times New Roman" w:eastAsia="Times New Roman" w:cs="Times New Roman"/>
        </w:rPr>
        <w:t xml:space="preserve"> </w:t>
      </w:r>
      <w:r>
        <w:rPr>
          <w:rFonts w:ascii="Nirmala UI" w:hAnsi="Nirmala UI" w:eastAsia="Nirmala UI" w:cs="Nirmala UI"/>
        </w:rPr>
        <w:t>ᱢᱮᱱ</w:t>
      </w:r>
      <w:r>
        <w:rPr>
          <w:rFonts w:ascii="Times New Roman" w:hAnsi="Times New Roman" w:eastAsia="Times New Roman" w:cs="Times New Roman"/>
        </w:rPr>
        <w:t xml:space="preserve"> </w:t>
      </w:r>
      <w:r>
        <w:rPr>
          <w:rFonts w:ascii="Nirmala UI" w:hAnsi="Nirmala UI" w:eastAsia="Nirmala UI" w:cs="Nirmala UI"/>
        </w:rPr>
        <w:t>ᱫᱟᱲᱮᱭᱟ</w:t>
      </w:r>
      <w:r>
        <w:rPr>
          <w:rFonts w:ascii="Times New Roman" w:hAnsi="Times New Roman" w:eastAsia="Times New Roman" w:cs="Times New Roman"/>
        </w:rPr>
        <w:t xml:space="preserve">: </w:t>
      </w:r>
      <w:r>
        <w:rPr>
          <w:rFonts w:ascii="Nirmala UI" w:hAnsi="Nirmala UI" w:eastAsia="Nirmala UI" w:cs="Nirmala UI"/>
        </w:rPr>
        <w:t>ᱤᱧ</w:t>
      </w:r>
      <w:r>
        <w:rPr>
          <w:rFonts w:ascii="Times New Roman" w:hAnsi="Times New Roman" w:eastAsia="Times New Roman" w:cs="Times New Roman"/>
        </w:rPr>
        <w:t xml:space="preserve"> </w:t>
      </w:r>
      <w:r>
        <w:rPr>
          <w:rFonts w:ascii="Nirmala UI" w:hAnsi="Nirmala UI" w:eastAsia="Nirmala UI" w:cs="Nirmala UI"/>
        </w:rPr>
        <w:t>ᱫᱷᱮᱨ</w:t>
      </w:r>
      <w:r>
        <w:rPr>
          <w:rFonts w:ascii="Times New Roman" w:hAnsi="Times New Roman" w:eastAsia="Times New Roman" w:cs="Times New Roman"/>
        </w:rPr>
        <w:t xml:space="preserve"> </w:t>
      </w:r>
      <w:r>
        <w:rPr>
          <w:rFonts w:ascii="Nirmala UI" w:hAnsi="Nirmala UI" w:eastAsia="Nirmala UI" w:cs="Nirmala UI"/>
        </w:rPr>
        <w:t>ᱫᱩᱠᱷᱤᱛ</w:t>
      </w:r>
      <w:r>
        <w:rPr>
          <w:rFonts w:ascii="Times New Roman" w:hAnsi="Times New Roman" w:eastAsia="Times New Roman" w:cs="Times New Roman"/>
        </w:rPr>
        <w:t xml:space="preserve">, </w:t>
      </w:r>
      <w:r>
        <w:rPr>
          <w:rFonts w:ascii="Nirmala UI" w:hAnsi="Nirmala UI" w:eastAsia="Nirmala UI" w:cs="Nirmala UI"/>
        </w:rPr>
        <w:t>ᱫᱷᱮᱨ</w:t>
      </w:r>
      <w:r>
        <w:rPr>
          <w:rFonts w:ascii="Times New Roman" w:hAnsi="Times New Roman" w:eastAsia="Times New Roman" w:cs="Times New Roman"/>
        </w:rPr>
        <w:t xml:space="preserve"> </w:t>
      </w:r>
      <w:r>
        <w:rPr>
          <w:rFonts w:ascii="Nirmala UI" w:hAnsi="Nirmala UI" w:eastAsia="Nirmala UI" w:cs="Nirmala UI"/>
        </w:rPr>
        <w:t>ᱜᱮ</w:t>
      </w:r>
      <w:r>
        <w:rPr>
          <w:rFonts w:ascii="Times New Roman" w:hAnsi="Times New Roman" w:eastAsia="Times New Roman" w:cs="Times New Roman"/>
        </w:rPr>
        <w:t xml:space="preserve"> </w:t>
      </w:r>
      <w:r>
        <w:rPr>
          <w:rFonts w:ascii="Nirmala UI" w:hAnsi="Nirmala UI" w:eastAsia="Nirmala UI" w:cs="Nirmala UI"/>
        </w:rPr>
        <w:t>ᱫᱩᱠᱷᱤᱛ</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ᱱᱚᱣᱟ</w:t>
      </w:r>
      <w:r>
        <w:rPr>
          <w:rFonts w:ascii="Times New Roman" w:hAnsi="Times New Roman" w:eastAsia="Times New Roman" w:cs="Times New Roman"/>
        </w:rPr>
        <w:t xml:space="preserve"> </w:t>
      </w:r>
      <w:r>
        <w:rPr>
          <w:rFonts w:ascii="Nirmala UI" w:hAnsi="Nirmala UI" w:eastAsia="Nirmala UI" w:cs="Nirmala UI"/>
        </w:rPr>
        <w:t>ᱟᱜᱷᱟᱛ</w:t>
      </w:r>
      <w:r>
        <w:rPr>
          <w:rFonts w:ascii="Times New Roman" w:hAnsi="Times New Roman" w:eastAsia="Times New Roman" w:cs="Times New Roman"/>
        </w:rPr>
        <w:t xml:space="preserve"> </w:t>
      </w:r>
      <w:r>
        <w:rPr>
          <w:rFonts w:ascii="Nirmala UI" w:hAnsi="Nirmala UI" w:eastAsia="Nirmala UI" w:cs="Nirmala UI"/>
        </w:rPr>
        <w:t>ᱦᱟᱹᱛᱤᱧ</w:t>
      </w:r>
      <w:r>
        <w:rPr>
          <w:rFonts w:ascii="Times New Roman" w:hAnsi="Times New Roman" w:eastAsia="Times New Roman" w:cs="Times New Roman"/>
        </w:rPr>
        <w:t xml:space="preserve"> </w:t>
      </w:r>
      <w:r>
        <w:rPr>
          <w:rFonts w:ascii="Nirmala UI" w:hAnsi="Nirmala UI" w:eastAsia="Nirmala UI" w:cs="Nirmala UI"/>
        </w:rPr>
        <w:t>ᱟᱹᱜᱩ</w:t>
      </w:r>
      <w:r>
        <w:rPr>
          <w:rFonts w:ascii="Times New Roman" w:hAnsi="Times New Roman" w:eastAsia="Times New Roman" w:cs="Times New Roman"/>
        </w:rPr>
        <w:t xml:space="preserve"> </w:t>
      </w:r>
      <w:r>
        <w:rPr>
          <w:rFonts w:ascii="Nirmala UI" w:hAnsi="Nirmala UI" w:eastAsia="Nirmala UI" w:cs="Nirmala UI"/>
        </w:rPr>
        <w:t>ᱞᱟᱹᱜᱤᱫ</w:t>
      </w:r>
      <w:r>
        <w:rPr>
          <w:rFonts w:ascii="Times New Roman" w:hAnsi="Times New Roman" w:eastAsia="Times New Roman" w:cs="Times New Roman"/>
        </w:rPr>
        <w:t xml:space="preserve"> </w:t>
      </w:r>
      <w:r>
        <w:rPr>
          <w:rFonts w:ascii="Nirmala UI" w:hAnsi="Nirmala UI" w:eastAsia="Nirmala UI" w:cs="Nirmala UI"/>
        </w:rPr>
        <w:t>ᱦᱩᱭ</w:t>
      </w:r>
      <w:r>
        <w:rPr>
          <w:rFonts w:ascii="Times New Roman" w:hAnsi="Times New Roman" w:eastAsia="Times New Roman" w:cs="Times New Roman"/>
        </w:rPr>
        <w:t xml:space="preserve"> </w:t>
      </w:r>
      <w:r>
        <w:rPr>
          <w:rFonts w:ascii="Nirmala UI" w:hAnsi="Nirmala UI" w:eastAsia="Nirmala UI" w:cs="Nirmala UI"/>
        </w:rPr>
        <w:t>ᱮᱱᱟ</w:t>
      </w:r>
      <w:r>
        <w:rPr>
          <w:rFonts w:ascii="Times New Roman" w:hAnsi="Times New Roman" w:eastAsia="Times New Roman" w:cs="Times New Roman"/>
        </w:rPr>
        <w:t xml:space="preserve">. </w:t>
      </w:r>
      <w:r>
        <w:rPr>
          <w:rFonts w:ascii="Nirmala UI" w:hAnsi="Nirmala UI" w:eastAsia="Nirmala UI" w:cs="Nirmala UI"/>
        </w:rPr>
        <w:t>ᱡᱚᱛᱚ</w:t>
      </w:r>
      <w:r>
        <w:rPr>
          <w:rFonts w:ascii="Times New Roman" w:hAnsi="Times New Roman" w:eastAsia="Times New Roman" w:cs="Times New Roman"/>
        </w:rPr>
        <w:t xml:space="preserve"> </w:t>
      </w:r>
      <w:r>
        <w:rPr>
          <w:rFonts w:ascii="Nirmala UI" w:hAnsi="Nirmala UI" w:eastAsia="Nirmala UI" w:cs="Nirmala UI"/>
        </w:rPr>
        <w:t>ᱡᱩᱛ</w:t>
      </w:r>
      <w:r>
        <w:rPr>
          <w:rFonts w:ascii="Times New Roman" w:hAnsi="Times New Roman" w:eastAsia="Times New Roman" w:cs="Times New Roman"/>
        </w:rPr>
        <w:t xml:space="preserve"> </w:t>
      </w:r>
      <w:r>
        <w:rPr>
          <w:rFonts w:ascii="Nirmala UI" w:hAnsi="Nirmala UI" w:eastAsia="Nirmala UI" w:cs="Nirmala UI"/>
        </w:rPr>
        <w:t>ᱟᱞᱚᱠ</w:t>
      </w:r>
      <w:r>
        <w:rPr>
          <w:rFonts w:ascii="Times New Roman" w:hAnsi="Times New Roman" w:eastAsia="Times New Roman" w:cs="Times New Roman"/>
        </w:rPr>
        <w:t xml:space="preserve"> </w:t>
      </w:r>
      <w:r>
        <w:rPr>
          <w:rFonts w:ascii="Nirmala UI" w:hAnsi="Nirmala UI" w:eastAsia="Nirmala UI" w:cs="Nirmala UI"/>
        </w:rPr>
        <w:t>ᱮᱢ</w:t>
      </w:r>
      <w:r>
        <w:rPr>
          <w:rFonts w:ascii="Times New Roman" w:hAnsi="Times New Roman" w:eastAsia="Times New Roman" w:cs="Times New Roman"/>
        </w:rPr>
        <w:t xml:space="preserve"> </w:t>
      </w:r>
      <w:r>
        <w:rPr>
          <w:rFonts w:ascii="Nirmala UI" w:hAnsi="Nirmala UI" w:eastAsia="Nirmala UI" w:cs="Nirmala UI"/>
        </w:rPr>
        <w:t>ᱟᱠᱟᱱᱟ</w:t>
      </w:r>
      <w:r>
        <w:rPr>
          <w:rFonts w:ascii="Times New Roman" w:hAnsi="Times New Roman" w:eastAsia="Times New Roman" w:cs="Times New Roman"/>
        </w:rPr>
        <w:t xml:space="preserve">. </w:t>
      </w:r>
      <w:r>
        <w:rPr>
          <w:rFonts w:ascii="Nirmala UI" w:hAnsi="Nirmala UI" w:eastAsia="Nirmala UI" w:cs="Nirmala UI"/>
        </w:rPr>
        <w:t>ᱟᱜᱟᱨ</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ᱪᱟᱞᱟᱣ</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ᱦᱟᱛᱟᱣ</w:t>
      </w:r>
      <w:r>
        <w:rPr>
          <w:rFonts w:ascii="Times New Roman" w:hAnsi="Times New Roman" w:eastAsia="Times New Roman" w:cs="Times New Roman"/>
        </w:rPr>
        <w:t xml:space="preserve"> </w:t>
      </w:r>
      <w:r>
        <w:rPr>
          <w:rFonts w:ascii="Nirmala UI" w:hAnsi="Nirmala UI" w:eastAsia="Nirmala UI" w:cs="Nirmala UI"/>
        </w:rPr>
        <w:t>ᱮᱱᱟᱠ</w:t>
      </w:r>
      <w:r>
        <w:rPr>
          <w:rFonts w:ascii="Times New Roman" w:hAnsi="Times New Roman" w:eastAsia="Times New Roman" w:cs="Times New Roman"/>
        </w:rPr>
        <w:t xml:space="preserve">, </w:t>
      </w:r>
      <w:r>
        <w:rPr>
          <w:rFonts w:ascii="Nirmala UI" w:hAnsi="Nirmala UI" w:eastAsia="Nirmala UI" w:cs="Nirmala UI"/>
        </w:rPr>
        <w:t>ᱛᱟᱦᱚᱞᱮ</w:t>
      </w:r>
      <w:r>
        <w:rPr>
          <w:rFonts w:ascii="Times New Roman" w:hAnsi="Times New Roman" w:eastAsia="Times New Roman" w:cs="Times New Roman"/>
        </w:rPr>
        <w:t xml:space="preserve"> </w:t>
      </w:r>
      <w:r>
        <w:rPr>
          <w:rFonts w:ascii="Nirmala UI" w:hAnsi="Nirmala UI" w:eastAsia="Nirmala UI" w:cs="Nirmala UI"/>
        </w:rPr>
        <w:t>ᱟᱨᱚ</w:t>
      </w:r>
      <w:r>
        <w:rPr>
          <w:rFonts w:ascii="Times New Roman" w:hAnsi="Times New Roman" w:eastAsia="Times New Roman" w:cs="Times New Roman"/>
        </w:rPr>
        <w:t xml:space="preserve"> </w:t>
      </w:r>
      <w:r>
        <w:rPr>
          <w:rFonts w:ascii="Nirmala UI" w:hAnsi="Nirmala UI" w:eastAsia="Nirmala UI" w:cs="Nirmala UI"/>
        </w:rPr>
        <w:t>ᱟᱞᱚᱠ</w:t>
      </w:r>
      <w:r>
        <w:rPr>
          <w:rFonts w:ascii="Times New Roman" w:hAnsi="Times New Roman" w:eastAsia="Times New Roman" w:cs="Times New Roman"/>
        </w:rPr>
        <w:t xml:space="preserve"> </w:t>
      </w:r>
      <w:r>
        <w:rPr>
          <w:rFonts w:ascii="Nirmala UI" w:hAnsi="Nirmala UI" w:eastAsia="Nirmala UI" w:cs="Nirmala UI"/>
        </w:rPr>
        <w:t>ᱮᱢ</w:t>
      </w:r>
      <w:r>
        <w:rPr>
          <w:rFonts w:ascii="Times New Roman" w:hAnsi="Times New Roman" w:eastAsia="Times New Roman" w:cs="Times New Roman"/>
        </w:rPr>
        <w:t xml:space="preserve"> </w:t>
      </w:r>
      <w:r>
        <w:rPr>
          <w:rFonts w:ascii="Nirmala UI" w:hAnsi="Nirmala UI" w:eastAsia="Nirmala UI" w:cs="Nirmala UI"/>
        </w:rPr>
        <w:t>ᱞᱟᱹᱜᱤᱫ</w:t>
      </w:r>
      <w:r>
        <w:rPr>
          <w:rFonts w:ascii="Times New Roman" w:hAnsi="Times New Roman" w:eastAsia="Times New Roman" w:cs="Times New Roman"/>
        </w:rPr>
        <w:t xml:space="preserve"> </w:t>
      </w:r>
      <w:r>
        <w:rPr>
          <w:rFonts w:ascii="Nirmala UI" w:hAnsi="Nirmala UI" w:eastAsia="Nirmala UI" w:cs="Nirmala UI"/>
        </w:rPr>
        <w:t>ᱵᱟᱹᱭ</w:t>
      </w:r>
      <w:r>
        <w:rPr>
          <w:rFonts w:ascii="Times New Roman" w:hAnsi="Times New Roman" w:eastAsia="Times New Roman" w:cs="Times New Roman"/>
        </w:rPr>
        <w:t xml:space="preserve"> </w:t>
      </w:r>
      <w:r>
        <w:rPr>
          <w:rFonts w:ascii="Nirmala UI" w:hAnsi="Nirmala UI" w:eastAsia="Nirmala UI" w:cs="Nirmala UI"/>
        </w:rPr>
        <w:t>ᱦᱩᱭ</w:t>
      </w:r>
      <w:r>
        <w:rPr>
          <w:rFonts w:ascii="Times New Roman" w:hAnsi="Times New Roman" w:eastAsia="Times New Roman" w:cs="Times New Roman"/>
        </w:rPr>
        <w:t xml:space="preserve"> </w:t>
      </w:r>
      <w:r>
        <w:rPr>
          <w:rFonts w:ascii="Nirmala UI" w:hAnsi="Nirmala UI" w:eastAsia="Nirmala UI" w:cs="Nirmala UI"/>
        </w:rPr>
        <w:t>ᱮᱱᱟ</w:t>
      </w:r>
      <w:r>
        <w:rPr>
          <w:rFonts w:ascii="Times New Roman" w:hAnsi="Times New Roman" w:eastAsia="Times New Roman" w:cs="Times New Roman"/>
        </w:rPr>
        <w:t>.” Testimonies, volume 8, 97–99.</w:t>
      </w:r>
    </w:p>
    <w:p>
      <w:pPr>
        <w:pStyle w:val="ArticleBody"/>
        <w:jc w:val="left"/>
      </w:pPr>
      <w:r>
        <w:rPr>
          <w:rFonts w:ascii="Times New Roman" w:hAnsi="Times New Roman" w:eastAsia="Times New Roman" w:cs="Times New Roman"/>
        </w:rPr>
        <w:t>ئویی ئومەت دوویەم لە ئەدوێنتیزم سەرکەوتن نەبوو، و بە تەواوبوونی حزقیال بەشی هەشت، یاخیبوون تەنها هەر بەردەوام بوو لە بەرزبوونەوەی خۆی.</w:t>
      </w:r>
    </w:p>
    <w:p>
      <w:pPr>
        <w:pStyle w:val="ArticleScripture"/>
        <w:jc w:val="left"/>
      </w:pPr>
      <w:r>
        <w:rPr>
          <w:rFonts w:ascii="Times New Roman" w:hAnsi="Times New Roman" w:eastAsia="Times New Roman" w:cs="Times New Roman"/>
        </w:rPr>
        <w:t>«Хотим ме Бойтъл-Крийкдан көчсүн деп, Теңир муну Өз элине жазма кабарлар аркылуу да, от аркылуу да жарыялаган. Кудай бизге Өз үнүн угууга жардам берсин. Бойтъл-Крийктеги биздин эки чоң мекемебиздин отко чулганып жок болгону биз үчүн эч нерсени билдирбейби? Силер: “Бирок жаңы Санаторийде көп бейтап бар”,— деп айтышыңар мүмкүн. Ооба; бирок ал жерде миңдеген бейтаптар болгон күндө да, бул биздин эл Бойтъл-Крийкта үйлөрдү куруп, ал жерге отурукташсын дегенге эч кандай далил болмок эмес.»</w:t>
      </w:r>
    </w:p>
    <w:p>
      <w:pPr>
        <w:pStyle w:val="ArticleScripture"/>
        <w:jc w:val="left"/>
      </w:pPr>
      <w:r>
        <w:rPr>
          <w:rFonts w:ascii="Times New Roman" w:hAnsi="Times New Roman" w:eastAsia="Times New Roman" w:cs="Times New Roman"/>
        </w:rPr>
        <w:t>«Ересдар арта түсуде. Адамдар Құдай Өз Рухының Куәліктерінде жіберген нұрды қабылдамай, өз ойлап тапқандарын және өз жоспарларын таңдап жүр. Адамдар Құдайдан өздерін әрі қарай да бөліп-жара бере ме? Ол Өзінің наразылығын бұрын көрсеткенінен де айқынырақ түрде танытуға тиіс пе?» Брошюралар, SpTB06, 45.</w:t>
      </w:r>
    </w:p>
    <w:p>
      <w:pPr>
        <w:pStyle w:val="ArticleBody"/>
        <w:jc w:val="left"/>
      </w:pPr>
      <w:r>
        <w:rPr>
          <w:rFonts w:ascii="Nirmala UI" w:hAnsi="Nirmala UI" w:eastAsia="Nirmala UI" w:cs="Nirmala UI"/>
        </w:rPr>
        <w:t>पुरुषहरू</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युक्तिहरू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योजनाहरू</w:t>
      </w:r>
      <w:r>
        <w:rPr>
          <w:rFonts w:ascii="Times New Roman" w:hAnsi="Times New Roman" w:eastAsia="Times New Roman" w:cs="Times New Roman"/>
        </w:rPr>
        <w:t xml:space="preserve">” </w:t>
      </w:r>
      <w:r>
        <w:rPr>
          <w:rFonts w:ascii="Nirmala UI" w:hAnsi="Nirmala UI" w:eastAsia="Nirmala UI" w:cs="Nirmala UI"/>
        </w:rPr>
        <w:t>रोजिरहेका</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इजकिएल</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आठका</w:t>
      </w:r>
      <w:r>
        <w:rPr>
          <w:rFonts w:ascii="Times New Roman" w:hAnsi="Times New Roman" w:eastAsia="Times New Roman" w:cs="Times New Roman"/>
        </w:rPr>
        <w:t xml:space="preserve"> </w:t>
      </w:r>
      <w:r>
        <w:rPr>
          <w:rFonts w:ascii="Nirmala UI" w:hAnsi="Nirmala UI" w:eastAsia="Nirmala UI" w:cs="Nirmala UI"/>
        </w:rPr>
        <w:t>चित्रमय</w:t>
      </w:r>
      <w:r>
        <w:rPr>
          <w:rFonts w:ascii="Times New Roman" w:hAnsi="Times New Roman" w:eastAsia="Times New Roman" w:cs="Times New Roman"/>
        </w:rPr>
        <w:t xml:space="preserve"> </w:t>
      </w:r>
      <w:r>
        <w:rPr>
          <w:rFonts w:ascii="Nirmala UI" w:hAnsi="Nirmala UI" w:eastAsia="Nirmala UI" w:cs="Nirmala UI"/>
        </w:rPr>
        <w:t>कोठाहरूमा</w:t>
      </w:r>
      <w:r>
        <w:rPr>
          <w:rFonts w:ascii="Times New Roman" w:hAnsi="Times New Roman" w:eastAsia="Times New Roman" w:cs="Times New Roman"/>
        </w:rPr>
        <w:t xml:space="preserve"> </w:t>
      </w:r>
      <w:r>
        <w:rPr>
          <w:rFonts w:ascii="Nirmala UI" w:hAnsi="Nirmala UI" w:eastAsia="Nirmala UI" w:cs="Nirmala UI"/>
        </w:rPr>
        <w:t>रहेका</w:t>
      </w:r>
      <w:r>
        <w:rPr>
          <w:rFonts w:ascii="Times New Roman" w:hAnsi="Times New Roman" w:eastAsia="Times New Roman" w:cs="Times New Roman"/>
        </w:rPr>
        <w:t xml:space="preserve"> </w:t>
      </w:r>
      <w:r>
        <w:rPr>
          <w:rFonts w:ascii="Nirmala UI" w:hAnsi="Nirmala UI" w:eastAsia="Nirmala UI" w:cs="Nirmala UI"/>
        </w:rPr>
        <w:t>सत्तरी</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प्राचीनहरूद्वारा</w:t>
      </w:r>
      <w:r>
        <w:rPr>
          <w:rFonts w:ascii="Times New Roman" w:hAnsi="Times New Roman" w:eastAsia="Times New Roman" w:cs="Times New Roman"/>
        </w:rPr>
        <w:t xml:space="preserve"> </w:t>
      </w:r>
      <w:r>
        <w:rPr>
          <w:rFonts w:ascii="Nirmala UI" w:hAnsi="Nirmala UI" w:eastAsia="Nirmala UI" w:cs="Nirmala UI"/>
        </w:rPr>
        <w:t>देखाइएको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घोषणा</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w:t>
      </w:r>
      <w:r>
        <w:rPr>
          <w:rFonts w:ascii="Nirmala UI" w:hAnsi="Nirmala UI" w:eastAsia="Nirmala UI" w:cs="Nirmala UI"/>
        </w:rPr>
        <w:t>परमप्रभुले</w:t>
      </w:r>
      <w:r>
        <w:rPr>
          <w:rFonts w:ascii="Times New Roman" w:hAnsi="Times New Roman" w:eastAsia="Times New Roman" w:cs="Times New Roman"/>
        </w:rPr>
        <w:t xml:space="preserve"> </w:t>
      </w:r>
      <w:r>
        <w:rPr>
          <w:rFonts w:ascii="Nirmala UI" w:hAnsi="Nirmala UI" w:eastAsia="Nirmala UI" w:cs="Nirmala UI"/>
        </w:rPr>
        <w:t>हामीलाई</w:t>
      </w:r>
      <w:r>
        <w:rPr>
          <w:rFonts w:ascii="Times New Roman" w:hAnsi="Times New Roman" w:eastAsia="Times New Roman" w:cs="Times New Roman"/>
        </w:rPr>
        <w:t xml:space="preserve"> </w:t>
      </w:r>
      <w:r>
        <w:rPr>
          <w:rFonts w:ascii="Nirmala UI" w:hAnsi="Nirmala UI" w:eastAsia="Nirmala UI" w:cs="Nirmala UI"/>
        </w:rPr>
        <w:t>देख्नुहुन्न।</w:t>
      </w:r>
      <w:r>
        <w:rPr>
          <w:rFonts w:ascii="Times New Roman" w:hAnsi="Times New Roman" w:eastAsia="Times New Roman" w:cs="Times New Roman"/>
        </w:rPr>
        <w:t xml:space="preserve">” </w:t>
      </w:r>
      <w:r>
        <w:rPr>
          <w:rFonts w:ascii="Nirmala UI" w:hAnsi="Nirmala UI" w:eastAsia="Nirmala UI" w:cs="Nirmala UI"/>
        </w:rPr>
        <w:t>परमप्रभुले</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भविष्यवक्त्रीलाई</w:t>
      </w:r>
      <w:r>
        <w:rPr>
          <w:rFonts w:ascii="Times New Roman" w:hAnsi="Times New Roman" w:eastAsia="Times New Roman" w:cs="Times New Roman"/>
        </w:rPr>
        <w:t xml:space="preserve"> </w:t>
      </w:r>
      <w:r>
        <w:rPr>
          <w:rFonts w:ascii="Nirmala UI" w:hAnsi="Nirmala UI" w:eastAsia="Nirmala UI" w:cs="Nirmala UI"/>
        </w:rPr>
        <w:t>उठाउनुभयो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ठीक</w:t>
      </w:r>
      <w:r>
        <w:rPr>
          <w:rFonts w:ascii="Times New Roman" w:hAnsi="Times New Roman" w:eastAsia="Times New Roman" w:cs="Times New Roman"/>
        </w:rPr>
        <w:t xml:space="preserve"> </w:t>
      </w:r>
      <w:r>
        <w:rPr>
          <w:rFonts w:ascii="Nirmala UI" w:hAnsi="Nirmala UI" w:eastAsia="Nirmala UI" w:cs="Nirmala UI"/>
        </w:rPr>
        <w:t>चालिस</w:t>
      </w:r>
      <w:r>
        <w:rPr>
          <w:rFonts w:ascii="Times New Roman" w:hAnsi="Times New Roman" w:eastAsia="Times New Roman" w:cs="Times New Roman"/>
        </w:rPr>
        <w:t xml:space="preserve"> </w:t>
      </w:r>
      <w:r>
        <w:rPr>
          <w:rFonts w:ascii="Nirmala UI" w:hAnsi="Nirmala UI" w:eastAsia="Nirmala UI" w:cs="Nirmala UI"/>
        </w:rPr>
        <w:t>वर्षसम्म</w:t>
      </w:r>
      <w:r>
        <w:rPr>
          <w:rFonts w:ascii="Times New Roman" w:hAnsi="Times New Roman" w:eastAsia="Times New Roman" w:cs="Times New Roman"/>
        </w:rPr>
        <w:t xml:space="preserve">, 1884 </w:t>
      </w:r>
      <w:r>
        <w:rPr>
          <w:rFonts w:ascii="Nirmala UI" w:hAnsi="Nirmala UI" w:eastAsia="Nirmala UI" w:cs="Nirmala UI"/>
        </w:rPr>
        <w:t>सम्म</w:t>
      </w:r>
      <w:r>
        <w:rPr>
          <w:rFonts w:ascii="Times New Roman" w:hAnsi="Times New Roman" w:eastAsia="Times New Roman" w:cs="Times New Roman"/>
        </w:rPr>
        <w:t xml:space="preserve">, </w:t>
      </w:r>
      <w:r>
        <w:rPr>
          <w:rFonts w:ascii="Nirmala UI" w:hAnsi="Nirmala UI" w:eastAsia="Nirmala UI" w:cs="Nirmala UI"/>
        </w:rPr>
        <w:t>उनलाई</w:t>
      </w:r>
      <w:r>
        <w:rPr>
          <w:rFonts w:ascii="Times New Roman" w:hAnsi="Times New Roman" w:eastAsia="Times New Roman" w:cs="Times New Roman"/>
        </w:rPr>
        <w:t xml:space="preserve"> “</w:t>
      </w:r>
      <w:r>
        <w:rPr>
          <w:rFonts w:ascii="Nirmala UI" w:hAnsi="Nirmala UI" w:eastAsia="Nirmala UI" w:cs="Nirmala UI"/>
        </w:rPr>
        <w:t>खुला</w:t>
      </w:r>
      <w:r>
        <w:rPr>
          <w:rFonts w:ascii="Times New Roman" w:hAnsi="Times New Roman" w:eastAsia="Times New Roman" w:cs="Times New Roman"/>
        </w:rPr>
        <w:t xml:space="preserve"> </w:t>
      </w:r>
      <w:r>
        <w:rPr>
          <w:rFonts w:ascii="Nirmala UI" w:hAnsi="Nirmala UI" w:eastAsia="Nirmala UI" w:cs="Nirmala UI"/>
        </w:rPr>
        <w:t>दर्शनहरू</w:t>
      </w:r>
      <w:r>
        <w:rPr>
          <w:rFonts w:ascii="Times New Roman" w:hAnsi="Times New Roman" w:eastAsia="Times New Roman" w:cs="Times New Roman"/>
        </w:rPr>
        <w:t xml:space="preserve">” </w:t>
      </w:r>
      <w:r>
        <w:rPr>
          <w:rFonts w:ascii="Nirmala UI" w:hAnsi="Nirmala UI" w:eastAsia="Nirmala UI" w:cs="Nirmala UI"/>
        </w:rPr>
        <w:t>दिनुभयो।</w:t>
      </w:r>
      <w:r>
        <w:rPr>
          <w:rFonts w:ascii="Times New Roman" w:hAnsi="Times New Roman" w:eastAsia="Times New Roman" w:cs="Times New Roman"/>
        </w:rPr>
        <w:t xml:space="preserve"> </w:t>
      </w:r>
      <w:r>
        <w:rPr>
          <w:rFonts w:ascii="Nirmala UI" w:hAnsi="Nirmala UI" w:eastAsia="Nirmala UI" w:cs="Nirmala UI"/>
        </w:rPr>
        <w:t>उहाँले</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वरदानमाथि</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छाप</w:t>
      </w:r>
      <w:r>
        <w:rPr>
          <w:rFonts w:ascii="Times New Roman" w:hAnsi="Times New Roman" w:eastAsia="Times New Roman" w:cs="Times New Roman"/>
        </w:rPr>
        <w:t xml:space="preserve"> </w:t>
      </w:r>
      <w:r>
        <w:rPr>
          <w:rFonts w:ascii="Nirmala UI" w:hAnsi="Nirmala UI" w:eastAsia="Nirmala UI" w:cs="Nirmala UI"/>
        </w:rPr>
        <w:t>राख्नुभयो</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उहाँले</w:t>
      </w:r>
      <w:r>
        <w:rPr>
          <w:rFonts w:ascii="Times New Roman" w:hAnsi="Times New Roman" w:eastAsia="Times New Roman" w:cs="Times New Roman"/>
        </w:rPr>
        <w:t xml:space="preserve"> </w:t>
      </w:r>
      <w:r>
        <w:rPr>
          <w:rFonts w:ascii="Nirmala UI" w:hAnsi="Nirmala UI" w:eastAsia="Nirmala UI" w:cs="Nirmala UI"/>
        </w:rPr>
        <w:t>यसलाई</w:t>
      </w:r>
      <w:r>
        <w:rPr>
          <w:rFonts w:ascii="Times New Roman" w:hAnsi="Times New Roman" w:eastAsia="Times New Roman" w:cs="Times New Roman"/>
        </w:rPr>
        <w:t xml:space="preserve"> </w:t>
      </w:r>
      <w:r>
        <w:rPr>
          <w:rFonts w:ascii="Nirmala UI" w:hAnsi="Nirmala UI" w:eastAsia="Nirmala UI" w:cs="Nirmala UI"/>
        </w:rPr>
        <w:t>दिनुभयो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Portland </w:t>
      </w:r>
      <w:r>
        <w:rPr>
          <w:rFonts w:ascii="Nirmala UI" w:hAnsi="Nirmala UI" w:eastAsia="Nirmala UI" w:cs="Nirmala UI"/>
        </w:rPr>
        <w:t>नामक</w:t>
      </w:r>
      <w:r>
        <w:rPr>
          <w:rFonts w:ascii="Times New Roman" w:hAnsi="Times New Roman" w:eastAsia="Times New Roman" w:cs="Times New Roman"/>
        </w:rPr>
        <w:t xml:space="preserve"> </w:t>
      </w:r>
      <w:r>
        <w:rPr>
          <w:rFonts w:ascii="Nirmala UI" w:hAnsi="Nirmala UI" w:eastAsia="Nirmala UI" w:cs="Nirmala UI"/>
        </w:rPr>
        <w:t>नगरमै</w:t>
      </w:r>
      <w:r>
        <w:rPr>
          <w:rFonts w:ascii="Times New Roman" w:hAnsi="Times New Roman" w:eastAsia="Times New Roman" w:cs="Times New Roman"/>
        </w:rPr>
        <w:t xml:space="preserve"> </w:t>
      </w:r>
      <w:r>
        <w:rPr>
          <w:rFonts w:ascii="Nirmala UI" w:hAnsi="Nirmala UI" w:eastAsia="Nirmala UI" w:cs="Nirmala UI"/>
        </w:rPr>
        <w:t>अन्त</w:t>
      </w:r>
      <w:r>
        <w:rPr>
          <w:rFonts w:ascii="Times New Roman" w:hAnsi="Times New Roman" w:eastAsia="Times New Roman" w:cs="Times New Roman"/>
        </w:rPr>
        <w:t xml:space="preserve"> </w:t>
      </w:r>
      <w:r>
        <w:rPr>
          <w:rFonts w:ascii="Nirmala UI" w:hAnsi="Nirmala UI" w:eastAsia="Nirmala UI" w:cs="Nirmala UI"/>
        </w:rPr>
        <w:t>गर्नुभयो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उहाँले</w:t>
      </w:r>
      <w:r>
        <w:rPr>
          <w:rFonts w:ascii="Times New Roman" w:hAnsi="Times New Roman" w:eastAsia="Times New Roman" w:cs="Times New Roman"/>
        </w:rPr>
        <w:t xml:space="preserve"> </w:t>
      </w:r>
      <w:r>
        <w:rPr>
          <w:rFonts w:ascii="Nirmala UI" w:hAnsi="Nirmala UI" w:eastAsia="Nirmala UI" w:cs="Nirmala UI"/>
        </w:rPr>
        <w:t>यसलाई</w:t>
      </w:r>
      <w:r>
        <w:rPr>
          <w:rFonts w:ascii="Times New Roman" w:hAnsi="Times New Roman" w:eastAsia="Times New Roman" w:cs="Times New Roman"/>
        </w:rPr>
        <w:t xml:space="preserve"> </w:t>
      </w:r>
      <w:r>
        <w:rPr>
          <w:rFonts w:ascii="Nirmala UI" w:hAnsi="Nirmala UI" w:eastAsia="Nirmala UI" w:cs="Nirmala UI"/>
        </w:rPr>
        <w:t>चालिस</w:t>
      </w:r>
      <w:r>
        <w:rPr>
          <w:rFonts w:ascii="Times New Roman" w:hAnsi="Times New Roman" w:eastAsia="Times New Roman" w:cs="Times New Roman"/>
        </w:rPr>
        <w:t xml:space="preserve"> </w:t>
      </w:r>
      <w:r>
        <w:rPr>
          <w:rFonts w:ascii="Nirmala UI" w:hAnsi="Nirmala UI" w:eastAsia="Nirmala UI" w:cs="Nirmala UI"/>
        </w:rPr>
        <w:t>वर्षका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दिनुभएको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खुला</w:t>
      </w:r>
      <w:r>
        <w:rPr>
          <w:rFonts w:ascii="Times New Roman" w:hAnsi="Times New Roman" w:eastAsia="Times New Roman" w:cs="Times New Roman"/>
        </w:rPr>
        <w:t xml:space="preserve"> </w:t>
      </w:r>
      <w:r>
        <w:rPr>
          <w:rFonts w:ascii="Nirmala UI" w:hAnsi="Nirmala UI" w:eastAsia="Nirmala UI" w:cs="Nirmala UI"/>
        </w:rPr>
        <w:t>दर्शनहरू</w:t>
      </w:r>
      <w:r>
        <w:rPr>
          <w:rFonts w:ascii="Times New Roman" w:hAnsi="Times New Roman" w:eastAsia="Times New Roman" w:cs="Times New Roman"/>
        </w:rPr>
        <w:t xml:space="preserve">” </w:t>
      </w:r>
      <w:r>
        <w:rPr>
          <w:rFonts w:ascii="Nirmala UI" w:hAnsi="Nirmala UI" w:eastAsia="Nirmala UI" w:cs="Nirmala UI"/>
        </w:rPr>
        <w:t>बन्द</w:t>
      </w:r>
      <w:r>
        <w:rPr>
          <w:rFonts w:ascii="Times New Roman" w:hAnsi="Times New Roman" w:eastAsia="Times New Roman" w:cs="Times New Roman"/>
        </w:rPr>
        <w:t xml:space="preserve"> </w:t>
      </w:r>
      <w:r>
        <w:rPr>
          <w:rFonts w:ascii="Nirmala UI" w:hAnsi="Nirmala UI" w:eastAsia="Nirmala UI" w:cs="Nirmala UI"/>
        </w:rPr>
        <w:t>हुनुभन्दा</w:t>
      </w:r>
      <w:r>
        <w:rPr>
          <w:rFonts w:ascii="Times New Roman" w:hAnsi="Times New Roman" w:eastAsia="Times New Roman" w:cs="Times New Roman"/>
        </w:rPr>
        <w:t xml:space="preserve"> </w:t>
      </w:r>
      <w:r>
        <w:rPr>
          <w:rFonts w:ascii="Nirmala UI" w:hAnsi="Nirmala UI" w:eastAsia="Nirmala UI" w:cs="Nirmala UI"/>
        </w:rPr>
        <w:t>ठीक</w:t>
      </w:r>
      <w:r>
        <w:rPr>
          <w:rFonts w:ascii="Times New Roman" w:hAnsi="Times New Roman" w:eastAsia="Times New Roman" w:cs="Times New Roman"/>
        </w:rPr>
        <w:t xml:space="preserve"> </w:t>
      </w:r>
      <w:r>
        <w:rPr>
          <w:rFonts w:ascii="Nirmala UI" w:hAnsi="Nirmala UI" w:eastAsia="Nirmala UI" w:cs="Nirmala UI"/>
        </w:rPr>
        <w:t>अघि</w:t>
      </w:r>
      <w:r>
        <w:rPr>
          <w:rFonts w:ascii="Times New Roman" w:hAnsi="Times New Roman" w:eastAsia="Times New Roman" w:cs="Times New Roman"/>
        </w:rPr>
        <w:t xml:space="preserve">, 1881 </w:t>
      </w:r>
      <w:r>
        <w:rPr>
          <w:rFonts w:ascii="Nirmala UI" w:hAnsi="Nirmala UI" w:eastAsia="Nirmala UI" w:cs="Nirmala UI"/>
        </w:rPr>
        <w:t>र</w:t>
      </w:r>
      <w:r>
        <w:rPr>
          <w:rFonts w:ascii="Times New Roman" w:hAnsi="Times New Roman" w:eastAsia="Times New Roman" w:cs="Times New Roman"/>
        </w:rPr>
        <w:t xml:space="preserve"> 1882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प्राचीन</w:t>
      </w:r>
      <w:r>
        <w:rPr>
          <w:rFonts w:ascii="Times New Roman" w:hAnsi="Times New Roman" w:eastAsia="Times New Roman" w:cs="Times New Roman"/>
        </w:rPr>
        <w:t xml:space="preserve"> </w:t>
      </w:r>
      <w:r>
        <w:rPr>
          <w:rFonts w:ascii="Nirmala UI" w:hAnsi="Nirmala UI" w:eastAsia="Nirmala UI" w:cs="Nirmala UI"/>
        </w:rPr>
        <w:t>पुरुषहरूले</w:t>
      </w:r>
      <w:r>
        <w:rPr>
          <w:rFonts w:ascii="Times New Roman" w:hAnsi="Times New Roman" w:eastAsia="Times New Roman" w:cs="Times New Roman"/>
        </w:rPr>
        <w:t xml:space="preserve"> </w:t>
      </w:r>
      <w:r>
        <w:rPr>
          <w:rFonts w:ascii="Nirmala UI" w:hAnsi="Nirmala UI" w:eastAsia="Nirmala UI" w:cs="Nirmala UI"/>
        </w:rPr>
        <w:t>बाइबल</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भविष्यवाणीको</w:t>
      </w:r>
      <w:r>
        <w:rPr>
          <w:rFonts w:ascii="Times New Roman" w:hAnsi="Times New Roman" w:eastAsia="Times New Roman" w:cs="Times New Roman"/>
        </w:rPr>
        <w:t xml:space="preserve"> </w:t>
      </w:r>
      <w:r>
        <w:rPr>
          <w:rFonts w:ascii="Nirmala UI" w:hAnsi="Nirmala UI" w:eastAsia="Nirmala UI" w:cs="Nirmala UI"/>
        </w:rPr>
        <w:t>आत्माको</w:t>
      </w:r>
      <w:r>
        <w:rPr>
          <w:rFonts w:ascii="Times New Roman" w:hAnsi="Times New Roman" w:eastAsia="Times New Roman" w:cs="Times New Roman"/>
        </w:rPr>
        <w:t xml:space="preserve"> </w:t>
      </w:r>
      <w:r>
        <w:rPr>
          <w:rFonts w:ascii="Nirmala UI" w:hAnsi="Nirmala UI" w:eastAsia="Nirmala UI" w:cs="Nirmala UI"/>
        </w:rPr>
        <w:t>अधिकारलाई</w:t>
      </w:r>
      <w:r>
        <w:rPr>
          <w:rFonts w:ascii="Times New Roman" w:hAnsi="Times New Roman" w:eastAsia="Times New Roman" w:cs="Times New Roman"/>
        </w:rPr>
        <w:t xml:space="preserve"> </w:t>
      </w:r>
      <w:r>
        <w:rPr>
          <w:rFonts w:ascii="Nirmala UI" w:hAnsi="Nirmala UI" w:eastAsia="Nirmala UI" w:cs="Nirmala UI"/>
        </w:rPr>
        <w:t>कमजोर</w:t>
      </w:r>
      <w:r>
        <w:rPr>
          <w:rFonts w:ascii="Times New Roman" w:hAnsi="Times New Roman" w:eastAsia="Times New Roman" w:cs="Times New Roman"/>
        </w:rPr>
        <w:t xml:space="preserve"> </w:t>
      </w:r>
      <w:r>
        <w:rPr>
          <w:rFonts w:ascii="Nirmala UI" w:hAnsi="Nirmala UI" w:eastAsia="Nirmala UI" w:cs="Nirmala UI"/>
        </w:rPr>
        <w:t>पार्न</w:t>
      </w:r>
      <w:r>
        <w:rPr>
          <w:rFonts w:ascii="Times New Roman" w:hAnsi="Times New Roman" w:eastAsia="Times New Roman" w:cs="Times New Roman"/>
        </w:rPr>
        <w:t xml:space="preserve"> </w:t>
      </w:r>
      <w:r>
        <w:rPr>
          <w:rFonts w:ascii="Nirmala UI" w:hAnsi="Nirmala UI" w:eastAsia="Nirmala UI" w:cs="Nirmala UI"/>
        </w:rPr>
        <w:t>थाले।</w:t>
      </w:r>
      <w:r>
        <w:rPr>
          <w:rFonts w:ascii="Times New Roman" w:hAnsi="Times New Roman" w:eastAsia="Times New Roman" w:cs="Times New Roman"/>
        </w:rPr>
        <w:t xml:space="preserve"> </w:t>
      </w:r>
      <w:r>
        <w:rPr>
          <w:rFonts w:ascii="Nirmala UI" w:hAnsi="Nirmala UI" w:eastAsia="Nirmala UI" w:cs="Nirmala UI"/>
        </w:rPr>
        <w:t>त्यसपछि</w:t>
      </w:r>
      <w:r>
        <w:rPr>
          <w:rFonts w:ascii="Times New Roman" w:hAnsi="Times New Roman" w:eastAsia="Times New Roman" w:cs="Times New Roman"/>
        </w:rPr>
        <w:t xml:space="preserve"> “</w:t>
      </w:r>
      <w:r>
        <w:rPr>
          <w:rFonts w:ascii="Nirmala UI" w:hAnsi="Nirmala UI" w:eastAsia="Nirmala UI" w:cs="Nirmala UI"/>
        </w:rPr>
        <w:t>खुला</w:t>
      </w:r>
      <w:r>
        <w:rPr>
          <w:rFonts w:ascii="Times New Roman" w:hAnsi="Times New Roman" w:eastAsia="Times New Roman" w:cs="Times New Roman"/>
        </w:rPr>
        <w:t xml:space="preserve"> </w:t>
      </w:r>
      <w:r>
        <w:rPr>
          <w:rFonts w:ascii="Nirmala UI" w:hAnsi="Nirmala UI" w:eastAsia="Nirmala UI" w:cs="Nirmala UI"/>
        </w:rPr>
        <w:t>दर्शनहरू</w:t>
      </w:r>
      <w:r>
        <w:rPr>
          <w:rFonts w:ascii="Times New Roman" w:hAnsi="Times New Roman" w:eastAsia="Times New Roman" w:cs="Times New Roman"/>
        </w:rPr>
        <w:t xml:space="preserve">” 1884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अन्त</w:t>
      </w:r>
      <w:r>
        <w:rPr>
          <w:rFonts w:ascii="Times New Roman" w:hAnsi="Times New Roman" w:eastAsia="Times New Roman" w:cs="Times New Roman"/>
        </w:rPr>
        <w:t xml:space="preserve"> </w:t>
      </w:r>
      <w:r>
        <w:rPr>
          <w:rFonts w:ascii="Nirmala UI" w:hAnsi="Nirmala UI" w:eastAsia="Nirmala UI" w:cs="Nirmala UI"/>
        </w:rPr>
        <w:t>भए</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वर्षमा</w:t>
      </w:r>
      <w:r>
        <w:rPr>
          <w:rFonts w:ascii="Times New Roman" w:hAnsi="Times New Roman" w:eastAsia="Times New Roman" w:cs="Times New Roman"/>
        </w:rPr>
        <w:t xml:space="preserve"> 1888 </w:t>
      </w:r>
      <w:r>
        <w:rPr>
          <w:rFonts w:ascii="Nirmala UI" w:hAnsi="Nirmala UI" w:eastAsia="Nirmala UI" w:cs="Nirmala UI"/>
        </w:rPr>
        <w:t>को</w:t>
      </w:r>
      <w:r>
        <w:rPr>
          <w:rFonts w:ascii="Times New Roman" w:hAnsi="Times New Roman" w:eastAsia="Times New Roman" w:cs="Times New Roman"/>
        </w:rPr>
        <w:t xml:space="preserve"> General Conference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कोरह</w:t>
      </w:r>
      <w:r>
        <w:rPr>
          <w:rFonts w:ascii="Times New Roman" w:hAnsi="Times New Roman" w:eastAsia="Times New Roman" w:cs="Times New Roman"/>
        </w:rPr>
        <w:t xml:space="preserve">, </w:t>
      </w:r>
      <w:r>
        <w:rPr>
          <w:rFonts w:ascii="Nirmala UI" w:hAnsi="Nirmala UI" w:eastAsia="Nirmala UI" w:cs="Nirmala UI"/>
        </w:rPr>
        <w:t>दाथान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अबीरामको</w:t>
      </w:r>
      <w:r>
        <w:rPr>
          <w:rFonts w:ascii="Times New Roman" w:hAnsi="Times New Roman" w:eastAsia="Times New Roman" w:cs="Times New Roman"/>
        </w:rPr>
        <w:t xml:space="preserve"> </w:t>
      </w:r>
      <w:r>
        <w:rPr>
          <w:rFonts w:ascii="Nirmala UI" w:hAnsi="Nirmala UI" w:eastAsia="Nirmala UI" w:cs="Nirmala UI"/>
        </w:rPr>
        <w:t>विद्रोह</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दोहोरियो।</w:t>
      </w:r>
    </w:p>
    <w:p>
      <w:pPr>
        <w:pStyle w:val="ArticleBody"/>
        <w:jc w:val="left"/>
      </w:pPr>
      <w:r>
        <w:rPr>
          <w:rFonts w:ascii="Times New Roman" w:hAnsi="Times New Roman" w:eastAsia="Times New Roman" w:cs="Times New Roman"/>
        </w:rPr>
        <w:t>1888</w:t>
      </w:r>
      <w:r>
        <w:rPr>
          <w:rFonts w:ascii="Nirmala UI" w:hAnsi="Nirmala UI" w:eastAsia="Nirmala UI" w:cs="Nirmala UI"/>
        </w:rPr>
        <w:t>க்குரிய</w:t>
      </w:r>
      <w:r>
        <w:rPr>
          <w:rFonts w:ascii="Times New Roman" w:hAnsi="Times New Roman" w:eastAsia="Times New Roman" w:cs="Times New Roman"/>
        </w:rPr>
        <w:t xml:space="preserve"> </w:t>
      </w:r>
      <w:r>
        <w:rPr>
          <w:rFonts w:ascii="Nirmala UI" w:hAnsi="Nirmala UI" w:eastAsia="Nirmala UI" w:cs="Nirmala UI"/>
        </w:rPr>
        <w:t>கலகம்</w:t>
      </w:r>
      <w:r>
        <w:rPr>
          <w:rFonts w:ascii="Times New Roman" w:hAnsi="Times New Roman" w:eastAsia="Times New Roman" w:cs="Times New Roman"/>
        </w:rPr>
        <w:t xml:space="preserve">, </w:t>
      </w:r>
      <w:r>
        <w:rPr>
          <w:rFonts w:ascii="Nirmala UI" w:hAnsi="Nirmala UI" w:eastAsia="Nirmala UI" w:cs="Nirmala UI"/>
        </w:rPr>
        <w:t>தேவன்</w:t>
      </w:r>
      <w:r>
        <w:rPr>
          <w:rFonts w:ascii="Times New Roman" w:hAnsi="Times New Roman" w:eastAsia="Times New Roman" w:cs="Times New Roman"/>
        </w:rPr>
        <w:t xml:space="preserve"> </w:t>
      </w:r>
      <w:r>
        <w:rPr>
          <w:rFonts w:ascii="Nirmala UI" w:hAnsi="Nirmala UI" w:eastAsia="Nirmala UI" w:cs="Nirmala UI"/>
        </w:rPr>
        <w:t>லவோதிக்கேய</w:t>
      </w:r>
      <w:r>
        <w:rPr>
          <w:rFonts w:ascii="Times New Roman" w:hAnsi="Times New Roman" w:eastAsia="Times New Roman" w:cs="Times New Roman"/>
        </w:rPr>
        <w:t xml:space="preserve"> </w:t>
      </w:r>
      <w:r>
        <w:rPr>
          <w:rFonts w:ascii="Nirmala UI" w:hAnsi="Nirmala UI" w:eastAsia="Nirmala UI" w:cs="Nirmala UI"/>
        </w:rPr>
        <w:t>ஆத்வென்டிசத்தின்</w:t>
      </w:r>
      <w:r>
        <w:rPr>
          <w:rFonts w:ascii="Times New Roman" w:hAnsi="Times New Roman" w:eastAsia="Times New Roman" w:cs="Times New Roman"/>
        </w:rPr>
        <w:t xml:space="preserve"> </w:t>
      </w:r>
      <w:r>
        <w:rPr>
          <w:rFonts w:ascii="Nirmala UI" w:hAnsi="Nirmala UI" w:eastAsia="Nirmala UI" w:cs="Nirmala UI"/>
        </w:rPr>
        <w:t>வரலாற்றிற்குள்</w:t>
      </w:r>
      <w:r>
        <w:rPr>
          <w:rFonts w:ascii="Times New Roman" w:hAnsi="Times New Roman" w:eastAsia="Times New Roman" w:cs="Times New Roman"/>
        </w:rPr>
        <w:t xml:space="preserve"> </w:t>
      </w:r>
      <w:r>
        <w:rPr>
          <w:rFonts w:ascii="Nirmala UI" w:hAnsi="Nirmala UI" w:eastAsia="Nirmala UI" w:cs="Nirmala UI"/>
        </w:rPr>
        <w:t>நேரடியாகத்</w:t>
      </w:r>
      <w:r>
        <w:rPr>
          <w:rFonts w:ascii="Times New Roman" w:hAnsi="Times New Roman" w:eastAsia="Times New Roman" w:cs="Times New Roman"/>
        </w:rPr>
        <w:t xml:space="preserve"> </w:t>
      </w:r>
      <w:r>
        <w:rPr>
          <w:rFonts w:ascii="Nirmala UI" w:hAnsi="Nirmala UI" w:eastAsia="Nirmala UI" w:cs="Nirmala UI"/>
        </w:rPr>
        <w:t>தலையிட்டு</w:t>
      </w:r>
      <w:r>
        <w:rPr>
          <w:rFonts w:ascii="Times New Roman" w:hAnsi="Times New Roman" w:eastAsia="Times New Roman" w:cs="Times New Roman"/>
        </w:rPr>
        <w:t xml:space="preserve">, </w:t>
      </w:r>
      <w:r>
        <w:rPr>
          <w:rFonts w:ascii="Nirmala UI" w:hAnsi="Nirmala UI" w:eastAsia="Nirmala UI" w:cs="Nirmala UI"/>
        </w:rPr>
        <w:t>பதிப்பகப்</w:t>
      </w:r>
      <w:r>
        <w:rPr>
          <w:rFonts w:ascii="Times New Roman" w:hAnsi="Times New Roman" w:eastAsia="Times New Roman" w:cs="Times New Roman"/>
        </w:rPr>
        <w:t xml:space="preserve"> </w:t>
      </w:r>
      <w:r>
        <w:rPr>
          <w:rFonts w:ascii="Nirmala UI" w:hAnsi="Nirmala UI" w:eastAsia="Nirmala UI" w:cs="Nirmala UI"/>
        </w:rPr>
        <w:t>பணியையும்</w:t>
      </w:r>
      <w:r>
        <w:rPr>
          <w:rFonts w:ascii="Times New Roman" w:hAnsi="Times New Roman" w:eastAsia="Times New Roman" w:cs="Times New Roman"/>
        </w:rPr>
        <w:t xml:space="preserve"> </w:t>
      </w:r>
      <w:r>
        <w:rPr>
          <w:rFonts w:ascii="Nirmala UI" w:hAnsi="Nirmala UI" w:eastAsia="Nirmala UI" w:cs="Nirmala UI"/>
        </w:rPr>
        <w:t>சுகாதாரப்</w:t>
      </w:r>
      <w:r>
        <w:rPr>
          <w:rFonts w:ascii="Times New Roman" w:hAnsi="Times New Roman" w:eastAsia="Times New Roman" w:cs="Times New Roman"/>
        </w:rPr>
        <w:t xml:space="preserve"> </w:t>
      </w:r>
      <w:r>
        <w:rPr>
          <w:rFonts w:ascii="Nirmala UI" w:hAnsi="Nirmala UI" w:eastAsia="Nirmala UI" w:cs="Nirmala UI"/>
        </w:rPr>
        <w:t>பணியையும்</w:t>
      </w:r>
      <w:r>
        <w:rPr>
          <w:rFonts w:ascii="Times New Roman" w:hAnsi="Times New Roman" w:eastAsia="Times New Roman" w:cs="Times New Roman"/>
        </w:rPr>
        <w:t xml:space="preserve"> </w:t>
      </w:r>
      <w:r>
        <w:rPr>
          <w:rFonts w:ascii="Nirmala UI" w:hAnsi="Nirmala UI" w:eastAsia="Nirmala UI" w:cs="Nirmala UI"/>
        </w:rPr>
        <w:t>எரித்தழித்த</w:t>
      </w:r>
      <w:r>
        <w:rPr>
          <w:rFonts w:ascii="Times New Roman" w:hAnsi="Times New Roman" w:eastAsia="Times New Roman" w:cs="Times New Roman"/>
        </w:rPr>
        <w:t xml:space="preserve"> </w:t>
      </w:r>
      <w:r>
        <w:rPr>
          <w:rFonts w:ascii="Nirmala UI" w:hAnsi="Nirmala UI" w:eastAsia="Nirmala UI" w:cs="Nirmala UI"/>
        </w:rPr>
        <w:t>அளவிற்கு</w:t>
      </w:r>
      <w:r>
        <w:rPr>
          <w:rFonts w:ascii="Times New Roman" w:hAnsi="Times New Roman" w:eastAsia="Times New Roman" w:cs="Times New Roman"/>
        </w:rPr>
        <w:t xml:space="preserve">, </w:t>
      </w:r>
      <w:r>
        <w:rPr>
          <w:rFonts w:ascii="Nirmala UI" w:hAnsi="Nirmala UI" w:eastAsia="Nirmala UI" w:cs="Nirmala UI"/>
        </w:rPr>
        <w:t>கலகத்தின்</w:t>
      </w:r>
      <w:r>
        <w:rPr>
          <w:rFonts w:ascii="Times New Roman" w:hAnsi="Times New Roman" w:eastAsia="Times New Roman" w:cs="Times New Roman"/>
        </w:rPr>
        <w:t xml:space="preserve"> </w:t>
      </w:r>
      <w:r>
        <w:rPr>
          <w:rFonts w:ascii="Nirmala UI" w:hAnsi="Nirmala UI" w:eastAsia="Nirmala UI" w:cs="Nirmala UI"/>
        </w:rPr>
        <w:t>தீவிர</w:t>
      </w:r>
      <w:r>
        <w:rPr>
          <w:rFonts w:ascii="Times New Roman" w:hAnsi="Times New Roman" w:eastAsia="Times New Roman" w:cs="Times New Roman"/>
        </w:rPr>
        <w:t xml:space="preserve"> </w:t>
      </w:r>
      <w:r>
        <w:rPr>
          <w:rFonts w:ascii="Nirmala UI" w:hAnsi="Nirmala UI" w:eastAsia="Nirmala UI" w:cs="Nirmala UI"/>
        </w:rPr>
        <w:t>உயர்வை</w:t>
      </w:r>
      <w:r>
        <w:rPr>
          <w:rFonts w:ascii="Times New Roman" w:hAnsi="Times New Roman" w:eastAsia="Times New Roman" w:cs="Times New Roman"/>
        </w:rPr>
        <w:t xml:space="preserve"> </w:t>
      </w:r>
      <w:r>
        <w:rPr>
          <w:rFonts w:ascii="Nirmala UI" w:hAnsi="Nirmala UI" w:eastAsia="Nirmala UI" w:cs="Nirmala UI"/>
        </w:rPr>
        <w:t>உண்டாக்கியது</w:t>
      </w:r>
      <w:r>
        <w:rPr>
          <w:rFonts w:ascii="Times New Roman" w:hAnsi="Times New Roman" w:eastAsia="Times New Roman" w:cs="Times New Roman"/>
        </w:rPr>
        <w:t xml:space="preserve">. </w:t>
      </w:r>
      <w:r>
        <w:rPr>
          <w:rFonts w:ascii="Nirmala UI" w:hAnsi="Nirmala UI" w:eastAsia="Nirmala UI" w:cs="Nirmala UI"/>
        </w:rPr>
        <w:t>இருந்தபோதிலும்</w:t>
      </w:r>
      <w:r>
        <w:rPr>
          <w:rFonts w:ascii="Times New Roman" w:hAnsi="Times New Roman" w:eastAsia="Times New Roman" w:cs="Times New Roman"/>
        </w:rPr>
        <w:t xml:space="preserve">, </w:t>
      </w:r>
      <w:r>
        <w:rPr>
          <w:rFonts w:ascii="Nirmala UI" w:hAnsi="Nirmala UI" w:eastAsia="Nirmala UI" w:cs="Nirmala UI"/>
        </w:rPr>
        <w:t>அந்த</w:t>
      </w:r>
      <w:r>
        <w:rPr>
          <w:rFonts w:ascii="Times New Roman" w:hAnsi="Times New Roman" w:eastAsia="Times New Roman" w:cs="Times New Roman"/>
        </w:rPr>
        <w:t xml:space="preserve"> </w:t>
      </w:r>
      <w:r>
        <w:rPr>
          <w:rFonts w:ascii="Nirmala UI" w:hAnsi="Nirmala UI" w:eastAsia="Nirmala UI" w:cs="Nirmala UI"/>
        </w:rPr>
        <w:t>நேரடி</w:t>
      </w:r>
      <w:r>
        <w:rPr>
          <w:rFonts w:ascii="Times New Roman" w:hAnsi="Times New Roman" w:eastAsia="Times New Roman" w:cs="Times New Roman"/>
        </w:rPr>
        <w:t xml:space="preserve"> </w:t>
      </w:r>
      <w:r>
        <w:rPr>
          <w:rFonts w:ascii="Nirmala UI" w:hAnsi="Nirmala UI" w:eastAsia="Nirmala UI" w:cs="Nirmala UI"/>
        </w:rPr>
        <w:t>தீர்ப்புகள்</w:t>
      </w:r>
      <w:r>
        <w:rPr>
          <w:rFonts w:ascii="Times New Roman" w:hAnsi="Times New Roman" w:eastAsia="Times New Roman" w:cs="Times New Roman"/>
        </w:rPr>
        <w:t xml:space="preserve"> </w:t>
      </w:r>
      <w:r>
        <w:rPr>
          <w:rFonts w:ascii="Nirmala UI" w:hAnsi="Nirmala UI" w:eastAsia="Nirmala UI" w:cs="Nirmala UI"/>
        </w:rPr>
        <w:t>நடைபெற்று</w:t>
      </w:r>
      <w:r>
        <w:rPr>
          <w:rFonts w:ascii="Times New Roman" w:hAnsi="Times New Roman" w:eastAsia="Times New Roman" w:cs="Times New Roman"/>
        </w:rPr>
        <w:t xml:space="preserve"> </w:t>
      </w:r>
      <w:r>
        <w:rPr>
          <w:rFonts w:ascii="Nirmala UI" w:hAnsi="Nirmala UI" w:eastAsia="Nirmala UI" w:cs="Nirmala UI"/>
        </w:rPr>
        <w:t>வந்த</w:t>
      </w:r>
      <w:r>
        <w:rPr>
          <w:rFonts w:ascii="Times New Roman" w:hAnsi="Times New Roman" w:eastAsia="Times New Roman" w:cs="Times New Roman"/>
        </w:rPr>
        <w:t xml:space="preserve"> </w:t>
      </w:r>
      <w:r>
        <w:rPr>
          <w:rFonts w:ascii="Nirmala UI" w:hAnsi="Nirmala UI" w:eastAsia="Nirmala UI" w:cs="Nirmala UI"/>
        </w:rPr>
        <w:t>கலகத்தைத்</w:t>
      </w:r>
      <w:r>
        <w:rPr>
          <w:rFonts w:ascii="Times New Roman" w:hAnsi="Times New Roman" w:eastAsia="Times New Roman" w:cs="Times New Roman"/>
        </w:rPr>
        <w:t xml:space="preserve"> </w:t>
      </w:r>
      <w:r>
        <w:rPr>
          <w:rFonts w:ascii="Nirmala UI" w:hAnsi="Nirmala UI" w:eastAsia="Nirmala UI" w:cs="Nirmala UI"/>
        </w:rPr>
        <w:t>தடுக்கவில்லை</w:t>
      </w:r>
      <w:r>
        <w:rPr>
          <w:rFonts w:ascii="Times New Roman" w:hAnsi="Times New Roman" w:eastAsia="Times New Roman" w:cs="Times New Roman"/>
        </w:rPr>
        <w:t>. 1919</w:t>
      </w:r>
      <w:r>
        <w:rPr>
          <w:rFonts w:ascii="Nirmala UI" w:hAnsi="Nirmala UI" w:eastAsia="Nirmala UI" w:cs="Nirmala UI"/>
        </w:rPr>
        <w:t>ஆம்</w:t>
      </w:r>
      <w:r>
        <w:rPr>
          <w:rFonts w:ascii="Times New Roman" w:hAnsi="Times New Roman" w:eastAsia="Times New Roman" w:cs="Times New Roman"/>
        </w:rPr>
        <w:t xml:space="preserve"> </w:t>
      </w:r>
      <w:r>
        <w:rPr>
          <w:rFonts w:ascii="Nirmala UI" w:hAnsi="Nirmala UI" w:eastAsia="Nirmala UI" w:cs="Nirmala UI"/>
        </w:rPr>
        <w:t>ஆண்டில்</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வேதாகம</w:t>
      </w:r>
      <w:r>
        <w:rPr>
          <w:rFonts w:ascii="Times New Roman" w:hAnsi="Times New Roman" w:eastAsia="Times New Roman" w:cs="Times New Roman"/>
        </w:rPr>
        <w:t xml:space="preserve"> </w:t>
      </w:r>
      <w:r>
        <w:rPr>
          <w:rFonts w:ascii="Nirmala UI" w:hAnsi="Nirmala UI" w:eastAsia="Nirmala UI" w:cs="Nirmala UI"/>
        </w:rPr>
        <w:t>மாநாடு</w:t>
      </w:r>
      <w:r>
        <w:rPr>
          <w:rFonts w:ascii="Times New Roman" w:hAnsi="Times New Roman" w:eastAsia="Times New Roman" w:cs="Times New Roman"/>
        </w:rPr>
        <w:t xml:space="preserve"> </w:t>
      </w:r>
      <w:r>
        <w:rPr>
          <w:rFonts w:ascii="Nirmala UI" w:hAnsi="Nirmala UI" w:eastAsia="Nirmala UI" w:cs="Nirmala UI"/>
        </w:rPr>
        <w:t>நடைபெற்றது</w:t>
      </w:r>
      <w:r>
        <w:rPr>
          <w:rFonts w:ascii="Times New Roman" w:hAnsi="Times New Roman" w:eastAsia="Times New Roman" w:cs="Times New Roman"/>
        </w:rPr>
        <w:t xml:space="preserve">; </w:t>
      </w:r>
      <w:r>
        <w:rPr>
          <w:rFonts w:ascii="Nirmala UI" w:hAnsi="Nirmala UI" w:eastAsia="Nirmala UI" w:cs="Nirmala UI"/>
        </w:rPr>
        <w:t>அங்கு</w:t>
      </w:r>
      <w:r>
        <w:rPr>
          <w:rFonts w:ascii="Times New Roman" w:hAnsi="Times New Roman" w:eastAsia="Times New Roman" w:cs="Times New Roman"/>
        </w:rPr>
        <w:t xml:space="preserve"> </w:t>
      </w:r>
      <w:r>
        <w:rPr>
          <w:rFonts w:ascii="Nirmala UI" w:hAnsi="Nirmala UI" w:eastAsia="Nirmala UI" w:cs="Nirmala UI"/>
        </w:rPr>
        <w:t>இரண்டாம்</w:t>
      </w:r>
      <w:r>
        <w:rPr>
          <w:rFonts w:ascii="Times New Roman" w:hAnsi="Times New Roman" w:eastAsia="Times New Roman" w:cs="Times New Roman"/>
        </w:rPr>
        <w:t xml:space="preserve"> </w:t>
      </w:r>
      <w:r>
        <w:rPr>
          <w:rFonts w:ascii="Nirmala UI" w:hAnsi="Nirmala UI" w:eastAsia="Nirmala UI" w:cs="Nirmala UI"/>
        </w:rPr>
        <w:t>தலைமுறையின்</w:t>
      </w:r>
      <w:r>
        <w:rPr>
          <w:rFonts w:ascii="Times New Roman" w:hAnsi="Times New Roman" w:eastAsia="Times New Roman" w:cs="Times New Roman"/>
        </w:rPr>
        <w:t xml:space="preserve"> </w:t>
      </w:r>
      <w:r>
        <w:rPr>
          <w:rFonts w:ascii="Nirmala UI" w:hAnsi="Nirmala UI" w:eastAsia="Nirmala UI" w:cs="Nirmala UI"/>
        </w:rPr>
        <w:t>முதன்மைக்</w:t>
      </w:r>
      <w:r>
        <w:rPr>
          <w:rFonts w:ascii="Times New Roman" w:hAnsi="Times New Roman" w:eastAsia="Times New Roman" w:cs="Times New Roman"/>
        </w:rPr>
        <w:t xml:space="preserve"> </w:t>
      </w:r>
      <w:r>
        <w:rPr>
          <w:rFonts w:ascii="Nirmala UI" w:hAnsi="Nirmala UI" w:eastAsia="Nirmala UI" w:cs="Nirmala UI"/>
        </w:rPr>
        <w:t>கலகக்காரர்களில்</w:t>
      </w:r>
      <w:r>
        <w:rPr>
          <w:rFonts w:ascii="Times New Roman" w:hAnsi="Times New Roman" w:eastAsia="Times New Roman" w:cs="Times New Roman"/>
        </w:rPr>
        <w:t xml:space="preserve"> </w:t>
      </w:r>
      <w:r>
        <w:rPr>
          <w:rFonts w:ascii="Nirmala UI" w:hAnsi="Nirmala UI" w:eastAsia="Nirmala UI" w:cs="Nirmala UI"/>
        </w:rPr>
        <w:t>ஒருவராகிய</w:t>
      </w:r>
      <w:r>
        <w:rPr>
          <w:rFonts w:ascii="Times New Roman" w:hAnsi="Times New Roman" w:eastAsia="Times New Roman" w:cs="Times New Roman"/>
        </w:rPr>
        <w:t xml:space="preserve">, </w:t>
      </w:r>
      <w:r>
        <w:rPr>
          <w:rFonts w:ascii="Nirmala UI" w:hAnsi="Nirmala UI" w:eastAsia="Nirmala UI" w:cs="Nirmala UI"/>
        </w:rPr>
        <w:t>மததுரோகம்</w:t>
      </w:r>
      <w:r>
        <w:rPr>
          <w:rFonts w:ascii="Times New Roman" w:hAnsi="Times New Roman" w:eastAsia="Times New Roman" w:cs="Times New Roman"/>
        </w:rPr>
        <w:t xml:space="preserve"> </w:t>
      </w:r>
      <w:r>
        <w:rPr>
          <w:rFonts w:ascii="Nirmala UI" w:hAnsi="Nirmala UI" w:eastAsia="Nirmala UI" w:cs="Nirmala UI"/>
        </w:rPr>
        <w:t>செய்த</w:t>
      </w:r>
      <w:r>
        <w:rPr>
          <w:rFonts w:ascii="Times New Roman" w:hAnsi="Times New Roman" w:eastAsia="Times New Roman" w:cs="Times New Roman"/>
        </w:rPr>
        <w:t xml:space="preserve"> </w:t>
      </w:r>
      <w:r>
        <w:rPr>
          <w:rFonts w:ascii="Nirmala UI" w:hAnsi="Nirmala UI" w:eastAsia="Nirmala UI" w:cs="Nirmala UI"/>
        </w:rPr>
        <w:t>புராட்டஸ்டண்ட்</w:t>
      </w:r>
      <w:r>
        <w:rPr>
          <w:rFonts w:ascii="Times New Roman" w:hAnsi="Times New Roman" w:eastAsia="Times New Roman" w:cs="Times New Roman"/>
        </w:rPr>
        <w:t xml:space="preserve"> </w:t>
      </w:r>
      <w:r>
        <w:rPr>
          <w:rFonts w:ascii="Nirmala UI" w:hAnsi="Nirmala UI" w:eastAsia="Nirmala UI" w:cs="Nirmala UI"/>
        </w:rPr>
        <w:t>மரபின்</w:t>
      </w:r>
      <w:r>
        <w:rPr>
          <w:rFonts w:ascii="Times New Roman" w:hAnsi="Times New Roman" w:eastAsia="Times New Roman" w:cs="Times New Roman"/>
        </w:rPr>
        <w:t xml:space="preserve"> </w:t>
      </w:r>
      <w:r>
        <w:rPr>
          <w:rFonts w:ascii="Nirmala UI" w:hAnsi="Nirmala UI" w:eastAsia="Nirmala UI" w:cs="Nirmala UI"/>
        </w:rPr>
        <w:t>பல்கலைக்கழகங்களில்</w:t>
      </w:r>
      <w:r>
        <w:rPr>
          <w:rFonts w:ascii="Times New Roman" w:hAnsi="Times New Roman" w:eastAsia="Times New Roman" w:cs="Times New Roman"/>
        </w:rPr>
        <w:t xml:space="preserve"> </w:t>
      </w:r>
      <w:r>
        <w:rPr>
          <w:rFonts w:ascii="Nirmala UI" w:hAnsi="Nirmala UI" w:eastAsia="Nirmala UI" w:cs="Nirmala UI"/>
        </w:rPr>
        <w:t>பயிற்சி</w:t>
      </w:r>
      <w:r>
        <w:rPr>
          <w:rFonts w:ascii="Times New Roman" w:hAnsi="Times New Roman" w:eastAsia="Times New Roman" w:cs="Times New Roman"/>
        </w:rPr>
        <w:t xml:space="preserve"> </w:t>
      </w:r>
      <w:r>
        <w:rPr>
          <w:rFonts w:ascii="Nirmala UI" w:hAnsi="Nirmala UI" w:eastAsia="Nirmala UI" w:cs="Nirmala UI"/>
        </w:rPr>
        <w:t>பெற்ற</w:t>
      </w:r>
      <w:r>
        <w:rPr>
          <w:rFonts w:ascii="Times New Roman" w:hAnsi="Times New Roman" w:eastAsia="Times New Roman" w:cs="Times New Roman"/>
        </w:rPr>
        <w:t xml:space="preserve"> </w:t>
      </w:r>
      <w:r>
        <w:rPr>
          <w:rFonts w:ascii="Nirmala UI" w:hAnsi="Nirmala UI" w:eastAsia="Nirmala UI" w:cs="Nirmala UI"/>
        </w:rPr>
        <w:t>தெய்வவியலாளரான</w:t>
      </w:r>
      <w:r>
        <w:rPr>
          <w:rFonts w:ascii="Times New Roman" w:hAnsi="Times New Roman" w:eastAsia="Times New Roman" w:cs="Times New Roman"/>
        </w:rPr>
        <w:t xml:space="preserve"> </w:t>
      </w:r>
      <w:r>
        <w:rPr>
          <w:rFonts w:ascii="Nirmala UI" w:hAnsi="Nirmala UI" w:eastAsia="Nirmala UI" w:cs="Nirmala UI"/>
        </w:rPr>
        <w:t>வில்லியம்</w:t>
      </w:r>
      <w:r>
        <w:rPr>
          <w:rFonts w:ascii="Times New Roman" w:hAnsi="Times New Roman" w:eastAsia="Times New Roman" w:cs="Times New Roman"/>
        </w:rPr>
        <w:t xml:space="preserve"> </w:t>
      </w:r>
      <w:r>
        <w:rPr>
          <w:rFonts w:ascii="Nirmala UI" w:hAnsi="Nirmala UI" w:eastAsia="Nirmala UI" w:cs="Nirmala UI"/>
        </w:rPr>
        <w:t>வாரன்</w:t>
      </w:r>
      <w:r>
        <w:rPr>
          <w:rFonts w:ascii="Times New Roman" w:hAnsi="Times New Roman" w:eastAsia="Times New Roman" w:cs="Times New Roman"/>
        </w:rPr>
        <w:t xml:space="preserve"> </w:t>
      </w:r>
      <w:r>
        <w:rPr>
          <w:rFonts w:ascii="Nirmala UI" w:hAnsi="Nirmala UI" w:eastAsia="Nirmala UI" w:cs="Nirmala UI"/>
        </w:rPr>
        <w:t>பிரெஸ்காட்</w:t>
      </w:r>
      <w:r>
        <w:rPr>
          <w:rFonts w:ascii="Times New Roman" w:hAnsi="Times New Roman" w:eastAsia="Times New Roman" w:cs="Times New Roman"/>
        </w:rPr>
        <w:t xml:space="preserve">, “the daily” </w:t>
      </w:r>
      <w:r>
        <w:rPr>
          <w:rFonts w:ascii="Nirmala UI" w:hAnsi="Nirmala UI" w:eastAsia="Nirmala UI" w:cs="Nirmala UI"/>
        </w:rPr>
        <w:t>என்பது</w:t>
      </w:r>
      <w:r>
        <w:rPr>
          <w:rFonts w:ascii="Times New Roman" w:hAnsi="Times New Roman" w:eastAsia="Times New Roman" w:cs="Times New Roman"/>
        </w:rPr>
        <w:t xml:space="preserve"> </w:t>
      </w:r>
      <w:r>
        <w:rPr>
          <w:rFonts w:ascii="Nirmala UI" w:hAnsi="Nirmala UI" w:eastAsia="Nirmala UI" w:cs="Nirmala UI"/>
        </w:rPr>
        <w:t>கிறிஸ்துவின்</w:t>
      </w:r>
      <w:r>
        <w:rPr>
          <w:rFonts w:ascii="Times New Roman" w:hAnsi="Times New Roman" w:eastAsia="Times New Roman" w:cs="Times New Roman"/>
        </w:rPr>
        <w:t xml:space="preserve"> </w:t>
      </w:r>
      <w:r>
        <w:rPr>
          <w:rFonts w:ascii="Nirmala UI" w:hAnsi="Nirmala UI" w:eastAsia="Nirmala UI" w:cs="Nirmala UI"/>
        </w:rPr>
        <w:t>பரிசுத்தஸ்தலப்</w:t>
      </w:r>
      <w:r>
        <w:rPr>
          <w:rFonts w:ascii="Times New Roman" w:hAnsi="Times New Roman" w:eastAsia="Times New Roman" w:cs="Times New Roman"/>
        </w:rPr>
        <w:t xml:space="preserve"> </w:t>
      </w:r>
      <w:r>
        <w:rPr>
          <w:rFonts w:ascii="Nirmala UI" w:hAnsi="Nirmala UI" w:eastAsia="Nirmala UI" w:cs="Nirmala UI"/>
        </w:rPr>
        <w:t>பணியைச்</w:t>
      </w:r>
      <w:r>
        <w:rPr>
          <w:rFonts w:ascii="Times New Roman" w:hAnsi="Times New Roman" w:eastAsia="Times New Roman" w:cs="Times New Roman"/>
        </w:rPr>
        <w:t xml:space="preserve"> </w:t>
      </w:r>
      <w:r>
        <w:rPr>
          <w:rFonts w:ascii="Nirmala UI" w:hAnsi="Nirmala UI" w:eastAsia="Nirmala UI" w:cs="Nirmala UI"/>
        </w:rPr>
        <w:t>சுட்டுகிறது</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கூறிய</w:t>
      </w:r>
      <w:r>
        <w:rPr>
          <w:rFonts w:ascii="Times New Roman" w:hAnsi="Times New Roman" w:eastAsia="Times New Roman" w:cs="Times New Roman"/>
        </w:rPr>
        <w:t xml:space="preserve"> </w:t>
      </w:r>
      <w:r>
        <w:rPr>
          <w:rFonts w:ascii="Nirmala UI" w:hAnsi="Nirmala UI" w:eastAsia="Nirmala UI" w:cs="Nirmala UI"/>
        </w:rPr>
        <w:t>சாத்தானியக்</w:t>
      </w:r>
      <w:r>
        <w:rPr>
          <w:rFonts w:ascii="Times New Roman" w:hAnsi="Times New Roman" w:eastAsia="Times New Roman" w:cs="Times New Roman"/>
        </w:rPr>
        <w:t xml:space="preserve"> </w:t>
      </w:r>
      <w:r>
        <w:rPr>
          <w:rFonts w:ascii="Nirmala UI" w:hAnsi="Nirmala UI" w:eastAsia="Nirmala UI" w:cs="Nirmala UI"/>
        </w:rPr>
        <w:t>கருத்தை</w:t>
      </w:r>
      <w:r>
        <w:rPr>
          <w:rFonts w:ascii="Times New Roman" w:hAnsi="Times New Roman" w:eastAsia="Times New Roman" w:cs="Times New Roman"/>
        </w:rPr>
        <w:t xml:space="preserve"> </w:t>
      </w:r>
      <w:r>
        <w:rPr>
          <w:rFonts w:ascii="Nirmala UI" w:hAnsi="Nirmala UI" w:eastAsia="Nirmala UI" w:cs="Nirmala UI"/>
        </w:rPr>
        <w:t>முன்னேற்றுவதில்</w:t>
      </w:r>
      <w:r>
        <w:rPr>
          <w:rFonts w:ascii="Times New Roman" w:hAnsi="Times New Roman" w:eastAsia="Times New Roman" w:cs="Times New Roman"/>
        </w:rPr>
        <w:t xml:space="preserve"> </w:t>
      </w:r>
      <w:r>
        <w:rPr>
          <w:rFonts w:ascii="Nirmala UI" w:hAnsi="Nirmala UI" w:eastAsia="Nirmala UI" w:cs="Nirmala UI"/>
        </w:rPr>
        <w:t>பிரதானத்</w:t>
      </w:r>
      <w:r>
        <w:rPr>
          <w:rFonts w:ascii="Times New Roman" w:hAnsi="Times New Roman" w:eastAsia="Times New Roman" w:cs="Times New Roman"/>
        </w:rPr>
        <w:t xml:space="preserve"> </w:t>
      </w:r>
      <w:r>
        <w:rPr>
          <w:rFonts w:ascii="Nirmala UI" w:hAnsi="Nirmala UI" w:eastAsia="Nirmala UI" w:cs="Nirmala UI"/>
        </w:rPr>
        <w:t>தலைவராக</w:t>
      </w:r>
      <w:r>
        <w:rPr>
          <w:rFonts w:ascii="Times New Roman" w:hAnsi="Times New Roman" w:eastAsia="Times New Roman" w:cs="Times New Roman"/>
        </w:rPr>
        <w:t xml:space="preserve"> </w:t>
      </w:r>
      <w:r>
        <w:rPr>
          <w:rFonts w:ascii="Nirmala UI" w:hAnsi="Nirmala UI" w:eastAsia="Nirmala UI" w:cs="Nirmala UI"/>
        </w:rPr>
        <w:t>இருந்து</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தொடர்</w:t>
      </w:r>
      <w:r>
        <w:rPr>
          <w:rFonts w:ascii="Times New Roman" w:hAnsi="Times New Roman" w:eastAsia="Times New Roman" w:cs="Times New Roman"/>
        </w:rPr>
        <w:t xml:space="preserve"> </w:t>
      </w:r>
      <w:r>
        <w:rPr>
          <w:rFonts w:ascii="Nirmala UI" w:hAnsi="Nirmala UI" w:eastAsia="Nirmala UI" w:cs="Nirmala UI"/>
        </w:rPr>
        <w:t>உரைகளை</w:t>
      </w:r>
      <w:r>
        <w:rPr>
          <w:rFonts w:ascii="Times New Roman" w:hAnsi="Times New Roman" w:eastAsia="Times New Roman" w:cs="Times New Roman"/>
        </w:rPr>
        <w:t xml:space="preserve"> </w:t>
      </w:r>
      <w:r>
        <w:rPr>
          <w:rFonts w:ascii="Nirmala UI" w:hAnsi="Nirmala UI" w:eastAsia="Nirmala UI" w:cs="Nirmala UI"/>
        </w:rPr>
        <w:t>வழங்கினார்</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Tariixdu waxay caddeysay in shirkii Kitaabka Quduuska ahaa ee 1919, Prescott uu soo bandhigay injiil ka koobnaa ka saarista mabda’ kasta oo ka mid ahaa farriintii nebinnimada ee Milleriyiinta. Xataa wuxuu isku dayay inuu meesha ka saaro laba kun iyo saddex boqol oo maalmood, hase yeeshee taas ma uu hirgelin karin. Si kastaba ha ahaatee, wuxuu soo bandhigay injiil gebi ahaanba madhan oo ka fog fahamkii nebinnimada ee Milleriyiinta. Injiilkiisa waxaa lagu diiday kulankaas, laakiin haddana hoggaamiyayaashaas indhala’aanta ahi waxay go’aansadeen inay taxanihii bandhigyadiisa ka sameeyaan buug cinwaankiisu yahay, The Doctrine of Christ. Buuggaasna wuxuu noqday astaanta imaanshaha jiilka saddexaad ee Adventism-ka La’odikiyaanka.</w:t>
      </w:r>
    </w:p>
    <w:p>
      <w:pPr>
        <w:pStyle w:val="ArticleBody"/>
        <w:jc w:val="left"/>
      </w:pPr>
      <w:r>
        <w:rPr>
          <w:rFonts w:ascii="Gadugi" w:hAnsi="Gadugi" w:eastAsia="Gadugi" w:cs="Gadugi"/>
        </w:rPr>
        <w:t>ᎪᏍᎦᏯ</w:t>
      </w:r>
      <w:r>
        <w:rPr>
          <w:rFonts w:ascii="Times New Roman" w:hAnsi="Times New Roman" w:eastAsia="Times New Roman" w:cs="Times New Roman"/>
        </w:rPr>
        <w:t xml:space="preserve"> </w:t>
      </w:r>
      <w:r>
        <w:rPr>
          <w:rFonts w:ascii="Gadugi" w:hAnsi="Gadugi" w:eastAsia="Gadugi" w:cs="Gadugi"/>
        </w:rPr>
        <w:t>ᎪᏪᎵ</w:t>
      </w:r>
      <w:r>
        <w:rPr>
          <w:rFonts w:ascii="Times New Roman" w:hAnsi="Times New Roman" w:eastAsia="Times New Roman" w:cs="Times New Roman"/>
        </w:rPr>
        <w:t xml:space="preserve"> </w:t>
      </w:r>
      <w:r>
        <w:rPr>
          <w:rFonts w:ascii="Gadugi" w:hAnsi="Gadugi" w:eastAsia="Gadugi" w:cs="Gadugi"/>
        </w:rPr>
        <w:t>ᎤᏍᏆᏂᎪᏗ</w:t>
      </w:r>
      <w:r>
        <w:rPr>
          <w:rFonts w:ascii="Times New Roman" w:hAnsi="Times New Roman" w:eastAsia="Times New Roman" w:cs="Times New Roman"/>
        </w:rPr>
        <w:t xml:space="preserve"> </w:t>
      </w:r>
      <w:r>
        <w:rPr>
          <w:rFonts w:ascii="Gadugi" w:hAnsi="Gadugi" w:eastAsia="Gadugi" w:cs="Gadugi"/>
        </w:rPr>
        <w:t>ᎢᎦᏓ</w:t>
      </w:r>
      <w:r>
        <w:rPr>
          <w:rFonts w:ascii="Times New Roman" w:hAnsi="Times New Roman" w:eastAsia="Times New Roman" w:cs="Times New Roman"/>
        </w:rPr>
        <w:t xml:space="preserve"> </w:t>
      </w:r>
      <w:r>
        <w:rPr>
          <w:rFonts w:ascii="Gadugi" w:hAnsi="Gadugi" w:eastAsia="Gadugi" w:cs="Gadugi"/>
        </w:rPr>
        <w:t>ᎤᎵᏍᏕᎸᎯ</w:t>
      </w:r>
      <w:r>
        <w:rPr>
          <w:rFonts w:ascii="Times New Roman" w:hAnsi="Times New Roman" w:eastAsia="Times New Roman" w:cs="Times New Roman"/>
        </w:rPr>
        <w:t xml:space="preserve"> </w:t>
      </w:r>
      <w:r>
        <w:rPr>
          <w:rFonts w:ascii="Gadugi" w:hAnsi="Gadugi" w:eastAsia="Gadugi" w:cs="Gadugi"/>
        </w:rPr>
        <w:t>ᎠᏂᎳᎩᎵᏉᏗ</w:t>
      </w:r>
      <w:r>
        <w:rPr>
          <w:rFonts w:ascii="Times New Roman" w:hAnsi="Times New Roman" w:eastAsia="Times New Roman" w:cs="Times New Roman"/>
        </w:rPr>
        <w:t xml:space="preserve"> </w:t>
      </w:r>
      <w:r>
        <w:rPr>
          <w:rFonts w:ascii="Gadugi" w:hAnsi="Gadugi" w:eastAsia="Gadugi" w:cs="Gadugi"/>
        </w:rPr>
        <w:t>ᎤᏃᎮᎸ</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ᎺᎵᏗᏉᎢᏓᏍᏗ</w:t>
      </w:r>
      <w:r>
        <w:rPr>
          <w:rFonts w:ascii="Times New Roman" w:hAnsi="Times New Roman" w:eastAsia="Times New Roman" w:cs="Times New Roman"/>
        </w:rPr>
        <w:t xml:space="preserve"> </w:t>
      </w:r>
      <w:r>
        <w:rPr>
          <w:rFonts w:ascii="Gadugi" w:hAnsi="Gadugi" w:eastAsia="Gadugi" w:cs="Gadugi"/>
        </w:rPr>
        <w:t>ᎤᏃᎮᎸ</w:t>
      </w:r>
      <w:r>
        <w:rPr>
          <w:rFonts w:ascii="Times New Roman" w:hAnsi="Times New Roman" w:eastAsia="Times New Roman" w:cs="Times New Roman"/>
        </w:rPr>
        <w:t xml:space="preserve"> </w:t>
      </w:r>
      <w:r>
        <w:rPr>
          <w:rFonts w:ascii="Gadugi" w:hAnsi="Gadugi" w:eastAsia="Gadugi" w:cs="Gadugi"/>
        </w:rPr>
        <w:t>ᎻᎶᏗ</w:t>
      </w:r>
      <w:r>
        <w:rPr>
          <w:rFonts w:ascii="Times New Roman" w:hAnsi="Times New Roman" w:eastAsia="Times New Roman" w:cs="Times New Roman"/>
        </w:rPr>
        <w:t xml:space="preserve"> </w:t>
      </w:r>
      <w:r>
        <w:rPr>
          <w:rFonts w:ascii="Gadugi" w:hAnsi="Gadugi" w:eastAsia="Gadugi" w:cs="Gadugi"/>
        </w:rPr>
        <w:t>ᎪᏪᎵ</w:t>
      </w:r>
      <w:r>
        <w:rPr>
          <w:rFonts w:ascii="Times New Roman" w:hAnsi="Times New Roman" w:eastAsia="Times New Roman" w:cs="Times New Roman"/>
        </w:rPr>
        <w:t xml:space="preserve"> </w:t>
      </w:r>
      <w:r>
        <w:rPr>
          <w:rFonts w:ascii="Gadugi" w:hAnsi="Gadugi" w:eastAsia="Gadugi" w:cs="Gadugi"/>
        </w:rPr>
        <w:t>ᏔᎵᏁ</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ᎤᏓᏡᎬ</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ᏉᎳ</w:t>
      </w:r>
      <w:r>
        <w:rPr>
          <w:rFonts w:ascii="Times New Roman" w:hAnsi="Times New Roman" w:eastAsia="Times New Roman" w:cs="Times New Roman"/>
        </w:rPr>
        <w:t xml:space="preserve"> </w:t>
      </w:r>
      <w:r>
        <w:rPr>
          <w:rFonts w:ascii="Gadugi" w:hAnsi="Gadugi" w:eastAsia="Gadugi" w:cs="Gadugi"/>
        </w:rPr>
        <w:t>ᎠᏴ</w:t>
      </w:r>
      <w:r>
        <w:rPr>
          <w:rFonts w:ascii="Times New Roman" w:hAnsi="Times New Roman" w:eastAsia="Times New Roman" w:cs="Times New Roman"/>
        </w:rPr>
        <w:t xml:space="preserve"> </w:t>
      </w:r>
      <w:r>
        <w:rPr>
          <w:rFonts w:ascii="Gadugi" w:hAnsi="Gadugi" w:eastAsia="Gadugi" w:cs="Gadugi"/>
        </w:rPr>
        <w:t>ᎠᎦᏔᎲᎢ</w:t>
      </w:r>
      <w:r>
        <w:rPr>
          <w:rFonts w:ascii="Times New Roman" w:hAnsi="Times New Roman" w:eastAsia="Times New Roman" w:cs="Times New Roman"/>
        </w:rPr>
        <w:t xml:space="preserve"> </w:t>
      </w:r>
      <w:r>
        <w:rPr>
          <w:rFonts w:ascii="Gadugi" w:hAnsi="Gadugi" w:eastAsia="Gadugi" w:cs="Gadugi"/>
        </w:rPr>
        <w:t>ᏅᏩᏓᎴ</w:t>
      </w:r>
      <w:r>
        <w:rPr>
          <w:rFonts w:ascii="Times New Roman" w:hAnsi="Times New Roman" w:eastAsia="Times New Roman" w:cs="Times New Roman"/>
        </w:rPr>
        <w:t xml:space="preserve"> </w:t>
      </w:r>
      <w:r>
        <w:rPr>
          <w:rFonts w:ascii="Gadugi" w:hAnsi="Gadugi" w:eastAsia="Gadugi" w:cs="Gadugi"/>
        </w:rPr>
        <w:t>ᎤᏃᎮᎸ</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ᎤᏃᎮᎸ</w:t>
      </w:r>
      <w:r>
        <w:rPr>
          <w:rFonts w:ascii="Times New Roman" w:hAnsi="Times New Roman" w:eastAsia="Times New Roman" w:cs="Times New Roman"/>
        </w:rPr>
        <w:t xml:space="preserve"> </w:t>
      </w:r>
      <w:r>
        <w:rPr>
          <w:rFonts w:ascii="Gadugi" w:hAnsi="Gadugi" w:eastAsia="Gadugi" w:cs="Gadugi"/>
        </w:rPr>
        <w:t>ᎨᏎ</w:t>
      </w:r>
      <w:r>
        <w:rPr>
          <w:rFonts w:ascii="Times New Roman" w:hAnsi="Times New Roman" w:eastAsia="Times New Roman" w:cs="Times New Roman"/>
        </w:rPr>
        <w:t xml:space="preserve"> </w:t>
      </w:r>
      <w:r>
        <w:rPr>
          <w:rFonts w:ascii="Gadugi" w:hAnsi="Gadugi" w:eastAsia="Gadugi" w:cs="Gadugi"/>
        </w:rPr>
        <w:t>ᏱᎩ</w:t>
      </w:r>
      <w:r>
        <w:rPr>
          <w:rFonts w:ascii="Leelawadee UI" w:hAnsi="Leelawadee UI" w:eastAsia="Leelawadee UI" w:cs="Leelawadee UI"/>
        </w:rPr>
        <w:t>។</w:t>
      </w:r>
    </w:p>
    <w:p>
      <w:pPr>
        <w:pStyle w:val="ArticleScripture"/>
        <w:jc w:val="left"/>
      </w:pPr>
      <w:r>
        <w:rPr>
          <w:rFonts w:ascii="Times New Roman" w:hAnsi="Times New Roman" w:eastAsia="Times New Roman" w:cs="Times New Roman"/>
        </w:rPr>
        <w:t>Ninashangaa kwamba upesi hivi mmeondolewa kwake yeye aliyewaita katika neema ya Kristo, mkageukia injili nyingine; ambayo si nyingine; ila wako watu wawataabishao, nao hutaka kuigeuza Injili ya Kristo. Lakini ijapokuwa sisi, au malaika atokaye mbinguni, awahubirie injili yo yote iliyo tofauti na hiyo tuliyowahubiria, na alaaniwe. Kama tulivyokwisha kusema, nasema tena sasa, mtu awaye yote akiwahubiria injili iliyo tofauti na hiyo mliyopokea, na alaaniwe. Wagalatia 1:6–9.</w:t>
      </w:r>
    </w:p>
    <w:p>
      <w:pPr>
        <w:pStyle w:val="ArticleBody"/>
        <w:jc w:val="left"/>
      </w:pPr>
      <w:r>
        <w:rPr>
          <w:rFonts w:ascii="Ebrima" w:hAnsi="Ebrima" w:eastAsia="Ebrima" w:cs="Ebrima"/>
        </w:rPr>
        <w:t>የአድቬንቲዝም</w:t>
      </w:r>
      <w:r>
        <w:rPr>
          <w:rFonts w:ascii="Times New Roman" w:hAnsi="Times New Roman" w:eastAsia="Times New Roman" w:cs="Times New Roman"/>
        </w:rPr>
        <w:t xml:space="preserve"> </w:t>
      </w:r>
      <w:r>
        <w:rPr>
          <w:rFonts w:ascii="Ebrima" w:hAnsi="Ebrima" w:eastAsia="Ebrima" w:cs="Ebrima"/>
        </w:rPr>
        <w:t>ሦስተኛው</w:t>
      </w:r>
      <w:r>
        <w:rPr>
          <w:rFonts w:ascii="Times New Roman" w:hAnsi="Times New Roman" w:eastAsia="Times New Roman" w:cs="Times New Roman"/>
        </w:rPr>
        <w:t xml:space="preserve"> </w:t>
      </w:r>
      <w:r>
        <w:rPr>
          <w:rFonts w:ascii="Ebrima" w:hAnsi="Ebrima" w:eastAsia="Ebrima" w:cs="Ebrima"/>
        </w:rPr>
        <w:t>ትውልድ</w:t>
      </w:r>
      <w:r>
        <w:rPr>
          <w:rFonts w:ascii="Times New Roman" w:hAnsi="Times New Roman" w:eastAsia="Times New Roman" w:cs="Times New Roman"/>
        </w:rPr>
        <w:t xml:space="preserve"> </w:t>
      </w:r>
      <w:r>
        <w:rPr>
          <w:rFonts w:ascii="Ebrima" w:hAnsi="Ebrima" w:eastAsia="Ebrima" w:cs="Ebrima"/>
        </w:rPr>
        <w:t>በሕዝቅኤል</w:t>
      </w:r>
      <w:r>
        <w:rPr>
          <w:rFonts w:ascii="Times New Roman" w:hAnsi="Times New Roman" w:eastAsia="Times New Roman" w:cs="Times New Roman"/>
        </w:rPr>
        <w:t xml:space="preserve"> </w:t>
      </w:r>
      <w:r>
        <w:rPr>
          <w:rFonts w:ascii="Ebrima" w:hAnsi="Ebrima" w:eastAsia="Ebrima" w:cs="Ebrima"/>
        </w:rPr>
        <w:t>ሦስተኛው</w:t>
      </w:r>
      <w:r>
        <w:rPr>
          <w:rFonts w:ascii="Times New Roman" w:hAnsi="Times New Roman" w:eastAsia="Times New Roman" w:cs="Times New Roman"/>
        </w:rPr>
        <w:t xml:space="preserve"> </w:t>
      </w:r>
      <w:r>
        <w:rPr>
          <w:rFonts w:ascii="Ebrima" w:hAnsi="Ebrima" w:eastAsia="Ebrima" w:cs="Ebrima"/>
        </w:rPr>
        <w:t>አስጸያፊ</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ተወክሎአል፣</w:t>
      </w:r>
      <w:r>
        <w:rPr>
          <w:rFonts w:ascii="Times New Roman" w:hAnsi="Times New Roman" w:eastAsia="Times New Roman" w:cs="Times New Roman"/>
        </w:rPr>
        <w:t xml:space="preserve"> </w:t>
      </w:r>
      <w:r>
        <w:rPr>
          <w:rFonts w:ascii="Ebrima" w:hAnsi="Ebrima" w:eastAsia="Ebrima" w:cs="Ebrima"/>
        </w:rPr>
        <w:t>በዚያም</w:t>
      </w:r>
      <w:r>
        <w:rPr>
          <w:rFonts w:ascii="Times New Roman" w:hAnsi="Times New Roman" w:eastAsia="Times New Roman" w:cs="Times New Roman"/>
        </w:rPr>
        <w:t xml:space="preserve"> </w:t>
      </w:r>
      <w:r>
        <w:rPr>
          <w:rFonts w:ascii="Ebrima" w:hAnsi="Ebrima" w:eastAsia="Ebrima" w:cs="Ebrima"/>
        </w:rPr>
        <w:t>ሴቶቹ</w:t>
      </w:r>
      <w:r>
        <w:rPr>
          <w:rFonts w:ascii="Times New Roman" w:hAnsi="Times New Roman" w:eastAsia="Times New Roman" w:cs="Times New Roman"/>
        </w:rPr>
        <w:t xml:space="preserve"> </w:t>
      </w:r>
      <w:r>
        <w:rPr>
          <w:rFonts w:ascii="Ebrima" w:hAnsi="Ebrima" w:eastAsia="Ebrima" w:cs="Ebrima"/>
        </w:rPr>
        <w:t>ለታሙዝ</w:t>
      </w:r>
      <w:r>
        <w:rPr>
          <w:rFonts w:ascii="Times New Roman" w:hAnsi="Times New Roman" w:eastAsia="Times New Roman" w:cs="Times New Roman"/>
        </w:rPr>
        <w:t xml:space="preserve"> </w:t>
      </w:r>
      <w:r>
        <w:rPr>
          <w:rFonts w:ascii="Ebrima" w:hAnsi="Ebrima" w:eastAsia="Ebrima" w:cs="Ebrima"/>
        </w:rPr>
        <w:t>እያለቀሱ</w:t>
      </w:r>
      <w:r>
        <w:rPr>
          <w:rFonts w:ascii="Times New Roman" w:hAnsi="Times New Roman" w:eastAsia="Times New Roman" w:cs="Times New Roman"/>
        </w:rPr>
        <w:t xml:space="preserve"> </w:t>
      </w:r>
      <w:r>
        <w:rPr>
          <w:rFonts w:ascii="Ebrima" w:hAnsi="Ebrima" w:eastAsia="Ebrima" w:cs="Ebrima"/>
        </w:rPr>
        <w:t>ይታያሉ።</w:t>
      </w:r>
      <w:r>
        <w:rPr>
          <w:rFonts w:ascii="Times New Roman" w:hAnsi="Times New Roman" w:eastAsia="Times New Roman" w:cs="Times New Roman"/>
        </w:rPr>
        <w:t xml:space="preserve"> </w:t>
      </w:r>
      <w:r>
        <w:rPr>
          <w:rFonts w:ascii="Ebrima" w:hAnsi="Ebrima" w:eastAsia="Ebrima" w:cs="Ebrima"/>
        </w:rPr>
        <w:t>ታሙዝ</w:t>
      </w:r>
      <w:r>
        <w:rPr>
          <w:rFonts w:ascii="Times New Roman" w:hAnsi="Times New Roman" w:eastAsia="Times New Roman" w:cs="Times New Roman"/>
        </w:rPr>
        <w:t xml:space="preserve"> </w:t>
      </w:r>
      <w:r>
        <w:rPr>
          <w:rFonts w:ascii="Ebrima" w:hAnsi="Ebrima" w:eastAsia="Ebrima" w:cs="Ebrima"/>
        </w:rPr>
        <w:t>ከውጭ</w:t>
      </w:r>
      <w:r>
        <w:rPr>
          <w:rFonts w:ascii="Times New Roman" w:hAnsi="Times New Roman" w:eastAsia="Times New Roman" w:cs="Times New Roman"/>
        </w:rPr>
        <w:t xml:space="preserve"> </w:t>
      </w:r>
      <w:r>
        <w:rPr>
          <w:rFonts w:ascii="Ebrima" w:hAnsi="Ebrima" w:eastAsia="Ebrima" w:cs="Ebrima"/>
        </w:rPr>
        <w:t>ምድር</w:t>
      </w:r>
      <w:r>
        <w:rPr>
          <w:rFonts w:ascii="Times New Roman" w:hAnsi="Times New Roman" w:eastAsia="Times New Roman" w:cs="Times New Roman"/>
        </w:rPr>
        <w:t xml:space="preserve"> </w:t>
      </w:r>
      <w:r>
        <w:rPr>
          <w:rFonts w:ascii="Ebrima" w:hAnsi="Ebrima" w:eastAsia="Ebrima" w:cs="Ebrima"/>
        </w:rPr>
        <w:t>መሶፓታሚያ</w:t>
      </w:r>
      <w:r>
        <w:rPr>
          <w:rFonts w:ascii="Times New Roman" w:hAnsi="Times New Roman" w:eastAsia="Times New Roman" w:cs="Times New Roman"/>
        </w:rPr>
        <w:t xml:space="preserve"> </w:t>
      </w:r>
      <w:r>
        <w:rPr>
          <w:rFonts w:ascii="Ebrima" w:hAnsi="Ebrima" w:eastAsia="Ebrima" w:cs="Ebrima"/>
        </w:rPr>
        <w:t>የመጣ</w:t>
      </w:r>
      <w:r>
        <w:rPr>
          <w:rFonts w:ascii="Times New Roman" w:hAnsi="Times New Roman" w:eastAsia="Times New Roman" w:cs="Times New Roman"/>
        </w:rPr>
        <w:t xml:space="preserve"> </w:t>
      </w:r>
      <w:r>
        <w:rPr>
          <w:rFonts w:ascii="Ebrima" w:hAnsi="Ebrima" w:eastAsia="Ebrima" w:cs="Ebrima"/>
        </w:rPr>
        <w:t>ከምርታማነትና</w:t>
      </w:r>
      <w:r>
        <w:rPr>
          <w:rFonts w:ascii="Times New Roman" w:hAnsi="Times New Roman" w:eastAsia="Times New Roman" w:cs="Times New Roman"/>
        </w:rPr>
        <w:t xml:space="preserve"> </w:t>
      </w:r>
      <w:r>
        <w:rPr>
          <w:rFonts w:ascii="Ebrima" w:hAnsi="Ebrima" w:eastAsia="Ebrima" w:cs="Ebrima"/>
        </w:rPr>
        <w:t>ከእፅዋት</w:t>
      </w:r>
      <w:r>
        <w:rPr>
          <w:rFonts w:ascii="Times New Roman" w:hAnsi="Times New Roman" w:eastAsia="Times New Roman" w:cs="Times New Roman"/>
        </w:rPr>
        <w:t xml:space="preserve"> </w:t>
      </w:r>
      <w:r>
        <w:rPr>
          <w:rFonts w:ascii="Ebrima" w:hAnsi="Ebrima" w:eastAsia="Ebrima" w:cs="Ebrima"/>
        </w:rPr>
        <w:t>ዑደቶች</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የተያያዘ</w:t>
      </w:r>
      <w:r>
        <w:rPr>
          <w:rFonts w:ascii="Times New Roman" w:hAnsi="Times New Roman" w:eastAsia="Times New Roman" w:cs="Times New Roman"/>
        </w:rPr>
        <w:t xml:space="preserve"> </w:t>
      </w:r>
      <w:r>
        <w:rPr>
          <w:rFonts w:ascii="Ebrima" w:hAnsi="Ebrima" w:eastAsia="Ebrima" w:cs="Ebrima"/>
        </w:rPr>
        <w:t>አምላክ</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ታሙዝ</w:t>
      </w:r>
      <w:r>
        <w:rPr>
          <w:rFonts w:ascii="Times New Roman" w:hAnsi="Times New Roman" w:eastAsia="Times New Roman" w:cs="Times New Roman"/>
        </w:rPr>
        <w:t xml:space="preserve"> </w:t>
      </w:r>
      <w:r>
        <w:rPr>
          <w:rFonts w:ascii="Ebrima" w:hAnsi="Ebrima" w:eastAsia="Ebrima" w:cs="Ebrima"/>
        </w:rPr>
        <w:t>አንዳንድ</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እረኛ</w:t>
      </w:r>
      <w:r>
        <w:rPr>
          <w:rFonts w:ascii="Times New Roman" w:hAnsi="Times New Roman" w:eastAsia="Times New Roman" w:cs="Times New Roman"/>
        </w:rPr>
        <w:t xml:space="preserve"> </w:t>
      </w:r>
      <w:r>
        <w:rPr>
          <w:rFonts w:ascii="Ebrima" w:hAnsi="Ebrima" w:eastAsia="Ebrima" w:cs="Ebrima"/>
        </w:rPr>
        <w:t>ወይም</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ወጣት</w:t>
      </w:r>
      <w:r>
        <w:rPr>
          <w:rFonts w:ascii="Times New Roman" w:hAnsi="Times New Roman" w:eastAsia="Times New Roman" w:cs="Times New Roman"/>
        </w:rPr>
        <w:t xml:space="preserve"> </w:t>
      </w:r>
      <w:r>
        <w:rPr>
          <w:rFonts w:ascii="Ebrima" w:hAnsi="Ebrima" w:eastAsia="Ebrima" w:cs="Ebrima"/>
        </w:rPr>
        <w:t>ሰው</w:t>
      </w:r>
      <w:r>
        <w:rPr>
          <w:rFonts w:ascii="Times New Roman" w:hAnsi="Times New Roman" w:eastAsia="Times New Roman" w:cs="Times New Roman"/>
        </w:rPr>
        <w:t xml:space="preserve"> </w:t>
      </w:r>
      <w:r>
        <w:rPr>
          <w:rFonts w:ascii="Ebrima" w:hAnsi="Ebrima" w:eastAsia="Ebrima" w:cs="Ebrima"/>
        </w:rPr>
        <w:t>ይስል</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ከወቅቶች</w:t>
      </w:r>
      <w:r>
        <w:rPr>
          <w:rFonts w:ascii="Times New Roman" w:hAnsi="Times New Roman" w:eastAsia="Times New Roman" w:cs="Times New Roman"/>
        </w:rPr>
        <w:t xml:space="preserve"> </w:t>
      </w:r>
      <w:r>
        <w:rPr>
          <w:rFonts w:ascii="Ebrima" w:hAnsi="Ebrima" w:eastAsia="Ebrima" w:cs="Ebrima"/>
        </w:rPr>
        <w:t>መለዋወጥና</w:t>
      </w:r>
      <w:r>
        <w:rPr>
          <w:rFonts w:ascii="Times New Roman" w:hAnsi="Times New Roman" w:eastAsia="Times New Roman" w:cs="Times New Roman"/>
        </w:rPr>
        <w:t xml:space="preserve"> </w:t>
      </w:r>
      <w:r>
        <w:rPr>
          <w:rFonts w:ascii="Ebrima" w:hAnsi="Ebrima" w:eastAsia="Ebrima" w:cs="Ebrima"/>
        </w:rPr>
        <w:t>ከሰብሎች</w:t>
      </w:r>
      <w:r>
        <w:rPr>
          <w:rFonts w:ascii="Times New Roman" w:hAnsi="Times New Roman" w:eastAsia="Times New Roman" w:cs="Times New Roman"/>
        </w:rPr>
        <w:t xml:space="preserve"> </w:t>
      </w:r>
      <w:r>
        <w:rPr>
          <w:rFonts w:ascii="Ebrima" w:hAnsi="Ebrima" w:eastAsia="Ebrima" w:cs="Ebrima"/>
        </w:rPr>
        <w:t>እድገት</w:t>
      </w:r>
      <w:r>
        <w:rPr>
          <w:rFonts w:ascii="Times New Roman" w:hAnsi="Times New Roman" w:eastAsia="Times New Roman" w:cs="Times New Roman"/>
        </w:rPr>
        <w:t xml:space="preserve"> </w:t>
      </w:r>
      <w:r>
        <w:rPr>
          <w:rFonts w:ascii="Ebrima" w:hAnsi="Ebrima" w:eastAsia="Ebrima" w:cs="Ebrima"/>
        </w:rPr>
        <w:t>ጋርም</w:t>
      </w:r>
      <w:r>
        <w:rPr>
          <w:rFonts w:ascii="Times New Roman" w:hAnsi="Times New Roman" w:eastAsia="Times New Roman" w:cs="Times New Roman"/>
        </w:rPr>
        <w:t xml:space="preserve"> </w:t>
      </w:r>
      <w:r>
        <w:rPr>
          <w:rFonts w:ascii="Ebrima" w:hAnsi="Ebrima" w:eastAsia="Ebrima" w:cs="Ebrima"/>
        </w:rPr>
        <w:t>ይገናኝ</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የታሙዝ</w:t>
      </w:r>
      <w:r>
        <w:rPr>
          <w:rFonts w:ascii="Times New Roman" w:hAnsi="Times New Roman" w:eastAsia="Times New Roman" w:cs="Times New Roman"/>
        </w:rPr>
        <w:t xml:space="preserve"> </w:t>
      </w:r>
      <w:r>
        <w:rPr>
          <w:rFonts w:ascii="Ebrima" w:hAnsi="Ebrima" w:eastAsia="Ebrima" w:cs="Ebrima"/>
        </w:rPr>
        <w:t>ሞትና</w:t>
      </w:r>
      <w:r>
        <w:rPr>
          <w:rFonts w:ascii="Times New Roman" w:hAnsi="Times New Roman" w:eastAsia="Times New Roman" w:cs="Times New Roman"/>
        </w:rPr>
        <w:t xml:space="preserve"> </w:t>
      </w:r>
      <w:r>
        <w:rPr>
          <w:rFonts w:ascii="Ebrima" w:hAnsi="Ebrima" w:eastAsia="Ebrima" w:cs="Ebrima"/>
        </w:rPr>
        <w:t>በኋላ</w:t>
      </w:r>
      <w:r>
        <w:rPr>
          <w:rFonts w:ascii="Times New Roman" w:hAnsi="Times New Roman" w:eastAsia="Times New Roman" w:cs="Times New Roman"/>
        </w:rPr>
        <w:t xml:space="preserve"> </w:t>
      </w:r>
      <w:r>
        <w:rPr>
          <w:rFonts w:ascii="Ebrima" w:hAnsi="Ebrima" w:eastAsia="Ebrima" w:cs="Ebrima"/>
        </w:rPr>
        <w:t>የሚመጣው</w:t>
      </w:r>
      <w:r>
        <w:rPr>
          <w:rFonts w:ascii="Times New Roman" w:hAnsi="Times New Roman" w:eastAsia="Times New Roman" w:cs="Times New Roman"/>
        </w:rPr>
        <w:t xml:space="preserve"> </w:t>
      </w:r>
      <w:r>
        <w:rPr>
          <w:rFonts w:ascii="Ebrima" w:hAnsi="Ebrima" w:eastAsia="Ebrima" w:cs="Ebrima"/>
        </w:rPr>
        <w:t>ትንሣኤው</w:t>
      </w:r>
      <w:r>
        <w:rPr>
          <w:rFonts w:ascii="Times New Roman" w:hAnsi="Times New Roman" w:eastAsia="Times New Roman" w:cs="Times New Roman"/>
        </w:rPr>
        <w:t xml:space="preserve"> </w:t>
      </w:r>
      <w:r>
        <w:rPr>
          <w:rFonts w:ascii="Ebrima" w:hAnsi="Ebrima" w:eastAsia="Ebrima" w:cs="Ebrima"/>
        </w:rPr>
        <w:t>ከግብርናዊው</w:t>
      </w:r>
      <w:r>
        <w:rPr>
          <w:rFonts w:ascii="Times New Roman" w:hAnsi="Times New Roman" w:eastAsia="Times New Roman" w:cs="Times New Roman"/>
        </w:rPr>
        <w:t xml:space="preserve"> </w:t>
      </w:r>
      <w:r>
        <w:rPr>
          <w:rFonts w:ascii="Ebrima" w:hAnsi="Ebrima" w:eastAsia="Ebrima" w:cs="Ebrima"/>
        </w:rPr>
        <w:t>የዘመን</w:t>
      </w:r>
      <w:r>
        <w:rPr>
          <w:rFonts w:ascii="Times New Roman" w:hAnsi="Times New Roman" w:eastAsia="Times New Roman" w:cs="Times New Roman"/>
        </w:rPr>
        <w:t xml:space="preserve"> </w:t>
      </w:r>
      <w:r>
        <w:rPr>
          <w:rFonts w:ascii="Ebrima" w:hAnsi="Ebrima" w:eastAsia="Ebrima" w:cs="Ebrima"/>
        </w:rPr>
        <w:t>አቆጣጠር</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የተያያዘ</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አፈ</w:t>
      </w:r>
      <w:r>
        <w:rPr>
          <w:rFonts w:ascii="Times New Roman" w:hAnsi="Times New Roman" w:eastAsia="Times New Roman" w:cs="Times New Roman"/>
        </w:rPr>
        <w:t xml:space="preserve"> </w:t>
      </w:r>
      <w:r>
        <w:rPr>
          <w:rFonts w:ascii="Ebrima" w:hAnsi="Ebrima" w:eastAsia="Ebrima" w:cs="Ebrima"/>
        </w:rPr>
        <w:t>ታሪኩ፣</w:t>
      </w:r>
      <w:r>
        <w:rPr>
          <w:rFonts w:ascii="Times New Roman" w:hAnsi="Times New Roman" w:eastAsia="Times New Roman" w:cs="Times New Roman"/>
        </w:rPr>
        <w:t xml:space="preserve"> </w:t>
      </w:r>
      <w:r>
        <w:rPr>
          <w:rFonts w:ascii="Ebrima" w:hAnsi="Ebrima" w:eastAsia="Ebrima" w:cs="Ebrima"/>
        </w:rPr>
        <w:t>ታሙዝ</w:t>
      </w:r>
      <w:r>
        <w:rPr>
          <w:rFonts w:ascii="Times New Roman" w:hAnsi="Times New Roman" w:eastAsia="Times New Roman" w:cs="Times New Roman"/>
        </w:rPr>
        <w:t xml:space="preserve"> </w:t>
      </w:r>
      <w:r>
        <w:rPr>
          <w:rFonts w:ascii="Ebrima" w:hAnsi="Ebrima" w:eastAsia="Ebrima" w:cs="Ebrima"/>
        </w:rPr>
        <w:t>በበጋ</w:t>
      </w:r>
      <w:r>
        <w:rPr>
          <w:rFonts w:ascii="Times New Roman" w:hAnsi="Times New Roman" w:eastAsia="Times New Roman" w:cs="Times New Roman"/>
        </w:rPr>
        <w:t xml:space="preserve"> </w:t>
      </w:r>
      <w:r>
        <w:rPr>
          <w:rFonts w:ascii="Ebrima" w:hAnsi="Ebrima" w:eastAsia="Ebrima" w:cs="Ebrima"/>
        </w:rPr>
        <w:t>ወራት</w:t>
      </w:r>
      <w:r>
        <w:rPr>
          <w:rFonts w:ascii="Times New Roman" w:hAnsi="Times New Roman" w:eastAsia="Times New Roman" w:cs="Times New Roman"/>
        </w:rPr>
        <w:t xml:space="preserve"> </w:t>
      </w:r>
      <w:r>
        <w:rPr>
          <w:rFonts w:ascii="Ebrima" w:hAnsi="Ebrima" w:eastAsia="Ebrima" w:cs="Ebrima"/>
        </w:rPr>
        <w:t>ይሞት</w:t>
      </w:r>
      <w:r>
        <w:rPr>
          <w:rFonts w:ascii="Times New Roman" w:hAnsi="Times New Roman" w:eastAsia="Times New Roman" w:cs="Times New Roman"/>
        </w:rPr>
        <w:t xml:space="preserve"> </w:t>
      </w:r>
      <w:r>
        <w:rPr>
          <w:rFonts w:ascii="Ebrima" w:hAnsi="Ebrima" w:eastAsia="Ebrima" w:cs="Ebrima"/>
        </w:rPr>
        <w:t>ወይም</w:t>
      </w:r>
      <w:r>
        <w:rPr>
          <w:rFonts w:ascii="Times New Roman" w:hAnsi="Times New Roman" w:eastAsia="Times New Roman" w:cs="Times New Roman"/>
        </w:rPr>
        <w:t xml:space="preserve"> </w:t>
      </w:r>
      <w:r>
        <w:rPr>
          <w:rFonts w:ascii="Ebrima" w:hAnsi="Ebrima" w:eastAsia="Ebrima" w:cs="Ebrima"/>
        </w:rPr>
        <w:t>ይጠፋ</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በሞቃትና</w:t>
      </w:r>
      <w:r>
        <w:rPr>
          <w:rFonts w:ascii="Times New Roman" w:hAnsi="Times New Roman" w:eastAsia="Times New Roman" w:cs="Times New Roman"/>
        </w:rPr>
        <w:t xml:space="preserve"> </w:t>
      </w:r>
      <w:r>
        <w:rPr>
          <w:rFonts w:ascii="Ebrima" w:hAnsi="Ebrima" w:eastAsia="Ebrima" w:cs="Ebrima"/>
        </w:rPr>
        <w:t>ደረቅ</w:t>
      </w:r>
      <w:r>
        <w:rPr>
          <w:rFonts w:ascii="Times New Roman" w:hAnsi="Times New Roman" w:eastAsia="Times New Roman" w:cs="Times New Roman"/>
        </w:rPr>
        <w:t xml:space="preserve"> </w:t>
      </w:r>
      <w:r>
        <w:rPr>
          <w:rFonts w:ascii="Ebrima" w:hAnsi="Ebrima" w:eastAsia="Ebrima" w:cs="Ebrima"/>
        </w:rPr>
        <w:t>ወቅት</w:t>
      </w:r>
      <w:r>
        <w:rPr>
          <w:rFonts w:ascii="Times New Roman" w:hAnsi="Times New Roman" w:eastAsia="Times New Roman" w:cs="Times New Roman"/>
        </w:rPr>
        <w:t xml:space="preserve"> </w:t>
      </w:r>
      <w:r>
        <w:rPr>
          <w:rFonts w:ascii="Ebrima" w:hAnsi="Ebrima" w:eastAsia="Ebrima" w:cs="Ebrima"/>
        </w:rPr>
        <w:t>እፅዋት</w:t>
      </w:r>
      <w:r>
        <w:rPr>
          <w:rFonts w:ascii="Times New Roman" w:hAnsi="Times New Roman" w:eastAsia="Times New Roman" w:cs="Times New Roman"/>
        </w:rPr>
        <w:t xml:space="preserve"> </w:t>
      </w:r>
      <w:r>
        <w:rPr>
          <w:rFonts w:ascii="Ebrima" w:hAnsi="Ebrima" w:eastAsia="Ebrima" w:cs="Ebrima"/>
        </w:rPr>
        <w:t>መጠውለግን</w:t>
      </w:r>
      <w:r>
        <w:rPr>
          <w:rFonts w:ascii="Times New Roman" w:hAnsi="Times New Roman" w:eastAsia="Times New Roman" w:cs="Times New Roman"/>
        </w:rPr>
        <w:t xml:space="preserve"> </w:t>
      </w:r>
      <w:r>
        <w:rPr>
          <w:rFonts w:ascii="Ebrima" w:hAnsi="Ebrima" w:eastAsia="Ebrima" w:cs="Ebrima"/>
        </w:rPr>
        <w:t>የሚወክል</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ይቆጠር</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ለታሙዝ</w:t>
      </w:r>
      <w:r>
        <w:rPr>
          <w:rFonts w:ascii="Times New Roman" w:hAnsi="Times New Roman" w:eastAsia="Times New Roman" w:cs="Times New Roman"/>
        </w:rPr>
        <w:t xml:space="preserve"> </w:t>
      </w:r>
      <w:r>
        <w:rPr>
          <w:rFonts w:ascii="Ebrima" w:hAnsi="Ebrima" w:eastAsia="Ebrima" w:cs="Ebrima"/>
        </w:rPr>
        <w:t>ማልቀስ</w:t>
      </w:r>
      <w:r>
        <w:rPr>
          <w:rFonts w:ascii="Times New Roman" w:hAnsi="Times New Roman" w:eastAsia="Times New Roman" w:cs="Times New Roman"/>
        </w:rPr>
        <w:t xml:space="preserve"> </w:t>
      </w:r>
      <w:r>
        <w:rPr>
          <w:rFonts w:ascii="Ebrima" w:hAnsi="Ebrima" w:eastAsia="Ebrima" w:cs="Ebrima"/>
        </w:rPr>
        <w:t>በበጋ</w:t>
      </w:r>
      <w:r>
        <w:rPr>
          <w:rFonts w:ascii="Times New Roman" w:hAnsi="Times New Roman" w:eastAsia="Times New Roman" w:cs="Times New Roman"/>
        </w:rPr>
        <w:t xml:space="preserve"> </w:t>
      </w:r>
      <w:r>
        <w:rPr>
          <w:rFonts w:ascii="Ebrima" w:hAnsi="Ebrima" w:eastAsia="Ebrima" w:cs="Ebrima"/>
        </w:rPr>
        <w:t>ወራት</w:t>
      </w:r>
      <w:r>
        <w:rPr>
          <w:rFonts w:ascii="Times New Roman" w:hAnsi="Times New Roman" w:eastAsia="Times New Roman" w:cs="Times New Roman"/>
        </w:rPr>
        <w:t xml:space="preserve"> </w:t>
      </w:r>
      <w:r>
        <w:rPr>
          <w:rFonts w:ascii="Ebrima" w:hAnsi="Ebrima" w:eastAsia="Ebrima" w:cs="Ebrima"/>
        </w:rPr>
        <w:t>የታሙዝን</w:t>
      </w:r>
      <w:r>
        <w:rPr>
          <w:rFonts w:ascii="Times New Roman" w:hAnsi="Times New Roman" w:eastAsia="Times New Roman" w:cs="Times New Roman"/>
        </w:rPr>
        <w:t xml:space="preserve"> </w:t>
      </w:r>
      <w:r>
        <w:rPr>
          <w:rFonts w:ascii="Ebrima" w:hAnsi="Ebrima" w:eastAsia="Ebrima" w:cs="Ebrima"/>
        </w:rPr>
        <w:t>ሞት</w:t>
      </w:r>
      <w:r>
        <w:rPr>
          <w:rFonts w:ascii="Times New Roman" w:hAnsi="Times New Roman" w:eastAsia="Times New Roman" w:cs="Times New Roman"/>
        </w:rPr>
        <w:t xml:space="preserve"> </w:t>
      </w:r>
      <w:r>
        <w:rPr>
          <w:rFonts w:ascii="Ebrima" w:hAnsi="Ebrima" w:eastAsia="Ebrima" w:cs="Ebrima"/>
        </w:rPr>
        <w:t>ወይም</w:t>
      </w:r>
      <w:r>
        <w:rPr>
          <w:rFonts w:ascii="Times New Roman" w:hAnsi="Times New Roman" w:eastAsia="Times New Roman" w:cs="Times New Roman"/>
        </w:rPr>
        <w:t xml:space="preserve"> </w:t>
      </w:r>
      <w:r>
        <w:rPr>
          <w:rFonts w:ascii="Ebrima" w:hAnsi="Ebrima" w:eastAsia="Ebrima" w:cs="Ebrima"/>
        </w:rPr>
        <w:t>መጥፋት</w:t>
      </w:r>
      <w:r>
        <w:rPr>
          <w:rFonts w:ascii="Times New Roman" w:hAnsi="Times New Roman" w:eastAsia="Times New Roman" w:cs="Times New Roman"/>
        </w:rPr>
        <w:t xml:space="preserve"> </w:t>
      </w:r>
      <w:r>
        <w:rPr>
          <w:rFonts w:ascii="Ebrima" w:hAnsi="Ebrima" w:eastAsia="Ebrima" w:cs="Ebrima"/>
        </w:rPr>
        <w:t>በሐዘን</w:t>
      </w:r>
      <w:r>
        <w:rPr>
          <w:rFonts w:ascii="Times New Roman" w:hAnsi="Times New Roman" w:eastAsia="Times New Roman" w:cs="Times New Roman"/>
        </w:rPr>
        <w:t xml:space="preserve"> </w:t>
      </w:r>
      <w:r>
        <w:rPr>
          <w:rFonts w:ascii="Ebrima" w:hAnsi="Ebrima" w:eastAsia="Ebrima" w:cs="Ebrima"/>
        </w:rPr>
        <w:t>የሚያስታውስ</w:t>
      </w:r>
      <w:r>
        <w:rPr>
          <w:rFonts w:ascii="Times New Roman" w:hAnsi="Times New Roman" w:eastAsia="Times New Roman" w:cs="Times New Roman"/>
        </w:rPr>
        <w:t xml:space="preserve"> </w:t>
      </w:r>
      <w:r>
        <w:rPr>
          <w:rFonts w:ascii="Ebrima" w:hAnsi="Ebrima" w:eastAsia="Ebrima" w:cs="Ebrima"/>
        </w:rPr>
        <w:t>ሥርዓተ</w:t>
      </w:r>
      <w:r>
        <w:rPr>
          <w:rFonts w:ascii="Times New Roman" w:hAnsi="Times New Roman" w:eastAsia="Times New Roman" w:cs="Times New Roman"/>
        </w:rPr>
        <w:t xml:space="preserve"> </w:t>
      </w:r>
      <w:r>
        <w:rPr>
          <w:rFonts w:ascii="Ebrima" w:hAnsi="Ebrima" w:eastAsia="Ebrima" w:cs="Ebrima"/>
        </w:rPr>
        <w:t>ልቅሶ</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ከዚያም</w:t>
      </w:r>
      <w:r>
        <w:rPr>
          <w:rFonts w:ascii="Times New Roman" w:hAnsi="Times New Roman" w:eastAsia="Times New Roman" w:cs="Times New Roman"/>
        </w:rPr>
        <w:t xml:space="preserve"> </w:t>
      </w:r>
      <w:r>
        <w:rPr>
          <w:rFonts w:ascii="Ebrima" w:hAnsi="Ebrima" w:eastAsia="Ebrima" w:cs="Ebrima"/>
        </w:rPr>
        <w:t>እፅዋትንና</w:t>
      </w:r>
      <w:r>
        <w:rPr>
          <w:rFonts w:ascii="Times New Roman" w:hAnsi="Times New Roman" w:eastAsia="Times New Roman" w:cs="Times New Roman"/>
        </w:rPr>
        <w:t xml:space="preserve"> </w:t>
      </w:r>
      <w:r>
        <w:rPr>
          <w:rFonts w:ascii="Ebrima" w:hAnsi="Ebrima" w:eastAsia="Ebrima" w:cs="Ebrima"/>
        </w:rPr>
        <w:t>የግብርና</w:t>
      </w:r>
      <w:r>
        <w:rPr>
          <w:rFonts w:ascii="Times New Roman" w:hAnsi="Times New Roman" w:eastAsia="Times New Roman" w:cs="Times New Roman"/>
        </w:rPr>
        <w:t xml:space="preserve"> </w:t>
      </w:r>
      <w:r>
        <w:rPr>
          <w:rFonts w:ascii="Ebrima" w:hAnsi="Ebrima" w:eastAsia="Ebrima" w:cs="Ebrima"/>
        </w:rPr>
        <w:t>ሕይወትን</w:t>
      </w:r>
      <w:r>
        <w:rPr>
          <w:rFonts w:ascii="Times New Roman" w:hAnsi="Times New Roman" w:eastAsia="Times New Roman" w:cs="Times New Roman"/>
        </w:rPr>
        <w:t xml:space="preserve"> </w:t>
      </w:r>
      <w:r>
        <w:rPr>
          <w:rFonts w:ascii="Ebrima" w:hAnsi="Ebrima" w:eastAsia="Ebrima" w:cs="Ebrima"/>
        </w:rPr>
        <w:t>መታደስ</w:t>
      </w:r>
      <w:r>
        <w:rPr>
          <w:rFonts w:ascii="Times New Roman" w:hAnsi="Times New Roman" w:eastAsia="Times New Roman" w:cs="Times New Roman"/>
        </w:rPr>
        <w:t xml:space="preserve"> </w:t>
      </w:r>
      <w:r>
        <w:rPr>
          <w:rFonts w:ascii="Ebrima" w:hAnsi="Ebrima" w:eastAsia="Ebrima" w:cs="Ebrima"/>
        </w:rPr>
        <w:t>የሚያመለክት</w:t>
      </w:r>
      <w:r>
        <w:rPr>
          <w:rFonts w:ascii="Times New Roman" w:hAnsi="Times New Roman" w:eastAsia="Times New Roman" w:cs="Times New Roman"/>
        </w:rPr>
        <w:t xml:space="preserve"> </w:t>
      </w:r>
      <w:r>
        <w:rPr>
          <w:rFonts w:ascii="Ebrima" w:hAnsi="Ebrima" w:eastAsia="Ebrima" w:cs="Ebrima"/>
        </w:rPr>
        <w:t>ትንሣኤው</w:t>
      </w:r>
      <w:r>
        <w:rPr>
          <w:rFonts w:ascii="Times New Roman" w:hAnsi="Times New Roman" w:eastAsia="Times New Roman" w:cs="Times New Roman"/>
        </w:rPr>
        <w:t xml:space="preserve"> </w:t>
      </w:r>
      <w:r>
        <w:rPr>
          <w:rFonts w:ascii="Ebrima" w:hAnsi="Ebrima" w:eastAsia="Ebrima" w:cs="Ebrima"/>
        </w:rPr>
        <w:t>ሲመጣ</w:t>
      </w:r>
      <w:r>
        <w:rPr>
          <w:rFonts w:ascii="Times New Roman" w:hAnsi="Times New Roman" w:eastAsia="Times New Roman" w:cs="Times New Roman"/>
        </w:rPr>
        <w:t xml:space="preserve"> </w:t>
      </w:r>
      <w:r>
        <w:rPr>
          <w:rFonts w:ascii="Ebrima" w:hAnsi="Ebrima" w:eastAsia="Ebrima" w:cs="Ebrima"/>
        </w:rPr>
        <w:t>በደስታ</w:t>
      </w:r>
      <w:r>
        <w:rPr>
          <w:rFonts w:ascii="Times New Roman" w:hAnsi="Times New Roman" w:eastAsia="Times New Roman" w:cs="Times New Roman"/>
        </w:rPr>
        <w:t xml:space="preserve"> </w:t>
      </w:r>
      <w:r>
        <w:rPr>
          <w:rFonts w:ascii="Ebrima" w:hAnsi="Ebrima" w:eastAsia="Ebrima" w:cs="Ebrima"/>
        </w:rPr>
        <w:t>ይከተል</w:t>
      </w:r>
      <w:r>
        <w:rPr>
          <w:rFonts w:ascii="Times New Roman" w:hAnsi="Times New Roman" w:eastAsia="Times New Roman" w:cs="Times New Roman"/>
        </w:rPr>
        <w:t xml:space="preserve"> </w:t>
      </w:r>
      <w:r>
        <w:rPr>
          <w:rFonts w:ascii="Ebrima" w:hAnsi="Ebrima" w:eastAsia="Ebrima" w:cs="Ebrima"/>
        </w:rPr>
        <w:t>ነበር።</w:t>
      </w:r>
    </w:p>
    <w:p>
      <w:pPr>
        <w:pStyle w:val="ArticleBody"/>
        <w:jc w:val="left"/>
      </w:pPr>
      <w:r>
        <w:rPr>
          <w:rFonts w:ascii="Times New Roman" w:hAnsi="Times New Roman" w:eastAsia="Times New Roman" w:cs="Times New Roman"/>
        </w:rPr>
        <w:t>Tammuz үшін жылау — қолдан жасалған кейінгі жаңбыр хабарының бейнесі, ал бұл дәл W. W. Prescott ұсынған Ізгі хабар еді. 1863 жылғы бүліктен басталған пайғамбарлық іргетастың жойылуы 1919 жылы сондай бір деңгейге жетті: Лаодикеялық адвентизм жалған Ізгі хабардың орнығуына жол берді. Сол жалған Ізгі хабар түгелдей діннен тайған протестантизмнің әдіснамасына негізделді. Оның бастапқы сәулетшісі W. W. Prescott болды; әрі William Miller жағдайындағыдай, бұл екі адамның да Ізгі хабары Даниял кітабындағы “the daily” туралы іргелі түсініктеріне негізделді. Екі Ізгі хабар да 2 Thessalonians-тағы, Miller алғаш рет “the daily” пұтқа табынушылықты білдіретінін анықтаған үзіндіде бейнеленген. Сол үзіндіде Paul ұсынған шындықты қабылдайтын, Miller арқылы бейнеленген бір топ бар, және шындыққа деген сүйіспеншілігі жоқ басқа бір топ бар.</w:t>
      </w:r>
    </w:p>
    <w:p>
      <w:pPr>
        <w:pStyle w:val="ArticleBody"/>
        <w:jc w:val="left"/>
      </w:pPr>
      <w:r>
        <w:rPr>
          <w:rFonts w:ascii="Times New Roman" w:hAnsi="Times New Roman" w:eastAsia="Times New Roman" w:cs="Times New Roman"/>
        </w:rPr>
        <w:t>Ay kuwi siji golongan ing dina-dina wekasan, kang ka pralambangaké déning Miller, “ngakoni” lan nampani udan pungkasan, lan golongan sijiné manèh, kang ka pralambangaké déning Prescott, nampani pangapusan kang kuwat. Pangapusan kang kuwat kang padha tampa iku dhedhasar marang Injil palsu, kang satemené dudu Injil babar pisan, lan iku nandhani sawijining piwulang palsu bab udan pungkasan. Mulané, kajijikan katelu ing Yeheskiel iku para wanita (gréja-gréja Adventisme Laodikia), nangisi Tammuz. Eluh-éluhe ing mangsa panas (udan), iku kanggo ngasilaké wohing panèn.</w:t>
      </w:r>
    </w:p>
    <w:p>
      <w:pPr>
        <w:pStyle w:val="ArticleBody"/>
        <w:jc w:val="left"/>
      </w:pPr>
      <w:r>
        <w:rPr>
          <w:rFonts w:ascii="Times New Roman" w:hAnsi="Times New Roman" w:eastAsia="Times New Roman" w:cs="Times New Roman"/>
        </w:rPr>
        <w:t>La distinción entre dos tipos de mensaje de la lluvia tardía permea la Biblia y el Espíritu de Profecía. La Biblia identifica repetidamente que la lluvia es retenida de un pueblo desobediente.</w:t>
      </w:r>
    </w:p>
    <w:p>
      <w:pPr>
        <w:pStyle w:val="ArticleScripture"/>
        <w:jc w:val="left"/>
      </w:pPr>
      <w:r>
        <w:rPr>
          <w:rFonts w:ascii="Times New Roman" w:hAnsi="Times New Roman" w:eastAsia="Times New Roman" w:cs="Times New Roman"/>
        </w:rPr>
        <w:t>Вони кажуть: якщо чоловік відпустить свою дружину, і вона піде від нього та стане іншому чоловікові, чи повернеться він до неї знову? Чи не буде та земля сильно опоганена? А ти блудувала з багатьма коханцями; та все ж повернися до Мене, говорить Господь. Підійми свої очі на висоти й подивися, де ти не лежала з кимось. При дорогах ти сиділа для них, мов аравітянин у пустелі; і ти опоганила землю своїми розпустами та своїм беззаконням. Тому дощі були затримані, і не було пізнього дощу; а ти мала чоло блудниці, ти відмовлялася соромитися. Єремії 3:1–3.</w:t>
      </w:r>
    </w:p>
    <w:p>
      <w:pPr>
        <w:pStyle w:val="ArticleBody"/>
        <w:jc w:val="left"/>
      </w:pPr>
      <w:r>
        <w:rPr>
          <w:rFonts w:ascii="Times New Roman" w:hAnsi="Times New Roman" w:eastAsia="Times New Roman" w:cs="Times New Roman"/>
        </w:rPr>
        <w:t>ئېكىنچى لاۋدىقىيە ئادۋېنتىزمى 1863-يىلىدىن باشلاپ پاھىشەلىك قىلىشقا كىرىشتى، شۇنىڭدىن بۇيان يامغۇرلار توختىتىپ قويۇلدى. ئۇلار ئۆز ئىسيانىدىن نومۇس قىلىشنى رەت قىلىدۇ، ۋە شۇ كەمتەرلىكنىڭ يوقلۇقى پاھىشىنىڭ پېشانىسىنى ھاسىل قىلىدۇ؛ ئىنجىل پەيغەمبەرلىكىدىكى پاھىشە بولسا پاپالىقتۇر. ئۈچىنچى ئەۋلادتا رىم پاھىشىنىڭ بەلگىسىگە تەزىم قىلىشقا تەييارلىنىشنىڭ ئاخىرقى ئىشى تاماملىنىدۇ. تۆتىنچى ئەۋلادقا بولغان تەييارلىق ئۈچىنچى ئەۋلادتا، ئاخىرقى يامغۇرنىڭ ساختا بىر خەۋىرى ئارقىلىق تاماملىنىدۇ. 1863-يىلدىكى ئىسيان، 1888-يىلدىكى ئىسيان ۋە 1919-يىلدىكى ئىسيان قانداق ماسلاشقان بولسا، شۇنداقلا ئۇلار 2001-يىلى 11-سېنتەبىر بىلەنمۇ توغرىلىنىدۇ؛ چۈنكى نيو-يورك شەھىرىدىكى ئىمارەتلەر شۇ ۋاقىتتا يىقىلغاندا، ۋەھىي 18-بابتىكى قۇدرەتلىك پەرىشتە تۆۋەن چۈشتى ۋە ھەقىقىي ئاخىرقى يامغۇر باشلاندى.</w:t>
      </w:r>
    </w:p>
    <w:p>
      <w:pPr>
        <w:pStyle w:val="ArticleScripture"/>
        <w:jc w:val="left"/>
      </w:pPr>
      <w:r>
        <w:rPr>
          <w:rFonts w:ascii="Times New Roman" w:hAnsi="Times New Roman" w:eastAsia="Times New Roman" w:cs="Times New Roman"/>
        </w:rPr>
        <w:t>“Het laat reën sal op die volk van God neerdaal. ’n Magtige engel sal uit die hemel neerdaal, en die hele aarde sal deur sy heerlikheid verlig word.” Review and Herald, 21 April 1891.</w:t>
      </w:r>
    </w:p>
    <w:p>
      <w:pPr>
        <w:pStyle w:val="ArticleBody"/>
        <w:jc w:val="left"/>
      </w:pPr>
      <w:r>
        <w:rPr>
          <w:rFonts w:ascii="Nirmala UI" w:hAnsi="Nirmala UI" w:eastAsia="Nirmala UI" w:cs="Nirmala UI"/>
        </w:rPr>
        <w:t>ꯃꯔꯨꯡꯃꯥ</w:t>
      </w:r>
      <w:r>
        <w:rPr>
          <w:rFonts w:ascii="Times New Roman" w:hAnsi="Times New Roman" w:eastAsia="Times New Roman" w:cs="Times New Roman"/>
        </w:rPr>
        <w:t xml:space="preserve"> </w:t>
      </w:r>
      <w:r>
        <w:rPr>
          <w:rFonts w:ascii="Nirmala UI" w:hAnsi="Nirmala UI" w:eastAsia="Nirmala UI" w:cs="Nirmala UI"/>
        </w:rPr>
        <w:t>ꯅꯨꯡꯉꯥꯏ</w:t>
      </w:r>
      <w:r>
        <w:rPr>
          <w:rFonts w:ascii="Times New Roman" w:hAnsi="Times New Roman" w:eastAsia="Times New Roman" w:cs="Times New Roman"/>
        </w:rPr>
        <w:t xml:space="preserve"> </w:t>
      </w:r>
      <w:r>
        <w:rPr>
          <w:rFonts w:ascii="Nirmala UI" w:hAnsi="Nirmala UI" w:eastAsia="Nirmala UI" w:cs="Nirmala UI"/>
        </w:rPr>
        <w:t>ꯍꯧꯔꯛꯄꯗ</w:t>
      </w:r>
      <w:r>
        <w:rPr>
          <w:rFonts w:ascii="Times New Roman" w:hAnsi="Times New Roman" w:eastAsia="Times New Roman" w:cs="Times New Roman"/>
        </w:rPr>
        <w:t xml:space="preserve"> </w:t>
      </w:r>
      <w:r>
        <w:rPr>
          <w:rFonts w:ascii="Nirmala UI" w:hAnsi="Nirmala UI" w:eastAsia="Nirmala UI" w:cs="Nirmala UI"/>
        </w:rPr>
        <w:t>ꯂꯥꯑꯣꯗꯤꯁꯤꯌꯥꯟ</w:t>
      </w:r>
      <w:r>
        <w:rPr>
          <w:rFonts w:ascii="Times New Roman" w:hAnsi="Times New Roman" w:eastAsia="Times New Roman" w:cs="Times New Roman"/>
        </w:rPr>
        <w:t xml:space="preserve"> </w:t>
      </w:r>
      <w:r>
        <w:rPr>
          <w:rFonts w:ascii="Nirmala UI" w:hAnsi="Nirmala UI" w:eastAsia="Nirmala UI" w:cs="Nirmala UI"/>
        </w:rPr>
        <w:t>ꯑꯦꯗꯚꯦꯟꯇꯤꯖꯝꯒꯤ</w:t>
      </w:r>
      <w:r>
        <w:rPr>
          <w:rFonts w:ascii="Times New Roman" w:hAnsi="Times New Roman" w:eastAsia="Times New Roman" w:cs="Times New Roman"/>
        </w:rPr>
        <w:t xml:space="preserve"> </w:t>
      </w:r>
      <w:r>
        <w:rPr>
          <w:rFonts w:ascii="Nirmala UI" w:hAnsi="Nirmala UI" w:eastAsia="Nirmala UI" w:cs="Nirmala UI"/>
        </w:rPr>
        <w:t>ꯃꯄꯨꯔꯤꯡ</w:t>
      </w:r>
      <w:r>
        <w:rPr>
          <w:rFonts w:ascii="Times New Roman" w:hAnsi="Times New Roman" w:eastAsia="Times New Roman" w:cs="Times New Roman"/>
        </w:rPr>
        <w:t xml:space="preserve"> </w:t>
      </w:r>
      <w:r>
        <w:rPr>
          <w:rFonts w:ascii="Nirmala UI" w:hAnsi="Nirmala UI" w:eastAsia="Nirmala UI" w:cs="Nirmala UI"/>
        </w:rPr>
        <w:t>ꯃꯤꯌꯥꯝꯅ</w:t>
      </w:r>
      <w:r>
        <w:rPr>
          <w:rFonts w:ascii="Times New Roman" w:hAnsi="Times New Roman" w:eastAsia="Times New Roman" w:cs="Times New Roman"/>
        </w:rPr>
        <w:t xml:space="preserve"> </w:t>
      </w:r>
      <w:r>
        <w:rPr>
          <w:rFonts w:ascii="Nirmala UI" w:hAnsi="Nirmala UI" w:eastAsia="Nirmala UI" w:cs="Nirmala UI"/>
        </w:rPr>
        <w:t>ꯃꯗꯨ</w:t>
      </w:r>
      <w:r>
        <w:rPr>
          <w:rFonts w:ascii="Times New Roman" w:hAnsi="Times New Roman" w:eastAsia="Times New Roman" w:cs="Times New Roman"/>
        </w:rPr>
        <w:t xml:space="preserve"> </w:t>
      </w:r>
      <w:r>
        <w:rPr>
          <w:rFonts w:ascii="Nirmala UI" w:hAnsi="Nirmala UI" w:eastAsia="Nirmala UI" w:cs="Nirmala UI"/>
        </w:rPr>
        <w:t>ꯃꯔꯨꯡꯃꯥ</w:t>
      </w:r>
      <w:r>
        <w:rPr>
          <w:rFonts w:ascii="Times New Roman" w:hAnsi="Times New Roman" w:eastAsia="Times New Roman" w:cs="Times New Roman"/>
        </w:rPr>
        <w:t xml:space="preserve"> </w:t>
      </w:r>
      <w:r>
        <w:rPr>
          <w:rFonts w:ascii="Nirmala UI" w:hAnsi="Nirmala UI" w:eastAsia="Nirmala UI" w:cs="Nirmala UI"/>
        </w:rPr>
        <w:t>ꯅꯨꯡꯉꯥꯏ</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ꯈꯪꯖꯗꯕꯅꯤ</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ꯃꯈꯣꯏ</w:t>
      </w:r>
      <w:r>
        <w:rPr>
          <w:rFonts w:ascii="Times New Roman" w:hAnsi="Times New Roman" w:eastAsia="Times New Roman" w:cs="Times New Roman"/>
        </w:rPr>
        <w:t xml:space="preserve"> </w:t>
      </w:r>
      <w:r>
        <w:rPr>
          <w:rFonts w:ascii="Nirmala UI" w:hAnsi="Nirmala UI" w:eastAsia="Nirmala UI" w:cs="Nirmala UI"/>
        </w:rPr>
        <w:t>ꯑꯔꯥꯟꯕ</w:t>
      </w:r>
      <w:r>
        <w:rPr>
          <w:rFonts w:ascii="Times New Roman" w:hAnsi="Times New Roman" w:eastAsia="Times New Roman" w:cs="Times New Roman"/>
        </w:rPr>
        <w:t xml:space="preserve"> </w:t>
      </w:r>
      <w:r>
        <w:rPr>
          <w:rFonts w:ascii="Nirmala UI" w:hAnsi="Nirmala UI" w:eastAsia="Nirmala UI" w:cs="Nirmala UI"/>
        </w:rPr>
        <w:t>ꯃꯔꯨꯡꯃꯥ</w:t>
      </w:r>
      <w:r>
        <w:rPr>
          <w:rFonts w:ascii="Times New Roman" w:hAnsi="Times New Roman" w:eastAsia="Times New Roman" w:cs="Times New Roman"/>
        </w:rPr>
        <w:t xml:space="preserve"> </w:t>
      </w:r>
      <w:r>
        <w:rPr>
          <w:rFonts w:ascii="Nirmala UI" w:hAnsi="Nirmala UI" w:eastAsia="Nirmala UI" w:cs="Nirmala UI"/>
        </w:rPr>
        <w:t>ꯅꯨꯡꯉꯥꯏꯒꯤ</w:t>
      </w:r>
      <w:r>
        <w:rPr>
          <w:rFonts w:ascii="Times New Roman" w:hAnsi="Times New Roman" w:eastAsia="Times New Roman" w:cs="Times New Roman"/>
        </w:rPr>
        <w:t xml:space="preserve"> </w:t>
      </w:r>
      <w:r>
        <w:rPr>
          <w:rFonts w:ascii="Nirmala UI" w:hAnsi="Nirmala UI" w:eastAsia="Nirmala UI" w:cs="Nirmala UI"/>
        </w:rPr>
        <w:t>ꯄꯥꯎꯖꯦꯜ</w:t>
      </w:r>
      <w:r>
        <w:rPr>
          <w:rFonts w:ascii="Times New Roman" w:hAnsi="Times New Roman" w:eastAsia="Times New Roman" w:cs="Times New Roman"/>
        </w:rPr>
        <w:t xml:space="preserve"> </w:t>
      </w:r>
      <w:r>
        <w:rPr>
          <w:rFonts w:ascii="Nirmala UI" w:hAnsi="Nirmala UI" w:eastAsia="Nirmala UI" w:cs="Nirmala UI"/>
        </w:rPr>
        <w:t>ꯑꯃꯗꯥ</w:t>
      </w:r>
      <w:r>
        <w:rPr>
          <w:rFonts w:ascii="Times New Roman" w:hAnsi="Times New Roman" w:eastAsia="Times New Roman" w:cs="Times New Roman"/>
        </w:rPr>
        <w:t xml:space="preserve"> </w:t>
      </w:r>
      <w:r>
        <w:rPr>
          <w:rFonts w:ascii="Nirmala UI" w:hAnsi="Nirmala UI" w:eastAsia="Nirmala UI" w:cs="Nirmala UI"/>
        </w:rPr>
        <w:t>ꯋꯥꯔꯛꯂꯤꯕꯅꯤ</w:t>
      </w:r>
      <w:r>
        <w:rPr>
          <w:rFonts w:ascii="Times New Roman" w:hAnsi="Times New Roman" w:eastAsia="Times New Roman" w:cs="Times New Roman"/>
        </w:rPr>
        <w:t xml:space="preserve">; </w:t>
      </w:r>
      <w:r>
        <w:rPr>
          <w:rFonts w:ascii="Nirmala UI" w:hAnsi="Nirmala UI" w:eastAsia="Nirmala UI" w:cs="Nirmala UI"/>
        </w:rPr>
        <w:t>ꯃꯗꯨꯗꯤ</w:t>
      </w:r>
      <w:r>
        <w:rPr>
          <w:rFonts w:ascii="Times New Roman" w:hAnsi="Times New Roman" w:eastAsia="Times New Roman" w:cs="Times New Roman"/>
        </w:rPr>
        <w:t xml:space="preserve"> Ezekiel</w:t>
      </w:r>
      <w:r>
        <w:rPr>
          <w:rFonts w:ascii="Nirmala UI" w:hAnsi="Nirmala UI" w:eastAsia="Nirmala UI" w:cs="Nirmala UI"/>
        </w:rPr>
        <w:t>ꯅ</w:t>
      </w:r>
      <w:r>
        <w:rPr>
          <w:rFonts w:ascii="Times New Roman" w:hAnsi="Times New Roman" w:eastAsia="Times New Roman" w:cs="Times New Roman"/>
        </w:rPr>
        <w:t xml:space="preserve"> </w:t>
      </w:r>
      <w:r>
        <w:rPr>
          <w:rFonts w:ascii="Nirmala UI" w:hAnsi="Nirmala UI" w:eastAsia="Nirmala UI" w:cs="Nirmala UI"/>
        </w:rPr>
        <w:t>ꯅꯨꯄꯤꯁꯤꯡꯅ</w:t>
      </w:r>
      <w:r>
        <w:rPr>
          <w:rFonts w:ascii="Times New Roman" w:hAnsi="Times New Roman" w:eastAsia="Times New Roman" w:cs="Times New Roman"/>
        </w:rPr>
        <w:t xml:space="preserve"> Tammuz</w:t>
      </w:r>
      <w:r>
        <w:rPr>
          <w:rFonts w:ascii="Nirmala UI" w:hAnsi="Nirmala UI" w:eastAsia="Nirmala UI" w:cs="Nirmala UI"/>
        </w:rPr>
        <w:t>ꯒꯤꯗꯃꯛ</w:t>
      </w:r>
      <w:r>
        <w:rPr>
          <w:rFonts w:ascii="Times New Roman" w:hAnsi="Times New Roman" w:eastAsia="Times New Roman" w:cs="Times New Roman"/>
        </w:rPr>
        <w:t xml:space="preserve"> </w:t>
      </w:r>
      <w:r>
        <w:rPr>
          <w:rFonts w:ascii="Nirmala UI" w:hAnsi="Nirmala UI" w:eastAsia="Nirmala UI" w:cs="Nirmala UI"/>
        </w:rPr>
        <w:t>ꯀꯥꯄ꯭ꯄꯒꯥ</w:t>
      </w:r>
      <w:r>
        <w:rPr>
          <w:rFonts w:ascii="Times New Roman" w:hAnsi="Times New Roman" w:eastAsia="Times New Roman" w:cs="Times New Roman"/>
        </w:rPr>
        <w:t xml:space="preserve"> </w:t>
      </w:r>
      <w:r>
        <w:rPr>
          <w:rFonts w:ascii="Nirmala UI" w:hAnsi="Nirmala UI" w:eastAsia="Nirmala UI" w:cs="Nirmala UI"/>
        </w:rPr>
        <w:t>ꯎꯠꯂꯤ</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ꯁꯤꯖꯤꯟꯅꯕꯥ</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ꯔꯥꯁꯤ</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ꯌꯥꯏꯐꯔꯕꯒꯤ</w:t>
      </w:r>
      <w:r>
        <w:rPr>
          <w:rFonts w:ascii="Times New Roman" w:hAnsi="Times New Roman" w:eastAsia="Times New Roman" w:cs="Times New Roman"/>
        </w:rPr>
        <w:t xml:space="preserve"> </w:t>
      </w:r>
      <w:r>
        <w:rPr>
          <w:rFonts w:ascii="Nirmala UI" w:hAnsi="Nirmala UI" w:eastAsia="Nirmala UI" w:cs="Nirmala UI"/>
        </w:rPr>
        <w:t>ꯄꯥꯎꯖꯦꯜ</w:t>
      </w:r>
      <w:r>
        <w:rPr>
          <w:rFonts w:ascii="Times New Roman" w:hAnsi="Times New Roman" w:eastAsia="Times New Roman" w:cs="Times New Roman"/>
        </w:rPr>
        <w:t xml:space="preserve"> </w:t>
      </w:r>
      <w:r>
        <w:rPr>
          <w:rFonts w:ascii="Nirmala UI" w:hAnsi="Nirmala UI" w:eastAsia="Nirmala UI" w:cs="Nirmala UI"/>
        </w:rPr>
        <w:t>ꯑꯃꯅꯤ।</w:t>
      </w:r>
    </w:p>
    <w:p>
      <w:pPr>
        <w:pStyle w:val="ArticleScripture"/>
        <w:jc w:val="left"/>
      </w:pPr>
      <w:r>
        <w:rPr>
          <w:rFonts w:ascii="Times New Roman" w:hAnsi="Times New Roman" w:eastAsia="Times New Roman" w:cs="Times New Roman"/>
        </w:rPr>
        <w:t>«نورِ مزید اُسی کو دیا جائے گا جو اپنے پاس موجود نور کے مطابق زندگی بسر کرتا ہے۔ اگر ہم روزانہ مسیحی اوصافِ حسنہ کی عملی نمائش میں ترقی نہ کریں، تو ہم بارشِ آخر میں روحُ القدس کے ظہورات کو نہ پہچان سکیں گے۔ ممکن ہے وہ ہمارے چاروں طرف کے دلوں پر برس رہی ہو، لیکن ہم نہ اسے discern کریں گے اور نہ اسے قبول کریں گے۔» Testimonies to Ministers, 507.</w:t>
      </w:r>
    </w:p>
    <w:p>
      <w:pPr>
        <w:pStyle w:val="ArticleBody"/>
        <w:jc w:val="left"/>
      </w:pPr>
      <w:r>
        <w:rPr>
          <w:rFonts w:ascii="Times New Roman" w:hAnsi="Times New Roman" w:eastAsia="Times New Roman" w:cs="Times New Roman"/>
        </w:rPr>
        <w:t>Chay u runakunaq waqaychaqninkunapaq manam atikurqachu qhipa para hamusqanta riqsiyta, llulla qhipa paramanta llulla evangelionkuraqmi ñawpaq pacha-kunapi Diospa atiy llipin rikuchikusqa hina ima rikuchikuytapas kananpaq atikuyta ñiqirqa.</w:t>
      </w:r>
    </w:p>
    <w:p>
      <w:pPr>
        <w:pStyle w:val="ArticleScripture"/>
        <w:jc w:val="left"/>
      </w:pPr>
      <w:r>
        <w:rPr>
          <w:rFonts w:ascii="Times New Roman" w:hAnsi="Times New Roman" w:eastAsia="Times New Roman" w:cs="Times New Roman"/>
        </w:rPr>
        <w:t>“</w:t>
      </w:r>
      <w:r>
        <w:rPr>
          <w:rFonts w:ascii="Nirmala UI" w:hAnsi="Nirmala UI" w:eastAsia="Nirmala UI" w:cs="Nirmala UI"/>
        </w:rPr>
        <w:t>സഭകളിൽ</w:t>
      </w:r>
      <w:r>
        <w:rPr>
          <w:rFonts w:ascii="Times New Roman" w:hAnsi="Times New Roman" w:eastAsia="Times New Roman" w:cs="Times New Roman"/>
        </w:rPr>
        <w:t xml:space="preserve"> </w:t>
      </w:r>
      <w:r>
        <w:rPr>
          <w:rFonts w:ascii="Nirmala UI" w:hAnsi="Nirmala UI" w:eastAsia="Nirmala UI" w:cs="Nirmala UI"/>
        </w:rPr>
        <w:t>ദൈവത്തിന്റെ</w:t>
      </w:r>
      <w:r>
        <w:rPr>
          <w:rFonts w:ascii="Times New Roman" w:hAnsi="Times New Roman" w:eastAsia="Times New Roman" w:cs="Times New Roman"/>
        </w:rPr>
        <w:t xml:space="preserve"> </w:t>
      </w:r>
      <w:r>
        <w:rPr>
          <w:rFonts w:ascii="Nirmala UI" w:hAnsi="Nirmala UI" w:eastAsia="Nirmala UI" w:cs="Nirmala UI"/>
        </w:rPr>
        <w:t>ശക്തിയുടെ</w:t>
      </w:r>
      <w:r>
        <w:rPr>
          <w:rFonts w:ascii="Times New Roman" w:hAnsi="Times New Roman" w:eastAsia="Times New Roman" w:cs="Times New Roman"/>
        </w:rPr>
        <w:t xml:space="preserve"> </w:t>
      </w:r>
      <w:r>
        <w:rPr>
          <w:rFonts w:ascii="Nirmala UI" w:hAnsi="Nirmala UI" w:eastAsia="Nirmala UI" w:cs="Nirmala UI"/>
        </w:rPr>
        <w:t>അത്ഭുതകരമായ</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പ്രകടനം</w:t>
      </w:r>
      <w:r>
        <w:rPr>
          <w:rFonts w:ascii="Times New Roman" w:hAnsi="Times New Roman" w:eastAsia="Times New Roman" w:cs="Times New Roman"/>
        </w:rPr>
        <w:t xml:space="preserve"> </w:t>
      </w:r>
      <w:r>
        <w:rPr>
          <w:rFonts w:ascii="Nirmala UI" w:hAnsi="Nirmala UI" w:eastAsia="Nirmala UI" w:cs="Nirmala UI"/>
        </w:rPr>
        <w:t>ഉണ്ടായിരിക്കേണ്ടതുണ്ട്</w:t>
      </w:r>
      <w:r>
        <w:rPr>
          <w:rFonts w:ascii="Times New Roman" w:hAnsi="Times New Roman" w:eastAsia="Times New Roman" w:cs="Times New Roman"/>
        </w:rPr>
        <w:t xml:space="preserve">; </w:t>
      </w:r>
      <w:r>
        <w:rPr>
          <w:rFonts w:ascii="Nirmala UI" w:hAnsi="Nirmala UI" w:eastAsia="Nirmala UI" w:cs="Nirmala UI"/>
        </w:rPr>
        <w:t>എങ്കിലും</w:t>
      </w:r>
      <w:r>
        <w:rPr>
          <w:rFonts w:ascii="Times New Roman" w:hAnsi="Times New Roman" w:eastAsia="Times New Roman" w:cs="Times New Roman"/>
        </w:rPr>
        <w:t xml:space="preserve"> </w:t>
      </w:r>
      <w:r>
        <w:rPr>
          <w:rFonts w:ascii="Nirmala UI" w:hAnsi="Nirmala UI" w:eastAsia="Nirmala UI" w:cs="Nirmala UI"/>
        </w:rPr>
        <w:t>കർത്താവിന്റെ</w:t>
      </w:r>
      <w:r>
        <w:rPr>
          <w:rFonts w:ascii="Times New Roman" w:hAnsi="Times New Roman" w:eastAsia="Times New Roman" w:cs="Times New Roman"/>
        </w:rPr>
        <w:t xml:space="preserve"> </w:t>
      </w:r>
      <w:r>
        <w:rPr>
          <w:rFonts w:ascii="Nirmala UI" w:hAnsi="Nirmala UI" w:eastAsia="Nirmala UI" w:cs="Nirmala UI"/>
        </w:rPr>
        <w:t>സന്നിധിയിൽ</w:t>
      </w:r>
      <w:r>
        <w:rPr>
          <w:rFonts w:ascii="Times New Roman" w:hAnsi="Times New Roman" w:eastAsia="Times New Roman" w:cs="Times New Roman"/>
        </w:rPr>
        <w:t xml:space="preserve"> </w:t>
      </w:r>
      <w:r>
        <w:rPr>
          <w:rFonts w:ascii="Nirmala UI" w:hAnsi="Nirmala UI" w:eastAsia="Nirmala UI" w:cs="Nirmala UI"/>
        </w:rPr>
        <w:t>തങ്ങളെ</w:t>
      </w:r>
      <w:r>
        <w:rPr>
          <w:rFonts w:ascii="Times New Roman" w:hAnsi="Times New Roman" w:eastAsia="Times New Roman" w:cs="Times New Roman"/>
        </w:rPr>
        <w:t xml:space="preserve"> </w:t>
      </w:r>
      <w:r>
        <w:rPr>
          <w:rFonts w:ascii="Nirmala UI" w:hAnsi="Nirmala UI" w:eastAsia="Nirmala UI" w:cs="Nirmala UI"/>
        </w:rPr>
        <w:t>താഴ്ത്തുകയും</w:t>
      </w:r>
      <w:r>
        <w:rPr>
          <w:rFonts w:ascii="Times New Roman" w:hAnsi="Times New Roman" w:eastAsia="Times New Roman" w:cs="Times New Roman"/>
        </w:rPr>
        <w:t xml:space="preserve">, </w:t>
      </w:r>
      <w:r>
        <w:rPr>
          <w:rFonts w:ascii="Nirmala UI" w:hAnsi="Nirmala UI" w:eastAsia="Nirmala UI" w:cs="Nirmala UI"/>
        </w:rPr>
        <w:t>ഹൃദയത്തിന്റെ</w:t>
      </w:r>
      <w:r>
        <w:rPr>
          <w:rFonts w:ascii="Times New Roman" w:hAnsi="Times New Roman" w:eastAsia="Times New Roman" w:cs="Times New Roman"/>
        </w:rPr>
        <w:t xml:space="preserve"> </w:t>
      </w:r>
      <w:r>
        <w:rPr>
          <w:rFonts w:ascii="Nirmala UI" w:hAnsi="Nirmala UI" w:eastAsia="Nirmala UI" w:cs="Nirmala UI"/>
        </w:rPr>
        <w:t>വാതിൽ</w:t>
      </w:r>
      <w:r>
        <w:rPr>
          <w:rFonts w:ascii="Times New Roman" w:hAnsi="Times New Roman" w:eastAsia="Times New Roman" w:cs="Times New Roman"/>
        </w:rPr>
        <w:t xml:space="preserve"> </w:t>
      </w:r>
      <w:r>
        <w:rPr>
          <w:rFonts w:ascii="Nirmala UI" w:hAnsi="Nirmala UI" w:eastAsia="Nirmala UI" w:cs="Nirmala UI"/>
        </w:rPr>
        <w:t>ഏറ്റുപറച്ചിലും</w:t>
      </w:r>
      <w:r>
        <w:rPr>
          <w:rFonts w:ascii="Times New Roman" w:hAnsi="Times New Roman" w:eastAsia="Times New Roman" w:cs="Times New Roman"/>
        </w:rPr>
        <w:t xml:space="preserve"> </w:t>
      </w:r>
      <w:r>
        <w:rPr>
          <w:rFonts w:ascii="Nirmala UI" w:hAnsi="Nirmala UI" w:eastAsia="Nirmala UI" w:cs="Nirmala UI"/>
        </w:rPr>
        <w:t>മാനസാന്തരവും</w:t>
      </w:r>
      <w:r>
        <w:rPr>
          <w:rFonts w:ascii="Times New Roman" w:hAnsi="Times New Roman" w:eastAsia="Times New Roman" w:cs="Times New Roman"/>
        </w:rPr>
        <w:t xml:space="preserve"> </w:t>
      </w:r>
      <w:r>
        <w:rPr>
          <w:rFonts w:ascii="Nirmala UI" w:hAnsi="Nirmala UI" w:eastAsia="Nirmala UI" w:cs="Nirmala UI"/>
        </w:rPr>
        <w:t>മുഖാന്തരം</w:t>
      </w:r>
      <w:r>
        <w:rPr>
          <w:rFonts w:ascii="Times New Roman" w:hAnsi="Times New Roman" w:eastAsia="Times New Roman" w:cs="Times New Roman"/>
        </w:rPr>
        <w:t xml:space="preserve"> </w:t>
      </w:r>
      <w:r>
        <w:rPr>
          <w:rFonts w:ascii="Nirmala UI" w:hAnsi="Nirmala UI" w:eastAsia="Nirmala UI" w:cs="Nirmala UI"/>
        </w:rPr>
        <w:t>തുറക്കുകയും</w:t>
      </w:r>
      <w:r>
        <w:rPr>
          <w:rFonts w:ascii="Times New Roman" w:hAnsi="Times New Roman" w:eastAsia="Times New Roman" w:cs="Times New Roman"/>
        </w:rPr>
        <w:t xml:space="preserve"> </w:t>
      </w:r>
      <w:r>
        <w:rPr>
          <w:rFonts w:ascii="Nirmala UI" w:hAnsi="Nirmala UI" w:eastAsia="Nirmala UI" w:cs="Nirmala UI"/>
        </w:rPr>
        <w:t>ചെയ്തിട്ടില്ലാത്തവരിൽ</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പ്രവർത്തിക്കയില്ല</w:t>
      </w:r>
      <w:r>
        <w:rPr>
          <w:rFonts w:ascii="Times New Roman" w:hAnsi="Times New Roman" w:eastAsia="Times New Roman" w:cs="Times New Roman"/>
        </w:rPr>
        <w:t xml:space="preserve">. </w:t>
      </w:r>
      <w:r>
        <w:rPr>
          <w:rFonts w:ascii="Nirmala UI" w:hAnsi="Nirmala UI" w:eastAsia="Nirmala UI" w:cs="Nirmala UI"/>
        </w:rPr>
        <w:t>ദൈവത്തിന്റെ</w:t>
      </w:r>
      <w:r>
        <w:rPr>
          <w:rFonts w:ascii="Times New Roman" w:hAnsi="Times New Roman" w:eastAsia="Times New Roman" w:cs="Times New Roman"/>
        </w:rPr>
        <w:t xml:space="preserve"> </w:t>
      </w:r>
      <w:r>
        <w:rPr>
          <w:rFonts w:ascii="Nirmala UI" w:hAnsi="Nirmala UI" w:eastAsia="Nirmala UI" w:cs="Nirmala UI"/>
        </w:rPr>
        <w:t>മഹത്വത്താൽ</w:t>
      </w:r>
      <w:r>
        <w:rPr>
          <w:rFonts w:ascii="Times New Roman" w:hAnsi="Times New Roman" w:eastAsia="Times New Roman" w:cs="Times New Roman"/>
        </w:rPr>
        <w:t xml:space="preserve"> </w:t>
      </w:r>
      <w:r>
        <w:rPr>
          <w:rFonts w:ascii="Nirmala UI" w:hAnsi="Nirmala UI" w:eastAsia="Nirmala UI" w:cs="Nirmala UI"/>
        </w:rPr>
        <w:t>ഭൂമിയെ</w:t>
      </w:r>
      <w:r>
        <w:rPr>
          <w:rFonts w:ascii="Times New Roman" w:hAnsi="Times New Roman" w:eastAsia="Times New Roman" w:cs="Times New Roman"/>
        </w:rPr>
        <w:t xml:space="preserve"> </w:t>
      </w:r>
      <w:r>
        <w:rPr>
          <w:rFonts w:ascii="Nirmala UI" w:hAnsi="Nirmala UI" w:eastAsia="Nirmala UI" w:cs="Nirmala UI"/>
        </w:rPr>
        <w:t>പ്രകാശിപ്പിക്കുന്ന</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ശക്തിയുടെ</w:t>
      </w:r>
      <w:r>
        <w:rPr>
          <w:rFonts w:ascii="Times New Roman" w:hAnsi="Times New Roman" w:eastAsia="Times New Roman" w:cs="Times New Roman"/>
        </w:rPr>
        <w:t xml:space="preserve"> </w:t>
      </w:r>
      <w:r>
        <w:rPr>
          <w:rFonts w:ascii="Nirmala UI" w:hAnsi="Nirmala UI" w:eastAsia="Nirmala UI" w:cs="Nirmala UI"/>
        </w:rPr>
        <w:t>പ്രകടനത്തിൽ</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തങ്ങളുടെ</w:t>
      </w:r>
      <w:r>
        <w:rPr>
          <w:rFonts w:ascii="Times New Roman" w:hAnsi="Times New Roman" w:eastAsia="Times New Roman" w:cs="Times New Roman"/>
        </w:rPr>
        <w:t xml:space="preserve"> </w:t>
      </w:r>
      <w:r>
        <w:rPr>
          <w:rFonts w:ascii="Nirmala UI" w:hAnsi="Nirmala UI" w:eastAsia="Nirmala UI" w:cs="Nirmala UI"/>
        </w:rPr>
        <w:t>അന്ധതയിൽ</w:t>
      </w:r>
      <w:r>
        <w:rPr>
          <w:rFonts w:ascii="Times New Roman" w:hAnsi="Times New Roman" w:eastAsia="Times New Roman" w:cs="Times New Roman"/>
        </w:rPr>
        <w:t xml:space="preserve"> </w:t>
      </w:r>
      <w:r>
        <w:rPr>
          <w:rFonts w:ascii="Nirmala UI" w:hAnsi="Nirmala UI" w:eastAsia="Nirmala UI" w:cs="Nirmala UI"/>
        </w:rPr>
        <w:t>അപകടകരമെന്നു</w:t>
      </w:r>
      <w:r>
        <w:rPr>
          <w:rFonts w:ascii="Times New Roman" w:hAnsi="Times New Roman" w:eastAsia="Times New Roman" w:cs="Times New Roman"/>
        </w:rPr>
        <w:t xml:space="preserve"> </w:t>
      </w:r>
      <w:r>
        <w:rPr>
          <w:rFonts w:ascii="Nirmala UI" w:hAnsi="Nirmala UI" w:eastAsia="Nirmala UI" w:cs="Nirmala UI"/>
        </w:rPr>
        <w:t>കരുതുന്ന</w:t>
      </w:r>
      <w:r>
        <w:rPr>
          <w:rFonts w:ascii="Times New Roman" w:hAnsi="Times New Roman" w:eastAsia="Times New Roman" w:cs="Times New Roman"/>
        </w:rPr>
        <w:t xml:space="preserve"> </w:t>
      </w:r>
      <w:r>
        <w:rPr>
          <w:rFonts w:ascii="Nirmala UI" w:hAnsi="Nirmala UI" w:eastAsia="Nirmala UI" w:cs="Nirmala UI"/>
        </w:rPr>
        <w:t>എന്തൊക്കെയോ</w:t>
      </w:r>
      <w:r>
        <w:rPr>
          <w:rFonts w:ascii="Times New Roman" w:hAnsi="Times New Roman" w:eastAsia="Times New Roman" w:cs="Times New Roman"/>
        </w:rPr>
        <w:t xml:space="preserve"> </w:t>
      </w:r>
      <w:r>
        <w:rPr>
          <w:rFonts w:ascii="Nirmala UI" w:hAnsi="Nirmala UI" w:eastAsia="Nirmala UI" w:cs="Nirmala UI"/>
        </w:rPr>
        <w:t>മാത്രമേ</w:t>
      </w:r>
      <w:r>
        <w:rPr>
          <w:rFonts w:ascii="Times New Roman" w:hAnsi="Times New Roman" w:eastAsia="Times New Roman" w:cs="Times New Roman"/>
        </w:rPr>
        <w:t xml:space="preserve"> </w:t>
      </w:r>
      <w:r>
        <w:rPr>
          <w:rFonts w:ascii="Nirmala UI" w:hAnsi="Nirmala UI" w:eastAsia="Nirmala UI" w:cs="Nirmala UI"/>
        </w:rPr>
        <w:t>കാണുകയുള്ളു</w:t>
      </w:r>
      <w:r>
        <w:rPr>
          <w:rFonts w:ascii="Times New Roman" w:hAnsi="Times New Roman" w:eastAsia="Times New Roman" w:cs="Times New Roman"/>
        </w:rPr>
        <w:t xml:space="preserve">; </w:t>
      </w:r>
      <w:r>
        <w:rPr>
          <w:rFonts w:ascii="Nirmala UI" w:hAnsi="Nirmala UI" w:eastAsia="Nirmala UI" w:cs="Nirmala UI"/>
        </w:rPr>
        <w:t>അവരുടെ</w:t>
      </w:r>
      <w:r>
        <w:rPr>
          <w:rFonts w:ascii="Times New Roman" w:hAnsi="Times New Roman" w:eastAsia="Times New Roman" w:cs="Times New Roman"/>
        </w:rPr>
        <w:t xml:space="preserve"> </w:t>
      </w:r>
      <w:r>
        <w:rPr>
          <w:rFonts w:ascii="Nirmala UI" w:hAnsi="Nirmala UI" w:eastAsia="Nirmala UI" w:cs="Nirmala UI"/>
        </w:rPr>
        <w:t>ഭയങ്ങളെ</w:t>
      </w:r>
      <w:r>
        <w:rPr>
          <w:rFonts w:ascii="Times New Roman" w:hAnsi="Times New Roman" w:eastAsia="Times New Roman" w:cs="Times New Roman"/>
        </w:rPr>
        <w:t xml:space="preserve"> </w:t>
      </w:r>
      <w:r>
        <w:rPr>
          <w:rFonts w:ascii="Nirmala UI" w:hAnsi="Nirmala UI" w:eastAsia="Nirmala UI" w:cs="Nirmala UI"/>
        </w:rPr>
        <w:t>ഉണർത്തുന്ന</w:t>
      </w:r>
      <w:r>
        <w:rPr>
          <w:rFonts w:ascii="Times New Roman" w:hAnsi="Times New Roman" w:eastAsia="Times New Roman" w:cs="Times New Roman"/>
        </w:rPr>
        <w:t xml:space="preserve"> </w:t>
      </w:r>
      <w:r>
        <w:rPr>
          <w:rFonts w:ascii="Nirmala UI" w:hAnsi="Nirmala UI" w:eastAsia="Nirmala UI" w:cs="Nirmala UI"/>
        </w:rPr>
        <w:t>ഒന്നായി</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തോന്നും</w:t>
      </w:r>
      <w:r>
        <w:rPr>
          <w:rFonts w:ascii="Times New Roman" w:hAnsi="Times New Roman" w:eastAsia="Times New Roman" w:cs="Times New Roman"/>
        </w:rPr>
        <w:t xml:space="preserve">, </w:t>
      </w:r>
      <w:r>
        <w:rPr>
          <w:rFonts w:ascii="Nirmala UI" w:hAnsi="Nirmala UI" w:eastAsia="Nirmala UI" w:cs="Nirmala UI"/>
        </w:rPr>
        <w:t>അതിനെ</w:t>
      </w:r>
      <w:r>
        <w:rPr>
          <w:rFonts w:ascii="Times New Roman" w:hAnsi="Times New Roman" w:eastAsia="Times New Roman" w:cs="Times New Roman"/>
        </w:rPr>
        <w:t xml:space="preserve"> </w:t>
      </w:r>
      <w:r>
        <w:rPr>
          <w:rFonts w:ascii="Nirmala UI" w:hAnsi="Nirmala UI" w:eastAsia="Nirmala UI" w:cs="Nirmala UI"/>
        </w:rPr>
        <w:t>പ്രതിരോധിക്കുവാൻ</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തങ്ങളെ</w:t>
      </w:r>
      <w:r>
        <w:rPr>
          <w:rFonts w:ascii="Times New Roman" w:hAnsi="Times New Roman" w:eastAsia="Times New Roman" w:cs="Times New Roman"/>
        </w:rPr>
        <w:t xml:space="preserve"> </w:t>
      </w:r>
      <w:r>
        <w:rPr>
          <w:rFonts w:ascii="Nirmala UI" w:hAnsi="Nirmala UI" w:eastAsia="Nirmala UI" w:cs="Nirmala UI"/>
        </w:rPr>
        <w:t>സന്നദ്ധരാക്കുകയും</w:t>
      </w:r>
      <w:r>
        <w:rPr>
          <w:rFonts w:ascii="Times New Roman" w:hAnsi="Times New Roman" w:eastAsia="Times New Roman" w:cs="Times New Roman"/>
        </w:rPr>
        <w:t xml:space="preserve"> </w:t>
      </w:r>
      <w:r>
        <w:rPr>
          <w:rFonts w:ascii="Nirmala UI" w:hAnsi="Nirmala UI" w:eastAsia="Nirmala UI" w:cs="Nirmala UI"/>
        </w:rPr>
        <w:t>ചെയ്യും</w:t>
      </w:r>
      <w:r>
        <w:rPr>
          <w:rFonts w:ascii="Times New Roman" w:hAnsi="Times New Roman" w:eastAsia="Times New Roman" w:cs="Times New Roman"/>
        </w:rPr>
        <w:t xml:space="preserve">. </w:t>
      </w:r>
      <w:r>
        <w:rPr>
          <w:rFonts w:ascii="Nirmala UI" w:hAnsi="Nirmala UI" w:eastAsia="Nirmala UI" w:cs="Nirmala UI"/>
        </w:rPr>
        <w:t>കർത്താവ്</w:t>
      </w:r>
      <w:r>
        <w:rPr>
          <w:rFonts w:ascii="Times New Roman" w:hAnsi="Times New Roman" w:eastAsia="Times New Roman" w:cs="Times New Roman"/>
        </w:rPr>
        <w:t xml:space="preserve"> </w:t>
      </w:r>
      <w:r>
        <w:rPr>
          <w:rFonts w:ascii="Nirmala UI" w:hAnsi="Nirmala UI" w:eastAsia="Nirmala UI" w:cs="Nirmala UI"/>
        </w:rPr>
        <w:t>അവരുടെ</w:t>
      </w:r>
      <w:r>
        <w:rPr>
          <w:rFonts w:ascii="Times New Roman" w:hAnsi="Times New Roman" w:eastAsia="Times New Roman" w:cs="Times New Roman"/>
        </w:rPr>
        <w:t xml:space="preserve"> </w:t>
      </w:r>
      <w:r>
        <w:rPr>
          <w:rFonts w:ascii="Nirmala UI" w:hAnsi="Nirmala UI" w:eastAsia="Nirmala UI" w:cs="Nirmala UI"/>
        </w:rPr>
        <w:t>ധാരണകൾക്കും</w:t>
      </w:r>
      <w:r>
        <w:rPr>
          <w:rFonts w:ascii="Times New Roman" w:hAnsi="Times New Roman" w:eastAsia="Times New Roman" w:cs="Times New Roman"/>
        </w:rPr>
        <w:t xml:space="preserve"> </w:t>
      </w:r>
      <w:r>
        <w:rPr>
          <w:rFonts w:ascii="Nirmala UI" w:hAnsi="Nirmala UI" w:eastAsia="Nirmala UI" w:cs="Nirmala UI"/>
        </w:rPr>
        <w:t>പ്രതീക്ഷകൾക്കും</w:t>
      </w:r>
      <w:r>
        <w:rPr>
          <w:rFonts w:ascii="Times New Roman" w:hAnsi="Times New Roman" w:eastAsia="Times New Roman" w:cs="Times New Roman"/>
        </w:rPr>
        <w:t xml:space="preserve"> </w:t>
      </w:r>
      <w:r>
        <w:rPr>
          <w:rFonts w:ascii="Nirmala UI" w:hAnsi="Nirmala UI" w:eastAsia="Nirmala UI" w:cs="Nirmala UI"/>
        </w:rPr>
        <w:t>അനുസരിച്ച്</w:t>
      </w:r>
      <w:r>
        <w:rPr>
          <w:rFonts w:ascii="Times New Roman" w:hAnsi="Times New Roman" w:eastAsia="Times New Roman" w:cs="Times New Roman"/>
        </w:rPr>
        <w:t xml:space="preserve"> </w:t>
      </w:r>
      <w:r>
        <w:rPr>
          <w:rFonts w:ascii="Nirmala UI" w:hAnsi="Nirmala UI" w:eastAsia="Nirmala UI" w:cs="Nirmala UI"/>
        </w:rPr>
        <w:t>പ്രവർത്തിക്കുന്നില്ലാത്തതിനാൽ</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പ്രവർത്തനത്തെ</w:t>
      </w:r>
      <w:r>
        <w:rPr>
          <w:rFonts w:ascii="Times New Roman" w:hAnsi="Times New Roman" w:eastAsia="Times New Roman" w:cs="Times New Roman"/>
        </w:rPr>
        <w:t xml:space="preserve"> </w:t>
      </w:r>
      <w:r>
        <w:rPr>
          <w:rFonts w:ascii="Nirmala UI" w:hAnsi="Nirmala UI" w:eastAsia="Nirmala UI" w:cs="Nirmala UI"/>
        </w:rPr>
        <w:t>എതിർക്കും</w:t>
      </w:r>
      <w:r>
        <w:rPr>
          <w:rFonts w:ascii="Times New Roman" w:hAnsi="Times New Roman" w:eastAsia="Times New Roman" w:cs="Times New Roman"/>
        </w:rPr>
        <w:t>. ‘</w:t>
      </w:r>
      <w:r>
        <w:rPr>
          <w:rFonts w:ascii="Nirmala UI" w:hAnsi="Nirmala UI" w:eastAsia="Nirmala UI" w:cs="Nirmala UI"/>
        </w:rPr>
        <w:t>എന്തുകൊണ്ട്</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പറയുന്നു</w:t>
      </w:r>
      <w:r>
        <w:rPr>
          <w:rFonts w:ascii="Times New Roman" w:hAnsi="Times New Roman" w:eastAsia="Times New Roman" w:cs="Times New Roman"/>
        </w:rPr>
        <w:t>, ‘</w:t>
      </w:r>
      <w:r>
        <w:rPr>
          <w:rFonts w:ascii="Nirmala UI" w:hAnsi="Nirmala UI" w:eastAsia="Nirmala UI" w:cs="Nirmala UI"/>
        </w:rPr>
        <w:t>ഇത്രയും</w:t>
      </w:r>
      <w:r>
        <w:rPr>
          <w:rFonts w:ascii="Times New Roman" w:hAnsi="Times New Roman" w:eastAsia="Times New Roman" w:cs="Times New Roman"/>
        </w:rPr>
        <w:t xml:space="preserve"> </w:t>
      </w:r>
      <w:r>
        <w:rPr>
          <w:rFonts w:ascii="Nirmala UI" w:hAnsi="Nirmala UI" w:eastAsia="Nirmala UI" w:cs="Nirmala UI"/>
        </w:rPr>
        <w:t>വർഷങ്ങളായി</w:t>
      </w:r>
      <w:r>
        <w:rPr>
          <w:rFonts w:ascii="Times New Roman" w:hAnsi="Times New Roman" w:eastAsia="Times New Roman" w:cs="Times New Roman"/>
        </w:rPr>
        <w:t xml:space="preserve"> </w:t>
      </w:r>
      <w:r>
        <w:rPr>
          <w:rFonts w:ascii="Nirmala UI" w:hAnsi="Nirmala UI" w:eastAsia="Nirmala UI" w:cs="Nirmala UI"/>
        </w:rPr>
        <w:t>ഞങ്ങൾ</w:t>
      </w:r>
      <w:r>
        <w:rPr>
          <w:rFonts w:ascii="Times New Roman" w:hAnsi="Times New Roman" w:eastAsia="Times New Roman" w:cs="Times New Roman"/>
        </w:rPr>
        <w:t xml:space="preserve"> </w:t>
      </w:r>
      <w:r>
        <w:rPr>
          <w:rFonts w:ascii="Nirmala UI" w:hAnsi="Nirmala UI" w:eastAsia="Nirmala UI" w:cs="Nirmala UI"/>
        </w:rPr>
        <w:t>ഈ</w:t>
      </w:r>
      <w:r>
        <w:rPr>
          <w:rFonts w:ascii="Times New Roman" w:hAnsi="Times New Roman" w:eastAsia="Times New Roman" w:cs="Times New Roman"/>
        </w:rPr>
        <w:t xml:space="preserve"> </w:t>
      </w:r>
      <w:r>
        <w:rPr>
          <w:rFonts w:ascii="Nirmala UI" w:hAnsi="Nirmala UI" w:eastAsia="Nirmala UI" w:cs="Nirmala UI"/>
        </w:rPr>
        <w:t>പ്രവർത്തനത്തിൽ</w:t>
      </w:r>
      <w:r>
        <w:rPr>
          <w:rFonts w:ascii="Times New Roman" w:hAnsi="Times New Roman" w:eastAsia="Times New Roman" w:cs="Times New Roman"/>
        </w:rPr>
        <w:t xml:space="preserve"> </w:t>
      </w:r>
      <w:r>
        <w:rPr>
          <w:rFonts w:ascii="Nirmala UI" w:hAnsi="Nirmala UI" w:eastAsia="Nirmala UI" w:cs="Nirmala UI"/>
        </w:rPr>
        <w:t>ഇരിക്കുമ്പോൾ</w:t>
      </w:r>
      <w:r>
        <w:rPr>
          <w:rFonts w:ascii="Times New Roman" w:hAnsi="Times New Roman" w:eastAsia="Times New Roman" w:cs="Times New Roman"/>
        </w:rPr>
        <w:t xml:space="preserve">, </w:t>
      </w:r>
      <w:r>
        <w:rPr>
          <w:rFonts w:ascii="Nirmala UI" w:hAnsi="Nirmala UI" w:eastAsia="Nirmala UI" w:cs="Nirmala UI"/>
        </w:rPr>
        <w:t>ദൈവത്തിന്റെ</w:t>
      </w:r>
      <w:r>
        <w:rPr>
          <w:rFonts w:ascii="Times New Roman" w:hAnsi="Times New Roman" w:eastAsia="Times New Roman" w:cs="Times New Roman"/>
        </w:rPr>
        <w:t xml:space="preserve"> </w:t>
      </w:r>
      <w:r>
        <w:rPr>
          <w:rFonts w:ascii="Nirmala UI" w:hAnsi="Nirmala UI" w:eastAsia="Nirmala UI" w:cs="Nirmala UI"/>
        </w:rPr>
        <w:t>ആത്മാവിനെ</w:t>
      </w:r>
      <w:r>
        <w:rPr>
          <w:rFonts w:ascii="Times New Roman" w:hAnsi="Times New Roman" w:eastAsia="Times New Roman" w:cs="Times New Roman"/>
        </w:rPr>
        <w:t xml:space="preserve"> </w:t>
      </w:r>
      <w:r>
        <w:rPr>
          <w:rFonts w:ascii="Nirmala UI" w:hAnsi="Nirmala UI" w:eastAsia="Nirmala UI" w:cs="Nirmala UI"/>
        </w:rPr>
        <w:t>ഞങ്ങൾ</w:t>
      </w:r>
      <w:r>
        <w:rPr>
          <w:rFonts w:ascii="Times New Roman" w:hAnsi="Times New Roman" w:eastAsia="Times New Roman" w:cs="Times New Roman"/>
        </w:rPr>
        <w:t xml:space="preserve"> </w:t>
      </w:r>
      <w:r>
        <w:rPr>
          <w:rFonts w:ascii="Nirmala UI" w:hAnsi="Nirmala UI" w:eastAsia="Nirmala UI" w:cs="Nirmala UI"/>
        </w:rPr>
        <w:t>അറിയാതിരിക്കേണ്ടതു</w:t>
      </w:r>
      <w:r>
        <w:rPr>
          <w:rFonts w:ascii="Times New Roman" w:hAnsi="Times New Roman" w:eastAsia="Times New Roman" w:cs="Times New Roman"/>
        </w:rPr>
        <w:t xml:space="preserve"> </w:t>
      </w:r>
      <w:r>
        <w:rPr>
          <w:rFonts w:ascii="Nirmala UI" w:hAnsi="Nirmala UI" w:eastAsia="Nirmala UI" w:cs="Nirmala UI"/>
        </w:rPr>
        <w:t>എന്തുകൊണ്ട്</w:t>
      </w:r>
      <w:r>
        <w:rPr>
          <w:rFonts w:ascii="Times New Roman" w:hAnsi="Times New Roman" w:eastAsia="Times New Roman" w:cs="Times New Roman"/>
        </w:rPr>
        <w:t>?’—</w:t>
      </w:r>
      <w:r>
        <w:rPr>
          <w:rFonts w:ascii="Nirmala UI" w:hAnsi="Nirmala UI" w:eastAsia="Nirmala UI" w:cs="Nirmala UI"/>
        </w:rPr>
        <w:t>കാരണം</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ദൈവത്തിന്റെ</w:t>
      </w:r>
      <w:r>
        <w:rPr>
          <w:rFonts w:ascii="Times New Roman" w:hAnsi="Times New Roman" w:eastAsia="Times New Roman" w:cs="Times New Roman"/>
        </w:rPr>
        <w:t xml:space="preserve"> </w:t>
      </w:r>
      <w:r>
        <w:rPr>
          <w:rFonts w:ascii="Nirmala UI" w:hAnsi="Nirmala UI" w:eastAsia="Nirmala UI" w:cs="Nirmala UI"/>
        </w:rPr>
        <w:t>സന്ദേശങ്ങളിലെ</w:t>
      </w:r>
      <w:r>
        <w:rPr>
          <w:rFonts w:ascii="Times New Roman" w:hAnsi="Times New Roman" w:eastAsia="Times New Roman" w:cs="Times New Roman"/>
        </w:rPr>
        <w:t xml:space="preserve"> </w:t>
      </w:r>
      <w:r>
        <w:rPr>
          <w:rFonts w:ascii="Nirmala UI" w:hAnsi="Nirmala UI" w:eastAsia="Nirmala UI" w:cs="Nirmala UI"/>
        </w:rPr>
        <w:t>മുന്നറിയിപ്പുകൾക്കും</w:t>
      </w:r>
      <w:r>
        <w:rPr>
          <w:rFonts w:ascii="Times New Roman" w:hAnsi="Times New Roman" w:eastAsia="Times New Roman" w:cs="Times New Roman"/>
        </w:rPr>
        <w:t xml:space="preserve"> </w:t>
      </w:r>
      <w:r>
        <w:rPr>
          <w:rFonts w:ascii="Nirmala UI" w:hAnsi="Nirmala UI" w:eastAsia="Nirmala UI" w:cs="Nirmala UI"/>
        </w:rPr>
        <w:t>അപേക്ഷകൾക്കും</w:t>
      </w:r>
      <w:r>
        <w:rPr>
          <w:rFonts w:ascii="Times New Roman" w:hAnsi="Times New Roman" w:eastAsia="Times New Roman" w:cs="Times New Roman"/>
        </w:rPr>
        <w:t xml:space="preserve"> </w:t>
      </w:r>
      <w:r>
        <w:rPr>
          <w:rFonts w:ascii="Nirmala UI" w:hAnsi="Nirmala UI" w:eastAsia="Nirmala UI" w:cs="Nirmala UI"/>
        </w:rPr>
        <w:t>പ്രതികരിച്ചില്ല</w:t>
      </w:r>
      <w:r>
        <w:rPr>
          <w:rFonts w:ascii="Times New Roman" w:hAnsi="Times New Roman" w:eastAsia="Times New Roman" w:cs="Times New Roman"/>
        </w:rPr>
        <w:t xml:space="preserve">; </w:t>
      </w:r>
      <w:r>
        <w:rPr>
          <w:rFonts w:ascii="Nirmala UI" w:hAnsi="Nirmala UI" w:eastAsia="Nirmala UI" w:cs="Nirmala UI"/>
        </w:rPr>
        <w:t>മറിച്ച്</w:t>
      </w:r>
      <w:r>
        <w:rPr>
          <w:rFonts w:ascii="Times New Roman" w:hAnsi="Times New Roman" w:eastAsia="Times New Roman" w:cs="Times New Roman"/>
        </w:rPr>
        <w:t>, ‘</w:t>
      </w:r>
      <w:r>
        <w:rPr>
          <w:rFonts w:ascii="Nirmala UI" w:hAnsi="Nirmala UI" w:eastAsia="Nirmala UI" w:cs="Nirmala UI"/>
        </w:rPr>
        <w:t>ഞാൻ</w:t>
      </w:r>
      <w:r>
        <w:rPr>
          <w:rFonts w:ascii="Times New Roman" w:hAnsi="Times New Roman" w:eastAsia="Times New Roman" w:cs="Times New Roman"/>
        </w:rPr>
        <w:t xml:space="preserve"> </w:t>
      </w:r>
      <w:r>
        <w:rPr>
          <w:rFonts w:ascii="Nirmala UI" w:hAnsi="Nirmala UI" w:eastAsia="Nirmala UI" w:cs="Nirmala UI"/>
        </w:rPr>
        <w:t>സമ്പന്നൻ</w:t>
      </w:r>
      <w:r>
        <w:rPr>
          <w:rFonts w:ascii="Times New Roman" w:hAnsi="Times New Roman" w:eastAsia="Times New Roman" w:cs="Times New Roman"/>
        </w:rPr>
        <w:t xml:space="preserve"> </w:t>
      </w:r>
      <w:r>
        <w:rPr>
          <w:rFonts w:ascii="Nirmala UI" w:hAnsi="Nirmala UI" w:eastAsia="Nirmala UI" w:cs="Nirmala UI"/>
        </w:rPr>
        <w:t>ആകുന്നു</w:t>
      </w:r>
      <w:r>
        <w:rPr>
          <w:rFonts w:ascii="Times New Roman" w:hAnsi="Times New Roman" w:eastAsia="Times New Roman" w:cs="Times New Roman"/>
        </w:rPr>
        <w:t xml:space="preserve">, </w:t>
      </w:r>
      <w:r>
        <w:rPr>
          <w:rFonts w:ascii="Nirmala UI" w:hAnsi="Nirmala UI" w:eastAsia="Nirmala UI" w:cs="Nirmala UI"/>
        </w:rPr>
        <w:t>സമ്പത്തിൽ</w:t>
      </w:r>
      <w:r>
        <w:rPr>
          <w:rFonts w:ascii="Times New Roman" w:hAnsi="Times New Roman" w:eastAsia="Times New Roman" w:cs="Times New Roman"/>
        </w:rPr>
        <w:t xml:space="preserve"> </w:t>
      </w:r>
      <w:r>
        <w:rPr>
          <w:rFonts w:ascii="Nirmala UI" w:hAnsi="Nirmala UI" w:eastAsia="Nirmala UI" w:cs="Nirmala UI"/>
        </w:rPr>
        <w:t>വർധിച്ചിരിക്കുന്നു</w:t>
      </w:r>
      <w:r>
        <w:rPr>
          <w:rFonts w:ascii="Times New Roman" w:hAnsi="Times New Roman" w:eastAsia="Times New Roman" w:cs="Times New Roman"/>
        </w:rPr>
        <w:t xml:space="preserve">, </w:t>
      </w:r>
      <w:r>
        <w:rPr>
          <w:rFonts w:ascii="Nirmala UI" w:hAnsi="Nirmala UI" w:eastAsia="Nirmala UI" w:cs="Nirmala UI"/>
        </w:rPr>
        <w:t>എനിക്കൊന്നും</w:t>
      </w:r>
      <w:r>
        <w:rPr>
          <w:rFonts w:ascii="Times New Roman" w:hAnsi="Times New Roman" w:eastAsia="Times New Roman" w:cs="Times New Roman"/>
        </w:rPr>
        <w:t xml:space="preserve"> </w:t>
      </w:r>
      <w:r>
        <w:rPr>
          <w:rFonts w:ascii="Nirmala UI" w:hAnsi="Nirmala UI" w:eastAsia="Nirmala UI" w:cs="Nirmala UI"/>
        </w:rPr>
        <w:t>ആവശ്യമില്ല</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നിരന്തരം</w:t>
      </w:r>
      <w:r>
        <w:rPr>
          <w:rFonts w:ascii="Times New Roman" w:hAnsi="Times New Roman" w:eastAsia="Times New Roman" w:cs="Times New Roman"/>
        </w:rPr>
        <w:t xml:space="preserve"> </w:t>
      </w:r>
      <w:r>
        <w:rPr>
          <w:rFonts w:ascii="Nirmala UI" w:hAnsi="Nirmala UI" w:eastAsia="Nirmala UI" w:cs="Nirmala UI"/>
        </w:rPr>
        <w:t>പറഞ്ഞു</w:t>
      </w:r>
      <w:r>
        <w:rPr>
          <w:rFonts w:ascii="Times New Roman" w:hAnsi="Times New Roman" w:eastAsia="Times New Roman" w:cs="Times New Roman"/>
        </w:rPr>
        <w:t xml:space="preserve">. </w:t>
      </w:r>
      <w:r>
        <w:rPr>
          <w:rFonts w:ascii="Nirmala UI" w:hAnsi="Nirmala UI" w:eastAsia="Nirmala UI" w:cs="Nirmala UI"/>
        </w:rPr>
        <w:t>പ്രതിഭയും</w:t>
      </w:r>
      <w:r>
        <w:rPr>
          <w:rFonts w:ascii="Times New Roman" w:hAnsi="Times New Roman" w:eastAsia="Times New Roman" w:cs="Times New Roman"/>
        </w:rPr>
        <w:t xml:space="preserve"> </w:t>
      </w:r>
      <w:r>
        <w:rPr>
          <w:rFonts w:ascii="Nirmala UI" w:hAnsi="Nirmala UI" w:eastAsia="Nirmala UI" w:cs="Nirmala UI"/>
        </w:rPr>
        <w:t>ദീർഘകാല</w:t>
      </w:r>
      <w:r>
        <w:rPr>
          <w:rFonts w:ascii="Times New Roman" w:hAnsi="Times New Roman" w:eastAsia="Times New Roman" w:cs="Times New Roman"/>
        </w:rPr>
        <w:t xml:space="preserve"> </w:t>
      </w:r>
      <w:r>
        <w:rPr>
          <w:rFonts w:ascii="Nirmala UI" w:hAnsi="Nirmala UI" w:eastAsia="Nirmala UI" w:cs="Nirmala UI"/>
        </w:rPr>
        <w:t>അനുഭവവും</w:t>
      </w:r>
      <w:r>
        <w:rPr>
          <w:rFonts w:ascii="Times New Roman" w:hAnsi="Times New Roman" w:eastAsia="Times New Roman" w:cs="Times New Roman"/>
        </w:rPr>
        <w:t xml:space="preserve"> </w:t>
      </w:r>
      <w:r>
        <w:rPr>
          <w:rFonts w:ascii="Nirmala UI" w:hAnsi="Nirmala UI" w:eastAsia="Nirmala UI" w:cs="Nirmala UI"/>
        </w:rPr>
        <w:t>മനുഷ്യരെ</w:t>
      </w:r>
      <w:r>
        <w:rPr>
          <w:rFonts w:ascii="Times New Roman" w:hAnsi="Times New Roman" w:eastAsia="Times New Roman" w:cs="Times New Roman"/>
        </w:rPr>
        <w:t xml:space="preserve"> </w:t>
      </w:r>
      <w:r>
        <w:rPr>
          <w:rFonts w:ascii="Nirmala UI" w:hAnsi="Nirmala UI" w:eastAsia="Nirmala UI" w:cs="Nirmala UI"/>
        </w:rPr>
        <w:t>പ്രകാശത്തിന്റെ</w:t>
      </w:r>
      <w:r>
        <w:rPr>
          <w:rFonts w:ascii="Times New Roman" w:hAnsi="Times New Roman" w:eastAsia="Times New Roman" w:cs="Times New Roman"/>
        </w:rPr>
        <w:t xml:space="preserve"> </w:t>
      </w:r>
      <w:r>
        <w:rPr>
          <w:rFonts w:ascii="Nirmala UI" w:hAnsi="Nirmala UI" w:eastAsia="Nirmala UI" w:cs="Nirmala UI"/>
        </w:rPr>
        <w:t>വഴികളാക്കുകയില്ല</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നീതിയുടെ</w:t>
      </w:r>
      <w:r>
        <w:rPr>
          <w:rFonts w:ascii="Times New Roman" w:hAnsi="Times New Roman" w:eastAsia="Times New Roman" w:cs="Times New Roman"/>
        </w:rPr>
        <w:t xml:space="preserve"> </w:t>
      </w:r>
      <w:r>
        <w:rPr>
          <w:rFonts w:ascii="Nirmala UI" w:hAnsi="Nirmala UI" w:eastAsia="Nirmala UI" w:cs="Nirmala UI"/>
        </w:rPr>
        <w:t>സൂര്യന്റെ</w:t>
      </w:r>
      <w:r>
        <w:rPr>
          <w:rFonts w:ascii="Times New Roman" w:hAnsi="Times New Roman" w:eastAsia="Times New Roman" w:cs="Times New Roman"/>
        </w:rPr>
        <w:t xml:space="preserve"> </w:t>
      </w:r>
      <w:r>
        <w:rPr>
          <w:rFonts w:ascii="Nirmala UI" w:hAnsi="Nirmala UI" w:eastAsia="Nirmala UI" w:cs="Nirmala UI"/>
        </w:rPr>
        <w:t>ദീപ്ത</w:t>
      </w:r>
      <w:r>
        <w:rPr>
          <w:rFonts w:ascii="Times New Roman" w:hAnsi="Times New Roman" w:eastAsia="Times New Roman" w:cs="Times New Roman"/>
        </w:rPr>
        <w:t xml:space="preserve"> </w:t>
      </w:r>
      <w:r>
        <w:rPr>
          <w:rFonts w:ascii="Nirmala UI" w:hAnsi="Nirmala UI" w:eastAsia="Nirmala UI" w:cs="Nirmala UI"/>
        </w:rPr>
        <w:t>കിരണങ്ങൾക്കു</w:t>
      </w:r>
      <w:r>
        <w:rPr>
          <w:rFonts w:ascii="Times New Roman" w:hAnsi="Times New Roman" w:eastAsia="Times New Roman" w:cs="Times New Roman"/>
        </w:rPr>
        <w:t xml:space="preserve"> </w:t>
      </w:r>
      <w:r>
        <w:rPr>
          <w:rFonts w:ascii="Nirmala UI" w:hAnsi="Nirmala UI" w:eastAsia="Nirmala UI" w:cs="Nirmala UI"/>
        </w:rPr>
        <w:t>കീഴിൽ</w:t>
      </w:r>
      <w:r>
        <w:rPr>
          <w:rFonts w:ascii="Times New Roman" w:hAnsi="Times New Roman" w:eastAsia="Times New Roman" w:cs="Times New Roman"/>
        </w:rPr>
        <w:t xml:space="preserve"> </w:t>
      </w:r>
      <w:r>
        <w:rPr>
          <w:rFonts w:ascii="Nirmala UI" w:hAnsi="Nirmala UI" w:eastAsia="Nirmala UI" w:cs="Nirmala UI"/>
        </w:rPr>
        <w:t>തങ്ങളെ</w:t>
      </w:r>
      <w:r>
        <w:rPr>
          <w:rFonts w:ascii="Times New Roman" w:hAnsi="Times New Roman" w:eastAsia="Times New Roman" w:cs="Times New Roman"/>
        </w:rPr>
        <w:t xml:space="preserve"> </w:t>
      </w:r>
      <w:r>
        <w:rPr>
          <w:rFonts w:ascii="Nirmala UI" w:hAnsi="Nirmala UI" w:eastAsia="Nirmala UI" w:cs="Nirmala UI"/>
        </w:rPr>
        <w:t>സമർപ്പിക്കുകയും</w:t>
      </w:r>
      <w:r>
        <w:rPr>
          <w:rFonts w:ascii="Times New Roman" w:hAnsi="Times New Roman" w:eastAsia="Times New Roman" w:cs="Times New Roman"/>
        </w:rPr>
        <w:t xml:space="preserve">, </w:t>
      </w:r>
      <w:r>
        <w:rPr>
          <w:rFonts w:ascii="Nirmala UI" w:hAnsi="Nirmala UI" w:eastAsia="Nirmala UI" w:cs="Nirmala UI"/>
        </w:rPr>
        <w:t>പരിശുദ്ധാത്മാവിന്റെ</w:t>
      </w:r>
      <w:r>
        <w:rPr>
          <w:rFonts w:ascii="Times New Roman" w:hAnsi="Times New Roman" w:eastAsia="Times New Roman" w:cs="Times New Roman"/>
        </w:rPr>
        <w:t xml:space="preserve"> </w:t>
      </w:r>
      <w:r>
        <w:rPr>
          <w:rFonts w:ascii="Nirmala UI" w:hAnsi="Nirmala UI" w:eastAsia="Nirmala UI" w:cs="Nirmala UI"/>
        </w:rPr>
        <w:t>അനുഗ്രഹദാനത്താൽ</w:t>
      </w:r>
      <w:r>
        <w:rPr>
          <w:rFonts w:ascii="Times New Roman" w:hAnsi="Times New Roman" w:eastAsia="Times New Roman" w:cs="Times New Roman"/>
        </w:rPr>
        <w:t xml:space="preserve"> </w:t>
      </w:r>
      <w:r>
        <w:rPr>
          <w:rFonts w:ascii="Nirmala UI" w:hAnsi="Nirmala UI" w:eastAsia="Nirmala UI" w:cs="Nirmala UI"/>
        </w:rPr>
        <w:t>വിളിക്കപ്പെടുകയും</w:t>
      </w:r>
      <w:r>
        <w:rPr>
          <w:rFonts w:ascii="Times New Roman" w:hAnsi="Times New Roman" w:eastAsia="Times New Roman" w:cs="Times New Roman"/>
        </w:rPr>
        <w:t xml:space="preserve">, </w:t>
      </w:r>
      <w:r>
        <w:rPr>
          <w:rFonts w:ascii="Nirmala UI" w:hAnsi="Nirmala UI" w:eastAsia="Nirmala UI" w:cs="Nirmala UI"/>
        </w:rPr>
        <w:t>തിരഞ്ഞെടുത്തുകൊള്ളപ്പെടുകയും</w:t>
      </w:r>
      <w:r>
        <w:rPr>
          <w:rFonts w:ascii="Times New Roman" w:hAnsi="Times New Roman" w:eastAsia="Times New Roman" w:cs="Times New Roman"/>
        </w:rPr>
        <w:t xml:space="preserve">, </w:t>
      </w:r>
      <w:r>
        <w:rPr>
          <w:rFonts w:ascii="Nirmala UI" w:hAnsi="Nirmala UI" w:eastAsia="Nirmala UI" w:cs="Nirmala UI"/>
        </w:rPr>
        <w:t>ഒരുക്കപ്പെടുകയും</w:t>
      </w:r>
      <w:r>
        <w:rPr>
          <w:rFonts w:ascii="Times New Roman" w:hAnsi="Times New Roman" w:eastAsia="Times New Roman" w:cs="Times New Roman"/>
        </w:rPr>
        <w:t xml:space="preserve"> </w:t>
      </w:r>
      <w:r>
        <w:rPr>
          <w:rFonts w:ascii="Nirmala UI" w:hAnsi="Nirmala UI" w:eastAsia="Nirmala UI" w:cs="Nirmala UI"/>
        </w:rPr>
        <w:t>ചെയ്യുന്നില്ലെങ്കിൽ</w:t>
      </w:r>
      <w:r>
        <w:rPr>
          <w:rFonts w:ascii="Times New Roman" w:hAnsi="Times New Roman" w:eastAsia="Times New Roman" w:cs="Times New Roman"/>
        </w:rPr>
        <w:t xml:space="preserve">. </w:t>
      </w:r>
      <w:r>
        <w:rPr>
          <w:rFonts w:ascii="Nirmala UI" w:hAnsi="Nirmala UI" w:eastAsia="Nirmala UI" w:cs="Nirmala UI"/>
        </w:rPr>
        <w:t>വിശുദ്ധകാര്യങ്ങൾ</w:t>
      </w:r>
      <w:r>
        <w:rPr>
          <w:rFonts w:ascii="Times New Roman" w:hAnsi="Times New Roman" w:eastAsia="Times New Roman" w:cs="Times New Roman"/>
        </w:rPr>
        <w:t xml:space="preserve"> </w:t>
      </w:r>
      <w:r>
        <w:rPr>
          <w:rFonts w:ascii="Nirmala UI" w:hAnsi="Nirmala UI" w:eastAsia="Nirmala UI" w:cs="Nirmala UI"/>
        </w:rPr>
        <w:t>കൈകാര്യം</w:t>
      </w:r>
      <w:r>
        <w:rPr>
          <w:rFonts w:ascii="Times New Roman" w:hAnsi="Times New Roman" w:eastAsia="Times New Roman" w:cs="Times New Roman"/>
        </w:rPr>
        <w:t xml:space="preserve"> </w:t>
      </w:r>
      <w:r>
        <w:rPr>
          <w:rFonts w:ascii="Nirmala UI" w:hAnsi="Nirmala UI" w:eastAsia="Nirmala UI" w:cs="Nirmala UI"/>
        </w:rPr>
        <w:t>ചെയ്യുന്നവർ</w:t>
      </w:r>
      <w:r>
        <w:rPr>
          <w:rFonts w:ascii="Times New Roman" w:hAnsi="Times New Roman" w:eastAsia="Times New Roman" w:cs="Times New Roman"/>
        </w:rPr>
        <w:t xml:space="preserve"> </w:t>
      </w:r>
      <w:r>
        <w:rPr>
          <w:rFonts w:ascii="Nirmala UI" w:hAnsi="Nirmala UI" w:eastAsia="Nirmala UI" w:cs="Nirmala UI"/>
        </w:rPr>
        <w:t>ദൈവത്തിന്റെ</w:t>
      </w:r>
      <w:r>
        <w:rPr>
          <w:rFonts w:ascii="Times New Roman" w:hAnsi="Times New Roman" w:eastAsia="Times New Roman" w:cs="Times New Roman"/>
        </w:rPr>
        <w:t xml:space="preserve"> </w:t>
      </w:r>
      <w:r>
        <w:rPr>
          <w:rFonts w:ascii="Nirmala UI" w:hAnsi="Nirmala UI" w:eastAsia="Nirmala UI" w:cs="Nirmala UI"/>
        </w:rPr>
        <w:t>ശക്തമായ</w:t>
      </w:r>
      <w:r>
        <w:rPr>
          <w:rFonts w:ascii="Times New Roman" w:hAnsi="Times New Roman" w:eastAsia="Times New Roman" w:cs="Times New Roman"/>
        </w:rPr>
        <w:t xml:space="preserve"> </w:t>
      </w:r>
      <w:r>
        <w:rPr>
          <w:rFonts w:ascii="Nirmala UI" w:hAnsi="Nirmala UI" w:eastAsia="Nirmala UI" w:cs="Nirmala UI"/>
        </w:rPr>
        <w:t>കൈക്കീഴിൽ</w:t>
      </w:r>
      <w:r>
        <w:rPr>
          <w:rFonts w:ascii="Times New Roman" w:hAnsi="Times New Roman" w:eastAsia="Times New Roman" w:cs="Times New Roman"/>
        </w:rPr>
        <w:t xml:space="preserve"> </w:t>
      </w:r>
      <w:r>
        <w:rPr>
          <w:rFonts w:ascii="Nirmala UI" w:hAnsi="Nirmala UI" w:eastAsia="Nirmala UI" w:cs="Nirmala UI"/>
        </w:rPr>
        <w:t>തങ്ങളെ</w:t>
      </w:r>
      <w:r>
        <w:rPr>
          <w:rFonts w:ascii="Times New Roman" w:hAnsi="Times New Roman" w:eastAsia="Times New Roman" w:cs="Times New Roman"/>
        </w:rPr>
        <w:t xml:space="preserve"> </w:t>
      </w:r>
      <w:r>
        <w:rPr>
          <w:rFonts w:ascii="Nirmala UI" w:hAnsi="Nirmala UI" w:eastAsia="Nirmala UI" w:cs="Nirmala UI"/>
        </w:rPr>
        <w:t>താഴ്ത്തുമ്പോൾ</w:t>
      </w:r>
      <w:r>
        <w:rPr>
          <w:rFonts w:ascii="Times New Roman" w:hAnsi="Times New Roman" w:eastAsia="Times New Roman" w:cs="Times New Roman"/>
        </w:rPr>
        <w:t xml:space="preserve">, </w:t>
      </w:r>
      <w:r>
        <w:rPr>
          <w:rFonts w:ascii="Nirmala UI" w:hAnsi="Nirmala UI" w:eastAsia="Nirmala UI" w:cs="Nirmala UI"/>
        </w:rPr>
        <w:t>കർത്താവ്</w:t>
      </w:r>
      <w:r>
        <w:rPr>
          <w:rFonts w:ascii="Times New Roman" w:hAnsi="Times New Roman" w:eastAsia="Times New Roman" w:cs="Times New Roman"/>
        </w:rPr>
        <w:t xml:space="preserve"> </w:t>
      </w:r>
      <w:r>
        <w:rPr>
          <w:rFonts w:ascii="Nirmala UI" w:hAnsi="Nirmala UI" w:eastAsia="Nirmala UI" w:cs="Nirmala UI"/>
        </w:rPr>
        <w:t>അവരെ</w:t>
      </w:r>
      <w:r>
        <w:rPr>
          <w:rFonts w:ascii="Times New Roman" w:hAnsi="Times New Roman" w:eastAsia="Times New Roman" w:cs="Times New Roman"/>
        </w:rPr>
        <w:t xml:space="preserve"> </w:t>
      </w:r>
      <w:r>
        <w:rPr>
          <w:rFonts w:ascii="Nirmala UI" w:hAnsi="Nirmala UI" w:eastAsia="Nirmala UI" w:cs="Nirmala UI"/>
        </w:rPr>
        <w:t>ഉയർത്തും</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അവരെ</w:t>
      </w:r>
      <w:r>
        <w:rPr>
          <w:rFonts w:ascii="Times New Roman" w:hAnsi="Times New Roman" w:eastAsia="Times New Roman" w:cs="Times New Roman"/>
        </w:rPr>
        <w:t xml:space="preserve"> </w:t>
      </w:r>
      <w:r>
        <w:rPr>
          <w:rFonts w:ascii="Nirmala UI" w:hAnsi="Nirmala UI" w:eastAsia="Nirmala UI" w:cs="Nirmala UI"/>
        </w:rPr>
        <w:t>വിവേചനശക്തിയുള്ള</w:t>
      </w:r>
      <w:r>
        <w:rPr>
          <w:rFonts w:ascii="Times New Roman" w:hAnsi="Times New Roman" w:eastAsia="Times New Roman" w:cs="Times New Roman"/>
        </w:rPr>
        <w:t xml:space="preserve"> </w:t>
      </w:r>
      <w:r>
        <w:rPr>
          <w:rFonts w:ascii="Nirmala UI" w:hAnsi="Nirmala UI" w:eastAsia="Nirmala UI" w:cs="Nirmala UI"/>
        </w:rPr>
        <w:t>പുരുഷന്മാരാക്കും</w:t>
      </w:r>
      <w:r>
        <w:rPr>
          <w:rFonts w:ascii="Times New Roman" w:hAnsi="Times New Roman" w:eastAsia="Times New Roman" w:cs="Times New Roman"/>
        </w:rPr>
        <w:t>—</w:t>
      </w:r>
      <w:r>
        <w:rPr>
          <w:rFonts w:ascii="Nirmala UI" w:hAnsi="Nirmala UI" w:eastAsia="Nirmala UI" w:cs="Nirmala UI"/>
        </w:rPr>
        <w:t>അവന്റെ</w:t>
      </w:r>
      <w:r>
        <w:rPr>
          <w:rFonts w:ascii="Times New Roman" w:hAnsi="Times New Roman" w:eastAsia="Times New Roman" w:cs="Times New Roman"/>
        </w:rPr>
        <w:t xml:space="preserve"> </w:t>
      </w:r>
      <w:r>
        <w:rPr>
          <w:rFonts w:ascii="Nirmala UI" w:hAnsi="Nirmala UI" w:eastAsia="Nirmala UI" w:cs="Nirmala UI"/>
        </w:rPr>
        <w:t>ആത്മാവിന്റെ</w:t>
      </w:r>
      <w:r>
        <w:rPr>
          <w:rFonts w:ascii="Times New Roman" w:hAnsi="Times New Roman" w:eastAsia="Times New Roman" w:cs="Times New Roman"/>
        </w:rPr>
        <w:t xml:space="preserve"> </w:t>
      </w:r>
      <w:r>
        <w:rPr>
          <w:rFonts w:ascii="Nirmala UI" w:hAnsi="Nirmala UI" w:eastAsia="Nirmala UI" w:cs="Nirmala UI"/>
        </w:rPr>
        <w:t>കൃപയിൽ</w:t>
      </w:r>
      <w:r>
        <w:rPr>
          <w:rFonts w:ascii="Times New Roman" w:hAnsi="Times New Roman" w:eastAsia="Times New Roman" w:cs="Times New Roman"/>
        </w:rPr>
        <w:t xml:space="preserve"> </w:t>
      </w:r>
      <w:r>
        <w:rPr>
          <w:rFonts w:ascii="Nirmala UI" w:hAnsi="Nirmala UI" w:eastAsia="Nirmala UI" w:cs="Nirmala UI"/>
        </w:rPr>
        <w:t>സമ്പന്നരായ</w:t>
      </w:r>
      <w:r>
        <w:rPr>
          <w:rFonts w:ascii="Times New Roman" w:hAnsi="Times New Roman" w:eastAsia="Times New Roman" w:cs="Times New Roman"/>
        </w:rPr>
        <w:t xml:space="preserve"> </w:t>
      </w:r>
      <w:r>
        <w:rPr>
          <w:rFonts w:ascii="Nirmala UI" w:hAnsi="Nirmala UI" w:eastAsia="Nirmala UI" w:cs="Nirmala UI"/>
        </w:rPr>
        <w:t>പുരുഷന്മാർ</w:t>
      </w:r>
      <w:r>
        <w:rPr>
          <w:rFonts w:ascii="Times New Roman" w:hAnsi="Times New Roman" w:eastAsia="Times New Roman" w:cs="Times New Roman"/>
        </w:rPr>
        <w:t xml:space="preserve">. </w:t>
      </w:r>
      <w:r>
        <w:rPr>
          <w:rFonts w:ascii="Nirmala UI" w:hAnsi="Nirmala UI" w:eastAsia="Nirmala UI" w:cs="Nirmala UI"/>
        </w:rPr>
        <w:t>അവരുടെ</w:t>
      </w:r>
      <w:r>
        <w:rPr>
          <w:rFonts w:ascii="Times New Roman" w:hAnsi="Times New Roman" w:eastAsia="Times New Roman" w:cs="Times New Roman"/>
        </w:rPr>
        <w:t xml:space="preserve"> </w:t>
      </w:r>
      <w:r>
        <w:rPr>
          <w:rFonts w:ascii="Nirmala UI" w:hAnsi="Nirmala UI" w:eastAsia="Nirmala UI" w:cs="Nirmala UI"/>
        </w:rPr>
        <w:t>ശക്തമായ</w:t>
      </w:r>
      <w:r>
        <w:rPr>
          <w:rFonts w:ascii="Times New Roman" w:hAnsi="Times New Roman" w:eastAsia="Times New Roman" w:cs="Times New Roman"/>
        </w:rPr>
        <w:t xml:space="preserve"> </w:t>
      </w:r>
      <w:r>
        <w:rPr>
          <w:rFonts w:ascii="Nirmala UI" w:hAnsi="Nirmala UI" w:eastAsia="Nirmala UI" w:cs="Nirmala UI"/>
        </w:rPr>
        <w:t>സ്വാർത്ഥ</w:t>
      </w:r>
      <w:r>
        <w:rPr>
          <w:rFonts w:ascii="Times New Roman" w:hAnsi="Times New Roman" w:eastAsia="Times New Roman" w:cs="Times New Roman"/>
        </w:rPr>
        <w:t xml:space="preserve"> </w:t>
      </w:r>
      <w:r>
        <w:rPr>
          <w:rFonts w:ascii="Nirmala UI" w:hAnsi="Nirmala UI" w:eastAsia="Nirmala UI" w:cs="Nirmala UI"/>
        </w:rPr>
        <w:t>സ്വഭാവഗുണങ്ങളും</w:t>
      </w:r>
      <w:r>
        <w:rPr>
          <w:rFonts w:ascii="Times New Roman" w:hAnsi="Times New Roman" w:eastAsia="Times New Roman" w:cs="Times New Roman"/>
        </w:rPr>
        <w:t xml:space="preserve"> </w:t>
      </w:r>
      <w:r>
        <w:rPr>
          <w:rFonts w:ascii="Nirmala UI" w:hAnsi="Nirmala UI" w:eastAsia="Nirmala UI" w:cs="Nirmala UI"/>
        </w:rPr>
        <w:t>അവരുടെ</w:t>
      </w:r>
      <w:r>
        <w:rPr>
          <w:rFonts w:ascii="Times New Roman" w:hAnsi="Times New Roman" w:eastAsia="Times New Roman" w:cs="Times New Roman"/>
        </w:rPr>
        <w:t xml:space="preserve"> </w:t>
      </w:r>
      <w:r>
        <w:rPr>
          <w:rFonts w:ascii="Nirmala UI" w:hAnsi="Nirmala UI" w:eastAsia="Nirmala UI" w:cs="Nirmala UI"/>
        </w:rPr>
        <w:t>മുറുകെപ്പിടിത്തവും</w:t>
      </w:r>
      <w:r>
        <w:rPr>
          <w:rFonts w:ascii="Times New Roman" w:hAnsi="Times New Roman" w:eastAsia="Times New Roman" w:cs="Times New Roman"/>
        </w:rPr>
        <w:t xml:space="preserve"> </w:t>
      </w:r>
      <w:r>
        <w:rPr>
          <w:rFonts w:ascii="Nirmala UI" w:hAnsi="Nirmala UI" w:eastAsia="Nirmala UI" w:cs="Nirmala UI"/>
        </w:rPr>
        <w:t>ലോകത്തിന്റെ</w:t>
      </w:r>
      <w:r>
        <w:rPr>
          <w:rFonts w:ascii="Times New Roman" w:hAnsi="Times New Roman" w:eastAsia="Times New Roman" w:cs="Times New Roman"/>
        </w:rPr>
        <w:t xml:space="preserve"> </w:t>
      </w:r>
      <w:r>
        <w:rPr>
          <w:rFonts w:ascii="Nirmala UI" w:hAnsi="Nirmala UI" w:eastAsia="Nirmala UI" w:cs="Nirmala UI"/>
        </w:rPr>
        <w:t>വെളിച്ചത്തിൽനിന്നു</w:t>
      </w:r>
      <w:r>
        <w:rPr>
          <w:rFonts w:ascii="Times New Roman" w:hAnsi="Times New Roman" w:eastAsia="Times New Roman" w:cs="Times New Roman"/>
        </w:rPr>
        <w:t xml:space="preserve"> </w:t>
      </w:r>
      <w:r>
        <w:rPr>
          <w:rFonts w:ascii="Nirmala UI" w:hAnsi="Nirmala UI" w:eastAsia="Nirmala UI" w:cs="Nirmala UI"/>
        </w:rPr>
        <w:t>പ്രകാശിക്കുന്ന</w:t>
      </w:r>
      <w:r>
        <w:rPr>
          <w:rFonts w:ascii="Times New Roman" w:hAnsi="Times New Roman" w:eastAsia="Times New Roman" w:cs="Times New Roman"/>
        </w:rPr>
        <w:t xml:space="preserve"> </w:t>
      </w:r>
      <w:r>
        <w:rPr>
          <w:rFonts w:ascii="Nirmala UI" w:hAnsi="Nirmala UI" w:eastAsia="Nirmala UI" w:cs="Nirmala UI"/>
        </w:rPr>
        <w:t>വെളിച്ചത്തിൽ</w:t>
      </w:r>
      <w:r>
        <w:rPr>
          <w:rFonts w:ascii="Times New Roman" w:hAnsi="Times New Roman" w:eastAsia="Times New Roman" w:cs="Times New Roman"/>
        </w:rPr>
        <w:t xml:space="preserve"> </w:t>
      </w:r>
      <w:r>
        <w:rPr>
          <w:rFonts w:ascii="Nirmala UI" w:hAnsi="Nirmala UI" w:eastAsia="Nirmala UI" w:cs="Nirmala UI"/>
        </w:rPr>
        <w:t>കണ്ടറിയപ്പെടും</w:t>
      </w:r>
      <w:r>
        <w:rPr>
          <w:rFonts w:ascii="Times New Roman" w:hAnsi="Times New Roman" w:eastAsia="Times New Roman" w:cs="Times New Roman"/>
        </w:rPr>
        <w:t>. ‘</w:t>
      </w:r>
      <w:r>
        <w:rPr>
          <w:rFonts w:ascii="Nirmala UI" w:hAnsi="Nirmala UI" w:eastAsia="Nirmala UI" w:cs="Nirmala UI"/>
        </w:rPr>
        <w:t>ഞാൻ</w:t>
      </w:r>
      <w:r>
        <w:rPr>
          <w:rFonts w:ascii="Times New Roman" w:hAnsi="Times New Roman" w:eastAsia="Times New Roman" w:cs="Times New Roman"/>
        </w:rPr>
        <w:t xml:space="preserve"> </w:t>
      </w:r>
      <w:r>
        <w:rPr>
          <w:rFonts w:ascii="Nirmala UI" w:hAnsi="Nirmala UI" w:eastAsia="Nirmala UI" w:cs="Nirmala UI"/>
        </w:rPr>
        <w:t>വേഗത്തിൽ</w:t>
      </w:r>
      <w:r>
        <w:rPr>
          <w:rFonts w:ascii="Times New Roman" w:hAnsi="Times New Roman" w:eastAsia="Times New Roman" w:cs="Times New Roman"/>
        </w:rPr>
        <w:t xml:space="preserve"> </w:t>
      </w:r>
      <w:r>
        <w:rPr>
          <w:rFonts w:ascii="Nirmala UI" w:hAnsi="Nirmala UI" w:eastAsia="Nirmala UI" w:cs="Nirmala UI"/>
        </w:rPr>
        <w:t>നിന്റെ</w:t>
      </w:r>
      <w:r>
        <w:rPr>
          <w:rFonts w:ascii="Times New Roman" w:hAnsi="Times New Roman" w:eastAsia="Times New Roman" w:cs="Times New Roman"/>
        </w:rPr>
        <w:t xml:space="preserve"> </w:t>
      </w:r>
      <w:r>
        <w:rPr>
          <w:rFonts w:ascii="Nirmala UI" w:hAnsi="Nirmala UI" w:eastAsia="Nirmala UI" w:cs="Nirmala UI"/>
        </w:rPr>
        <w:t>അടുക്കൽ</w:t>
      </w:r>
      <w:r>
        <w:rPr>
          <w:rFonts w:ascii="Times New Roman" w:hAnsi="Times New Roman" w:eastAsia="Times New Roman" w:cs="Times New Roman"/>
        </w:rPr>
        <w:t xml:space="preserve"> </w:t>
      </w:r>
      <w:r>
        <w:rPr>
          <w:rFonts w:ascii="Nirmala UI" w:hAnsi="Nirmala UI" w:eastAsia="Nirmala UI" w:cs="Nirmala UI"/>
        </w:rPr>
        <w:t>വരും</w:t>
      </w:r>
      <w:r>
        <w:rPr>
          <w:rFonts w:ascii="Times New Roman" w:hAnsi="Times New Roman" w:eastAsia="Times New Roman" w:cs="Times New Roman"/>
        </w:rPr>
        <w:t xml:space="preserve">; </w:t>
      </w:r>
      <w:r>
        <w:rPr>
          <w:rFonts w:ascii="Nirmala UI" w:hAnsi="Nirmala UI" w:eastAsia="Nirmala UI" w:cs="Nirmala UI"/>
        </w:rPr>
        <w:t>നീ</w:t>
      </w:r>
      <w:r>
        <w:rPr>
          <w:rFonts w:ascii="Times New Roman" w:hAnsi="Times New Roman" w:eastAsia="Times New Roman" w:cs="Times New Roman"/>
        </w:rPr>
        <w:t xml:space="preserve"> </w:t>
      </w:r>
      <w:r>
        <w:rPr>
          <w:rFonts w:ascii="Nirmala UI" w:hAnsi="Nirmala UI" w:eastAsia="Nirmala UI" w:cs="Nirmala UI"/>
        </w:rPr>
        <w:t>മാനസാന്തരപ്പെടാതിരിക്കുകയാണെങ്കിൽ</w:t>
      </w:r>
      <w:r>
        <w:rPr>
          <w:rFonts w:ascii="Times New Roman" w:hAnsi="Times New Roman" w:eastAsia="Times New Roman" w:cs="Times New Roman"/>
        </w:rPr>
        <w:t xml:space="preserve">, </w:t>
      </w:r>
      <w:r>
        <w:rPr>
          <w:rFonts w:ascii="Nirmala UI" w:hAnsi="Nirmala UI" w:eastAsia="Nirmala UI" w:cs="Nirmala UI"/>
        </w:rPr>
        <w:t>നിന്റെ</w:t>
      </w:r>
      <w:r>
        <w:rPr>
          <w:rFonts w:ascii="Times New Roman" w:hAnsi="Times New Roman" w:eastAsia="Times New Roman" w:cs="Times New Roman"/>
        </w:rPr>
        <w:t xml:space="preserve"> </w:t>
      </w:r>
      <w:r>
        <w:rPr>
          <w:rFonts w:ascii="Nirmala UI" w:hAnsi="Nirmala UI" w:eastAsia="Nirmala UI" w:cs="Nirmala UI"/>
        </w:rPr>
        <w:t>നിലവിളക്ക്</w:t>
      </w:r>
      <w:r>
        <w:rPr>
          <w:rFonts w:ascii="Times New Roman" w:hAnsi="Times New Roman" w:eastAsia="Times New Roman" w:cs="Times New Roman"/>
        </w:rPr>
        <w:t xml:space="preserve"> </w:t>
      </w:r>
      <w:r>
        <w:rPr>
          <w:rFonts w:ascii="Nirmala UI" w:hAnsi="Nirmala UI" w:eastAsia="Nirmala UI" w:cs="Nirmala UI"/>
        </w:rPr>
        <w:t>അതിന്റെ</w:t>
      </w:r>
      <w:r>
        <w:rPr>
          <w:rFonts w:ascii="Times New Roman" w:hAnsi="Times New Roman" w:eastAsia="Times New Roman" w:cs="Times New Roman"/>
        </w:rPr>
        <w:t xml:space="preserve"> </w:t>
      </w:r>
      <w:r>
        <w:rPr>
          <w:rFonts w:ascii="Nirmala UI" w:hAnsi="Nirmala UI" w:eastAsia="Nirmala UI" w:cs="Nirmala UI"/>
        </w:rPr>
        <w:t>സ്ഥാനത്തു</w:t>
      </w:r>
      <w:r>
        <w:rPr>
          <w:rFonts w:ascii="Times New Roman" w:hAnsi="Times New Roman" w:eastAsia="Times New Roman" w:cs="Times New Roman"/>
        </w:rPr>
        <w:t xml:space="preserve"> </w:t>
      </w:r>
      <w:r>
        <w:rPr>
          <w:rFonts w:ascii="Nirmala UI" w:hAnsi="Nirmala UI" w:eastAsia="Nirmala UI" w:cs="Nirmala UI"/>
        </w:rPr>
        <w:t>നിന്നു</w:t>
      </w:r>
      <w:r>
        <w:rPr>
          <w:rFonts w:ascii="Times New Roman" w:hAnsi="Times New Roman" w:eastAsia="Times New Roman" w:cs="Times New Roman"/>
        </w:rPr>
        <w:t xml:space="preserve"> </w:t>
      </w:r>
      <w:r>
        <w:rPr>
          <w:rFonts w:ascii="Nirmala UI" w:hAnsi="Nirmala UI" w:eastAsia="Nirmala UI" w:cs="Nirmala UI"/>
        </w:rPr>
        <w:t>നീക്കിക്കളയും</w:t>
      </w:r>
      <w:r>
        <w:rPr>
          <w:rFonts w:ascii="Times New Roman" w:hAnsi="Times New Roman" w:eastAsia="Times New Roman" w:cs="Times New Roman"/>
        </w:rPr>
        <w:t xml:space="preserve">.’ </w:t>
      </w:r>
      <w:r>
        <w:rPr>
          <w:rFonts w:ascii="Nirmala UI" w:hAnsi="Nirmala UI" w:eastAsia="Nirmala UI" w:cs="Nirmala UI"/>
        </w:rPr>
        <w:t>നിങ്ങൾ</w:t>
      </w:r>
      <w:r>
        <w:rPr>
          <w:rFonts w:ascii="Times New Roman" w:hAnsi="Times New Roman" w:eastAsia="Times New Roman" w:cs="Times New Roman"/>
        </w:rPr>
        <w:t xml:space="preserve"> </w:t>
      </w:r>
      <w:r>
        <w:rPr>
          <w:rFonts w:ascii="Nirmala UI" w:hAnsi="Nirmala UI" w:eastAsia="Nirmala UI" w:cs="Nirmala UI"/>
        </w:rPr>
        <w:t>പൂർണ്ണഹൃദയത്തോടെ</w:t>
      </w:r>
      <w:r>
        <w:rPr>
          <w:rFonts w:ascii="Times New Roman" w:hAnsi="Times New Roman" w:eastAsia="Times New Roman" w:cs="Times New Roman"/>
        </w:rPr>
        <w:t xml:space="preserve"> </w:t>
      </w:r>
      <w:r>
        <w:rPr>
          <w:rFonts w:ascii="Nirmala UI" w:hAnsi="Nirmala UI" w:eastAsia="Nirmala UI" w:cs="Nirmala UI"/>
        </w:rPr>
        <w:t>കർത്താവിനെ</w:t>
      </w:r>
      <w:r>
        <w:rPr>
          <w:rFonts w:ascii="Times New Roman" w:hAnsi="Times New Roman" w:eastAsia="Times New Roman" w:cs="Times New Roman"/>
        </w:rPr>
        <w:t xml:space="preserve"> </w:t>
      </w:r>
      <w:r>
        <w:rPr>
          <w:rFonts w:ascii="Nirmala UI" w:hAnsi="Nirmala UI" w:eastAsia="Nirmala UI" w:cs="Nirmala UI"/>
        </w:rPr>
        <w:t>അന്വേഷിക്കുന്നുവെങ്കിൽ</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നിങ്ങളാൽ</w:t>
      </w:r>
      <w:r>
        <w:rPr>
          <w:rFonts w:ascii="Times New Roman" w:hAnsi="Times New Roman" w:eastAsia="Times New Roman" w:cs="Times New Roman"/>
        </w:rPr>
        <w:t xml:space="preserve"> </w:t>
      </w:r>
      <w:r>
        <w:rPr>
          <w:rFonts w:ascii="Nirmala UI" w:hAnsi="Nirmala UI" w:eastAsia="Nirmala UI" w:cs="Nirmala UI"/>
        </w:rPr>
        <w:t>കണ്ടെത്തപ്പെടും</w:t>
      </w:r>
      <w:r>
        <w:rPr>
          <w:rFonts w:ascii="Times New Roman" w:hAnsi="Times New Roman" w:eastAsia="Times New Roman" w:cs="Times New Roman"/>
        </w:rPr>
        <w:t>.” Review and Herald, December 23, 1890.</w:t>
      </w:r>
    </w:p>
    <w:p>
      <w:pPr>
        <w:pStyle w:val="ArticleBody"/>
        <w:jc w:val="left"/>
      </w:pPr>
      <w:r>
        <w:rPr>
          <w:rFonts w:ascii="Ebrima" w:hAnsi="Ebrima" w:eastAsia="Ebrima" w:cs="Ebrima"/>
        </w:rPr>
        <w:t>ሽማግሌዎቹ</w:t>
      </w:r>
      <w:r>
        <w:rPr>
          <w:rFonts w:ascii="Times New Roman" w:hAnsi="Times New Roman" w:eastAsia="Times New Roman" w:cs="Times New Roman"/>
        </w:rPr>
        <w:t xml:space="preserve"> </w:t>
      </w:r>
      <w:r>
        <w:rPr>
          <w:rFonts w:ascii="Ebrima" w:hAnsi="Ebrima" w:eastAsia="Ebrima" w:cs="Ebrima"/>
        </w:rPr>
        <w:t>የሕዝቅኤል</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ስምንት</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1919 </w:t>
      </w:r>
      <w:r>
        <w:rPr>
          <w:rFonts w:ascii="Ebrima" w:hAnsi="Ebrima" w:eastAsia="Ebrima" w:cs="Ebrima"/>
        </w:rPr>
        <w:t>የሰላምና</w:t>
      </w:r>
      <w:r>
        <w:rPr>
          <w:rFonts w:ascii="Times New Roman" w:hAnsi="Times New Roman" w:eastAsia="Times New Roman" w:cs="Times New Roman"/>
        </w:rPr>
        <w:t xml:space="preserve"> </w:t>
      </w:r>
      <w:r>
        <w:rPr>
          <w:rFonts w:ascii="Ebrima" w:hAnsi="Ebrima" w:eastAsia="Ebrima" w:cs="Ebrima"/>
        </w:rPr>
        <w:t>የደህንነት</w:t>
      </w:r>
      <w:r>
        <w:rPr>
          <w:rFonts w:ascii="Times New Roman" w:hAnsi="Times New Roman" w:eastAsia="Times New Roman" w:cs="Times New Roman"/>
        </w:rPr>
        <w:t xml:space="preserve"> </w:t>
      </w:r>
      <w:r>
        <w:rPr>
          <w:rFonts w:ascii="Ebrima" w:hAnsi="Ebrima" w:eastAsia="Ebrima" w:cs="Ebrima"/>
        </w:rPr>
        <w:t>ወንጌልን</w:t>
      </w:r>
      <w:r>
        <w:rPr>
          <w:rFonts w:ascii="Times New Roman" w:hAnsi="Times New Roman" w:eastAsia="Times New Roman" w:cs="Times New Roman"/>
        </w:rPr>
        <w:t xml:space="preserve"> </w:t>
      </w:r>
      <w:r>
        <w:rPr>
          <w:rFonts w:ascii="Ebrima" w:hAnsi="Ebrima" w:eastAsia="Ebrima" w:cs="Ebrima"/>
        </w:rPr>
        <w:t>ተቀበሉ፤</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መስከረም</w:t>
      </w:r>
      <w:r>
        <w:rPr>
          <w:rFonts w:ascii="Times New Roman" w:hAnsi="Times New Roman" w:eastAsia="Times New Roman" w:cs="Times New Roman"/>
        </w:rPr>
        <w:t xml:space="preserve"> 11 </w:t>
      </w:r>
      <w:r>
        <w:rPr>
          <w:rFonts w:ascii="Ebrima" w:hAnsi="Ebrima" w:eastAsia="Ebrima" w:cs="Ebrima"/>
        </w:rPr>
        <w:t>ቀን</w:t>
      </w:r>
      <w:r>
        <w:rPr>
          <w:rFonts w:ascii="Times New Roman" w:hAnsi="Times New Roman" w:eastAsia="Times New Roman" w:cs="Times New Roman"/>
        </w:rPr>
        <w:t xml:space="preserve"> 2001 </w:t>
      </w:r>
      <w:r>
        <w:rPr>
          <w:rFonts w:ascii="Ebrima" w:hAnsi="Ebrima" w:eastAsia="Ebrima" w:cs="Ebrima"/>
        </w:rPr>
        <w:t>በደረሰ</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የዚያ</w:t>
      </w:r>
      <w:r>
        <w:rPr>
          <w:rFonts w:ascii="Times New Roman" w:hAnsi="Times New Roman" w:eastAsia="Times New Roman" w:cs="Times New Roman"/>
        </w:rPr>
        <w:t xml:space="preserve"> </w:t>
      </w:r>
      <w:r>
        <w:rPr>
          <w:rFonts w:ascii="Ebrima" w:hAnsi="Ebrima" w:eastAsia="Ebrima" w:cs="Ebrima"/>
        </w:rPr>
        <w:t>እየጨመረ</w:t>
      </w:r>
      <w:r>
        <w:rPr>
          <w:rFonts w:ascii="Times New Roman" w:hAnsi="Times New Roman" w:eastAsia="Times New Roman" w:cs="Times New Roman"/>
        </w:rPr>
        <w:t xml:space="preserve"> </w:t>
      </w:r>
      <w:r>
        <w:rPr>
          <w:rFonts w:ascii="Ebrima" w:hAnsi="Ebrima" w:eastAsia="Ebrima" w:cs="Ebrima"/>
        </w:rPr>
        <w:t>የሄደ</w:t>
      </w:r>
      <w:r>
        <w:rPr>
          <w:rFonts w:ascii="Times New Roman" w:hAnsi="Times New Roman" w:eastAsia="Times New Roman" w:cs="Times New Roman"/>
        </w:rPr>
        <w:t xml:space="preserve"> </w:t>
      </w:r>
      <w:r>
        <w:rPr>
          <w:rFonts w:ascii="Ebrima" w:hAnsi="Ebrima" w:eastAsia="Ebrima" w:cs="Ebrima"/>
        </w:rPr>
        <w:t>ዐመፅ</w:t>
      </w:r>
      <w:r>
        <w:rPr>
          <w:rFonts w:ascii="Times New Roman" w:hAnsi="Times New Roman" w:eastAsia="Times New Roman" w:cs="Times New Roman"/>
        </w:rPr>
        <w:t xml:space="preserve"> </w:t>
      </w:r>
      <w:r>
        <w:rPr>
          <w:rFonts w:ascii="Ebrima" w:hAnsi="Ebrima" w:eastAsia="Ebrima" w:cs="Ebrima"/>
        </w:rPr>
        <w:t>ፍሬ</w:t>
      </w:r>
      <w:r>
        <w:rPr>
          <w:rFonts w:ascii="Times New Roman" w:hAnsi="Times New Roman" w:eastAsia="Times New Roman" w:cs="Times New Roman"/>
        </w:rPr>
        <w:t xml:space="preserve"> </w:t>
      </w:r>
      <w:r>
        <w:rPr>
          <w:rFonts w:ascii="Ebrima" w:hAnsi="Ebrima" w:eastAsia="Ebrima" w:cs="Ebrima"/>
        </w:rPr>
        <w:t>በኋለኛውን</w:t>
      </w:r>
      <w:r>
        <w:rPr>
          <w:rFonts w:ascii="Times New Roman" w:hAnsi="Times New Roman" w:eastAsia="Times New Roman" w:cs="Times New Roman"/>
        </w:rPr>
        <w:t xml:space="preserve"> </w:t>
      </w:r>
      <w:r>
        <w:rPr>
          <w:rFonts w:ascii="Ebrima" w:hAnsi="Ebrima" w:eastAsia="Ebrima" w:cs="Ebrima"/>
        </w:rPr>
        <w:t>ዝናብ</w:t>
      </w:r>
      <w:r>
        <w:rPr>
          <w:rFonts w:ascii="Times New Roman" w:hAnsi="Times New Roman" w:eastAsia="Times New Roman" w:cs="Times New Roman"/>
        </w:rPr>
        <w:t xml:space="preserve"> </w:t>
      </w:r>
      <w:r>
        <w:rPr>
          <w:rFonts w:ascii="Ebrima" w:hAnsi="Ebrima" w:eastAsia="Ebrima" w:cs="Ebrima"/>
        </w:rPr>
        <w:t>መምጣት</w:t>
      </w:r>
      <w:r>
        <w:rPr>
          <w:rFonts w:ascii="Times New Roman" w:hAnsi="Times New Roman" w:eastAsia="Times New Roman" w:cs="Times New Roman"/>
        </w:rPr>
        <w:t xml:space="preserve"> </w:t>
      </w:r>
      <w:r>
        <w:rPr>
          <w:rFonts w:ascii="Ebrima" w:hAnsi="Ebrima" w:eastAsia="Ebrima" w:cs="Ebrima"/>
        </w:rPr>
        <w:t>ለመለየት</w:t>
      </w:r>
      <w:r>
        <w:rPr>
          <w:rFonts w:ascii="Times New Roman" w:hAnsi="Times New Roman" w:eastAsia="Times New Roman" w:cs="Times New Roman"/>
        </w:rPr>
        <w:t xml:space="preserve"> </w:t>
      </w:r>
      <w:r>
        <w:rPr>
          <w:rFonts w:ascii="Ebrima" w:hAnsi="Ebrima" w:eastAsia="Ebrima" w:cs="Ebrima"/>
        </w:rPr>
        <w:t>ባለመቻላቸው</w:t>
      </w:r>
      <w:r>
        <w:rPr>
          <w:rFonts w:ascii="Times New Roman" w:hAnsi="Times New Roman" w:eastAsia="Times New Roman" w:cs="Times New Roman"/>
        </w:rPr>
        <w:t xml:space="preserve"> </w:t>
      </w:r>
      <w:r>
        <w:rPr>
          <w:rFonts w:ascii="Ebrima" w:hAnsi="Ebrima" w:eastAsia="Ebrima" w:cs="Ebrima"/>
        </w:rPr>
        <w:t>ተገለጠ።</w:t>
      </w:r>
      <w:r>
        <w:rPr>
          <w:rFonts w:ascii="Times New Roman" w:hAnsi="Times New Roman" w:eastAsia="Times New Roman" w:cs="Times New Roman"/>
        </w:rPr>
        <w:t xml:space="preserve"> </w:t>
      </w:r>
      <w:r>
        <w:rPr>
          <w:rFonts w:ascii="Ebrima" w:hAnsi="Ebrima" w:eastAsia="Ebrima" w:cs="Ebrima"/>
        </w:rPr>
        <w:t>ከ</w:t>
      </w:r>
      <w:r>
        <w:rPr>
          <w:rFonts w:ascii="Times New Roman" w:hAnsi="Times New Roman" w:eastAsia="Times New Roman" w:cs="Times New Roman"/>
        </w:rPr>
        <w:t xml:space="preserve">1989 </w:t>
      </w:r>
      <w:r>
        <w:rPr>
          <w:rFonts w:ascii="Ebrima" w:hAnsi="Ebrima" w:eastAsia="Ebrima" w:cs="Ebrima"/>
        </w:rPr>
        <w:t>ጀምሮ</w:t>
      </w:r>
      <w:r>
        <w:rPr>
          <w:rFonts w:ascii="Times New Roman" w:hAnsi="Times New Roman" w:eastAsia="Times New Roman" w:cs="Times New Roman"/>
        </w:rPr>
        <w:t xml:space="preserve"> </w:t>
      </w:r>
      <w:r>
        <w:rPr>
          <w:rFonts w:ascii="Ebrima" w:hAnsi="Ebrima" w:eastAsia="Ebrima" w:cs="Ebrima"/>
        </w:rPr>
        <w:t>በፍጻሜው</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የተጀመረው</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እግዚአብሔር</w:t>
      </w:r>
      <w:r>
        <w:rPr>
          <w:rFonts w:ascii="Times New Roman" w:hAnsi="Times New Roman" w:eastAsia="Times New Roman" w:cs="Times New Roman"/>
        </w:rPr>
        <w:t xml:space="preserve"> </w:t>
      </w:r>
      <w:r>
        <w:rPr>
          <w:rFonts w:ascii="Ebrima" w:hAnsi="Ebrima" w:eastAsia="Ebrima" w:cs="Ebrima"/>
        </w:rPr>
        <w:t>የሚለራውያንን</w:t>
      </w:r>
      <w:r>
        <w:rPr>
          <w:rFonts w:ascii="Times New Roman" w:hAnsi="Times New Roman" w:eastAsia="Times New Roman" w:cs="Times New Roman"/>
        </w:rPr>
        <w:t xml:space="preserve"> </w:t>
      </w:r>
      <w:r>
        <w:rPr>
          <w:rFonts w:ascii="Ebrima" w:hAnsi="Ebrima" w:eastAsia="Ebrima" w:cs="Ebrima"/>
        </w:rPr>
        <w:t>እንቅስቃሴ</w:t>
      </w:r>
      <w:r>
        <w:rPr>
          <w:rFonts w:ascii="Times New Roman" w:hAnsi="Times New Roman" w:eastAsia="Times New Roman" w:cs="Times New Roman"/>
        </w:rPr>
        <w:t xml:space="preserve"> </w:t>
      </w:r>
      <w:r>
        <w:rPr>
          <w:rFonts w:ascii="Ebrima" w:hAnsi="Ebrima" w:eastAsia="Ebrima" w:cs="Ebrima"/>
        </w:rPr>
        <w:t>ፊደል</w:t>
      </w:r>
      <w:r>
        <w:rPr>
          <w:rFonts w:ascii="Times New Roman" w:hAnsi="Times New Roman" w:eastAsia="Times New Roman" w:cs="Times New Roman"/>
        </w:rPr>
        <w:t xml:space="preserve"> </w:t>
      </w:r>
      <w:r>
        <w:rPr>
          <w:rFonts w:ascii="Ebrima" w:hAnsi="Ebrima" w:eastAsia="Ebrima" w:cs="Ebrima"/>
        </w:rPr>
        <w:t>በፊደል</w:t>
      </w:r>
      <w:r>
        <w:rPr>
          <w:rFonts w:ascii="Times New Roman" w:hAnsi="Times New Roman" w:eastAsia="Times New Roman" w:cs="Times New Roman"/>
        </w:rPr>
        <w:t xml:space="preserve"> </w:t>
      </w:r>
      <w:r>
        <w:rPr>
          <w:rFonts w:ascii="Ebrima" w:hAnsi="Ebrima" w:eastAsia="Ebrima" w:cs="Ebrima"/>
        </w:rPr>
        <w:t>ደገመው።</w:t>
      </w:r>
      <w:r>
        <w:rPr>
          <w:rFonts w:ascii="Times New Roman" w:hAnsi="Times New Roman" w:eastAsia="Times New Roman" w:cs="Times New Roman"/>
        </w:rPr>
        <w:t xml:space="preserve"> </w:t>
      </w:r>
      <w:r>
        <w:rPr>
          <w:rFonts w:ascii="Ebrima" w:hAnsi="Ebrima" w:eastAsia="Ebrima" w:cs="Ebrima"/>
        </w:rPr>
        <w:t>ሚለር</w:t>
      </w:r>
      <w:r>
        <w:rPr>
          <w:rFonts w:ascii="Times New Roman" w:hAnsi="Times New Roman" w:eastAsia="Times New Roman" w:cs="Times New Roman"/>
        </w:rPr>
        <w:t xml:space="preserve"> </w:t>
      </w:r>
      <w:r>
        <w:rPr>
          <w:rFonts w:ascii="Ebrima" w:hAnsi="Ebrima" w:eastAsia="Ebrima" w:cs="Ebrima"/>
        </w:rPr>
        <w:t>የኤልያስ</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ነበረ፤</w:t>
      </w:r>
      <w:r>
        <w:rPr>
          <w:rFonts w:ascii="Times New Roman" w:hAnsi="Times New Roman" w:eastAsia="Times New Roman" w:cs="Times New Roman"/>
        </w:rPr>
        <w:t xml:space="preserve"> </w:t>
      </w:r>
      <w:r>
        <w:rPr>
          <w:rFonts w:ascii="Ebrima" w:hAnsi="Ebrima" w:eastAsia="Ebrima" w:cs="Ebrima"/>
        </w:rPr>
        <w:t>ኤልያስም</w:t>
      </w:r>
      <w:r>
        <w:rPr>
          <w:rFonts w:ascii="Times New Roman" w:hAnsi="Times New Roman" w:eastAsia="Times New Roman" w:cs="Times New Roman"/>
        </w:rPr>
        <w:t xml:space="preserve"> </w:t>
      </w:r>
      <w:r>
        <w:rPr>
          <w:rFonts w:ascii="Ebrima" w:hAnsi="Ebrima" w:eastAsia="Ebrima" w:cs="Ebrima"/>
        </w:rPr>
        <w:t>ለአክአብ</w:t>
      </w:r>
      <w:r>
        <w:rPr>
          <w:rFonts w:ascii="Times New Roman" w:hAnsi="Times New Roman" w:eastAsia="Times New Roman" w:cs="Times New Roman"/>
        </w:rPr>
        <w:t xml:space="preserve"> </w:t>
      </w:r>
      <w:r>
        <w:rPr>
          <w:rFonts w:ascii="Ebrima" w:hAnsi="Ebrima" w:eastAsia="Ebrima" w:cs="Ebrima"/>
        </w:rPr>
        <w:t>በጥብቅ</w:t>
      </w:r>
      <w:r>
        <w:rPr>
          <w:rFonts w:ascii="Times New Roman" w:hAnsi="Times New Roman" w:eastAsia="Times New Roman" w:cs="Times New Roman"/>
        </w:rPr>
        <w:t xml:space="preserve"> </w:t>
      </w:r>
      <w:r>
        <w:rPr>
          <w:rFonts w:ascii="Ebrima" w:hAnsi="Ebrima" w:eastAsia="Ebrima" w:cs="Ebrima"/>
        </w:rPr>
        <w:t>እንዲህ</w:t>
      </w:r>
      <w:r>
        <w:rPr>
          <w:rFonts w:ascii="Times New Roman" w:hAnsi="Times New Roman" w:eastAsia="Times New Roman" w:cs="Times New Roman"/>
        </w:rPr>
        <w:t xml:space="preserve"> </w:t>
      </w:r>
      <w:r>
        <w:rPr>
          <w:rFonts w:ascii="Ebrima" w:hAnsi="Ebrima" w:eastAsia="Ebrima" w:cs="Ebrima"/>
        </w:rPr>
        <w:t>ብሎ</w:t>
      </w:r>
      <w:r>
        <w:rPr>
          <w:rFonts w:ascii="Times New Roman" w:hAnsi="Times New Roman" w:eastAsia="Times New Roman" w:cs="Times New Roman"/>
        </w:rPr>
        <w:t xml:space="preserve"> </w:t>
      </w:r>
      <w:r>
        <w:rPr>
          <w:rFonts w:ascii="Ebrima" w:hAnsi="Ebrima" w:eastAsia="Ebrima" w:cs="Ebrima"/>
        </w:rPr>
        <w:t>ነግሮት</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ከኤልያስ</w:t>
      </w:r>
      <w:r>
        <w:rPr>
          <w:rFonts w:ascii="Times New Roman" w:hAnsi="Times New Roman" w:eastAsia="Times New Roman" w:cs="Times New Roman"/>
        </w:rPr>
        <w:t xml:space="preserve"> </w:t>
      </w:r>
      <w:r>
        <w:rPr>
          <w:rFonts w:ascii="Ebrima" w:hAnsi="Ebrima" w:eastAsia="Ebrima" w:cs="Ebrima"/>
        </w:rPr>
        <w:t>ቃል</w:t>
      </w:r>
      <w:r>
        <w:rPr>
          <w:rFonts w:ascii="Times New Roman" w:hAnsi="Times New Roman" w:eastAsia="Times New Roman" w:cs="Times New Roman"/>
        </w:rPr>
        <w:t xml:space="preserve"> </w:t>
      </w:r>
      <w:r>
        <w:rPr>
          <w:rFonts w:ascii="Ebrima" w:hAnsi="Ebrima" w:eastAsia="Ebrima" w:cs="Ebrima"/>
        </w:rPr>
        <w:t>በቀር</w:t>
      </w:r>
      <w:r>
        <w:rPr>
          <w:rFonts w:ascii="Times New Roman" w:hAnsi="Times New Roman" w:eastAsia="Times New Roman" w:cs="Times New Roman"/>
        </w:rPr>
        <w:t xml:space="preserve"> </w:t>
      </w:r>
      <w:r>
        <w:rPr>
          <w:rFonts w:ascii="Ebrima" w:hAnsi="Ebrima" w:eastAsia="Ebrima" w:cs="Ebrima"/>
        </w:rPr>
        <w:t>ዝናብ</w:t>
      </w:r>
      <w:r>
        <w:rPr>
          <w:rFonts w:ascii="Times New Roman" w:hAnsi="Times New Roman" w:eastAsia="Times New Roman" w:cs="Times New Roman"/>
        </w:rPr>
        <w:t xml:space="preserve"> </w:t>
      </w:r>
      <w:r>
        <w:rPr>
          <w:rFonts w:ascii="Ebrima" w:hAnsi="Ebrima" w:eastAsia="Ebrima" w:cs="Ebrima"/>
        </w:rPr>
        <w:t>አይኖርም።</w:t>
      </w:r>
    </w:p>
    <w:p>
      <w:pPr>
        <w:pStyle w:val="ArticleBody"/>
        <w:jc w:val="left"/>
      </w:pPr>
      <w:r>
        <w:rPr>
          <w:rFonts w:ascii="Times New Roman" w:hAnsi="Times New Roman" w:eastAsia="Times New Roman" w:cs="Times New Roman"/>
        </w:rPr>
        <w:t>Waxaan ku sii wadi doonnaa tixgelinteenna jiilka saddexaad ee Adventism maqaalka xiga.</w:t>
      </w:r>
    </w:p>
    <w:p>
      <w:pPr>
        <w:pStyle w:val="ArticleScripture"/>
        <w:jc w:val="left"/>
      </w:pPr>
      <w:r>
        <w:rPr>
          <w:rFonts w:ascii="Times New Roman" w:hAnsi="Times New Roman" w:eastAsia="Times New Roman" w:cs="Times New Roman"/>
        </w:rPr>
        <w:t>«ئۆز رووحانی تەنەزۇلیدىن قايغۇرمىغان، باشقىلارنىڭ گۇناھلىرى ئۈستىدىنمۇ ماتەم تۇتمايدىغان تۈرۈكتىكىلەر، خۇدانىڭ مۆھرىسىز قالدۇرىلىدۇ. پەرۋەردىگار ئۆز ئەلچىلىرىگە، قوللىرىدا قىرغىن قوراللىرى بار كىشىلەرگە، مۇنداق بۇيرۇيدۇ: «ئۇنىڭ كەينىدىن شەھەر ئىچىدە مېڭىپ، ئۇرۇڭلار؛ كۆزۈڭلار ئايىماسىن، رەھىم قىلماڭلار؛ قېرى-ياشنى، قىزلارنى، كىچىك بالىلارنى ۋە ئاياللارنى پۈتۈنلەي ئۆلتۈرۈڭلار؛ ئەمما بەلگىسى بار ھەرقانداق ئادەمگە يېقىنلاشماڭلار؛ ۋە مېنىڭ مۇقەددەس جايىمدىن باشلاڭلار». شۇنىڭ بىلەن ئۇلار ئۆينىڭ ئالدىدا تۇرغان قېرىيلەردىن باشلىدى.»</w:t>
      </w:r>
    </w:p>
    <w:p>
      <w:pPr>
        <w:pStyle w:val="ArticleScripture"/>
        <w:jc w:val="left"/>
      </w:pPr>
      <w:r>
        <w:rPr>
          <w:rFonts w:ascii="Times New Roman" w:hAnsi="Times New Roman" w:eastAsia="Times New Roman" w:cs="Times New Roman"/>
        </w:rPr>
        <w:t>“</w:t>
      </w:r>
      <w:r>
        <w:rPr>
          <w:rFonts w:ascii="Ebrima" w:hAnsi="Ebrima" w:eastAsia="Ebrima" w:cs="Ebrima"/>
        </w:rPr>
        <w:t>ኣብዚ</w:t>
      </w:r>
      <w:r>
        <w:rPr>
          <w:rFonts w:ascii="Times New Roman" w:hAnsi="Times New Roman" w:eastAsia="Times New Roman" w:cs="Times New Roman"/>
        </w:rPr>
        <w:t xml:space="preserve"> </w:t>
      </w:r>
      <w:r>
        <w:rPr>
          <w:rFonts w:ascii="Ebrima" w:hAnsi="Ebrima" w:eastAsia="Ebrima" w:cs="Ebrima"/>
        </w:rPr>
        <w:t>ንርኢ</w:t>
      </w:r>
      <w:r>
        <w:rPr>
          <w:rFonts w:ascii="Times New Roman" w:hAnsi="Times New Roman" w:eastAsia="Times New Roman" w:cs="Times New Roman"/>
        </w:rPr>
        <w:t xml:space="preserve"> </w:t>
      </w:r>
      <w:r>
        <w:rPr>
          <w:rFonts w:ascii="Ebrima" w:hAnsi="Ebrima" w:eastAsia="Ebrima" w:cs="Ebrima"/>
        </w:rPr>
        <w:t>ዘለና</w:t>
      </w:r>
      <w:r>
        <w:rPr>
          <w:rFonts w:ascii="Times New Roman" w:hAnsi="Times New Roman" w:eastAsia="Times New Roman" w:cs="Times New Roman"/>
        </w:rPr>
        <w:t xml:space="preserve"> </w:t>
      </w:r>
      <w:r>
        <w:rPr>
          <w:rFonts w:ascii="Ebrima" w:hAnsi="Ebrima" w:eastAsia="Ebrima" w:cs="Ebrima"/>
        </w:rPr>
        <w:t>እታ</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ክርስቲያን</w:t>
      </w:r>
      <w:r>
        <w:rPr>
          <w:rFonts w:ascii="Times New Roman" w:hAnsi="Times New Roman" w:eastAsia="Times New Roman" w:cs="Times New Roman"/>
        </w:rPr>
        <w:t>—</w:t>
      </w:r>
      <w:r>
        <w:rPr>
          <w:rFonts w:ascii="Ebrima" w:hAnsi="Ebrima" w:eastAsia="Ebrima" w:cs="Ebrima"/>
        </w:rPr>
        <w:t>ቅድስቲ</w:t>
      </w:r>
      <w:r>
        <w:rPr>
          <w:rFonts w:ascii="Times New Roman" w:hAnsi="Times New Roman" w:eastAsia="Times New Roman" w:cs="Times New Roman"/>
        </w:rPr>
        <w:t xml:space="preserve"> </w:t>
      </w:r>
      <w:r>
        <w:rPr>
          <w:rFonts w:ascii="Ebrima" w:hAnsi="Ebrima" w:eastAsia="Ebrima" w:cs="Ebrima"/>
        </w:rPr>
        <w:t>ቤት</w:t>
      </w:r>
      <w:r>
        <w:rPr>
          <w:rFonts w:ascii="Times New Roman" w:hAnsi="Times New Roman" w:eastAsia="Times New Roman" w:cs="Times New Roman"/>
        </w:rPr>
        <w:t xml:space="preserve"> </w:t>
      </w:r>
      <w:r>
        <w:rPr>
          <w:rFonts w:ascii="Ebrima" w:hAnsi="Ebrima" w:eastAsia="Ebrima" w:cs="Ebrima"/>
        </w:rPr>
        <w:t>መቕደስ</w:t>
      </w:r>
      <w:r>
        <w:rPr>
          <w:rFonts w:ascii="Times New Roman" w:hAnsi="Times New Roman" w:eastAsia="Times New Roman" w:cs="Times New Roman"/>
        </w:rPr>
        <w:t xml:space="preserve"> </w:t>
      </w:r>
      <w:r>
        <w:rPr>
          <w:rFonts w:ascii="Ebrima" w:hAnsi="Ebrima" w:eastAsia="Ebrima" w:cs="Ebrima"/>
        </w:rPr>
        <w:t>እግዚኣብሔር</w:t>
      </w:r>
      <w:r>
        <w:rPr>
          <w:rFonts w:ascii="Times New Roman" w:hAnsi="Times New Roman" w:eastAsia="Times New Roman" w:cs="Times New Roman"/>
        </w:rPr>
        <w:t>—</w:t>
      </w:r>
      <w:r>
        <w:rPr>
          <w:rFonts w:ascii="Ebrima" w:hAnsi="Ebrima" w:eastAsia="Ebrima" w:cs="Ebrima"/>
        </w:rPr>
        <w:t>ቀዳመይቲ</w:t>
      </w:r>
      <w:r>
        <w:rPr>
          <w:rFonts w:ascii="Times New Roman" w:hAnsi="Times New Roman" w:eastAsia="Times New Roman" w:cs="Times New Roman"/>
        </w:rPr>
        <w:t xml:space="preserve"> </w:t>
      </w:r>
      <w:r>
        <w:rPr>
          <w:rFonts w:ascii="Ebrima" w:hAnsi="Ebrima" w:eastAsia="Ebrima" w:cs="Ebrima"/>
        </w:rPr>
        <w:t>ዝተሰምዓ</w:t>
      </w:r>
      <w:r>
        <w:rPr>
          <w:rFonts w:ascii="Times New Roman" w:hAnsi="Times New Roman" w:eastAsia="Times New Roman" w:cs="Times New Roman"/>
        </w:rPr>
        <w:t xml:space="preserve"> </w:t>
      </w:r>
      <w:r>
        <w:rPr>
          <w:rFonts w:ascii="Ebrima" w:hAnsi="Ebrima" w:eastAsia="Ebrima" w:cs="Ebrima"/>
        </w:rPr>
        <w:t>ምዃና</w:t>
      </w:r>
      <w:r>
        <w:rPr>
          <w:rFonts w:ascii="Times New Roman" w:hAnsi="Times New Roman" w:eastAsia="Times New Roman" w:cs="Times New Roman"/>
        </w:rPr>
        <w:t xml:space="preserve"> </w:t>
      </w:r>
      <w:r>
        <w:rPr>
          <w:rFonts w:ascii="Ebrima" w:hAnsi="Ebrima" w:eastAsia="Ebrima" w:cs="Ebrima"/>
        </w:rPr>
        <w:t>ንውቃዕ</w:t>
      </w:r>
      <w:r>
        <w:rPr>
          <w:rFonts w:ascii="Times New Roman" w:hAnsi="Times New Roman" w:eastAsia="Times New Roman" w:cs="Times New Roman"/>
        </w:rPr>
        <w:t xml:space="preserve"> </w:t>
      </w:r>
      <w:r>
        <w:rPr>
          <w:rFonts w:ascii="Ebrima" w:hAnsi="Ebrima" w:eastAsia="Ebrima" w:cs="Ebrima"/>
        </w:rPr>
        <w:t>ቍጥዓ</w:t>
      </w:r>
      <w:r>
        <w:rPr>
          <w:rFonts w:ascii="Times New Roman" w:hAnsi="Times New Roman" w:eastAsia="Times New Roman" w:cs="Times New Roman"/>
        </w:rPr>
        <w:t xml:space="preserve"> </w:t>
      </w:r>
      <w:r>
        <w:rPr>
          <w:rFonts w:ascii="Ebrima" w:hAnsi="Ebrima" w:eastAsia="Ebrima" w:cs="Ebrima"/>
        </w:rPr>
        <w:t>ኣምላኽ</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እቶም</w:t>
      </w:r>
      <w:r>
        <w:rPr>
          <w:rFonts w:ascii="Times New Roman" w:hAnsi="Times New Roman" w:eastAsia="Times New Roman" w:cs="Times New Roman"/>
        </w:rPr>
        <w:t xml:space="preserve"> </w:t>
      </w:r>
      <w:r>
        <w:rPr>
          <w:rFonts w:ascii="Ebrima" w:hAnsi="Ebrima" w:eastAsia="Ebrima" w:cs="Ebrima"/>
        </w:rPr>
        <w:t>ሽማግለታት፡</w:t>
      </w:r>
      <w:r>
        <w:rPr>
          <w:rFonts w:ascii="Times New Roman" w:hAnsi="Times New Roman" w:eastAsia="Times New Roman" w:cs="Times New Roman"/>
        </w:rPr>
        <w:t xml:space="preserve"> </w:t>
      </w:r>
      <w:r>
        <w:rPr>
          <w:rFonts w:ascii="Ebrima" w:hAnsi="Ebrima" w:eastAsia="Ebrima" w:cs="Ebrima"/>
        </w:rPr>
        <w:t>እግዚኣብሔር</w:t>
      </w:r>
      <w:r>
        <w:rPr>
          <w:rFonts w:ascii="Times New Roman" w:hAnsi="Times New Roman" w:eastAsia="Times New Roman" w:cs="Times New Roman"/>
        </w:rPr>
        <w:t xml:space="preserve"> </w:t>
      </w:r>
      <w:r>
        <w:rPr>
          <w:rFonts w:ascii="Ebrima" w:hAnsi="Ebrima" w:eastAsia="Ebrima" w:cs="Ebrima"/>
        </w:rPr>
        <w:t>ብዙሕ</w:t>
      </w:r>
      <w:r>
        <w:rPr>
          <w:rFonts w:ascii="Times New Roman" w:hAnsi="Times New Roman" w:eastAsia="Times New Roman" w:cs="Times New Roman"/>
        </w:rPr>
        <w:t xml:space="preserve"> </w:t>
      </w:r>
      <w:r>
        <w:rPr>
          <w:rFonts w:ascii="Ebrima" w:hAnsi="Ebrima" w:eastAsia="Ebrima" w:cs="Ebrima"/>
        </w:rPr>
        <w:t>ብርሃን</w:t>
      </w:r>
      <w:r>
        <w:rPr>
          <w:rFonts w:ascii="Times New Roman" w:hAnsi="Times New Roman" w:eastAsia="Times New Roman" w:cs="Times New Roman"/>
        </w:rPr>
        <w:t xml:space="preserve"> </w:t>
      </w:r>
      <w:r>
        <w:rPr>
          <w:rFonts w:ascii="Ebrima" w:hAnsi="Ebrima" w:eastAsia="Ebrima" w:cs="Ebrima"/>
        </w:rPr>
        <w:t>ዝሃቦምን</w:t>
      </w:r>
      <w:r>
        <w:rPr>
          <w:rFonts w:ascii="Times New Roman" w:hAnsi="Times New Roman" w:eastAsia="Times New Roman" w:cs="Times New Roman"/>
        </w:rPr>
        <w:t xml:space="preserve"> </w:t>
      </w:r>
      <w:r>
        <w:rPr>
          <w:rFonts w:ascii="Ebrima" w:hAnsi="Ebrima" w:eastAsia="Ebrima" w:cs="Ebrima"/>
        </w:rPr>
        <w:t>ንመንፈሳዊ</w:t>
      </w:r>
      <w:r>
        <w:rPr>
          <w:rFonts w:ascii="Times New Roman" w:hAnsi="Times New Roman" w:eastAsia="Times New Roman" w:cs="Times New Roman"/>
        </w:rPr>
        <w:t xml:space="preserve"> </w:t>
      </w:r>
      <w:r>
        <w:rPr>
          <w:rFonts w:ascii="Ebrima" w:hAnsi="Ebrima" w:eastAsia="Ebrima" w:cs="Ebrima"/>
        </w:rPr>
        <w:t>ረብሓታት</w:t>
      </w:r>
      <w:r>
        <w:rPr>
          <w:rFonts w:ascii="Times New Roman" w:hAnsi="Times New Roman" w:eastAsia="Times New Roman" w:cs="Times New Roman"/>
        </w:rPr>
        <w:t xml:space="preserve"> </w:t>
      </w:r>
      <w:r>
        <w:rPr>
          <w:rFonts w:ascii="Ebrima" w:hAnsi="Ebrima" w:eastAsia="Ebrima" w:cs="Ebrima"/>
        </w:rPr>
        <w:t>ህዝቢ</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ሓለውቲ</w:t>
      </w:r>
      <w:r>
        <w:rPr>
          <w:rFonts w:ascii="Times New Roman" w:hAnsi="Times New Roman" w:eastAsia="Times New Roman" w:cs="Times New Roman"/>
        </w:rPr>
        <w:t xml:space="preserve"> </w:t>
      </w:r>
      <w:r>
        <w:rPr>
          <w:rFonts w:ascii="Ebrima" w:hAnsi="Ebrima" w:eastAsia="Ebrima" w:cs="Ebrima"/>
        </w:rPr>
        <w:t>ዝቖሙን፡</w:t>
      </w:r>
      <w:r>
        <w:rPr>
          <w:rFonts w:ascii="Times New Roman" w:hAnsi="Times New Roman" w:eastAsia="Times New Roman" w:cs="Times New Roman"/>
        </w:rPr>
        <w:t xml:space="preserve"> </w:t>
      </w:r>
      <w:r>
        <w:rPr>
          <w:rFonts w:ascii="Ebrima" w:hAnsi="Ebrima" w:eastAsia="Ebrima" w:cs="Ebrima"/>
        </w:rPr>
        <w:t>ነቲ</w:t>
      </w:r>
      <w:r>
        <w:rPr>
          <w:rFonts w:ascii="Times New Roman" w:hAnsi="Times New Roman" w:eastAsia="Times New Roman" w:cs="Times New Roman"/>
        </w:rPr>
        <w:t xml:space="preserve"> </w:t>
      </w:r>
      <w:r>
        <w:rPr>
          <w:rFonts w:ascii="Ebrima" w:hAnsi="Ebrima" w:eastAsia="Ebrima" w:cs="Ebrima"/>
        </w:rPr>
        <w:t>ኣደራ</w:t>
      </w:r>
      <w:r>
        <w:rPr>
          <w:rFonts w:ascii="Times New Roman" w:hAnsi="Times New Roman" w:eastAsia="Times New Roman" w:cs="Times New Roman"/>
        </w:rPr>
        <w:t xml:space="preserve"> </w:t>
      </w:r>
      <w:r>
        <w:rPr>
          <w:rFonts w:ascii="Ebrima" w:hAnsi="Ebrima" w:eastAsia="Ebrima" w:cs="Ebrima"/>
        </w:rPr>
        <w:t>ዝተኣመኑሉ</w:t>
      </w:r>
      <w:r>
        <w:rPr>
          <w:rFonts w:ascii="Times New Roman" w:hAnsi="Times New Roman" w:eastAsia="Times New Roman" w:cs="Times New Roman"/>
        </w:rPr>
        <w:t xml:space="preserve"> </w:t>
      </w:r>
      <w:r>
        <w:rPr>
          <w:rFonts w:ascii="Ebrima" w:hAnsi="Ebrima" w:eastAsia="Ebrima" w:cs="Ebrima"/>
        </w:rPr>
        <w:t>ኣታሊሎምዎ።</w:t>
      </w:r>
      <w:r>
        <w:rPr>
          <w:rFonts w:ascii="Times New Roman" w:hAnsi="Times New Roman" w:eastAsia="Times New Roman" w:cs="Times New Roman"/>
        </w:rPr>
        <w:t xml:space="preserve"> </w:t>
      </w:r>
      <w:r>
        <w:rPr>
          <w:rFonts w:ascii="Ebrima" w:hAnsi="Ebrima" w:eastAsia="Ebrima" w:cs="Ebrima"/>
        </w:rPr>
        <w:t>ንሳቶም</w:t>
      </w:r>
      <w:r>
        <w:rPr>
          <w:rFonts w:ascii="Times New Roman" w:hAnsi="Times New Roman" w:eastAsia="Times New Roman" w:cs="Times New Roman"/>
        </w:rPr>
        <w:t xml:space="preserve"> </w:t>
      </w:r>
      <w:r>
        <w:rPr>
          <w:rFonts w:ascii="Ebrima" w:hAnsi="Ebrima" w:eastAsia="Ebrima" w:cs="Ebrima"/>
        </w:rPr>
        <w:t>ከምዚ</w:t>
      </w:r>
      <w:r>
        <w:rPr>
          <w:rFonts w:ascii="Times New Roman" w:hAnsi="Times New Roman" w:eastAsia="Times New Roman" w:cs="Times New Roman"/>
        </w:rPr>
        <w:t xml:space="preserve"> </w:t>
      </w:r>
      <w:r>
        <w:rPr>
          <w:rFonts w:ascii="Ebrima" w:hAnsi="Ebrima" w:eastAsia="Ebrima" w:cs="Ebrima"/>
        </w:rPr>
        <w:t>ዝብል</w:t>
      </w:r>
      <w:r>
        <w:rPr>
          <w:rFonts w:ascii="Times New Roman" w:hAnsi="Times New Roman" w:eastAsia="Times New Roman" w:cs="Times New Roman"/>
        </w:rPr>
        <w:t xml:space="preserve"> </w:t>
      </w:r>
      <w:r>
        <w:rPr>
          <w:rFonts w:ascii="Ebrima" w:hAnsi="Ebrima" w:eastAsia="Ebrima" w:cs="Ebrima"/>
        </w:rPr>
        <w:t>መርገጺ</w:t>
      </w:r>
      <w:r>
        <w:rPr>
          <w:rFonts w:ascii="Times New Roman" w:hAnsi="Times New Roman" w:eastAsia="Times New Roman" w:cs="Times New Roman"/>
        </w:rPr>
        <w:t xml:space="preserve"> </w:t>
      </w:r>
      <w:r>
        <w:rPr>
          <w:rFonts w:ascii="Ebrima" w:hAnsi="Ebrima" w:eastAsia="Ebrima" w:cs="Ebrima"/>
        </w:rPr>
        <w:t>ወሲዶም</w:t>
      </w:r>
      <w:r>
        <w:rPr>
          <w:rFonts w:ascii="Times New Roman" w:hAnsi="Times New Roman" w:eastAsia="Times New Roman" w:cs="Times New Roman"/>
        </w:rPr>
        <w:t xml:space="preserve"> </w:t>
      </w:r>
      <w:r>
        <w:rPr>
          <w:rFonts w:ascii="Ebrima" w:hAnsi="Ebrima" w:eastAsia="Ebrima" w:cs="Ebrima"/>
        </w:rPr>
        <w:t>እዮም፤</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ቀደም</w:t>
      </w:r>
      <w:r>
        <w:rPr>
          <w:rFonts w:ascii="Times New Roman" w:hAnsi="Times New Roman" w:eastAsia="Times New Roman" w:cs="Times New Roman"/>
        </w:rPr>
        <w:t xml:space="preserve"> </w:t>
      </w:r>
      <w:r>
        <w:rPr>
          <w:rFonts w:ascii="Ebrima" w:hAnsi="Ebrima" w:eastAsia="Ebrima" w:cs="Ebrima"/>
        </w:rPr>
        <w:t>ዘመናት</w:t>
      </w:r>
      <w:r>
        <w:rPr>
          <w:rFonts w:ascii="Times New Roman" w:hAnsi="Times New Roman" w:eastAsia="Times New Roman" w:cs="Times New Roman"/>
        </w:rPr>
        <w:t xml:space="preserve"> </w:t>
      </w:r>
      <w:r>
        <w:rPr>
          <w:rFonts w:ascii="Ebrima" w:hAnsi="Ebrima" w:eastAsia="Ebrima" w:cs="Ebrima"/>
        </w:rPr>
        <w:t>ተኣምራትን</w:t>
      </w:r>
      <w:r>
        <w:rPr>
          <w:rFonts w:ascii="Times New Roman" w:hAnsi="Times New Roman" w:eastAsia="Times New Roman" w:cs="Times New Roman"/>
        </w:rPr>
        <w:t xml:space="preserve"> </w:t>
      </w:r>
      <w:r>
        <w:rPr>
          <w:rFonts w:ascii="Ebrima" w:hAnsi="Ebrima" w:eastAsia="Ebrima" w:cs="Ebrima"/>
        </w:rPr>
        <w:t>ልዑል</w:t>
      </w:r>
      <w:r>
        <w:rPr>
          <w:rFonts w:ascii="Times New Roman" w:hAnsi="Times New Roman" w:eastAsia="Times New Roman" w:cs="Times New Roman"/>
        </w:rPr>
        <w:t xml:space="preserve"> </w:t>
      </w:r>
      <w:r>
        <w:rPr>
          <w:rFonts w:ascii="Ebrima" w:hAnsi="Ebrima" w:eastAsia="Ebrima" w:cs="Ebrima"/>
        </w:rPr>
        <w:t>መግለጺ</w:t>
      </w:r>
      <w:r>
        <w:rPr>
          <w:rFonts w:ascii="Times New Roman" w:hAnsi="Times New Roman" w:eastAsia="Times New Roman" w:cs="Times New Roman"/>
        </w:rPr>
        <w:t xml:space="preserve"> </w:t>
      </w:r>
      <w:r>
        <w:rPr>
          <w:rFonts w:ascii="Ebrima" w:hAnsi="Ebrima" w:eastAsia="Ebrima" w:cs="Ebrima"/>
        </w:rPr>
        <w:t>ሓይሊ</w:t>
      </w:r>
      <w:r>
        <w:rPr>
          <w:rFonts w:ascii="Times New Roman" w:hAnsi="Times New Roman" w:eastAsia="Times New Roman" w:cs="Times New Roman"/>
        </w:rPr>
        <w:t xml:space="preserve"> </w:t>
      </w:r>
      <w:r>
        <w:rPr>
          <w:rFonts w:ascii="Ebrima" w:hAnsi="Ebrima" w:eastAsia="Ebrima" w:cs="Ebrima"/>
        </w:rPr>
        <w:t>ኣምላኽን</w:t>
      </w:r>
      <w:r>
        <w:rPr>
          <w:rFonts w:ascii="Times New Roman" w:hAnsi="Times New Roman" w:eastAsia="Times New Roman" w:cs="Times New Roman"/>
        </w:rPr>
        <w:t xml:space="preserve"> </w:t>
      </w:r>
      <w:r>
        <w:rPr>
          <w:rFonts w:ascii="Ebrima" w:hAnsi="Ebrima" w:eastAsia="Ebrima" w:cs="Ebrima"/>
        </w:rPr>
        <w:t>ክንጽበ</w:t>
      </w:r>
      <w:r>
        <w:rPr>
          <w:rFonts w:ascii="Times New Roman" w:hAnsi="Times New Roman" w:eastAsia="Times New Roman" w:cs="Times New Roman"/>
        </w:rPr>
        <w:t xml:space="preserve"> </w:t>
      </w:r>
      <w:r>
        <w:rPr>
          <w:rFonts w:ascii="Ebrima" w:hAnsi="Ebrima" w:eastAsia="Ebrima" w:cs="Ebrima"/>
        </w:rPr>
        <w:t>የብልናን።</w:t>
      </w:r>
      <w:r>
        <w:rPr>
          <w:rFonts w:ascii="Times New Roman" w:hAnsi="Times New Roman" w:eastAsia="Times New Roman" w:cs="Times New Roman"/>
        </w:rPr>
        <w:t xml:space="preserve"> </w:t>
      </w:r>
      <w:r>
        <w:rPr>
          <w:rFonts w:ascii="Ebrima" w:hAnsi="Ebrima" w:eastAsia="Ebrima" w:cs="Ebrima"/>
        </w:rPr>
        <w:t>ዘመናት</w:t>
      </w:r>
      <w:r>
        <w:rPr>
          <w:rFonts w:ascii="Times New Roman" w:hAnsi="Times New Roman" w:eastAsia="Times New Roman" w:cs="Times New Roman"/>
        </w:rPr>
        <w:t xml:space="preserve"> </w:t>
      </w:r>
      <w:r>
        <w:rPr>
          <w:rFonts w:ascii="Ebrima" w:hAnsi="Ebrima" w:eastAsia="Ebrima" w:cs="Ebrima"/>
        </w:rPr>
        <w:t>ተለዊጦም</w:t>
      </w:r>
      <w:r>
        <w:rPr>
          <w:rFonts w:ascii="Times New Roman" w:hAnsi="Times New Roman" w:eastAsia="Times New Roman" w:cs="Times New Roman"/>
        </w:rPr>
        <w:t xml:space="preserve"> </w:t>
      </w:r>
      <w:r>
        <w:rPr>
          <w:rFonts w:ascii="Ebrima" w:hAnsi="Ebrima" w:eastAsia="Ebrima" w:cs="Ebrima"/>
        </w:rPr>
        <w:t>እዮም።</w:t>
      </w:r>
      <w:r>
        <w:rPr>
          <w:rFonts w:ascii="Times New Roman" w:hAnsi="Times New Roman" w:eastAsia="Times New Roman" w:cs="Times New Roman"/>
        </w:rPr>
        <w:t xml:space="preserve"> </w:t>
      </w: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ቃላት</w:t>
      </w:r>
      <w:r>
        <w:rPr>
          <w:rFonts w:ascii="Times New Roman" w:hAnsi="Times New Roman" w:eastAsia="Times New Roman" w:cs="Times New Roman"/>
        </w:rPr>
        <w:t xml:space="preserve"> </w:t>
      </w:r>
      <w:r>
        <w:rPr>
          <w:rFonts w:ascii="Ebrima" w:hAnsi="Ebrima" w:eastAsia="Ebrima" w:cs="Ebrima"/>
        </w:rPr>
        <w:t>ንዘይምእማኖም</w:t>
      </w:r>
      <w:r>
        <w:rPr>
          <w:rFonts w:ascii="Times New Roman" w:hAnsi="Times New Roman" w:eastAsia="Times New Roman" w:cs="Times New Roman"/>
        </w:rPr>
        <w:t xml:space="preserve"> </w:t>
      </w:r>
      <w:r>
        <w:rPr>
          <w:rFonts w:ascii="Ebrima" w:hAnsi="Ebrima" w:eastAsia="Ebrima" w:cs="Ebrima"/>
        </w:rPr>
        <w:t>የጽንዕዎ፣</w:t>
      </w:r>
      <w:r>
        <w:rPr>
          <w:rFonts w:ascii="Times New Roman" w:hAnsi="Times New Roman" w:eastAsia="Times New Roman" w:cs="Times New Roman"/>
        </w:rPr>
        <w:t xml:space="preserve"> </w:t>
      </w:r>
      <w:r>
        <w:rPr>
          <w:rFonts w:ascii="Ebrima" w:hAnsi="Ebrima" w:eastAsia="Ebrima" w:cs="Ebrima"/>
        </w:rPr>
        <w:t>እሞ</w:t>
      </w:r>
      <w:r>
        <w:rPr>
          <w:rFonts w:ascii="Times New Roman" w:hAnsi="Times New Roman" w:eastAsia="Times New Roman" w:cs="Times New Roman"/>
        </w:rPr>
        <w:t xml:space="preserve"> </w:t>
      </w:r>
      <w:r>
        <w:rPr>
          <w:rFonts w:ascii="Ebrima" w:hAnsi="Ebrima" w:eastAsia="Ebrima" w:cs="Ebrima"/>
        </w:rPr>
        <w:t>ይብሉ፤</w:t>
      </w:r>
      <w:r>
        <w:rPr>
          <w:rFonts w:ascii="Times New Roman" w:hAnsi="Times New Roman" w:eastAsia="Times New Roman" w:cs="Times New Roman"/>
        </w:rPr>
        <w:t xml:space="preserve"> </w:t>
      </w:r>
      <w:r>
        <w:rPr>
          <w:rFonts w:ascii="Ebrima" w:hAnsi="Ebrima" w:eastAsia="Ebrima" w:cs="Ebrima"/>
        </w:rPr>
        <w:t>እግዚኣብሔር</w:t>
      </w:r>
      <w:r>
        <w:rPr>
          <w:rFonts w:ascii="Times New Roman" w:hAnsi="Times New Roman" w:eastAsia="Times New Roman" w:cs="Times New Roman"/>
        </w:rPr>
        <w:t xml:space="preserve"> </w:t>
      </w:r>
      <w:r>
        <w:rPr>
          <w:rFonts w:ascii="Ebrima" w:hAnsi="Ebrima" w:eastAsia="Ebrima" w:cs="Ebrima"/>
        </w:rPr>
        <w:t>ሰናይ</w:t>
      </w:r>
      <w:r>
        <w:rPr>
          <w:rFonts w:ascii="Times New Roman" w:hAnsi="Times New Roman" w:eastAsia="Times New Roman" w:cs="Times New Roman"/>
        </w:rPr>
        <w:t xml:space="preserve"> </w:t>
      </w:r>
      <w:r>
        <w:rPr>
          <w:rFonts w:ascii="Ebrima" w:hAnsi="Ebrima" w:eastAsia="Ebrima" w:cs="Ebrima"/>
        </w:rPr>
        <w:t>ኣይገብርን፣</w:t>
      </w:r>
      <w:r>
        <w:rPr>
          <w:rFonts w:ascii="Times New Roman" w:hAnsi="Times New Roman" w:eastAsia="Times New Roman" w:cs="Times New Roman"/>
        </w:rPr>
        <w:t xml:space="preserve"> </w:t>
      </w:r>
      <w:r>
        <w:rPr>
          <w:rFonts w:ascii="Ebrima" w:hAnsi="Ebrima" w:eastAsia="Ebrima" w:cs="Ebrima"/>
        </w:rPr>
        <w:t>ክፉእ</w:t>
      </w:r>
      <w:r>
        <w:rPr>
          <w:rFonts w:ascii="Times New Roman" w:hAnsi="Times New Roman" w:eastAsia="Times New Roman" w:cs="Times New Roman"/>
        </w:rPr>
        <w:t xml:space="preserve"> </w:t>
      </w:r>
      <w:r>
        <w:rPr>
          <w:rFonts w:ascii="Ebrima" w:hAnsi="Ebrima" w:eastAsia="Ebrima" w:cs="Ebrima"/>
        </w:rPr>
        <w:t>ውን</w:t>
      </w:r>
      <w:r>
        <w:rPr>
          <w:rFonts w:ascii="Times New Roman" w:hAnsi="Times New Roman" w:eastAsia="Times New Roman" w:cs="Times New Roman"/>
        </w:rPr>
        <w:t xml:space="preserve"> </w:t>
      </w:r>
      <w:r>
        <w:rPr>
          <w:rFonts w:ascii="Ebrima" w:hAnsi="Ebrima" w:eastAsia="Ebrima" w:cs="Ebrima"/>
        </w:rPr>
        <w:t>ኣይገብርን።</w:t>
      </w:r>
      <w:r>
        <w:rPr>
          <w:rFonts w:ascii="Times New Roman" w:hAnsi="Times New Roman" w:eastAsia="Times New Roman" w:cs="Times New Roman"/>
        </w:rPr>
        <w:t xml:space="preserve"> </w:t>
      </w:r>
      <w:r>
        <w:rPr>
          <w:rFonts w:ascii="Ebrima" w:hAnsi="Ebrima" w:eastAsia="Ebrima" w:cs="Ebrima"/>
        </w:rPr>
        <w:t>ንህዝቡ</w:t>
      </w:r>
      <w:r>
        <w:rPr>
          <w:rFonts w:ascii="Times New Roman" w:hAnsi="Times New Roman" w:eastAsia="Times New Roman" w:cs="Times New Roman"/>
        </w:rPr>
        <w:t xml:space="preserve"> </w:t>
      </w:r>
      <w:r>
        <w:rPr>
          <w:rFonts w:ascii="Ebrima" w:hAnsi="Ebrima" w:eastAsia="Ebrima" w:cs="Ebrima"/>
        </w:rPr>
        <w:t>ብፍርዲ</w:t>
      </w:r>
      <w:r>
        <w:rPr>
          <w:rFonts w:ascii="Times New Roman" w:hAnsi="Times New Roman" w:eastAsia="Times New Roman" w:cs="Times New Roman"/>
        </w:rPr>
        <w:t xml:space="preserve"> </w:t>
      </w:r>
      <w:r>
        <w:rPr>
          <w:rFonts w:ascii="Ebrima" w:hAnsi="Ebrima" w:eastAsia="Ebrima" w:cs="Ebrima"/>
        </w:rPr>
        <w:t>ክበጽሖም</w:t>
      </w:r>
      <w:r>
        <w:rPr>
          <w:rFonts w:ascii="Times New Roman" w:hAnsi="Times New Roman" w:eastAsia="Times New Roman" w:cs="Times New Roman"/>
        </w:rPr>
        <w:t xml:space="preserve"> </w:t>
      </w:r>
      <w:r>
        <w:rPr>
          <w:rFonts w:ascii="Ebrima" w:hAnsi="Ebrima" w:eastAsia="Ebrima" w:cs="Ebrima"/>
        </w:rPr>
        <w:t>ክሳዕ</w:t>
      </w:r>
      <w:r>
        <w:rPr>
          <w:rFonts w:ascii="Times New Roman" w:hAnsi="Times New Roman" w:eastAsia="Times New Roman" w:cs="Times New Roman"/>
        </w:rPr>
        <w:t xml:space="preserve"> </w:t>
      </w: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ዝኣክል</w:t>
      </w:r>
      <w:r>
        <w:rPr>
          <w:rFonts w:ascii="Times New Roman" w:hAnsi="Times New Roman" w:eastAsia="Times New Roman" w:cs="Times New Roman"/>
        </w:rPr>
        <w:t xml:space="preserve"> </w:t>
      </w:r>
      <w:r>
        <w:rPr>
          <w:rFonts w:ascii="Ebrima" w:hAnsi="Ebrima" w:eastAsia="Ebrima" w:cs="Ebrima"/>
        </w:rPr>
        <w:t>መሓሪ</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ብኸምዚ</w:t>
      </w:r>
      <w:r>
        <w:rPr>
          <w:rFonts w:ascii="Times New Roman" w:hAnsi="Times New Roman" w:eastAsia="Times New Roman" w:cs="Times New Roman"/>
        </w:rPr>
        <w:t xml:space="preserve"> </w:t>
      </w:r>
      <w:r>
        <w:rPr>
          <w:rFonts w:ascii="Ebrima" w:hAnsi="Ebrima" w:eastAsia="Ebrima" w:cs="Ebrima"/>
        </w:rPr>
        <w:t>ኸኣ</w:t>
      </w:r>
      <w:r>
        <w:rPr>
          <w:rFonts w:ascii="Times New Roman" w:hAnsi="Times New Roman" w:eastAsia="Times New Roman" w:cs="Times New Roman"/>
        </w:rPr>
        <w:t xml:space="preserve"> “</w:t>
      </w:r>
      <w:r>
        <w:rPr>
          <w:rFonts w:ascii="Ebrima" w:hAnsi="Ebrima" w:eastAsia="Ebrima" w:cs="Ebrima"/>
        </w:rPr>
        <w:t>ሰላምን</w:t>
      </w:r>
      <w:r>
        <w:rPr>
          <w:rFonts w:ascii="Times New Roman" w:hAnsi="Times New Roman" w:eastAsia="Times New Roman" w:cs="Times New Roman"/>
        </w:rPr>
        <w:t xml:space="preserve"> </w:t>
      </w:r>
      <w:r>
        <w:rPr>
          <w:rFonts w:ascii="Ebrima" w:hAnsi="Ebrima" w:eastAsia="Ebrima" w:cs="Ebrima"/>
        </w:rPr>
        <w:t>ድሕነትን</w:t>
      </w:r>
      <w:r>
        <w:rPr>
          <w:rFonts w:ascii="Times New Roman" w:hAnsi="Times New Roman" w:eastAsia="Times New Roman" w:cs="Times New Roman"/>
        </w:rPr>
        <w:t xml:space="preserve">” </w:t>
      </w:r>
      <w:r>
        <w:rPr>
          <w:rFonts w:ascii="Ebrima" w:hAnsi="Ebrima" w:eastAsia="Ebrima" w:cs="Ebrima"/>
        </w:rPr>
        <w:t>ዚብል</w:t>
      </w:r>
      <w:r>
        <w:rPr>
          <w:rFonts w:ascii="Times New Roman" w:hAnsi="Times New Roman" w:eastAsia="Times New Roman" w:cs="Times New Roman"/>
        </w:rPr>
        <w:t xml:space="preserve"> </w:t>
      </w:r>
      <w:r>
        <w:rPr>
          <w:rFonts w:ascii="Ebrima" w:hAnsi="Ebrima" w:eastAsia="Ebrima" w:cs="Ebrima"/>
        </w:rPr>
        <w:t>ጭድርታ</w:t>
      </w:r>
      <w:r>
        <w:rPr>
          <w:rFonts w:ascii="Times New Roman" w:hAnsi="Times New Roman" w:eastAsia="Times New Roman" w:cs="Times New Roman"/>
        </w:rPr>
        <w:t xml:space="preserve"> </w:t>
      </w:r>
      <w:r>
        <w:rPr>
          <w:rFonts w:ascii="Ebrima" w:hAnsi="Ebrima" w:eastAsia="Ebrima" w:cs="Ebrima"/>
        </w:rPr>
        <w:t>ካብቶም</w:t>
      </w:r>
      <w:r>
        <w:rPr>
          <w:rFonts w:ascii="Times New Roman" w:hAnsi="Times New Roman" w:eastAsia="Times New Roman" w:cs="Times New Roman"/>
        </w:rPr>
        <w:t xml:space="preserve"> </w:t>
      </w:r>
      <w:r>
        <w:rPr>
          <w:rFonts w:ascii="Ebrima" w:hAnsi="Ebrima" w:eastAsia="Ebrima" w:cs="Ebrima"/>
        </w:rPr>
        <w:t>ደጊም</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መለኸት</w:t>
      </w:r>
      <w:r>
        <w:rPr>
          <w:rFonts w:ascii="Times New Roman" w:hAnsi="Times New Roman" w:eastAsia="Times New Roman" w:cs="Times New Roman"/>
        </w:rPr>
        <w:t xml:space="preserve"> </w:t>
      </w:r>
      <w:r>
        <w:rPr>
          <w:rFonts w:ascii="Ebrima" w:hAnsi="Ebrima" w:eastAsia="Ebrima" w:cs="Ebrima"/>
        </w:rPr>
        <w:t>ድምጾም</w:t>
      </w:r>
      <w:r>
        <w:rPr>
          <w:rFonts w:ascii="Times New Roman" w:hAnsi="Times New Roman" w:eastAsia="Times New Roman" w:cs="Times New Roman"/>
        </w:rPr>
        <w:t xml:space="preserve"> </w:t>
      </w:r>
      <w:r>
        <w:rPr>
          <w:rFonts w:ascii="Ebrima" w:hAnsi="Ebrima" w:eastAsia="Ebrima" w:cs="Ebrima"/>
        </w:rPr>
        <w:t>ኣልዒሎም</w:t>
      </w:r>
      <w:r>
        <w:rPr>
          <w:rFonts w:ascii="Times New Roman" w:hAnsi="Times New Roman" w:eastAsia="Times New Roman" w:cs="Times New Roman"/>
        </w:rPr>
        <w:t xml:space="preserve"> </w:t>
      </w:r>
      <w:r>
        <w:rPr>
          <w:rFonts w:ascii="Ebrima" w:hAnsi="Ebrima" w:eastAsia="Ebrima" w:cs="Ebrima"/>
        </w:rPr>
        <w:t>ንህዝቢ</w:t>
      </w:r>
      <w:r>
        <w:rPr>
          <w:rFonts w:ascii="Times New Roman" w:hAnsi="Times New Roman" w:eastAsia="Times New Roman" w:cs="Times New Roman"/>
        </w:rPr>
        <w:t xml:space="preserve"> </w:t>
      </w:r>
      <w:r>
        <w:rPr>
          <w:rFonts w:ascii="Ebrima" w:hAnsi="Ebrima" w:eastAsia="Ebrima" w:cs="Ebrima"/>
        </w:rPr>
        <w:t>ኣምላኽ</w:t>
      </w:r>
      <w:r>
        <w:rPr>
          <w:rFonts w:ascii="Times New Roman" w:hAnsi="Times New Roman" w:eastAsia="Times New Roman" w:cs="Times New Roman"/>
        </w:rPr>
        <w:t xml:space="preserve"> </w:t>
      </w:r>
      <w:r>
        <w:rPr>
          <w:rFonts w:ascii="Ebrima" w:hAnsi="Ebrima" w:eastAsia="Ebrima" w:cs="Ebrima"/>
        </w:rPr>
        <w:t>ኣበሳኦምን</w:t>
      </w:r>
      <w:r>
        <w:rPr>
          <w:rFonts w:ascii="Times New Roman" w:hAnsi="Times New Roman" w:eastAsia="Times New Roman" w:cs="Times New Roman"/>
        </w:rPr>
        <w:t xml:space="preserve"> </w:t>
      </w:r>
      <w:r>
        <w:rPr>
          <w:rFonts w:ascii="Ebrima" w:hAnsi="Ebrima" w:eastAsia="Ebrima" w:cs="Ebrima"/>
        </w:rPr>
        <w:t>ንቤት</w:t>
      </w:r>
      <w:r>
        <w:rPr>
          <w:rFonts w:ascii="Times New Roman" w:hAnsi="Times New Roman" w:eastAsia="Times New Roman" w:cs="Times New Roman"/>
        </w:rPr>
        <w:t xml:space="preserve"> </w:t>
      </w:r>
      <w:r>
        <w:rPr>
          <w:rFonts w:ascii="Ebrima" w:hAnsi="Ebrima" w:eastAsia="Ebrima" w:cs="Ebrima"/>
        </w:rPr>
        <w:t>ያእቆብ</w:t>
      </w:r>
      <w:r>
        <w:rPr>
          <w:rFonts w:ascii="Times New Roman" w:hAnsi="Times New Roman" w:eastAsia="Times New Roman" w:cs="Times New Roman"/>
        </w:rPr>
        <w:t xml:space="preserve"> </w:t>
      </w:r>
      <w:r>
        <w:rPr>
          <w:rFonts w:ascii="Ebrima" w:hAnsi="Ebrima" w:eastAsia="Ebrima" w:cs="Ebrima"/>
        </w:rPr>
        <w:t>ሓጢኣቶምን</w:t>
      </w:r>
      <w:r>
        <w:rPr>
          <w:rFonts w:ascii="Times New Roman" w:hAnsi="Times New Roman" w:eastAsia="Times New Roman" w:cs="Times New Roman"/>
        </w:rPr>
        <w:t xml:space="preserve"> </w:t>
      </w:r>
      <w:r>
        <w:rPr>
          <w:rFonts w:ascii="Ebrima" w:hAnsi="Ebrima" w:eastAsia="Ebrima" w:cs="Ebrima"/>
        </w:rPr>
        <w:t>ከርእዩ</w:t>
      </w:r>
      <w:r>
        <w:rPr>
          <w:rFonts w:ascii="Times New Roman" w:hAnsi="Times New Roman" w:eastAsia="Times New Roman" w:cs="Times New Roman"/>
        </w:rPr>
        <w:t xml:space="preserve"> </w:t>
      </w:r>
      <w:r>
        <w:rPr>
          <w:rFonts w:ascii="Ebrima" w:hAnsi="Ebrima" w:eastAsia="Ebrima" w:cs="Ebrima"/>
        </w:rPr>
        <w:t>ዘይክእሉ</w:t>
      </w:r>
      <w:r>
        <w:rPr>
          <w:rFonts w:ascii="Times New Roman" w:hAnsi="Times New Roman" w:eastAsia="Times New Roman" w:cs="Times New Roman"/>
        </w:rPr>
        <w:t xml:space="preserve"> </w:t>
      </w:r>
      <w:r>
        <w:rPr>
          <w:rFonts w:ascii="Ebrima" w:hAnsi="Ebrima" w:eastAsia="Ebrima" w:cs="Ebrima"/>
        </w:rPr>
        <w:t>ሰባት</w:t>
      </w:r>
      <w:r>
        <w:rPr>
          <w:rFonts w:ascii="Times New Roman" w:hAnsi="Times New Roman" w:eastAsia="Times New Roman" w:cs="Times New Roman"/>
        </w:rPr>
        <w:t xml:space="preserve"> </w:t>
      </w:r>
      <w:r>
        <w:rPr>
          <w:rFonts w:ascii="Ebrima" w:hAnsi="Ebrima" w:eastAsia="Ebrima" w:cs="Ebrima"/>
        </w:rPr>
        <w:t>ይወጽእ።</w:t>
      </w:r>
      <w:r>
        <w:rPr>
          <w:rFonts w:ascii="Times New Roman" w:hAnsi="Times New Roman" w:eastAsia="Times New Roman" w:cs="Times New Roman"/>
        </w:rPr>
        <w:t xml:space="preserve"> </w:t>
      </w:r>
      <w:r>
        <w:rPr>
          <w:rFonts w:ascii="Ebrima" w:hAnsi="Ebrima" w:eastAsia="Ebrima" w:cs="Ebrima"/>
        </w:rPr>
        <w:t>እዞም</w:t>
      </w:r>
      <w:r>
        <w:rPr>
          <w:rFonts w:ascii="Times New Roman" w:hAnsi="Times New Roman" w:eastAsia="Times New Roman" w:cs="Times New Roman"/>
        </w:rPr>
        <w:t xml:space="preserve"> </w:t>
      </w:r>
      <w:r>
        <w:rPr>
          <w:rFonts w:ascii="Ebrima" w:hAnsi="Ebrima" w:eastAsia="Ebrima" w:cs="Ebrima"/>
        </w:rPr>
        <w:t>ክጮኹ</w:t>
      </w:r>
      <w:r>
        <w:rPr>
          <w:rFonts w:ascii="Times New Roman" w:hAnsi="Times New Roman" w:eastAsia="Times New Roman" w:cs="Times New Roman"/>
        </w:rPr>
        <w:t xml:space="preserve"> </w:t>
      </w:r>
      <w:r>
        <w:rPr>
          <w:rFonts w:ascii="Ebrima" w:hAnsi="Ebrima" w:eastAsia="Ebrima" w:cs="Ebrima"/>
        </w:rPr>
        <w:t>ዘይፈተዉ</w:t>
      </w:r>
      <w:r>
        <w:rPr>
          <w:rFonts w:ascii="Times New Roman" w:hAnsi="Times New Roman" w:eastAsia="Times New Roman" w:cs="Times New Roman"/>
        </w:rPr>
        <w:t xml:space="preserve"> </w:t>
      </w:r>
      <w:r>
        <w:rPr>
          <w:rFonts w:ascii="Ebrima" w:hAnsi="Ebrima" w:eastAsia="Ebrima" w:cs="Ebrima"/>
        </w:rPr>
        <w:t>ዓባሳት</w:t>
      </w:r>
      <w:r>
        <w:rPr>
          <w:rFonts w:ascii="Times New Roman" w:hAnsi="Times New Roman" w:eastAsia="Times New Roman" w:cs="Times New Roman"/>
        </w:rPr>
        <w:t xml:space="preserve"> </w:t>
      </w:r>
      <w:r>
        <w:rPr>
          <w:rFonts w:ascii="Ebrima" w:hAnsi="Ebrima" w:eastAsia="Ebrima" w:cs="Ebrima"/>
        </w:rPr>
        <w:t>ኣኽላባት</w:t>
      </w:r>
      <w:r>
        <w:rPr>
          <w:rFonts w:ascii="Times New Roman" w:hAnsi="Times New Roman" w:eastAsia="Times New Roman" w:cs="Times New Roman"/>
        </w:rPr>
        <w:t xml:space="preserve"> </w:t>
      </w:r>
      <w:r>
        <w:rPr>
          <w:rFonts w:ascii="Ebrima" w:hAnsi="Ebrima" w:eastAsia="Ebrima" w:cs="Ebrima"/>
        </w:rPr>
        <w:t>እዮም</w:t>
      </w:r>
      <w:r>
        <w:rPr>
          <w:rFonts w:ascii="Times New Roman" w:hAnsi="Times New Roman" w:eastAsia="Times New Roman" w:cs="Times New Roman"/>
        </w:rPr>
        <w:t xml:space="preserve"> </w:t>
      </w:r>
      <w:r>
        <w:rPr>
          <w:rFonts w:ascii="Ebrima" w:hAnsi="Ebrima" w:eastAsia="Ebrima" w:cs="Ebrima"/>
        </w:rPr>
        <w:t>ነቲ</w:t>
      </w:r>
      <w:r>
        <w:rPr>
          <w:rFonts w:ascii="Times New Roman" w:hAnsi="Times New Roman" w:eastAsia="Times New Roman" w:cs="Times New Roman"/>
        </w:rPr>
        <w:t xml:space="preserve"> </w:t>
      </w:r>
      <w:r>
        <w:rPr>
          <w:rFonts w:ascii="Ebrima" w:hAnsi="Ebrima" w:eastAsia="Ebrima" w:cs="Ebrima"/>
        </w:rPr>
        <w:t>ግቡእ</w:t>
      </w:r>
      <w:r>
        <w:rPr>
          <w:rFonts w:ascii="Times New Roman" w:hAnsi="Times New Roman" w:eastAsia="Times New Roman" w:cs="Times New Roman"/>
        </w:rPr>
        <w:t xml:space="preserve"> </w:t>
      </w:r>
      <w:r>
        <w:rPr>
          <w:rFonts w:ascii="Ebrima" w:hAnsi="Ebrima" w:eastAsia="Ebrima" w:cs="Ebrima"/>
        </w:rPr>
        <w:t>ሕነ</w:t>
      </w:r>
      <w:r>
        <w:rPr>
          <w:rFonts w:ascii="Times New Roman" w:hAnsi="Times New Roman" w:eastAsia="Times New Roman" w:cs="Times New Roman"/>
        </w:rPr>
        <w:t xml:space="preserve"> </w:t>
      </w:r>
      <w:r>
        <w:rPr>
          <w:rFonts w:ascii="Ebrima" w:hAnsi="Ebrima" w:eastAsia="Ebrima" w:cs="Ebrima"/>
        </w:rPr>
        <w:t>ፍዳ</w:t>
      </w:r>
      <w:r>
        <w:rPr>
          <w:rFonts w:ascii="Times New Roman" w:hAnsi="Times New Roman" w:eastAsia="Times New Roman" w:cs="Times New Roman"/>
        </w:rPr>
        <w:t xml:space="preserve"> </w:t>
      </w:r>
      <w:r>
        <w:rPr>
          <w:rFonts w:ascii="Ebrima" w:hAnsi="Ebrima" w:eastAsia="Ebrima" w:cs="Ebrima"/>
        </w:rPr>
        <w:t>ዝተቖጥዐ</w:t>
      </w:r>
      <w:r>
        <w:rPr>
          <w:rFonts w:ascii="Times New Roman" w:hAnsi="Times New Roman" w:eastAsia="Times New Roman" w:cs="Times New Roman"/>
        </w:rPr>
        <w:t xml:space="preserve"> </w:t>
      </w:r>
      <w:r>
        <w:rPr>
          <w:rFonts w:ascii="Ebrima" w:hAnsi="Ebrima" w:eastAsia="Ebrima" w:cs="Ebrima"/>
        </w:rPr>
        <w:t>ኣምላኽ</w:t>
      </w:r>
      <w:r>
        <w:rPr>
          <w:rFonts w:ascii="Times New Roman" w:hAnsi="Times New Roman" w:eastAsia="Times New Roman" w:cs="Times New Roman"/>
        </w:rPr>
        <w:t xml:space="preserve"> </w:t>
      </w:r>
      <w:r>
        <w:rPr>
          <w:rFonts w:ascii="Ebrima" w:hAnsi="Ebrima" w:eastAsia="Ebrima" w:cs="Ebrima"/>
        </w:rPr>
        <w:t>ዝስምዖም።</w:t>
      </w:r>
      <w:r>
        <w:rPr>
          <w:rFonts w:ascii="Times New Roman" w:hAnsi="Times New Roman" w:eastAsia="Times New Roman" w:cs="Times New Roman"/>
        </w:rPr>
        <w:t xml:space="preserve"> </w:t>
      </w:r>
      <w:r>
        <w:rPr>
          <w:rFonts w:ascii="Ebrima" w:hAnsi="Ebrima" w:eastAsia="Ebrima" w:cs="Ebrima"/>
        </w:rPr>
        <w:t>ሰብኡትን</w:t>
      </w:r>
      <w:r>
        <w:rPr>
          <w:rFonts w:ascii="Times New Roman" w:hAnsi="Times New Roman" w:eastAsia="Times New Roman" w:cs="Times New Roman"/>
        </w:rPr>
        <w:t xml:space="preserve"> </w:t>
      </w:r>
      <w:r>
        <w:rPr>
          <w:rFonts w:ascii="Ebrima" w:hAnsi="Ebrima" w:eastAsia="Ebrima" w:cs="Ebrima"/>
        </w:rPr>
        <w:t>ኣዋልድን</w:t>
      </w:r>
      <w:r>
        <w:rPr>
          <w:rFonts w:ascii="Times New Roman" w:hAnsi="Times New Roman" w:eastAsia="Times New Roman" w:cs="Times New Roman"/>
        </w:rPr>
        <w:t xml:space="preserve"> </w:t>
      </w:r>
      <w:r>
        <w:rPr>
          <w:rFonts w:ascii="Ebrima" w:hAnsi="Ebrima" w:eastAsia="Ebrima" w:cs="Ebrima"/>
        </w:rPr>
        <w:t>ቈልዑን</w:t>
      </w:r>
      <w:r>
        <w:rPr>
          <w:rFonts w:ascii="Times New Roman" w:hAnsi="Times New Roman" w:eastAsia="Times New Roman" w:cs="Times New Roman"/>
        </w:rPr>
        <w:t xml:space="preserve"> </w:t>
      </w:r>
      <w:r>
        <w:rPr>
          <w:rFonts w:ascii="Ebrima" w:hAnsi="Ebrima" w:eastAsia="Ebrima" w:cs="Ebrima"/>
        </w:rPr>
        <w:t>ብሓደ</w:t>
      </w:r>
      <w:r>
        <w:rPr>
          <w:rFonts w:ascii="Times New Roman" w:hAnsi="Times New Roman" w:eastAsia="Times New Roman" w:cs="Times New Roman"/>
        </w:rPr>
        <w:t xml:space="preserve"> </w:t>
      </w:r>
      <w:r>
        <w:rPr>
          <w:rFonts w:ascii="Ebrima" w:hAnsi="Ebrima" w:eastAsia="Ebrima" w:cs="Ebrima"/>
        </w:rPr>
        <w:t>ይጠፍኡ።</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႐ိုသေသစွာတည်ကြည်သူတို့သည်</w:t>
      </w:r>
      <w:r>
        <w:rPr>
          <w:rFonts w:ascii="Times New Roman" w:hAnsi="Times New Roman" w:eastAsia="Times New Roman" w:cs="Times New Roman"/>
        </w:rPr>
        <w:t xml:space="preserve"> </w:t>
      </w:r>
      <w:r>
        <w:rPr>
          <w:rFonts w:ascii="Myanmar Text" w:hAnsi="Myanmar Text" w:eastAsia="Myanmar Text" w:cs="Myanmar Text"/>
        </w:rPr>
        <w:t>သက်ပြင်းချ၍</w:t>
      </w:r>
      <w:r>
        <w:rPr>
          <w:rFonts w:ascii="Times New Roman" w:hAnsi="Times New Roman" w:eastAsia="Times New Roman" w:cs="Times New Roman"/>
        </w:rPr>
        <w:t xml:space="preserve"> </w:t>
      </w:r>
      <w:r>
        <w:rPr>
          <w:rFonts w:ascii="Myanmar Text" w:hAnsi="Myanmar Text" w:eastAsia="Myanmar Text" w:cs="Myanmar Text"/>
        </w:rPr>
        <w:t>ငိုကြွေးနေကြရသော</w:t>
      </w:r>
      <w:r>
        <w:rPr>
          <w:rFonts w:ascii="Times New Roman" w:hAnsi="Times New Roman" w:eastAsia="Times New Roman" w:cs="Times New Roman"/>
        </w:rPr>
        <w:t xml:space="preserve"> </w:t>
      </w:r>
      <w:r>
        <w:rPr>
          <w:rFonts w:ascii="Myanmar Text" w:hAnsi="Myanmar Text" w:eastAsia="Myanmar Text" w:cs="Myanmar Text"/>
        </w:rPr>
        <w:t>စက်ဆုပ်ရွံရှာဖွယ်အမှုများမှာ</w:t>
      </w:r>
      <w:r>
        <w:rPr>
          <w:rFonts w:ascii="Times New Roman" w:hAnsi="Times New Roman" w:eastAsia="Times New Roman" w:cs="Times New Roman"/>
        </w:rPr>
        <w:t xml:space="preserve"> </w:t>
      </w:r>
      <w:r>
        <w:rPr>
          <w:rFonts w:ascii="Myanmar Text" w:hAnsi="Myanmar Text" w:eastAsia="Myanmar Text" w:cs="Myanmar Text"/>
        </w:rPr>
        <w:t>ကန့်သတ်ထားသော</w:t>
      </w:r>
      <w:r>
        <w:rPr>
          <w:rFonts w:ascii="Times New Roman" w:hAnsi="Times New Roman" w:eastAsia="Times New Roman" w:cs="Times New Roman"/>
        </w:rPr>
        <w:t xml:space="preserve"> </w:t>
      </w:r>
      <w:r>
        <w:rPr>
          <w:rFonts w:ascii="Myanmar Text" w:hAnsi="Myanmar Text" w:eastAsia="Myanmar Text" w:cs="Myanmar Text"/>
        </w:rPr>
        <w:t>လူ့မျက်စိတို့ဖြင့်သာ</w:t>
      </w:r>
      <w:r>
        <w:rPr>
          <w:rFonts w:ascii="Times New Roman" w:hAnsi="Times New Roman" w:eastAsia="Times New Roman" w:cs="Times New Roman"/>
        </w:rPr>
        <w:t xml:space="preserve"> </w:t>
      </w:r>
      <w:r>
        <w:rPr>
          <w:rFonts w:ascii="Myanmar Text" w:hAnsi="Myanmar Text" w:eastAsia="Myanmar Text" w:cs="Myanmar Text"/>
        </w:rPr>
        <w:t>မြင်နိုင်သမျှသော</w:t>
      </w:r>
      <w:r>
        <w:rPr>
          <w:rFonts w:ascii="Times New Roman" w:hAnsi="Times New Roman" w:eastAsia="Times New Roman" w:cs="Times New Roman"/>
        </w:rPr>
        <w:t xml:space="preserve"> </w:t>
      </w:r>
      <w:r>
        <w:rPr>
          <w:rFonts w:ascii="Myanmar Text" w:hAnsi="Myanmar Text" w:eastAsia="Myanmar Text" w:cs="Myanmar Text"/>
        </w:rPr>
        <w:t>အရာများသာ</w:t>
      </w:r>
      <w:r>
        <w:rPr>
          <w:rFonts w:ascii="Times New Roman" w:hAnsi="Times New Roman" w:eastAsia="Times New Roman" w:cs="Times New Roman"/>
        </w:rPr>
        <w:t xml:space="preserve"> </w:t>
      </w:r>
      <w:r>
        <w:rPr>
          <w:rFonts w:ascii="Myanmar Text" w:hAnsi="Myanmar Text" w:eastAsia="Myanmar Text" w:cs="Myanmar Text"/>
        </w:rPr>
        <w:t>ဖြစ်ကြ၏။</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အလွန်တရာ</w:t>
      </w:r>
      <w:r>
        <w:rPr>
          <w:rFonts w:ascii="Times New Roman" w:hAnsi="Times New Roman" w:eastAsia="Times New Roman" w:cs="Times New Roman"/>
        </w:rPr>
        <w:t xml:space="preserve"> </w:t>
      </w:r>
      <w:r>
        <w:rPr>
          <w:rFonts w:ascii="Myanmar Text" w:hAnsi="Myanmar Text" w:eastAsia="Myanmar Text" w:cs="Myanmar Text"/>
        </w:rPr>
        <w:t>ဆိုးဝါးသော</w:t>
      </w:r>
      <w:r>
        <w:rPr>
          <w:rFonts w:ascii="Times New Roman" w:hAnsi="Times New Roman" w:eastAsia="Times New Roman" w:cs="Times New Roman"/>
        </w:rPr>
        <w:t xml:space="preserve"> </w:t>
      </w:r>
      <w:r>
        <w:rPr>
          <w:rFonts w:ascii="Myanmar Text" w:hAnsi="Myanmar Text" w:eastAsia="Myanmar Text" w:cs="Myanmar Text"/>
        </w:rPr>
        <w:t>အပြစ်များ၊</w:t>
      </w:r>
      <w:r>
        <w:rPr>
          <w:rFonts w:ascii="Times New Roman" w:hAnsi="Times New Roman" w:eastAsia="Times New Roman" w:cs="Times New Roman"/>
        </w:rPr>
        <w:t xml:space="preserve"> </w:t>
      </w:r>
      <w:r>
        <w:rPr>
          <w:rFonts w:ascii="Myanmar Text" w:hAnsi="Myanmar Text" w:eastAsia="Myanmar Text" w:cs="Myanmar Text"/>
        </w:rPr>
        <w:t>သန့်ရှင်း၍</w:t>
      </w:r>
      <w:r>
        <w:rPr>
          <w:rFonts w:ascii="Times New Roman" w:hAnsi="Times New Roman" w:eastAsia="Times New Roman" w:cs="Times New Roman"/>
        </w:rPr>
        <w:t xml:space="preserve"> </w:t>
      </w:r>
      <w:r>
        <w:rPr>
          <w:rFonts w:ascii="Myanmar Text" w:hAnsi="Myanmar Text" w:eastAsia="Myanmar Text" w:cs="Myanmar Text"/>
        </w:rPr>
        <w:t>မြင့်မြတ်တော်မူသော</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မနာလိုတော်မူခြင်းကို</w:t>
      </w:r>
      <w:r>
        <w:rPr>
          <w:rFonts w:ascii="Times New Roman" w:hAnsi="Times New Roman" w:eastAsia="Times New Roman" w:cs="Times New Roman"/>
        </w:rPr>
        <w:t xml:space="preserve"> </w:t>
      </w:r>
      <w:r>
        <w:rPr>
          <w:rFonts w:ascii="Myanmar Text" w:hAnsi="Myanmar Text" w:eastAsia="Myanmar Text" w:cs="Myanmar Text"/>
        </w:rPr>
        <w:t>နှိုးဆော်သော</w:t>
      </w:r>
      <w:r>
        <w:rPr>
          <w:rFonts w:ascii="Times New Roman" w:hAnsi="Times New Roman" w:eastAsia="Times New Roman" w:cs="Times New Roman"/>
        </w:rPr>
        <w:t xml:space="preserve"> </w:t>
      </w:r>
      <w:r>
        <w:rPr>
          <w:rFonts w:ascii="Myanmar Text" w:hAnsi="Myanmar Text" w:eastAsia="Myanmar Text" w:cs="Myanmar Text"/>
        </w:rPr>
        <w:t>အပြစ်များမူကား</w:t>
      </w:r>
      <w:r>
        <w:rPr>
          <w:rFonts w:ascii="Times New Roman" w:hAnsi="Times New Roman" w:eastAsia="Times New Roman" w:cs="Times New Roman"/>
        </w:rPr>
        <w:t xml:space="preserve"> </w:t>
      </w:r>
      <w:r>
        <w:rPr>
          <w:rFonts w:ascii="Myanmar Text" w:hAnsi="Myanmar Text" w:eastAsia="Myanmar Text" w:cs="Myanmar Text"/>
        </w:rPr>
        <w:t>မဖော်ပြမိသေးသော</w:t>
      </w:r>
      <w:r>
        <w:rPr>
          <w:rFonts w:ascii="Times New Roman" w:hAnsi="Times New Roman" w:eastAsia="Times New Roman" w:cs="Times New Roman"/>
        </w:rPr>
        <w:t xml:space="preserve"> </w:t>
      </w:r>
      <w:r>
        <w:rPr>
          <w:rFonts w:ascii="Myanmar Text" w:hAnsi="Myanmar Text" w:eastAsia="Myanmar Text" w:cs="Myanmar Text"/>
        </w:rPr>
        <w:t>အရာများ</w:t>
      </w:r>
      <w:r>
        <w:rPr>
          <w:rFonts w:ascii="Times New Roman" w:hAnsi="Times New Roman" w:eastAsia="Times New Roman" w:cs="Times New Roman"/>
        </w:rPr>
        <w:t xml:space="preserve"> </w:t>
      </w:r>
      <w:r>
        <w:rPr>
          <w:rFonts w:ascii="Myanmar Text" w:hAnsi="Myanmar Text" w:eastAsia="Myanmar Text" w:cs="Myanmar Text"/>
        </w:rPr>
        <w:t>ဖြစ်ကြ၏။</w:t>
      </w:r>
      <w:r>
        <w:rPr>
          <w:rFonts w:ascii="Times New Roman" w:hAnsi="Times New Roman" w:eastAsia="Times New Roman" w:cs="Times New Roman"/>
        </w:rPr>
        <w:t xml:space="preserve"> </w:t>
      </w:r>
      <w:r>
        <w:rPr>
          <w:rFonts w:ascii="Myanmar Text" w:hAnsi="Myanmar Text" w:eastAsia="Myanmar Text" w:cs="Myanmar Text"/>
        </w:rPr>
        <w:t>နှလုံးသားတို့ကို</w:t>
      </w:r>
      <w:r>
        <w:rPr>
          <w:rFonts w:ascii="Times New Roman" w:hAnsi="Times New Roman" w:eastAsia="Times New Roman" w:cs="Times New Roman"/>
        </w:rPr>
        <w:t xml:space="preserve"> </w:t>
      </w:r>
      <w:r>
        <w:rPr>
          <w:rFonts w:ascii="Myanmar Text" w:hAnsi="Myanmar Text" w:eastAsia="Myanmar Text" w:cs="Myanmar Text"/>
        </w:rPr>
        <w:t>စူးစမ်းတော်မူသော</w:t>
      </w:r>
      <w:r>
        <w:rPr>
          <w:rFonts w:ascii="Times New Roman" w:hAnsi="Times New Roman" w:eastAsia="Times New Roman" w:cs="Times New Roman"/>
        </w:rPr>
        <w:t xml:space="preserve"> </w:t>
      </w:r>
      <w:r>
        <w:rPr>
          <w:rFonts w:ascii="Myanmar Text" w:hAnsi="Myanmar Text" w:eastAsia="Myanmar Text" w:cs="Myanmar Text"/>
        </w:rPr>
        <w:t>အရှင်ကြီးသည်</w:t>
      </w:r>
      <w:r>
        <w:rPr>
          <w:rFonts w:ascii="Times New Roman" w:hAnsi="Times New Roman" w:eastAsia="Times New Roman" w:cs="Times New Roman"/>
        </w:rPr>
        <w:t xml:space="preserve"> </w:t>
      </w:r>
      <w:r>
        <w:rPr>
          <w:rFonts w:ascii="Myanmar Text" w:hAnsi="Myanmar Text" w:eastAsia="Myanmar Text" w:cs="Myanmar Text"/>
        </w:rPr>
        <w:t>မတရားမှုကို</w:t>
      </w:r>
      <w:r>
        <w:rPr>
          <w:rFonts w:ascii="Times New Roman" w:hAnsi="Times New Roman" w:eastAsia="Times New Roman" w:cs="Times New Roman"/>
        </w:rPr>
        <w:t xml:space="preserve"> </w:t>
      </w:r>
      <w:r>
        <w:rPr>
          <w:rFonts w:ascii="Myanmar Text" w:hAnsi="Myanmar Text" w:eastAsia="Myanmar Text" w:cs="Myanmar Text"/>
        </w:rPr>
        <w:t>ပြုလုပ်သောသူတို့၏</w:t>
      </w:r>
      <w:r>
        <w:rPr>
          <w:rFonts w:ascii="Times New Roman" w:hAnsi="Times New Roman" w:eastAsia="Times New Roman" w:cs="Times New Roman"/>
        </w:rPr>
        <w:t xml:space="preserve"> </w:t>
      </w:r>
      <w:r>
        <w:rPr>
          <w:rFonts w:ascii="Myanmar Text" w:hAnsi="Myanmar Text" w:eastAsia="Myanmar Text" w:cs="Myanmar Text"/>
        </w:rPr>
        <w:t>လျှို့ဝှက်ရာ၌</w:t>
      </w:r>
      <w:r>
        <w:rPr>
          <w:rFonts w:ascii="Times New Roman" w:hAnsi="Times New Roman" w:eastAsia="Times New Roman" w:cs="Times New Roman"/>
        </w:rPr>
        <w:t xml:space="preserve"> </w:t>
      </w:r>
      <w:r>
        <w:rPr>
          <w:rFonts w:ascii="Myanmar Text" w:hAnsi="Myanmar Text" w:eastAsia="Myanmar Text" w:cs="Myanmar Text"/>
        </w:rPr>
        <w:t>ကျူးလွန်သော</w:t>
      </w:r>
      <w:r>
        <w:rPr>
          <w:rFonts w:ascii="Times New Roman" w:hAnsi="Times New Roman" w:eastAsia="Times New Roman" w:cs="Times New Roman"/>
        </w:rPr>
        <w:t xml:space="preserve"> </w:t>
      </w:r>
      <w:r>
        <w:rPr>
          <w:rFonts w:ascii="Myanmar Text" w:hAnsi="Myanmar Text" w:eastAsia="Myanmar Text" w:cs="Myanmar Text"/>
        </w:rPr>
        <w:t>အပြစ်အလုံးစုံကို</w:t>
      </w:r>
      <w:r>
        <w:rPr>
          <w:rFonts w:ascii="Times New Roman" w:hAnsi="Times New Roman" w:eastAsia="Times New Roman" w:cs="Times New Roman"/>
        </w:rPr>
        <w:t xml:space="preserve"> </w:t>
      </w:r>
      <w:r>
        <w:rPr>
          <w:rFonts w:ascii="Myanmar Text" w:hAnsi="Myanmar Text" w:eastAsia="Myanmar Text" w:cs="Myanmar Text"/>
        </w:rPr>
        <w:t>သိတော်မူ၏။</w:t>
      </w:r>
      <w:r>
        <w:rPr>
          <w:rFonts w:ascii="Times New Roman" w:hAnsi="Times New Roman" w:eastAsia="Times New Roman" w:cs="Times New Roman"/>
        </w:rPr>
        <w:t xml:space="preserve"> </w:t>
      </w:r>
      <w:r>
        <w:rPr>
          <w:rFonts w:ascii="Myanmar Text" w:hAnsi="Myanmar Text" w:eastAsia="Myanmar Text" w:cs="Myanmar Text"/>
        </w:rPr>
        <w:t>ဤသူတို့သည်</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လှည့်ဖြားမှုများအတွင်း၌</w:t>
      </w:r>
      <w:r>
        <w:rPr>
          <w:rFonts w:ascii="Times New Roman" w:hAnsi="Times New Roman" w:eastAsia="Times New Roman" w:cs="Times New Roman"/>
        </w:rPr>
        <w:t xml:space="preserve"> </w:t>
      </w:r>
      <w:r>
        <w:rPr>
          <w:rFonts w:ascii="Myanmar Text" w:hAnsi="Myanmar Text" w:eastAsia="Myanmar Text" w:cs="Myanmar Text"/>
        </w:rPr>
        <w:t>လုံခြုံစိတ်ချသကဲ့သို့</w:t>
      </w:r>
      <w:r>
        <w:rPr>
          <w:rFonts w:ascii="Times New Roman" w:hAnsi="Times New Roman" w:eastAsia="Times New Roman" w:cs="Times New Roman"/>
        </w:rPr>
        <w:t xml:space="preserve"> </w:t>
      </w:r>
      <w:r>
        <w:rPr>
          <w:rFonts w:ascii="Myanmar Text" w:hAnsi="Myanmar Text" w:eastAsia="Myanmar Text" w:cs="Myanmar Text"/>
        </w:rPr>
        <w:t>ခံစားလာကြပြီး၊</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သည်းခံရှည်ကြာတော်မူခြင်းကြောင့်</w:t>
      </w:r>
      <w:r>
        <w:rPr>
          <w:rFonts w:ascii="Times New Roman" w:hAnsi="Times New Roman" w:eastAsia="Times New Roman" w:cs="Times New Roman"/>
        </w:rPr>
        <w:t xml:space="preserve"> ‘</w:t>
      </w:r>
      <w:r>
        <w:rPr>
          <w:rFonts w:ascii="Myanmar Text" w:hAnsi="Myanmar Text" w:eastAsia="Myanmar Text" w:cs="Myanmar Text"/>
        </w:rPr>
        <w:t>ထာဝရဘုရားသည်</w:t>
      </w:r>
      <w:r>
        <w:rPr>
          <w:rFonts w:ascii="Times New Roman" w:hAnsi="Times New Roman" w:eastAsia="Times New Roman" w:cs="Times New Roman"/>
        </w:rPr>
        <w:t xml:space="preserve"> </w:t>
      </w:r>
      <w:r>
        <w:rPr>
          <w:rFonts w:ascii="Myanmar Text" w:hAnsi="Myanmar Text" w:eastAsia="Myanmar Text" w:cs="Myanmar Text"/>
        </w:rPr>
        <w:t>မမြင်တော်မူ</w:t>
      </w:r>
      <w:r>
        <w:rPr>
          <w:rFonts w:ascii="Times New Roman" w:hAnsi="Times New Roman" w:eastAsia="Times New Roman" w:cs="Times New Roman"/>
        </w:rPr>
        <w:t xml:space="preserve">’ </w:t>
      </w:r>
      <w:r>
        <w:rPr>
          <w:rFonts w:ascii="Myanmar Text" w:hAnsi="Myanmar Text" w:eastAsia="Myanmar Text" w:cs="Myanmar Text"/>
        </w:rPr>
        <w:t>ဟုဆိုကြကာ၊</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ကိုယ်တော်သည်</w:t>
      </w:r>
      <w:r>
        <w:rPr>
          <w:rFonts w:ascii="Times New Roman" w:hAnsi="Times New Roman" w:eastAsia="Times New Roman" w:cs="Times New Roman"/>
        </w:rPr>
        <w:t xml:space="preserve"> </w:t>
      </w:r>
      <w:r>
        <w:rPr>
          <w:rFonts w:ascii="Myanmar Text" w:hAnsi="Myanmar Text" w:eastAsia="Myanmar Text" w:cs="Myanmar Text"/>
        </w:rPr>
        <w:t>မြေကြီးကို</w:t>
      </w:r>
      <w:r>
        <w:rPr>
          <w:rFonts w:ascii="Times New Roman" w:hAnsi="Times New Roman" w:eastAsia="Times New Roman" w:cs="Times New Roman"/>
        </w:rPr>
        <w:t xml:space="preserve"> </w:t>
      </w:r>
      <w:r>
        <w:rPr>
          <w:rFonts w:ascii="Myanmar Text" w:hAnsi="Myanmar Text" w:eastAsia="Myanmar Text" w:cs="Myanmar Text"/>
        </w:rPr>
        <w:t>စွန့်ပစ်တော်မူပြီးသကဲ့သို့</w:t>
      </w:r>
      <w:r>
        <w:rPr>
          <w:rFonts w:ascii="Times New Roman" w:hAnsi="Times New Roman" w:eastAsia="Times New Roman" w:cs="Times New Roman"/>
        </w:rPr>
        <w:t xml:space="preserve"> </w:t>
      </w:r>
      <w:r>
        <w:rPr>
          <w:rFonts w:ascii="Myanmar Text" w:hAnsi="Myanmar Text" w:eastAsia="Myanmar Text" w:cs="Myanmar Text"/>
        </w:rPr>
        <w:t>ပြုမူကြ၏။</w:t>
      </w:r>
      <w:r>
        <w:rPr>
          <w:rFonts w:ascii="Times New Roman" w:hAnsi="Times New Roman" w:eastAsia="Times New Roman" w:cs="Times New Roman"/>
        </w:rPr>
        <w:t xml:space="preserve"> </w:t>
      </w:r>
      <w:r>
        <w:rPr>
          <w:rFonts w:ascii="Myanmar Text" w:hAnsi="Myanmar Text" w:eastAsia="Myanmar Text" w:cs="Myanmar Text"/>
        </w:rPr>
        <w:t>သို့သော်</w:t>
      </w:r>
      <w:r>
        <w:rPr>
          <w:rFonts w:ascii="Times New Roman" w:hAnsi="Times New Roman" w:eastAsia="Times New Roman" w:cs="Times New Roman"/>
        </w:rPr>
        <w:t xml:space="preserve"> </w:t>
      </w:r>
      <w:r>
        <w:rPr>
          <w:rFonts w:ascii="Myanmar Text" w:hAnsi="Myanmar Text" w:eastAsia="Myanmar Text" w:cs="Myanmar Text"/>
        </w:rPr>
        <w:t>ကိုယ်တော်သည်</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ဟန်ဆောင်မှုကို</w:t>
      </w:r>
      <w:r>
        <w:rPr>
          <w:rFonts w:ascii="Times New Roman" w:hAnsi="Times New Roman" w:eastAsia="Times New Roman" w:cs="Times New Roman"/>
        </w:rPr>
        <w:t xml:space="preserve"> </w:t>
      </w:r>
      <w:r>
        <w:rPr>
          <w:rFonts w:ascii="Myanmar Text" w:hAnsi="Myanmar Text" w:eastAsia="Myanmar Text" w:cs="Myanmar Text"/>
        </w:rPr>
        <w:t>ဖော်ထုတ်တော်မူမည်ဖြစ်ပြီး၊</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အလွန်ဂရုစိုက်၍</w:t>
      </w:r>
      <w:r>
        <w:rPr>
          <w:rFonts w:ascii="Times New Roman" w:hAnsi="Times New Roman" w:eastAsia="Times New Roman" w:cs="Times New Roman"/>
        </w:rPr>
        <w:t xml:space="preserve"> </w:t>
      </w:r>
      <w:r>
        <w:rPr>
          <w:rFonts w:ascii="Myanmar Text" w:hAnsi="Myanmar Text" w:eastAsia="Myanmar Text" w:cs="Myanmar Text"/>
        </w:rPr>
        <w:t>ဖုံးကွယ်ထားသော</w:t>
      </w:r>
      <w:r>
        <w:rPr>
          <w:rFonts w:ascii="Times New Roman" w:hAnsi="Times New Roman" w:eastAsia="Times New Roman" w:cs="Times New Roman"/>
        </w:rPr>
        <w:t xml:space="preserve"> </w:t>
      </w:r>
      <w:r>
        <w:rPr>
          <w:rFonts w:ascii="Myanmar Text" w:hAnsi="Myanmar Text" w:eastAsia="Myanmar Text" w:cs="Myanmar Text"/>
        </w:rPr>
        <w:t>ထိုအပြစ်များကို</w:t>
      </w:r>
      <w:r>
        <w:rPr>
          <w:rFonts w:ascii="Times New Roman" w:hAnsi="Times New Roman" w:eastAsia="Times New Roman" w:cs="Times New Roman"/>
        </w:rPr>
        <w:t xml:space="preserve"> </w:t>
      </w:r>
      <w:r>
        <w:rPr>
          <w:rFonts w:ascii="Myanmar Text" w:hAnsi="Myanmar Text" w:eastAsia="Myanmar Text" w:cs="Myanmar Text"/>
        </w:rPr>
        <w:t>အခြားသူများရှေ့၌</w:t>
      </w:r>
      <w:r>
        <w:rPr>
          <w:rFonts w:ascii="Times New Roman" w:hAnsi="Times New Roman" w:eastAsia="Times New Roman" w:cs="Times New Roman"/>
        </w:rPr>
        <w:t xml:space="preserve"> </w:t>
      </w:r>
      <w:r>
        <w:rPr>
          <w:rFonts w:ascii="Myanmar Text" w:hAnsi="Myanmar Text" w:eastAsia="Myanmar Text" w:cs="Myanmar Text"/>
        </w:rPr>
        <w:t>ဖွင့်လှစ်ပြတော်မူမည်။</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“Ma sɔrey rank, bɔhɔd, anaa nyansa a ɛwɔ wiase mu biara, anaa gyinabea biara a ɛwɔ kronkron adwuma mu, remma nnipa nnnya nnyera nnyinasosɛm so, sɛ wɔagyaw wɔn ama wɔn ankasa akoma nnaadaafo no. Wɔn a wɔabu wɔn sɛ wɔfata na wɔteɛ no da no adi sɛ wɔn ne awaeɛ no mpanyimfo na wɔn yɛ nhwɛso wɔ anibiannaso ne Onyankopɔn mmɔborɔhunu a wɔde di dwuma bɔne mu. Wɔn amumɔyɛ kwan no, ɔrennya ho ntoboase bio, na n’abufuw mu no, odi wɔn ho dwuma a ahummɔborɔ biara nni mu.”</w:t>
      </w:r>
    </w:p>
    <w:p>
      <w:pPr>
        <w:pStyle w:val="ArticleScripture"/>
        <w:jc w:val="left"/>
      </w:pPr>
      <w:r>
        <w:rPr>
          <w:rFonts w:ascii="Times New Roman" w:hAnsi="Times New Roman" w:eastAsia="Times New Roman" w:cs="Times New Roman"/>
        </w:rPr>
        <w:t>«Саӈа санаатыннаан Сарыал Үтэҕэн уйуттарбат хараҕа суох улуу сырдыкка үрдүккүнэ, уонна атын дьоннороҕо тылынан күүһүн туйбут дьонноруттан Бары Тойон бэйэтин баарын ылар. Кинилэр хаһан эрэ Кини эйигинэн сөптөөх үлэһиттэрэ этилэр, Кини баара уонна салайыыта уларытыллыбыт; ол эрэн киниһиттэн тайдылар уонна атыннары алҕас суолга киллэрдилэр, онон олорор дьону Божествэннэй үөрэхтэриитин кыайыылара уурдуллубут». Testimonies, volume 5, 211, 212.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نمبر تیاسی</dc:title>
  <dc:subject>Laodicean Adventism ꞌGa Mandaꞌwopunupu Ḍaḍi Ḥayolhoyo Mīlatu: Chigam Yisʾatunna Tsʾubotsota Kʾitʾutot Malkata</dc:subject>
  <dc:creator>Jeff Pippenger</dc:creator>
  <cp:keywords/>
  <dc:description>Generated by ArticleDigger from daniel\83_daniel.json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