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دانیال - ژمارە نەوەد و دوو</w:t>
      </w:r>
    </w:p>
    <w:p>
      <w:pPr>
        <w:pStyle w:val="ArticleSubtitle"/>
        <w:jc w:val="left"/>
      </w:pPr>
      <w:r>
        <w:rPr>
          <w:rFonts w:ascii="Myanmar Text" w:hAnsi="Myanmar Text" w:eastAsia="Myanmar Text" w:cs="Myanmar Text"/>
        </w:rPr>
        <w:t>ကိုယ်တော်၏ပရောဖက်ပြုချက်ကို</w:t>
      </w:r>
      <w:r>
        <w:rPr>
          <w:rFonts w:ascii="Arial" w:hAnsi="Arial" w:eastAsia="Arial" w:cs="Arial"/>
        </w:rPr>
        <w:t xml:space="preserve"> </w:t>
      </w:r>
      <w:r>
        <w:rPr>
          <w:rFonts w:ascii="Myanmar Text" w:hAnsi="Myanmar Text" w:eastAsia="Myanmar Text" w:cs="Myanmar Text"/>
        </w:rPr>
        <w:t>ဖွင့်ဟဖော်ပြခြင်း</w:t>
      </w:r>
      <w:r>
        <w:rPr>
          <w:rFonts w:ascii="Arial" w:hAnsi="Arial" w:eastAsia="Arial" w:cs="Arial"/>
        </w:rPr>
        <w:t xml:space="preserve"> — </w:t>
      </w:r>
      <w:r>
        <w:rPr>
          <w:rFonts w:ascii="Myanmar Text" w:hAnsi="Myanmar Text" w:eastAsia="Myanmar Text" w:cs="Myanmar Text"/>
        </w:rPr>
        <w:t>ဒန်ယေလကျမ်း၏</w:t>
      </w:r>
      <w:r>
        <w:rPr>
          <w:rFonts w:ascii="Arial" w:hAnsi="Arial" w:eastAsia="Arial" w:cs="Arial"/>
        </w:rPr>
        <w:t xml:space="preserve"> </w:t>
      </w:r>
      <w:r>
        <w:rPr>
          <w:rFonts w:ascii="Myanmar Text" w:hAnsi="Myanmar Text" w:eastAsia="Myanmar Text" w:cs="Myanmar Text"/>
        </w:rPr>
        <w:t>နောက်ဆုံးခြောက်ပိုဒ်၏</w:t>
      </w:r>
      <w:r>
        <w:rPr>
          <w:rFonts w:ascii="Arial" w:hAnsi="Arial" w:eastAsia="Arial" w:cs="Arial"/>
        </w:rPr>
        <w:t xml:space="preserve"> </w:t>
      </w:r>
      <w:r>
        <w:rPr>
          <w:rFonts w:ascii="Myanmar Text" w:hAnsi="Myanmar Text" w:eastAsia="Myanmar Text" w:cs="Myanmar Text"/>
        </w:rPr>
        <w:t>သုံးဆအကျုံးဝင်မှုနှင့်</w:t>
      </w:r>
      <w:r>
        <w:rPr>
          <w:rFonts w:ascii="Arial" w:hAnsi="Arial" w:eastAsia="Arial" w:cs="Arial"/>
        </w:rPr>
        <w:t xml:space="preserve"> </w:t>
      </w:r>
      <w:r>
        <w:rPr>
          <w:rFonts w:ascii="Myanmar Text" w:hAnsi="Myanmar Text" w:eastAsia="Myanmar Text" w:cs="Myanmar Text"/>
        </w:rPr>
        <w:t>တတိယကောင်းကင်တမန်၏</w:t>
      </w:r>
      <w:r>
        <w:rPr>
          <w:rFonts w:ascii="Arial" w:hAnsi="Arial" w:eastAsia="Arial" w:cs="Arial"/>
        </w:rPr>
        <w:t xml:space="preserve"> </w:t>
      </w:r>
      <w:r>
        <w:rPr>
          <w:rFonts w:ascii="Myanmar Text" w:hAnsi="Myanmar Text" w:eastAsia="Myanmar Text" w:cs="Myanmar Text"/>
        </w:rPr>
        <w:t>ရှေ့သို့တိုးတက်လာသော</w:t>
      </w:r>
      <w:r>
        <w:rPr>
          <w:rFonts w:ascii="Arial" w:hAnsi="Arial" w:eastAsia="Arial" w:cs="Arial"/>
        </w:rPr>
        <w:t xml:space="preserve"> </w:t>
      </w:r>
      <w:r>
        <w:rPr>
          <w:rFonts w:ascii="Myanmar Text" w:hAnsi="Myanmar Text" w:eastAsia="Myanmar Text" w:cs="Myanmar Text"/>
        </w:rPr>
        <w:t>အလင်း</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2024-02-25</w:t>
      </w:r>
    </w:p>
    <w:p>
      <w:pPr>
        <w:pStyle w:val="ArticleBody"/>
        <w:jc w:val="left"/>
      </w:pPr>
      <w:r>
        <w:rPr>
          <w:rFonts w:ascii="Times New Roman" w:hAnsi="Times New Roman" w:eastAsia="Times New Roman" w:cs="Times New Roman"/>
        </w:rPr>
        <w:t>Na hereketo Millerite, o ñeikuaave oñemboty’ỹva ojehechauka, ha omboyke jepémo tenonderãite, ha ndaha’éi añoite, umi protestánte he’íva ijehe. Sardis, pe iglesia osẽva pe pytũmby guive pe supremasía papal-gui, oñemboguata hina peteĩ entendimiento iporãvévape pe evangelio rehegua, upe ojehechaukátava’ekue pe santuario yvagapegua ojepe’ávo yvágape. Pe tercer ángel rembiapo-pe, pe ñeikuaave oñemboty’ỹva ojehechauka septiembre 11, 2001-pe, ha omboyke Adventismo Laodiceagua opárupi ko yvy ape ári. Upévare, pe añetegua ojehechaukáva Daniel once paha poteĩ versículo-pe, ha’éva pe yvytuha pe ñeikuaave rehegua, oñemoĩ hag̃ua hese Adventismo Laodiceagua.</w:t>
      </w:r>
    </w:p>
    <w:p>
      <w:pPr>
        <w:pStyle w:val="ArticleScripture"/>
        <w:jc w:val="left"/>
      </w:pPr>
      <w:r>
        <w:rPr>
          <w:rFonts w:ascii="Times New Roman" w:hAnsi="Times New Roman" w:eastAsia="Times New Roman" w:cs="Times New Roman"/>
        </w:rPr>
        <w:t>“Қақ негіз үстіндегі азғана адал құрылысшылар (1 Қорынттықтарға 3:10, 11) жалған ілімнің қоқысы іске бөгет болғандықтан, абдырап, тежеліп қалды. Нехемияның күндерінде Иерусалим қабырғасын тұрғызушылар сияқты, кейбіреулер: ‘Жүк көтерушілердің күші әлсіреді, қоқыс көп; сондықтан біз қала алмаймыз’,— деуге даяр болды. Нехемия 4:10. Қуғын-сүргінге, айлакерлікке, заңсыздыққа және олардың ілгерілеуіне бөгет жасау үшін шайтан ойлап таба алатын өзге де барлық кедергілерге қарсы үздіксіз күрестен қажыған, адал құрылысшы болып келген кейбіреулер жігерінен айырылды; сөйтіп, тыныштық пен өз мүлкі мен жандарының қауіпсіздігі үшін, олар қақ негізден теріс айналды. Ал басқалары, жауларының қарсылығынан қаймықпай, батыл түрде: ‘Олардан қорықпаңдар; ұлы да қаһарлы Жаратқан Иені естеріңе алыңдар’ (14-аят),— деп жариялады; және олар іске кірісті, әрқайсысы қылышын беліне байлап алды. Ефестіктерге 6:17.”</w:t>
      </w:r>
    </w:p>
    <w:p>
      <w:pPr>
        <w:pStyle w:val="ArticleScripture"/>
        <w:jc w:val="left"/>
      </w:pPr>
      <w:r>
        <w:rPr>
          <w:rFonts w:ascii="Times New Roman" w:hAnsi="Times New Roman" w:eastAsia="Times New Roman" w:cs="Times New Roman"/>
        </w:rPr>
        <w:t>«Ненависть и противление истине, вдохновлявшие врагов Божиих во всякое время, были движимы тем же самым духом; и от Его слуг требовались та же бдительность и та же верность. Слова Христа, обращённые к первым ученикам, относятся и к Его последователям до самого конца времени: „А что вам говорю, говорю всем: бодрствуйте“. Марка 13:37». The Great Controversy, 56.</w:t>
      </w:r>
    </w:p>
    <w:p>
      <w:pPr>
        <w:pStyle w:val="ArticleBody"/>
        <w:jc w:val="left"/>
      </w:pPr>
      <w:r>
        <w:rPr>
          <w:rFonts w:ascii="Times New Roman" w:hAnsi="Times New Roman" w:eastAsia="Times New Roman" w:cs="Times New Roman"/>
        </w:rPr>
        <w:t>Danyel paŋ niŋ six verses kɔɔŋ dïtën wɛt thïn, cï yen bɛ̈n cɔl käk kɔc guöp lueel ke Laodicea Adventism, ku acï yen ke bɛ̈n raan käk theologia rɔt cï nyïn ke mïth (kɔc wïc) ë Laodicea Adventism, ka piny cï yaa lëu ke thin ë tɔ̈u. Käk yiic cï lueel looi në yic guirɛ̈k bï wɛt käŋ aciɛl kɔc, ku cïk alɛth kekë këdït kɔr ke verses cï keek bï guɔp ku bï keek luɔi. Käk guirɛ̈k kɛn acï keek kɔr në mïth käk nyic prophët cï kaŋ bë̈n nyic tënë käkën cï awic, ku cïk bɛ̈n guic ku nyuɔth bɛ̈n ye käŋ pieth ë thilëŋ cï raan puɔth ke malaika de kärou.</w:t>
      </w:r>
    </w:p>
    <w:p>
      <w:pPr>
        <w:pStyle w:val="ArticleBody"/>
        <w:jc w:val="left"/>
      </w:pPr>
      <w:r>
        <w:rPr>
          <w:rFonts w:ascii="Times New Roman" w:hAnsi="Times New Roman" w:eastAsia="Times New Roman" w:cs="Times New Roman"/>
        </w:rPr>
        <w:t>Miillerii chỉ công nhận bốn vương quốc trong lời tiên tri Kinh Thánh, nhưng không lâu sau năm 1844, người ta đã hiểu rằng Hợp Chúng Quốc Hoa Kỳ là con thú từ đất trong Khải Huyền chương mười ba, và sự hiểu biết ấy làm sáng tỏ rằng giáo hoàng quyền không chỉ đơn thuần là một phần của vương quốc La Mã, mà thực sự là vương quốc thứ năm của lời tiên tri Kinh Thánh.</w:t>
      </w:r>
    </w:p>
    <w:p>
      <w:pPr>
        <w:pStyle w:val="ArticleScripture"/>
        <w:jc w:val="left"/>
      </w:pPr>
      <w:r>
        <w:rPr>
          <w:rFonts w:ascii="Times New Roman" w:hAnsi="Times New Roman" w:eastAsia="Times New Roman" w:cs="Times New Roman"/>
        </w:rPr>
        <w:t>“Пичиӄ иӈча кӑнальыӈ, леопардко сиӄыклыӄ ӄорчаӈ, нэли ӄорчаӈ йыргинэт ламба-пыӈэвъётыныгтым мынэӈ, Джон-ым ыныткучгъунэт йъюлӄэл гымнинэт ванэвыльыт, ыкынниӈа аӈқаӈалӄэлэӈ Ильын лыгэнӄинэт нытваӈқавэтэ нэли Ынык людиӈыт ынкынмэчэтэ. Лыгэнӄин ытлыӄинэт гытомкэн мэйӈын тылӄыл. Ильын людиӈыт, святой нэӈэвъёлгыт нэли ынэн ӄэйӈыт символыӈ ым, кымгэт ыгыргылынэт мэлъуӈынэт миноритынык. Ытлыгэн кэлиткэн мэйӈын толькі остаток ым нынӈэтлин. Тыткынэн Джон ытлыӄинэт: ‘ыркынэт, ытрэлӄинэт Ильын заповедьыт, нэли ӄэлитэ testimony Иисус Христос-ым.’</w:t>
      </w:r>
    </w:p>
    <w:p>
      <w:pPr>
        <w:pStyle w:val="ArticleScripture"/>
        <w:jc w:val="left"/>
      </w:pPr>
      <w:r>
        <w:rPr>
          <w:rFonts w:ascii="Times New Roman" w:hAnsi="Times New Roman" w:eastAsia="Times New Roman" w:cs="Times New Roman"/>
        </w:rPr>
        <w:t>“Buta ay n paganismo, asa n di kasunod n buta ay n Papado, si Satanas et pinanggegewana so pakay to ed dakel a siglo pian panmaretnan so daga na matalek ya mga saksi nen Dios. So saramay pagano tan papista et pinagmumovel da so sakey ya espiritu nen dragon. Nagduma ra labat ta so Papado, a mangipapanengneng ya manlilingkor ed Dios, et lalon mapeligro tan malupit a kaaway. Buta ay n panangigapo nen Romanismo, si Satanas et inaresto to so mundo. So iglesia nen Dios a nipapasen a totoon to et inyakar da ed hanay na sayan allilaw, tan labat a sobra ed sangaribo a taon so totoo nen Dios et inandur da so pungot nen dragon. Tan sanen so Papado, a naibulosan na biskeg to, et napilit a tumigil ed panamasegsegang, si Juan et anengneng to so balon pakay a sumagupan pian uliten so boses nen dragon, tan itultuloy so satanan ya malupit tan mapanlibak ed Dios a gawa. Sayan pakay, so ud-udi a makilaban ed iglesia tan ganggan nen Dios, et sinimboloan na sakey ya animal a walaan na saray sakopsop a singa karnero.”</w:t>
      </w:r>
    </w:p>
    <w:p>
      <w:pPr>
        <w:pStyle w:val="ArticleScripture"/>
        <w:jc w:val="left"/>
      </w:pPr>
      <w:r>
        <w:rPr>
          <w:rFonts w:ascii="Times New Roman" w:hAnsi="Times New Roman" w:eastAsia="Times New Roman" w:cs="Times New Roman"/>
        </w:rPr>
        <w:t>“</w:t>
      </w:r>
      <w:r>
        <w:rPr>
          <w:rFonts w:ascii="Javanese Text" w:hAnsi="Javanese Text" w:eastAsia="Javanese Text" w:cs="Javanese Text"/>
        </w:rPr>
        <w:t>ꦤꦩꦸꦤ꧀</w:t>
      </w:r>
      <w:r>
        <w:rPr>
          <w:rFonts w:ascii="Times New Roman" w:hAnsi="Times New Roman" w:eastAsia="Times New Roman" w:cs="Times New Roman"/>
        </w:rPr>
        <w:t xml:space="preserve"> </w:t>
      </w:r>
      <w:r>
        <w:rPr>
          <w:rFonts w:ascii="Javanese Text" w:hAnsi="Javanese Text" w:eastAsia="Javanese Text" w:cs="Javanese Text"/>
        </w:rPr>
        <w:t>ꦒꦫꦶꦱ꧀</w:t>
      </w:r>
      <w:r>
        <w:rPr>
          <w:rFonts w:ascii="Times New Roman" w:hAnsi="Times New Roman" w:eastAsia="Times New Roman" w:cs="Times New Roman"/>
        </w:rPr>
        <w:t xml:space="preserve"> </w:t>
      </w:r>
      <w:r>
        <w:rPr>
          <w:rFonts w:ascii="Javanese Text" w:hAnsi="Javanese Text" w:eastAsia="Javanese Text" w:cs="Javanese Text"/>
        </w:rPr>
        <w:t>ꦒꦫꦶꦱ꧀</w:t>
      </w:r>
      <w:r>
        <w:rPr>
          <w:rFonts w:ascii="Times New Roman" w:hAnsi="Times New Roman" w:eastAsia="Times New Roman" w:cs="Times New Roman"/>
        </w:rPr>
        <w:t xml:space="preserve"> </w:t>
      </w:r>
      <w:r>
        <w:rPr>
          <w:rFonts w:ascii="Javanese Text" w:hAnsi="Javanese Text" w:eastAsia="Javanese Text" w:cs="Javanese Text"/>
        </w:rPr>
        <w:t>ꦠꦼꦒꦼꦱ꧀</w:t>
      </w:r>
      <w:r>
        <w:rPr>
          <w:rFonts w:ascii="Times New Roman" w:hAnsi="Times New Roman" w:eastAsia="Times New Roman" w:cs="Times New Roman"/>
        </w:rPr>
        <w:t xml:space="preserve"> </w:t>
      </w:r>
      <w:r>
        <w:rPr>
          <w:rFonts w:ascii="Javanese Text" w:hAnsi="Javanese Text" w:eastAsia="Javanese Text" w:cs="Javanese Text"/>
        </w:rPr>
        <w:t>ꦱꦏꦶꦁ</w:t>
      </w:r>
      <w:r>
        <w:rPr>
          <w:rFonts w:ascii="Times New Roman" w:hAnsi="Times New Roman" w:eastAsia="Times New Roman" w:cs="Times New Roman"/>
        </w:rPr>
        <w:t xml:space="preserve"> </w:t>
      </w:r>
      <w:r>
        <w:rPr>
          <w:rFonts w:ascii="Javanese Text" w:hAnsi="Javanese Text" w:eastAsia="Javanese Text" w:cs="Javanese Text"/>
        </w:rPr>
        <w:t>ꦥꦼꦤ꧀ꦱꦶꦭ꧀</w:t>
      </w:r>
      <w:r>
        <w:rPr>
          <w:rFonts w:ascii="Times New Roman" w:hAnsi="Times New Roman" w:eastAsia="Times New Roman" w:cs="Times New Roman"/>
        </w:rPr>
        <w:t xml:space="preserve"> </w:t>
      </w:r>
      <w:r>
        <w:rPr>
          <w:rFonts w:ascii="Javanese Text" w:hAnsi="Javanese Text" w:eastAsia="Javanese Text" w:cs="Javanese Text"/>
        </w:rPr>
        <w:t>ꦥꦿꦺꦴꦥꦺꦠꦶꦏ꧀</w:t>
      </w:r>
      <w:r>
        <w:rPr>
          <w:rFonts w:ascii="Times New Roman" w:hAnsi="Times New Roman" w:eastAsia="Times New Roman" w:cs="Times New Roman"/>
        </w:rPr>
        <w:t xml:space="preserve"> </w:t>
      </w:r>
      <w:r>
        <w:rPr>
          <w:rFonts w:ascii="Javanese Text" w:hAnsi="Javanese Text" w:eastAsia="Javanese Text" w:cs="Javanese Text"/>
        </w:rPr>
        <w:t>ꦔꦸꦁꦏꦥ꧀ꦏꦺ</w:t>
      </w:r>
      <w:r>
        <w:rPr>
          <w:rFonts w:ascii="Times New Roman" w:hAnsi="Times New Roman" w:eastAsia="Times New Roman" w:cs="Times New Roman"/>
        </w:rPr>
        <w:t xml:space="preserve"> </w:t>
      </w:r>
      <w:r>
        <w:rPr>
          <w:rFonts w:ascii="Javanese Text" w:hAnsi="Javanese Text" w:eastAsia="Javanese Text" w:cs="Javanese Text"/>
        </w:rPr>
        <w:t>ꦲꦤꦶꦁ</w:t>
      </w:r>
      <w:r>
        <w:rPr>
          <w:rFonts w:ascii="Times New Roman" w:hAnsi="Times New Roman" w:eastAsia="Times New Roman" w:cs="Times New Roman"/>
        </w:rPr>
        <w:t xml:space="preserve"> </w:t>
      </w:r>
      <w:r>
        <w:rPr>
          <w:rFonts w:ascii="Javanese Text" w:hAnsi="Javanese Text" w:eastAsia="Javanese Text" w:cs="Javanese Text"/>
        </w:rPr>
        <w:t>ꦥꦿꦸꦧꦲꦤ꧀</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ꦥꦤꦼꦩ꧀ꦧꦁ</w:t>
      </w:r>
      <w:r>
        <w:rPr>
          <w:rFonts w:ascii="Times New Roman" w:hAnsi="Times New Roman" w:eastAsia="Times New Roman" w:cs="Times New Roman"/>
        </w:rPr>
        <w:t xml:space="preserve"> </w:t>
      </w:r>
      <w:r>
        <w:rPr>
          <w:rFonts w:ascii="Javanese Text" w:hAnsi="Javanese Text" w:eastAsia="Javanese Text" w:cs="Javanese Text"/>
        </w:rPr>
        <w:t>ꦱꦸꦤ꧀ꦪꦶ</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ꦱꦠꦺꦮꦤ꧀</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ꦲꦤꦁ</w:t>
      </w:r>
      <w:r>
        <w:rPr>
          <w:rFonts w:ascii="Times New Roman" w:hAnsi="Times New Roman" w:eastAsia="Times New Roman" w:cs="Times New Roman"/>
        </w:rPr>
        <w:t xml:space="preserve"> </w:t>
      </w:r>
      <w:r>
        <w:rPr>
          <w:rFonts w:ascii="Javanese Text" w:hAnsi="Javanese Text" w:eastAsia="Javanese Text" w:cs="Javanese Text"/>
        </w:rPr>
        <w:t>ꦱꦸꦁꦒꦸ</w:t>
      </w:r>
      <w:r>
        <w:rPr>
          <w:rFonts w:ascii="Times New Roman" w:hAnsi="Times New Roman" w:eastAsia="Times New Roman" w:cs="Times New Roman"/>
        </w:rPr>
        <w:t xml:space="preserve"> </w:t>
      </w:r>
      <w:r>
        <w:rPr>
          <w:rFonts w:ascii="Javanese Text" w:hAnsi="Javanese Text" w:eastAsia="Javanese Text" w:cs="Javanese Text"/>
        </w:rPr>
        <w:t>ꦏꦼꦩ꧀ꦧꦁ</w:t>
      </w:r>
      <w:r>
        <w:rPr>
          <w:rFonts w:ascii="Times New Roman" w:hAnsi="Times New Roman" w:eastAsia="Times New Roman" w:cs="Times New Roman"/>
        </w:rPr>
        <w:t xml:space="preserve"> </w:t>
      </w:r>
      <w:r>
        <w:rPr>
          <w:rFonts w:ascii="Javanese Text" w:hAnsi="Javanese Text" w:eastAsia="Javanese Text" w:cs="Javanese Text"/>
        </w:rPr>
        <w:t>ꦲꦩ꧀ꦧꦼꦁ</w:t>
      </w:r>
      <w:r>
        <w:rPr>
          <w:rFonts w:ascii="Times New Roman" w:hAnsi="Times New Roman" w:eastAsia="Times New Roman" w:cs="Times New Roman"/>
        </w:rPr>
        <w:t xml:space="preserve"> </w:t>
      </w:r>
      <w:r>
        <w:rPr>
          <w:rFonts w:ascii="Javanese Text" w:hAnsi="Javanese Text" w:eastAsia="Javanese Text" w:cs="Javanese Text"/>
        </w:rPr>
        <w:t>ꦩꦼꦠꦸ</w:t>
      </w:r>
      <w:r>
        <w:rPr>
          <w:rFonts w:ascii="Times New Roman" w:hAnsi="Times New Roman" w:eastAsia="Times New Roman" w:cs="Times New Roman"/>
        </w:rPr>
        <w:t xml:space="preserve"> </w:t>
      </w:r>
      <w:r>
        <w:rPr>
          <w:rFonts w:ascii="Javanese Text" w:hAnsi="Javanese Text" w:eastAsia="Javanese Text" w:cs="Javanese Text"/>
        </w:rPr>
        <w:t>ꦲꦼꦤꦸꦱꦼꦤ꧀ꦠꦫꦺ</w:t>
      </w:r>
      <w:r>
        <w:rPr>
          <w:rFonts w:ascii="Times New Roman" w:hAnsi="Times New Roman" w:eastAsia="Times New Roman" w:cs="Times New Roman"/>
        </w:rPr>
        <w:t xml:space="preserve"> </w:t>
      </w:r>
      <w:r>
        <w:rPr>
          <w:rFonts w:ascii="Javanese Text" w:hAnsi="Javanese Text" w:eastAsia="Javanese Text" w:cs="Javanese Text"/>
        </w:rPr>
        <w:t>ꦤꦸꦠꦸꦂ</w:t>
      </w:r>
      <w:r>
        <w:rPr>
          <w:rFonts w:ascii="Times New Roman" w:hAnsi="Times New Roman" w:eastAsia="Times New Roman" w:cs="Times New Roman"/>
        </w:rPr>
        <w:t xml:space="preserve"> </w:t>
      </w:r>
      <w:r>
        <w:rPr>
          <w:rFonts w:ascii="Javanese Text" w:hAnsi="Javanese Text" w:eastAsia="Javanese Text" w:cs="Javanese Text"/>
        </w:rPr>
        <w:t>ꦏꦗꦶ</w:t>
      </w:r>
      <w:r>
        <w:rPr>
          <w:rFonts w:ascii="Times New Roman" w:hAnsi="Times New Roman" w:eastAsia="Times New Roman" w:cs="Times New Roman"/>
        </w:rPr>
        <w:t xml:space="preserve"> </w:t>
      </w:r>
      <w:r>
        <w:rPr>
          <w:rFonts w:ascii="Javanese Text" w:hAnsi="Javanese Text" w:eastAsia="Javanese Text" w:cs="Javanese Text"/>
        </w:rPr>
        <w:t>ꦱꦸꦫ</w:t>
      </w:r>
      <w:r>
        <w:rPr>
          <w:rFonts w:ascii="Times New Roman" w:hAnsi="Times New Roman" w:eastAsia="Times New Roman" w:cs="Times New Roman"/>
        </w:rPr>
        <w:t xml:space="preserve"> </w:t>
      </w:r>
      <w:r>
        <w:rPr>
          <w:rFonts w:ascii="Javanese Text" w:hAnsi="Javanese Text" w:eastAsia="Javanese Text" w:cs="Javanese Text"/>
        </w:rPr>
        <w:t>ꦏꦺꦴꦠꦺꦴ</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“exerciseth all the power of the first beast before him.” </w:t>
      </w:r>
      <w:r>
        <w:rPr>
          <w:rFonts w:ascii="Javanese Text" w:hAnsi="Javanese Text" w:eastAsia="Javanese Text" w:cs="Javanese Text"/>
        </w:rPr>
        <w:t>ꦫꦩꦭꦤ꧀</w:t>
      </w:r>
      <w:r>
        <w:rPr>
          <w:rFonts w:ascii="Times New Roman" w:hAnsi="Times New Roman" w:eastAsia="Times New Roman" w:cs="Times New Roman"/>
        </w:rPr>
        <w:t xml:space="preserve"> </w:t>
      </w:r>
      <w:r>
        <w:rPr>
          <w:rFonts w:ascii="Javanese Text" w:hAnsi="Javanese Text" w:eastAsia="Javanese Text" w:cs="Javanese Text"/>
        </w:rPr>
        <w:t>ꦤꦼꦒꦱ꧀ꦏꦺ</w:t>
      </w:r>
      <w:r>
        <w:rPr>
          <w:rFonts w:ascii="Times New Roman" w:hAnsi="Times New Roman" w:eastAsia="Times New Roman" w:cs="Times New Roman"/>
        </w:rPr>
        <w:t xml:space="preserve"> </w:t>
      </w:r>
      <w:r>
        <w:rPr>
          <w:rFonts w:ascii="Javanese Text" w:hAnsi="Javanese Text" w:eastAsia="Javanese Text" w:cs="Javanese Text"/>
        </w:rPr>
        <w:t>ꦏꦭꦶꦲꦤ꧀</w:t>
      </w:r>
      <w:r>
        <w:rPr>
          <w:rFonts w:ascii="Times New Roman" w:hAnsi="Times New Roman" w:eastAsia="Times New Roman" w:cs="Times New Roman"/>
        </w:rPr>
        <w:t xml:space="preserve"> </w:t>
      </w:r>
      <w:r>
        <w:rPr>
          <w:rFonts w:ascii="Javanese Text" w:hAnsi="Javanese Text" w:eastAsia="Javanese Text" w:cs="Javanese Text"/>
        </w:rPr>
        <w:t>ꦲꦺꦴꦤꦺ</w:t>
      </w:r>
      <w:r>
        <w:rPr>
          <w:rFonts w:ascii="Times New Roman" w:hAnsi="Times New Roman" w:eastAsia="Times New Roman" w:cs="Times New Roman"/>
        </w:rPr>
        <w:t xml:space="preserve"> </w:t>
      </w:r>
      <w:r>
        <w:rPr>
          <w:rFonts w:ascii="Javanese Text" w:hAnsi="Javanese Text" w:eastAsia="Javanese Text" w:cs="Javanese Text"/>
        </w:rPr>
        <w:t>ꦲꦏꦤ꧀</w:t>
      </w:r>
      <w:r>
        <w:rPr>
          <w:rFonts w:ascii="Times New Roman" w:hAnsi="Times New Roman" w:eastAsia="Times New Roman" w:cs="Times New Roman"/>
        </w:rPr>
        <w:t xml:space="preserve"> </w:t>
      </w:r>
      <w:r>
        <w:rPr>
          <w:rFonts w:ascii="Javanese Text" w:hAnsi="Javanese Text" w:eastAsia="Javanese Text" w:cs="Javanese Text"/>
        </w:rPr>
        <w:t>ꦠꦸꦠꦸꦂ</w:t>
      </w:r>
      <w:r>
        <w:rPr>
          <w:rFonts w:ascii="Times New Roman" w:hAnsi="Times New Roman" w:eastAsia="Times New Roman" w:cs="Times New Roman"/>
        </w:rPr>
        <w:t xml:space="preserve"> </w:t>
      </w:r>
      <w:r>
        <w:rPr>
          <w:rFonts w:ascii="Javanese Text" w:hAnsi="Javanese Text" w:eastAsia="Javanese Text" w:cs="Javanese Text"/>
        </w:rPr>
        <w:t>ꦩꦫꦁ</w:t>
      </w:r>
      <w:r>
        <w:rPr>
          <w:rFonts w:ascii="Times New Roman" w:hAnsi="Times New Roman" w:eastAsia="Times New Roman" w:cs="Times New Roman"/>
        </w:rPr>
        <w:t xml:space="preserve"> </w:t>
      </w:r>
      <w:r>
        <w:rPr>
          <w:rFonts w:ascii="Javanese Text" w:hAnsi="Javanese Text" w:eastAsia="Javanese Text" w:cs="Javanese Text"/>
        </w:rPr>
        <w:t>ꦮꦺꦴꦁꦮꦺꦴꦁ</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ꦩꦸꦏꦶꦩ꧀</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ꦧꦸꦩꦶ</w:t>
      </w:r>
      <w:r>
        <w:rPr>
          <w:rFonts w:ascii="Times New Roman" w:hAnsi="Times New Roman" w:eastAsia="Times New Roman" w:cs="Times New Roman"/>
        </w:rPr>
        <w:t xml:space="preserve"> </w:t>
      </w:r>
      <w:r>
        <w:rPr>
          <w:rFonts w:ascii="Javanese Text" w:hAnsi="Javanese Text" w:eastAsia="Javanese Text" w:cs="Javanese Text"/>
        </w:rPr>
        <w:t>ꦱꦸꦥꦪ</w:t>
      </w:r>
      <w:r>
        <w:rPr>
          <w:rFonts w:ascii="Times New Roman" w:hAnsi="Times New Roman" w:eastAsia="Times New Roman" w:cs="Times New Roman"/>
        </w:rPr>
        <w:t xml:space="preserve"> </w:t>
      </w:r>
      <w:r>
        <w:rPr>
          <w:rFonts w:ascii="Javanese Text" w:hAnsi="Javanese Text" w:eastAsia="Javanese Text" w:cs="Javanese Text"/>
        </w:rPr>
        <w:t>ꦩꦿꦏꦺꦏꦶꦥꦸꦤ꧀</w:t>
      </w:r>
      <w:r>
        <w:rPr>
          <w:rFonts w:ascii="Times New Roman" w:hAnsi="Times New Roman" w:eastAsia="Times New Roman" w:cs="Times New Roman"/>
        </w:rPr>
        <w:t xml:space="preserve"> </w:t>
      </w:r>
      <w:r>
        <w:rPr>
          <w:rFonts w:ascii="Javanese Text" w:hAnsi="Javanese Text" w:eastAsia="Javanese Text" w:cs="Javanese Text"/>
        </w:rPr>
        <w:t>ꦒ꦳ꦩ꧀ꦧꦂꦲꦺ</w:t>
      </w:r>
      <w:r>
        <w:rPr>
          <w:rFonts w:ascii="Times New Roman" w:hAnsi="Times New Roman" w:eastAsia="Times New Roman" w:cs="Times New Roman"/>
        </w:rPr>
        <w:t xml:space="preserve"> </w:t>
      </w:r>
      <w:r>
        <w:rPr>
          <w:rFonts w:ascii="Javanese Text" w:hAnsi="Javanese Text" w:eastAsia="Javanese Text" w:cs="Javanese Text"/>
        </w:rPr>
        <w:t>ꦱꦠꦺꦮꦤ꧀</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ꦲꦺꦴꦤꦺ</w:t>
      </w:r>
      <w:r>
        <w:rPr>
          <w:rFonts w:ascii="Times New Roman" w:hAnsi="Times New Roman" w:eastAsia="Times New Roman" w:cs="Times New Roman"/>
        </w:rPr>
        <w:t xml:space="preserve"> “he causeth all, both small and great, rich and poor, free and bond, to receive a mark in their right hand, or in their foreheads; and that no man might buy or sell, save he that had the mark, or the name of the beast, or the number of his name.” </w:t>
      </w:r>
      <w:r>
        <w:rPr>
          <w:rFonts w:ascii="Javanese Text" w:hAnsi="Javanese Text" w:eastAsia="Javanese Text" w:cs="Javanese Text"/>
        </w:rPr>
        <w:t>ꦩꦏꦠꦺꦤ꧀</w:t>
      </w:r>
      <w:r>
        <w:rPr>
          <w:rFonts w:ascii="Times New Roman" w:hAnsi="Times New Roman" w:eastAsia="Times New Roman" w:cs="Times New Roman"/>
        </w:rPr>
        <w:t xml:space="preserve">, </w:t>
      </w:r>
      <w:r>
        <w:rPr>
          <w:rFonts w:ascii="Javanese Text" w:hAnsi="Javanese Text" w:eastAsia="Javanese Text" w:cs="Javanese Text"/>
        </w:rPr>
        <w:t>ꦥꦿꦺꦴꦠꦺꦱ꧀ꦠꦤ꧀ꦠꦶꦱ꧀ꦩꦼ</w:t>
      </w:r>
      <w:r>
        <w:rPr>
          <w:rFonts w:ascii="Times New Roman" w:hAnsi="Times New Roman" w:eastAsia="Times New Roman" w:cs="Times New Roman"/>
        </w:rPr>
        <w:t xml:space="preserve"> </w:t>
      </w:r>
      <w:r>
        <w:rPr>
          <w:rFonts w:ascii="Javanese Text" w:hAnsi="Javanese Text" w:eastAsia="Javanese Text" w:cs="Javanese Text"/>
        </w:rPr>
        <w:t>ꦤꦸꦠ꧀</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ꦭꦁꦏꦲ꧀ꦲꦺ</w:t>
      </w:r>
      <w:r>
        <w:rPr>
          <w:rFonts w:ascii="Times New Roman" w:hAnsi="Times New Roman" w:eastAsia="Times New Roman" w:cs="Times New Roman"/>
        </w:rPr>
        <w:t xml:space="preserve"> </w:t>
      </w:r>
      <w:r>
        <w:rPr>
          <w:rFonts w:ascii="Javanese Text" w:hAnsi="Javanese Text" w:eastAsia="Javanese Text" w:cs="Javanese Text"/>
        </w:rPr>
        <w:t>ꦏꦥꦸꦱꦤ꧀</w:t>
      </w:r>
      <w:r>
        <w:rPr>
          <w:rFonts w:ascii="Times New Roman" w:hAnsi="Times New Roman" w:eastAsia="Times New Roman" w:cs="Times New Roman"/>
        </w:rPr>
        <w:t>.</w:t>
      </w:r>
      <w:r>
        <w:rPr>
          <w:rFonts w:ascii="Javanese Text" w:hAnsi="Javanese Text" w:eastAsia="Javanese Text" w:cs="Javanese Text"/>
        </w:rPr>
        <w:t>꧍</w:t>
      </w:r>
      <w:r>
        <w:rPr>
          <w:rFonts w:ascii="Times New Roman" w:hAnsi="Times New Roman" w:eastAsia="Times New Roman" w:cs="Times New Roman"/>
        </w:rPr>
        <w:t>” Signs of the Times, November 1, 1899.</w:t>
      </w:r>
    </w:p>
    <w:p>
      <w:pPr>
        <w:pStyle w:val="ArticleBody"/>
        <w:jc w:val="left"/>
      </w:pPr>
      <w:r>
        <w:rPr>
          <w:rFonts w:ascii="Nirmala UI" w:hAnsi="Nirmala UI" w:eastAsia="Nirmala UI" w:cs="Nirmala UI"/>
        </w:rPr>
        <w:t>मत्तयार</w:t>
      </w:r>
      <w:r>
        <w:rPr>
          <w:rFonts w:ascii="Times New Roman" w:hAnsi="Times New Roman" w:eastAsia="Times New Roman" w:cs="Times New Roman"/>
        </w:rPr>
        <w:t xml:space="preserve"> </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आख़िरी</w:t>
      </w:r>
      <w:r>
        <w:rPr>
          <w:rFonts w:ascii="Times New Roman" w:hAnsi="Times New Roman" w:eastAsia="Times New Roman" w:cs="Times New Roman"/>
        </w:rPr>
        <w:t xml:space="preserve"> </w:t>
      </w:r>
      <w:r>
        <w:rPr>
          <w:rFonts w:ascii="Nirmala UI" w:hAnsi="Nirmala UI" w:eastAsia="Nirmala UI" w:cs="Nirmala UI"/>
        </w:rPr>
        <w:t>छह</w:t>
      </w:r>
      <w:r>
        <w:rPr>
          <w:rFonts w:ascii="Times New Roman" w:hAnsi="Times New Roman" w:eastAsia="Times New Roman" w:cs="Times New Roman"/>
        </w:rPr>
        <w:t xml:space="preserve"> </w:t>
      </w:r>
      <w:r>
        <w:rPr>
          <w:rFonts w:ascii="Nirmala UI" w:hAnsi="Nirmala UI" w:eastAsia="Nirmala UI" w:cs="Nirmala UI"/>
        </w:rPr>
        <w:t>आयतें</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छह</w:t>
      </w:r>
      <w:r>
        <w:rPr>
          <w:rFonts w:ascii="Times New Roman" w:hAnsi="Times New Roman" w:eastAsia="Times New Roman" w:cs="Times New Roman"/>
        </w:rPr>
        <w:t xml:space="preserve"> </w:t>
      </w:r>
      <w:r>
        <w:rPr>
          <w:rFonts w:ascii="Nirmala UI" w:hAnsi="Nirmala UI" w:eastAsia="Nirmala UI" w:cs="Nirmala UI"/>
        </w:rPr>
        <w:t>आयतों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समूचा</w:t>
      </w:r>
      <w:r>
        <w:rPr>
          <w:rFonts w:ascii="Times New Roman" w:hAnsi="Times New Roman" w:eastAsia="Times New Roman" w:cs="Times New Roman"/>
        </w:rPr>
        <w:t xml:space="preserve"> </w:t>
      </w:r>
      <w:r>
        <w:rPr>
          <w:rFonts w:ascii="Nirmala UI" w:hAnsi="Nirmala UI" w:eastAsia="Nirmala UI" w:cs="Nirmala UI"/>
        </w:rPr>
        <w:t>क्रम</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शक्तियों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परस्पर</w:t>
      </w:r>
      <w:r>
        <w:rPr>
          <w:rFonts w:ascii="Times New Roman" w:hAnsi="Times New Roman" w:eastAsia="Times New Roman" w:cs="Times New Roman"/>
        </w:rPr>
        <w:t xml:space="preserve"> </w:t>
      </w:r>
      <w:r>
        <w:rPr>
          <w:rFonts w:ascii="Nirmala UI" w:hAnsi="Nirmala UI" w:eastAsia="Nirmala UI" w:cs="Nirmala UI"/>
        </w:rPr>
        <w:t>व्यवहार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अभी</w:t>
      </w:r>
      <w:r>
        <w:rPr>
          <w:rFonts w:ascii="Times New Roman" w:hAnsi="Times New Roman" w:eastAsia="Times New Roman" w:cs="Times New Roman"/>
        </w:rPr>
        <w:t>-</w:t>
      </w:r>
      <w:r>
        <w:rPr>
          <w:rFonts w:ascii="Nirmala UI" w:hAnsi="Nirmala UI" w:eastAsia="Nirmala UI" w:cs="Nirmala UI"/>
        </w:rPr>
        <w:t>अभी</w:t>
      </w:r>
      <w:r>
        <w:rPr>
          <w:rFonts w:ascii="Times New Roman" w:hAnsi="Times New Roman" w:eastAsia="Times New Roman" w:cs="Times New Roman"/>
        </w:rPr>
        <w:t xml:space="preserve"> “</w:t>
      </w:r>
      <w:r>
        <w:rPr>
          <w:rFonts w:ascii="Nirmala UI" w:hAnsi="Nirmala UI" w:eastAsia="Nirmala UI" w:cs="Nirmala UI"/>
        </w:rPr>
        <w:t>बुतपरस्ती</w:t>
      </w:r>
      <w:r>
        <w:rPr>
          <w:rFonts w:ascii="Times New Roman" w:hAnsi="Times New Roman" w:eastAsia="Times New Roman" w:cs="Times New Roman"/>
        </w:rPr>
        <w:t>,” “</w:t>
      </w:r>
      <w:r>
        <w:rPr>
          <w:rFonts w:ascii="Nirmala UI" w:hAnsi="Nirmala UI" w:eastAsia="Nirmala UI" w:cs="Nirmala UI"/>
        </w:rPr>
        <w:t>पापायुक्त</w:t>
      </w:r>
      <w:r>
        <w:rPr>
          <w:rFonts w:ascii="Times New Roman" w:hAnsi="Times New Roman" w:eastAsia="Times New Roman" w:cs="Times New Roman"/>
        </w:rPr>
        <w:t xml:space="preserve"> </w:t>
      </w:r>
      <w:r>
        <w:rPr>
          <w:rFonts w:ascii="Nirmala UI" w:hAnsi="Nirmala UI" w:eastAsia="Nirmala UI" w:cs="Nirmala UI"/>
        </w:rPr>
        <w:t>सत्ता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प्रोटेस्टेंटवाद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शत्रु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तर्क</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इकतालीसवीं</w:t>
      </w:r>
      <w:r>
        <w:rPr>
          <w:rFonts w:ascii="Times New Roman" w:hAnsi="Times New Roman" w:eastAsia="Times New Roman" w:cs="Times New Roman"/>
        </w:rPr>
        <w:t xml:space="preserve"> </w:t>
      </w:r>
      <w:r>
        <w:rPr>
          <w:rFonts w:ascii="Nirmala UI" w:hAnsi="Nirmala UI" w:eastAsia="Nirmala UI" w:cs="Nirmala UI"/>
        </w:rPr>
        <w:t>आयत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महिमामय</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प्रोटेस्टेंटवाद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सेवेंथ</w:t>
      </w:r>
      <w:r>
        <w:rPr>
          <w:rFonts w:ascii="Times New Roman" w:hAnsi="Times New Roman" w:eastAsia="Times New Roman" w:cs="Times New Roman"/>
        </w:rPr>
        <w:t>-</w:t>
      </w:r>
      <w:r>
        <w:rPr>
          <w:rFonts w:ascii="Nirmala UI" w:hAnsi="Nirmala UI" w:eastAsia="Nirmala UI" w:cs="Nirmala UI"/>
        </w:rPr>
        <w:t>डे</w:t>
      </w:r>
      <w:r>
        <w:rPr>
          <w:rFonts w:ascii="Times New Roman" w:hAnsi="Times New Roman" w:eastAsia="Times New Roman" w:cs="Times New Roman"/>
        </w:rPr>
        <w:t xml:space="preserve"> </w:t>
      </w:r>
      <w:r>
        <w:rPr>
          <w:rFonts w:ascii="Nirmala UI" w:hAnsi="Nirmala UI" w:eastAsia="Nirmala UI" w:cs="Nirmala UI"/>
        </w:rPr>
        <w:t>एडवेंटिस्ट</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महिमामय</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इकतालीसवीं</w:t>
      </w:r>
      <w:r>
        <w:rPr>
          <w:rFonts w:ascii="Times New Roman" w:hAnsi="Times New Roman" w:eastAsia="Times New Roman" w:cs="Times New Roman"/>
        </w:rPr>
        <w:t xml:space="preserve"> </w:t>
      </w:r>
      <w:r>
        <w:rPr>
          <w:rFonts w:ascii="Nirmala UI" w:hAnsi="Nirmala UI" w:eastAsia="Nirmala UI" w:cs="Nirmala UI"/>
        </w:rPr>
        <w:t>आयत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पापायुक्त</w:t>
      </w:r>
      <w:r>
        <w:rPr>
          <w:rFonts w:ascii="Times New Roman" w:hAnsi="Times New Roman" w:eastAsia="Times New Roman" w:cs="Times New Roman"/>
        </w:rPr>
        <w:t xml:space="preserve"> </w:t>
      </w:r>
      <w:r>
        <w:rPr>
          <w:rFonts w:ascii="Nirmala UI" w:hAnsi="Nirmala UI" w:eastAsia="Nirmala UI" w:cs="Nirmala UI"/>
        </w:rPr>
        <w:t>सत्ता</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भ्रांति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महिमामय</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अतिरिक्त</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ठहराती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उद्देश्य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रची</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स्त्रियाँ</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1989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सोवियत</w:t>
      </w:r>
      <w:r>
        <w:rPr>
          <w:rFonts w:ascii="Times New Roman" w:hAnsi="Times New Roman" w:eastAsia="Times New Roman" w:cs="Times New Roman"/>
        </w:rPr>
        <w:t xml:space="preserve"> </w:t>
      </w:r>
      <w:r>
        <w:rPr>
          <w:rFonts w:ascii="Nirmala UI" w:hAnsi="Nirmala UI" w:eastAsia="Nirmala UI" w:cs="Nirmala UI"/>
        </w:rPr>
        <w:t>संघ</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मत्तयार</w:t>
      </w:r>
      <w:r>
        <w:rPr>
          <w:rFonts w:ascii="Times New Roman" w:hAnsi="Times New Roman" w:eastAsia="Times New Roman" w:cs="Times New Roman"/>
        </w:rPr>
        <w:t xml:space="preserve"> </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आख़िरी</w:t>
      </w:r>
      <w:r>
        <w:rPr>
          <w:rFonts w:ascii="Times New Roman" w:hAnsi="Times New Roman" w:eastAsia="Times New Roman" w:cs="Times New Roman"/>
        </w:rPr>
        <w:t xml:space="preserve"> </w:t>
      </w:r>
      <w:r>
        <w:rPr>
          <w:rFonts w:ascii="Nirmala UI" w:hAnsi="Nirmala UI" w:eastAsia="Nirmala UI" w:cs="Nirmala UI"/>
        </w:rPr>
        <w:t>छह</w:t>
      </w:r>
      <w:r>
        <w:rPr>
          <w:rFonts w:ascii="Times New Roman" w:hAnsi="Times New Roman" w:eastAsia="Times New Roman" w:cs="Times New Roman"/>
        </w:rPr>
        <w:t xml:space="preserve"> </w:t>
      </w:r>
      <w:r>
        <w:rPr>
          <w:rFonts w:ascii="Nirmala UI" w:hAnsi="Nirmala UI" w:eastAsia="Nirmala UI" w:cs="Nirmala UI"/>
        </w:rPr>
        <w:t>आयतें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अगली</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घटना</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कानून</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Te Adventiste pe mipela i bihainim de Sevent-de, dispela i makim olsem ves foti-wan i soim pinis bilong taim bilong probation bilong sios bilong God, na las samting tru we Laodisia Adventism i laik harim em olsem taim bilong probation bilong ol i wok long pinis! Bikpela i bin stiaim dispela tok pait i go inap long wanpela hap we ol i luksave olsem taim pagan Rom i kisim bos long graun long Pait bilong Actium long 31 BC, em i mas pastaim daunim tripela pawa bilong ples olsem ol i makim long Daniel sapta eit.</w:t>
      </w:r>
    </w:p>
    <w:p>
      <w:pPr>
        <w:pStyle w:val="ArticleScripture"/>
        <w:jc w:val="left"/>
      </w:pPr>
      <w:r>
        <w:rPr>
          <w:rFonts w:ascii="Nirmala UI" w:hAnsi="Nirmala UI" w:eastAsia="Nirmala UI" w:cs="Nirmala UI"/>
        </w:rPr>
        <w:t>તેમનામાંથી</w:t>
      </w:r>
      <w:r>
        <w:rPr>
          <w:rFonts w:ascii="Times New Roman" w:hAnsi="Times New Roman" w:eastAsia="Times New Roman" w:cs="Times New Roman"/>
        </w:rPr>
        <w:t xml:space="preserve"> </w:t>
      </w:r>
      <w:r>
        <w:rPr>
          <w:rFonts w:ascii="Nirmala UI" w:hAnsi="Nirmala UI" w:eastAsia="Nirmala UI" w:cs="Nirmala UI"/>
        </w:rPr>
        <w:t>એકમાંથી</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નાનું</w:t>
      </w:r>
      <w:r>
        <w:rPr>
          <w:rFonts w:ascii="Times New Roman" w:hAnsi="Times New Roman" w:eastAsia="Times New Roman" w:cs="Times New Roman"/>
        </w:rPr>
        <w:t xml:space="preserve"> </w:t>
      </w:r>
      <w:r>
        <w:rPr>
          <w:rFonts w:ascii="Nirmala UI" w:hAnsi="Nirmala UI" w:eastAsia="Nirmala UI" w:cs="Nirmala UI"/>
        </w:rPr>
        <w:t>શિંગડું</w:t>
      </w:r>
      <w:r>
        <w:rPr>
          <w:rFonts w:ascii="Times New Roman" w:hAnsi="Times New Roman" w:eastAsia="Times New Roman" w:cs="Times New Roman"/>
        </w:rPr>
        <w:t xml:space="preserve"> </w:t>
      </w:r>
      <w:r>
        <w:rPr>
          <w:rFonts w:ascii="Nirmala UI" w:hAnsi="Nirmala UI" w:eastAsia="Nirmala UI" w:cs="Nirmala UI"/>
        </w:rPr>
        <w:t>નીકળ્યું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દક્ષિણ</w:t>
      </w:r>
      <w:r>
        <w:rPr>
          <w:rFonts w:ascii="Times New Roman" w:hAnsi="Times New Roman" w:eastAsia="Times New Roman" w:cs="Times New Roman"/>
        </w:rPr>
        <w:t xml:space="preserve"> </w:t>
      </w:r>
      <w:r>
        <w:rPr>
          <w:rFonts w:ascii="Nirmala UI" w:hAnsi="Nirmala UI" w:eastAsia="Nirmala UI" w:cs="Nirmala UI"/>
        </w:rPr>
        <w:t>તરફ</w:t>
      </w:r>
      <w:r>
        <w:rPr>
          <w:rFonts w:ascii="Times New Roman" w:hAnsi="Times New Roman" w:eastAsia="Times New Roman" w:cs="Times New Roman"/>
        </w:rPr>
        <w:t xml:space="preserve">, </w:t>
      </w:r>
      <w:r>
        <w:rPr>
          <w:rFonts w:ascii="Nirmala UI" w:hAnsi="Nirmala UI" w:eastAsia="Nirmala UI" w:cs="Nirmala UI"/>
        </w:rPr>
        <w:t>પૂર્વ</w:t>
      </w:r>
      <w:r>
        <w:rPr>
          <w:rFonts w:ascii="Times New Roman" w:hAnsi="Times New Roman" w:eastAsia="Times New Roman" w:cs="Times New Roman"/>
        </w:rPr>
        <w:t xml:space="preserve"> </w:t>
      </w:r>
      <w:r>
        <w:rPr>
          <w:rFonts w:ascii="Nirmala UI" w:hAnsi="Nirmala UI" w:eastAsia="Nirmala UI" w:cs="Nirmala UI"/>
        </w:rPr>
        <w:t>તરફ</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સુંદર</w:t>
      </w:r>
      <w:r>
        <w:rPr>
          <w:rFonts w:ascii="Times New Roman" w:hAnsi="Times New Roman" w:eastAsia="Times New Roman" w:cs="Times New Roman"/>
        </w:rPr>
        <w:t xml:space="preserve"> </w:t>
      </w:r>
      <w:r>
        <w:rPr>
          <w:rFonts w:ascii="Nirmala UI" w:hAnsi="Nirmala UI" w:eastAsia="Nirmala UI" w:cs="Nirmala UI"/>
        </w:rPr>
        <w:t>દેશમાં</w:t>
      </w:r>
      <w:r>
        <w:rPr>
          <w:rFonts w:ascii="Times New Roman" w:hAnsi="Times New Roman" w:eastAsia="Times New Roman" w:cs="Times New Roman"/>
        </w:rPr>
        <w:t xml:space="preserve"> </w:t>
      </w:r>
      <w:r>
        <w:rPr>
          <w:rFonts w:ascii="Nirmala UI" w:hAnsi="Nirmala UI" w:eastAsia="Nirmala UI" w:cs="Nirmala UI"/>
        </w:rPr>
        <w:t>તરફ</w:t>
      </w:r>
      <w:r>
        <w:rPr>
          <w:rFonts w:ascii="Times New Roman" w:hAnsi="Times New Roman" w:eastAsia="Times New Roman" w:cs="Times New Roman"/>
        </w:rPr>
        <w:t xml:space="preserve"> </w:t>
      </w:r>
      <w:r>
        <w:rPr>
          <w:rFonts w:ascii="Nirmala UI" w:hAnsi="Nirmala UI" w:eastAsia="Nirmala UI" w:cs="Nirmala UI"/>
        </w:rPr>
        <w:t>અતિશય</w:t>
      </w:r>
      <w:r>
        <w:rPr>
          <w:rFonts w:ascii="Times New Roman" w:hAnsi="Times New Roman" w:eastAsia="Times New Roman" w:cs="Times New Roman"/>
        </w:rPr>
        <w:t xml:space="preserve"> </w:t>
      </w:r>
      <w:r>
        <w:rPr>
          <w:rFonts w:ascii="Nirmala UI" w:hAnsi="Nirmala UI" w:eastAsia="Nirmala UI" w:cs="Nirmala UI"/>
        </w:rPr>
        <w:t>મહાન</w:t>
      </w:r>
      <w:r>
        <w:rPr>
          <w:rFonts w:ascii="Times New Roman" w:hAnsi="Times New Roman" w:eastAsia="Times New Roman" w:cs="Times New Roman"/>
        </w:rPr>
        <w:t xml:space="preserve"> </w:t>
      </w:r>
      <w:r>
        <w:rPr>
          <w:rFonts w:ascii="Nirmala UI" w:hAnsi="Nirmala UI" w:eastAsia="Nirmala UI" w:cs="Nirmala UI"/>
        </w:rPr>
        <w:t>બનતું</w:t>
      </w:r>
      <w:r>
        <w:rPr>
          <w:rFonts w:ascii="Times New Roman" w:hAnsi="Times New Roman" w:eastAsia="Times New Roman" w:cs="Times New Roman"/>
        </w:rPr>
        <w:t xml:space="preserve"> </w:t>
      </w:r>
      <w:r>
        <w:rPr>
          <w:rFonts w:ascii="Nirmala UI" w:hAnsi="Nirmala UI" w:eastAsia="Nirmala UI" w:cs="Nirmala UI"/>
        </w:rPr>
        <w:t>ગયું</w:t>
      </w:r>
      <w:r>
        <w:rPr>
          <w:rFonts w:ascii="Times New Roman" w:hAnsi="Times New Roman" w:eastAsia="Times New Roman" w:cs="Times New Roman"/>
        </w:rPr>
        <w:t xml:space="preserve">. </w:t>
      </w:r>
      <w:r>
        <w:rPr>
          <w:rFonts w:ascii="Nirmala UI" w:hAnsi="Nirmala UI" w:eastAsia="Nirmala UI" w:cs="Nirmala UI"/>
        </w:rPr>
        <w:t>દાનિયેલ</w:t>
      </w:r>
      <w:r>
        <w:rPr>
          <w:rFonts w:ascii="Times New Roman" w:hAnsi="Times New Roman" w:eastAsia="Times New Roman" w:cs="Times New Roman"/>
        </w:rPr>
        <w:t xml:space="preserve"> 8:9.</w:t>
      </w:r>
    </w:p>
    <w:p>
      <w:pPr>
        <w:pStyle w:val="ArticleBody"/>
        <w:jc w:val="left"/>
      </w:pPr>
      <w:r>
        <w:rPr>
          <w:rFonts w:ascii="Times New Roman" w:hAnsi="Times New Roman" w:eastAsia="Times New Roman" w:cs="Times New Roman"/>
        </w:rPr>
        <w:t>Ͻәҭак агәра гатәын ала “аҩада”, “амраҭашәарҭа” нас “адгьыл гәахәтәы” иаанарԥшуаз Библиатәи аԥхыӡрҩышьаҟны аԥшьбатәи аҳра ҳасабала адгьыл аҭ throne ахь ианаацәырҵуаз, пагантәи Рим ахылаԥшра аҵаҟа иаанагоз хҩык географиатә ҵакыра. Ари афакт иацызгьы, Даниил ашәҟәатәи абжьбатәи ахы аҟны ишарԥшу еиԥш, Библиатәи аԥхыӡрҩышьаҟны ахәбаатәи аҳра ҳасабала адгьыл аҭ throne ахь ианаацәырҵуаз, папатәи Римгьы ахысра анаҭатәыз хҩык географиатә мчрақәа ракәын.</w:t>
      </w:r>
    </w:p>
    <w:p>
      <w:pPr>
        <w:pStyle w:val="ArticleScripture"/>
        <w:jc w:val="left"/>
      </w:pPr>
      <w:r>
        <w:rPr>
          <w:rFonts w:ascii="Times New Roman" w:hAnsi="Times New Roman" w:eastAsia="Times New Roman" w:cs="Times New Roman"/>
        </w:rPr>
        <w:t>من شاخ‌ها را نگریستم، و اینک در میان آن‌ها شاخ کوچکی دیگر برآمد، که پیشِ روی آن سه شاخ از شاخ‌های نخستین از ریشه برکنده شدند؛ و اینک در این شاخ، چشمانی مانند چشمان انسان بود، و دهانی که به سخنان بزرگ تکلّم می‌کرد. دانیال ۷:۸.</w:t>
      </w:r>
    </w:p>
    <w:p>
      <w:pPr>
        <w:pStyle w:val="ArticleBody"/>
        <w:jc w:val="left"/>
      </w:pPr>
      <w:r>
        <w:rPr>
          <w:rFonts w:ascii="Times New Roman" w:hAnsi="Times New Roman" w:eastAsia="Times New Roman" w:cs="Times New Roman"/>
        </w:rPr>
        <w:t>Áyá aláàríyànjiyàn tí ó dide lórí “ilẹ̀ ológo” náà nínú ẹsẹ̀ kọkànlélógójì, Olúwa fi hàn pé ìfarahàn mẹ́ta ti Romu wà nínú àsọtẹ́lẹ̀. Romu Kèfèrí, èyí tí Romu Pápá tẹ̀ lé, lẹ́yìn náà sì ni Romu ti àwọn ọjọ́ ìkẹyìn, tí a pè ní “Romu òde-òní”. Ní ìpìlẹ̀ òtítọ́ méjì tí ó dájú tí a sì ti fi múlẹ̀ nínú àsọtẹ́lẹ̀, èyí àkọ́kọ́ jẹ́ pé Ọlọ́run kì í yí padà, èkejì sì ni pé òtítọ́ ni a fi ẹ̀rí àwọn ẹlẹ́rìí méjì múlẹ̀, a pinnu láìyẹ̀méjì pé àwọn ìdènà mẹ́ta fún ọba àríwá nínú ẹsẹ̀ mẹ́fà ìkẹyìn ti Daniẹli orí kọkànlá gbọ́dọ̀ dúró fún agbára ilẹ̀-ayé mẹ́ta òde-òní.</w:t>
      </w:r>
    </w:p>
    <w:p>
      <w:pPr>
        <w:pStyle w:val="ArticleScripture"/>
        <w:jc w:val="left"/>
      </w:pPr>
      <w:r>
        <w:rPr>
          <w:rFonts w:ascii="Times New Roman" w:hAnsi="Times New Roman" w:eastAsia="Times New Roman" w:cs="Times New Roman"/>
        </w:rPr>
        <w:t>عیسیٰ مسیح کل اور آج بلکہ ابد تک یکساں ہے۔ عبرانیوں 13:8۔</w:t>
      </w:r>
    </w:p>
    <w:p>
      <w:pPr>
        <w:pStyle w:val="ArticleScripture"/>
        <w:jc w:val="left"/>
      </w:pPr>
      <w:r>
        <w:rPr>
          <w:rFonts w:ascii="Times New Roman" w:hAnsi="Times New Roman" w:eastAsia="Times New Roman" w:cs="Times New Roman"/>
        </w:rPr>
        <w:t>Mənim qanununuzda da yazılmışdır ki, iki adamın şəhadəti doğrudur. Yəhya 8:17.</w:t>
      </w:r>
    </w:p>
    <w:p>
      <w:pPr>
        <w:pStyle w:val="ArticleBody"/>
        <w:jc w:val="left"/>
      </w:pPr>
      <w:r>
        <w:rPr>
          <w:rFonts w:ascii="Times New Roman" w:hAnsi="Times New Roman" w:eastAsia="Times New Roman" w:cs="Times New Roman"/>
        </w:rPr>
        <w:t>Esa comprensión confirmó lo que ya habíamos concluido, pues habíamos estado identificando la “tierra gloriosa” como un poder geográfico (los Estados Unidos), y rechazamos la idea insensata de que representara a una iglesia, la cual es un poder espiritual. Adoptamos esta posición sobre la base de la convicción, siempre confirmada, de que no hay accidentes en la Palabra de Dios. Queda claro por muchos testimonios que la iglesia de Dios en los últimos días es un monte.</w:t>
      </w:r>
    </w:p>
    <w:p>
      <w:pPr>
        <w:pStyle w:val="ArticleScripture"/>
        <w:jc w:val="left"/>
      </w:pPr>
      <w:r>
        <w:rPr>
          <w:rFonts w:ascii="Times New Roman" w:hAnsi="Times New Roman" w:eastAsia="Times New Roman" w:cs="Times New Roman"/>
        </w:rPr>
        <w:t>Na a bɛba sɛ, wɔ nna a edi akyiri no mu no, Wura no fie bepɔw no de besi hɔ wɔ mmepɔw no atifi, na wɔbɛma so asen nkoko no; na aman nyinaa bɛsen aba so. Na nnipa pii bɛkɔ na wɔaka sɛ: Mommra, na momma yɛnkɔ soro nkɔ Wura no bepɔw no so, Yakob Nyankopɔn no fie; na ɔbɛkyerɛkyerɛ yɛn ne akwan ho, na yɛn nso yɛbɛnantew n’akwan mu; efisɛ mmara no befi Sion akɔ, na Wura no asɛm afi Yerusalem. Yesaia 2:2, 3.</w:t>
      </w:r>
    </w:p>
    <w:p>
      <w:pPr>
        <w:pStyle w:val="ArticleBody"/>
        <w:jc w:val="left"/>
      </w:pP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ꯍꯥꯏꯕꯗꯤ</w:t>
      </w:r>
      <w:r>
        <w:rPr>
          <w:rFonts w:ascii="Times New Roman" w:hAnsi="Times New Roman" w:eastAsia="Times New Roman" w:cs="Times New Roman"/>
        </w:rPr>
        <w:t xml:space="preserve"> “</w:t>
      </w:r>
      <w:r>
        <w:rPr>
          <w:rFonts w:ascii="Nirmala UI" w:hAnsi="Nirmala UI" w:eastAsia="Nirmala UI" w:cs="Nirmala UI"/>
        </w:rPr>
        <w:t>ꯒ꯭ꯂꯣꯔꯤꯑꯁ</w:t>
      </w:r>
      <w:r>
        <w:rPr>
          <w:rFonts w:ascii="Times New Roman" w:hAnsi="Times New Roman" w:eastAsia="Times New Roman" w:cs="Times New Roman"/>
        </w:rPr>
        <w:t xml:space="preserve"> </w:t>
      </w:r>
      <w:r>
        <w:rPr>
          <w:rFonts w:ascii="Nirmala UI" w:hAnsi="Nirmala UI" w:eastAsia="Nirmala UI" w:cs="Nirmala UI"/>
        </w:rPr>
        <w:t>ꯂꯦꯟꯗ</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ꯆꯔꯆ</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ꯄꯨꯝꯅꯃꯛꯇ</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ꯍꯥꯏꯔꯤꯕꯗꯤ</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Seventh-day Adventist </w:t>
      </w:r>
      <w:r>
        <w:rPr>
          <w:rFonts w:ascii="Nirmala UI" w:hAnsi="Nirmala UI" w:eastAsia="Nirmala UI" w:cs="Nirmala UI"/>
        </w:rPr>
        <w:t>ꯆꯔꯆꯅꯤ</w:t>
      </w:r>
      <w:r>
        <w:rPr>
          <w:rFonts w:ascii="Times New Roman" w:hAnsi="Times New Roman" w:eastAsia="Times New Roman" w:cs="Times New Roman"/>
        </w:rPr>
        <w:t xml:space="preserve">, </w:t>
      </w:r>
      <w:r>
        <w:rPr>
          <w:rFonts w:ascii="Nirmala UI" w:hAnsi="Nirmala UI" w:eastAsia="Nirmala UI" w:cs="Nirmala UI"/>
        </w:rPr>
        <w:t>ꯃꯗꯨ</w:t>
      </w:r>
      <w:r>
        <w:rPr>
          <w:rFonts w:ascii="Times New Roman" w:hAnsi="Times New Roman" w:eastAsia="Times New Roman" w:cs="Times New Roman"/>
        </w:rPr>
        <w:t xml:space="preserve"> </w:t>
      </w:r>
      <w:r>
        <w:rPr>
          <w:rFonts w:ascii="Nirmala UI" w:hAnsi="Nirmala UI" w:eastAsia="Nirmala UI" w:cs="Nirmala UI"/>
        </w:rPr>
        <w:t>ꯇꯧꯈꯤꯕꯅꯤ</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Daniel-</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ꯂꯦꯟꯗ</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“glorious”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ꯈꯪꯍꯜꯂꯤ</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ꯑꯄꯥꯡꯕ</w:t>
      </w:r>
      <w:r>
        <w:rPr>
          <w:rFonts w:ascii="Times New Roman" w:hAnsi="Times New Roman" w:eastAsia="Times New Roman" w:cs="Times New Roman"/>
        </w:rPr>
        <w:t xml:space="preserve"> </w:t>
      </w:r>
      <w:r>
        <w:rPr>
          <w:rFonts w:ascii="Nirmala UI" w:hAnsi="Nirmala UI" w:eastAsia="Nirmala UI" w:cs="Nirmala UI"/>
        </w:rPr>
        <w:t>ꯋꯥꯈꯜꯅ</w:t>
      </w:r>
      <w:r>
        <w:rPr>
          <w:rFonts w:ascii="Times New Roman" w:hAnsi="Times New Roman" w:eastAsia="Times New Roman" w:cs="Times New Roman"/>
        </w:rPr>
        <w:t xml:space="preserve"> </w:t>
      </w:r>
      <w:r>
        <w:rPr>
          <w:rFonts w:ascii="Nirmala UI" w:hAnsi="Nirmala UI" w:eastAsia="Nirmala UI" w:cs="Nirmala UI"/>
        </w:rPr>
        <w:t>ꯃꯈꯨꯠ</w:t>
      </w:r>
      <w:r>
        <w:rPr>
          <w:rFonts w:ascii="Times New Roman" w:hAnsi="Times New Roman" w:eastAsia="Times New Roman" w:cs="Times New Roman"/>
        </w:rPr>
        <w:t xml:space="preserve"> </w:t>
      </w:r>
      <w:r>
        <w:rPr>
          <w:rFonts w:ascii="Nirmala UI" w:hAnsi="Nirmala UI" w:eastAsia="Nirmala UI" w:cs="Nirmala UI"/>
        </w:rPr>
        <w:t>ꯆꯪꯂꯝꯃꯤ</w:t>
      </w:r>
      <w:r>
        <w:rPr>
          <w:rFonts w:ascii="Times New Roman" w:hAnsi="Times New Roman" w:eastAsia="Times New Roman" w:cs="Times New Roman"/>
        </w:rPr>
        <w:t xml:space="preserve">, </w:t>
      </w:r>
      <w:r>
        <w:rPr>
          <w:rFonts w:ascii="Nirmala UI" w:hAnsi="Nirmala UI" w:eastAsia="Nirmala UI" w:cs="Nirmala UI"/>
        </w:rPr>
        <w:t>ꯆꯪ</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꯴꯵</w:t>
      </w:r>
      <w:r>
        <w:rPr>
          <w:rFonts w:ascii="Times New Roman" w:hAnsi="Times New Roman" w:eastAsia="Times New Roman" w:cs="Times New Roman"/>
        </w:rPr>
        <w:t xml:space="preserve">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“glorious holy mountain”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ꯃꯄꯨꯒꯤ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ꯅꯨꯃꯤꯠꯀꯤ</w:t>
      </w:r>
      <w:r>
        <w:rPr>
          <w:rFonts w:ascii="Times New Roman" w:hAnsi="Times New Roman" w:eastAsia="Times New Roman" w:cs="Times New Roman"/>
        </w:rPr>
        <w:t xml:space="preserve"> </w:t>
      </w:r>
      <w:r>
        <w:rPr>
          <w:rFonts w:ascii="Nirmala UI" w:hAnsi="Nirmala UI" w:eastAsia="Nirmala UI" w:cs="Nirmala UI"/>
        </w:rPr>
        <w:t>ꯆꯔꯆ</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ꯋꯥꯏ</w:t>
      </w:r>
      <w:r>
        <w:rPr>
          <w:rFonts w:ascii="Times New Roman" w:hAnsi="Times New Roman" w:eastAsia="Times New Roman" w:cs="Times New Roman"/>
        </w:rPr>
        <w:t xml:space="preserve">, </w:t>
      </w:r>
      <w:r>
        <w:rPr>
          <w:rFonts w:ascii="Nirmala UI" w:hAnsi="Nirmala UI" w:eastAsia="Nirmala UI" w:cs="Nirmala UI"/>
        </w:rPr>
        <w:t>ꯃꯗꯨꯅ</w:t>
      </w:r>
      <w:r>
        <w:rPr>
          <w:rFonts w:ascii="Times New Roman" w:hAnsi="Times New Roman" w:eastAsia="Times New Roman" w:cs="Times New Roman"/>
        </w:rPr>
        <w:t xml:space="preserve"> “glorious land” </w:t>
      </w:r>
      <w:r>
        <w:rPr>
          <w:rFonts w:ascii="Nirmala UI" w:hAnsi="Nirmala UI" w:eastAsia="Nirmala UI" w:cs="Nirmala UI"/>
        </w:rPr>
        <w:t>ꯑꯁꯤꯁꯨ</w:t>
      </w:r>
      <w:r>
        <w:rPr>
          <w:rFonts w:ascii="Times New Roman" w:hAnsi="Times New Roman" w:eastAsia="Times New Roman" w:cs="Times New Roman"/>
        </w:rPr>
        <w:t xml:space="preserve"> </w:t>
      </w:r>
      <w:r>
        <w:rPr>
          <w:rFonts w:ascii="Nirmala UI" w:hAnsi="Nirmala UI" w:eastAsia="Nirmala UI" w:cs="Nirmala UI"/>
        </w:rPr>
        <w:t>ꯆꯔꯆ</w:t>
      </w:r>
      <w:r>
        <w:rPr>
          <w:rFonts w:ascii="Times New Roman" w:hAnsi="Times New Roman" w:eastAsia="Times New Roman" w:cs="Times New Roman"/>
        </w:rPr>
        <w:t xml:space="preserve"> </w:t>
      </w:r>
      <w:r>
        <w:rPr>
          <w:rFonts w:ascii="Nirmala UI" w:hAnsi="Nirmala UI" w:eastAsia="Nirmala UI" w:cs="Nirmala UI"/>
        </w:rPr>
        <w:t>ꯑꯣꯏꯒꯗꯕꯅꯤ।</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ꯑꯅꯤꯃꯛꯅ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“glorious”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ꯑꯖꯦꯛꯇꯤꯞ</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ꯌꯥꯎꯔꯤ।</w:t>
      </w:r>
    </w:p>
    <w:p>
      <w:pPr>
        <w:pStyle w:val="ArticleBody"/>
        <w:jc w:val="left"/>
      </w:pPr>
      <w:r>
        <w:rPr>
          <w:rFonts w:ascii="Times New Roman" w:hAnsi="Times New Roman" w:eastAsia="Times New Roman" w:cs="Times New Roman"/>
        </w:rPr>
        <w:t>Tsis muaj ib qho yuam kev li hauv Vajtswv Txojlus, thiab thaum Daniyees siv lo lus “av,” txuas nrog lo lus “muaj hwjchim ci ntsa iab,” thiab plaub nqe tom qab nws siv lo lus “roob dawb huv,” txuas nrog lo lus “muaj hwjchim ci ntsa iab,” Daniyees tab tom qhia txog ib qho kev cais txawv uas muaj lub hom phiaj nruab nrab ntawm ib thaj av thiab ib lub roob. Qhov tseeb tiag, thaj av muaj hwjchim ci ntsa iab yog Yudas, thiab yog nyob hauv lub nroog Yeluxalees uas Vajtswv lub tuam tsev tau raug tsa los. Yeluxalees, los yog lub tuam tsev, yuav raug to taub tau tias yog Vajtswv pawg ntseeg, tiam sis thaj chaw uas Yeluxalees nyob ntawd yog thaj av Yudas. Muaj ntau yam tseeb tau raug tsa ruaj ua kev paub thaum txoj kev kaj uas mus tom ntej ntawm tus tim tswv thib peb nce ntxiv, tiam sis ntawm no peb tsuas yog tab tom nthuav qhia keeb kwm yav tom qab ntawm zaj lus faj lem uas qhia txog peb yam kev tshwm sim ntawm Loos.</w:t>
      </w:r>
    </w:p>
    <w:p>
      <w:pPr>
        <w:pStyle w:val="ArticleBody"/>
        <w:jc w:val="left"/>
      </w:pPr>
      <w:r>
        <w:rPr>
          <w:rFonts w:ascii="Microsoft Himalaya" w:hAnsi="Microsoft Himalaya" w:eastAsia="Microsoft Himalaya" w:cs="Microsoft Himalaya"/>
        </w:rPr>
        <w:t>ང་ཚོས་དེ་ལྟར་ཤེས་བཞིན་པ་ནི།</w:t>
      </w:r>
      <w:r>
        <w:rPr>
          <w:rFonts w:ascii="Times New Roman" w:hAnsi="Times New Roman" w:eastAsia="Times New Roman" w:cs="Times New Roman"/>
        </w:rPr>
        <w:t xml:space="preserve"> </w:t>
      </w:r>
      <w:r>
        <w:rPr>
          <w:rFonts w:ascii="Microsoft Himalaya" w:hAnsi="Microsoft Himalaya" w:eastAsia="Microsoft Himalaya" w:cs="Microsoft Himalaya"/>
        </w:rPr>
        <w:t>ཕྱི་རོལ་ལྷ་མེད་པའི་རོམ་དང་པོ་དང་།</w:t>
      </w:r>
      <w:r>
        <w:rPr>
          <w:rFonts w:ascii="Times New Roman" w:hAnsi="Times New Roman" w:eastAsia="Times New Roman" w:cs="Times New Roman"/>
        </w:rPr>
        <w:t xml:space="preserve"> </w:t>
      </w:r>
      <w:r>
        <w:rPr>
          <w:rFonts w:ascii="Microsoft Himalaya" w:hAnsi="Microsoft Himalaya" w:eastAsia="Microsoft Himalaya" w:cs="Microsoft Himalaya"/>
        </w:rPr>
        <w:t>པོཔ་ལུགས་ཀྱི་རོམ་གཉིས་ཀྱིས་དེང་སང་གི་རོམ་གྱི་ལུང་བསྟན་གྱི་ཁྱད་ཆོས་རྣམས་བཙུགས་པའི་དཔང་པོ་གཉིས་བྱས་པ་ཡིན་པ་ན།</w:t>
      </w:r>
      <w:r>
        <w:rPr>
          <w:rFonts w:ascii="Times New Roman" w:hAnsi="Times New Roman" w:eastAsia="Times New Roman" w:cs="Times New Roman"/>
        </w:rPr>
        <w:t xml:space="preserve"> </w:t>
      </w:r>
      <w:r>
        <w:rPr>
          <w:rFonts w:ascii="Microsoft Himalaya" w:hAnsi="Microsoft Himalaya" w:eastAsia="Microsoft Himalaya" w:cs="Microsoft Himalaya"/>
        </w:rPr>
        <w:t>ངས་</w:t>
      </w:r>
      <w:r>
        <w:rPr>
          <w:rFonts w:ascii="Times New Roman" w:hAnsi="Times New Roman" w:eastAsia="Times New Roman" w:cs="Times New Roman"/>
        </w:rPr>
        <w:t>“</w:t>
      </w:r>
      <w:r>
        <w:rPr>
          <w:rFonts w:ascii="Microsoft Himalaya" w:hAnsi="Microsoft Himalaya" w:eastAsia="Microsoft Himalaya" w:cs="Microsoft Himalaya"/>
        </w:rPr>
        <w:t>ལུང་བསྟན་གྱི་སྤྱོད་ཚུལ་གསུམ་ལྡན</w:t>
      </w:r>
      <w:r>
        <w:rPr>
          <w:rFonts w:ascii="Times New Roman" w:hAnsi="Times New Roman" w:eastAsia="Times New Roman" w:cs="Times New Roman"/>
        </w:rPr>
        <w:t>”</w:t>
      </w:r>
      <w:r>
        <w:rPr>
          <w:rFonts w:ascii="Microsoft Himalaya" w:hAnsi="Microsoft Himalaya" w:eastAsia="Microsoft Himalaya" w:cs="Microsoft Himalaya"/>
        </w:rPr>
        <w:t>་ཞེས་བོས་པའི་འགྲེལ་བཤད་ཀྱི་རྩ་དོན་ཞིག་ང་ཚོས་ངོས་འཛིན་བྱས།</w:t>
      </w:r>
      <w:r>
        <w:rPr>
          <w:rFonts w:ascii="Times New Roman" w:hAnsi="Times New Roman" w:eastAsia="Times New Roman" w:cs="Times New Roman"/>
        </w:rPr>
        <w:t xml:space="preserve"> </w:t>
      </w:r>
      <w:r>
        <w:rPr>
          <w:rFonts w:ascii="Microsoft Himalaya" w:hAnsi="Microsoft Himalaya" w:eastAsia="Microsoft Himalaya" w:cs="Microsoft Himalaya"/>
        </w:rPr>
        <w:t>ལུང་བསྟན་འགའ་ཤས་སླར་ཡང་ལན་གསུམ་དུ་བྱུང་བའི་རྣམ་པ་ལ་འདྲ་བའི་བསམ་ཚུལ་སྤྱད་མཁན་གཞན་ཡང་ཡོད་མོད།</w:t>
      </w:r>
      <w:r>
        <w:rPr>
          <w:rFonts w:ascii="Times New Roman" w:hAnsi="Times New Roman" w:eastAsia="Times New Roman" w:cs="Times New Roman"/>
        </w:rPr>
        <w:t xml:space="preserve"> </w:t>
      </w:r>
      <w:r>
        <w:rPr>
          <w:rFonts w:ascii="Microsoft Himalaya" w:hAnsi="Microsoft Himalaya" w:eastAsia="Microsoft Himalaya" w:cs="Microsoft Himalaya"/>
        </w:rPr>
        <w:t>ང་ཚོས་ངོས་འཛིན་དུ་འཛིན་པའི་མཚན་ཉིད་ནི།</w:t>
      </w:r>
      <w:r>
        <w:rPr>
          <w:rFonts w:ascii="Times New Roman" w:hAnsi="Times New Roman" w:eastAsia="Times New Roman" w:cs="Times New Roman"/>
        </w:rPr>
        <w:t xml:space="preserve"> </w:t>
      </w:r>
      <w:r>
        <w:rPr>
          <w:rFonts w:ascii="Microsoft Himalaya" w:hAnsi="Microsoft Himalaya" w:eastAsia="Microsoft Himalaya" w:cs="Microsoft Himalaya"/>
        </w:rPr>
        <w:t>ད་ལྟའང་ང་ཚོས་སྤྱོད་བཞིན་པའི་མཚན་ཉིད་དེ་རང་ཡིན།</w:t>
      </w:r>
      <w:r>
        <w:rPr>
          <w:rFonts w:ascii="Times New Roman" w:hAnsi="Times New Roman" w:eastAsia="Times New Roman" w:cs="Times New Roman"/>
        </w:rPr>
        <w:t xml:space="preserve"> </w:t>
      </w:r>
      <w:r>
        <w:rPr>
          <w:rFonts w:ascii="Microsoft Himalaya" w:hAnsi="Microsoft Himalaya" w:eastAsia="Microsoft Himalaya" w:cs="Microsoft Himalaya"/>
        </w:rPr>
        <w:t>གལ་ཆེ་བ་ཞིག་ནི།</w:t>
      </w:r>
      <w:r>
        <w:rPr>
          <w:rFonts w:ascii="Times New Roman" w:hAnsi="Times New Roman" w:eastAsia="Times New Roman" w:cs="Times New Roman"/>
        </w:rPr>
        <w:t xml:space="preserve"> Future for America </w:t>
      </w:r>
      <w:r>
        <w:rPr>
          <w:rFonts w:ascii="Microsoft Himalaya" w:hAnsi="Microsoft Himalaya" w:eastAsia="Microsoft Himalaya" w:cs="Microsoft Himalaya"/>
        </w:rPr>
        <w:t>ཡིས་མང་པོ་ཞིག་ཏུ་སྤྱོད་པའི་ལུང་བསྟན་གྱི་སྤྱོད་ཚུལ་གསུམ་ལྡན་གྱི་ལུང་ཁྲིམས་དེ་ནི།</w:t>
      </w:r>
      <w:r>
        <w:rPr>
          <w:rFonts w:ascii="Times New Roman" w:hAnsi="Times New Roman" w:eastAsia="Times New Roman" w:cs="Times New Roman"/>
        </w:rPr>
        <w:t xml:space="preserve"> Daniel </w:t>
      </w:r>
      <w:r>
        <w:rPr>
          <w:rFonts w:ascii="Microsoft Himalaya" w:hAnsi="Microsoft Himalaya" w:eastAsia="Microsoft Himalaya" w:cs="Microsoft Himalaya"/>
        </w:rPr>
        <w:t>ལེའུ་བཅུ་གཅིག་པའི་ཚན་པ་མཐའ་མ་དྲུག་གི་སྒྲུབ་རྩོད་ཀྱི་སྐབས་སུ་མངོན་གསལ་དུ་ཤེས་པ་བྱུང་བ་ཡིན་པ་དེ་ཤེས་པ་གལ་ཆེ།</w:t>
      </w:r>
      <w:r>
        <w:rPr>
          <w:rFonts w:ascii="Times New Roman" w:hAnsi="Times New Roman" w:eastAsia="Times New Roman" w:cs="Times New Roman"/>
        </w:rPr>
        <w:t xml:space="preserve"> </w:t>
      </w:r>
      <w:r>
        <w:rPr>
          <w:rFonts w:ascii="Microsoft Himalaya" w:hAnsi="Microsoft Himalaya" w:eastAsia="Microsoft Himalaya" w:cs="Microsoft Himalaya"/>
        </w:rPr>
        <w:t>འོན་ཀྱང་དེ་དང་མཉམ་དུ་གལ་ཆེ་བ་ཞིག་ནི།</w:t>
      </w:r>
      <w:r>
        <w:rPr>
          <w:rFonts w:ascii="Times New Roman" w:hAnsi="Times New Roman" w:eastAsia="Times New Roman" w:cs="Times New Roman"/>
        </w:rPr>
        <w:t xml:space="preserve"> </w:t>
      </w:r>
      <w:r>
        <w:rPr>
          <w:rFonts w:ascii="Microsoft Himalaya" w:hAnsi="Microsoft Himalaya" w:eastAsia="Microsoft Himalaya" w:cs="Microsoft Himalaya"/>
        </w:rPr>
        <w:t>སྒྲུབ་རྩོད་དེས་ལུང་བསྟན་གྱི་སྤྱོད་ཚུལ་གསུམ་ལྡན་ནི་རོམ་ལ་འབྲེལ་བ་ཡོད་པའི་ངོས་འཛིན་ཐོག་མར་འཁྲིད་པ་དེ་ཡིན།</w:t>
      </w:r>
      <w:r>
        <w:rPr>
          <w:rFonts w:ascii="Times New Roman" w:hAnsi="Times New Roman" w:eastAsia="Times New Roman" w:cs="Times New Roman"/>
        </w:rPr>
        <w:t xml:space="preserve"> Millerite </w:t>
      </w:r>
      <w:r>
        <w:rPr>
          <w:rFonts w:ascii="Microsoft Himalaya" w:hAnsi="Microsoft Himalaya" w:eastAsia="Microsoft Himalaya" w:cs="Microsoft Himalaya"/>
        </w:rPr>
        <w:t>ཡི་ལོ་རྒྱུས་ནང་།</w:t>
      </w:r>
      <w:r>
        <w:rPr>
          <w:rFonts w:ascii="Times New Roman" w:hAnsi="Times New Roman" w:eastAsia="Times New Roman" w:cs="Times New Roman"/>
        </w:rPr>
        <w:t xml:space="preserve"> </w:t>
      </w:r>
      <w:r>
        <w:rPr>
          <w:rFonts w:ascii="Microsoft Himalaya" w:hAnsi="Microsoft Himalaya" w:eastAsia="Microsoft Himalaya" w:cs="Microsoft Himalaya"/>
        </w:rPr>
        <w:t>སྒྲུབ་རྩོད་ཞིག་ནི</w:t>
      </w:r>
      <w:r>
        <w:rPr>
          <w:rFonts w:ascii="Times New Roman" w:hAnsi="Times New Roman" w:eastAsia="Times New Roman" w:cs="Times New Roman"/>
        </w:rPr>
        <w:t xml:space="preserve"> Antiochus Epiphanes </w:t>
      </w:r>
      <w:r>
        <w:rPr>
          <w:rFonts w:ascii="Microsoft Himalaya" w:hAnsi="Microsoft Himalaya" w:eastAsia="Microsoft Himalaya" w:cs="Microsoft Himalaya"/>
        </w:rPr>
        <w:t>ནི</w:t>
      </w:r>
      <w:r>
        <w:rPr>
          <w:rFonts w:ascii="Times New Roman" w:hAnsi="Times New Roman" w:eastAsia="Times New Roman" w:cs="Times New Roman"/>
        </w:rPr>
        <w:t xml:space="preserve"> Daniel </w:t>
      </w:r>
      <w:r>
        <w:rPr>
          <w:rFonts w:ascii="Microsoft Himalaya" w:hAnsi="Microsoft Himalaya" w:eastAsia="Microsoft Himalaya" w:cs="Microsoft Himalaya"/>
        </w:rPr>
        <w:t>གྱི་མི་ཚོའི་</w:t>
      </w:r>
      <w:r>
        <w:rPr>
          <w:rFonts w:ascii="Times New Roman" w:hAnsi="Times New Roman" w:eastAsia="Times New Roman" w:cs="Times New Roman"/>
        </w:rPr>
        <w:t>“</w:t>
      </w:r>
      <w:r>
        <w:rPr>
          <w:rFonts w:ascii="Microsoft Himalaya" w:hAnsi="Microsoft Himalaya" w:eastAsia="Microsoft Himalaya" w:cs="Microsoft Himalaya"/>
        </w:rPr>
        <w:t>འཕྲོག་མཁན་ཚོ</w:t>
      </w:r>
      <w:r>
        <w:rPr>
          <w:rFonts w:ascii="Times New Roman" w:hAnsi="Times New Roman" w:eastAsia="Times New Roman" w:cs="Times New Roman"/>
        </w:rPr>
        <w:t>”</w:t>
      </w:r>
      <w:r>
        <w:rPr>
          <w:rFonts w:ascii="Microsoft Himalaya" w:hAnsi="Microsoft Himalaya" w:eastAsia="Microsoft Himalaya" w:cs="Microsoft Himalaya"/>
        </w:rPr>
        <w:t>་ཡིན་ནམ།</w:t>
      </w:r>
      <w:r>
        <w:rPr>
          <w:rFonts w:ascii="Times New Roman" w:hAnsi="Times New Roman" w:eastAsia="Times New Roman" w:cs="Times New Roman"/>
        </w:rPr>
        <w:t xml:space="preserve"> </w:t>
      </w:r>
      <w:r>
        <w:rPr>
          <w:rFonts w:ascii="Microsoft Himalaya" w:hAnsi="Microsoft Himalaya" w:eastAsia="Microsoft Himalaya" w:cs="Microsoft Himalaya"/>
        </w:rPr>
        <w:t>ཡང་ན</w:t>
      </w:r>
      <w:r>
        <w:rPr>
          <w:rFonts w:ascii="Times New Roman" w:hAnsi="Times New Roman" w:eastAsia="Times New Roman" w:cs="Times New Roman"/>
        </w:rPr>
        <w:t xml:space="preserve"> Millerite </w:t>
      </w:r>
      <w:r>
        <w:rPr>
          <w:rFonts w:ascii="Microsoft Himalaya" w:hAnsi="Microsoft Himalaya" w:eastAsia="Microsoft Himalaya" w:cs="Microsoft Himalaya"/>
        </w:rPr>
        <w:t>ཚོས་གོ་བ་བཞིན་རོམ་ནི་</w:t>
      </w:r>
      <w:r>
        <w:rPr>
          <w:rFonts w:ascii="Times New Roman" w:hAnsi="Times New Roman" w:eastAsia="Times New Roman" w:cs="Times New Roman"/>
        </w:rPr>
        <w:t>“</w:t>
      </w:r>
      <w:r>
        <w:rPr>
          <w:rFonts w:ascii="Microsoft Himalaya" w:hAnsi="Microsoft Himalaya" w:eastAsia="Microsoft Himalaya" w:cs="Microsoft Himalaya"/>
        </w:rPr>
        <w:t>འཕྲོག་མཁན་ཚོ</w:t>
      </w:r>
      <w:r>
        <w:rPr>
          <w:rFonts w:ascii="Times New Roman" w:hAnsi="Times New Roman" w:eastAsia="Times New Roman" w:cs="Times New Roman"/>
        </w:rPr>
        <w:t>”</w:t>
      </w:r>
      <w:r>
        <w:rPr>
          <w:rFonts w:ascii="Microsoft Himalaya" w:hAnsi="Microsoft Himalaya" w:eastAsia="Microsoft Himalaya" w:cs="Microsoft Himalaya"/>
        </w:rPr>
        <w:t>་ཡིན་ཞེས་པ་དེ་ཡིན།</w:t>
      </w:r>
      <w:r>
        <w:rPr>
          <w:rFonts w:ascii="Times New Roman" w:hAnsi="Times New Roman" w:eastAsia="Times New Roman" w:cs="Times New Roman"/>
        </w:rPr>
        <w:t xml:space="preserve"> </w:t>
      </w:r>
      <w:r>
        <w:rPr>
          <w:rFonts w:ascii="Microsoft Himalaya" w:hAnsi="Microsoft Himalaya" w:eastAsia="Microsoft Himalaya" w:cs="Microsoft Himalaya"/>
        </w:rPr>
        <w:t>འདི་གལ་ཆེ་བའི་རྒྱུ་མཚན་ནི།</w:t>
      </w:r>
      <w:r>
        <w:rPr>
          <w:rFonts w:ascii="Times New Roman" w:hAnsi="Times New Roman" w:eastAsia="Times New Roman" w:cs="Times New Roman"/>
        </w:rPr>
        <w:t xml:space="preserve"> Daniel </w:t>
      </w:r>
      <w:r>
        <w:rPr>
          <w:rFonts w:ascii="Microsoft Himalaya" w:hAnsi="Microsoft Himalaya" w:eastAsia="Microsoft Himalaya" w:cs="Microsoft Himalaya"/>
        </w:rPr>
        <w:t>གྱི་མི་ཚོའི་</w:t>
      </w:r>
      <w:r>
        <w:rPr>
          <w:rFonts w:ascii="Times New Roman" w:hAnsi="Times New Roman" w:eastAsia="Times New Roman" w:cs="Times New Roman"/>
        </w:rPr>
        <w:t>“</w:t>
      </w:r>
      <w:r>
        <w:rPr>
          <w:rFonts w:ascii="Microsoft Himalaya" w:hAnsi="Microsoft Himalaya" w:eastAsia="Microsoft Himalaya" w:cs="Microsoft Himalaya"/>
        </w:rPr>
        <w:t>འཕྲོག་མཁན་ཚོ</w:t>
      </w:r>
      <w:r>
        <w:rPr>
          <w:rFonts w:ascii="Times New Roman" w:hAnsi="Times New Roman" w:eastAsia="Times New Roman" w:cs="Times New Roman"/>
        </w:rPr>
        <w:t>”</w:t>
      </w:r>
      <w:r>
        <w:rPr>
          <w:rFonts w:ascii="Microsoft Himalaya" w:hAnsi="Microsoft Himalaya" w:eastAsia="Microsoft Himalaya" w:cs="Microsoft Himalaya"/>
        </w:rPr>
        <w:t>་ལྟ་བུའི་རོམ་ནི</w:t>
      </w:r>
      <w:r>
        <w:rPr>
          <w:rFonts w:ascii="Times New Roman" w:hAnsi="Times New Roman" w:eastAsia="Times New Roman" w:cs="Times New Roman"/>
        </w:rPr>
        <w:t xml:space="preserve"> Daniel </w:t>
      </w:r>
      <w:r>
        <w:rPr>
          <w:rFonts w:ascii="Microsoft Himalaya" w:hAnsi="Microsoft Himalaya" w:eastAsia="Microsoft Himalaya" w:cs="Microsoft Himalaya"/>
        </w:rPr>
        <w:t>ལེའུ་བཅུ་གཅིག་པའི་ཚན་པ་བཅུ་བཞིར་གསུངས་པའི་</w:t>
      </w:r>
      <w:r>
        <w:rPr>
          <w:rFonts w:ascii="Times New Roman" w:hAnsi="Times New Roman" w:eastAsia="Times New Roman" w:cs="Times New Roman"/>
        </w:rPr>
        <w:t>“</w:t>
      </w:r>
      <w:r>
        <w:rPr>
          <w:rFonts w:ascii="Microsoft Himalaya" w:hAnsi="Microsoft Himalaya" w:eastAsia="Microsoft Himalaya" w:cs="Microsoft Himalaya"/>
        </w:rPr>
        <w:t>ཞལ་གཟིགས་བཙུགས་པ</w:t>
      </w:r>
      <w:r>
        <w:rPr>
          <w:rFonts w:ascii="Times New Roman" w:hAnsi="Times New Roman" w:eastAsia="Times New Roman" w:cs="Times New Roman"/>
        </w:rPr>
        <w:t>”</w:t>
      </w:r>
      <w:r>
        <w:rPr>
          <w:rFonts w:ascii="Microsoft Himalaya" w:hAnsi="Microsoft Himalaya" w:eastAsia="Microsoft Himalaya" w:cs="Microsoft Himalaya"/>
        </w:rPr>
        <w:t>་བྱེད་མཁན་དེ་ཚོ་ཡིན་པས་སོ།</w:t>
      </w:r>
    </w:p>
    <w:p>
      <w:pPr>
        <w:pStyle w:val="ArticleScripture"/>
        <w:jc w:val="left"/>
      </w:pPr>
      <w:r>
        <w:rPr>
          <w:rFonts w:ascii="Times New Roman" w:hAnsi="Times New Roman" w:eastAsia="Times New Roman" w:cs="Times New Roman"/>
        </w:rPr>
        <w:t>A kè̀lánàgbè àkókò wọ̀nyẹn, ọ̀pọ̀ ènìyàn yóò dìde sí ọba gúúsù; àwọn alágúnjẹ nínú àwọn ènìyàn rẹ yóò gbé ara wọn ga láti fi ìran náà múlẹ̀; ṣùgbọ́n wọn yóò ṣubú. Dáníẹ́lì 11:14.</w:t>
      </w:r>
    </w:p>
    <w:p>
      <w:pPr>
        <w:pStyle w:val="ArticleBody"/>
        <w:jc w:val="left"/>
      </w:pPr>
      <w:r>
        <w:rPr>
          <w:rFonts w:ascii="Times New Roman" w:hAnsi="Times New Roman" w:eastAsia="Times New Roman" w:cs="Times New Roman"/>
        </w:rPr>
        <w:t>بیری که نخستین‌بار از کاربست سه‌گانهٔ نبوت به دست آوردیم، از این واقعیت شناخته شد که در نبوت کتاب‌مقدس سه ظهور از روم وجود دارد. روم رؤیای نورِ در حال پیشرفتِ فرشتهٔ سوم را استوار ساخت، چنان‌که در تاریخ میلری نیز چنین کرد. در تاریخ میلری، این فهم که بت‌پرستی و پاپ‌گرایی همان قدرت‌هایی بودند که قدس و لشکر را پایمال کردند، به چارچوب حقیقتی بدل شد که میلر «همه»ٔ دریافت‌های نبوی خود را بر آن بنا کرد. شش آیهٔ پایانی دانیال یازده، چارچوبی از حقیقت را برقرار ساخت که Future for America همهٔ کاربست‌های نبوی خود را بر آن بنا نهاده است. آن چارچوب، سه قدرتِ ویرانگرِ اژدها، وحش و نبیِ کذّاب است که جهان را به آرماگدون رهنمون می‌شوند.</w:t>
      </w:r>
    </w:p>
    <w:p>
      <w:pPr>
        <w:pStyle w:val="ArticleBody"/>
        <w:jc w:val="left"/>
      </w:pPr>
      <w:r>
        <w:rPr>
          <w:rFonts w:ascii="Times New Roman" w:hAnsi="Times New Roman" w:eastAsia="Times New Roman" w:cs="Times New Roman"/>
        </w:rPr>
        <w:t>Аҳ framework еyтирапқа асослинидуки, бутпәрәс Римдин кейин папилиқ Рим һазирқи Римни шәкилләндүридиған икки гуваһни тәминләйду, вә һазирқи Рим — роһийәтчиликниң әҗдиһаси (Бирләшкән Милләтләр Тәшкилати), католицизмниң вәһшийси (папилиқ), вә муртәт протестантизмниң сахта пәйғәмбири (Америка Қошма Штатлири) дин тәркиб тапқан үч тәрәплик бирликтур. Бу framework ни биз пәйғәмбәрликниң үч қатламлиқ қоллинилиши дәп атиимиз. Кейинки мақалиләрдә биз тонулған вә үч пәрииштиниң илгириләп бериватқан нуриниң framework ини тәшкил қилидиған пәйғәмбәрликниң түрлүк үч қатламлиқ қоллинилишлирини муһакимә қилимиз.</w:t>
      </w:r>
    </w:p>
    <w:p>
      <w:pPr>
        <w:pStyle w:val="ArticleBody"/>
        <w:jc w:val="left"/>
      </w:pPr>
      <w:r>
        <w:rPr>
          <w:rFonts w:ascii="Myanmar Text" w:hAnsi="Myanmar Text" w:eastAsia="Myanmar Text" w:cs="Myanmar Text"/>
        </w:rPr>
        <w:t>သမ္မာကျမ်းဆိုင်ရာ</w:t>
      </w:r>
      <w:r>
        <w:rPr>
          <w:rFonts w:ascii="Times New Roman" w:hAnsi="Times New Roman" w:eastAsia="Times New Roman" w:cs="Times New Roman"/>
        </w:rPr>
        <w:t xml:space="preserve"> </w:t>
      </w:r>
      <w:r>
        <w:rPr>
          <w:rFonts w:ascii="Myanmar Text" w:hAnsi="Myanmar Text" w:eastAsia="Myanmar Text" w:cs="Myanmar Text"/>
        </w:rPr>
        <w:t>အနာဂတ္တိသဘောအရ</w:t>
      </w:r>
      <w:r>
        <w:rPr>
          <w:rFonts w:ascii="Times New Roman" w:hAnsi="Times New Roman" w:eastAsia="Times New Roman" w:cs="Times New Roman"/>
        </w:rPr>
        <w:t xml:space="preserve"> </w:t>
      </w:r>
      <w:r>
        <w:rPr>
          <w:rFonts w:ascii="Myanmar Text" w:hAnsi="Myanmar Text" w:eastAsia="Myanmar Text" w:cs="Myanmar Text"/>
        </w:rPr>
        <w:t>ရောမ၏</w:t>
      </w:r>
      <w:r>
        <w:rPr>
          <w:rFonts w:ascii="Times New Roman" w:hAnsi="Times New Roman" w:eastAsia="Times New Roman" w:cs="Times New Roman"/>
        </w:rPr>
        <w:t xml:space="preserve"> </w:t>
      </w:r>
      <w:r>
        <w:rPr>
          <w:rFonts w:ascii="Myanmar Text" w:hAnsi="Myanmar Text" w:eastAsia="Myanmar Text" w:cs="Myanmar Text"/>
        </w:rPr>
        <w:t>ပေါ်လွင်ထင်ရှားမှု</w:t>
      </w:r>
      <w:r>
        <w:rPr>
          <w:rFonts w:ascii="Times New Roman" w:hAnsi="Times New Roman" w:eastAsia="Times New Roman" w:cs="Times New Roman"/>
        </w:rPr>
        <w:t xml:space="preserve"> </w:t>
      </w:r>
      <w:r>
        <w:rPr>
          <w:rFonts w:ascii="Myanmar Text" w:hAnsi="Myanmar Text" w:eastAsia="Myanmar Text" w:cs="Myanmar Text"/>
        </w:rPr>
        <w:t>သုံးမျိုး၌</w:t>
      </w:r>
      <w:r>
        <w:rPr>
          <w:rFonts w:ascii="Times New Roman" w:hAnsi="Times New Roman" w:eastAsia="Times New Roman" w:cs="Times New Roman"/>
        </w:rPr>
        <w:t xml:space="preserve"> </w:t>
      </w:r>
      <w:r>
        <w:rPr>
          <w:rFonts w:ascii="Myanmar Text" w:hAnsi="Myanmar Text" w:eastAsia="Myanmar Text" w:cs="Myanmar Text"/>
        </w:rPr>
        <w:t>သုံးဆင့်သက်ရောက်မှုကို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လေ့လာမည်ဖြစ်သည်။</w:t>
      </w:r>
      <w:r>
        <w:rPr>
          <w:rFonts w:ascii="Times New Roman" w:hAnsi="Times New Roman" w:eastAsia="Times New Roman" w:cs="Times New Roman"/>
        </w:rPr>
        <w:t xml:space="preserve"> </w:t>
      </w:r>
      <w:r>
        <w:rPr>
          <w:rFonts w:ascii="Myanmar Text" w:hAnsi="Myanmar Text" w:eastAsia="Myanmar Text" w:cs="Myanmar Text"/>
        </w:rPr>
        <w:t>ထိုပေါ်လွင်ထင်ရှားမှုများသည်</w:t>
      </w:r>
      <w:r>
        <w:rPr>
          <w:rFonts w:ascii="Times New Roman" w:hAnsi="Times New Roman" w:eastAsia="Times New Roman" w:cs="Times New Roman"/>
        </w:rPr>
        <w:t xml:space="preserve"> </w:t>
      </w:r>
      <w:r>
        <w:rPr>
          <w:rFonts w:ascii="Myanmar Text" w:hAnsi="Myanmar Text" w:eastAsia="Myanmar Text" w:cs="Myanmar Text"/>
        </w:rPr>
        <w:t>ယနေ့ခေတ်</w:t>
      </w:r>
      <w:r>
        <w:rPr>
          <w:rFonts w:ascii="Times New Roman" w:hAnsi="Times New Roman" w:eastAsia="Times New Roman" w:cs="Times New Roman"/>
        </w:rPr>
        <w:t xml:space="preserve"> </w:t>
      </w:r>
      <w:r>
        <w:rPr>
          <w:rFonts w:ascii="Myanmar Text" w:hAnsi="Myanmar Text" w:eastAsia="Myanmar Text" w:cs="Myanmar Text"/>
        </w:rPr>
        <w:t>ရောမ၏</w:t>
      </w:r>
      <w:r>
        <w:rPr>
          <w:rFonts w:ascii="Times New Roman" w:hAnsi="Times New Roman" w:eastAsia="Times New Roman" w:cs="Times New Roman"/>
        </w:rPr>
        <w:t xml:space="preserve"> </w:t>
      </w:r>
      <w:r>
        <w:rPr>
          <w:rFonts w:ascii="Myanmar Text" w:hAnsi="Myanmar Text" w:eastAsia="Myanmar Text" w:cs="Myanmar Text"/>
        </w:rPr>
        <w:t>နိုင်ငံရေးနှင့်</w:t>
      </w:r>
      <w:r>
        <w:rPr>
          <w:rFonts w:ascii="Times New Roman" w:hAnsi="Times New Roman" w:eastAsia="Times New Roman" w:cs="Times New Roman"/>
        </w:rPr>
        <w:t xml:space="preserve"> </w:t>
      </w:r>
      <w:r>
        <w:rPr>
          <w:rFonts w:ascii="Myanmar Text" w:hAnsi="Myanmar Text" w:eastAsia="Myanmar Text" w:cs="Myanmar Text"/>
        </w:rPr>
        <w:t>ဘာသာရေးဆိုင်ရာ</w:t>
      </w:r>
      <w:r>
        <w:rPr>
          <w:rFonts w:ascii="Times New Roman" w:hAnsi="Times New Roman" w:eastAsia="Times New Roman" w:cs="Times New Roman"/>
        </w:rPr>
        <w:t xml:space="preserve"> </w:t>
      </w:r>
      <w:r>
        <w:rPr>
          <w:rFonts w:ascii="Myanmar Text" w:hAnsi="Myanmar Text" w:eastAsia="Myanmar Text" w:cs="Myanmar Text"/>
        </w:rPr>
        <w:t>ဖွဲ့စည်းတည်ဆောက်ပုံကို</w:t>
      </w:r>
      <w:r>
        <w:rPr>
          <w:rFonts w:ascii="Times New Roman" w:hAnsi="Times New Roman" w:eastAsia="Times New Roman" w:cs="Times New Roman"/>
        </w:rPr>
        <w:t xml:space="preserve"> </w:t>
      </w:r>
      <w:r>
        <w:rPr>
          <w:rFonts w:ascii="Myanmar Text" w:hAnsi="Myanmar Text" w:eastAsia="Myanmar Text" w:cs="Myanmar Text"/>
        </w:rPr>
        <w:t>ဖော်ထုတ်ညွှန်ပြပြီး၊</w:t>
      </w:r>
      <w:r>
        <w:rPr>
          <w:rFonts w:ascii="Times New Roman" w:hAnsi="Times New Roman" w:eastAsia="Times New Roman" w:cs="Times New Roman"/>
        </w:rPr>
        <w:t xml:space="preserve"> </w:t>
      </w:r>
      <w:r>
        <w:rPr>
          <w:rFonts w:ascii="Myanmar Text" w:hAnsi="Myanmar Text" w:eastAsia="Myanmar Text" w:cs="Myanmar Text"/>
        </w:rPr>
        <w:t>ထိုဖွဲ့စည်းတည်ဆောက်ပုံကို</w:t>
      </w:r>
      <w:r>
        <w:rPr>
          <w:rFonts w:ascii="Times New Roman" w:hAnsi="Times New Roman" w:eastAsia="Times New Roman" w:cs="Times New Roman"/>
        </w:rPr>
        <w:t xml:space="preserve"> Sister White </w:t>
      </w:r>
      <w:r>
        <w:rPr>
          <w:rFonts w:ascii="Myanmar Text" w:hAnsi="Myanmar Text" w:eastAsia="Myanmar Text" w:cs="Myanmar Text"/>
        </w:rPr>
        <w:t>သည်</w:t>
      </w:r>
      <w:r>
        <w:rPr>
          <w:rFonts w:ascii="Times New Roman" w:hAnsi="Times New Roman" w:eastAsia="Times New Roman" w:cs="Times New Roman"/>
        </w:rPr>
        <w:t xml:space="preserve"> churchcraft </w:t>
      </w:r>
      <w:r>
        <w:rPr>
          <w:rFonts w:ascii="Myanmar Text" w:hAnsi="Myanmar Text" w:eastAsia="Myanmar Text" w:cs="Myanmar Text"/>
        </w:rPr>
        <w:t>နှင့်</w:t>
      </w:r>
      <w:r>
        <w:rPr>
          <w:rFonts w:ascii="Times New Roman" w:hAnsi="Times New Roman" w:eastAsia="Times New Roman" w:cs="Times New Roman"/>
        </w:rPr>
        <w:t xml:space="preserve"> statecraft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ခေါ်ဆိုခဲ့သည်။</w:t>
      </w:r>
      <w:r>
        <w:rPr>
          <w:rFonts w:ascii="Times New Roman" w:hAnsi="Times New Roman" w:eastAsia="Times New Roman" w:cs="Times New Roman"/>
        </w:rPr>
        <w:t xml:space="preserve"> </w:t>
      </w:r>
      <w:r>
        <w:rPr>
          <w:rFonts w:ascii="Myanmar Text" w:hAnsi="Myanmar Text" w:eastAsia="Myanmar Text" w:cs="Myanmar Text"/>
        </w:rPr>
        <w:t>ထိုဖွဲ့စည်းတည်ဆောက်ပုံကို</w:t>
      </w:r>
      <w:r>
        <w:rPr>
          <w:rFonts w:ascii="Times New Roman" w:hAnsi="Times New Roman" w:eastAsia="Times New Roman" w:cs="Times New Roman"/>
        </w:rPr>
        <w:t xml:space="preserve"> </w:t>
      </w:r>
      <w:r>
        <w:rPr>
          <w:rFonts w:ascii="Myanmar Text" w:hAnsi="Myanmar Text" w:eastAsia="Myanmar Text" w:cs="Myanmar Text"/>
        </w:rPr>
        <w:t>သတ်မှတ်သိမှတ်ရာတွင်၊</w:t>
      </w:r>
      <w:r>
        <w:rPr>
          <w:rFonts w:ascii="Times New Roman" w:hAnsi="Times New Roman" w:eastAsia="Times New Roman" w:cs="Times New Roman"/>
        </w:rPr>
        <w:t xml:space="preserve"> </w:t>
      </w:r>
      <w:r>
        <w:rPr>
          <w:rFonts w:ascii="Myanmar Text" w:hAnsi="Myanmar Text" w:eastAsia="Myanmar Text" w:cs="Myanmar Text"/>
        </w:rPr>
        <w:t>ယနေ့ခေတ်</w:t>
      </w:r>
      <w:r>
        <w:rPr>
          <w:rFonts w:ascii="Times New Roman" w:hAnsi="Times New Roman" w:eastAsia="Times New Roman" w:cs="Times New Roman"/>
        </w:rPr>
        <w:t xml:space="preserve"> </w:t>
      </w:r>
      <w:r>
        <w:rPr>
          <w:rFonts w:ascii="Myanmar Text" w:hAnsi="Myanmar Text" w:eastAsia="Myanmar Text" w:cs="Myanmar Text"/>
        </w:rPr>
        <w:t>ရောမ၌</w:t>
      </w:r>
      <w:r>
        <w:rPr>
          <w:rFonts w:ascii="Times New Roman" w:hAnsi="Times New Roman" w:eastAsia="Times New Roman" w:cs="Times New Roman"/>
        </w:rPr>
        <w:t xml:space="preserve"> </w:t>
      </w:r>
      <w:r>
        <w:rPr>
          <w:rFonts w:ascii="Myanmar Text" w:hAnsi="Myanmar Text" w:eastAsia="Myanmar Text" w:cs="Myanmar Text"/>
        </w:rPr>
        <w:t>ရှိနေသော</w:t>
      </w:r>
      <w:r>
        <w:rPr>
          <w:rFonts w:ascii="Times New Roman" w:hAnsi="Times New Roman" w:eastAsia="Times New Roman" w:cs="Times New Roman"/>
        </w:rPr>
        <w:t xml:space="preserve"> </w:t>
      </w:r>
      <w:r>
        <w:rPr>
          <w:rFonts w:ascii="Myanmar Text" w:hAnsi="Myanmar Text" w:eastAsia="Myanmar Text" w:cs="Myanmar Text"/>
        </w:rPr>
        <w:t>လက္ခဏာများကို</w:t>
      </w:r>
      <w:r>
        <w:rPr>
          <w:rFonts w:ascii="Times New Roman" w:hAnsi="Times New Roman" w:eastAsia="Times New Roman" w:cs="Times New Roman"/>
        </w:rPr>
        <w:t xml:space="preserve"> </w:t>
      </w:r>
      <w:r>
        <w:rPr>
          <w:rFonts w:ascii="Myanmar Text" w:hAnsi="Myanmar Text" w:eastAsia="Myanmar Text" w:cs="Myanmar Text"/>
        </w:rPr>
        <w:t>ဖော်ထုတ်သတ်မှတ်တည်ဆောက်နိုင်ရန်</w:t>
      </w:r>
      <w:r>
        <w:rPr>
          <w:rFonts w:ascii="Times New Roman" w:hAnsi="Times New Roman" w:eastAsia="Times New Roman" w:cs="Times New Roman"/>
        </w:rPr>
        <w:t xml:space="preserve"> </w:t>
      </w:r>
      <w:r>
        <w:rPr>
          <w:rFonts w:ascii="Myanmar Text" w:hAnsi="Myanmar Text" w:eastAsia="Myanmar Text" w:cs="Myanmar Text"/>
        </w:rPr>
        <w:t>ရည်ရွယ်၍</w:t>
      </w:r>
      <w:r>
        <w:rPr>
          <w:rFonts w:ascii="Times New Roman" w:hAnsi="Times New Roman" w:eastAsia="Times New Roman" w:cs="Times New Roman"/>
        </w:rPr>
        <w:t xml:space="preserve"> </w:t>
      </w:r>
      <w:r>
        <w:rPr>
          <w:rFonts w:ascii="Myanmar Text" w:hAnsi="Myanmar Text" w:eastAsia="Myanmar Text" w:cs="Myanmar Text"/>
        </w:rPr>
        <w:t>ပုဂံရောမ၏</w:t>
      </w:r>
      <w:r>
        <w:rPr>
          <w:rFonts w:ascii="Times New Roman" w:hAnsi="Times New Roman" w:eastAsia="Times New Roman" w:cs="Times New Roman"/>
        </w:rPr>
        <w:t xml:space="preserve"> </w:t>
      </w:r>
      <w:r>
        <w:rPr>
          <w:rFonts w:ascii="Myanmar Text" w:hAnsi="Myanmar Text" w:eastAsia="Myanmar Text" w:cs="Myanmar Text"/>
        </w:rPr>
        <w:t>အနာဂတ္တိဆိုင်ရာ</w:t>
      </w:r>
      <w:r>
        <w:rPr>
          <w:rFonts w:ascii="Times New Roman" w:hAnsi="Times New Roman" w:eastAsia="Times New Roman" w:cs="Times New Roman"/>
        </w:rPr>
        <w:t xml:space="preserve"> </w:t>
      </w:r>
      <w:r>
        <w:rPr>
          <w:rFonts w:ascii="Myanmar Text" w:hAnsi="Myanmar Text" w:eastAsia="Myanmar Text" w:cs="Myanmar Text"/>
        </w:rPr>
        <w:t>လက္ခဏာများကို</w:t>
      </w:r>
      <w:r>
        <w:rPr>
          <w:rFonts w:ascii="Times New Roman" w:hAnsi="Times New Roman" w:eastAsia="Times New Roman" w:cs="Times New Roman"/>
        </w:rPr>
        <w:t xml:space="preserve"> </w:t>
      </w:r>
      <w:r>
        <w:rPr>
          <w:rFonts w:ascii="Myanmar Text" w:hAnsi="Myanmar Text" w:eastAsia="Myanmar Text" w:cs="Myanmar Text"/>
        </w:rPr>
        <w:t>ပုပ်ရဟန်းမင်းကြီးအုပ်ချုပ်သော</w:t>
      </w:r>
      <w:r>
        <w:rPr>
          <w:rFonts w:ascii="Times New Roman" w:hAnsi="Times New Roman" w:eastAsia="Times New Roman" w:cs="Times New Roman"/>
        </w:rPr>
        <w:t xml:space="preserve"> </w:t>
      </w:r>
      <w:r>
        <w:rPr>
          <w:rFonts w:ascii="Myanmar Text" w:hAnsi="Myanmar Text" w:eastAsia="Myanmar Text" w:cs="Myanmar Text"/>
        </w:rPr>
        <w:t>ရောမ၏</w:t>
      </w:r>
      <w:r>
        <w:rPr>
          <w:rFonts w:ascii="Times New Roman" w:hAnsi="Times New Roman" w:eastAsia="Times New Roman" w:cs="Times New Roman"/>
        </w:rPr>
        <w:t xml:space="preserve"> </w:t>
      </w:r>
      <w:r>
        <w:rPr>
          <w:rFonts w:ascii="Myanmar Text" w:hAnsi="Myanmar Text" w:eastAsia="Myanmar Text" w:cs="Myanmar Text"/>
        </w:rPr>
        <w:t>အနာဂတ္တိဆိုင်ရာ</w:t>
      </w:r>
      <w:r>
        <w:rPr>
          <w:rFonts w:ascii="Times New Roman" w:hAnsi="Times New Roman" w:eastAsia="Times New Roman" w:cs="Times New Roman"/>
        </w:rPr>
        <w:t xml:space="preserve"> </w:t>
      </w:r>
      <w:r>
        <w:rPr>
          <w:rFonts w:ascii="Myanmar Text" w:hAnsi="Myanmar Text" w:eastAsia="Myanmar Text" w:cs="Myanmar Text"/>
        </w:rPr>
        <w:t>လက္ခဏာများနှင့်</w:t>
      </w:r>
      <w:r>
        <w:rPr>
          <w:rFonts w:ascii="Times New Roman" w:hAnsi="Times New Roman" w:eastAsia="Times New Roman" w:cs="Times New Roman"/>
        </w:rPr>
        <w:t xml:space="preserve"> </w:t>
      </w:r>
      <w:r>
        <w:rPr>
          <w:rFonts w:ascii="Myanmar Text" w:hAnsi="Myanmar Text" w:eastAsia="Myanmar Text" w:cs="Myanmar Text"/>
        </w:rPr>
        <w:t>ပေါင်းစည်းတင်ပြခြင်းအားဖြင့်</w:t>
      </w:r>
      <w:r>
        <w:rPr>
          <w:rFonts w:ascii="Times New Roman" w:hAnsi="Times New Roman" w:eastAsia="Times New Roman" w:cs="Times New Roman"/>
        </w:rPr>
        <w:t xml:space="preserve"> </w:t>
      </w:r>
      <w:r>
        <w:rPr>
          <w:rFonts w:ascii="Myanmar Text" w:hAnsi="Myanmar Text" w:eastAsia="Myanmar Text" w:cs="Myanmar Text"/>
        </w:rPr>
        <w:t>အသိအမှတ်ပြုကြသည်။</w:t>
      </w:r>
    </w:p>
    <w:p>
      <w:pPr>
        <w:pStyle w:val="ArticleBody"/>
        <w:jc w:val="left"/>
      </w:pPr>
      <w:r>
        <w:rPr>
          <w:rFonts w:ascii="Times New Roman" w:hAnsi="Times New Roman" w:eastAsia="Times New Roman" w:cs="Times New Roman"/>
        </w:rPr>
        <w:t>Ñuqanchik qhawasunchik kimsa rikhuriykunapa kimsantin churakuyninta Babiloniapa, Nimrod, Nabucodonosor, hinaspa Belsasar nisqakunawan rikuchisqa, chaykunaqa huchayoq runapa hatunchakuyninta reqsichin, paymi Diospa templonpi tiyashan, “Dios kani” nispa willakushan; chaytaq Isaias sut’icharqan “hatunchakuq Asirio” nispa. Papakunaq hatunchakuynin, Bibliapa profeciankunapa imamanta parlakusqan, reqsichisqa kan Babelpa profetiko unanchasqankunata Babiloniapa profetiko unanchasqankunawan huñuspa, kunan pacha Babiloniapa unanchasqankunata reqsichinapaq hinaspa sayarichinapaq.</w:t>
      </w:r>
    </w:p>
    <w:p>
      <w:pPr>
        <w:pStyle w:val="ArticleBody"/>
        <w:jc w:val="left"/>
      </w:pPr>
      <w:r>
        <w:rPr>
          <w:rFonts w:ascii="Myanmar Text" w:hAnsi="Myanmar Text" w:eastAsia="Myanmar Text" w:cs="Myanmar Text"/>
        </w:rPr>
        <w:t>စွန့်ပြတ်သောအရပ်၌</w:t>
      </w:r>
      <w:r>
        <w:rPr>
          <w:rFonts w:ascii="Times New Roman" w:hAnsi="Times New Roman" w:eastAsia="Times New Roman" w:cs="Times New Roman"/>
        </w:rPr>
        <w:t xml:space="preserve"> </w:t>
      </w:r>
      <w:r>
        <w:rPr>
          <w:rFonts w:ascii="Myanmar Text" w:hAnsi="Myanmar Text" w:eastAsia="Myanmar Text" w:cs="Myanmar Text"/>
        </w:rPr>
        <w:t>ကြွေးကြော်သောအသံကို</w:t>
      </w:r>
      <w:r>
        <w:rPr>
          <w:rFonts w:ascii="Times New Roman" w:hAnsi="Times New Roman" w:eastAsia="Times New Roman" w:cs="Times New Roman"/>
        </w:rPr>
        <w:t xml:space="preserve"> </w:t>
      </w:r>
      <w:r>
        <w:rPr>
          <w:rFonts w:ascii="Myanmar Text" w:hAnsi="Myanmar Text" w:eastAsia="Myanmar Text" w:cs="Myanmar Text"/>
        </w:rPr>
        <w:t>နောက်ဆုံးကာလ၌</w:t>
      </w:r>
      <w:r>
        <w:rPr>
          <w:rFonts w:ascii="Times New Roman" w:hAnsi="Times New Roman" w:eastAsia="Times New Roman" w:cs="Times New Roman"/>
        </w:rPr>
        <w:t xml:space="preserve"> </w:t>
      </w:r>
      <w:r>
        <w:rPr>
          <w:rFonts w:ascii="Myanmar Text" w:hAnsi="Myanmar Text" w:eastAsia="Myanmar Text" w:cs="Myanmar Text"/>
        </w:rPr>
        <w:t>ခွဲခြားဖော်ပြပေးသော</w:t>
      </w:r>
      <w:r>
        <w:rPr>
          <w:rFonts w:ascii="Times New Roman" w:hAnsi="Times New Roman" w:eastAsia="Times New Roman" w:cs="Times New Roman"/>
        </w:rPr>
        <w:t xml:space="preserve"> </w:t>
      </w:r>
      <w:r>
        <w:rPr>
          <w:rFonts w:ascii="Myanmar Text" w:hAnsi="Myanmar Text" w:eastAsia="Myanmar Text" w:cs="Myanmar Text"/>
        </w:rPr>
        <w:t>ဧလိယာနှင့်</w:t>
      </w:r>
      <w:r>
        <w:rPr>
          <w:rFonts w:ascii="Times New Roman" w:hAnsi="Times New Roman" w:eastAsia="Times New Roman" w:cs="Times New Roman"/>
        </w:rPr>
        <w:t xml:space="preserve"> </w:t>
      </w:r>
      <w:r>
        <w:rPr>
          <w:rFonts w:ascii="Myanmar Text" w:hAnsi="Myanmar Text" w:eastAsia="Myanmar Text" w:cs="Myanmar Text"/>
        </w:rPr>
        <w:t>ဗတ္တိဇံယောဟန်တို့ဖြင့်</w:t>
      </w:r>
      <w:r>
        <w:rPr>
          <w:rFonts w:ascii="Times New Roman" w:hAnsi="Times New Roman" w:eastAsia="Times New Roman" w:cs="Times New Roman"/>
        </w:rPr>
        <w:t xml:space="preserve"> </w:t>
      </w:r>
      <w:r>
        <w:rPr>
          <w:rFonts w:ascii="Myanmar Text" w:hAnsi="Myanmar Text" w:eastAsia="Myanmar Text" w:cs="Myanmar Text"/>
        </w:rPr>
        <w:t>ကိုယ်စားပြုထားသည့်</w:t>
      </w:r>
      <w:r>
        <w:rPr>
          <w:rFonts w:ascii="Times New Roman" w:hAnsi="Times New Roman" w:eastAsia="Times New Roman" w:cs="Times New Roman"/>
        </w:rPr>
        <w:t xml:space="preserve"> </w:t>
      </w:r>
      <w:r>
        <w:rPr>
          <w:rFonts w:ascii="Myanmar Text" w:hAnsi="Myanmar Text" w:eastAsia="Myanmar Text" w:cs="Myanmar Text"/>
        </w:rPr>
        <w:t>ဧလိယာ၏</w:t>
      </w:r>
      <w:r>
        <w:rPr>
          <w:rFonts w:ascii="Times New Roman" w:hAnsi="Times New Roman" w:eastAsia="Times New Roman" w:cs="Times New Roman"/>
        </w:rPr>
        <w:t xml:space="preserve"> </w:t>
      </w:r>
      <w:r>
        <w:rPr>
          <w:rFonts w:ascii="Myanmar Text" w:hAnsi="Myanmar Text" w:eastAsia="Myanmar Text" w:cs="Myanmar Text"/>
        </w:rPr>
        <w:t>ပေါ်ထွန်းခြင်း</w:t>
      </w:r>
      <w:r>
        <w:rPr>
          <w:rFonts w:ascii="Times New Roman" w:hAnsi="Times New Roman" w:eastAsia="Times New Roman" w:cs="Times New Roman"/>
        </w:rPr>
        <w:t xml:space="preserve"> </w:t>
      </w:r>
      <w:r>
        <w:rPr>
          <w:rFonts w:ascii="Myanmar Text" w:hAnsi="Myanmar Text" w:eastAsia="Myanmar Text" w:cs="Myanmar Text"/>
        </w:rPr>
        <w:t>သုံးမျိုး၏</w:t>
      </w:r>
      <w:r>
        <w:rPr>
          <w:rFonts w:ascii="Times New Roman" w:hAnsi="Times New Roman" w:eastAsia="Times New Roman" w:cs="Times New Roman"/>
        </w:rPr>
        <w:t xml:space="preserve"> </w:t>
      </w:r>
      <w:r>
        <w:rPr>
          <w:rFonts w:ascii="Myanmar Text" w:hAnsi="Myanmar Text" w:eastAsia="Myanmar Text" w:cs="Myanmar Text"/>
        </w:rPr>
        <w:t>သုံးဆအသုံးချမှုကို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သုံးသပ်ကြမည်။</w:t>
      </w:r>
      <w:r>
        <w:rPr>
          <w:rFonts w:ascii="Times New Roman" w:hAnsi="Times New Roman" w:eastAsia="Times New Roman" w:cs="Times New Roman"/>
        </w:rPr>
        <w:t xml:space="preserve"> </w:t>
      </w:r>
      <w:r>
        <w:rPr>
          <w:rFonts w:ascii="Myanmar Text" w:hAnsi="Myanmar Text" w:eastAsia="Myanmar Text" w:cs="Myanmar Text"/>
        </w:rPr>
        <w:t>နောက်ဆုံးကာလ၌</w:t>
      </w:r>
      <w:r>
        <w:rPr>
          <w:rFonts w:ascii="Times New Roman" w:hAnsi="Times New Roman" w:eastAsia="Times New Roman" w:cs="Times New Roman"/>
        </w:rPr>
        <w:t xml:space="preserve"> </w:t>
      </w:r>
      <w:r>
        <w:rPr>
          <w:rFonts w:ascii="Myanmar Text" w:hAnsi="Myanmar Text" w:eastAsia="Myanmar Text" w:cs="Myanmar Text"/>
        </w:rPr>
        <w:t>စွန့်ပြတ်သောအရပ်၌</w:t>
      </w:r>
      <w:r>
        <w:rPr>
          <w:rFonts w:ascii="Times New Roman" w:hAnsi="Times New Roman" w:eastAsia="Times New Roman" w:cs="Times New Roman"/>
        </w:rPr>
        <w:t xml:space="preserve"> </w:t>
      </w:r>
      <w:r>
        <w:rPr>
          <w:rFonts w:ascii="Myanmar Text" w:hAnsi="Myanmar Text" w:eastAsia="Myanmar Text" w:cs="Myanmar Text"/>
        </w:rPr>
        <w:t>ကြွေးကြော်သောအသံသည်</w:t>
      </w:r>
      <w:r>
        <w:rPr>
          <w:rFonts w:ascii="Times New Roman" w:hAnsi="Times New Roman" w:eastAsia="Times New Roman" w:cs="Times New Roman"/>
        </w:rPr>
        <w:t xml:space="preserve"> </w:t>
      </w:r>
      <w:r>
        <w:rPr>
          <w:rFonts w:ascii="Myanmar Text" w:hAnsi="Myanmar Text" w:eastAsia="Myanmar Text" w:cs="Myanmar Text"/>
        </w:rPr>
        <w:t>သီးသန့်ကင်းမျှော်သူတစ်ဦးကို</w:t>
      </w:r>
      <w:r>
        <w:rPr>
          <w:rFonts w:ascii="Times New Roman" w:hAnsi="Times New Roman" w:eastAsia="Times New Roman" w:cs="Times New Roman"/>
        </w:rPr>
        <w:t xml:space="preserve"> </w:t>
      </w:r>
      <w:r>
        <w:rPr>
          <w:rFonts w:ascii="Myanmar Text" w:hAnsi="Myanmar Text" w:eastAsia="Myanmar Text" w:cs="Myanmar Text"/>
        </w:rPr>
        <w:t>ကိုယ်စားပြုရာ၊</w:t>
      </w:r>
      <w:r>
        <w:rPr>
          <w:rFonts w:ascii="Times New Roman" w:hAnsi="Times New Roman" w:eastAsia="Times New Roman" w:cs="Times New Roman"/>
        </w:rPr>
        <w:t xml:space="preserve"> </w:t>
      </w:r>
      <w:r>
        <w:rPr>
          <w:rFonts w:ascii="Myanmar Text" w:hAnsi="Myanmar Text" w:eastAsia="Myanmar Text" w:cs="Myanmar Text"/>
        </w:rPr>
        <w:t>ထိုကင်းမျှော်သူသည်</w:t>
      </w:r>
      <w:r>
        <w:rPr>
          <w:rFonts w:ascii="Times New Roman" w:hAnsi="Times New Roman" w:eastAsia="Times New Roman" w:cs="Times New Roman"/>
        </w:rPr>
        <w:t xml:space="preserve"> </w:t>
      </w:r>
      <w:r>
        <w:rPr>
          <w:rFonts w:ascii="Myanmar Text" w:hAnsi="Myanmar Text" w:eastAsia="Myanmar Text" w:cs="Myanmar Text"/>
        </w:rPr>
        <w:t>လှုပ်ရှားမှုတစ်ရပ်ဖြစ်ပြီး၊</w:t>
      </w:r>
      <w:r>
        <w:rPr>
          <w:rFonts w:ascii="Times New Roman" w:hAnsi="Times New Roman" w:eastAsia="Times New Roman" w:cs="Times New Roman"/>
        </w:rPr>
        <w:t xml:space="preserve"> </w:t>
      </w:r>
      <w:r>
        <w:rPr>
          <w:rFonts w:ascii="Myanmar Text" w:hAnsi="Myanmar Text" w:eastAsia="Myanmar Text" w:cs="Myanmar Text"/>
        </w:rPr>
        <w:t>အစနှင့်</w:t>
      </w:r>
      <w:r>
        <w:rPr>
          <w:rFonts w:ascii="Times New Roman" w:hAnsi="Times New Roman" w:eastAsia="Times New Roman" w:cs="Times New Roman"/>
        </w:rPr>
        <w:t xml:space="preserve"> </w:t>
      </w:r>
      <w:r>
        <w:rPr>
          <w:rFonts w:ascii="Myanmar Text" w:hAnsi="Myanmar Text" w:eastAsia="Myanmar Text" w:cs="Myanmar Text"/>
        </w:rPr>
        <w:t>အဆုံး</w:t>
      </w:r>
      <w:r>
        <w:rPr>
          <w:rFonts w:ascii="Times New Roman" w:hAnsi="Times New Roman" w:eastAsia="Times New Roman" w:cs="Times New Roman"/>
        </w:rPr>
        <w:t xml:space="preserve"> </w:t>
      </w:r>
      <w:r>
        <w:rPr>
          <w:rFonts w:ascii="Myanmar Text" w:hAnsi="Myanmar Text" w:eastAsia="Myanmar Text" w:cs="Myanmar Text"/>
        </w:rPr>
        <w:t>တူညီသကဲ့သို့သော</w:t>
      </w:r>
      <w:r>
        <w:rPr>
          <w:rFonts w:ascii="Times New Roman" w:hAnsi="Times New Roman" w:eastAsia="Times New Roman" w:cs="Times New Roman"/>
        </w:rPr>
        <w:t xml:space="preserve"> </w:t>
      </w:r>
      <w:r>
        <w:rPr>
          <w:rFonts w:ascii="Myanmar Text" w:hAnsi="Myanmar Text" w:eastAsia="Myanmar Text" w:cs="Myanmar Text"/>
        </w:rPr>
        <w:t>လှုပ်ရှားမှုတစ်ရပ်အတွင်း</w:t>
      </w:r>
      <w:r>
        <w:rPr>
          <w:rFonts w:ascii="Times New Roman" w:hAnsi="Times New Roman" w:eastAsia="Times New Roman" w:cs="Times New Roman"/>
        </w:rPr>
        <w:t xml:space="preserve"> </w:t>
      </w:r>
      <w:r>
        <w:rPr>
          <w:rFonts w:ascii="Myanmar Text" w:hAnsi="Myanmar Text" w:eastAsia="Myanmar Text" w:cs="Myanmar Text"/>
        </w:rPr>
        <w:t>နှစ်ဆသက်သေခံချက်ကိုလည်း</w:t>
      </w:r>
      <w:r>
        <w:rPr>
          <w:rFonts w:ascii="Times New Roman" w:hAnsi="Times New Roman" w:eastAsia="Times New Roman" w:cs="Times New Roman"/>
        </w:rPr>
        <w:t xml:space="preserve"> </w:t>
      </w:r>
      <w:r>
        <w:rPr>
          <w:rFonts w:ascii="Myanmar Text" w:hAnsi="Myanmar Text" w:eastAsia="Myanmar Text" w:cs="Myanmar Text"/>
        </w:rPr>
        <w:t>ဖော်ထုတ်ပြသည်။</w:t>
      </w:r>
      <w:r>
        <w:rPr>
          <w:rFonts w:ascii="Times New Roman" w:hAnsi="Times New Roman" w:eastAsia="Times New Roman" w:cs="Times New Roman"/>
        </w:rPr>
        <w:t xml:space="preserve"> </w:t>
      </w:r>
      <w:r>
        <w:rPr>
          <w:rFonts w:ascii="Myanmar Text" w:hAnsi="Myanmar Text" w:eastAsia="Myanmar Text" w:cs="Myanmar Text"/>
        </w:rPr>
        <w:t>ပထမကောင်းကင်တမန်နှင့်</w:t>
      </w:r>
      <w:r>
        <w:rPr>
          <w:rFonts w:ascii="Times New Roman" w:hAnsi="Times New Roman" w:eastAsia="Times New Roman" w:cs="Times New Roman"/>
        </w:rPr>
        <w:t xml:space="preserve"> </w:t>
      </w:r>
      <w:r>
        <w:rPr>
          <w:rFonts w:ascii="Myanmar Text" w:hAnsi="Myanmar Text" w:eastAsia="Myanmar Text" w:cs="Myanmar Text"/>
        </w:rPr>
        <w:t>ဒုတိယကောင်းကင်တမန်</w:t>
      </w:r>
      <w:r>
        <w:rPr>
          <w:rFonts w:ascii="Times New Roman" w:hAnsi="Times New Roman" w:eastAsia="Times New Roman" w:cs="Times New Roman"/>
        </w:rPr>
        <w:t xml:space="preserve"> </w:t>
      </w:r>
      <w:r>
        <w:rPr>
          <w:rFonts w:ascii="Myanmar Text" w:hAnsi="Myanmar Text" w:eastAsia="Myanmar Text" w:cs="Myanmar Text"/>
        </w:rPr>
        <w:t>မရှိဘဲ</w:t>
      </w:r>
      <w:r>
        <w:rPr>
          <w:rFonts w:ascii="Times New Roman" w:hAnsi="Times New Roman" w:eastAsia="Times New Roman" w:cs="Times New Roman"/>
        </w:rPr>
        <w:t xml:space="preserve"> </w:t>
      </w:r>
      <w:r>
        <w:rPr>
          <w:rFonts w:ascii="Myanmar Text" w:hAnsi="Myanmar Text" w:eastAsia="Myanmar Text" w:cs="Myanmar Text"/>
        </w:rPr>
        <w:t>တတိယကောင်းကင်တမန်</w:t>
      </w:r>
      <w:r>
        <w:rPr>
          <w:rFonts w:ascii="Times New Roman" w:hAnsi="Times New Roman" w:eastAsia="Times New Roman" w:cs="Times New Roman"/>
        </w:rPr>
        <w:t xml:space="preserve"> </w:t>
      </w:r>
      <w:r>
        <w:rPr>
          <w:rFonts w:ascii="Myanmar Text" w:hAnsi="Myanmar Text" w:eastAsia="Myanmar Text" w:cs="Myanmar Text"/>
        </w:rPr>
        <w:t>မရှိနိုင်ကြောင်းကို</w:t>
      </w:r>
      <w:r>
        <w:rPr>
          <w:rFonts w:ascii="Times New Roman" w:hAnsi="Times New Roman" w:eastAsia="Times New Roman" w:cs="Times New Roman"/>
        </w:rPr>
        <w:t xml:space="preserve"> </w:t>
      </w:r>
      <w:r>
        <w:rPr>
          <w:rFonts w:ascii="Myanmar Text" w:hAnsi="Myanmar Text" w:eastAsia="Myanmar Text" w:cs="Myanmar Text"/>
        </w:rPr>
        <w:t>ကျွန်ုပ်တို့အား</w:t>
      </w:r>
      <w:r>
        <w:rPr>
          <w:rFonts w:ascii="Times New Roman" w:hAnsi="Times New Roman" w:eastAsia="Times New Roman" w:cs="Times New Roman"/>
        </w:rPr>
        <w:t xml:space="preserve"> </w:t>
      </w:r>
      <w:r>
        <w:rPr>
          <w:rFonts w:ascii="Myanmar Text" w:hAnsi="Myanmar Text" w:eastAsia="Myanmar Text" w:cs="Myanmar Text"/>
        </w:rPr>
        <w:t>အသိပေးထားသဖြင့်၊</w:t>
      </w:r>
      <w:r>
        <w:rPr>
          <w:rFonts w:ascii="Times New Roman" w:hAnsi="Times New Roman" w:eastAsia="Times New Roman" w:cs="Times New Roman"/>
        </w:rPr>
        <w:t xml:space="preserve"> </w:t>
      </w:r>
      <w:r>
        <w:rPr>
          <w:rFonts w:ascii="Myanmar Text" w:hAnsi="Myanmar Text" w:eastAsia="Myanmar Text" w:cs="Myanmar Text"/>
        </w:rPr>
        <w:t>အဆင့်တစ်ခု၌</w:t>
      </w:r>
      <w:r>
        <w:rPr>
          <w:rFonts w:ascii="Times New Roman" w:hAnsi="Times New Roman" w:eastAsia="Times New Roman" w:cs="Times New Roman"/>
        </w:rPr>
        <w:t xml:space="preserve"> </w:t>
      </w:r>
      <w:r>
        <w:rPr>
          <w:rFonts w:ascii="Myanmar Text" w:hAnsi="Myanmar Text" w:eastAsia="Myanmar Text" w:cs="Myanmar Text"/>
        </w:rPr>
        <w:t>ပထမကောင်းကင်တမန်၏</w:t>
      </w:r>
      <w:r>
        <w:rPr>
          <w:rFonts w:ascii="Times New Roman" w:hAnsi="Times New Roman" w:eastAsia="Times New Roman" w:cs="Times New Roman"/>
        </w:rPr>
        <w:t xml:space="preserve"> </w:t>
      </w:r>
      <w:r>
        <w:rPr>
          <w:rFonts w:ascii="Myanmar Text" w:hAnsi="Myanmar Text" w:eastAsia="Myanmar Text" w:cs="Myanmar Text"/>
        </w:rPr>
        <w:t>လှုပ်ရှားမှုကို</w:t>
      </w:r>
      <w:r>
        <w:rPr>
          <w:rFonts w:ascii="Times New Roman" w:hAnsi="Times New Roman" w:eastAsia="Times New Roman" w:cs="Times New Roman"/>
        </w:rPr>
        <w:t xml:space="preserve"> </w:t>
      </w:r>
      <w:r>
        <w:rPr>
          <w:rFonts w:ascii="Myanmar Text" w:hAnsi="Myanmar Text" w:eastAsia="Myanmar Text" w:cs="Myanmar Text"/>
        </w:rPr>
        <w:t>တတိယကောင်းကင်တမန်၏</w:t>
      </w:r>
      <w:r>
        <w:rPr>
          <w:rFonts w:ascii="Times New Roman" w:hAnsi="Times New Roman" w:eastAsia="Times New Roman" w:cs="Times New Roman"/>
        </w:rPr>
        <w:t xml:space="preserve"> </w:t>
      </w:r>
      <w:r>
        <w:rPr>
          <w:rFonts w:ascii="Myanmar Text" w:hAnsi="Myanmar Text" w:eastAsia="Myanmar Text" w:cs="Myanmar Text"/>
        </w:rPr>
        <w:t>လှုပ်ရှားမှုမှ</w:t>
      </w:r>
      <w:r>
        <w:rPr>
          <w:rFonts w:ascii="Times New Roman" w:hAnsi="Times New Roman" w:eastAsia="Times New Roman" w:cs="Times New Roman"/>
        </w:rPr>
        <w:t xml:space="preserve"> </w:t>
      </w:r>
      <w:r>
        <w:rPr>
          <w:rFonts w:ascii="Myanmar Text" w:hAnsi="Myanmar Text" w:eastAsia="Myanmar Text" w:cs="Myanmar Text"/>
        </w:rPr>
        <w:t>ခွဲထုတ်ရန်</w:t>
      </w:r>
      <w:r>
        <w:rPr>
          <w:rFonts w:ascii="Times New Roman" w:hAnsi="Times New Roman" w:eastAsia="Times New Roman" w:cs="Times New Roman"/>
        </w:rPr>
        <w:t xml:space="preserve"> </w:t>
      </w:r>
      <w:r>
        <w:rPr>
          <w:rFonts w:ascii="Myanmar Text" w:hAnsi="Myanmar Text" w:eastAsia="Myanmar Text" w:cs="Myanmar Text"/>
        </w:rPr>
        <w:t>မဖြစ်နိုင်ပေ။</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လှုပ်ရှားမှုနှစ်ရပ်စလုံးကို</w:t>
      </w:r>
      <w:r>
        <w:rPr>
          <w:rFonts w:ascii="Times New Roman" w:hAnsi="Times New Roman" w:eastAsia="Times New Roman" w:cs="Times New Roman"/>
        </w:rPr>
        <w:t xml:space="preserve"> </w:t>
      </w:r>
      <w:r>
        <w:rPr>
          <w:rFonts w:ascii="Myanmar Text" w:hAnsi="Myanmar Text" w:eastAsia="Myanmar Text" w:cs="Myanmar Text"/>
        </w:rPr>
        <w:t>ဧလိယာနှင့်</w:t>
      </w:r>
      <w:r>
        <w:rPr>
          <w:rFonts w:ascii="Times New Roman" w:hAnsi="Times New Roman" w:eastAsia="Times New Roman" w:cs="Times New Roman"/>
        </w:rPr>
        <w:t xml:space="preserve"> </w:t>
      </w:r>
      <w:r>
        <w:rPr>
          <w:rFonts w:ascii="Myanmar Text" w:hAnsi="Myanmar Text" w:eastAsia="Myanmar Text" w:cs="Myanmar Text"/>
        </w:rPr>
        <w:t>ဗတ္တိဇံယောဟန်တို့အားဖြင့်</w:t>
      </w:r>
      <w:r>
        <w:rPr>
          <w:rFonts w:ascii="Times New Roman" w:hAnsi="Times New Roman" w:eastAsia="Times New Roman" w:cs="Times New Roman"/>
        </w:rPr>
        <w:t xml:space="preserve"> </w:t>
      </w:r>
      <w:r>
        <w:rPr>
          <w:rFonts w:ascii="Myanmar Text" w:hAnsi="Myanmar Text" w:eastAsia="Myanmar Text" w:cs="Myanmar Text"/>
        </w:rPr>
        <w:t>နမူနာပြထားသော</w:t>
      </w:r>
      <w:r>
        <w:rPr>
          <w:rFonts w:ascii="Times New Roman" w:hAnsi="Times New Roman" w:eastAsia="Times New Roman" w:cs="Times New Roman"/>
        </w:rPr>
        <w:t xml:space="preserve"> </w:t>
      </w:r>
      <w:r>
        <w:rPr>
          <w:rFonts w:ascii="Myanmar Text" w:hAnsi="Myanmar Text" w:eastAsia="Myanmar Text" w:cs="Myanmar Text"/>
        </w:rPr>
        <w:t>ကင်းမျှော်သူတစ်ဦးက</w:t>
      </w:r>
      <w:r>
        <w:rPr>
          <w:rFonts w:ascii="Times New Roman" w:hAnsi="Times New Roman" w:eastAsia="Times New Roman" w:cs="Times New Roman"/>
        </w:rPr>
        <w:t xml:space="preserve"> </w:t>
      </w:r>
      <w:r>
        <w:rPr>
          <w:rFonts w:ascii="Myanmar Text" w:hAnsi="Myanmar Text" w:eastAsia="Myanmar Text" w:cs="Myanmar Text"/>
        </w:rPr>
        <w:t>ကိုယ်စားပြုထားသည်။</w:t>
      </w:r>
    </w:p>
    <w:p>
      <w:pPr>
        <w:pStyle w:val="ArticleScripture"/>
        <w:jc w:val="left"/>
      </w:pPr>
      <w:r>
        <w:rPr>
          <w:rFonts w:ascii="Times New Roman" w:hAnsi="Times New Roman" w:eastAsia="Times New Roman" w:cs="Times New Roman"/>
        </w:rPr>
        <w:t>«Қәләм билән аваз арқилиқ биз бу җакарлашни яңритишимиз керәк, уларниң тәртивини вә бизни үчинчи пәриштиниң хәвиригә елип келидиған пәйғәмбәрликләрниң қоллинилишини көрситип. Биринчиси вә иккинчиси болмай туруп, үчинчиси болуши мүмкин әмәс. Бу хәвәрләрни биз нәшриятлар вә нутуқлар арқилиқ дуняға йәткүзүшимиз керәк, пәйғәмбәрлик тарихиниң изидә болған ишларни вә болидиған ишларни көрситип.» Selected Messages, book 2, 105.</w:t>
      </w:r>
    </w:p>
    <w:p>
      <w:pPr>
        <w:pStyle w:val="ArticleBody"/>
        <w:jc w:val="left"/>
      </w:pPr>
      <w:r>
        <w:rPr>
          <w:rFonts w:ascii="Times New Roman" w:hAnsi="Times New Roman" w:eastAsia="Times New Roman" w:cs="Times New Roman"/>
        </w:rPr>
        <w:t>Ñuqanchik qhawasunchik kimsa rikuchiykunapa kimsa kuti rurayninta, chay ñan waqaychaq willakuqpa, Kovenioykunapa Willakuqninta paypa templonman usqhaylla hamunanpaq wakichiqmanta, Juan Bautistawan William Millerwan rikuchisqa hina. Qhipa arariqqa profecíapa yachachisqanmi, Juan Bautistapaq William Millerpaq profético kasqankunata huñuspa reqsisqa, Malakías kimsa kaq kapitulumanta qhipa hunt’asqanta riqsichinapaq.</w:t>
      </w:r>
    </w:p>
    <w:p>
      <w:pPr>
        <w:pStyle w:val="ArticleScripture"/>
        <w:jc w:val="left"/>
      </w:pPr>
      <w:r>
        <w:rPr>
          <w:rFonts w:ascii="Times New Roman" w:hAnsi="Times New Roman" w:eastAsia="Times New Roman" w:cs="Times New Roman"/>
        </w:rPr>
        <w:t>Талым саҕаланыам мин илчимнибин, уонна кини мин иннибэр суолу бэлэмнээһин; уонна эһиги көрдөрүөххүт Дьөгүөр тэтимтэник кэлэр дьиэтинэ, ол иһин кэлиһии илчимнэ, эһиги үөрэҕитэ киһитэ; талым, кини кэлэр, Хоһоонноро Дьөгүөр этэр. Малахия 3:1.</w:t>
      </w:r>
    </w:p>
    <w:p>
      <w:pPr>
        <w:pStyle w:val="ArticleBody"/>
        <w:jc w:val="left"/>
      </w:pPr>
      <w:r>
        <w:rPr>
          <w:rFonts w:ascii="Times New Roman" w:hAnsi="Times New Roman" w:eastAsia="Times New Roman" w:cs="Times New Roman"/>
        </w:rPr>
        <w:t>Biz, Vahiy kitabının sekizinci ve dokuzuncu bölümlerindeki birinci ve ikinci vayların İslâm’a ait peygamberlik özellikleriyle temsil edilen İslâm’ın üç tezahürünün üçlü uygulamasına bakacağız; bunlar, Vahiy kitabının onuncu ve on birinci bölümlerinde tanımlanan üçüncü Vay’ın İslâm’a ait peygamberlik özelliklerini belirler.</w:t>
      </w:r>
    </w:p>
    <w:p>
      <w:pPr>
        <w:pStyle w:val="ArticleBody"/>
        <w:jc w:val="left"/>
      </w:pPr>
      <w:r>
        <w:rPr>
          <w:rFonts w:ascii="Times New Roman" w:hAnsi="Times New Roman" w:eastAsia="Times New Roman" w:cs="Times New Roman"/>
        </w:rPr>
        <w:t>Siinanut inerniliivut atuagaat tulliuttumi ingerlateqqikkumaarpavut.</w:t>
      </w:r>
    </w:p>
    <w:p>
      <w:pPr>
        <w:pStyle w:val="ArticleScripture"/>
        <w:jc w:val="left"/>
      </w:pPr>
      <w:r>
        <w:rPr>
          <w:rFonts w:ascii="Times New Roman" w:hAnsi="Times New Roman" w:eastAsia="Times New Roman" w:cs="Times New Roman"/>
        </w:rPr>
        <w:t>“Dawkutæra alya d-mḥasab lakhun, dawnash d-ʿabed ḥusbaykhun, bṭalyathkhun, u ṣlotkhun bdukhtokhun. Hādā yulpanā it lan d-naṭel leh b-libban yōmānā. Saggīʾē menkhun mṭamnyēn d-gazzā yaqqīrā d-malkuthā d-Alāhā u d-Ishoʿ Mshiḥā iteh b-Kthāwā Qaddīshā d-ākhzēn aton b-īdakhun. Yādʿīn aton d-lā īt gazzā arʿānā d-mettnaqel b-lā ʿamālā ṭrīḥā. Lmānā msabbrīn aton d-tethasklūn gazzē d-melthā d-Alāhā b-lā mepḥaṣṭānūthā ḥrīṣtā b-Kthāwē?”</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ကမ္ဘာတော်ကျမ်းကို</w:t>
      </w:r>
      <w:r>
        <w:rPr>
          <w:rFonts w:ascii="Times New Roman" w:hAnsi="Times New Roman" w:eastAsia="Times New Roman" w:cs="Times New Roman"/>
        </w:rPr>
        <w:t xml:space="preserve"> </w:t>
      </w:r>
      <w:r>
        <w:rPr>
          <w:rFonts w:ascii="Myanmar Text" w:hAnsi="Myanmar Text" w:eastAsia="Myanmar Text" w:cs="Myanmar Text"/>
        </w:rPr>
        <w:t>ဖတ်ရှုခြင်းသည်</w:t>
      </w:r>
      <w:r>
        <w:rPr>
          <w:rFonts w:ascii="Times New Roman" w:hAnsi="Times New Roman" w:eastAsia="Times New Roman" w:cs="Times New Roman"/>
        </w:rPr>
        <w:t xml:space="preserve"> </w:t>
      </w:r>
      <w:r>
        <w:rPr>
          <w:rFonts w:ascii="Myanmar Text" w:hAnsi="Myanmar Text" w:eastAsia="Myanmar Text" w:cs="Myanmar Text"/>
        </w:rPr>
        <w:t>သင့်လျော်၍</w:t>
      </w:r>
      <w:r>
        <w:rPr>
          <w:rFonts w:ascii="Times New Roman" w:hAnsi="Times New Roman" w:eastAsia="Times New Roman" w:cs="Times New Roman"/>
        </w:rPr>
        <w:t xml:space="preserve"> </w:t>
      </w:r>
      <w:r>
        <w:rPr>
          <w:rFonts w:ascii="Myanmar Text" w:hAnsi="Myanmar Text" w:eastAsia="Myanmar Text" w:cs="Myanmar Text"/>
        </w:rPr>
        <w:t>မှန်ကန်သောအရာ</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တာဝန်သည်</w:t>
      </w:r>
      <w:r>
        <w:rPr>
          <w:rFonts w:ascii="Times New Roman" w:hAnsi="Times New Roman" w:eastAsia="Times New Roman" w:cs="Times New Roman"/>
        </w:rPr>
        <w:t xml:space="preserve"> </w:t>
      </w:r>
      <w:r>
        <w:rPr>
          <w:rFonts w:ascii="Myanmar Text" w:hAnsi="Myanmar Text" w:eastAsia="Myanmar Text" w:cs="Myanmar Text"/>
        </w:rPr>
        <w:t>ထိုနေရာ၌</w:t>
      </w:r>
      <w:r>
        <w:rPr>
          <w:rFonts w:ascii="Times New Roman" w:hAnsi="Times New Roman" w:eastAsia="Times New Roman" w:cs="Times New Roman"/>
        </w:rPr>
        <w:t xml:space="preserve"> </w:t>
      </w:r>
      <w:r>
        <w:rPr>
          <w:rFonts w:ascii="Myanmar Text" w:hAnsi="Myanmar Text" w:eastAsia="Myanmar Text" w:cs="Myanmar Text"/>
        </w:rPr>
        <w:t>မပြီးဆုံးသေးပေ။</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စာမျက်နှာများကို</w:t>
      </w:r>
      <w:r>
        <w:rPr>
          <w:rFonts w:ascii="Times New Roman" w:hAnsi="Times New Roman" w:eastAsia="Times New Roman" w:cs="Times New Roman"/>
        </w:rPr>
        <w:t xml:space="preserve"> </w:t>
      </w:r>
      <w:r>
        <w:rPr>
          <w:rFonts w:ascii="Myanmar Text" w:hAnsi="Myanmar Text" w:eastAsia="Myanmar Text" w:cs="Myanmar Text"/>
        </w:rPr>
        <w:t>ကိုယ်တိုင်</w:t>
      </w:r>
      <w:r>
        <w:rPr>
          <w:rFonts w:ascii="Times New Roman" w:hAnsi="Times New Roman" w:eastAsia="Times New Roman" w:cs="Times New Roman"/>
        </w:rPr>
        <w:t xml:space="preserve"> </w:t>
      </w:r>
      <w:r>
        <w:rPr>
          <w:rFonts w:ascii="Myanmar Text" w:hAnsi="Myanmar Text" w:eastAsia="Myanmar Text" w:cs="Myanmar Text"/>
        </w:rPr>
        <w:t>ရှာဖွေစူးစမ်းရမည်</w:t>
      </w:r>
      <w:r>
        <w:rPr>
          <w:rFonts w:ascii="Times New Roman" w:hAnsi="Times New Roman" w:eastAsia="Times New Roman" w:cs="Times New Roman"/>
        </w:rPr>
        <w:t xml:space="preserve"> </w:t>
      </w:r>
      <w:r>
        <w:rPr>
          <w:rFonts w:ascii="Myanmar Text" w:hAnsi="Myanmar Text" w:eastAsia="Myanmar Text" w:cs="Myanmar Text"/>
        </w:rPr>
        <w:t>ဖြစ်သောကြောင့်တည်း။</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သိကျွမ်းခြင်းသည်</w:t>
      </w:r>
      <w:r>
        <w:rPr>
          <w:rFonts w:ascii="Times New Roman" w:hAnsi="Times New Roman" w:eastAsia="Times New Roman" w:cs="Times New Roman"/>
        </w:rPr>
        <w:t xml:space="preserve"> </w:t>
      </w:r>
      <w:r>
        <w:rPr>
          <w:rFonts w:ascii="Myanmar Text" w:hAnsi="Myanmar Text" w:eastAsia="Myanmar Text" w:cs="Myanmar Text"/>
        </w:rPr>
        <w:t>စိတ်ပိုင်းဆိုင်ရာ</w:t>
      </w:r>
      <w:r>
        <w:rPr>
          <w:rFonts w:ascii="Times New Roman" w:hAnsi="Times New Roman" w:eastAsia="Times New Roman" w:cs="Times New Roman"/>
        </w:rPr>
        <w:t xml:space="preserve"> </w:t>
      </w:r>
      <w:r>
        <w:rPr>
          <w:rFonts w:ascii="Myanmar Text" w:hAnsi="Myanmar Text" w:eastAsia="Myanmar Text" w:cs="Myanmar Text"/>
        </w:rPr>
        <w:t>အားထုတ်မှုမရှိဘဲလည်းကောင်း၊</w:t>
      </w:r>
      <w:r>
        <w:rPr>
          <w:rFonts w:ascii="Times New Roman" w:hAnsi="Times New Roman" w:eastAsia="Times New Roman" w:cs="Times New Roman"/>
        </w:rPr>
        <w:t xml:space="preserve"> </w:t>
      </w:r>
      <w:r>
        <w:rPr>
          <w:rFonts w:ascii="Myanmar Text" w:hAnsi="Myanmar Text" w:eastAsia="Myanmar Text" w:cs="Myanmar Text"/>
        </w:rPr>
        <w:t>လူတို့နှင့်</w:t>
      </w:r>
      <w:r>
        <w:rPr>
          <w:rFonts w:ascii="Times New Roman" w:hAnsi="Times New Roman" w:eastAsia="Times New Roman" w:cs="Times New Roman"/>
        </w:rPr>
        <w:t xml:space="preserve"> </w:t>
      </w:r>
      <w:r>
        <w:rPr>
          <w:rFonts w:ascii="Myanmar Text" w:hAnsi="Myanmar Text" w:eastAsia="Myanmar Text" w:cs="Myanmar Text"/>
        </w:rPr>
        <w:t>စာတန်တို့က</w:t>
      </w:r>
      <w:r>
        <w:rPr>
          <w:rFonts w:ascii="Times New Roman" w:hAnsi="Times New Roman" w:eastAsia="Times New Roman" w:cs="Times New Roman"/>
        </w:rPr>
        <w:t xml:space="preserve"> </w:t>
      </w:r>
      <w:r>
        <w:rPr>
          <w:rFonts w:ascii="Myanmar Text" w:hAnsi="Myanmar Text" w:eastAsia="Myanmar Text" w:cs="Myanmar Text"/>
        </w:rPr>
        <w:t>သမ္မာတရား၏</w:t>
      </w:r>
      <w:r>
        <w:rPr>
          <w:rFonts w:ascii="Times New Roman" w:hAnsi="Times New Roman" w:eastAsia="Times New Roman" w:cs="Times New Roman"/>
        </w:rPr>
        <w:t xml:space="preserve"> </w:t>
      </w:r>
      <w:r>
        <w:rPr>
          <w:rFonts w:ascii="Myanmar Text" w:hAnsi="Myanmar Text" w:eastAsia="Myanmar Text" w:cs="Myanmar Text"/>
        </w:rPr>
        <w:t>အယူဝါဒများကို</w:t>
      </w:r>
      <w:r>
        <w:rPr>
          <w:rFonts w:ascii="Times New Roman" w:hAnsi="Times New Roman" w:eastAsia="Times New Roman" w:cs="Times New Roman"/>
        </w:rPr>
        <w:t xml:space="preserve"> </w:t>
      </w:r>
      <w:r>
        <w:rPr>
          <w:rFonts w:ascii="Myanmar Text" w:hAnsi="Myanmar Text" w:eastAsia="Myanmar Text" w:cs="Myanmar Text"/>
        </w:rPr>
        <w:t>မမှန်မကန်</w:t>
      </w:r>
      <w:r>
        <w:rPr>
          <w:rFonts w:ascii="Times New Roman" w:hAnsi="Times New Roman" w:eastAsia="Times New Roman" w:cs="Times New Roman"/>
        </w:rPr>
        <w:t xml:space="preserve"> </w:t>
      </w:r>
      <w:r>
        <w:rPr>
          <w:rFonts w:ascii="Myanmar Text" w:hAnsi="Myanmar Text" w:eastAsia="Myanmar Text" w:cs="Myanmar Text"/>
        </w:rPr>
        <w:t>ဖော်ပြထားသောအရာတို့တွင်</w:t>
      </w:r>
      <w:r>
        <w:rPr>
          <w:rFonts w:ascii="Times New Roman" w:hAnsi="Times New Roman" w:eastAsia="Times New Roman" w:cs="Times New Roman"/>
        </w:rPr>
        <w:t xml:space="preserve"> </w:t>
      </w:r>
      <w:r>
        <w:rPr>
          <w:rFonts w:ascii="Myanmar Text" w:hAnsi="Myanmar Text" w:eastAsia="Myanmar Text" w:cs="Myanmar Text"/>
        </w:rPr>
        <w:t>ပါဝင်နေသည့်</w:t>
      </w:r>
      <w:r>
        <w:rPr>
          <w:rFonts w:ascii="Times New Roman" w:hAnsi="Times New Roman" w:eastAsia="Times New Roman" w:cs="Times New Roman"/>
        </w:rPr>
        <w:t xml:space="preserve"> </w:t>
      </w:r>
      <w:r>
        <w:rPr>
          <w:rFonts w:ascii="Myanmar Text" w:hAnsi="Myanmar Text" w:eastAsia="Myanmar Text" w:cs="Myanmar Text"/>
        </w:rPr>
        <w:t>ဖွဲကို</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သမ္မာတရား၏</w:t>
      </w:r>
      <w:r>
        <w:rPr>
          <w:rFonts w:ascii="Times New Roman" w:hAnsi="Times New Roman" w:eastAsia="Times New Roman" w:cs="Times New Roman"/>
        </w:rPr>
        <w:t xml:space="preserve"> </w:t>
      </w:r>
      <w:r>
        <w:rPr>
          <w:rFonts w:ascii="Myanmar Text" w:hAnsi="Myanmar Text" w:eastAsia="Myanmar Text" w:cs="Myanmar Text"/>
        </w:rPr>
        <w:t>စပါးနှင့်</w:t>
      </w:r>
      <w:r>
        <w:rPr>
          <w:rFonts w:ascii="Times New Roman" w:hAnsi="Times New Roman" w:eastAsia="Times New Roman" w:cs="Times New Roman"/>
        </w:rPr>
        <w:t xml:space="preserve"> </w:t>
      </w:r>
      <w:r>
        <w:rPr>
          <w:rFonts w:ascii="Myanmar Text" w:hAnsi="Myanmar Text" w:eastAsia="Myanmar Text" w:cs="Myanmar Text"/>
        </w:rPr>
        <w:t>ခွဲထုတ်နိုင်ရန်</w:t>
      </w:r>
      <w:r>
        <w:rPr>
          <w:rFonts w:ascii="Times New Roman" w:hAnsi="Times New Roman" w:eastAsia="Times New Roman" w:cs="Times New Roman"/>
        </w:rPr>
        <w:t xml:space="preserve"> </w:t>
      </w:r>
      <w:r>
        <w:rPr>
          <w:rFonts w:ascii="Myanmar Text" w:hAnsi="Myanmar Text" w:eastAsia="Myanmar Text" w:cs="Myanmar Text"/>
        </w:rPr>
        <w:t>ဉာဏ်ပညာအတွက်</w:t>
      </w:r>
      <w:r>
        <w:rPr>
          <w:rFonts w:ascii="Times New Roman" w:hAnsi="Times New Roman" w:eastAsia="Times New Roman" w:cs="Times New Roman"/>
        </w:rPr>
        <w:t xml:space="preserve"> </w:t>
      </w:r>
      <w:r>
        <w:rPr>
          <w:rFonts w:ascii="Myanmar Text" w:hAnsi="Myanmar Text" w:eastAsia="Myanmar Text" w:cs="Myanmar Text"/>
        </w:rPr>
        <w:t>ဆုတောင်းခြင်းမရှိဘဲလည်းကောင်း</w:t>
      </w:r>
      <w:r>
        <w:rPr>
          <w:rFonts w:ascii="Times New Roman" w:hAnsi="Times New Roman" w:eastAsia="Times New Roman" w:cs="Times New Roman"/>
        </w:rPr>
        <w:t xml:space="preserve"> </w:t>
      </w:r>
      <w:r>
        <w:rPr>
          <w:rFonts w:ascii="Myanmar Text" w:hAnsi="Myanmar Text" w:eastAsia="Myanmar Text" w:cs="Myanmar Text"/>
        </w:rPr>
        <w:t>မရရှိနိုင်ပေ။</w:t>
      </w:r>
      <w:r>
        <w:rPr>
          <w:rFonts w:ascii="Times New Roman" w:hAnsi="Times New Roman" w:eastAsia="Times New Roman" w:cs="Times New Roman"/>
        </w:rPr>
        <w:t xml:space="preserve"> </w:t>
      </w:r>
      <w:r>
        <w:rPr>
          <w:rFonts w:ascii="Myanmar Text" w:hAnsi="Myanmar Text" w:eastAsia="Myanmar Text" w:cs="Myanmar Text"/>
        </w:rPr>
        <w:t>စာတန်နှင့်</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လူသားအေးဂျင့်များဖြင့်</w:t>
      </w:r>
      <w:r>
        <w:rPr>
          <w:rFonts w:ascii="Times New Roman" w:hAnsi="Times New Roman" w:eastAsia="Times New Roman" w:cs="Times New Roman"/>
        </w:rPr>
        <w:t xml:space="preserve"> </w:t>
      </w:r>
      <w:r>
        <w:rPr>
          <w:rFonts w:ascii="Myanmar Text" w:hAnsi="Myanmar Text" w:eastAsia="Myanmar Text" w:cs="Myanmar Text"/>
        </w:rPr>
        <w:t>ဖွဲ့စည်းထားသော</w:t>
      </w:r>
      <w:r>
        <w:rPr>
          <w:rFonts w:ascii="Times New Roman" w:hAnsi="Times New Roman" w:eastAsia="Times New Roman" w:cs="Times New Roman"/>
        </w:rPr>
        <w:t xml:space="preserve"> </w:t>
      </w:r>
      <w:r>
        <w:rPr>
          <w:rFonts w:ascii="Myanmar Text" w:hAnsi="Myanmar Text" w:eastAsia="Myanmar Text" w:cs="Myanmar Text"/>
        </w:rPr>
        <w:t>မဟာမိတ်အဖွဲ့သည်</w:t>
      </w:r>
      <w:r>
        <w:rPr>
          <w:rFonts w:ascii="Times New Roman" w:hAnsi="Times New Roman" w:eastAsia="Times New Roman" w:cs="Times New Roman"/>
        </w:rPr>
        <w:t xml:space="preserve"> </w:t>
      </w:r>
      <w:r>
        <w:rPr>
          <w:rFonts w:ascii="Myanmar Text" w:hAnsi="Myanmar Text" w:eastAsia="Myanmar Text" w:cs="Myanmar Text"/>
        </w:rPr>
        <w:t>မှားယွင်းမှု၏</w:t>
      </w:r>
      <w:r>
        <w:rPr>
          <w:rFonts w:ascii="Times New Roman" w:hAnsi="Times New Roman" w:eastAsia="Times New Roman" w:cs="Times New Roman"/>
        </w:rPr>
        <w:t xml:space="preserve"> </w:t>
      </w:r>
      <w:r>
        <w:rPr>
          <w:rFonts w:ascii="Myanmar Text" w:hAnsi="Myanmar Text" w:eastAsia="Myanmar Text" w:cs="Myanmar Text"/>
        </w:rPr>
        <w:t>ဖွဲကို</w:t>
      </w:r>
      <w:r>
        <w:rPr>
          <w:rFonts w:ascii="Times New Roman" w:hAnsi="Times New Roman" w:eastAsia="Times New Roman" w:cs="Times New Roman"/>
        </w:rPr>
        <w:t xml:space="preserve"> </w:t>
      </w:r>
      <w:r>
        <w:rPr>
          <w:rFonts w:ascii="Myanmar Text" w:hAnsi="Myanmar Text" w:eastAsia="Myanmar Text" w:cs="Myanmar Text"/>
        </w:rPr>
        <w:t>သမ္မာတရား၏</w:t>
      </w:r>
      <w:r>
        <w:rPr>
          <w:rFonts w:ascii="Times New Roman" w:hAnsi="Times New Roman" w:eastAsia="Times New Roman" w:cs="Times New Roman"/>
        </w:rPr>
        <w:t xml:space="preserve"> </w:t>
      </w:r>
      <w:r>
        <w:rPr>
          <w:rFonts w:ascii="Myanmar Text" w:hAnsi="Myanmar Text" w:eastAsia="Myanmar Text" w:cs="Myanmar Text"/>
        </w:rPr>
        <w:t>ဂျုံနှင့်</w:t>
      </w:r>
      <w:r>
        <w:rPr>
          <w:rFonts w:ascii="Times New Roman" w:hAnsi="Times New Roman" w:eastAsia="Times New Roman" w:cs="Times New Roman"/>
        </w:rPr>
        <w:t xml:space="preserve"> </w:t>
      </w:r>
      <w:r>
        <w:rPr>
          <w:rFonts w:ascii="Myanmar Text" w:hAnsi="Myanmar Text" w:eastAsia="Myanmar Text" w:cs="Myanmar Text"/>
        </w:rPr>
        <w:t>ရောနှောရန်</w:t>
      </w:r>
      <w:r>
        <w:rPr>
          <w:rFonts w:ascii="Times New Roman" w:hAnsi="Times New Roman" w:eastAsia="Times New Roman" w:cs="Times New Roman"/>
        </w:rPr>
        <w:t xml:space="preserve"> </w:t>
      </w:r>
      <w:r>
        <w:rPr>
          <w:rFonts w:ascii="Myanmar Text" w:hAnsi="Myanmar Text" w:eastAsia="Myanmar Text" w:cs="Myanmar Text"/>
        </w:rPr>
        <w:t>ကြိုးပမ်းခဲ့ကြသည်။</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ဝှက်ထားသော</w:t>
      </w:r>
      <w:r>
        <w:rPr>
          <w:rFonts w:ascii="Times New Roman" w:hAnsi="Times New Roman" w:eastAsia="Times New Roman" w:cs="Times New Roman"/>
        </w:rPr>
        <w:t xml:space="preserve"> </w:t>
      </w:r>
      <w:r>
        <w:rPr>
          <w:rFonts w:ascii="Myanmar Text" w:hAnsi="Myanmar Text" w:eastAsia="Myanmar Text" w:cs="Myanmar Text"/>
        </w:rPr>
        <w:t>ဘဏ္ဍာကို</w:t>
      </w:r>
      <w:r>
        <w:rPr>
          <w:rFonts w:ascii="Times New Roman" w:hAnsi="Times New Roman" w:eastAsia="Times New Roman" w:cs="Times New Roman"/>
        </w:rPr>
        <w:t xml:space="preserve"> </w:t>
      </w:r>
      <w:r>
        <w:rPr>
          <w:rFonts w:ascii="Myanmar Text" w:hAnsi="Myanmar Text" w:eastAsia="Myanmar Text" w:cs="Myanmar Text"/>
        </w:rPr>
        <w:t>လုံ့လဝီရိယဖြင့်</w:t>
      </w:r>
      <w:r>
        <w:rPr>
          <w:rFonts w:ascii="Times New Roman" w:hAnsi="Times New Roman" w:eastAsia="Times New Roman" w:cs="Times New Roman"/>
        </w:rPr>
        <w:t xml:space="preserve"> </w:t>
      </w:r>
      <w:r>
        <w:rPr>
          <w:rFonts w:ascii="Myanmar Text" w:hAnsi="Myanmar Text" w:eastAsia="Myanmar Text" w:cs="Myanmar Text"/>
        </w:rPr>
        <w:t>ရှာဖွေရမည်ဖြစ်ပြီး၊</w:t>
      </w:r>
      <w:r>
        <w:rPr>
          <w:rFonts w:ascii="Times New Roman" w:hAnsi="Times New Roman" w:eastAsia="Times New Roman" w:cs="Times New Roman"/>
        </w:rPr>
        <w:t xml:space="preserve"> </w:t>
      </w:r>
      <w:r>
        <w:rPr>
          <w:rFonts w:ascii="Myanmar Text" w:hAnsi="Myanmar Text" w:eastAsia="Myanmar Text" w:cs="Myanmar Text"/>
        </w:rPr>
        <w:t>လူ့တီထွင်ဖန်တီးမှုများကို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အမိန့်တော်များမှ</w:t>
      </w:r>
      <w:r>
        <w:rPr>
          <w:rFonts w:ascii="Times New Roman" w:hAnsi="Times New Roman" w:eastAsia="Times New Roman" w:cs="Times New Roman"/>
        </w:rPr>
        <w:t xml:space="preserve"> </w:t>
      </w:r>
      <w:r>
        <w:rPr>
          <w:rFonts w:ascii="Myanmar Text" w:hAnsi="Myanmar Text" w:eastAsia="Myanmar Text" w:cs="Myanmar Text"/>
        </w:rPr>
        <w:t>ခွဲထုတ်နိုင်ရန်</w:t>
      </w:r>
      <w:r>
        <w:rPr>
          <w:rFonts w:ascii="Times New Roman" w:hAnsi="Times New Roman" w:eastAsia="Times New Roman" w:cs="Times New Roman"/>
        </w:rPr>
        <w:t xml:space="preserve"> </w:t>
      </w:r>
      <w:r>
        <w:rPr>
          <w:rFonts w:ascii="Myanmar Text" w:hAnsi="Myanmar Text" w:eastAsia="Myanmar Text" w:cs="Myanmar Text"/>
        </w:rPr>
        <w:t>ကောင်းကင်မှ</w:t>
      </w:r>
      <w:r>
        <w:rPr>
          <w:rFonts w:ascii="Times New Roman" w:hAnsi="Times New Roman" w:eastAsia="Times New Roman" w:cs="Times New Roman"/>
        </w:rPr>
        <w:t xml:space="preserve"> </w:t>
      </w:r>
      <w:r>
        <w:rPr>
          <w:rFonts w:ascii="Myanmar Text" w:hAnsi="Myanmar Text" w:eastAsia="Myanmar Text" w:cs="Myanmar Text"/>
        </w:rPr>
        <w:t>ဉာဏ်ပညာကို</w:t>
      </w:r>
      <w:r>
        <w:rPr>
          <w:rFonts w:ascii="Times New Roman" w:hAnsi="Times New Roman" w:eastAsia="Times New Roman" w:cs="Times New Roman"/>
        </w:rPr>
        <w:t xml:space="preserve"> </w:t>
      </w:r>
      <w:r>
        <w:rPr>
          <w:rFonts w:ascii="Myanmar Text" w:hAnsi="Myanmar Text" w:eastAsia="Myanmar Text" w:cs="Myanmar Text"/>
        </w:rPr>
        <w:t>ရှာတောင်းရမည်။</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ဝိညာဉ်တော်သည်</w:t>
      </w:r>
      <w:r>
        <w:rPr>
          <w:rFonts w:ascii="Times New Roman" w:hAnsi="Times New Roman" w:eastAsia="Times New Roman" w:cs="Times New Roman"/>
        </w:rPr>
        <w:t xml:space="preserve"> </w:t>
      </w:r>
      <w:r>
        <w:rPr>
          <w:rFonts w:ascii="Myanmar Text" w:hAnsi="Myanmar Text" w:eastAsia="Myanmar Text" w:cs="Myanmar Text"/>
        </w:rPr>
        <w:t>ကယ်တင်ခြင်းအစီအစဉ်နှင့်</w:t>
      </w:r>
      <w:r>
        <w:rPr>
          <w:rFonts w:ascii="Times New Roman" w:hAnsi="Times New Roman" w:eastAsia="Times New Roman" w:cs="Times New Roman"/>
        </w:rPr>
        <w:t xml:space="preserve"> </w:t>
      </w:r>
      <w:r>
        <w:rPr>
          <w:rFonts w:ascii="Myanmar Text" w:hAnsi="Myanmar Text" w:eastAsia="Myanmar Text" w:cs="Myanmar Text"/>
        </w:rPr>
        <w:t>သက်ဆိုင်သော</w:t>
      </w:r>
      <w:r>
        <w:rPr>
          <w:rFonts w:ascii="Times New Roman" w:hAnsi="Times New Roman" w:eastAsia="Times New Roman" w:cs="Times New Roman"/>
        </w:rPr>
        <w:t xml:space="preserve"> </w:t>
      </w:r>
      <w:r>
        <w:rPr>
          <w:rFonts w:ascii="Myanmar Text" w:hAnsi="Myanmar Text" w:eastAsia="Myanmar Text" w:cs="Myanmar Text"/>
        </w:rPr>
        <w:t>ကြီးမြတ်၍</w:t>
      </w:r>
      <w:r>
        <w:rPr>
          <w:rFonts w:ascii="Times New Roman" w:hAnsi="Times New Roman" w:eastAsia="Times New Roman" w:cs="Times New Roman"/>
        </w:rPr>
        <w:t xml:space="preserve"> </w:t>
      </w:r>
      <w:r>
        <w:rPr>
          <w:rFonts w:ascii="Myanmar Text" w:hAnsi="Myanmar Text" w:eastAsia="Myanmar Text" w:cs="Myanmar Text"/>
        </w:rPr>
        <w:t>အဖိုးတန်သမ္မာတရားများကို</w:t>
      </w:r>
      <w:r>
        <w:rPr>
          <w:rFonts w:ascii="Times New Roman" w:hAnsi="Times New Roman" w:eastAsia="Times New Roman" w:cs="Times New Roman"/>
        </w:rPr>
        <w:t xml:space="preserve"> </w:t>
      </w:r>
      <w:r>
        <w:rPr>
          <w:rFonts w:ascii="Myanmar Text" w:hAnsi="Myanmar Text" w:eastAsia="Myanmar Text" w:cs="Myanmar Text"/>
        </w:rPr>
        <w:t>ရှာဖွေသူအား</w:t>
      </w:r>
      <w:r>
        <w:rPr>
          <w:rFonts w:ascii="Times New Roman" w:hAnsi="Times New Roman" w:eastAsia="Times New Roman" w:cs="Times New Roman"/>
        </w:rPr>
        <w:t xml:space="preserve"> </w:t>
      </w:r>
      <w:r>
        <w:rPr>
          <w:rFonts w:ascii="Myanmar Text" w:hAnsi="Myanmar Text" w:eastAsia="Myanmar Text" w:cs="Myanmar Text"/>
        </w:rPr>
        <w:t>ကူညီတော်မူလိမ့်မည်။</w:t>
      </w:r>
      <w:r>
        <w:rPr>
          <w:rFonts w:ascii="Times New Roman" w:hAnsi="Times New Roman" w:eastAsia="Times New Roman" w:cs="Times New Roman"/>
        </w:rPr>
        <w:t xml:space="preserve"> </w:t>
      </w:r>
      <w:r>
        <w:rPr>
          <w:rFonts w:ascii="Myanmar Text" w:hAnsi="Myanmar Text" w:eastAsia="Myanmar Text" w:cs="Myanmar Text"/>
        </w:rPr>
        <w:t>သမ္မာကျမ်းစာကို</w:t>
      </w:r>
      <w:r>
        <w:rPr>
          <w:rFonts w:ascii="Times New Roman" w:hAnsi="Times New Roman" w:eastAsia="Times New Roman" w:cs="Times New Roman"/>
        </w:rPr>
        <w:t xml:space="preserve"> </w:t>
      </w:r>
      <w:r>
        <w:rPr>
          <w:rFonts w:ascii="Myanmar Text" w:hAnsi="Myanmar Text" w:eastAsia="Myanmar Text" w:cs="Myanmar Text"/>
        </w:rPr>
        <w:t>ပေါ့ပေါ့ပါးပါး</w:t>
      </w:r>
      <w:r>
        <w:rPr>
          <w:rFonts w:ascii="Times New Roman" w:hAnsi="Times New Roman" w:eastAsia="Times New Roman" w:cs="Times New Roman"/>
        </w:rPr>
        <w:t xml:space="preserve"> </w:t>
      </w:r>
      <w:r>
        <w:rPr>
          <w:rFonts w:ascii="Myanmar Text" w:hAnsi="Myanmar Text" w:eastAsia="Myanmar Text" w:cs="Myanmar Text"/>
        </w:rPr>
        <w:t>ဖတ်ရှုခြင်းမျှဖြင့်</w:t>
      </w:r>
      <w:r>
        <w:rPr>
          <w:rFonts w:ascii="Times New Roman" w:hAnsi="Times New Roman" w:eastAsia="Times New Roman" w:cs="Times New Roman"/>
        </w:rPr>
        <w:t xml:space="preserve"> </w:t>
      </w:r>
      <w:r>
        <w:rPr>
          <w:rFonts w:ascii="Myanmar Text" w:hAnsi="Myanmar Text" w:eastAsia="Myanmar Text" w:cs="Myanmar Text"/>
        </w:rPr>
        <w:t>မလုံလောက်ကြောင်း</w:t>
      </w:r>
      <w:r>
        <w:rPr>
          <w:rFonts w:ascii="Times New Roman" w:hAnsi="Times New Roman" w:eastAsia="Times New Roman" w:cs="Times New Roman"/>
        </w:rPr>
        <w:t xml:space="preserve"> </w:t>
      </w:r>
      <w:r>
        <w:rPr>
          <w:rFonts w:ascii="Myanmar Text" w:hAnsi="Myanmar Text" w:eastAsia="Myanmar Text" w:cs="Myanmar Text"/>
        </w:rPr>
        <w:t>အချက်ကို</w:t>
      </w:r>
      <w:r>
        <w:rPr>
          <w:rFonts w:ascii="Times New Roman" w:hAnsi="Times New Roman" w:eastAsia="Times New Roman" w:cs="Times New Roman"/>
        </w:rPr>
        <w:t xml:space="preserve"> </w:t>
      </w:r>
      <w:r>
        <w:rPr>
          <w:rFonts w:ascii="Myanmar Text" w:hAnsi="Myanmar Text" w:eastAsia="Myanmar Text" w:cs="Myanmar Text"/>
        </w:rPr>
        <w:t>လူအပေါင်းတို့၏</w:t>
      </w:r>
      <w:r>
        <w:rPr>
          <w:rFonts w:ascii="Times New Roman" w:hAnsi="Times New Roman" w:eastAsia="Times New Roman" w:cs="Times New Roman"/>
        </w:rPr>
        <w:t xml:space="preserve"> </w:t>
      </w:r>
      <w:r>
        <w:rPr>
          <w:rFonts w:ascii="Myanmar Text" w:hAnsi="Myanmar Text" w:eastAsia="Myanmar Text" w:cs="Myanmar Text"/>
        </w:rPr>
        <w:t>စိတ်ထဲ၌</w:t>
      </w:r>
      <w:r>
        <w:rPr>
          <w:rFonts w:ascii="Times New Roman" w:hAnsi="Times New Roman" w:eastAsia="Times New Roman" w:cs="Times New Roman"/>
        </w:rPr>
        <w:t xml:space="preserve"> </w:t>
      </w:r>
      <w:r>
        <w:rPr>
          <w:rFonts w:ascii="Myanmar Text" w:hAnsi="Myanmar Text" w:eastAsia="Myanmar Text" w:cs="Myanmar Text"/>
        </w:rPr>
        <w:t>ကျွန်ုပ်</w:t>
      </w:r>
      <w:r>
        <w:rPr>
          <w:rFonts w:ascii="Times New Roman" w:hAnsi="Times New Roman" w:eastAsia="Times New Roman" w:cs="Times New Roman"/>
        </w:rPr>
        <w:t xml:space="preserve"> </w:t>
      </w:r>
      <w:r>
        <w:rPr>
          <w:rFonts w:ascii="Myanmar Text" w:hAnsi="Myanmar Text" w:eastAsia="Myanmar Text" w:cs="Myanmar Text"/>
        </w:rPr>
        <w:t>အလေးအနက်</w:t>
      </w:r>
      <w:r>
        <w:rPr>
          <w:rFonts w:ascii="Times New Roman" w:hAnsi="Times New Roman" w:eastAsia="Times New Roman" w:cs="Times New Roman"/>
        </w:rPr>
        <w:t xml:space="preserve"> </w:t>
      </w:r>
      <w:r>
        <w:rPr>
          <w:rFonts w:ascii="Myanmar Text" w:hAnsi="Myanmar Text" w:eastAsia="Myanmar Text" w:cs="Myanmar Text"/>
        </w:rPr>
        <w:t>ထည့်သွင်းလို၏။</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ရှာဖွေရမည်ဖြစ်ပြီး၊</w:t>
      </w:r>
      <w:r>
        <w:rPr>
          <w:rFonts w:ascii="Times New Roman" w:hAnsi="Times New Roman" w:eastAsia="Times New Roman" w:cs="Times New Roman"/>
        </w:rPr>
        <w:t xml:space="preserve"> </w:t>
      </w:r>
      <w:r>
        <w:rPr>
          <w:rFonts w:ascii="Myanmar Text" w:hAnsi="Myanmar Text" w:eastAsia="Myanmar Text" w:cs="Myanmar Text"/>
        </w:rPr>
        <w:t>ဤသည်မှာ</w:t>
      </w:r>
      <w:r>
        <w:rPr>
          <w:rFonts w:ascii="Times New Roman" w:hAnsi="Times New Roman" w:eastAsia="Times New Roman" w:cs="Times New Roman"/>
        </w:rPr>
        <w:t xml:space="preserve"> </w:t>
      </w:r>
      <w:r>
        <w:rPr>
          <w:rFonts w:ascii="Myanmar Text" w:hAnsi="Myanmar Text" w:eastAsia="Myanmar Text" w:cs="Myanmar Text"/>
        </w:rPr>
        <w:t>ထိုစကားလုံးက</w:t>
      </w:r>
      <w:r>
        <w:rPr>
          <w:rFonts w:ascii="Times New Roman" w:hAnsi="Times New Roman" w:eastAsia="Times New Roman" w:cs="Times New Roman"/>
        </w:rPr>
        <w:t xml:space="preserve"> </w:t>
      </w:r>
      <w:r>
        <w:rPr>
          <w:rFonts w:ascii="Myanmar Text" w:hAnsi="Myanmar Text" w:eastAsia="Myanmar Text" w:cs="Myanmar Text"/>
        </w:rPr>
        <w:t>အဓိပ္ပာယ်သက်ရောက်သမျှ</w:t>
      </w:r>
      <w:r>
        <w:rPr>
          <w:rFonts w:ascii="Times New Roman" w:hAnsi="Times New Roman" w:eastAsia="Times New Roman" w:cs="Times New Roman"/>
        </w:rPr>
        <w:t xml:space="preserve"> </w:t>
      </w:r>
      <w:r>
        <w:rPr>
          <w:rFonts w:ascii="Myanmar Text" w:hAnsi="Myanmar Text" w:eastAsia="Myanmar Text" w:cs="Myanmar Text"/>
        </w:rPr>
        <w:t>အရာအားလုံးကို</w:t>
      </w:r>
      <w:r>
        <w:rPr>
          <w:rFonts w:ascii="Times New Roman" w:hAnsi="Times New Roman" w:eastAsia="Times New Roman" w:cs="Times New Roman"/>
        </w:rPr>
        <w:t xml:space="preserve"> </w:t>
      </w:r>
      <w:r>
        <w:rPr>
          <w:rFonts w:ascii="Myanmar Text" w:hAnsi="Myanmar Text" w:eastAsia="Myanmar Text" w:cs="Myanmar Text"/>
        </w:rPr>
        <w:t>အမှန်တကယ်</w:t>
      </w:r>
      <w:r>
        <w:rPr>
          <w:rFonts w:ascii="Times New Roman" w:hAnsi="Times New Roman" w:eastAsia="Times New Roman" w:cs="Times New Roman"/>
        </w:rPr>
        <w:t xml:space="preserve"> </w:t>
      </w:r>
      <w:r>
        <w:rPr>
          <w:rFonts w:ascii="Myanmar Text" w:hAnsi="Myanmar Text" w:eastAsia="Myanmar Text" w:cs="Myanmar Text"/>
        </w:rPr>
        <w:t>လုပ်ဆောင်ခြင်းကို</w:t>
      </w:r>
      <w:r>
        <w:rPr>
          <w:rFonts w:ascii="Times New Roman" w:hAnsi="Times New Roman" w:eastAsia="Times New Roman" w:cs="Times New Roman"/>
        </w:rPr>
        <w:t xml:space="preserve"> </w:t>
      </w:r>
      <w:r>
        <w:rPr>
          <w:rFonts w:ascii="Myanmar Text" w:hAnsi="Myanmar Text" w:eastAsia="Myanmar Text" w:cs="Myanmar Text"/>
        </w:rPr>
        <w:t>ဆိုလို၏။</w:t>
      </w:r>
      <w:r>
        <w:rPr>
          <w:rFonts w:ascii="Times New Roman" w:hAnsi="Times New Roman" w:eastAsia="Times New Roman" w:cs="Times New Roman"/>
        </w:rPr>
        <w:t xml:space="preserve"> </w:t>
      </w:r>
      <w:r>
        <w:rPr>
          <w:rFonts w:ascii="Myanmar Text" w:hAnsi="Myanmar Text" w:eastAsia="Myanmar Text" w:cs="Myanmar Text"/>
        </w:rPr>
        <w:t>သတ္တုတူးဖော်သူသည်</w:t>
      </w:r>
      <w:r>
        <w:rPr>
          <w:rFonts w:ascii="Times New Roman" w:hAnsi="Times New Roman" w:eastAsia="Times New Roman" w:cs="Times New Roman"/>
        </w:rPr>
        <w:t xml:space="preserve"> </w:t>
      </w:r>
      <w:r>
        <w:rPr>
          <w:rFonts w:ascii="Myanmar Text" w:hAnsi="Myanmar Text" w:eastAsia="Myanmar Text" w:cs="Myanmar Text"/>
        </w:rPr>
        <w:t>ရွှေကြောများကို</w:t>
      </w:r>
      <w:r>
        <w:rPr>
          <w:rFonts w:ascii="Times New Roman" w:hAnsi="Times New Roman" w:eastAsia="Times New Roman" w:cs="Times New Roman"/>
        </w:rPr>
        <w:t xml:space="preserve"> </w:t>
      </w:r>
      <w:r>
        <w:rPr>
          <w:rFonts w:ascii="Myanmar Text" w:hAnsi="Myanmar Text" w:eastAsia="Myanmar Text" w:cs="Myanmar Text"/>
        </w:rPr>
        <w:t>ရှာတွေ့ရန်</w:t>
      </w:r>
      <w:r>
        <w:rPr>
          <w:rFonts w:ascii="Times New Roman" w:hAnsi="Times New Roman" w:eastAsia="Times New Roman" w:cs="Times New Roman"/>
        </w:rPr>
        <w:t xml:space="preserve"> </w:t>
      </w:r>
      <w:r>
        <w:rPr>
          <w:rFonts w:ascii="Myanmar Text" w:hAnsi="Myanmar Text" w:eastAsia="Myanmar Text" w:cs="Myanmar Text"/>
        </w:rPr>
        <w:t>မြေကြီးကို</w:t>
      </w:r>
      <w:r>
        <w:rPr>
          <w:rFonts w:ascii="Times New Roman" w:hAnsi="Times New Roman" w:eastAsia="Times New Roman" w:cs="Times New Roman"/>
        </w:rPr>
        <w:t xml:space="preserve"> </w:t>
      </w:r>
      <w:r>
        <w:rPr>
          <w:rFonts w:ascii="Myanmar Text" w:hAnsi="Myanmar Text" w:eastAsia="Myanmar Text" w:cs="Myanmar Text"/>
        </w:rPr>
        <w:t>စိတ်အားထက်သန်စွာ</w:t>
      </w:r>
      <w:r>
        <w:rPr>
          <w:rFonts w:ascii="Times New Roman" w:hAnsi="Times New Roman" w:eastAsia="Times New Roman" w:cs="Times New Roman"/>
        </w:rPr>
        <w:t xml:space="preserve"> </w:t>
      </w:r>
      <w:r>
        <w:rPr>
          <w:rFonts w:ascii="Myanmar Text" w:hAnsi="Myanmar Text" w:eastAsia="Myanmar Text" w:cs="Myanmar Text"/>
        </w:rPr>
        <w:t>စူးစမ်းသကဲ့သို့၊</w:t>
      </w:r>
      <w:r>
        <w:rPr>
          <w:rFonts w:ascii="Times New Roman" w:hAnsi="Times New Roman" w:eastAsia="Times New Roman" w:cs="Times New Roman"/>
        </w:rPr>
        <w:t xml:space="preserve"> </w:t>
      </w:r>
      <w:r>
        <w:rPr>
          <w:rFonts w:ascii="Myanmar Text" w:hAnsi="Myanmar Text" w:eastAsia="Myanmar Text" w:cs="Myanmar Text"/>
        </w:rPr>
        <w:t>သင်တို့လည်း</w:t>
      </w:r>
      <w:r>
        <w:rPr>
          <w:rFonts w:ascii="Times New Roman" w:hAnsi="Times New Roman" w:eastAsia="Times New Roman" w:cs="Times New Roman"/>
        </w:rPr>
        <w:t xml:space="preserve"> </w:t>
      </w:r>
      <w:r>
        <w:rPr>
          <w:rFonts w:ascii="Myanmar Text" w:hAnsi="Myanmar Text" w:eastAsia="Myanmar Text" w:cs="Myanmar Text"/>
        </w:rPr>
        <w:t>စာတန်က</w:t>
      </w:r>
      <w:r>
        <w:rPr>
          <w:rFonts w:ascii="Times New Roman" w:hAnsi="Times New Roman" w:eastAsia="Times New Roman" w:cs="Times New Roman"/>
        </w:rPr>
        <w:t xml:space="preserve"> </w:t>
      </w:r>
      <w:r>
        <w:rPr>
          <w:rFonts w:ascii="Myanmar Text" w:hAnsi="Myanmar Text" w:eastAsia="Myanmar Text" w:cs="Myanmar Text"/>
        </w:rPr>
        <w:t>လူသားထံမှ</w:t>
      </w:r>
      <w:r>
        <w:rPr>
          <w:rFonts w:ascii="Times New Roman" w:hAnsi="Times New Roman" w:eastAsia="Times New Roman" w:cs="Times New Roman"/>
        </w:rPr>
        <w:t xml:space="preserve"> </w:t>
      </w:r>
      <w:r>
        <w:rPr>
          <w:rFonts w:ascii="Myanmar Text" w:hAnsi="Myanmar Text" w:eastAsia="Myanmar Text" w:cs="Myanmar Text"/>
        </w:rPr>
        <w:t>ကာလရှည်ကြာစွာ</w:t>
      </w:r>
      <w:r>
        <w:rPr>
          <w:rFonts w:ascii="Times New Roman" w:hAnsi="Times New Roman" w:eastAsia="Times New Roman" w:cs="Times New Roman"/>
        </w:rPr>
        <w:t xml:space="preserve"> </w:t>
      </w:r>
      <w:r>
        <w:rPr>
          <w:rFonts w:ascii="Myanmar Text" w:hAnsi="Myanmar Text" w:eastAsia="Myanmar Text" w:cs="Myanmar Text"/>
        </w:rPr>
        <w:t>ဖုံးကွယ်ထားရန်</w:t>
      </w:r>
      <w:r>
        <w:rPr>
          <w:rFonts w:ascii="Times New Roman" w:hAnsi="Times New Roman" w:eastAsia="Times New Roman" w:cs="Times New Roman"/>
        </w:rPr>
        <w:t xml:space="preserve"> </w:t>
      </w:r>
      <w:r>
        <w:rPr>
          <w:rFonts w:ascii="Myanmar Text" w:hAnsi="Myanmar Text" w:eastAsia="Myanmar Text" w:cs="Myanmar Text"/>
        </w:rPr>
        <w:t>ကြိုးစားခဲ့သော</w:t>
      </w:r>
      <w:r>
        <w:rPr>
          <w:rFonts w:ascii="Times New Roman" w:hAnsi="Times New Roman" w:eastAsia="Times New Roman" w:cs="Times New Roman"/>
        </w:rPr>
        <w:t xml:space="preserve"> </w:t>
      </w:r>
      <w:r>
        <w:rPr>
          <w:rFonts w:ascii="Myanmar Text" w:hAnsi="Myanmar Text" w:eastAsia="Myanmar Text" w:cs="Myanmar Text"/>
        </w:rPr>
        <w:t>ဝှက်ထားသည့်</w:t>
      </w:r>
      <w:r>
        <w:rPr>
          <w:rFonts w:ascii="Times New Roman" w:hAnsi="Times New Roman" w:eastAsia="Times New Roman" w:cs="Times New Roman"/>
        </w:rPr>
        <w:t xml:space="preserve"> </w:t>
      </w:r>
      <w:r>
        <w:rPr>
          <w:rFonts w:ascii="Myanmar Text" w:hAnsi="Myanmar Text" w:eastAsia="Myanmar Text" w:cs="Myanmar Text"/>
        </w:rPr>
        <w:t>ဘဏ္ဍာအတွက်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နှုတ်ကပတ်တော်ကို</w:t>
      </w:r>
      <w:r>
        <w:rPr>
          <w:rFonts w:ascii="Times New Roman" w:hAnsi="Times New Roman" w:eastAsia="Times New Roman" w:cs="Times New Roman"/>
        </w:rPr>
        <w:t xml:space="preserve"> </w:t>
      </w:r>
      <w:r>
        <w:rPr>
          <w:rFonts w:ascii="Myanmar Text" w:hAnsi="Myanmar Text" w:eastAsia="Myanmar Text" w:cs="Myanmar Text"/>
        </w:rPr>
        <w:t>စူးစမ်းရှာဖွေရမည်။</w:t>
      </w:r>
      <w:r>
        <w:rPr>
          <w:rFonts w:ascii="Times New Roman" w:hAnsi="Times New Roman" w:eastAsia="Times New Roman" w:cs="Times New Roman"/>
        </w:rPr>
        <w:t xml:space="preserve"> </w:t>
      </w:r>
      <w:r>
        <w:rPr>
          <w:rFonts w:ascii="Myanmar Text" w:hAnsi="Myanmar Text" w:eastAsia="Myanmar Text" w:cs="Myanmar Text"/>
        </w:rPr>
        <w:t>သခင်ဘုရားက၊</w:t>
      </w:r>
      <w:r>
        <w:rPr>
          <w:rFonts w:ascii="Times New Roman" w:hAnsi="Times New Roman" w:eastAsia="Times New Roman" w:cs="Times New Roman"/>
        </w:rPr>
        <w:t xml:space="preserve"> ‘</w:t>
      </w:r>
      <w:r>
        <w:rPr>
          <w:rFonts w:ascii="Myanmar Text" w:hAnsi="Myanmar Text" w:eastAsia="Myanmar Text" w:cs="Myanmar Text"/>
        </w:rPr>
        <w:t>အကြင်သူသည်</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အလိုတော်ကို</w:t>
      </w:r>
      <w:r>
        <w:rPr>
          <w:rFonts w:ascii="Times New Roman" w:hAnsi="Times New Roman" w:eastAsia="Times New Roman" w:cs="Times New Roman"/>
        </w:rPr>
        <w:t xml:space="preserve"> </w:t>
      </w:r>
      <w:r>
        <w:rPr>
          <w:rFonts w:ascii="Myanmar Text" w:hAnsi="Myanmar Text" w:eastAsia="Myanmar Text" w:cs="Myanmar Text"/>
        </w:rPr>
        <w:t>ဆောင်ရွက်လိုစိတ်ရှိလျှင်၊</w:t>
      </w:r>
      <w:r>
        <w:rPr>
          <w:rFonts w:ascii="Times New Roman" w:hAnsi="Times New Roman" w:eastAsia="Times New Roman" w:cs="Times New Roman"/>
        </w:rPr>
        <w:t xml:space="preserve"> </w:t>
      </w:r>
      <w:r>
        <w:rPr>
          <w:rFonts w:ascii="Myanmar Text" w:hAnsi="Myanmar Text" w:eastAsia="Myanmar Text" w:cs="Myanmar Text"/>
        </w:rPr>
        <w:t>ထိုသူသည်</w:t>
      </w:r>
      <w:r>
        <w:rPr>
          <w:rFonts w:ascii="Times New Roman" w:hAnsi="Times New Roman" w:eastAsia="Times New Roman" w:cs="Times New Roman"/>
        </w:rPr>
        <w:t xml:space="preserve"> </w:t>
      </w:r>
      <w:r>
        <w:rPr>
          <w:rFonts w:ascii="Myanmar Text" w:hAnsi="Myanmar Text" w:eastAsia="Myanmar Text" w:cs="Myanmar Text"/>
        </w:rPr>
        <w:t>ဤသွန်သင်ချက်နှင့်စပ်လျဉ်း၍</w:t>
      </w:r>
      <w:r>
        <w:rPr>
          <w:rFonts w:ascii="Times New Roman" w:hAnsi="Times New Roman" w:eastAsia="Times New Roman" w:cs="Times New Roman"/>
        </w:rPr>
        <w:t xml:space="preserve"> </w:t>
      </w:r>
      <w:r>
        <w:rPr>
          <w:rFonts w:ascii="Myanmar Text" w:hAnsi="Myanmar Text" w:eastAsia="Myanmar Text" w:cs="Myanmar Text"/>
        </w:rPr>
        <w:t>သိလိမ့်မည်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မိန့်တော်မူ၏။</w:t>
      </w:r>
      <w:r>
        <w:rPr>
          <w:rFonts w:ascii="Times New Roman" w:hAnsi="Times New Roman" w:eastAsia="Times New Roman" w:cs="Times New Roman"/>
        </w:rPr>
        <w:t xml:space="preserve"> </w:t>
      </w:r>
      <w:r>
        <w:rPr>
          <w:rFonts w:ascii="Myanmar Text" w:hAnsi="Myanmar Text" w:eastAsia="Myanmar Text" w:cs="Myanmar Text"/>
        </w:rPr>
        <w:t>ယောဟန်</w:t>
      </w:r>
      <w:r>
        <w:rPr>
          <w:rFonts w:ascii="Times New Roman" w:hAnsi="Times New Roman" w:eastAsia="Times New Roman" w:cs="Times New Roman"/>
        </w:rPr>
        <w:t xml:space="preserve"> </w:t>
      </w:r>
      <w:r>
        <w:rPr>
          <w:rFonts w:ascii="Myanmar Text" w:hAnsi="Myanmar Text" w:eastAsia="Myanmar Text" w:cs="Myanmar Text"/>
        </w:rPr>
        <w:t>၇</w:t>
      </w:r>
      <w:r>
        <w:rPr>
          <w:rFonts w:ascii="Times New Roman" w:hAnsi="Times New Roman" w:eastAsia="Times New Roman" w:cs="Times New Roman"/>
        </w:rPr>
        <w:t>:</w:t>
      </w:r>
      <w:r>
        <w:rPr>
          <w:rFonts w:ascii="Myanmar Text" w:hAnsi="Myanmar Text" w:eastAsia="Myanmar Text" w:cs="Myanmar Text"/>
        </w:rPr>
        <w:t>၁၇။</w:t>
      </w:r>
      <w:r>
        <w:rPr>
          <w:rFonts w:ascii="Times New Roman" w:hAnsi="Times New Roman" w:eastAsia="Times New Roman" w:cs="Times New Roman"/>
        </w:rPr>
        <w:t xml:space="preserve"> Fundamentals of Christian Education, 307.”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دانیال - ژمارە نەوەد و دوو</dc:title>
  <dc:subject>ကိုယ်တော်၏ပရောဖက်ပြုချက်ကို ဖွင့်ဟဖော်ပြခြင်း — ဒန်ယေလကျမ်း၏ နောက်ဆုံးခြောက်ပိုဒ်၏ သုံးဆအကျုံးဝင်မှုနှင့် တတိယကောင်းကင်တမန်၏ ရှေ့သို့တိုးတက်လာသော အလင်း</dc:subject>
  <dc:creator>Jeff Pippenger</dc:creator>
  <cp:keywords/>
  <dc:description>Generated by ArticleDigger from daniel\92_daniel.json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