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ګنه تاريخچه د درېيمې شمېرې د څلوېښتم آيت</w:t>
      </w:r>
    </w:p>
    <w:p>
      <w:pPr>
        <w:pStyle w:val="ArticleSubtitle"/>
        <w:jc w:val="left"/>
      </w:pPr>
      <w:r>
        <w:rPr>
          <w:rFonts w:ascii="Segoe UI" w:hAnsi="Segoe UI" w:eastAsia="Segoe UI" w:cs="Segoe UI"/>
        </w:rPr>
        <w:t>قانون</w:t>
      </w:r>
      <w:r>
        <w:rPr>
          <w:rFonts w:ascii="Arial" w:hAnsi="Arial" w:eastAsia="Arial" w:cs="Arial"/>
        </w:rPr>
        <w:t xml:space="preserve"> </w:t>
      </w:r>
      <w:r>
        <w:rPr>
          <w:rFonts w:ascii="Segoe UI" w:hAnsi="Segoe UI" w:eastAsia="Segoe UI" w:cs="Segoe UI"/>
        </w:rPr>
        <w:t>يوم</w:t>
      </w:r>
      <w:r>
        <w:rPr>
          <w:rFonts w:ascii="Arial" w:hAnsi="Arial" w:eastAsia="Arial" w:cs="Arial"/>
        </w:rPr>
        <w:t xml:space="preserve"> </w:t>
      </w:r>
      <w:r>
        <w:rPr>
          <w:rFonts w:ascii="Segoe UI" w:hAnsi="Segoe UI" w:eastAsia="Segoe UI" w:cs="Segoe UI"/>
        </w:rPr>
        <w:t>الأحد</w:t>
      </w:r>
      <w:r>
        <w:rPr>
          <w:rFonts w:ascii="Arial" w:hAnsi="Arial" w:eastAsia="Arial" w:cs="Arial"/>
        </w:rPr>
        <w:t xml:space="preserve"> </w:t>
      </w:r>
      <w:r>
        <w:rPr>
          <w:rFonts w:ascii="Segoe UI" w:hAnsi="Segoe UI" w:eastAsia="Segoe UI" w:cs="Segoe UI"/>
        </w:rPr>
        <w:t>والمسيرة</w:t>
      </w:r>
      <w:r>
        <w:rPr>
          <w:rFonts w:ascii="Arial" w:hAnsi="Arial" w:eastAsia="Arial" w:cs="Arial"/>
        </w:rPr>
        <w:t xml:space="preserve"> </w:t>
      </w:r>
      <w:r>
        <w:rPr>
          <w:rFonts w:ascii="Segoe UI" w:hAnsi="Segoe UI" w:eastAsia="Segoe UI" w:cs="Segoe UI"/>
        </w:rPr>
        <w:t>النبوية</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 </w:t>
      </w:r>
      <w:r>
        <w:rPr>
          <w:rFonts w:ascii="Segoe UI" w:hAnsi="Segoe UI" w:eastAsia="Segoe UI" w:cs="Segoe UI"/>
        </w:rPr>
        <w:t>قانون</w:t>
      </w:r>
      <w:r>
        <w:rPr>
          <w:rFonts w:ascii="Arial" w:hAnsi="Arial" w:eastAsia="Arial" w:cs="Arial"/>
        </w:rPr>
        <w:t xml:space="preserve"> </w:t>
      </w:r>
      <w:r>
        <w:rPr>
          <w:rFonts w:ascii="Segoe UI" w:hAnsi="Segoe UI" w:eastAsia="Segoe UI" w:cs="Segoe UI"/>
        </w:rPr>
        <w:t>الوطنية</w:t>
      </w:r>
      <w:r>
        <w:rPr>
          <w:rFonts w:ascii="Arial" w:hAnsi="Arial" w:eastAsia="Arial" w:cs="Arial"/>
        </w:rPr>
        <w:t xml:space="preserve"> </w:t>
      </w:r>
      <w:r>
        <w:rPr>
          <w:rFonts w:ascii="Segoe UI" w:hAnsi="Segoe UI" w:eastAsia="Segoe UI" w:cs="Segoe UI"/>
        </w:rPr>
        <w:t>إلى</w:t>
      </w:r>
      <w:r>
        <w:rPr>
          <w:rFonts w:ascii="Arial" w:hAnsi="Arial" w:eastAsia="Arial" w:cs="Arial"/>
        </w:rPr>
        <w:t xml:space="preserve"> </w:t>
      </w:r>
      <w:r>
        <w:rPr>
          <w:rFonts w:ascii="Segoe UI" w:hAnsi="Segoe UI" w:eastAsia="Segoe UI" w:cs="Segoe UI"/>
        </w:rPr>
        <w:t>الاختبار</w:t>
      </w:r>
      <w:r>
        <w:rPr>
          <w:rFonts w:ascii="Arial" w:hAnsi="Arial" w:eastAsia="Arial" w:cs="Arial"/>
        </w:rPr>
        <w:t xml:space="preserve"> </w:t>
      </w:r>
      <w:r>
        <w:rPr>
          <w:rFonts w:ascii="Segoe UI" w:hAnsi="Segoe UI" w:eastAsia="Segoe UI" w:cs="Segoe UI"/>
        </w:rPr>
        <w:t>الأخير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ꯑꯥꯢꯅꯥ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ꯂꯧꯕꯁꯤꯡ</w:t>
      </w:r>
      <w:r>
        <w:rPr>
          <w:rFonts w:ascii="Times New Roman" w:hAnsi="Times New Roman" w:eastAsia="Times New Roman" w:cs="Times New Roman"/>
        </w:rPr>
        <w:t xml:space="preserve"> </w:t>
      </w:r>
      <w:r>
        <w:rPr>
          <w:rFonts w:ascii="Nirmala UI" w:hAnsi="Nirmala UI" w:eastAsia="Nirmala UI" w:cs="Nirmala UI"/>
        </w:rPr>
        <w:t>ꯍꯥꯅꯕꯗꯤ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ꯂꯥꯢꯅꯤꯡ</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ꯂꯩꯕꯥꯛꯁꯤꯡꯅ</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ꯃꯑꯣꯟꯅ</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ꯃꯦꯠꯌꯦꯡꯗꯒꯤ</w:t>
      </w:r>
      <w:r>
        <w:rPr>
          <w:rFonts w:ascii="Times New Roman" w:hAnsi="Times New Roman" w:eastAsia="Times New Roman" w:cs="Times New Roman"/>
        </w:rPr>
        <w:t xml:space="preserve"> </w:t>
      </w:r>
      <w:r>
        <w:rPr>
          <w:rFonts w:ascii="Nirmala UI" w:hAnsi="Nirmala UI" w:eastAsia="Nirmala UI" w:cs="Nirmala UI"/>
        </w:rPr>
        <w:t>ꯈꯢꯗꯨꯅ</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ꯎꯠꯂꯒꯅꯤ꯫</w:t>
      </w:r>
      <w:r>
        <w:rPr>
          <w:rFonts w:ascii="Times New Roman" w:hAnsi="Times New Roman" w:eastAsia="Times New Roman" w:cs="Times New Roman"/>
        </w:rPr>
        <w:t xml:space="preserve"> </w:t>
      </w:r>
      <w:r>
        <w:rPr>
          <w:rFonts w:ascii="Nirmala UI" w:hAnsi="Nirmala UI" w:eastAsia="Nirmala UI" w:cs="Nirmala UI"/>
        </w:rPr>
        <w:t>ꯄ꯭ꯔꯣꯇꯦꯁꯇꯥꯟꯇꯤꯁꯝꯅ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ꯈꯣꯡꯆꯠ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ꯊꯤꯁꯤꯜꯂꯕ</w:t>
      </w:r>
      <w:r>
        <w:rPr>
          <w:rFonts w:ascii="Times New Roman" w:hAnsi="Times New Roman" w:eastAsia="Times New Roman" w:cs="Times New Roman"/>
        </w:rPr>
        <w:t xml:space="preserve"> </w:t>
      </w:r>
      <w:r>
        <w:rPr>
          <w:rFonts w:ascii="Nirmala UI" w:hAnsi="Nirmala UI" w:eastAsia="Nirmala UI" w:cs="Nirmala UI"/>
        </w:rPr>
        <w:t>ꯂꯝꯗꯝ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ꯊꯥꯡꯍꯜꯂꯒꯥ</w:t>
      </w:r>
      <w:r>
        <w:rPr>
          <w:rFonts w:ascii="Times New Roman" w:hAnsi="Times New Roman" w:eastAsia="Times New Roman" w:cs="Times New Roman"/>
        </w:rPr>
        <w:t xml:space="preserve"> </w:t>
      </w:r>
      <w:r>
        <w:rPr>
          <w:rFonts w:ascii="Nirmala UI" w:hAnsi="Nirmala UI" w:eastAsia="Nirmala UI" w:cs="Nirmala UI"/>
        </w:rPr>
        <w:t>ꯔꯣꯃꯅ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ꯈꯣꯡ</w:t>
      </w:r>
      <w:r>
        <w:rPr>
          <w:rFonts w:ascii="Times New Roman" w:hAnsi="Times New Roman" w:eastAsia="Times New Roman" w:cs="Times New Roman"/>
        </w:rPr>
        <w:t xml:space="preserve"> </w:t>
      </w:r>
      <w:r>
        <w:rPr>
          <w:rFonts w:ascii="Nirmala UI" w:hAnsi="Nirmala UI" w:eastAsia="Nirmala UI" w:cs="Nirmala UI"/>
        </w:rPr>
        <w:t>ꯑꯥꯈꯤꯕ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ꯑꯕꯥꯕ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ꯊꯥꯡꯍꯜꯂꯒꯥ</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ꯃꯥꯎꯁꯤꯡꯗꯨꯅ</w:t>
      </w:r>
      <w:r>
        <w:rPr>
          <w:rFonts w:ascii="Times New Roman" w:hAnsi="Times New Roman" w:eastAsia="Times New Roman" w:cs="Times New Roman"/>
        </w:rPr>
        <w:t xml:space="preserve"> </w:t>
      </w:r>
      <w:r>
        <w:rPr>
          <w:rFonts w:ascii="Nirmala UI" w:hAnsi="Nirmala UI" w:eastAsia="Nirmala UI" w:cs="Nirmala UI"/>
        </w:rPr>
        <w:t>ꯈꯣꯡ</w:t>
      </w:r>
      <w:r>
        <w:rPr>
          <w:rFonts w:ascii="Times New Roman" w:hAnsi="Times New Roman" w:eastAsia="Times New Roman" w:cs="Times New Roman"/>
        </w:rPr>
        <w:t xml:space="preserve"> </w:t>
      </w:r>
      <w:r>
        <w:rPr>
          <w:rFonts w:ascii="Nirmala UI" w:hAnsi="Nirmala UI" w:eastAsia="Nirmala UI" w:cs="Nirmala UI"/>
        </w:rPr>
        <w:t>ꯆꯤꯡꯂꯤꯕ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ꯑꯍꯨꯝꯁꯥꯁꯤ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ꯃꯄꯥꯜꯂꯤꯕ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ꯂꯩꯕꯥꯛꯁꯤꯡꯅ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Constitution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ꯄ꯭ꯔꯣꯇꯦꯁꯇꯥꯟꯇ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ꯔꯤꯄꯕ꯭ꯂꯤꯀꯟ</w:t>
      </w:r>
      <w:r>
        <w:rPr>
          <w:rFonts w:ascii="Times New Roman" w:hAnsi="Times New Roman" w:eastAsia="Times New Roman" w:cs="Times New Roman"/>
        </w:rPr>
        <w:t xml:space="preserve"> </w:t>
      </w:r>
      <w:r>
        <w:rPr>
          <w:rFonts w:ascii="Nirmala UI" w:hAnsi="Nirmala UI" w:eastAsia="Nirmala UI" w:cs="Nirmala UI"/>
        </w:rPr>
        <w:t>ꯒꯕꯔꯟꯃꯦꯟꯇ</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ꯄꯥꯟꯁꯤꯞ</w:t>
      </w:r>
      <w:r>
        <w:rPr>
          <w:rFonts w:ascii="Times New Roman" w:hAnsi="Times New Roman" w:eastAsia="Times New Roman" w:cs="Times New Roman"/>
        </w:rPr>
        <w:t xml:space="preserve"> </w:t>
      </w:r>
      <w:r>
        <w:rPr>
          <w:rFonts w:ascii="Nirmala UI" w:hAnsi="Nirmala UI" w:eastAsia="Nirmala UI" w:cs="Nirmala UI"/>
        </w:rPr>
        <w:t>ꯈꯨꯗꯤꯡꯃꯛ</w:t>
      </w:r>
      <w:r>
        <w:rPr>
          <w:rFonts w:ascii="Times New Roman" w:hAnsi="Times New Roman" w:eastAsia="Times New Roman" w:cs="Times New Roman"/>
        </w:rPr>
        <w:t xml:space="preserve"> </w:t>
      </w:r>
      <w:r>
        <w:rPr>
          <w:rFonts w:ascii="Nirmala UI" w:hAnsi="Nirmala UI" w:eastAsia="Nirmala UI" w:cs="Nirmala UI"/>
        </w:rPr>
        <w:t>ꯈꯟꯒꯠꯂꯒꯥ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ꯄꯥꯎꯗꯝꯁꯤꯡ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ꯃꯥꯌꯥꯊꯪꯁꯤꯡ</w:t>
      </w:r>
      <w:r>
        <w:rPr>
          <w:rFonts w:ascii="Times New Roman" w:hAnsi="Times New Roman" w:eastAsia="Times New Roman" w:cs="Times New Roman"/>
        </w:rPr>
        <w:t xml:space="preserve"> </w:t>
      </w:r>
      <w:r>
        <w:rPr>
          <w:rFonts w:ascii="Nirmala UI" w:hAnsi="Nirmala UI" w:eastAsia="Nirmala UI" w:cs="Nirmala UI"/>
        </w:rPr>
        <w:t>ꯄꯨꯈꯠꯍꯟꯕꯒꯤ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ꯁꯦꯝꯂꯕ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ꯉꯝꯂꯤ</w:t>
      </w:r>
      <w:r>
        <w:rPr>
          <w:rFonts w:ascii="Times New Roman" w:hAnsi="Times New Roman" w:eastAsia="Times New Roman" w:cs="Times New Roman"/>
        </w:rPr>
        <w:t xml:space="preserve"> </w:t>
      </w:r>
      <w:r>
        <w:rPr>
          <w:rFonts w:ascii="Nirmala UI" w:hAnsi="Nirmala UI" w:eastAsia="Nirmala UI" w:cs="Nirmala UI"/>
        </w:rPr>
        <w:t>ꯁꯥꯇꯥꯟꯒꯤ</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ꯂꯥꯛꯈ꯭ꯔꯦ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ꯑꯔꯣꯢꯕ</w:t>
      </w:r>
      <w:r>
        <w:rPr>
          <w:rFonts w:ascii="Times New Roman" w:hAnsi="Times New Roman" w:eastAsia="Times New Roman" w:cs="Times New Roman"/>
        </w:rPr>
        <w:t xml:space="preserve"> </w:t>
      </w:r>
      <w:r>
        <w:rPr>
          <w:rFonts w:ascii="Nirmala UI" w:hAnsi="Nirmala UI" w:eastAsia="Nirmala UI" w:cs="Nirmala UI"/>
        </w:rPr>
        <w:t>ꯂꯥꯀ꯭ꯂꯦ।</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“Rim qoşunlarynyň ýakynlaşmagy şägirtler üçin Iýerusalimiň golaýlap gelýän ýykylşynyň alamaty bolan ýaly, bu dinden dönükligem bizler üçin Hudaýyň sabyrlylygynyň çägine ýetilendiginiň, milletimiziň günäsiniň ölçeginiň dolandygyny we rehim perişdesiniň gaýdyp gelmezlik üzre uçup gitmekçi bolýandygynyň alamaty bolup biler. Şonda Hudaýyň halky pygamberleriň Ýakubyň kynçylyk wagty diýip suratlandyran şol jebir-jepaly we muşakgatly sahnalaryna taşlanar. Ynamly, yzarlanýanlaryň nalalary göge galýar. Habiliň gany ýerden perýat eden ýaly, şehitleriň mazarlaryndan, deňziň guburlaryndan, dag gowaklaryndan, monastyr guburhanalaryndan hem Hudaýa perýat edýän sesler bar: ‘Eý Reb, mukaddes we hakykatçy, Sen ýer ýüzünde ýaşaýanlardan biziň ganymyzyň hökmini çykaryp, onuň aryny almagyňy haçana çenli gijikdirersiň?’”</w:t>
      </w:r>
    </w:p>
    <w:p>
      <w:pPr>
        <w:pStyle w:val="ArticleScripture"/>
        <w:jc w:val="left"/>
      </w:pPr>
      <w:r>
        <w:rPr>
          <w:rFonts w:ascii="Times New Roman" w:hAnsi="Times New Roman" w:eastAsia="Times New Roman" w:cs="Times New Roman"/>
        </w:rPr>
        <w:t>“Yaaya hojii Isaa hojjechaa jira. Samii guutuun sochii keessa jira. Abbaan Murtii lafaa hundumaa dhiʼootti kaʼee aboo Isaa tuffatame ni deebisee ni mirkaneessa. Mallattoon oolchuu warra abboommiiwwan Waaqayyoo eeggataniif, warra seera Isaa kabajaniif, akkasumas warra mallattoo bineensichaa yookaan fakkii isaa fudhachuu didaniif ni kaaʼama.</w:t>
      </w:r>
    </w:p>
    <w:p>
      <w:pPr>
        <w:pStyle w:val="ArticleScripture"/>
        <w:jc w:val="left"/>
      </w:pPr>
      <w:r>
        <w:rPr>
          <w:rFonts w:ascii="Times New Roman" w:hAnsi="Times New Roman" w:eastAsia="Times New Roman" w:cs="Times New Roman"/>
        </w:rPr>
        <w:t>“Anan asew sɛnea nneɛma bɛkɔ so wɔ nna a edi akyiri no mu, na ama Ne nkurɔfo asiesie wɔn ho agyina tia ɔsɔretia ne abufuw ahum no. Wɔn a wɔabɔ wɔn kɔkɔ wɔ nsɛm a ɛda wɔn anim ho no ntena hɔ anidaso mu dinn retwɛn ahum a ɛreba no, na wɔrekyekye wɔn ho sɛ Awurade bɛbɔ Ne anokwafo ho ban wɔ ahohia da no mu. Ɛsɛ sɛ yɛyɛ sɛ mmarima a wɔretwɛn wɔn Wura, ɛnyɛ gyinagyina hunu mu, na mmom adwuma pa mu, ne gyidi a ɛnhinhim mu. Afei de, ɛnyɛ bere a ɛsɛ sɛ yɛma nneɛma nketenkete ho hia yɛn adwene. Bere a nnipa ada no, Satan de nsi resiesie nneɛma mu sɛnea ɛbɛyɛ a Awurade nkurɔfo rennya mmɔborɔhunu anaa atɛntenenee. Sunday kuw no mprempren de sum mu na ɛrenya kwan. Mpanyimfo no de nokware asɛm a ɛwɔ asɛm no mu no ahintaw, na wɔn mu bebree a wɔde wɔn ho bɔ saa kuw no mu no ankasa nhu baabi a asase ase nsunsuanso no rekɔ. Ne ho mpaebɔ ne ne kasa yɛ brɛoo na ɛda adi sɛ ɛyɛ Kristoni de, nanso sɛ ɛkasa a, ɛbɛyi ɔwɔ no honhom adi. Ɛyɛ yɛn asɛde sɛ yɛnyɛ nea yebetumi nyinaa de asiw asiane a wɔde rehu no ano. Ɛsɛ sɛ yɛbɔ mmɔden sɛ yɛbɛma adwemmɔne atɔ sinam sɛ yɛde yɛn ho bɛda adi yiye wɔ nnipa no anim. Ɛsɛ sɛ yɛde asɛm ankasa a ɛwɔ ntawntawdi no mu to wɔn anim, na saa kwan yi so na yɛde ɔsɔretia a etu mpɔn sen biara bɛsi nhyehyɛe a ɛpɛ sɛ ɛsi ahonim ahofadi ano kwan no ano. Ɛsɛ sɛ yɛhwehwɛ Kyerɛwsɛm no mu na yetumi de yɛn gyidi ho asɛm pa no ma. Odiyifo no ka sɛ: ‘Abɔnefo bɛyɛ bɔne; na abɔnefo no mu biara rente ase; na anyansafo de, wɔbɛte ase.’” Testimonies, volume 5, 451, 452.</w:t>
      </w:r>
    </w:p>
    <w:p>
      <w:pPr>
        <w:pStyle w:val="ArticleBody"/>
        <w:jc w:val="left"/>
      </w:pPr>
      <w:r>
        <w:rPr>
          <w:rFonts w:ascii="Times New Roman" w:hAnsi="Times New Roman" w:eastAsia="Times New Roman" w:cs="Times New Roman"/>
        </w:rPr>
        <w:t>«یکشەمی بزوتنەوە» کاتێک «قسە بکات، ڕۆحی ئەژدە ئاشکرا دەکات.» ئەو چوار پەراگرافە دیاری دەکەن کە لە یاسای یەکشەمیدا، ویلایەتە یەکگرتووەکانی ئەمریکا «بە تەواوی خۆی لە ڕاستودروستی جیا دەکاتەوە.» لە یاسای یەکشەمیدا، «کاتی کارکردنی سەرسوڕهێنەری شەیتان هاتووە.» لە یاسای یەکشەمیدا، یەکێتییە سێ‌لایەنەکە تەواو دەبێت. لە یاسای یەکشەمیدا، ویلایەتە یەکگرتووەکانی ئەمریکا «هەموو بنەمایەکی دەستوورەکەی وەک حکومەتێکی کۆماری پڕۆتستانتی ڕەت دەکاتەوە»، هەروەها «ڕێگا بۆ بڵاوکردنەوەی درۆ و هەڵخەڵەتاندنە پاپاییکان ئامادە دەکەن.» ئەو یاسای یەکشەمییە «نیشانەیەکە بۆ ئێمە کە سنووری بەرگریکردنی خودا گەیشتووە، پیمانەی تاوانی نەتەوەکەمان پڕ بووە، و فریشتەی میهرەبانی ئامادەیە بفڕێت و هەرگیز نەگەڕێتەوە.» ئەو نیشانە لەلایەن ئەو ئاگادارکردنەوەیەوە نمونەکرا، کە عیسا دای، کاتێک باسی ئەو قێزەونی وێرانکەرەی کرد کە دانیال پێغەمبەر باسیکردووە. لەوێدایە کە ئەو نوێژەی شەهیدانی مۆری پێنجەم، کە دەڵێت: «هەتا کەی، ئەی پەروەردگار، پیرۆز و ڕاست، تۆ حوکم ناکەیت و خوێنی ئێمە سەر لەوانەی سەر زەوی نیشتەجێن تۆڵە ناکەیتەوە؟» جێبەجێ دەبێت. هەروەها لە هەمان ئەو نیشانەی ڕێگادا کژان و ژیرەکەکان خوی و کەسایەتی خۆیان دەردەخەن.</w:t>
      </w:r>
    </w:p>
    <w:p>
      <w:pPr>
        <w:pStyle w:val="ArticleBody"/>
        <w:jc w:val="left"/>
      </w:pPr>
      <w:r>
        <w:rPr>
          <w:rFonts w:ascii="Times New Roman" w:hAnsi="Times New Roman" w:eastAsia="Times New Roman" w:cs="Times New Roman"/>
        </w:rPr>
        <w:t>ه</w:t>
      </w:r>
      <w:r>
        <w:rPr>
          <w:rFonts w:ascii="Segoe UI Historic" w:hAnsi="Segoe UI Historic" w:eastAsia="Segoe UI Historic" w:cs="Segoe UI Historic"/>
        </w:rPr>
        <w:t>ܒܝܘܟܐ</w:t>
      </w:r>
      <w:r>
        <w:rPr>
          <w:rFonts w:ascii="Times New Roman" w:hAnsi="Times New Roman" w:eastAsia="Times New Roman" w:cs="Times New Roman"/>
        </w:rPr>
        <w:t xml:space="preserve"> </w:t>
      </w:r>
      <w:r>
        <w:rPr>
          <w:rFonts w:ascii="Segoe UI Historic" w:hAnsi="Segoe UI Historic" w:eastAsia="Segoe UI Historic" w:cs="Segoe UI Historic"/>
        </w:rPr>
        <w:t>ܕܚܕ</w:t>
      </w:r>
      <w:r>
        <w:rPr>
          <w:rFonts w:ascii="Times New Roman" w:hAnsi="Times New Roman" w:eastAsia="Times New Roman" w:cs="Times New Roman"/>
        </w:rPr>
        <w:t xml:space="preserve"> </w:t>
      </w:r>
      <w:r>
        <w:rPr>
          <w:rFonts w:ascii="Segoe UI Historic" w:hAnsi="Segoe UI Historic" w:eastAsia="Segoe UI Historic" w:cs="Segoe UI Historic"/>
        </w:rPr>
        <w:t>ܒܫܒܐ</w:t>
      </w:r>
      <w:r>
        <w:rPr>
          <w:rFonts w:ascii="Times New Roman" w:hAnsi="Times New Roman" w:eastAsia="Times New Roman" w:cs="Times New Roman"/>
        </w:rPr>
        <w:t xml:space="preserve">، </w:t>
      </w:r>
      <w:r>
        <w:rPr>
          <w:rFonts w:ascii="Segoe UI Historic" w:hAnsi="Segoe UI Historic" w:eastAsia="Segoe UI Historic" w:cs="Segoe UI Historic"/>
        </w:rPr>
        <w:t>ܐܡܪ</w:t>
      </w:r>
      <w:r>
        <w:rPr>
          <w:rFonts w:ascii="Times New Roman" w:hAnsi="Times New Roman" w:eastAsia="Times New Roman" w:cs="Times New Roman"/>
        </w:rPr>
        <w:t>̈</w:t>
      </w:r>
      <w:r>
        <w:rPr>
          <w:rFonts w:ascii="Segoe UI Historic" w:hAnsi="Segoe UI Historic" w:eastAsia="Segoe UI Historic" w:cs="Segoe UI Historic"/>
        </w:rPr>
        <w:t>ܝܟܐ</w:t>
      </w:r>
      <w:r>
        <w:rPr>
          <w:rFonts w:ascii="Times New Roman" w:hAnsi="Times New Roman" w:eastAsia="Times New Roman" w:cs="Times New Roman"/>
        </w:rPr>
        <w:t xml:space="preserve"> </w:t>
      </w:r>
      <w:r>
        <w:rPr>
          <w:rFonts w:ascii="Segoe UI Historic" w:hAnsi="Segoe UI Historic" w:eastAsia="Segoe UI Historic" w:cs="Segoe UI Historic"/>
        </w:rPr>
        <w:t>ܡܚܣܪܐ</w:t>
      </w:r>
      <w:r>
        <w:rPr>
          <w:rFonts w:ascii="Times New Roman" w:hAnsi="Times New Roman" w:eastAsia="Times New Roman" w:cs="Times New Roman"/>
        </w:rPr>
        <w:t xml:space="preserve"> «</w:t>
      </w:r>
      <w:r>
        <w:rPr>
          <w:rFonts w:ascii="Segoe UI Historic" w:hAnsi="Segoe UI Historic" w:eastAsia="Segoe UI Historic" w:cs="Segoe UI Historic"/>
        </w:rPr>
        <w:t>ܠܟܠܗܘܢ</w:t>
      </w:r>
      <w:r>
        <w:rPr>
          <w:rFonts w:ascii="Times New Roman" w:hAnsi="Times New Roman" w:eastAsia="Times New Roman" w:cs="Times New Roman"/>
        </w:rPr>
        <w:t xml:space="preserve"> </w:t>
      </w:r>
      <w:r>
        <w:rPr>
          <w:rFonts w:ascii="Segoe UI Historic" w:hAnsi="Segoe UI Historic" w:eastAsia="Segoe UI Historic" w:cs="Segoe UI Historic"/>
        </w:rPr>
        <w:t>ܥܩܪ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ܕܩܘܢܣܛܝܛܘܫܝܘܢܗ</w:t>
      </w:r>
      <w:r>
        <w:rPr>
          <w:rFonts w:ascii="Times New Roman" w:hAnsi="Times New Roman" w:eastAsia="Times New Roman" w:cs="Times New Roman"/>
        </w:rPr>
        <w:t xml:space="preserve">̇». </w:t>
      </w:r>
      <w:r>
        <w:rPr>
          <w:rFonts w:ascii="Segoe UI Historic" w:hAnsi="Segoe UI Historic" w:eastAsia="Segoe UI Historic" w:cs="Segoe UI Historic"/>
        </w:rPr>
        <w:t>ܡܫܚܬܐ</w:t>
      </w:r>
      <w:r>
        <w:rPr>
          <w:rFonts w:ascii="Times New Roman" w:hAnsi="Times New Roman" w:eastAsia="Times New Roman" w:cs="Times New Roman"/>
        </w:rPr>
        <w:t xml:space="preserve"> </w:t>
      </w:r>
      <w:r>
        <w:rPr>
          <w:rFonts w:ascii="Segoe UI Historic" w:hAnsi="Segoe UI Historic" w:eastAsia="Segoe UI Historic" w:cs="Segoe UI Historic"/>
        </w:rPr>
        <w:t>ܕܙܒܢܐ</w:t>
      </w:r>
      <w:r>
        <w:rPr>
          <w:rFonts w:ascii="Times New Roman" w:hAnsi="Times New Roman" w:eastAsia="Times New Roman" w:cs="Times New Roman"/>
        </w:rPr>
        <w:t xml:space="preserve"> </w:t>
      </w:r>
      <w:r>
        <w:rPr>
          <w:rFonts w:ascii="Segoe UI Historic" w:hAnsi="Segoe UI Historic" w:eastAsia="Segoe UI Historic" w:cs="Segoe UI Historic"/>
        </w:rPr>
        <w:t>ܕܒܗ</w:t>
      </w:r>
      <w:r>
        <w:rPr>
          <w:rFonts w:ascii="Times New Roman" w:hAnsi="Times New Roman" w:eastAsia="Times New Roman" w:cs="Times New Roman"/>
        </w:rPr>
        <w:t xml:space="preserve">̇ </w:t>
      </w:r>
      <w:r>
        <w:rPr>
          <w:rFonts w:ascii="Segoe UI Historic" w:hAnsi="Segoe UI Historic" w:eastAsia="Segoe UI Historic" w:cs="Segoe UI Historic"/>
        </w:rPr>
        <w:t>ܐܬܬܡܡ</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ܥܒܕܐ</w:t>
      </w:r>
      <w:r>
        <w:rPr>
          <w:rFonts w:ascii="Times New Roman" w:hAnsi="Times New Roman" w:eastAsia="Times New Roman" w:cs="Times New Roman"/>
        </w:rPr>
        <w:t xml:space="preserve"> </w:t>
      </w:r>
      <w:r>
        <w:rPr>
          <w:rFonts w:ascii="Segoe UI Historic" w:hAnsi="Segoe UI Historic" w:eastAsia="Segoe UI Historic" w:cs="Segoe UI Historic"/>
        </w:rPr>
        <w:t>ܫܪܝܬ</w:t>
      </w:r>
      <w:r>
        <w:rPr>
          <w:rFonts w:ascii="Times New Roman" w:hAnsi="Times New Roman" w:eastAsia="Times New Roman" w:cs="Times New Roman"/>
        </w:rPr>
        <w:t xml:space="preserve"> </w:t>
      </w:r>
      <w:r>
        <w:rPr>
          <w:rFonts w:ascii="Segoe UI Historic" w:hAnsi="Segoe UI Historic" w:eastAsia="Segoe UI Historic" w:cs="Segoe UI Historic"/>
        </w:rPr>
        <w:t>ܒܦܐܛܪܝܘܛ</w:t>
      </w:r>
      <w:r>
        <w:rPr>
          <w:rFonts w:ascii="Times New Roman" w:hAnsi="Times New Roman" w:eastAsia="Times New Roman" w:cs="Times New Roman"/>
        </w:rPr>
        <w:t xml:space="preserve"> </w:t>
      </w:r>
      <w:r>
        <w:rPr>
          <w:rFonts w:ascii="Segoe UI Historic" w:hAnsi="Segoe UI Historic" w:eastAsia="Segoe UI Historic" w:cs="Segoe UI Historic"/>
        </w:rPr>
        <w:t>ܐܟܛ</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2001. </w:t>
      </w:r>
      <w:r>
        <w:rPr>
          <w:rFonts w:ascii="Segoe UI Historic" w:hAnsi="Segoe UI Historic" w:eastAsia="Segoe UI Historic" w:cs="Segoe UI Historic"/>
        </w:rPr>
        <w:t>ܡܢ</w:t>
      </w:r>
      <w:r>
        <w:rPr>
          <w:rFonts w:ascii="Times New Roman" w:hAnsi="Times New Roman" w:eastAsia="Times New Roman" w:cs="Times New Roman"/>
        </w:rPr>
        <w:t xml:space="preserve"> 2001 </w:t>
      </w:r>
      <w:r>
        <w:rPr>
          <w:rFonts w:ascii="Segoe UI Historic" w:hAnsi="Segoe UI Historic" w:eastAsia="Segoe UI Historic" w:cs="Segoe UI Historic"/>
        </w:rPr>
        <w:t>ܘܥܕܡܐ</w:t>
      </w:r>
      <w:r>
        <w:rPr>
          <w:rFonts w:ascii="Times New Roman" w:hAnsi="Times New Roman" w:eastAsia="Times New Roman" w:cs="Times New Roman"/>
        </w:rPr>
        <w:t xml:space="preserve"> </w:t>
      </w:r>
      <w:r>
        <w:rPr>
          <w:rFonts w:ascii="Segoe UI Historic" w:hAnsi="Segoe UI Historic" w:eastAsia="Segoe UI Historic" w:cs="Segoe UI Historic"/>
        </w:rPr>
        <w:t>ܠܗܘܟܐ</w:t>
      </w:r>
      <w:r>
        <w:rPr>
          <w:rFonts w:ascii="Times New Roman" w:hAnsi="Times New Roman" w:eastAsia="Times New Roman" w:cs="Times New Roman"/>
        </w:rPr>
        <w:t xml:space="preserve"> </w:t>
      </w:r>
      <w:r>
        <w:rPr>
          <w:rFonts w:ascii="Segoe UI Historic" w:hAnsi="Segoe UI Historic" w:eastAsia="Segoe UI Historic" w:cs="Segoe UI Historic"/>
        </w:rPr>
        <w:t>ܕܚܕ</w:t>
      </w:r>
      <w:r>
        <w:rPr>
          <w:rFonts w:ascii="Times New Roman" w:hAnsi="Times New Roman" w:eastAsia="Times New Roman" w:cs="Times New Roman"/>
        </w:rPr>
        <w:t xml:space="preserve"> </w:t>
      </w:r>
      <w:r>
        <w:rPr>
          <w:rFonts w:ascii="Segoe UI Historic" w:hAnsi="Segoe UI Historic" w:eastAsia="Segoe UI Historic" w:cs="Segoe UI Historic"/>
        </w:rPr>
        <w:t>ܒܫܒܐ</w:t>
      </w:r>
      <w:r>
        <w:rPr>
          <w:rFonts w:ascii="Times New Roman" w:hAnsi="Times New Roman" w:eastAsia="Times New Roman" w:cs="Times New Roman"/>
        </w:rPr>
        <w:t xml:space="preserve"> </w:t>
      </w:r>
      <w:r>
        <w:rPr>
          <w:rFonts w:ascii="Segoe UI Historic" w:hAnsi="Segoe UI Historic" w:eastAsia="Segoe UI Historic" w:cs="Segoe UI Historic"/>
        </w:rPr>
        <w:t>ܡܝܨܦܐ</w:t>
      </w:r>
      <w:r>
        <w:rPr>
          <w:rFonts w:ascii="Times New Roman" w:hAnsi="Times New Roman" w:eastAsia="Times New Roman" w:cs="Times New Roman"/>
        </w:rPr>
        <w:t xml:space="preserve"> </w:t>
      </w:r>
      <w:r>
        <w:rPr>
          <w:rFonts w:ascii="Segoe UI Historic" w:hAnsi="Segoe UI Historic" w:eastAsia="Segoe UI Historic" w:cs="Segoe UI Historic"/>
        </w:rPr>
        <w:t>ܥܒܕܐ</w:t>
      </w:r>
      <w:r>
        <w:rPr>
          <w:rFonts w:ascii="Times New Roman" w:hAnsi="Times New Roman" w:eastAsia="Times New Roman" w:cs="Times New Roman"/>
        </w:rPr>
        <w:t xml:space="preserve"> </w:t>
      </w:r>
      <w:r>
        <w:rPr>
          <w:rFonts w:ascii="Segoe UI Historic" w:hAnsi="Segoe UI Historic" w:eastAsia="Segoe UI Historic" w:cs="Segoe UI Historic"/>
        </w:rPr>
        <w:t>ܡܕܪܓܢܐ</w:t>
      </w:r>
      <w:r>
        <w:rPr>
          <w:rFonts w:ascii="Times New Roman" w:hAnsi="Times New Roman" w:eastAsia="Times New Roman" w:cs="Times New Roman"/>
        </w:rPr>
        <w:t xml:space="preserve"> </w:t>
      </w:r>
      <w:r>
        <w:rPr>
          <w:rFonts w:ascii="Segoe UI Historic" w:hAnsi="Segoe UI Historic" w:eastAsia="Segoe UI Historic" w:cs="Segoe UI Historic"/>
        </w:rPr>
        <w:t>ܕܡܚܣܪܘܬܐ</w:t>
      </w:r>
      <w:r>
        <w:rPr>
          <w:rFonts w:ascii="Times New Roman" w:hAnsi="Times New Roman" w:eastAsia="Times New Roman" w:cs="Times New Roman"/>
        </w:rPr>
        <w:t xml:space="preserve"> </w:t>
      </w:r>
      <w:r>
        <w:rPr>
          <w:rFonts w:ascii="Segoe UI Historic" w:hAnsi="Segoe UI Historic" w:eastAsia="Segoe UI Historic" w:cs="Segoe UI Historic"/>
        </w:rPr>
        <w:t>ܕܩܘܢܣܛܝܛܘܫܝܘܢ</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ܥܒܕܐ</w:t>
      </w:r>
      <w:r>
        <w:rPr>
          <w:rFonts w:ascii="Times New Roman" w:hAnsi="Times New Roman" w:eastAsia="Times New Roman" w:cs="Times New Roman"/>
        </w:rPr>
        <w:t xml:space="preserve"> </w:t>
      </w:r>
      <w:r>
        <w:rPr>
          <w:rFonts w:ascii="Segoe UI Historic" w:hAnsi="Segoe UI Historic" w:eastAsia="Segoe UI Historic" w:cs="Segoe UI Historic"/>
        </w:rPr>
        <w:t>ܡܕܪܓܢܐ</w:t>
      </w:r>
      <w:r>
        <w:rPr>
          <w:rFonts w:ascii="Times New Roman" w:hAnsi="Times New Roman" w:eastAsia="Times New Roman" w:cs="Times New Roman"/>
        </w:rPr>
        <w:t xml:space="preserve"> </w:t>
      </w:r>
      <w:r>
        <w:rPr>
          <w:rFonts w:ascii="Segoe UI Historic" w:hAnsi="Segoe UI Historic" w:eastAsia="Segoe UI Historic" w:cs="Segoe UI Historic"/>
        </w:rPr>
        <w:t>ܡܬܩܒܠ</w:t>
      </w:r>
      <w:r>
        <w:rPr>
          <w:rFonts w:ascii="Times New Roman" w:hAnsi="Times New Roman" w:eastAsia="Times New Roman" w:cs="Times New Roman"/>
        </w:rPr>
        <w:t xml:space="preserve"> </w:t>
      </w:r>
      <w:r>
        <w:rPr>
          <w:rFonts w:ascii="Segoe UI Historic" w:hAnsi="Segoe UI Historic" w:eastAsia="Segoe UI Historic" w:cs="Segoe UI Historic"/>
        </w:rPr>
        <w:t>ܠܫܘܪܬܐ</w:t>
      </w:r>
      <w:r>
        <w:rPr>
          <w:rFonts w:ascii="Times New Roman" w:hAnsi="Times New Roman" w:eastAsia="Times New Roman" w:cs="Times New Roman"/>
        </w:rPr>
        <w:t xml:space="preserve"> </w:t>
      </w:r>
      <w:r>
        <w:rPr>
          <w:rFonts w:ascii="Segoe UI Historic" w:hAnsi="Segoe UI Historic" w:eastAsia="Segoe UI Historic" w:cs="Segoe UI Historic"/>
        </w:rPr>
        <w:t>ܕܢܒܝܘܬܐ</w:t>
      </w:r>
      <w:r>
        <w:rPr>
          <w:rFonts w:ascii="Times New Roman" w:hAnsi="Times New Roman" w:eastAsia="Times New Roman" w:cs="Times New Roman"/>
        </w:rPr>
        <w:t xml:space="preserve"> </w:t>
      </w:r>
      <w:r>
        <w:rPr>
          <w:rFonts w:ascii="Segoe UI Historic" w:hAnsi="Segoe UI Historic" w:eastAsia="Segoe UI Historic" w:cs="Segoe UI Historic"/>
        </w:rPr>
        <w:t>ܐܝܟܐ</w:t>
      </w:r>
      <w:r>
        <w:rPr>
          <w:rFonts w:ascii="Times New Roman" w:hAnsi="Times New Roman" w:eastAsia="Times New Roman" w:cs="Times New Roman"/>
        </w:rPr>
        <w:t xml:space="preserve"> </w:t>
      </w:r>
      <w:r>
        <w:rPr>
          <w:rFonts w:ascii="Segoe UI Historic" w:hAnsi="Segoe UI Historic" w:eastAsia="Segoe UI Historic" w:cs="Segoe UI Historic"/>
        </w:rPr>
        <w:t>ܕܡܬܬܒܢܝܐ</w:t>
      </w:r>
      <w:r>
        <w:rPr>
          <w:rFonts w:ascii="Times New Roman" w:hAnsi="Times New Roman" w:eastAsia="Times New Roman" w:cs="Times New Roman"/>
        </w:rPr>
        <w:t xml:space="preserve"> </w:t>
      </w:r>
      <w:r>
        <w:rPr>
          <w:rFonts w:ascii="Segoe UI Historic" w:hAnsi="Segoe UI Historic" w:eastAsia="Segoe UI Historic" w:cs="Segoe UI Historic"/>
        </w:rPr>
        <w:t>ܨܠܡܐ</w:t>
      </w:r>
      <w:r>
        <w:rPr>
          <w:rFonts w:ascii="Times New Roman" w:hAnsi="Times New Roman" w:eastAsia="Times New Roman" w:cs="Times New Roman"/>
        </w:rPr>
        <w:t xml:space="preserve"> </w:t>
      </w:r>
      <w:r>
        <w:rPr>
          <w:rFonts w:ascii="Segoe UI Historic" w:hAnsi="Segoe UI Historic" w:eastAsia="Segoe UI Historic" w:cs="Segoe UI Historic"/>
        </w:rPr>
        <w:t>ܕܚܝܘܬܐ</w:t>
      </w:r>
      <w:r>
        <w:rPr>
          <w:rFonts w:ascii="Times New Roman" w:hAnsi="Times New Roman" w:eastAsia="Times New Roman" w:cs="Times New Roman"/>
        </w:rPr>
        <w:t xml:space="preserve">. </w:t>
      </w:r>
      <w:r>
        <w:rPr>
          <w:rFonts w:ascii="Segoe UI Historic" w:hAnsi="Segoe UI Historic" w:eastAsia="Segoe UI Historic" w:cs="Segoe UI Historic"/>
        </w:rPr>
        <w:t>ܫܘܪܬܐ</w:t>
      </w:r>
      <w:r>
        <w:rPr>
          <w:rFonts w:ascii="Times New Roman" w:hAnsi="Times New Roman" w:eastAsia="Times New Roman" w:cs="Times New Roman"/>
        </w:rPr>
        <w:t xml:space="preserve"> </w:t>
      </w:r>
      <w:r>
        <w:rPr>
          <w:rFonts w:ascii="Segoe UI Historic" w:hAnsi="Segoe UI Historic" w:eastAsia="Segoe UI Historic" w:cs="Segoe UI Historic"/>
        </w:rPr>
        <w:t>ܕܨܠܡܐ</w:t>
      </w:r>
      <w:r>
        <w:rPr>
          <w:rFonts w:ascii="Times New Roman" w:hAnsi="Times New Roman" w:eastAsia="Times New Roman" w:cs="Times New Roman"/>
        </w:rPr>
        <w:t xml:space="preserve"> </w:t>
      </w:r>
      <w:r>
        <w:rPr>
          <w:rFonts w:ascii="Segoe UI Historic" w:hAnsi="Segoe UI Historic" w:eastAsia="Segoe UI Historic" w:cs="Segoe UI Historic"/>
        </w:rPr>
        <w:t>ܕܚܝܘܬܐ</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ܐܢ</w:t>
      </w:r>
      <w:r>
        <w:rPr>
          <w:rFonts w:ascii="Times New Roman" w:hAnsi="Times New Roman" w:eastAsia="Times New Roman" w:cs="Times New Roman"/>
        </w:rPr>
        <w:t xml:space="preserve"> </w:t>
      </w:r>
      <w:r>
        <w:rPr>
          <w:rFonts w:ascii="Segoe UI Historic" w:hAnsi="Segoe UI Historic" w:eastAsia="Segoe UI Historic" w:cs="Segoe UI Historic"/>
        </w:rPr>
        <w:t>ܬܬܚܙܐ</w:t>
      </w:r>
      <w:r>
        <w:rPr>
          <w:rFonts w:ascii="Times New Roman" w:hAnsi="Times New Roman" w:eastAsia="Times New Roman" w:cs="Times New Roman"/>
        </w:rPr>
        <w:t xml:space="preserve"> </w:t>
      </w:r>
      <w:r>
        <w:rPr>
          <w:rFonts w:ascii="Segoe UI Historic" w:hAnsi="Segoe UI Historic" w:eastAsia="Segoe UI Historic" w:cs="Segoe UI Historic"/>
        </w:rPr>
        <w:t>ܩܠܝܠ</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ܕܡܣܬܒܟܐ</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ܣܬܒܟܘܬܐ</w:t>
      </w:r>
      <w:r>
        <w:rPr>
          <w:rFonts w:ascii="Times New Roman" w:hAnsi="Times New Roman" w:eastAsia="Times New Roman" w:cs="Times New Roman"/>
        </w:rPr>
        <w:t xml:space="preserve"> </w:t>
      </w:r>
      <w:r>
        <w:rPr>
          <w:rFonts w:ascii="Segoe UI Historic" w:hAnsi="Segoe UI Historic" w:eastAsia="Segoe UI Historic" w:cs="Segoe UI Historic"/>
        </w:rPr>
        <w:t>ܫܘܝܐ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ܠܡܬܒܝܢܘܬܐ</w:t>
      </w:r>
      <w:r>
        <w:rPr>
          <w:rFonts w:ascii="Times New Roman" w:hAnsi="Times New Roman" w:eastAsia="Times New Roman" w:cs="Times New Roman"/>
        </w:rPr>
        <w:t xml:space="preserve">. </w:t>
      </w:r>
      <w:r>
        <w:rPr>
          <w:rFonts w:ascii="Segoe UI Historic" w:hAnsi="Segoe UI Historic" w:eastAsia="Segoe UI Historic" w:cs="Segoe UI Historic"/>
        </w:rPr>
        <w:t>ܘܡܕܡ</w:t>
      </w:r>
      <w:r>
        <w:rPr>
          <w:rFonts w:ascii="Times New Roman" w:hAnsi="Times New Roman" w:eastAsia="Times New Roman" w:cs="Times New Roman"/>
        </w:rPr>
        <w:t xml:space="preserve"> </w:t>
      </w:r>
      <w:r>
        <w:rPr>
          <w:rFonts w:ascii="Segoe UI Historic" w:hAnsi="Segoe UI Historic" w:eastAsia="Segoe UI Historic" w:cs="Segoe UI Historic"/>
        </w:rPr>
        <w:t>ܕܡܣܬܒܟ</w:t>
      </w:r>
      <w:r>
        <w:rPr>
          <w:rFonts w:ascii="Times New Roman" w:hAnsi="Times New Roman" w:eastAsia="Times New Roman" w:cs="Times New Roman"/>
        </w:rPr>
        <w:t xml:space="preserve"> </w:t>
      </w:r>
      <w:r>
        <w:rPr>
          <w:rFonts w:ascii="Segoe UI Historic" w:hAnsi="Segoe UI Historic" w:eastAsia="Segoe UI Historic" w:cs="Segoe UI Historic"/>
        </w:rPr>
        <w:t>ܠܫܘܪܬܐ</w:t>
      </w:r>
      <w:r>
        <w:rPr>
          <w:rFonts w:ascii="Times New Roman" w:hAnsi="Times New Roman" w:eastAsia="Times New Roman" w:cs="Times New Roman"/>
        </w:rPr>
        <w:t xml:space="preserve"> </w:t>
      </w:r>
      <w:r>
        <w:rPr>
          <w:rFonts w:ascii="Segoe UI Historic" w:hAnsi="Segoe UI Historic" w:eastAsia="Segoe UI Historic" w:cs="Segoe UI Historic"/>
        </w:rPr>
        <w:t>ܕܨܠܡܐ</w:t>
      </w:r>
      <w:r>
        <w:rPr>
          <w:rFonts w:ascii="Times New Roman" w:hAnsi="Times New Roman" w:eastAsia="Times New Roman" w:cs="Times New Roman"/>
        </w:rPr>
        <w:t xml:space="preserve"> </w:t>
      </w:r>
      <w:r>
        <w:rPr>
          <w:rFonts w:ascii="Segoe UI Historic" w:hAnsi="Segoe UI Historic" w:eastAsia="Segoe UI Historic" w:cs="Segoe UI Historic"/>
        </w:rPr>
        <w:t>ܕܚܝܘܬܐ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ܕܗܝ</w:t>
      </w:r>
      <w:r>
        <w:rPr>
          <w:rFonts w:ascii="Times New Roman" w:hAnsi="Times New Roman" w:eastAsia="Times New Roman" w:cs="Times New Roman"/>
        </w:rPr>
        <w:t xml:space="preserve"> </w:t>
      </w:r>
      <w:r>
        <w:rPr>
          <w:rFonts w:ascii="Segoe UI Historic" w:hAnsi="Segoe UI Historic" w:eastAsia="Segoe UI Historic" w:cs="Segoe UI Historic"/>
        </w:rPr>
        <w:t>ܡܝܨܦܐ</w:t>
      </w:r>
      <w:r>
        <w:rPr>
          <w:rFonts w:ascii="Times New Roman" w:hAnsi="Times New Roman" w:eastAsia="Times New Roman" w:cs="Times New Roman"/>
        </w:rPr>
        <w:t xml:space="preserve"> </w:t>
      </w:r>
      <w:r>
        <w:rPr>
          <w:rFonts w:ascii="Segoe UI Historic" w:hAnsi="Segoe UI Historic" w:eastAsia="Segoe UI Historic" w:cs="Segoe UI Historic"/>
        </w:rPr>
        <w:t>ܬܪܬܝܢ</w:t>
      </w:r>
      <w:r>
        <w:rPr>
          <w:rFonts w:ascii="Times New Roman" w:hAnsi="Times New Roman" w:eastAsia="Times New Roman" w:cs="Times New Roman"/>
        </w:rPr>
        <w:t xml:space="preserve"> </w:t>
      </w:r>
      <w:r>
        <w:rPr>
          <w:rFonts w:ascii="Segoe UI Historic" w:hAnsi="Segoe UI Historic" w:eastAsia="Segoe UI Historic" w:cs="Segoe UI Historic"/>
        </w:rPr>
        <w:t>ܫܘܪ</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w:t>
      </w:r>
    </w:p>
    <w:p>
      <w:pPr>
        <w:pStyle w:val="ArticleBody"/>
        <w:jc w:val="left"/>
      </w:pPr>
      <w:r>
        <w:rPr>
          <w:rFonts w:ascii="Myanmar Text" w:hAnsi="Myanmar Text" w:eastAsia="Myanmar Text" w:cs="Myanmar Text"/>
        </w:rPr>
        <w:t>ဤမြေသားတိရစ္ဆာန်အတွက်</w:t>
      </w:r>
      <w:r>
        <w:rPr>
          <w:rFonts w:ascii="Times New Roman" w:hAnsi="Times New Roman" w:eastAsia="Times New Roman" w:cs="Times New Roman"/>
        </w:rPr>
        <w:t xml:space="preserve"> </w:t>
      </w:r>
      <w:r>
        <w:rPr>
          <w:rFonts w:ascii="Myanmar Text" w:hAnsi="Myanmar Text" w:eastAsia="Myanmar Text" w:cs="Myanmar Text"/>
        </w:rPr>
        <w:t>မျဉ်းနှစ်ကြောင်းသည်</w:t>
      </w:r>
      <w:r>
        <w:rPr>
          <w:rFonts w:ascii="Times New Roman" w:hAnsi="Times New Roman" w:eastAsia="Times New Roman" w:cs="Times New Roman"/>
        </w:rPr>
        <w:t xml:space="preserve"> </w:t>
      </w:r>
      <w:r>
        <w:rPr>
          <w:rFonts w:ascii="Myanmar Text" w:hAnsi="Myanmar Text" w:eastAsia="Myanmar Text" w:cs="Myanmar Text"/>
        </w:rPr>
        <w:t>ရီပတ်ဘလီကန်ဝါဒနှင့်</w:t>
      </w:r>
      <w:r>
        <w:rPr>
          <w:rFonts w:ascii="Times New Roman" w:hAnsi="Times New Roman" w:eastAsia="Times New Roman" w:cs="Times New Roman"/>
        </w:rPr>
        <w:t xml:space="preserve"> </w:t>
      </w:r>
      <w:r>
        <w:rPr>
          <w:rFonts w:ascii="Myanmar Text" w:hAnsi="Myanmar Text" w:eastAsia="Myanmar Text" w:cs="Myanmar Text"/>
        </w:rPr>
        <w:t>ပရိုတက်စတင့်ဝါဒ၏</w:t>
      </w:r>
      <w:r>
        <w:rPr>
          <w:rFonts w:ascii="Times New Roman" w:hAnsi="Times New Roman" w:eastAsia="Times New Roman" w:cs="Times New Roman"/>
        </w:rPr>
        <w:t xml:space="preserve"> </w:t>
      </w:r>
      <w:r>
        <w:rPr>
          <w:rFonts w:ascii="Myanmar Text" w:hAnsi="Myanmar Text" w:eastAsia="Myanmar Text" w:cs="Myanmar Text"/>
        </w:rPr>
        <w:t>ချိုနှစ်ချောင်းဖြစ်သည်။</w:t>
      </w:r>
      <w:r>
        <w:rPr>
          <w:rFonts w:ascii="Times New Roman" w:hAnsi="Times New Roman" w:eastAsia="Times New Roman" w:cs="Times New Roman"/>
        </w:rPr>
        <w:t xml:space="preserve"> </w:t>
      </w:r>
      <w:r>
        <w:rPr>
          <w:rFonts w:ascii="Myanmar Text" w:hAnsi="Myanmar Text" w:eastAsia="Myanmar Text" w:cs="Myanmar Text"/>
        </w:rPr>
        <w:t>ထိုချိုနှစ်ချောင်းသည်</w:t>
      </w:r>
      <w:r>
        <w:rPr>
          <w:rFonts w:ascii="Times New Roman" w:hAnsi="Times New Roman" w:eastAsia="Times New Roman" w:cs="Times New Roman"/>
        </w:rPr>
        <w:t xml:space="preserve"> </w:t>
      </w:r>
      <w:r>
        <w:rPr>
          <w:rFonts w:ascii="Myanmar Text" w:hAnsi="Myanmar Text" w:eastAsia="Myanmar Text" w:cs="Myanmar Text"/>
        </w:rPr>
        <w:t>အသင်းတော်နှင့်</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ဆက်ဆံရေးတစ်ရပ်အဖြစ်</w:t>
      </w:r>
      <w:r>
        <w:rPr>
          <w:rFonts w:ascii="Times New Roman" w:hAnsi="Times New Roman" w:eastAsia="Times New Roman" w:cs="Times New Roman"/>
        </w:rPr>
        <w:t xml:space="preserve"> </w:t>
      </w:r>
      <w:r>
        <w:rPr>
          <w:rFonts w:ascii="Myanmar Text" w:hAnsi="Myanmar Text" w:eastAsia="Myanmar Text" w:cs="Myanmar Text"/>
        </w:rPr>
        <w:t>အတူပေါင်းစည်းလာကြပြီး</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သားရဲ၏ပုံရိပ်</w:t>
      </w:r>
      <w:r>
        <w:rPr>
          <w:rFonts w:ascii="Times New Roman" w:hAnsi="Times New Roman" w:eastAsia="Times New Roman" w:cs="Times New Roman"/>
        </w:rPr>
        <w:t xml:space="preserve"> </w:t>
      </w:r>
      <w:r>
        <w:rPr>
          <w:rFonts w:ascii="Myanmar Text" w:hAnsi="Myanmar Text" w:eastAsia="Myanmar Text" w:cs="Myanmar Text"/>
        </w:rPr>
        <w:t>ဖွဲ့စည်းခြင်းကို</w:t>
      </w:r>
      <w:r>
        <w:rPr>
          <w:rFonts w:ascii="Times New Roman" w:hAnsi="Times New Roman" w:eastAsia="Times New Roman" w:cs="Times New Roman"/>
        </w:rPr>
        <w:t xml:space="preserve"> </w:t>
      </w:r>
      <w:r>
        <w:rPr>
          <w:rFonts w:ascii="Myanmar Text" w:hAnsi="Myanmar Text" w:eastAsia="Myanmar Text" w:cs="Myanmar Text"/>
        </w:rPr>
        <w:t>ပြည့်စုံစေကြသည်။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သားရဲ၏ပုံရိပ်</w:t>
      </w:r>
      <w:r>
        <w:rPr>
          <w:rFonts w:ascii="Times New Roman" w:hAnsi="Times New Roman" w:eastAsia="Times New Roman" w:cs="Times New Roman"/>
        </w:rPr>
        <w:t xml:space="preserve"> </w:t>
      </w:r>
      <w:r>
        <w:rPr>
          <w:rFonts w:ascii="Myanmar Text" w:hAnsi="Myanmar Text" w:eastAsia="Myanmar Text" w:cs="Myanmar Text"/>
        </w:rPr>
        <w:t>ဖွဲ့စည်းခြင်း၏</w:t>
      </w:r>
      <w:r>
        <w:rPr>
          <w:rFonts w:ascii="Times New Roman" w:hAnsi="Times New Roman" w:eastAsia="Times New Roman" w:cs="Times New Roman"/>
        </w:rPr>
        <w:t xml:space="preserve"> </w:t>
      </w:r>
      <w:r>
        <w:rPr>
          <w:rFonts w:ascii="Myanmar Text" w:hAnsi="Myanmar Text" w:eastAsia="Myanmar Text" w:cs="Myanmar Text"/>
        </w:rPr>
        <w:t>မျဉ်းသည်</w:t>
      </w:r>
      <w:r>
        <w:rPr>
          <w:rFonts w:ascii="Times New Roman" w:hAnsi="Times New Roman" w:eastAsia="Times New Roman" w:cs="Times New Roman"/>
        </w:rPr>
        <w:t xml:space="preserve"> </w:t>
      </w:r>
      <w:r>
        <w:rPr>
          <w:rFonts w:ascii="Myanmar Text" w:hAnsi="Myanmar Text" w:eastAsia="Myanmar Text" w:cs="Myanmar Text"/>
        </w:rPr>
        <w:t>တစ်မျဉ်းတည်းအတွင်း</w:t>
      </w:r>
      <w:r>
        <w:rPr>
          <w:rFonts w:ascii="Times New Roman" w:hAnsi="Times New Roman" w:eastAsia="Times New Roman" w:cs="Times New Roman"/>
        </w:rPr>
        <w:t xml:space="preserve"> </w:t>
      </w:r>
      <w:r>
        <w:rPr>
          <w:rFonts w:ascii="Myanmar Text" w:hAnsi="Myanmar Text" w:eastAsia="Myanmar Text" w:cs="Myanmar Text"/>
        </w:rPr>
        <w:t>မျဉ်းနှစ်ကြောင်း</w:t>
      </w:r>
      <w:r>
        <w:rPr>
          <w:rFonts w:ascii="Times New Roman" w:hAnsi="Times New Roman" w:eastAsia="Times New Roman" w:cs="Times New Roman"/>
        </w:rPr>
        <w:t xml:space="preserve"> </w:t>
      </w:r>
      <w:r>
        <w:rPr>
          <w:rFonts w:ascii="Myanmar Text" w:hAnsi="Myanmar Text" w:eastAsia="Myanmar Text" w:cs="Myanmar Text"/>
        </w:rPr>
        <w:t>ပါဝင်လျက်ရှိသည်။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ရီပတ်ဘလီကန်နှင့်</w:t>
      </w:r>
      <w:r>
        <w:rPr>
          <w:rFonts w:ascii="Times New Roman" w:hAnsi="Times New Roman" w:eastAsia="Times New Roman" w:cs="Times New Roman"/>
        </w:rPr>
        <w:t xml:space="preserve"> </w:t>
      </w:r>
      <w:r>
        <w:rPr>
          <w:rFonts w:ascii="Myanmar Text" w:hAnsi="Myanmar Text" w:eastAsia="Myanmar Text" w:cs="Myanmar Text"/>
        </w:rPr>
        <w:t>ပရိုတက်စတင့်</w:t>
      </w:r>
      <w:r>
        <w:rPr>
          <w:rFonts w:ascii="Times New Roman" w:hAnsi="Times New Roman" w:eastAsia="Times New Roman" w:cs="Times New Roman"/>
        </w:rPr>
        <w:t xml:space="preserve"> </w:t>
      </w:r>
      <w:r>
        <w:rPr>
          <w:rFonts w:ascii="Myanmar Text" w:hAnsi="Myanmar Text" w:eastAsia="Myanmar Text" w:cs="Myanmar Text"/>
        </w:rPr>
        <w:t>ချိုတို့သည်</w:t>
      </w:r>
      <w:r>
        <w:rPr>
          <w:rFonts w:ascii="Times New Roman" w:hAnsi="Times New Roman" w:eastAsia="Times New Roman" w:cs="Times New Roman"/>
        </w:rPr>
        <w:t xml:space="preserve"> </w:t>
      </w:r>
      <w:r>
        <w:rPr>
          <w:rFonts w:ascii="Myanmar Text" w:hAnsi="Myanmar Text" w:eastAsia="Myanmar Text" w:cs="Myanmar Text"/>
        </w:rPr>
        <w:t>သမိုင်းတစ်လျှောက်</w:t>
      </w:r>
      <w:r>
        <w:rPr>
          <w:rFonts w:ascii="Times New Roman" w:hAnsi="Times New Roman" w:eastAsia="Times New Roman" w:cs="Times New Roman"/>
        </w:rPr>
        <w:t xml:space="preserve"> </w:t>
      </w:r>
      <w:r>
        <w:rPr>
          <w:rFonts w:ascii="Myanmar Text" w:hAnsi="Myanmar Text" w:eastAsia="Myanmar Text" w:cs="Myanmar Text"/>
        </w:rPr>
        <w:t>တစ်ပြိုင်နက်တည်း</w:t>
      </w:r>
      <w:r>
        <w:rPr>
          <w:rFonts w:ascii="Times New Roman" w:hAnsi="Times New Roman" w:eastAsia="Times New Roman" w:cs="Times New Roman"/>
        </w:rPr>
        <w:t xml:space="preserve"> </w:t>
      </w:r>
      <w:r>
        <w:rPr>
          <w:rFonts w:ascii="Myanmar Text" w:hAnsi="Myanmar Text" w:eastAsia="Myanmar Text" w:cs="Myanmar Text"/>
        </w:rPr>
        <w:t>အပြိုင်အဆိုင်</w:t>
      </w:r>
      <w:r>
        <w:rPr>
          <w:rFonts w:ascii="Times New Roman" w:hAnsi="Times New Roman" w:eastAsia="Times New Roman" w:cs="Times New Roman"/>
        </w:rPr>
        <w:t xml:space="preserve"> </w:t>
      </w:r>
      <w:r>
        <w:rPr>
          <w:rFonts w:ascii="Myanmar Text" w:hAnsi="Myanmar Text" w:eastAsia="Myanmar Text" w:cs="Myanmar Text"/>
        </w:rPr>
        <w:t>ဆက်လက်လျှောက်လှမ်းကြသော်လည်း၊</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တစ်ခုချင်းစီသော</w:t>
      </w:r>
      <w:r>
        <w:rPr>
          <w:rFonts w:ascii="Times New Roman" w:hAnsi="Times New Roman" w:eastAsia="Times New Roman" w:cs="Times New Roman"/>
        </w:rPr>
        <w:t xml:space="preserve"> </w:t>
      </w:r>
      <w:r>
        <w:rPr>
          <w:rFonts w:ascii="Myanmar Text" w:hAnsi="Myanmar Text" w:eastAsia="Myanmar Text" w:cs="Myanmar Text"/>
        </w:rPr>
        <w:t>မျဉ်းများတွင်လည်း</w:t>
      </w:r>
      <w:r>
        <w:rPr>
          <w:rFonts w:ascii="Times New Roman" w:hAnsi="Times New Roman" w:eastAsia="Times New Roman" w:cs="Times New Roman"/>
        </w:rPr>
        <w:t xml:space="preserve"> </w:t>
      </w:r>
      <w:r>
        <w:rPr>
          <w:rFonts w:ascii="Myanmar Text" w:hAnsi="Myanmar Text" w:eastAsia="Myanmar Text" w:cs="Myanmar Text"/>
        </w:rPr>
        <w:t>ကိုယ်ပိုင်</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သက်သေခံချက်ကို</w:t>
      </w:r>
      <w:r>
        <w:rPr>
          <w:rFonts w:ascii="Times New Roman" w:hAnsi="Times New Roman" w:eastAsia="Times New Roman" w:cs="Times New Roman"/>
        </w:rPr>
        <w:t xml:space="preserve"> </w:t>
      </w:r>
      <w:r>
        <w:rPr>
          <w:rFonts w:ascii="Myanmar Text" w:hAnsi="Myanmar Text" w:eastAsia="Myanmar Text" w:cs="Myanmar Text"/>
        </w:rPr>
        <w:t>ထမ်းဆောင်ရမည်</w:t>
      </w:r>
      <w:r>
        <w:rPr>
          <w:rFonts w:ascii="Times New Roman" w:hAnsi="Times New Roman" w:eastAsia="Times New Roman" w:cs="Times New Roman"/>
        </w:rPr>
        <w:t xml:space="preserve"> </w:t>
      </w:r>
      <w:r>
        <w:rPr>
          <w:rFonts w:ascii="Myanmar Text" w:hAnsi="Myanmar Text" w:eastAsia="Myanmar Text" w:cs="Myanmar Text"/>
        </w:rPr>
        <w:t>ဖြစ်သောကြောင့်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အပြိုင်အဆိုင်</w:t>
      </w:r>
      <w:r>
        <w:rPr>
          <w:rFonts w:ascii="Times New Roman" w:hAnsi="Times New Roman" w:eastAsia="Times New Roman" w:cs="Times New Roman"/>
        </w:rPr>
        <w:t xml:space="preserve"> </w:t>
      </w:r>
      <w:r>
        <w:rPr>
          <w:rFonts w:ascii="Myanmar Text" w:hAnsi="Myanmar Text" w:eastAsia="Myanmar Text" w:cs="Myanmar Text"/>
        </w:rPr>
        <w:t>သွားနေသော</w:t>
      </w:r>
      <w:r>
        <w:rPr>
          <w:rFonts w:ascii="Times New Roman" w:hAnsi="Times New Roman" w:eastAsia="Times New Roman" w:cs="Times New Roman"/>
        </w:rPr>
        <w:t xml:space="preserve"> </w:t>
      </w:r>
      <w:r>
        <w:rPr>
          <w:rFonts w:ascii="Myanmar Text" w:hAnsi="Myanmar Text" w:eastAsia="Myanmar Text" w:cs="Myanmar Text"/>
        </w:rPr>
        <w:t>အကြောင်းအရာနှစ်ခု</w:t>
      </w:r>
      <w:r>
        <w:rPr>
          <w:rFonts w:ascii="Times New Roman" w:hAnsi="Times New Roman" w:eastAsia="Times New Roman" w:cs="Times New Roman"/>
        </w:rPr>
        <w:t xml:space="preserve"> </w:t>
      </w:r>
      <w:r>
        <w:rPr>
          <w:rFonts w:ascii="Myanmar Text" w:hAnsi="Myanmar Text" w:eastAsia="Myanmar Text" w:cs="Myanmar Text"/>
        </w:rPr>
        <w:t>ပါဝင်သည့်</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မျဉ်းတစ်ကြောင်းသည်</w:t>
      </w:r>
      <w:r>
        <w:rPr>
          <w:rFonts w:ascii="Times New Roman" w:hAnsi="Times New Roman" w:eastAsia="Times New Roman" w:cs="Times New Roman"/>
        </w:rPr>
        <w:t xml:space="preserve"> </w:t>
      </w:r>
      <w:r>
        <w:rPr>
          <w:rFonts w:ascii="Myanmar Text" w:hAnsi="Myanmar Text" w:eastAsia="Myanmar Text" w:cs="Myanmar Text"/>
        </w:rPr>
        <w:t>ဖွဲ့စည်းအုပ်ချုပ်ပုံအခြေခံဥပဒေနှင့်</w:t>
      </w:r>
      <w:r>
        <w:rPr>
          <w:rFonts w:ascii="Times New Roman" w:hAnsi="Times New Roman" w:eastAsia="Times New Roman" w:cs="Times New Roman"/>
        </w:rPr>
        <w:t xml:space="preserve"> </w:t>
      </w:r>
      <w:r>
        <w:rPr>
          <w:rFonts w:ascii="Myanmar Text" w:hAnsi="Myanmar Text" w:eastAsia="Myanmar Text" w:cs="Myanmar Text"/>
        </w:rPr>
        <w:t>ဆက်နွှယ်သော</w:t>
      </w:r>
      <w:r>
        <w:rPr>
          <w:rFonts w:ascii="Times New Roman" w:hAnsi="Times New Roman" w:eastAsia="Times New Roman" w:cs="Times New Roman"/>
        </w:rPr>
        <w:t xml:space="preserve"> “</w:t>
      </w:r>
      <w:r>
        <w:rPr>
          <w:rFonts w:ascii="Myanmar Text" w:hAnsi="Myanmar Text" w:eastAsia="Myanmar Text" w:cs="Myanmar Text"/>
        </w:rPr>
        <w:t>ပြောဆိုခြင်း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နိုင်ငံရေးဆောင်ရွက်ချက်များ၏</w:t>
      </w:r>
      <w:r>
        <w:rPr>
          <w:rFonts w:ascii="Times New Roman" w:hAnsi="Times New Roman" w:eastAsia="Times New Roman" w:cs="Times New Roman"/>
        </w:rPr>
        <w:t xml:space="preserve"> </w:t>
      </w:r>
      <w:r>
        <w:rPr>
          <w:rFonts w:ascii="Myanmar Text" w:hAnsi="Myanmar Text" w:eastAsia="Myanmar Text" w:cs="Myanmar Text"/>
        </w:rPr>
        <w:t>အမှတ်အသားမှတ်တိုင်များကိုသာ</w:t>
      </w:r>
      <w:r>
        <w:rPr>
          <w:rFonts w:ascii="Times New Roman" w:hAnsi="Times New Roman" w:eastAsia="Times New Roman" w:cs="Times New Roman"/>
        </w:rPr>
        <w:t xml:space="preserve"> </w:t>
      </w:r>
      <w:r>
        <w:rPr>
          <w:rFonts w:ascii="Myanmar Text" w:hAnsi="Myanmar Text" w:eastAsia="Myanmar Text" w:cs="Myanmar Text"/>
        </w:rPr>
        <w:t>သတ်မှတ်ဖော်ပြခြင်းထက်</w:t>
      </w:r>
      <w:r>
        <w:rPr>
          <w:rFonts w:ascii="Times New Roman" w:hAnsi="Times New Roman" w:eastAsia="Times New Roman" w:cs="Times New Roman"/>
        </w:rPr>
        <w:t xml:space="preserve"> </w:t>
      </w:r>
      <w:r>
        <w:rPr>
          <w:rFonts w:ascii="Myanmar Text" w:hAnsi="Myanmar Text" w:eastAsia="Myanmar Text" w:cs="Myanmar Text"/>
        </w:rPr>
        <w:t>ပိုမိုရှုပ်ထွေးသည်။</w:t>
      </w:r>
    </w:p>
    <w:p>
      <w:pPr>
        <w:pStyle w:val="ArticleBody"/>
        <w:jc w:val="left"/>
      </w:pPr>
      <w:r>
        <w:rPr>
          <w:rFonts w:ascii="Nirmala UI" w:hAnsi="Nirmala UI" w:eastAsia="Nirmala UI" w:cs="Nirmala UI"/>
        </w:rPr>
        <w:t>ꯔꯤꯄꯕ꯭ꯂꯤꯀꯟ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ꯄ꯭ꯔꯣꯇꯦꯁꯇꯦꯟꯠ</w:t>
      </w:r>
      <w:r>
        <w:rPr>
          <w:rFonts w:ascii="Times New Roman" w:hAnsi="Times New Roman" w:eastAsia="Times New Roman" w:cs="Times New Roman"/>
        </w:rPr>
        <w:t xml:space="preserve"> </w:t>
      </w:r>
      <w:r>
        <w:rPr>
          <w:rFonts w:ascii="Nirmala UI" w:hAnsi="Nirmala UI" w:eastAsia="Nirmala UI" w:cs="Nirmala UI"/>
        </w:rPr>
        <w:t>ꯍꯣꯔꯟꯁꯤꯡꯒꯤ</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ꯄꯪꯊꯣꯛꯄꯥ</w:t>
      </w:r>
      <w:r>
        <w:rPr>
          <w:rFonts w:ascii="Times New Roman" w:hAnsi="Times New Roman" w:eastAsia="Times New Roman" w:cs="Times New Roman"/>
        </w:rPr>
        <w:t xml:space="preserve"> </w:t>
      </w:r>
      <w:r>
        <w:rPr>
          <w:rFonts w:ascii="Nirmala UI" w:hAnsi="Nirmala UI" w:eastAsia="Nirmala UI" w:cs="Nirmala UI"/>
        </w:rPr>
        <w:t>ꯂꯥꯏꯟꯁꯤꯡ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ꯔꯤꯄꯕ꯭ꯂꯤꯀꯟ</w:t>
      </w:r>
      <w:r>
        <w:rPr>
          <w:rFonts w:ascii="Times New Roman" w:hAnsi="Times New Roman" w:eastAsia="Times New Roman" w:cs="Times New Roman"/>
        </w:rPr>
        <w:t xml:space="preserve"> </w:t>
      </w:r>
      <w:r>
        <w:rPr>
          <w:rFonts w:ascii="Nirmala UI" w:hAnsi="Nirmala UI" w:eastAsia="Nirmala UI" w:cs="Nirmala UI"/>
        </w:rPr>
        <w:t>ꯍꯣꯔꯟꯒꯤ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ꯁ꯭ꯂꯦꯕꯔꯤꯗꯨ</w:t>
      </w:r>
      <w:r>
        <w:rPr>
          <w:rFonts w:ascii="Times New Roman" w:hAnsi="Times New Roman" w:eastAsia="Times New Roman" w:cs="Times New Roman"/>
        </w:rPr>
        <w:t xml:space="preserve"> </w:t>
      </w:r>
      <w:r>
        <w:rPr>
          <w:rFonts w:ascii="Nirmala UI" w:hAnsi="Nirmala UI" w:eastAsia="Nirmala UI" w:cs="Nirmala UI"/>
        </w:rPr>
        <w:t>ꯌꯥꯅꯕꯥ</w:t>
      </w:r>
      <w:r>
        <w:rPr>
          <w:rFonts w:ascii="Times New Roman" w:hAnsi="Times New Roman" w:eastAsia="Times New Roman" w:cs="Times New Roman"/>
        </w:rPr>
        <w:t xml:space="preserve"> </w:t>
      </w:r>
      <w:r>
        <w:rPr>
          <w:rFonts w:ascii="Nirmala UI" w:hAnsi="Nirmala UI" w:eastAsia="Nirmala UI" w:cs="Nirmala UI"/>
        </w:rPr>
        <w:t>ꯗꯦꯃꯣꯀ꯭ꯔꯦꯠꯁꯤꯡ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ꯁ꯭ꯂꯦꯕꯔꯤꯗꯨ</w:t>
      </w:r>
      <w:r>
        <w:rPr>
          <w:rFonts w:ascii="Times New Roman" w:hAnsi="Times New Roman" w:eastAsia="Times New Roman" w:cs="Times New Roman"/>
        </w:rPr>
        <w:t xml:space="preserve"> </w:t>
      </w:r>
      <w:r>
        <w:rPr>
          <w:rFonts w:ascii="Nirmala UI" w:hAnsi="Nirmala UI" w:eastAsia="Nirmala UI" w:cs="Nirmala UI"/>
        </w:rPr>
        <w:t>ꯌꯥꯅꯕ</w:t>
      </w:r>
      <w:r>
        <w:rPr>
          <w:rFonts w:ascii="Times New Roman" w:hAnsi="Times New Roman" w:eastAsia="Times New Roman" w:cs="Times New Roman"/>
        </w:rPr>
        <w:t xml:space="preserve"> </w:t>
      </w:r>
      <w:r>
        <w:rPr>
          <w:rFonts w:ascii="Nirmala UI" w:hAnsi="Nirmala UI" w:eastAsia="Nirmala UI" w:cs="Nirmala UI"/>
        </w:rPr>
        <w:t>ꯔꯤꯄꯕ꯭ꯂꯤꯀꯟꯁꯤꯡꯒꯤ</w:t>
      </w:r>
      <w:r>
        <w:rPr>
          <w:rFonts w:ascii="Times New Roman" w:hAnsi="Times New Roman" w:eastAsia="Times New Roman" w:cs="Times New Roman"/>
        </w:rPr>
        <w:t xml:space="preserve"> </w:t>
      </w:r>
      <w:r>
        <w:rPr>
          <w:rFonts w:ascii="Nirmala UI" w:hAnsi="Nirmala UI" w:eastAsia="Nirmala UI" w:cs="Nirmala UI"/>
        </w:rPr>
        <w:t>ꯂꯥꯟꯊꯛꯄꯒꯤ</w:t>
      </w:r>
      <w:r>
        <w:rPr>
          <w:rFonts w:ascii="Times New Roman" w:hAnsi="Times New Roman" w:eastAsia="Times New Roman" w:cs="Times New Roman"/>
        </w:rPr>
        <w:t xml:space="preserve"> </w:t>
      </w:r>
      <w:r>
        <w:rPr>
          <w:rFonts w:ascii="Nirmala UI" w:hAnsi="Nirmala UI" w:eastAsia="Nirmala UI" w:cs="Nirmala UI"/>
        </w:rPr>
        <w:t>ꯄꯨꯌꯥ</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ꯃꯈꯥꯒꯤ</w:t>
      </w:r>
      <w:r>
        <w:rPr>
          <w:rFonts w:ascii="Times New Roman" w:hAnsi="Times New Roman" w:eastAsia="Times New Roman" w:cs="Times New Roman"/>
        </w:rPr>
        <w:t xml:space="preserve"> </w:t>
      </w:r>
      <w:r>
        <w:rPr>
          <w:rFonts w:ascii="Nirmala UI" w:hAnsi="Nirmala UI" w:eastAsia="Nirmala UI" w:cs="Nirmala UI"/>
        </w:rPr>
        <w:t>ꯄ꯭ꯔꯣꯇꯦꯁꯇꯦꯟꯠ</w:t>
      </w:r>
      <w:r>
        <w:rPr>
          <w:rFonts w:ascii="Times New Roman" w:hAnsi="Times New Roman" w:eastAsia="Times New Roman" w:cs="Times New Roman"/>
        </w:rPr>
        <w:t xml:space="preserve"> </w:t>
      </w:r>
      <w:r>
        <w:rPr>
          <w:rFonts w:ascii="Nirmala UI" w:hAnsi="Nirmala UI" w:eastAsia="Nirmala UI" w:cs="Nirmala UI"/>
        </w:rPr>
        <w:t>ꯍꯣꯔꯟꯒꯤ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ꯄ꯭ꯔꯣꯇꯦꯁꯇꯦꯟꯠ</w:t>
      </w:r>
      <w:r>
        <w:rPr>
          <w:rFonts w:ascii="Times New Roman" w:hAnsi="Times New Roman" w:eastAsia="Times New Roman" w:cs="Times New Roman"/>
        </w:rPr>
        <w:t xml:space="preserve"> </w:t>
      </w:r>
      <w:r>
        <w:rPr>
          <w:rFonts w:ascii="Nirmala UI" w:hAnsi="Nirmala UI" w:eastAsia="Nirmala UI" w:cs="Nirmala UI"/>
        </w:rPr>
        <w:t>ꯍꯣꯔꯟꯒꯤ</w:t>
      </w:r>
      <w:r>
        <w:rPr>
          <w:rFonts w:ascii="Times New Roman" w:hAnsi="Times New Roman" w:eastAsia="Times New Roman" w:cs="Times New Roman"/>
        </w:rPr>
        <w:t xml:space="preserve"> </w:t>
      </w:r>
      <w:r>
        <w:rPr>
          <w:rFonts w:ascii="Nirmala UI" w:hAnsi="Nirmala UI" w:eastAsia="Nirmala UI" w:cs="Nirmala UI"/>
        </w:rPr>
        <w:t>ꯄꯨꯌꯥꯗ</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ꯆꯥꯅꯕꯥ</w:t>
      </w:r>
      <w:r>
        <w:rPr>
          <w:rFonts w:ascii="Times New Roman" w:hAnsi="Times New Roman" w:eastAsia="Times New Roman" w:cs="Times New Roman"/>
        </w:rPr>
        <w:t xml:space="preserve"> </w:t>
      </w:r>
      <w:r>
        <w:rPr>
          <w:rFonts w:ascii="Nirmala UI" w:hAnsi="Nirmala UI" w:eastAsia="Nirmala UI" w:cs="Nirmala UI"/>
        </w:rPr>
        <w:t>ꯃꯌꯦꯛꯅꯥ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ꯂꯤꯡꯈꯠꯂꯤ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ꯑꯗꯨꯒꯨꯝꯕ</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ꯌꯦꯡꯕꯥ</w:t>
      </w:r>
      <w:r>
        <w:rPr>
          <w:rFonts w:ascii="Times New Roman" w:hAnsi="Times New Roman" w:eastAsia="Times New Roman" w:cs="Times New Roman"/>
        </w:rPr>
        <w:t xml:space="preserve"> </w:t>
      </w:r>
      <w:r>
        <w:rPr>
          <w:rFonts w:ascii="Nirmala UI" w:hAnsi="Nirmala UI" w:eastAsia="Nirmala UI" w:cs="Nirmala UI"/>
        </w:rPr>
        <w:t>ꯚꯥꯏꯁ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ꯚꯥꯏꯁꯤꯡꯒꯤ</w:t>
      </w:r>
      <w:r>
        <w:rPr>
          <w:rFonts w:ascii="Times New Roman" w:hAnsi="Times New Roman" w:eastAsia="Times New Roman" w:cs="Times New Roman"/>
        </w:rPr>
        <w:t xml:space="preserve"> </w:t>
      </w:r>
      <w:r>
        <w:rPr>
          <w:rFonts w:ascii="Nirmala UI" w:hAnsi="Nirmala UI" w:eastAsia="Nirmala UI" w:cs="Nirmala UI"/>
        </w:rPr>
        <w:t>ꯃꯊꯥꯛ</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ꯆꯥꯎꯈꯠꯄ</w:t>
      </w:r>
      <w:r>
        <w:rPr>
          <w:rFonts w:ascii="Times New Roman" w:hAnsi="Times New Roman" w:eastAsia="Times New Roman" w:cs="Times New Roman"/>
        </w:rPr>
        <w:t xml:space="preserve"> </w:t>
      </w:r>
      <w:r>
        <w:rPr>
          <w:rFonts w:ascii="Nirmala UI" w:hAnsi="Nirmala UI" w:eastAsia="Nirmala UI" w:cs="Nirmala UI"/>
        </w:rPr>
        <w:t>ꯇꯦꯁꯇꯤꯡ</w:t>
      </w:r>
      <w:r>
        <w:rPr>
          <w:rFonts w:ascii="Times New Roman" w:hAnsi="Times New Roman" w:eastAsia="Times New Roman" w:cs="Times New Roman"/>
        </w:rPr>
        <w:t xml:space="preserve"> </w:t>
      </w:r>
      <w:r>
        <w:rPr>
          <w:rFonts w:ascii="Nirmala UI" w:hAnsi="Nirmala UI" w:eastAsia="Nirmala UI" w:cs="Nirmala UI"/>
        </w:rPr>
        <w:t>ꯄ꯭ꯔꯣꯁꯦꯁ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ꯄꯨꯌꯥꯗ</w:t>
      </w:r>
      <w:r>
        <w:rPr>
          <w:rFonts w:ascii="Times New Roman" w:hAnsi="Times New Roman" w:eastAsia="Times New Roman" w:cs="Times New Roman"/>
        </w:rPr>
        <w:t xml:space="preserve"> </w:t>
      </w:r>
      <w:r>
        <w:rPr>
          <w:rFonts w:ascii="Nirmala UI" w:hAnsi="Nirmala UI" w:eastAsia="Nirmala UI" w:cs="Nirmala UI"/>
        </w:rPr>
        <w:t>ꯂꯩꯔꯤꯡꯏ꯫</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ꯑꯣꯏꯅꯃꯛ</w:t>
      </w:r>
      <w:r>
        <w:rPr>
          <w:rFonts w:ascii="Times New Roman" w:hAnsi="Times New Roman" w:eastAsia="Times New Roman" w:cs="Times New Roman"/>
        </w:rPr>
        <w:t xml:space="preserve">, </w:t>
      </w:r>
      <w:r>
        <w:rPr>
          <w:rFonts w:ascii="Nirmala UI" w:hAnsi="Nirmala UI" w:eastAsia="Nirmala UI" w:cs="Nirmala UI"/>
        </w:rPr>
        <w:t>ꯑꯁꯤꯒꯨꯝꯕ</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ꯑꯁꯤꯡꯁꯤꯡꯗꯥ</w:t>
      </w:r>
      <w:r>
        <w:rPr>
          <w:rFonts w:ascii="Times New Roman" w:hAnsi="Times New Roman" w:eastAsia="Times New Roman" w:cs="Times New Roman"/>
        </w:rPr>
        <w:t xml:space="preserve"> </w:t>
      </w:r>
      <w:r>
        <w:rPr>
          <w:rFonts w:ascii="Nirmala UI" w:hAnsi="Nirmala UI" w:eastAsia="Nirmala UI" w:cs="Nirmala UI"/>
        </w:rPr>
        <w:t>ꯃꯄꯨꯛ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ꯃꯔꯨꯑꯣꯏꯒꯨꯝꯕ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w:t>
      </w:r>
    </w:p>
    <w:p>
      <w:pPr>
        <w:pStyle w:val="ArticleBody"/>
        <w:jc w:val="left"/>
      </w:pPr>
      <w:r>
        <w:rPr>
          <w:rFonts w:ascii="Times New Roman" w:hAnsi="Times New Roman" w:eastAsia="Times New Roman" w:cs="Times New Roman"/>
        </w:rPr>
        <w:t>Ер бөртүсүнүң эки мүйүзүмен темсилленген сызық ішінде, я Христостың мінезин, я да Шайтанның мінезин қалыбластырудың параллель мысалы бар; бұл, бу контекстте «бөртүс» Жаратықанға қарсы қойылған жаратылған варлықты аңлатқанлықтан, я Христостың сүретин, я да бөртүсни сүретин қалыбластыруға тең болады. Бу сипатлардың қалыбластыруы барлық адамдарның ішінде ішкі түрде жүзеге асады, неге десең, сынау уақыты жабылғанда тек эки топ қалады. Қалыбластыру сыртқы түрде де папалық күч пен Бірләшкен Миллетлер арасындағы одақ арқылы жүзеге асады.</w:t>
      </w:r>
    </w:p>
    <w:p>
      <w:pPr>
        <w:pStyle w:val="ArticleBody"/>
        <w:jc w:val="left"/>
      </w:pPr>
      <w:r>
        <w:rPr>
          <w:rFonts w:ascii="Times New Roman" w:hAnsi="Times New Roman" w:eastAsia="Times New Roman" w:cs="Times New Roman"/>
        </w:rPr>
        <w:t>Así, el tiempo de prueba para la formación de la imagen de la bestia comenzó en 2001 y termina con la ley dominical en los Estados Unidos. En ese período, la historia profética de los dos cuernos de la bestia de la tierra ilustra una controversia interna y externa dentro de sus respectivos cuernos, ya sea religiosa o política, así como también una lucha entre los dos cuernos mismos.</w:t>
      </w:r>
    </w:p>
    <w:p>
      <w:pPr>
        <w:pStyle w:val="ArticleBody"/>
        <w:jc w:val="left"/>
      </w:pPr>
      <w:r>
        <w:rPr>
          <w:rFonts w:ascii="Times New Roman" w:hAnsi="Times New Roman" w:eastAsia="Times New Roman" w:cs="Times New Roman"/>
        </w:rPr>
        <w:t>يظهر قانونُ الأحد في الولايات المتحدة التحذيرَ بالهروب الذي عيَّنه يسوع بوصفه «رِجسَ الخراب». وقانونُ الأحد في الولايات المتحدة هو ختامُ الفترة التي بدأت في سنة 2001. وكان قانونُ باتريوت هو «رِجسَ الخراب الذي تكلَّم عنه دانيال»، وقد عيَّنه يسوع علامةً على الهرب من دمارٍ آتٍ.</w:t>
      </w:r>
    </w:p>
    <w:p>
      <w:pPr>
        <w:pStyle w:val="ArticleBody"/>
        <w:jc w:val="left"/>
      </w:pPr>
      <w:r>
        <w:rPr>
          <w:rFonts w:ascii="Times New Roman" w:hAnsi="Times New Roman" w:eastAsia="Times New Roman" w:cs="Times New Roman"/>
        </w:rPr>
        <w:t>А Patriot Act ахадан иунымадоу аԥааимбарратә лыч 1888 шықәсазтәи, насгьы Blair Bill. Ус анакәха, Patriot Act аԥааимбаррала иагәылоуп амҽышатәи азакәан атипификациа, убри аҟынтә 2001 шықәсазтәи аамҭахәҭа амҽышатәи азакәанла иалагоит, 1888—Blair Bill, 2001—Patriot Act ҳәа итипифициртә еиԥш, насгьы уи амҽышатәи азакәанла ихыркәшахоит.</w:t>
      </w:r>
    </w:p>
    <w:p>
      <w:pPr>
        <w:pStyle w:val="ArticleBody"/>
        <w:jc w:val="left"/>
      </w:pPr>
      <w:r>
        <w:rPr>
          <w:rFonts w:ascii="Times New Roman" w:hAnsi="Times New Roman" w:eastAsia="Times New Roman" w:cs="Times New Roman"/>
        </w:rPr>
        <w:t>Ebligsiz şäherlerden gaçmak barada 2001-nji ýylda berlen duýduryş, Ýekşenbe kanunynda Babilondan gaçmak baradaky duýduryşyň nusgasydyr. Ýekşenbe kanunynda Amerikanyň Birleşen Ştatlarynyň üstüne getirilen höküm, Mikaýyl ornundan turup, ynsan synag möhleti ýapylanda bütin dünýäniň üstüne getirilen hökümiň nusgasydyr. Mesihiň Alfa we Omega hökmünde goly, 1888-nji ýylda Bler Bili arkaly görkezilen hakykatlaryň içinde, hem-de 1888-nji ýylyň aňladýan ähli zatlarynda gaýtalanyp, 2001-nji ýylda ýene-de birnäçe gezek beýan edilýär.</w:t>
      </w:r>
    </w:p>
    <w:p>
      <w:pPr>
        <w:pStyle w:val="ArticleBody"/>
        <w:jc w:val="left"/>
      </w:pPr>
      <w:r>
        <w:rPr>
          <w:rFonts w:ascii="Times New Roman" w:hAnsi="Times New Roman" w:eastAsia="Times New Roman" w:cs="Times New Roman"/>
        </w:rPr>
        <w:t>2001, a 1888 a uiliä, ahehuey tia ipan sign para tlachololiztli quen a uiliä ipan abominación de desolación, noijqui a uiliä ipan 66 d.C. ihuan ipan cerco de Cestio. In cerco de Tito ipan 70 d.C. quinechicahuilia in ley dominical ipan Estados Unidos. In ley dominical ipan Estados Unidos quinechicahuilia in xihuitl 321 ihuan in achto ley dominical de Constantino, ihuan 538 quinechicahuilia cuix quema in sa icniuh tlalticpac tlani ipan marca de la bestia.</w:t>
      </w:r>
    </w:p>
    <w:p>
      <w:pPr>
        <w:pStyle w:val="ArticleBody"/>
        <w:jc w:val="left"/>
      </w:pPr>
      <w:r>
        <w:rPr>
          <w:rFonts w:ascii="Times New Roman" w:hAnsi="Times New Roman" w:eastAsia="Times New Roman" w:cs="Times New Roman"/>
        </w:rPr>
        <w:t>2001 ukax 1888 marawa, Cestius satawa, ukat 66 d.C. marampi chikawa. Ley dominical ukax Titus satawa, ukat 70 ukhamarak 321 maranakampi chikawa. 2001 ukax Jesúsan bautisoparakiwa, ukhamarak Apocalipsis capítulo diez ukan saraqäwipawa 11 de agosto de 1840 uruna. Taqi aka símbolonakax Constitución sat línea ukar yanapt’i.</w:t>
      </w:r>
    </w:p>
    <w:p>
      <w:pPr>
        <w:pStyle w:val="ArticleBody"/>
        <w:jc w:val="left"/>
      </w:pPr>
      <w:r>
        <w:rPr>
          <w:rFonts w:ascii="Times New Roman" w:hAnsi="Times New Roman" w:eastAsia="Times New Roman" w:cs="Times New Roman"/>
        </w:rPr>
        <w:t>Imbiri y’ubuhanuzi ya Leta Zunze Ubumwe za Amerika ijyana ishibuye n’imbiri ya Adiventisimu. Mu 1798 ubupapa bwahawe igikomere cyabwo cyica, kandi 1798 ni ho hari igihe cy’imperuka ubwo igice cy’ubuhanuzi bwa Daniyeli cyarebanaga n’imbiri y’umumarayika wa mbere n’uwa kabiri bo mu Ibyahishuwe cumi na bine cyafungurwaga. Aho ngaho mu 1798 ni ho hatangira ubuhanuzi bwa Adiventisimu hashyirwa ikimenyetso, kandi mu 1798 inyamaswa iva mu isi ifite amahembe nk’ay’umwana w’intama yabaye ubwami bwa gatandatu mu buhanuzi bwa Bibiliya.</w:t>
      </w:r>
    </w:p>
    <w:p>
      <w:pPr>
        <w:pStyle w:val="ArticleBody"/>
        <w:jc w:val="left"/>
      </w:pPr>
      <w:r>
        <w:rPr>
          <w:rFonts w:ascii="Times New Roman" w:hAnsi="Times New Roman" w:eastAsia="Times New Roman" w:cs="Times New Roman"/>
        </w:rPr>
        <w:t xml:space="preserve">1798 </w:t>
      </w:r>
      <w:r>
        <w:rPr>
          <w:rFonts w:ascii="Nirmala UI" w:hAnsi="Nirmala UI" w:eastAsia="Nirmala UI" w:cs="Nirmala UI"/>
        </w:rPr>
        <w:t>నాటికి</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భూమ్యజంతువు</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రేఖతో</w:t>
      </w:r>
      <w:r>
        <w:rPr>
          <w:rFonts w:ascii="Times New Roman" w:hAnsi="Times New Roman" w:eastAsia="Times New Roman" w:cs="Times New Roman"/>
        </w:rPr>
        <w:t xml:space="preserve">, </w:t>
      </w:r>
      <w:r>
        <w:rPr>
          <w:rFonts w:ascii="Nirmala UI" w:hAnsi="Nirmala UI" w:eastAsia="Nirmala UI" w:cs="Nirmala UI"/>
        </w:rPr>
        <w:t>అందువలన</w:t>
      </w:r>
      <w:r>
        <w:rPr>
          <w:rFonts w:ascii="Times New Roman" w:hAnsi="Times New Roman" w:eastAsia="Times New Roman" w:cs="Times New Roman"/>
        </w:rPr>
        <w:t xml:space="preserve"> </w:t>
      </w:r>
      <w:r>
        <w:rPr>
          <w:rFonts w:ascii="Nirmala UI" w:hAnsi="Nirmala UI" w:eastAsia="Nirmala UI" w:cs="Nirmala UI"/>
        </w:rPr>
        <w:t>సంయుక్త</w:t>
      </w:r>
      <w:r>
        <w:rPr>
          <w:rFonts w:ascii="Times New Roman" w:hAnsi="Times New Roman" w:eastAsia="Times New Roman" w:cs="Times New Roman"/>
        </w:rPr>
        <w:t xml:space="preserve"> </w:t>
      </w:r>
      <w:r>
        <w:rPr>
          <w:rFonts w:ascii="Nirmala UI" w:hAnsi="Nirmala UI" w:eastAsia="Nirmala UI" w:cs="Nirmala UI"/>
        </w:rPr>
        <w:t>రాష్ట్రాల</w:t>
      </w:r>
      <w:r>
        <w:rPr>
          <w:rFonts w:ascii="Times New Roman" w:hAnsi="Times New Roman" w:eastAsia="Times New Roman" w:cs="Times New Roman"/>
        </w:rPr>
        <w:t xml:space="preserve"> </w:t>
      </w:r>
      <w:r>
        <w:rPr>
          <w:rFonts w:ascii="Nirmala UI" w:hAnsi="Nirmala UI" w:eastAsia="Nirmala UI" w:cs="Nirmala UI"/>
        </w:rPr>
        <w:t>మాటలతోను</w:t>
      </w:r>
      <w:r>
        <w:rPr>
          <w:rFonts w:ascii="Times New Roman" w:hAnsi="Times New Roman" w:eastAsia="Times New Roman" w:cs="Times New Roman"/>
        </w:rPr>
        <w:t xml:space="preserve">, </w:t>
      </w:r>
      <w:r>
        <w:rPr>
          <w:rFonts w:ascii="Nirmala UI" w:hAnsi="Nirmala UI" w:eastAsia="Nirmala UI" w:cs="Nirmala UI"/>
        </w:rPr>
        <w:t>సంయుక్త</w:t>
      </w:r>
      <w:r>
        <w:rPr>
          <w:rFonts w:ascii="Times New Roman" w:hAnsi="Times New Roman" w:eastAsia="Times New Roman" w:cs="Times New Roman"/>
        </w:rPr>
        <w:t xml:space="preserve"> </w:t>
      </w:r>
      <w:r>
        <w:rPr>
          <w:rFonts w:ascii="Nirmala UI" w:hAnsi="Nirmala UI" w:eastAsia="Nirmala UI" w:cs="Nirmala UI"/>
        </w:rPr>
        <w:t>రాష్ట్రాల</w:t>
      </w:r>
      <w:r>
        <w:rPr>
          <w:rFonts w:ascii="Times New Roman" w:hAnsi="Times New Roman" w:eastAsia="Times New Roman" w:cs="Times New Roman"/>
        </w:rPr>
        <w:t xml:space="preserve"> </w:t>
      </w:r>
      <w:r>
        <w:rPr>
          <w:rFonts w:ascii="Nirmala UI" w:hAnsi="Nirmala UI" w:eastAsia="Nirmala UI" w:cs="Nirmala UI"/>
        </w:rPr>
        <w:t>రాజ్యాంగంతోను</w:t>
      </w:r>
      <w:r>
        <w:rPr>
          <w:rFonts w:ascii="Times New Roman" w:hAnsi="Times New Roman" w:eastAsia="Times New Roman" w:cs="Times New Roman"/>
        </w:rPr>
        <w:t xml:space="preserve"> </w:t>
      </w:r>
      <w:r>
        <w:rPr>
          <w:rFonts w:ascii="Nirmala UI" w:hAnsi="Nirmala UI" w:eastAsia="Nirmala UI" w:cs="Nirmala UI"/>
        </w:rPr>
        <w:t>సంబంధమున్న</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మైలురాళ్లు</w:t>
      </w:r>
      <w:r>
        <w:rPr>
          <w:rFonts w:ascii="Times New Roman" w:hAnsi="Times New Roman" w:eastAsia="Times New Roman" w:cs="Times New Roman"/>
        </w:rPr>
        <w:t xml:space="preserve"> </w:t>
      </w:r>
      <w:r>
        <w:rPr>
          <w:rFonts w:ascii="Nirmala UI" w:hAnsi="Nirmala UI" w:eastAsia="Nirmala UI" w:cs="Nirmala UI"/>
        </w:rPr>
        <w:t>వచ్చాయి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మైలురాళ్లు</w:t>
      </w:r>
      <w:r>
        <w:rPr>
          <w:rFonts w:ascii="Times New Roman" w:hAnsi="Times New Roman" w:eastAsia="Times New Roman" w:cs="Times New Roman"/>
        </w:rPr>
        <w:t xml:space="preserve"> </w:t>
      </w:r>
      <w:r>
        <w:rPr>
          <w:rFonts w:ascii="Nirmala UI" w:hAnsi="Nirmala UI" w:eastAsia="Nirmala UI" w:cs="Nirmala UI"/>
        </w:rPr>
        <w:t>ఇవి</w:t>
      </w:r>
      <w:r>
        <w:rPr>
          <w:rFonts w:ascii="Times New Roman" w:hAnsi="Times New Roman" w:eastAsia="Times New Roman" w:cs="Times New Roman"/>
        </w:rPr>
        <w:t>: 1776</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ప్రకటించబడిన</w:t>
      </w:r>
      <w:r>
        <w:rPr>
          <w:rFonts w:ascii="Times New Roman" w:hAnsi="Times New Roman" w:eastAsia="Times New Roman" w:cs="Times New Roman"/>
        </w:rPr>
        <w:t xml:space="preserve"> </w:t>
      </w:r>
      <w:r>
        <w:rPr>
          <w:rFonts w:ascii="Nirmala UI" w:hAnsi="Nirmala UI" w:eastAsia="Nirmala UI" w:cs="Nirmala UI"/>
        </w:rPr>
        <w:t>స్వాతంత్ర్య</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1789</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రాజ్యాంగం</w:t>
      </w:r>
      <w:r>
        <w:rPr>
          <w:rFonts w:ascii="Times New Roman" w:hAnsi="Times New Roman" w:eastAsia="Times New Roman" w:cs="Times New Roman"/>
        </w:rPr>
        <w:t xml:space="preserve">, </w:t>
      </w:r>
      <w:r>
        <w:rPr>
          <w:rFonts w:ascii="Nirmala UI" w:hAnsi="Nirmala UI" w:eastAsia="Nirmala UI" w:cs="Nirmala UI"/>
        </w:rPr>
        <w:t>ఆపై</w:t>
      </w:r>
      <w:r>
        <w:rPr>
          <w:rFonts w:ascii="Times New Roman" w:hAnsi="Times New Roman" w:eastAsia="Times New Roman" w:cs="Times New Roman"/>
        </w:rPr>
        <w:t xml:space="preserve"> 1798</w:t>
      </w:r>
      <w:r>
        <w:rPr>
          <w:rFonts w:ascii="Nirmala UI" w:hAnsi="Nirmala UI" w:eastAsia="Nirmala UI" w:cs="Nirmala UI"/>
        </w:rPr>
        <w:t>లో</w:t>
      </w:r>
      <w:r>
        <w:rPr>
          <w:rFonts w:ascii="Times New Roman" w:hAnsi="Times New Roman" w:eastAsia="Times New Roman" w:cs="Times New Roman"/>
        </w:rPr>
        <w:t xml:space="preserve"> Alien and Sedition Acts.</w:t>
      </w:r>
    </w:p>
    <w:p>
      <w:pPr>
        <w:pStyle w:val="ArticleBody"/>
        <w:jc w:val="left"/>
      </w:pPr>
      <w:r>
        <w:rPr>
          <w:rFonts w:ascii="Times New Roman" w:hAnsi="Times New Roman" w:eastAsia="Times New Roman" w:cs="Times New Roman"/>
        </w:rPr>
        <w:t>ئەو سێ نیشانەی ڕێگا یان هێڵی پێشبینیی پەیوەندیدار بە دەستور دیاری دەکەن و دەستپێکی شەشەمین شانشینی پێشبینیی کتێبی پیرۆز نیشان دەدەن. یاسای یەکشەممە کۆتایی دەسەڵاتداریی شەشەمین شانشینی پێشبینیی کتێبی پیرۆزە؛ بۆیە بە پێویستیی پێشبینیی، دەبێت سێ نیشانەی ڕێگا هەبن کە پێش کۆتاییەکە دەستنیشان بکرێن، هەروەک چۆن سێ نیشانەی ڕێگا وێنەی ئەوە بوون کە پێش دەستپێکەکە هاتبوون.</w:t>
      </w:r>
    </w:p>
    <w:p>
      <w:pPr>
        <w:pStyle w:val="ArticleBody"/>
        <w:jc w:val="left"/>
      </w:pPr>
      <w:r>
        <w:rPr>
          <w:rFonts w:ascii="Times New Roman" w:hAnsi="Times New Roman" w:eastAsia="Times New Roman" w:cs="Times New Roman"/>
        </w:rPr>
        <w:t>دِ ۲۰۰۱ کال کې، د برجونو د سقوط پر مهال، د Patriot Act د ۱۸۸۸ کال د Blair Bill له خوا تمثیل شوی دی، او همدارنګه د منیاپولیس په عمومي کنفرانس کې د اډونټېزم د مشرتابه له څرګند بغاوت سره. هغه بغاوت چې يوې فرښتې خور وايټ ته ويلي وو چې د موسیٰ پر وړاندې د قورح، داتان او ابيرام د بغاوت له خوا تمثیل شوی دی، همدارنګه د ۲۷ ميلادي کال د مسيح د بپتسمې، د ۱۸۴۰ کال د اګست د ۱۱مې د اسلام د مهار کېدو، او د ۱۷۷۶ کال د خپلواکۍ د اعلاميې له خوا هم تمثیل شوی دی؛ او همدارنګه د “abomination of desolation, spoken by Daniel the prophet” له خوا، د راتلونکې غضب څخه د تېښتې د نښې په توګه، لکه څنګه چې د Cestius او ۶۶ ميلادي کال له خوا استازولي شوې ده.</w:t>
      </w:r>
    </w:p>
    <w:p>
      <w:pPr>
        <w:pStyle w:val="ArticleBody"/>
        <w:jc w:val="left"/>
      </w:pPr>
      <w:r>
        <w:rPr>
          <w:rFonts w:ascii="Times New Roman" w:hAnsi="Times New Roman" w:eastAsia="Times New Roman" w:cs="Times New Roman"/>
        </w:rPr>
        <w:t>Yadi a inzel â hrilhlâwt lai a ni tih i la hre reng em chuan, kan ngaihtuah mêk thlâwm hrilhlâwina chu United States Constitution thlâwm a ni; a chunga sawi tawh hrilhlâwina thlâwm zawng zawngte chuan Constitution thlâwmin a entîr hrilhlâwina thupui chu an puiin an tichak a ni. Nimahsela, thlâwm dangte nêna inzawm hnaih ber anga lang chu sakawrhin (beast) lem siam thlâwm a ni. Sakawrhin lem chu pope sakawrhin lem a ni; chu sakawrhin chu hmeichhevin a chung a rorêlna neih sakawrhin anga entîr a ni, chu chu kohhran leh sawrkâr inkawpna, kohhranin inlaichînna chu a thununna a ni. United States-in sakawrhin hnena lem a siam theih nân, Protestant kohhran kalh tawh zawngte chuan sawrkâr chu sakhaw dânte pass leh a tihlâwhtlin theih tawk khawpa an thunun tûr a ni a, a tâwpah Sunday law pawh.</w:t>
      </w:r>
    </w:p>
    <w:p>
      <w:pPr>
        <w:pStyle w:val="ArticleBody"/>
        <w:jc w:val="left"/>
      </w:pPr>
      <w:r>
        <w:rPr>
          <w:rFonts w:ascii="Times New Roman" w:hAnsi="Times New Roman" w:eastAsia="Times New Roman" w:cs="Times New Roman"/>
        </w:rPr>
        <w:t>Джануар сүретиниң шәкиллиниш җәряни әмәлгә ашқанда, Томас Джефферсон «дин билән дөләтниң айрилиши» дәп язған әң асасий принцип билән түзүлгән Конституция ағдурулуши керәк. Протестант мүңгүси Республикачи мүңгүсигә диний әмирләрни иҗра қилдуруш қудритигә игә болғанда, Конституцияниң дәл жүриги парчилиниду; шуниң билән сиз Конституция линийиси билән Джануар сүрити линийисиниң пәйғәмбәрлик мунасивитини көрисиз.</w:t>
      </w:r>
    </w:p>
    <w:p>
      <w:pPr>
        <w:pStyle w:val="ArticleBody"/>
        <w:jc w:val="left"/>
      </w:pPr>
      <w:r>
        <w:rPr>
          <w:rFonts w:ascii="Times New Roman" w:hAnsi="Times New Roman" w:eastAsia="Times New Roman" w:cs="Times New Roman"/>
        </w:rPr>
        <w:t>ꞌBeesti yitlaꞌ tsꞌíibalaꞌanil le yóokꞌol kaab ku páajtal u meyajtaꞌal táan u kꞌuchul ichil 2001, yéetel le Patriot Act, yéetel ku tsꞌoꞌokol tumen le Sunday law, bey xan ka béeytal u yilaꞌal le mark of the beast. Ichil le kꞌiiniloꞌobaꞌoꞌ, le latter rain ku chꞌúuchꞌul; tumen le latter rain ku káajal kꞌáaxal bey ka óokꞌol le nojoch ángel tiꞌ Revelation 18, ka u sáastal le luꞌum yéetel U yáanal kꞌujtal, lelaꞌ, beey u yaꞌalaj Sister White, ku yúuchul le kꞌiin ka pꞌatal u lúubul le nojoch najiloꞌob tiꞌ New York City tumen junpꞌéel tꞌàakꞌ u tiꞌ le Yuum.</w:t>
      </w:r>
    </w:p>
    <w:p>
      <w:pPr>
        <w:pStyle w:val="ArticleScripture"/>
        <w:jc w:val="left"/>
      </w:pPr>
      <w:r>
        <w:rPr>
          <w:rFonts w:ascii="Times New Roman" w:hAnsi="Times New Roman" w:eastAsia="Times New Roman" w:cs="Times New Roman"/>
        </w:rPr>
        <w:t>«Борханы ард түмэн дээр хожмын бороо асгарах ёстой. Тэнгэрээс хүчирхэг нэгэн тэнгэрэлч бууж ирэх бөгөөд бүх дэлхий түүний алдраар гэрэлтэх болно.» Review and Herald, 1891 оны 4 дүгээр сарын 21.</w:t>
      </w:r>
    </w:p>
    <w:p>
      <w:pPr>
        <w:pStyle w:val="ArticleBody"/>
        <w:jc w:val="left"/>
      </w:pPr>
      <w:r>
        <w:rPr>
          <w:rFonts w:ascii="Nirmala UI" w:hAnsi="Nirmala UI" w:eastAsia="Nirmala UI" w:cs="Nirmala UI"/>
        </w:rPr>
        <w:t>પછાત</w:t>
      </w:r>
      <w:r>
        <w:rPr>
          <w:rFonts w:ascii="Times New Roman" w:hAnsi="Times New Roman" w:eastAsia="Times New Roman" w:cs="Times New Roman"/>
        </w:rPr>
        <w:t xml:space="preserve"> </w:t>
      </w:r>
      <w:r>
        <w:rPr>
          <w:rFonts w:ascii="Nirmala UI" w:hAnsi="Nirmala UI" w:eastAsia="Nirmala UI" w:cs="Nirmala UI"/>
        </w:rPr>
        <w:t>વરસાદના</w:t>
      </w:r>
      <w:r>
        <w:rPr>
          <w:rFonts w:ascii="Times New Roman" w:hAnsi="Times New Roman" w:eastAsia="Times New Roman" w:cs="Times New Roman"/>
        </w:rPr>
        <w:t xml:space="preserve"> </w:t>
      </w:r>
      <w:r>
        <w:rPr>
          <w:rFonts w:ascii="Nirmala UI" w:hAnsi="Nirmala UI" w:eastAsia="Nirmala UI" w:cs="Nirmala UI"/>
        </w:rPr>
        <w:t>છાંટણાનો</w:t>
      </w:r>
      <w:r>
        <w:rPr>
          <w:rFonts w:ascii="Times New Roman" w:hAnsi="Times New Roman" w:eastAsia="Times New Roman" w:cs="Times New Roman"/>
        </w:rPr>
        <w:t xml:space="preserve"> </w:t>
      </w:r>
      <w:r>
        <w:rPr>
          <w:rFonts w:ascii="Nirmala UI" w:hAnsi="Nirmala UI" w:eastAsia="Nirmala UI" w:cs="Nirmala UI"/>
        </w:rPr>
        <w:t>સમયકાળ</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એડવેંટિઝમની</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પેઢીના</w:t>
      </w:r>
      <w:r>
        <w:rPr>
          <w:rFonts w:ascii="Times New Roman" w:hAnsi="Times New Roman" w:eastAsia="Times New Roman" w:cs="Times New Roman"/>
        </w:rPr>
        <w:t xml:space="preserve"> </w:t>
      </w:r>
      <w:r>
        <w:rPr>
          <w:rFonts w:ascii="Nirmala UI" w:hAnsi="Nirmala UI" w:eastAsia="Nirmala UI" w:cs="Nirmala UI"/>
        </w:rPr>
        <w:t>ઘઉં</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નીંદણને</w:t>
      </w:r>
      <w:r>
        <w:rPr>
          <w:rFonts w:ascii="Times New Roman" w:hAnsi="Times New Roman" w:eastAsia="Times New Roman" w:cs="Times New Roman"/>
        </w:rPr>
        <w:t xml:space="preserve"> </w:t>
      </w:r>
      <w:r>
        <w:rPr>
          <w:rFonts w:ascii="Nirmala UI" w:hAnsi="Nirmala UI" w:eastAsia="Nirmala UI" w:cs="Nirmala UI"/>
        </w:rPr>
        <w:t>છાંટવામાં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શુદ્ધ</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છંટણી</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શુદ્ધિકરણ</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કાયદાનો</w:t>
      </w:r>
      <w:r>
        <w:rPr>
          <w:rFonts w:ascii="Times New Roman" w:hAnsi="Times New Roman" w:eastAsia="Times New Roman" w:cs="Times New Roman"/>
        </w:rPr>
        <w:t xml:space="preserve"> </w:t>
      </w:r>
      <w:r>
        <w:rPr>
          <w:rFonts w:ascii="Nirmala UI" w:hAnsi="Nirmala UI" w:eastAsia="Nirmala UI" w:cs="Nirmala UI"/>
        </w:rPr>
        <w:t>સંકટ</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તેલ</w:t>
      </w:r>
      <w:r>
        <w:rPr>
          <w:rFonts w:ascii="Times New Roman" w:hAnsi="Times New Roman" w:eastAsia="Times New Roman" w:cs="Times New Roman"/>
        </w:rPr>
        <w:t xml:space="preserve"> </w:t>
      </w:r>
      <w:r>
        <w:rPr>
          <w:rFonts w:ascii="Nirmala UI" w:hAnsi="Nirmala UI" w:eastAsia="Nirmala UI" w:cs="Nirmala UI"/>
        </w:rPr>
        <w:t>ધરાવતી</w:t>
      </w:r>
      <w:r>
        <w:rPr>
          <w:rFonts w:ascii="Times New Roman" w:hAnsi="Times New Roman" w:eastAsia="Times New Roman" w:cs="Times New Roman"/>
        </w:rPr>
        <w:t xml:space="preserve"> </w:t>
      </w:r>
      <w:r>
        <w:rPr>
          <w:rFonts w:ascii="Nirmala UI" w:hAnsi="Nirmala UI" w:eastAsia="Nirmala UI" w:cs="Nirmala UI"/>
        </w:rPr>
        <w:t>બુદ્ધિશાળી</w:t>
      </w:r>
      <w:r>
        <w:rPr>
          <w:rFonts w:ascii="Times New Roman" w:hAnsi="Times New Roman" w:eastAsia="Times New Roman" w:cs="Times New Roman"/>
        </w:rPr>
        <w:t xml:space="preserve"> </w:t>
      </w:r>
      <w:r>
        <w:rPr>
          <w:rFonts w:ascii="Nirmala UI" w:hAnsi="Nirmala UI" w:eastAsia="Nirmala UI" w:cs="Nirmala UI"/>
        </w:rPr>
        <w:t>કન્યાઓ</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મુદ્રા</w:t>
      </w:r>
      <w:r>
        <w:rPr>
          <w:rFonts w:ascii="Times New Roman" w:hAnsi="Times New Roman" w:eastAsia="Times New Roman" w:cs="Times New Roman"/>
        </w:rPr>
        <w:t xml:space="preserve"> </w:t>
      </w:r>
      <w:r>
        <w:rPr>
          <w:rFonts w:ascii="Nirmala UI" w:hAnsi="Nirmala UI" w:eastAsia="Nirmala UI" w:cs="Nirmala UI"/>
        </w:rPr>
        <w:t>મૂકવામાં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મીખાયેલ</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માનવીય</w:t>
      </w:r>
      <w:r>
        <w:rPr>
          <w:rFonts w:ascii="Times New Roman" w:hAnsi="Times New Roman" w:eastAsia="Times New Roman" w:cs="Times New Roman"/>
        </w:rPr>
        <w:t xml:space="preserve"> </w:t>
      </w:r>
      <w:r>
        <w:rPr>
          <w:rFonts w:ascii="Nirmala UI" w:hAnsi="Nirmala UI" w:eastAsia="Nirmala UI" w:cs="Nirmala UI"/>
        </w:rPr>
        <w:t>કૃપાકાળ</w:t>
      </w:r>
      <w:r>
        <w:rPr>
          <w:rFonts w:ascii="Times New Roman" w:hAnsi="Times New Roman" w:eastAsia="Times New Roman" w:cs="Times New Roman"/>
        </w:rPr>
        <w:t xml:space="preserve"> </w:t>
      </w:r>
      <w:r>
        <w:rPr>
          <w:rFonts w:ascii="Nirmala UI" w:hAnsi="Nirmala UI" w:eastAsia="Nirmala UI" w:cs="Nirmala UI"/>
        </w:rPr>
        <w:t>સમાપ્ત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ત્યાં</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આત્મા</w:t>
      </w:r>
      <w:r>
        <w:rPr>
          <w:rFonts w:ascii="Times New Roman" w:hAnsi="Times New Roman" w:eastAsia="Times New Roman" w:cs="Times New Roman"/>
        </w:rPr>
        <w:t xml:space="preserve"> </w:t>
      </w:r>
      <w:r>
        <w:rPr>
          <w:rFonts w:ascii="Nirmala UI" w:hAnsi="Nirmala UI" w:eastAsia="Nirmala UI" w:cs="Nirmala UI"/>
        </w:rPr>
        <w:t>અપરિમિત</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ઢોળવામાં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MV Boli" w:hAnsi="MV Boli" w:eastAsia="MV Boli" w:cs="MV Boli"/>
        </w:rPr>
        <w:t>އެމެރިކާއިތެރޭ</w:t>
      </w:r>
      <w:r>
        <w:rPr>
          <w:rFonts w:ascii="Times New Roman" w:hAnsi="Times New Roman" w:eastAsia="Times New Roman" w:cs="Times New Roman"/>
        </w:rPr>
        <w:t xml:space="preserve"> </w:t>
      </w:r>
      <w:r>
        <w:rPr>
          <w:rFonts w:ascii="MV Boli" w:hAnsi="MV Boli" w:eastAsia="MV Boli" w:cs="MV Boli"/>
        </w:rPr>
        <w:t>ބީސްޓުގެ</w:t>
      </w:r>
      <w:r>
        <w:rPr>
          <w:rFonts w:ascii="Times New Roman" w:hAnsi="Times New Roman" w:eastAsia="Times New Roman" w:cs="Times New Roman"/>
        </w:rPr>
        <w:t xml:space="preserve"> </w:t>
      </w:r>
      <w:r>
        <w:rPr>
          <w:rFonts w:ascii="MV Boli" w:hAnsi="MV Boli" w:eastAsia="MV Boli" w:cs="MV Boli"/>
        </w:rPr>
        <w:t>މިސާލު</w:t>
      </w:r>
      <w:r>
        <w:rPr>
          <w:rFonts w:ascii="Times New Roman" w:hAnsi="Times New Roman" w:eastAsia="Times New Roman" w:cs="Times New Roman"/>
        </w:rPr>
        <w:t xml:space="preserve"> </w:t>
      </w:r>
      <w:r>
        <w:rPr>
          <w:rFonts w:ascii="MV Boli" w:hAnsi="MV Boli" w:eastAsia="MV Boli" w:cs="MV Boli"/>
        </w:rPr>
        <w:t>އުފެދޭ</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ބިނދިބިނދުން</w:t>
      </w:r>
      <w:r>
        <w:rPr>
          <w:rFonts w:ascii="Times New Roman" w:hAnsi="Times New Roman" w:eastAsia="Times New Roman" w:cs="Times New Roman"/>
        </w:rPr>
        <w:t xml:space="preserve"> </w:t>
      </w:r>
      <w:r>
        <w:rPr>
          <w:rFonts w:ascii="MV Boli" w:hAnsi="MV Boli" w:eastAsia="MV Boli" w:cs="MV Boli"/>
        </w:rPr>
        <w:t>ވެހެމުން</w:t>
      </w:r>
      <w:r>
        <w:rPr>
          <w:rFonts w:ascii="Times New Roman" w:hAnsi="Times New Roman" w:eastAsia="Times New Roman" w:cs="Times New Roman"/>
        </w:rPr>
        <w:t xml:space="preserve"> </w:t>
      </w:r>
      <w:r>
        <w:rPr>
          <w:rFonts w:ascii="MV Boli" w:hAnsi="MV Boli" w:eastAsia="MV Boli" w:cs="MV Boli"/>
        </w:rPr>
        <w:t>ދާނެއެވެ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ދުނިޔޭގައި</w:t>
      </w:r>
      <w:r>
        <w:rPr>
          <w:rFonts w:ascii="Times New Roman" w:hAnsi="Times New Roman" w:eastAsia="Times New Roman" w:cs="Times New Roman"/>
        </w:rPr>
        <w:t xml:space="preserve"> </w:t>
      </w:r>
      <w:r>
        <w:rPr>
          <w:rFonts w:ascii="MV Boli" w:hAnsi="MV Boli" w:eastAsia="MV Boli" w:cs="MV Boli"/>
        </w:rPr>
        <w:t>ބީސްޓުގެ</w:t>
      </w:r>
      <w:r>
        <w:rPr>
          <w:rFonts w:ascii="Times New Roman" w:hAnsi="Times New Roman" w:eastAsia="Times New Roman" w:cs="Times New Roman"/>
        </w:rPr>
        <w:t xml:space="preserve"> </w:t>
      </w:r>
      <w:r>
        <w:rPr>
          <w:rFonts w:ascii="MV Boli" w:hAnsi="MV Boli" w:eastAsia="MV Boli" w:cs="MV Boli"/>
        </w:rPr>
        <w:t>މިސާލު</w:t>
      </w:r>
      <w:r>
        <w:rPr>
          <w:rFonts w:ascii="Times New Roman" w:hAnsi="Times New Roman" w:eastAsia="Times New Roman" w:cs="Times New Roman"/>
        </w:rPr>
        <w:t xml:space="preserve"> </w:t>
      </w:r>
      <w:r>
        <w:rPr>
          <w:rFonts w:ascii="MV Boli" w:hAnsi="MV Boli" w:eastAsia="MV Boli" w:cs="MV Boli"/>
        </w:rPr>
        <w:t>އުފެދޭ</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މިންވަރެއް</w:t>
      </w:r>
      <w:r>
        <w:rPr>
          <w:rFonts w:ascii="Times New Roman" w:hAnsi="Times New Roman" w:eastAsia="Times New Roman" w:cs="Times New Roman"/>
        </w:rPr>
        <w:t xml:space="preserve"> </w:t>
      </w:r>
      <w:r>
        <w:rPr>
          <w:rFonts w:ascii="MV Boli" w:hAnsi="MV Boli" w:eastAsia="MV Boli" w:cs="MV Boli"/>
        </w:rPr>
        <w:t>ނެތި</w:t>
      </w:r>
      <w:r>
        <w:rPr>
          <w:rFonts w:ascii="Times New Roman" w:hAnsi="Times New Roman" w:eastAsia="Times New Roman" w:cs="Times New Roman"/>
        </w:rPr>
        <w:t xml:space="preserve"> </w:t>
      </w:r>
      <w:r>
        <w:rPr>
          <w:rFonts w:ascii="MV Boli" w:hAnsi="MV Boli" w:eastAsia="MV Boli" w:cs="MV Boli"/>
        </w:rPr>
        <w:t>އޮއްސާލެވޭނެއެވެ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فى عام 2001 بدأت تجربة كنيسة السبتيين الأدفنتست اللاودكية، كما تمثّلت في البروتستانت في 11 أغسطس 1840، وفي إسرائيل القديمة حين اعتمد المسيح.</w:t>
      </w:r>
    </w:p>
    <w:p>
      <w:pPr>
        <w:pStyle w:val="ArticleScripture"/>
        <w:jc w:val="left"/>
      </w:pPr>
      <w:r>
        <w:rPr>
          <w:rFonts w:ascii="Times New Roman" w:hAnsi="Times New Roman" w:eastAsia="Times New Roman" w:cs="Times New Roman"/>
        </w:rPr>
        <w:t>“</w:t>
      </w:r>
      <w:r>
        <w:rPr>
          <w:rFonts w:ascii="Nirmala UI" w:hAnsi="Nirmala UI" w:eastAsia="Nirmala UI" w:cs="Nirmala UI"/>
        </w:rPr>
        <w:t>ਪਰੀਖਿਆ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ਪਹੁੰਚਿਆ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ਉੱਚੀ</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ਧਾਰਮਿਕਤਾ</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ਮਾਫ਼</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ਮੁਕਤਿਦਾਤਾ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ਪ੍ਰਕਾਸ਼ਨ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ਚੁੱਕੀ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ਦੇਵੇਗੀ।</w:t>
      </w:r>
      <w:r>
        <w:rPr>
          <w:rFonts w:ascii="Times New Roman" w:hAnsi="Times New Roman" w:eastAsia="Times New Roman" w:cs="Times New Roman"/>
        </w:rPr>
        <w:t>” Selected Messages, book 1, 362.</w:t>
      </w:r>
    </w:p>
    <w:p>
      <w:pPr>
        <w:pStyle w:val="ArticleBody"/>
        <w:jc w:val="left"/>
      </w:pPr>
      <w:r>
        <w:rPr>
          <w:rFonts w:ascii="Times New Roman" w:hAnsi="Times New Roman" w:eastAsia="Times New Roman" w:cs="Times New Roman"/>
        </w:rPr>
        <w:t>Hahanu tešetnahu tettaḫziyet n yimdanen n lɛehd azwara yebda mi ara tebdu tafat n lmalak n Uḍris 18 ad tessken izen-is. Izen-is yettwasegza daɣen deg kraḍ n yisefra imezwura n yixef 18 n Uḍris, yerna kraḍ n yisefra-agi llan—ilmend n Sister White—ttwafedden mi yeɣlin yibnayan imeqqranen n Tamanɣast n New York City.</w:t>
      </w:r>
    </w:p>
    <w:p>
      <w:pPr>
        <w:pStyle w:val="ArticleBody"/>
        <w:jc w:val="left"/>
      </w:pPr>
      <w:r>
        <w:rPr>
          <w:rFonts w:ascii="Times New Roman" w:hAnsi="Times New Roman" w:eastAsia="Times New Roman" w:cs="Times New Roman"/>
        </w:rPr>
        <w:t>شامدونی پروسێسی دەستی پێکرد، وەک لە لایەن یۆحەناوە لە بەشی دەیەمی پەیامدا نیشان دراوە. تاقیکردنەوەکە ئەوە بوو کە ئایا تۆ ئەو کتێبە بچووکەیە وەردەگری کە لە دەستی فریشتەکەدا بوو، و پاشان دەیخۆیت. لە ماوەی ئەم کاتی تاقیکردنەوەیەدا، کاتێک بارانی دواتر دەپژێندرێت، تەنها بەسەر ئەوانەدا دادەبارێت کە هەڵدەبژێرن ئەو کتێبە بچووکە وەربگرن و بیخۆن.</w:t>
      </w:r>
    </w:p>
    <w:p>
      <w:pPr>
        <w:pStyle w:val="ArticleScripture"/>
        <w:jc w:val="left"/>
      </w:pPr>
      <w:r>
        <w:rPr>
          <w:rFonts w:ascii="Times New Roman" w:hAnsi="Times New Roman" w:eastAsia="Times New Roman" w:cs="Times New Roman"/>
        </w:rPr>
        <w:t>“</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ꯃꯄꯥꯛꯀꯤ</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ꯅꯣꯡꯃꯥꯗꯣꯟꯕ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ꯐꯪꯕꯗ</w:t>
      </w:r>
      <w:r>
        <w:rPr>
          <w:rFonts w:ascii="Times New Roman" w:hAnsi="Times New Roman" w:eastAsia="Times New Roman" w:cs="Times New Roman"/>
        </w:rPr>
        <w:t xml:space="preserve"> </w:t>
      </w:r>
      <w:r>
        <w:rPr>
          <w:rFonts w:ascii="Nirmala UI" w:hAnsi="Nirmala UI" w:eastAsia="Nirmala UI" w:cs="Nirmala UI"/>
        </w:rPr>
        <w:t>ꯃꯥꯡꯍꯜꯂꯛꯈ꯭ꯔꯦ꯫</w:t>
      </w:r>
      <w:r>
        <w:rPr>
          <w:rFonts w:ascii="Times New Roman" w:hAnsi="Times New Roman" w:eastAsia="Times New Roman" w:cs="Times New Roman"/>
        </w:rPr>
        <w:t xml:space="preserve"> </w:t>
      </w:r>
      <w:r>
        <w:rPr>
          <w:rFonts w:ascii="Nirmala UI" w:hAnsi="Nirmala UI" w:eastAsia="Nirmala UI" w:cs="Nirmala UI"/>
        </w:rPr>
        <w:t>ꯃꯈꯣꯌꯅ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ꯑꯃꯥꯡ</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ꯃꯄꯥꯛ</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ꯐꯪꯗꯦ꯫</w:t>
      </w:r>
      <w:r>
        <w:rPr>
          <w:rFonts w:ascii="Times New Roman" w:hAnsi="Times New Roman" w:eastAsia="Times New Roman" w:cs="Times New Roman"/>
        </w:rPr>
        <w:t xml:space="preserve"> </w:t>
      </w:r>
      <w:r>
        <w:rPr>
          <w:rFonts w:ascii="Nirmala UI" w:hAnsi="Nirmala UI" w:eastAsia="Nirmala UI" w:cs="Nirmala UI"/>
        </w:rPr>
        <w:t>ꯃꯈꯣꯌꯅ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ꯅꯣꯡꯃꯥꯗꯣꯟꯕꯅ</w:t>
      </w:r>
      <w:r>
        <w:rPr>
          <w:rFonts w:ascii="Times New Roman" w:hAnsi="Times New Roman" w:eastAsia="Times New Roman" w:cs="Times New Roman"/>
        </w:rPr>
        <w:t xml:space="preserve"> </w:t>
      </w:r>
      <w:r>
        <w:rPr>
          <w:rFonts w:ascii="Nirmala UI" w:hAnsi="Nirmala UI" w:eastAsia="Nirmala UI" w:cs="Nirmala UI"/>
        </w:rPr>
        <w:t>ꯃꯄꯨꯜ</w:t>
      </w:r>
      <w:r>
        <w:rPr>
          <w:rFonts w:ascii="Times New Roman" w:hAnsi="Times New Roman" w:eastAsia="Times New Roman" w:cs="Times New Roman"/>
        </w:rPr>
        <w:t xml:space="preserve"> </w:t>
      </w:r>
      <w:r>
        <w:rPr>
          <w:rFonts w:ascii="Nirmala UI" w:hAnsi="Nirmala UI" w:eastAsia="Nirmala UI" w:cs="Nirmala UI"/>
        </w:rPr>
        <w:t>ꯂꯥꯛꯀꯅꯤ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ꯈꯜꯂꯤ꯫</w:t>
      </w:r>
      <w:r>
        <w:rPr>
          <w:rFonts w:ascii="Times New Roman" w:hAnsi="Times New Roman" w:eastAsia="Times New Roman" w:cs="Times New Roman"/>
        </w:rPr>
        <w:t xml:space="preserve"> </w:t>
      </w:r>
      <w:r>
        <w:rPr>
          <w:rFonts w:ascii="Nirmala UI" w:hAnsi="Nirmala UI" w:eastAsia="Nirmala UI" w:cs="Nirmala UI"/>
        </w:rPr>
        <w:t>ꯉꯥꯁꯤ</w:t>
      </w:r>
      <w:r>
        <w:rPr>
          <w:rFonts w:ascii="Times New Roman" w:hAnsi="Times New Roman" w:eastAsia="Times New Roman" w:cs="Times New Roman"/>
        </w:rPr>
        <w:t xml:space="preserve"> </w:t>
      </w:r>
      <w:r>
        <w:rPr>
          <w:rFonts w:ascii="Nirmala UI" w:hAnsi="Nirmala UI" w:eastAsia="Nirmala UI" w:cs="Nirmala UI"/>
        </w:rPr>
        <w:t>ꯈꯣꯖꯝ</w:t>
      </w:r>
      <w:r>
        <w:rPr>
          <w:rFonts w:ascii="Times New Roman" w:hAnsi="Times New Roman" w:eastAsia="Times New Roman" w:cs="Times New Roman"/>
        </w:rPr>
        <w:t xml:space="preserve"> </w:t>
      </w:r>
      <w:r>
        <w:rPr>
          <w:rFonts w:ascii="Nirmala UI" w:hAnsi="Nirmala UI" w:eastAsia="Nirmala UI" w:cs="Nirmala UI"/>
        </w:rPr>
        <w:t>ꯑꯗꯣꯝꯕ</w:t>
      </w:r>
      <w:r>
        <w:rPr>
          <w:rFonts w:ascii="Times New Roman" w:hAnsi="Times New Roman" w:eastAsia="Times New Roman" w:cs="Times New Roman"/>
        </w:rPr>
        <w:t xml:space="preserve"> </w:t>
      </w:r>
      <w:r>
        <w:rPr>
          <w:rFonts w:ascii="Nirmala UI" w:hAnsi="Nirmala UI" w:eastAsia="Nirmala UI" w:cs="Nirmala UI"/>
        </w:rPr>
        <w:t>ꯊꯥꯒꯠꯄ</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ꯉꯝꯃꯤꯡꯂꯤ꯫</w:t>
      </w:r>
      <w:r>
        <w:rPr>
          <w:rFonts w:ascii="Times New Roman" w:hAnsi="Times New Roman" w:eastAsia="Times New Roman" w:cs="Times New Roman"/>
        </w:rPr>
        <w:t xml:space="preserve"> </w:t>
      </w:r>
      <w:r>
        <w:rPr>
          <w:rFonts w:ascii="Nirmala UI" w:hAnsi="Nirmala UI" w:eastAsia="Nirmala UI" w:cs="Nirmala UI"/>
        </w:rPr>
        <w:t>ꯒ꯭ꯔꯦꯁꯀꯤ</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ꯌꯥꯝꯕ</w:t>
      </w:r>
      <w:r>
        <w:rPr>
          <w:rFonts w:ascii="Times New Roman" w:hAnsi="Times New Roman" w:eastAsia="Times New Roman" w:cs="Times New Roman"/>
        </w:rPr>
        <w:t xml:space="preserve"> </w:t>
      </w:r>
      <w:r>
        <w:rPr>
          <w:rFonts w:ascii="Nirmala UI" w:hAnsi="Nirmala UI" w:eastAsia="Nirmala UI" w:cs="Nirmala UI"/>
        </w:rPr>
        <w:t>ꯑꯄꯥꯛꯄ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ꯃꯈꯣꯌꯅ</w:t>
      </w:r>
      <w:r>
        <w:rPr>
          <w:rFonts w:ascii="Times New Roman" w:hAnsi="Times New Roman" w:eastAsia="Times New Roman" w:cs="Times New Roman"/>
        </w:rPr>
        <w:t xml:space="preserve"> </w:t>
      </w:r>
      <w:r>
        <w:rPr>
          <w:rFonts w:ascii="Nirmala UI" w:hAnsi="Nirmala UI" w:eastAsia="Nirmala UI" w:cs="Nirmala UI"/>
        </w:rPr>
        <w:t>ꯃꯦꯍꯥꯛꯈꯣꯌꯒꯤ</w:t>
      </w:r>
      <w:r>
        <w:rPr>
          <w:rFonts w:ascii="Times New Roman" w:hAnsi="Times New Roman" w:eastAsia="Times New Roman" w:cs="Times New Roman"/>
        </w:rPr>
        <w:t xml:space="preserve"> </w:t>
      </w:r>
      <w:r>
        <w:rPr>
          <w:rFonts w:ascii="Nirmala UI" w:hAnsi="Nirmala UI" w:eastAsia="Nirmala UI" w:cs="Nirmala UI"/>
        </w:rPr>
        <w:t>ꯍꯧꯔꯛ</w:t>
      </w:r>
      <w:r>
        <w:rPr>
          <w:rFonts w:ascii="Times New Roman" w:hAnsi="Times New Roman" w:eastAsia="Times New Roman" w:cs="Times New Roman"/>
        </w:rPr>
        <w:t xml:space="preserve"> </w:t>
      </w:r>
      <w:r>
        <w:rPr>
          <w:rFonts w:ascii="Nirmala UI" w:hAnsi="Nirmala UI" w:eastAsia="Nirmala UI" w:cs="Nirmala UI"/>
        </w:rPr>
        <w:t>ꯍꯥꯡꯗꯣꯛꯏ</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ꯐꯪꯅꯕ</w:t>
      </w:r>
      <w:r>
        <w:rPr>
          <w:rFonts w:ascii="Times New Roman" w:hAnsi="Times New Roman" w:eastAsia="Times New Roman" w:cs="Times New Roman"/>
        </w:rPr>
        <w:t xml:space="preserve"> </w:t>
      </w:r>
      <w:r>
        <w:rPr>
          <w:rFonts w:ascii="Nirmala UI" w:hAnsi="Nirmala UI" w:eastAsia="Nirmala UI" w:cs="Nirmala UI"/>
        </w:rPr>
        <w:t>ꯊꯧꯇꯥꯔꯤ꯫</w:t>
      </w:r>
      <w:r>
        <w:rPr>
          <w:rFonts w:ascii="Times New Roman" w:hAnsi="Times New Roman" w:eastAsia="Times New Roman" w:cs="Times New Roman"/>
        </w:rPr>
        <w:t xml:space="preserve"> </w:t>
      </w:r>
      <w:r>
        <w:rPr>
          <w:rFonts w:ascii="Nirmala UI" w:hAnsi="Nirmala UI" w:eastAsia="Nirmala UI" w:cs="Nirmala UI"/>
        </w:rPr>
        <w:t>ꯃꯈꯣꯌꯅ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ꯑꯀꯥꯏꯍꯧꯕ</w:t>
      </w:r>
      <w:r>
        <w:rPr>
          <w:rFonts w:ascii="Times New Roman" w:hAnsi="Times New Roman" w:eastAsia="Times New Roman" w:cs="Times New Roman"/>
        </w:rPr>
        <w:t xml:space="preserve"> </w:t>
      </w:r>
      <w:r>
        <w:rPr>
          <w:rFonts w:ascii="Nirmala UI" w:hAnsi="Nirmala UI" w:eastAsia="Nirmala UI" w:cs="Nirmala UI"/>
        </w:rPr>
        <w:t>ꯃꯣꯏꯔꯥꯡ</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ꯊꯃꯣꯏ</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ꯃꯥꯌ</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ꯄꯤꯕꯗ</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ꯉꯝꯗꯅ</w:t>
      </w:r>
      <w:r>
        <w:rPr>
          <w:rFonts w:ascii="Times New Roman" w:hAnsi="Times New Roman" w:eastAsia="Times New Roman" w:cs="Times New Roman"/>
        </w:rPr>
        <w:t xml:space="preserve"> </w:t>
      </w:r>
      <w:r>
        <w:rPr>
          <w:rFonts w:ascii="Nirmala UI" w:hAnsi="Nirmala UI" w:eastAsia="Nirmala UI" w:cs="Nirmala UI"/>
        </w:rPr>
        <w:t>ꯃꯊꯡ</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ꯆꯠꯊꯔꯛꯀꯗꯕꯅꯤ꯫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ꯈꯨꯗꯤꯡꯃꯛꯅ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ꯃꯄꯨꯜ</w:t>
      </w:r>
      <w:r>
        <w:rPr>
          <w:rFonts w:ascii="Times New Roman" w:hAnsi="Times New Roman" w:eastAsia="Times New Roman" w:cs="Times New Roman"/>
        </w:rPr>
        <w:t xml:space="preserve"> </w:t>
      </w:r>
      <w:r>
        <w:rPr>
          <w:rFonts w:ascii="Nirmala UI" w:hAnsi="Nirmala UI" w:eastAsia="Nirmala UI" w:cs="Nirmala UI"/>
        </w:rPr>
        <w:t>ꯅꯤꯡꯁꯤꯡ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ꯈꯪꯒꯗꯕꯅꯤ꯫</w:t>
      </w:r>
      <w:r>
        <w:rPr>
          <w:rFonts w:ascii="Times New Roman" w:hAnsi="Times New Roman" w:eastAsia="Times New Roman" w:cs="Times New Roman"/>
        </w:rPr>
        <w:t xml:space="preserve"> </w:t>
      </w:r>
      <w:r>
        <w:rPr>
          <w:rFonts w:ascii="Nirmala UI" w:hAnsi="Nirmala UI" w:eastAsia="Nirmala UI" w:cs="Nirmala UI"/>
        </w:rPr>
        <w:t>ꯊꯃꯣꯏ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ꯄꯨꯝꯅꯃꯛꯇꯒꯤ</w:t>
      </w:r>
      <w:r>
        <w:rPr>
          <w:rFonts w:ascii="Times New Roman" w:hAnsi="Times New Roman" w:eastAsia="Times New Roman" w:cs="Times New Roman"/>
        </w:rPr>
        <w:t xml:space="preserve"> </w:t>
      </w:r>
      <w:r>
        <w:rPr>
          <w:rFonts w:ascii="Nirmala UI" w:hAnsi="Nirmala UI" w:eastAsia="Nirmala UI" w:cs="Nirmala UI"/>
        </w:rPr>
        <w:t>ꯀꯥꯛꯊꯠꯂꯒꯥ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ꯃꯩꯇꯥꯏ</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ꯄꯨꯖꯅꯤꯡ</w:t>
      </w:r>
      <w:r>
        <w:rPr>
          <w:rFonts w:ascii="Times New Roman" w:hAnsi="Times New Roman" w:eastAsia="Times New Roman" w:cs="Times New Roman"/>
        </w:rPr>
        <w:t xml:space="preserve"> </w:t>
      </w:r>
      <w:r>
        <w:rPr>
          <w:rFonts w:ascii="Nirmala UI" w:hAnsi="Nirmala UI" w:eastAsia="Nirmala UI" w:cs="Nirmala UI"/>
        </w:rPr>
        <w:t>ꯅꯤꯡꯁꯤꯡꯕ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ꯅꯤꯡꯊꯧꯁꯤꯡ</w:t>
      </w:r>
      <w:r>
        <w:rPr>
          <w:rFonts w:ascii="Times New Roman" w:hAnsi="Times New Roman" w:eastAsia="Times New Roman" w:cs="Times New Roman"/>
        </w:rPr>
        <w:t xml:space="preserve"> </w:t>
      </w:r>
      <w:r>
        <w:rPr>
          <w:rFonts w:ascii="Nirmala UI" w:hAnsi="Nirmala UI" w:eastAsia="Nirmala UI" w:cs="Nirmala UI"/>
        </w:rPr>
        <w:t>ꯂꯝꯒꯗꯕꯅꯤ꯫</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ꯍꯥꯔꯥꯌꯕ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ꯂꯩꯃꯥꯏ</w:t>
      </w:r>
      <w:r>
        <w:rPr>
          <w:rFonts w:ascii="Times New Roman" w:hAnsi="Times New Roman" w:eastAsia="Times New Roman" w:cs="Times New Roman"/>
        </w:rPr>
        <w:t xml:space="preserve"> </w:t>
      </w:r>
      <w:r>
        <w:rPr>
          <w:rFonts w:ascii="Nirmala UI" w:hAnsi="Nirmala UI" w:eastAsia="Nirmala UI" w:cs="Nirmala UI"/>
        </w:rPr>
        <w:t>ꯄꯨꯠꯊꯣꯛꯄ</w:t>
      </w:r>
      <w:r>
        <w:rPr>
          <w:rFonts w:ascii="Times New Roman" w:hAnsi="Times New Roman" w:eastAsia="Times New Roman" w:cs="Times New Roman"/>
        </w:rPr>
        <w:t xml:space="preserve">, </w:t>
      </w:r>
      <w:r>
        <w:rPr>
          <w:rFonts w:ascii="Nirmala UI" w:hAnsi="Nirmala UI" w:eastAsia="Nirmala UI" w:cs="Nirmala UI"/>
        </w:rPr>
        <w:t>ꯊꯦꯡꯅꯕ</w:t>
      </w:r>
      <w:r>
        <w:rPr>
          <w:rFonts w:ascii="Times New Roman" w:hAnsi="Times New Roman" w:eastAsia="Times New Roman" w:cs="Times New Roman"/>
        </w:rPr>
        <w:t xml:space="preserve"> </w:t>
      </w:r>
      <w:r>
        <w:rPr>
          <w:rFonts w:ascii="Nirmala UI" w:hAnsi="Nirmala UI" w:eastAsia="Nirmala UI" w:cs="Nirmala UI"/>
        </w:rPr>
        <w:t>ꯏꯔꯥꯏ</w:t>
      </w:r>
      <w:r>
        <w:rPr>
          <w:rFonts w:ascii="Times New Roman" w:hAnsi="Times New Roman" w:eastAsia="Times New Roman" w:cs="Times New Roman"/>
        </w:rPr>
        <w:t xml:space="preserve"> </w:t>
      </w:r>
      <w:r>
        <w:rPr>
          <w:rFonts w:ascii="Nirmala UI" w:hAnsi="Nirmala UI" w:eastAsia="Nirmala UI" w:cs="Nirmala UI"/>
        </w:rPr>
        <w:t>ꯆꯥꯎꯁꯤꯡꯗ</w:t>
      </w:r>
      <w:r>
        <w:rPr>
          <w:rFonts w:ascii="Times New Roman" w:hAnsi="Times New Roman" w:eastAsia="Times New Roman" w:cs="Times New Roman"/>
        </w:rPr>
        <w:t xml:space="preserve"> </w:t>
      </w:r>
      <w:r>
        <w:rPr>
          <w:rFonts w:ascii="Nirmala UI" w:hAnsi="Nirmala UI" w:eastAsia="Nirmala UI" w:cs="Nirmala UI"/>
        </w:rPr>
        <w:t>ꯍꯥꯌꯔꯤꯕ</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ꯃꯈꯣꯌ</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ꯑꯇꯩꯗꯨꯅ</w:t>
      </w:r>
      <w:r>
        <w:rPr>
          <w:rFonts w:ascii="Times New Roman" w:hAnsi="Times New Roman" w:eastAsia="Times New Roman" w:cs="Times New Roman"/>
        </w:rPr>
        <w:t xml:space="preserve"> </w:t>
      </w:r>
      <w:r>
        <w:rPr>
          <w:rFonts w:ascii="Nirmala UI" w:hAnsi="Nirmala UI" w:eastAsia="Nirmala UI" w:cs="Nirmala UI"/>
        </w:rPr>
        <w:t>ꯑꯌꯨꯛꯄ</w:t>
      </w:r>
      <w:r>
        <w:rPr>
          <w:rFonts w:ascii="Times New Roman" w:hAnsi="Times New Roman" w:eastAsia="Times New Roman" w:cs="Times New Roman"/>
        </w:rPr>
        <w:t xml:space="preserve"> </w:t>
      </w:r>
      <w:r>
        <w:rPr>
          <w:rFonts w:ascii="Nirmala UI" w:hAnsi="Nirmala UI" w:eastAsia="Nirmala UI" w:cs="Nirmala UI"/>
        </w:rPr>
        <w:t>ꯁꯤꯡꯒꯤ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ꯊꯥꯛꯄꯗꯒꯤ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ꯁꯤꯁꯦꯛꯁꯤꯡꯅ</w:t>
      </w:r>
      <w:r>
        <w:rPr>
          <w:rFonts w:ascii="Times New Roman" w:hAnsi="Times New Roman" w:eastAsia="Times New Roman" w:cs="Times New Roman"/>
        </w:rPr>
        <w:t xml:space="preserve"> </w:t>
      </w:r>
      <w:r>
        <w:rPr>
          <w:rFonts w:ascii="Nirmala UI" w:hAnsi="Nirmala UI" w:eastAsia="Nirmala UI" w:cs="Nirmala UI"/>
        </w:rPr>
        <w:t>ꯄꯦꯟꯇꯦꯀꯣꯁꯠꯀꯤ</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ꯏꯁꯄꯤꯔꯤꯠꯀꯤ</w:t>
      </w:r>
      <w:r>
        <w:rPr>
          <w:rFonts w:ascii="Times New Roman" w:hAnsi="Times New Roman" w:eastAsia="Times New Roman" w:cs="Times New Roman"/>
        </w:rPr>
        <w:t xml:space="preserve"> </w:t>
      </w:r>
      <w:r>
        <w:rPr>
          <w:rFonts w:ascii="Nirmala UI" w:hAnsi="Nirmala UI" w:eastAsia="Nirmala UI" w:cs="Nirmala UI"/>
        </w:rPr>
        <w:t>ꯄꯣꯛꯈꯔꯛꯄ</w:t>
      </w:r>
      <w:r>
        <w:rPr>
          <w:rFonts w:ascii="Times New Roman" w:hAnsi="Times New Roman" w:eastAsia="Times New Roman" w:cs="Times New Roman"/>
        </w:rPr>
        <w:t xml:space="preserve"> </w:t>
      </w:r>
      <w:r>
        <w:rPr>
          <w:rFonts w:ascii="Nirmala UI" w:hAnsi="Nirmala UI" w:eastAsia="Nirmala UI" w:cs="Nirmala UI"/>
        </w:rPr>
        <w:t>ꯑꯗꯨꯒꯤꯗꯝꯛ</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ꯁꯦꯝꯁꯤꯜꯂꯤ꯫</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ꯃꯄꯥꯛꯇ</w:t>
      </w:r>
      <w:r>
        <w:rPr>
          <w:rFonts w:ascii="Times New Roman" w:hAnsi="Times New Roman" w:eastAsia="Times New Roman" w:cs="Times New Roman"/>
        </w:rPr>
        <w:t xml:space="preserve">, </w:t>
      </w:r>
      <w:r>
        <w:rPr>
          <w:rFonts w:ascii="Nirmala UI" w:hAnsi="Nirmala UI" w:eastAsia="Nirmala UI" w:cs="Nirmala UI"/>
        </w:rPr>
        <w:t>ꯑꯍꯥꯅꯕꯅꯤ</w:t>
      </w:r>
      <w:r>
        <w:rPr>
          <w:rFonts w:ascii="Times New Roman" w:hAnsi="Times New Roman" w:eastAsia="Times New Roman" w:cs="Times New Roman"/>
        </w:rPr>
        <w:t xml:space="preserve"> </w:t>
      </w:r>
      <w:r>
        <w:rPr>
          <w:rFonts w:ascii="Nirmala UI" w:hAnsi="Nirmala UI" w:eastAsia="Nirmala UI" w:cs="Nirmala UI"/>
        </w:rPr>
        <w:t>ꯇꯧꯒꯗꯕꯅꯤ꯫</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ꯊꯧꯒꯥꯜ</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ꯍꯥꯏꯒꯗꯕꯁꯨ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ꯃꯍꯥꯛꯀꯤꯗꯃꯛ</w:t>
      </w:r>
      <w:r>
        <w:rPr>
          <w:rFonts w:ascii="Times New Roman" w:hAnsi="Times New Roman" w:eastAsia="Times New Roman" w:cs="Times New Roman"/>
        </w:rPr>
        <w:t xml:space="preserve"> </w:t>
      </w:r>
      <w:r>
        <w:rPr>
          <w:rFonts w:ascii="Nirmala UI" w:hAnsi="Nirmala UI" w:eastAsia="Nirmala UI" w:cs="Nirmala UI"/>
        </w:rPr>
        <w:t>ꯍꯦꯟꯗꯣꯛꯄ</w:t>
      </w:r>
      <w:r>
        <w:rPr>
          <w:rFonts w:ascii="Times New Roman" w:hAnsi="Times New Roman" w:eastAsia="Times New Roman" w:cs="Times New Roman"/>
        </w:rPr>
        <w:t xml:space="preserve"> </w:t>
      </w:r>
      <w:r>
        <w:rPr>
          <w:rFonts w:ascii="Nirmala UI" w:hAnsi="Nirmala UI" w:eastAsia="Nirmala UI" w:cs="Nirmala UI"/>
        </w:rPr>
        <w:t>ꯑꯗꯨꯒꯤꯗꯝꯛ</w:t>
      </w:r>
      <w:r>
        <w:rPr>
          <w:rFonts w:ascii="Times New Roman" w:hAnsi="Times New Roman" w:eastAsia="Times New Roman" w:cs="Times New Roman"/>
        </w:rPr>
        <w:t xml:space="preserve"> </w:t>
      </w:r>
      <w:r>
        <w:rPr>
          <w:rFonts w:ascii="Nirmala UI" w:hAnsi="Nirmala UI" w:eastAsia="Nirmala UI" w:cs="Nirmala UI"/>
        </w:rPr>
        <w:t>ꯄ꯭ꯔꯥꯕꯨ</w:t>
      </w:r>
      <w:r>
        <w:rPr>
          <w:rFonts w:ascii="Times New Roman" w:hAnsi="Times New Roman" w:eastAsia="Times New Roman" w:cs="Times New Roman"/>
        </w:rPr>
        <w:t xml:space="preserve"> </w:t>
      </w:r>
      <w:r>
        <w:rPr>
          <w:rFonts w:ascii="Nirmala UI" w:hAnsi="Nirmala UI" w:eastAsia="Nirmala UI" w:cs="Nirmala UI"/>
        </w:rPr>
        <w:t>ꯉꯥꯛꯂꯒꯗꯕꯁꯨ</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ꯊꯧꯒꯥꯜ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ꯍꯧꯗꯣꯛꯈꯤꯕ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ꯊꯧꯒꯥꯜ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ꯂꯣꯏꯁꯤꯟꯒꯅꯤ</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ꯖꯤꯖꯁ</w:t>
      </w:r>
      <w:r>
        <w:rPr>
          <w:rFonts w:ascii="Times New Roman" w:hAnsi="Times New Roman" w:eastAsia="Times New Roman" w:cs="Times New Roman"/>
        </w:rPr>
        <w:t xml:space="preserve"> </w:t>
      </w:r>
      <w:r>
        <w:rPr>
          <w:rFonts w:ascii="Nirmala UI" w:hAnsi="Nirmala UI" w:eastAsia="Nirmala UI" w:cs="Nirmala UI"/>
        </w:rPr>
        <w:t>ꯀ꯭ꯔꯥꯏꯁꯠꯇ</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ꯑꯣꯏꯍꯜꯂꯒꯅꯤ꯫</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ꯑꯣꯏꯅꯃꯛ</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ꯅꯣꯡꯃꯥꯗꯣꯟꯕꯅ</w:t>
      </w:r>
      <w:r>
        <w:rPr>
          <w:rFonts w:ascii="Times New Roman" w:hAnsi="Times New Roman" w:eastAsia="Times New Roman" w:cs="Times New Roman"/>
        </w:rPr>
        <w:t xml:space="preserve"> </w:t>
      </w:r>
      <w:r>
        <w:rPr>
          <w:rFonts w:ascii="Nirmala UI" w:hAnsi="Nirmala UI" w:eastAsia="Nirmala UI" w:cs="Nirmala UI"/>
        </w:rPr>
        <w:t>ꯃꯥꯏꯊꯣꯡ</w:t>
      </w:r>
      <w:r>
        <w:rPr>
          <w:rFonts w:ascii="Times New Roman" w:hAnsi="Times New Roman" w:eastAsia="Times New Roman" w:cs="Times New Roman"/>
        </w:rPr>
        <w:t xml:space="preserve"> </w:t>
      </w:r>
      <w:r>
        <w:rPr>
          <w:rFonts w:ascii="Nirmala UI" w:hAnsi="Nirmala UI" w:eastAsia="Nirmala UI" w:cs="Nirmala UI"/>
        </w:rPr>
        <w:t>ꯊꯤꯔꯤꯕ</w:t>
      </w:r>
      <w:r>
        <w:rPr>
          <w:rFonts w:ascii="Times New Roman" w:hAnsi="Times New Roman" w:eastAsia="Times New Roman" w:cs="Times New Roman"/>
        </w:rPr>
        <w:t xml:space="preserve"> </w:t>
      </w:r>
      <w:r>
        <w:rPr>
          <w:rFonts w:ascii="Nirmala UI" w:hAnsi="Nirmala UI" w:eastAsia="Nirmala UI" w:cs="Nirmala UI"/>
        </w:rPr>
        <w:t>ꯒ꯭ꯔꯦꯁ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ꯅꯦꯒ꯭ꯂꯦꯛ</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ꯂꯩꯇꯅꯨ꯫</w:t>
      </w:r>
      <w:r>
        <w:rPr>
          <w:rFonts w:ascii="Times New Roman" w:hAnsi="Times New Roman" w:eastAsia="Times New Roman" w:cs="Times New Roman"/>
        </w:rPr>
        <w:t xml:space="preserve"> </w:t>
      </w:r>
      <w:r>
        <w:rPr>
          <w:rFonts w:ascii="Nirmala UI" w:hAnsi="Nirmala UI" w:eastAsia="Nirmala UI" w:cs="Nirmala UI"/>
        </w:rPr>
        <w:t>ꯃꯈꯣꯌꯅ</w:t>
      </w:r>
      <w:r>
        <w:rPr>
          <w:rFonts w:ascii="Times New Roman" w:hAnsi="Times New Roman" w:eastAsia="Times New Roman" w:cs="Times New Roman"/>
        </w:rPr>
        <w:t xml:space="preserve"> </w:t>
      </w:r>
      <w:r>
        <w:rPr>
          <w:rFonts w:ascii="Nirmala UI" w:hAnsi="Nirmala UI" w:eastAsia="Nirmala UI" w:cs="Nirmala UI"/>
        </w:rPr>
        <w:t>ꯐꯪꯈꯤꯕ</w:t>
      </w:r>
      <w:r>
        <w:rPr>
          <w:rFonts w:ascii="Times New Roman" w:hAnsi="Times New Roman" w:eastAsia="Times New Roman" w:cs="Times New Roman"/>
        </w:rPr>
        <w:t xml:space="preserve"> </w:t>
      </w:r>
      <w:r>
        <w:rPr>
          <w:rFonts w:ascii="Nirmala UI" w:hAnsi="Nirmala UI" w:eastAsia="Nirmala UI" w:cs="Nirmala UI"/>
        </w:rPr>
        <w:t>ꯃꯥꯌ</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ꯍꯥꯡꯗꯣꯛꯂꯤꯕ</w:t>
      </w:r>
      <w:r>
        <w:rPr>
          <w:rFonts w:ascii="Times New Roman" w:hAnsi="Times New Roman" w:eastAsia="Times New Roman" w:cs="Times New Roman"/>
        </w:rPr>
        <w:t xml:space="preserve"> </w:t>
      </w:r>
      <w:r>
        <w:rPr>
          <w:rFonts w:ascii="Nirmala UI" w:hAnsi="Nirmala UI" w:eastAsia="Nirmala UI" w:cs="Nirmala UI"/>
        </w:rPr>
        <w:t>ꯑꯈꯛꯇꯅꯤ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ꯃꯥꯌ</w:t>
      </w:r>
      <w:r>
        <w:rPr>
          <w:rFonts w:ascii="Times New Roman" w:hAnsi="Times New Roman" w:eastAsia="Times New Roman" w:cs="Times New Roman"/>
        </w:rPr>
        <w:t xml:space="preserve"> </w:t>
      </w:r>
      <w:r>
        <w:rPr>
          <w:rFonts w:ascii="Nirmala UI" w:hAnsi="Nirmala UI" w:eastAsia="Nirmala UI" w:cs="Nirmala UI"/>
        </w:rPr>
        <w:t>ꯐꯪꯒꯅꯤ꯫</w:t>
      </w:r>
      <w:r>
        <w:rPr>
          <w:rFonts w:ascii="Times New Roman" w:hAnsi="Times New Roman" w:eastAsia="Times New Roman" w:cs="Times New Roman"/>
        </w:rPr>
        <w:t xml:space="preserve"> </w:t>
      </w:r>
      <w:r>
        <w:rPr>
          <w:rFonts w:ascii="Nirmala UI" w:hAnsi="Nirmala UI" w:eastAsia="Nirmala UI" w:cs="Nirmala UI"/>
        </w:rPr>
        <w:t>ꯅꯈꯣꯏ</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ꯈꯨꯗꯤꯡꯃꯛ</w:t>
      </w:r>
      <w:r>
        <w:rPr>
          <w:rFonts w:ascii="Times New Roman" w:hAnsi="Times New Roman" w:eastAsia="Times New Roman" w:cs="Times New Roman"/>
        </w:rPr>
        <w:t xml:space="preserve"> </w:t>
      </w:r>
      <w:r>
        <w:rPr>
          <w:rFonts w:ascii="Nirmala UI" w:hAnsi="Nirmala UI" w:eastAsia="Nirmala UI" w:cs="Nirmala UI"/>
        </w:rPr>
        <w:t>ꯊꯧꯔꯥꯡꯕ</w:t>
      </w:r>
      <w:r>
        <w:rPr>
          <w:rFonts w:ascii="Times New Roman" w:hAnsi="Times New Roman" w:eastAsia="Times New Roman" w:cs="Times New Roman"/>
        </w:rPr>
        <w:t xml:space="preserve"> </w:t>
      </w:r>
      <w:r>
        <w:rPr>
          <w:rFonts w:ascii="Nirmala UI" w:hAnsi="Nirmala UI" w:eastAsia="Nirmala UI" w:cs="Nirmala UI"/>
        </w:rPr>
        <w:t>ꯀ꯭ꯔꯤꯁꯆꯟ</w:t>
      </w:r>
      <w:r>
        <w:rPr>
          <w:rFonts w:ascii="Times New Roman" w:hAnsi="Times New Roman" w:eastAsia="Times New Roman" w:cs="Times New Roman"/>
        </w:rPr>
        <w:t xml:space="preserve"> </w:t>
      </w:r>
      <w:r>
        <w:rPr>
          <w:rFonts w:ascii="Nirmala UI" w:hAnsi="Nirmala UI" w:eastAsia="Nirmala UI" w:cs="Nirmala UI"/>
        </w:rPr>
        <w:t>ꯒꯨꯟꯁꯤꯡꯒꯤ</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ꯃꯍꯨꯠ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ꯄꯥꯏꯁꯤꯟꯅ</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ꯆꯠꯂꯛꯇ꯭ꯔꯕꯗꯤ</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ꯅꯣꯡꯃꯥꯗꯣꯟꯕꯗ</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ꯏꯁꯄꯤꯔꯤꯠꯀꯤ</w:t>
      </w:r>
      <w:r>
        <w:rPr>
          <w:rFonts w:ascii="Times New Roman" w:hAnsi="Times New Roman" w:eastAsia="Times New Roman" w:cs="Times New Roman"/>
        </w:rPr>
        <w:t xml:space="preserve"> </w:t>
      </w:r>
      <w:r>
        <w:rPr>
          <w:rFonts w:ascii="Nirmala UI" w:hAnsi="Nirmala UI" w:eastAsia="Nirmala UI" w:cs="Nirmala UI"/>
        </w:rPr>
        <w:t>ꯃꯥꯡꯅꯕꯁꯤꯡ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ꯈꯪꯒꯗ꯭ꯔꯦ꯫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ꯊꯃꯣꯏꯁꯤꯡꯒꯤ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ꯇꯥꯎꯕ</w:t>
      </w:r>
      <w:r>
        <w:rPr>
          <w:rFonts w:ascii="Times New Roman" w:hAnsi="Times New Roman" w:eastAsia="Times New Roman" w:cs="Times New Roman"/>
        </w:rPr>
        <w:t xml:space="preserve"> </w:t>
      </w:r>
      <w:r>
        <w:rPr>
          <w:rFonts w:ascii="Nirmala UI" w:hAnsi="Nirmala UI" w:eastAsia="Nirmala UI" w:cs="Nirmala UI"/>
        </w:rPr>
        <w:t>ꯌꯥꯎꯔꯛꯄ</w:t>
      </w:r>
      <w:r>
        <w:rPr>
          <w:rFonts w:ascii="Times New Roman" w:hAnsi="Times New Roman" w:eastAsia="Times New Roman" w:cs="Times New Roman"/>
        </w:rPr>
        <w:t xml:space="preserve"> </w:t>
      </w:r>
      <w:r>
        <w:rPr>
          <w:rFonts w:ascii="Nirmala UI" w:hAnsi="Nirmala UI" w:eastAsia="Nirmala UI" w:cs="Nirmala UI"/>
        </w:rPr>
        <w:t>ꯑꯣꯏꯔꯒꯁꯨ</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ꯈꯪꯒꯗ꯭ꯔꯦ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ꯐꯪꯒꯗ꯭ꯔꯦ꯫</w:t>
      </w:r>
      <w:r>
        <w:rPr>
          <w:rFonts w:ascii="Times New Roman" w:hAnsi="Times New Roman" w:eastAsia="Times New Roman" w:cs="Times New Roman"/>
        </w:rPr>
        <w:t>” Testimonies to Ministers, 506, 507.</w:t>
      </w:r>
    </w:p>
    <w:p>
      <w:pPr>
        <w:pStyle w:val="ArticleBody"/>
        <w:jc w:val="left"/>
      </w:pPr>
      <w:r>
        <w:rPr>
          <w:rFonts w:ascii="Times New Roman" w:hAnsi="Times New Roman" w:eastAsia="Times New Roman" w:cs="Times New Roman"/>
        </w:rPr>
        <w:t>2001 arzyly habary iýenler şol döwre laýyk bir habary kabul edýärdiler, emma olar Hudaýyň möhri üçin taýýarlanan bir tejribä habary hakykatdan hem öz içine siňdirendiklerini aýan etmek üçin synagdan geçirilmelidiler. Şonuň üçin şol döwürde giçki ýagyn sepmek hökmünde şekillendirilýär, çünki bugdaý bilen haşal otlar heniz hem bilelikde. Şol sebäpli, Uýam Waýt şeýle diýýär: “Ol biziň daş-töweregimizdäki ýürekleriň üstüne ýagyp durandyr, emma biz ony ne saýgarys, ne-de kabul ederis.” Akyllylar nadanlardan aýrylanda, giçki ýagyn şonda Pentikost günündäki ýaly ölçegsiz dökülýär; bu hem ýekşenbe kanunynyň nusgasydyr.</w:t>
      </w:r>
    </w:p>
    <w:p>
      <w:pPr>
        <w:pStyle w:val="ArticleScripture"/>
        <w:jc w:val="left"/>
      </w:pPr>
      <w:r>
        <w:rPr>
          <w:rFonts w:ascii="Times New Roman" w:hAnsi="Times New Roman" w:eastAsia="Times New Roman" w:cs="Times New Roman"/>
        </w:rPr>
        <w:t>«Shund nah, koima parabls man yachachin imataq mana kananchu probation tarisqan qhipaman juicio. Chaymanta, maypachachus evangelio pa llamkaynin tukukun, chaylla qatiqninpi allinkunaqpas mana allinkunaqpas rakiy kaynin hamun, hinaspataq sapa clasepa destinon wiñaypaq takyasqa qhiparin.» Christ’s Object Lessons, 123.</w:t>
      </w:r>
    </w:p>
    <w:p>
      <w:pPr>
        <w:pStyle w:val="ArticleBody"/>
        <w:jc w:val="left"/>
      </w:pP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ވާރޭގެ</w:t>
      </w:r>
      <w:r>
        <w:rPr>
          <w:rFonts w:ascii="Times New Roman" w:hAnsi="Times New Roman" w:eastAsia="Times New Roman" w:cs="Times New Roman"/>
        </w:rPr>
        <w:t xml:space="preserve"> </w:t>
      </w:r>
      <w:r>
        <w:rPr>
          <w:rFonts w:ascii="MV Boli" w:hAnsi="MV Boli" w:eastAsia="MV Boli" w:cs="MV Boli"/>
        </w:rPr>
        <w:t>ބިންދުން</w:t>
      </w:r>
      <w:r>
        <w:rPr>
          <w:rFonts w:ascii="Times New Roman" w:hAnsi="Times New Roman" w:eastAsia="Times New Roman" w:cs="Times New Roman"/>
        </w:rPr>
        <w:t xml:space="preserve"> </w:t>
      </w:r>
      <w:r>
        <w:rPr>
          <w:rFonts w:ascii="MV Boli" w:hAnsi="MV Boli" w:eastAsia="MV Boli" w:cs="MV Boli"/>
        </w:rPr>
        <w:t>ހިނގާ</w:t>
      </w:r>
      <w:r>
        <w:rPr>
          <w:rFonts w:ascii="Times New Roman" w:hAnsi="Times New Roman" w:eastAsia="Times New Roman" w:cs="Times New Roman"/>
        </w:rPr>
        <w:t xml:space="preserve"> </w:t>
      </w:r>
      <w:r>
        <w:rPr>
          <w:rFonts w:ascii="MV Boli" w:hAnsi="MV Boli" w:eastAsia="MV Boli" w:cs="MV Boli"/>
        </w:rPr>
        <w:t>ދައުރާއި</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މިންވަރެއް</w:t>
      </w:r>
      <w:r>
        <w:rPr>
          <w:rFonts w:ascii="Times New Roman" w:hAnsi="Times New Roman" w:eastAsia="Times New Roman" w:cs="Times New Roman"/>
        </w:rPr>
        <w:t xml:space="preserve"> </w:t>
      </w:r>
      <w:r>
        <w:rPr>
          <w:rFonts w:ascii="MV Boli" w:hAnsi="MV Boli" w:eastAsia="MV Boli" w:cs="MV Boli"/>
        </w:rPr>
        <w:t>ނެތި</w:t>
      </w:r>
      <w:r>
        <w:rPr>
          <w:rFonts w:ascii="Times New Roman" w:hAnsi="Times New Roman" w:eastAsia="Times New Roman" w:cs="Times New Roman"/>
        </w:rPr>
        <w:t xml:space="preserve"> </w:t>
      </w:r>
      <w:r>
        <w:rPr>
          <w:rFonts w:ascii="MV Boli" w:hAnsi="MV Boli" w:eastAsia="MV Boli" w:cs="MV Boli"/>
        </w:rPr>
        <w:t>އޮއްސާލާ</w:t>
      </w:r>
      <w:r>
        <w:rPr>
          <w:rFonts w:ascii="Times New Roman" w:hAnsi="Times New Roman" w:eastAsia="Times New Roman" w:cs="Times New Roman"/>
        </w:rPr>
        <w:t xml:space="preserve"> </w:t>
      </w:r>
      <w:r>
        <w:rPr>
          <w:rFonts w:ascii="MV Boli" w:hAnsi="MV Boli" w:eastAsia="MV Boli" w:cs="MV Boli"/>
        </w:rPr>
        <w:t>ދައުރު</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ދައުރުވެސް</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ކަލޭގެ</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މައްޗަށް</w:t>
      </w:r>
      <w:r>
        <w:rPr>
          <w:rFonts w:ascii="Times New Roman" w:hAnsi="Times New Roman" w:eastAsia="Times New Roman" w:cs="Times New Roman"/>
        </w:rPr>
        <w:t xml:space="preserve"> </w:t>
      </w:r>
      <w:r>
        <w:rPr>
          <w:rFonts w:ascii="MV Boli" w:hAnsi="MV Boli" w:eastAsia="MV Boli" w:cs="MV Boli"/>
        </w:rPr>
        <w:t>ފަނޑު</w:t>
      </w:r>
      <w:r>
        <w:rPr>
          <w:rFonts w:ascii="Times New Roman" w:hAnsi="Times New Roman" w:eastAsia="Times New Roman" w:cs="Times New Roman"/>
        </w:rPr>
        <w:t xml:space="preserve"> </w:t>
      </w:r>
      <w:r>
        <w:rPr>
          <w:rFonts w:ascii="MV Boli" w:hAnsi="MV Boli" w:eastAsia="MV Boli" w:cs="MV Boli"/>
        </w:rPr>
        <w:t>ނިންމައިލެވޭ</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ދައުރެއް</w:t>
      </w:r>
      <w:r>
        <w:rPr>
          <w:rFonts w:ascii="Times New Roman" w:hAnsi="Times New Roman" w:eastAsia="Times New Roman" w:cs="Times New Roman"/>
        </w:rPr>
        <w:t xml:space="preserve"> </w:t>
      </w:r>
      <w:r>
        <w:rPr>
          <w:rFonts w:ascii="MV Boli" w:hAnsi="MV Boli" w:eastAsia="MV Boli" w:cs="MV Boli"/>
        </w:rPr>
        <w:t>ގޮތުގައިވެސް</w:t>
      </w:r>
      <w:r>
        <w:rPr>
          <w:rFonts w:ascii="Times New Roman" w:hAnsi="Times New Roman" w:eastAsia="Times New Roman" w:cs="Times New Roman"/>
        </w:rPr>
        <w:t xml:space="preserve"> </w:t>
      </w:r>
      <w:r>
        <w:rPr>
          <w:rFonts w:ascii="MV Boli" w:hAnsi="MV Boli" w:eastAsia="MV Boli" w:cs="MV Boli"/>
        </w:rPr>
        <w:t>ސިފަކުރެވޭއެވެ</w:t>
      </w:r>
      <w:r>
        <w:rPr>
          <w:rFonts w:ascii="Times New Roman" w:hAnsi="Times New Roman" w:eastAsia="Times New Roman" w:cs="Times New Roman"/>
        </w:rPr>
        <w:t xml:space="preserve">. </w:t>
      </w:r>
      <w:r>
        <w:rPr>
          <w:rFonts w:ascii="MV Boli" w:hAnsi="MV Boli" w:eastAsia="MV Boli" w:cs="MV Boli"/>
        </w:rPr>
        <w:t>ކަލޭގެ</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މައްޗަށް</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ފަނޑު</w:t>
      </w:r>
      <w:r>
        <w:rPr>
          <w:rFonts w:ascii="Times New Roman" w:hAnsi="Times New Roman" w:eastAsia="Times New Roman" w:cs="Times New Roman"/>
        </w:rPr>
        <w:t xml:space="preserve"> </w:t>
      </w:r>
      <w:r>
        <w:rPr>
          <w:rFonts w:ascii="MV Boli" w:hAnsi="MV Boli" w:eastAsia="MV Boli" w:cs="MV Boli"/>
        </w:rPr>
        <w:t>ފެށި</w:t>
      </w:r>
      <w:r>
        <w:rPr>
          <w:rFonts w:ascii="Times New Roman" w:hAnsi="Times New Roman" w:eastAsia="Times New Roman" w:cs="Times New Roman"/>
        </w:rPr>
        <w:t xml:space="preserve"> </w:t>
      </w:r>
      <w:r>
        <w:rPr>
          <w:rFonts w:ascii="MV Boli" w:hAnsi="MV Boli" w:eastAsia="MV Boli" w:cs="MV Boli"/>
        </w:rPr>
        <w:t>ކަލޭގެ</w:t>
      </w:r>
      <w:r>
        <w:rPr>
          <w:rFonts w:ascii="Times New Roman" w:hAnsi="Times New Roman" w:eastAsia="Times New Roman" w:cs="Times New Roman"/>
        </w:rPr>
        <w:t xml:space="preserve"> </w:t>
      </w:r>
      <w:r>
        <w:rPr>
          <w:rFonts w:ascii="MV Boli" w:hAnsi="MV Boli" w:eastAsia="MV Boli" w:cs="MV Boli"/>
        </w:rPr>
        <w:t>ގެއިން</w:t>
      </w:r>
      <w:r>
        <w:rPr>
          <w:rFonts w:ascii="Times New Roman" w:hAnsi="Times New Roman" w:eastAsia="Times New Roman" w:cs="Times New Roman"/>
        </w:rPr>
        <w:t xml:space="preserve"> </w:t>
      </w:r>
      <w:r>
        <w:rPr>
          <w:rFonts w:ascii="MV Boli" w:hAnsi="MV Boli" w:eastAsia="MV Boli" w:cs="MV Boli"/>
        </w:rPr>
        <w:t>ސެޕްޓެމްބަރ</w:t>
      </w:r>
      <w:r>
        <w:rPr>
          <w:rFonts w:ascii="Times New Roman" w:hAnsi="Times New Roman" w:eastAsia="Times New Roman" w:cs="Times New Roman"/>
        </w:rPr>
        <w:t xml:space="preserve"> 11، 2001 </w:t>
      </w:r>
      <w:r>
        <w:rPr>
          <w:rFonts w:ascii="MV Boli" w:hAnsi="MV Boli" w:eastAsia="MV Boli" w:cs="MV Boli"/>
        </w:rPr>
        <w:t>ގައެވެ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އިތުރުން</w:t>
      </w:r>
      <w:r>
        <w:rPr>
          <w:rFonts w:ascii="Times New Roman" w:hAnsi="Times New Roman" w:eastAsia="Times New Roman" w:cs="Times New Roman"/>
        </w:rPr>
        <w:t xml:space="preserve"> </w:t>
      </w:r>
      <w:r>
        <w:rPr>
          <w:rFonts w:ascii="MV Boli" w:hAnsi="MV Boli" w:eastAsia="MV Boli" w:cs="MV Boli"/>
        </w:rPr>
        <w:t>ސަންޑޭ</w:t>
      </w:r>
      <w:r>
        <w:rPr>
          <w:rFonts w:ascii="Times New Roman" w:hAnsi="Times New Roman" w:eastAsia="Times New Roman" w:cs="Times New Roman"/>
        </w:rPr>
        <w:t xml:space="preserve"> </w:t>
      </w:r>
      <w:r>
        <w:rPr>
          <w:rFonts w:ascii="MV Boli" w:hAnsi="MV Boli" w:eastAsia="MV Boli" w:cs="MV Boli"/>
        </w:rPr>
        <w:t>ޤާނޫނުގެ</w:t>
      </w:r>
      <w:r>
        <w:rPr>
          <w:rFonts w:ascii="Times New Roman" w:hAnsi="Times New Roman" w:eastAsia="Times New Roman" w:cs="Times New Roman"/>
        </w:rPr>
        <w:t xml:space="preserve"> </w:t>
      </w:r>
      <w:r>
        <w:rPr>
          <w:rFonts w:ascii="MV Boli" w:hAnsi="MV Boli" w:eastAsia="MV Boli" w:cs="MV Boli"/>
        </w:rPr>
        <w:t>ފަނޑުގައި</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ފަނޑު</w:t>
      </w:r>
      <w:r>
        <w:rPr>
          <w:rFonts w:ascii="Times New Roman" w:hAnsi="Times New Roman" w:eastAsia="Times New Roman" w:cs="Times New Roman"/>
        </w:rPr>
        <w:t xml:space="preserve"> </w:t>
      </w:r>
      <w:r>
        <w:rPr>
          <w:rFonts w:ascii="MV Boli" w:hAnsi="MV Boli" w:eastAsia="MV Boli" w:cs="MV Boli"/>
        </w:rPr>
        <w:t>ނިންމައިލެވެނީ</w:t>
      </w:r>
      <w:r>
        <w:rPr>
          <w:rFonts w:ascii="Times New Roman" w:hAnsi="Times New Roman" w:eastAsia="Times New Roman" w:cs="Times New Roman"/>
        </w:rPr>
        <w:t xml:space="preserve"> </w:t>
      </w:r>
      <w:r>
        <w:rPr>
          <w:rFonts w:ascii="MV Boli" w:hAnsi="MV Boli" w:eastAsia="MV Boli" w:cs="MV Boli"/>
        </w:rPr>
        <w:t>އެމެރިކާގައި</w:t>
      </w:r>
      <w:r>
        <w:rPr>
          <w:rFonts w:ascii="Times New Roman" w:hAnsi="Times New Roman" w:eastAsia="Times New Roman" w:cs="Times New Roman"/>
        </w:rPr>
        <w:t xml:space="preserve"> </w:t>
      </w:r>
      <w:r>
        <w:rPr>
          <w:rFonts w:ascii="MV Boli" w:hAnsi="MV Boli" w:eastAsia="MV Boli" w:cs="MV Boli"/>
        </w:rPr>
        <w:t>ސަންޑޭ</w:t>
      </w:r>
      <w:r>
        <w:rPr>
          <w:rFonts w:ascii="Times New Roman" w:hAnsi="Times New Roman" w:eastAsia="Times New Roman" w:cs="Times New Roman"/>
        </w:rPr>
        <w:t xml:space="preserve"> </w:t>
      </w:r>
      <w:r>
        <w:rPr>
          <w:rFonts w:ascii="MV Boli" w:hAnsi="MV Boli" w:eastAsia="MV Boli" w:cs="MV Boli"/>
        </w:rPr>
        <w:t>ޤާނޫނާއެކު</w:t>
      </w:r>
      <w:r>
        <w:rPr>
          <w:rFonts w:ascii="Times New Roman" w:hAnsi="Times New Roman" w:eastAsia="Times New Roman" w:cs="Times New Roman"/>
        </w:rPr>
        <w:t xml:space="preserve"> </w:t>
      </w:r>
      <w:r>
        <w:rPr>
          <w:rFonts w:ascii="MV Boli" w:hAnsi="MV Boli" w:eastAsia="MV Boli" w:cs="MV Boli"/>
        </w:rPr>
        <w:t>ފެށޭ</w:t>
      </w:r>
      <w:r>
        <w:rPr>
          <w:rFonts w:ascii="Times New Roman" w:hAnsi="Times New Roman" w:eastAsia="Times New Roman" w:cs="Times New Roman"/>
        </w:rPr>
        <w:t xml:space="preserve"> </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މަލާއިކާގެ</w:t>
      </w:r>
      <w:r>
        <w:rPr>
          <w:rFonts w:ascii="Times New Roman" w:hAnsi="Times New Roman" w:eastAsia="Times New Roman" w:cs="Times New Roman"/>
        </w:rPr>
        <w:t xml:space="preserve"> </w:t>
      </w:r>
      <w:r>
        <w:rPr>
          <w:rFonts w:ascii="MV Boli" w:hAnsi="MV Boli" w:eastAsia="MV Boli" w:cs="MV Boli"/>
        </w:rPr>
        <w:t>ގަދަ</w:t>
      </w:r>
      <w:r>
        <w:rPr>
          <w:rFonts w:ascii="Times New Roman" w:hAnsi="Times New Roman" w:eastAsia="Times New Roman" w:cs="Times New Roman"/>
        </w:rPr>
        <w:t xml:space="preserve"> </w:t>
      </w:r>
      <w:r>
        <w:rPr>
          <w:rFonts w:ascii="MV Boli" w:hAnsi="MV Boli" w:eastAsia="MV Boli" w:cs="MV Boli"/>
        </w:rPr>
        <w:t>ގޮވުމަށް</w:t>
      </w:r>
      <w:r>
        <w:rPr>
          <w:rFonts w:ascii="Times New Roman" w:hAnsi="Times New Roman" w:eastAsia="Times New Roman" w:cs="Times New Roman"/>
        </w:rPr>
        <w:t xml:space="preserve"> </w:t>
      </w:r>
      <w:r>
        <w:rPr>
          <w:rFonts w:ascii="MV Boli" w:hAnsi="MV Boli" w:eastAsia="MV Boli" w:cs="MV Boli"/>
        </w:rPr>
        <w:t>ޖަވާބު</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ނުވަތަ</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ދެކޮޅު</w:t>
      </w:r>
      <w:r>
        <w:rPr>
          <w:rFonts w:ascii="Times New Roman" w:hAnsi="Times New Roman" w:eastAsia="Times New Roman" w:cs="Times New Roman"/>
        </w:rPr>
        <w:t xml:space="preserve"> </w:t>
      </w:r>
      <w:r>
        <w:rPr>
          <w:rFonts w:ascii="MV Boli" w:hAnsi="MV Boli" w:eastAsia="MV Boli" w:cs="MV Boli"/>
        </w:rPr>
        <w:t>ހިފާ</w:t>
      </w:r>
      <w:r>
        <w:rPr>
          <w:rFonts w:ascii="Times New Roman" w:hAnsi="Times New Roman" w:eastAsia="Times New Roman" w:cs="Times New Roman"/>
        </w:rPr>
        <w:t xml:space="preserve"> </w:t>
      </w:r>
      <w:r>
        <w:rPr>
          <w:rFonts w:ascii="MV Boli" w:hAnsi="MV Boli" w:eastAsia="MV Boli" w:cs="MV Boli"/>
        </w:rPr>
        <w:t>ކަލޭގެ</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ބަކަށެވެ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ނިމެނީ</w:t>
      </w:r>
      <w:r>
        <w:rPr>
          <w:rFonts w:ascii="Times New Roman" w:hAnsi="Times New Roman" w:eastAsia="Times New Roman" w:cs="Times New Roman"/>
        </w:rPr>
        <w:t xml:space="preserve"> </w:t>
      </w:r>
      <w:r>
        <w:rPr>
          <w:rFonts w:ascii="MV Boli" w:hAnsi="MV Boli" w:eastAsia="MV Boli" w:cs="MV Boli"/>
        </w:rPr>
        <w:t>މައިކަލް</w:t>
      </w:r>
      <w:r>
        <w:rPr>
          <w:rFonts w:ascii="Times New Roman" w:hAnsi="Times New Roman" w:eastAsia="Times New Roman" w:cs="Times New Roman"/>
        </w:rPr>
        <w:t xml:space="preserve"> </w:t>
      </w:r>
      <w:r>
        <w:rPr>
          <w:rFonts w:ascii="MV Boli" w:hAnsi="MV Boli" w:eastAsia="MV Boli" w:cs="MV Boli"/>
        </w:rPr>
        <w:t>ތެދުވުމުން</w:t>
      </w:r>
      <w:r>
        <w:rPr>
          <w:rFonts w:ascii="Times New Roman" w:hAnsi="Times New Roman" w:eastAsia="Times New Roman" w:cs="Times New Roman"/>
        </w:rPr>
        <w:t xml:space="preserve">، </w:t>
      </w:r>
      <w:r>
        <w:rPr>
          <w:rFonts w:ascii="MV Boli" w:hAnsi="MV Boli" w:eastAsia="MV Boli" w:cs="MV Boli"/>
        </w:rPr>
        <w:t>އިންސާނުންގެ</w:t>
      </w:r>
      <w:r>
        <w:rPr>
          <w:rFonts w:ascii="Times New Roman" w:hAnsi="Times New Roman" w:eastAsia="Times New Roman" w:cs="Times New Roman"/>
        </w:rPr>
        <w:t xml:space="preserve"> </w:t>
      </w:r>
      <w:r>
        <w:rPr>
          <w:rFonts w:ascii="MV Boli" w:hAnsi="MV Boli" w:eastAsia="MV Boli" w:cs="MV Boli"/>
        </w:rPr>
        <w:t>އިމްތިހާނުގެ</w:t>
      </w:r>
      <w:r>
        <w:rPr>
          <w:rFonts w:ascii="Times New Roman" w:hAnsi="Times New Roman" w:eastAsia="Times New Roman" w:cs="Times New Roman"/>
        </w:rPr>
        <w:t xml:space="preserve"> </w:t>
      </w:r>
      <w:r>
        <w:rPr>
          <w:rFonts w:ascii="MV Boli" w:hAnsi="MV Boli" w:eastAsia="MV Boli" w:cs="MV Boli"/>
        </w:rPr>
        <w:t>މުއްދަތު</w:t>
      </w:r>
      <w:r>
        <w:rPr>
          <w:rFonts w:ascii="Times New Roman" w:hAnsi="Times New Roman" w:eastAsia="Times New Roman" w:cs="Times New Roman"/>
        </w:rPr>
        <w:t xml:space="preserve"> </w:t>
      </w:r>
      <w:r>
        <w:rPr>
          <w:rFonts w:ascii="MV Boli" w:hAnsi="MV Boli" w:eastAsia="MV Boli" w:cs="MV Boli"/>
        </w:rPr>
        <w:t>ބަންދުވާ</w:t>
      </w:r>
      <w:r>
        <w:rPr>
          <w:rFonts w:ascii="Times New Roman" w:hAnsi="Times New Roman" w:eastAsia="Times New Roman" w:cs="Times New Roman"/>
        </w:rPr>
        <w:t xml:space="preserve"> </w:t>
      </w:r>
      <w:r>
        <w:rPr>
          <w:rFonts w:ascii="MV Boli" w:hAnsi="MV Boli" w:eastAsia="MV Boli" w:cs="MV Boli"/>
        </w:rPr>
        <w:t>ހިނދުގައެވެ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Yow mangluad a dagiti dua a panawen ti maudi a tudo, nga isu met dagiti dua a panawen ti panangokom a mangrugi iti balay ti Dios, ket kalpasanna agtultuloy iti sabali a karnero ti Dios, ket isu met laeng dagiti dua a panawen ti pannakabukel ti ladawan ti animal.</w:t>
      </w:r>
    </w:p>
    <w:p>
      <w:pPr>
        <w:pStyle w:val="ArticleBody"/>
        <w:jc w:val="left"/>
      </w:pPr>
      <w:r>
        <w:rPr>
          <w:rFonts w:ascii="Times New Roman" w:hAnsi="Times New Roman" w:eastAsia="Times New Roman" w:cs="Times New Roman"/>
        </w:rPr>
        <w:t>ئىككى پەيغەمبەرلىك دەۋرىنىڭ بىرىنچىسىنىڭ ئىچىدە، خۇدانىڭ چېركاۋىغا ھەم شۇنداقلا ئامېرىكا قوشما شتاتلىرىغا ھۆكۈم ئېلىپ كېلىنىدىغان ۋاقىتتا، جۇمھۇرىيەت مۈڭگۈزى بىلەن پروتېستانت مۈڭگۈزىنىڭ ھەر ئىككىسىنىڭمۇ ھۆكۈم قىلىنىدىغان ئوخشاش تارىخ بار. دەل لائودىكىيەچى ئادۋېنتىزىم رەببىنىڭ ئاغزىدىن قۇسۇپ چىقىرىلىدىغان جايدا، ئامېرىكا قوشما شتاتلىرى ئۆزىنىڭ ئىمتىھان مۇددىتىگە تەۋە قەدەھىنى تولدۇرىدۇ، ۋە مىللىي ۋەيرانچىلىق بۇ مىللەتنىڭ ئۈستىگە كەلتۈرۈلىدۇ، ئاندىن شەيتان كۆرۈنۈپ چىقىپ، ئۆزىنىڭ ئەجەيب ئىشىنى باشلايدۇ. يۈز قىرىق تۆت مىڭ كىشى پېچەتلىنىپ، يەكشەنبە قانۇنىدا بىر بايراق-ئەلەم سۈپитидә يۇقىرى كۆتۈرۈلىدۇ.</w:t>
      </w:r>
    </w:p>
    <w:p>
      <w:pPr>
        <w:pStyle w:val="ArticleBody"/>
        <w:jc w:val="left"/>
      </w:pPr>
      <w:r>
        <w:rPr>
          <w:rFonts w:ascii="Times New Roman" w:hAnsi="Times New Roman" w:eastAsia="Times New Roman" w:cs="Times New Roman"/>
        </w:rPr>
        <w:t>Tuutiip si taḥeṛ d awal iwumi yella d amur ara yeffken ula d yiwen n ugnu n “tɣuri n ugdud n Öebbi i d-yeqqimen ḥiyn deg wakal mi ara qqnen ticebḥin tigenṭarin akked usales n ttnaẓẓa n yizri.”</w:t>
      </w:r>
    </w:p>
    <w:p>
      <w:pPr>
        <w:pStyle w:val="ArticleScripture"/>
        <w:jc w:val="left"/>
      </w:pPr>
      <w:r>
        <w:rPr>
          <w:rFonts w:ascii="Times New Roman" w:hAnsi="Times New Roman" w:eastAsia="Times New Roman" w:cs="Times New Roman"/>
        </w:rPr>
        <w:t>«</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ትጉህ</w:t>
      </w:r>
      <w:r>
        <w:rPr>
          <w:rFonts w:ascii="Times New Roman" w:hAnsi="Times New Roman" w:eastAsia="Times New Roman" w:cs="Times New Roman"/>
        </w:rPr>
        <w:t xml:space="preserve"> </w:t>
      </w:r>
      <w:r>
        <w:rPr>
          <w:rFonts w:ascii="Ebrima" w:hAnsi="Ebrima" w:eastAsia="Ebrima" w:cs="Ebrima"/>
        </w:rPr>
        <w:t>የመጽሐፍ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ተማሪ</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ጊዜው</w:t>
      </w:r>
      <w:r>
        <w:rPr>
          <w:rFonts w:ascii="Times New Roman" w:hAnsi="Times New Roman" w:eastAsia="Times New Roman" w:cs="Times New Roman"/>
        </w:rPr>
        <w:t xml:space="preserve"> </w:t>
      </w:r>
      <w:r>
        <w:rPr>
          <w:rFonts w:ascii="Ebrima" w:hAnsi="Ebrima" w:eastAsia="Ebrima" w:cs="Ebrima"/>
        </w:rPr>
        <w:t>አጭር</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ያውቃል፥</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የጌታን</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ለማስተካከል</w:t>
      </w:r>
      <w:r>
        <w:rPr>
          <w:rFonts w:ascii="Times New Roman" w:hAnsi="Times New Roman" w:eastAsia="Times New Roman" w:cs="Times New Roman"/>
        </w:rPr>
        <w:t xml:space="preserve"> </w:t>
      </w:r>
      <w:r>
        <w:rPr>
          <w:rFonts w:ascii="Ebrima" w:hAnsi="Ebrima" w:eastAsia="Ebrima" w:cs="Ebrima"/>
        </w:rPr>
        <w:t>በእያንዳንዱ</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ይሻል።</w:t>
      </w:r>
      <w:r>
        <w:rPr>
          <w:rFonts w:ascii="Times New Roman" w:hAnsi="Times New Roman" w:eastAsia="Times New Roman" w:cs="Times New Roman"/>
        </w:rPr>
        <w:t xml:space="preserve"> </w:t>
      </w:r>
      <w:r>
        <w:rPr>
          <w:rFonts w:ascii="Ebrima" w:hAnsi="Ebrima" w:eastAsia="Ebrima" w:cs="Ebrima"/>
        </w:rPr>
        <w:t>ሰማያዊ</w:t>
      </w:r>
      <w:r>
        <w:rPr>
          <w:rFonts w:ascii="Times New Roman" w:hAnsi="Times New Roman" w:eastAsia="Times New Roman" w:cs="Times New Roman"/>
        </w:rPr>
        <w:t xml:space="preserve"> </w:t>
      </w:r>
      <w:r>
        <w:rPr>
          <w:rFonts w:ascii="Ebrima" w:hAnsi="Ebrima" w:eastAsia="Ebrima" w:cs="Ebrima"/>
        </w:rPr>
        <w:t>ክብርና</w:t>
      </w:r>
      <w:r>
        <w:rPr>
          <w:rFonts w:ascii="Times New Roman" w:hAnsi="Times New Roman" w:eastAsia="Times New Roman" w:cs="Times New Roman"/>
        </w:rPr>
        <w:t xml:space="preserve"> </w:t>
      </w:r>
      <w:r>
        <w:rPr>
          <w:rFonts w:ascii="Ebrima" w:hAnsi="Ebrima" w:eastAsia="Ebrima" w:cs="Ebrima"/>
        </w:rPr>
        <w:t>ያለፉት</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ስደቶች</w:t>
      </w:r>
      <w:r>
        <w:rPr>
          <w:rFonts w:ascii="Times New Roman" w:hAnsi="Times New Roman" w:eastAsia="Times New Roman" w:cs="Times New Roman"/>
        </w:rPr>
        <w:t xml:space="preserve"> </w:t>
      </w:r>
      <w:r>
        <w:rPr>
          <w:rFonts w:ascii="Ebrima" w:hAnsi="Ebrima" w:eastAsia="Ebrima" w:cs="Ebrima"/>
        </w:rPr>
        <w:t>ድግግሞሽ</w:t>
      </w:r>
      <w:r>
        <w:rPr>
          <w:rFonts w:ascii="Times New Roman" w:hAnsi="Times New Roman" w:eastAsia="Times New Roman" w:cs="Times New Roman"/>
        </w:rPr>
        <w:t xml:space="preserve"> </w:t>
      </w:r>
      <w:r>
        <w:rPr>
          <w:rFonts w:ascii="Ebrima" w:hAnsi="Ebrima" w:eastAsia="Ebrima" w:cs="Ebrima"/>
        </w:rPr>
        <w:t>ተቀላቅለው</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በሕይወት</w:t>
      </w:r>
      <w:r>
        <w:rPr>
          <w:rFonts w:ascii="Times New Roman" w:hAnsi="Times New Roman" w:eastAsia="Times New Roman" w:cs="Times New Roman"/>
        </w:rPr>
        <w:t xml:space="preserve"> </w:t>
      </w:r>
      <w:r>
        <w:rPr>
          <w:rFonts w:ascii="Ebrima" w:hAnsi="Ebrima" w:eastAsia="Ebrima" w:cs="Ebrima"/>
        </w:rPr>
        <w:t>ለሚኖሩ</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የሚደርሰውን</w:t>
      </w:r>
      <w:r>
        <w:rPr>
          <w:rFonts w:ascii="Times New Roman" w:hAnsi="Times New Roman" w:eastAsia="Times New Roman" w:cs="Times New Roman"/>
        </w:rPr>
        <w:t xml:space="preserve"> </w:t>
      </w:r>
      <w:r>
        <w:rPr>
          <w:rFonts w:ascii="Ebrima" w:hAnsi="Ebrima" w:eastAsia="Ebrima" w:cs="Ebrima"/>
        </w:rPr>
        <w:t>ልምድ</w:t>
      </w:r>
      <w:r>
        <w:rPr>
          <w:rFonts w:ascii="Times New Roman" w:hAnsi="Times New Roman" w:eastAsia="Times New Roman" w:cs="Times New Roman"/>
        </w:rPr>
        <w:t xml:space="preserve"> </w:t>
      </w:r>
      <w:r>
        <w:rPr>
          <w:rFonts w:ascii="Ebrima" w:hAnsi="Ebrima" w:eastAsia="Ebrima" w:cs="Ebrima"/>
        </w:rPr>
        <w:t>ማንኛውም</w:t>
      </w:r>
      <w:r>
        <w:rPr>
          <w:rFonts w:ascii="Times New Roman" w:hAnsi="Times New Roman" w:eastAsia="Times New Roman" w:cs="Times New Roman"/>
        </w:rPr>
        <w:t xml:space="preserve"> </w:t>
      </w:r>
      <w:r>
        <w:rPr>
          <w:rFonts w:ascii="Ebrima" w:hAnsi="Ebrima" w:eastAsia="Ebrima" w:cs="Ebrima"/>
        </w:rPr>
        <w:t>ሀሳብ</w:t>
      </w:r>
      <w:r>
        <w:rPr>
          <w:rFonts w:ascii="Times New Roman" w:hAnsi="Times New Roman" w:eastAsia="Times New Roman" w:cs="Times New Roman"/>
        </w:rPr>
        <w:t xml:space="preserve"> </w:t>
      </w:r>
      <w:r>
        <w:rPr>
          <w:rFonts w:ascii="Ebrima" w:hAnsi="Ebrima" w:eastAsia="Ebrima" w:cs="Ebrima"/>
        </w:rPr>
        <w:t>ማቅረብ</w:t>
      </w:r>
      <w:r>
        <w:rPr>
          <w:rFonts w:ascii="Times New Roman" w:hAnsi="Times New Roman" w:eastAsia="Times New Roman" w:cs="Times New Roman"/>
        </w:rPr>
        <w:t xml:space="preserve"> </w:t>
      </w:r>
      <w:r>
        <w:rPr>
          <w:rFonts w:ascii="Ebrima" w:hAnsi="Ebrima" w:eastAsia="Ebrima" w:cs="Ebrima"/>
        </w:rPr>
        <w:t>አይቻልም።</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ዙፋን</w:t>
      </w:r>
      <w:r>
        <w:rPr>
          <w:rFonts w:ascii="Times New Roman" w:hAnsi="Times New Roman" w:eastAsia="Times New Roman" w:cs="Times New Roman"/>
        </w:rPr>
        <w:t xml:space="preserve"> </w:t>
      </w:r>
      <w:r>
        <w:rPr>
          <w:rFonts w:ascii="Ebrima" w:hAnsi="Ebrima" w:eastAsia="Ebrima" w:cs="Ebrima"/>
        </w:rPr>
        <w:t>በሚወጣ</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ይመላለሳሉ።</w:t>
      </w:r>
      <w:r>
        <w:rPr>
          <w:rFonts w:ascii="Times New Roman" w:hAnsi="Times New Roman" w:eastAsia="Times New Roman" w:cs="Times New Roman"/>
        </w:rPr>
        <w:t xml:space="preserve"> </w:t>
      </w:r>
      <w:r>
        <w:rPr>
          <w:rFonts w:ascii="Ebrima" w:hAnsi="Ebrima" w:eastAsia="Ebrima" w:cs="Ebrima"/>
        </w:rPr>
        <w:t>በመላእክት</w:t>
      </w:r>
      <w:r>
        <w:rPr>
          <w:rFonts w:ascii="Times New Roman" w:hAnsi="Times New Roman" w:eastAsia="Times New Roman" w:cs="Times New Roman"/>
        </w:rPr>
        <w:t xml:space="preserve"> </w:t>
      </w:r>
      <w:r>
        <w:rPr>
          <w:rFonts w:ascii="Ebrima" w:hAnsi="Ebrima" w:eastAsia="Ebrima" w:cs="Ebrima"/>
        </w:rPr>
        <w:t>አማካኝነት</w:t>
      </w:r>
      <w:r>
        <w:rPr>
          <w:rFonts w:ascii="Times New Roman" w:hAnsi="Times New Roman" w:eastAsia="Times New Roman" w:cs="Times New Roman"/>
        </w:rPr>
        <w:t xml:space="preserve"> </w:t>
      </w:r>
      <w:r>
        <w:rPr>
          <w:rFonts w:ascii="Ebrima" w:hAnsi="Ebrima" w:eastAsia="Ebrima" w:cs="Ebrima"/>
        </w:rPr>
        <w:t>በሰማይና</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የማያቋርጥ</w:t>
      </w:r>
      <w:r>
        <w:rPr>
          <w:rFonts w:ascii="Times New Roman" w:hAnsi="Times New Roman" w:eastAsia="Times New Roman" w:cs="Times New Roman"/>
        </w:rPr>
        <w:t xml:space="preserve"> </w:t>
      </w:r>
      <w:r>
        <w:rPr>
          <w:rFonts w:ascii="Ebrima" w:hAnsi="Ebrima" w:eastAsia="Ebrima" w:cs="Ebrima"/>
        </w:rPr>
        <w:t>ግንኙነት</w:t>
      </w:r>
      <w:r>
        <w:rPr>
          <w:rFonts w:ascii="Times New Roman" w:hAnsi="Times New Roman" w:eastAsia="Times New Roman" w:cs="Times New Roman"/>
        </w:rPr>
        <w:t xml:space="preserve"> </w:t>
      </w:r>
      <w:r>
        <w:rPr>
          <w:rFonts w:ascii="Ebrima" w:hAnsi="Ebrima" w:eastAsia="Ebrima" w:cs="Ebrima"/>
        </w:rPr>
        <w:t>ይኖራል።</w:t>
      </w:r>
      <w:r>
        <w:rPr>
          <w:rFonts w:ascii="Times New Roman" w:hAnsi="Times New Roman" w:eastAsia="Times New Roman" w:cs="Times New Roman"/>
        </w:rPr>
        <w:t xml:space="preserve"> </w:t>
      </w:r>
      <w:r>
        <w:rPr>
          <w:rFonts w:ascii="Ebrima" w:hAnsi="Ebrima" w:eastAsia="Ebrima" w:cs="Ebrima"/>
        </w:rPr>
        <w:t>ሰይጣንም፥</w:t>
      </w:r>
      <w:r>
        <w:rPr>
          <w:rFonts w:ascii="Times New Roman" w:hAnsi="Times New Roman" w:eastAsia="Times New Roman" w:cs="Times New Roman"/>
        </w:rPr>
        <w:t xml:space="preserve"> </w:t>
      </w:r>
      <w:r>
        <w:rPr>
          <w:rFonts w:ascii="Ebrima" w:hAnsi="Ebrima" w:eastAsia="Ebrima" w:cs="Ebrima"/>
        </w:rPr>
        <w:t>በክፉ</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ተከብቦ</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እየተናገረ፥</w:t>
      </w:r>
      <w:r>
        <w:rPr>
          <w:rFonts w:ascii="Times New Roman" w:hAnsi="Times New Roman" w:eastAsia="Times New Roman" w:cs="Times New Roman"/>
        </w:rPr>
        <w:t xml:space="preserve"> </w:t>
      </w:r>
      <w:r>
        <w:rPr>
          <w:rFonts w:ascii="Ebrima" w:hAnsi="Ebrima" w:eastAsia="Ebrima" w:cs="Ebrima"/>
        </w:rPr>
        <w:t>ቢቻልም</w:t>
      </w:r>
      <w:r>
        <w:rPr>
          <w:rFonts w:ascii="Times New Roman" w:hAnsi="Times New Roman" w:eastAsia="Times New Roman" w:cs="Times New Roman"/>
        </w:rPr>
        <w:t xml:space="preserve"> </w:t>
      </w:r>
      <w:r>
        <w:rPr>
          <w:rFonts w:ascii="Ebrima" w:hAnsi="Ebrima" w:eastAsia="Ebrima" w:cs="Ebrima"/>
        </w:rPr>
        <w:t>የተመረጡትን</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ለማሳት</w:t>
      </w:r>
      <w:r>
        <w:rPr>
          <w:rFonts w:ascii="Times New Roman" w:hAnsi="Times New Roman" w:eastAsia="Times New Roman" w:cs="Times New Roman"/>
        </w:rPr>
        <w:t xml:space="preserve"> </w:t>
      </w:r>
      <w:r>
        <w:rPr>
          <w:rFonts w:ascii="Ebrima" w:hAnsi="Ebrima" w:eastAsia="Ebrima" w:cs="Ebrima"/>
        </w:rPr>
        <w:t>የልዩ</w:t>
      </w:r>
      <w:r>
        <w:rPr>
          <w:rFonts w:ascii="Times New Roman" w:hAnsi="Times New Roman" w:eastAsia="Times New Roman" w:cs="Times New Roman"/>
        </w:rPr>
        <w:t xml:space="preserve"> </w:t>
      </w:r>
      <w:r>
        <w:rPr>
          <w:rFonts w:ascii="Ebrima" w:hAnsi="Ebrima" w:eastAsia="Ebrima" w:cs="Ebrima"/>
        </w:rPr>
        <w:t>ልዩ</w:t>
      </w:r>
      <w:r>
        <w:rPr>
          <w:rFonts w:ascii="Times New Roman" w:hAnsi="Times New Roman" w:eastAsia="Times New Roman" w:cs="Times New Roman"/>
        </w:rPr>
        <w:t xml:space="preserve"> </w:t>
      </w:r>
      <w:r>
        <w:rPr>
          <w:rFonts w:ascii="Ebrima" w:hAnsi="Ebrima" w:eastAsia="Ebrima" w:cs="Ebrima"/>
        </w:rPr>
        <w:t>ዓይነት</w:t>
      </w:r>
      <w:r>
        <w:rPr>
          <w:rFonts w:ascii="Times New Roman" w:hAnsi="Times New Roman" w:eastAsia="Times New Roman" w:cs="Times New Roman"/>
        </w:rPr>
        <w:t xml:space="preserve"> </w:t>
      </w:r>
      <w:r>
        <w:rPr>
          <w:rFonts w:ascii="Ebrima" w:hAnsi="Ebrima" w:eastAsia="Ebrima" w:cs="Ebrima"/>
        </w:rPr>
        <w:t>ተአምራት</w:t>
      </w:r>
      <w:r>
        <w:rPr>
          <w:rFonts w:ascii="Times New Roman" w:hAnsi="Times New Roman" w:eastAsia="Times New Roman" w:cs="Times New Roman"/>
        </w:rPr>
        <w:t xml:space="preserve"> </w:t>
      </w:r>
      <w:r>
        <w:rPr>
          <w:rFonts w:ascii="Ebrima" w:hAnsi="Ebrima" w:eastAsia="Ebrima" w:cs="Ebrima"/>
        </w:rPr>
        <w:t>ያደርጋል።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ደኅንነታቸውን</w:t>
      </w:r>
      <w:r>
        <w:rPr>
          <w:rFonts w:ascii="Times New Roman" w:hAnsi="Times New Roman" w:eastAsia="Times New Roman" w:cs="Times New Roman"/>
        </w:rPr>
        <w:t xml:space="preserve"> </w:t>
      </w:r>
      <w:r>
        <w:rPr>
          <w:rFonts w:ascii="Ebrima" w:hAnsi="Ebrima" w:eastAsia="Ebrima" w:cs="Ebrima"/>
        </w:rPr>
        <w:t>ተአምራት</w:t>
      </w:r>
      <w:r>
        <w:rPr>
          <w:rFonts w:ascii="Times New Roman" w:hAnsi="Times New Roman" w:eastAsia="Times New Roman" w:cs="Times New Roman"/>
        </w:rPr>
        <w:t xml:space="preserve"> </w:t>
      </w:r>
      <w:r>
        <w:rPr>
          <w:rFonts w:ascii="Ebrima" w:hAnsi="Ebrima" w:eastAsia="Ebrima" w:cs="Ebrima"/>
        </w:rPr>
        <w:t>በማድረግ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አያገኙም፥</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የሚደረጉትን</w:t>
      </w:r>
      <w:r>
        <w:rPr>
          <w:rFonts w:ascii="Times New Roman" w:hAnsi="Times New Roman" w:eastAsia="Times New Roman" w:cs="Times New Roman"/>
        </w:rPr>
        <w:t xml:space="preserve"> </w:t>
      </w:r>
      <w:r>
        <w:rPr>
          <w:rFonts w:ascii="Ebrima" w:hAnsi="Ebrima" w:eastAsia="Ebrima" w:cs="Ebrima"/>
        </w:rPr>
        <w:t>ተአምራት</w:t>
      </w:r>
      <w:r>
        <w:rPr>
          <w:rFonts w:ascii="Times New Roman" w:hAnsi="Times New Roman" w:eastAsia="Times New Roman" w:cs="Times New Roman"/>
        </w:rPr>
        <w:t xml:space="preserve"> </w:t>
      </w:r>
      <w:r>
        <w:rPr>
          <w:rFonts w:ascii="Ebrima" w:hAnsi="Ebrima" w:eastAsia="Ebrima" w:cs="Ebrima"/>
        </w:rPr>
        <w:t>ይቀርጻልና።</w:t>
      </w:r>
      <w:r>
        <w:rPr>
          <w:rFonts w:ascii="Times New Roman" w:hAnsi="Times New Roman" w:eastAsia="Times New Roman" w:cs="Times New Roman"/>
        </w:rPr>
        <w:t xml:space="preserve"> </w:t>
      </w:r>
      <w:r>
        <w:rPr>
          <w:rFonts w:ascii="Ebrima" w:hAnsi="Ebrima" w:eastAsia="Ebrima" w:cs="Ebrima"/>
        </w:rPr>
        <w:t>በፈተና</w:t>
      </w:r>
      <w:r>
        <w:rPr>
          <w:rFonts w:ascii="Times New Roman" w:hAnsi="Times New Roman" w:eastAsia="Times New Roman" w:cs="Times New Roman"/>
        </w:rPr>
        <w:t xml:space="preserve"> </w:t>
      </w:r>
      <w:r>
        <w:rPr>
          <w:rFonts w:ascii="Ebrima" w:hAnsi="Ebrima" w:eastAsia="Ebrima" w:cs="Ebrima"/>
        </w:rPr>
        <w:t>የተፈተኑና</w:t>
      </w:r>
      <w:r>
        <w:rPr>
          <w:rFonts w:ascii="Times New Roman" w:hAnsi="Times New Roman" w:eastAsia="Times New Roman" w:cs="Times New Roman"/>
        </w:rPr>
        <w:t xml:space="preserve"> </w:t>
      </w:r>
      <w:r>
        <w:rPr>
          <w:rFonts w:ascii="Ebrima" w:hAnsi="Ebrima" w:eastAsia="Ebrima" w:cs="Ebrima"/>
        </w:rPr>
        <w:t>የተሞከሩ</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ኃይላቸውን</w:t>
      </w:r>
      <w:r>
        <w:rPr>
          <w:rFonts w:ascii="Times New Roman" w:hAnsi="Times New Roman" w:eastAsia="Times New Roman" w:cs="Times New Roman"/>
        </w:rPr>
        <w:t xml:space="preserve"> </w:t>
      </w:r>
      <w:r>
        <w:rPr>
          <w:rFonts w:ascii="Ebrima" w:hAnsi="Ebrima" w:eastAsia="Ebrima" w:cs="Ebrima"/>
        </w:rPr>
        <w:t>በዘጸአት</w:t>
      </w:r>
      <w:r>
        <w:rPr>
          <w:rFonts w:ascii="Times New Roman" w:hAnsi="Times New Roman" w:eastAsia="Times New Roman" w:cs="Times New Roman"/>
        </w:rPr>
        <w:t xml:space="preserve"> 31:12–18 </w:t>
      </w:r>
      <w:r>
        <w:rPr>
          <w:rFonts w:ascii="Ebrima" w:hAnsi="Ebrima" w:eastAsia="Ebrima" w:cs="Ebrima"/>
        </w:rPr>
        <w:t>ተነግሮ</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ያገኛሉ።</w:t>
      </w:r>
      <w:r>
        <w:rPr>
          <w:rFonts w:ascii="Times New Roman" w:hAnsi="Times New Roman" w:eastAsia="Times New Roman" w:cs="Times New Roman"/>
        </w:rPr>
        <w:t xml:space="preserve"> </w:t>
      </w:r>
      <w:r>
        <w:rPr>
          <w:rFonts w:ascii="Ebrima" w:hAnsi="Ebrima" w:eastAsia="Ebrima" w:cs="Ebrima"/>
        </w:rPr>
        <w:t>በሕያው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ተጽፎአል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አቋማቸውን</w:t>
      </w:r>
      <w:r>
        <w:rPr>
          <w:rFonts w:ascii="Times New Roman" w:hAnsi="Times New Roman" w:eastAsia="Times New Roman" w:cs="Times New Roman"/>
        </w:rPr>
        <w:t xml:space="preserve"> </w:t>
      </w:r>
      <w:r>
        <w:rPr>
          <w:rFonts w:ascii="Ebrima" w:hAnsi="Ebrima" w:eastAsia="Ebrima" w:cs="Ebrima"/>
        </w:rPr>
        <w:t>ሊወስዱ</w:t>
      </w:r>
      <w:r>
        <w:rPr>
          <w:rFonts w:ascii="Times New Roman" w:hAnsi="Times New Roman" w:eastAsia="Times New Roman" w:cs="Times New Roman"/>
        </w:rPr>
        <w:t xml:space="preserve"> </w:t>
      </w:r>
      <w:r>
        <w:rPr>
          <w:rFonts w:ascii="Ebrima" w:hAnsi="Ebrima" w:eastAsia="Ebrima" w:cs="Ebrima"/>
        </w:rPr>
        <w:t>ይገባቸዋል።</w:t>
      </w:r>
      <w:r>
        <w:rPr>
          <w:rFonts w:ascii="Times New Roman" w:hAnsi="Times New Roman" w:eastAsia="Times New Roman" w:cs="Times New Roman"/>
        </w:rPr>
        <w:t xml:space="preserve"> </w:t>
      </w:r>
      <w:r>
        <w:rPr>
          <w:rFonts w:ascii="Ebrima" w:hAnsi="Ebrima" w:eastAsia="Ebrima" w:cs="Ebrima"/>
        </w:rPr>
        <w:t>በደኅንነት</w:t>
      </w:r>
      <w:r>
        <w:rPr>
          <w:rFonts w:ascii="Times New Roman" w:hAnsi="Times New Roman" w:eastAsia="Times New Roman" w:cs="Times New Roman"/>
        </w:rPr>
        <w:t xml:space="preserve"> </w:t>
      </w:r>
      <w:r>
        <w:rPr>
          <w:rFonts w:ascii="Ebrima" w:hAnsi="Ebrima" w:eastAsia="Ebrima" w:cs="Ebrima"/>
        </w:rPr>
        <w:t>ሊቆሙበት</w:t>
      </w:r>
      <w:r>
        <w:rPr>
          <w:rFonts w:ascii="Times New Roman" w:hAnsi="Times New Roman" w:eastAsia="Times New Roman" w:cs="Times New Roman"/>
        </w:rPr>
        <w:t xml:space="preserve"> </w:t>
      </w:r>
      <w:r>
        <w:rPr>
          <w:rFonts w:ascii="Ebrima" w:hAnsi="Ebrima" w:eastAsia="Ebrima" w:cs="Ebrima"/>
        </w:rPr>
        <w:t>የሚችሉት</w:t>
      </w:r>
      <w:r>
        <w:rPr>
          <w:rFonts w:ascii="Times New Roman" w:hAnsi="Times New Roman" w:eastAsia="Times New Roman" w:cs="Times New Roman"/>
        </w:rPr>
        <w:t xml:space="preserve"> </w:t>
      </w:r>
      <w:r>
        <w:rPr>
          <w:rFonts w:ascii="Ebrima" w:hAnsi="Ebrima" w:eastAsia="Ebrima" w:cs="Ebrima"/>
        </w:rPr>
        <w:t>ብቸኛው</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የነበራቸውን</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የሰበሩ</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እግዚአብሔርና</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 Testimonies, volume 9, 16.</w:t>
      </w:r>
    </w:p>
    <w:p>
      <w:pPr>
        <w:pStyle w:val="ArticleBody"/>
        <w:jc w:val="left"/>
      </w:pPr>
      <w:r>
        <w:rPr>
          <w:rFonts w:ascii="Times New Roman" w:hAnsi="Times New Roman" w:eastAsia="Times New Roman" w:cs="Times New Roman"/>
        </w:rPr>
        <w:t>ئارا مەريكانىڭ ئىچىدە يەكشەنبە قانۇنى يولغا قويۇلغان ۋاقىتتا، ئۆتمۈشتىكى زىيانكەشلىكلەرنىڭ قايتا تەكرارلىنىشى باشلىنىدۇ؛ چۈنكى شۇ چاغدا شەيتان ئۆزىنىڭ ھەيران قالارلىق ئىشىنى باشلايدۇ، ئاللىقاچان «سىنالغان ۋە سىنالغان» دانا قىزلار بولسا، شۇ ۋاقىتتا «خۇدانىڭ تەختىدىن چىقىۋاتقان نۇردا مېڭىدۇ». بۇ پەرىشتىلەرنىڭ خىزمىتى ئارقىلىق ئەمەلگە ئاشىدۇ، چۈنكى «پەرىشتىلەر ۋاسىتىسى بىلەن ئاسمان بىلەن يەر ئوتتۇرىسىدا ئۈزلۈكسىز ئالاقە بولىدۇ».</w:t>
      </w:r>
    </w:p>
    <w:p>
      <w:pPr>
        <w:pStyle w:val="ArticleScripture"/>
        <w:jc w:val="left"/>
      </w:pPr>
      <w:r>
        <w:rPr>
          <w:rFonts w:ascii="Times New Roman" w:hAnsi="Times New Roman" w:eastAsia="Times New Roman" w:cs="Times New Roman"/>
        </w:rPr>
        <w:t>“Майланғандар, бүкіл жердің Иесінің жанында тұрғандар, бір кезде жабушы керуб ретінде Шайтанға берілген орынды иеленеді. Өзінің тағымен қоршап тұрған киелі болмыстар арқылы Жаратқан Ие жер тұрғындарымен үздіксіз байланыс жүргізеді. Алтын май — Құдай сенушілердің шамдарын жыпылықтап сөніп қалмасын деп толықтырып тұратын рақымын білдіреді. Егер осы киелі май көктен Құдай Рухының хабарлары арқылы төгілмесе, зұлымдық күштері адамдарды толық билеп-төстер еді.</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ឯព្រះជាម្ចាស់ត្រូវបានបង្អាប់កិត្តិយស</w:t>
      </w:r>
      <w:r>
        <w:rPr>
          <w:rFonts w:ascii="Times New Roman" w:hAnsi="Times New Roman" w:eastAsia="Times New Roman" w:cs="Times New Roman"/>
        </w:rPr>
        <w:t xml:space="preserve"> </w:t>
      </w:r>
      <w:r>
        <w:rPr>
          <w:rFonts w:ascii="Leelawadee UI" w:hAnsi="Leelawadee UI" w:eastAsia="Leelawadee UI" w:cs="Leelawadee UI"/>
        </w:rPr>
        <w:t>នៅពេលដែលយើងមិនទទួលយកសារ</w:t>
      </w:r>
      <w:r>
        <w:rPr>
          <w:rFonts w:ascii="Times New Roman" w:hAnsi="Times New Roman" w:eastAsia="Times New Roman" w:cs="Times New Roman"/>
        </w:rPr>
        <w:t xml:space="preserve"> </w:t>
      </w:r>
      <w:r>
        <w:rPr>
          <w:rFonts w:ascii="Leelawadee UI" w:hAnsi="Leelawadee UI" w:eastAsia="Leelawadee UI" w:cs="Leelawadee UI"/>
        </w:rPr>
        <w:t>ដែលទ្រង់ផ្ញើមកដល់យើង។</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យើងបដិសេធប្រេងមាស</w:t>
      </w:r>
      <w:r>
        <w:rPr>
          <w:rFonts w:ascii="Times New Roman" w:hAnsi="Times New Roman" w:eastAsia="Times New Roman" w:cs="Times New Roman"/>
        </w:rPr>
        <w:t xml:space="preserve"> </w:t>
      </w:r>
      <w:r>
        <w:rPr>
          <w:rFonts w:ascii="Leelawadee UI" w:hAnsi="Leelawadee UI" w:eastAsia="Leelawadee UI" w:cs="Leelawadee UI"/>
        </w:rPr>
        <w:t>ដែលទ្រង់ចង់ចាក់បំពេញទៅក្នុងព្រលឹងរបស់យើង</w:t>
      </w:r>
      <w:r>
        <w:rPr>
          <w:rFonts w:ascii="Times New Roman" w:hAnsi="Times New Roman" w:eastAsia="Times New Roman" w:cs="Times New Roman"/>
        </w:rPr>
        <w:t xml:space="preserve"> </w:t>
      </w:r>
      <w:r>
        <w:rPr>
          <w:rFonts w:ascii="Leelawadee UI" w:hAnsi="Leelawadee UI" w:eastAsia="Leelawadee UI" w:cs="Leelawadee UI"/>
        </w:rPr>
        <w:t>ដើម្បីឲ្យបានចែកចាយទៅដល់អ្នកដែលស្ថិតនៅក្នុងសេចក្តីងងឹត។</w:t>
      </w:r>
      <w:r>
        <w:rPr>
          <w:rFonts w:ascii="Times New Roman" w:hAnsi="Times New Roman" w:eastAsia="Times New Roman" w:cs="Times New Roman"/>
        </w:rPr>
        <w:t xml:space="preserve"> </w:t>
      </w:r>
      <w:r>
        <w:rPr>
          <w:rFonts w:ascii="Leelawadee UI" w:hAnsi="Leelawadee UI" w:eastAsia="Leelawadee UI" w:cs="Leelawadee UI"/>
        </w:rPr>
        <w:t>នៅពេលដែលសេចក្តីហៅនឹងមកថា</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កូនកំលោះមកហើយ</w:t>
      </w:r>
      <w:r>
        <w:rPr>
          <w:rFonts w:ascii="Times New Roman" w:hAnsi="Times New Roman" w:eastAsia="Times New Roman" w:cs="Times New Roman"/>
        </w:rPr>
        <w:t xml:space="preserve">; </w:t>
      </w:r>
      <w:r>
        <w:rPr>
          <w:rFonts w:ascii="Leelawadee UI" w:hAnsi="Leelawadee UI" w:eastAsia="Leelawadee UI" w:cs="Leelawadee UI"/>
        </w:rPr>
        <w:t>ចូរចេញទៅទទួលលោកចុះ</w:t>
      </w:r>
      <w:r>
        <w:rPr>
          <w:rFonts w:ascii="Times New Roman" w:hAnsi="Times New Roman" w:eastAsia="Times New Roman" w:cs="Times New Roman"/>
        </w:rPr>
        <w:t xml:space="preserve">” </w:t>
      </w:r>
      <w:r>
        <w:rPr>
          <w:rFonts w:ascii="Leelawadee UI" w:hAnsi="Leelawadee UI" w:eastAsia="Leelawadee UI" w:cs="Leelawadee UI"/>
        </w:rPr>
        <w:t>អស់អ្នកដែលមិនបានទទួលប្រេងបរិសុទ្ធ</w:t>
      </w:r>
      <w:r>
        <w:rPr>
          <w:rFonts w:ascii="Times New Roman" w:hAnsi="Times New Roman" w:eastAsia="Times New Roman" w:cs="Times New Roman"/>
        </w:rPr>
        <w:t xml:space="preserve"> </w:t>
      </w:r>
      <w:r>
        <w:rPr>
          <w:rFonts w:ascii="Leelawadee UI" w:hAnsi="Leelawadee UI" w:eastAsia="Leelawadee UI" w:cs="Leelawadee UI"/>
        </w:rPr>
        <w:t>ដែលមិនបានថែរក្សាព្រះគុណរបស់ព្រះគ្រីស្ទនៅក្នុងចិត្តរបស់ខ្លួន</w:t>
      </w:r>
      <w:r>
        <w:rPr>
          <w:rFonts w:ascii="Times New Roman" w:hAnsi="Times New Roman" w:eastAsia="Times New Roman" w:cs="Times New Roman"/>
        </w:rPr>
        <w:t xml:space="preserve"> </w:t>
      </w:r>
      <w:r>
        <w:rPr>
          <w:rFonts w:ascii="Leelawadee UI" w:hAnsi="Leelawadee UI" w:eastAsia="Leelawadee UI" w:cs="Leelawadee UI"/>
        </w:rPr>
        <w:t>នឹងឃើញដូចជាព្រហ្មចារីល្ងង់ថា</w:t>
      </w:r>
      <w:r>
        <w:rPr>
          <w:rFonts w:ascii="Times New Roman" w:hAnsi="Times New Roman" w:eastAsia="Times New Roman" w:cs="Times New Roman"/>
        </w:rPr>
        <w:t xml:space="preserve"> </w:t>
      </w:r>
      <w:r>
        <w:rPr>
          <w:rFonts w:ascii="Leelawadee UI" w:hAnsi="Leelawadee UI" w:eastAsia="Leelawadee UI" w:cs="Leelawadee UI"/>
        </w:rPr>
        <w:t>ពួកគេមិនទាន់រួចរាល់ដើម្បីជួបព្រះអម្ចាស់របស់ខ្លួនទេ។</w:t>
      </w:r>
      <w:r>
        <w:rPr>
          <w:rFonts w:ascii="Times New Roman" w:hAnsi="Times New Roman" w:eastAsia="Times New Roman" w:cs="Times New Roman"/>
        </w:rPr>
        <w:t xml:space="preserve"> </w:t>
      </w:r>
      <w:r>
        <w:rPr>
          <w:rFonts w:ascii="Leelawadee UI" w:hAnsi="Leelawadee UI" w:eastAsia="Leelawadee UI" w:cs="Leelawadee UI"/>
        </w:rPr>
        <w:t>នៅក្នុងខ្លួនពួកគេផ្ទាល់</w:t>
      </w:r>
      <w:r>
        <w:rPr>
          <w:rFonts w:ascii="Times New Roman" w:hAnsi="Times New Roman" w:eastAsia="Times New Roman" w:cs="Times New Roman"/>
        </w:rPr>
        <w:t xml:space="preserve"> </w:t>
      </w:r>
      <w:r>
        <w:rPr>
          <w:rFonts w:ascii="Leelawadee UI" w:hAnsi="Leelawadee UI" w:eastAsia="Leelawadee UI" w:cs="Leelawadee UI"/>
        </w:rPr>
        <w:t>ពួកគេមិនមានអំណាចដើម្បីទទួលបានប្រេងនោះឡើយ</w:t>
      </w:r>
      <w:r>
        <w:rPr>
          <w:rFonts w:ascii="Times New Roman" w:hAnsi="Times New Roman" w:eastAsia="Times New Roman" w:cs="Times New Roman"/>
        </w:rPr>
        <w:t xml:space="preserve"> </w:t>
      </w:r>
      <w:r>
        <w:rPr>
          <w:rFonts w:ascii="Leelawadee UI" w:hAnsi="Leelawadee UI" w:eastAsia="Leelawadee UI" w:cs="Leelawadee UI"/>
        </w:rPr>
        <w:t>ហើយជីវិតរបស់ពួកគេក៏ត្រូវបាក់បែកខ្ទេចខ្ទី។</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ប្រសិនបើយើងសុំទានព្រះវិញ្ញាណបរិសុទ្ធរបស់ព្រះជាម្ចាស់</w:t>
      </w:r>
      <w:r>
        <w:rPr>
          <w:rFonts w:ascii="Times New Roman" w:hAnsi="Times New Roman" w:eastAsia="Times New Roman" w:cs="Times New Roman"/>
        </w:rPr>
        <w:t xml:space="preserve"> </w:t>
      </w:r>
      <w:r>
        <w:rPr>
          <w:rFonts w:ascii="Leelawadee UI" w:hAnsi="Leelawadee UI" w:eastAsia="Leelawadee UI" w:cs="Leelawadee UI"/>
        </w:rPr>
        <w:t>ប្រសិនបើយើងអង្វរដូចដែលលោកម៉ូសេបានអង្វរថា</w:t>
      </w:r>
      <w:r>
        <w:rPr>
          <w:rFonts w:ascii="Times New Roman" w:hAnsi="Times New Roman" w:eastAsia="Times New Roman" w:cs="Times New Roman"/>
        </w:rPr>
        <w:t xml:space="preserve"> “</w:t>
      </w:r>
      <w:r>
        <w:rPr>
          <w:rFonts w:ascii="Leelawadee UI" w:hAnsi="Leelawadee UI" w:eastAsia="Leelawadee UI" w:cs="Leelawadee UI"/>
        </w:rPr>
        <w:t>សូមបង្ហាញសិរីរុងរឿងរបស់ទ្រង់ដល់ទូលបង្គំផង</w:t>
      </w:r>
      <w:r>
        <w:rPr>
          <w:rFonts w:ascii="Times New Roman" w:hAnsi="Times New Roman" w:eastAsia="Times New Roman" w:cs="Times New Roman"/>
        </w:rPr>
        <w:t xml:space="preserve">” </w:t>
      </w:r>
      <w:r>
        <w:rPr>
          <w:rFonts w:ascii="Leelawadee UI" w:hAnsi="Leelawadee UI" w:eastAsia="Leelawadee UI" w:cs="Leelawadee UI"/>
        </w:rPr>
        <w:t>នោះសេចក្តីស្រឡាញ់របស់ព្រះជាម្ចាស់នឹងត្រូវបានចាក់បំពេញនៅក្នុងចិត្តរបស់យើង។</w:t>
      </w:r>
      <w:r>
        <w:rPr>
          <w:rFonts w:ascii="Times New Roman" w:hAnsi="Times New Roman" w:eastAsia="Times New Roman" w:cs="Times New Roman"/>
        </w:rPr>
        <w:t xml:space="preserve"> </w:t>
      </w:r>
      <w:r>
        <w:rPr>
          <w:rFonts w:ascii="Leelawadee UI" w:hAnsi="Leelawadee UI" w:eastAsia="Leelawadee UI" w:cs="Leelawadee UI"/>
        </w:rPr>
        <w:t>តាមរយៈបំពង់មាសទាំងនោះ</w:t>
      </w:r>
      <w:r>
        <w:rPr>
          <w:rFonts w:ascii="Times New Roman" w:hAnsi="Times New Roman" w:eastAsia="Times New Roman" w:cs="Times New Roman"/>
        </w:rPr>
        <w:t xml:space="preserve"> </w:t>
      </w:r>
      <w:r>
        <w:rPr>
          <w:rFonts w:ascii="Leelawadee UI" w:hAnsi="Leelawadee UI" w:eastAsia="Leelawadee UI" w:cs="Leelawadee UI"/>
        </w:rPr>
        <w:t>ប្រេងមាសនឹងត្រូវបានបញ្ជូនមកដល់យើង។</w:t>
      </w:r>
      <w:r>
        <w:rPr>
          <w:rFonts w:ascii="Times New Roman" w:hAnsi="Times New Roman" w:eastAsia="Times New Roman" w:cs="Times New Roman"/>
        </w:rPr>
        <w:t xml:space="preserve"> “</w:t>
      </w:r>
      <w:r>
        <w:rPr>
          <w:rFonts w:ascii="Leelawadee UI" w:hAnsi="Leelawadee UI" w:eastAsia="Leelawadee UI" w:cs="Leelawadee UI"/>
        </w:rPr>
        <w:t>មិនមែនដោយកម្លាំង</w:t>
      </w:r>
      <w:r>
        <w:rPr>
          <w:rFonts w:ascii="Times New Roman" w:hAnsi="Times New Roman" w:eastAsia="Times New Roman" w:cs="Times New Roman"/>
        </w:rPr>
        <w:t xml:space="preserve"> </w:t>
      </w:r>
      <w:r>
        <w:rPr>
          <w:rFonts w:ascii="Leelawadee UI" w:hAnsi="Leelawadee UI" w:eastAsia="Leelawadee UI" w:cs="Leelawadee UI"/>
        </w:rPr>
        <w:t>ឬដោយឥទ្ធិពលទេ</w:t>
      </w:r>
      <w:r>
        <w:rPr>
          <w:rFonts w:ascii="Times New Roman" w:hAnsi="Times New Roman" w:eastAsia="Times New Roman" w:cs="Times New Roman"/>
        </w:rPr>
        <w:t xml:space="preserve"> </w:t>
      </w:r>
      <w:r>
        <w:rPr>
          <w:rFonts w:ascii="Leelawadee UI" w:hAnsi="Leelawadee UI" w:eastAsia="Leelawadee UI" w:cs="Leelawadee UI"/>
        </w:rPr>
        <w:t>គឺដោយព្រះវិញ្ញាណរបស់អញវិញ</w:t>
      </w:r>
      <w:r>
        <w:rPr>
          <w:rFonts w:ascii="Times New Roman" w:hAnsi="Times New Roman" w:eastAsia="Times New Roman" w:cs="Times New Roman"/>
        </w:rPr>
        <w:t xml:space="preserve"> </w:t>
      </w:r>
      <w:r>
        <w:rPr>
          <w:rFonts w:ascii="Leelawadee UI" w:hAnsi="Leelawadee UI" w:eastAsia="Leelawadee UI" w:cs="Leelawadee UI"/>
        </w:rPr>
        <w:t>នេះជាព្រះបន្ទូលរបស់ព្រះយេហូវ៉ានៃពួកពលបរិវារ។</w:t>
      </w:r>
      <w:r>
        <w:rPr>
          <w:rFonts w:ascii="Times New Roman" w:hAnsi="Times New Roman" w:eastAsia="Times New Roman" w:cs="Times New Roman"/>
        </w:rPr>
        <w:t xml:space="preserve">” </w:t>
      </w:r>
      <w:r>
        <w:rPr>
          <w:rFonts w:ascii="Leelawadee UI" w:hAnsi="Leelawadee UI" w:eastAsia="Leelawadee UI" w:cs="Leelawadee UI"/>
        </w:rPr>
        <w:t>ដោយទទួលយករស្មីភ្លឺចែងចាំងនៃព្រះអាទិត្យនៃសេចក្តីសុចរិត</w:t>
      </w:r>
      <w:r>
        <w:rPr>
          <w:rFonts w:ascii="Times New Roman" w:hAnsi="Times New Roman" w:eastAsia="Times New Roman" w:cs="Times New Roman"/>
        </w:rPr>
        <w:t xml:space="preserve"> </w:t>
      </w:r>
      <w:r>
        <w:rPr>
          <w:rFonts w:ascii="Leelawadee UI" w:hAnsi="Leelawadee UI" w:eastAsia="Leelawadee UI" w:cs="Leelawadee UI"/>
        </w:rPr>
        <w:t>កូនចៅរបស់ព្រះជាម្ចាស់ភ្លឺឡើងដូចជាពន្លឺនៅក្នុងលោកិយ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Review and Herald, July 20, 1897.</w:t>
      </w:r>
    </w:p>
    <w:p>
      <w:pPr>
        <w:pStyle w:val="ArticleBody"/>
        <w:jc w:val="left"/>
      </w:pP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ꯂꯧꯕꯥꯁꯤ</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ꯏꯖꯤꯀꯤꯌꯦꯜ</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ꯅꯥꯏꯟ</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ꯋꯥꯔꯣꯜꯁꯤꯡ</w:t>
      </w:r>
      <w:r>
        <w:rPr>
          <w:rFonts w:ascii="Times New Roman" w:hAnsi="Times New Roman" w:eastAsia="Times New Roman" w:cs="Times New Roman"/>
        </w:rPr>
        <w:t xml:space="preserve">” </w:t>
      </w:r>
      <w:r>
        <w:rPr>
          <w:rFonts w:ascii="Nirmala UI" w:hAnsi="Nirmala UI" w:eastAsia="Nirmala UI" w:cs="Nirmala UI"/>
        </w:rPr>
        <w:t>ꯌꯥꯔꯣꯏꯕꯁꯦ</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ꯑꯤꯕꯦꯝꯃ</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ꯄꯥꯟꯗꯕ</w:t>
      </w:r>
      <w:r>
        <w:rPr>
          <w:rFonts w:ascii="Times New Roman" w:hAnsi="Times New Roman" w:eastAsia="Times New Roman" w:cs="Times New Roman"/>
        </w:rPr>
        <w:t xml:space="preserve"> </w:t>
      </w:r>
      <w:r>
        <w:rPr>
          <w:rFonts w:ascii="Nirmala UI" w:hAnsi="Nirmala UI" w:eastAsia="Nirmala UI" w:cs="Nirmala UI"/>
        </w:rPr>
        <w:t>ꯃꯣꯔꯛꯄ</w:t>
      </w:r>
      <w:r>
        <w:rPr>
          <w:rFonts w:ascii="Times New Roman" w:hAnsi="Times New Roman" w:eastAsia="Times New Roman" w:cs="Times New Roman"/>
        </w:rPr>
        <w:t xml:space="preserve"> </w:t>
      </w:r>
      <w:r>
        <w:rPr>
          <w:rFonts w:ascii="Nirmala UI" w:hAnsi="Nirmala UI" w:eastAsia="Nirmala UI" w:cs="Nirmala UI"/>
        </w:rPr>
        <w:t>ꯃꯤꯁꯤꯡꯁꯤꯡꯒ</w:t>
      </w:r>
      <w:r>
        <w:rPr>
          <w:rFonts w:ascii="Times New Roman" w:hAnsi="Times New Roman" w:eastAsia="Times New Roman" w:cs="Times New Roman"/>
        </w:rPr>
        <w:t xml:space="preserve"> </w:t>
      </w:r>
      <w:r>
        <w:rPr>
          <w:rFonts w:ascii="Nirmala UI" w:hAnsi="Nirmala UI" w:eastAsia="Nirmala UI" w:cs="Nirmala UI"/>
        </w:rPr>
        <w:t>ꯆꯥꯟꯅꯔꯦ꯫</w:t>
      </w:r>
      <w:r>
        <w:rPr>
          <w:rFonts w:ascii="Times New Roman" w:hAnsi="Times New Roman" w:eastAsia="Times New Roman" w:cs="Times New Roman"/>
        </w:rPr>
        <w:t xml:space="preserve"> </w:t>
      </w:r>
      <w:r>
        <w:rPr>
          <w:rFonts w:ascii="Nirmala UI" w:hAnsi="Nirmala UI" w:eastAsia="Nirmala UI" w:cs="Nirmala UI"/>
        </w:rPr>
        <w:t>ꯃꯣꯔꯛꯄ</w:t>
      </w:r>
      <w:r>
        <w:rPr>
          <w:rFonts w:ascii="Times New Roman" w:hAnsi="Times New Roman" w:eastAsia="Times New Roman" w:cs="Times New Roman"/>
        </w:rPr>
        <w:t xml:space="preserve"> </w:t>
      </w:r>
      <w:r>
        <w:rPr>
          <w:rFonts w:ascii="Nirmala UI" w:hAnsi="Nirmala UI" w:eastAsia="Nirmala UI" w:cs="Nirmala UI"/>
        </w:rPr>
        <w:t>ꯃꯤꯁꯤꯡꯁꯤꯡ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ꯃꯪꯍꯟꯕ</w:t>
      </w:r>
      <w:r>
        <w:rPr>
          <w:rFonts w:ascii="Times New Roman" w:hAnsi="Times New Roman" w:eastAsia="Times New Roman" w:cs="Times New Roman"/>
        </w:rPr>
        <w:t xml:space="preserve"> </w:t>
      </w:r>
      <w:r>
        <w:rPr>
          <w:rFonts w:ascii="Nirmala UI" w:hAnsi="Nirmala UI" w:eastAsia="Nirmala UI" w:cs="Nirmala UI"/>
        </w:rPr>
        <w:t>ꯑꯣꯏꯔꯛꯀꯅꯤ</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ꯂꯩꯅꯤꯁꯤ</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ꯆꯥꯡ</w:t>
      </w:r>
      <w:r>
        <w:rPr>
          <w:rFonts w:ascii="Times New Roman" w:hAnsi="Times New Roman" w:eastAsia="Times New Roman" w:cs="Times New Roman"/>
        </w:rPr>
        <w:t xml:space="preserve"> </w:t>
      </w:r>
      <w:r>
        <w:rPr>
          <w:rFonts w:ascii="Nirmala UI" w:hAnsi="Nirmala UI" w:eastAsia="Nirmala UI" w:cs="Nirmala UI"/>
        </w:rPr>
        <w:t>ꯌꯦꯡꯂꯒꯥ</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ꯃꯤꯖꯤꯡ</w:t>
      </w:r>
      <w:r>
        <w:rPr>
          <w:rFonts w:ascii="Times New Roman" w:hAnsi="Times New Roman" w:eastAsia="Times New Roman" w:cs="Times New Roman"/>
        </w:rPr>
        <w:t>-</w:t>
      </w:r>
      <w:r>
        <w:rPr>
          <w:rFonts w:ascii="Nirmala UI" w:hAnsi="Nirmala UI" w:eastAsia="Nirmala UI" w:cs="Nirmala UI"/>
        </w:rPr>
        <w:t>ꯃꯅꯥꯎ</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ꯐꯪꯂꯒꯥ</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ꯌꯥꯔꯣꯏꯕꯒꯤ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ꯃꯤꯖꯤꯡ</w:t>
      </w:r>
      <w:r>
        <w:rPr>
          <w:rFonts w:ascii="Times New Roman" w:hAnsi="Times New Roman" w:eastAsia="Times New Roman" w:cs="Times New Roman"/>
        </w:rPr>
        <w:t>-</w:t>
      </w:r>
      <w:r>
        <w:rPr>
          <w:rFonts w:ascii="Nirmala UI" w:hAnsi="Nirmala UI" w:eastAsia="Nirmala UI" w:cs="Nirmala UI"/>
        </w:rPr>
        <w:t>ꯃꯅꯥꯎ</w:t>
      </w:r>
      <w:r>
        <w:rPr>
          <w:rFonts w:ascii="Times New Roman" w:hAnsi="Times New Roman" w:eastAsia="Times New Roman" w:cs="Times New Roman"/>
        </w:rPr>
        <w:t xml:space="preserve"> </w:t>
      </w:r>
      <w:r>
        <w:rPr>
          <w:rFonts w:ascii="Nirmala UI" w:hAnsi="Nirmala UI" w:eastAsia="Nirmala UI" w:cs="Nirmala UI"/>
        </w:rPr>
        <w:t>ꯐꯣꯡꯗꯣꯛꯄ</w:t>
      </w:r>
      <w:r>
        <w:rPr>
          <w:rFonts w:ascii="Times New Roman" w:hAnsi="Times New Roman" w:eastAsia="Times New Roman" w:cs="Times New Roman"/>
        </w:rPr>
        <w:t xml:space="preserve"> </w:t>
      </w:r>
      <w:r>
        <w:rPr>
          <w:rFonts w:ascii="Nirmala UI" w:hAnsi="Nirmala UI" w:eastAsia="Nirmala UI" w:cs="Nirmala UI"/>
        </w:rPr>
        <w:t>ꯉꯝꯈꯤ꯫</w:t>
      </w:r>
      <w:r>
        <w:rPr>
          <w:rFonts w:ascii="Times New Roman" w:hAnsi="Times New Roman" w:eastAsia="Times New Roman" w:cs="Times New Roman"/>
        </w:rPr>
        <w:t xml:space="preserve"> 2001</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ꯁꯦꯄꯇꯦꯝꯕꯔ</w:t>
      </w:r>
      <w:r>
        <w:rPr>
          <w:rFonts w:ascii="Times New Roman" w:hAnsi="Times New Roman" w:eastAsia="Times New Roman" w:cs="Times New Roman"/>
        </w:rPr>
        <w:t xml:space="preserve"> 11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ꯍꯧꯗꯨꯅꯥ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 xml:space="preserve"> </w:t>
      </w:r>
      <w:r>
        <w:rPr>
          <w:rFonts w:ascii="Nirmala UI" w:hAnsi="Nirmala UI" w:eastAsia="Nirmala UI" w:cs="Nirmala UI"/>
        </w:rPr>
        <w:t>ꯔꯦꯟꯒꯤ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ꯑꯣꯏꯔꯛꯄꯅꯤ꯫</w:t>
      </w:r>
    </w:p>
    <w:p>
      <w:pPr>
        <w:pStyle w:val="ArticleBody"/>
        <w:jc w:val="left"/>
      </w:pPr>
      <w:r>
        <w:rPr>
          <w:rFonts w:ascii="Times New Roman" w:hAnsi="Times New Roman" w:eastAsia="Times New Roman" w:cs="Times New Roman"/>
        </w:rPr>
        <w:t>Li sasin kaniha qakubungisqanmi riqsisqa kachkan “sikiq patapi sikiq, chaymanta kaypi huk asllata, chaypitaq wakpi huk asllata” nisqa yachachiywan, imaynachus nisqa kachkan Isaías qhapaq pusaq chunka pusaqniyuq kapituluupi. “Sikiq patapi sikiq” nisqa yachachiyqa Diospa churakusqan Bibliamanta yachakuy ñanmi; chayrayku, chay yachachiyta mana chaskispaqa, manam sapallanchu qichukunku chay yachachiywan rikhuchisqa willakuyta, “kaypi huk asllata, chaypi huk asllata” nisqawan churakusqata, aswanpas chay yachachiy qoqtaqa qichukunkutaqmi.</w:t>
      </w:r>
    </w:p>
    <w:p>
      <w:pPr>
        <w:pStyle w:val="ArticleBody"/>
        <w:jc w:val="left"/>
      </w:pPr>
      <w:r>
        <w:rPr>
          <w:rFonts w:ascii="Times New Roman" w:hAnsi="Times New Roman" w:eastAsia="Times New Roman" w:cs="Times New Roman"/>
        </w:rPr>
        <w:t>Компьютерь аршалып түскен, жүз қырық төрт мыңның мөрленуіне алып баратын сыналу үдерісінде ашылған шектерге қарай, «көктегі салтанат пен өткендегі қудалаулардың қайталануы араласатын» тарих кезеңінен Құдайдың баласы аман өтуінің жалғыз жолы — Құдай тағысынан түсетін нұрды тани алатын тәжірибеде болу екені айқын. Ол танылуға тиіс, әйтпесе оның пайдасы жоқ, әрі біз құритын боламыз.</w:t>
      </w:r>
    </w:p>
    <w:p>
      <w:pPr>
        <w:pStyle w:val="ArticleScripture"/>
        <w:jc w:val="left"/>
      </w:pPr>
      <w:r>
        <w:rPr>
          <w:rFonts w:ascii="Times New Roman" w:hAnsi="Times New Roman" w:eastAsia="Times New Roman" w:cs="Times New Roman"/>
        </w:rPr>
        <w:t>«ئەن بىز ئاخىرقى يامغۇرنى كۈتۈپ تۇرماسلىقىمىز كېرەك. ئۇ بىزنىڭ ئۈستىمىزگە يېغىلىۋاتقان مېھىر-شەپقەتنىڭ شەبنەملىرىنى ۋە يامغۇرلىرىنى تونۇپ، ئۇلارنى قوبۇل قىلىدىغانلارنىڭ ھەممىسىگە كېلىدۇ. بىز يورۇقلۇقنىڭ پارچىلىرىنى يىغىپ ئالغانىمىزدا، بىزگە ئۆزىگە ئىشەنچىمىزنى قويۇشنى خۇش كۆرۈدىغان خۇدانىڭ ئېنىق مېھىر-شەپقەتلىرىنى قەدىرلىگەن ۋاقتىمىزدا، ئاندىن ھەر بىر ۋەدە ئەمەلگە ئاشۇرۇلىدۇ. [ئىشايا 61:11 نەقىل كەلتۈرۈلگەن.] پۈتۈن يەر يۈزى خۇدانىڭ شان-شەرىپى بىلەن تولدۇرۇلۇشى كېرەك.» The Seventh-day Adventist Bible Commentary, volume 7, 984.</w:t>
      </w:r>
    </w:p>
    <w:p>
      <w:pPr>
        <w:pStyle w:val="ArticleBody"/>
        <w:jc w:val="left"/>
      </w:pPr>
      <w:r>
        <w:rPr>
          <w:rFonts w:ascii="Times New Roman" w:hAnsi="Times New Roman" w:eastAsia="Times New Roman" w:cs="Times New Roman"/>
        </w:rPr>
        <w:t>در آن دوره‌ای که با زمانی آغاز شد که فرشتهٔ مکاشفه هجده، از ۱۱ سپتامبر ۲۰۰۱ آغاز کرده، تمام زمین را از جلال خود پر می‌سازد، باران آخِر تنها «بر» کسانی آمده است «که» «شبنم و باران‌های فیضی را که» «بر ما فرو می‌ریزد» «شناخته و به خود اختصاص داده‌اند.» «اشتباه بزرگ»ی که خواهر وایت پیش‌تر بدان اشاره کرده بود، آن بود که باکره‌های جاهل گمان می‌کردند می‌توانند تا زمانی که باران آخِر بی‌حد و اندازه فرو ریخته شود منتظر بمانند، زیرا آنگاه می‌پنداشتند که خواهند توانست عقب‌ماندگی خود را جبران کنند. چنین نیست؛ تنها کسانی که در فهم خود از کلام نبوی خدا رشد می‌کنند، نور بیشتری دریافت می‌دارند.</w:t>
      </w:r>
    </w:p>
    <w:p>
      <w:pPr>
        <w:pStyle w:val="ArticleBody"/>
        <w:jc w:val="left"/>
      </w:pPr>
      <w:r>
        <w:rPr>
          <w:rFonts w:ascii="Times New Roman" w:hAnsi="Times New Roman" w:eastAsia="Times New Roman" w:cs="Times New Roman"/>
        </w:rPr>
        <w:t>Yanqa kay qillqayta tukuptinchikqa, reqsichiyta munasqay puntoqa kanan pacha ñak’ariykunapi kasqanchikpa yuyayninwan t’inkisqa kachkan. Sichus ñawpaq pacha qatiykunakuna yapamanta kutimunan pacha “Diospa tiyananmanta lluqsiq k’anchaypi puriyta” munasunchik chayqa, sasachakuy manaraq chayamuchkaptinmi profetakunapa Simiyninta allinta yachaykuspa atipayta munanchik.</w:t>
      </w:r>
    </w:p>
    <w:p>
      <w:pPr>
        <w:pStyle w:val="ArticleBody"/>
        <w:jc w:val="left"/>
      </w:pPr>
      <w:r>
        <w:rPr>
          <w:rFonts w:ascii="Times New Roman" w:hAnsi="Times New Roman" w:eastAsia="Times New Roman" w:cs="Times New Roman"/>
        </w:rPr>
        <w:t>بەشی یەکەمدە، دانیال و ئەو سێ پیاوە بەڕێزە پێش ئەوەی بچنە ژوورەوە بۆ ئەوەی نەبوخەدنەسەر تاقیان بکاتەوە، فێربوونیان تەواو کردبوو. ماوەی چل ڕۆژ، مەسیح وشەی پێشبینی بۆ تێگەیشتنی قوتابییەکان کردەوە پێش ئەو دە ڕۆژەی تێیدا قوتابییەکان یەکگرتوویی خۆیان تەواو کرد. پاشان پەنتیکۆست هات، کە نموونەی یاسای یەکشەممەیە.</w:t>
      </w:r>
    </w:p>
    <w:p>
      <w:pPr>
        <w:pStyle w:val="ArticleBody"/>
        <w:jc w:val="left"/>
      </w:pP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शद्रक</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अबेदनगो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अतिरिक्त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विश्वासयोग्यता</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भट्ठी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आगन्तुक</w:t>
      </w:r>
      <w:r>
        <w:rPr>
          <w:rFonts w:ascii="Times New Roman" w:hAnsi="Times New Roman" w:eastAsia="Times New Roman" w:cs="Times New Roman"/>
        </w:rPr>
        <w:t xml:space="preserve"> </w:t>
      </w:r>
      <w:r>
        <w:rPr>
          <w:rFonts w:ascii="Nirmala UI" w:hAnsi="Nirmala UI" w:eastAsia="Nirmala UI" w:cs="Nirmala UI"/>
        </w:rPr>
        <w:t>गणमान्यों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भट्ठी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ज्ञात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गया।</w:t>
      </w:r>
    </w:p>
    <w:p>
      <w:pPr>
        <w:pStyle w:val="ArticleBody"/>
        <w:jc w:val="left"/>
      </w:pPr>
      <w:r>
        <w:rPr>
          <w:rFonts w:ascii="Times New Roman" w:hAnsi="Times New Roman" w:eastAsia="Times New Roman" w:cs="Times New Roman"/>
        </w:rPr>
        <w:t>Kay maqaalka xiga ayaannu fikradahan ku sii wadi doonnaa.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ګنه تاريخچه د درېيمې شمېرې د څلوېښتم آيت</dc:title>
  <dc:subject>قانون يوم الأحد والمسيرة النبوية: من قانون الوطنية إلى الاختبار الأخير</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