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Ebrima" w:hAnsi="Ebrima" w:eastAsia="Ebrima" w:cs="Ebrima"/>
        </w:rPr>
        <w:t>ስድስተኛ</w:t>
      </w:r>
      <w:r>
        <w:rPr>
          <w:rFonts w:ascii="Arial" w:hAnsi="Arial" w:eastAsia="Arial" w:cs="Arial"/>
        </w:rPr>
        <w:t xml:space="preserve"> </w:t>
      </w:r>
      <w:r>
        <w:rPr>
          <w:rFonts w:ascii="Ebrima" w:hAnsi="Ebrima" w:eastAsia="Ebrima" w:cs="Ebrima"/>
        </w:rPr>
        <w:t>ቁጥር</w:t>
      </w:r>
      <w:r>
        <w:rPr>
          <w:rFonts w:ascii="Arial" w:hAnsi="Arial" w:eastAsia="Arial" w:cs="Arial"/>
        </w:rPr>
        <w:t xml:space="preserve"> - </w:t>
      </w:r>
      <w:r>
        <w:rPr>
          <w:rFonts w:ascii="Ebrima" w:hAnsi="Ebrima" w:eastAsia="Ebrima" w:cs="Ebrima"/>
        </w:rPr>
        <w:t>የአርባኛው</w:t>
      </w:r>
      <w:r>
        <w:rPr>
          <w:rFonts w:ascii="Arial" w:hAnsi="Arial" w:eastAsia="Arial" w:cs="Arial"/>
        </w:rPr>
        <w:t xml:space="preserve"> </w:t>
      </w:r>
      <w:r>
        <w:rPr>
          <w:rFonts w:ascii="Ebrima" w:hAnsi="Ebrima" w:eastAsia="Ebrima" w:cs="Ebrima"/>
        </w:rPr>
        <w:t>ቁጥር</w:t>
      </w:r>
      <w:r>
        <w:rPr>
          <w:rFonts w:ascii="Arial" w:hAnsi="Arial" w:eastAsia="Arial" w:cs="Arial"/>
        </w:rPr>
        <w:t xml:space="preserve"> </w:t>
      </w:r>
      <w:r>
        <w:rPr>
          <w:rFonts w:ascii="Ebrima" w:hAnsi="Ebrima" w:eastAsia="Ebrima" w:cs="Ebrima"/>
        </w:rPr>
        <w:t>የተሰወረ</w:t>
      </w:r>
      <w:r>
        <w:rPr>
          <w:rFonts w:ascii="Arial" w:hAnsi="Arial" w:eastAsia="Arial" w:cs="Arial"/>
        </w:rPr>
        <w:t xml:space="preserve"> </w:t>
      </w:r>
      <w:r>
        <w:rPr>
          <w:rFonts w:ascii="Ebrima" w:hAnsi="Ebrima" w:eastAsia="Ebrima" w:cs="Ebrima"/>
        </w:rPr>
        <w:t>ታሪክ</w:t>
      </w:r>
    </w:p>
    <w:p>
      <w:pPr>
        <w:pStyle w:val="ArticleSubtitle"/>
        <w:jc w:val="left"/>
      </w:pPr>
      <w:r>
        <w:rPr>
          <w:rFonts w:ascii="Segoe UI" w:hAnsi="Segoe UI" w:eastAsia="Segoe UI" w:cs="Segoe UI"/>
        </w:rPr>
        <w:t>ئەزدا</w:t>
      </w:r>
      <w:r>
        <w:rPr>
          <w:rFonts w:ascii="Arial" w:hAnsi="Arial" w:eastAsia="Arial" w:cs="Arial"/>
        </w:rPr>
        <w:t xml:space="preserve">һә </w:t>
      </w:r>
      <w:r>
        <w:rPr>
          <w:rFonts w:ascii="Segoe UI" w:hAnsi="Segoe UI" w:eastAsia="Segoe UI" w:cs="Segoe UI"/>
        </w:rPr>
        <w:t>یانزەهەمەكە</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2026-04-02</w:t>
      </w:r>
    </w:p>
    <w:p>
      <w:pPr>
        <w:pStyle w:val="ArticleBody"/>
        <w:jc w:val="left"/>
      </w:pPr>
      <w:r>
        <w:rPr>
          <w:rFonts w:ascii="Gadugi" w:hAnsi="Gadugi" w:eastAsia="Gadugi" w:cs="Gadugi"/>
        </w:rPr>
        <w:t>ᎢᎦᏕᎦ</w:t>
      </w:r>
      <w:r>
        <w:rPr>
          <w:rFonts w:ascii="Times New Roman" w:hAnsi="Times New Roman" w:eastAsia="Times New Roman" w:cs="Times New Roman"/>
        </w:rPr>
        <w:t xml:space="preserve"> </w:t>
      </w:r>
      <w:r>
        <w:rPr>
          <w:rFonts w:ascii="Gadugi" w:hAnsi="Gadugi" w:eastAsia="Gadugi" w:cs="Gadugi"/>
        </w:rPr>
        <w:t>ᎢᏓᏠᏱᎵᏒ</w:t>
      </w:r>
      <w:r>
        <w:rPr>
          <w:rFonts w:ascii="Times New Roman" w:hAnsi="Times New Roman" w:eastAsia="Times New Roman" w:cs="Times New Roman"/>
        </w:rPr>
        <w:t xml:space="preserve"> </w:t>
      </w:r>
      <w:r>
        <w:rPr>
          <w:rFonts w:ascii="Gadugi" w:hAnsi="Gadugi" w:eastAsia="Gadugi" w:cs="Gadugi"/>
        </w:rPr>
        <w:t>ᎤᏕᎵᏛ</w:t>
      </w:r>
      <w:r>
        <w:rPr>
          <w:rFonts w:ascii="Times New Roman" w:hAnsi="Times New Roman" w:eastAsia="Times New Roman" w:cs="Times New Roman"/>
        </w:rPr>
        <w:t xml:space="preserve"> </w:t>
      </w:r>
      <w:r>
        <w:rPr>
          <w:rFonts w:ascii="Gadugi" w:hAnsi="Gadugi" w:eastAsia="Gadugi" w:cs="Gadugi"/>
        </w:rPr>
        <w:t>ᎤᏃᎮᏓ</w:t>
      </w:r>
      <w:r>
        <w:rPr>
          <w:rFonts w:ascii="Times New Roman" w:hAnsi="Times New Roman" w:eastAsia="Times New Roman" w:cs="Times New Roman"/>
        </w:rPr>
        <w:t xml:space="preserve"> </w:t>
      </w:r>
      <w:r>
        <w:rPr>
          <w:rFonts w:ascii="Gadugi" w:hAnsi="Gadugi" w:eastAsia="Gadugi" w:cs="Gadugi"/>
        </w:rPr>
        <w:t>ᎤᏃᎯᏳᏔᏅ</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ᎢᏗᎬᏩᎸᏔᏅ</w:t>
      </w:r>
      <w:r>
        <w:rPr>
          <w:rFonts w:ascii="Times New Roman" w:hAnsi="Times New Roman" w:eastAsia="Times New Roman" w:cs="Times New Roman"/>
        </w:rPr>
        <w:t xml:space="preserve"> </w:t>
      </w:r>
      <w:r>
        <w:rPr>
          <w:rFonts w:ascii="Gadugi" w:hAnsi="Gadugi" w:eastAsia="Gadugi" w:cs="Gadugi"/>
        </w:rPr>
        <w:t>ᎠᏂᏯᏙᎸ</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ᎤᏁᏍᏗ</w:t>
      </w:r>
      <w:r>
        <w:rPr>
          <w:rFonts w:ascii="Times New Roman" w:hAnsi="Times New Roman" w:eastAsia="Times New Roman" w:cs="Times New Roman"/>
        </w:rPr>
        <w:t xml:space="preserve"> </w:t>
      </w:r>
      <w:r>
        <w:rPr>
          <w:rFonts w:ascii="Gadugi" w:hAnsi="Gadugi" w:eastAsia="Gadugi" w:cs="Gadugi"/>
        </w:rPr>
        <w:t>ᎠᏂᏯᏙᎸ</w:t>
      </w:r>
      <w:r>
        <w:rPr>
          <w:rFonts w:ascii="Times New Roman" w:hAnsi="Times New Roman" w:eastAsia="Times New Roman" w:cs="Times New Roman"/>
        </w:rPr>
        <w:t xml:space="preserve"> </w:t>
      </w:r>
      <w:r>
        <w:rPr>
          <w:rFonts w:ascii="Gadugi" w:hAnsi="Gadugi" w:eastAsia="Gadugi" w:cs="Gadugi"/>
        </w:rPr>
        <w:t>ᎦᏬᏂᎯᏍᏗ</w:t>
      </w:r>
      <w:r>
        <w:rPr>
          <w:rFonts w:ascii="Times New Roman" w:hAnsi="Times New Roman" w:eastAsia="Times New Roman" w:cs="Times New Roman"/>
        </w:rPr>
        <w:t xml:space="preserve"> </w:t>
      </w:r>
      <w:r>
        <w:rPr>
          <w:rFonts w:ascii="Gadugi" w:hAnsi="Gadugi" w:eastAsia="Gadugi" w:cs="Gadugi"/>
        </w:rPr>
        <w:t>ᎤᏙᎴᎰᏒᎯ</w:t>
      </w:r>
      <w:r>
        <w:rPr>
          <w:rFonts w:ascii="Times New Roman" w:hAnsi="Times New Roman" w:eastAsia="Times New Roman" w:cs="Times New Roman"/>
        </w:rPr>
        <w:t xml:space="preserve"> </w:t>
      </w:r>
      <w:r>
        <w:rPr>
          <w:rFonts w:ascii="Gadugi" w:hAnsi="Gadugi" w:eastAsia="Gadugi" w:cs="Gadugi"/>
        </w:rPr>
        <w:t>ᎠᎾᏛᏁᎸ</w:t>
      </w:r>
      <w:r>
        <w:rPr>
          <w:rFonts w:ascii="Times New Roman" w:hAnsi="Times New Roman" w:eastAsia="Times New Roman" w:cs="Times New Roman"/>
        </w:rPr>
        <w:t xml:space="preserve"> </w:t>
      </w:r>
      <w:r>
        <w:rPr>
          <w:rFonts w:ascii="Gadugi" w:hAnsi="Gadugi" w:eastAsia="Gadugi" w:cs="Gadugi"/>
        </w:rPr>
        <w:t>ᎠᏏᏉ</w:t>
      </w:r>
      <w:r>
        <w:rPr>
          <w:rFonts w:ascii="Times New Roman" w:hAnsi="Times New Roman" w:eastAsia="Times New Roman" w:cs="Times New Roman"/>
        </w:rPr>
        <w:t xml:space="preserve"> </w:t>
      </w:r>
      <w:r>
        <w:rPr>
          <w:rFonts w:ascii="Gadugi" w:hAnsi="Gadugi" w:eastAsia="Gadugi" w:cs="Gadugi"/>
        </w:rPr>
        <w:t>ᎠᎾᏖᎸᎲ</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ᎤᎵᏍᏆᏗᏢ</w:t>
      </w:r>
      <w:r>
        <w:rPr>
          <w:rFonts w:ascii="Times New Roman" w:hAnsi="Times New Roman" w:eastAsia="Times New Roman" w:cs="Times New Roman"/>
        </w:rPr>
        <w:t xml:space="preserve"> </w:t>
      </w:r>
      <w:r>
        <w:rPr>
          <w:rFonts w:ascii="Gadugi" w:hAnsi="Gadugi" w:eastAsia="Gadugi" w:cs="Gadugi"/>
        </w:rPr>
        <w:t>ᏚᏍᏆᎸᎲ</w:t>
      </w:r>
      <w:r>
        <w:rPr>
          <w:rFonts w:ascii="Times New Roman" w:hAnsi="Times New Roman" w:eastAsia="Times New Roman" w:cs="Times New Roman"/>
        </w:rPr>
        <w:t xml:space="preserve"> </w:t>
      </w:r>
      <w:r>
        <w:rPr>
          <w:rFonts w:ascii="Gadugi" w:hAnsi="Gadugi" w:eastAsia="Gadugi" w:cs="Gadugi"/>
        </w:rPr>
        <w:t>ᎢᏯᏍᏗ</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ᎣᏍᏛ</w:t>
      </w:r>
      <w:r>
        <w:rPr>
          <w:rFonts w:ascii="Times New Roman" w:hAnsi="Times New Roman" w:eastAsia="Times New Roman" w:cs="Times New Roman"/>
        </w:rPr>
        <w:t xml:space="preserve"> </w:t>
      </w:r>
      <w:r>
        <w:rPr>
          <w:rFonts w:ascii="Gadugi" w:hAnsi="Gadugi" w:eastAsia="Gadugi" w:cs="Gadugi"/>
        </w:rPr>
        <w:t>ᏅᎦᏍᎪᎯ</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ᎢᏯᏍᏗ</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ᏗᎨᏒ</w:t>
      </w:r>
      <w:r>
        <w:rPr>
          <w:rFonts w:ascii="Times New Roman" w:hAnsi="Times New Roman" w:eastAsia="Times New Roman" w:cs="Times New Roman"/>
        </w:rPr>
        <w:t xml:space="preserve"> </w:t>
      </w:r>
      <w:r>
        <w:rPr>
          <w:rFonts w:ascii="Gadugi" w:hAnsi="Gadugi" w:eastAsia="Gadugi" w:cs="Gadugi"/>
        </w:rPr>
        <w:t>ᎤᏂᏅᏅ</w:t>
      </w:r>
      <w:r>
        <w:rPr>
          <w:rFonts w:ascii="Times New Roman" w:hAnsi="Times New Roman" w:eastAsia="Times New Roman" w:cs="Times New Roman"/>
        </w:rPr>
        <w:t xml:space="preserve"> </w:t>
      </w:r>
      <w:r>
        <w:rPr>
          <w:rFonts w:ascii="Gadugi" w:hAnsi="Gadugi" w:eastAsia="Gadugi" w:cs="Gadugi"/>
        </w:rPr>
        <w:t>ᎤᏍᏆᎸᎲ</w:t>
      </w:r>
      <w:r>
        <w:rPr>
          <w:rFonts w:ascii="Times New Roman" w:hAnsi="Times New Roman" w:eastAsia="Times New Roman" w:cs="Times New Roman"/>
        </w:rPr>
        <w:t xml:space="preserve">. </w:t>
      </w:r>
      <w:r>
        <w:rPr>
          <w:rFonts w:ascii="Gadugi" w:hAnsi="Gadugi" w:eastAsia="Gadugi" w:cs="Gadugi"/>
        </w:rPr>
        <w:t>ᎭᏫᎾ</w:t>
      </w:r>
      <w:r>
        <w:rPr>
          <w:rFonts w:ascii="Times New Roman" w:hAnsi="Times New Roman" w:eastAsia="Times New Roman" w:cs="Times New Roman"/>
        </w:rPr>
        <w:t xml:space="preserve"> </w:t>
      </w:r>
      <w:r>
        <w:rPr>
          <w:rFonts w:ascii="Gadugi" w:hAnsi="Gadugi" w:eastAsia="Gadugi" w:cs="Gadugi"/>
        </w:rPr>
        <w:t>ᎠᏂᏯᏙᎸ</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ᎤᏃᎮᏓ</w:t>
      </w:r>
      <w:r>
        <w:rPr>
          <w:rFonts w:ascii="Times New Roman" w:hAnsi="Times New Roman" w:eastAsia="Times New Roman" w:cs="Times New Roman"/>
        </w:rPr>
        <w:t xml:space="preserve"> </w:t>
      </w:r>
      <w:r>
        <w:rPr>
          <w:rFonts w:ascii="Gadugi" w:hAnsi="Gadugi" w:eastAsia="Gadugi" w:cs="Gadugi"/>
        </w:rPr>
        <w:t>ᎦᏛᎦ</w:t>
      </w:r>
      <w:r>
        <w:rPr>
          <w:rFonts w:ascii="Times New Roman" w:hAnsi="Times New Roman" w:eastAsia="Times New Roman" w:cs="Times New Roman"/>
        </w:rPr>
        <w:t xml:space="preserve"> </w:t>
      </w:r>
      <w:r>
        <w:rPr>
          <w:rFonts w:ascii="Gadugi" w:hAnsi="Gadugi" w:eastAsia="Gadugi" w:cs="Gadugi"/>
        </w:rPr>
        <w:t>ᎦᏓᎭ</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ᎦᏓᎭ</w:t>
      </w:r>
      <w:r>
        <w:rPr>
          <w:rFonts w:ascii="Times New Roman" w:hAnsi="Times New Roman" w:eastAsia="Times New Roman" w:cs="Times New Roman"/>
        </w:rPr>
        <w:t xml:space="preserve"> </w:t>
      </w:r>
      <w:r>
        <w:rPr>
          <w:rFonts w:ascii="Gadugi" w:hAnsi="Gadugi" w:eastAsia="Gadugi" w:cs="Gadugi"/>
        </w:rPr>
        <w:t>ᎪᎱᏍᏗ</w:t>
      </w:r>
      <w:r>
        <w:rPr>
          <w:rFonts w:ascii="Times New Roman" w:hAnsi="Times New Roman" w:eastAsia="Times New Roman" w:cs="Times New Roman"/>
        </w:rPr>
        <w:t xml:space="preserve"> </w:t>
      </w:r>
      <w:r>
        <w:rPr>
          <w:rFonts w:ascii="Gadugi" w:hAnsi="Gadugi" w:eastAsia="Gadugi" w:cs="Gadugi"/>
        </w:rPr>
        <w:t>ᏥᏳ</w:t>
      </w:r>
      <w:r>
        <w:rPr>
          <w:rFonts w:ascii="Times New Roman" w:hAnsi="Times New Roman" w:eastAsia="Times New Roman" w:cs="Times New Roman"/>
        </w:rPr>
        <w:t xml:space="preserve"> </w:t>
      </w:r>
      <w:r>
        <w:rPr>
          <w:rFonts w:ascii="Gadugi" w:hAnsi="Gadugi" w:eastAsia="Gadugi" w:cs="Gadugi"/>
        </w:rPr>
        <w:t>ᎤᏮᎯᏳ</w:t>
      </w:r>
      <w:r>
        <w:rPr>
          <w:rFonts w:ascii="Times New Roman" w:hAnsi="Times New Roman" w:eastAsia="Times New Roman" w:cs="Times New Roman"/>
        </w:rPr>
        <w:t xml:space="preserve"> </w:t>
      </w:r>
      <w:r>
        <w:rPr>
          <w:rFonts w:ascii="Gadugi" w:hAnsi="Gadugi" w:eastAsia="Gadugi" w:cs="Gadugi"/>
        </w:rPr>
        <w:t>ᎠᏍᎪᎯ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ᏌᏚ</w:t>
      </w:r>
      <w:r>
        <w:rPr>
          <w:rFonts w:ascii="Times New Roman" w:hAnsi="Times New Roman" w:eastAsia="Times New Roman" w:cs="Times New Roman"/>
        </w:rPr>
        <w:t xml:space="preserve"> </w:t>
      </w:r>
      <w:r>
        <w:rPr>
          <w:rFonts w:ascii="Gadugi" w:hAnsi="Gadugi" w:eastAsia="Gadugi" w:cs="Gadugi"/>
        </w:rPr>
        <w:t>ᎢᏯᏍᏗ</w:t>
      </w:r>
      <w:r>
        <w:rPr>
          <w:rFonts w:ascii="Times New Roman" w:hAnsi="Times New Roman" w:eastAsia="Times New Roman" w:cs="Times New Roman"/>
        </w:rPr>
        <w:t xml:space="preserve"> </w:t>
      </w:r>
      <w:r>
        <w:rPr>
          <w:rFonts w:ascii="Gadugi" w:hAnsi="Gadugi" w:eastAsia="Gadugi" w:cs="Gadugi"/>
        </w:rPr>
        <w:t>ᎦᏓᎭ</w:t>
      </w:r>
      <w:r>
        <w:rPr>
          <w:rFonts w:ascii="Times New Roman" w:hAnsi="Times New Roman" w:eastAsia="Times New Roman" w:cs="Times New Roman"/>
        </w:rPr>
        <w:t xml:space="preserve"> </w:t>
      </w:r>
      <w:r>
        <w:rPr>
          <w:rFonts w:ascii="Gadugi" w:hAnsi="Gadugi" w:eastAsia="Gadugi" w:cs="Gadugi"/>
        </w:rPr>
        <w:t>ᏌᏚ</w:t>
      </w:r>
      <w:r>
        <w:rPr>
          <w:rFonts w:ascii="Times New Roman" w:hAnsi="Times New Roman" w:eastAsia="Times New Roman" w:cs="Times New Roman"/>
        </w:rPr>
        <w:t xml:space="preserve"> </w:t>
      </w:r>
      <w:r>
        <w:rPr>
          <w:rFonts w:ascii="Gadugi" w:hAnsi="Gadugi" w:eastAsia="Gadugi" w:cs="Gadugi"/>
        </w:rPr>
        <w:t>ᎢᏯᏍᏗ</w:t>
      </w:r>
      <w:r>
        <w:rPr>
          <w:rFonts w:ascii="Times New Roman" w:hAnsi="Times New Roman" w:eastAsia="Times New Roman" w:cs="Times New Roman"/>
        </w:rPr>
        <w:t xml:space="preserve"> </w:t>
      </w:r>
      <w:r>
        <w:rPr>
          <w:rFonts w:ascii="Gadugi" w:hAnsi="Gadugi" w:eastAsia="Gadugi" w:cs="Gadugi"/>
        </w:rPr>
        <w:t>ᎤᏍᏆᎸᎲ</w:t>
      </w:r>
      <w:r>
        <w:rPr>
          <w:rFonts w:ascii="Times New Roman" w:hAnsi="Times New Roman" w:eastAsia="Times New Roman" w:cs="Times New Roman"/>
        </w:rPr>
        <w:t xml:space="preserve"> </w:t>
      </w:r>
      <w:r>
        <w:rPr>
          <w:rFonts w:ascii="Gadugi" w:hAnsi="Gadugi" w:eastAsia="Gadugi" w:cs="Gadugi"/>
        </w:rPr>
        <w:t>ᎤᏓᎷᎸᎯ</w:t>
      </w:r>
      <w:r>
        <w:rPr>
          <w:rFonts w:ascii="Times New Roman" w:hAnsi="Times New Roman" w:eastAsia="Times New Roman" w:cs="Times New Roman"/>
        </w:rPr>
        <w:t xml:space="preserve">. </w:t>
      </w:r>
      <w:r>
        <w:rPr>
          <w:rFonts w:ascii="Gadugi" w:hAnsi="Gadugi" w:eastAsia="Gadugi" w:cs="Gadugi"/>
        </w:rPr>
        <w:t>ᎤᏁᏍᏗ</w:t>
      </w:r>
      <w:r>
        <w:rPr>
          <w:rFonts w:ascii="Times New Roman" w:hAnsi="Times New Roman" w:eastAsia="Times New Roman" w:cs="Times New Roman"/>
        </w:rPr>
        <w:t xml:space="preserve"> </w:t>
      </w:r>
      <w:r>
        <w:rPr>
          <w:rFonts w:ascii="Gadugi" w:hAnsi="Gadugi" w:eastAsia="Gadugi" w:cs="Gadugi"/>
        </w:rPr>
        <w:t>ᎠᏂᏯᏙᎸ</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ᎤᏃᎮᏓ</w:t>
      </w:r>
      <w:r>
        <w:rPr>
          <w:rFonts w:ascii="Times New Roman" w:hAnsi="Times New Roman" w:eastAsia="Times New Roman" w:cs="Times New Roman"/>
        </w:rPr>
        <w:t xml:space="preserve"> </w:t>
      </w:r>
      <w:r>
        <w:rPr>
          <w:rFonts w:ascii="Gadugi" w:hAnsi="Gadugi" w:eastAsia="Gadugi" w:cs="Gadugi"/>
        </w:rPr>
        <w:t>ᎦᏛᎦ</w:t>
      </w:r>
      <w:r>
        <w:rPr>
          <w:rFonts w:ascii="Times New Roman" w:hAnsi="Times New Roman" w:eastAsia="Times New Roman" w:cs="Times New Roman"/>
        </w:rPr>
        <w:t xml:space="preserve"> </w:t>
      </w:r>
      <w:r>
        <w:rPr>
          <w:rFonts w:ascii="Gadugi" w:hAnsi="Gadugi" w:eastAsia="Gadugi" w:cs="Gadugi"/>
        </w:rPr>
        <w:t>ᏓᏂᏯᎵ</w:t>
      </w:r>
      <w:r>
        <w:rPr>
          <w:rFonts w:ascii="Times New Roman" w:hAnsi="Times New Roman" w:eastAsia="Times New Roman" w:cs="Times New Roman"/>
        </w:rPr>
        <w:t xml:space="preserve"> </w:t>
      </w:r>
      <w:r>
        <w:rPr>
          <w:rFonts w:ascii="Gadugi" w:hAnsi="Gadugi" w:eastAsia="Gadugi" w:cs="Gadugi"/>
        </w:rPr>
        <w:t>ᎪᎱᏍᏗ</w:t>
      </w:r>
      <w:r>
        <w:rPr>
          <w:rFonts w:ascii="Times New Roman" w:hAnsi="Times New Roman" w:eastAsia="Times New Roman" w:cs="Times New Roman"/>
        </w:rPr>
        <w:t xml:space="preserve"> </w:t>
      </w:r>
      <w:r>
        <w:rPr>
          <w:rFonts w:ascii="Gadugi" w:hAnsi="Gadugi" w:eastAsia="Gadugi" w:cs="Gadugi"/>
        </w:rPr>
        <w:t>ᏥᏳ</w:t>
      </w:r>
      <w:r>
        <w:rPr>
          <w:rFonts w:ascii="Times New Roman" w:hAnsi="Times New Roman" w:eastAsia="Times New Roman" w:cs="Times New Roman"/>
        </w:rPr>
        <w:t xml:space="preserve"> </w:t>
      </w:r>
      <w:r>
        <w:rPr>
          <w:rFonts w:ascii="Gadugi" w:hAnsi="Gadugi" w:eastAsia="Gadugi" w:cs="Gadugi"/>
        </w:rPr>
        <w:t>ᎤᏮᎯᏳ</w:t>
      </w:r>
      <w:r>
        <w:rPr>
          <w:rFonts w:ascii="Times New Roman" w:hAnsi="Times New Roman" w:eastAsia="Times New Roman" w:cs="Times New Roman"/>
        </w:rPr>
        <w:t xml:space="preserve"> </w:t>
      </w:r>
      <w:r>
        <w:rPr>
          <w:rFonts w:ascii="Gadugi" w:hAnsi="Gadugi" w:eastAsia="Gadugi" w:cs="Gadugi"/>
        </w:rPr>
        <w:t>ᎠᏍᎪᎯ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ᏌᏚ</w:t>
      </w:r>
      <w:r>
        <w:rPr>
          <w:rFonts w:ascii="Times New Roman" w:hAnsi="Times New Roman" w:eastAsia="Times New Roman" w:cs="Times New Roman"/>
        </w:rPr>
        <w:t xml:space="preserve"> </w:t>
      </w:r>
      <w:r>
        <w:rPr>
          <w:rFonts w:ascii="Gadugi" w:hAnsi="Gadugi" w:eastAsia="Gadugi" w:cs="Gadugi"/>
        </w:rPr>
        <w:t>ᎢᏯᏍᏗ</w:t>
      </w:r>
      <w:r>
        <w:rPr>
          <w:rFonts w:ascii="Times New Roman" w:hAnsi="Times New Roman" w:eastAsia="Times New Roman" w:cs="Times New Roman"/>
        </w:rPr>
        <w:t xml:space="preserve"> </w:t>
      </w:r>
      <w:r>
        <w:rPr>
          <w:rFonts w:ascii="Gadugi" w:hAnsi="Gadugi" w:eastAsia="Gadugi" w:cs="Gadugi"/>
        </w:rPr>
        <w:t>ᏌᏚ</w:t>
      </w:r>
      <w:r>
        <w:rPr>
          <w:rFonts w:ascii="Times New Roman" w:hAnsi="Times New Roman" w:eastAsia="Times New Roman" w:cs="Times New Roman"/>
        </w:rPr>
        <w:t xml:space="preserve"> </w:t>
      </w:r>
      <w:r>
        <w:rPr>
          <w:rFonts w:ascii="Gadugi" w:hAnsi="Gadugi" w:eastAsia="Gadugi" w:cs="Gadugi"/>
        </w:rPr>
        <w:t>ᎢᏯᏍᏗ</w:t>
      </w:r>
      <w:r>
        <w:rPr>
          <w:rFonts w:ascii="Times New Roman" w:hAnsi="Times New Roman" w:eastAsia="Times New Roman" w:cs="Times New Roman"/>
        </w:rPr>
        <w:t xml:space="preserve"> </w:t>
      </w:r>
      <w:r>
        <w:rPr>
          <w:rFonts w:ascii="Gadugi" w:hAnsi="Gadugi" w:eastAsia="Gadugi" w:cs="Gadugi"/>
        </w:rPr>
        <w:t>ᎤᏓᎷᎸᎯ</w:t>
      </w:r>
      <w:r>
        <w:rPr>
          <w:rFonts w:ascii="Times New Roman" w:hAnsi="Times New Roman" w:eastAsia="Times New Roman" w:cs="Times New Roman"/>
        </w:rPr>
        <w:t xml:space="preserve">. </w:t>
      </w:r>
      <w:r>
        <w:rPr>
          <w:rFonts w:ascii="Gadugi" w:hAnsi="Gadugi" w:eastAsia="Gadugi" w:cs="Gadugi"/>
        </w:rPr>
        <w:t>ᏓᏂᏯᎵ</w:t>
      </w:r>
      <w:r>
        <w:rPr>
          <w:rFonts w:ascii="Times New Roman" w:hAnsi="Times New Roman" w:eastAsia="Times New Roman" w:cs="Times New Roman"/>
        </w:rPr>
        <w:t xml:space="preserve"> 11—11 </w:t>
      </w:r>
      <w:r>
        <w:rPr>
          <w:rFonts w:ascii="Gadugi" w:hAnsi="Gadugi" w:eastAsia="Gadugi" w:cs="Gadugi"/>
        </w:rPr>
        <w:t>ᎤᏁᏍᏗ</w:t>
      </w:r>
      <w:r>
        <w:rPr>
          <w:rFonts w:ascii="Times New Roman" w:hAnsi="Times New Roman" w:eastAsia="Times New Roman" w:cs="Times New Roman"/>
        </w:rPr>
        <w:t xml:space="preserve"> </w:t>
      </w:r>
      <w:r>
        <w:rPr>
          <w:rFonts w:ascii="Gadugi" w:hAnsi="Gadugi" w:eastAsia="Gadugi" w:cs="Gadugi"/>
        </w:rPr>
        <w:t>ᎠᏂᏯᏙᎸ</w:t>
      </w:r>
      <w:r>
        <w:rPr>
          <w:rFonts w:ascii="Times New Roman" w:hAnsi="Times New Roman" w:eastAsia="Times New Roman" w:cs="Times New Roman"/>
        </w:rPr>
        <w:t xml:space="preserve"> 2014 </w:t>
      </w:r>
      <w:r>
        <w:rPr>
          <w:rFonts w:ascii="Gadugi" w:hAnsi="Gadugi" w:eastAsia="Gadugi" w:cs="Gadugi"/>
        </w:rPr>
        <w:t>ᎤᏕᏘᏴᏛ</w:t>
      </w:r>
      <w:r>
        <w:rPr>
          <w:rFonts w:ascii="Times New Roman" w:hAnsi="Times New Roman" w:eastAsia="Times New Roman" w:cs="Times New Roman"/>
        </w:rPr>
        <w:t xml:space="preserve"> </w:t>
      </w:r>
      <w:r>
        <w:rPr>
          <w:rFonts w:ascii="Gadugi" w:hAnsi="Gadugi" w:eastAsia="Gadugi" w:cs="Gadugi"/>
        </w:rPr>
        <w:t>ᎤᎷᏨ</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ᎢᏳᎵᏍᏗ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ᎤᏃᎮᏓ</w:t>
      </w:r>
      <w:r>
        <w:rPr>
          <w:rFonts w:ascii="Times New Roman" w:hAnsi="Times New Roman" w:eastAsia="Times New Roman" w:cs="Times New Roman"/>
        </w:rPr>
        <w:t xml:space="preserve"> 11—11 </w:t>
      </w:r>
      <w:r>
        <w:rPr>
          <w:rFonts w:ascii="Gadugi" w:hAnsi="Gadugi" w:eastAsia="Gadugi" w:cs="Gadugi"/>
        </w:rPr>
        <w:t>ᎭᏫᎾ</w:t>
      </w:r>
      <w:r>
        <w:rPr>
          <w:rFonts w:ascii="Times New Roman" w:hAnsi="Times New Roman" w:eastAsia="Times New Roman" w:cs="Times New Roman"/>
        </w:rPr>
        <w:t xml:space="preserve"> </w:t>
      </w:r>
      <w:r>
        <w:rPr>
          <w:rFonts w:ascii="Gadugi" w:hAnsi="Gadugi" w:eastAsia="Gadugi" w:cs="Gadugi"/>
        </w:rPr>
        <w:t>ᎠᏂᏯᏙᎸ</w:t>
      </w:r>
      <w:r>
        <w:rPr>
          <w:rFonts w:ascii="Times New Roman" w:hAnsi="Times New Roman" w:eastAsia="Times New Roman" w:cs="Times New Roman"/>
        </w:rPr>
        <w:t xml:space="preserve"> December 31, 2023 </w:t>
      </w:r>
      <w:r>
        <w:rPr>
          <w:rFonts w:ascii="Gadugi" w:hAnsi="Gadugi" w:eastAsia="Gadugi" w:cs="Gadugi"/>
        </w:rPr>
        <w:t>ᎤᏕᏘᏴᏛ</w:t>
      </w:r>
      <w:r>
        <w:rPr>
          <w:rFonts w:ascii="Times New Roman" w:hAnsi="Times New Roman" w:eastAsia="Times New Roman" w:cs="Times New Roman"/>
        </w:rPr>
        <w:t xml:space="preserve"> </w:t>
      </w:r>
      <w:r>
        <w:rPr>
          <w:rFonts w:ascii="Gadugi" w:hAnsi="Gadugi" w:eastAsia="Gadugi" w:cs="Gadugi"/>
        </w:rPr>
        <w:t>ᎤᎷᏨ</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ᎢᏳᎵᏍᏗ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ᎤᏁᏍᏗ</w:t>
      </w:r>
      <w:r>
        <w:rPr>
          <w:rFonts w:ascii="Times New Roman" w:hAnsi="Times New Roman" w:eastAsia="Times New Roman" w:cs="Times New Roman"/>
        </w:rPr>
        <w:t xml:space="preserve"> </w:t>
      </w:r>
      <w:r>
        <w:rPr>
          <w:rFonts w:ascii="Gadugi" w:hAnsi="Gadugi" w:eastAsia="Gadugi" w:cs="Gadugi"/>
        </w:rPr>
        <w:t>ᎠᏂᏯᏙᎸ</w:t>
      </w:r>
      <w:r>
        <w:rPr>
          <w:rFonts w:ascii="Times New Roman" w:hAnsi="Times New Roman" w:eastAsia="Times New Roman" w:cs="Times New Roman"/>
        </w:rPr>
        <w:t xml:space="preserve"> </w:t>
      </w:r>
      <w:r>
        <w:rPr>
          <w:rFonts w:ascii="Gadugi" w:hAnsi="Gadugi" w:eastAsia="Gadugi" w:cs="Gadugi"/>
        </w:rPr>
        <w:t>ᎤᏬᎯᏳᎯ</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ᎪᏪᎸᎯ</w:t>
      </w:r>
      <w:r>
        <w:rPr>
          <w:rFonts w:ascii="Times New Roman" w:hAnsi="Times New Roman" w:eastAsia="Times New Roman" w:cs="Times New Roman"/>
        </w:rPr>
        <w:t xml:space="preserve"> </w:t>
      </w:r>
      <w:r>
        <w:rPr>
          <w:rFonts w:ascii="Gadugi" w:hAnsi="Gadugi" w:eastAsia="Gadugi" w:cs="Gadugi"/>
        </w:rPr>
        <w:t>ᎠᏂᎦᏘᏍᎩ</w:t>
      </w:r>
      <w:r>
        <w:rPr>
          <w:rFonts w:ascii="Times New Roman" w:hAnsi="Times New Roman" w:eastAsia="Times New Roman" w:cs="Times New Roman"/>
        </w:rPr>
        <w:t xml:space="preserve"> </w:t>
      </w:r>
      <w:r>
        <w:rPr>
          <w:rFonts w:ascii="Gadugi" w:hAnsi="Gadugi" w:eastAsia="Gadugi" w:cs="Gadugi"/>
        </w:rPr>
        <w:t>ᎠᏂᎡᎶᏗᎯ</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ᎤᏅᏏᏴᏫᏍᏗ</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ᎭᏫᎾ</w:t>
      </w:r>
      <w:r>
        <w:rPr>
          <w:rFonts w:ascii="Times New Roman" w:hAnsi="Times New Roman" w:eastAsia="Times New Roman" w:cs="Times New Roman"/>
        </w:rPr>
        <w:t xml:space="preserve"> </w:t>
      </w:r>
      <w:r>
        <w:rPr>
          <w:rFonts w:ascii="Gadugi" w:hAnsi="Gadugi" w:eastAsia="Gadugi" w:cs="Gadugi"/>
        </w:rPr>
        <w:t>ᎠᏂᏯᏙᎸ</w:t>
      </w:r>
      <w:r>
        <w:rPr>
          <w:rFonts w:ascii="Times New Roman" w:hAnsi="Times New Roman" w:eastAsia="Times New Roman" w:cs="Times New Roman"/>
        </w:rPr>
        <w:t xml:space="preserve"> </w:t>
      </w:r>
      <w:r>
        <w:rPr>
          <w:rFonts w:ascii="Gadugi" w:hAnsi="Gadugi" w:eastAsia="Gadugi" w:cs="Gadugi"/>
        </w:rPr>
        <w:t>ᎤᏬᎯᏳᎯ</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ᎪᏪᎸᎯ</w:t>
      </w:r>
      <w:r>
        <w:rPr>
          <w:rFonts w:ascii="Times New Roman" w:hAnsi="Times New Roman" w:eastAsia="Times New Roman" w:cs="Times New Roman"/>
        </w:rPr>
        <w:t xml:space="preserve"> </w:t>
      </w:r>
      <w:r>
        <w:rPr>
          <w:rFonts w:ascii="Gadugi" w:hAnsi="Gadugi" w:eastAsia="Gadugi" w:cs="Gadugi"/>
        </w:rPr>
        <w:t>ᏉᎳᏂᏍᏕᏅᎯ</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w:t>
      </w:r>
    </w:p>
    <w:p>
      <w:pPr>
        <w:pStyle w:val="ArticleHeading"/>
        <w:jc w:val="left"/>
      </w:pPr>
      <w:r>
        <w:rPr>
          <w:rFonts w:ascii="Gadugi" w:hAnsi="Gadugi" w:eastAsia="Gadugi" w:cs="Gadugi"/>
        </w:rPr>
        <w:t>ᎠᎹᏰᎵᏍᏗ</w:t>
      </w:r>
      <w:r>
        <w:rPr>
          <w:rFonts w:ascii="Arial" w:hAnsi="Arial" w:eastAsia="Arial" w:cs="Arial"/>
        </w:rPr>
        <w:t xml:space="preserve"> </w:t>
      </w:r>
      <w:r>
        <w:rPr>
          <w:rFonts w:ascii="Gadugi" w:hAnsi="Gadugi" w:eastAsia="Gadugi" w:cs="Gadugi"/>
        </w:rPr>
        <w:t>ᎠᎹᏰᎵᏍᏗ</w:t>
      </w:r>
      <w:r>
        <w:rPr>
          <w:rFonts w:ascii="Arial" w:hAnsi="Arial" w:eastAsia="Arial" w:cs="Arial"/>
        </w:rPr>
        <w:t xml:space="preserve"> </w:t>
      </w:r>
      <w:r>
        <w:rPr>
          <w:rFonts w:ascii="Gadugi" w:hAnsi="Gadugi" w:eastAsia="Gadugi" w:cs="Gadugi"/>
        </w:rPr>
        <w:t>ᎤᏁᎳᎩᏍᎩᎸᏍᏗᏱ</w:t>
      </w:r>
    </w:p>
    <w:p>
      <w:pPr>
        <w:pStyle w:val="ArticleBody"/>
        <w:jc w:val="left"/>
      </w:pPr>
      <w:r>
        <w:rPr>
          <w:rFonts w:ascii="Times New Roman" w:hAnsi="Times New Roman" w:eastAsia="Times New Roman" w:cs="Times New Roman"/>
        </w:rPr>
        <w:t>ناي بزيڤيلان ڤاتيح اوحان يڠ اوتاما سباݢاي سبجيق زامن اخير. نايݢارا ايتو اياله بناتڠ دارات يڠ ممقسا سلوروه دنيا منيمبه بناتڠ لاؤت كڤاوسن. كتاب وايو يوحنا منچامكن ساتو نايݢارا اوتاما، ساتو ڤرسكوتوان دسڤولوه نايݢارا، دان ساتو ڬريجا ڤالسو. نايݢارا ايتو اياله امريك شريكت، بناتڠ دارات دالم فاصل تيݢا بلاس؛ ڬريجا ڤالسو ايتو اياله بناتڠ لاؤت دالم فاصل تيݢا بلاس؛ دان ڤرسكوتوان جهات كتابي دسڤولوه راجا ايتو اياله ڤرتوبوهن بڠسا-بڠسا برساتو. کتيݢا-تيݢا كواس اين، يڠ دݢمبركن سباݢاي ناݢا، بناتڠ، دان نبي ڤالسو دالم وايو يوحنا انم بلاس، مميمڤين دنيا كأرماݢيدون.</w:t>
      </w:r>
    </w:p>
    <w:p>
      <w:pPr>
        <w:pStyle w:val="ArticleBody"/>
        <w:jc w:val="left"/>
      </w:pP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पैंतालीस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पैंतालीस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समुद्रों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महिमामय</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पर्वत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भौगोलिक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w:t>
      </w:r>
      <w:r>
        <w:rPr>
          <w:rFonts w:ascii="Nirmala UI" w:hAnsi="Nirmala UI" w:eastAsia="Nirmala UI" w:cs="Nirmala UI"/>
        </w:rPr>
        <w:t>मगिद्दोन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समुद्र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घातक</w:t>
      </w:r>
      <w:r>
        <w:rPr>
          <w:rFonts w:ascii="Times New Roman" w:hAnsi="Times New Roman" w:eastAsia="Times New Roman" w:cs="Times New Roman"/>
        </w:rPr>
        <w:t xml:space="preserve"> </w:t>
      </w:r>
      <w:r>
        <w:rPr>
          <w:rFonts w:ascii="Nirmala UI" w:hAnsi="Nirmala UI" w:eastAsia="Nirmala UI" w:cs="Nirmala UI"/>
        </w:rPr>
        <w:t>घाव</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पुनर्जीवित</w:t>
      </w:r>
      <w:r>
        <w:rPr>
          <w:rFonts w:ascii="Times New Roman" w:hAnsi="Times New Roman" w:eastAsia="Times New Roman" w:cs="Times New Roman"/>
        </w:rPr>
        <w:t xml:space="preserve"> </w:t>
      </w:r>
      <w:r>
        <w:rPr>
          <w:rFonts w:ascii="Nirmala UI" w:hAnsi="Nirmala UI" w:eastAsia="Nirmala UI" w:cs="Nirmala UI"/>
        </w:rPr>
        <w:t>समुद्री</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सत्रह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प्रमुख</w:t>
      </w:r>
      <w:r>
        <w:rPr>
          <w:rFonts w:ascii="Times New Roman" w:hAnsi="Times New Roman" w:eastAsia="Times New Roman" w:cs="Times New Roman"/>
        </w:rPr>
        <w:t xml:space="preserve"> </w:t>
      </w:r>
      <w:r>
        <w:rPr>
          <w:rFonts w:ascii="Nirmala UI" w:hAnsi="Nirmala UI" w:eastAsia="Nirmala UI" w:cs="Nirmala UI"/>
        </w:rPr>
        <w:t>राष्ट्र</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सोलह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रथ</w:t>
      </w:r>
      <w:r>
        <w:rPr>
          <w:rFonts w:ascii="Times New Roman" w:hAnsi="Times New Roman" w:eastAsia="Times New Roman" w:cs="Times New Roman"/>
        </w:rPr>
        <w:t xml:space="preserve">, </w:t>
      </w:r>
      <w:r>
        <w:rPr>
          <w:rFonts w:ascii="Nirmala UI" w:hAnsi="Nirmala UI" w:eastAsia="Nirmala UI" w:cs="Nirmala UI"/>
        </w:rPr>
        <w:t>जहाज़</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घुड़सवार</w:t>
      </w:r>
      <w:r>
        <w:rPr>
          <w:rFonts w:ascii="Times New Roman" w:hAnsi="Times New Roman" w:eastAsia="Times New Roman" w:cs="Times New Roman"/>
        </w:rPr>
        <w:t xml:space="preserve"> </w:t>
      </w:r>
      <w:r>
        <w:rPr>
          <w:rFonts w:ascii="Nirmala UI" w:hAnsi="Nirmala UI" w:eastAsia="Nirmala UI" w:cs="Nirmala UI"/>
        </w:rPr>
        <w:t>हैं।</w:t>
      </w:r>
    </w:p>
    <w:p>
      <w:pPr>
        <w:pStyle w:val="ArticleHeading"/>
        <w:jc w:val="left"/>
      </w:pPr>
      <w:r>
        <w:rPr>
          <w:rFonts w:ascii="Arial" w:hAnsi="Arial" w:eastAsia="Arial" w:cs="Arial"/>
        </w:rPr>
        <w:t>Chikamu Chaachokwadi Hachisi Chokwadi Zvachose</w:t>
      </w:r>
    </w:p>
    <w:p>
      <w:pPr>
        <w:pStyle w:val="ArticleBody"/>
        <w:jc w:val="left"/>
      </w:pPr>
      <w:r>
        <w:rPr>
          <w:rFonts w:ascii="Times New Roman" w:hAnsi="Times New Roman" w:eastAsia="Times New Roman" w:cs="Times New Roman"/>
        </w:rPr>
        <w:t>Lû neteweya ku di rojên dawî de di her du pirtûkan de, Daniel û Vahîyê de, bûye mijara gotinê, Dewletên Yekbûyî yên Amerîkayê ne; û beşa yazdehan a pirtûka Daniel bi taybetî dest pê dike bi nasandina serokê dawî yê wê neteweyê. Ev rastî rastiyekê biblikî ya damezrandî ye ku Adventîstên Roja Heftem ên Laodîkeyayî bi veşartina li pişt nîv-rastiyekê re red dikin. Ew nîv-rastiya ku di vê mijarê de li pişt wê veşêrin ev e ku wan qebûl dikin ku ew Dewletên Yekbûyî ne ku hem heywana erdê ya Vahîyê beşa sêzdehan e û hem jî pêxemberê derewîn ê beşa şanzdehan; lê wan naxwazin bibînin ku Donald Trump di rojên dawî de yek ji mijarên sereke yên pêxemberiya biblikî ye. Xwedê tu carî naguhere; û dema ku bi Misrê re têkildar bû, Fir‘ewn mijarek sereke ya dîroka pêxemberî bû; paşê bi Babîlonê re, Nebukadnezar û Belşezzar bi nav têne gotin. Kûreş bi nav hat gotin. Daryûş bi nav hat gotin. Kitêba Pîroz bi awayekî taybetî destnîşan dike serwerê dawî yê heywana erdê, û ev ne amajeke xweberî ye. Adventîzm dizane ku di pêxemberiya dawî-demê de Dewletên Yekbûyî kî ne, lê nikare bibîne ku Xwedê di her senaryoya pêxemberî de hem neteweyê û hem jî rêberê wê diaxive, û hemû wan dîrokên pîroz ên berê rojên dawî nîşan didin.</w:t>
      </w:r>
    </w:p>
    <w:p>
      <w:pPr>
        <w:pStyle w:val="ArticleHeading"/>
        <w:jc w:val="left"/>
      </w:pPr>
      <w:r>
        <w:rPr>
          <w:rFonts w:ascii="Gadugi" w:hAnsi="Gadugi" w:eastAsia="Gadugi" w:cs="Gadugi"/>
        </w:rPr>
        <w:t>ᎤᏍᎦᏯ</w:t>
      </w:r>
      <w:r>
        <w:rPr>
          <w:rFonts w:ascii="Arial" w:hAnsi="Arial" w:eastAsia="Arial" w:cs="Arial"/>
        </w:rPr>
        <w:t xml:space="preserve"> </w:t>
      </w:r>
      <w:r>
        <w:rPr>
          <w:rFonts w:ascii="Gadugi" w:hAnsi="Gadugi" w:eastAsia="Gadugi" w:cs="Gadugi"/>
        </w:rPr>
        <w:t>ᎤᏪᏥ</w:t>
      </w:r>
      <w:r>
        <w:rPr>
          <w:rFonts w:ascii="Arial" w:hAnsi="Arial" w:eastAsia="Arial" w:cs="Arial"/>
        </w:rPr>
        <w:t xml:space="preserve"> </w:t>
      </w:r>
      <w:r>
        <w:rPr>
          <w:rFonts w:ascii="Gadugi" w:hAnsi="Gadugi" w:eastAsia="Gadugi" w:cs="Gadugi"/>
        </w:rPr>
        <w:t>ᎤᏃᎯᏳᎯ</w:t>
      </w:r>
      <w:r>
        <w:rPr>
          <w:rFonts w:ascii="Arial" w:hAnsi="Arial" w:eastAsia="Arial" w:cs="Arial"/>
        </w:rPr>
        <w:t xml:space="preserve"> </w:t>
      </w:r>
      <w:r>
        <w:rPr>
          <w:rFonts w:ascii="Gadugi" w:hAnsi="Gadugi" w:eastAsia="Gadugi" w:cs="Gadugi"/>
        </w:rPr>
        <w:t>ᎤᎵᎮᎵᏍᏗ</w:t>
      </w:r>
      <w:r>
        <w:rPr>
          <w:rFonts w:ascii="Arial" w:hAnsi="Arial" w:eastAsia="Arial" w:cs="Arial"/>
        </w:rPr>
        <w:t xml:space="preserve"> </w:t>
      </w:r>
      <w:r>
        <w:rPr>
          <w:rFonts w:ascii="Gadugi" w:hAnsi="Gadugi" w:eastAsia="Gadugi" w:cs="Gadugi"/>
        </w:rPr>
        <w:t>ᎤᏍᏆᎸᎯ</w:t>
      </w:r>
      <w:r>
        <w:rPr>
          <w:rFonts w:ascii="Arial" w:hAnsi="Arial" w:eastAsia="Arial" w:cs="Arial"/>
        </w:rPr>
        <w:t xml:space="preserve"> </w:t>
      </w:r>
      <w:r>
        <w:rPr>
          <w:rFonts w:ascii="Gadugi" w:hAnsi="Gadugi" w:eastAsia="Gadugi" w:cs="Gadugi"/>
        </w:rPr>
        <w:t>ᎠᎩᏍᏆᏂᎪᏗᏍᎬᎢ</w:t>
      </w:r>
    </w:p>
    <w:p>
      <w:pPr>
        <w:pStyle w:val="ArticleBody"/>
        <w:jc w:val="left"/>
      </w:pPr>
      <w:r>
        <w:rPr>
          <w:rFonts w:ascii="Times New Roman" w:hAnsi="Times New Roman" w:eastAsia="Times New Roman" w:cs="Times New Roman"/>
        </w:rPr>
        <w:t>Donald Trump a Danielpa qhipa pachak kutichäwipan nayrïr jach’a yatichäwipawa, uka kutichäwix taqpach qillqat profecianakan tukuy jach’a p’iqinchäwipawa, janiw Danielan pankanakankkiti sapakiti, jan ukasti taqpach Bibliankiwa.</w:t>
      </w:r>
    </w:p>
    <w:p>
      <w:pPr>
        <w:pStyle w:val="ArticleBody"/>
        <w:jc w:val="left"/>
      </w:pP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दर्शनको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वचनभित्र</w:t>
      </w:r>
      <w:r>
        <w:rPr>
          <w:rFonts w:ascii="Times New Roman" w:hAnsi="Times New Roman" w:eastAsia="Times New Roman" w:cs="Times New Roman"/>
        </w:rPr>
        <w:t xml:space="preserve">, </w:t>
      </w:r>
      <w:r>
        <w:rPr>
          <w:rFonts w:ascii="Nirmala UI" w:hAnsi="Nirmala UI" w:eastAsia="Nirmala UI" w:cs="Nirmala UI"/>
        </w:rPr>
        <w:t>डोनाल्ड</w:t>
      </w:r>
      <w:r>
        <w:rPr>
          <w:rFonts w:ascii="Times New Roman" w:hAnsi="Times New Roman" w:eastAsia="Times New Roman" w:cs="Times New Roman"/>
        </w:rPr>
        <w:t xml:space="preserve"> </w:t>
      </w:r>
      <w:r>
        <w:rPr>
          <w:rFonts w:ascii="Nirmala UI" w:hAnsi="Nirmala UI" w:eastAsia="Nirmala UI" w:cs="Nirmala UI"/>
        </w:rPr>
        <w:t>ट्रम्प</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चालीसको</w:t>
      </w:r>
      <w:r>
        <w:rPr>
          <w:rFonts w:ascii="Times New Roman" w:hAnsi="Times New Roman" w:eastAsia="Times New Roman" w:cs="Times New Roman"/>
        </w:rPr>
        <w:t xml:space="preserve"> </w:t>
      </w:r>
      <w:r>
        <w:rPr>
          <w:rFonts w:ascii="Nirmala UI" w:hAnsi="Nirmala UI" w:eastAsia="Nirmala UI" w:cs="Nirmala UI"/>
        </w:rPr>
        <w:t>गुप्त</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बाह्य</w:t>
      </w:r>
      <w:r>
        <w:rPr>
          <w:rFonts w:ascii="Times New Roman" w:hAnsi="Times New Roman" w:eastAsia="Times New Roman" w:cs="Times New Roman"/>
        </w:rPr>
        <w:t xml:space="preserve"> </w:t>
      </w:r>
      <w:r>
        <w:rPr>
          <w:rFonts w:ascii="Nirmala UI" w:hAnsi="Nirmala UI" w:eastAsia="Nirmala UI" w:cs="Nirmala UI"/>
        </w:rPr>
        <w:t>अन्त्य</w:t>
      </w:r>
      <w:r>
        <w:rPr>
          <w:rFonts w:ascii="Times New Roman" w:hAnsi="Times New Roman" w:eastAsia="Times New Roman" w:cs="Times New Roman"/>
        </w:rPr>
        <w:t>-</w:t>
      </w:r>
      <w:r>
        <w:rPr>
          <w:rFonts w:ascii="Nirmala UI" w:hAnsi="Nirmala UI" w:eastAsia="Nirmala UI" w:cs="Nirmala UI"/>
        </w:rPr>
        <w:t>दिनको</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पदचिन्हहरूलाई</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कडी</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हजारको</w:t>
      </w:r>
      <w:r>
        <w:rPr>
          <w:rFonts w:ascii="Times New Roman" w:hAnsi="Times New Roman" w:eastAsia="Times New Roman" w:cs="Times New Roman"/>
        </w:rPr>
        <w:t xml:space="preserve"> </w:t>
      </w:r>
      <w:r>
        <w:rPr>
          <w:rFonts w:ascii="Nirmala UI" w:hAnsi="Nirmala UI" w:eastAsia="Nirmala UI" w:cs="Nirmala UI"/>
        </w:rPr>
        <w:t>आन्तरिक</w:t>
      </w:r>
      <w:r>
        <w:rPr>
          <w:rFonts w:ascii="Times New Roman" w:hAnsi="Times New Roman" w:eastAsia="Times New Roman" w:cs="Times New Roman"/>
        </w:rPr>
        <w:t xml:space="preserve"> </w:t>
      </w:r>
      <w:r>
        <w:rPr>
          <w:rFonts w:ascii="Nirmala UI" w:hAnsi="Nirmala UI" w:eastAsia="Nirmala UI" w:cs="Nirmala UI"/>
        </w:rPr>
        <w:t>रेखालाई</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तेह्रको</w:t>
      </w:r>
      <w:r>
        <w:rPr>
          <w:rFonts w:ascii="Times New Roman" w:hAnsi="Times New Roman" w:eastAsia="Times New Roman" w:cs="Times New Roman"/>
        </w:rPr>
        <w:t xml:space="preserve"> </w:t>
      </w:r>
      <w:r>
        <w:rPr>
          <w:rFonts w:ascii="Nirmala UI" w:hAnsi="Nirmala UI" w:eastAsia="Nirmala UI" w:cs="Nirmala UI"/>
        </w:rPr>
        <w:t>पृथ्वीको</w:t>
      </w:r>
      <w:r>
        <w:rPr>
          <w:rFonts w:ascii="Times New Roman" w:hAnsi="Times New Roman" w:eastAsia="Times New Roman" w:cs="Times New Roman"/>
        </w:rPr>
        <w:t xml:space="preserve"> </w:t>
      </w:r>
      <w:r>
        <w:rPr>
          <w:rFonts w:ascii="Nirmala UI" w:hAnsi="Nirmala UI" w:eastAsia="Nirmala UI" w:cs="Nirmala UI"/>
        </w:rPr>
        <w:t>पशुमाथिको</w:t>
      </w:r>
      <w:r>
        <w:rPr>
          <w:rFonts w:ascii="Times New Roman" w:hAnsi="Times New Roman" w:eastAsia="Times New Roman" w:cs="Times New Roman"/>
        </w:rPr>
        <w:t xml:space="preserve"> </w:t>
      </w:r>
      <w:r>
        <w:rPr>
          <w:rFonts w:ascii="Nirmala UI" w:hAnsi="Nirmala UI" w:eastAsia="Nirmala UI" w:cs="Nirmala UI"/>
        </w:rPr>
        <w:t>प्रोटेस्टेन्ट</w:t>
      </w:r>
      <w:r>
        <w:rPr>
          <w:rFonts w:ascii="Times New Roman" w:hAnsi="Times New Roman" w:eastAsia="Times New Roman" w:cs="Times New Roman"/>
        </w:rPr>
        <w:t xml:space="preserve"> </w:t>
      </w:r>
      <w:r>
        <w:rPr>
          <w:rFonts w:ascii="Nirmala UI" w:hAnsi="Nirmala UI" w:eastAsia="Nirmala UI" w:cs="Nirmala UI"/>
        </w:rPr>
        <w:t>सिङ्ग</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डोनाल्ड</w:t>
      </w:r>
      <w:r>
        <w:rPr>
          <w:rFonts w:ascii="Times New Roman" w:hAnsi="Times New Roman" w:eastAsia="Times New Roman" w:cs="Times New Roman"/>
        </w:rPr>
        <w:t xml:space="preserve"> </w:t>
      </w:r>
      <w:r>
        <w:rPr>
          <w:rFonts w:ascii="Nirmala UI" w:hAnsi="Nirmala UI" w:eastAsia="Nirmala UI" w:cs="Nirmala UI"/>
        </w:rPr>
        <w:t>ट्रम्पले</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पशुको</w:t>
      </w:r>
      <w:r>
        <w:rPr>
          <w:rFonts w:ascii="Times New Roman" w:hAnsi="Times New Roman" w:eastAsia="Times New Roman" w:cs="Times New Roman"/>
        </w:rPr>
        <w:t xml:space="preserve"> </w:t>
      </w:r>
      <w:r>
        <w:rPr>
          <w:rFonts w:ascii="Nirmala UI" w:hAnsi="Nirmala UI" w:eastAsia="Nirmala UI" w:cs="Nirmala UI"/>
        </w:rPr>
        <w:t>रिपब्लिकन</w:t>
      </w:r>
      <w:r>
        <w:rPr>
          <w:rFonts w:ascii="Times New Roman" w:hAnsi="Times New Roman" w:eastAsia="Times New Roman" w:cs="Times New Roman"/>
        </w:rPr>
        <w:t xml:space="preserve"> </w:t>
      </w:r>
      <w:r>
        <w:rPr>
          <w:rFonts w:ascii="Nirmala UI" w:hAnsi="Nirmala UI" w:eastAsia="Nirmala UI" w:cs="Nirmala UI"/>
        </w:rPr>
        <w:t>सिङ्गको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अमेरिकाको</w:t>
      </w:r>
      <w:r>
        <w:rPr>
          <w:rFonts w:ascii="Times New Roman" w:hAnsi="Times New Roman" w:eastAsia="Times New Roman" w:cs="Times New Roman"/>
        </w:rPr>
        <w:t xml:space="preserve"> </w:t>
      </w:r>
      <w:r>
        <w:rPr>
          <w:rFonts w:ascii="Nirmala UI" w:hAnsi="Nirmala UI" w:eastAsia="Nirmala UI" w:cs="Nirmala UI"/>
        </w:rPr>
        <w:t>संविधान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संवैधानिक</w:t>
      </w:r>
      <w:r>
        <w:rPr>
          <w:rFonts w:ascii="Times New Roman" w:hAnsi="Times New Roman" w:eastAsia="Times New Roman" w:cs="Times New Roman"/>
        </w:rPr>
        <w:t xml:space="preserve"> </w:t>
      </w:r>
      <w:r>
        <w:rPr>
          <w:rFonts w:ascii="Nirmala UI" w:hAnsi="Nirmala UI" w:eastAsia="Nirmala UI" w:cs="Nirmala UI"/>
        </w:rPr>
        <w:t>गणतान्त्रिक</w:t>
      </w:r>
      <w:r>
        <w:rPr>
          <w:rFonts w:ascii="Times New Roman" w:hAnsi="Times New Roman" w:eastAsia="Times New Roman" w:cs="Times New Roman"/>
        </w:rPr>
        <w:t xml:space="preserve"> </w:t>
      </w:r>
      <w:r>
        <w:rPr>
          <w:rFonts w:ascii="Nirmala UI" w:hAnsi="Nirmala UI" w:eastAsia="Nirmala UI" w:cs="Nirmala UI"/>
        </w:rPr>
        <w:t>सरकारद्वारा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आरम्भमा</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सिङ्गबीच</w:t>
      </w:r>
      <w:r>
        <w:rPr>
          <w:rFonts w:ascii="Times New Roman" w:hAnsi="Times New Roman" w:eastAsia="Times New Roman" w:cs="Times New Roman"/>
        </w:rPr>
        <w:t xml:space="preserve"> </w:t>
      </w:r>
      <w:r>
        <w:rPr>
          <w:rFonts w:ascii="Nirmala UI" w:hAnsi="Nirmala UI" w:eastAsia="Nirmala UI" w:cs="Nirmala UI"/>
        </w:rPr>
        <w:t>पृथक्करण</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अन्ततः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सिङ्गहरूलाई</w:t>
      </w:r>
      <w:r>
        <w:rPr>
          <w:rFonts w:ascii="Times New Roman" w:hAnsi="Times New Roman" w:eastAsia="Times New Roman" w:cs="Times New Roman"/>
        </w:rPr>
        <w:t xml:space="preserve"> </w:t>
      </w:r>
      <w:r>
        <w:rPr>
          <w:rFonts w:ascii="Nirmala UI" w:hAnsi="Nirmala UI" w:eastAsia="Nirmala UI" w:cs="Nirmala UI"/>
        </w:rPr>
        <w:t>पोपसम्बन्धी</w:t>
      </w:r>
      <w:r>
        <w:rPr>
          <w:rFonts w:ascii="Times New Roman" w:hAnsi="Times New Roman" w:eastAsia="Times New Roman" w:cs="Times New Roman"/>
        </w:rPr>
        <w:t xml:space="preserve"> </w:t>
      </w:r>
      <w:r>
        <w:rPr>
          <w:rFonts w:ascii="Nirmala UI" w:hAnsi="Nirmala UI" w:eastAsia="Nirmala UI" w:cs="Nirmala UI"/>
        </w:rPr>
        <w:t>समुद्री</w:t>
      </w:r>
      <w:r>
        <w:rPr>
          <w:rFonts w:ascii="Times New Roman" w:hAnsi="Times New Roman" w:eastAsia="Times New Roman" w:cs="Times New Roman"/>
        </w:rPr>
        <w:t xml:space="preserve"> </w:t>
      </w:r>
      <w:r>
        <w:rPr>
          <w:rFonts w:ascii="Nirmala UI" w:hAnsi="Nirmala UI" w:eastAsia="Nirmala UI" w:cs="Nirmala UI"/>
        </w:rPr>
        <w:t>पशुको</w:t>
      </w:r>
      <w:r>
        <w:rPr>
          <w:rFonts w:ascii="Times New Roman" w:hAnsi="Times New Roman" w:eastAsia="Times New Roman" w:cs="Times New Roman"/>
        </w:rPr>
        <w:t xml:space="preserve"> </w:t>
      </w:r>
      <w:r>
        <w:rPr>
          <w:rFonts w:ascii="Nirmala UI" w:hAnsi="Nirmala UI" w:eastAsia="Nirmala UI" w:cs="Nirmala UI"/>
        </w:rPr>
        <w:t>प्रतिमामा</w:t>
      </w:r>
      <w:r>
        <w:rPr>
          <w:rFonts w:ascii="Times New Roman" w:hAnsi="Times New Roman" w:eastAsia="Times New Roman" w:cs="Times New Roman"/>
        </w:rPr>
        <w:t xml:space="preserve"> </w:t>
      </w:r>
      <w:r>
        <w:rPr>
          <w:rFonts w:ascii="Nirmala UI" w:hAnsi="Nirmala UI" w:eastAsia="Nirmala UI" w:cs="Nirmala UI"/>
        </w:rPr>
        <w:t>एकताबद्ध</w:t>
      </w:r>
      <w:r>
        <w:rPr>
          <w:rFonts w:ascii="Times New Roman" w:hAnsi="Times New Roman" w:eastAsia="Times New Roman" w:cs="Times New Roman"/>
        </w:rPr>
        <w:t xml:space="preserve"> </w:t>
      </w:r>
      <w:r>
        <w:rPr>
          <w:rFonts w:ascii="Nirmala UI" w:hAnsi="Nirmala UI" w:eastAsia="Nirmala UI" w:cs="Nirmala UI"/>
        </w:rPr>
        <w:t>गर्छ।</w:t>
      </w:r>
    </w:p>
    <w:p>
      <w:pPr>
        <w:pStyle w:val="ArticleBody"/>
        <w:jc w:val="left"/>
      </w:pPr>
      <w:r>
        <w:rPr>
          <w:rFonts w:ascii="Times New Roman" w:hAnsi="Times New Roman" w:eastAsia="Times New Roman" w:cs="Times New Roman"/>
        </w:rPr>
        <w:t>Sister White sapa kuti chiyeru cha golide cha chaputala chachitatu cha Daniel chikuyimira mobwerezabwereza lamulo la Sabata la Lamlungu la masiku otsiriza; nanga, Nebukadinezara akuimira ndani? Chikhulupiriro cha Adventist chidzakuwuzani kuti akuimira United States, chirombo cha pa dziko lapansi cha chaputala cha khumi ndi zitatu cha Chivumbulutso, zomwe zikufanana ndi kuzindikiritsa kuti anali Babuloni amene anaponya Shadiraki, Meshaki ndi Abedenego m’moto. Anali Nebukadinezara amene Baibulo limamuzindikiritsa kuti ndi amene anali ndi udindo pa nthawi ya lamulo la Sabata la Lamlungu, choncho Nebukadinezara ndi ndani, ngati si pulezidenti amene akulamulira pamene lamulo la Sabata la Lamlungu lomwe likubwera posachedwa lifika?</w:t>
      </w:r>
    </w:p>
    <w:p>
      <w:pPr>
        <w:pStyle w:val="ArticleHeading"/>
        <w:jc w:val="left"/>
      </w:pPr>
      <w:r>
        <w:rPr>
          <w:rFonts w:ascii="Arial" w:hAnsi="Arial" w:eastAsia="Arial" w:cs="Arial"/>
        </w:rPr>
        <w:t>Ñanpuni</w:t>
      </w:r>
    </w:p>
    <w:p>
      <w:pPr>
        <w:pStyle w:val="ArticleBody"/>
        <w:jc w:val="left"/>
      </w:pPr>
      <w:r>
        <w:rPr>
          <w:rFonts w:ascii="Nirmala UI" w:hAnsi="Nirmala UI" w:eastAsia="Nirmala UI" w:cs="Nirmala UI"/>
        </w:rPr>
        <w:t>किताब</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हिद्देकेल</w:t>
      </w:r>
      <w:r>
        <w:rPr>
          <w:rFonts w:ascii="Times New Roman" w:hAnsi="Times New Roman" w:eastAsia="Times New Roman" w:cs="Times New Roman"/>
        </w:rPr>
        <w:t xml:space="preserve"> </w:t>
      </w:r>
      <w:r>
        <w:rPr>
          <w:rFonts w:ascii="Nirmala UI" w:hAnsi="Nirmala UI" w:eastAsia="Nirmala UI" w:cs="Nirmala UI"/>
        </w:rPr>
        <w:t>नदी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विभाजित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चौदह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विशेषताओं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अनुरूप</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चौदह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हिद्देकेल</w:t>
      </w:r>
      <w:r>
        <w:rPr>
          <w:rFonts w:ascii="Times New Roman" w:hAnsi="Times New Roman" w:eastAsia="Times New Roman" w:cs="Times New Roman"/>
        </w:rPr>
        <w:t xml:space="preserve"> </w:t>
      </w:r>
      <w:r>
        <w:rPr>
          <w:rFonts w:ascii="Nirmala UI" w:hAnsi="Nirmala UI" w:eastAsia="Nirmala UI" w:cs="Nirmala UI"/>
        </w:rPr>
        <w:t>नदी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Visión qhipa Danielpa qhipa qhawariyninqa hebreo simi “chiqa” nisqapa ruwasqan ch’akatasqanman churakusqa kachkan; chay simiqa hebreo alfabetoq ñawpaq, chunka kinsayuq, hinaspa qhipa, iskay chunka iskayniyuq killqakunamantam ruwasqa. Chunka capítuloqa Danielta profecíapa yachaqnin hina reqsichin; payqa iskay chunka iskayniyuq p’unchaypi huk Laodiceamanta huk Philadelphiaman tukusqa. Chaymanta Danielqa kallpachasqa kachkan chunka iskay capítulope rikuchisqa mana selloswan wichqasqa yachay yapakuyninta entiendenanpaq. Visiónpa ñawpaq hinaspa qhipa capitulonkunaqa Danielta pachak tawa chunka tawayuq waranqa runakunapa unanchaqnin hina reqsichin, paykunaqa profecíapa cheqaq yachaqninmi kanku.</w:t>
      </w:r>
    </w:p>
    <w:p>
      <w:pPr>
        <w:pStyle w:val="ArticleScripture"/>
        <w:jc w:val="left"/>
      </w:pPr>
      <w:r>
        <w:rPr>
          <w:rFonts w:ascii="Times New Roman" w:hAnsi="Times New Roman" w:eastAsia="Times New Roman" w:cs="Times New Roman"/>
        </w:rPr>
        <w:t>«Адам баласының ақыл-ой жағынан қаншалықты ілгерілеуі мүмкін болса да, ол бір сәтке де Киелі жазбаларды терең әрі үздіксіз зерттеп, одан көбірек нұр іздеудің қажеті жоқ деп ойламасын. Біз халық ретінде әрқайсымыз жеке-жеке пайғамбарлықты зерттеушілер болуға шақырылдық». Testimonies, volume 5, 708.</w:t>
      </w:r>
    </w:p>
    <w:p>
      <w:pPr>
        <w:pStyle w:val="ArticleBody"/>
        <w:jc w:val="left"/>
      </w:pPr>
      <w:r>
        <w:rPr>
          <w:rFonts w:ascii="Times New Roman" w:hAnsi="Times New Roman" w:eastAsia="Times New Roman" w:cs="Times New Roman"/>
        </w:rPr>
        <w:t>باب اول همان حقایق رؤیای رود حِدِّقِل را مشخص می‌کند، و باب اولِ رؤیای رود حِدِّقِل نیز همان حقیقتی را مشخص می‌سازد که باب سوم و آخر آن بیان می‌کند. کتاب دانیال مُهرِ آلفا و اُمگا را بر خود دارد، زیرا باب اول فرایند آزمونِ سه‌مرحله‌ایِ انجیل جاودانی را معرفی می‌کند و باب دوازدهم نیز همین‌گونه است. سپس در میان سه بابی که رؤیای نهایی دانیال را تشکیل می‌دهند، باب اول آلفاست و باب سوم اُمگاست. این با نخستین آزمون دانیال درباره اینکه چه خوراکی بخورد، و با سومین و آخرین آزمون او هنگامی که پس از سه سال به‌وسیله نبوکدنصر داوری شد، هماهنگ است. آزمون آلفای باب اول دانیال درباره روش‌شناسیِ مطالعهٔ کتاب‌مقدس بود، چنان‌که با خوردن یا نخوردنِ خوراک بابلی یا خوراک گیاهی نمود یافته بود.</w:t>
      </w:r>
    </w:p>
    <w:p>
      <w:pPr>
        <w:pStyle w:val="ArticleBody"/>
        <w:jc w:val="left"/>
      </w:pPr>
      <w:r>
        <w:rPr>
          <w:rFonts w:ascii="Nirmala UI" w:hAnsi="Nirmala UI" w:eastAsia="Nirmala UI" w:cs="Nirmala UI"/>
        </w:rPr>
        <w:t>வார்த்தைக்கு</w:t>
      </w:r>
      <w:r>
        <w:rPr>
          <w:rFonts w:ascii="Times New Roman" w:hAnsi="Times New Roman" w:eastAsia="Times New Roman" w:cs="Times New Roman"/>
        </w:rPr>
        <w:t xml:space="preserve"> </w:t>
      </w:r>
      <w:r>
        <w:rPr>
          <w:rFonts w:ascii="Nirmala UI" w:hAnsi="Nirmala UI" w:eastAsia="Nirmala UI" w:cs="Nirmala UI"/>
        </w:rPr>
        <w:t>வார்த்தை</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வரியின்மேல்</w:t>
      </w:r>
      <w:r>
        <w:rPr>
          <w:rFonts w:ascii="Times New Roman" w:hAnsi="Times New Roman" w:eastAsia="Times New Roman" w:cs="Times New Roman"/>
        </w:rPr>
        <w:t xml:space="preserve"> </w:t>
      </w:r>
      <w:r>
        <w:rPr>
          <w:rFonts w:ascii="Nirmala UI" w:hAnsi="Nirmala UI" w:eastAsia="Nirmala UI" w:cs="Nirmala UI"/>
        </w:rPr>
        <w:t>வரி</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முறைக்கு</w:t>
      </w:r>
      <w:r>
        <w:rPr>
          <w:rFonts w:ascii="Times New Roman" w:hAnsi="Times New Roman" w:eastAsia="Times New Roman" w:cs="Times New Roman"/>
        </w:rPr>
        <w:t xml:space="preserve"> </w:t>
      </w:r>
      <w:r>
        <w:rPr>
          <w:rFonts w:ascii="Nirmala UI" w:hAnsi="Nirmala UI" w:eastAsia="Nirmala UI" w:cs="Nirmala UI"/>
        </w:rPr>
        <w:t>தானியேலின்</w:t>
      </w:r>
      <w:r>
        <w:rPr>
          <w:rFonts w:ascii="Times New Roman" w:hAnsi="Times New Roman" w:eastAsia="Times New Roman" w:cs="Times New Roman"/>
        </w:rPr>
        <w:t xml:space="preserve"> </w:t>
      </w:r>
      <w:r>
        <w:rPr>
          <w:rFonts w:ascii="Nirmala UI" w:hAnsi="Nirmala UI" w:eastAsia="Nirmala UI" w:cs="Nirmala UI"/>
        </w:rPr>
        <w:t>விசுவாசம்</w:t>
      </w:r>
      <w:r>
        <w:rPr>
          <w:rFonts w:ascii="Times New Roman" w:hAnsi="Times New Roman" w:eastAsia="Times New Roman" w:cs="Times New Roman"/>
        </w:rPr>
        <w:t xml:space="preserve"> </w:t>
      </w:r>
      <w:r>
        <w:rPr>
          <w:rFonts w:ascii="Nirmala UI" w:hAnsi="Nirmala UI" w:eastAsia="Nirmala UI" w:cs="Nirmala UI"/>
        </w:rPr>
        <w:t>காரணமாக</w:t>
      </w:r>
      <w:r>
        <w:rPr>
          <w:rFonts w:ascii="Times New Roman" w:hAnsi="Times New Roman" w:eastAsia="Times New Roman" w:cs="Times New Roman"/>
        </w:rPr>
        <w:t>, “</w:t>
      </w:r>
      <w:r>
        <w:rPr>
          <w:rFonts w:ascii="Nirmala UI" w:hAnsi="Nirmala UI" w:eastAsia="Nirmala UI" w:cs="Nirmala UI"/>
        </w:rPr>
        <w:t>ஞானமும்</w:t>
      </w:r>
      <w:r>
        <w:rPr>
          <w:rFonts w:ascii="Times New Roman" w:hAnsi="Times New Roman" w:eastAsia="Times New Roman" w:cs="Times New Roman"/>
        </w:rPr>
        <w:t xml:space="preserve"> </w:t>
      </w:r>
      <w:r>
        <w:rPr>
          <w:rFonts w:ascii="Nirmala UI" w:hAnsi="Nirmala UI" w:eastAsia="Nirmala UI" w:cs="Nirmala UI"/>
        </w:rPr>
        <w:t>புத்தியும்</w:t>
      </w:r>
      <w:r>
        <w:rPr>
          <w:rFonts w:ascii="Times New Roman" w:hAnsi="Times New Roman" w:eastAsia="Times New Roman" w:cs="Times New Roman"/>
        </w:rPr>
        <w:t xml:space="preserve"> </w:t>
      </w:r>
      <w:r>
        <w:rPr>
          <w:rFonts w:ascii="Nirmala UI" w:hAnsi="Nirmala UI" w:eastAsia="Nirmala UI" w:cs="Nirmala UI"/>
        </w:rPr>
        <w:t>சம்பந்தமான</w:t>
      </w:r>
      <w:r>
        <w:rPr>
          <w:rFonts w:ascii="Times New Roman" w:hAnsi="Times New Roman" w:eastAsia="Times New Roman" w:cs="Times New Roman"/>
        </w:rPr>
        <w:t xml:space="preserve"> </w:t>
      </w:r>
      <w:r>
        <w:rPr>
          <w:rFonts w:ascii="Nirmala UI" w:hAnsi="Nirmala UI" w:eastAsia="Nirmala UI" w:cs="Nirmala UI"/>
        </w:rPr>
        <w:t>எல்லா</w:t>
      </w:r>
      <w:r>
        <w:rPr>
          <w:rFonts w:ascii="Times New Roman" w:hAnsi="Times New Roman" w:eastAsia="Times New Roman" w:cs="Times New Roman"/>
        </w:rPr>
        <w:t xml:space="preserve"> </w:t>
      </w:r>
      <w:r>
        <w:rPr>
          <w:rFonts w:ascii="Nirmala UI" w:hAnsi="Nirmala UI" w:eastAsia="Nirmala UI" w:cs="Nirmala UI"/>
        </w:rPr>
        <w:t>விஷயங்களிலும்</w:t>
      </w:r>
      <w:r>
        <w:rPr>
          <w:rFonts w:ascii="Times New Roman" w:hAnsi="Times New Roman" w:eastAsia="Times New Roman" w:cs="Times New Roman"/>
        </w:rPr>
        <w:t xml:space="preserve"> </w:t>
      </w:r>
      <w:r>
        <w:rPr>
          <w:rFonts w:ascii="Nirmala UI" w:hAnsi="Nirmala UI" w:eastAsia="Nirmala UI" w:cs="Nirmala UI"/>
        </w:rPr>
        <w:t>ராஜா</w:t>
      </w:r>
      <w:r>
        <w:rPr>
          <w:rFonts w:ascii="Times New Roman" w:hAnsi="Times New Roman" w:eastAsia="Times New Roman" w:cs="Times New Roman"/>
        </w:rPr>
        <w:t xml:space="preserve"> </w:t>
      </w:r>
      <w:r>
        <w:rPr>
          <w:rFonts w:ascii="Nirmala UI" w:hAnsi="Nirmala UI" w:eastAsia="Nirmala UI" w:cs="Nirmala UI"/>
        </w:rPr>
        <w:t>அவர்களிடத்தில்</w:t>
      </w:r>
      <w:r>
        <w:rPr>
          <w:rFonts w:ascii="Times New Roman" w:hAnsi="Times New Roman" w:eastAsia="Times New Roman" w:cs="Times New Roman"/>
        </w:rPr>
        <w:t xml:space="preserve"> </w:t>
      </w:r>
      <w:r>
        <w:rPr>
          <w:rFonts w:ascii="Nirmala UI" w:hAnsi="Nirmala UI" w:eastAsia="Nirmala UI" w:cs="Nirmala UI"/>
        </w:rPr>
        <w:t>விசாரித்தபோது</w:t>
      </w:r>
      <w:r>
        <w:rPr>
          <w:rFonts w:ascii="Times New Roman" w:hAnsi="Times New Roman" w:eastAsia="Times New Roman" w:cs="Times New Roman"/>
        </w:rPr>
        <w:t xml:space="preserve">, </w:t>
      </w:r>
      <w:r>
        <w:rPr>
          <w:rFonts w:ascii="Nirmala UI" w:hAnsi="Nirmala UI" w:eastAsia="Nirmala UI" w:cs="Nirmala UI"/>
        </w:rPr>
        <w:t>தன்</w:t>
      </w:r>
      <w:r>
        <w:rPr>
          <w:rFonts w:ascii="Times New Roman" w:hAnsi="Times New Roman" w:eastAsia="Times New Roman" w:cs="Times New Roman"/>
        </w:rPr>
        <w:t xml:space="preserve"> </w:t>
      </w:r>
      <w:r>
        <w:rPr>
          <w:rFonts w:ascii="Nirmala UI" w:hAnsi="Nirmala UI" w:eastAsia="Nirmala UI" w:cs="Nirmala UI"/>
        </w:rPr>
        <w:t>ராஜ்யமெங்கும்</w:t>
      </w:r>
      <w:r>
        <w:rPr>
          <w:rFonts w:ascii="Times New Roman" w:hAnsi="Times New Roman" w:eastAsia="Times New Roman" w:cs="Times New Roman"/>
        </w:rPr>
        <w:t xml:space="preserve"> </w:t>
      </w:r>
      <w:r>
        <w:rPr>
          <w:rFonts w:ascii="Nirmala UI" w:hAnsi="Nirmala UI" w:eastAsia="Nirmala UI" w:cs="Nirmala UI"/>
        </w:rPr>
        <w:t>இருந்த</w:t>
      </w:r>
      <w:r>
        <w:rPr>
          <w:rFonts w:ascii="Times New Roman" w:hAnsi="Times New Roman" w:eastAsia="Times New Roman" w:cs="Times New Roman"/>
        </w:rPr>
        <w:t xml:space="preserve"> </w:t>
      </w:r>
      <w:r>
        <w:rPr>
          <w:rFonts w:ascii="Nirmala UI" w:hAnsi="Nirmala UI" w:eastAsia="Nirmala UI" w:cs="Nirmala UI"/>
        </w:rPr>
        <w:t>சகல</w:t>
      </w:r>
      <w:r>
        <w:rPr>
          <w:rFonts w:ascii="Times New Roman" w:hAnsi="Times New Roman" w:eastAsia="Times New Roman" w:cs="Times New Roman"/>
        </w:rPr>
        <w:t xml:space="preserve"> </w:t>
      </w:r>
      <w:r>
        <w:rPr>
          <w:rFonts w:ascii="Nirmala UI" w:hAnsi="Nirmala UI" w:eastAsia="Nirmala UI" w:cs="Nirmala UI"/>
        </w:rPr>
        <w:t>மாந்திரிகரையும்</w:t>
      </w:r>
      <w:r>
        <w:rPr>
          <w:rFonts w:ascii="Times New Roman" w:hAnsi="Times New Roman" w:eastAsia="Times New Roman" w:cs="Times New Roman"/>
        </w:rPr>
        <w:t xml:space="preserve"> </w:t>
      </w:r>
      <w:r>
        <w:rPr>
          <w:rFonts w:ascii="Nirmala UI" w:hAnsi="Nirmala UI" w:eastAsia="Nirmala UI" w:cs="Nirmala UI"/>
        </w:rPr>
        <w:t>ஜோதிடரையும்</w:t>
      </w:r>
      <w:r>
        <w:rPr>
          <w:rFonts w:ascii="Times New Roman" w:hAnsi="Times New Roman" w:eastAsia="Times New Roman" w:cs="Times New Roman"/>
        </w:rPr>
        <w:t xml:space="preserve"> </w:t>
      </w:r>
      <w:r>
        <w:rPr>
          <w:rFonts w:ascii="Nirmala UI" w:hAnsi="Nirmala UI" w:eastAsia="Nirmala UI" w:cs="Nirmala UI"/>
        </w:rPr>
        <w:t>விட</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பத்துமடங்கு</w:t>
      </w:r>
      <w:r>
        <w:rPr>
          <w:rFonts w:ascii="Times New Roman" w:hAnsi="Times New Roman" w:eastAsia="Times New Roman" w:cs="Times New Roman"/>
        </w:rPr>
        <w:t xml:space="preserve"> </w:t>
      </w:r>
      <w:r>
        <w:rPr>
          <w:rFonts w:ascii="Nirmala UI" w:hAnsi="Nirmala UI" w:eastAsia="Nirmala UI" w:cs="Nirmala UI"/>
        </w:rPr>
        <w:t>மேலானவர்களாக</w:t>
      </w:r>
      <w:r>
        <w:rPr>
          <w:rFonts w:ascii="Times New Roman" w:hAnsi="Times New Roman" w:eastAsia="Times New Roman" w:cs="Times New Roman"/>
        </w:rPr>
        <w:t xml:space="preserve"> </w:t>
      </w:r>
      <w:r>
        <w:rPr>
          <w:rFonts w:ascii="Nirmala UI" w:hAnsi="Nirmala UI" w:eastAsia="Nirmala UI" w:cs="Nirmala UI"/>
        </w:rPr>
        <w:t>கண்டான்</w:t>
      </w:r>
      <w:r>
        <w:rPr>
          <w:rFonts w:ascii="Times New Roman" w:hAnsi="Times New Roman" w:eastAsia="Times New Roman" w:cs="Times New Roman"/>
        </w:rPr>
        <w:t xml:space="preserve">.” </w:t>
      </w:r>
      <w:r>
        <w:rPr>
          <w:rFonts w:ascii="Nirmala UI" w:hAnsi="Nirmala UI" w:eastAsia="Nirmala UI" w:cs="Nirmala UI"/>
        </w:rPr>
        <w:t>ஓமேகா</w:t>
      </w:r>
      <w:r>
        <w:rPr>
          <w:rFonts w:ascii="Times New Roman" w:hAnsi="Times New Roman" w:eastAsia="Times New Roman" w:cs="Times New Roman"/>
        </w:rPr>
        <w:t xml:space="preserve"> </w:t>
      </w:r>
      <w:r>
        <w:rPr>
          <w:rFonts w:ascii="Nirmala UI" w:hAnsi="Nirmala UI" w:eastAsia="Nirmala UI" w:cs="Nirmala UI"/>
        </w:rPr>
        <w:t>ஆகிய</w:t>
      </w:r>
      <w:r>
        <w:rPr>
          <w:rFonts w:ascii="Times New Roman" w:hAnsi="Times New Roman" w:eastAsia="Times New Roman" w:cs="Times New Roman"/>
        </w:rPr>
        <w:t xml:space="preserve"> </w:t>
      </w:r>
      <w:r>
        <w:rPr>
          <w:rFonts w:ascii="Nirmala UI" w:hAnsi="Nirmala UI" w:eastAsia="Nirmala UI" w:cs="Nirmala UI"/>
        </w:rPr>
        <w:t>பன்னிரண்டாம்</w:t>
      </w:r>
      <w:r>
        <w:rPr>
          <w:rFonts w:ascii="Times New Roman" w:hAnsi="Times New Roman" w:eastAsia="Times New Roman" w:cs="Times New Roman"/>
        </w:rPr>
        <w:t xml:space="preserve"> </w:t>
      </w:r>
      <w:r>
        <w:rPr>
          <w:rFonts w:ascii="Nirmala UI" w:hAnsi="Nirmala UI" w:eastAsia="Nirmala UI" w:cs="Nirmala UI"/>
        </w:rPr>
        <w:t>அதிகாரத்தில்</w:t>
      </w:r>
      <w:r>
        <w:rPr>
          <w:rFonts w:ascii="Times New Roman" w:hAnsi="Times New Roman" w:eastAsia="Times New Roman" w:cs="Times New Roman"/>
        </w:rPr>
        <w:t xml:space="preserve">, </w:t>
      </w:r>
      <w:r>
        <w:rPr>
          <w:rFonts w:ascii="Nirmala UI" w:hAnsi="Nirmala UI" w:eastAsia="Nirmala UI" w:cs="Nirmala UI"/>
        </w:rPr>
        <w:t>தீர்க்கதரிசன</w:t>
      </w:r>
      <w:r>
        <w:rPr>
          <w:rFonts w:ascii="Times New Roman" w:hAnsi="Times New Roman" w:eastAsia="Times New Roman" w:cs="Times New Roman"/>
        </w:rPr>
        <w:t xml:space="preserve"> </w:t>
      </w:r>
      <w:r>
        <w:rPr>
          <w:rFonts w:ascii="Nirmala UI" w:hAnsi="Nirmala UI" w:eastAsia="Nirmala UI" w:cs="Nirmala UI"/>
        </w:rPr>
        <w:t>வார்த்தை</w:t>
      </w:r>
      <w:r>
        <w:rPr>
          <w:rFonts w:ascii="Times New Roman" w:hAnsi="Times New Roman" w:eastAsia="Times New Roman" w:cs="Times New Roman"/>
        </w:rPr>
        <w:t xml:space="preserve"> </w:t>
      </w:r>
      <w:r>
        <w:rPr>
          <w:rFonts w:ascii="Nirmala UI" w:hAnsi="Nirmala UI" w:eastAsia="Nirmala UI" w:cs="Nirmala UI"/>
        </w:rPr>
        <w:t>முத்திரை</w:t>
      </w:r>
      <w:r>
        <w:rPr>
          <w:rFonts w:ascii="Times New Roman" w:hAnsi="Times New Roman" w:eastAsia="Times New Roman" w:cs="Times New Roman"/>
        </w:rPr>
        <w:t xml:space="preserve"> </w:t>
      </w:r>
      <w:r>
        <w:rPr>
          <w:rFonts w:ascii="Nirmala UI" w:hAnsi="Nirmala UI" w:eastAsia="Nirmala UI" w:cs="Nirmala UI"/>
        </w:rPr>
        <w:t>திறக்கப்படும்</w:t>
      </w:r>
      <w:r>
        <w:rPr>
          <w:rFonts w:ascii="Times New Roman" w:hAnsi="Times New Roman" w:eastAsia="Times New Roman" w:cs="Times New Roman"/>
        </w:rPr>
        <w:t xml:space="preserve"> </w:t>
      </w:r>
      <w:r>
        <w:rPr>
          <w:rFonts w:ascii="Nirmala UI" w:hAnsi="Nirmala UI" w:eastAsia="Nirmala UI" w:cs="Nirmala UI"/>
        </w:rPr>
        <w:t>போது</w:t>
      </w:r>
      <w:r>
        <w:rPr>
          <w:rFonts w:ascii="Times New Roman" w:hAnsi="Times New Roman" w:eastAsia="Times New Roman" w:cs="Times New Roman"/>
        </w:rPr>
        <w:t xml:space="preserve"> </w:t>
      </w:r>
      <w:r>
        <w:rPr>
          <w:rFonts w:ascii="Nirmala UI" w:hAnsi="Nirmala UI" w:eastAsia="Nirmala UI" w:cs="Nirmala UI"/>
        </w:rPr>
        <w:t>அதிகரிக்கப்படும்</w:t>
      </w:r>
      <w:r>
        <w:rPr>
          <w:rFonts w:ascii="Times New Roman" w:hAnsi="Times New Roman" w:eastAsia="Times New Roman" w:cs="Times New Roman"/>
        </w:rPr>
        <w:t xml:space="preserve"> </w:t>
      </w:r>
      <w:r>
        <w:rPr>
          <w:rFonts w:ascii="Nirmala UI" w:hAnsi="Nirmala UI" w:eastAsia="Nirmala UI" w:cs="Nirmala UI"/>
        </w:rPr>
        <w:t>ஞானத்தின்</w:t>
      </w:r>
      <w:r>
        <w:rPr>
          <w:rFonts w:ascii="Times New Roman" w:hAnsi="Times New Roman" w:eastAsia="Times New Roman" w:cs="Times New Roman"/>
        </w:rPr>
        <w:t xml:space="preserve"> </w:t>
      </w:r>
      <w:r>
        <w:rPr>
          <w:rFonts w:ascii="Nirmala UI" w:hAnsi="Nirmala UI" w:eastAsia="Nirmala UI" w:cs="Nirmala UI"/>
        </w:rPr>
        <w:t>எல்லா</w:t>
      </w:r>
      <w:r>
        <w:rPr>
          <w:rFonts w:ascii="Times New Roman" w:hAnsi="Times New Roman" w:eastAsia="Times New Roman" w:cs="Times New Roman"/>
        </w:rPr>
        <w:t xml:space="preserve"> </w:t>
      </w:r>
      <w:r>
        <w:rPr>
          <w:rFonts w:ascii="Nirmala UI" w:hAnsi="Nirmala UI" w:eastAsia="Nirmala UI" w:cs="Nirmala UI"/>
        </w:rPr>
        <w:t>காரியங்களையும்</w:t>
      </w:r>
      <w:r>
        <w:rPr>
          <w:rFonts w:ascii="Times New Roman" w:hAnsi="Times New Roman" w:eastAsia="Times New Roman" w:cs="Times New Roman"/>
        </w:rPr>
        <w:t xml:space="preserve"> </w:t>
      </w:r>
      <w:r>
        <w:rPr>
          <w:rFonts w:ascii="Nirmala UI" w:hAnsi="Nirmala UI" w:eastAsia="Nirmala UI" w:cs="Nirmala UI"/>
        </w:rPr>
        <w:t>புரிந்துகொள்பவர்கள்</w:t>
      </w:r>
      <w:r>
        <w:rPr>
          <w:rFonts w:ascii="Times New Roman" w:hAnsi="Times New Roman" w:eastAsia="Times New Roman" w:cs="Times New Roman"/>
        </w:rPr>
        <w:t xml:space="preserve"> </w:t>
      </w:r>
      <w:r>
        <w:rPr>
          <w:rFonts w:ascii="Nirmala UI" w:hAnsi="Nirmala UI" w:eastAsia="Nirmala UI" w:cs="Nirmala UI"/>
        </w:rPr>
        <w:t>ஞானிகளே</w:t>
      </w:r>
      <w:r>
        <w:rPr>
          <w:rFonts w:ascii="Times New Roman" w:hAnsi="Times New Roman" w:eastAsia="Times New Roman" w:cs="Times New Roman"/>
        </w:rPr>
        <w:t xml:space="preserve">. </w:t>
      </w:r>
      <w:r>
        <w:rPr>
          <w:rFonts w:ascii="Nirmala UI" w:hAnsi="Nirmala UI" w:eastAsia="Nirmala UI" w:cs="Nirmala UI"/>
        </w:rPr>
        <w:t>பன்னிரண்டாம்</w:t>
      </w:r>
      <w:r>
        <w:rPr>
          <w:rFonts w:ascii="Times New Roman" w:hAnsi="Times New Roman" w:eastAsia="Times New Roman" w:cs="Times New Roman"/>
        </w:rPr>
        <w:t xml:space="preserve"> </w:t>
      </w:r>
      <w:r>
        <w:rPr>
          <w:rFonts w:ascii="Nirmala UI" w:hAnsi="Nirmala UI" w:eastAsia="Nirmala UI" w:cs="Nirmala UI"/>
        </w:rPr>
        <w:t>அதிகாரம்</w:t>
      </w:r>
      <w:r>
        <w:rPr>
          <w:rFonts w:ascii="Times New Roman" w:hAnsi="Times New Roman" w:eastAsia="Times New Roman" w:cs="Times New Roman"/>
        </w:rPr>
        <w:t xml:space="preserve"> </w:t>
      </w:r>
      <w:r>
        <w:rPr>
          <w:rFonts w:ascii="Nirmala UI" w:hAnsi="Nirmala UI" w:eastAsia="Nirmala UI" w:cs="Nirmala UI"/>
        </w:rPr>
        <w:t>முதலாம்</w:t>
      </w:r>
      <w:r>
        <w:rPr>
          <w:rFonts w:ascii="Times New Roman" w:hAnsi="Times New Roman" w:eastAsia="Times New Roman" w:cs="Times New Roman"/>
        </w:rPr>
        <w:t xml:space="preserve"> </w:t>
      </w:r>
      <w:r>
        <w:rPr>
          <w:rFonts w:ascii="Nirmala UI" w:hAnsi="Nirmala UI" w:eastAsia="Nirmala UI" w:cs="Nirmala UI"/>
        </w:rPr>
        <w:t>அதிகாரத்திற்கும்</w:t>
      </w:r>
      <w:r>
        <w:rPr>
          <w:rFonts w:ascii="Times New Roman" w:hAnsi="Times New Roman" w:eastAsia="Times New Roman" w:cs="Times New Roman"/>
        </w:rPr>
        <w:t xml:space="preserve"> </w:t>
      </w:r>
      <w:r>
        <w:rPr>
          <w:rFonts w:ascii="Nirmala UI" w:hAnsi="Nirmala UI" w:eastAsia="Nirmala UI" w:cs="Nirmala UI"/>
        </w:rPr>
        <w:t>ஓமேகாவாகும்</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ஹித்தெக்கேல்</w:t>
      </w:r>
      <w:r>
        <w:rPr>
          <w:rFonts w:ascii="Times New Roman" w:hAnsi="Times New Roman" w:eastAsia="Times New Roman" w:cs="Times New Roman"/>
        </w:rPr>
        <w:t xml:space="preserve"> </w:t>
      </w:r>
      <w:r>
        <w:rPr>
          <w:rFonts w:ascii="Nirmala UI" w:hAnsi="Nirmala UI" w:eastAsia="Nirmala UI" w:cs="Nirmala UI"/>
        </w:rPr>
        <w:t>தரிசனத்தின்</w:t>
      </w:r>
      <w:r>
        <w:rPr>
          <w:rFonts w:ascii="Times New Roman" w:hAnsi="Times New Roman" w:eastAsia="Times New Roman" w:cs="Times New Roman"/>
        </w:rPr>
        <w:t xml:space="preserve"> </w:t>
      </w:r>
      <w:r>
        <w:rPr>
          <w:rFonts w:ascii="Nirmala UI" w:hAnsi="Nirmala UI" w:eastAsia="Nirmala UI" w:cs="Nirmala UI"/>
        </w:rPr>
        <w:t>ஆல்பாவாகிய</w:t>
      </w:r>
      <w:r>
        <w:rPr>
          <w:rFonts w:ascii="Times New Roman" w:hAnsi="Times New Roman" w:eastAsia="Times New Roman" w:cs="Times New Roman"/>
        </w:rPr>
        <w:t xml:space="preserve"> </w:t>
      </w:r>
      <w:r>
        <w:rPr>
          <w:rFonts w:ascii="Nirmala UI" w:hAnsi="Nirmala UI" w:eastAsia="Nirmala UI" w:cs="Nirmala UI"/>
        </w:rPr>
        <w:t>பத்தாம்</w:t>
      </w:r>
      <w:r>
        <w:rPr>
          <w:rFonts w:ascii="Times New Roman" w:hAnsi="Times New Roman" w:eastAsia="Times New Roman" w:cs="Times New Roman"/>
        </w:rPr>
        <w:t xml:space="preserve"> </w:t>
      </w:r>
      <w:r>
        <w:rPr>
          <w:rFonts w:ascii="Nirmala UI" w:hAnsi="Nirmala UI" w:eastAsia="Nirmala UI" w:cs="Nirmala UI"/>
        </w:rPr>
        <w:t>அதிகாரத்திற்கும்</w:t>
      </w:r>
      <w:r>
        <w:rPr>
          <w:rFonts w:ascii="Times New Roman" w:hAnsi="Times New Roman" w:eastAsia="Times New Roman" w:cs="Times New Roman"/>
        </w:rPr>
        <w:t xml:space="preserve"> </w:t>
      </w:r>
      <w:r>
        <w:rPr>
          <w:rFonts w:ascii="Nirmala UI" w:hAnsi="Nirmala UI" w:eastAsia="Nirmala UI" w:cs="Nirmala UI"/>
        </w:rPr>
        <w:t>ஓமேகாவாகும்</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ஆல்பா</w:t>
      </w:r>
      <w:r>
        <w:rPr>
          <w:rFonts w:ascii="Times New Roman" w:hAnsi="Times New Roman" w:eastAsia="Times New Roman" w:cs="Times New Roman"/>
        </w:rPr>
        <w:t xml:space="preserve"> </w:t>
      </w:r>
      <w:r>
        <w:rPr>
          <w:rFonts w:ascii="Nirmala UI" w:hAnsi="Nirmala UI" w:eastAsia="Nirmala UI" w:cs="Nirmala UI"/>
        </w:rPr>
        <w:t>ஆகிய</w:t>
      </w:r>
      <w:r>
        <w:rPr>
          <w:rFonts w:ascii="Times New Roman" w:hAnsi="Times New Roman" w:eastAsia="Times New Roman" w:cs="Times New Roman"/>
        </w:rPr>
        <w:t xml:space="preserve"> </w:t>
      </w:r>
      <w:r>
        <w:rPr>
          <w:rFonts w:ascii="Nirmala UI" w:hAnsi="Nirmala UI" w:eastAsia="Nirmala UI" w:cs="Nirmala UI"/>
        </w:rPr>
        <w:t>பத்தாம்</w:t>
      </w:r>
      <w:r>
        <w:rPr>
          <w:rFonts w:ascii="Times New Roman" w:hAnsi="Times New Roman" w:eastAsia="Times New Roman" w:cs="Times New Roman"/>
        </w:rPr>
        <w:t xml:space="preserve"> </w:t>
      </w:r>
      <w:r>
        <w:rPr>
          <w:rFonts w:ascii="Nirmala UI" w:hAnsi="Nirmala UI" w:eastAsia="Nirmala UI" w:cs="Nirmala UI"/>
        </w:rPr>
        <w:t>அதிகாரத்தில்</w:t>
      </w:r>
      <w:r>
        <w:rPr>
          <w:rFonts w:ascii="Times New Roman" w:hAnsi="Times New Roman" w:eastAsia="Times New Roman" w:cs="Times New Roman"/>
        </w:rPr>
        <w:t xml:space="preserve">, </w:t>
      </w:r>
      <w:r>
        <w:rPr>
          <w:rFonts w:ascii="Nirmala UI" w:hAnsi="Nirmala UI" w:eastAsia="Nirmala UI" w:cs="Nirmala UI"/>
        </w:rPr>
        <w:t>பன்னிரண்டாம்</w:t>
      </w:r>
      <w:r>
        <w:rPr>
          <w:rFonts w:ascii="Times New Roman" w:hAnsi="Times New Roman" w:eastAsia="Times New Roman" w:cs="Times New Roman"/>
        </w:rPr>
        <w:t xml:space="preserve"> </w:t>
      </w:r>
      <w:r>
        <w:rPr>
          <w:rFonts w:ascii="Nirmala UI" w:hAnsi="Nirmala UI" w:eastAsia="Nirmala UI" w:cs="Nirmala UI"/>
        </w:rPr>
        <w:t>அதிகாரத்தில்</w:t>
      </w:r>
      <w:r>
        <w:rPr>
          <w:rFonts w:ascii="Times New Roman" w:hAnsi="Times New Roman" w:eastAsia="Times New Roman" w:cs="Times New Roman"/>
        </w:rPr>
        <w:t xml:space="preserve"> </w:t>
      </w:r>
      <w:r>
        <w:rPr>
          <w:rFonts w:ascii="Nirmala UI" w:hAnsi="Nirmala UI" w:eastAsia="Nirmala UI" w:cs="Nirmala UI"/>
        </w:rPr>
        <w:t>ஞானிகள்</w:t>
      </w:r>
      <w:r>
        <w:rPr>
          <w:rFonts w:ascii="Times New Roman" w:hAnsi="Times New Roman" w:eastAsia="Times New Roman" w:cs="Times New Roman"/>
        </w:rPr>
        <w:t xml:space="preserve"> </w:t>
      </w:r>
      <w:r>
        <w:rPr>
          <w:rFonts w:ascii="Nirmala UI" w:hAnsi="Nirmala UI" w:eastAsia="Nirmala UI" w:cs="Nirmala UI"/>
        </w:rPr>
        <w:t>அறிவுசார்</w:t>
      </w:r>
      <w:r>
        <w:rPr>
          <w:rFonts w:ascii="Times New Roman" w:hAnsi="Times New Roman" w:eastAsia="Times New Roman" w:cs="Times New Roman"/>
        </w:rPr>
        <w:t xml:space="preserve"> </w:t>
      </w:r>
      <w:r>
        <w:rPr>
          <w:rFonts w:ascii="Nirmala UI" w:hAnsi="Nirmala UI" w:eastAsia="Nirmala UI" w:cs="Nirmala UI"/>
        </w:rPr>
        <w:t>அனுபவத்தில்</w:t>
      </w:r>
      <w:r>
        <w:rPr>
          <w:rFonts w:ascii="Times New Roman" w:hAnsi="Times New Roman" w:eastAsia="Times New Roman" w:cs="Times New Roman"/>
        </w:rPr>
        <w:t xml:space="preserve"> </w:t>
      </w:r>
      <w:r>
        <w:rPr>
          <w:rFonts w:ascii="Nirmala UI" w:hAnsi="Nirmala UI" w:eastAsia="Nirmala UI" w:cs="Nirmala UI"/>
        </w:rPr>
        <w:t>நிலைபெறுவதற்கு</w:t>
      </w:r>
      <w:r>
        <w:rPr>
          <w:rFonts w:ascii="Times New Roman" w:hAnsi="Times New Roman" w:eastAsia="Times New Roman" w:cs="Times New Roman"/>
        </w:rPr>
        <w:t xml:space="preserve"> </w:t>
      </w:r>
      <w:r>
        <w:rPr>
          <w:rFonts w:ascii="Nirmala UI" w:hAnsi="Nirmala UI" w:eastAsia="Nirmala UI" w:cs="Nirmala UI"/>
        </w:rPr>
        <w:t>ஒப்பாக</w:t>
      </w:r>
      <w:r>
        <w:rPr>
          <w:rFonts w:ascii="Times New Roman" w:hAnsi="Times New Roman" w:eastAsia="Times New Roman" w:cs="Times New Roman"/>
        </w:rPr>
        <w:t xml:space="preserve">, </w:t>
      </w:r>
      <w:r>
        <w:rPr>
          <w:rFonts w:ascii="Nirmala UI" w:hAnsi="Nirmala UI" w:eastAsia="Nirmala UI" w:cs="Nirmala UI"/>
        </w:rPr>
        <w:t>தானியேல்</w:t>
      </w:r>
      <w:r>
        <w:rPr>
          <w:rFonts w:ascii="Times New Roman" w:hAnsi="Times New Roman" w:eastAsia="Times New Roman" w:cs="Times New Roman"/>
        </w:rPr>
        <w:t xml:space="preserve"> </w:t>
      </w:r>
      <w:r>
        <w:rPr>
          <w:rFonts w:ascii="Nirmala UI" w:hAnsi="Nirmala UI" w:eastAsia="Nirmala UI" w:cs="Nirmala UI"/>
        </w:rPr>
        <w:t>ஆவிக்குரிய</w:t>
      </w:r>
      <w:r>
        <w:rPr>
          <w:rFonts w:ascii="Times New Roman" w:hAnsi="Times New Roman" w:eastAsia="Times New Roman" w:cs="Times New Roman"/>
        </w:rPr>
        <w:t xml:space="preserve"> </w:t>
      </w:r>
      <w:r>
        <w:rPr>
          <w:rFonts w:ascii="Nirmala UI" w:hAnsi="Nirmala UI" w:eastAsia="Nirmala UI" w:cs="Nirmala UI"/>
        </w:rPr>
        <w:t>அனுபவத்தில்</w:t>
      </w:r>
      <w:r>
        <w:rPr>
          <w:rFonts w:ascii="Times New Roman" w:hAnsi="Times New Roman" w:eastAsia="Times New Roman" w:cs="Times New Roman"/>
        </w:rPr>
        <w:t xml:space="preserve"> </w:t>
      </w:r>
      <w:r>
        <w:rPr>
          <w:rFonts w:ascii="Nirmala UI" w:hAnsi="Nirmala UI" w:eastAsia="Nirmala UI" w:cs="Nirmala UI"/>
        </w:rPr>
        <w:t>நிலைபெறுகிறான்</w:t>
      </w:r>
      <w:r>
        <w:rPr>
          <w:rFonts w:ascii="Times New Roman" w:hAnsi="Times New Roman" w:eastAsia="Times New Roman" w:cs="Times New Roman"/>
        </w:rPr>
        <w:t xml:space="preserve">. </w:t>
      </w:r>
      <w:r>
        <w:rPr>
          <w:rFonts w:ascii="Nirmala UI" w:hAnsi="Nirmala UI" w:eastAsia="Nirmala UI" w:cs="Nirmala UI"/>
        </w:rPr>
        <w:t>முத்திரையிடப்படுவதற்காக</w:t>
      </w:r>
      <w:r>
        <w:rPr>
          <w:rFonts w:ascii="Times New Roman" w:hAnsi="Times New Roman" w:eastAsia="Times New Roman" w:cs="Times New Roman"/>
        </w:rPr>
        <w:t xml:space="preserve">, </w:t>
      </w:r>
      <w:r>
        <w:rPr>
          <w:rFonts w:ascii="Nirmala UI" w:hAnsi="Nirmala UI" w:eastAsia="Nirmala UI" w:cs="Nirmala UI"/>
        </w:rPr>
        <w:t>தீர்க்கதரிசனத்தின்</w:t>
      </w:r>
      <w:r>
        <w:rPr>
          <w:rFonts w:ascii="Times New Roman" w:hAnsi="Times New Roman" w:eastAsia="Times New Roman" w:cs="Times New Roman"/>
        </w:rPr>
        <w:t xml:space="preserve"> </w:t>
      </w:r>
      <w:r>
        <w:rPr>
          <w:rFonts w:ascii="Nirmala UI" w:hAnsi="Nirmala UI" w:eastAsia="Nirmala UI" w:cs="Nirmala UI"/>
        </w:rPr>
        <w:t>மாணவன்</w:t>
      </w:r>
      <w:r>
        <w:rPr>
          <w:rFonts w:ascii="Times New Roman" w:hAnsi="Times New Roman" w:eastAsia="Times New Roman" w:cs="Times New Roman"/>
        </w:rPr>
        <w:t xml:space="preserve"> </w:t>
      </w:r>
      <w:r>
        <w:rPr>
          <w:rFonts w:ascii="Nirmala UI" w:hAnsi="Nirmala UI" w:eastAsia="Nirmala UI" w:cs="Nirmala UI"/>
        </w:rPr>
        <w:t>சத்தியத்தில்</w:t>
      </w:r>
      <w:r>
        <w:rPr>
          <w:rFonts w:ascii="Times New Roman" w:hAnsi="Times New Roman" w:eastAsia="Times New Roman" w:cs="Times New Roman"/>
        </w:rPr>
        <w:t xml:space="preserve"> </w:t>
      </w:r>
      <w:r>
        <w:rPr>
          <w:rFonts w:ascii="Nirmala UI" w:hAnsi="Nirmala UI" w:eastAsia="Nirmala UI" w:cs="Nirmala UI"/>
        </w:rPr>
        <w:t>ஆவிக்குரியவாறும்</w:t>
      </w:r>
      <w:r>
        <w:rPr>
          <w:rFonts w:ascii="Times New Roman" w:hAnsi="Times New Roman" w:eastAsia="Times New Roman" w:cs="Times New Roman"/>
        </w:rPr>
        <w:t xml:space="preserve"> </w:t>
      </w:r>
      <w:r>
        <w:rPr>
          <w:rFonts w:ascii="Nirmala UI" w:hAnsi="Nirmala UI" w:eastAsia="Nirmala UI" w:cs="Nirmala UI"/>
        </w:rPr>
        <w:t>அறிவுசார்ந்தவாறும்</w:t>
      </w:r>
      <w:r>
        <w:rPr>
          <w:rFonts w:ascii="Times New Roman" w:hAnsi="Times New Roman" w:eastAsia="Times New Roman" w:cs="Times New Roman"/>
        </w:rPr>
        <w:t xml:space="preserve"> </w:t>
      </w:r>
      <w:r>
        <w:rPr>
          <w:rFonts w:ascii="Nirmala UI" w:hAnsi="Nirmala UI" w:eastAsia="Nirmala UI" w:cs="Nirmala UI"/>
        </w:rPr>
        <w:t>நிலைபெற</w:t>
      </w:r>
      <w:r>
        <w:rPr>
          <w:rFonts w:ascii="Times New Roman" w:hAnsi="Times New Roman" w:eastAsia="Times New Roman" w:cs="Times New Roman"/>
        </w:rPr>
        <w:t xml:space="preserve"> </w:t>
      </w:r>
      <w:r>
        <w:rPr>
          <w:rFonts w:ascii="Nirmala UI" w:hAnsi="Nirmala UI" w:eastAsia="Nirmala UI" w:cs="Nirmala UI"/>
        </w:rPr>
        <w:t>அனுமதிப்பது</w:t>
      </w:r>
      <w:r>
        <w:rPr>
          <w:rFonts w:ascii="Times New Roman" w:hAnsi="Times New Roman" w:eastAsia="Times New Roman" w:cs="Times New Roman"/>
        </w:rPr>
        <w:t xml:space="preserve"> </w:t>
      </w:r>
      <w:r>
        <w:rPr>
          <w:rFonts w:ascii="Nirmala UI" w:hAnsi="Nirmala UI" w:eastAsia="Nirmala UI" w:cs="Nirmala UI"/>
        </w:rPr>
        <w:t>வேதாகமப்</w:t>
      </w:r>
      <w:r>
        <w:rPr>
          <w:rFonts w:ascii="Times New Roman" w:hAnsi="Times New Roman" w:eastAsia="Times New Roman" w:cs="Times New Roman"/>
        </w:rPr>
        <w:t xml:space="preserve"> </w:t>
      </w:r>
      <w:r>
        <w:rPr>
          <w:rFonts w:ascii="Nirmala UI" w:hAnsi="Nirmala UI" w:eastAsia="Nirmala UI" w:cs="Nirmala UI"/>
        </w:rPr>
        <w:t>படிப்பின்</w:t>
      </w:r>
      <w:r>
        <w:rPr>
          <w:rFonts w:ascii="Times New Roman" w:hAnsi="Times New Roman" w:eastAsia="Times New Roman" w:cs="Times New Roman"/>
        </w:rPr>
        <w:t xml:space="preserve"> </w:t>
      </w:r>
      <w:r>
        <w:rPr>
          <w:rFonts w:ascii="Nirmala UI" w:hAnsi="Nirmala UI" w:eastAsia="Nirmala UI" w:cs="Nirmala UI"/>
        </w:rPr>
        <w:t>முறையே</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முதலாம்</w:t>
      </w:r>
      <w:r>
        <w:rPr>
          <w:rFonts w:ascii="Times New Roman" w:hAnsi="Times New Roman" w:eastAsia="Times New Roman" w:cs="Times New Roman"/>
        </w:rPr>
        <w:t xml:space="preserve"> </w:t>
      </w:r>
      <w:r>
        <w:rPr>
          <w:rFonts w:ascii="Nirmala UI" w:hAnsi="Nirmala UI" w:eastAsia="Nirmala UI" w:cs="Nirmala UI"/>
        </w:rPr>
        <w:t>அதிகாரம்</w:t>
      </w:r>
      <w:r>
        <w:rPr>
          <w:rFonts w:ascii="Times New Roman" w:hAnsi="Times New Roman" w:eastAsia="Times New Roman" w:cs="Times New Roman"/>
        </w:rPr>
        <w:t xml:space="preserve"> </w:t>
      </w:r>
      <w:r>
        <w:rPr>
          <w:rFonts w:ascii="Nirmala UI" w:hAnsi="Nirmala UI" w:eastAsia="Nirmala UI" w:cs="Nirmala UI"/>
        </w:rPr>
        <w:t>வலியுறுத்துகிறது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Ka ndị mmụta amụma ezi-okwu n’ụbọchị ikpeazụ, Daniel na ndị ikom atọ ahụ a ma ama bụ ndị amamihe, ndị na-abụghị naanị na ha na-aghọta mmụba nke ihe ọmụma e kpughere n’oge ọgwụgwụ n’afọ 1989, kama ha na-aghọtakwa mmụba nke ihe ọmụma na 9/11. N’ikpeazụ, ha na-aghọta mmụba nke ihe ọmụma e kpughere na Disemba 31, 2023.</w:t>
      </w:r>
    </w:p>
    <w:p>
      <w:pPr>
        <w:pStyle w:val="ArticleBody"/>
        <w:jc w:val="left"/>
      </w:pPr>
      <w:r>
        <w:rPr>
          <w:rFonts w:ascii="Times New Roman" w:hAnsi="Times New Roman" w:eastAsia="Times New Roman" w:cs="Times New Roman"/>
        </w:rPr>
        <w:t>به‌دنبال نور نبوتیِ خدا، آنان از جنبش لائودیکیه‌ایِ اَدوِنتیست‌های روز هفتمِ صد و چهل و چهار هزار به جنبش فیلادلفیاییِ صد و چهل و چهار هزار دگرگون می‌شوند. هنگامی که این دگرگونی رخ می‌دهد، آنان از کسانی که از رؤیای آینه گریختند جدا می‌گردند.</w:t>
      </w:r>
    </w:p>
    <w:p>
      <w:pPr>
        <w:pStyle w:val="ArticleHeading"/>
        <w:jc w:val="left"/>
      </w:pPr>
      <w:r>
        <w:rPr>
          <w:rFonts w:ascii="Arial" w:hAnsi="Arial" w:eastAsia="Arial" w:cs="Arial"/>
        </w:rPr>
        <w:t>نُوا اورەی ئینسانی</w:t>
      </w:r>
    </w:p>
    <w:p>
      <w:pPr>
        <w:pStyle w:val="ArticleBody"/>
        <w:jc w:val="left"/>
      </w:pPr>
      <w:r>
        <w:rPr>
          <w:rFonts w:ascii="Times New Roman" w:hAnsi="Times New Roman" w:eastAsia="Times New Roman" w:cs="Times New Roman"/>
        </w:rPr>
        <w:t>Los capítulos diez y doce se dirigen a los ciento cuarenta y cuatro mil, pues constituyen el primer y el tercer paso dentro del marco de la verdad. Una vez facultados por la experiencia interna de la visión del espejo del capítulo diez, juntamente con haber sido iluminados con el entendimiento desellado de Daniel 12, han de proclamar el mensaje de la rebelión humana. El mensaje de la rebelión humana está representado por los libros de Daniel y Apocalipsis, y el mensaje de rebelión está situado dentro del marco profético de los reinos de la profecía bíblica expuestos en Daniel. El simbolismo profético del testimonio de la rebelión humana dentro del libro de Daniel está plenamente representado en el capítulo once. El capítulo once es una historia que comienza al terminar Babilonia y al comenzar los medos y persas. Por lo tanto, comienza con la herida mortal de Babilonia, la cual tipifica la herida mortal del papado en 1798. Cuando la herida mortal del papado sea sanada en la ley dominical de pronta venida, ella llegará a ser la cabeza de la unión triple del dragón, la bestia y el falso profeta. Entonces será la mujer que cabalga sobre la bestia en Apocalipsis 17, y aquella mujer tiene escrito sobre su frente: Babilonia la Grande. En la ley dominical de pronta venida será sanada la herida mortal tanto de Babilonia como del papado.</w:t>
      </w:r>
    </w:p>
    <w:p>
      <w:pPr>
        <w:pStyle w:val="ArticleBody"/>
        <w:jc w:val="left"/>
      </w:pPr>
      <w:r>
        <w:rPr>
          <w:rFonts w:ascii="Myanmar Text" w:hAnsi="Myanmar Text" w:eastAsia="Myanmar Text" w:cs="Myanmar Text"/>
        </w:rPr>
        <w:t>သင်္ချိုင်းမြို့</w:t>
      </w:r>
      <w:r>
        <w:rPr>
          <w:rFonts w:ascii="Times New Roman" w:hAnsi="Times New Roman" w:eastAsia="Times New Roman" w:cs="Times New Roman"/>
        </w:rPr>
        <w:t xml:space="preserve"> </w:t>
      </w:r>
      <w:r>
        <w:rPr>
          <w:rFonts w:ascii="Myanmar Text" w:hAnsi="Myanmar Text" w:eastAsia="Myanmar Text" w:cs="Myanmar Text"/>
        </w:rPr>
        <w:t>ဗာဗုလုန်ခေတ်မှစ၍</w:t>
      </w:r>
      <w:r>
        <w:rPr>
          <w:rFonts w:ascii="Times New Roman" w:hAnsi="Times New Roman" w:eastAsia="Times New Roman" w:cs="Times New Roman"/>
        </w:rPr>
        <w:t xml:space="preserve"> </w:t>
      </w:r>
      <w:r>
        <w:rPr>
          <w:rFonts w:ascii="Myanmar Text" w:hAnsi="Myanmar Text" w:eastAsia="Myanmar Text" w:cs="Myanmar Text"/>
        </w:rPr>
        <w:t>ကမ္ဘာအဆုံးတိုင်အောင်</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လူသား၏ပုန်ကန်မှုသည်</w:t>
      </w:r>
      <w:r>
        <w:rPr>
          <w:rFonts w:ascii="Times New Roman" w:hAnsi="Times New Roman" w:eastAsia="Times New Roman" w:cs="Times New Roman"/>
        </w:rPr>
        <w:t xml:space="preserve"> </w:t>
      </w:r>
      <w:r>
        <w:rPr>
          <w:rFonts w:ascii="Myanmar Text" w:hAnsi="Myanmar Text" w:eastAsia="Myanmar Text" w:cs="Myanmar Text"/>
        </w:rPr>
        <w:t>ဒံယေလကျမ်း၏</w:t>
      </w:r>
      <w:r>
        <w:rPr>
          <w:rFonts w:ascii="Times New Roman" w:hAnsi="Times New Roman" w:eastAsia="Times New Roman" w:cs="Times New Roman"/>
        </w:rPr>
        <w:t xml:space="preserve"> </w:t>
      </w:r>
      <w:r>
        <w:rPr>
          <w:rFonts w:ascii="Myanmar Text" w:hAnsi="Myanmar Text" w:eastAsia="Myanmar Text" w:cs="Myanmar Text"/>
        </w:rPr>
        <w:t>ဖွဲ့စည်းပုံအခြေခံဖြစ်ပြီး၊</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နောက်ဆုံးကာလ၏</w:t>
      </w:r>
      <w:r>
        <w:rPr>
          <w:rFonts w:ascii="Times New Roman" w:hAnsi="Times New Roman" w:eastAsia="Times New Roman" w:cs="Times New Roman"/>
        </w:rPr>
        <w:t xml:space="preserve"> </w:t>
      </w:r>
      <w:r>
        <w:rPr>
          <w:rFonts w:ascii="Myanmar Text" w:hAnsi="Myanmar Text" w:eastAsia="Myanmar Text" w:cs="Myanmar Text"/>
        </w:rPr>
        <w:t>ထိုပုန်ကန်မှုကို</w:t>
      </w:r>
      <w:r>
        <w:rPr>
          <w:rFonts w:ascii="Times New Roman" w:hAnsi="Times New Roman" w:eastAsia="Times New Roman" w:cs="Times New Roman"/>
        </w:rPr>
        <w:t xml:space="preserve"> </w:t>
      </w:r>
      <w:r>
        <w:rPr>
          <w:rFonts w:ascii="Myanmar Text" w:hAnsi="Myanmar Text" w:eastAsia="Myanmar Text" w:cs="Myanmar Text"/>
        </w:rPr>
        <w:t>မှတ်တမ်းတင်ဖော်ပြသော</w:t>
      </w:r>
      <w:r>
        <w:rPr>
          <w:rFonts w:ascii="Times New Roman" w:hAnsi="Times New Roman" w:eastAsia="Times New Roman" w:cs="Times New Roman"/>
        </w:rPr>
        <w:t xml:space="preserve"> </w:t>
      </w:r>
      <w:r>
        <w:rPr>
          <w:rFonts w:ascii="Myanmar Text" w:hAnsi="Myanmar Text" w:eastAsia="Myanmar Text" w:cs="Myanmar Text"/>
        </w:rPr>
        <w:t>ပြင်ပပရောဖက်ပြုသတင်းစကားဖြစ်သည်။</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တွေ့ရသော</w:t>
      </w:r>
      <w:r>
        <w:rPr>
          <w:rFonts w:ascii="Times New Roman" w:hAnsi="Times New Roman" w:eastAsia="Times New Roman" w:cs="Times New Roman"/>
        </w:rPr>
        <w:t xml:space="preserve"> </w:t>
      </w:r>
      <w:r>
        <w:rPr>
          <w:rFonts w:ascii="Myanmar Text" w:hAnsi="Myanmar Text" w:eastAsia="Myanmar Text" w:cs="Myanmar Text"/>
        </w:rPr>
        <w:t>ထိုပုန်ကန်မှုဆိုင်ရာ</w:t>
      </w:r>
      <w:r>
        <w:rPr>
          <w:rFonts w:ascii="Times New Roman" w:hAnsi="Times New Roman" w:eastAsia="Times New Roman" w:cs="Times New Roman"/>
        </w:rPr>
        <w:t xml:space="preserve"> </w:t>
      </w:r>
      <w:r>
        <w:rPr>
          <w:rFonts w:ascii="Myanmar Text" w:hAnsi="Myanmar Text" w:eastAsia="Myanmar Text" w:cs="Myanmar Text"/>
        </w:rPr>
        <w:t>သက်သေခံချက်သည်</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နောက်ဆုံးခြောက်ပိုဒ်နှင့်</w:t>
      </w:r>
      <w:r>
        <w:rPr>
          <w:rFonts w:ascii="Times New Roman" w:hAnsi="Times New Roman" w:eastAsia="Times New Roman" w:cs="Times New Roman"/>
        </w:rPr>
        <w:t xml:space="preserve"> </w:t>
      </w:r>
      <w:r>
        <w:rPr>
          <w:rFonts w:ascii="Myanmar Text" w:hAnsi="Myanmar Text" w:eastAsia="Myanmar Text" w:cs="Myanmar Text"/>
        </w:rPr>
        <w:t>ကိုက်ညီလျက်၊</w:t>
      </w:r>
      <w:r>
        <w:rPr>
          <w:rFonts w:ascii="Times New Roman" w:hAnsi="Times New Roman" w:eastAsia="Times New Roman" w:cs="Times New Roman"/>
        </w:rPr>
        <w:t xml:space="preserve"> </w:t>
      </w:r>
      <w:r>
        <w:rPr>
          <w:rFonts w:ascii="Myanmar Text" w:hAnsi="Myanmar Text" w:eastAsia="Myanmar Text" w:cs="Myanmar Text"/>
        </w:rPr>
        <w:t>ထိုနောက်ဆုံးခြောက်ပိုဒ်များအတွင်း၌ပင်</w:t>
      </w:r>
      <w:r>
        <w:rPr>
          <w:rFonts w:ascii="Times New Roman" w:hAnsi="Times New Roman" w:eastAsia="Times New Roman" w:cs="Times New Roman"/>
        </w:rPr>
        <w:t xml:space="preserve"> </w:t>
      </w:r>
      <w:r>
        <w:rPr>
          <w:rFonts w:ascii="Myanmar Text" w:hAnsi="Myanmar Text" w:eastAsia="Myanmar Text" w:cs="Myanmar Text"/>
        </w:rPr>
        <w:t>တည်ရှိနေသည်။</w:t>
      </w:r>
      <w:r>
        <w:rPr>
          <w:rFonts w:ascii="Times New Roman" w:hAnsi="Times New Roman" w:eastAsia="Times New Roman" w:cs="Times New Roman"/>
        </w:rPr>
        <w:t xml:space="preserve"> </w:t>
      </w:r>
      <w:r>
        <w:rPr>
          <w:rFonts w:ascii="Myanmar Text" w:hAnsi="Myanmar Text" w:eastAsia="Myanmar Text" w:cs="Myanmar Text"/>
        </w:rPr>
        <w:t>နောက်ဆုံးခြောက်ပိုဒ်တို့သည်</w:t>
      </w:r>
      <w:r>
        <w:rPr>
          <w:rFonts w:ascii="Times New Roman" w:hAnsi="Times New Roman" w:eastAsia="Times New Roman" w:cs="Times New Roman"/>
        </w:rPr>
        <w:t xml:space="preserve"> </w:t>
      </w:r>
      <w:r>
        <w:rPr>
          <w:rFonts w:ascii="Myanmar Text" w:hAnsi="Myanmar Text" w:eastAsia="Myanmar Text" w:cs="Myanmar Text"/>
        </w:rPr>
        <w:t>လူသား၏ပုန်ကန်မှုအကြောင်း</w:t>
      </w:r>
      <w:r>
        <w:rPr>
          <w:rFonts w:ascii="Times New Roman" w:hAnsi="Times New Roman" w:eastAsia="Times New Roman" w:cs="Times New Roman"/>
        </w:rPr>
        <w:t xml:space="preserve"> </w:t>
      </w:r>
      <w:r>
        <w:rPr>
          <w:rFonts w:ascii="Myanmar Text" w:hAnsi="Myanmar Text" w:eastAsia="Myanmar Text" w:cs="Myanmar Text"/>
        </w:rPr>
        <w:t>သတင်းစကားဖြစ်ကြပြီး၊</w:t>
      </w:r>
      <w:r>
        <w:rPr>
          <w:rFonts w:ascii="Times New Roman" w:hAnsi="Times New Roman" w:eastAsia="Times New Roman" w:cs="Times New Roman"/>
        </w:rPr>
        <w:t xml:space="preserve"> </w:t>
      </w:r>
      <w:r>
        <w:rPr>
          <w:rFonts w:ascii="Myanmar Text" w:hAnsi="Myanmar Text" w:eastAsia="Myanmar Text" w:cs="Myanmar Text"/>
        </w:rPr>
        <w:t>ထိုနောက်ဆုံးခြောက်ပိုဒ်များကို</w:t>
      </w:r>
      <w:r>
        <w:rPr>
          <w:rFonts w:ascii="Times New Roman" w:hAnsi="Times New Roman" w:eastAsia="Times New Roman" w:cs="Times New Roman"/>
        </w:rPr>
        <w:t xml:space="preserve"> </w:t>
      </w:r>
      <w:r>
        <w:rPr>
          <w:rFonts w:ascii="Myanmar Text" w:hAnsi="Myanmar Text" w:eastAsia="Myanmar Text" w:cs="Myanmar Text"/>
        </w:rPr>
        <w:t>ပုဒ်မ</w:t>
      </w:r>
      <w:r>
        <w:rPr>
          <w:rFonts w:ascii="Times New Roman" w:hAnsi="Times New Roman" w:eastAsia="Times New Roman" w:cs="Times New Roman"/>
        </w:rPr>
        <w:t xml:space="preserve"> </w:t>
      </w:r>
      <w:r>
        <w:rPr>
          <w:rFonts w:ascii="Myanmar Text" w:hAnsi="Myanmar Text" w:eastAsia="Myanmar Text" w:cs="Myanmar Text"/>
        </w:rPr>
        <w:t>၄၀</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ဖုံးကွယ်ထားသော</w:t>
      </w:r>
      <w:r>
        <w:rPr>
          <w:rFonts w:ascii="Times New Roman" w:hAnsi="Times New Roman" w:eastAsia="Times New Roman" w:cs="Times New Roman"/>
        </w:rPr>
        <w:t xml:space="preserve"> </w:t>
      </w:r>
      <w:r>
        <w:rPr>
          <w:rFonts w:ascii="Myanmar Text" w:hAnsi="Myanmar Text" w:eastAsia="Myanmar Text" w:cs="Myanmar Text"/>
        </w:rPr>
        <w:t>သမိုင်းအတွင်းနှင့်အတူ</w:t>
      </w:r>
      <w:r>
        <w:rPr>
          <w:rFonts w:ascii="Times New Roman" w:hAnsi="Times New Roman" w:eastAsia="Times New Roman" w:cs="Times New Roman"/>
        </w:rPr>
        <w:t xml:space="preserve"> </w:t>
      </w:r>
      <w:r>
        <w:rPr>
          <w:rFonts w:ascii="Myanmar Text" w:hAnsi="Myanmar Text" w:eastAsia="Myanmar Text" w:cs="Myanmar Text"/>
        </w:rPr>
        <w:t>ကိုယ်စားပြုထားသည်။</w:t>
      </w:r>
      <w:r>
        <w:rPr>
          <w:rFonts w:ascii="Times New Roman" w:hAnsi="Times New Roman" w:eastAsia="Times New Roman" w:cs="Times New Roman"/>
        </w:rPr>
        <w:t xml:space="preserve"> </w:t>
      </w:r>
      <w:r>
        <w:rPr>
          <w:rFonts w:ascii="Myanmar Text" w:hAnsi="Myanmar Text" w:eastAsia="Myanmar Text" w:cs="Myanmar Text"/>
        </w:rPr>
        <w:t>ထိုသို့ဖြင့်</w:t>
      </w:r>
      <w:r>
        <w:rPr>
          <w:rFonts w:ascii="Times New Roman" w:hAnsi="Times New Roman" w:eastAsia="Times New Roman" w:cs="Times New Roman"/>
        </w:rPr>
        <w:t xml:space="preserve"> </w:t>
      </w:r>
      <w:r>
        <w:rPr>
          <w:rFonts w:ascii="Myanmar Text" w:hAnsi="Myanmar Text" w:eastAsia="Myanmar Text" w:cs="Myanmar Text"/>
        </w:rPr>
        <w:t>ဒံယေလကျမ်းတစ်ကျမ်းလုံးသည်</w:t>
      </w:r>
      <w:r>
        <w:rPr>
          <w:rFonts w:ascii="Times New Roman" w:hAnsi="Times New Roman" w:eastAsia="Times New Roman" w:cs="Times New Roman"/>
        </w:rPr>
        <w:t xml:space="preserve"> </w:t>
      </w:r>
      <w:r>
        <w:rPr>
          <w:rFonts w:ascii="Myanmar Text" w:hAnsi="Myanmar Text" w:eastAsia="Myanmar Text" w:cs="Myanmar Text"/>
        </w:rPr>
        <w:t>အခန်းတစ်ခန်းတည်းသို့</w:t>
      </w:r>
      <w:r>
        <w:rPr>
          <w:rFonts w:ascii="Times New Roman" w:hAnsi="Times New Roman" w:eastAsia="Times New Roman" w:cs="Times New Roman"/>
        </w:rPr>
        <w:t xml:space="preserve"> </w:t>
      </w:r>
      <w:r>
        <w:rPr>
          <w:rFonts w:ascii="Myanmar Text" w:hAnsi="Myanmar Text" w:eastAsia="Myanmar Text" w:cs="Myanmar Text"/>
        </w:rPr>
        <w:t>ကျဉ်းမြောင်းစေခြင်းခံရပြီး၊</w:t>
      </w:r>
      <w:r>
        <w:rPr>
          <w:rFonts w:ascii="Times New Roman" w:hAnsi="Times New Roman" w:eastAsia="Times New Roman" w:cs="Times New Roman"/>
        </w:rPr>
        <w:t xml:space="preserve"> </w:t>
      </w:r>
      <w:r>
        <w:rPr>
          <w:rFonts w:ascii="Myanmar Text" w:hAnsi="Myanmar Text" w:eastAsia="Myanmar Text" w:cs="Myanmar Text"/>
        </w:rPr>
        <w:t>ထိုအခန်းသည်လည်း</w:t>
      </w:r>
      <w:r>
        <w:rPr>
          <w:rFonts w:ascii="Times New Roman" w:hAnsi="Times New Roman" w:eastAsia="Times New Roman" w:cs="Times New Roman"/>
        </w:rPr>
        <w:t xml:space="preserve"> </w:t>
      </w:r>
      <w:r>
        <w:rPr>
          <w:rFonts w:ascii="Myanmar Text" w:hAnsi="Myanmar Text" w:eastAsia="Myanmar Text" w:cs="Myanmar Text"/>
        </w:rPr>
        <w:t>ထိုအခန်း၏</w:t>
      </w:r>
      <w:r>
        <w:rPr>
          <w:rFonts w:ascii="Times New Roman" w:hAnsi="Times New Roman" w:eastAsia="Times New Roman" w:cs="Times New Roman"/>
        </w:rPr>
        <w:t xml:space="preserve"> </w:t>
      </w:r>
      <w:r>
        <w:rPr>
          <w:rFonts w:ascii="Myanmar Text" w:hAnsi="Myanmar Text" w:eastAsia="Myanmar Text" w:cs="Myanmar Text"/>
        </w:rPr>
        <w:t>ခြောက်ပိုဒ်သို့</w:t>
      </w:r>
      <w:r>
        <w:rPr>
          <w:rFonts w:ascii="Times New Roman" w:hAnsi="Times New Roman" w:eastAsia="Times New Roman" w:cs="Times New Roman"/>
        </w:rPr>
        <w:t xml:space="preserve"> </w:t>
      </w:r>
      <w:r>
        <w:rPr>
          <w:rFonts w:ascii="Myanmar Text" w:hAnsi="Myanmar Text" w:eastAsia="Myanmar Text" w:cs="Myanmar Text"/>
        </w:rPr>
        <w:t>ထပ်မံကျဉ်းမြောင်းစေခြင်းခံရကာ၊</w:t>
      </w:r>
      <w:r>
        <w:rPr>
          <w:rFonts w:ascii="Times New Roman" w:hAnsi="Times New Roman" w:eastAsia="Times New Roman" w:cs="Times New Roman"/>
        </w:rPr>
        <w:t xml:space="preserve"> </w:t>
      </w:r>
      <w:r>
        <w:rPr>
          <w:rFonts w:ascii="Myanmar Text" w:hAnsi="Myanmar Text" w:eastAsia="Myanmar Text" w:cs="Myanmar Text"/>
        </w:rPr>
        <w:t>ထိုခြောက်ပိုဒ်တို့သည်လည်း</w:t>
      </w:r>
      <w:r>
        <w:rPr>
          <w:rFonts w:ascii="Times New Roman" w:hAnsi="Times New Roman" w:eastAsia="Times New Roman" w:cs="Times New Roman"/>
        </w:rPr>
        <w:t xml:space="preserve"> </w:t>
      </w:r>
      <w:r>
        <w:rPr>
          <w:rFonts w:ascii="Myanmar Text" w:hAnsi="Myanmar Text" w:eastAsia="Myanmar Text" w:cs="Myanmar Text"/>
        </w:rPr>
        <w:t>ပုဒ်မတစ်ပိုဒ်၏</w:t>
      </w:r>
      <w:r>
        <w:rPr>
          <w:rFonts w:ascii="Times New Roman" w:hAnsi="Times New Roman" w:eastAsia="Times New Roman" w:cs="Times New Roman"/>
        </w:rPr>
        <w:t xml:space="preserve"> </w:t>
      </w:r>
      <w:r>
        <w:rPr>
          <w:rFonts w:ascii="Myanmar Text" w:hAnsi="Myanmar Text" w:eastAsia="Myanmar Text" w:cs="Myanmar Text"/>
        </w:rPr>
        <w:t>နောက်တစ်ဝက်အတွင်းရှိ</w:t>
      </w:r>
      <w:r>
        <w:rPr>
          <w:rFonts w:ascii="Times New Roman" w:hAnsi="Times New Roman" w:eastAsia="Times New Roman" w:cs="Times New Roman"/>
        </w:rPr>
        <w:t xml:space="preserve"> </w:t>
      </w:r>
      <w:r>
        <w:rPr>
          <w:rFonts w:ascii="Myanmar Text" w:hAnsi="Myanmar Text" w:eastAsia="Myanmar Text" w:cs="Myanmar Text"/>
        </w:rPr>
        <w:t>ဖုံးကွယ်ထားသော</w:t>
      </w:r>
      <w:r>
        <w:rPr>
          <w:rFonts w:ascii="Times New Roman" w:hAnsi="Times New Roman" w:eastAsia="Times New Roman" w:cs="Times New Roman"/>
        </w:rPr>
        <w:t xml:space="preserve"> </w:t>
      </w:r>
      <w:r>
        <w:rPr>
          <w:rFonts w:ascii="Myanmar Text" w:hAnsi="Myanmar Text" w:eastAsia="Myanmar Text" w:cs="Myanmar Text"/>
        </w:rPr>
        <w:t>သမိုင်းသို့</w:t>
      </w:r>
      <w:r>
        <w:rPr>
          <w:rFonts w:ascii="Times New Roman" w:hAnsi="Times New Roman" w:eastAsia="Times New Roman" w:cs="Times New Roman"/>
        </w:rPr>
        <w:t xml:space="preserve"> </w:t>
      </w:r>
      <w:r>
        <w:rPr>
          <w:rFonts w:ascii="Myanmar Text" w:hAnsi="Myanmar Text" w:eastAsia="Myanmar Text" w:cs="Myanmar Text"/>
        </w:rPr>
        <w:t>ထပ်မံကျဉ်းမြောင်းစေခြင်းခံရသည်။</w:t>
      </w:r>
    </w:p>
    <w:p>
      <w:pPr>
        <w:pStyle w:val="ArticleBody"/>
        <w:jc w:val="left"/>
      </w:pPr>
      <w:r>
        <w:rPr>
          <w:rFonts w:ascii="Times New Roman" w:hAnsi="Times New Roman" w:eastAsia="Times New Roman" w:cs="Times New Roman"/>
        </w:rPr>
        <w:t>باب یازده نمایانگر سیزدهمین حرفی است که پیش از آن نخستین و پس از آن آخرین حروف الفبای عبری قرار دارند، و نخستین و آخرین همواره یکسان‌اند. باب نخست، جدا شدن حکیمان از جاهلان را در رؤیای آینه نشان می‌دهد و باب آخر، جدا شدن حکیمان از جاهلان را در هنگام گشوده شدن مُهرها معرّفی می‌کند. الهام به ما آگاه می‌سازد که مهر شدنِ یکصد و چهل و چهار هزار، «استقرار یافتن در حقیقت، هم از لحاظ فکری و هم روحانی» است. باب ده، مهر شدنِ یکصد و چهل و چهار هزار را از جنبهٔ روحانی معرّفی می‌کند و باب دوازده جنبهٔ فکری آن را نشان می‌دهد. باب ده سه لمس و سه تعامل با موجودات آسمانی را معرّفی می‌کند. باب دوازده، پالایش سه‌مرحله‌ایِ حکیمان را معرّفی می‌کند که به‌وسیلهٔ افزایش حقیقتِ فکریِ نبوی، به صورت «تطهیر شدن، سفید شدن و آزموده شدن» به انجام می‌رسد. همان‌گونه که باب ده دارای دو نمادِ سه‌تایی است، یعنی سه لمس و سه مواجههٔ آسمانی؛ باب دوازده نیز دارای فرایند آزمونِ سه‌مرحله‌ای، و همچنین، سه نبوت زمانی است.</w:t>
      </w:r>
    </w:p>
    <w:p>
      <w:pPr>
        <w:pStyle w:val="ArticleBody"/>
        <w:jc w:val="left"/>
      </w:pPr>
      <w:r>
        <w:rPr>
          <w:rFonts w:ascii="Times New Roman" w:hAnsi="Times New Roman" w:eastAsia="Times New Roman" w:cs="Times New Roman"/>
        </w:rPr>
        <w:t>Kapitulo dies i tinulu a langitnon a panagkikadwa ket mangibagada ti pirma ti kinapudno, ta ti umuna ken maudi a langitnon a parsua a nakikadwa ken Daniel ket ni anghel Gabriel, ket ti taga-tengnga ket ni Michael. Tallo nga angel, ngem ni Cristo ti anghel iti maikadua a tukad. Ti tallo a panangyap-apit ket itakderda ti maysa a progresibo a tallo-a-tukad a pannakabigbig ni Daniel iti pannakabalin. Iti uneg ti teksto, inammuan ni Daniel ti sirmata a kas iti espejo a sirmata iti tallo a daras, ket iti panangaramidna iti dayta, ipatpategna ti tallo a sirmata iti espejo iti uneg ti pito a pannakaibaga ti sirmata a mareh iti kapitulo dies. Namindua, ti Hebreo a sao a mareh ket naipatarus a kas “langa,” ken namindua pay a kas “sirmata,” ken iti tallo pay a daras naipatarus met a kas “sirmata.” Ti “tallo pay a daras” ket saan a mareh, no di ket ti babai a pannakabaga ti mareh, nga isu ti marah. Iti kapitulo dies adda tallo a panangyap-apit iti progresibo a pannakapabileg, tallo a langitnon a panagkikadwa a mangibagada ti pirma ti kinapudno, ken tallo a sirmata iti espejo a paset ti pito a pannakaibaga iti panagparang ni Cristo.</w:t>
      </w:r>
    </w:p>
    <w:p>
      <w:pPr>
        <w:pStyle w:val="ArticleHeading"/>
        <w:jc w:val="left"/>
      </w:pPr>
      <w:r>
        <w:rPr>
          <w:rFonts w:ascii="Arial" w:hAnsi="Arial" w:eastAsia="Arial" w:cs="Arial"/>
        </w:rPr>
        <w:t>Tawaafqa</w:t>
      </w:r>
    </w:p>
    <w:p>
      <w:pPr>
        <w:pStyle w:val="ArticleBody"/>
        <w:jc w:val="left"/>
      </w:pPr>
      <w:r>
        <w:rPr>
          <w:rFonts w:ascii="MV Boli" w:hAnsi="MV Boli" w:eastAsia="MV Boli" w:cs="MV Boli"/>
        </w:rPr>
        <w:t>މަރެހް</w:t>
      </w:r>
      <w:r>
        <w:rPr>
          <w:rFonts w:ascii="Times New Roman" w:hAnsi="Times New Roman" w:eastAsia="Times New Roman" w:cs="Times New Roman"/>
        </w:rPr>
        <w:t xml:space="preserve">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ދެ</w:t>
      </w:r>
      <w:r>
        <w:rPr>
          <w:rFonts w:ascii="Times New Roman" w:hAnsi="Times New Roman" w:eastAsia="Times New Roman" w:cs="Times New Roman"/>
        </w:rPr>
        <w:t xml:space="preserve"> </w:t>
      </w:r>
      <w:r>
        <w:rPr>
          <w:rFonts w:ascii="MV Boli" w:hAnsi="MV Boli" w:eastAsia="MV Boli" w:cs="MV Boli"/>
        </w:rPr>
        <w:t>ފަހަރު</w:t>
      </w:r>
      <w:r>
        <w:rPr>
          <w:rFonts w:ascii="Times New Roman" w:hAnsi="Times New Roman" w:eastAsia="Times New Roman" w:cs="Times New Roman"/>
        </w:rPr>
        <w:t xml:space="preserve"> “appearance” </w:t>
      </w:r>
      <w:r>
        <w:rPr>
          <w:rFonts w:ascii="MV Boli" w:hAnsi="MV Boli" w:eastAsia="MV Boli" w:cs="MV Boli"/>
        </w:rPr>
        <w:t>ގެ</w:t>
      </w:r>
      <w:r>
        <w:rPr>
          <w:rFonts w:ascii="Times New Roman" w:hAnsi="Times New Roman" w:eastAsia="Times New Roman" w:cs="Times New Roman"/>
        </w:rPr>
        <w:t xml:space="preserve"> </w:t>
      </w:r>
      <w:r>
        <w:rPr>
          <w:rFonts w:ascii="MV Boli" w:hAnsi="MV Boli" w:eastAsia="MV Boli" w:cs="MV Boli"/>
        </w:rPr>
        <w:t>މާނައިގައި</w:t>
      </w:r>
      <w:r>
        <w:rPr>
          <w:rFonts w:ascii="Times New Roman" w:hAnsi="Times New Roman" w:eastAsia="Times New Roman" w:cs="Times New Roman"/>
        </w:rPr>
        <w:t xml:space="preserve"> </w:t>
      </w:r>
      <w:r>
        <w:rPr>
          <w:rFonts w:ascii="MV Boli" w:hAnsi="MV Boli" w:eastAsia="MV Boli" w:cs="MV Boli"/>
        </w:rPr>
        <w:t>ތަރުޖަމާ</w:t>
      </w:r>
      <w:r>
        <w:rPr>
          <w:rFonts w:ascii="Times New Roman" w:hAnsi="Times New Roman" w:eastAsia="Times New Roman" w:cs="Times New Roman"/>
        </w:rPr>
        <w:t xml:space="preserve"> </w:t>
      </w:r>
      <w:r>
        <w:rPr>
          <w:rFonts w:ascii="MV Boli" w:hAnsi="MV Boli" w:eastAsia="MV Boli" w:cs="MV Boli"/>
        </w:rPr>
        <w:t>ކުރެވިފައިވުމާ</w:t>
      </w:r>
      <w:r>
        <w:rPr>
          <w:rFonts w:ascii="Times New Roman" w:hAnsi="Times New Roman" w:eastAsia="Times New Roman" w:cs="Times New Roman"/>
        </w:rPr>
        <w:t xml:space="preserve"> </w:t>
      </w:r>
      <w:r>
        <w:rPr>
          <w:rFonts w:ascii="MV Boli" w:hAnsi="MV Boli" w:eastAsia="MV Boli" w:cs="MV Boli"/>
        </w:rPr>
        <w:t>އެކީ</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ދެ</w:t>
      </w:r>
      <w:r>
        <w:rPr>
          <w:rFonts w:ascii="Times New Roman" w:hAnsi="Times New Roman" w:eastAsia="Times New Roman" w:cs="Times New Roman"/>
        </w:rPr>
        <w:t xml:space="preserve"> </w:t>
      </w:r>
      <w:r>
        <w:rPr>
          <w:rFonts w:ascii="MV Boli" w:hAnsi="MV Boli" w:eastAsia="MV Boli" w:cs="MV Boli"/>
        </w:rPr>
        <w:t>ފަހަރު</w:t>
      </w:r>
      <w:r>
        <w:rPr>
          <w:rFonts w:ascii="Times New Roman" w:hAnsi="Times New Roman" w:eastAsia="Times New Roman" w:cs="Times New Roman"/>
        </w:rPr>
        <w:t xml:space="preserve"> “vision” </w:t>
      </w:r>
      <w:r>
        <w:rPr>
          <w:rFonts w:ascii="MV Boli" w:hAnsi="MV Boli" w:eastAsia="MV Boli" w:cs="MV Boli"/>
        </w:rPr>
        <w:t>ގެ</w:t>
      </w:r>
      <w:r>
        <w:rPr>
          <w:rFonts w:ascii="Times New Roman" w:hAnsi="Times New Roman" w:eastAsia="Times New Roman" w:cs="Times New Roman"/>
        </w:rPr>
        <w:t xml:space="preserve"> </w:t>
      </w:r>
      <w:r>
        <w:rPr>
          <w:rFonts w:ascii="MV Boli" w:hAnsi="MV Boli" w:eastAsia="MV Boli" w:cs="MV Boli"/>
        </w:rPr>
        <w:t>މާނައިގައި</w:t>
      </w:r>
      <w:r>
        <w:rPr>
          <w:rFonts w:ascii="Times New Roman" w:hAnsi="Times New Roman" w:eastAsia="Times New Roman" w:cs="Times New Roman"/>
        </w:rPr>
        <w:t xml:space="preserve"> </w:t>
      </w:r>
      <w:r>
        <w:rPr>
          <w:rFonts w:ascii="MV Boli" w:hAnsi="MV Boli" w:eastAsia="MV Boli" w:cs="MV Boli"/>
        </w:rPr>
        <w:t>ތަރުޖަމާ</w:t>
      </w:r>
      <w:r>
        <w:rPr>
          <w:rFonts w:ascii="Times New Roman" w:hAnsi="Times New Roman" w:eastAsia="Times New Roman" w:cs="Times New Roman"/>
        </w:rPr>
        <w:t xml:space="preserve"> </w:t>
      </w:r>
      <w:r>
        <w:rPr>
          <w:rFonts w:ascii="MV Boli" w:hAnsi="MV Boli" w:eastAsia="MV Boli" w:cs="MV Boli"/>
        </w:rPr>
        <w:t>ކުރެވިފައިވުމާ</w:t>
      </w:r>
      <w:r>
        <w:rPr>
          <w:rFonts w:ascii="Times New Roman" w:hAnsi="Times New Roman" w:eastAsia="Times New Roman" w:cs="Times New Roman"/>
        </w:rPr>
        <w:t xml:space="preserve"> </w:t>
      </w:r>
      <w:r>
        <w:rPr>
          <w:rFonts w:ascii="MV Boli" w:hAnsi="MV Boli" w:eastAsia="MV Boli" w:cs="MV Boli"/>
        </w:rPr>
        <w:t>އެއްގޮތަށް</w:t>
      </w:r>
      <w:r>
        <w:rPr>
          <w:rFonts w:ascii="Times New Roman" w:hAnsi="Times New Roman" w:eastAsia="Times New Roman" w:cs="Times New Roman"/>
        </w:rPr>
        <w:t xml:space="preserve"> </w:t>
      </w:r>
      <w:r>
        <w:rPr>
          <w:rFonts w:ascii="MV Boli" w:hAnsi="MV Boli" w:eastAsia="MV Boli" w:cs="MV Boli"/>
        </w:rPr>
        <w:t>ގުޅޭއެވެ</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ދެއެކު</w:t>
      </w:r>
      <w:r>
        <w:rPr>
          <w:rFonts w:ascii="Times New Roman" w:hAnsi="Times New Roman" w:eastAsia="Times New Roman" w:cs="Times New Roman"/>
        </w:rPr>
        <w:t xml:space="preserve"> </w:t>
      </w:r>
      <w:r>
        <w:rPr>
          <w:rFonts w:ascii="MV Boli" w:hAnsi="MV Boli" w:eastAsia="MV Boli" w:cs="MV Boli"/>
        </w:rPr>
        <w:t>މިކަން</w:t>
      </w:r>
      <w:r>
        <w:rPr>
          <w:rFonts w:ascii="Times New Roman" w:hAnsi="Times New Roman" w:eastAsia="Times New Roman" w:cs="Times New Roman"/>
        </w:rPr>
        <w:t xml:space="preserve"> </w:t>
      </w:r>
      <w:r>
        <w:rPr>
          <w:rFonts w:ascii="MV Boli" w:hAnsi="MV Boli" w:eastAsia="MV Boli" w:cs="MV Boli"/>
        </w:rPr>
        <w:t>ދައްކައިދެނީ</w:t>
      </w:r>
      <w:r>
        <w:rPr>
          <w:rFonts w:ascii="Times New Roman" w:hAnsi="Times New Roman" w:eastAsia="Times New Roman" w:cs="Times New Roman"/>
        </w:rPr>
        <w:t xml:space="preserve">، </w:t>
      </w:r>
      <w:r>
        <w:rPr>
          <w:rFonts w:ascii="MV Boli" w:hAnsi="MV Boli" w:eastAsia="MV Boli" w:cs="MV Boli"/>
        </w:rPr>
        <w:t>މަސީހަކީ</w:t>
      </w:r>
      <w:r>
        <w:rPr>
          <w:rFonts w:ascii="Times New Roman" w:hAnsi="Times New Roman" w:eastAsia="Times New Roman" w:cs="Times New Roman"/>
        </w:rPr>
        <w:t xml:space="preserve"> </w:t>
      </w:r>
      <w:r>
        <w:rPr>
          <w:rFonts w:ascii="MV Boli" w:hAnsi="MV Boli" w:eastAsia="MV Boli" w:cs="MV Boli"/>
        </w:rPr>
        <w:t>ނަބީވެރި</w:t>
      </w:r>
      <w:r>
        <w:rPr>
          <w:rFonts w:ascii="Times New Roman" w:hAnsi="Times New Roman" w:eastAsia="Times New Roman" w:cs="Times New Roman"/>
        </w:rPr>
        <w:t xml:space="preserve"> </w:t>
      </w:r>
      <w:r>
        <w:rPr>
          <w:rFonts w:ascii="MV Boli" w:hAnsi="MV Boli" w:eastAsia="MV Boli" w:cs="MV Boli"/>
        </w:rPr>
        <w:t>ތާރީޚުގައި</w:t>
      </w:r>
      <w:r>
        <w:rPr>
          <w:rFonts w:ascii="Times New Roman" w:hAnsi="Times New Roman" w:eastAsia="Times New Roman" w:cs="Times New Roman"/>
        </w:rPr>
        <w:t xml:space="preserve"> </w:t>
      </w:r>
      <w:r>
        <w:rPr>
          <w:rFonts w:ascii="MV Boli" w:hAnsi="MV Boli" w:eastAsia="MV Boli" w:cs="MV Boli"/>
        </w:rPr>
        <w:t>މަގުފަތްތަކެއް</w:t>
      </w:r>
      <w:r>
        <w:rPr>
          <w:rFonts w:ascii="Times New Roman" w:hAnsi="Times New Roman" w:eastAsia="Times New Roman" w:cs="Times New Roman"/>
        </w:rPr>
        <w:t xml:space="preserve"> </w:t>
      </w:r>
      <w:r>
        <w:rPr>
          <w:rFonts w:ascii="MV Boli" w:hAnsi="MV Boli" w:eastAsia="MV Boli" w:cs="MV Boli"/>
        </w:rPr>
        <w:t>ފަދަ</w:t>
      </w:r>
      <w:r>
        <w:rPr>
          <w:rFonts w:ascii="Times New Roman" w:hAnsi="Times New Roman" w:eastAsia="Times New Roman" w:cs="Times New Roman"/>
        </w:rPr>
        <w:t xml:space="preserve"> </w:t>
      </w:r>
      <w:r>
        <w:rPr>
          <w:rFonts w:ascii="MV Boli" w:hAnsi="MV Boli" w:eastAsia="MV Boli" w:cs="MV Boli"/>
        </w:rPr>
        <w:t>ފާޅުވާ</w:t>
      </w:r>
      <w:r>
        <w:rPr>
          <w:rFonts w:ascii="Times New Roman" w:hAnsi="Times New Roman" w:eastAsia="Times New Roman" w:cs="Times New Roman"/>
        </w:rPr>
        <w:t xml:space="preserve"> </w:t>
      </w:r>
      <w:r>
        <w:rPr>
          <w:rFonts w:ascii="MV Boli" w:hAnsi="MV Boli" w:eastAsia="MV Boli" w:cs="MV Boli"/>
        </w:rPr>
        <w:t>ރަމްޒެއް</w:t>
      </w:r>
      <w:r>
        <w:rPr>
          <w:rFonts w:ascii="Times New Roman" w:hAnsi="Times New Roman" w:eastAsia="Times New Roman" w:cs="Times New Roman"/>
        </w:rPr>
        <w:t xml:space="preserve"> </w:t>
      </w:r>
      <w:r>
        <w:rPr>
          <w:rFonts w:ascii="MV Boli" w:hAnsi="MV Boli" w:eastAsia="MV Boli" w:cs="MV Boli"/>
        </w:rPr>
        <w:t>ކަމަށެވެ</w:t>
      </w:r>
      <w:r>
        <w:rPr>
          <w:rFonts w:ascii="Times New Roman" w:hAnsi="Times New Roman" w:eastAsia="Times New Roman" w:cs="Times New Roman"/>
        </w:rPr>
        <w:t xml:space="preserve">. </w:t>
      </w:r>
      <w:r>
        <w:rPr>
          <w:rFonts w:ascii="MV Boli" w:hAnsi="MV Boli" w:eastAsia="MV Boli" w:cs="MV Boli"/>
        </w:rPr>
        <w:t>މުކާޝަފާ</w:t>
      </w:r>
      <w:r>
        <w:rPr>
          <w:rFonts w:ascii="Times New Roman" w:hAnsi="Times New Roman" w:eastAsia="Times New Roman" w:cs="Times New Roman"/>
        </w:rPr>
        <w:t xml:space="preserve"> </w:t>
      </w:r>
      <w:r>
        <w:rPr>
          <w:rFonts w:ascii="MV Boli" w:hAnsi="MV Boli" w:eastAsia="MV Boli" w:cs="MV Boli"/>
        </w:rPr>
        <w:t>ފޮތުގެ</w:t>
      </w:r>
      <w:r>
        <w:rPr>
          <w:rFonts w:ascii="Times New Roman" w:hAnsi="Times New Roman" w:eastAsia="Times New Roman" w:cs="Times New Roman"/>
        </w:rPr>
        <w:t xml:space="preserve"> </w:t>
      </w:r>
      <w:r>
        <w:rPr>
          <w:rFonts w:ascii="MV Boli" w:hAnsi="MV Boli" w:eastAsia="MV Boli" w:cs="MV Boli"/>
        </w:rPr>
        <w:t>ދިހަވަނަ</w:t>
      </w:r>
      <w:r>
        <w:rPr>
          <w:rFonts w:ascii="Times New Roman" w:hAnsi="Times New Roman" w:eastAsia="Times New Roman" w:cs="Times New Roman"/>
        </w:rPr>
        <w:t xml:space="preserve"> </w:t>
      </w:r>
      <w:r>
        <w:rPr>
          <w:rFonts w:ascii="MV Boli" w:hAnsi="MV Boli" w:eastAsia="MV Boli" w:cs="MV Boli"/>
        </w:rPr>
        <w:t>ބާބުގައި</w:t>
      </w:r>
      <w:r>
        <w:rPr>
          <w:rFonts w:ascii="Times New Roman" w:hAnsi="Times New Roman" w:eastAsia="Times New Roman" w:cs="Times New Roman"/>
        </w:rPr>
        <w:t xml:space="preserve">، </w:t>
      </w:r>
      <w:r>
        <w:rPr>
          <w:rFonts w:ascii="MV Boli" w:hAnsi="MV Boli" w:eastAsia="MV Boli" w:cs="MV Boli"/>
        </w:rPr>
        <w:t>އެކަކު</w:t>
      </w:r>
      <w:r>
        <w:rPr>
          <w:rFonts w:ascii="Times New Roman" w:hAnsi="Times New Roman" w:eastAsia="Times New Roman" w:cs="Times New Roman"/>
        </w:rPr>
        <w:t xml:space="preserve"> </w:t>
      </w:r>
      <w:r>
        <w:rPr>
          <w:rFonts w:ascii="MV Boli" w:hAnsi="MV Boli" w:eastAsia="MV Boli" w:cs="MV Boli"/>
        </w:rPr>
        <w:t>މަލާއިކާއެއް</w:t>
      </w:r>
      <w:r>
        <w:rPr>
          <w:rFonts w:ascii="Times New Roman" w:hAnsi="Times New Roman" w:eastAsia="Times New Roman" w:cs="Times New Roman"/>
        </w:rPr>
        <w:t xml:space="preserve"> </w:t>
      </w:r>
      <w:r>
        <w:rPr>
          <w:rFonts w:ascii="MV Boli" w:hAnsi="MV Boli" w:eastAsia="MV Boli" w:cs="MV Boli"/>
        </w:rPr>
        <w:t>ބިމަށް</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ފައިި</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ކަނޑަށް</w:t>
      </w:r>
      <w:r>
        <w:rPr>
          <w:rFonts w:ascii="Times New Roman" w:hAnsi="Times New Roman" w:eastAsia="Times New Roman" w:cs="Times New Roman"/>
        </w:rPr>
        <w:t xml:space="preserve"> </w:t>
      </w:r>
      <w:r>
        <w:rPr>
          <w:rFonts w:ascii="MV Boli" w:hAnsi="MV Boli" w:eastAsia="MV Boli" w:cs="MV Boli"/>
        </w:rPr>
        <w:t>އަނެއް</w:t>
      </w:r>
      <w:r>
        <w:rPr>
          <w:rFonts w:ascii="Times New Roman" w:hAnsi="Times New Roman" w:eastAsia="Times New Roman" w:cs="Times New Roman"/>
        </w:rPr>
        <w:t xml:space="preserve"> </w:t>
      </w:r>
      <w:r>
        <w:rPr>
          <w:rFonts w:ascii="MV Boli" w:hAnsi="MV Boli" w:eastAsia="MV Boli" w:cs="MV Boli"/>
        </w:rPr>
        <w:t>ފައި</w:t>
      </w:r>
      <w:r>
        <w:rPr>
          <w:rFonts w:ascii="Times New Roman" w:hAnsi="Times New Roman" w:eastAsia="Times New Roman" w:cs="Times New Roman"/>
        </w:rPr>
        <w:t xml:space="preserve"> </w:t>
      </w:r>
      <w:r>
        <w:rPr>
          <w:rFonts w:ascii="MV Boli" w:hAnsi="MV Boli" w:eastAsia="MV Boli" w:cs="MV Boli"/>
        </w:rPr>
        <w:t>ބައްދައިގެން</w:t>
      </w:r>
      <w:r>
        <w:rPr>
          <w:rFonts w:ascii="Times New Roman" w:hAnsi="Times New Roman" w:eastAsia="Times New Roman" w:cs="Times New Roman"/>
        </w:rPr>
        <w:t xml:space="preserve"> </w:t>
      </w:r>
      <w:r>
        <w:rPr>
          <w:rFonts w:ascii="MV Boli" w:hAnsi="MV Boli" w:eastAsia="MV Boli" w:cs="MV Boli"/>
        </w:rPr>
        <w:t>ފެށިއެވެ</w:t>
      </w:r>
      <w:r>
        <w:rPr>
          <w:rFonts w:ascii="Times New Roman" w:hAnsi="Times New Roman" w:eastAsia="Times New Roman" w:cs="Times New Roman"/>
        </w:rPr>
        <w:t xml:space="preserve">. </w:t>
      </w:r>
      <w:r>
        <w:rPr>
          <w:rFonts w:ascii="MV Boli" w:hAnsi="MV Boli" w:eastAsia="MV Boli" w:cs="MV Boli"/>
        </w:rPr>
        <w:t>ސިސްޓަރ</w:t>
      </w:r>
      <w:r>
        <w:rPr>
          <w:rFonts w:ascii="Times New Roman" w:hAnsi="Times New Roman" w:eastAsia="Times New Roman" w:cs="Times New Roman"/>
        </w:rPr>
        <w:t xml:space="preserve"> </w:t>
      </w:r>
      <w:r>
        <w:rPr>
          <w:rFonts w:ascii="MV Boli" w:hAnsi="MV Boli" w:eastAsia="MV Boli" w:cs="MV Boli"/>
        </w:rPr>
        <w:t>ވައިޓް</w:t>
      </w:r>
      <w:r>
        <w:rPr>
          <w:rFonts w:ascii="Times New Roman" w:hAnsi="Times New Roman" w:eastAsia="Times New Roman" w:cs="Times New Roman"/>
        </w:rPr>
        <w:t xml:space="preserve"> </w:t>
      </w:r>
      <w:r>
        <w:rPr>
          <w:rFonts w:ascii="MV Boli" w:hAnsi="MV Boli" w:eastAsia="MV Boli" w:cs="MV Boli"/>
        </w:rPr>
        <w:t>އަހަރެންނަށް</w:t>
      </w:r>
      <w:r>
        <w:rPr>
          <w:rFonts w:ascii="Times New Roman" w:hAnsi="Times New Roman" w:eastAsia="Times New Roman" w:cs="Times New Roman"/>
        </w:rPr>
        <w:t xml:space="preserve"> </w:t>
      </w:r>
      <w:r>
        <w:rPr>
          <w:rFonts w:ascii="MV Boli" w:hAnsi="MV Boli" w:eastAsia="MV Boli" w:cs="MV Boli"/>
        </w:rPr>
        <w:t>އެންގެވަނީ</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މަލާއިކާއަކީ</w:t>
      </w:r>
      <w:r>
        <w:rPr>
          <w:rFonts w:ascii="Times New Roman" w:hAnsi="Times New Roman" w:eastAsia="Times New Roman" w:cs="Times New Roman"/>
        </w:rPr>
        <w:t xml:space="preserve"> “</w:t>
      </w:r>
      <w:r>
        <w:rPr>
          <w:rFonts w:ascii="MV Boli" w:hAnsi="MV Boli" w:eastAsia="MV Boli" w:cs="MV Boli"/>
        </w:rPr>
        <w:t>ޖީސަސް</w:t>
      </w:r>
      <w:r>
        <w:rPr>
          <w:rFonts w:ascii="Times New Roman" w:hAnsi="Times New Roman" w:eastAsia="Times New Roman" w:cs="Times New Roman"/>
        </w:rPr>
        <w:t xml:space="preserve"> </w:t>
      </w:r>
      <w:r>
        <w:rPr>
          <w:rFonts w:ascii="MV Boli" w:hAnsi="MV Boli" w:eastAsia="MV Boli" w:cs="MV Boli"/>
        </w:rPr>
        <w:t>ކްރައިސްޓް</w:t>
      </w:r>
      <w:r>
        <w:rPr>
          <w:rFonts w:ascii="Times New Roman" w:hAnsi="Times New Roman" w:eastAsia="Times New Roman" w:cs="Times New Roman"/>
        </w:rPr>
        <w:t xml:space="preserve"> </w:t>
      </w:r>
      <w:r>
        <w:rPr>
          <w:rFonts w:ascii="MV Boli" w:hAnsi="MV Boli" w:eastAsia="MV Boli" w:cs="MV Boli"/>
        </w:rPr>
        <w:t>އަށް</w:t>
      </w:r>
      <w:r>
        <w:rPr>
          <w:rFonts w:ascii="Times New Roman" w:hAnsi="Times New Roman" w:eastAsia="Times New Roman" w:cs="Times New Roman"/>
        </w:rPr>
        <w:t xml:space="preserve"> </w:t>
      </w:r>
      <w:r>
        <w:rPr>
          <w:rFonts w:ascii="MV Boli" w:hAnsi="MV Boli" w:eastAsia="MV Boli" w:cs="MV Boli"/>
        </w:rPr>
        <w:t>ވުރެ</w:t>
      </w:r>
      <w:r>
        <w:rPr>
          <w:rFonts w:ascii="Times New Roman" w:hAnsi="Times New Roman" w:eastAsia="Times New Roman" w:cs="Times New Roman"/>
        </w:rPr>
        <w:t xml:space="preserve"> </w:t>
      </w:r>
      <w:r>
        <w:rPr>
          <w:rFonts w:ascii="MV Boli" w:hAnsi="MV Boli" w:eastAsia="MV Boli" w:cs="MV Boli"/>
        </w:rPr>
        <w:t>ދަށް</w:t>
      </w:r>
      <w:r>
        <w:rPr>
          <w:rFonts w:ascii="Times New Roman" w:hAnsi="Times New Roman" w:eastAsia="Times New Roman" w:cs="Times New Roman"/>
        </w:rPr>
        <w:t xml:space="preserve"> </w:t>
      </w:r>
      <w:r>
        <w:rPr>
          <w:rFonts w:ascii="MV Boli" w:hAnsi="MV Boli" w:eastAsia="MV Boli" w:cs="MV Boli"/>
        </w:rPr>
        <w:t>ޝަޚުޞެއް</w:t>
      </w:r>
      <w:r>
        <w:rPr>
          <w:rFonts w:ascii="Times New Roman" w:hAnsi="Times New Roman" w:eastAsia="Times New Roman" w:cs="Times New Roman"/>
        </w:rPr>
        <w:t xml:space="preserve"> </w:t>
      </w:r>
      <w:r>
        <w:rPr>
          <w:rFonts w:ascii="MV Boli" w:hAnsi="MV Boli" w:eastAsia="MV Boli" w:cs="MV Boli"/>
        </w:rPr>
        <w:t>ނޫން</w:t>
      </w:r>
      <w:r>
        <w:rPr>
          <w:rFonts w:ascii="Times New Roman" w:hAnsi="Times New Roman" w:eastAsia="Times New Roman" w:cs="Times New Roman"/>
        </w:rPr>
        <w:t xml:space="preserve">” </w:t>
      </w:r>
      <w:r>
        <w:rPr>
          <w:rFonts w:ascii="MV Boli" w:hAnsi="MV Boli" w:eastAsia="MV Boli" w:cs="MV Boli"/>
        </w:rPr>
        <w:t>ބަޔަކުކަމެވެ</w:t>
      </w:r>
      <w:r>
        <w:rPr>
          <w:rFonts w:ascii="Times New Roman" w:hAnsi="Times New Roman" w:eastAsia="Times New Roman" w:cs="Times New Roman"/>
        </w:rPr>
        <w:t xml:space="preserve">. </w:t>
      </w:r>
      <w:r>
        <w:rPr>
          <w:rFonts w:ascii="MV Boli" w:hAnsi="MV Boli" w:eastAsia="MV Boli" w:cs="MV Boli"/>
        </w:rPr>
        <w:t>މުކާޝަފާ</w:t>
      </w:r>
      <w:r>
        <w:rPr>
          <w:rFonts w:ascii="Times New Roman" w:hAnsi="Times New Roman" w:eastAsia="Times New Roman" w:cs="Times New Roman"/>
        </w:rPr>
        <w:t xml:space="preserve"> 10 </w:t>
      </w:r>
      <w:r>
        <w:rPr>
          <w:rFonts w:ascii="MV Boli" w:hAnsi="MV Boli" w:eastAsia="MV Boli" w:cs="MV Boli"/>
        </w:rPr>
        <w:t>ގެ</w:t>
      </w:r>
      <w:r>
        <w:rPr>
          <w:rFonts w:ascii="Times New Roman" w:hAnsi="Times New Roman" w:eastAsia="Times New Roman" w:cs="Times New Roman"/>
        </w:rPr>
        <w:t xml:space="preserve"> </w:t>
      </w:r>
      <w:r>
        <w:rPr>
          <w:rFonts w:ascii="MV Boli" w:hAnsi="MV Boli" w:eastAsia="MV Boli" w:cs="MV Boli"/>
        </w:rPr>
        <w:t>މަލާއިކާއަކީ</w:t>
      </w:r>
      <w:r>
        <w:rPr>
          <w:rFonts w:ascii="Times New Roman" w:hAnsi="Times New Roman" w:eastAsia="Times New Roman" w:cs="Times New Roman"/>
        </w:rPr>
        <w:t xml:space="preserve">، </w:t>
      </w:r>
      <w:r>
        <w:rPr>
          <w:rFonts w:ascii="MV Boli" w:hAnsi="MV Boli" w:eastAsia="MV Boli" w:cs="MV Boli"/>
        </w:rPr>
        <w:t>ނަބީވެރި</w:t>
      </w:r>
      <w:r>
        <w:rPr>
          <w:rFonts w:ascii="Times New Roman" w:hAnsi="Times New Roman" w:eastAsia="Times New Roman" w:cs="Times New Roman"/>
        </w:rPr>
        <w:t xml:space="preserve"> </w:t>
      </w:r>
      <w:r>
        <w:rPr>
          <w:rFonts w:ascii="MV Boli" w:hAnsi="MV Boli" w:eastAsia="MV Boli" w:cs="MV Boli"/>
        </w:rPr>
        <w:t>ތާރީޚުގައި</w:t>
      </w:r>
      <w:r>
        <w:rPr>
          <w:rFonts w:ascii="Times New Roman" w:hAnsi="Times New Roman" w:eastAsia="Times New Roman" w:cs="Times New Roman"/>
        </w:rPr>
        <w:t xml:space="preserve"> </w:t>
      </w:r>
      <w:r>
        <w:rPr>
          <w:rFonts w:ascii="MV Boli" w:hAnsi="MV Boli" w:eastAsia="MV Boli" w:cs="MV Boli"/>
        </w:rPr>
        <w:t>މަސީހުގެ</w:t>
      </w:r>
      <w:r>
        <w:rPr>
          <w:rFonts w:ascii="Times New Roman" w:hAnsi="Times New Roman" w:eastAsia="Times New Roman" w:cs="Times New Roman"/>
        </w:rPr>
        <w:t xml:space="preserve"> “appearance” </w:t>
      </w:r>
      <w:r>
        <w:rPr>
          <w:rFonts w:ascii="MV Boli" w:hAnsi="MV Boli" w:eastAsia="MV Boli" w:cs="MV Boli"/>
        </w:rPr>
        <w:t>އެވެ</w:t>
      </w:r>
      <w:r>
        <w:rPr>
          <w:rFonts w:ascii="Times New Roman" w:hAnsi="Times New Roman" w:eastAsia="Times New Roman" w:cs="Times New Roman"/>
        </w:rPr>
        <w:t xml:space="preserve">. </w:t>
      </w:r>
      <w:r>
        <w:rPr>
          <w:rFonts w:ascii="MV Boli" w:hAnsi="MV Boli" w:eastAsia="MV Boli" w:cs="MV Boli"/>
        </w:rPr>
        <w:t>ދާނިޔާލުގެ</w:t>
      </w:r>
      <w:r>
        <w:rPr>
          <w:rFonts w:ascii="Times New Roman" w:hAnsi="Times New Roman" w:eastAsia="Times New Roman" w:cs="Times New Roman"/>
        </w:rPr>
        <w:t xml:space="preserve"> </w:t>
      </w:r>
      <w:r>
        <w:rPr>
          <w:rFonts w:ascii="MV Boli" w:hAnsi="MV Boli" w:eastAsia="MV Boli" w:cs="MV Boli"/>
        </w:rPr>
        <w:t>އަށްވަނަ</w:t>
      </w:r>
      <w:r>
        <w:rPr>
          <w:rFonts w:ascii="Times New Roman" w:hAnsi="Times New Roman" w:eastAsia="Times New Roman" w:cs="Times New Roman"/>
        </w:rPr>
        <w:t xml:space="preserve"> </w:t>
      </w:r>
      <w:r>
        <w:rPr>
          <w:rFonts w:ascii="MV Boli" w:hAnsi="MV Boli" w:eastAsia="MV Boli" w:cs="MV Boli"/>
        </w:rPr>
        <w:t>ބާބުގެ</w:t>
      </w:r>
      <w:r>
        <w:rPr>
          <w:rFonts w:ascii="Times New Roman" w:hAnsi="Times New Roman" w:eastAsia="Times New Roman" w:cs="Times New Roman"/>
        </w:rPr>
        <w:t xml:space="preserve"> </w:t>
      </w:r>
      <w:r>
        <w:rPr>
          <w:rFonts w:ascii="MV Boli" w:hAnsi="MV Boli" w:eastAsia="MV Boli" w:cs="MV Boli"/>
        </w:rPr>
        <w:t>ތޭރަވަނަ</w:t>
      </w:r>
      <w:r>
        <w:rPr>
          <w:rFonts w:ascii="Times New Roman" w:hAnsi="Times New Roman" w:eastAsia="Times New Roman" w:cs="Times New Roman"/>
        </w:rPr>
        <w:t xml:space="preserve"> </w:t>
      </w:r>
      <w:r>
        <w:rPr>
          <w:rFonts w:ascii="MV Boli" w:hAnsi="MV Boli" w:eastAsia="MV Boli" w:cs="MV Boli"/>
        </w:rPr>
        <w:t>އާޔަތުގައި</w:t>
      </w:r>
      <w:r>
        <w:rPr>
          <w:rFonts w:ascii="Times New Roman" w:hAnsi="Times New Roman" w:eastAsia="Times New Roman" w:cs="Times New Roman"/>
        </w:rPr>
        <w:t xml:space="preserve">، </w:t>
      </w:r>
      <w:r>
        <w:rPr>
          <w:rFonts w:ascii="MV Boli" w:hAnsi="MV Boli" w:eastAsia="MV Boli" w:cs="MV Boli"/>
        </w:rPr>
        <w:t>އެއްޗެހި</w:t>
      </w:r>
      <w:r>
        <w:rPr>
          <w:rFonts w:ascii="Times New Roman" w:hAnsi="Times New Roman" w:eastAsia="Times New Roman" w:cs="Times New Roman"/>
        </w:rPr>
        <w:t xml:space="preserve"> </w:t>
      </w:r>
      <w:r>
        <w:rPr>
          <w:rFonts w:ascii="MV Boli" w:hAnsi="MV Boli" w:eastAsia="MV Boli" w:cs="MV Boli"/>
        </w:rPr>
        <w:t>ޕަލްމޮނީ</w:t>
      </w:r>
      <w:r>
        <w:rPr>
          <w:rFonts w:ascii="Times New Roman" w:hAnsi="Times New Roman" w:eastAsia="Times New Roman" w:cs="Times New Roman"/>
        </w:rPr>
        <w:t xml:space="preserve"> </w:t>
      </w:r>
      <w:r>
        <w:rPr>
          <w:rFonts w:ascii="MV Boli" w:hAnsi="MV Boli" w:eastAsia="MV Boli" w:cs="MV Boli"/>
        </w:rPr>
        <w:t>ގެ</w:t>
      </w:r>
      <w:r>
        <w:rPr>
          <w:rFonts w:ascii="Times New Roman" w:hAnsi="Times New Roman" w:eastAsia="Times New Roman" w:cs="Times New Roman"/>
        </w:rPr>
        <w:t xml:space="preserve"> </w:t>
      </w:r>
      <w:r>
        <w:rPr>
          <w:rFonts w:ascii="MV Boli" w:hAnsi="MV Boli" w:eastAsia="MV Boli" w:cs="MV Boli"/>
        </w:rPr>
        <w:t>ސިފައިގައި</w:t>
      </w:r>
      <w:r>
        <w:rPr>
          <w:rFonts w:ascii="Times New Roman" w:hAnsi="Times New Roman" w:eastAsia="Times New Roman" w:cs="Times New Roman"/>
        </w:rPr>
        <w:t xml:space="preserve"> </w:t>
      </w:r>
      <w:r>
        <w:rPr>
          <w:rFonts w:ascii="MV Boli" w:hAnsi="MV Boli" w:eastAsia="MV Boli" w:cs="MV Boli"/>
        </w:rPr>
        <w:t>ފާޅުވެއެވެ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މުކާޝަފާ</w:t>
      </w:r>
      <w:r>
        <w:rPr>
          <w:rFonts w:ascii="Times New Roman" w:hAnsi="Times New Roman" w:eastAsia="Times New Roman" w:cs="Times New Roman"/>
        </w:rPr>
        <w:t xml:space="preserve"> </w:t>
      </w:r>
      <w:r>
        <w:rPr>
          <w:rFonts w:ascii="MV Boli" w:hAnsi="MV Boli" w:eastAsia="MV Boli" w:cs="MV Boli"/>
        </w:rPr>
        <w:t>ފޮތުގެ</w:t>
      </w:r>
      <w:r>
        <w:rPr>
          <w:rFonts w:ascii="Times New Roman" w:hAnsi="Times New Roman" w:eastAsia="Times New Roman" w:cs="Times New Roman"/>
        </w:rPr>
        <w:t xml:space="preserve"> </w:t>
      </w:r>
      <w:r>
        <w:rPr>
          <w:rFonts w:ascii="MV Boli" w:hAnsi="MV Boli" w:eastAsia="MV Boli" w:cs="MV Boli"/>
        </w:rPr>
        <w:t>ފަސްވަނަ</w:t>
      </w:r>
      <w:r>
        <w:rPr>
          <w:rFonts w:ascii="Times New Roman" w:hAnsi="Times New Roman" w:eastAsia="Times New Roman" w:cs="Times New Roman"/>
        </w:rPr>
        <w:t xml:space="preserve"> </w:t>
      </w:r>
      <w:r>
        <w:rPr>
          <w:rFonts w:ascii="MV Boli" w:hAnsi="MV Boli" w:eastAsia="MV Boli" w:cs="MV Boli"/>
        </w:rPr>
        <w:t>ބާބު</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އެއަށް</w:t>
      </w:r>
      <w:r>
        <w:rPr>
          <w:rFonts w:ascii="Times New Roman" w:hAnsi="Times New Roman" w:eastAsia="Times New Roman" w:cs="Times New Roman"/>
        </w:rPr>
        <w:t xml:space="preserve"> </w:t>
      </w:r>
      <w:r>
        <w:rPr>
          <w:rFonts w:ascii="MV Boli" w:hAnsi="MV Boli" w:eastAsia="MV Boli" w:cs="MV Boli"/>
        </w:rPr>
        <w:t>ފަހުން</w:t>
      </w:r>
      <w:r>
        <w:rPr>
          <w:rFonts w:ascii="Times New Roman" w:hAnsi="Times New Roman" w:eastAsia="Times New Roman" w:cs="Times New Roman"/>
        </w:rPr>
        <w:t xml:space="preserve">، </w:t>
      </w:r>
      <w:r>
        <w:rPr>
          <w:rFonts w:ascii="MV Boli" w:hAnsi="MV Boli" w:eastAsia="MV Boli" w:cs="MV Boli"/>
        </w:rPr>
        <w:t>އެއްޗެހި</w:t>
      </w:r>
      <w:r>
        <w:rPr>
          <w:rFonts w:ascii="Times New Roman" w:hAnsi="Times New Roman" w:eastAsia="Times New Roman" w:cs="Times New Roman"/>
        </w:rPr>
        <w:t xml:space="preserve"> </w:t>
      </w:r>
      <w:r>
        <w:rPr>
          <w:rFonts w:ascii="MV Boli" w:hAnsi="MV Boli" w:eastAsia="MV Boli" w:cs="MV Boli"/>
        </w:rPr>
        <w:t>ޔޫދާ</w:t>
      </w:r>
      <w:r>
        <w:rPr>
          <w:rFonts w:ascii="Times New Roman" w:hAnsi="Times New Roman" w:eastAsia="Times New Roman" w:cs="Times New Roman"/>
        </w:rPr>
        <w:t xml:space="preserve"> </w:t>
      </w:r>
      <w:r>
        <w:rPr>
          <w:rFonts w:ascii="MV Boli" w:hAnsi="MV Boli" w:eastAsia="MV Boli" w:cs="MV Boli"/>
        </w:rPr>
        <w:t>ގޮތްރުގެ</w:t>
      </w:r>
      <w:r>
        <w:rPr>
          <w:rFonts w:ascii="Times New Roman" w:hAnsi="Times New Roman" w:eastAsia="Times New Roman" w:cs="Times New Roman"/>
        </w:rPr>
        <w:t xml:space="preserve"> </w:t>
      </w:r>
      <w:r>
        <w:rPr>
          <w:rFonts w:ascii="MV Boli" w:hAnsi="MV Boli" w:eastAsia="MV Boli" w:cs="MV Boli"/>
        </w:rPr>
        <w:t>ސިންގާމަސްކަމުގައި</w:t>
      </w:r>
      <w:r>
        <w:rPr>
          <w:rFonts w:ascii="Times New Roman" w:hAnsi="Times New Roman" w:eastAsia="Times New Roman" w:cs="Times New Roman"/>
        </w:rPr>
        <w:t xml:space="preserve"> </w:t>
      </w:r>
      <w:r>
        <w:rPr>
          <w:rFonts w:ascii="MV Boli" w:hAnsi="MV Boli" w:eastAsia="MV Boli" w:cs="MV Boli"/>
        </w:rPr>
        <w:t>ފާޅުވެއެވެ</w:t>
      </w:r>
      <w:r>
        <w:rPr>
          <w:rFonts w:ascii="Times New Roman" w:hAnsi="Times New Roman" w:eastAsia="Times New Roman" w:cs="Times New Roman"/>
        </w:rPr>
        <w:t xml:space="preserve">. </w:t>
      </w:r>
      <w:r>
        <w:rPr>
          <w:rFonts w:ascii="MV Boli" w:hAnsi="MV Boli" w:eastAsia="MV Boli" w:cs="MV Boli"/>
        </w:rPr>
        <w:t>ދާނިޔާލު</w:t>
      </w:r>
      <w:r>
        <w:rPr>
          <w:rFonts w:ascii="Times New Roman" w:hAnsi="Times New Roman" w:eastAsia="Times New Roman" w:cs="Times New Roman"/>
        </w:rPr>
        <w:t xml:space="preserve"> </w:t>
      </w:r>
      <w:r>
        <w:rPr>
          <w:rFonts w:ascii="MV Boli" w:hAnsi="MV Boli" w:eastAsia="MV Boli" w:cs="MV Boli"/>
        </w:rPr>
        <w:t>ތަމްސީލު</w:t>
      </w:r>
      <w:r>
        <w:rPr>
          <w:rFonts w:ascii="Times New Roman" w:hAnsi="Times New Roman" w:eastAsia="Times New Roman" w:cs="Times New Roman"/>
        </w:rPr>
        <w:t xml:space="preserve"> </w:t>
      </w:r>
      <w:r>
        <w:rPr>
          <w:rFonts w:ascii="MV Boli" w:hAnsi="MV Boli" w:eastAsia="MV Boli" w:cs="MV Boli"/>
        </w:rPr>
        <w:t>ކުރަނީ</w:t>
      </w:r>
      <w:r>
        <w:rPr>
          <w:rFonts w:ascii="Times New Roman" w:hAnsi="Times New Roman" w:eastAsia="Times New Roman" w:cs="Times New Roman"/>
        </w:rPr>
        <w:t xml:space="preserve">، </w:t>
      </w:r>
      <w:r>
        <w:rPr>
          <w:rFonts w:ascii="MV Boli" w:hAnsi="MV Boli" w:eastAsia="MV Boli" w:cs="MV Boli"/>
        </w:rPr>
        <w:t>އެންމެ</w:t>
      </w:r>
      <w:r>
        <w:rPr>
          <w:rFonts w:ascii="Times New Roman" w:hAnsi="Times New Roman" w:eastAsia="Times New Roman" w:cs="Times New Roman"/>
        </w:rPr>
        <w:t xml:space="preserve"> </w:t>
      </w:r>
      <w:r>
        <w:rPr>
          <w:rFonts w:ascii="MV Boli" w:hAnsi="MV Boli" w:eastAsia="MV Boli" w:cs="MV Boli"/>
        </w:rPr>
        <w:t>ފަހު</w:t>
      </w:r>
      <w:r>
        <w:rPr>
          <w:rFonts w:ascii="Times New Roman" w:hAnsi="Times New Roman" w:eastAsia="Times New Roman" w:cs="Times New Roman"/>
        </w:rPr>
        <w:t xml:space="preserve"> </w:t>
      </w:r>
      <w:r>
        <w:rPr>
          <w:rFonts w:ascii="MV Boli" w:hAnsi="MV Boli" w:eastAsia="MV Boli" w:cs="MV Boli"/>
        </w:rPr>
        <w:t>ޒަމާނުގެ</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މަސީހު</w:t>
      </w:r>
      <w:r>
        <w:rPr>
          <w:rFonts w:ascii="Times New Roman" w:hAnsi="Times New Roman" w:eastAsia="Times New Roman" w:cs="Times New Roman"/>
        </w:rPr>
        <w:t xml:space="preserve"> </w:t>
      </w:r>
      <w:r>
        <w:rPr>
          <w:rFonts w:ascii="MV Boli" w:hAnsi="MV Boli" w:eastAsia="MV Boli" w:cs="MV Boli"/>
        </w:rPr>
        <w:t>ގޮސްދާނެ</w:t>
      </w:r>
      <w:r>
        <w:rPr>
          <w:rFonts w:ascii="Times New Roman" w:hAnsi="Times New Roman" w:eastAsia="Times New Roman" w:cs="Times New Roman"/>
        </w:rPr>
        <w:t xml:space="preserve"> </w:t>
      </w:r>
      <w:r>
        <w:rPr>
          <w:rFonts w:ascii="MV Boli" w:hAnsi="MV Boli" w:eastAsia="MV Boli" w:cs="MV Boli"/>
        </w:rPr>
        <w:t>ހަމަ</w:t>
      </w:r>
      <w:r>
        <w:rPr>
          <w:rFonts w:ascii="Times New Roman" w:hAnsi="Times New Roman" w:eastAsia="Times New Roman" w:cs="Times New Roman"/>
        </w:rPr>
        <w:t xml:space="preserve"> </w:t>
      </w:r>
      <w:r>
        <w:rPr>
          <w:rFonts w:ascii="MV Boli" w:hAnsi="MV Boli" w:eastAsia="MV Boli" w:cs="MV Boli"/>
        </w:rPr>
        <w:t>ކޮންމެ</w:t>
      </w:r>
      <w:r>
        <w:rPr>
          <w:rFonts w:ascii="Times New Roman" w:hAnsi="Times New Roman" w:eastAsia="Times New Roman" w:cs="Times New Roman"/>
        </w:rPr>
        <w:t xml:space="preserve"> </w:t>
      </w:r>
      <w:r>
        <w:rPr>
          <w:rFonts w:ascii="MV Boli" w:hAnsi="MV Boli" w:eastAsia="MV Boli" w:cs="MV Boli"/>
        </w:rPr>
        <w:t>ތަނަކަށް</w:t>
      </w:r>
      <w:r>
        <w:rPr>
          <w:rFonts w:ascii="Times New Roman" w:hAnsi="Times New Roman" w:eastAsia="Times New Roman" w:cs="Times New Roman"/>
        </w:rPr>
        <w:t xml:space="preserve">، </w:t>
      </w:r>
      <w:r>
        <w:rPr>
          <w:rFonts w:ascii="MV Boli" w:hAnsi="MV Boli" w:eastAsia="MV Boli" w:cs="MV Boli"/>
        </w:rPr>
        <w:t>އެއްޗެހިގެ</w:t>
      </w:r>
      <w:r>
        <w:rPr>
          <w:rFonts w:ascii="Times New Roman" w:hAnsi="Times New Roman" w:eastAsia="Times New Roman" w:cs="Times New Roman"/>
        </w:rPr>
        <w:t xml:space="preserve"> </w:t>
      </w:r>
      <w:r>
        <w:rPr>
          <w:rFonts w:ascii="MV Boli" w:hAnsi="MV Boli" w:eastAsia="MV Boli" w:cs="MV Boli"/>
        </w:rPr>
        <w:t>ނަބީވެރި</w:t>
      </w:r>
      <w:r>
        <w:rPr>
          <w:rFonts w:ascii="Times New Roman" w:hAnsi="Times New Roman" w:eastAsia="Times New Roman" w:cs="Times New Roman"/>
        </w:rPr>
        <w:t xml:space="preserve"> </w:t>
      </w:r>
      <w:r>
        <w:rPr>
          <w:rFonts w:ascii="MV Boli" w:hAnsi="MV Boli" w:eastAsia="MV Boli" w:cs="MV Boli"/>
        </w:rPr>
        <w:t>ފާޅުވުންތައް</w:t>
      </w:r>
      <w:r>
        <w:rPr>
          <w:rFonts w:ascii="Times New Roman" w:hAnsi="Times New Roman" w:eastAsia="Times New Roman" w:cs="Times New Roman"/>
        </w:rPr>
        <w:t xml:space="preserve"> </w:t>
      </w:r>
      <w:r>
        <w:rPr>
          <w:rFonts w:ascii="MV Boli" w:hAnsi="MV Boli" w:eastAsia="MV Boli" w:cs="MV Boli"/>
        </w:rPr>
        <w:t>ތަބަޢަ</w:t>
      </w:r>
      <w:r>
        <w:rPr>
          <w:rFonts w:ascii="Times New Roman" w:hAnsi="Times New Roman" w:eastAsia="Times New Roman" w:cs="Times New Roman"/>
        </w:rPr>
        <w:t xml:space="preserve"> </w:t>
      </w:r>
      <w:r>
        <w:rPr>
          <w:rFonts w:ascii="MV Boli" w:hAnsi="MV Boli" w:eastAsia="MV Boli" w:cs="MV Boli"/>
        </w:rPr>
        <w:t>ކުރާ</w:t>
      </w:r>
      <w:r>
        <w:rPr>
          <w:rFonts w:ascii="Times New Roman" w:hAnsi="Times New Roman" w:eastAsia="Times New Roman" w:cs="Times New Roman"/>
        </w:rPr>
        <w:t xml:space="preserve"> </w:t>
      </w:r>
      <w:r>
        <w:rPr>
          <w:rFonts w:ascii="MV Boli" w:hAnsi="MV Boli" w:eastAsia="MV Boli" w:cs="MV Boli"/>
        </w:rPr>
        <w:t>މީހުންނެވެ</w:t>
      </w:r>
      <w:r>
        <w:rPr>
          <w:rFonts w:ascii="Times New Roman" w:hAnsi="Times New Roman" w:eastAsia="Times New Roman" w:cs="Times New Roman"/>
        </w:rPr>
        <w:t xml:space="preserve">. </w:t>
      </w:r>
      <w:r>
        <w:rPr>
          <w:rFonts w:ascii="MV Boli" w:hAnsi="MV Boli" w:eastAsia="MV Boli" w:cs="MV Boli"/>
        </w:rPr>
        <w:t>އެމީހުން</w:t>
      </w:r>
      <w:r>
        <w:rPr>
          <w:rFonts w:ascii="Times New Roman" w:hAnsi="Times New Roman" w:eastAsia="Times New Roman" w:cs="Times New Roman"/>
        </w:rPr>
        <w:t xml:space="preserve"> </w:t>
      </w:r>
      <w:r>
        <w:rPr>
          <w:rFonts w:ascii="MV Boli" w:hAnsi="MV Boli" w:eastAsia="MV Boli" w:cs="MV Boli"/>
        </w:rPr>
        <w:t>އެކަން</w:t>
      </w:r>
      <w:r>
        <w:rPr>
          <w:rFonts w:ascii="Times New Roman" w:hAnsi="Times New Roman" w:eastAsia="Times New Roman" w:cs="Times New Roman"/>
        </w:rPr>
        <w:t xml:space="preserve"> </w:t>
      </w:r>
      <w:r>
        <w:rPr>
          <w:rFonts w:ascii="MV Boli" w:hAnsi="MV Boli" w:eastAsia="MV Boli" w:cs="MV Boli"/>
        </w:rPr>
        <w:t>ކުރުމުގައި</w:t>
      </w:r>
      <w:r>
        <w:rPr>
          <w:rFonts w:ascii="Times New Roman" w:hAnsi="Times New Roman" w:eastAsia="Times New Roman" w:cs="Times New Roman"/>
        </w:rPr>
        <w:t xml:space="preserve"> </w:t>
      </w:r>
      <w:r>
        <w:rPr>
          <w:rFonts w:ascii="MV Boli" w:hAnsi="MV Boli" w:eastAsia="MV Boli" w:cs="MV Boli"/>
        </w:rPr>
        <w:t>އަމާންތެރި</w:t>
      </w:r>
      <w:r>
        <w:rPr>
          <w:rFonts w:ascii="Times New Roman" w:hAnsi="Times New Roman" w:eastAsia="Times New Roman" w:cs="Times New Roman"/>
        </w:rPr>
        <w:t xml:space="preserve"> </w:t>
      </w:r>
      <w:r>
        <w:rPr>
          <w:rFonts w:ascii="MV Boli" w:hAnsi="MV Boli" w:eastAsia="MV Boli" w:cs="MV Boli"/>
        </w:rPr>
        <w:t>ވާނަމަ</w:t>
      </w:r>
      <w:r>
        <w:rPr>
          <w:rFonts w:ascii="Times New Roman" w:hAnsi="Times New Roman" w:eastAsia="Times New Roman" w:cs="Times New Roman"/>
        </w:rPr>
        <w:t xml:space="preserve">، </w:t>
      </w:r>
      <w:r>
        <w:rPr>
          <w:rFonts w:ascii="MV Boli" w:hAnsi="MV Boli" w:eastAsia="MV Boli" w:cs="MV Boli"/>
        </w:rPr>
        <w:t>އަމާންތެރި</w:t>
      </w:r>
      <w:r>
        <w:rPr>
          <w:rFonts w:ascii="Times New Roman" w:hAnsi="Times New Roman" w:eastAsia="Times New Roman" w:cs="Times New Roman"/>
        </w:rPr>
        <w:t xml:space="preserve"> </w:t>
      </w:r>
      <w:r>
        <w:rPr>
          <w:rFonts w:ascii="MV Boli" w:hAnsi="MV Boli" w:eastAsia="MV Boli" w:cs="MV Boli"/>
        </w:rPr>
        <w:t>ނޫން</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ދުވެ</w:t>
      </w:r>
      <w:r>
        <w:rPr>
          <w:rFonts w:ascii="Times New Roman" w:hAnsi="Times New Roman" w:eastAsia="Times New Roman" w:cs="Times New Roman"/>
        </w:rPr>
        <w:t xml:space="preserve"> </w:t>
      </w:r>
      <w:r>
        <w:rPr>
          <w:rFonts w:ascii="MV Boli" w:hAnsi="MV Boli" w:eastAsia="MV Boli" w:cs="MV Boli"/>
        </w:rPr>
        <w:t>ފިލާ</w:t>
      </w:r>
      <w:r>
        <w:rPr>
          <w:rFonts w:ascii="Times New Roman" w:hAnsi="Times New Roman" w:eastAsia="Times New Roman" w:cs="Times New Roman"/>
        </w:rPr>
        <w:t xml:space="preserve"> </w:t>
      </w:r>
      <w:r>
        <w:rPr>
          <w:rFonts w:ascii="MV Boli" w:hAnsi="MV Boli" w:eastAsia="MV Boli" w:cs="MV Boli"/>
        </w:rPr>
        <w:t>ބެލެނިވި</w:t>
      </w:r>
      <w:r>
        <w:rPr>
          <w:rFonts w:ascii="Times New Roman" w:hAnsi="Times New Roman" w:eastAsia="Times New Roman" w:cs="Times New Roman"/>
        </w:rPr>
        <w:t xml:space="preserve"> </w:t>
      </w:r>
      <w:r>
        <w:rPr>
          <w:rFonts w:ascii="MV Boli" w:hAnsi="MV Boli" w:eastAsia="MV Boli" w:cs="MV Boli"/>
        </w:rPr>
        <w:t>ކަސްމިސްކޮޅުގެ</w:t>
      </w:r>
      <w:r>
        <w:rPr>
          <w:rFonts w:ascii="Times New Roman" w:hAnsi="Times New Roman" w:eastAsia="Times New Roman" w:cs="Times New Roman"/>
        </w:rPr>
        <w:t xml:space="preserve"> </w:t>
      </w:r>
      <w:r>
        <w:rPr>
          <w:rFonts w:ascii="MV Boli" w:hAnsi="MV Boli" w:eastAsia="MV Boli" w:cs="MV Boli"/>
        </w:rPr>
        <w:t>ދެންނެވުނަށް</w:t>
      </w:r>
      <w:r>
        <w:rPr>
          <w:rFonts w:ascii="Times New Roman" w:hAnsi="Times New Roman" w:eastAsia="Times New Roman" w:cs="Times New Roman"/>
        </w:rPr>
        <w:t xml:space="preserve"> </w:t>
      </w:r>
      <w:r>
        <w:rPr>
          <w:rFonts w:ascii="MV Boli" w:hAnsi="MV Boli" w:eastAsia="MV Boli" w:cs="MV Boli"/>
        </w:rPr>
        <w:t>އެމީހުން</w:t>
      </w:r>
      <w:r>
        <w:rPr>
          <w:rFonts w:ascii="Times New Roman" w:hAnsi="Times New Roman" w:eastAsia="Times New Roman" w:cs="Times New Roman"/>
        </w:rPr>
        <w:t xml:space="preserve"> </w:t>
      </w:r>
      <w:r>
        <w:rPr>
          <w:rFonts w:ascii="MV Boli" w:hAnsi="MV Boli" w:eastAsia="MV Boli" w:cs="MV Boli"/>
        </w:rPr>
        <w:t>މަގުދައްކައިދެވެއެވެ</w:t>
      </w:r>
      <w:r>
        <w:rPr>
          <w:rFonts w:ascii="Times New Roman" w:hAnsi="Times New Roman" w:eastAsia="Times New Roman" w:cs="Times New Roman"/>
        </w:rPr>
        <w:t>.</w:t>
      </w:r>
    </w:p>
    <w:p>
      <w:pPr>
        <w:pStyle w:val="ArticleBody"/>
        <w:jc w:val="left"/>
      </w:pP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በሚፈታበት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የሚጨምረውን</w:t>
      </w:r>
      <w:r>
        <w:rPr>
          <w:rFonts w:ascii="Times New Roman" w:hAnsi="Times New Roman" w:eastAsia="Times New Roman" w:cs="Times New Roman"/>
        </w:rPr>
        <w:t xml:space="preserve"> </w:t>
      </w:r>
      <w:r>
        <w:rPr>
          <w:rFonts w:ascii="Ebrima" w:hAnsi="Ebrima" w:eastAsia="Ebrima" w:cs="Ebrima"/>
        </w:rPr>
        <w:t>እውቀት</w:t>
      </w:r>
      <w:r>
        <w:rPr>
          <w:rFonts w:ascii="Times New Roman" w:hAnsi="Times New Roman" w:eastAsia="Times New Roman" w:cs="Times New Roman"/>
        </w:rPr>
        <w:t xml:space="preserve"> </w:t>
      </w:r>
      <w:r>
        <w:rPr>
          <w:rFonts w:ascii="Ebrima" w:hAnsi="Ebrima" w:eastAsia="Ebrima" w:cs="Ebrima"/>
        </w:rPr>
        <w:t>በመረዳት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የተመሠረተው</w:t>
      </w:r>
      <w:r>
        <w:rPr>
          <w:rFonts w:ascii="Times New Roman" w:hAnsi="Times New Roman" w:eastAsia="Times New Roman" w:cs="Times New Roman"/>
        </w:rPr>
        <w:t xml:space="preserve"> </w:t>
      </w:r>
      <w:r>
        <w:rPr>
          <w:rFonts w:ascii="Ebrima" w:hAnsi="Ebrima" w:eastAsia="Ebrima" w:cs="Ebrima"/>
        </w:rPr>
        <w:t>ሶስት</w:t>
      </w:r>
      <w:r>
        <w:rPr>
          <w:rFonts w:ascii="Times New Roman" w:hAnsi="Times New Roman" w:eastAsia="Times New Roman" w:cs="Times New Roman"/>
        </w:rPr>
        <w:t>-</w:t>
      </w:r>
      <w:r>
        <w:rPr>
          <w:rFonts w:ascii="Ebrima" w:hAnsi="Ebrima" w:eastAsia="Ebrima" w:cs="Ebrima"/>
        </w:rPr>
        <w:t>ደረጃ</w:t>
      </w:r>
      <w:r>
        <w:rPr>
          <w:rFonts w:ascii="Times New Roman" w:hAnsi="Times New Roman" w:eastAsia="Times New Roman" w:cs="Times New Roman"/>
        </w:rPr>
        <w:t xml:space="preserve"> </w:t>
      </w:r>
      <w:r>
        <w:rPr>
          <w:rFonts w:ascii="Ebrima" w:hAnsi="Ebrima" w:eastAsia="Ebrima" w:cs="Ebrima"/>
        </w:rPr>
        <w:t>የመንጻት</w:t>
      </w:r>
      <w:r>
        <w:rPr>
          <w:rFonts w:ascii="Times New Roman" w:hAnsi="Times New Roman" w:eastAsia="Times New Roman" w:cs="Times New Roman"/>
        </w:rPr>
        <w:t xml:space="preserve"> </w:t>
      </w:r>
      <w:r>
        <w:rPr>
          <w:rFonts w:ascii="Ebrima" w:hAnsi="Ebrima" w:eastAsia="Ebrima" w:cs="Ebrima"/>
        </w:rPr>
        <w:t>ሂደት</w:t>
      </w:r>
      <w:r>
        <w:rPr>
          <w:rFonts w:ascii="Times New Roman" w:hAnsi="Times New Roman" w:eastAsia="Times New Roman" w:cs="Times New Roman"/>
        </w:rPr>
        <w:t xml:space="preserve"> </w:t>
      </w:r>
      <w:r>
        <w:rPr>
          <w:rFonts w:ascii="Ebrima" w:hAnsi="Ebrima" w:eastAsia="Ebrima" w:cs="Ebrima"/>
        </w:rPr>
        <w:t>ከሶስት</w:t>
      </w:r>
      <w:r>
        <w:rPr>
          <w:rFonts w:ascii="Times New Roman" w:hAnsi="Times New Roman" w:eastAsia="Times New Roman" w:cs="Times New Roman"/>
        </w:rPr>
        <w:t xml:space="preserve"> “</w:t>
      </w:r>
      <w:r>
        <w:rPr>
          <w:rFonts w:ascii="Ebrima" w:hAnsi="Ebrima" w:eastAsia="Ebrima" w:cs="Ebrima"/>
        </w:rPr>
        <w:t>የጊዜ</w:t>
      </w:r>
      <w:r>
        <w:rPr>
          <w:rFonts w:ascii="Times New Roman" w:hAnsi="Times New Roman" w:eastAsia="Times New Roman" w:cs="Times New Roman"/>
        </w:rPr>
        <w:t xml:space="preserve"> </w:t>
      </w:r>
      <w:r>
        <w:rPr>
          <w:rFonts w:ascii="Ebrima" w:hAnsi="Ebrima" w:eastAsia="Ebrima" w:cs="Ebrima"/>
        </w:rPr>
        <w:t>ትንቢቶች</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ይታጀባል፤</w:t>
      </w:r>
      <w:r>
        <w:rPr>
          <w:rFonts w:ascii="Times New Roman" w:hAnsi="Times New Roman" w:eastAsia="Times New Roman" w:cs="Times New Roman"/>
        </w:rPr>
        <w:t xml:space="preserve"> </w:t>
      </w:r>
      <w:r>
        <w:rPr>
          <w:rFonts w:ascii="Ebrima" w:hAnsi="Ebrima" w:eastAsia="Ebrima" w:cs="Ebrima"/>
        </w:rPr>
        <w:t>እነዚህም</w:t>
      </w:r>
      <w:r>
        <w:rPr>
          <w:rFonts w:ascii="Times New Roman" w:hAnsi="Times New Roman" w:eastAsia="Times New Roman" w:cs="Times New Roman"/>
        </w:rPr>
        <w:t xml:space="preserve"> </w:t>
      </w:r>
      <w:r>
        <w:rPr>
          <w:rFonts w:ascii="Ebrima" w:hAnsi="Ebrima" w:eastAsia="Ebrima" w:cs="Ebrima"/>
        </w:rPr>
        <w:t>ለእያንዳንዱ</w:t>
      </w:r>
      <w:r>
        <w:rPr>
          <w:rFonts w:ascii="Times New Roman" w:hAnsi="Times New Roman" w:eastAsia="Times New Roman" w:cs="Times New Roman"/>
        </w:rPr>
        <w:t xml:space="preserve"> </w:t>
      </w:r>
      <w:r>
        <w:rPr>
          <w:rFonts w:ascii="Ebrima" w:hAnsi="Ebrima" w:eastAsia="Ebrima" w:cs="Ebrima"/>
        </w:rPr>
        <w:t>ከሶስቱ</w:t>
      </w:r>
      <w:r>
        <w:rPr>
          <w:rFonts w:ascii="Times New Roman" w:hAnsi="Times New Roman" w:eastAsia="Times New Roman" w:cs="Times New Roman"/>
        </w:rPr>
        <w:t xml:space="preserve"> </w:t>
      </w:r>
      <w:r>
        <w:rPr>
          <w:rFonts w:ascii="Ebrima" w:hAnsi="Ebrima" w:eastAsia="Ebrima" w:cs="Ebrima"/>
        </w:rPr>
        <w:t>ቁጥሮች</w:t>
      </w:r>
      <w:r>
        <w:rPr>
          <w:rFonts w:ascii="Times New Roman" w:hAnsi="Times New Roman" w:eastAsia="Times New Roman" w:cs="Times New Roman"/>
        </w:rPr>
        <w:t xml:space="preserve"> </w:t>
      </w:r>
      <w:r>
        <w:rPr>
          <w:rFonts w:ascii="Ebrima" w:hAnsi="Ebrima" w:eastAsia="Ebrima" w:cs="Ebrima"/>
        </w:rPr>
        <w:t>ሶስት</w:t>
      </w:r>
      <w:r>
        <w:rPr>
          <w:rFonts w:ascii="Times New Roman" w:hAnsi="Times New Roman" w:eastAsia="Times New Roman" w:cs="Times New Roman"/>
        </w:rPr>
        <w:t xml:space="preserve"> </w:t>
      </w:r>
      <w:r>
        <w:rPr>
          <w:rFonts w:ascii="Ebrima" w:hAnsi="Ebrima" w:eastAsia="Ebrima" w:cs="Ebrima"/>
        </w:rPr>
        <w:t>የተለያዩ</w:t>
      </w:r>
      <w:r>
        <w:rPr>
          <w:rFonts w:ascii="Times New Roman" w:hAnsi="Times New Roman" w:eastAsia="Times New Roman" w:cs="Times New Roman"/>
        </w:rPr>
        <w:t xml:space="preserve"> </w:t>
      </w:r>
      <w:r>
        <w:rPr>
          <w:rFonts w:ascii="Ebrima" w:hAnsi="Ebrima" w:eastAsia="Ebrima" w:cs="Ebrima"/>
        </w:rPr>
        <w:t>ፍጻሜዎችን</w:t>
      </w:r>
      <w:r>
        <w:rPr>
          <w:rFonts w:ascii="Times New Roman" w:hAnsi="Times New Roman" w:eastAsia="Times New Roman" w:cs="Times New Roman"/>
        </w:rPr>
        <w:t xml:space="preserve"> </w:t>
      </w:r>
      <w:r>
        <w:rPr>
          <w:rFonts w:ascii="Ebrima" w:hAnsi="Ebrima" w:eastAsia="Ebrima" w:cs="Ebrima"/>
        </w:rPr>
        <w:t>ይወክላሉ።</w:t>
      </w:r>
      <w:r>
        <w:rPr>
          <w:rFonts w:ascii="Times New Roman" w:hAnsi="Times New Roman" w:eastAsia="Times New Roman" w:cs="Times New Roman"/>
        </w:rPr>
        <w:t xml:space="preserve"> </w:t>
      </w:r>
      <w:r>
        <w:rPr>
          <w:rFonts w:ascii="Ebrima" w:hAnsi="Ebrima" w:eastAsia="Ebrima" w:cs="Ebrima"/>
        </w:rPr>
        <w:t>የቁጥር</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ስድሳ</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የቁጥር</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ዘጠና</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የቁጥር</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ሶስት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ሠላሳ</w:t>
      </w:r>
      <w:r>
        <w:rPr>
          <w:rFonts w:ascii="Times New Roman" w:hAnsi="Times New Roman" w:eastAsia="Times New Roman" w:cs="Times New Roman"/>
        </w:rPr>
        <w:t xml:space="preserve"> </w:t>
      </w:r>
      <w:r>
        <w:rPr>
          <w:rFonts w:ascii="Ebrima" w:hAnsi="Ebrima" w:eastAsia="Ebrima" w:cs="Ebrima"/>
        </w:rPr>
        <w:t>አምስት</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እያንዳንዳቸው</w:t>
      </w:r>
      <w:r>
        <w:rPr>
          <w:rFonts w:ascii="Times New Roman" w:hAnsi="Times New Roman" w:eastAsia="Times New Roman" w:cs="Times New Roman"/>
        </w:rPr>
        <w:t xml:space="preserve"> </w:t>
      </w:r>
      <w:r>
        <w:rPr>
          <w:rFonts w:ascii="Ebrima" w:hAnsi="Ebrima" w:eastAsia="Ebrima" w:cs="Ebrima"/>
        </w:rPr>
        <w:t>በታሪክ</w:t>
      </w:r>
      <w:r>
        <w:rPr>
          <w:rFonts w:ascii="Times New Roman" w:hAnsi="Times New Roman" w:eastAsia="Times New Roman" w:cs="Times New Roman"/>
        </w:rPr>
        <w:t xml:space="preserve"> </w:t>
      </w:r>
      <w:r>
        <w:rPr>
          <w:rFonts w:ascii="Ebrima" w:hAnsi="Ebrima" w:eastAsia="Ebrima" w:cs="Ebrima"/>
        </w:rPr>
        <w:t>የተፈጸመ</w:t>
      </w:r>
      <w:r>
        <w:rPr>
          <w:rFonts w:ascii="Times New Roman" w:hAnsi="Times New Roman" w:eastAsia="Times New Roman" w:cs="Times New Roman"/>
        </w:rPr>
        <w:t xml:space="preserve"> </w:t>
      </w:r>
      <w:r>
        <w:rPr>
          <w:rFonts w:ascii="Ebrima" w:hAnsi="Ebrima" w:eastAsia="Ebrima" w:cs="Ebrima"/>
        </w:rPr>
        <w:t>የጊዜ</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የያዙ</w:t>
      </w:r>
      <w:r>
        <w:rPr>
          <w:rFonts w:ascii="Times New Roman" w:hAnsi="Times New Roman" w:eastAsia="Times New Roman" w:cs="Times New Roman"/>
        </w:rPr>
        <w:t xml:space="preserve"> </w:t>
      </w:r>
      <w:r>
        <w:rPr>
          <w:rFonts w:ascii="Ebrima" w:hAnsi="Ebrima" w:eastAsia="Ebrima" w:cs="Ebrima"/>
        </w:rPr>
        <w:t>ሶስት</w:t>
      </w:r>
      <w:r>
        <w:rPr>
          <w:rFonts w:ascii="Times New Roman" w:hAnsi="Times New Roman" w:eastAsia="Times New Roman" w:cs="Times New Roman"/>
        </w:rPr>
        <w:t xml:space="preserve"> </w:t>
      </w:r>
      <w:r>
        <w:rPr>
          <w:rFonts w:ascii="Ebrima" w:hAnsi="Ebrima" w:eastAsia="Ebrima" w:cs="Ebrima"/>
        </w:rPr>
        <w:t>ቁጥሮችን</w:t>
      </w:r>
      <w:r>
        <w:rPr>
          <w:rFonts w:ascii="Times New Roman" w:hAnsi="Times New Roman" w:eastAsia="Times New Roman" w:cs="Times New Roman"/>
        </w:rPr>
        <w:t xml:space="preserve"> </w:t>
      </w:r>
      <w:r>
        <w:rPr>
          <w:rFonts w:ascii="Ebrima" w:hAnsi="Ebrima" w:eastAsia="Ebrima" w:cs="Ebrima"/>
        </w:rPr>
        <w:t>ያመለክታሉ፤</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ሚለራውያን</w:t>
      </w:r>
      <w:r>
        <w:rPr>
          <w:rFonts w:ascii="Times New Roman" w:hAnsi="Times New Roman" w:eastAsia="Times New Roman" w:cs="Times New Roman"/>
        </w:rPr>
        <w:t xml:space="preserve"> </w:t>
      </w:r>
      <w:r>
        <w:rPr>
          <w:rFonts w:ascii="Ebrima" w:hAnsi="Ebrima" w:eastAsia="Ebrima" w:cs="Ebrima"/>
        </w:rPr>
        <w:t>ያወጁትን</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የሚያረጋግጥ</w:t>
      </w:r>
      <w:r>
        <w:rPr>
          <w:rFonts w:ascii="Times New Roman" w:hAnsi="Times New Roman" w:eastAsia="Times New Roman" w:cs="Times New Roman"/>
        </w:rPr>
        <w:t xml:space="preserve"> </w:t>
      </w:r>
      <w:r>
        <w:rPr>
          <w:rFonts w:ascii="Ebrima" w:hAnsi="Ebrima" w:eastAsia="Ebrima" w:cs="Ebrima"/>
        </w:rPr>
        <w:t>ታሪካዊ</w:t>
      </w:r>
      <w:r>
        <w:rPr>
          <w:rFonts w:ascii="Times New Roman" w:hAnsi="Times New Roman" w:eastAsia="Times New Roman" w:cs="Times New Roman"/>
        </w:rPr>
        <w:t xml:space="preserve"> </w:t>
      </w:r>
      <w:r>
        <w:rPr>
          <w:rFonts w:ascii="Ebrima" w:hAnsi="Ebrima" w:eastAsia="Ebrima" w:cs="Ebrima"/>
        </w:rPr>
        <w:t>ማስረጃ</w:t>
      </w:r>
      <w:r>
        <w:rPr>
          <w:rFonts w:ascii="Times New Roman" w:hAnsi="Times New Roman" w:eastAsia="Times New Roman" w:cs="Times New Roman"/>
        </w:rPr>
        <w:t xml:space="preserve"> </w:t>
      </w:r>
      <w:r>
        <w:rPr>
          <w:rFonts w:ascii="Ebrima" w:hAnsi="Ebrima" w:eastAsia="Ebrima" w:cs="Ebrima"/>
        </w:rPr>
        <w:t>እንደሆነ</w:t>
      </w:r>
      <w:r>
        <w:rPr>
          <w:rFonts w:ascii="Times New Roman" w:hAnsi="Times New Roman" w:eastAsia="Times New Roman" w:cs="Times New Roman"/>
        </w:rPr>
        <w:t xml:space="preserve"> </w:t>
      </w:r>
      <w:r>
        <w:rPr>
          <w:rFonts w:ascii="Ebrima" w:hAnsi="Ebrima" w:eastAsia="Ebrima" w:cs="Ebrima"/>
        </w:rPr>
        <w:t>ተገንዝቦ</w:t>
      </w:r>
      <w:r>
        <w:rPr>
          <w:rFonts w:ascii="Times New Roman" w:hAnsi="Times New Roman" w:eastAsia="Times New Roman" w:cs="Times New Roman"/>
        </w:rPr>
        <w:t xml:space="preserve"> </w:t>
      </w:r>
      <w:r>
        <w:rPr>
          <w:rFonts w:ascii="Ebrima" w:hAnsi="Ebrima" w:eastAsia="Ebrima" w:cs="Ebrima"/>
        </w:rPr>
        <w:t>ታውቋል።</w:t>
      </w:r>
      <w:r>
        <w:rPr>
          <w:rFonts w:ascii="Times New Roman" w:hAnsi="Times New Roman" w:eastAsia="Times New Roman" w:cs="Times New Roman"/>
        </w:rPr>
        <w:t xml:space="preserve"> </w:t>
      </w:r>
      <w:r>
        <w:rPr>
          <w:rFonts w:ascii="Ebrima" w:hAnsi="Ebrima" w:eastAsia="Ebrima" w:cs="Ebrima"/>
        </w:rPr>
        <w:t>በቁጥሩ</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ትንበያ፣</w:t>
      </w:r>
      <w:r>
        <w:rPr>
          <w:rFonts w:ascii="Times New Roman" w:hAnsi="Times New Roman" w:eastAsia="Times New Roman" w:cs="Times New Roman"/>
        </w:rPr>
        <w:t xml:space="preserve"> </w:t>
      </w:r>
      <w:r>
        <w:rPr>
          <w:rFonts w:ascii="Ebrima" w:hAnsi="Ebrima" w:eastAsia="Ebrima" w:cs="Ebrima"/>
        </w:rPr>
        <w:t>ታሪካዊ</w:t>
      </w:r>
      <w:r>
        <w:rPr>
          <w:rFonts w:ascii="Times New Roman" w:hAnsi="Times New Roman" w:eastAsia="Times New Roman" w:cs="Times New Roman"/>
        </w:rPr>
        <w:t xml:space="preserve"> </w:t>
      </w:r>
      <w:r>
        <w:rPr>
          <w:rFonts w:ascii="Ebrima" w:hAnsi="Ebrima" w:eastAsia="Ebrima" w:cs="Ebrima"/>
        </w:rPr>
        <w:t>ፍጻሜው</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ሚለራውያን</w:t>
      </w:r>
      <w:r>
        <w:rPr>
          <w:rFonts w:ascii="Times New Roman" w:hAnsi="Times New Roman" w:eastAsia="Times New Roman" w:cs="Times New Roman"/>
        </w:rPr>
        <w:t xml:space="preserve"> </w:t>
      </w:r>
      <w:r>
        <w:rPr>
          <w:rFonts w:ascii="Ebrima" w:hAnsi="Ebrima" w:eastAsia="Ebrima" w:cs="Ebrima"/>
        </w:rPr>
        <w:t>ለዚያ</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የሰጡት</w:t>
      </w:r>
      <w:r>
        <w:rPr>
          <w:rFonts w:ascii="Times New Roman" w:hAnsi="Times New Roman" w:eastAsia="Times New Roman" w:cs="Times New Roman"/>
        </w:rPr>
        <w:t xml:space="preserve"> </w:t>
      </w:r>
      <w:r>
        <w:rPr>
          <w:rFonts w:ascii="Ebrima" w:hAnsi="Ebrima" w:eastAsia="Ebrima" w:cs="Ebrima"/>
        </w:rPr>
        <w:t>ተግባራዊ</w:t>
      </w:r>
      <w:r>
        <w:rPr>
          <w:rFonts w:ascii="Times New Roman" w:hAnsi="Times New Roman" w:eastAsia="Times New Roman" w:cs="Times New Roman"/>
        </w:rPr>
        <w:t xml:space="preserve"> </w:t>
      </w:r>
      <w:r>
        <w:rPr>
          <w:rFonts w:ascii="Ebrima" w:hAnsi="Ebrima" w:eastAsia="Ebrima" w:cs="Ebrima"/>
        </w:rPr>
        <w:t>መተግበሪያ</w:t>
      </w:r>
      <w:r>
        <w:rPr>
          <w:rFonts w:ascii="Times New Roman" w:hAnsi="Times New Roman" w:eastAsia="Times New Roman" w:cs="Times New Roman"/>
        </w:rPr>
        <w:t xml:space="preserve"> </w:t>
      </w:r>
      <w:r>
        <w:rPr>
          <w:rFonts w:ascii="Ebrima" w:hAnsi="Ebrima" w:eastAsia="Ebrima" w:cs="Ebrima"/>
        </w:rPr>
        <w:t>የእነዚያን</w:t>
      </w:r>
      <w:r>
        <w:rPr>
          <w:rFonts w:ascii="Times New Roman" w:hAnsi="Times New Roman" w:eastAsia="Times New Roman" w:cs="Times New Roman"/>
        </w:rPr>
        <w:t xml:space="preserve"> </w:t>
      </w:r>
      <w:r>
        <w:rPr>
          <w:rFonts w:ascii="Ebrima" w:hAnsi="Ebrima" w:eastAsia="Ebrima" w:cs="Ebrima"/>
        </w:rPr>
        <w:t>ሶስት</w:t>
      </w:r>
      <w:r>
        <w:rPr>
          <w:rFonts w:ascii="Times New Roman" w:hAnsi="Times New Roman" w:eastAsia="Times New Roman" w:cs="Times New Roman"/>
        </w:rPr>
        <w:t xml:space="preserve"> </w:t>
      </w:r>
      <w:r>
        <w:rPr>
          <w:rFonts w:ascii="Ebrima" w:hAnsi="Ebrima" w:eastAsia="Ebrima" w:cs="Ebrima"/>
        </w:rPr>
        <w:t>ትንቢቶች</w:t>
      </w:r>
      <w:r>
        <w:rPr>
          <w:rFonts w:ascii="Times New Roman" w:hAnsi="Times New Roman" w:eastAsia="Times New Roman" w:cs="Times New Roman"/>
        </w:rPr>
        <w:t xml:space="preserve"> </w:t>
      </w:r>
      <w:r>
        <w:rPr>
          <w:rFonts w:ascii="Ebrima" w:hAnsi="Ebrima" w:eastAsia="Ebrima" w:cs="Ebrima"/>
        </w:rPr>
        <w:t>የዘመኑ</w:t>
      </w:r>
      <w:r>
        <w:rPr>
          <w:rFonts w:ascii="Times New Roman" w:hAnsi="Times New Roman" w:eastAsia="Times New Roman" w:cs="Times New Roman"/>
        </w:rPr>
        <w:t xml:space="preserve"> </w:t>
      </w:r>
      <w:r>
        <w:rPr>
          <w:rFonts w:ascii="Ebrima" w:hAnsi="Ebrima" w:eastAsia="Ebrima" w:cs="Ebrima"/>
        </w:rPr>
        <w:t>መጨረሻ</w:t>
      </w:r>
      <w:r>
        <w:rPr>
          <w:rFonts w:ascii="Times New Roman" w:hAnsi="Times New Roman" w:eastAsia="Times New Roman" w:cs="Times New Roman"/>
        </w:rPr>
        <w:t xml:space="preserve"> </w:t>
      </w:r>
      <w:r>
        <w:rPr>
          <w:rFonts w:ascii="Ebrima" w:hAnsi="Ebrima" w:eastAsia="Ebrima" w:cs="Ebrima"/>
        </w:rPr>
        <w:t>ፍጻሜ</w:t>
      </w:r>
      <w:r>
        <w:rPr>
          <w:rFonts w:ascii="Times New Roman" w:hAnsi="Times New Roman" w:eastAsia="Times New Roman" w:cs="Times New Roman"/>
        </w:rPr>
        <w:t xml:space="preserve"> </w:t>
      </w:r>
      <w:r>
        <w:rPr>
          <w:rFonts w:ascii="Ebrima" w:hAnsi="Ebrima" w:eastAsia="Ebrima" w:cs="Ebrima"/>
        </w:rPr>
        <w:t>ይመሰክራሉ።</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ሚለራውያን</w:t>
      </w:r>
      <w:r>
        <w:rPr>
          <w:rFonts w:ascii="Times New Roman" w:hAnsi="Times New Roman" w:eastAsia="Times New Roman" w:cs="Times New Roman"/>
        </w:rPr>
        <w:t xml:space="preserve"> </w:t>
      </w:r>
      <w:r>
        <w:rPr>
          <w:rFonts w:ascii="Ebrima" w:hAnsi="Ebrima" w:eastAsia="Ebrima" w:cs="Ebrima"/>
        </w:rPr>
        <w:t>ያደረጉት</w:t>
      </w:r>
      <w:r>
        <w:rPr>
          <w:rFonts w:ascii="Times New Roman" w:hAnsi="Times New Roman" w:eastAsia="Times New Roman" w:cs="Times New Roman"/>
        </w:rPr>
        <w:t xml:space="preserve"> </w:t>
      </w:r>
      <w:r>
        <w:rPr>
          <w:rFonts w:ascii="Ebrima" w:hAnsi="Ebrima" w:eastAsia="Ebrima" w:cs="Ebrima"/>
        </w:rPr>
        <w:t>የጊዜ</w:t>
      </w:r>
      <w:r>
        <w:rPr>
          <w:rFonts w:ascii="Times New Roman" w:hAnsi="Times New Roman" w:eastAsia="Times New Roman" w:cs="Times New Roman"/>
        </w:rPr>
        <w:t xml:space="preserve"> </w:t>
      </w:r>
      <w:r>
        <w:rPr>
          <w:rFonts w:ascii="Ebrima" w:hAnsi="Ebrima" w:eastAsia="Ebrima" w:cs="Ebrima"/>
        </w:rPr>
        <w:t>መተግበሪያ</w:t>
      </w:r>
      <w:r>
        <w:rPr>
          <w:rFonts w:ascii="Times New Roman" w:hAnsi="Times New Roman" w:eastAsia="Times New Roman" w:cs="Times New Roman"/>
        </w:rPr>
        <w:t xml:space="preserve"> </w:t>
      </w:r>
      <w:r>
        <w:rPr>
          <w:rFonts w:ascii="Ebrima" w:hAnsi="Ebrima" w:eastAsia="Ebrima" w:cs="Ebrima"/>
        </w:rPr>
        <w:t>ከእንግዲህ</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ተፈጻሚነት</w:t>
      </w:r>
      <w:r>
        <w:rPr>
          <w:rFonts w:ascii="Times New Roman" w:hAnsi="Times New Roman" w:eastAsia="Times New Roman" w:cs="Times New Roman"/>
        </w:rPr>
        <w:t xml:space="preserve"> </w:t>
      </w:r>
      <w:r>
        <w:rPr>
          <w:rFonts w:ascii="Ebrima" w:hAnsi="Ebrima" w:eastAsia="Ebrima" w:cs="Ebrima"/>
        </w:rPr>
        <w:t>የለውም፤</w:t>
      </w:r>
      <w:r>
        <w:rPr>
          <w:rFonts w:ascii="Times New Roman" w:hAnsi="Times New Roman" w:eastAsia="Times New Roman" w:cs="Times New Roman"/>
        </w:rPr>
        <w:t xml:space="preserve"> </w:t>
      </w:r>
      <w:r>
        <w:rPr>
          <w:rFonts w:ascii="Ebrima" w:hAnsi="Ebrima" w:eastAsia="Ebrima" w:cs="Ebrima"/>
        </w:rPr>
        <w:t>ስለዚህ</w:t>
      </w:r>
      <w:r>
        <w:rPr>
          <w:rFonts w:ascii="Times New Roman" w:hAnsi="Times New Roman" w:eastAsia="Times New Roman" w:cs="Times New Roman"/>
        </w:rPr>
        <w:t xml:space="preserve"> </w:t>
      </w:r>
      <w:r>
        <w:rPr>
          <w:rFonts w:ascii="Ebrima" w:hAnsi="Ebrima" w:eastAsia="Ebrima" w:cs="Ebrima"/>
        </w:rPr>
        <w:t>በእነዚያ</w:t>
      </w:r>
      <w:r>
        <w:rPr>
          <w:rFonts w:ascii="Times New Roman" w:hAnsi="Times New Roman" w:eastAsia="Times New Roman" w:cs="Times New Roman"/>
        </w:rPr>
        <w:t xml:space="preserve"> </w:t>
      </w:r>
      <w:r>
        <w:rPr>
          <w:rFonts w:ascii="Ebrima" w:hAnsi="Ebrima" w:eastAsia="Ebrima" w:cs="Ebrima"/>
        </w:rPr>
        <w:t>ቁጥሮች</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ያሉት</w:t>
      </w:r>
      <w:r>
        <w:rPr>
          <w:rFonts w:ascii="Times New Roman" w:hAnsi="Times New Roman" w:eastAsia="Times New Roman" w:cs="Times New Roman"/>
        </w:rPr>
        <w:t xml:space="preserve"> </w:t>
      </w:r>
      <w:r>
        <w:rPr>
          <w:rFonts w:ascii="Ebrima" w:hAnsi="Ebrima" w:eastAsia="Ebrima" w:cs="Ebrima"/>
        </w:rPr>
        <w:t>የጊዜ</w:t>
      </w:r>
      <w:r>
        <w:rPr>
          <w:rFonts w:ascii="Times New Roman" w:hAnsi="Times New Roman" w:eastAsia="Times New Roman" w:cs="Times New Roman"/>
        </w:rPr>
        <w:t xml:space="preserve"> </w:t>
      </w:r>
      <w:r>
        <w:rPr>
          <w:rFonts w:ascii="Ebrima" w:hAnsi="Ebrima" w:eastAsia="Ebrima" w:cs="Ebrima"/>
        </w:rPr>
        <w:t>ማመልከቻዎች</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ምልክቶች</w:t>
      </w:r>
      <w:r>
        <w:rPr>
          <w:rFonts w:ascii="Times New Roman" w:hAnsi="Times New Roman" w:eastAsia="Times New Roman" w:cs="Times New Roman"/>
        </w:rPr>
        <w:t xml:space="preserve"> </w:t>
      </w:r>
      <w:r>
        <w:rPr>
          <w:rFonts w:ascii="Ebrima" w:hAnsi="Ebrima" w:eastAsia="Ebrima" w:cs="Ebrima"/>
        </w:rPr>
        <w:t>እንጂ</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ሊተገበሩ</w:t>
      </w:r>
      <w:r>
        <w:rPr>
          <w:rFonts w:ascii="Times New Roman" w:hAnsi="Times New Roman" w:eastAsia="Times New Roman" w:cs="Times New Roman"/>
        </w:rPr>
        <w:t xml:space="preserve"> </w:t>
      </w:r>
      <w:r>
        <w:rPr>
          <w:rFonts w:ascii="Ebrima" w:hAnsi="Ebrima" w:eastAsia="Ebrima" w:cs="Ebrima"/>
        </w:rPr>
        <w:t>አይገባም።</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ምልክታዊነት</w:t>
      </w:r>
      <w:r>
        <w:rPr>
          <w:rFonts w:ascii="Times New Roman" w:hAnsi="Times New Roman" w:eastAsia="Times New Roman" w:cs="Times New Roman"/>
        </w:rPr>
        <w:t xml:space="preserve"> </w:t>
      </w:r>
      <w:r>
        <w:rPr>
          <w:rFonts w:ascii="Ebrima" w:hAnsi="Ebrima" w:eastAsia="Ebrima" w:cs="Ebrima"/>
        </w:rPr>
        <w:t>በቁጥሮቹ</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የሚመሠረተው</w:t>
      </w:r>
      <w:r>
        <w:rPr>
          <w:rFonts w:ascii="Times New Roman" w:hAnsi="Times New Roman" w:eastAsia="Times New Roman" w:cs="Times New Roman"/>
        </w:rPr>
        <w:t xml:space="preserve"> </w:t>
      </w:r>
      <w:r>
        <w:rPr>
          <w:rFonts w:ascii="Ebrima" w:hAnsi="Ebrima" w:eastAsia="Ebrima" w:cs="Ebrima"/>
        </w:rPr>
        <w:t>ቁጥሩን</w:t>
      </w:r>
      <w:r>
        <w:rPr>
          <w:rFonts w:ascii="Times New Roman" w:hAnsi="Times New Roman" w:eastAsia="Times New Roman" w:cs="Times New Roman"/>
        </w:rPr>
        <w:t xml:space="preserve"> </w:t>
      </w:r>
      <w:r>
        <w:rPr>
          <w:rFonts w:ascii="Ebrima" w:hAnsi="Ebrima" w:eastAsia="Ebrima" w:cs="Ebrima"/>
        </w:rPr>
        <w:t>ራሱ፣</w:t>
      </w:r>
      <w:r>
        <w:rPr>
          <w:rFonts w:ascii="Times New Roman" w:hAnsi="Times New Roman" w:eastAsia="Times New Roman" w:cs="Times New Roman"/>
        </w:rPr>
        <w:t xml:space="preserve"> </w:t>
      </w:r>
      <w:r>
        <w:rPr>
          <w:rFonts w:ascii="Ebrima" w:hAnsi="Ebrima" w:eastAsia="Ebrima" w:cs="Ebrima"/>
        </w:rPr>
        <w:t>የቁጥሩን</w:t>
      </w:r>
      <w:r>
        <w:rPr>
          <w:rFonts w:ascii="Times New Roman" w:hAnsi="Times New Roman" w:eastAsia="Times New Roman" w:cs="Times New Roman"/>
        </w:rPr>
        <w:t xml:space="preserve"> </w:t>
      </w:r>
      <w:r>
        <w:rPr>
          <w:rFonts w:ascii="Ebrima" w:hAnsi="Ebrima" w:eastAsia="Ebrima" w:cs="Ebrima"/>
        </w:rPr>
        <w:t>ታሪካዊ</w:t>
      </w:r>
      <w:r>
        <w:rPr>
          <w:rFonts w:ascii="Times New Roman" w:hAnsi="Times New Roman" w:eastAsia="Times New Roman" w:cs="Times New Roman"/>
        </w:rPr>
        <w:t xml:space="preserve"> </w:t>
      </w:r>
      <w:r>
        <w:rPr>
          <w:rFonts w:ascii="Ebrima" w:hAnsi="Ebrima" w:eastAsia="Ebrima" w:cs="Ebrima"/>
        </w:rPr>
        <w:t>ፍጻሜ</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ሚለራውያን</w:t>
      </w:r>
      <w:r>
        <w:rPr>
          <w:rFonts w:ascii="Times New Roman" w:hAnsi="Times New Roman" w:eastAsia="Times New Roman" w:cs="Times New Roman"/>
        </w:rPr>
        <w:t xml:space="preserve"> </w:t>
      </w:r>
      <w:r>
        <w:rPr>
          <w:rFonts w:ascii="Ebrima" w:hAnsi="Ebrima" w:eastAsia="Ebrima" w:cs="Ebrima"/>
        </w:rPr>
        <w:t>ያቀረቡትን</w:t>
      </w:r>
      <w:r>
        <w:rPr>
          <w:rFonts w:ascii="Times New Roman" w:hAnsi="Times New Roman" w:eastAsia="Times New Roman" w:cs="Times New Roman"/>
        </w:rPr>
        <w:t xml:space="preserve"> </w:t>
      </w:r>
      <w:r>
        <w:rPr>
          <w:rFonts w:ascii="Ebrima" w:hAnsi="Ebrima" w:eastAsia="Ebrima" w:cs="Ebrima"/>
        </w:rPr>
        <w:t>የመልእክቱ</w:t>
      </w:r>
      <w:r>
        <w:rPr>
          <w:rFonts w:ascii="Times New Roman" w:hAnsi="Times New Roman" w:eastAsia="Times New Roman" w:cs="Times New Roman"/>
        </w:rPr>
        <w:t xml:space="preserve"> </w:t>
      </w:r>
      <w:r>
        <w:rPr>
          <w:rFonts w:ascii="Ebrima" w:hAnsi="Ebrima" w:eastAsia="Ebrima" w:cs="Ebrima"/>
        </w:rPr>
        <w:t>አቀራረብ</w:t>
      </w:r>
      <w:r>
        <w:rPr>
          <w:rFonts w:ascii="Times New Roman" w:hAnsi="Times New Roman" w:eastAsia="Times New Roman" w:cs="Times New Roman"/>
        </w:rPr>
        <w:t xml:space="preserve"> </w:t>
      </w:r>
      <w:r>
        <w:rPr>
          <w:rFonts w:ascii="Ebrima" w:hAnsi="Ebrima" w:eastAsia="Ebrima" w:cs="Ebrima"/>
        </w:rPr>
        <w:t>በመተግበር</w:t>
      </w:r>
      <w:r>
        <w:rPr>
          <w:rFonts w:ascii="Times New Roman" w:hAnsi="Times New Roman" w:eastAsia="Times New Roman" w:cs="Times New Roman"/>
        </w:rPr>
        <w:t xml:space="preserve"> </w:t>
      </w:r>
      <w:r>
        <w:rPr>
          <w:rFonts w:ascii="Ebrima" w:hAnsi="Ebrima" w:eastAsia="Ebrima" w:cs="Ebrima"/>
        </w:rPr>
        <w:t>ነው።</w:t>
      </w:r>
    </w:p>
    <w:p>
      <w:pPr>
        <w:pStyle w:val="ArticleBody"/>
        <w:jc w:val="left"/>
      </w:pPr>
      <w:r>
        <w:rPr>
          <w:rFonts w:ascii="Times New Roman" w:hAnsi="Times New Roman" w:eastAsia="Times New Roman" w:cs="Times New Roman"/>
        </w:rPr>
        <w:t>گرەوە و پەیمان و عەهدەکان زمان‌بەندی سەرکێشیی مرۆڤ لە بەشی یازدەیەوە پێکەوە دەدۆزن. عەهد و پەیمانە مرۆییەکانی کە لە مێژووی بەشی یازدەدا نیشان دراون، لە بەرامبەر عەهدی خودایی دادەنرێن.</w:t>
      </w:r>
    </w:p>
    <w:p>
      <w:pPr>
        <w:pStyle w:val="ArticleScripture"/>
        <w:jc w:val="left"/>
      </w:pPr>
      <w:r>
        <w:rPr>
          <w:rFonts w:ascii="Times New Roman" w:hAnsi="Times New Roman" w:eastAsia="Times New Roman" w:cs="Times New Roman"/>
        </w:rPr>
        <w:t>«На анападийәт ахирқи күнлиридә, Худаниң Өзиниң әмирлирини сақлайдиған хәлқи билән болған әһди йеңилиниши керәк». Review and Herald, 26-февраль, 1914.</w:t>
      </w:r>
    </w:p>
    <w:p>
      <w:pPr>
        <w:pStyle w:val="ArticleBody"/>
        <w:jc w:val="left"/>
      </w:pPr>
      <w:r>
        <w:rPr>
          <w:rFonts w:ascii="Times New Roman" w:hAnsi="Times New Roman" w:eastAsia="Times New Roman" w:cs="Times New Roman"/>
        </w:rPr>
        <w:t>Рим муқарраркунандаи тамоми рӯъёст, ва ҳангоме ки Рими папавӣ бори нахуст дар боби ёздаҳум мавриди хитоб қарор мегирад, вай ҳамчун «онҳое ки аҳди муқаддасро тарк мекунанд» шинохта мешавад. Хатти дохилӣ дар Дониёл ёздаҳ, ки ҳамчунин хатти дохилӣ дар таърихи ниҳонии ояти чиҳил аст, онҳоеро намояндагӣ мекунад, ки дар айёми охир бо Худо ба аҳд медароянд, ва хатти хориҷӣ онҳоеро муайян месозад, ки ҳамон аҳдро тарк мекунанд. Дар ба тасвир кашидани гурӯҳе, ки аз афзоиши дониш дар айёми охир баҳраманд нахоҳанд шуд, таърихи берунии онҳо бар риштаи нубувватии паймонҳои шикастаи инсонӣ бофта шудааст.</w:t>
      </w:r>
    </w:p>
    <w:p>
      <w:pPr>
        <w:pStyle w:val="ArticleBody"/>
        <w:jc w:val="left"/>
      </w:pPr>
      <w:r>
        <w:rPr>
          <w:rFonts w:ascii="Myanmar Text" w:hAnsi="Myanmar Text" w:eastAsia="Myanmar Text" w:cs="Myanmar Text"/>
        </w:rPr>
        <w:t>သိန်းတစ်ရာလေးသောင်းလေးထောင်၏</w:t>
      </w:r>
      <w:r>
        <w:rPr>
          <w:rFonts w:ascii="Times New Roman" w:hAnsi="Times New Roman" w:eastAsia="Times New Roman" w:cs="Times New Roman"/>
        </w:rPr>
        <w:t xml:space="preserve"> </w:t>
      </w:r>
      <w:r>
        <w:rPr>
          <w:rFonts w:ascii="Myanmar Text" w:hAnsi="Myanmar Text" w:eastAsia="Myanmar Text" w:cs="Myanmar Text"/>
        </w:rPr>
        <w:t>အတွင်းပိုင်း</w:t>
      </w:r>
      <w:r>
        <w:rPr>
          <w:rFonts w:ascii="Times New Roman" w:hAnsi="Times New Roman" w:eastAsia="Times New Roman" w:cs="Times New Roman"/>
        </w:rPr>
        <w:t xml:space="preserve"> </w:t>
      </w:r>
      <w:r>
        <w:rPr>
          <w:rFonts w:ascii="Myanmar Text" w:hAnsi="Myanmar Text" w:eastAsia="Myanmar Text" w:cs="Myanmar Text"/>
        </w:rPr>
        <w:t>လိုင်းထဲသို့</w:t>
      </w:r>
      <w:r>
        <w:rPr>
          <w:rFonts w:ascii="Times New Roman" w:hAnsi="Times New Roman" w:eastAsia="Times New Roman" w:cs="Times New Roman"/>
        </w:rPr>
        <w:t xml:space="preserve"> </w:t>
      </w:r>
      <w:r>
        <w:rPr>
          <w:rFonts w:ascii="Myanmar Text" w:hAnsi="Myanmar Text" w:eastAsia="Myanmar Text" w:cs="Myanmar Text"/>
        </w:rPr>
        <w:t>ဘုရားသခင်နှင့်</w:t>
      </w:r>
      <w:r>
        <w:rPr>
          <w:rFonts w:ascii="Times New Roman" w:hAnsi="Times New Roman" w:eastAsia="Times New Roman" w:cs="Times New Roman"/>
        </w:rPr>
        <w:t xml:space="preserve"> </w:t>
      </w:r>
      <w:r>
        <w:rPr>
          <w:rFonts w:ascii="Myanmar Text" w:hAnsi="Myanmar Text" w:eastAsia="Myanmar Text" w:cs="Myanmar Text"/>
        </w:rPr>
        <w:t>နောက်ဆုံးကာလ၌</w:t>
      </w:r>
      <w:r>
        <w:rPr>
          <w:rFonts w:ascii="Times New Roman" w:hAnsi="Times New Roman" w:eastAsia="Times New Roman" w:cs="Times New Roman"/>
        </w:rPr>
        <w:t xml:space="preserve"> </w:t>
      </w:r>
      <w:r>
        <w:rPr>
          <w:rFonts w:ascii="Myanmar Text" w:hAnsi="Myanmar Text" w:eastAsia="Myanmar Text" w:cs="Myanmar Text"/>
        </w:rPr>
        <w:t>ကျန်ကြွင်းသော</w:t>
      </w:r>
      <w:r>
        <w:rPr>
          <w:rFonts w:ascii="Times New Roman" w:hAnsi="Times New Roman" w:eastAsia="Times New Roman" w:cs="Times New Roman"/>
        </w:rPr>
        <w:t xml:space="preserve"> </w:t>
      </w:r>
      <w:r>
        <w:rPr>
          <w:rFonts w:ascii="Myanmar Text" w:hAnsi="Myanmar Text" w:eastAsia="Myanmar Text" w:cs="Myanmar Text"/>
        </w:rPr>
        <w:t>သူ၏လူမျိုးတို့အကြား</w:t>
      </w:r>
      <w:r>
        <w:rPr>
          <w:rFonts w:ascii="Times New Roman" w:hAnsi="Times New Roman" w:eastAsia="Times New Roman" w:cs="Times New Roman"/>
        </w:rPr>
        <w:t xml:space="preserve"> </w:t>
      </w:r>
      <w:r>
        <w:rPr>
          <w:rFonts w:ascii="Myanmar Text" w:hAnsi="Myanmar Text" w:eastAsia="Myanmar Text" w:cs="Myanmar Text"/>
        </w:rPr>
        <w:t>ပဋိညာဉ်ဆက်ဆံရေးကို</w:t>
      </w:r>
      <w:r>
        <w:rPr>
          <w:rFonts w:ascii="Times New Roman" w:hAnsi="Times New Roman" w:eastAsia="Times New Roman" w:cs="Times New Roman"/>
        </w:rPr>
        <w:t xml:space="preserve"> </w:t>
      </w:r>
      <w:r>
        <w:rPr>
          <w:rFonts w:ascii="Myanmar Text" w:hAnsi="Myanmar Text" w:eastAsia="Myanmar Text" w:cs="Myanmar Text"/>
        </w:rPr>
        <w:t>ဖော်ပြသော</w:t>
      </w:r>
      <w:r>
        <w:rPr>
          <w:rFonts w:ascii="Times New Roman" w:hAnsi="Times New Roman" w:eastAsia="Times New Roman" w:cs="Times New Roman"/>
        </w:rPr>
        <w:t xml:space="preserve"> </w:t>
      </w:r>
      <w:r>
        <w:rPr>
          <w:rFonts w:ascii="Myanmar Text" w:hAnsi="Myanmar Text" w:eastAsia="Myanmar Text" w:cs="Myanmar Text"/>
        </w:rPr>
        <w:t>သင်္ကေတများနှင့်</w:t>
      </w:r>
      <w:r>
        <w:rPr>
          <w:rFonts w:ascii="Times New Roman" w:hAnsi="Times New Roman" w:eastAsia="Times New Roman" w:cs="Times New Roman"/>
        </w:rPr>
        <w:t xml:space="preserve"> </w:t>
      </w:r>
      <w:r>
        <w:rPr>
          <w:rFonts w:ascii="Myanmar Text" w:hAnsi="Myanmar Text" w:eastAsia="Myanmar Text" w:cs="Myanmar Text"/>
        </w:rPr>
        <w:t>ရုပ်ပုံဥပမာများ</w:t>
      </w:r>
      <w:r>
        <w:rPr>
          <w:rFonts w:ascii="Times New Roman" w:hAnsi="Times New Roman" w:eastAsia="Times New Roman" w:cs="Times New Roman"/>
        </w:rPr>
        <w:t xml:space="preserve"> </w:t>
      </w:r>
      <w:r>
        <w:rPr>
          <w:rFonts w:ascii="Myanmar Text" w:hAnsi="Myanmar Text" w:eastAsia="Myanmar Text" w:cs="Myanmar Text"/>
        </w:rPr>
        <w:t>အများအပြားကို</w:t>
      </w:r>
      <w:r>
        <w:rPr>
          <w:rFonts w:ascii="Times New Roman" w:hAnsi="Times New Roman" w:eastAsia="Times New Roman" w:cs="Times New Roman"/>
        </w:rPr>
        <w:t xml:space="preserve"> </w:t>
      </w:r>
      <w:r>
        <w:rPr>
          <w:rFonts w:ascii="Myanmar Text" w:hAnsi="Myanmar Text" w:eastAsia="Myanmar Text" w:cs="Myanmar Text"/>
        </w:rPr>
        <w:t>ယက်ထိုးထည့်သွင်းထားသည်။</w:t>
      </w:r>
      <w:r>
        <w:rPr>
          <w:rFonts w:ascii="Times New Roman" w:hAnsi="Times New Roman" w:eastAsia="Times New Roman" w:cs="Times New Roman"/>
        </w:rPr>
        <w:t xml:space="preserve"> “</w:t>
      </w:r>
      <w:r>
        <w:rPr>
          <w:rFonts w:ascii="Myanmar Text" w:hAnsi="Myanmar Text" w:eastAsia="Myanmar Text" w:cs="Myanmar Text"/>
        </w:rPr>
        <w:t>ဆယ့်တစ်</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ကိန်းဂဏန်း၏</w:t>
      </w:r>
      <w:r>
        <w:rPr>
          <w:rFonts w:ascii="Times New Roman" w:hAnsi="Times New Roman" w:eastAsia="Times New Roman" w:cs="Times New Roman"/>
        </w:rPr>
        <w:t xml:space="preserve"> </w:t>
      </w:r>
      <w:r>
        <w:rPr>
          <w:rFonts w:ascii="Myanmar Text" w:hAnsi="Myanmar Text" w:eastAsia="Myanmar Text" w:cs="Myanmar Text"/>
        </w:rPr>
        <w:t>သင်္ကေတသည်</w:t>
      </w:r>
      <w:r>
        <w:rPr>
          <w:rFonts w:ascii="Times New Roman" w:hAnsi="Times New Roman" w:eastAsia="Times New Roman" w:cs="Times New Roman"/>
        </w:rPr>
        <w:t xml:space="preserve"> </w:t>
      </w:r>
      <w:r>
        <w:rPr>
          <w:rFonts w:ascii="Myanmar Text" w:hAnsi="Myanmar Text" w:eastAsia="Myanmar Text" w:cs="Myanmar Text"/>
        </w:rPr>
        <w:t>ထိုအမှန်တရားများအနက်</w:t>
      </w:r>
      <w:r>
        <w:rPr>
          <w:rFonts w:ascii="Times New Roman" w:hAnsi="Times New Roman" w:eastAsia="Times New Roman" w:cs="Times New Roman"/>
        </w:rPr>
        <w:t xml:space="preserve"> </w:t>
      </w:r>
      <w:r>
        <w:rPr>
          <w:rFonts w:ascii="Myanmar Text" w:hAnsi="Myanmar Text" w:eastAsia="Myanmar Text" w:cs="Myanmar Text"/>
        </w:rPr>
        <w:t>တစ်ခုဖြစ်ပြီး၊</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ဆယ့်တစ်၏</w:t>
      </w:r>
      <w:r>
        <w:rPr>
          <w:rFonts w:ascii="Times New Roman" w:hAnsi="Times New Roman" w:eastAsia="Times New Roman" w:cs="Times New Roman"/>
        </w:rPr>
        <w:t xml:space="preserve"> </w:t>
      </w:r>
      <w:r>
        <w:rPr>
          <w:rFonts w:ascii="Myanmar Text" w:hAnsi="Myanmar Text" w:eastAsia="Myanmar Text" w:cs="Myanmar Text"/>
        </w:rPr>
        <w:t>ပိုဒ်</w:t>
      </w:r>
      <w:r>
        <w:rPr>
          <w:rFonts w:ascii="Times New Roman" w:hAnsi="Times New Roman" w:eastAsia="Times New Roman" w:cs="Times New Roman"/>
        </w:rPr>
        <w:t xml:space="preserve"> </w:t>
      </w:r>
      <w:r>
        <w:rPr>
          <w:rFonts w:ascii="Myanmar Text" w:hAnsi="Myanmar Text" w:eastAsia="Myanmar Text" w:cs="Myanmar Text"/>
        </w:rPr>
        <w:t>ဆယ့်တစ်တွင်</w:t>
      </w:r>
      <w:r>
        <w:rPr>
          <w:rFonts w:ascii="Times New Roman" w:hAnsi="Times New Roman" w:eastAsia="Times New Roman" w:cs="Times New Roman"/>
        </w:rPr>
        <w:t xml:space="preserve"> </w:t>
      </w:r>
      <w:r>
        <w:rPr>
          <w:rFonts w:ascii="Myanmar Text" w:hAnsi="Myanmar Text" w:eastAsia="Myanmar Text" w:cs="Myanmar Text"/>
        </w:rPr>
        <w:t>နောက်ဆုံးကာလများ၏</w:t>
      </w:r>
      <w:r>
        <w:rPr>
          <w:rFonts w:ascii="Times New Roman" w:hAnsi="Times New Roman" w:eastAsia="Times New Roman" w:cs="Times New Roman"/>
        </w:rPr>
        <w:t xml:space="preserve"> </w:t>
      </w:r>
      <w:r>
        <w:rPr>
          <w:rFonts w:ascii="Myanmar Text" w:hAnsi="Myanmar Text" w:eastAsia="Myanmar Text" w:cs="Myanmar Text"/>
        </w:rPr>
        <w:t>အပြင်ပိုင်းနှင့်</w:t>
      </w:r>
      <w:r>
        <w:rPr>
          <w:rFonts w:ascii="Times New Roman" w:hAnsi="Times New Roman" w:eastAsia="Times New Roman" w:cs="Times New Roman"/>
        </w:rPr>
        <w:t xml:space="preserve"> </w:t>
      </w:r>
      <w:r>
        <w:rPr>
          <w:rFonts w:ascii="Myanmar Text" w:hAnsi="Myanmar Text" w:eastAsia="Myanmar Text" w:cs="Myanmar Text"/>
        </w:rPr>
        <w:t>အတွင်းပိုင်း</w:t>
      </w:r>
      <w:r>
        <w:rPr>
          <w:rFonts w:ascii="Times New Roman" w:hAnsi="Times New Roman" w:eastAsia="Times New Roman" w:cs="Times New Roman"/>
        </w:rPr>
        <w:t xml:space="preserve"> </w:t>
      </w:r>
      <w:r>
        <w:rPr>
          <w:rFonts w:ascii="Myanmar Text" w:hAnsi="Myanmar Text" w:eastAsia="Myanmar Text" w:cs="Myanmar Text"/>
        </w:rPr>
        <w:t>ရူပါရုံကို</w:t>
      </w:r>
      <w:r>
        <w:rPr>
          <w:rFonts w:ascii="Times New Roman" w:hAnsi="Times New Roman" w:eastAsia="Times New Roman" w:cs="Times New Roman"/>
        </w:rPr>
        <w:t xml:space="preserve"> </w:t>
      </w:r>
      <w:r>
        <w:rPr>
          <w:rFonts w:ascii="Myanmar Text" w:hAnsi="Myanmar Text" w:eastAsia="Myanmar Text" w:cs="Myanmar Text"/>
        </w:rPr>
        <w:t>သတ်မှတ်ဖော်ထုတ်ထားသည်ဆိုသော</w:t>
      </w:r>
      <w:r>
        <w:rPr>
          <w:rFonts w:ascii="Times New Roman" w:hAnsi="Times New Roman" w:eastAsia="Times New Roman" w:cs="Times New Roman"/>
        </w:rPr>
        <w:t xml:space="preserve"> </w:t>
      </w:r>
      <w:r>
        <w:rPr>
          <w:rFonts w:ascii="Myanmar Text" w:hAnsi="Myanmar Text" w:eastAsia="Myanmar Text" w:cs="Myanmar Text"/>
        </w:rPr>
        <w:t>အချက်ကို၊</w:t>
      </w:r>
      <w:r>
        <w:rPr>
          <w:rFonts w:ascii="Times New Roman" w:hAnsi="Times New Roman" w:eastAsia="Times New Roman" w:cs="Times New Roman"/>
        </w:rPr>
        <w:t xml:space="preserve"> </w:t>
      </w:r>
      <w:r>
        <w:rPr>
          <w:rFonts w:ascii="Myanmar Text" w:hAnsi="Myanmar Text" w:eastAsia="Myanmar Text" w:cs="Myanmar Text"/>
        </w:rPr>
        <w:t>ဟေရှာယက</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ဆယ့်တစ်၊</w:t>
      </w:r>
      <w:r>
        <w:rPr>
          <w:rFonts w:ascii="Times New Roman" w:hAnsi="Times New Roman" w:eastAsia="Times New Roman" w:cs="Times New Roman"/>
        </w:rPr>
        <w:t xml:space="preserve"> </w:t>
      </w:r>
      <w:r>
        <w:rPr>
          <w:rFonts w:ascii="Myanmar Text" w:hAnsi="Myanmar Text" w:eastAsia="Myanmar Text" w:cs="Myanmar Text"/>
        </w:rPr>
        <w:t>ပိုဒ်</w:t>
      </w:r>
      <w:r>
        <w:rPr>
          <w:rFonts w:ascii="Times New Roman" w:hAnsi="Times New Roman" w:eastAsia="Times New Roman" w:cs="Times New Roman"/>
        </w:rPr>
        <w:t xml:space="preserve"> </w:t>
      </w:r>
      <w:r>
        <w:rPr>
          <w:rFonts w:ascii="Myanmar Text" w:hAnsi="Myanmar Text" w:eastAsia="Myanmar Text" w:cs="Myanmar Text"/>
        </w:rPr>
        <w:t>ဆယ့်တစ်၌</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နောက်ဆုံးကာလ</w:t>
      </w:r>
      <w:r>
        <w:rPr>
          <w:rFonts w:ascii="Times New Roman" w:hAnsi="Times New Roman" w:eastAsia="Times New Roman" w:cs="Times New Roman"/>
        </w:rPr>
        <w:t xml:space="preserve"> </w:t>
      </w:r>
      <w:r>
        <w:rPr>
          <w:rFonts w:ascii="Myanmar Text" w:hAnsi="Myanmar Text" w:eastAsia="Myanmar Text" w:cs="Myanmar Text"/>
        </w:rPr>
        <w:t>ပဋိညာဉ်လူမျိုး၏</w:t>
      </w:r>
      <w:r>
        <w:rPr>
          <w:rFonts w:ascii="Times New Roman" w:hAnsi="Times New Roman" w:eastAsia="Times New Roman" w:cs="Times New Roman"/>
        </w:rPr>
        <w:t xml:space="preserve"> </w:t>
      </w:r>
      <w:r>
        <w:rPr>
          <w:rFonts w:ascii="Myanmar Text" w:hAnsi="Myanmar Text" w:eastAsia="Myanmar Text" w:cs="Myanmar Text"/>
        </w:rPr>
        <w:t>ရည်ရွယ်ချက်နှင့်</w:t>
      </w:r>
      <w:r>
        <w:rPr>
          <w:rFonts w:ascii="Times New Roman" w:hAnsi="Times New Roman" w:eastAsia="Times New Roman" w:cs="Times New Roman"/>
        </w:rPr>
        <w:t xml:space="preserve"> </w:t>
      </w:r>
      <w:r>
        <w:rPr>
          <w:rFonts w:ascii="Myanmar Text" w:hAnsi="Myanmar Text" w:eastAsia="Myanmar Text" w:cs="Myanmar Text"/>
        </w:rPr>
        <w:t>အမှုတော်ကို</w:t>
      </w:r>
      <w:r>
        <w:rPr>
          <w:rFonts w:ascii="Times New Roman" w:hAnsi="Times New Roman" w:eastAsia="Times New Roman" w:cs="Times New Roman"/>
        </w:rPr>
        <w:t xml:space="preserve"> </w:t>
      </w:r>
      <w:r>
        <w:rPr>
          <w:rFonts w:ascii="Myanmar Text" w:hAnsi="Myanmar Text" w:eastAsia="Myanmar Text" w:cs="Myanmar Text"/>
        </w:rPr>
        <w:t>ဖော်ပြထားခြင်းအားဖြင့်</w:t>
      </w:r>
      <w:r>
        <w:rPr>
          <w:rFonts w:ascii="Times New Roman" w:hAnsi="Times New Roman" w:eastAsia="Times New Roman" w:cs="Times New Roman"/>
        </w:rPr>
        <w:t xml:space="preserve"> </w:t>
      </w:r>
      <w:r>
        <w:rPr>
          <w:rFonts w:ascii="Myanmar Text" w:hAnsi="Myanmar Text" w:eastAsia="Myanmar Text" w:cs="Myanmar Text"/>
        </w:rPr>
        <w:t>အလေးပေးထားသည်။</w:t>
      </w:r>
    </w:p>
    <w:p>
      <w:pPr>
        <w:pStyle w:val="ArticleScripture"/>
        <w:jc w:val="left"/>
      </w:pPr>
      <w:r>
        <w:rPr>
          <w:rFonts w:ascii="Times New Roman" w:hAnsi="Times New Roman" w:eastAsia="Times New Roman" w:cs="Times New Roman"/>
        </w:rPr>
        <w:t>Էւ պիտի լինի այն օրը, որ Տէրը երկրորդ անգամ պիտի մեկնի իր ձեռքը՝ իր ժողովրդի մնացորդը, որ պիտի մնայ, վերադարձնելու համար Ասորեստանից, Եգիպտոսից, Պաթրոսից, Քուշից, Եղամից, Սեննաարից, Համաթից եւ ծովի կղզիներից։ Եսայիա 11:11.</w:t>
      </w:r>
    </w:p>
    <w:p>
      <w:pPr>
        <w:pStyle w:val="ArticleHeading"/>
        <w:jc w:val="left"/>
      </w:pPr>
      <w:r>
        <w:rPr>
          <w:rFonts w:ascii="Arial" w:hAnsi="Arial" w:eastAsia="Arial" w:cs="Arial"/>
        </w:rPr>
        <w:t>A Chaimreañ</w:t>
      </w:r>
    </w:p>
    <w:p>
      <w:pPr>
        <w:pStyle w:val="ArticleBody"/>
        <w:jc w:val="left"/>
      </w:pPr>
      <w:r>
        <w:rPr>
          <w:rFonts w:ascii="Times New Roman" w:hAnsi="Times New Roman" w:eastAsia="Times New Roman" w:cs="Times New Roman"/>
        </w:rPr>
        <w:t>Awnɛ yi de, Onyankopɔn nkurɔfo a wɔaka no bɛyɛ wɔn a wɔabɔ wɔn ahwete mpɛn abien, na ɛho behia sɛ wɔboaboa wɔn ano. Daniel ti du mmienu nkyekyɛm ason kyerɛ Onyankopɔn nkurɔfo ahwete wɔ awiei mmere mu, enti egyina hɔ ma nna apem ahanu aduosia no sɛ ahyɛnsode a ɛkyerɛ ahwete.</w:t>
      </w:r>
    </w:p>
    <w:p>
      <w:pPr>
        <w:pStyle w:val="ArticleScripture"/>
        <w:jc w:val="left"/>
      </w:pPr>
      <w:r>
        <w:rPr>
          <w:rFonts w:ascii="Times New Roman" w:hAnsi="Times New Roman" w:eastAsia="Times New Roman" w:cs="Times New Roman"/>
        </w:rPr>
        <w:t>Кæстæр кодтон донгæ фæдыл уыд æмæ лæсинæг хæдзарыл æрцæуынд адæмæн, куыд уый райста йæ рахиз фарс æмæ йæ галиу фарс зæххмæ, æмæ сæр кодта Уымæн, цы цæры æнусты æнусмæ, æмæ загъта, æмæ уый уыдзæн рæстæг, рæстæгтæ æмæ рæстæджы æмбисонд; æмæ куы уый фæууæлахиз уыдзæн сæйын сынтæг адæмы тых, уæд æппæт уыдон фæуа. Даниил 12:7.</w:t>
      </w:r>
    </w:p>
    <w:p>
      <w:pPr>
        <w:pStyle w:val="ArticleBody"/>
        <w:jc w:val="left"/>
      </w:pPr>
      <w:r>
        <w:rPr>
          <w:rFonts w:ascii="Times New Roman" w:hAnsi="Times New Roman" w:eastAsia="Times New Roman" w:cs="Times New Roman"/>
        </w:rPr>
        <w:t>Ашьаҩы ҩыџьа Аатра аԥхьатәи ахәҭа жәаак аҵаҿы иԥсаԥсаарцәоуп, дара ршаҳаҭра анрыдыргала ашьҭахь.</w:t>
      </w:r>
    </w:p>
    <w:p>
      <w:pPr>
        <w:pStyle w:val="ArticleScripture"/>
        <w:jc w:val="left"/>
      </w:pPr>
      <w:r>
        <w:rPr>
          <w:rFonts w:ascii="Times New Roman" w:hAnsi="Times New Roman" w:eastAsia="Times New Roman" w:cs="Times New Roman"/>
        </w:rPr>
        <w:t>Y cuando hayan acabado su testimonio, la bestia que sube del abismo hará guerra contra ellos, y los vencerá y los matará. Y sus cadáveres yacerán en la plaza de la gran ciudad, que en sentido espiritual se llama Sodoma y Egipto, donde también nuestro Señor fue crucificado. Y los de los pueblos, tribus, lenguas y naciones verán sus cadáveres por tres días y medio, y no permitirán que sus cadáveres sean puestos en sepulcros. Y los moradores de la tierra se regocijarán sobre ellos, y se alegrarán, y se enviarán dones unos a otros, porque estos dos profetas atormentaban a los que moran sobre la tierra. Apocalipsis 11:7–10.</w:t>
      </w:r>
    </w:p>
    <w:p>
      <w:pPr>
        <w:pStyle w:val="ArticleBody"/>
        <w:jc w:val="left"/>
      </w:pPr>
      <w:r>
        <w:rPr>
          <w:rFonts w:ascii="Nirmala UI" w:hAnsi="Nirmala UI" w:eastAsia="Nirmala UI" w:cs="Nirmala UI"/>
        </w:rPr>
        <w:t>तअमुक्तु</w:t>
      </w:r>
      <w:r>
        <w:rPr>
          <w:rFonts w:ascii="Times New Roman" w:hAnsi="Times New Roman" w:eastAsia="Times New Roman" w:cs="Times New Roman"/>
        </w:rPr>
        <w:t xml:space="preserve"> </w:t>
      </w:r>
      <w:r>
        <w:rPr>
          <w:rFonts w:ascii="Nirmala UI" w:hAnsi="Nirmala UI" w:eastAsia="Nirmala UI" w:cs="Nirmala UI"/>
        </w:rPr>
        <w:t>तुग्गलु</w:t>
      </w:r>
      <w:r>
        <w:rPr>
          <w:rFonts w:ascii="Times New Roman" w:hAnsi="Times New Roman" w:eastAsia="Times New Roman" w:cs="Times New Roman"/>
        </w:rPr>
        <w:t xml:space="preserve"> </w:t>
      </w:r>
      <w:r>
        <w:rPr>
          <w:rFonts w:ascii="Nirmala UI" w:hAnsi="Nirmala UI" w:eastAsia="Nirmala UI" w:cs="Nirmala UI"/>
        </w:rPr>
        <w:t>विरिसिन</w:t>
      </w:r>
      <w:r>
        <w:rPr>
          <w:rFonts w:ascii="Times New Roman" w:hAnsi="Times New Roman" w:eastAsia="Times New Roman" w:cs="Times New Roman"/>
        </w:rPr>
        <w:t xml:space="preserve"> </w:t>
      </w:r>
      <w:r>
        <w:rPr>
          <w:rFonts w:ascii="Nirmala UI" w:hAnsi="Nirmala UI" w:eastAsia="Nirmala UI" w:cs="Nirmala UI"/>
        </w:rPr>
        <w:t>पदकोण्डव</w:t>
      </w:r>
      <w:r>
        <w:rPr>
          <w:rFonts w:ascii="Times New Roman" w:hAnsi="Times New Roman" w:eastAsia="Times New Roman" w:cs="Times New Roman"/>
        </w:rPr>
        <w:t xml:space="preserve"> </w:t>
      </w:r>
      <w:r>
        <w:rPr>
          <w:rFonts w:ascii="Nirmala UI" w:hAnsi="Nirmala UI" w:eastAsia="Nirmala UI" w:cs="Nirmala UI"/>
        </w:rPr>
        <w:t>आयत्लो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रण्डु</w:t>
      </w:r>
      <w:r>
        <w:rPr>
          <w:rFonts w:ascii="Times New Roman" w:hAnsi="Times New Roman" w:eastAsia="Times New Roman" w:cs="Times New Roman"/>
        </w:rPr>
        <w:t xml:space="preserve"> </w:t>
      </w:r>
      <w:r>
        <w:rPr>
          <w:rFonts w:ascii="Nirmala UI" w:hAnsi="Nirmala UI" w:eastAsia="Nirmala UI" w:cs="Nirmala UI"/>
        </w:rPr>
        <w:t>साक्षुलु</w:t>
      </w:r>
      <w:r>
        <w:rPr>
          <w:rFonts w:ascii="Times New Roman" w:hAnsi="Times New Roman" w:eastAsia="Times New Roman" w:cs="Times New Roman"/>
        </w:rPr>
        <w:t xml:space="preserve"> </w:t>
      </w:r>
      <w:r>
        <w:rPr>
          <w:rFonts w:ascii="Nirmala UI" w:hAnsi="Nirmala UI" w:eastAsia="Nirmala UI" w:cs="Nirmala UI"/>
        </w:rPr>
        <w:t>सदोमु</w:t>
      </w:r>
      <w:r>
        <w:rPr>
          <w:rFonts w:ascii="Times New Roman" w:hAnsi="Times New Roman" w:eastAsia="Times New Roman" w:cs="Times New Roman"/>
        </w:rPr>
        <w:t xml:space="preserve"> </w:t>
      </w:r>
      <w:r>
        <w:rPr>
          <w:rFonts w:ascii="Nirmala UI" w:hAnsi="Nirmala UI" w:eastAsia="Nirmala UI" w:cs="Nirmala UI"/>
        </w:rPr>
        <w:t>मरियु</w:t>
      </w:r>
      <w:r>
        <w:rPr>
          <w:rFonts w:ascii="Times New Roman" w:hAnsi="Times New Roman" w:eastAsia="Times New Roman" w:cs="Times New Roman"/>
        </w:rPr>
        <w:t xml:space="preserve"> </w:t>
      </w:r>
      <w:r>
        <w:rPr>
          <w:rFonts w:ascii="Nirmala UI" w:hAnsi="Nirmala UI" w:eastAsia="Nirmala UI" w:cs="Nirmala UI"/>
        </w:rPr>
        <w:t>मिष्रायिमु</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वीधिलो</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चच्चिन</w:t>
      </w:r>
      <w:r>
        <w:rPr>
          <w:rFonts w:ascii="Times New Roman" w:hAnsi="Times New Roman" w:eastAsia="Times New Roman" w:cs="Times New Roman"/>
        </w:rPr>
        <w:t xml:space="preserve"> </w:t>
      </w:r>
      <w:r>
        <w:rPr>
          <w:rFonts w:ascii="Nirmala UI" w:hAnsi="Nirmala UI" w:eastAsia="Nirmala UI" w:cs="Nirmala UI"/>
        </w:rPr>
        <w:t>मरनमु</w:t>
      </w:r>
      <w:r>
        <w:rPr>
          <w:rFonts w:ascii="Times New Roman" w:hAnsi="Times New Roman" w:eastAsia="Times New Roman" w:cs="Times New Roman"/>
        </w:rPr>
        <w:t xml:space="preserve"> </w:t>
      </w:r>
      <w:r>
        <w:rPr>
          <w:rFonts w:ascii="Nirmala UI" w:hAnsi="Nirmala UI" w:eastAsia="Nirmala UI" w:cs="Nirmala UI"/>
        </w:rPr>
        <w:t>नुंचि</w:t>
      </w:r>
      <w:r>
        <w:rPr>
          <w:rFonts w:ascii="Times New Roman" w:hAnsi="Times New Roman" w:eastAsia="Times New Roman" w:cs="Times New Roman"/>
        </w:rPr>
        <w:t xml:space="preserve"> </w:t>
      </w:r>
      <w:r>
        <w:rPr>
          <w:rFonts w:ascii="Nirmala UI" w:hAnsi="Nirmala UI" w:eastAsia="Nirmala UI" w:cs="Nirmala UI"/>
        </w:rPr>
        <w:t>लेपबडुतारु।</w:t>
      </w:r>
      <w:r>
        <w:rPr>
          <w:rFonts w:ascii="Times New Roman" w:hAnsi="Times New Roman" w:eastAsia="Times New Roman" w:cs="Times New Roman"/>
        </w:rPr>
        <w:t xml:space="preserve"> </w:t>
      </w:r>
      <w:r>
        <w:rPr>
          <w:rFonts w:ascii="Nirmala UI" w:hAnsi="Nirmala UI" w:eastAsia="Nirmala UI" w:cs="Nirmala UI"/>
        </w:rPr>
        <w:t>अदे</w:t>
      </w:r>
      <w:r>
        <w:rPr>
          <w:rFonts w:ascii="Times New Roman" w:hAnsi="Times New Roman" w:eastAsia="Times New Roman" w:cs="Times New Roman"/>
        </w:rPr>
        <w:t xml:space="preserve"> </w:t>
      </w:r>
      <w:r>
        <w:rPr>
          <w:rFonts w:ascii="Nirmala UI" w:hAnsi="Nirmala UI" w:eastAsia="Nirmala UI" w:cs="Nirmala UI"/>
        </w:rPr>
        <w:t>मरनमु</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w:t>
      </w:r>
      <w:r>
        <w:rPr>
          <w:rFonts w:ascii="Nirmala UI" w:hAnsi="Nirmala UI" w:eastAsia="Nirmala UI" w:cs="Nirmala UI"/>
        </w:rPr>
        <w:t>चेत्ता</w:t>
      </w:r>
      <w:r>
        <w:rPr>
          <w:rFonts w:ascii="Times New Roman" w:hAnsi="Times New Roman" w:eastAsia="Times New Roman" w:cs="Times New Roman"/>
        </w:rPr>
        <w:t xml:space="preserve"> </w:t>
      </w:r>
      <w:r>
        <w:rPr>
          <w:rFonts w:ascii="Nirmala UI" w:hAnsi="Nirmala UI" w:eastAsia="Nirmala UI" w:cs="Nirmala UI"/>
        </w:rPr>
        <w:t>चिदरगोट्टबडिन</w:t>
      </w:r>
      <w:r>
        <w:rPr>
          <w:rFonts w:ascii="Times New Roman" w:hAnsi="Times New Roman" w:eastAsia="Times New Roman" w:cs="Times New Roman"/>
        </w:rPr>
        <w:t xml:space="preserve">, </w:t>
      </w:r>
      <w:r>
        <w:rPr>
          <w:rFonts w:ascii="Nirmala UI" w:hAnsi="Nirmala UI" w:eastAsia="Nirmala UI" w:cs="Nirmala UI"/>
        </w:rPr>
        <w:t>चच्चिन</w:t>
      </w:r>
      <w:r>
        <w:rPr>
          <w:rFonts w:ascii="Times New Roman" w:hAnsi="Times New Roman" w:eastAsia="Times New Roman" w:cs="Times New Roman"/>
        </w:rPr>
        <w:t xml:space="preserve">, </w:t>
      </w:r>
      <w:r>
        <w:rPr>
          <w:rFonts w:ascii="Nirmala UI" w:hAnsi="Nirmala UI" w:eastAsia="Nirmala UI" w:cs="Nirmala UI"/>
        </w:rPr>
        <w:t>एन्डिन</w:t>
      </w:r>
      <w:r>
        <w:rPr>
          <w:rFonts w:ascii="Times New Roman" w:hAnsi="Times New Roman" w:eastAsia="Times New Roman" w:cs="Times New Roman"/>
        </w:rPr>
        <w:t xml:space="preserve"> </w:t>
      </w:r>
      <w:r>
        <w:rPr>
          <w:rFonts w:ascii="Nirmala UI" w:hAnsi="Nirmala UI" w:eastAsia="Nirmala UI" w:cs="Nirmala UI"/>
        </w:rPr>
        <w:t>एम्मुकल</w:t>
      </w:r>
      <w:r>
        <w:rPr>
          <w:rFonts w:ascii="Times New Roman" w:hAnsi="Times New Roman" w:eastAsia="Times New Roman" w:cs="Times New Roman"/>
        </w:rPr>
        <w:t xml:space="preserve"> </w:t>
      </w:r>
      <w:r>
        <w:rPr>
          <w:rFonts w:ascii="Nirmala UI" w:hAnsi="Nirmala UI" w:eastAsia="Nirmala UI" w:cs="Nirmala UI"/>
        </w:rPr>
        <w:t>योका</w:t>
      </w:r>
      <w:r>
        <w:rPr>
          <w:rFonts w:ascii="Times New Roman" w:hAnsi="Times New Roman" w:eastAsia="Times New Roman" w:cs="Times New Roman"/>
        </w:rPr>
        <w:t xml:space="preserve"> </w:t>
      </w:r>
      <w:r>
        <w:rPr>
          <w:rFonts w:ascii="Nirmala UI" w:hAnsi="Nirmala UI" w:eastAsia="Nirmala UI" w:cs="Nirmala UI"/>
        </w:rPr>
        <w:t>लोयगा</w:t>
      </w:r>
      <w:r>
        <w:rPr>
          <w:rFonts w:ascii="Times New Roman" w:hAnsi="Times New Roman" w:eastAsia="Times New Roman" w:cs="Times New Roman"/>
        </w:rPr>
        <w:t xml:space="preserve"> </w:t>
      </w:r>
      <w:r>
        <w:rPr>
          <w:rFonts w:ascii="Nirmala UI" w:hAnsi="Nirmala UI" w:eastAsia="Nirmala UI" w:cs="Nirmala UI"/>
        </w:rPr>
        <w:t>चित्रिंचबडिन्दि।</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रण्डु</w:t>
      </w:r>
      <w:r>
        <w:rPr>
          <w:rFonts w:ascii="Times New Roman" w:hAnsi="Times New Roman" w:eastAsia="Times New Roman" w:cs="Times New Roman"/>
        </w:rPr>
        <w:t xml:space="preserve"> </w:t>
      </w:r>
      <w:r>
        <w:rPr>
          <w:rFonts w:ascii="Nirmala UI" w:hAnsi="Nirmala UI" w:eastAsia="Nirmala UI" w:cs="Nirmala UI"/>
        </w:rPr>
        <w:t>साक्षुलु</w:t>
      </w:r>
      <w:r>
        <w:rPr>
          <w:rFonts w:ascii="Times New Roman" w:hAnsi="Times New Roman" w:eastAsia="Times New Roman" w:cs="Times New Roman"/>
        </w:rPr>
        <w:t xml:space="preserve"> 2020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वधिंचबडिन</w:t>
      </w:r>
      <w:r>
        <w:rPr>
          <w:rFonts w:ascii="Times New Roman" w:hAnsi="Times New Roman" w:eastAsia="Times New Roman" w:cs="Times New Roman"/>
        </w:rPr>
        <w:t xml:space="preserve"> </w:t>
      </w:r>
      <w:r>
        <w:rPr>
          <w:rFonts w:ascii="Nirmala UI" w:hAnsi="Nirmala UI" w:eastAsia="Nirmala UI" w:cs="Nirmala UI"/>
        </w:rPr>
        <w:t>रिपब्लिकनु</w:t>
      </w:r>
      <w:r>
        <w:rPr>
          <w:rFonts w:ascii="Times New Roman" w:hAnsi="Times New Roman" w:eastAsia="Times New Roman" w:cs="Times New Roman"/>
        </w:rPr>
        <w:t xml:space="preserve"> </w:t>
      </w:r>
      <w:r>
        <w:rPr>
          <w:rFonts w:ascii="Nirmala UI" w:hAnsi="Nirmala UI" w:eastAsia="Nirmala UI" w:cs="Nirmala UI"/>
        </w:rPr>
        <w:t>मरियु</w:t>
      </w:r>
      <w:r>
        <w:rPr>
          <w:rFonts w:ascii="Times New Roman" w:hAnsi="Times New Roman" w:eastAsia="Times New Roman" w:cs="Times New Roman"/>
        </w:rPr>
        <w:t xml:space="preserve"> </w:t>
      </w:r>
      <w:r>
        <w:rPr>
          <w:rFonts w:ascii="Nirmala UI" w:hAnsi="Nirmala UI" w:eastAsia="Nirmala UI" w:cs="Nirmala UI"/>
        </w:rPr>
        <w:t>प्रोटेस्टेंटु</w:t>
      </w:r>
      <w:r>
        <w:rPr>
          <w:rFonts w:ascii="Times New Roman" w:hAnsi="Times New Roman" w:eastAsia="Times New Roman" w:cs="Times New Roman"/>
        </w:rPr>
        <w:t xml:space="preserve"> </w:t>
      </w:r>
      <w:r>
        <w:rPr>
          <w:rFonts w:ascii="Nirmala UI" w:hAnsi="Nirmala UI" w:eastAsia="Nirmala UI" w:cs="Nirmala UI"/>
        </w:rPr>
        <w:t>कोम्मुलनु</w:t>
      </w:r>
      <w:r>
        <w:rPr>
          <w:rFonts w:ascii="Times New Roman" w:hAnsi="Times New Roman" w:eastAsia="Times New Roman" w:cs="Times New Roman"/>
        </w:rPr>
        <w:t xml:space="preserve"> </w:t>
      </w:r>
      <w:r>
        <w:rPr>
          <w:rFonts w:ascii="Nirmala UI" w:hAnsi="Nirmala UI" w:eastAsia="Nirmala UI" w:cs="Nirmala UI"/>
        </w:rPr>
        <w:t>सूचिस्तायि।</w:t>
      </w:r>
      <w:r>
        <w:rPr>
          <w:rFonts w:ascii="Times New Roman" w:hAnsi="Times New Roman" w:eastAsia="Times New Roman" w:cs="Times New Roman"/>
        </w:rPr>
        <w:t xml:space="preserve"> </w:t>
      </w:r>
      <w:r>
        <w:rPr>
          <w:rFonts w:ascii="Nirmala UI" w:hAnsi="Nirmala UI" w:eastAsia="Nirmala UI" w:cs="Nirmala UI"/>
        </w:rPr>
        <w:t>प्रोटेस्टेंटु</w:t>
      </w:r>
      <w:r>
        <w:rPr>
          <w:rFonts w:ascii="Times New Roman" w:hAnsi="Times New Roman" w:eastAsia="Times New Roman" w:cs="Times New Roman"/>
        </w:rPr>
        <w:t xml:space="preserve"> </w:t>
      </w:r>
      <w:r>
        <w:rPr>
          <w:rFonts w:ascii="Nirmala UI" w:hAnsi="Nirmala UI" w:eastAsia="Nirmala UI" w:cs="Nirmala UI"/>
        </w:rPr>
        <w:t>कोम्मु</w:t>
      </w:r>
      <w:r>
        <w:rPr>
          <w:rFonts w:ascii="Times New Roman" w:hAnsi="Times New Roman" w:eastAsia="Times New Roman" w:cs="Times New Roman"/>
        </w:rPr>
        <w:t xml:space="preserve"> 2020 </w:t>
      </w:r>
      <w:r>
        <w:rPr>
          <w:rFonts w:ascii="Nirmala UI" w:hAnsi="Nirmala UI" w:eastAsia="Nirmala UI" w:cs="Nirmala UI"/>
        </w:rPr>
        <w:t>जुलै</w:t>
      </w:r>
      <w:r>
        <w:rPr>
          <w:rFonts w:ascii="Times New Roman" w:hAnsi="Times New Roman" w:eastAsia="Times New Roman" w:cs="Times New Roman"/>
        </w:rPr>
        <w:t xml:space="preserve"> 18 </w:t>
      </w:r>
      <w:r>
        <w:rPr>
          <w:rFonts w:ascii="Nirmala UI" w:hAnsi="Nirmala UI" w:eastAsia="Nirmala UI" w:cs="Nirmala UI"/>
        </w:rPr>
        <w:t>गुरिंचिन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अबद्ध</w:t>
      </w:r>
      <w:r>
        <w:rPr>
          <w:rFonts w:ascii="Times New Roman" w:hAnsi="Times New Roman" w:eastAsia="Times New Roman" w:cs="Times New Roman"/>
        </w:rPr>
        <w:t xml:space="preserve"> </w:t>
      </w:r>
      <w:r>
        <w:rPr>
          <w:rFonts w:ascii="Nirmala UI" w:hAnsi="Nirmala UI" w:eastAsia="Nirmala UI" w:cs="Nirmala UI"/>
        </w:rPr>
        <w:t>प्रवचनमु</w:t>
      </w:r>
      <w:r>
        <w:rPr>
          <w:rFonts w:ascii="Times New Roman" w:hAnsi="Times New Roman" w:eastAsia="Times New Roman" w:cs="Times New Roman"/>
        </w:rPr>
        <w:t xml:space="preserve"> </w:t>
      </w:r>
      <w:r>
        <w:rPr>
          <w:rFonts w:ascii="Nirmala UI" w:hAnsi="Nirmala UI" w:eastAsia="Nirmala UI" w:cs="Nirmala UI"/>
        </w:rPr>
        <w:t>वड्ड</w:t>
      </w:r>
      <w:r>
        <w:rPr>
          <w:rFonts w:ascii="Times New Roman" w:hAnsi="Times New Roman" w:eastAsia="Times New Roman" w:cs="Times New Roman"/>
        </w:rPr>
        <w:t xml:space="preserve"> </w:t>
      </w:r>
      <w:r>
        <w:rPr>
          <w:rFonts w:ascii="Nirmala UI" w:hAnsi="Nirmala UI" w:eastAsia="Nirmala UI" w:cs="Nirmala UI"/>
        </w:rPr>
        <w:t>चच्चिन्दि</w:t>
      </w:r>
      <w:r>
        <w:rPr>
          <w:rFonts w:ascii="Times New Roman" w:hAnsi="Times New Roman" w:eastAsia="Times New Roman" w:cs="Times New Roman"/>
        </w:rPr>
        <w:t xml:space="preserve">; </w:t>
      </w:r>
      <w:r>
        <w:rPr>
          <w:rFonts w:ascii="Nirmala UI" w:hAnsi="Nirmala UI" w:eastAsia="Nirmala UI" w:cs="Nirmala UI"/>
        </w:rPr>
        <w:t>रिपब्लिकनु</w:t>
      </w:r>
      <w:r>
        <w:rPr>
          <w:rFonts w:ascii="Times New Roman" w:hAnsi="Times New Roman" w:eastAsia="Times New Roman" w:cs="Times New Roman"/>
        </w:rPr>
        <w:t xml:space="preserve"> </w:t>
      </w:r>
      <w:r>
        <w:rPr>
          <w:rFonts w:ascii="Nirmala UI" w:hAnsi="Nirmala UI" w:eastAsia="Nirmala UI" w:cs="Nirmala UI"/>
        </w:rPr>
        <w:t>कोम्मु</w:t>
      </w:r>
      <w:r>
        <w:rPr>
          <w:rFonts w:ascii="Times New Roman" w:hAnsi="Times New Roman" w:eastAsia="Times New Roman" w:cs="Times New Roman"/>
        </w:rPr>
        <w:t xml:space="preserve"> 2020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दोङ्गिलिंचबडिन</w:t>
      </w:r>
      <w:r>
        <w:rPr>
          <w:rFonts w:ascii="Times New Roman" w:hAnsi="Times New Roman" w:eastAsia="Times New Roman" w:cs="Times New Roman"/>
        </w:rPr>
        <w:t xml:space="preserve"> </w:t>
      </w:r>
      <w:r>
        <w:rPr>
          <w:rFonts w:ascii="Nirmala UI" w:hAnsi="Nirmala UI" w:eastAsia="Nirmala UI" w:cs="Nirmala UI"/>
        </w:rPr>
        <w:t>एन्निक</w:t>
      </w:r>
      <w:r>
        <w:rPr>
          <w:rFonts w:ascii="Times New Roman" w:hAnsi="Times New Roman" w:eastAsia="Times New Roman" w:cs="Times New Roman"/>
        </w:rPr>
        <w:t xml:space="preserve"> </w:t>
      </w:r>
      <w:r>
        <w:rPr>
          <w:rFonts w:ascii="Nirmala UI" w:hAnsi="Nirmala UI" w:eastAsia="Nirmala UI" w:cs="Nirmala UI"/>
        </w:rPr>
        <w:t>वड्ड</w:t>
      </w:r>
      <w:r>
        <w:rPr>
          <w:rFonts w:ascii="Times New Roman" w:hAnsi="Times New Roman" w:eastAsia="Times New Roman" w:cs="Times New Roman"/>
        </w:rPr>
        <w:t xml:space="preserve"> </w:t>
      </w:r>
      <w:r>
        <w:rPr>
          <w:rFonts w:ascii="Nirmala UI" w:hAnsi="Nirmala UI" w:eastAsia="Nirmala UI" w:cs="Nirmala UI"/>
        </w:rPr>
        <w:t>चच्चिन्दि।</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साक्षुलु</w:t>
      </w:r>
      <w:r>
        <w:rPr>
          <w:rFonts w:ascii="Times New Roman" w:hAnsi="Times New Roman" w:eastAsia="Times New Roman" w:cs="Times New Roman"/>
        </w:rPr>
        <w:t xml:space="preserve"> </w:t>
      </w:r>
      <w:r>
        <w:rPr>
          <w:rFonts w:ascii="Nirmala UI" w:hAnsi="Nirmala UI" w:eastAsia="Nirmala UI" w:cs="Nirmala UI"/>
        </w:rPr>
        <w:t>लेपबडिनप्पुडु</w:t>
      </w:r>
      <w:r>
        <w:rPr>
          <w:rFonts w:ascii="Times New Roman" w:hAnsi="Times New Roman" w:eastAsia="Times New Roman" w:cs="Times New Roman"/>
        </w:rPr>
        <w:t>—</w:t>
      </w:r>
      <w:r>
        <w:rPr>
          <w:rFonts w:ascii="Nirmala UI" w:hAnsi="Nirmala UI" w:eastAsia="Nirmala UI" w:cs="Nirmala UI"/>
        </w:rPr>
        <w:t>दानिनि</w:t>
      </w:r>
      <w:r>
        <w:rPr>
          <w:rFonts w:ascii="Times New Roman" w:hAnsi="Times New Roman" w:eastAsia="Times New Roman" w:cs="Times New Roman"/>
        </w:rPr>
        <w:t xml:space="preserve"> </w:t>
      </w:r>
      <w:r>
        <w:rPr>
          <w:rFonts w:ascii="Nirmala UI" w:hAnsi="Nirmala UI" w:eastAsia="Nirmala UI" w:cs="Nirmala UI"/>
        </w:rPr>
        <w:t>अतडु</w:t>
      </w:r>
      <w:r>
        <w:rPr>
          <w:rFonts w:ascii="Times New Roman" w:hAnsi="Times New Roman" w:eastAsia="Times New Roman" w:cs="Times New Roman"/>
        </w:rPr>
        <w:t xml:space="preserve"> </w:t>
      </w:r>
      <w:r>
        <w:rPr>
          <w:rFonts w:ascii="Nirmala UI" w:hAnsi="Nirmala UI" w:eastAsia="Nirmala UI" w:cs="Nirmala UI"/>
        </w:rPr>
        <w:t>रेंडव</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समकूरचबडुटगा</w:t>
      </w:r>
      <w:r>
        <w:rPr>
          <w:rFonts w:ascii="Times New Roman" w:hAnsi="Times New Roman" w:eastAsia="Times New Roman" w:cs="Times New Roman"/>
        </w:rPr>
        <w:t xml:space="preserve"> </w:t>
      </w:r>
      <w:r>
        <w:rPr>
          <w:rFonts w:ascii="Nirmala UI" w:hAnsi="Nirmala UI" w:eastAsia="Nirmala UI" w:cs="Nirmala UI"/>
        </w:rPr>
        <w:t>गुर्तिस्ताडु</w:t>
      </w:r>
      <w:r>
        <w:rPr>
          <w:rFonts w:ascii="Times New Roman" w:hAnsi="Times New Roman" w:eastAsia="Times New Roman" w:cs="Times New Roman"/>
        </w:rPr>
        <w:t>—</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साक्षुलु</w:t>
      </w:r>
      <w:r>
        <w:rPr>
          <w:rFonts w:ascii="Times New Roman" w:hAnsi="Times New Roman" w:eastAsia="Times New Roman" w:cs="Times New Roman"/>
        </w:rPr>
        <w:t xml:space="preserve"> </w:t>
      </w:r>
      <w:r>
        <w:rPr>
          <w:rFonts w:ascii="Nirmala UI" w:hAnsi="Nirmala UI" w:eastAsia="Nirmala UI" w:cs="Nirmala UI"/>
        </w:rPr>
        <w:t>पदकोण्डव</w:t>
      </w:r>
      <w:r>
        <w:rPr>
          <w:rFonts w:ascii="Times New Roman" w:hAnsi="Times New Roman" w:eastAsia="Times New Roman" w:cs="Times New Roman"/>
        </w:rPr>
        <w:t>-</w:t>
      </w:r>
      <w:r>
        <w:rPr>
          <w:rFonts w:ascii="Nirmala UI" w:hAnsi="Nirmala UI" w:eastAsia="Nirmala UI" w:cs="Nirmala UI"/>
        </w:rPr>
        <w:t>गंट</w:t>
      </w:r>
      <w:r>
        <w:rPr>
          <w:rFonts w:ascii="Times New Roman" w:hAnsi="Times New Roman" w:eastAsia="Times New Roman" w:cs="Times New Roman"/>
        </w:rPr>
        <w:t xml:space="preserve"> </w:t>
      </w:r>
      <w:r>
        <w:rPr>
          <w:rFonts w:ascii="Nirmala UI" w:hAnsi="Nirmala UI" w:eastAsia="Nirmala UI" w:cs="Nirmala UI"/>
        </w:rPr>
        <w:t>कार्मिकुलनु</w:t>
      </w:r>
      <w:r>
        <w:rPr>
          <w:rFonts w:ascii="Times New Roman" w:hAnsi="Times New Roman" w:eastAsia="Times New Roman" w:cs="Times New Roman"/>
        </w:rPr>
        <w:t xml:space="preserve"> </w:t>
      </w:r>
      <w:r>
        <w:rPr>
          <w:rFonts w:ascii="Nirmala UI" w:hAnsi="Nirmala UI" w:eastAsia="Nirmala UI" w:cs="Nirmala UI"/>
        </w:rPr>
        <w:t>समकूरचे</w:t>
      </w:r>
      <w:r>
        <w:rPr>
          <w:rFonts w:ascii="Times New Roman" w:hAnsi="Times New Roman" w:eastAsia="Times New Roman" w:cs="Times New Roman"/>
        </w:rPr>
        <w:t xml:space="preserve"> </w:t>
      </w:r>
      <w:r>
        <w:rPr>
          <w:rFonts w:ascii="Nirmala UI" w:hAnsi="Nirmala UI" w:eastAsia="Nirmala UI" w:cs="Nirmala UI"/>
        </w:rPr>
        <w:t>ध्वजमुगा</w:t>
      </w:r>
      <w:r>
        <w:rPr>
          <w:rFonts w:ascii="Times New Roman" w:hAnsi="Times New Roman" w:eastAsia="Times New Roman" w:cs="Times New Roman"/>
        </w:rPr>
        <w:t xml:space="preserve"> </w:t>
      </w:r>
      <w:r>
        <w:rPr>
          <w:rFonts w:ascii="Nirmala UI" w:hAnsi="Nirmala UI" w:eastAsia="Nirmala UI" w:cs="Nirmala UI"/>
        </w:rPr>
        <w:t>मारुतारनि</w:t>
      </w:r>
      <w:r>
        <w:rPr>
          <w:rFonts w:ascii="Times New Roman" w:hAnsi="Times New Roman" w:eastAsia="Times New Roman" w:cs="Times New Roman"/>
        </w:rPr>
        <w:t xml:space="preserve"> </w:t>
      </w:r>
      <w:r>
        <w:rPr>
          <w:rFonts w:ascii="Nirmala UI" w:hAnsi="Nirmala UI" w:eastAsia="Nirmala UI" w:cs="Nirmala UI"/>
        </w:rPr>
        <w:t>यशया</w:t>
      </w:r>
      <w:r>
        <w:rPr>
          <w:rFonts w:ascii="Times New Roman" w:hAnsi="Times New Roman" w:eastAsia="Times New Roman" w:cs="Times New Roman"/>
        </w:rPr>
        <w:t xml:space="preserve"> </w:t>
      </w:r>
      <w:r>
        <w:rPr>
          <w:rFonts w:ascii="Nirmala UI" w:hAnsi="Nirmala UI" w:eastAsia="Nirmala UI" w:cs="Nirmala UI"/>
        </w:rPr>
        <w:t>गुर्तिस्ताडु।</w:t>
      </w:r>
    </w:p>
    <w:p>
      <w:pPr>
        <w:pStyle w:val="ArticleScripture"/>
        <w:jc w:val="left"/>
      </w:pP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ꯖꯦꯁꯤꯒꯤ</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ꯂꯩꯒꯅꯤ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ꯃꯤꯑꯣꯏꯁꯤꯡꯒꯤ</w:t>
      </w:r>
      <w:r>
        <w:rPr>
          <w:rFonts w:ascii="Times New Roman" w:hAnsi="Times New Roman" w:eastAsia="Times New Roman" w:cs="Times New Roman"/>
        </w:rPr>
        <w:t xml:space="preserve"> </w:t>
      </w:r>
      <w:r>
        <w:rPr>
          <w:rFonts w:ascii="Nirmala UI" w:hAnsi="Nirmala UI" w:eastAsia="Nirmala UI" w:cs="Nirmala UI"/>
        </w:rPr>
        <w:t>ꯄꯥꯟꯗꯝ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ꯂꯦꯡꯒꯅꯤ</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ꯖꯦꯟꯇꯥꯏꯜꯁꯤꯡꯅ</w:t>
      </w:r>
      <w:r>
        <w:rPr>
          <w:rFonts w:ascii="Times New Roman" w:hAnsi="Times New Roman" w:eastAsia="Times New Roman" w:cs="Times New Roman"/>
        </w:rPr>
        <w:t xml:space="preserve"> </w:t>
      </w:r>
      <w:r>
        <w:rPr>
          <w:rFonts w:ascii="Nirmala UI" w:hAnsi="Nirmala UI" w:eastAsia="Nirmala UI" w:cs="Nirmala UI"/>
        </w:rPr>
        <w:t>ꯊꯤꯒꯠꯀꯅꯤ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ꯄꯨꯡꯐꯝ</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ꯄꯨꯃꯅꯃꯛ</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ꯑꯣꯏꯒꯅꯤ꯫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ꯊꯣꯛꯀꯅꯤ</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ꯄ꯭ꯔꯚꯨꯅ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ꯃꯤꯑꯣꯏꯒꯤ</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ꯑꯣꯏꯕꯁꯤꯡ</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ꯐꯪꯒꯠꯅꯕꯒꯤꯗꯃꯛ</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ꯇꯥꯏꯝꯗ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ꯈꯨꯠ</w:t>
      </w:r>
      <w:r>
        <w:rPr>
          <w:rFonts w:ascii="Times New Roman" w:hAnsi="Times New Roman" w:eastAsia="Times New Roman" w:cs="Times New Roman"/>
        </w:rPr>
        <w:t xml:space="preserve"> </w:t>
      </w:r>
      <w:r>
        <w:rPr>
          <w:rFonts w:ascii="Nirmala UI" w:hAnsi="Nirmala UI" w:eastAsia="Nirmala UI" w:cs="Nirmala UI"/>
        </w:rPr>
        <w:t>ꯍꯥꯞꯀꯅꯤ</w:t>
      </w:r>
      <w:r>
        <w:rPr>
          <w:rFonts w:ascii="Times New Roman" w:hAnsi="Times New Roman" w:eastAsia="Times New Roman" w:cs="Times New Roman"/>
        </w:rPr>
        <w:t xml:space="preserve">, </w:t>
      </w:r>
      <w:r>
        <w:rPr>
          <w:rFonts w:ascii="Nirmala UI" w:hAnsi="Nirmala UI" w:eastAsia="Nirmala UI" w:cs="Nirmala UI"/>
        </w:rPr>
        <w:t>ꯑꯁꯤꯔꯤꯌꯥꯗꯒꯤ</w:t>
      </w:r>
      <w:r>
        <w:rPr>
          <w:rFonts w:ascii="Times New Roman" w:hAnsi="Times New Roman" w:eastAsia="Times New Roman" w:cs="Times New Roman"/>
        </w:rPr>
        <w:t xml:space="preserve">, </w:t>
      </w:r>
      <w:r>
        <w:rPr>
          <w:rFonts w:ascii="Nirmala UI" w:hAnsi="Nirmala UI" w:eastAsia="Nirmala UI" w:cs="Nirmala UI"/>
        </w:rPr>
        <w:t>ꯑꯦꯖꯤꯞꯇꯇꯒꯤ</w:t>
      </w:r>
      <w:r>
        <w:rPr>
          <w:rFonts w:ascii="Times New Roman" w:hAnsi="Times New Roman" w:eastAsia="Times New Roman" w:cs="Times New Roman"/>
        </w:rPr>
        <w:t xml:space="preserve">, </w:t>
      </w:r>
      <w:r>
        <w:rPr>
          <w:rFonts w:ascii="Nirmala UI" w:hAnsi="Nirmala UI" w:eastAsia="Nirmala UI" w:cs="Nirmala UI"/>
        </w:rPr>
        <w:t>ꯄꯥꯊ꯭ꯔꯣꯁꯇꯒꯤ</w:t>
      </w:r>
      <w:r>
        <w:rPr>
          <w:rFonts w:ascii="Times New Roman" w:hAnsi="Times New Roman" w:eastAsia="Times New Roman" w:cs="Times New Roman"/>
        </w:rPr>
        <w:t xml:space="preserve">, </w:t>
      </w:r>
      <w:r>
        <w:rPr>
          <w:rFonts w:ascii="Nirmala UI" w:hAnsi="Nirmala UI" w:eastAsia="Nirmala UI" w:cs="Nirmala UI"/>
        </w:rPr>
        <w:t>ꯀꯨꯁꯇꯒꯤ</w:t>
      </w:r>
      <w:r>
        <w:rPr>
          <w:rFonts w:ascii="Times New Roman" w:hAnsi="Times New Roman" w:eastAsia="Times New Roman" w:cs="Times New Roman"/>
        </w:rPr>
        <w:t xml:space="preserve">, </w:t>
      </w:r>
      <w:r>
        <w:rPr>
          <w:rFonts w:ascii="Nirmala UI" w:hAnsi="Nirmala UI" w:eastAsia="Nirmala UI" w:cs="Nirmala UI"/>
        </w:rPr>
        <w:t>ꯑꯦꯂꯝꯇꯒꯤ</w:t>
      </w:r>
      <w:r>
        <w:rPr>
          <w:rFonts w:ascii="Times New Roman" w:hAnsi="Times New Roman" w:eastAsia="Times New Roman" w:cs="Times New Roman"/>
        </w:rPr>
        <w:t xml:space="preserve">, </w:t>
      </w:r>
      <w:r>
        <w:rPr>
          <w:rFonts w:ascii="Nirmala UI" w:hAnsi="Nirmala UI" w:eastAsia="Nirmala UI" w:cs="Nirmala UI"/>
        </w:rPr>
        <w:t>ꯁꯤꯅꯥꯔꯇꯒꯤ</w:t>
      </w:r>
      <w:r>
        <w:rPr>
          <w:rFonts w:ascii="Times New Roman" w:hAnsi="Times New Roman" w:eastAsia="Times New Roman" w:cs="Times New Roman"/>
        </w:rPr>
        <w:t xml:space="preserve">, </w:t>
      </w:r>
      <w:r>
        <w:rPr>
          <w:rFonts w:ascii="Nirmala UI" w:hAnsi="Nirmala UI" w:eastAsia="Nirmala UI" w:cs="Nirmala UI"/>
        </w:rPr>
        <w:t>ꯍꯥꯃꯥꯠꯇꯒꯤ</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ꯁꯃꯨꯗ꯭ꯔꯒꯤ</w:t>
      </w:r>
      <w:r>
        <w:rPr>
          <w:rFonts w:ascii="Times New Roman" w:hAnsi="Times New Roman" w:eastAsia="Times New Roman" w:cs="Times New Roman"/>
        </w:rPr>
        <w:t xml:space="preserve"> </w:t>
      </w:r>
      <w:r>
        <w:rPr>
          <w:rFonts w:ascii="Nirmala UI" w:hAnsi="Nirmala UI" w:eastAsia="Nirmala UI" w:cs="Nirmala UI"/>
        </w:rPr>
        <w:t>ꯄꯨꯡꯁꯤꯁꯤꯡꯗꯒꯤ꯫</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ꯖꯥꯇꯤꯁꯤꯡꯒꯤꯗꯃꯛ</w:t>
      </w:r>
      <w:r>
        <w:rPr>
          <w:rFonts w:ascii="Times New Roman" w:hAnsi="Times New Roman" w:eastAsia="Times New Roman" w:cs="Times New Roman"/>
        </w:rPr>
        <w:t xml:space="preserve"> </w:t>
      </w:r>
      <w:r>
        <w:rPr>
          <w:rFonts w:ascii="Nirmala UI" w:hAnsi="Nirmala UI" w:eastAsia="Nirmala UI" w:cs="Nirmala UI"/>
        </w:rPr>
        <w:t>ꯄꯥꯟꯗꯝ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ꯊꯥꯕꯒꯅꯤ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ꯏꯁ꯭ꯔꯥꯑꯦꯜꯒꯤ</w:t>
      </w:r>
      <w:r>
        <w:rPr>
          <w:rFonts w:ascii="Times New Roman" w:hAnsi="Times New Roman" w:eastAsia="Times New Roman" w:cs="Times New Roman"/>
        </w:rPr>
        <w:t xml:space="preserve"> </w:t>
      </w:r>
      <w:r>
        <w:rPr>
          <w:rFonts w:ascii="Nirmala UI" w:hAnsi="Nirmala UI" w:eastAsia="Nirmala UI" w:cs="Nirmala UI"/>
        </w:rPr>
        <w:t>ꯇꯣꯡꯍꯟꯕꯁꯤꯡ</w:t>
      </w:r>
      <w:r>
        <w:rPr>
          <w:rFonts w:ascii="Times New Roman" w:hAnsi="Times New Roman" w:eastAsia="Times New Roman" w:cs="Times New Roman"/>
        </w:rPr>
        <w:t xml:space="preserve"> </w:t>
      </w:r>
      <w:r>
        <w:rPr>
          <w:rFonts w:ascii="Nirmala UI" w:hAnsi="Nirmala UI" w:eastAsia="Nirmala UI" w:cs="Nirmala UI"/>
        </w:rPr>
        <w:t>ꯄꯨꯟꯁꯤꯜꯂꯒꯅꯤ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ꯖꯨꯗꯥꯒꯤ</w:t>
      </w:r>
      <w:r>
        <w:rPr>
          <w:rFonts w:ascii="Times New Roman" w:hAnsi="Times New Roman" w:eastAsia="Times New Roman" w:cs="Times New Roman"/>
        </w:rPr>
        <w:t xml:space="preserve"> </w:t>
      </w:r>
      <w:r>
        <w:rPr>
          <w:rFonts w:ascii="Nirmala UI" w:hAnsi="Nirmala UI" w:eastAsia="Nirmala UI" w:cs="Nirmala UI"/>
        </w:rPr>
        <w:t>ꯍꯦꯛ</w:t>
      </w:r>
      <w:r>
        <w:rPr>
          <w:rFonts w:ascii="Times New Roman" w:hAnsi="Times New Roman" w:eastAsia="Times New Roman" w:cs="Times New Roman"/>
        </w:rPr>
        <w:t xml:space="preserve"> </w:t>
      </w:r>
      <w:r>
        <w:rPr>
          <w:rFonts w:ascii="Nirmala UI" w:hAnsi="Nirmala UI" w:eastAsia="Nirmala UI" w:cs="Nirmala UI"/>
        </w:rPr>
        <w:t>ꯍꯦꯛ</w:t>
      </w:r>
      <w:r>
        <w:rPr>
          <w:rFonts w:ascii="Times New Roman" w:hAnsi="Times New Roman" w:eastAsia="Times New Roman" w:cs="Times New Roman"/>
        </w:rPr>
        <w:t xml:space="preserve"> </w:t>
      </w:r>
      <w:r>
        <w:rPr>
          <w:rFonts w:ascii="Nirmala UI" w:hAnsi="Nirmala UI" w:eastAsia="Nirmala UI" w:cs="Nirmala UI"/>
        </w:rPr>
        <w:t>ꯔꯥꯛꯂꯤꯕꯁꯤꯡ</w:t>
      </w:r>
      <w:r>
        <w:rPr>
          <w:rFonts w:ascii="Times New Roman" w:hAnsi="Times New Roman" w:eastAsia="Times New Roman" w:cs="Times New Roman"/>
        </w:rPr>
        <w:t xml:space="preserve"> </w:t>
      </w:r>
      <w:r>
        <w:rPr>
          <w:rFonts w:ascii="Nirmala UI" w:hAnsi="Nirmala UI" w:eastAsia="Nirmala UI" w:cs="Nirmala UI"/>
        </w:rPr>
        <w:t>ꯃꯥꯂꯦꯝꯒꯤ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ꯄꯥꯟ</w:t>
      </w:r>
      <w:r>
        <w:rPr>
          <w:rFonts w:ascii="Times New Roman" w:hAnsi="Times New Roman" w:eastAsia="Times New Roman" w:cs="Times New Roman"/>
        </w:rPr>
        <w:t xml:space="preserve"> </w:t>
      </w:r>
      <w:r>
        <w:rPr>
          <w:rFonts w:ascii="Nirmala UI" w:hAnsi="Nirmala UI" w:eastAsia="Nirmala UI" w:cs="Nirmala UI"/>
        </w:rPr>
        <w:t>ꯆꯥꯎꯕꯗꯒꯤ</w:t>
      </w:r>
      <w:r>
        <w:rPr>
          <w:rFonts w:ascii="Times New Roman" w:hAnsi="Times New Roman" w:eastAsia="Times New Roman" w:cs="Times New Roman"/>
        </w:rPr>
        <w:t xml:space="preserve"> </w:t>
      </w:r>
      <w:r>
        <w:rPr>
          <w:rFonts w:ascii="Nirmala UI" w:hAnsi="Nirmala UI" w:eastAsia="Nirmala UI" w:cs="Nirmala UI"/>
        </w:rPr>
        <w:t>ꯄꯨꯟꯁꯤꯜꯂꯒꯅꯤ꯫</w:t>
      </w:r>
      <w:r>
        <w:rPr>
          <w:rFonts w:ascii="Times New Roman" w:hAnsi="Times New Roman" w:eastAsia="Times New Roman" w:cs="Times New Roman"/>
        </w:rPr>
        <w:t xml:space="preserve"> Isaiah 11:10–12.</w:t>
      </w:r>
    </w:p>
    <w:p>
      <w:pPr>
        <w:pStyle w:val="ArticleBody"/>
        <w:jc w:val="left"/>
      </w:pP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প্রভু</w:t>
      </w:r>
      <w:r>
        <w:rPr>
          <w:rFonts w:ascii="Times New Roman" w:hAnsi="Times New Roman" w:eastAsia="Times New Roman" w:cs="Times New Roman"/>
        </w:rPr>
        <w:t xml:space="preserve"> </w:t>
      </w:r>
      <w:r>
        <w:rPr>
          <w:rFonts w:ascii="Nirmala UI" w:hAnsi="Nirmala UI" w:eastAsia="Nirmala UI" w:cs="Nirmala UI"/>
        </w:rPr>
        <w:t>দ্বিতীয়বারের</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প্রসারিত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সমবেত</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ইস্রায়েলের</w:t>
      </w:r>
      <w:r>
        <w:rPr>
          <w:rFonts w:ascii="Times New Roman" w:hAnsi="Times New Roman" w:eastAsia="Times New Roman" w:cs="Times New Roman"/>
        </w:rPr>
        <w:t xml:space="preserve"> </w:t>
      </w:r>
      <w:r>
        <w:rPr>
          <w:rFonts w:ascii="Nirmala UI" w:hAnsi="Nirmala UI" w:eastAsia="Nirmala UI" w:cs="Nirmala UI"/>
        </w:rPr>
        <w:t>নির্বাসিতদের</w:t>
      </w:r>
      <w:r>
        <w:rPr>
          <w:rFonts w:ascii="Times New Roman" w:hAnsi="Times New Roman" w:eastAsia="Times New Roman" w:cs="Times New Roman"/>
        </w:rPr>
        <w:t xml:space="preserve">” </w:t>
      </w:r>
      <w:r>
        <w:rPr>
          <w:rFonts w:ascii="Nirmala UI" w:hAnsi="Nirmala UI" w:eastAsia="Nirmala UI" w:cs="Nirmala UI"/>
        </w:rPr>
        <w:t>একত্র</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ইস্রায়েলের</w:t>
      </w:r>
      <w:r>
        <w:rPr>
          <w:rFonts w:ascii="Times New Roman" w:hAnsi="Times New Roman" w:eastAsia="Times New Roman" w:cs="Times New Roman"/>
        </w:rPr>
        <w:t xml:space="preserve"> </w:t>
      </w:r>
      <w:r>
        <w:rPr>
          <w:rFonts w:ascii="Nirmala UI" w:hAnsi="Nirmala UI" w:eastAsia="Nirmala UI" w:cs="Nirmala UI"/>
        </w:rPr>
        <w:t>নির্বাসিতরা</w:t>
      </w:r>
      <w:r>
        <w:rPr>
          <w:rFonts w:ascii="Times New Roman" w:hAnsi="Times New Roman" w:eastAsia="Times New Roman" w:cs="Times New Roman"/>
        </w:rPr>
        <w:t xml:space="preserve">” </w:t>
      </w:r>
      <w:r>
        <w:rPr>
          <w:rFonts w:ascii="Nirmala UI" w:hAnsi="Nirmala UI" w:eastAsia="Nirmala UI" w:cs="Nirmala UI"/>
        </w:rPr>
        <w:t>অইহুদীদের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পতাকা</w:t>
      </w:r>
      <w:r>
        <w:rPr>
          <w:rFonts w:ascii="Times New Roman" w:hAnsi="Times New Roman" w:eastAsia="Times New Roman" w:cs="Times New Roman"/>
        </w:rPr>
        <w:t>-</w:t>
      </w:r>
      <w:r>
        <w:rPr>
          <w:rFonts w:ascii="Nirmala UI" w:hAnsi="Nirmala UI" w:eastAsia="Nirmala UI" w:cs="Nirmala UI"/>
        </w:rPr>
        <w:t>চিহ্নে</w:t>
      </w:r>
      <w:r>
        <w:rPr>
          <w:rFonts w:ascii="Times New Roman" w:hAnsi="Times New Roman" w:eastAsia="Times New Roman" w:cs="Times New Roman"/>
        </w:rPr>
        <w:t xml:space="preserve"> </w:t>
      </w:r>
      <w:r>
        <w:rPr>
          <w:rFonts w:ascii="Nirmala UI" w:hAnsi="Nirmala UI" w:eastAsia="Nirmala UI" w:cs="Nirmala UI"/>
        </w:rPr>
        <w:t>পরিণত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কারণেই</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সমবেত</w:t>
      </w:r>
      <w:r>
        <w:rPr>
          <w:rFonts w:ascii="Times New Roman" w:hAnsi="Times New Roman" w:eastAsia="Times New Roman" w:cs="Times New Roman"/>
        </w:rPr>
        <w:t xml:space="preserve"> </w:t>
      </w:r>
      <w:r>
        <w:rPr>
          <w:rFonts w:ascii="Nirmala UI" w:hAnsi="Nirmala UI" w:eastAsia="Nirmala UI" w:cs="Nirmala UI"/>
        </w:rPr>
        <w:t>হওয়ার</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নির্বাসিত</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নির্বাসিত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যিহিষ্কেলের</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অস্থির</w:t>
      </w:r>
      <w:r>
        <w:rPr>
          <w:rFonts w:ascii="Times New Roman" w:hAnsi="Times New Roman" w:eastAsia="Times New Roman" w:cs="Times New Roman"/>
        </w:rPr>
        <w:t xml:space="preserve"> </w:t>
      </w:r>
      <w:r>
        <w:rPr>
          <w:rFonts w:ascii="Nirmala UI" w:hAnsi="Nirmala UI" w:eastAsia="Nirmala UI" w:cs="Nirmala UI"/>
        </w:rPr>
        <w:t>উপত্যকায়</w:t>
      </w:r>
      <w:r>
        <w:rPr>
          <w:rFonts w:ascii="Times New Roman" w:hAnsi="Times New Roman" w:eastAsia="Times New Roman" w:cs="Times New Roman"/>
        </w:rPr>
        <w:t xml:space="preserve"> </w:t>
      </w:r>
      <w:r>
        <w:rPr>
          <w:rFonts w:ascii="Nirmala UI" w:hAnsi="Nirmala UI" w:eastAsia="Nirmala UI" w:cs="Nirmala UI"/>
        </w:rPr>
        <w:t>নিক্ষিপ্ত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একবার</w:t>
      </w:r>
      <w:r>
        <w:rPr>
          <w:rFonts w:ascii="Times New Roman" w:hAnsi="Times New Roman" w:eastAsia="Times New Roman" w:cs="Times New Roman"/>
        </w:rPr>
        <w:t xml:space="preserve"> </w:t>
      </w:r>
      <w:r>
        <w:rPr>
          <w:rFonts w:ascii="Nirmala UI" w:hAnsi="Nirmala UI" w:eastAsia="Nirmala UI" w:cs="Nirmala UI"/>
        </w:rPr>
        <w:t>নিহত</w:t>
      </w:r>
      <w:r>
        <w:rPr>
          <w:rFonts w:ascii="Times New Roman" w:hAnsi="Times New Roman" w:eastAsia="Times New Roman" w:cs="Times New Roman"/>
        </w:rPr>
        <w:t xml:space="preserve"> </w:t>
      </w:r>
      <w:r>
        <w:rPr>
          <w:rFonts w:ascii="Nirmala UI" w:hAnsi="Nirmala UI" w:eastAsia="Nirmala UI" w:cs="Nirmala UI"/>
        </w:rPr>
        <w:t>হওয়ার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পথে</w:t>
      </w:r>
      <w:r>
        <w:rPr>
          <w:rFonts w:ascii="Times New Roman" w:hAnsi="Times New Roman" w:eastAsia="Times New Roman" w:cs="Times New Roman"/>
        </w:rPr>
        <w:t xml:space="preserve"> </w:t>
      </w:r>
      <w:r>
        <w:rPr>
          <w:rFonts w:ascii="Nirmala UI" w:hAnsi="Nirmala UI" w:eastAsia="Nirmala UI" w:cs="Nirmala UI"/>
        </w:rPr>
        <w:t>পড়ে</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প্রভুকেও</w:t>
      </w:r>
      <w:r>
        <w:rPr>
          <w:rFonts w:ascii="Times New Roman" w:hAnsi="Times New Roman" w:eastAsia="Times New Roman" w:cs="Times New Roman"/>
        </w:rPr>
        <w:t xml:space="preserve"> </w:t>
      </w:r>
      <w:r>
        <w:rPr>
          <w:rFonts w:ascii="Nirmala UI" w:hAnsi="Nirmala UI" w:eastAsia="Nirmala UI" w:cs="Nirmala UI"/>
        </w:rPr>
        <w:t>ক্রুশবিদ্ধ</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অপর</w:t>
      </w:r>
      <w:r>
        <w:rPr>
          <w:rFonts w:ascii="Times New Roman" w:hAnsi="Times New Roman" w:eastAsia="Times New Roman" w:cs="Times New Roman"/>
        </w:rPr>
        <w:t xml:space="preserve"> </w:t>
      </w:r>
      <w:r>
        <w:rPr>
          <w:rFonts w:ascii="Nirmala UI" w:hAnsi="Nirmala UI" w:eastAsia="Nirmala UI" w:cs="Nirmala UI"/>
        </w:rPr>
        <w:t>শ্রেণি</w:t>
      </w:r>
      <w:r>
        <w:rPr>
          <w:rFonts w:ascii="Times New Roman" w:hAnsi="Times New Roman" w:eastAsia="Times New Roman" w:cs="Times New Roman"/>
        </w:rPr>
        <w:t xml:space="preserve"> </w:t>
      </w:r>
      <w:r>
        <w:rPr>
          <w:rFonts w:ascii="Nirmala UI" w:hAnsi="Nirmala UI" w:eastAsia="Nirmala UI" w:cs="Nirmala UI"/>
        </w:rPr>
        <w:t>আনন্দ</w:t>
      </w:r>
      <w:r>
        <w:rPr>
          <w:rFonts w:ascii="Times New Roman" w:hAnsi="Times New Roman" w:eastAsia="Times New Roman" w:cs="Times New Roman"/>
        </w:rPr>
        <w:t xml:space="preserve"> </w:t>
      </w:r>
      <w:r>
        <w:rPr>
          <w:rFonts w:ascii="Nirmala UI" w:hAnsi="Nirmala UI" w:eastAsia="Nirmala UI" w:cs="Nirmala UI"/>
        </w:rPr>
        <w:t>করছিল।</w:t>
      </w:r>
    </w:p>
    <w:p>
      <w:pPr>
        <w:pStyle w:val="ArticleScripture"/>
        <w:jc w:val="left"/>
      </w:pPr>
      <w:r>
        <w:rPr>
          <w:rFonts w:ascii="Times New Roman" w:hAnsi="Times New Roman" w:eastAsia="Times New Roman" w:cs="Times New Roman"/>
        </w:rPr>
        <w:t>Escuchen la palabra del Señor, ustedes que tiemblan ante su palabra: Sus hermanos que los aborrecían, que los expulsaban por causa de mi nombre, decían: Sea glorificado el Señor; pero él aparecerá para gozo de ustedes, y ellos serán avergonzados. Isaías 66:5.</w:t>
      </w:r>
    </w:p>
    <w:p>
      <w:pPr>
        <w:pStyle w:val="ArticleBody"/>
        <w:jc w:val="left"/>
      </w:pPr>
      <w:r>
        <w:rPr>
          <w:rFonts w:ascii="Times New Roman" w:hAnsi="Times New Roman" w:eastAsia="Times New Roman" w:cs="Times New Roman"/>
        </w:rPr>
        <w:t>Aka gsoso ka Atorɔ Mawu ƒe Nya la la, wowɔa be woƒe nɔvi siwo lé fu wo la nyaa wo. Yeremia fia nu si dzɔna na nɔvi siwo lé fu asiɖa la.</w:t>
      </w:r>
    </w:p>
    <w:p>
      <w:pPr>
        <w:pStyle w:val="ArticleScripture"/>
        <w:jc w:val="left"/>
      </w:pPr>
      <w:r>
        <w:rPr>
          <w:rFonts w:ascii="Times New Roman" w:hAnsi="Times New Roman" w:eastAsia="Times New Roman" w:cs="Times New Roman"/>
        </w:rPr>
        <w:t>Сондықтан Жаратқан Ие былай дейді: Міне, Мен олардың үстіне өздері құтыла алмайтын қасірет түсіремін; олар Маған жалбарынса да, Мен оларды тыңдамаймын. Еремия 11:11.</w:t>
      </w:r>
    </w:p>
    <w:p>
      <w:pPr>
        <w:pStyle w:val="ArticleBody"/>
        <w:jc w:val="left"/>
      </w:pPr>
      <w:r>
        <w:rPr>
          <w:rFonts w:ascii="Times New Roman" w:hAnsi="Times New Roman" w:eastAsia="Times New Roman" w:cs="Times New Roman"/>
        </w:rPr>
        <w:t>Konteksti i vargut njëmbëdhjetë është besëlidhja e Perëndisë, dhe të gjithë profetët i drejtohen ditëve të fundit; prandaj besëlidhja për të cilën bëhet fjalë është ripërtëritja e besëlidhjes me njëqind e dyzet e katër mijëtë.</w:t>
      </w:r>
    </w:p>
    <w:p>
      <w:pPr>
        <w:pStyle w:val="ArticleScripture"/>
        <w:jc w:val="left"/>
      </w:pPr>
      <w:r>
        <w:rPr>
          <w:rFonts w:ascii="Myanmar Text" w:hAnsi="Myanmar Text" w:eastAsia="Myanmar Text" w:cs="Myanmar Text"/>
        </w:rPr>
        <w:t>ယဟောဝါထံမှ</w:t>
      </w:r>
      <w:r>
        <w:rPr>
          <w:rFonts w:ascii="Times New Roman" w:hAnsi="Times New Roman" w:eastAsia="Times New Roman" w:cs="Times New Roman"/>
        </w:rPr>
        <w:t xml:space="preserve"> </w:t>
      </w:r>
      <w:r>
        <w:rPr>
          <w:rFonts w:ascii="Myanmar Text" w:hAnsi="Myanmar Text" w:eastAsia="Myanmar Text" w:cs="Myanmar Text"/>
        </w:rPr>
        <w:t>ယေရမိယာထံသို့</w:t>
      </w:r>
      <w:r>
        <w:rPr>
          <w:rFonts w:ascii="Times New Roman" w:hAnsi="Times New Roman" w:eastAsia="Times New Roman" w:cs="Times New Roman"/>
        </w:rPr>
        <w:t xml:space="preserve"> </w:t>
      </w:r>
      <w:r>
        <w:rPr>
          <w:rFonts w:ascii="Myanmar Text" w:hAnsi="Myanmar Text" w:eastAsia="Myanmar Text" w:cs="Myanmar Text"/>
        </w:rPr>
        <w:t>ရောက်လာသော</w:t>
      </w:r>
      <w:r>
        <w:rPr>
          <w:rFonts w:ascii="Times New Roman" w:hAnsi="Times New Roman" w:eastAsia="Times New Roman" w:cs="Times New Roman"/>
        </w:rPr>
        <w:t xml:space="preserve"> </w:t>
      </w:r>
      <w:r>
        <w:rPr>
          <w:rFonts w:ascii="Myanmar Text" w:hAnsi="Myanmar Text" w:eastAsia="Myanmar Text" w:cs="Myanmar Text"/>
        </w:rPr>
        <w:t>နှုတ်ကပတ်တော်မှာ</w:t>
      </w:r>
      <w:r>
        <w:rPr>
          <w:rFonts w:ascii="Times New Roman" w:hAnsi="Times New Roman" w:eastAsia="Times New Roman" w:cs="Times New Roman"/>
        </w:rPr>
        <w:t xml:space="preserve"> </w:t>
      </w:r>
      <w:r>
        <w:rPr>
          <w:rFonts w:ascii="Myanmar Text" w:hAnsi="Myanmar Text" w:eastAsia="Myanmar Text" w:cs="Myanmar Text"/>
        </w:rPr>
        <w:t>ဤသို့ဖြစ်၏။</w:t>
      </w:r>
      <w:r>
        <w:rPr>
          <w:rFonts w:ascii="Times New Roman" w:hAnsi="Times New Roman" w:eastAsia="Times New Roman" w:cs="Times New Roman"/>
        </w:rPr>
        <w:t xml:space="preserve"> “</w:t>
      </w:r>
      <w:r>
        <w:rPr>
          <w:rFonts w:ascii="Myanmar Text" w:hAnsi="Myanmar Text" w:eastAsia="Myanmar Text" w:cs="Myanmar Text"/>
        </w:rPr>
        <w:t>ဤ</w:t>
      </w:r>
      <w:r>
        <w:rPr>
          <w:rFonts w:ascii="Times New Roman" w:hAnsi="Times New Roman" w:eastAsia="Times New Roman" w:cs="Times New Roman"/>
        </w:rPr>
        <w:t xml:space="preserve"> </w:t>
      </w:r>
      <w:r>
        <w:rPr>
          <w:rFonts w:ascii="Myanmar Text" w:hAnsi="Myanmar Text" w:eastAsia="Myanmar Text" w:cs="Myanmar Text"/>
        </w:rPr>
        <w:t>ပဋိညာဉ်၏</w:t>
      </w:r>
      <w:r>
        <w:rPr>
          <w:rFonts w:ascii="Times New Roman" w:hAnsi="Times New Roman" w:eastAsia="Times New Roman" w:cs="Times New Roman"/>
        </w:rPr>
        <w:t xml:space="preserve"> </w:t>
      </w:r>
      <w:r>
        <w:rPr>
          <w:rFonts w:ascii="Myanmar Text" w:hAnsi="Myanmar Text" w:eastAsia="Myanmar Text" w:cs="Myanmar Text"/>
        </w:rPr>
        <w:t>စကားများကို</w:t>
      </w:r>
      <w:r>
        <w:rPr>
          <w:rFonts w:ascii="Times New Roman" w:hAnsi="Times New Roman" w:eastAsia="Times New Roman" w:cs="Times New Roman"/>
        </w:rPr>
        <w:t xml:space="preserve"> </w:t>
      </w:r>
      <w:r>
        <w:rPr>
          <w:rFonts w:ascii="Myanmar Text" w:hAnsi="Myanmar Text" w:eastAsia="Myanmar Text" w:cs="Myanmar Text"/>
        </w:rPr>
        <w:t>နားထောင်ကြလော့။</w:t>
      </w:r>
      <w:r>
        <w:rPr>
          <w:rFonts w:ascii="Times New Roman" w:hAnsi="Times New Roman" w:eastAsia="Times New Roman" w:cs="Times New Roman"/>
        </w:rPr>
        <w:t xml:space="preserve"> </w:t>
      </w:r>
      <w:r>
        <w:rPr>
          <w:rFonts w:ascii="Myanmar Text" w:hAnsi="Myanmar Text" w:eastAsia="Myanmar Text" w:cs="Myanmar Text"/>
        </w:rPr>
        <w:t>ယုဒလူတို့နှင့်</w:t>
      </w:r>
      <w:r>
        <w:rPr>
          <w:rFonts w:ascii="Times New Roman" w:hAnsi="Times New Roman" w:eastAsia="Times New Roman" w:cs="Times New Roman"/>
        </w:rPr>
        <w:t xml:space="preserve"> </w:t>
      </w:r>
      <w:r>
        <w:rPr>
          <w:rFonts w:ascii="Myanmar Text" w:hAnsi="Myanmar Text" w:eastAsia="Myanmar Text" w:cs="Myanmar Text"/>
        </w:rPr>
        <w:t>ယေရုရှလင်မြို့သားတို့အား</w:t>
      </w:r>
      <w:r>
        <w:rPr>
          <w:rFonts w:ascii="Times New Roman" w:hAnsi="Times New Roman" w:eastAsia="Times New Roman" w:cs="Times New Roman"/>
        </w:rPr>
        <w:t xml:space="preserve"> </w:t>
      </w:r>
      <w:r>
        <w:rPr>
          <w:rFonts w:ascii="Myanmar Text" w:hAnsi="Myanmar Text" w:eastAsia="Myanmar Text" w:cs="Myanmar Text"/>
        </w:rPr>
        <w:t>ဟောပြောလော့။</w:t>
      </w:r>
      <w:r>
        <w:rPr>
          <w:rFonts w:ascii="Times New Roman" w:hAnsi="Times New Roman" w:eastAsia="Times New Roman" w:cs="Times New Roman"/>
        </w:rPr>
        <w:t xml:space="preserve"> </w:t>
      </w:r>
      <w:r>
        <w:rPr>
          <w:rFonts w:ascii="Myanmar Text" w:hAnsi="Myanmar Text" w:eastAsia="Myanmar Text" w:cs="Myanmar Text"/>
        </w:rPr>
        <w:t>သူတို့အား</w:t>
      </w:r>
      <w:r>
        <w:rPr>
          <w:rFonts w:ascii="Times New Roman" w:hAnsi="Times New Roman" w:eastAsia="Times New Roman" w:cs="Times New Roman"/>
        </w:rPr>
        <w:t xml:space="preserve"> </w:t>
      </w:r>
      <w:r>
        <w:rPr>
          <w:rFonts w:ascii="Myanmar Text" w:hAnsi="Myanmar Text" w:eastAsia="Myanmar Text" w:cs="Myanmar Text"/>
        </w:rPr>
        <w:t>ဤသို့ဆိုလော့။</w:t>
      </w:r>
      <w:r>
        <w:rPr>
          <w:rFonts w:ascii="Times New Roman" w:hAnsi="Times New Roman" w:eastAsia="Times New Roman" w:cs="Times New Roman"/>
        </w:rPr>
        <w:t xml:space="preserve"> ‘</w:t>
      </w:r>
      <w:r>
        <w:rPr>
          <w:rFonts w:ascii="Myanmar Text" w:hAnsi="Myanmar Text" w:eastAsia="Myanmar Text" w:cs="Myanmar Text"/>
        </w:rPr>
        <w:t>ဣသရေလအမျိုး၏</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ယဟောဝါ</w:t>
      </w:r>
      <w:r>
        <w:rPr>
          <w:rFonts w:ascii="Times New Roman" w:hAnsi="Times New Roman" w:eastAsia="Times New Roman" w:cs="Times New Roman"/>
        </w:rPr>
        <w:t xml:space="preserve"> </w:t>
      </w:r>
      <w:r>
        <w:rPr>
          <w:rFonts w:ascii="Myanmar Text" w:hAnsi="Myanmar Text" w:eastAsia="Myanmar Text" w:cs="Myanmar Text"/>
        </w:rPr>
        <w:t>မိန့်တော်မူသည်ကား၊</w:t>
      </w:r>
      <w:r>
        <w:rPr>
          <w:rFonts w:ascii="Times New Roman" w:hAnsi="Times New Roman" w:eastAsia="Times New Roman" w:cs="Times New Roman"/>
        </w:rPr>
        <w:t xml:space="preserve"> </w:t>
      </w:r>
      <w:r>
        <w:rPr>
          <w:rFonts w:ascii="Myanmar Text" w:hAnsi="Myanmar Text" w:eastAsia="Myanmar Text" w:cs="Myanmar Text"/>
        </w:rPr>
        <w:t>ဤ</w:t>
      </w:r>
      <w:r>
        <w:rPr>
          <w:rFonts w:ascii="Times New Roman" w:hAnsi="Times New Roman" w:eastAsia="Times New Roman" w:cs="Times New Roman"/>
        </w:rPr>
        <w:t xml:space="preserve"> </w:t>
      </w:r>
      <w:r>
        <w:rPr>
          <w:rFonts w:ascii="Myanmar Text" w:hAnsi="Myanmar Text" w:eastAsia="Myanmar Text" w:cs="Myanmar Text"/>
        </w:rPr>
        <w:t>ပဋိညာဉ်၏</w:t>
      </w:r>
      <w:r>
        <w:rPr>
          <w:rFonts w:ascii="Times New Roman" w:hAnsi="Times New Roman" w:eastAsia="Times New Roman" w:cs="Times New Roman"/>
        </w:rPr>
        <w:t xml:space="preserve"> </w:t>
      </w:r>
      <w:r>
        <w:rPr>
          <w:rFonts w:ascii="Myanmar Text" w:hAnsi="Myanmar Text" w:eastAsia="Myanmar Text" w:cs="Myanmar Text"/>
        </w:rPr>
        <w:t>စကားများကို</w:t>
      </w:r>
      <w:r>
        <w:rPr>
          <w:rFonts w:ascii="Times New Roman" w:hAnsi="Times New Roman" w:eastAsia="Times New Roman" w:cs="Times New Roman"/>
        </w:rPr>
        <w:t xml:space="preserve"> </w:t>
      </w:r>
      <w:r>
        <w:rPr>
          <w:rFonts w:ascii="Myanmar Text" w:hAnsi="Myanmar Text" w:eastAsia="Myanmar Text" w:cs="Myanmar Text"/>
        </w:rPr>
        <w:t>မနာခံသောသူသည်</w:t>
      </w:r>
      <w:r>
        <w:rPr>
          <w:rFonts w:ascii="Times New Roman" w:hAnsi="Times New Roman" w:eastAsia="Times New Roman" w:cs="Times New Roman"/>
        </w:rPr>
        <w:t xml:space="preserve"> </w:t>
      </w:r>
      <w:r>
        <w:rPr>
          <w:rFonts w:ascii="Myanmar Text" w:hAnsi="Myanmar Text" w:eastAsia="Myanmar Text" w:cs="Myanmar Text"/>
        </w:rPr>
        <w:t>ကျိန်ခြင်းကိုခံရ၏။</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ဘိုးဘေးများကို</w:t>
      </w:r>
      <w:r>
        <w:rPr>
          <w:rFonts w:ascii="Times New Roman" w:hAnsi="Times New Roman" w:eastAsia="Times New Roman" w:cs="Times New Roman"/>
        </w:rPr>
        <w:t xml:space="preserve"> </w:t>
      </w:r>
      <w:r>
        <w:rPr>
          <w:rFonts w:ascii="Myanmar Text" w:hAnsi="Myanmar Text" w:eastAsia="Myanmar Text" w:cs="Myanmar Text"/>
        </w:rPr>
        <w:t>အဲဂုတ္တုပြည်မှ၊</w:t>
      </w:r>
      <w:r>
        <w:rPr>
          <w:rFonts w:ascii="Times New Roman" w:hAnsi="Times New Roman" w:eastAsia="Times New Roman" w:cs="Times New Roman"/>
        </w:rPr>
        <w:t xml:space="preserve"> </w:t>
      </w:r>
      <w:r>
        <w:rPr>
          <w:rFonts w:ascii="Myanmar Text" w:hAnsi="Myanmar Text" w:eastAsia="Myanmar Text" w:cs="Myanmar Text"/>
        </w:rPr>
        <w:t>သံမီးဖိုထဲမှ</w:t>
      </w:r>
      <w:r>
        <w:rPr>
          <w:rFonts w:ascii="Times New Roman" w:hAnsi="Times New Roman" w:eastAsia="Times New Roman" w:cs="Times New Roman"/>
        </w:rPr>
        <w:t xml:space="preserve"> </w:t>
      </w:r>
      <w:r>
        <w:rPr>
          <w:rFonts w:ascii="Myanmar Text" w:hAnsi="Myanmar Text" w:eastAsia="Myanmar Text" w:cs="Myanmar Text"/>
        </w:rPr>
        <w:t>ဆောင်ထုတ်ခဲ့သောနေ့၌</w:t>
      </w:r>
      <w:r>
        <w:rPr>
          <w:rFonts w:ascii="Times New Roman" w:hAnsi="Times New Roman" w:eastAsia="Times New Roman" w:cs="Times New Roman"/>
        </w:rPr>
        <w:t xml:space="preserve"> </w:t>
      </w:r>
      <w:r>
        <w:rPr>
          <w:rFonts w:ascii="Myanmar Text" w:hAnsi="Myanmar Text" w:eastAsia="Myanmar Text" w:cs="Myanmar Text"/>
        </w:rPr>
        <w:t>ထိုစကားများကို</w:t>
      </w:r>
      <w:r>
        <w:rPr>
          <w:rFonts w:ascii="Times New Roman" w:hAnsi="Times New Roman" w:eastAsia="Times New Roman" w:cs="Times New Roman"/>
        </w:rPr>
        <w:t xml:space="preserve"> </w:t>
      </w:r>
      <w:r>
        <w:rPr>
          <w:rFonts w:ascii="Myanmar Text" w:hAnsi="Myanmar Text" w:eastAsia="Myanmar Text" w:cs="Myanmar Text"/>
        </w:rPr>
        <w:t>သူတို့အား</w:t>
      </w:r>
      <w:r>
        <w:rPr>
          <w:rFonts w:ascii="Times New Roman" w:hAnsi="Times New Roman" w:eastAsia="Times New Roman" w:cs="Times New Roman"/>
        </w:rPr>
        <w:t xml:space="preserve"> </w:t>
      </w:r>
      <w:r>
        <w:rPr>
          <w:rFonts w:ascii="Myanmar Text" w:hAnsi="Myanmar Text" w:eastAsia="Myanmar Text" w:cs="Myanmar Text"/>
        </w:rPr>
        <w:t>ပညတ်ထား၍၊</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အသံကို</w:t>
      </w:r>
      <w:r>
        <w:rPr>
          <w:rFonts w:ascii="Times New Roman" w:hAnsi="Times New Roman" w:eastAsia="Times New Roman" w:cs="Times New Roman"/>
        </w:rPr>
        <w:t xml:space="preserve"> </w:t>
      </w:r>
      <w:r>
        <w:rPr>
          <w:rFonts w:ascii="Myanmar Text" w:hAnsi="Myanmar Text" w:eastAsia="Myanmar Text" w:cs="Myanmar Text"/>
        </w:rPr>
        <w:t>နာခံကြလော့။</w:t>
      </w:r>
      <w:r>
        <w:rPr>
          <w:rFonts w:ascii="Times New Roman" w:hAnsi="Times New Roman" w:eastAsia="Times New Roman" w:cs="Times New Roman"/>
        </w:rPr>
        <w:t xml:space="preserve"> </w:t>
      </w:r>
      <w:r>
        <w:rPr>
          <w:rFonts w:ascii="Myanmar Text" w:hAnsi="Myanmar Text" w:eastAsia="Myanmar Text" w:cs="Myanmar Text"/>
        </w:rPr>
        <w:t>ငါမှာကြားသမျှအတိုင်း</w:t>
      </w:r>
      <w:r>
        <w:rPr>
          <w:rFonts w:ascii="Times New Roman" w:hAnsi="Times New Roman" w:eastAsia="Times New Roman" w:cs="Times New Roman"/>
        </w:rPr>
        <w:t xml:space="preserve"> </w:t>
      </w:r>
      <w:r>
        <w:rPr>
          <w:rFonts w:ascii="Myanmar Text" w:hAnsi="Myanmar Text" w:eastAsia="Myanmar Text" w:cs="Myanmar Text"/>
        </w:rPr>
        <w:t>ကျင့်ကြလော့။</w:t>
      </w:r>
      <w:r>
        <w:rPr>
          <w:rFonts w:ascii="Times New Roman" w:hAnsi="Times New Roman" w:eastAsia="Times New Roman" w:cs="Times New Roman"/>
        </w:rPr>
        <w:t xml:space="preserve"> </w:t>
      </w:r>
      <w:r>
        <w:rPr>
          <w:rFonts w:ascii="Myanmar Text" w:hAnsi="Myanmar Text" w:eastAsia="Myanmar Text" w:cs="Myanmar Text"/>
        </w:rPr>
        <w:t>ထိုသို့ပြုလျှင်</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လူမျိုးဖြစ်ကြလိမ့်မည်၊</w:t>
      </w:r>
      <w:r>
        <w:rPr>
          <w:rFonts w:ascii="Times New Roman" w:hAnsi="Times New Roman" w:eastAsia="Times New Roman" w:cs="Times New Roman"/>
        </w:rPr>
        <w:t xml:space="preserve"> </w:t>
      </w:r>
      <w:r>
        <w:rPr>
          <w:rFonts w:ascii="Myanmar Text" w:hAnsi="Myanmar Text" w:eastAsia="Myanmar Text" w:cs="Myanmar Text"/>
        </w:rPr>
        <w:t>ငါသည်လည်း</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ဘုရားသခင်ဖြစ်မည်။</w:t>
      </w:r>
      <w:r>
        <w:rPr>
          <w:rFonts w:ascii="Times New Roman" w:hAnsi="Times New Roman" w:eastAsia="Times New Roman" w:cs="Times New Roman"/>
        </w:rPr>
        <w:t xml:space="preserve"> </w:t>
      </w:r>
      <w:r>
        <w:rPr>
          <w:rFonts w:ascii="Myanmar Text" w:hAnsi="Myanmar Text" w:eastAsia="Myanmar Text" w:cs="Myanmar Text"/>
        </w:rPr>
        <w:t>ထိုသို့အားဖြင့်</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ဘိုးဘေးများအား</w:t>
      </w:r>
      <w:r>
        <w:rPr>
          <w:rFonts w:ascii="Times New Roman" w:hAnsi="Times New Roman" w:eastAsia="Times New Roman" w:cs="Times New Roman"/>
        </w:rPr>
        <w:t xml:space="preserve"> </w:t>
      </w:r>
      <w:r>
        <w:rPr>
          <w:rFonts w:ascii="Myanmar Text" w:hAnsi="Myanmar Text" w:eastAsia="Myanmar Text" w:cs="Myanmar Text"/>
        </w:rPr>
        <w:t>နို့နှင့်ပျားရည်</w:t>
      </w:r>
      <w:r>
        <w:rPr>
          <w:rFonts w:ascii="Times New Roman" w:hAnsi="Times New Roman" w:eastAsia="Times New Roman" w:cs="Times New Roman"/>
        </w:rPr>
        <w:t xml:space="preserve"> </w:t>
      </w:r>
      <w:r>
        <w:rPr>
          <w:rFonts w:ascii="Myanmar Text" w:hAnsi="Myanmar Text" w:eastAsia="Myanmar Text" w:cs="Myanmar Text"/>
        </w:rPr>
        <w:t>စီးဆင်းသောပြည်ကို</w:t>
      </w:r>
      <w:r>
        <w:rPr>
          <w:rFonts w:ascii="Times New Roman" w:hAnsi="Times New Roman" w:eastAsia="Times New Roman" w:cs="Times New Roman"/>
        </w:rPr>
        <w:t xml:space="preserve"> </w:t>
      </w:r>
      <w:r>
        <w:rPr>
          <w:rFonts w:ascii="Myanmar Text" w:hAnsi="Myanmar Text" w:eastAsia="Myanmar Text" w:cs="Myanmar Text"/>
        </w:rPr>
        <w:t>ပေးမည်ဟု</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ကျိန်ဆိုခဲ့သော</w:t>
      </w:r>
      <w:r>
        <w:rPr>
          <w:rFonts w:ascii="Times New Roman" w:hAnsi="Times New Roman" w:eastAsia="Times New Roman" w:cs="Times New Roman"/>
        </w:rPr>
        <w:t xml:space="preserve"> </w:t>
      </w:r>
      <w:r>
        <w:rPr>
          <w:rFonts w:ascii="Myanmar Text" w:hAnsi="Myanmar Text" w:eastAsia="Myanmar Text" w:cs="Myanmar Text"/>
        </w:rPr>
        <w:t>ကျိန်ဆိုချက်ကို</w:t>
      </w:r>
      <w:r>
        <w:rPr>
          <w:rFonts w:ascii="Times New Roman" w:hAnsi="Times New Roman" w:eastAsia="Times New Roman" w:cs="Times New Roman"/>
        </w:rPr>
        <w:t xml:space="preserve"> </w:t>
      </w:r>
      <w:r>
        <w:rPr>
          <w:rFonts w:ascii="Myanmar Text" w:hAnsi="Myanmar Text" w:eastAsia="Myanmar Text" w:cs="Myanmar Text"/>
        </w:rPr>
        <w:t>ယနေ့ကဲ့သို့</w:t>
      </w:r>
      <w:r>
        <w:rPr>
          <w:rFonts w:ascii="Times New Roman" w:hAnsi="Times New Roman" w:eastAsia="Times New Roman" w:cs="Times New Roman"/>
        </w:rPr>
        <w:t xml:space="preserve"> </w:t>
      </w:r>
      <w:r>
        <w:rPr>
          <w:rFonts w:ascii="Myanmar Text" w:hAnsi="Myanmar Text" w:eastAsia="Myanmar Text" w:cs="Myanmar Text"/>
        </w:rPr>
        <w:t>ပြည့်စုံစေမည်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မိန့်တော်မူ၏။</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အကျွန်ုပ်က</w:t>
      </w:r>
      <w:r>
        <w:rPr>
          <w:rFonts w:ascii="Times New Roman" w:hAnsi="Times New Roman" w:eastAsia="Times New Roman" w:cs="Times New Roman"/>
        </w:rPr>
        <w:t xml:space="preserve"> “</w:t>
      </w:r>
      <w:r>
        <w:rPr>
          <w:rFonts w:ascii="Myanmar Text" w:hAnsi="Myanmar Text" w:eastAsia="Myanmar Text" w:cs="Myanmar Text"/>
        </w:rPr>
        <w:t>အို</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ထိုသို့ဖြစ်ပါစေ</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ပြန်လည်လျှောက်ဆို၏။</w:t>
      </w:r>
    </w:p>
    <w:p>
      <w:pPr>
        <w:pStyle w:val="ArticleScripture"/>
        <w:jc w:val="left"/>
      </w:pPr>
      <w:r>
        <w:rPr>
          <w:rFonts w:ascii="Times New Roman" w:hAnsi="Times New Roman" w:eastAsia="Times New Roman" w:cs="Times New Roman"/>
        </w:rPr>
        <w:t>Jahveh men ija harꞌ andïrũ, Judáa tãrẽĩ pueblonã nïmbĩrĩ, Jerusalén callesnã nïmbĩrĩ bã ita palabrasañi jawarꞌ: “Ari pacto aya palabras jïshtõ, ka uja mïrã. Mïrã, Egipto jã landa nïmbe uja ñãpa fathersnã andïrũri día nïmbĩrĩ, ija mïrãrẽ earnestly protested, ka hasta ari día jãta, rising early ka protesting, jawarꞌ: ‘Mï voice obey.’ Mïrã, nã obedecióji, ni ear jã inclinarji; sino que cada uno evil heart imaginationsa nïmbe caminóji. Tã mïrã causari, ija pacto aya palabras toda mïrã sobre bã bringarꞌ, cuales ija mïrãrẽ mandé do; pero nã las hizóji.”</w:t>
      </w:r>
    </w:p>
    <w:p>
      <w:pPr>
        <w:pStyle w:val="ArticleScripture"/>
        <w:jc w:val="left"/>
      </w:pPr>
      <w:r>
        <w:rPr>
          <w:rFonts w:ascii="Ebrima" w:hAnsi="Ebrima" w:eastAsia="Ebrima" w:cs="Ebrima"/>
        </w:rPr>
        <w:t>ወእግዚአብሔር</w:t>
      </w:r>
      <w:r>
        <w:rPr>
          <w:rFonts w:ascii="Times New Roman" w:hAnsi="Times New Roman" w:eastAsia="Times New Roman" w:cs="Times New Roman"/>
        </w:rPr>
        <w:t xml:space="preserve"> </w:t>
      </w:r>
      <w:r>
        <w:rPr>
          <w:rFonts w:ascii="Ebrima" w:hAnsi="Ebrima" w:eastAsia="Ebrima" w:cs="Ebrima"/>
        </w:rPr>
        <w:t>አለኝ፦</w:t>
      </w:r>
      <w:r>
        <w:rPr>
          <w:rFonts w:ascii="Times New Roman" w:hAnsi="Times New Roman" w:eastAsia="Times New Roman" w:cs="Times New Roman"/>
        </w:rPr>
        <w:t xml:space="preserve"> </w:t>
      </w:r>
      <w:r>
        <w:rPr>
          <w:rFonts w:ascii="Ebrima" w:hAnsi="Ebrima" w:eastAsia="Ebrima" w:cs="Ebrima"/>
        </w:rPr>
        <w:t>ማሴር</w:t>
      </w:r>
      <w:r>
        <w:rPr>
          <w:rFonts w:ascii="Times New Roman" w:hAnsi="Times New Roman" w:eastAsia="Times New Roman" w:cs="Times New Roman"/>
        </w:rPr>
        <w:t xml:space="preserve"> </w:t>
      </w:r>
      <w:r>
        <w:rPr>
          <w:rFonts w:ascii="Ebrima" w:hAnsi="Ebrima" w:eastAsia="Ebrima" w:cs="Ebrima"/>
        </w:rPr>
        <w:t>ተገኝቶአል</w:t>
      </w:r>
      <w:r>
        <w:rPr>
          <w:rFonts w:ascii="Times New Roman" w:hAnsi="Times New Roman" w:eastAsia="Times New Roman" w:cs="Times New Roman"/>
        </w:rPr>
        <w:t xml:space="preserve"> </w:t>
      </w:r>
      <w:r>
        <w:rPr>
          <w:rFonts w:ascii="Ebrima" w:hAnsi="Ebrima" w:eastAsia="Ebrima" w:cs="Ebrima"/>
        </w:rPr>
        <w:t>በወንዶች</w:t>
      </w:r>
      <w:r>
        <w:rPr>
          <w:rFonts w:ascii="Times New Roman" w:hAnsi="Times New Roman" w:eastAsia="Times New Roman" w:cs="Times New Roman"/>
        </w:rPr>
        <w:t xml:space="preserve"> </w:t>
      </w:r>
      <w:r>
        <w:rPr>
          <w:rFonts w:ascii="Ebrima" w:hAnsi="Ebrima" w:eastAsia="Ebrima" w:cs="Ebrima"/>
        </w:rPr>
        <w:t>ይሁዳ</w:t>
      </w:r>
      <w:r>
        <w:rPr>
          <w:rFonts w:ascii="Times New Roman" w:hAnsi="Times New Roman" w:eastAsia="Times New Roman" w:cs="Times New Roman"/>
        </w:rPr>
        <w:t xml:space="preserve"> </w:t>
      </w:r>
      <w:r>
        <w:rPr>
          <w:rFonts w:ascii="Ebrima" w:hAnsi="Ebrima" w:eastAsia="Ebrima" w:cs="Ebrima"/>
        </w:rPr>
        <w:t>መካከልና</w:t>
      </w:r>
      <w:r>
        <w:rPr>
          <w:rFonts w:ascii="Times New Roman" w:hAnsi="Times New Roman" w:eastAsia="Times New Roman" w:cs="Times New Roman"/>
        </w:rPr>
        <w:t xml:space="preserve"> </w:t>
      </w:r>
      <w:r>
        <w:rPr>
          <w:rFonts w:ascii="Ebrima" w:hAnsi="Ebrima" w:eastAsia="Ebrima" w:cs="Ebrima"/>
        </w:rPr>
        <w:t>በየሩሳሌም</w:t>
      </w:r>
      <w:r>
        <w:rPr>
          <w:rFonts w:ascii="Times New Roman" w:hAnsi="Times New Roman" w:eastAsia="Times New Roman" w:cs="Times New Roman"/>
        </w:rPr>
        <w:t xml:space="preserve"> </w:t>
      </w:r>
      <w:r>
        <w:rPr>
          <w:rFonts w:ascii="Ebrima" w:hAnsi="Ebrima" w:eastAsia="Ebrima" w:cs="Ebrima"/>
        </w:rPr>
        <w:t>ነዋሪዎች</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ቀደሙት</w:t>
      </w:r>
      <w:r>
        <w:rPr>
          <w:rFonts w:ascii="Times New Roman" w:hAnsi="Times New Roman" w:eastAsia="Times New Roman" w:cs="Times New Roman"/>
        </w:rPr>
        <w:t xml:space="preserve"> </w:t>
      </w:r>
      <w:r>
        <w:rPr>
          <w:rFonts w:ascii="Ebrima" w:hAnsi="Ebrima" w:eastAsia="Ebrima" w:cs="Ebrima"/>
        </w:rPr>
        <w:t>አባቶቻቸው</w:t>
      </w:r>
      <w:r>
        <w:rPr>
          <w:rFonts w:ascii="Times New Roman" w:hAnsi="Times New Roman" w:eastAsia="Times New Roman" w:cs="Times New Roman"/>
        </w:rPr>
        <w:t xml:space="preserve"> </w:t>
      </w:r>
      <w:r>
        <w:rPr>
          <w:rFonts w:ascii="Ebrima" w:hAnsi="Ebrima" w:eastAsia="Ebrima" w:cs="Ebrima"/>
        </w:rPr>
        <w:t>ኃጢአት</w:t>
      </w:r>
      <w:r>
        <w:rPr>
          <w:rFonts w:ascii="Times New Roman" w:hAnsi="Times New Roman" w:eastAsia="Times New Roman" w:cs="Times New Roman"/>
        </w:rPr>
        <w:t xml:space="preserve"> </w:t>
      </w:r>
      <w:r>
        <w:rPr>
          <w:rFonts w:ascii="Ebrima" w:hAnsi="Ebrima" w:eastAsia="Ebrima" w:cs="Ebrima"/>
        </w:rPr>
        <w:t>ተመልሰዋል፥</w:t>
      </w:r>
      <w:r>
        <w:rPr>
          <w:rFonts w:ascii="Times New Roman" w:hAnsi="Times New Roman" w:eastAsia="Times New Roman" w:cs="Times New Roman"/>
        </w:rPr>
        <w:t xml:space="preserve"> </w:t>
      </w:r>
      <w:r>
        <w:rPr>
          <w:rFonts w:ascii="Ebrima" w:hAnsi="Ebrima" w:eastAsia="Ebrima" w:cs="Ebrima"/>
        </w:rPr>
        <w:t>እነርሱም</w:t>
      </w:r>
      <w:r>
        <w:rPr>
          <w:rFonts w:ascii="Times New Roman" w:hAnsi="Times New Roman" w:eastAsia="Times New Roman" w:cs="Times New Roman"/>
        </w:rPr>
        <w:t xml:space="preserve"> </w:t>
      </w:r>
      <w:r>
        <w:rPr>
          <w:rFonts w:ascii="Ebrima" w:hAnsi="Ebrima" w:eastAsia="Ebrima" w:cs="Ebrima"/>
        </w:rPr>
        <w:t>ቃሌን</w:t>
      </w:r>
      <w:r>
        <w:rPr>
          <w:rFonts w:ascii="Times New Roman" w:hAnsi="Times New Roman" w:eastAsia="Times New Roman" w:cs="Times New Roman"/>
        </w:rPr>
        <w:t xml:space="preserve"> </w:t>
      </w:r>
      <w:r>
        <w:rPr>
          <w:rFonts w:ascii="Ebrima" w:hAnsi="Ebrima" w:eastAsia="Ebrima" w:cs="Ebrima"/>
        </w:rPr>
        <w:t>ለመስማት</w:t>
      </w:r>
      <w:r>
        <w:rPr>
          <w:rFonts w:ascii="Times New Roman" w:hAnsi="Times New Roman" w:eastAsia="Times New Roman" w:cs="Times New Roman"/>
        </w:rPr>
        <w:t xml:space="preserve"> </w:t>
      </w:r>
      <w:r>
        <w:rPr>
          <w:rFonts w:ascii="Ebrima" w:hAnsi="Ebrima" w:eastAsia="Ebrima" w:cs="Ebrima"/>
        </w:rPr>
        <w:t>እምቢ</w:t>
      </w:r>
      <w:r>
        <w:rPr>
          <w:rFonts w:ascii="Times New Roman" w:hAnsi="Times New Roman" w:eastAsia="Times New Roman" w:cs="Times New Roman"/>
        </w:rPr>
        <w:t xml:space="preserve"> </w:t>
      </w:r>
      <w:r>
        <w:rPr>
          <w:rFonts w:ascii="Ebrima" w:hAnsi="Ebrima" w:eastAsia="Ebrima" w:cs="Ebrima"/>
        </w:rPr>
        <w:t>አሉ፤</w:t>
      </w:r>
      <w:r>
        <w:rPr>
          <w:rFonts w:ascii="Times New Roman" w:hAnsi="Times New Roman" w:eastAsia="Times New Roman" w:cs="Times New Roman"/>
        </w:rPr>
        <w:t xml:space="preserve"> </w:t>
      </w:r>
      <w:r>
        <w:rPr>
          <w:rFonts w:ascii="Ebrima" w:hAnsi="Ebrima" w:eastAsia="Ebrima" w:cs="Ebrima"/>
        </w:rPr>
        <w:t>ሌሎችንም</w:t>
      </w:r>
      <w:r>
        <w:rPr>
          <w:rFonts w:ascii="Times New Roman" w:hAnsi="Times New Roman" w:eastAsia="Times New Roman" w:cs="Times New Roman"/>
        </w:rPr>
        <w:t xml:space="preserve"> </w:t>
      </w:r>
      <w:r>
        <w:rPr>
          <w:rFonts w:ascii="Ebrima" w:hAnsi="Ebrima" w:eastAsia="Ebrima" w:cs="Ebrima"/>
        </w:rPr>
        <w:t>አማልክት</w:t>
      </w:r>
      <w:r>
        <w:rPr>
          <w:rFonts w:ascii="Times New Roman" w:hAnsi="Times New Roman" w:eastAsia="Times New Roman" w:cs="Times New Roman"/>
        </w:rPr>
        <w:t xml:space="preserve"> </w:t>
      </w:r>
      <w:r>
        <w:rPr>
          <w:rFonts w:ascii="Ebrima" w:hAnsi="Ebrima" w:eastAsia="Ebrima" w:cs="Ebrima"/>
        </w:rPr>
        <w:t>ሊያገለግሉ</w:t>
      </w:r>
      <w:r>
        <w:rPr>
          <w:rFonts w:ascii="Times New Roman" w:hAnsi="Times New Roman" w:eastAsia="Times New Roman" w:cs="Times New Roman"/>
        </w:rPr>
        <w:t xml:space="preserve"> </w:t>
      </w:r>
      <w:r>
        <w:rPr>
          <w:rFonts w:ascii="Ebrima" w:hAnsi="Ebrima" w:eastAsia="Ebrima" w:cs="Ebrima"/>
        </w:rPr>
        <w:t>ተከትለዋል።</w:t>
      </w:r>
      <w:r>
        <w:rPr>
          <w:rFonts w:ascii="Times New Roman" w:hAnsi="Times New Roman" w:eastAsia="Times New Roman" w:cs="Times New Roman"/>
        </w:rPr>
        <w:t xml:space="preserve"> </w:t>
      </w:r>
      <w:r>
        <w:rPr>
          <w:rFonts w:ascii="Ebrima" w:hAnsi="Ebrima" w:eastAsia="Ebrima" w:cs="Ebrima"/>
        </w:rPr>
        <w:t>የእስራኤል</w:t>
      </w:r>
      <w:r>
        <w:rPr>
          <w:rFonts w:ascii="Times New Roman" w:hAnsi="Times New Roman" w:eastAsia="Times New Roman" w:cs="Times New Roman"/>
        </w:rPr>
        <w:t xml:space="preserve"> </w:t>
      </w:r>
      <w:r>
        <w:rPr>
          <w:rFonts w:ascii="Ebrima" w:hAnsi="Ebrima" w:eastAsia="Ebrima" w:cs="Ebrima"/>
        </w:rPr>
        <w:t>ቤትና</w:t>
      </w:r>
      <w:r>
        <w:rPr>
          <w:rFonts w:ascii="Times New Roman" w:hAnsi="Times New Roman" w:eastAsia="Times New Roman" w:cs="Times New Roman"/>
        </w:rPr>
        <w:t xml:space="preserve"> </w:t>
      </w:r>
      <w:r>
        <w:rPr>
          <w:rFonts w:ascii="Ebrima" w:hAnsi="Ebrima" w:eastAsia="Ebrima" w:cs="Ebrima"/>
        </w:rPr>
        <w:t>የይሁዳ</w:t>
      </w:r>
      <w:r>
        <w:rPr>
          <w:rFonts w:ascii="Times New Roman" w:hAnsi="Times New Roman" w:eastAsia="Times New Roman" w:cs="Times New Roman"/>
        </w:rPr>
        <w:t xml:space="preserve"> </w:t>
      </w:r>
      <w:r>
        <w:rPr>
          <w:rFonts w:ascii="Ebrima" w:hAnsi="Ebrima" w:eastAsia="Ebrima" w:cs="Ebrima"/>
        </w:rPr>
        <w:t>ቤት</w:t>
      </w:r>
      <w:r>
        <w:rPr>
          <w:rFonts w:ascii="Times New Roman" w:hAnsi="Times New Roman" w:eastAsia="Times New Roman" w:cs="Times New Roman"/>
        </w:rPr>
        <w:t xml:space="preserve"> </w:t>
      </w:r>
      <w:r>
        <w:rPr>
          <w:rFonts w:ascii="Ebrima" w:hAnsi="Ebrima" w:eastAsia="Ebrima" w:cs="Ebrima"/>
        </w:rPr>
        <w:t>ከአባቶቻቸው</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ያደረግሁትን</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ኪዳኔን</w:t>
      </w:r>
      <w:r>
        <w:rPr>
          <w:rFonts w:ascii="Times New Roman" w:hAnsi="Times New Roman" w:eastAsia="Times New Roman" w:cs="Times New Roman"/>
        </w:rPr>
        <w:t xml:space="preserve"> </w:t>
      </w:r>
      <w:r>
        <w:rPr>
          <w:rFonts w:ascii="Ebrima" w:hAnsi="Ebrima" w:eastAsia="Ebrima" w:cs="Ebrima"/>
        </w:rPr>
        <w:t>ሰብረዋል።</w:t>
      </w:r>
      <w:r>
        <w:rPr>
          <w:rFonts w:ascii="Times New Roman" w:hAnsi="Times New Roman" w:eastAsia="Times New Roman" w:cs="Times New Roman"/>
        </w:rPr>
        <w:t xml:space="preserve"> </w:t>
      </w:r>
      <w:r>
        <w:rPr>
          <w:rFonts w:ascii="Ebrima" w:hAnsi="Ebrima" w:eastAsia="Ebrima" w:cs="Ebrima"/>
        </w:rPr>
        <w:t>ስለዚህ</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ይላል፦</w:t>
      </w:r>
      <w:r>
        <w:rPr>
          <w:rFonts w:ascii="Times New Roman" w:hAnsi="Times New Roman" w:eastAsia="Times New Roman" w:cs="Times New Roman"/>
        </w:rPr>
        <w:t xml:space="preserve"> </w:t>
      </w:r>
      <w:r>
        <w:rPr>
          <w:rFonts w:ascii="Ebrima" w:hAnsi="Ebrima" w:eastAsia="Ebrima" w:cs="Ebrima"/>
        </w:rPr>
        <w:t>እነሆ፥</w:t>
      </w:r>
      <w:r>
        <w:rPr>
          <w:rFonts w:ascii="Times New Roman" w:hAnsi="Times New Roman" w:eastAsia="Times New Roman" w:cs="Times New Roman"/>
        </w:rPr>
        <w:t xml:space="preserve"> </w:t>
      </w:r>
      <w:r>
        <w:rPr>
          <w:rFonts w:ascii="Ebrima" w:hAnsi="Ebrima" w:eastAsia="Ebrima" w:cs="Ebrima"/>
        </w:rPr>
        <w:t>ከእርሱ</w:t>
      </w:r>
      <w:r>
        <w:rPr>
          <w:rFonts w:ascii="Times New Roman" w:hAnsi="Times New Roman" w:eastAsia="Times New Roman" w:cs="Times New Roman"/>
        </w:rPr>
        <w:t xml:space="preserve"> </w:t>
      </w:r>
      <w:r>
        <w:rPr>
          <w:rFonts w:ascii="Ebrima" w:hAnsi="Ebrima" w:eastAsia="Ebrima" w:cs="Ebrima"/>
        </w:rPr>
        <w:t>ማምለጥ</w:t>
      </w:r>
      <w:r>
        <w:rPr>
          <w:rFonts w:ascii="Times New Roman" w:hAnsi="Times New Roman" w:eastAsia="Times New Roman" w:cs="Times New Roman"/>
        </w:rPr>
        <w:t xml:space="preserve"> </w:t>
      </w:r>
      <w:r>
        <w:rPr>
          <w:rFonts w:ascii="Ebrima" w:hAnsi="Ebrima" w:eastAsia="Ebrima" w:cs="Ebrima"/>
        </w:rPr>
        <w:t>የማይችሉትን</w:t>
      </w:r>
      <w:r>
        <w:rPr>
          <w:rFonts w:ascii="Times New Roman" w:hAnsi="Times New Roman" w:eastAsia="Times New Roman" w:cs="Times New Roman"/>
        </w:rPr>
        <w:t xml:space="preserve"> </w:t>
      </w:r>
      <w:r>
        <w:rPr>
          <w:rFonts w:ascii="Ebrima" w:hAnsi="Ebrima" w:eastAsia="Ebrima" w:cs="Ebrima"/>
        </w:rPr>
        <w:t>ክፉ</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በእነርሱ</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አመጣለሁ፤</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እኔም</w:t>
      </w:r>
      <w:r>
        <w:rPr>
          <w:rFonts w:ascii="Times New Roman" w:hAnsi="Times New Roman" w:eastAsia="Times New Roman" w:cs="Times New Roman"/>
        </w:rPr>
        <w:t xml:space="preserve"> </w:t>
      </w:r>
      <w:r>
        <w:rPr>
          <w:rFonts w:ascii="Ebrima" w:hAnsi="Ebrima" w:eastAsia="Ebrima" w:cs="Ebrima"/>
        </w:rPr>
        <w:t>ቢጮኹ</w:t>
      </w:r>
      <w:r>
        <w:rPr>
          <w:rFonts w:ascii="Times New Roman" w:hAnsi="Times New Roman" w:eastAsia="Times New Roman" w:cs="Times New Roman"/>
        </w:rPr>
        <w:t xml:space="preserve"> </w:t>
      </w:r>
      <w:r>
        <w:rPr>
          <w:rFonts w:ascii="Ebrima" w:hAnsi="Ebrima" w:eastAsia="Ebrima" w:cs="Ebrima"/>
        </w:rPr>
        <w:t>አልሰማቸውም።</w:t>
      </w:r>
      <w:r>
        <w:rPr>
          <w:rFonts w:ascii="Times New Roman" w:hAnsi="Times New Roman" w:eastAsia="Times New Roman" w:cs="Times New Roman"/>
        </w:rPr>
        <w:t xml:space="preserve"> </w:t>
      </w:r>
      <w:r>
        <w:rPr>
          <w:rFonts w:ascii="Ebrima" w:hAnsi="Ebrima" w:eastAsia="Ebrima" w:cs="Ebrima"/>
        </w:rPr>
        <w:t>ኤርምያስ</w:t>
      </w:r>
      <w:r>
        <w:rPr>
          <w:rFonts w:ascii="Times New Roman" w:hAnsi="Times New Roman" w:eastAsia="Times New Roman" w:cs="Times New Roman"/>
        </w:rPr>
        <w:t xml:space="preserve"> 11</w:t>
      </w:r>
      <w:r>
        <w:rPr>
          <w:rFonts w:ascii="Ebrima" w:hAnsi="Ebrima" w:eastAsia="Ebrima" w:cs="Ebrima"/>
        </w:rPr>
        <w:t>፥</w:t>
      </w:r>
      <w:r>
        <w:rPr>
          <w:rFonts w:ascii="Times New Roman" w:hAnsi="Times New Roman" w:eastAsia="Times New Roman" w:cs="Times New Roman"/>
        </w:rPr>
        <w:t>1–11</w:t>
      </w:r>
      <w:r>
        <w:rPr>
          <w:rFonts w:ascii="Ebrima" w:hAnsi="Ebrima" w:eastAsia="Ebrima" w:cs="Ebrima"/>
        </w:rPr>
        <w:t>።</w:t>
      </w:r>
    </w:p>
    <w:p>
      <w:pPr>
        <w:pStyle w:val="ArticleBody"/>
        <w:jc w:val="left"/>
      </w:pPr>
      <w:r>
        <w:rPr>
          <w:rFonts w:ascii="Times New Roman" w:hAnsi="Times New Roman" w:eastAsia="Times New Roman" w:cs="Times New Roman"/>
        </w:rPr>
        <w:t>Jeremías u Laodiceano Séptimo-di Adventismo juicio zutu nuba, Ezequiel capítulu once, versíkulu once pe ta repití.</w:t>
      </w:r>
    </w:p>
    <w:p>
      <w:pPr>
        <w:pStyle w:val="ArticleScripture"/>
        <w:jc w:val="left"/>
      </w:pPr>
      <w:r>
        <w:rPr>
          <w:rFonts w:ascii="Times New Roman" w:hAnsi="Times New Roman" w:eastAsia="Times New Roman" w:cs="Times New Roman"/>
        </w:rPr>
        <w:t>Энэ хот та нарын тогоо болохгүй, мөн та нар түүний дунд мах нь ч болохгүй; харин Би та нарыг Израилийн хил дээр шүүнэ. Езекиел 11:11.</w:t>
      </w:r>
    </w:p>
    <w:p>
      <w:pPr>
        <w:pStyle w:val="ArticleBody"/>
        <w:jc w:val="left"/>
      </w:pPr>
      <w:r>
        <w:rPr>
          <w:rFonts w:ascii="Nirmala UI" w:hAnsi="Nirmala UI" w:eastAsia="Nirmala UI" w:cs="Nirmala UI"/>
        </w:rPr>
        <w:t>आयत्</w:t>
      </w:r>
      <w:r>
        <w:rPr>
          <w:rFonts w:ascii="Times New Roman" w:hAnsi="Times New Roman" w:eastAsia="Times New Roman" w:cs="Times New Roman"/>
        </w:rPr>
        <w:t>-</w:t>
      </w:r>
      <w:r>
        <w:rPr>
          <w:rFonts w:ascii="Nirmala UI" w:hAnsi="Nirmala UI" w:eastAsia="Nirmala UI" w:cs="Nirmala UI"/>
        </w:rPr>
        <w:t>प्रेरणा</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मुहरबन्दी</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मुहरबन्दी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निरन्तर</w:t>
      </w:r>
      <w:r>
        <w:rPr>
          <w:rFonts w:ascii="Times New Roman" w:hAnsi="Times New Roman" w:eastAsia="Times New Roman" w:cs="Times New Roman"/>
        </w:rPr>
        <w:t xml:space="preserve"> </w:t>
      </w:r>
      <w:r>
        <w:rPr>
          <w:rFonts w:ascii="Nirmala UI" w:hAnsi="Nirmala UI" w:eastAsia="Nirmala UI" w:cs="Nirmala UI"/>
        </w:rPr>
        <w:t>चलती</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कथा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क्रमागत</w:t>
      </w:r>
      <w:r>
        <w:rPr>
          <w:rFonts w:ascii="Times New Roman" w:hAnsi="Times New Roman" w:eastAsia="Times New Roman" w:cs="Times New Roman"/>
        </w:rPr>
        <w:t xml:space="preserve"> </w:t>
      </w:r>
      <w:r>
        <w:rPr>
          <w:rFonts w:ascii="Nirmala UI" w:hAnsi="Nirmala UI" w:eastAsia="Nirmala UI" w:cs="Nirmala UI"/>
        </w:rPr>
        <w:t>विस्तार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सेवेंथ</w:t>
      </w:r>
      <w:r>
        <w:rPr>
          <w:rFonts w:ascii="Times New Roman" w:hAnsi="Times New Roman" w:eastAsia="Times New Roman" w:cs="Times New Roman"/>
        </w:rPr>
        <w:t>-</w:t>
      </w:r>
      <w:r>
        <w:rPr>
          <w:rFonts w:ascii="Nirmala UI" w:hAnsi="Nirmala UI" w:eastAsia="Nirmala UI" w:cs="Nirmala UI"/>
        </w:rPr>
        <w:t>डे</w:t>
      </w:r>
      <w:r>
        <w:rPr>
          <w:rFonts w:ascii="Times New Roman" w:hAnsi="Times New Roman" w:eastAsia="Times New Roman" w:cs="Times New Roman"/>
        </w:rPr>
        <w:t xml:space="preserve"> </w:t>
      </w:r>
      <w:r>
        <w:rPr>
          <w:rFonts w:ascii="Nirmala UI" w:hAnsi="Nirmala UI" w:eastAsia="Nirmala UI" w:cs="Nirmala UI"/>
        </w:rPr>
        <w:t>एडवेंटिस्ट</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नाश</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في رؤية 9/11 في حزقيال يُعرَّف غير الأمناء بأنهم يُؤخَذون إلى خارج أورشليم ليُدانوا، وبذلك تتحدد المفاصلة النهائية لأولئك الذين يعترفون بأنهم الكنيسة الأخيرة الممثَّلة في سفر الرؤيا. إن رمز «أحد عشر، أحد عشر» هو رمز للعهد الذي يدخل فيه المئة والأربعة والأربعون ألفًا مع الله. وعند جمع العددين معًا فإنهما يمثلان اثنين وعشرين، وهو عُشر مئتين وعشرين، أحد رموز اتحاد الألوهية بالإنسانية.</w:t>
      </w:r>
    </w:p>
    <w:p>
      <w:pPr>
        <w:pStyle w:val="ArticleBody"/>
        <w:jc w:val="left"/>
      </w:pPr>
      <w:r>
        <w:rPr>
          <w:rFonts w:ascii="Nirmala UI" w:hAnsi="Nirmala UI" w:eastAsia="Nirmala UI" w:cs="Nirmala UI"/>
        </w:rPr>
        <w:t>ಇಸಾಪೂರ್ವ</w:t>
      </w:r>
      <w:r>
        <w:rPr>
          <w:rFonts w:ascii="Times New Roman" w:hAnsi="Times New Roman" w:eastAsia="Times New Roman" w:cs="Times New Roman"/>
        </w:rPr>
        <w:t xml:space="preserve"> 677 </w:t>
      </w:r>
      <w:r>
        <w:rPr>
          <w:rFonts w:ascii="Nirmala UI" w:hAnsi="Nirmala UI" w:eastAsia="Nirmala UI" w:cs="Nirmala UI"/>
        </w:rPr>
        <w:t>ಮತ್ತು</w:t>
      </w:r>
      <w:r>
        <w:rPr>
          <w:rFonts w:ascii="Times New Roman" w:hAnsi="Times New Roman" w:eastAsia="Times New Roman" w:cs="Times New Roman"/>
        </w:rPr>
        <w:t xml:space="preserve"> 457</w:t>
      </w:r>
      <w:r>
        <w:rPr>
          <w:rFonts w:ascii="Nirmala UI" w:hAnsi="Nirmala UI" w:eastAsia="Nirmala UI" w:cs="Nirmala UI"/>
        </w:rPr>
        <w:t>ರ</w:t>
      </w:r>
      <w:r>
        <w:rPr>
          <w:rFonts w:ascii="Times New Roman" w:hAnsi="Times New Roman" w:eastAsia="Times New Roman" w:cs="Times New Roman"/>
        </w:rPr>
        <w:t xml:space="preserve"> </w:t>
      </w:r>
      <w:r>
        <w:rPr>
          <w:rFonts w:ascii="Nirmala UI" w:hAnsi="Nirmala UI" w:eastAsia="Nirmala UI" w:cs="Nirmala UI"/>
        </w:rPr>
        <w:t>ನಡುವೆ</w:t>
      </w:r>
      <w:r>
        <w:rPr>
          <w:rFonts w:ascii="Times New Roman" w:hAnsi="Times New Roman" w:eastAsia="Times New Roman" w:cs="Times New Roman"/>
        </w:rPr>
        <w:t xml:space="preserve"> </w:t>
      </w:r>
      <w:r>
        <w:rPr>
          <w:rFonts w:ascii="Nirmala UI" w:hAnsi="Nirmala UI" w:eastAsia="Nirmala UI" w:cs="Nirmala UI"/>
        </w:rPr>
        <w:t>ಇರುವ</w:t>
      </w:r>
      <w:r>
        <w:rPr>
          <w:rFonts w:ascii="Times New Roman" w:hAnsi="Times New Roman" w:eastAsia="Times New Roman" w:cs="Times New Roman"/>
        </w:rPr>
        <w:t xml:space="preserve"> </w:t>
      </w:r>
      <w:r>
        <w:rPr>
          <w:rFonts w:ascii="Nirmala UI" w:hAnsi="Nirmala UI" w:eastAsia="Nirmala UI" w:cs="Nirmala UI"/>
        </w:rPr>
        <w:t>ಎರಡು</w:t>
      </w:r>
      <w:r>
        <w:rPr>
          <w:rFonts w:ascii="Times New Roman" w:hAnsi="Times New Roman" w:eastAsia="Times New Roman" w:cs="Times New Roman"/>
        </w:rPr>
        <w:t xml:space="preserve"> </w:t>
      </w:r>
      <w:r>
        <w:rPr>
          <w:rFonts w:ascii="Nirmala UI" w:hAnsi="Nirmala UI" w:eastAsia="Nirmala UI" w:cs="Nirmala UI"/>
        </w:rPr>
        <w:t>ನೂರು</w:t>
      </w:r>
      <w:r>
        <w:rPr>
          <w:rFonts w:ascii="Times New Roman" w:hAnsi="Times New Roman" w:eastAsia="Times New Roman" w:cs="Times New Roman"/>
        </w:rPr>
        <w:t xml:space="preserve"> </w:t>
      </w:r>
      <w:r>
        <w:rPr>
          <w:rFonts w:ascii="Nirmala UI" w:hAnsi="Nirmala UI" w:eastAsia="Nirmala UI" w:cs="Nirmala UI"/>
        </w:rPr>
        <w:t>ಇಪ್ಪತ್ತು</w:t>
      </w:r>
      <w:r>
        <w:rPr>
          <w:rFonts w:ascii="Times New Roman" w:hAnsi="Times New Roman" w:eastAsia="Times New Roman" w:cs="Times New Roman"/>
        </w:rPr>
        <w:t xml:space="preserve"> </w:t>
      </w:r>
      <w:r>
        <w:rPr>
          <w:rFonts w:ascii="Nirmala UI" w:hAnsi="Nirmala UI" w:eastAsia="Nirmala UI" w:cs="Nirmala UI"/>
        </w:rPr>
        <w:t>ವರ್ಷಗಳು</w:t>
      </w:r>
      <w:r>
        <w:rPr>
          <w:rFonts w:ascii="Times New Roman" w:hAnsi="Times New Roman" w:eastAsia="Times New Roman" w:cs="Times New Roman"/>
        </w:rPr>
        <w:t xml:space="preserve">, </w:t>
      </w:r>
      <w:r>
        <w:rPr>
          <w:rFonts w:ascii="Nirmala UI" w:hAnsi="Nirmala UI" w:eastAsia="Nirmala UI" w:cs="Nirmala UI"/>
        </w:rPr>
        <w:t>ದಾನಿಯೇಲನ</w:t>
      </w:r>
      <w:r>
        <w:rPr>
          <w:rFonts w:ascii="Times New Roman" w:hAnsi="Times New Roman" w:eastAsia="Times New Roman" w:cs="Times New Roman"/>
        </w:rPr>
        <w:t xml:space="preserve"> </w:t>
      </w:r>
      <w:r>
        <w:rPr>
          <w:rFonts w:ascii="Nirmala UI" w:hAnsi="Nirmala UI" w:eastAsia="Nirmala UI" w:cs="Nirmala UI"/>
        </w:rPr>
        <w:t>ಎರಡು</w:t>
      </w:r>
      <w:r>
        <w:rPr>
          <w:rFonts w:ascii="Times New Roman" w:hAnsi="Times New Roman" w:eastAsia="Times New Roman" w:cs="Times New Roman"/>
        </w:rPr>
        <w:t xml:space="preserve"> </w:t>
      </w:r>
      <w:r>
        <w:rPr>
          <w:rFonts w:ascii="Nirmala UI" w:hAnsi="Nirmala UI" w:eastAsia="Nirmala UI" w:cs="Nirmala UI"/>
        </w:rPr>
        <w:t>ಸಾವಿರ</w:t>
      </w:r>
      <w:r>
        <w:rPr>
          <w:rFonts w:ascii="Times New Roman" w:hAnsi="Times New Roman" w:eastAsia="Times New Roman" w:cs="Times New Roman"/>
        </w:rPr>
        <w:t xml:space="preserve"> </w:t>
      </w:r>
      <w:r>
        <w:rPr>
          <w:rFonts w:ascii="Nirmala UI" w:hAnsi="Nirmala UI" w:eastAsia="Nirmala UI" w:cs="Nirmala UI"/>
        </w:rPr>
        <w:t>ಮೂರು</w:t>
      </w:r>
      <w:r>
        <w:rPr>
          <w:rFonts w:ascii="Times New Roman" w:hAnsi="Times New Roman" w:eastAsia="Times New Roman" w:cs="Times New Roman"/>
        </w:rPr>
        <w:t xml:space="preserve"> </w:t>
      </w:r>
      <w:r>
        <w:rPr>
          <w:rFonts w:ascii="Nirmala UI" w:hAnsi="Nirmala UI" w:eastAsia="Nirmala UI" w:cs="Nirmala UI"/>
        </w:rPr>
        <w:t>ನೂರು</w:t>
      </w:r>
      <w:r>
        <w:rPr>
          <w:rFonts w:ascii="Times New Roman" w:hAnsi="Times New Roman" w:eastAsia="Times New Roman" w:cs="Times New Roman"/>
        </w:rPr>
        <w:t xml:space="preserve"> </w:t>
      </w:r>
      <w:r>
        <w:rPr>
          <w:rFonts w:ascii="Nirmala UI" w:hAnsi="Nirmala UI" w:eastAsia="Nirmala UI" w:cs="Nirmala UI"/>
        </w:rPr>
        <w:t>ದಿನಗಳ</w:t>
      </w:r>
      <w:r>
        <w:rPr>
          <w:rFonts w:ascii="Times New Roman" w:hAnsi="Times New Roman" w:eastAsia="Times New Roman" w:cs="Times New Roman"/>
        </w:rPr>
        <w:t xml:space="preserve"> </w:t>
      </w:r>
      <w:r>
        <w:rPr>
          <w:rFonts w:ascii="Nirmala UI" w:hAnsi="Nirmala UI" w:eastAsia="Nirmala UI" w:cs="Nirmala UI"/>
        </w:rPr>
        <w:t>ಪ್ರವಾದನೆಯನ್ನು</w:t>
      </w:r>
      <w:r>
        <w:rPr>
          <w:rFonts w:ascii="Times New Roman" w:hAnsi="Times New Roman" w:eastAsia="Times New Roman" w:cs="Times New Roman"/>
        </w:rPr>
        <w:t xml:space="preserve"> </w:t>
      </w:r>
      <w:r>
        <w:rPr>
          <w:rFonts w:ascii="Nirmala UI" w:hAnsi="Nirmala UI" w:eastAsia="Nirmala UI" w:cs="Nirmala UI"/>
        </w:rPr>
        <w:t>ಮೋಶೆಯ</w:t>
      </w:r>
      <w:r>
        <w:rPr>
          <w:rFonts w:ascii="Times New Roman" w:hAnsi="Times New Roman" w:eastAsia="Times New Roman" w:cs="Times New Roman"/>
        </w:rPr>
        <w:t xml:space="preserve"> </w:t>
      </w:r>
      <w:r>
        <w:rPr>
          <w:rFonts w:ascii="Nirmala UI" w:hAnsi="Nirmala UI" w:eastAsia="Nirmala UI" w:cs="Nirmala UI"/>
        </w:rPr>
        <w:t>ಏಳು</w:t>
      </w:r>
      <w:r>
        <w:rPr>
          <w:rFonts w:ascii="Times New Roman" w:hAnsi="Times New Roman" w:eastAsia="Times New Roman" w:cs="Times New Roman"/>
        </w:rPr>
        <w:t xml:space="preserve"> </w:t>
      </w:r>
      <w:r>
        <w:rPr>
          <w:rFonts w:ascii="Nirmala UI" w:hAnsi="Nirmala UI" w:eastAsia="Nirmala UI" w:cs="Nirmala UI"/>
        </w:rPr>
        <w:t>ಕಾಲಗಳ</w:t>
      </w:r>
      <w:r>
        <w:rPr>
          <w:rFonts w:ascii="Times New Roman" w:hAnsi="Times New Roman" w:eastAsia="Times New Roman" w:cs="Times New Roman"/>
        </w:rPr>
        <w:t xml:space="preserve"> </w:t>
      </w:r>
      <w:r>
        <w:rPr>
          <w:rFonts w:ascii="Nirmala UI" w:hAnsi="Nirmala UI" w:eastAsia="Nirmala UI" w:cs="Nirmala UI"/>
        </w:rPr>
        <w:t>ಕಾಲಪ್ರವಾದನೆಯೊಂದಿಗೆ</w:t>
      </w:r>
      <w:r>
        <w:rPr>
          <w:rFonts w:ascii="Times New Roman" w:hAnsi="Times New Roman" w:eastAsia="Times New Roman" w:cs="Times New Roman"/>
        </w:rPr>
        <w:t xml:space="preserve"> </w:t>
      </w:r>
      <w:r>
        <w:rPr>
          <w:rFonts w:ascii="Nirmala UI" w:hAnsi="Nirmala UI" w:eastAsia="Nirmala UI" w:cs="Nirmala UI"/>
        </w:rPr>
        <w:t>ಸಂಪರ್ಕಿಸುತ್ತವೆ</w:t>
      </w:r>
      <w:r>
        <w:rPr>
          <w:rFonts w:ascii="Times New Roman" w:hAnsi="Times New Roman" w:eastAsia="Times New Roman" w:cs="Times New Roman"/>
        </w:rPr>
        <w:t>. 1844</w:t>
      </w:r>
      <w:r>
        <w:rPr>
          <w:rFonts w:ascii="Nirmala UI" w:hAnsi="Nirmala UI" w:eastAsia="Nirmala UI" w:cs="Nirmala UI"/>
        </w:rPr>
        <w:t>ರಲ್ಲಿ</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ಎರಡು</w:t>
      </w:r>
      <w:r>
        <w:rPr>
          <w:rFonts w:ascii="Times New Roman" w:hAnsi="Times New Roman" w:eastAsia="Times New Roman" w:cs="Times New Roman"/>
        </w:rPr>
        <w:t xml:space="preserve"> </w:t>
      </w:r>
      <w:r>
        <w:rPr>
          <w:rFonts w:ascii="Nirmala UI" w:hAnsi="Nirmala UI" w:eastAsia="Nirmala UI" w:cs="Nirmala UI"/>
        </w:rPr>
        <w:t>ಪ್ರವಾದನೆಗಳು</w:t>
      </w:r>
      <w:r>
        <w:rPr>
          <w:rFonts w:ascii="Times New Roman" w:hAnsi="Times New Roman" w:eastAsia="Times New Roman" w:cs="Times New Roman"/>
        </w:rPr>
        <w:t xml:space="preserve"> </w:t>
      </w:r>
      <w:r>
        <w:rPr>
          <w:rFonts w:ascii="Nirmala UI" w:hAnsi="Nirmala UI" w:eastAsia="Nirmala UI" w:cs="Nirmala UI"/>
        </w:rPr>
        <w:t>ಒಂದಾಗಿ</w:t>
      </w:r>
      <w:r>
        <w:rPr>
          <w:rFonts w:ascii="Times New Roman" w:hAnsi="Times New Roman" w:eastAsia="Times New Roman" w:cs="Times New Roman"/>
        </w:rPr>
        <w:t xml:space="preserve"> </w:t>
      </w:r>
      <w:r>
        <w:rPr>
          <w:rFonts w:ascii="Nirmala UI" w:hAnsi="Nirmala UI" w:eastAsia="Nirmala UI" w:cs="Nirmala UI"/>
        </w:rPr>
        <w:t>ತಲುಪಿದಾಗ</w:t>
      </w:r>
      <w:r>
        <w:rPr>
          <w:rFonts w:ascii="Times New Roman" w:hAnsi="Times New Roman" w:eastAsia="Times New Roman" w:cs="Times New Roman"/>
        </w:rPr>
        <w:t xml:space="preserve"> </w:t>
      </w:r>
      <w:r>
        <w:rPr>
          <w:rFonts w:ascii="Nirmala UI" w:hAnsi="Nirmala UI" w:eastAsia="Nirmala UI" w:cs="Nirmala UI"/>
        </w:rPr>
        <w:t>ಆರಂಭವಾದ</w:t>
      </w:r>
      <w:r>
        <w:rPr>
          <w:rFonts w:ascii="Times New Roman" w:hAnsi="Times New Roman" w:eastAsia="Times New Roman" w:cs="Times New Roman"/>
        </w:rPr>
        <w:t xml:space="preserve"> </w:t>
      </w:r>
      <w:r>
        <w:rPr>
          <w:rFonts w:ascii="Nirmala UI" w:hAnsi="Nirmala UI" w:eastAsia="Nirmala UI" w:cs="Nirmala UI"/>
        </w:rPr>
        <w:t>ಪ್ರಾಯಶ್ಚಿತ್ತದ</w:t>
      </w:r>
      <w:r>
        <w:rPr>
          <w:rFonts w:ascii="Times New Roman" w:hAnsi="Times New Roman" w:eastAsia="Times New Roman" w:cs="Times New Roman"/>
        </w:rPr>
        <w:t xml:space="preserve"> </w:t>
      </w:r>
      <w:r>
        <w:rPr>
          <w:rFonts w:ascii="Nirmala UI" w:hAnsi="Nirmala UI" w:eastAsia="Nirmala UI" w:cs="Nirmala UI"/>
        </w:rPr>
        <w:t>ಕಾರ್ಯದ</w:t>
      </w:r>
      <w:r>
        <w:rPr>
          <w:rFonts w:ascii="Times New Roman" w:hAnsi="Times New Roman" w:eastAsia="Times New Roman" w:cs="Times New Roman"/>
        </w:rPr>
        <w:t xml:space="preserve"> </w:t>
      </w:r>
      <w:r>
        <w:rPr>
          <w:rFonts w:ascii="Nirmala UI" w:hAnsi="Nirmala UI" w:eastAsia="Nirmala UI" w:cs="Nirmala UI"/>
        </w:rPr>
        <w:t>ಸಂಕೇತವಾಗಿ</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ಎರಡು</w:t>
      </w:r>
      <w:r>
        <w:rPr>
          <w:rFonts w:ascii="Times New Roman" w:hAnsi="Times New Roman" w:eastAsia="Times New Roman" w:cs="Times New Roman"/>
        </w:rPr>
        <w:t xml:space="preserve"> </w:t>
      </w:r>
      <w:r>
        <w:rPr>
          <w:rFonts w:ascii="Nirmala UI" w:hAnsi="Nirmala UI" w:eastAsia="Nirmala UI" w:cs="Nirmala UI"/>
        </w:rPr>
        <w:t>ನೂರು</w:t>
      </w:r>
      <w:r>
        <w:rPr>
          <w:rFonts w:ascii="Times New Roman" w:hAnsi="Times New Roman" w:eastAsia="Times New Roman" w:cs="Times New Roman"/>
        </w:rPr>
        <w:t xml:space="preserve"> </w:t>
      </w:r>
      <w:r>
        <w:rPr>
          <w:rFonts w:ascii="Nirmala UI" w:hAnsi="Nirmala UI" w:eastAsia="Nirmala UI" w:cs="Nirmala UI"/>
        </w:rPr>
        <w:t>ಇಪ್ಪತ್ತು</w:t>
      </w:r>
      <w:r>
        <w:rPr>
          <w:rFonts w:ascii="Times New Roman" w:hAnsi="Times New Roman" w:eastAsia="Times New Roman" w:cs="Times New Roman"/>
        </w:rPr>
        <w:t xml:space="preserve"> </w:t>
      </w:r>
      <w:r>
        <w:rPr>
          <w:rFonts w:ascii="Nirmala UI" w:hAnsi="Nirmala UI" w:eastAsia="Nirmala UI" w:cs="Nirmala UI"/>
        </w:rPr>
        <w:t>ವರ್ಷಗಳ</w:t>
      </w:r>
      <w:r>
        <w:rPr>
          <w:rFonts w:ascii="Times New Roman" w:hAnsi="Times New Roman" w:eastAsia="Times New Roman" w:cs="Times New Roman"/>
        </w:rPr>
        <w:t xml:space="preserve"> </w:t>
      </w:r>
      <w:r>
        <w:rPr>
          <w:rFonts w:ascii="Nirmala UI" w:hAnsi="Nirmala UI" w:eastAsia="Nirmala UI" w:cs="Nirmala UI"/>
        </w:rPr>
        <w:t>ವಿಷಯದಲ್ಲಿ</w:t>
      </w:r>
      <w:r>
        <w:rPr>
          <w:rFonts w:ascii="Times New Roman" w:hAnsi="Times New Roman" w:eastAsia="Times New Roman" w:cs="Times New Roman"/>
        </w:rPr>
        <w:t xml:space="preserve"> </w:t>
      </w:r>
      <w:r>
        <w:rPr>
          <w:rFonts w:ascii="Nirmala UI" w:hAnsi="Nirmala UI" w:eastAsia="Nirmala UI" w:cs="Nirmala UI"/>
        </w:rPr>
        <w:t>ಬಹಳವನ್ನು</w:t>
      </w:r>
      <w:r>
        <w:rPr>
          <w:rFonts w:ascii="Times New Roman" w:hAnsi="Times New Roman" w:eastAsia="Times New Roman" w:cs="Times New Roman"/>
        </w:rPr>
        <w:t xml:space="preserve"> </w:t>
      </w:r>
      <w:r>
        <w:rPr>
          <w:rFonts w:ascii="Nirmala UI" w:hAnsi="Nirmala UI" w:eastAsia="Nirmala UI" w:cs="Nirmala UI"/>
        </w:rPr>
        <w:t>ಗುರುತಿಸಬಹುದು</w:t>
      </w:r>
      <w:r>
        <w:rPr>
          <w:rFonts w:ascii="Times New Roman" w:hAnsi="Times New Roman" w:eastAsia="Times New Roman" w:cs="Times New Roman"/>
        </w:rPr>
        <w:t xml:space="preserve">. </w:t>
      </w:r>
      <w:r>
        <w:rPr>
          <w:rFonts w:ascii="Nirmala UI" w:hAnsi="Nirmala UI" w:eastAsia="Nirmala UI" w:cs="Nirmala UI"/>
        </w:rPr>
        <w:t>ಹನ್ನೊಂದರ</w:t>
      </w:r>
      <w:r>
        <w:rPr>
          <w:rFonts w:ascii="Times New Roman" w:hAnsi="Times New Roman" w:eastAsia="Times New Roman" w:cs="Times New Roman"/>
        </w:rPr>
        <w:t xml:space="preserve"> </w:t>
      </w:r>
      <w:r>
        <w:rPr>
          <w:rFonts w:ascii="Nirmala UI" w:hAnsi="Nirmala UI" w:eastAsia="Nirmala UI" w:cs="Nirmala UI"/>
        </w:rPr>
        <w:t>ಸಂಖ್ಯೆಯ</w:t>
      </w:r>
      <w:r>
        <w:rPr>
          <w:rFonts w:ascii="Times New Roman" w:hAnsi="Times New Roman" w:eastAsia="Times New Roman" w:cs="Times New Roman"/>
        </w:rPr>
        <w:t xml:space="preserve"> </w:t>
      </w:r>
      <w:r>
        <w:rPr>
          <w:rFonts w:ascii="Nirmala UI" w:hAnsi="Nirmala UI" w:eastAsia="Nirmala UI" w:cs="Nirmala UI"/>
        </w:rPr>
        <w:t>ವಿಷಯದಲ್ಲಿ</w:t>
      </w:r>
      <w:r>
        <w:rPr>
          <w:rFonts w:ascii="Times New Roman" w:hAnsi="Times New Roman" w:eastAsia="Times New Roman" w:cs="Times New Roman"/>
        </w:rPr>
        <w:t xml:space="preserve"> </w:t>
      </w:r>
      <w:r>
        <w:rPr>
          <w:rFonts w:ascii="Nirmala UI" w:hAnsi="Nirmala UI" w:eastAsia="Nirmala UI" w:cs="Nirmala UI"/>
        </w:rPr>
        <w:t>ಇರುವಂತೆಯೇ</w:t>
      </w:r>
      <w:r>
        <w:rPr>
          <w:rFonts w:ascii="Times New Roman" w:hAnsi="Times New Roman" w:eastAsia="Times New Roman" w:cs="Times New Roman"/>
        </w:rPr>
        <w:t xml:space="preserve">, </w:t>
      </w:r>
      <w:r>
        <w:rPr>
          <w:rFonts w:ascii="Nirmala UI" w:hAnsi="Nirmala UI" w:eastAsia="Nirmala UI" w:cs="Nirmala UI"/>
        </w:rPr>
        <w:t>ಎರಡು</w:t>
      </w:r>
      <w:r>
        <w:rPr>
          <w:rFonts w:ascii="Times New Roman" w:hAnsi="Times New Roman" w:eastAsia="Times New Roman" w:cs="Times New Roman"/>
        </w:rPr>
        <w:t xml:space="preserve"> </w:t>
      </w:r>
      <w:r>
        <w:rPr>
          <w:rFonts w:ascii="Nirmala UI" w:hAnsi="Nirmala UI" w:eastAsia="Nirmala UI" w:cs="Nirmala UI"/>
        </w:rPr>
        <w:t>ನೂರು</w:t>
      </w:r>
      <w:r>
        <w:rPr>
          <w:rFonts w:ascii="Times New Roman" w:hAnsi="Times New Roman" w:eastAsia="Times New Roman" w:cs="Times New Roman"/>
        </w:rPr>
        <w:t xml:space="preserve"> </w:t>
      </w:r>
      <w:r>
        <w:rPr>
          <w:rFonts w:ascii="Nirmala UI" w:hAnsi="Nirmala UI" w:eastAsia="Nirmala UI" w:cs="Nirmala UI"/>
        </w:rPr>
        <w:t>ಇಪ್ಪತ್ತಿನ</w:t>
      </w:r>
      <w:r>
        <w:rPr>
          <w:rFonts w:ascii="Times New Roman" w:hAnsi="Times New Roman" w:eastAsia="Times New Roman" w:cs="Times New Roman"/>
        </w:rPr>
        <w:t xml:space="preserve"> </w:t>
      </w:r>
      <w:r>
        <w:rPr>
          <w:rFonts w:ascii="Nirmala UI" w:hAnsi="Nirmala UI" w:eastAsia="Nirmala UI" w:cs="Nirmala UI"/>
        </w:rPr>
        <w:t>ದಶಮಾಂಶವಾದ</w:t>
      </w:r>
      <w:r>
        <w:rPr>
          <w:rFonts w:ascii="Times New Roman" w:hAnsi="Times New Roman" w:eastAsia="Times New Roman" w:cs="Times New Roman"/>
        </w:rPr>
        <w:t xml:space="preserve"> </w:t>
      </w:r>
      <w:r>
        <w:rPr>
          <w:rFonts w:ascii="Nirmala UI" w:hAnsi="Nirmala UI" w:eastAsia="Nirmala UI" w:cs="Nirmala UI"/>
        </w:rPr>
        <w:t>ಇಪ್ಪತ್ತೆರಡು</w:t>
      </w:r>
      <w:r>
        <w:rPr>
          <w:rFonts w:ascii="Times New Roman" w:hAnsi="Times New Roman" w:eastAsia="Times New Roman" w:cs="Times New Roman"/>
        </w:rPr>
        <w:t xml:space="preserve"> </w:t>
      </w:r>
      <w:r>
        <w:rPr>
          <w:rFonts w:ascii="Nirmala UI" w:hAnsi="Nirmala UI" w:eastAsia="Nirmala UI" w:cs="Nirmala UI"/>
        </w:rPr>
        <w:t>ಎಂಬ</w:t>
      </w:r>
      <w:r>
        <w:rPr>
          <w:rFonts w:ascii="Times New Roman" w:hAnsi="Times New Roman" w:eastAsia="Times New Roman" w:cs="Times New Roman"/>
        </w:rPr>
        <w:t xml:space="preserve"> </w:t>
      </w:r>
      <w:r>
        <w:rPr>
          <w:rFonts w:ascii="Nirmala UI" w:hAnsi="Nirmala UI" w:eastAsia="Nirmala UI" w:cs="Nirmala UI"/>
        </w:rPr>
        <w:t>ಸಂಖ್ಯೆಯ</w:t>
      </w:r>
      <w:r>
        <w:rPr>
          <w:rFonts w:ascii="Times New Roman" w:hAnsi="Times New Roman" w:eastAsia="Times New Roman" w:cs="Times New Roman"/>
        </w:rPr>
        <w:t xml:space="preserve"> </w:t>
      </w:r>
      <w:r>
        <w:rPr>
          <w:rFonts w:ascii="Nirmala UI" w:hAnsi="Nirmala UI" w:eastAsia="Nirmala UI" w:cs="Nirmala UI"/>
        </w:rPr>
        <w:t>ಮೂಲಕ</w:t>
      </w:r>
      <w:r>
        <w:rPr>
          <w:rFonts w:ascii="Times New Roman" w:hAnsi="Times New Roman" w:eastAsia="Times New Roman" w:cs="Times New Roman"/>
        </w:rPr>
        <w:t xml:space="preserve"> </w:t>
      </w:r>
      <w:r>
        <w:rPr>
          <w:rFonts w:ascii="Nirmala UI" w:hAnsi="Nirmala UI" w:eastAsia="Nirmala UI" w:cs="Nirmala UI"/>
        </w:rPr>
        <w:t>ಸಂಕೇತಾತ್ಮಕವಾಗಿ</w:t>
      </w:r>
      <w:r>
        <w:rPr>
          <w:rFonts w:ascii="Times New Roman" w:hAnsi="Times New Roman" w:eastAsia="Times New Roman" w:cs="Times New Roman"/>
        </w:rPr>
        <w:t xml:space="preserve"> </w:t>
      </w:r>
      <w:r>
        <w:rPr>
          <w:rFonts w:ascii="Nirmala UI" w:hAnsi="Nirmala UI" w:eastAsia="Nirmala UI" w:cs="Nirmala UI"/>
        </w:rPr>
        <w:t>ಪ್ರತಿನಿಧಿಸಲ್ಪಟ್ಟಿರುವದರ</w:t>
      </w:r>
      <w:r>
        <w:rPr>
          <w:rFonts w:ascii="Times New Roman" w:hAnsi="Times New Roman" w:eastAsia="Times New Roman" w:cs="Times New Roman"/>
        </w:rPr>
        <w:t xml:space="preserve"> </w:t>
      </w:r>
      <w:r>
        <w:rPr>
          <w:rFonts w:ascii="Nirmala UI" w:hAnsi="Nirmala UI" w:eastAsia="Nirmala UI" w:cs="Nirmala UI"/>
        </w:rPr>
        <w:t>ವಿಷಯದಲ್ಲಿಯೂ</w:t>
      </w:r>
      <w:r>
        <w:rPr>
          <w:rFonts w:ascii="Times New Roman" w:hAnsi="Times New Roman" w:eastAsia="Times New Roman" w:cs="Times New Roman"/>
        </w:rPr>
        <w:t xml:space="preserve"> </w:t>
      </w:r>
      <w:r>
        <w:rPr>
          <w:rFonts w:ascii="Nirmala UI" w:hAnsi="Nirmala UI" w:eastAsia="Nirmala UI" w:cs="Nirmala UI"/>
        </w:rPr>
        <w:t>ಬಹಳವನ್ನು</w:t>
      </w:r>
      <w:r>
        <w:rPr>
          <w:rFonts w:ascii="Times New Roman" w:hAnsi="Times New Roman" w:eastAsia="Times New Roman" w:cs="Times New Roman"/>
        </w:rPr>
        <w:t xml:space="preserve"> </w:t>
      </w:r>
      <w:r>
        <w:rPr>
          <w:rFonts w:ascii="Nirmala UI" w:hAnsi="Nirmala UI" w:eastAsia="Nirmala UI" w:cs="Nirmala UI"/>
        </w:rPr>
        <w:t>ವಿವರವಾಗಿ</w:t>
      </w:r>
      <w:r>
        <w:rPr>
          <w:rFonts w:ascii="Times New Roman" w:hAnsi="Times New Roman" w:eastAsia="Times New Roman" w:cs="Times New Roman"/>
        </w:rPr>
        <w:t xml:space="preserve"> </w:t>
      </w:r>
      <w:r>
        <w:rPr>
          <w:rFonts w:ascii="Nirmala UI" w:hAnsi="Nirmala UI" w:eastAsia="Nirmala UI" w:cs="Nirmala UI"/>
        </w:rPr>
        <w:t>ಮುಂದಿಡಬಹುದು</w:t>
      </w:r>
      <w:r>
        <w:rPr>
          <w:rFonts w:ascii="Times New Roman" w:hAnsi="Times New Roman" w:eastAsia="Times New Roman" w:cs="Times New Roman"/>
        </w:rPr>
        <w:t xml:space="preserve">. </w:t>
      </w:r>
      <w:r>
        <w:rPr>
          <w:rFonts w:ascii="Nirmala UI" w:hAnsi="Nirmala UI" w:eastAsia="Nirmala UI" w:cs="Nirmala UI"/>
        </w:rPr>
        <w:t>ಇಲ್ಲಿ</w:t>
      </w:r>
      <w:r>
        <w:rPr>
          <w:rFonts w:ascii="Times New Roman" w:hAnsi="Times New Roman" w:eastAsia="Times New Roman" w:cs="Times New Roman"/>
        </w:rPr>
        <w:t xml:space="preserve"> </w:t>
      </w:r>
      <w:r>
        <w:rPr>
          <w:rFonts w:ascii="Nirmala UI" w:hAnsi="Nirmala UI" w:eastAsia="Nirmala UI" w:cs="Nirmala UI"/>
        </w:rPr>
        <w:t>ನಾನು</w:t>
      </w:r>
      <w:r>
        <w:rPr>
          <w:rFonts w:ascii="Times New Roman" w:hAnsi="Times New Roman" w:eastAsia="Times New Roman" w:cs="Times New Roman"/>
        </w:rPr>
        <w:t xml:space="preserve"> </w:t>
      </w:r>
      <w:r>
        <w:rPr>
          <w:rFonts w:ascii="Nirmala UI" w:hAnsi="Nirmala UI" w:eastAsia="Nirmala UI" w:cs="Nirmala UI"/>
        </w:rPr>
        <w:t>ಗುರುತಿಸಲು</w:t>
      </w:r>
      <w:r>
        <w:rPr>
          <w:rFonts w:ascii="Times New Roman" w:hAnsi="Times New Roman" w:eastAsia="Times New Roman" w:cs="Times New Roman"/>
        </w:rPr>
        <w:t xml:space="preserve"> </w:t>
      </w:r>
      <w:r>
        <w:rPr>
          <w:rFonts w:ascii="Nirmala UI" w:hAnsi="Nirmala UI" w:eastAsia="Nirmala UI" w:cs="Nirmala UI"/>
        </w:rPr>
        <w:t>ಬಯಸುವುದು</w:t>
      </w:r>
      <w:r>
        <w:rPr>
          <w:rFonts w:ascii="Times New Roman" w:hAnsi="Times New Roman" w:eastAsia="Times New Roman" w:cs="Times New Roman"/>
        </w:rPr>
        <w:t xml:space="preserve"> </w:t>
      </w:r>
      <w:r>
        <w:rPr>
          <w:rFonts w:ascii="Nirmala UI" w:hAnsi="Nirmala UI" w:eastAsia="Nirmala UI" w:cs="Nirmala UI"/>
        </w:rPr>
        <w:t>ಹನ್ನೊಂದು</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ಇಪ್ಪತ್ತೆರಡುಗಳ</w:t>
      </w:r>
      <w:r>
        <w:rPr>
          <w:rFonts w:ascii="Times New Roman" w:hAnsi="Times New Roman" w:eastAsia="Times New Roman" w:cs="Times New Roman"/>
        </w:rPr>
        <w:t xml:space="preserve"> </w:t>
      </w:r>
      <w:r>
        <w:rPr>
          <w:rFonts w:ascii="Nirmala UI" w:hAnsi="Nirmala UI" w:eastAsia="Nirmala UI" w:cs="Nirmala UI"/>
        </w:rPr>
        <w:t>ನಡುವಿನ</w:t>
      </w:r>
      <w:r>
        <w:rPr>
          <w:rFonts w:ascii="Times New Roman" w:hAnsi="Times New Roman" w:eastAsia="Times New Roman" w:cs="Times New Roman"/>
        </w:rPr>
        <w:t xml:space="preserve"> </w:t>
      </w:r>
      <w:r>
        <w:rPr>
          <w:rFonts w:ascii="Nirmala UI" w:hAnsi="Nirmala UI" w:eastAsia="Nirmala UI" w:cs="Nirmala UI"/>
        </w:rPr>
        <w:t>ಸಂಬಂಧವಾಗಿದೆ</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Asɛm yi ho nsusuwii no, yɛbɛtoa so wɔ atesɛm a edi hɔ no mu.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ስድስተኛ ቁጥር - የአርባኛው ቁጥር የተሰወረ ታሪክ</dc:title>
  <dc:subject>ئەزداһә یانزەهەمەكە</dc:subject>
  <dc:creator>Jeff Pippenger</dc:creator>
  <cp:keywords/>
  <dc:description>Generated by ArticleDigger from hidden_history\06_hidden_history.json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