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Historia Oculta del Versículo Cuarenta - Número Siete</w:t>
      </w:r>
    </w:p>
    <w:p>
      <w:pPr>
        <w:pStyle w:val="ArticleSubtitle"/>
        <w:jc w:val="left"/>
      </w:pPr>
      <w:r>
        <w:rPr>
          <w:rFonts w:ascii="Segoe UI" w:hAnsi="Segoe UI" w:eastAsia="Segoe UI" w:cs="Segoe UI"/>
        </w:rPr>
        <w:t>اون</w:t>
      </w:r>
      <w:r>
        <w:rPr>
          <w:rFonts w:ascii="Arial" w:hAnsi="Arial" w:eastAsia="Arial" w:cs="Arial"/>
        </w:rPr>
        <w:t xml:space="preserve"> </w:t>
      </w:r>
      <w:r>
        <w:rPr>
          <w:rFonts w:ascii="Segoe UI" w:hAnsi="Segoe UI" w:eastAsia="Segoe UI" w:cs="Segoe UI"/>
        </w:rPr>
        <w:t>ئىككى</w:t>
      </w:r>
      <w:r>
        <w:rPr>
          <w:rFonts w:ascii="Arial" w:hAnsi="Arial" w:eastAsia="Arial" w:cs="Arial"/>
        </w:rPr>
        <w:t xml:space="preserve"> </w:t>
      </w:r>
      <w:r>
        <w:rPr>
          <w:rFonts w:ascii="Segoe UI" w:hAnsi="Segoe UI" w:eastAsia="Segoe UI" w:cs="Segoe UI"/>
        </w:rPr>
        <w:t>ۋە</w:t>
      </w:r>
      <w:r>
        <w:rPr>
          <w:rFonts w:ascii="Arial" w:hAnsi="Arial" w:eastAsia="Arial" w:cs="Arial"/>
        </w:rPr>
        <w:t xml:space="preserve"> </w:t>
      </w:r>
      <w:r>
        <w:rPr>
          <w:rFonts w:ascii="Segoe UI" w:hAnsi="Segoe UI" w:eastAsia="Segoe UI" w:cs="Segoe UI"/>
        </w:rPr>
        <w:t>يىگىرمە</w:t>
      </w:r>
      <w:r>
        <w:rPr>
          <w:rFonts w:ascii="Arial" w:hAnsi="Arial" w:eastAsia="Arial" w:cs="Arial"/>
        </w:rPr>
        <w:t xml:space="preserve"> </w:t>
      </w:r>
      <w:r>
        <w:rPr>
          <w:rFonts w:ascii="Segoe UI" w:hAnsi="Segoe UI" w:eastAsia="Segoe UI" w:cs="Segoe UI"/>
        </w:rPr>
        <w:t>ئىككى</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2026-04-04</w:t>
      </w:r>
    </w:p>
    <w:p>
      <w:pPr>
        <w:pStyle w:val="ArticleBody"/>
        <w:jc w:val="left"/>
      </w:pPr>
      <w:r>
        <w:rPr>
          <w:rFonts w:ascii="Times New Roman" w:hAnsi="Times New Roman" w:eastAsia="Times New Roman" w:cs="Times New Roman"/>
        </w:rPr>
        <w:t>Daníel kapitulo onse bersikulo diesiséis ken bersikulo beintidós paris yoho yan maolek yan para u finakpo’ na Sande na Lai. I finetnu na bersikulo dies ni manmanmanman i Ukranian na Gera gi 2014, taegüine ni inefekton i batalla gi Raphia ni tinungo’ na finetnu na bersikulo onse gi 217 B.C. I bersikulo onse asta bersikulo diesiséis lokkue’ i bersikulo onse asta bersikulo beintidós; esta, i ma’lå’la’ na estoria gi bersikulo kuarenta, ni tinaitai como mafa’nå’gue gi bersikulo onse asta diesiséis, lokkue’ mafa’nå’gue como i estoria gi bersikulo onse asta beintidós. I ma’lå’la’ na estoria gi bersikulo kuarenta mafa’nå’gue baba gi onse asta beintidós.</w:t>
      </w:r>
    </w:p>
    <w:p>
      <w:pPr>
        <w:pStyle w:val="ArticleHeading"/>
        <w:jc w:val="left"/>
      </w:pPr>
      <w:r>
        <w:rPr>
          <w:rFonts w:ascii="Arial" w:hAnsi="Arial" w:eastAsia="Arial" w:cs="Arial"/>
        </w:rPr>
        <w:t>Nga Toko Tekau mā Tahi ki te Rua Tekau mā Rua</w:t>
      </w:r>
    </w:p>
    <w:p>
      <w:pPr>
        <w:pStyle w:val="ArticleBody"/>
        <w:jc w:val="left"/>
      </w:pP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ꯍꯤꯗꯦꯟ</w:t>
      </w:r>
      <w:r>
        <w:rPr>
          <w:rFonts w:ascii="Times New Roman" w:hAnsi="Times New Roman" w:eastAsia="Times New Roman" w:cs="Times New Roman"/>
        </w:rPr>
        <w:t xml:space="preserve"> </w:t>
      </w:r>
      <w:r>
        <w:rPr>
          <w:rFonts w:ascii="Nirmala UI" w:hAnsi="Nirmala UI" w:eastAsia="Nirmala UI" w:cs="Nirmala UI"/>
        </w:rPr>
        <w:t>ꯍꯤꯁꯇ꯭ꯔꯤ</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ꯖꯦꯅꯦꯁꯤꯁ</w:t>
      </w:r>
      <w:r>
        <w:rPr>
          <w:rFonts w:ascii="Times New Roman" w:hAnsi="Times New Roman" w:eastAsia="Times New Roman" w:cs="Times New Roman"/>
        </w:rPr>
        <w:t xml:space="preserve">, </w:t>
      </w:r>
      <w:r>
        <w:rPr>
          <w:rFonts w:ascii="Nirmala UI" w:hAnsi="Nirmala UI" w:eastAsia="Nirmala UI" w:cs="Nirmala UI"/>
        </w:rPr>
        <w:t>ꯃꯦꯊ꯭ꯌꯨ</w:t>
      </w:r>
      <w:r>
        <w:rPr>
          <w:rFonts w:ascii="Times New Roman" w:hAnsi="Times New Roman" w:eastAsia="Times New Roman" w:cs="Times New Roman"/>
        </w:rPr>
        <w:t xml:space="preserve">, </w:t>
      </w:r>
      <w:r>
        <w:rPr>
          <w:rFonts w:ascii="Nirmala UI" w:hAnsi="Nirmala UI" w:eastAsia="Nirmala UI" w:cs="Nirmala UI"/>
        </w:rPr>
        <w:t>ꯔꯦꯚꯤꯂꯦꯁꯟ</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*The Desire of Ages*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ꯆꯥꯄꯇꯔ</w:t>
      </w:r>
      <w:r>
        <w:rPr>
          <w:rFonts w:ascii="Times New Roman" w:hAnsi="Times New Roman" w:eastAsia="Times New Roman" w:cs="Times New Roman"/>
        </w:rPr>
        <w:t xml:space="preserve"> </w:t>
      </w:r>
      <w:r>
        <w:rPr>
          <w:rFonts w:ascii="Nirmala UI" w:hAnsi="Nirmala UI" w:eastAsia="Nirmala UI" w:cs="Nirmala UI"/>
        </w:rPr>
        <w:t>ꯑꯔꯥꯕꯁꯤ</w:t>
      </w:r>
      <w:r>
        <w:rPr>
          <w:rFonts w:ascii="Times New Roman" w:hAnsi="Times New Roman" w:eastAsia="Times New Roman" w:cs="Times New Roman"/>
        </w:rPr>
        <w:t xml:space="preserve"> </w:t>
      </w:r>
      <w:r>
        <w:rPr>
          <w:rFonts w:ascii="Nirmala UI" w:hAnsi="Nirmala UI" w:eastAsia="Nirmala UI" w:cs="Nirmala UI"/>
        </w:rPr>
        <w:t>ꯂꯥꯏꯔꯤꯛ</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ꯅꯁꯨ</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ꯐꯪꯂꯤ।</w:t>
      </w:r>
      <w:r>
        <w:rPr>
          <w:rFonts w:ascii="Times New Roman" w:hAnsi="Times New Roman" w:eastAsia="Times New Roman" w:cs="Times New Roman"/>
        </w:rPr>
        <w:t xml:space="preserve"> </w:t>
      </w:r>
      <w:r>
        <w:rPr>
          <w:rFonts w:ascii="Nirmala UI" w:hAnsi="Nirmala UI" w:eastAsia="Nirmala UI" w:cs="Nirmala UI"/>
        </w:rPr>
        <w:t>ꯆꯥꯄꯇꯔ</w:t>
      </w:r>
      <w:r>
        <w:rPr>
          <w:rFonts w:ascii="Times New Roman" w:hAnsi="Times New Roman" w:eastAsia="Times New Roman" w:cs="Times New Roman"/>
        </w:rPr>
        <w:t xml:space="preserve"> “</w:t>
      </w:r>
      <w:r>
        <w:rPr>
          <w:rFonts w:ascii="Nirmala UI" w:hAnsi="Nirmala UI" w:eastAsia="Nirmala UI" w:cs="Nirmala UI"/>
        </w:rPr>
        <w:t>ꯑꯔꯥꯕ</w:t>
      </w:r>
      <w:r>
        <w:rPr>
          <w:rFonts w:ascii="Times New Roman" w:hAnsi="Times New Roman" w:eastAsia="Times New Roman" w:cs="Times New Roman"/>
        </w:rPr>
        <w:t xml:space="preserve"> </w:t>
      </w:r>
      <w:r>
        <w:rPr>
          <w:rFonts w:ascii="Nirmala UI" w:hAnsi="Nirmala UI" w:eastAsia="Nirmala UI" w:cs="Nirmala UI"/>
        </w:rPr>
        <w:t>ꯇ꯭ꯔꯨꯛ</w:t>
      </w:r>
      <w:r>
        <w:rPr>
          <w:rFonts w:ascii="Times New Roman" w:hAnsi="Times New Roman" w:eastAsia="Times New Roman" w:cs="Times New Roman"/>
        </w:rPr>
        <w:t xml:space="preserve"> </w:t>
      </w:r>
      <w:r>
        <w:rPr>
          <w:rFonts w:ascii="Nirmala UI" w:hAnsi="Nirmala UI" w:eastAsia="Nirmala UI" w:cs="Nirmala UI"/>
        </w:rPr>
        <w:t>ꯍꯥꯏꯗꯒꯤ</w:t>
      </w:r>
      <w:r>
        <w:rPr>
          <w:rFonts w:ascii="Times New Roman" w:hAnsi="Times New Roman" w:eastAsia="Times New Roman" w:cs="Times New Roman"/>
        </w:rPr>
        <w:t xml:space="preserve"> </w:t>
      </w:r>
      <w:r>
        <w:rPr>
          <w:rFonts w:ascii="Nirmala UI" w:hAnsi="Nirmala UI" w:eastAsia="Nirmala UI" w:cs="Nirmala UI"/>
        </w:rPr>
        <w:t>ꯀꯨꯟꯅꯤꯁꯨꯕꯥ</w:t>
      </w:r>
      <w:r>
        <w:rPr>
          <w:rFonts w:ascii="Times New Roman" w:hAnsi="Times New Roman" w:eastAsia="Times New Roman" w:cs="Times New Roman"/>
        </w:rPr>
        <w:t xml:space="preserve">”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ꯃꯔꯨꯡ</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ꯍꯤꯗꯦꯟ</w:t>
      </w:r>
      <w:r>
        <w:rPr>
          <w:rFonts w:ascii="Times New Roman" w:hAnsi="Times New Roman" w:eastAsia="Times New Roman" w:cs="Times New Roman"/>
        </w:rPr>
        <w:t xml:space="preserve"> </w:t>
      </w:r>
      <w:r>
        <w:rPr>
          <w:rFonts w:ascii="Nirmala UI" w:hAnsi="Nirmala UI" w:eastAsia="Nirmala UI" w:cs="Nirmala UI"/>
        </w:rPr>
        <w:t>ꯍꯤꯁꯇ꯭ꯔꯤ</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ꯆꯥꯡꯂꯤ</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ꯍꯤꯗꯦꯟ</w:t>
      </w:r>
      <w:r>
        <w:rPr>
          <w:rFonts w:ascii="Times New Roman" w:hAnsi="Times New Roman" w:eastAsia="Times New Roman" w:cs="Times New Roman"/>
        </w:rPr>
        <w:t xml:space="preserve"> </w:t>
      </w:r>
      <w:r>
        <w:rPr>
          <w:rFonts w:ascii="Nirmala UI" w:hAnsi="Nirmala UI" w:eastAsia="Nirmala UI" w:cs="Nirmala UI"/>
        </w:rPr>
        <w:t>ꯍꯤꯁꯇ꯭ꯔꯤ</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ꯗꯥꯅꯤꯌꯦꯜ</w:t>
      </w:r>
      <w:r>
        <w:rPr>
          <w:rFonts w:ascii="Times New Roman" w:hAnsi="Times New Roman" w:eastAsia="Times New Roman" w:cs="Times New Roman"/>
        </w:rPr>
        <w:t xml:space="preserve"> </w:t>
      </w:r>
      <w:r>
        <w:rPr>
          <w:rFonts w:ascii="Nirmala UI" w:hAnsi="Nirmala UI" w:eastAsia="Nirmala UI" w:cs="Nirmala UI"/>
        </w:rPr>
        <w:t>ꯑꯔꯥꯕ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ꯚꯥꯔꯁ</w:t>
      </w:r>
      <w:r>
        <w:rPr>
          <w:rFonts w:ascii="Times New Roman" w:hAnsi="Times New Roman" w:eastAsia="Times New Roman" w:cs="Times New Roman"/>
        </w:rPr>
        <w:t xml:space="preserve"> </w:t>
      </w:r>
      <w:r>
        <w:rPr>
          <w:rFonts w:ascii="Nirmala UI" w:hAnsi="Nirmala UI" w:eastAsia="Nirmala UI" w:cs="Nirmala UI"/>
        </w:rPr>
        <w:t>ꯑꯔꯥꯕ</w:t>
      </w:r>
      <w:r>
        <w:rPr>
          <w:rFonts w:ascii="Times New Roman" w:hAnsi="Times New Roman" w:eastAsia="Times New Roman" w:cs="Times New Roman"/>
        </w:rPr>
        <w:t xml:space="preserve"> </w:t>
      </w:r>
      <w:r>
        <w:rPr>
          <w:rFonts w:ascii="Nirmala UI" w:hAnsi="Nirmala UI" w:eastAsia="Nirmala UI" w:cs="Nirmala UI"/>
        </w:rPr>
        <w:t>ꯇ꯭ꯔꯨꯛ</w:t>
      </w:r>
      <w:r>
        <w:rPr>
          <w:rFonts w:ascii="Times New Roman" w:hAnsi="Times New Roman" w:eastAsia="Times New Roman" w:cs="Times New Roman"/>
        </w:rPr>
        <w:t xml:space="preserve"> </w:t>
      </w:r>
      <w:r>
        <w:rPr>
          <w:rFonts w:ascii="Nirmala UI" w:hAnsi="Nirmala UI" w:eastAsia="Nirmala UI" w:cs="Nirmala UI"/>
        </w:rPr>
        <w:t>ꯍꯥꯏꯗꯒꯤ</w:t>
      </w:r>
      <w:r>
        <w:rPr>
          <w:rFonts w:ascii="Times New Roman" w:hAnsi="Times New Roman" w:eastAsia="Times New Roman" w:cs="Times New Roman"/>
        </w:rPr>
        <w:t xml:space="preserve"> </w:t>
      </w:r>
      <w:r>
        <w:rPr>
          <w:rFonts w:ascii="Nirmala UI" w:hAnsi="Nirmala UI" w:eastAsia="Nirmala UI" w:cs="Nirmala UI"/>
        </w:rPr>
        <w:t>ꯀꯨꯟꯅꯤꯁꯨꯕꯥ</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ꯃꯔꯨꯡ</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ꯀꯣꯕꯦꯅꯦꯟꯇꯀꯤ</w:t>
      </w:r>
      <w:r>
        <w:rPr>
          <w:rFonts w:ascii="Times New Roman" w:hAnsi="Times New Roman" w:eastAsia="Times New Roman" w:cs="Times New Roman"/>
        </w:rPr>
        <w:t xml:space="preserve"> </w:t>
      </w:r>
      <w:r>
        <w:rPr>
          <w:rFonts w:ascii="Nirmala UI" w:hAnsi="Nirmala UI" w:eastAsia="Nirmala UI" w:cs="Nirmala UI"/>
        </w:rPr>
        <w:t>ꯁꯥꯏꯟ</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ꯖꯦꯅꯦꯁꯤꯁꯀꯤ</w:t>
      </w:r>
      <w:r>
        <w:rPr>
          <w:rFonts w:ascii="Times New Roman" w:hAnsi="Times New Roman" w:eastAsia="Times New Roman" w:cs="Times New Roman"/>
        </w:rPr>
        <w:t xml:space="preserve"> </w:t>
      </w:r>
      <w:r>
        <w:rPr>
          <w:rFonts w:ascii="Nirmala UI" w:hAnsi="Nirmala UI" w:eastAsia="Nirmala UI" w:cs="Nirmala UI"/>
        </w:rPr>
        <w:t>ꯆꯥꯄꯇꯔ</w:t>
      </w:r>
      <w:r>
        <w:rPr>
          <w:rFonts w:ascii="Times New Roman" w:hAnsi="Times New Roman" w:eastAsia="Times New Roman" w:cs="Times New Roman"/>
        </w:rPr>
        <w:t xml:space="preserve"> </w:t>
      </w:r>
      <w:r>
        <w:rPr>
          <w:rFonts w:ascii="Nirmala UI" w:hAnsi="Nirmala UI" w:eastAsia="Nirmala UI" w:cs="Nirmala UI"/>
        </w:rPr>
        <w:t>ꯑꯔꯥꯕꯒꯤ</w:t>
      </w:r>
      <w:r>
        <w:rPr>
          <w:rFonts w:ascii="Times New Roman" w:hAnsi="Times New Roman" w:eastAsia="Times New Roman" w:cs="Times New Roman"/>
        </w:rPr>
        <w:t xml:space="preserve"> </w:t>
      </w:r>
      <w:r>
        <w:rPr>
          <w:rFonts w:ascii="Nirmala UI" w:hAnsi="Nirmala UI" w:eastAsia="Nirmala UI" w:cs="Nirmala UI"/>
        </w:rPr>
        <w:t>ꯅꯤꯝꯔꯣꯗꯅ</w:t>
      </w:r>
      <w:r>
        <w:rPr>
          <w:rFonts w:ascii="Times New Roman" w:hAnsi="Times New Roman" w:eastAsia="Times New Roman" w:cs="Times New Roman"/>
        </w:rPr>
        <w:t xml:space="preserve"> </w:t>
      </w:r>
      <w:r>
        <w:rPr>
          <w:rFonts w:ascii="Nirmala UI" w:hAnsi="Nirmala UI" w:eastAsia="Nirmala UI" w:cs="Nirmala UI"/>
        </w:rPr>
        <w:t>ꯐꯣꯡꯗꯣꯛꯄ</w:t>
      </w:r>
      <w:r>
        <w:rPr>
          <w:rFonts w:ascii="Times New Roman" w:hAnsi="Times New Roman" w:eastAsia="Times New Roman" w:cs="Times New Roman"/>
        </w:rPr>
        <w:t xml:space="preserve"> </w:t>
      </w:r>
      <w:r>
        <w:rPr>
          <w:rFonts w:ascii="Nirmala UI" w:hAnsi="Nirmala UI" w:eastAsia="Nirmala UI" w:cs="Nirmala UI"/>
        </w:rPr>
        <w:t>ꯁꯤꯗꯕꯒꯤ</w:t>
      </w:r>
      <w:r>
        <w:rPr>
          <w:rFonts w:ascii="Times New Roman" w:hAnsi="Times New Roman" w:eastAsia="Times New Roman" w:cs="Times New Roman"/>
        </w:rPr>
        <w:t xml:space="preserve"> </w:t>
      </w:r>
      <w:r>
        <w:rPr>
          <w:rFonts w:ascii="Nirmala UI" w:hAnsi="Nirmala UI" w:eastAsia="Nirmala UI" w:cs="Nirmala UI"/>
        </w:rPr>
        <w:t>ꯀꯣꯕꯦꯅꯦꯟꯇꯗꯒꯤ</w:t>
      </w:r>
      <w:r>
        <w:rPr>
          <w:rFonts w:ascii="Times New Roman" w:hAnsi="Times New Roman" w:eastAsia="Times New Roman" w:cs="Times New Roman"/>
        </w:rPr>
        <w:t xml:space="preserve"> </w:t>
      </w:r>
      <w:r>
        <w:rPr>
          <w:rFonts w:ascii="Nirmala UI" w:hAnsi="Nirmala UI" w:eastAsia="Nirmala UI" w:cs="Nirmala UI"/>
        </w:rPr>
        <w:t>ꯍꯧꯗꯨꯅ</w:t>
      </w:r>
      <w:r>
        <w:rPr>
          <w:rFonts w:ascii="Times New Roman" w:hAnsi="Times New Roman" w:eastAsia="Times New Roman" w:cs="Times New Roman"/>
        </w:rPr>
        <w:t xml:space="preserve">, </w:t>
      </w:r>
      <w:r>
        <w:rPr>
          <w:rFonts w:ascii="Nirmala UI" w:hAnsi="Nirmala UI" w:eastAsia="Nirmala UI" w:cs="Nirmala UI"/>
        </w:rPr>
        <w:t>ꯔꯦꯚꯤꯂꯦꯁꯟꯀꯤ</w:t>
      </w:r>
      <w:r>
        <w:rPr>
          <w:rFonts w:ascii="Times New Roman" w:hAnsi="Times New Roman" w:eastAsia="Times New Roman" w:cs="Times New Roman"/>
        </w:rPr>
        <w:t xml:space="preserve"> </w:t>
      </w:r>
      <w:r>
        <w:rPr>
          <w:rFonts w:ascii="Nirmala UI" w:hAnsi="Nirmala UI" w:eastAsia="Nirmala UI" w:cs="Nirmala UI"/>
        </w:rPr>
        <w:t>ꯆꯥꯄꯇꯔ</w:t>
      </w:r>
      <w:r>
        <w:rPr>
          <w:rFonts w:ascii="Times New Roman" w:hAnsi="Times New Roman" w:eastAsia="Times New Roman" w:cs="Times New Roman"/>
        </w:rPr>
        <w:t xml:space="preserve"> </w:t>
      </w:r>
      <w:r>
        <w:rPr>
          <w:rFonts w:ascii="Nirmala UI" w:hAnsi="Nirmala UI" w:eastAsia="Nirmala UI" w:cs="Nirmala UI"/>
        </w:rPr>
        <w:t>ꯇꯔꯥꯁꯤꯟꯒꯤ</w:t>
      </w:r>
      <w:r>
        <w:rPr>
          <w:rFonts w:ascii="Times New Roman" w:hAnsi="Times New Roman" w:eastAsia="Times New Roman" w:cs="Times New Roman"/>
        </w:rPr>
        <w:t xml:space="preserve"> </w:t>
      </w:r>
      <w:r>
        <w:rPr>
          <w:rFonts w:ascii="Nirmala UI" w:hAnsi="Nirmala UI" w:eastAsia="Nirmala UI" w:cs="Nirmala UI"/>
        </w:rPr>
        <w:t>ꯔꯣꯃꯒꯤ</w:t>
      </w:r>
      <w:r>
        <w:rPr>
          <w:rFonts w:ascii="Times New Roman" w:hAnsi="Times New Roman" w:eastAsia="Times New Roman" w:cs="Times New Roman"/>
        </w:rPr>
        <w:t xml:space="preserve"> </w:t>
      </w:r>
      <w:r>
        <w:rPr>
          <w:rFonts w:ascii="Nirmala UI" w:hAnsi="Nirmala UI" w:eastAsia="Nirmala UI" w:cs="Nirmala UI"/>
        </w:rPr>
        <w:t>ꯎꯁꯣꯏ</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ꯂꯣꯏꯁꯤꯟꯅꯩ।</w:t>
      </w:r>
    </w:p>
    <w:p>
      <w:pPr>
        <w:pStyle w:val="ArticleHeading"/>
        <w:jc w:val="left"/>
      </w:pPr>
      <w:r>
        <w:rPr>
          <w:rFonts w:ascii="Arial" w:hAnsi="Arial" w:eastAsia="Arial" w:cs="Arial"/>
        </w:rPr>
        <w:t>دەڤدەه</w:t>
      </w:r>
    </w:p>
    <w:p>
      <w:pPr>
        <w:pStyle w:val="ArticleBody"/>
        <w:jc w:val="left"/>
      </w:pPr>
      <w:r>
        <w:rPr>
          <w:rFonts w:ascii="Times New Roman" w:hAnsi="Times New Roman" w:eastAsia="Times New Roman" w:cs="Times New Roman"/>
        </w:rPr>
        <w:t>مەتتا جگەرده، چوار شایەتەکە بەشی حەڤدەه وەک ناوەندی ماوەیەکەی دیاری دەکەن کە وێنەی دەکەن. ژمارەی حەڤدەه هەروەها سێ جار لە سێ پێشبینییەکانی دوو سەد و پەنجا ساڵییەدا دەبینرێت کە لە 457 پ.ز، 64 و 1776 دەستیان پێکردووە. دوو هێڵ لەو هێڵانە، (یەکەم و دوایین)، ناوەندییەک دیاری دەکەن کاتێک هێڵی یەکەمی 457 پ.ز لە 207 پ.ز کۆتایی دێت و هێڵی دوایی 1776 لە 2026 کۆتایی دێت. 207 پ.ز لە نێوان شەڕەکانی ڕافیا و پانیۆمدا بوو، و 2026 ماوەی ناوەڕاستی کۆتا سەرۆکی ویلایەتە یەکگرتووەکانی ئەمریکایە.</w:t>
      </w:r>
    </w:p>
    <w:p>
      <w:pPr>
        <w:pStyle w:val="ArticleBody"/>
        <w:jc w:val="left"/>
      </w:pPr>
      <w:r>
        <w:rPr>
          <w:rFonts w:ascii="Times New Roman" w:hAnsi="Times New Roman" w:eastAsia="Times New Roman" w:cs="Times New Roman"/>
        </w:rPr>
        <w:t>I cikin layukan shekaru ɗari biyu da hamsin uku, Ptolemy ya yi mulki har tsawon shekaru goma sha bakwai. Akwai shekaru goma sha bakwai tsakanin 313 da 330 a layin Nero, kuma akwai shekaru goma sha bakwai tsakanin yaƙin Raphia a shekara ta 217 K.H. da yaƙin Panium a shekara ta 200 K.H. Shaidu uku cikin huɗu na surori goma sha ɗaya har zuwa ashirin da biyu suna nuna ainihin tsakiyarsu a matsayin sura ta goma sha bakwai. Saboda haka, ɓoyayyar tarihin aya ta arba’in ana wakilta ta a ayoyi goma sha ɗaya zuwa ashirin da biyu na wannan sura guda, kuma shaidu huɗu na surori goma sha ɗaya zuwa ashirin da biyu suna daidaita da waɗannan ayoyi iri ɗaya. Cikar kowace annabta uku ta shekaru 250 tana daidaita da wannan tarihi guda ɗaya. Ana jaddada tsakiyar a matsayin alamar hanya, kuma an fi tantance shi musamman a matsayin alamar alkawari da hatimin mutanen Allah.</w:t>
      </w:r>
    </w:p>
    <w:p>
      <w:pPr>
        <w:pStyle w:val="ArticleHeading"/>
        <w:jc w:val="left"/>
      </w:pPr>
      <w:r>
        <w:rPr>
          <w:rFonts w:ascii="Arial" w:hAnsi="Arial" w:eastAsia="Arial" w:cs="Arial"/>
        </w:rPr>
        <w:t>دانيال اثنا عشر</w:t>
      </w:r>
    </w:p>
    <w:p>
      <w:pPr>
        <w:pStyle w:val="ArticleBody"/>
        <w:jc w:val="left"/>
      </w:pPr>
      <w:r>
        <w:rPr>
          <w:rFonts w:ascii="Times New Roman" w:hAnsi="Times New Roman" w:eastAsia="Times New Roman" w:cs="Times New Roman"/>
        </w:rPr>
        <w:t>دەنیال بەشی دوازدەهەم، ئایەتەکانی حەوت، یازدە و دوازدە کۆتایی ماوەی مُهرکردنی یەک سەد و چل و چوار هەزار دیاری دەکەن. ئایەتی حەوت ٣١ی دیسمبری ٢٠٢٣ دیاری دەکات، و ئایەتی دوازدە ١٨ی تەممووزی ٢٠٢٠ دیاری دەکات. ئەو پەرتەوازەبوونەی ئایەتی حەوت کە لە ٣١ی دیسمبری ٢٠٢٣ کۆتایی هات، و لە ١٨ی تەممووزی ٢٠٢٠ دەستی پێکردبوو، لە ئەلفا و ئۆمێگای سێ ئایەتی کاتی پێشبینی، کە لە دەنیال ١٢ هەڵکەوتوون، نیشاندرابوو. ئایەتی ناوەڕاستی ١,٢٩٠ ساڵ، مێژووی ١٩٨٩ تا یاسای یەکشەممەی نزیکهاتوو وەک ٣٠ دیاری دەکات، و پاشان ١,٢٦٠ بۆ داخستنی مۆڵەتی مرۆڤایەتی. سی ساڵ کە تەمەنی کاهینایەتی یەک سەد و چل و چوار هەزار نوێنەرایەتی دەکات، و ١٢٦٠ ساڵ کە چەڵ و دوو مانگی هێماییِ مکاشفەی ١٣ نموونەیی دەکات.</w:t>
      </w:r>
    </w:p>
    <w:p>
      <w:pPr>
        <w:pStyle w:val="ArticleBody"/>
        <w:jc w:val="left"/>
      </w:pPr>
      <w:r>
        <w:rPr>
          <w:rFonts w:ascii="Times New Roman" w:hAnsi="Times New Roman" w:eastAsia="Times New Roman" w:cs="Times New Roman"/>
        </w:rPr>
        <w:t>Utabiri wa pacha wa 30 ukifuatiwa na miaka elfu moja na mia mbili na sitini ni ishara ya utabiri wa agano la pacha wa Abrahamu na Paulo wa miaka 400 na 430. Katikati ya aya tatu za wakati katika Danieli kumi na mbili huwakilisha uasi wa herufi ya kumi na tatu, huku pia ukikazia agano na kutiwa muhuri kwa wale mia moja arobaini na nne elfu. Aya hizo tatu pia hulingana na historia iliyofichika, na kuongeza shahidi mwingine wa mkazo wa katikati kuwa ishara ya agano.</w:t>
      </w:r>
    </w:p>
    <w:p>
      <w:pPr>
        <w:pStyle w:val="ArticleHeading"/>
        <w:jc w:val="left"/>
      </w:pPr>
      <w:r>
        <w:rPr>
          <w:rFonts w:ascii="Arial" w:hAnsi="Arial" w:eastAsia="Arial" w:cs="Arial"/>
        </w:rPr>
        <w:t>Bahar we Payız</w:t>
      </w:r>
    </w:p>
    <w:p>
      <w:pPr>
        <w:pStyle w:val="ArticleBody"/>
        <w:jc w:val="left"/>
      </w:pPr>
      <w:r>
        <w:rPr>
          <w:rFonts w:ascii="Times New Roman" w:hAnsi="Times New Roman" w:eastAsia="Times New Roman" w:cs="Times New Roman"/>
        </w:rPr>
        <w:t>Àṣẹ̀pọ̀ pẹ̀lú gbogbo àwọn ìlà wọ̀nyí, a gbọ́dọ̀ fi àwọn ẹlẹ́rìí mẹ́ta ti àwọn àjọyọ̀ ìgbà òrìṣà àti ìgbà ìkórè tí ó wà nínú Lefitiku ogún-mẹ́ta kún un, gẹ́gẹ́ bí wọ́n ṣe wà ní ìbámu tí a sì darapọ̀ mọ́ àkókò Pẹ́ńtíkọ́sì nínú ìtàn àgbélébùú. Níbẹ̀ ni orí náà jẹ́ ogún-mẹ́ta, èyí tí ó jẹ́ àmì iṣẹ́ ìràpadà Kristi. Orí náà ní ẹsẹ̀ mẹ́rìnlélógójì, ní ìtumọ̀ àpẹẹrẹ, tí ń ṣojú Ọ̀wàrà 22, 1844. Ọ̀wàrà 22 ń ṣojú ọjọ́ méjìlélógún nínú Ọ̀wàrà, tí ó bẹ̀rẹ̀ pẹ̀lú ọjọ́ kìn-ín-ní tí ó sì parí ní ọjọ́ kejìlélógún, ní báyìí ó ń ru àwọn ẹ̀rí ìfọwọ́sí ti alífábẹ́ẹ̀tì Hébérù. Níwọ̀n bí Ọ̀wàrà ṣe jẹ́ oṣù kẹwàá, nígbà tí a bá fi í sọ́nà pọ̀ mọ́ ọjọ́ kejìlélógún, ó dọ́gba pẹ̀lú 220.</w:t>
      </w:r>
    </w:p>
    <w:p>
      <w:pPr>
        <w:pStyle w:val="ArticleBody"/>
        <w:jc w:val="left"/>
      </w:pPr>
      <w:r>
        <w:rPr>
          <w:rFonts w:ascii="Times New Roman" w:hAnsi="Times New Roman" w:eastAsia="Times New Roman" w:cs="Times New Roman"/>
        </w:rPr>
        <w:t>Kalendri ya Chihebrania, siku ya kumi ya mwezi wa saba ilikuwa Siku ya Upatanisho, na mara kumi saba ni sabini, ishara ya wakati wa rehema ya majaribio. Miaka elfu mbili na mia tatu iliishia mwaka 1844 wakati malaika wa tatu alipowasili, kama ilivyofanishwa na amri ya tatu iliyoanzisha kipindi hicho. Kulikuwako majuma sabini yaliyowekwa kuwa wakati wa rehema ya majaribio yaliyotengwa wakati huo kwa Israeli ya kale halisi mwanzoni mwa siku 2,300, na katika mwisho wa siku hizo kipindi cha rehema ya majaribio kwa Israeli ya kisasa ya kiroho kiliwakilishwa na siku ya kumi ya mwezi wa saba, ambayo ni sawa na sabini. Oktoba 22, 1844 ni mfano wa sheria ya Jumapili inayokuja upesi, na hapo ndipo ile miaka sabini ya mfano ya wakati wa rehema ya majaribio inapoishia kwa Uadventista wa Sabato ya Siku ya Saba, kama ilivyokuwa kwa Wayahudi wakati Stefano alipigwa mawe.</w:t>
      </w:r>
    </w:p>
    <w:p>
      <w:pPr>
        <w:pStyle w:val="ArticleBody"/>
        <w:jc w:val="left"/>
      </w:pPr>
      <w:r>
        <w:rPr>
          <w:rFonts w:ascii="Times New Roman" w:hAnsi="Times New Roman" w:eastAsia="Times New Roman" w:cs="Times New Roman"/>
        </w:rPr>
        <w:t xml:space="preserve">1844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ကောင်းကင်တမန်</w:t>
      </w:r>
      <w:r>
        <w:rPr>
          <w:rFonts w:ascii="Times New Roman" w:hAnsi="Times New Roman" w:eastAsia="Times New Roman" w:cs="Times New Roman"/>
        </w:rPr>
        <w:t xml:space="preserve"> </w:t>
      </w:r>
      <w:r>
        <w:rPr>
          <w:rFonts w:ascii="Myanmar Text" w:hAnsi="Myanmar Text" w:eastAsia="Myanmar Text" w:cs="Myanmar Text"/>
        </w:rPr>
        <w:t>နှစ်ပါး</w:t>
      </w:r>
      <w:r>
        <w:rPr>
          <w:rFonts w:ascii="Times New Roman" w:hAnsi="Times New Roman" w:eastAsia="Times New Roman" w:cs="Times New Roman"/>
        </w:rPr>
        <w:t xml:space="preserve"> </w:t>
      </w:r>
      <w:r>
        <w:rPr>
          <w:rFonts w:ascii="Myanmar Text" w:hAnsi="Myanmar Text" w:eastAsia="Myanmar Text" w:cs="Myanmar Text"/>
        </w:rPr>
        <w:t>ရောက်ရှိလာသော</w:t>
      </w:r>
      <w:r>
        <w:rPr>
          <w:rFonts w:ascii="Times New Roman" w:hAnsi="Times New Roman" w:eastAsia="Times New Roman" w:cs="Times New Roman"/>
        </w:rPr>
        <w:t xml:space="preserve"> </w:t>
      </w:r>
      <w:r>
        <w:rPr>
          <w:rFonts w:ascii="Myanmar Text" w:hAnsi="Myanmar Text" w:eastAsia="Myanmar Text" w:cs="Myanmar Text"/>
        </w:rPr>
        <w:t>ကာလတစ်ခုကို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ဒုတိယကောင်းကင်တမန်သည်</w:t>
      </w:r>
      <w:r>
        <w:rPr>
          <w:rFonts w:ascii="Times New Roman" w:hAnsi="Times New Roman" w:eastAsia="Times New Roman" w:cs="Times New Roman"/>
        </w:rPr>
        <w:t xml:space="preserve"> </w:t>
      </w:r>
      <w:r>
        <w:rPr>
          <w:rFonts w:ascii="Myanmar Text" w:hAnsi="Myanmar Text" w:eastAsia="Myanmar Text" w:cs="Myanmar Text"/>
        </w:rPr>
        <w:t>ပထမ</w:t>
      </w:r>
      <w:r>
        <w:rPr>
          <w:rFonts w:ascii="Times New Roman" w:hAnsi="Times New Roman" w:eastAsia="Times New Roman" w:cs="Times New Roman"/>
        </w:rPr>
        <w:t xml:space="preserve"> </w:t>
      </w:r>
      <w:r>
        <w:rPr>
          <w:rFonts w:ascii="Myanmar Text" w:hAnsi="Myanmar Text" w:eastAsia="Myanmar Text" w:cs="Myanmar Text"/>
        </w:rPr>
        <w:t>စိတ်ပျက်ခြင်းအချိန်၌</w:t>
      </w:r>
      <w:r>
        <w:rPr>
          <w:rFonts w:ascii="Times New Roman" w:hAnsi="Times New Roman" w:eastAsia="Times New Roman" w:cs="Times New Roman"/>
        </w:rPr>
        <w:t xml:space="preserve"> </w:t>
      </w:r>
      <w:r>
        <w:rPr>
          <w:rFonts w:ascii="Myanmar Text" w:hAnsi="Myanmar Text" w:eastAsia="Myanmar Text" w:cs="Myanmar Text"/>
        </w:rPr>
        <w:t>ရောက်ရှိလာခဲ့ပြီး၊</w:t>
      </w:r>
      <w:r>
        <w:rPr>
          <w:rFonts w:ascii="Times New Roman" w:hAnsi="Times New Roman" w:eastAsia="Times New Roman" w:cs="Times New Roman"/>
        </w:rPr>
        <w:t xml:space="preserve"> </w:t>
      </w:r>
      <w:r>
        <w:rPr>
          <w:rFonts w:ascii="Myanmar Text" w:hAnsi="Myanmar Text" w:eastAsia="Myanmar Text" w:cs="Myanmar Text"/>
        </w:rPr>
        <w:t>တတိယကောင်းကင်တမန်သည်</w:t>
      </w:r>
      <w:r>
        <w:rPr>
          <w:rFonts w:ascii="Times New Roman" w:hAnsi="Times New Roman" w:eastAsia="Times New Roman" w:cs="Times New Roman"/>
        </w:rPr>
        <w:t xml:space="preserve"> </w:t>
      </w:r>
      <w:r>
        <w:rPr>
          <w:rFonts w:ascii="Myanmar Text" w:hAnsi="Myanmar Text" w:eastAsia="Myanmar Text" w:cs="Myanmar Text"/>
        </w:rPr>
        <w:t>ကြီးမားသော</w:t>
      </w:r>
      <w:r>
        <w:rPr>
          <w:rFonts w:ascii="Times New Roman" w:hAnsi="Times New Roman" w:eastAsia="Times New Roman" w:cs="Times New Roman"/>
        </w:rPr>
        <w:t xml:space="preserve"> </w:t>
      </w:r>
      <w:r>
        <w:rPr>
          <w:rFonts w:ascii="Myanmar Text" w:hAnsi="Myanmar Text" w:eastAsia="Myanmar Text" w:cs="Myanmar Text"/>
        </w:rPr>
        <w:t>စိတ်ပျက်ခြင်းအချိန်၌</w:t>
      </w:r>
      <w:r>
        <w:rPr>
          <w:rFonts w:ascii="Times New Roman" w:hAnsi="Times New Roman" w:eastAsia="Times New Roman" w:cs="Times New Roman"/>
        </w:rPr>
        <w:t xml:space="preserve"> </w:t>
      </w:r>
      <w:r>
        <w:rPr>
          <w:rFonts w:ascii="Myanmar Text" w:hAnsi="Myanmar Text" w:eastAsia="Myanmar Text" w:cs="Myanmar Text"/>
        </w:rPr>
        <w:t>ရောက်ရှိလာခဲ့သည်။</w:t>
      </w:r>
      <w:r>
        <w:rPr>
          <w:rFonts w:ascii="Times New Roman" w:hAnsi="Times New Roman" w:eastAsia="Times New Roman" w:cs="Times New Roman"/>
        </w:rPr>
        <w:t xml:space="preserve"> “44”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၄၄</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အရှေ့ဘက်နှင့်</w:t>
      </w:r>
      <w:r>
        <w:rPr>
          <w:rFonts w:ascii="Times New Roman" w:hAnsi="Times New Roman" w:eastAsia="Times New Roman" w:cs="Times New Roman"/>
        </w:rPr>
        <w:t xml:space="preserve"> </w:t>
      </w:r>
      <w:r>
        <w:rPr>
          <w:rFonts w:ascii="Myanmar Text" w:hAnsi="Myanmar Text" w:eastAsia="Myanmar Text" w:cs="Myanmar Text"/>
        </w:rPr>
        <w:t>မြောက်ဘက်မှ</w:t>
      </w:r>
      <w:r>
        <w:rPr>
          <w:rFonts w:ascii="Times New Roman" w:hAnsi="Times New Roman" w:eastAsia="Times New Roman" w:cs="Times New Roman"/>
        </w:rPr>
        <w:t xml:space="preserve"> </w:t>
      </w:r>
      <w:r>
        <w:rPr>
          <w:rFonts w:ascii="Myanmar Text" w:hAnsi="Myanmar Text" w:eastAsia="Myanmar Text" w:cs="Myanmar Text"/>
        </w:rPr>
        <w:t>သတင်းများဖြင့်</w:t>
      </w:r>
      <w:r>
        <w:rPr>
          <w:rFonts w:ascii="Times New Roman" w:hAnsi="Times New Roman" w:eastAsia="Times New Roman" w:cs="Times New Roman"/>
        </w:rPr>
        <w:t xml:space="preserve"> </w:t>
      </w:r>
      <w:r>
        <w:rPr>
          <w:rFonts w:ascii="Myanmar Text" w:hAnsi="Myanmar Text" w:eastAsia="Myanmar Text" w:cs="Myanmar Text"/>
        </w:rPr>
        <w:t>ကိုယ်စားပြုထားသည့်</w:t>
      </w:r>
      <w:r>
        <w:rPr>
          <w:rFonts w:ascii="Times New Roman" w:hAnsi="Times New Roman" w:eastAsia="Times New Roman" w:cs="Times New Roman"/>
        </w:rPr>
        <w:t xml:space="preserve"> </w:t>
      </w:r>
      <w:r>
        <w:rPr>
          <w:rFonts w:ascii="Myanmar Text" w:hAnsi="Myanmar Text" w:eastAsia="Myanmar Text" w:cs="Myanmar Text"/>
        </w:rPr>
        <w:t>နှစ်ဆိုင်ရာ</w:t>
      </w:r>
      <w:r>
        <w:rPr>
          <w:rFonts w:ascii="Times New Roman" w:hAnsi="Times New Roman" w:eastAsia="Times New Roman" w:cs="Times New Roman"/>
        </w:rPr>
        <w:t xml:space="preserve"> </w:t>
      </w:r>
      <w:r>
        <w:rPr>
          <w:rFonts w:ascii="Myanmar Text" w:hAnsi="Myanmar Text" w:eastAsia="Myanmar Text" w:cs="Myanmar Text"/>
        </w:rPr>
        <w:t>သတင်းစကားတစ်ရပ်ကို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လေဝိဝတ္တု</w:t>
      </w:r>
      <w:r>
        <w:rPr>
          <w:rFonts w:ascii="Times New Roman" w:hAnsi="Times New Roman" w:eastAsia="Times New Roman" w:cs="Times New Roman"/>
        </w:rPr>
        <w:t xml:space="preserve"> </w:t>
      </w:r>
      <w:r>
        <w:rPr>
          <w:rFonts w:ascii="Myanmar Text" w:hAnsi="Myanmar Text" w:eastAsia="Myanmar Text" w:cs="Myanmar Text"/>
        </w:rPr>
        <w:t>၂၃</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၄၄</w:t>
      </w:r>
      <w:r>
        <w:rPr>
          <w:rFonts w:ascii="Times New Roman" w:hAnsi="Times New Roman" w:eastAsia="Times New Roman" w:cs="Times New Roman"/>
        </w:rPr>
        <w:t xml:space="preserve"> </w:t>
      </w:r>
      <w:r>
        <w:rPr>
          <w:rFonts w:ascii="Myanmar Text" w:hAnsi="Myanmar Text" w:eastAsia="Myanmar Text" w:cs="Myanmar Text"/>
        </w:rPr>
        <w:t>ခု</w:t>
      </w:r>
      <w:r>
        <w:rPr>
          <w:rFonts w:ascii="Times New Roman" w:hAnsi="Times New Roman" w:eastAsia="Times New Roman" w:cs="Times New Roman"/>
        </w:rPr>
        <w:t xml:space="preserve"> </w:t>
      </w:r>
      <w:r>
        <w:rPr>
          <w:rFonts w:ascii="Myanmar Text" w:hAnsi="Myanmar Text" w:eastAsia="Myanmar Text" w:cs="Myanmar Text"/>
        </w:rPr>
        <w:t>ပါဝင်ပြီး၊</w:t>
      </w:r>
      <w:r>
        <w:rPr>
          <w:rFonts w:ascii="Times New Roman" w:hAnsi="Times New Roman" w:eastAsia="Times New Roman" w:cs="Times New Roman"/>
        </w:rPr>
        <w:t xml:space="preserve"> </w:t>
      </w:r>
      <w:r>
        <w:rPr>
          <w:rFonts w:ascii="Myanmar Text" w:hAnsi="Myanmar Text" w:eastAsia="Myanmar Text" w:cs="Myanmar Text"/>
        </w:rPr>
        <w:t>သန့်ရှင်းသော</w:t>
      </w:r>
      <w:r>
        <w:rPr>
          <w:rFonts w:ascii="Times New Roman" w:hAnsi="Times New Roman" w:eastAsia="Times New Roman" w:cs="Times New Roman"/>
        </w:rPr>
        <w:t xml:space="preserve"> </w:t>
      </w:r>
      <w:r>
        <w:rPr>
          <w:rFonts w:ascii="Myanmar Text" w:hAnsi="Myanmar Text" w:eastAsia="Myanmar Text" w:cs="Myanmar Text"/>
        </w:rPr>
        <w:t>ပွဲတော်များကို</w:t>
      </w:r>
      <w:r>
        <w:rPr>
          <w:rFonts w:ascii="Times New Roman" w:hAnsi="Times New Roman" w:eastAsia="Times New Roman" w:cs="Times New Roman"/>
        </w:rPr>
        <w:t xml:space="preserve"> </w:t>
      </w:r>
      <w:r>
        <w:rPr>
          <w:rFonts w:ascii="Myanmar Text" w:hAnsi="Myanmar Text" w:eastAsia="Myanmar Text" w:cs="Myanmar Text"/>
        </w:rPr>
        <w:t>နွေဦးနှင့်</w:t>
      </w:r>
      <w:r>
        <w:rPr>
          <w:rFonts w:ascii="Times New Roman" w:hAnsi="Times New Roman" w:eastAsia="Times New Roman" w:cs="Times New Roman"/>
        </w:rPr>
        <w:t xml:space="preserve"> </w:t>
      </w:r>
      <w:r>
        <w:rPr>
          <w:rFonts w:ascii="Myanmar Text" w:hAnsi="Myanmar Text" w:eastAsia="Myanmar Text" w:cs="Myanmar Text"/>
        </w:rPr>
        <w:t>ဆောင်းဦး</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ခွဲခြားထားသည်။</w:t>
      </w:r>
      <w:r>
        <w:rPr>
          <w:rFonts w:ascii="Times New Roman" w:hAnsi="Times New Roman" w:eastAsia="Times New Roman" w:cs="Times New Roman"/>
        </w:rPr>
        <w:t xml:space="preserve"> </w:t>
      </w:r>
      <w:r>
        <w:rPr>
          <w:rFonts w:ascii="Myanmar Text" w:hAnsi="Myanmar Text" w:eastAsia="Myanmar Text" w:cs="Myanmar Text"/>
        </w:rPr>
        <w:t>ထိုအခန်းငယ်</w:t>
      </w:r>
      <w:r>
        <w:rPr>
          <w:rFonts w:ascii="Times New Roman" w:hAnsi="Times New Roman" w:eastAsia="Times New Roman" w:cs="Times New Roman"/>
        </w:rPr>
        <w:t xml:space="preserve"> </w:t>
      </w:r>
      <w:r>
        <w:rPr>
          <w:rFonts w:ascii="Myanmar Text" w:hAnsi="Myanmar Text" w:eastAsia="Myanmar Text" w:cs="Myanmar Text"/>
        </w:rPr>
        <w:t>၄၄</w:t>
      </w:r>
      <w:r>
        <w:rPr>
          <w:rFonts w:ascii="Times New Roman" w:hAnsi="Times New Roman" w:eastAsia="Times New Roman" w:cs="Times New Roman"/>
        </w:rPr>
        <w:t xml:space="preserve"> </w:t>
      </w:r>
      <w:r>
        <w:rPr>
          <w:rFonts w:ascii="Myanmar Text" w:hAnsi="Myanmar Text" w:eastAsia="Myanmar Text" w:cs="Myanmar Text"/>
        </w:rPr>
        <w:t>ခုသည်</w:t>
      </w:r>
      <w:r>
        <w:rPr>
          <w:rFonts w:ascii="Times New Roman" w:hAnsi="Times New Roman" w:eastAsia="Times New Roman" w:cs="Times New Roman"/>
        </w:rPr>
        <w:t xml:space="preserve"> </w:t>
      </w:r>
      <w:r>
        <w:rPr>
          <w:rFonts w:ascii="Myanmar Text" w:hAnsi="Myanmar Text" w:eastAsia="Myanmar Text" w:cs="Myanmar Text"/>
        </w:rPr>
        <w:t>နှစ်ဆိုင်ရာ</w:t>
      </w:r>
      <w:r>
        <w:rPr>
          <w:rFonts w:ascii="Times New Roman" w:hAnsi="Times New Roman" w:eastAsia="Times New Roman" w:cs="Times New Roman"/>
        </w:rPr>
        <w:t xml:space="preserve"> </w:t>
      </w:r>
      <w:r>
        <w:rPr>
          <w:rFonts w:ascii="Myanmar Text" w:hAnsi="Myanmar Text" w:eastAsia="Myanmar Text" w:cs="Myanmar Text"/>
        </w:rPr>
        <w:t>သတင်းစကားတစ်ရပ်ကို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ရာသီနှစ်ရပ်ကို</w:t>
      </w:r>
      <w:r>
        <w:rPr>
          <w:rFonts w:ascii="Times New Roman" w:hAnsi="Times New Roman" w:eastAsia="Times New Roman" w:cs="Times New Roman"/>
        </w:rPr>
        <w:t xml:space="preserve"> </w:t>
      </w:r>
      <w:r>
        <w:rPr>
          <w:rFonts w:ascii="Myanmar Text" w:hAnsi="Myanmar Text" w:eastAsia="Myanmar Text" w:cs="Myanmar Text"/>
        </w:rPr>
        <w:t>တစ်ရပ်လျှင်</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၂၂</w:t>
      </w:r>
      <w:r>
        <w:rPr>
          <w:rFonts w:ascii="Times New Roman" w:hAnsi="Times New Roman" w:eastAsia="Times New Roman" w:cs="Times New Roman"/>
        </w:rPr>
        <w:t xml:space="preserve"> </w:t>
      </w:r>
      <w:r>
        <w:rPr>
          <w:rFonts w:ascii="Myanmar Text" w:hAnsi="Myanmar Text" w:eastAsia="Myanmar Text" w:cs="Myanmar Text"/>
        </w:rPr>
        <w:t>ခုစီဖြင့်</w:t>
      </w:r>
      <w:r>
        <w:rPr>
          <w:rFonts w:ascii="Times New Roman" w:hAnsi="Times New Roman" w:eastAsia="Times New Roman" w:cs="Times New Roman"/>
        </w:rPr>
        <w:t xml:space="preserve"> </w:t>
      </w:r>
      <w:r>
        <w:rPr>
          <w:rFonts w:ascii="Myanmar Text" w:hAnsi="Myanmar Text" w:eastAsia="Myanmar Text" w:cs="Myanmar Text"/>
        </w:rPr>
        <w:t>ကိုယ်စားပြုထားသဖြင့်၊</w:t>
      </w:r>
      <w:r>
        <w:rPr>
          <w:rFonts w:ascii="Times New Roman" w:hAnsi="Times New Roman" w:eastAsia="Times New Roman" w:cs="Times New Roman"/>
        </w:rPr>
        <w:t xml:space="preserve"> </w:t>
      </w:r>
      <w:r>
        <w:rPr>
          <w:rFonts w:ascii="Myanmar Text" w:hAnsi="Myanmar Text" w:eastAsia="Myanmar Text" w:cs="Myanmar Text"/>
        </w:rPr>
        <w:t>နွေဦးပွဲတော်များနှင့်</w:t>
      </w:r>
      <w:r>
        <w:rPr>
          <w:rFonts w:ascii="Times New Roman" w:hAnsi="Times New Roman" w:eastAsia="Times New Roman" w:cs="Times New Roman"/>
        </w:rPr>
        <w:t xml:space="preserve"> </w:t>
      </w:r>
      <w:r>
        <w:rPr>
          <w:rFonts w:ascii="Myanmar Text" w:hAnsi="Myanmar Text" w:eastAsia="Myanmar Text" w:cs="Myanmar Text"/>
        </w:rPr>
        <w:t>ဆောင်းဦးပွဲတော်များ</w:t>
      </w:r>
      <w:r>
        <w:rPr>
          <w:rFonts w:ascii="Times New Roman" w:hAnsi="Times New Roman" w:eastAsia="Times New Roman" w:cs="Times New Roman"/>
        </w:rPr>
        <w:t xml:space="preserve"> </w:t>
      </w:r>
      <w:r>
        <w:rPr>
          <w:rFonts w:ascii="Myanmar Text" w:hAnsi="Myanmar Text" w:eastAsia="Myanmar Text" w:cs="Myanmar Text"/>
        </w:rPr>
        <w:t>နှစ်ရပ်စလုံးသည်</w:t>
      </w:r>
      <w:r>
        <w:rPr>
          <w:rFonts w:ascii="Times New Roman" w:hAnsi="Times New Roman" w:eastAsia="Times New Roman" w:cs="Times New Roman"/>
        </w:rPr>
        <w:t xml:space="preserve"> </w:t>
      </w:r>
      <w:r>
        <w:rPr>
          <w:rFonts w:ascii="Myanmar Text" w:hAnsi="Myanmar Text" w:eastAsia="Myanmar Text" w:cs="Myanmar Text"/>
        </w:rPr>
        <w:t>ဟေဗြဲ</w:t>
      </w:r>
      <w:r>
        <w:rPr>
          <w:rFonts w:ascii="Times New Roman" w:hAnsi="Times New Roman" w:eastAsia="Times New Roman" w:cs="Times New Roman"/>
        </w:rPr>
        <w:t xml:space="preserve"> </w:t>
      </w:r>
      <w:r>
        <w:rPr>
          <w:rFonts w:ascii="Myanmar Text" w:hAnsi="Myanmar Text" w:eastAsia="Myanmar Text" w:cs="Myanmar Text"/>
        </w:rPr>
        <w:t>ပြက္ခဒိန်၏</w:t>
      </w:r>
      <w:r>
        <w:rPr>
          <w:rFonts w:ascii="Times New Roman" w:hAnsi="Times New Roman" w:eastAsia="Times New Roman" w:cs="Times New Roman"/>
        </w:rPr>
        <w:t xml:space="preserve"> </w:t>
      </w:r>
      <w:r>
        <w:rPr>
          <w:rFonts w:ascii="Myanmar Text" w:hAnsi="Myanmar Text" w:eastAsia="Myanmar Text" w:cs="Myanmar Text"/>
        </w:rPr>
        <w:t>အက္ခရာ</w:t>
      </w:r>
      <w:r>
        <w:rPr>
          <w:rFonts w:ascii="Times New Roman" w:hAnsi="Times New Roman" w:eastAsia="Times New Roman" w:cs="Times New Roman"/>
        </w:rPr>
        <w:t xml:space="preserve"> </w:t>
      </w:r>
      <w:r>
        <w:rPr>
          <w:rFonts w:ascii="Myanmar Text" w:hAnsi="Myanmar Text" w:eastAsia="Myanmar Text" w:cs="Myanmar Text"/>
        </w:rPr>
        <w:t>၂၂</w:t>
      </w:r>
      <w:r>
        <w:rPr>
          <w:rFonts w:ascii="Times New Roman" w:hAnsi="Times New Roman" w:eastAsia="Times New Roman" w:cs="Times New Roman"/>
        </w:rPr>
        <w:t xml:space="preserve"> </w:t>
      </w:r>
      <w:r>
        <w:rPr>
          <w:rFonts w:ascii="Myanmar Text" w:hAnsi="Myanmar Text" w:eastAsia="Myanmar Text" w:cs="Myanmar Text"/>
        </w:rPr>
        <w:t>လုံးကို</w:t>
      </w:r>
      <w:r>
        <w:rPr>
          <w:rFonts w:ascii="Times New Roman" w:hAnsi="Times New Roman" w:eastAsia="Times New Roman" w:cs="Times New Roman"/>
        </w:rPr>
        <w:t xml:space="preserve"> </w:t>
      </w:r>
      <w:r>
        <w:rPr>
          <w:rFonts w:ascii="Myanmar Text" w:hAnsi="Myanmar Text" w:eastAsia="Myanmar Text" w:cs="Myanmar Text"/>
        </w:rPr>
        <w:t>ကိုယ်စားပြုကြသည်။</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၂၂</w:t>
      </w:r>
      <w:r>
        <w:rPr>
          <w:rFonts w:ascii="Times New Roman" w:hAnsi="Times New Roman" w:eastAsia="Times New Roman" w:cs="Times New Roman"/>
        </w:rPr>
        <w:t xml:space="preserve"> </w:t>
      </w:r>
      <w:r>
        <w:rPr>
          <w:rFonts w:ascii="Myanmar Text" w:hAnsi="Myanmar Text" w:eastAsia="Myanmar Text" w:cs="Myanmar Text"/>
        </w:rPr>
        <w:t>ခုစီပါဝင်သော</w:t>
      </w:r>
      <w:r>
        <w:rPr>
          <w:rFonts w:ascii="Times New Roman" w:hAnsi="Times New Roman" w:eastAsia="Times New Roman" w:cs="Times New Roman"/>
        </w:rPr>
        <w:t xml:space="preserve"> </w:t>
      </w:r>
      <w:r>
        <w:rPr>
          <w:rFonts w:ascii="Myanmar Text" w:hAnsi="Myanmar Text" w:eastAsia="Myanmar Text" w:cs="Myanmar Text"/>
        </w:rPr>
        <w:t>ထိုသက်သေခံနှစ်ပါးကို</w:t>
      </w:r>
      <w:r>
        <w:rPr>
          <w:rFonts w:ascii="Times New Roman" w:hAnsi="Times New Roman" w:eastAsia="Times New Roman" w:cs="Times New Roman"/>
        </w:rPr>
        <w:t xml:space="preserve"> </w:t>
      </w:r>
      <w:r>
        <w:rPr>
          <w:rFonts w:ascii="Myanmar Text" w:hAnsi="Myanmar Text" w:eastAsia="Myanmar Text" w:cs="Myanmar Text"/>
        </w:rPr>
        <w:t>ပင်တေကုတ္တေပွဲ</w:t>
      </w:r>
      <w:r>
        <w:rPr>
          <w:rFonts w:ascii="Times New Roman" w:hAnsi="Times New Roman" w:eastAsia="Times New Roman" w:cs="Times New Roman"/>
        </w:rPr>
        <w:t xml:space="preserve"> </w:t>
      </w:r>
      <w:r>
        <w:rPr>
          <w:rFonts w:ascii="Myanmar Text" w:hAnsi="Myanmar Text" w:eastAsia="Myanmar Text" w:cs="Myanmar Text"/>
        </w:rPr>
        <w:t>ရာသီနှင့်အတူ</w:t>
      </w:r>
      <w:r>
        <w:rPr>
          <w:rFonts w:ascii="Times New Roman" w:hAnsi="Times New Roman" w:eastAsia="Times New Roman" w:cs="Times New Roman"/>
        </w:rPr>
        <w:t xml:space="preserve"> </w:t>
      </w:r>
      <w:r>
        <w:rPr>
          <w:rFonts w:ascii="Myanmar Text" w:hAnsi="Myanmar Text" w:eastAsia="Myanmar Text" w:cs="Myanmar Text"/>
        </w:rPr>
        <w:t>ပေါင်းစည်းသောအခါ၊</w:t>
      </w:r>
      <w:r>
        <w:rPr>
          <w:rFonts w:ascii="Times New Roman" w:hAnsi="Times New Roman" w:eastAsia="Times New Roman" w:cs="Times New Roman"/>
        </w:rPr>
        <w:t xml:space="preserve"> </w:t>
      </w:r>
      <w:r>
        <w:rPr>
          <w:rFonts w:ascii="Myanmar Text" w:hAnsi="Myanmar Text" w:eastAsia="Myanmar Text" w:cs="Myanmar Text"/>
        </w:rPr>
        <w:t>အဆင့်သုံးဆင့်ပါဝင်သော</w:t>
      </w:r>
      <w:r>
        <w:rPr>
          <w:rFonts w:ascii="Times New Roman" w:hAnsi="Times New Roman" w:eastAsia="Times New Roman" w:cs="Times New Roman"/>
        </w:rPr>
        <w:t xml:space="preserve"> </w:t>
      </w:r>
      <w:r>
        <w:rPr>
          <w:rFonts w:ascii="Myanmar Text" w:hAnsi="Myanmar Text" w:eastAsia="Myanmar Text" w:cs="Myanmar Text"/>
        </w:rPr>
        <w:t>ဖွဲ့စည်းပုံတစ်ရပ်ကို</w:t>
      </w:r>
      <w:r>
        <w:rPr>
          <w:rFonts w:ascii="Times New Roman" w:hAnsi="Times New Roman" w:eastAsia="Times New Roman" w:cs="Times New Roman"/>
        </w:rPr>
        <w:t xml:space="preserve"> </w:t>
      </w:r>
      <w:r>
        <w:rPr>
          <w:rFonts w:ascii="Myanmar Text" w:hAnsi="Myanmar Text" w:eastAsia="Myanmar Text" w:cs="Myanmar Text"/>
        </w:rPr>
        <w:t>ဖြစ်ပေါ်စေသည်။</w:t>
      </w:r>
    </w:p>
    <w:p>
      <w:pPr>
        <w:pStyle w:val="ArticleBody"/>
        <w:jc w:val="left"/>
      </w:pPr>
      <w:r>
        <w:rPr>
          <w:rFonts w:ascii="Times New Roman" w:hAnsi="Times New Roman" w:eastAsia="Times New Roman" w:cs="Times New Roman"/>
        </w:rPr>
        <w:t>Mbara mbụ bụ akara-ụzọ e ji akụkụ atọ mee, nke ụbọchị ise sochiri, dị ka nke ikpeazụ n’ime akara-ụzọ atọ ahụ. Akara-ụzọ nke etiti bụ ụbọchị iri atọ nke ntụziaka ihu na ihu nke Kraịst na-enye ndị a na-ete mmanụ ka ha bụrụ ndị nchụàjà maka ozi n’ime chọọchị na-emeri emeri. Levitikọs iri abụọ na atọ kwekọrọ na akụkọ ihe mere eme zoro ezo nke amaokwu iri anọ.</w:t>
      </w:r>
    </w:p>
    <w:p>
      <w:pPr>
        <w:pStyle w:val="ArticleHeading"/>
        <w:jc w:val="left"/>
      </w:pPr>
      <w:r>
        <w:rPr>
          <w:rFonts w:ascii="Arial" w:hAnsi="Arial" w:eastAsia="Arial" w:cs="Arial"/>
        </w:rPr>
        <w:t>نقطة الوسط</w:t>
      </w:r>
    </w:p>
    <w:p>
      <w:pPr>
        <w:pStyle w:val="ArticleBody"/>
        <w:jc w:val="left"/>
      </w:pPr>
      <w:r>
        <w:rPr>
          <w:rFonts w:ascii="Times New Roman" w:hAnsi="Times New Roman" w:eastAsia="Times New Roman" w:cs="Times New Roman"/>
        </w:rPr>
        <w:t>ژنێسیس پەیڤە ١١ ـ ٢٢ ـا، ناڤەراستەکەیە بابەتا ١٧، ل وێرە قوناغا دووێ یا پەیمانا سێ‌قوناغی یا ئیبراهیم و نیشانا خەتەنەکرنێ هاتە دانان. ناڤەراستا تەواوی ئایەتێن کو د بابەتێن ١١ تا ٢٢ دا هەن، ژنێسیس ١٧:٢٢ ـە:</w:t>
      </w:r>
    </w:p>
    <w:p>
      <w:pPr>
        <w:pStyle w:val="ArticleScripture"/>
        <w:jc w:val="left"/>
      </w:pPr>
      <w:r>
        <w:rPr>
          <w:rFonts w:ascii="Times New Roman" w:hAnsi="Times New Roman" w:eastAsia="Times New Roman" w:cs="Times New Roman"/>
        </w:rPr>
        <w:t>Lekin apna ahd men Ishaq ke saath qayam karunga, jise Sarah agle saal isi muqarrar waqt par tere liye janam degi. Aur woh us se kalaam karke ruk gaya, aur Khuda Ibrahim ke paas se upar chala gaya. Pedaish 17:22.</w:t>
      </w:r>
    </w:p>
    <w:p>
      <w:pPr>
        <w:pStyle w:val="ArticleBody"/>
        <w:jc w:val="left"/>
      </w:pPr>
      <w:r>
        <w:rPr>
          <w:rFonts w:ascii="Times New Roman" w:hAnsi="Times New Roman" w:eastAsia="Times New Roman" w:cs="Times New Roman"/>
        </w:rPr>
        <w:t>Dios empezó a hablar con Abraham en el versículo uno y terminó su conversación en el versículo veintidós; por tanto, todo el diálogo del pacto de la circuncisión quedó situado dentro del contexto profético de las veintidós letras del alfabeto hebreo, mientras que el tema de los veintidós versículos era el rito de la circuncisión, que había de cumplirse en el octavo día. El centro o punto medio del pasaje de Génesis es la relación pactual de Dios con los ciento cuarenta y cuatro mil, representada por el pacto de circuncisión de Abraham. El punto medio de la línea de capítulos de Génesis, del once al veintidós, es el capítulo diecisiete, y el punto medio absoluto del capítulo es el versículo veintidós, donde Dios cesa Su conversación del pacto con Abraham, colocando así el punto medio en el contexto del alfabeto hebreo de veintidós letras. El punto medio de esos veintidós versículos es, por supuesto, el versículo once.</w:t>
      </w:r>
    </w:p>
    <w:p>
      <w:pPr>
        <w:pStyle w:val="ArticleScripture"/>
        <w:jc w:val="left"/>
      </w:pPr>
      <w:r>
        <w:rPr>
          <w:rFonts w:ascii="Times New Roman" w:hAnsi="Times New Roman" w:eastAsia="Times New Roman" w:cs="Times New Roman"/>
        </w:rPr>
        <w:t>Et hûnê pêşiyê xwe bibrin; û ew dê bibe nîşana peymanê di navbera min û we de. Pêbûn 17:11.</w:t>
      </w:r>
    </w:p>
    <w:p>
      <w:pPr>
        <w:pStyle w:val="ArticleBody"/>
        <w:jc w:val="left"/>
      </w:pPr>
      <w:r>
        <w:rPr>
          <w:rFonts w:ascii="Times New Roman" w:hAnsi="Times New Roman" w:eastAsia="Times New Roman" w:cs="Times New Roman"/>
        </w:rPr>
        <w:t>Bibliax capítulo once guive mokõipa mokõi peve irundy pasáhe mbytépe oĩ mbohapy versíkulo omohuʼã hag̃ua pe mbytépeguare apytuʼũ.</w:t>
      </w:r>
    </w:p>
    <w:p>
      <w:pPr>
        <w:pStyle w:val="ArticleScripture"/>
        <w:jc w:val="left"/>
      </w:pPr>
      <w:r>
        <w:rPr>
          <w:rFonts w:ascii="Times New Roman" w:hAnsi="Times New Roman" w:eastAsia="Times New Roman" w:cs="Times New Roman"/>
        </w:rPr>
        <w:t>Achi eyā nninge ṭheke he, aya agati kaakwa na inyuĩ na mũciĩaro waku thuutha waku: Mũndũ o wothe wa kiume gatagatĩ kanyu nĩagwĩrĩrwo. Na nĩmũgĩrĩre nyama ya gĩthomo kĩanyu; nayo nĩĩgũtuĩka kĩmenyithia gĩa kĩrĩkanĩro gatagatĩ kaakwa na inyuĩ. Na ũrĩa mũnini wa matukũ inyanya nĩagwĩrĩrwo gatagatĩ kanyu, mwana wa kiume o wothe mĩhianoinĩ yanyu yothe, ũrĩa waciarĩirwo nyũmbanĩ, kana ũrĩa ũgũrĩtwo na mbeca kuuma kũrĩ mũgeni o wothe, ũrĩa ti wa mũciĩaro waku. Ngathani 17:10–12.</w:t>
      </w:r>
    </w:p>
    <w:p>
      <w:pPr>
        <w:pStyle w:val="ArticleBody"/>
        <w:jc w:val="left"/>
      </w:pP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చిహ్నం</w:t>
      </w:r>
      <w:r>
        <w:rPr>
          <w:rFonts w:ascii="Times New Roman" w:hAnsi="Times New Roman" w:eastAsia="Times New Roman" w:cs="Times New Roman"/>
        </w:rPr>
        <w:t xml:space="preserve"> </w:t>
      </w:r>
      <w:r>
        <w:rPr>
          <w:rFonts w:ascii="Nirmala UI" w:hAnsi="Nirmala UI" w:eastAsia="Nirmala UI" w:cs="Nirmala UI"/>
        </w:rPr>
        <w:t>అనేది</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ధ్వజాన్ని</w:t>
      </w:r>
      <w:r>
        <w:rPr>
          <w:rFonts w:ascii="Times New Roman" w:hAnsi="Times New Roman" w:eastAsia="Times New Roman" w:cs="Times New Roman"/>
        </w:rPr>
        <w:t xml:space="preserve"> </w:t>
      </w:r>
      <w:r>
        <w:rPr>
          <w:rFonts w:ascii="Nirmala UI" w:hAnsi="Nirmala UI" w:eastAsia="Nirmala UI" w:cs="Nirmala UI"/>
        </w:rPr>
        <w:t>సూచించే</w:t>
      </w:r>
      <w:r>
        <w:rPr>
          <w:rFonts w:ascii="Times New Roman" w:hAnsi="Times New Roman" w:eastAsia="Times New Roman" w:cs="Times New Roman"/>
        </w:rPr>
        <w:t xml:space="preserve"> </w:t>
      </w:r>
      <w:r>
        <w:rPr>
          <w:rFonts w:ascii="Nirmala UI" w:hAnsi="Nirmala UI" w:eastAsia="Nirmala UI" w:cs="Nirmala UI"/>
        </w:rPr>
        <w:t>సంకేతం</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భాగం</w:t>
      </w:r>
      <w:r>
        <w:rPr>
          <w:rFonts w:ascii="Times New Roman" w:hAnsi="Times New Roman" w:eastAsia="Times New Roman" w:cs="Times New Roman"/>
        </w:rPr>
        <w:t xml:space="preserve"> </w:t>
      </w:r>
      <w:r>
        <w:rPr>
          <w:rFonts w:ascii="Nirmala UI" w:hAnsi="Nirmala UI" w:eastAsia="Nirmala UI" w:cs="Nirmala UI"/>
        </w:rPr>
        <w:t>ధ్వజం</w:t>
      </w:r>
      <w:r>
        <w:rPr>
          <w:rFonts w:ascii="Times New Roman" w:hAnsi="Times New Roman" w:eastAsia="Times New Roman" w:cs="Times New Roman"/>
        </w:rPr>
        <w:t xml:space="preserve"> </w:t>
      </w:r>
      <w:r>
        <w:rPr>
          <w:rFonts w:ascii="Nirmala UI" w:hAnsi="Nirmala UI" w:eastAsia="Nirmala UI" w:cs="Nirmala UI"/>
        </w:rPr>
        <w:t>గురించి</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ధ్వజం</w:t>
      </w:r>
      <w:r>
        <w:rPr>
          <w:rFonts w:ascii="Times New Roman" w:hAnsi="Times New Roman" w:eastAsia="Times New Roman" w:cs="Times New Roman"/>
        </w:rPr>
        <w:t xml:space="preserve"> </w:t>
      </w:r>
      <w:r>
        <w:rPr>
          <w:rFonts w:ascii="Nirmala UI" w:hAnsi="Nirmala UI" w:eastAsia="Nirmala UI" w:cs="Nirmala UI"/>
        </w:rPr>
        <w:t>నూట</w:t>
      </w:r>
      <w:r>
        <w:rPr>
          <w:rFonts w:ascii="Times New Roman" w:hAnsi="Times New Roman" w:eastAsia="Times New Roman" w:cs="Times New Roman"/>
        </w:rPr>
        <w:t xml:space="preserve"> </w:t>
      </w:r>
      <w:r>
        <w:rPr>
          <w:rFonts w:ascii="Nirmala UI" w:hAnsi="Nirmala UI" w:eastAsia="Nirmala UI" w:cs="Nirmala UI"/>
        </w:rPr>
        <w:t>నలభై</w:t>
      </w:r>
      <w:r>
        <w:rPr>
          <w:rFonts w:ascii="Times New Roman" w:hAnsi="Times New Roman" w:eastAsia="Times New Roman" w:cs="Times New Roman"/>
        </w:rPr>
        <w:t xml:space="preserve"> </w:t>
      </w:r>
      <w:r>
        <w:rPr>
          <w:rFonts w:ascii="Nirmala UI" w:hAnsi="Nirmala UI" w:eastAsia="Nirmala UI" w:cs="Nirmala UI"/>
        </w:rPr>
        <w:t>నాలుగు</w:t>
      </w:r>
      <w:r>
        <w:rPr>
          <w:rFonts w:ascii="Times New Roman" w:hAnsi="Times New Roman" w:eastAsia="Times New Roman" w:cs="Times New Roman"/>
        </w:rPr>
        <w:t xml:space="preserve"> </w:t>
      </w:r>
      <w:r>
        <w:rPr>
          <w:rFonts w:ascii="Nirmala UI" w:hAnsi="Nirmala UI" w:eastAsia="Nirmala UI" w:cs="Nirmala UI"/>
        </w:rPr>
        <w:t>వేల</w:t>
      </w:r>
      <w:r>
        <w:rPr>
          <w:rFonts w:ascii="Times New Roman" w:hAnsi="Times New Roman" w:eastAsia="Times New Roman" w:cs="Times New Roman"/>
        </w:rPr>
        <w:t xml:space="preserve"> </w:t>
      </w:r>
      <w:r>
        <w:rPr>
          <w:rFonts w:ascii="Nirmala UI" w:hAnsi="Nirmala UI" w:eastAsia="Nirmala UI" w:cs="Nirmala UI"/>
        </w:rPr>
        <w:t>మందే</w:t>
      </w:r>
      <w:r>
        <w:rPr>
          <w:rFonts w:ascii="Times New Roman" w:hAnsi="Times New Roman" w:eastAsia="Times New Roman" w:cs="Times New Roman"/>
        </w:rPr>
        <w:t xml:space="preserve">. </w:t>
      </w:r>
      <w:r>
        <w:rPr>
          <w:rFonts w:ascii="Nirmala UI" w:hAnsi="Nirmala UI" w:eastAsia="Nirmala UI" w:cs="Nirmala UI"/>
        </w:rPr>
        <w:t>బాలకుడు</w:t>
      </w:r>
      <w:r>
        <w:rPr>
          <w:rFonts w:ascii="Times New Roman" w:hAnsi="Times New Roman" w:eastAsia="Times New Roman" w:cs="Times New Roman"/>
        </w:rPr>
        <w:t xml:space="preserve"> </w:t>
      </w:r>
      <w:r>
        <w:rPr>
          <w:rFonts w:ascii="Nirmala UI" w:hAnsi="Nirmala UI" w:eastAsia="Nirmala UI" w:cs="Nirmala UI"/>
        </w:rPr>
        <w:t>ఎనిమిదవ</w:t>
      </w:r>
      <w:r>
        <w:rPr>
          <w:rFonts w:ascii="Times New Roman" w:hAnsi="Times New Roman" w:eastAsia="Times New Roman" w:cs="Times New Roman"/>
        </w:rPr>
        <w:t xml:space="preserve"> </w:t>
      </w:r>
      <w:r>
        <w:rPr>
          <w:rFonts w:ascii="Nirmala UI" w:hAnsi="Nirmala UI" w:eastAsia="Nirmala UI" w:cs="Nirmala UI"/>
        </w:rPr>
        <w:t>రోజున</w:t>
      </w:r>
      <w:r>
        <w:rPr>
          <w:rFonts w:ascii="Times New Roman" w:hAnsi="Times New Roman" w:eastAsia="Times New Roman" w:cs="Times New Roman"/>
        </w:rPr>
        <w:t xml:space="preserve"> </w:t>
      </w:r>
      <w:r>
        <w:rPr>
          <w:rFonts w:ascii="Nirmala UI" w:hAnsi="Nirmala UI" w:eastAsia="Nirmala UI" w:cs="Nirmala UI"/>
        </w:rPr>
        <w:t>సున్నతి</w:t>
      </w:r>
      <w:r>
        <w:rPr>
          <w:rFonts w:ascii="Times New Roman" w:hAnsi="Times New Roman" w:eastAsia="Times New Roman" w:cs="Times New Roman"/>
        </w:rPr>
        <w:t xml:space="preserve"> </w:t>
      </w:r>
      <w:r>
        <w:rPr>
          <w:rFonts w:ascii="Nirmala UI" w:hAnsi="Nirmala UI" w:eastAsia="Nirmala UI" w:cs="Nirmala UI"/>
        </w:rPr>
        <w:t>పొందవలసి</w:t>
      </w:r>
      <w:r>
        <w:rPr>
          <w:rFonts w:ascii="Times New Roman" w:hAnsi="Times New Roman" w:eastAsia="Times New Roman" w:cs="Times New Roman"/>
        </w:rPr>
        <w:t xml:space="preserve"> </w:t>
      </w:r>
      <w:r>
        <w:rPr>
          <w:rFonts w:ascii="Nirmala UI" w:hAnsi="Nirmala UI" w:eastAsia="Nirmala UI" w:cs="Nirmala UI"/>
        </w:rPr>
        <w:t>ఉండేది</w:t>
      </w:r>
      <w:r>
        <w:rPr>
          <w:rFonts w:ascii="Times New Roman" w:hAnsi="Times New Roman" w:eastAsia="Times New Roman" w:cs="Times New Roman"/>
        </w:rPr>
        <w:t xml:space="preserve">; </w:t>
      </w:r>
      <w:r>
        <w:rPr>
          <w:rFonts w:ascii="Nirmala UI" w:hAnsi="Nirmala UI" w:eastAsia="Nirmala UI" w:cs="Nirmala UI"/>
        </w:rPr>
        <w:t>ఇదే</w:t>
      </w:r>
      <w:r>
        <w:rPr>
          <w:rFonts w:ascii="Times New Roman" w:hAnsi="Times New Roman" w:eastAsia="Times New Roman" w:cs="Times New Roman"/>
        </w:rPr>
        <w:t xml:space="preserve"> </w:t>
      </w:r>
      <w:r>
        <w:rPr>
          <w:rFonts w:ascii="Nirmala UI" w:hAnsi="Nirmala UI" w:eastAsia="Nirmala UI" w:cs="Nirmala UI"/>
        </w:rPr>
        <w:t>విధంగా</w:t>
      </w:r>
      <w:r>
        <w:rPr>
          <w:rFonts w:ascii="Times New Roman" w:hAnsi="Times New Roman" w:eastAsia="Times New Roman" w:cs="Times New Roman"/>
        </w:rPr>
        <w:t xml:space="preserve"> </w:t>
      </w:r>
      <w:r>
        <w:rPr>
          <w:rFonts w:ascii="Nirmala UI" w:hAnsi="Nirmala UI" w:eastAsia="Nirmala UI" w:cs="Nirmala UI"/>
        </w:rPr>
        <w:t>నోవహు</w:t>
      </w:r>
      <w:r>
        <w:rPr>
          <w:rFonts w:ascii="Times New Roman" w:hAnsi="Times New Roman" w:eastAsia="Times New Roman" w:cs="Times New Roman"/>
        </w:rPr>
        <w:t xml:space="preserve"> </w:t>
      </w:r>
      <w:r>
        <w:rPr>
          <w:rFonts w:ascii="Nirmala UI" w:hAnsi="Nirmala UI" w:eastAsia="Nirmala UI" w:cs="Nirmala UI"/>
        </w:rPr>
        <w:t>ఒడంబడిక</w:t>
      </w:r>
      <w:r>
        <w:rPr>
          <w:rFonts w:ascii="Times New Roman" w:hAnsi="Times New Roman" w:eastAsia="Times New Roman" w:cs="Times New Roman"/>
        </w:rPr>
        <w:t xml:space="preserve"> </w:t>
      </w:r>
      <w:r>
        <w:rPr>
          <w:rFonts w:ascii="Nirmala UI" w:hAnsi="Nirmala UI" w:eastAsia="Nirmala UI" w:cs="Nirmala UI"/>
        </w:rPr>
        <w:t>కూడా</w:t>
      </w:r>
      <w:r>
        <w:rPr>
          <w:rFonts w:ascii="Times New Roman" w:hAnsi="Times New Roman" w:eastAsia="Times New Roman" w:cs="Times New Roman"/>
        </w:rPr>
        <w:t xml:space="preserve"> </w:t>
      </w:r>
      <w:r>
        <w:rPr>
          <w:rFonts w:ascii="Nirmala UI" w:hAnsi="Nirmala UI" w:eastAsia="Nirmala UI" w:cs="Nirmala UI"/>
        </w:rPr>
        <w:t>నౌకలోని</w:t>
      </w:r>
      <w:r>
        <w:rPr>
          <w:rFonts w:ascii="Times New Roman" w:hAnsi="Times New Roman" w:eastAsia="Times New Roman" w:cs="Times New Roman"/>
        </w:rPr>
        <w:t xml:space="preserve"> </w:t>
      </w:r>
      <w:r>
        <w:rPr>
          <w:rFonts w:ascii="Nirmala UI" w:hAnsi="Nirmala UI" w:eastAsia="Nirmala UI" w:cs="Nirmala UI"/>
        </w:rPr>
        <w:t>ఎనిమిది</w:t>
      </w:r>
      <w:r>
        <w:rPr>
          <w:rFonts w:ascii="Times New Roman" w:hAnsi="Times New Roman" w:eastAsia="Times New Roman" w:cs="Times New Roman"/>
        </w:rPr>
        <w:t xml:space="preserve"> </w:t>
      </w:r>
      <w:r>
        <w:rPr>
          <w:rFonts w:ascii="Nirmala UI" w:hAnsi="Nirmala UI" w:eastAsia="Nirmala UI" w:cs="Nirmala UI"/>
        </w:rPr>
        <w:t>ప్రాణులతో</w:t>
      </w:r>
      <w:r>
        <w:rPr>
          <w:rFonts w:ascii="Times New Roman" w:hAnsi="Times New Roman" w:eastAsia="Times New Roman" w:cs="Times New Roman"/>
        </w:rPr>
        <w:t xml:space="preserve"> </w:t>
      </w:r>
      <w:r>
        <w:rPr>
          <w:rFonts w:ascii="Nirmala UI" w:hAnsi="Nirmala UI" w:eastAsia="Nirmala UI" w:cs="Nirmala UI"/>
        </w:rPr>
        <w:t>కూడి</w:t>
      </w:r>
      <w:r>
        <w:rPr>
          <w:rFonts w:ascii="Times New Roman" w:hAnsi="Times New Roman" w:eastAsia="Times New Roman" w:cs="Times New Roman"/>
        </w:rPr>
        <w:t xml:space="preserve"> </w:t>
      </w:r>
      <w:r>
        <w:rPr>
          <w:rFonts w:ascii="Nirmala UI" w:hAnsi="Nirmala UI" w:eastAsia="Nirmala UI" w:cs="Nirmala UI"/>
        </w:rPr>
        <w:t>ఉండెను</w:t>
      </w:r>
      <w:r>
        <w:rPr>
          <w:rFonts w:ascii="Times New Roman" w:hAnsi="Times New Roman" w:eastAsia="Times New Roman" w:cs="Times New Roman"/>
        </w:rPr>
        <w:t xml:space="preserve">. </w:t>
      </w:r>
      <w:r>
        <w:rPr>
          <w:rFonts w:ascii="Nirmala UI" w:hAnsi="Nirmala UI" w:eastAsia="Nirmala UI" w:cs="Nirmala UI"/>
        </w:rPr>
        <w:t>అట్లు</w:t>
      </w:r>
      <w:r>
        <w:rPr>
          <w:rFonts w:ascii="Times New Roman" w:hAnsi="Times New Roman" w:eastAsia="Times New Roman" w:cs="Times New Roman"/>
        </w:rPr>
        <w:t xml:space="preserve">, </w:t>
      </w:r>
      <w:r>
        <w:rPr>
          <w:rFonts w:ascii="Nirmala UI" w:hAnsi="Nirmala UI" w:eastAsia="Nirmala UI" w:cs="Nirmala UI"/>
        </w:rPr>
        <w:t>నోవహీయ</w:t>
      </w:r>
      <w:r>
        <w:rPr>
          <w:rFonts w:ascii="Times New Roman" w:hAnsi="Times New Roman" w:eastAsia="Times New Roman" w:cs="Times New Roman"/>
        </w:rPr>
        <w:t xml:space="preserve"> </w:t>
      </w:r>
      <w:r>
        <w:rPr>
          <w:rFonts w:ascii="Nirmala UI" w:hAnsi="Nirmala UI" w:eastAsia="Nirmala UI" w:cs="Nirmala UI"/>
        </w:rPr>
        <w:t>ఒడంబడికను</w:t>
      </w:r>
      <w:r>
        <w:rPr>
          <w:rFonts w:ascii="Times New Roman" w:hAnsi="Times New Roman" w:eastAsia="Times New Roman" w:cs="Times New Roman"/>
        </w:rPr>
        <w:t xml:space="preserve"> </w:t>
      </w:r>
      <w:r>
        <w:rPr>
          <w:rFonts w:ascii="Nirmala UI" w:hAnsi="Nirmala UI" w:eastAsia="Nirmala UI" w:cs="Nirmala UI"/>
        </w:rPr>
        <w:t>అబ్రాహామీయ</w:t>
      </w:r>
      <w:r>
        <w:rPr>
          <w:rFonts w:ascii="Times New Roman" w:hAnsi="Times New Roman" w:eastAsia="Times New Roman" w:cs="Times New Roman"/>
        </w:rPr>
        <w:t xml:space="preserve"> </w:t>
      </w:r>
      <w:r>
        <w:rPr>
          <w:rFonts w:ascii="Nirmala UI" w:hAnsi="Nirmala UI" w:eastAsia="Nirmala UI" w:cs="Nirmala UI"/>
        </w:rPr>
        <w:t>ఒడంబడికతో</w:t>
      </w:r>
      <w:r>
        <w:rPr>
          <w:rFonts w:ascii="Times New Roman" w:hAnsi="Times New Roman" w:eastAsia="Times New Roman" w:cs="Times New Roman"/>
        </w:rPr>
        <w:t xml:space="preserve"> </w:t>
      </w:r>
      <w:r>
        <w:rPr>
          <w:rFonts w:ascii="Nirmala UI" w:hAnsi="Nirmala UI" w:eastAsia="Nirmala UI" w:cs="Nirmala UI"/>
        </w:rPr>
        <w:t>అనుసంధానించుటకు</w:t>
      </w:r>
      <w:r>
        <w:rPr>
          <w:rFonts w:ascii="Times New Roman" w:hAnsi="Times New Roman" w:eastAsia="Times New Roman" w:cs="Times New Roman"/>
        </w:rPr>
        <w:t xml:space="preserve"> </w:t>
      </w:r>
      <w:r>
        <w:rPr>
          <w:rFonts w:ascii="Nirmala UI" w:hAnsi="Nirmala UI" w:eastAsia="Nirmala UI" w:cs="Nirmala UI"/>
        </w:rPr>
        <w:t>ఎనిమిది</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సంఖ్యను</w:t>
      </w:r>
      <w:r>
        <w:rPr>
          <w:rFonts w:ascii="Times New Roman" w:hAnsi="Times New Roman" w:eastAsia="Times New Roman" w:cs="Times New Roman"/>
        </w:rPr>
        <w:t xml:space="preserve"> </w:t>
      </w:r>
      <w:r>
        <w:rPr>
          <w:rFonts w:ascii="Nirmala UI" w:hAnsi="Nirmala UI" w:eastAsia="Nirmala UI" w:cs="Nirmala UI"/>
        </w:rPr>
        <w:t>వినియోగించబడింది</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ఫిలడెల్ఫీయులై</w:t>
      </w:r>
      <w:r>
        <w:rPr>
          <w:rFonts w:ascii="Times New Roman" w:hAnsi="Times New Roman" w:eastAsia="Times New Roman" w:cs="Times New Roman"/>
        </w:rPr>
        <w:t xml:space="preserve"> </w:t>
      </w:r>
      <w:r>
        <w:rPr>
          <w:rFonts w:ascii="Nirmala UI" w:hAnsi="Nirmala UI" w:eastAsia="Nirmala UI" w:cs="Nirmala UI"/>
        </w:rPr>
        <w:t>ఉండవలెను</w:t>
      </w:r>
      <w:r>
        <w:rPr>
          <w:rFonts w:ascii="Times New Roman" w:hAnsi="Times New Roman" w:eastAsia="Times New Roman" w:cs="Times New Roman"/>
        </w:rPr>
        <w:t xml:space="preserve">; </w:t>
      </w:r>
      <w:r>
        <w:rPr>
          <w:rFonts w:ascii="Nirmala UI" w:hAnsi="Nirmala UI" w:eastAsia="Nirmala UI" w:cs="Nirmala UI"/>
        </w:rPr>
        <w:t>ఎందుకంటే</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సున్నతి</w:t>
      </w:r>
      <w:r>
        <w:rPr>
          <w:rFonts w:ascii="Times New Roman" w:hAnsi="Times New Roman" w:eastAsia="Times New Roman" w:cs="Times New Roman"/>
        </w:rPr>
        <w:t xml:space="preserve"> </w:t>
      </w:r>
      <w:r>
        <w:rPr>
          <w:rFonts w:ascii="Nirmala UI" w:hAnsi="Nirmala UI" w:eastAsia="Nirmala UI" w:cs="Nirmala UI"/>
        </w:rPr>
        <w:t>పొందవలసినవారు</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పౌలు</w:t>
      </w:r>
      <w:r>
        <w:rPr>
          <w:rFonts w:ascii="Times New Roman" w:hAnsi="Times New Roman" w:eastAsia="Times New Roman" w:cs="Times New Roman"/>
        </w:rPr>
        <w:t xml:space="preserve"> </w:t>
      </w:r>
      <w:r>
        <w:rPr>
          <w:rFonts w:ascii="Nirmala UI" w:hAnsi="Nirmala UI" w:eastAsia="Nirmala UI" w:cs="Nirmala UI"/>
        </w:rPr>
        <w:t>దానిని</w:t>
      </w:r>
      <w:r>
        <w:rPr>
          <w:rFonts w:ascii="Times New Roman" w:hAnsi="Times New Roman" w:eastAsia="Times New Roman" w:cs="Times New Roman"/>
        </w:rPr>
        <w:t xml:space="preserve"> </w:t>
      </w:r>
      <w:r>
        <w:rPr>
          <w:rFonts w:ascii="Nirmala UI" w:hAnsi="Nirmala UI" w:eastAsia="Nirmala UI" w:cs="Nirmala UI"/>
        </w:rPr>
        <w:t>శరీర</w:t>
      </w:r>
      <w:r>
        <w:rPr>
          <w:rFonts w:ascii="Times New Roman" w:hAnsi="Times New Roman" w:eastAsia="Times New Roman" w:cs="Times New Roman"/>
        </w:rPr>
        <w:t xml:space="preserve"> </w:t>
      </w:r>
      <w:r>
        <w:rPr>
          <w:rFonts w:ascii="Nirmala UI" w:hAnsi="Nirmala UI" w:eastAsia="Nirmala UI" w:cs="Nirmala UI"/>
        </w:rPr>
        <w:t>సిలువ</w:t>
      </w:r>
      <w:r>
        <w:rPr>
          <w:rFonts w:ascii="Times New Roman" w:hAnsi="Times New Roman" w:eastAsia="Times New Roman" w:cs="Times New Roman"/>
        </w:rPr>
        <w:t xml:space="preserve"> </w:t>
      </w:r>
      <w:r>
        <w:rPr>
          <w:rFonts w:ascii="Nirmala UI" w:hAnsi="Nirmala UI" w:eastAsia="Nirmala UI" w:cs="Nirmala UI"/>
        </w:rPr>
        <w:t>వేయబడుటకు</w:t>
      </w:r>
      <w:r>
        <w:rPr>
          <w:rFonts w:ascii="Times New Roman" w:hAnsi="Times New Roman" w:eastAsia="Times New Roman" w:cs="Times New Roman"/>
        </w:rPr>
        <w:t xml:space="preserve"> </w:t>
      </w:r>
      <w:r>
        <w:rPr>
          <w:rFonts w:ascii="Nirmala UI" w:hAnsi="Nirmala UI" w:eastAsia="Nirmala UI" w:cs="Nirmala UI"/>
        </w:rPr>
        <w:t>సంకేతమని</w:t>
      </w:r>
      <w:r>
        <w:rPr>
          <w:rFonts w:ascii="Times New Roman" w:hAnsi="Times New Roman" w:eastAsia="Times New Roman" w:cs="Times New Roman"/>
        </w:rPr>
        <w:t xml:space="preserve"> </w:t>
      </w:r>
      <w:r>
        <w:rPr>
          <w:rFonts w:ascii="Nirmala UI" w:hAnsi="Nirmala UI" w:eastAsia="Nirmala UI" w:cs="Nirmala UI"/>
        </w:rPr>
        <w:t>గుర్తించెను</w:t>
      </w:r>
      <w:r>
        <w:rPr>
          <w:rFonts w:ascii="Times New Roman" w:hAnsi="Times New Roman" w:eastAsia="Times New Roman" w:cs="Times New Roman"/>
        </w:rPr>
        <w:t xml:space="preserve">. </w:t>
      </w:r>
      <w:r>
        <w:rPr>
          <w:rFonts w:ascii="Nirmala UI" w:hAnsi="Nirmala UI" w:eastAsia="Nirmala UI" w:cs="Nirmala UI"/>
        </w:rPr>
        <w:t>శరీరం</w:t>
      </w:r>
      <w:r>
        <w:rPr>
          <w:rFonts w:ascii="Times New Roman" w:hAnsi="Times New Roman" w:eastAsia="Times New Roman" w:cs="Times New Roman"/>
        </w:rPr>
        <w:t xml:space="preserve"> </w:t>
      </w:r>
      <w:r>
        <w:rPr>
          <w:rFonts w:ascii="Nirmala UI" w:hAnsi="Nirmala UI" w:eastAsia="Nirmala UI" w:cs="Nirmala UI"/>
        </w:rPr>
        <w:t>సిలువ</w:t>
      </w:r>
      <w:r>
        <w:rPr>
          <w:rFonts w:ascii="Times New Roman" w:hAnsi="Times New Roman" w:eastAsia="Times New Roman" w:cs="Times New Roman"/>
        </w:rPr>
        <w:t xml:space="preserve"> </w:t>
      </w:r>
      <w:r>
        <w:rPr>
          <w:rFonts w:ascii="Nirmala UI" w:hAnsi="Nirmala UI" w:eastAsia="Nirmala UI" w:cs="Nirmala UI"/>
        </w:rPr>
        <w:t>వేయబడినప్పుడు</w:t>
      </w:r>
      <w:r>
        <w:rPr>
          <w:rFonts w:ascii="Times New Roman" w:hAnsi="Times New Roman" w:eastAsia="Times New Roman" w:cs="Times New Roman"/>
        </w:rPr>
        <w:t xml:space="preserve"> </w:t>
      </w:r>
      <w:r>
        <w:rPr>
          <w:rFonts w:ascii="Nirmala UI" w:hAnsi="Nirmala UI" w:eastAsia="Nirmala UI" w:cs="Nirmala UI"/>
        </w:rPr>
        <w:t>క్రీస్తు</w:t>
      </w:r>
      <w:r>
        <w:rPr>
          <w:rFonts w:ascii="Times New Roman" w:hAnsi="Times New Roman" w:eastAsia="Times New Roman" w:cs="Times New Roman"/>
        </w:rPr>
        <w:t xml:space="preserve"> </w:t>
      </w:r>
      <w:r>
        <w:rPr>
          <w:rFonts w:ascii="Nirmala UI" w:hAnsi="Nirmala UI" w:eastAsia="Nirmala UI" w:cs="Nirmala UI"/>
        </w:rPr>
        <w:t>దైవత్వం</w:t>
      </w:r>
      <w:r>
        <w:rPr>
          <w:rFonts w:ascii="Times New Roman" w:hAnsi="Times New Roman" w:eastAsia="Times New Roman" w:cs="Times New Roman"/>
        </w:rPr>
        <w:t xml:space="preserve"> </w:t>
      </w:r>
      <w:r>
        <w:rPr>
          <w:rFonts w:ascii="Nirmala UI" w:hAnsi="Nirmala UI" w:eastAsia="Nirmala UI" w:cs="Nirmala UI"/>
        </w:rPr>
        <w:t>అంతర్భూతమై</w:t>
      </w:r>
      <w:r>
        <w:rPr>
          <w:rFonts w:ascii="Times New Roman" w:hAnsi="Times New Roman" w:eastAsia="Times New Roman" w:cs="Times New Roman"/>
        </w:rPr>
        <w:t xml:space="preserve"> </w:t>
      </w:r>
      <w:r>
        <w:rPr>
          <w:rFonts w:ascii="Nirmala UI" w:hAnsi="Nirmala UI" w:eastAsia="Nirmala UI" w:cs="Nirmala UI"/>
        </w:rPr>
        <w:t>యుండును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సంగమమే</w:t>
      </w:r>
      <w:r>
        <w:rPr>
          <w:rFonts w:ascii="Times New Roman" w:hAnsi="Times New Roman" w:eastAsia="Times New Roman" w:cs="Times New Roman"/>
        </w:rPr>
        <w:t xml:space="preserve"> </w:t>
      </w:r>
      <w:r>
        <w:rPr>
          <w:rFonts w:ascii="Nirmala UI" w:hAnsi="Nirmala UI" w:eastAsia="Nirmala UI" w:cs="Nirmala UI"/>
        </w:rPr>
        <w:t>ధ్వజం</w:t>
      </w:r>
      <w:r>
        <w:rPr>
          <w:rFonts w:ascii="Times New Roman" w:hAnsi="Times New Roman" w:eastAsia="Times New Roman" w:cs="Times New Roman"/>
        </w:rPr>
        <w:t xml:space="preserve">; </w:t>
      </w:r>
      <w:r>
        <w:rPr>
          <w:rFonts w:ascii="Nirmala UI" w:hAnsi="Nirmala UI" w:eastAsia="Nirmala UI" w:cs="Nirmala UI"/>
        </w:rPr>
        <w:t>ఎందుకంటే</w:t>
      </w:r>
      <w:r>
        <w:rPr>
          <w:rFonts w:ascii="Times New Roman" w:hAnsi="Times New Roman" w:eastAsia="Times New Roman" w:cs="Times New Roman"/>
        </w:rPr>
        <w:t xml:space="preserve"> </w:t>
      </w:r>
      <w:r>
        <w:rPr>
          <w:rFonts w:ascii="Nirmala UI" w:hAnsi="Nirmala UI" w:eastAsia="Nirmala UI" w:cs="Nirmala UI"/>
        </w:rPr>
        <w:t>సిస్టర్</w:t>
      </w:r>
      <w:r>
        <w:rPr>
          <w:rFonts w:ascii="Times New Roman" w:hAnsi="Times New Roman" w:eastAsia="Times New Roman" w:cs="Times New Roman"/>
        </w:rPr>
        <w:t xml:space="preserve"> </w:t>
      </w:r>
      <w:r>
        <w:rPr>
          <w:rFonts w:ascii="Nirmala UI" w:hAnsi="Nirmala UI" w:eastAsia="Nirmala UI" w:cs="Nirmala UI"/>
        </w:rPr>
        <w:t>వైట్</w:t>
      </w:r>
      <w:r>
        <w:rPr>
          <w:rFonts w:ascii="Times New Roman" w:hAnsi="Times New Roman" w:eastAsia="Times New Roman" w:cs="Times New Roman"/>
        </w:rPr>
        <w:t xml:space="preserve"> </w:t>
      </w:r>
      <w:r>
        <w:rPr>
          <w:rFonts w:ascii="Nirmala UI" w:hAnsi="Nirmala UI" w:eastAsia="Nirmala UI" w:cs="Nirmala UI"/>
        </w:rPr>
        <w:t>ఇలా</w:t>
      </w:r>
      <w:r>
        <w:rPr>
          <w:rFonts w:ascii="Times New Roman" w:hAnsi="Times New Roman" w:eastAsia="Times New Roman" w:cs="Times New Roman"/>
        </w:rPr>
        <w:t xml:space="preserve"> </w:t>
      </w:r>
      <w:r>
        <w:rPr>
          <w:rFonts w:ascii="Nirmala UI" w:hAnsi="Nirmala UI" w:eastAsia="Nirmala UI" w:cs="Nirmala UI"/>
        </w:rPr>
        <w:t>పేర్కొంటుంది</w:t>
      </w:r>
      <w:r>
        <w:rPr>
          <w:rFonts w:ascii="Times New Roman" w:hAnsi="Times New Roman" w:eastAsia="Times New Roman" w:cs="Times New Roman"/>
        </w:rPr>
        <w:t>: “When Christ character is perfectly reproduced in His children, He will return for them.”</w:t>
      </w:r>
    </w:p>
    <w:p>
      <w:pPr>
        <w:pStyle w:val="ArticleScripture"/>
        <w:jc w:val="left"/>
      </w:pPr>
      <w:r>
        <w:rPr>
          <w:rFonts w:ascii="Times New Roman" w:hAnsi="Times New Roman" w:eastAsia="Times New Roman" w:cs="Times New Roman"/>
        </w:rPr>
        <w:t>«Намуси инсон фосид аст ва бо адолат аз ҷониби Худои муқаддас маҳкум мегардад. Аммо барои гуноҳкори тавбакарда тадбире фароҳам оварда шудааст, то ки ӯ ба воситаи имон ба каффораи Писари ягоназоиди Худо омурзиши гуноҳро дарёбад, сафедкунӣ ёбад, ба хонаводаи осмонӣ ба фарзандхонӣ пазируфта шавад ва вориси Малакути Худо гардад. Табдили хислат тавассути амали Рӯҳулқудс ба вуҷуд оварда мешавад, ки бар омили инсонӣ таъсир намуда, мувофиқи хоҳиш ва ризоияти ӯ ба анҷом ёфтани ин кор, дар ӯ табиати навро ҷой медиҳад. Сурати Худо дар ҷон барқарор мегардад, ва ӯ рӯз ба рӯз бо файз қувват ёфта ва нав мегардад, ва ҳарчи бештару комилтар қодир мегардад, ки хислати Масеҳро дар адолат ва қудсияти ҳақиқӣ инъикос намояд.</w:t>
      </w:r>
    </w:p>
    <w:p>
      <w:pPr>
        <w:pStyle w:val="ArticleScripture"/>
        <w:jc w:val="left"/>
      </w:pPr>
      <w:r>
        <w:rPr>
          <w:rFonts w:ascii="Times New Roman" w:hAnsi="Times New Roman" w:eastAsia="Times New Roman" w:cs="Times New Roman"/>
        </w:rPr>
        <w:t>“</w:t>
      </w:r>
      <w:r>
        <w:rPr>
          <w:rFonts w:ascii="Nirmala UI" w:hAnsi="Nirmala UI" w:eastAsia="Nirmala UI" w:cs="Nirmala UI"/>
        </w:rPr>
        <w:t>अजूँध</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जऊन</w:t>
      </w:r>
      <w:r>
        <w:rPr>
          <w:rFonts w:ascii="Times New Roman" w:hAnsi="Times New Roman" w:eastAsia="Times New Roman" w:cs="Times New Roman"/>
        </w:rPr>
        <w:t xml:space="preserve"> </w:t>
      </w:r>
      <w:r>
        <w:rPr>
          <w:rFonts w:ascii="Nirmala UI" w:hAnsi="Nirmala UI" w:eastAsia="Nirmala UI" w:cs="Nirmala UI"/>
        </w:rPr>
        <w:t>मनखेमन</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जरूरी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अऊ</w:t>
      </w:r>
      <w:r>
        <w:rPr>
          <w:rFonts w:ascii="Times New Roman" w:hAnsi="Times New Roman" w:eastAsia="Times New Roman" w:cs="Times New Roman"/>
        </w:rPr>
        <w:t xml:space="preserve"> </w:t>
      </w:r>
      <w:r>
        <w:rPr>
          <w:rFonts w:ascii="Nirmala UI" w:hAnsi="Nirmala UI" w:eastAsia="Nirmala UI" w:cs="Nirmala UI"/>
        </w:rPr>
        <w:t>जऊन</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बुद्धिहीन</w:t>
      </w:r>
      <w:r>
        <w:rPr>
          <w:rFonts w:ascii="Times New Roman" w:hAnsi="Times New Roman" w:eastAsia="Times New Roman" w:cs="Times New Roman"/>
        </w:rPr>
        <w:t xml:space="preserve"> </w:t>
      </w:r>
      <w:r>
        <w:rPr>
          <w:rFonts w:ascii="Nirmala UI" w:hAnsi="Nirmala UI" w:eastAsia="Nirmala UI" w:cs="Nirmala UI"/>
        </w:rPr>
        <w:t>कुँवारीमन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दिखाय</w:t>
      </w:r>
      <w:r>
        <w:rPr>
          <w:rFonts w:ascii="Times New Roman" w:hAnsi="Times New Roman" w:eastAsia="Times New Roman" w:cs="Times New Roman"/>
        </w:rPr>
        <w:t xml:space="preserve"> </w:t>
      </w:r>
      <w:r>
        <w:rPr>
          <w:rFonts w:ascii="Nirmala UI" w:hAnsi="Nirmala UI" w:eastAsia="Nirmala UI" w:cs="Nirmala UI"/>
        </w:rPr>
        <w:t>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लगाय</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चीज</w:t>
      </w:r>
      <w:r>
        <w:rPr>
          <w:rFonts w:ascii="Times New Roman" w:hAnsi="Times New Roman" w:eastAsia="Times New Roman" w:cs="Times New Roman"/>
        </w:rPr>
        <w:t xml:space="preserve"> </w:t>
      </w:r>
      <w:r>
        <w:rPr>
          <w:rFonts w:ascii="Nirmala UI" w:hAnsi="Nirmala UI" w:eastAsia="Nirmala UI" w:cs="Nirmala UI"/>
        </w:rPr>
        <w:t>नइ</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ओमन</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पवित्तर</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चाही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निखारे</w:t>
      </w:r>
      <w:r>
        <w:rPr>
          <w:rFonts w:ascii="Times New Roman" w:hAnsi="Times New Roman" w:eastAsia="Times New Roman" w:cs="Times New Roman"/>
        </w:rPr>
        <w:t xml:space="preserve">, </w:t>
      </w:r>
      <w:r>
        <w:rPr>
          <w:rFonts w:ascii="Nirmala UI" w:hAnsi="Nirmala UI" w:eastAsia="Nirmala UI" w:cs="Nirmala UI"/>
        </w:rPr>
        <w:t>अऊ</w:t>
      </w:r>
      <w:r>
        <w:rPr>
          <w:rFonts w:ascii="Times New Roman" w:hAnsi="Times New Roman" w:eastAsia="Times New Roman" w:cs="Times New Roman"/>
        </w:rPr>
        <w:t xml:space="preserve"> </w:t>
      </w:r>
      <w:r>
        <w:rPr>
          <w:rFonts w:ascii="Nirmala UI" w:hAnsi="Nirmala UI" w:eastAsia="Nirmala UI" w:cs="Nirmala UI"/>
        </w:rPr>
        <w:t>पवित्तर</w:t>
      </w:r>
      <w:r>
        <w:rPr>
          <w:rFonts w:ascii="Times New Roman" w:hAnsi="Times New Roman" w:eastAsia="Times New Roman" w:cs="Times New Roman"/>
        </w:rPr>
        <w:t xml:space="preserve"> </w:t>
      </w:r>
      <w:r>
        <w:rPr>
          <w:rFonts w:ascii="Nirmala UI" w:hAnsi="Nirmala UI" w:eastAsia="Nirmala UI" w:cs="Nirmala UI"/>
        </w:rPr>
        <w:t>ठहराए।</w:t>
      </w:r>
      <w:r>
        <w:rPr>
          <w:rFonts w:ascii="Times New Roman" w:hAnsi="Times New Roman" w:eastAsia="Times New Roman" w:cs="Times New Roman"/>
        </w:rPr>
        <w:t xml:space="preserve"> </w:t>
      </w:r>
      <w:r>
        <w:rPr>
          <w:rFonts w:ascii="Nirmala UI" w:hAnsi="Nirmala UI" w:eastAsia="Nirmala UI" w:cs="Nirmala UI"/>
        </w:rPr>
        <w:t>जऊन</w:t>
      </w:r>
      <w:r>
        <w:rPr>
          <w:rFonts w:ascii="Times New Roman" w:hAnsi="Times New Roman" w:eastAsia="Times New Roman" w:cs="Times New Roman"/>
        </w:rPr>
        <w:t xml:space="preserve"> </w:t>
      </w:r>
      <w:r>
        <w:rPr>
          <w:rFonts w:ascii="Nirmala UI" w:hAnsi="Nirmala UI" w:eastAsia="Nirmala UI" w:cs="Nirmala UI"/>
        </w:rPr>
        <w:t>चीज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ओमन</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जरूरत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सिद्धांत</w:t>
      </w:r>
      <w:r>
        <w:rPr>
          <w:rFonts w:ascii="Times New Roman" w:hAnsi="Times New Roman" w:eastAsia="Times New Roman" w:cs="Times New Roman"/>
        </w:rPr>
        <w:t xml:space="preserve"> </w:t>
      </w:r>
      <w:r>
        <w:rPr>
          <w:rFonts w:ascii="Nirmala UI" w:hAnsi="Nirmala UI" w:eastAsia="Nirmala UI" w:cs="Nirmala UI"/>
        </w:rPr>
        <w:t>नइ</w:t>
      </w:r>
      <w:r>
        <w:rPr>
          <w:rFonts w:ascii="Times New Roman" w:hAnsi="Times New Roman" w:eastAsia="Times New Roman" w:cs="Times New Roman"/>
        </w:rPr>
        <w:t xml:space="preserve">, </w:t>
      </w:r>
      <w:r>
        <w:rPr>
          <w:rFonts w:ascii="Nirmala UI" w:hAnsi="Nirmala UI" w:eastAsia="Nirmala UI" w:cs="Nirmala UI"/>
        </w:rPr>
        <w:t>बल्कि</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पवित्तर</w:t>
      </w:r>
      <w:r>
        <w:rPr>
          <w:rFonts w:ascii="Times New Roman" w:hAnsi="Times New Roman" w:eastAsia="Times New Roman" w:cs="Times New Roman"/>
        </w:rPr>
        <w:t xml:space="preserve"> </w:t>
      </w:r>
      <w:r>
        <w:rPr>
          <w:rFonts w:ascii="Nirmala UI" w:hAnsi="Nirmala UI" w:eastAsia="Nirmala UI" w:cs="Nirmala UI"/>
        </w:rPr>
        <w:t>शिक्षामन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जऊन</w:t>
      </w:r>
      <w:r>
        <w:rPr>
          <w:rFonts w:ascii="Times New Roman" w:hAnsi="Times New Roman" w:eastAsia="Times New Roman" w:cs="Times New Roman"/>
        </w:rPr>
        <w:t xml:space="preserve"> </w:t>
      </w:r>
      <w:r>
        <w:rPr>
          <w:rFonts w:ascii="Nirmala UI" w:hAnsi="Nirmala UI" w:eastAsia="Nirmala UI" w:cs="Nirmala UI"/>
        </w:rPr>
        <w:t>अनिश्चित</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असंबद्ध</w:t>
      </w:r>
      <w:r>
        <w:rPr>
          <w:rFonts w:ascii="Times New Roman" w:hAnsi="Times New Roman" w:eastAsia="Times New Roman" w:cs="Times New Roman"/>
        </w:rPr>
        <w:t xml:space="preserve"> </w:t>
      </w:r>
      <w:r>
        <w:rPr>
          <w:rFonts w:ascii="Nirmala UI" w:hAnsi="Nirmala UI" w:eastAsia="Nirmala UI" w:cs="Nirmala UI"/>
        </w:rPr>
        <w:t>मत</w:t>
      </w:r>
      <w:r>
        <w:rPr>
          <w:rFonts w:ascii="Times New Roman" w:hAnsi="Times New Roman" w:eastAsia="Times New Roman" w:cs="Times New Roman"/>
        </w:rPr>
        <w:t xml:space="preserve"> </w:t>
      </w:r>
      <w:r>
        <w:rPr>
          <w:rFonts w:ascii="Nirmala UI" w:hAnsi="Nirmala UI" w:eastAsia="Nirmala UI" w:cs="Nirmala UI"/>
        </w:rPr>
        <w:t>नइ</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बल्कि</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जऊन</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हितमन</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समेटे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अऊ</w:t>
      </w:r>
      <w:r>
        <w:rPr>
          <w:rFonts w:ascii="Times New Roman" w:hAnsi="Times New Roman" w:eastAsia="Times New Roman" w:cs="Times New Roman"/>
        </w:rPr>
        <w:t xml:space="preserve"> </w:t>
      </w:r>
      <w:r>
        <w:rPr>
          <w:rFonts w:ascii="Nirmala UI" w:hAnsi="Nirmala UI" w:eastAsia="Nirmala UI" w:cs="Nirmala UI"/>
        </w:rPr>
        <w:t>जऊन</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केंद्रित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ओकर</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संपूर्ण</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विद्यमान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उद्धार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आधार</w:t>
      </w:r>
      <w:r>
        <w:rPr>
          <w:rFonts w:ascii="Times New Roman" w:hAnsi="Times New Roman" w:eastAsia="Times New Roman" w:cs="Times New Roman"/>
        </w:rPr>
        <w:t xml:space="preserve"> </w:t>
      </w:r>
      <w:r>
        <w:rPr>
          <w:rFonts w:ascii="Nirmala UI" w:hAnsi="Nirmala UI" w:eastAsia="Nirmala UI" w:cs="Nirmala UI"/>
        </w:rPr>
        <w:t>अऊ</w:t>
      </w:r>
      <w:r>
        <w:rPr>
          <w:rFonts w:ascii="Times New Roman" w:hAnsi="Times New Roman" w:eastAsia="Times New Roman" w:cs="Times New Roman"/>
        </w:rPr>
        <w:t xml:space="preserve"> </w:t>
      </w:r>
      <w:r>
        <w:rPr>
          <w:rFonts w:ascii="Nirmala UI" w:hAnsi="Nirmala UI" w:eastAsia="Nirmala UI" w:cs="Nirmala UI"/>
        </w:rPr>
        <w:t>खंभा</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जऊन</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सच्चा</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करथें</w:t>
      </w:r>
      <w:r>
        <w:rPr>
          <w:rFonts w:ascii="Times New Roman" w:hAnsi="Times New Roman" w:eastAsia="Times New Roman" w:cs="Times New Roman"/>
        </w:rPr>
        <w:t xml:space="preserve">, </w:t>
      </w:r>
      <w:r>
        <w:rPr>
          <w:rFonts w:ascii="Nirmala UI" w:hAnsi="Nirmala UI" w:eastAsia="Nirmala UI" w:cs="Nirmala UI"/>
        </w:rPr>
        <w:t>ओमन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पवित्तरता</w:t>
      </w:r>
      <w:r>
        <w:rPr>
          <w:rFonts w:ascii="Times New Roman" w:hAnsi="Times New Roman" w:eastAsia="Times New Roman" w:cs="Times New Roman"/>
        </w:rPr>
        <w:t xml:space="preserve"> </w:t>
      </w:r>
      <w:r>
        <w:rPr>
          <w:rFonts w:ascii="Nirmala UI" w:hAnsi="Nirmala UI" w:eastAsia="Nirmala UI" w:cs="Nirmala UI"/>
        </w:rPr>
        <w:t>अऊ</w:t>
      </w:r>
      <w:r>
        <w:rPr>
          <w:rFonts w:ascii="Times New Roman" w:hAnsi="Times New Roman" w:eastAsia="Times New Roman" w:cs="Times New Roman"/>
        </w:rPr>
        <w:t xml:space="preserve"> </w:t>
      </w:r>
      <w:r>
        <w:rPr>
          <w:rFonts w:ascii="Nirmala UI" w:hAnsi="Nirmala UI" w:eastAsia="Nirmala UI" w:cs="Nirmala UI"/>
        </w:rPr>
        <w:t>परमेसर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आज्ञाकारिता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ओकर</w:t>
      </w:r>
      <w:r>
        <w:rPr>
          <w:rFonts w:ascii="Times New Roman" w:hAnsi="Times New Roman" w:eastAsia="Times New Roman" w:cs="Times New Roman"/>
        </w:rPr>
        <w:t xml:space="preserve"> </w:t>
      </w:r>
      <w:r>
        <w:rPr>
          <w:rFonts w:ascii="Nirmala UI" w:hAnsi="Nirmala UI" w:eastAsia="Nirmala UI" w:cs="Nirmala UI"/>
        </w:rPr>
        <w:t>प्रगट</w:t>
      </w:r>
      <w:r>
        <w:rPr>
          <w:rFonts w:ascii="Times New Roman" w:hAnsi="Times New Roman" w:eastAsia="Times New Roman" w:cs="Times New Roman"/>
        </w:rPr>
        <w:t xml:space="preserve"> </w:t>
      </w:r>
      <w:r>
        <w:rPr>
          <w:rFonts w:ascii="Nirmala UI" w:hAnsi="Nirmala UI" w:eastAsia="Nirmala UI" w:cs="Nirmala UI"/>
        </w:rPr>
        <w:t>प्रमाण</w:t>
      </w:r>
      <w:r>
        <w:rPr>
          <w:rFonts w:ascii="Times New Roman" w:hAnsi="Times New Roman" w:eastAsia="Times New Roman" w:cs="Times New Roman"/>
        </w:rPr>
        <w:t xml:space="preserve"> </w:t>
      </w:r>
      <w:r>
        <w:rPr>
          <w:rFonts w:ascii="Nirmala UI" w:hAnsi="Nirmala UI" w:eastAsia="Nirmala UI" w:cs="Nirmala UI"/>
        </w:rPr>
        <w:t>देथें।</w:t>
      </w:r>
      <w:r>
        <w:rPr>
          <w:rFonts w:ascii="Times New Roman" w:hAnsi="Times New Roman" w:eastAsia="Times New Roman" w:cs="Times New Roman"/>
        </w:rPr>
        <w:t xml:space="preserve"> </w:t>
      </w:r>
      <w:r>
        <w:rPr>
          <w:rFonts w:ascii="Nirmala UI" w:hAnsi="Nirmala UI" w:eastAsia="Nirmala UI" w:cs="Nirmala UI"/>
        </w:rPr>
        <w:t>ओमन</w:t>
      </w:r>
      <w:r>
        <w:rPr>
          <w:rFonts w:ascii="Times New Roman" w:hAnsi="Times New Roman" w:eastAsia="Times New Roman" w:cs="Times New Roman"/>
        </w:rPr>
        <w:t xml:space="preserve"> </w:t>
      </w:r>
      <w:r>
        <w:rPr>
          <w:rFonts w:ascii="Nirmala UI" w:hAnsi="Nirmala UI" w:eastAsia="Nirmala UI" w:cs="Nirmala UI"/>
        </w:rPr>
        <w:t>जानथें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जऊन</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पहुँचथे</w:t>
      </w:r>
      <w:r>
        <w:rPr>
          <w:rFonts w:ascii="Times New Roman" w:hAnsi="Times New Roman" w:eastAsia="Times New Roman" w:cs="Times New Roman"/>
        </w:rPr>
        <w:t xml:space="preserve"> </w:t>
      </w:r>
      <w:r>
        <w:rPr>
          <w:rFonts w:ascii="Nirmala UI" w:hAnsi="Nirmala UI" w:eastAsia="Nirmala UI" w:cs="Nirmala UI"/>
        </w:rPr>
        <w:t>अऊ</w:t>
      </w:r>
      <w:r>
        <w:rPr>
          <w:rFonts w:ascii="Times New Roman" w:hAnsi="Times New Roman" w:eastAsia="Times New Roman" w:cs="Times New Roman"/>
        </w:rPr>
        <w:t xml:space="preserve"> </w:t>
      </w:r>
      <w:r>
        <w:rPr>
          <w:rFonts w:ascii="Nirmala UI" w:hAnsi="Nirmala UI" w:eastAsia="Nirmala UI" w:cs="Nirmala UI"/>
        </w:rPr>
        <w:t>अनंतकाल</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घेर</w:t>
      </w:r>
      <w:r>
        <w:rPr>
          <w:rFonts w:ascii="Times New Roman" w:hAnsi="Times New Roman" w:eastAsia="Times New Roman" w:cs="Times New Roman"/>
        </w:rPr>
        <w:t xml:space="preserve"> </w:t>
      </w:r>
      <w:r>
        <w:rPr>
          <w:rFonts w:ascii="Nirmala UI" w:hAnsi="Nirmala UI" w:eastAsia="Nirmala UI" w:cs="Nirmala UI"/>
        </w:rPr>
        <w:t>लेथे।</w:t>
      </w:r>
      <w:r>
        <w:rPr>
          <w:rFonts w:ascii="Times New Roman" w:hAnsi="Times New Roman" w:eastAsia="Times New Roman" w:cs="Times New Roman"/>
        </w:rPr>
        <w:t xml:space="preserve"> </w:t>
      </w:r>
      <w:r>
        <w:rPr>
          <w:rFonts w:ascii="Nirmala UI" w:hAnsi="Nirmala UI" w:eastAsia="Nirmala UI" w:cs="Nirmala UI"/>
        </w:rPr>
        <w:t>ओमन</w:t>
      </w:r>
      <w:r>
        <w:rPr>
          <w:rFonts w:ascii="Times New Roman" w:hAnsi="Times New Roman" w:eastAsia="Times New Roman" w:cs="Times New Roman"/>
        </w:rPr>
        <w:t xml:space="preserve"> </w:t>
      </w:r>
      <w:r>
        <w:rPr>
          <w:rFonts w:ascii="Nirmala UI" w:hAnsi="Nirmala UI" w:eastAsia="Nirmala UI" w:cs="Nirmala UI"/>
        </w:rPr>
        <w:t>समझथें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चाही</w:t>
      </w:r>
      <w:r>
        <w:rPr>
          <w:rFonts w:ascii="Times New Roman" w:hAnsi="Times New Roman" w:eastAsia="Times New Roman" w:cs="Times New Roman"/>
        </w:rPr>
        <w:t xml:space="preserve">, </w:t>
      </w:r>
      <w:r>
        <w:rPr>
          <w:rFonts w:ascii="Nirmala UI" w:hAnsi="Nirmala UI" w:eastAsia="Nirmala UI" w:cs="Nirmala UI"/>
        </w:rPr>
        <w:t>अऊ</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 xml:space="preserve"> </w:t>
      </w:r>
      <w:r>
        <w:rPr>
          <w:rFonts w:ascii="Nirmala UI" w:hAnsi="Nirmala UI" w:eastAsia="Nirmala UI" w:cs="Nirmala UI"/>
        </w:rPr>
        <w:t>अऊ</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परिपूर्ण</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चाही।</w:t>
      </w:r>
      <w:r>
        <w:rPr>
          <w:rFonts w:ascii="Times New Roman" w:hAnsi="Times New Roman" w:eastAsia="Times New Roman" w:cs="Times New Roman"/>
        </w:rPr>
        <w:t xml:space="preserve"> </w:t>
      </w:r>
      <w:r>
        <w:rPr>
          <w:rFonts w:ascii="Nirmala UI" w:hAnsi="Nirmala UI" w:eastAsia="Nirmala UI" w:cs="Nirmala UI"/>
        </w:rPr>
        <w:t>ओमन</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जाथे</w:t>
      </w:r>
      <w:r>
        <w:rPr>
          <w:rFonts w:ascii="Times New Roman" w:hAnsi="Times New Roman" w:eastAsia="Times New Roman" w:cs="Times New Roman"/>
        </w:rPr>
        <w:t xml:space="preserve">, </w:t>
      </w:r>
      <w:r>
        <w:rPr>
          <w:rFonts w:ascii="Nirmala UI" w:hAnsi="Nirmala UI" w:eastAsia="Nirmala UI" w:cs="Nirmala UI"/>
        </w:rPr>
        <w:t>जऊन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अइसने</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बनाए</w:t>
      </w:r>
      <w:r>
        <w:rPr>
          <w:rFonts w:ascii="Times New Roman" w:hAnsi="Times New Roman" w:eastAsia="Times New Roman" w:cs="Times New Roman"/>
        </w:rPr>
        <w:t xml:space="preserve"> </w:t>
      </w:r>
      <w:r>
        <w:rPr>
          <w:rFonts w:ascii="Nirmala UI" w:hAnsi="Nirmala UI" w:eastAsia="Nirmala UI" w:cs="Nirmala UI"/>
        </w:rPr>
        <w:t>रखथे</w:t>
      </w:r>
      <w:r>
        <w:rPr>
          <w:rFonts w:ascii="Times New Roman" w:hAnsi="Times New Roman" w:eastAsia="Times New Roman" w:cs="Times New Roman"/>
        </w:rPr>
        <w:t xml:space="preserve"> </w:t>
      </w:r>
      <w:r>
        <w:rPr>
          <w:rFonts w:ascii="Nirmala UI" w:hAnsi="Nirmala UI" w:eastAsia="Nirmala UI" w:cs="Nirmala UI"/>
        </w:rPr>
        <w:t>जऊन</w:t>
      </w:r>
      <w:r>
        <w:rPr>
          <w:rFonts w:ascii="Times New Roman" w:hAnsi="Times New Roman" w:eastAsia="Times New Roman" w:cs="Times New Roman"/>
        </w:rPr>
        <w:t xml:space="preserve"> </w:t>
      </w:r>
      <w:r>
        <w:rPr>
          <w:rFonts w:ascii="Nirmala UI" w:hAnsi="Nirmala UI" w:eastAsia="Nirmala UI" w:cs="Nirmala UI"/>
        </w:rPr>
        <w:t>कभू</w:t>
      </w:r>
      <w:r>
        <w:rPr>
          <w:rFonts w:ascii="Times New Roman" w:hAnsi="Times New Roman" w:eastAsia="Times New Roman" w:cs="Times New Roman"/>
        </w:rPr>
        <w:t xml:space="preserve"> </w:t>
      </w:r>
      <w:r>
        <w:rPr>
          <w:rFonts w:ascii="Nirmala UI" w:hAnsi="Nirmala UI" w:eastAsia="Nirmala UI" w:cs="Nirmala UI"/>
        </w:rPr>
        <w:t>असफल</w:t>
      </w:r>
      <w:r>
        <w:rPr>
          <w:rFonts w:ascii="Times New Roman" w:hAnsi="Times New Roman" w:eastAsia="Times New Roman" w:cs="Times New Roman"/>
        </w:rPr>
        <w:t xml:space="preserve"> </w:t>
      </w:r>
      <w:r>
        <w:rPr>
          <w:rFonts w:ascii="Nirmala UI" w:hAnsi="Nirmala UI" w:eastAsia="Nirmala UI" w:cs="Nirmala UI"/>
        </w:rPr>
        <w:t>नइ</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हृदय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पवित्तर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ओकर</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बनाथे।</w:t>
      </w:r>
      <w:r>
        <w:rPr>
          <w:rFonts w:ascii="Times New Roman" w:hAnsi="Times New Roman" w:eastAsia="Times New Roman" w:cs="Times New Roman"/>
        </w:rPr>
        <w:t xml:space="preserve"> </w:t>
      </w:r>
      <w:r>
        <w:rPr>
          <w:rFonts w:ascii="Nirmala UI" w:hAnsi="Nirmala UI" w:eastAsia="Nirmala UI" w:cs="Nirmala UI"/>
        </w:rPr>
        <w:t>ए</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निश्चयात्मक</w:t>
      </w:r>
      <w:r>
        <w:rPr>
          <w:rFonts w:ascii="Times New Roman" w:hAnsi="Times New Roman" w:eastAsia="Times New Roman" w:cs="Times New Roman"/>
        </w:rPr>
        <w:t xml:space="preserve"> </w:t>
      </w:r>
      <w:r>
        <w:rPr>
          <w:rFonts w:ascii="Nirmala UI" w:hAnsi="Nirmala UI" w:eastAsia="Nirmala UI" w:cs="Nirmala UI"/>
        </w:rPr>
        <w:t>प्रमाण</w:t>
      </w:r>
      <w:r>
        <w:rPr>
          <w:rFonts w:ascii="Times New Roman" w:hAnsi="Times New Roman" w:eastAsia="Times New Roman" w:cs="Times New Roman"/>
        </w:rPr>
        <w:t xml:space="preserve"> </w:t>
      </w:r>
      <w:r>
        <w:rPr>
          <w:rFonts w:ascii="Nirmala UI" w:hAnsi="Nirmala UI" w:eastAsia="Nirmala UI" w:cs="Nirmala UI"/>
        </w:rPr>
        <w:t>नइ</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स्त्री</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ए</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उत्तेजित</w:t>
      </w:r>
      <w:r>
        <w:rPr>
          <w:rFonts w:ascii="Times New Roman" w:hAnsi="Times New Roman" w:eastAsia="Times New Roman" w:cs="Times New Roman"/>
        </w:rPr>
        <w:t xml:space="preserve"> </w:t>
      </w:r>
      <w:r>
        <w:rPr>
          <w:rFonts w:ascii="Nirmala UI" w:hAnsi="Nirmala UI" w:eastAsia="Nirmala UI" w:cs="Nirmala UI"/>
        </w:rPr>
        <w:t>परिस्थिति</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गहिर</w:t>
      </w:r>
      <w:r>
        <w:rPr>
          <w:rFonts w:ascii="Times New Roman" w:hAnsi="Times New Roman" w:eastAsia="Times New Roman" w:cs="Times New Roman"/>
        </w:rPr>
        <w:t xml:space="preserve"> </w:t>
      </w:r>
      <w:r>
        <w:rPr>
          <w:rFonts w:ascii="Nirmala UI" w:hAnsi="Nirmala UI" w:eastAsia="Nirmala UI" w:cs="Nirmala UI"/>
        </w:rPr>
        <w:t>भावना</w:t>
      </w:r>
      <w:r>
        <w:rPr>
          <w:rFonts w:ascii="Times New Roman" w:hAnsi="Times New Roman" w:eastAsia="Times New Roman" w:cs="Times New Roman"/>
        </w:rPr>
        <w:t xml:space="preserve"> </w:t>
      </w:r>
      <w:r>
        <w:rPr>
          <w:rFonts w:ascii="Nirmala UI" w:hAnsi="Nirmala UI" w:eastAsia="Nirmala UI" w:cs="Nirmala UI"/>
        </w:rPr>
        <w:t>प्रगट</w:t>
      </w:r>
      <w:r>
        <w:rPr>
          <w:rFonts w:ascii="Times New Roman" w:hAnsi="Times New Roman" w:eastAsia="Times New Roman" w:cs="Times New Roman"/>
        </w:rPr>
        <w:t xml:space="preserve"> </w:t>
      </w:r>
      <w:r>
        <w:rPr>
          <w:rFonts w:ascii="Nirmala UI" w:hAnsi="Nirmala UI" w:eastAsia="Nirmala UI" w:cs="Nirmala UI"/>
        </w:rPr>
        <w:t>करथे।</w:t>
      </w:r>
      <w:r>
        <w:rPr>
          <w:rFonts w:ascii="Times New Roman" w:hAnsi="Times New Roman" w:eastAsia="Times New Roman" w:cs="Times New Roman"/>
        </w:rPr>
        <w:t xml:space="preserve"> </w:t>
      </w:r>
      <w:r>
        <w:rPr>
          <w:rFonts w:ascii="Nirmala UI" w:hAnsi="Nirmala UI" w:eastAsia="Nirmala UI" w:cs="Nirmala UI"/>
        </w:rPr>
        <w:t>जऊन</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ओकर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गहिर</w:t>
      </w:r>
      <w:r>
        <w:rPr>
          <w:rFonts w:ascii="Times New Roman" w:hAnsi="Times New Roman" w:eastAsia="Times New Roman" w:cs="Times New Roman"/>
        </w:rPr>
        <w:t xml:space="preserve">, </w:t>
      </w:r>
      <w:r>
        <w:rPr>
          <w:rFonts w:ascii="Nirmala UI" w:hAnsi="Nirmala UI" w:eastAsia="Nirmala UI" w:cs="Nirmala UI"/>
        </w:rPr>
        <w:t>दृढ़</w:t>
      </w:r>
      <w:r>
        <w:rPr>
          <w:rFonts w:ascii="Times New Roman" w:hAnsi="Times New Roman" w:eastAsia="Times New Roman" w:cs="Times New Roman"/>
        </w:rPr>
        <w:t xml:space="preserve">, </w:t>
      </w:r>
      <w:r>
        <w:rPr>
          <w:rFonts w:ascii="Nirmala UI" w:hAnsi="Nirmala UI" w:eastAsia="Nirmala UI" w:cs="Nirmala UI"/>
        </w:rPr>
        <w:t>अटल</w:t>
      </w:r>
      <w:r>
        <w:rPr>
          <w:rFonts w:ascii="Times New Roman" w:hAnsi="Times New Roman" w:eastAsia="Times New Roman" w:cs="Times New Roman"/>
        </w:rPr>
        <w:t xml:space="preserve">, </w:t>
      </w:r>
      <w:r>
        <w:rPr>
          <w:rFonts w:ascii="Nirmala UI" w:hAnsi="Nirmala UI" w:eastAsia="Nirmala UI" w:cs="Nirmala UI"/>
        </w:rPr>
        <w:t>धीरज</w:t>
      </w:r>
      <w:r>
        <w:rPr>
          <w:rFonts w:ascii="Times New Roman" w:hAnsi="Times New Roman" w:eastAsia="Times New Roman" w:cs="Times New Roman"/>
        </w:rPr>
        <w:t xml:space="preserve"> </w:t>
      </w:r>
      <w:r>
        <w:rPr>
          <w:rFonts w:ascii="Nirmala UI" w:hAnsi="Nirmala UI" w:eastAsia="Nirmala UI" w:cs="Nirmala UI"/>
        </w:rPr>
        <w:t>धरइया</w:t>
      </w:r>
      <w:r>
        <w:rPr>
          <w:rFonts w:ascii="Times New Roman" w:hAnsi="Times New Roman" w:eastAsia="Times New Roman" w:cs="Times New Roman"/>
        </w:rPr>
        <w:t xml:space="preserve"> </w:t>
      </w:r>
      <w:r>
        <w:rPr>
          <w:rFonts w:ascii="Nirmala UI" w:hAnsi="Nirmala UI" w:eastAsia="Nirmala UI" w:cs="Nirmala UI"/>
        </w:rPr>
        <w:t>तत्व</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तभो</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ओकर</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निर्बलता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बोध</w:t>
      </w:r>
      <w:r>
        <w:rPr>
          <w:rFonts w:ascii="Times New Roman" w:hAnsi="Times New Roman" w:eastAsia="Times New Roman" w:cs="Times New Roman"/>
        </w:rPr>
        <w:t xml:space="preserve"> </w:t>
      </w:r>
      <w:r>
        <w:rPr>
          <w:rFonts w:ascii="Nirmala UI" w:hAnsi="Nirmala UI" w:eastAsia="Nirmala UI" w:cs="Nirmala UI"/>
        </w:rPr>
        <w:t>रहिथे</w:t>
      </w:r>
      <w:r>
        <w:rPr>
          <w:rFonts w:ascii="Times New Roman" w:hAnsi="Times New Roman" w:eastAsia="Times New Roman" w:cs="Times New Roman"/>
        </w:rPr>
        <w:t xml:space="preserve">, </w:t>
      </w:r>
      <w:r>
        <w:rPr>
          <w:rFonts w:ascii="Nirmala UI" w:hAnsi="Nirmala UI" w:eastAsia="Nirmala UI" w:cs="Nirmala UI"/>
        </w:rPr>
        <w:t>अऊ</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धोखा</w:t>
      </w:r>
      <w:r>
        <w:rPr>
          <w:rFonts w:ascii="Times New Roman" w:hAnsi="Times New Roman" w:eastAsia="Times New Roman" w:cs="Times New Roman"/>
        </w:rPr>
        <w:t xml:space="preserve"> </w:t>
      </w:r>
      <w:r>
        <w:rPr>
          <w:rFonts w:ascii="Nirmala UI" w:hAnsi="Nirmala UI" w:eastAsia="Nirmala UI" w:cs="Nirmala UI"/>
        </w:rPr>
        <w:t>खाके</w:t>
      </w:r>
      <w:r>
        <w:rPr>
          <w:rFonts w:ascii="Times New Roman" w:hAnsi="Times New Roman" w:eastAsia="Times New Roman" w:cs="Times New Roman"/>
        </w:rPr>
        <w:t xml:space="preserve"> </w:t>
      </w:r>
      <w:r>
        <w:rPr>
          <w:rFonts w:ascii="Nirmala UI" w:hAnsi="Nirmala UI" w:eastAsia="Nirmala UI" w:cs="Nirmala UI"/>
        </w:rPr>
        <w:t>अऊ</w:t>
      </w:r>
      <w:r>
        <w:rPr>
          <w:rFonts w:ascii="Times New Roman" w:hAnsi="Times New Roman" w:eastAsia="Times New Roman" w:cs="Times New Roman"/>
        </w:rPr>
        <w:t xml:space="preserve"> </w:t>
      </w:r>
      <w:r>
        <w:rPr>
          <w:rFonts w:ascii="Nirmala UI" w:hAnsi="Nirmala UI" w:eastAsia="Nirmala UI" w:cs="Nirmala UI"/>
        </w:rPr>
        <w:t>भरमाए</w:t>
      </w:r>
      <w:r>
        <w:rPr>
          <w:rFonts w:ascii="Times New Roman" w:hAnsi="Times New Roman" w:eastAsia="Times New Roman" w:cs="Times New Roman"/>
        </w:rPr>
        <w:t xml:space="preserve"> </w:t>
      </w:r>
      <w:r>
        <w:rPr>
          <w:rFonts w:ascii="Nirmala UI" w:hAnsi="Nirmala UI" w:eastAsia="Nirmala UI" w:cs="Nirmala UI"/>
        </w:rPr>
        <w:t>जाके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भरोसा</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प्रवृत्त</w:t>
      </w:r>
      <w:r>
        <w:rPr>
          <w:rFonts w:ascii="Times New Roman" w:hAnsi="Times New Roman" w:eastAsia="Times New Roman" w:cs="Times New Roman"/>
        </w:rPr>
        <w:t xml:space="preserve"> </w:t>
      </w:r>
      <w:r>
        <w:rPr>
          <w:rFonts w:ascii="Nirmala UI" w:hAnsi="Nirmala UI" w:eastAsia="Nirmala UI" w:cs="Nirmala UI"/>
        </w:rPr>
        <w:t>नइ</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ओकर</w:t>
      </w:r>
      <w:r>
        <w:rPr>
          <w:rFonts w:ascii="Times New Roman" w:hAnsi="Times New Roman" w:eastAsia="Times New Roman" w:cs="Times New Roman"/>
        </w:rPr>
        <w:t xml:space="preserve"> </w:t>
      </w:r>
      <w:r>
        <w:rPr>
          <w:rFonts w:ascii="Nirmala UI" w:hAnsi="Nirmala UI" w:eastAsia="Nirmala UI" w:cs="Nirmala UI"/>
        </w:rPr>
        <w:t>परमेसर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ज्ञान</w:t>
      </w:r>
      <w:r>
        <w:rPr>
          <w:rFonts w:ascii="Times New Roman" w:hAnsi="Times New Roman" w:eastAsia="Times New Roman" w:cs="Times New Roman"/>
        </w:rPr>
        <w:t xml:space="preserve"> </w:t>
      </w:r>
      <w:r>
        <w:rPr>
          <w:rFonts w:ascii="Nirmala UI" w:hAnsi="Nirmala UI" w:eastAsia="Nirmala UI" w:cs="Nirmala UI"/>
        </w:rPr>
        <w:t>रहिथे</w:t>
      </w:r>
      <w:r>
        <w:rPr>
          <w:rFonts w:ascii="Times New Roman" w:hAnsi="Times New Roman" w:eastAsia="Times New Roman" w:cs="Times New Roman"/>
        </w:rPr>
        <w:t xml:space="preserve">, </w:t>
      </w:r>
      <w:r>
        <w:rPr>
          <w:rFonts w:ascii="Nirmala UI" w:hAnsi="Nirmala UI" w:eastAsia="Nirmala UI" w:cs="Nirmala UI"/>
        </w:rPr>
        <w:t>अऊ</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जानथे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तभी</w:t>
      </w:r>
      <w:r>
        <w:rPr>
          <w:rFonts w:ascii="Times New Roman" w:hAnsi="Times New Roman" w:eastAsia="Times New Roman" w:cs="Times New Roman"/>
        </w:rPr>
        <w:t xml:space="preserve"> </w:t>
      </w:r>
      <w:r>
        <w:rPr>
          <w:rFonts w:ascii="Nirmala UI" w:hAnsi="Nirmala UI" w:eastAsia="Nirmala UI" w:cs="Nirmala UI"/>
        </w:rPr>
        <w:t>सुरक्षित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धरथे</w:t>
      </w:r>
      <w:r>
        <w:rPr>
          <w:rFonts w:ascii="Times New Roman" w:hAnsi="Times New Roman" w:eastAsia="Times New Roman" w:cs="Times New Roman"/>
        </w:rPr>
        <w:t xml:space="preserve">, </w:t>
      </w:r>
      <w:r>
        <w:rPr>
          <w:rFonts w:ascii="Nirmala UI" w:hAnsi="Nirmala UI" w:eastAsia="Nirmala UI" w:cs="Nirmala UI"/>
        </w:rPr>
        <w:t>अऊ</w:t>
      </w:r>
      <w:r>
        <w:rPr>
          <w:rFonts w:ascii="Times New Roman" w:hAnsi="Times New Roman" w:eastAsia="Times New Roman" w:cs="Times New Roman"/>
        </w:rPr>
        <w:t xml:space="preserve"> </w:t>
      </w:r>
      <w:r>
        <w:rPr>
          <w:rFonts w:ascii="Nirmala UI" w:hAnsi="Nirmala UI" w:eastAsia="Nirmala UI" w:cs="Nirmala UI"/>
        </w:rPr>
        <w:t>ओकर</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दृढ़</w:t>
      </w:r>
      <w:r>
        <w:rPr>
          <w:rFonts w:ascii="Times New Roman" w:hAnsi="Times New Roman" w:eastAsia="Times New Roman" w:cs="Times New Roman"/>
        </w:rPr>
        <w:t xml:space="preserve"> </w:t>
      </w:r>
      <w:r>
        <w:rPr>
          <w:rFonts w:ascii="Nirmala UI" w:hAnsi="Nirmala UI" w:eastAsia="Nirmala UI" w:cs="Nirmala UI"/>
        </w:rPr>
        <w:t>पकड़</w:t>
      </w:r>
      <w:r>
        <w:rPr>
          <w:rFonts w:ascii="Times New Roman" w:hAnsi="Times New Roman" w:eastAsia="Times New Roman" w:cs="Times New Roman"/>
        </w:rPr>
        <w:t xml:space="preserve"> </w:t>
      </w:r>
      <w:r>
        <w:rPr>
          <w:rFonts w:ascii="Nirmala UI" w:hAnsi="Nirmala UI" w:eastAsia="Nirmala UI" w:cs="Nirmala UI"/>
        </w:rPr>
        <w:t>बनाए</w:t>
      </w:r>
      <w:r>
        <w:rPr>
          <w:rFonts w:ascii="Times New Roman" w:hAnsi="Times New Roman" w:eastAsia="Times New Roman" w:cs="Times New Roman"/>
        </w:rPr>
        <w:t xml:space="preserve"> </w:t>
      </w:r>
      <w:r>
        <w:rPr>
          <w:rFonts w:ascii="Nirmala UI" w:hAnsi="Nirmala UI" w:eastAsia="Nirmala UI" w:cs="Nirmala UI"/>
        </w:rPr>
        <w:t>रखथे।</w:t>
      </w:r>
    </w:p>
    <w:p>
      <w:pPr>
        <w:pStyle w:val="ArticleScripture"/>
        <w:jc w:val="left"/>
      </w:pPr>
      <w:r>
        <w:rPr>
          <w:rFonts w:ascii="Times New Roman" w:hAnsi="Times New Roman" w:eastAsia="Times New Roman" w:cs="Times New Roman"/>
        </w:rPr>
        <w:t>«Характер кризисээр илэрдэг. Шөнийн дунд: “Харагтун, сүйт залуу ирж байна; түүнийг угтан гарагтун” хэмээн чин сэтгэлийн дуу хоолой тунхаглагдахад, унтаж байсан онгон бүсгүйчүүд нойрноосоо сэрж, үйл явдалд хэн бэлтгэл хийснийг харагдсан. Аль аль тал нь гэнэтийн байдалд орсон боловч, нэг нь тэрхүү яаралтай нөхцөлд бэлтгэлтэй байсан, нөгөө нь бэлтгэлгүй нь илэрсэн. Характер нөхцөл байдлаар илэрдэг. Онцгой байдал нь характерын жинхэнэ чанарыг ил гаргадаг. Гэнэтийн бөгөөд санаанд оромгүй ямар нэгэн гай гамшиг, хагацал, эсвэл хямрал, урьдчилан төсөөлөөгүй өвчин шаналал, сэтгэлийг үхэлтэй нүүр тулган авчрах ямар нэгэн зүйл нь характерын дотоод жинхэнэ мөн чанарыг ил гаргана. Бурханы үгийн амлалтуудад жинхэнэ итгэл үнэхээр байгаа эсэх нь ил тод болно. Сүнс нигүүлслээр тэнхээгддэг эсэх, дэнгийн хамт саванд тос байгаа эсэх нь ил тод болно.»</w:t>
      </w:r>
    </w:p>
    <w:p>
      <w:pPr>
        <w:pStyle w:val="ArticleScripture"/>
        <w:jc w:val="left"/>
      </w:pPr>
      <w:r>
        <w:rPr>
          <w:rFonts w:ascii="Times New Roman" w:hAnsi="Times New Roman" w:eastAsia="Times New Roman" w:cs="Times New Roman"/>
        </w:rPr>
        <w:t>“Ժամանակներ փորձության գալիս են բոլորի վրա։ Ինչպե՞ս ենք մեզ պահում Աստծո փորձության և քննության ներքո։ Մե՞րում են մեր ճրագները, թե՞ շարունակում ենք դրանք վառ պահել։ Պատրա՞ստ ենք յուրաքանչյուր արտակարգ դրության՝ Նրա հետ մեր կապով, Ով լի է շնորհով և ճշմարտությամբ։ Հինգ իմաստուն կույսերը չէին կարող իրենց բնավորությունը փոխանցել հինգ անմիտ կույսերին։ Բնավորությունը պետք է կազմավորվի մեզնից յուրաքանչյուրի կողմից՝ որպես առանձին անձերի։ Այն չի կարող փոխանցվել ուրիշին, նույնիսկ եթե դրա տերը պատրաստ լիներ այդ զոհողությունը բերել։ Շատ բան կա, որ կարող ենք անել միմյանց համար, քանի դեռ ողորմությունը դեռևս մնում է։ Մենք կարող ենք ներկայացնել Քրիստոսի բնավորությունը։ Մենք կարող ենք հավատարիմ զգուշացումներ տալ մոլորյալներին։ Մենք կարող ենք հանդիմանել, սաստել՝ ամենայն երկայնամտությամբ և վարդապետությամբ՝ Սուրբ Գրքի վարդապետությունները հասցնելով սրտին։ Մենք կարող ենք սրտանց կարեկցանք ցույց տալ։ Մենք կարող ենք աղոթել միմյանց հետ և միմյանց համար։ Ապրելով զգուշավոր կյանքով, պահպանելով սուրբ վարք ու խոսք, կարող ենք օրինակ տալ, թե ինչպիսին պետք է լինի քրիստոնյան. բայց ոչ մի մարդ չի կարող ուրիշին տալ իր բնավորության սեփական կաղապարը։ Եկե՛ք պատշաճորեն նկատի առնենք այն փաստը, որ պիտի փրկվենք ոչ թե որպես խմբեր, այլ որպես առանձին անձեր։ Մենք պիտի դատվենք ըստ այն բնավորության, որ կազմավորել ենք։ Վտանգավոր է անտեսել հոգին հավիտենության համար պատրաստելը և Աստծո հետ հաշտություն հաստատելը հետաձգել մինչև մահվան անկողին։ Մեր հավիտենական ճակատագիրը որոշում ենք կյանքի ամենօրյա գործարքների միջոցով, այն ոգով, որ դրսևորում ենք։ Նա, ով հավատարիմ է նվազագույնի մեջ, շատի մեջ էլ է հավատարիմ։ Եթե Քրիստոսին դարձրել ենք մեր օրինակը, եթե քայլել և գործել ենք այնպես, ինչպես Նա Իր իսկ կյանքով մեզ օրինակ է տվել, կկարողանանք դիմավորել այն հանդիսավոր անակնկալները, որ պիտի գան մեզ վրա մեր փորձառության մեջ, և մեր սրտից ասել. «Ոչ թե իմ կամքը, այլ Քոնը թող լինի»։”</w:t>
      </w:r>
    </w:p>
    <w:p>
      <w:pPr>
        <w:pStyle w:val="ArticleScripture"/>
        <w:jc w:val="left"/>
      </w:pPr>
      <w:r>
        <w:rPr>
          <w:rFonts w:ascii="Times New Roman" w:hAnsi="Times New Roman" w:eastAsia="Times New Roman" w:cs="Times New Roman"/>
        </w:rPr>
        <w:t>«دوورى تاقیکردنەوەدایە، ئەو دوورەی کە ئێمە لە ناویدا دەژین، کە دەبێت بە ئارامی مەرجەکانی ڕزگاری بیر لێ بکەینەوە، و بەگوێرەی ئەو مەرجانەی لە وشەی خودادا دانراون بژین. دەبێت خۆمان فێر بکەین و ڕاهێنان بدەین، کاتژمێر بە کاتژمێر و ڕۆژ بە ڕۆژ، بە ڕێکخستنی وریا و دیسپلینێکی ورد، بۆ ئەوەی هەموو ئەرکێک بەجێ بگەیەنین. دەبێت ناسایەتیی خۆمان لەگەڵ خودا و لەگەڵ عیسای مەسیح ئەوەی ئەو ناردوویەتی زیاد بکەین. لە هەر تاقیکردنەوەیەکدا ئەو مافەمان هەیە کە پشت بەوە ببەستین کە فەرموویەتی، “با دەستی بگرێت بە هێزی من، تاکو ئاشتەوایی لەگەڵ من دروست بکات؛ و ئاشتەوایی لەگەڵ من دروست دەکات.” پەروەردگار دەفەرموێت ئەوەندە زیاتر ئامادەیە ڕۆحی پیرۆزمان پێ بدات لەوەی دایک و باوان ئامادەن نان بدەن بە منداڵەکانیان. ئەوا با ڕۆنی نیعمەت لە ناو ظرفەکانماندا لەگەڵ چراکانمان هەبێت، تاکو لەو کەسانە نەبین کە وەک پاکیزەدەربڕاوانی نەزان پێشکەش کراون، ئەوانەی ئامادە نەبوون بچنە دەرەوە بۆ پێشوازی لە زاوا.» Review and Herald، September 17, 1895.</w:t>
      </w:r>
    </w:p>
    <w:p>
      <w:pPr>
        <w:pStyle w:val="ArticleBody"/>
        <w:jc w:val="left"/>
      </w:pPr>
      <w:r>
        <w:rPr>
          <w:rFonts w:ascii="Times New Roman" w:hAnsi="Times New Roman" w:eastAsia="Times New Roman" w:cs="Times New Roman"/>
        </w:rPr>
        <w:t>پێشانەی سەدو چل و چوار هەزارەکە، ئەوانەی بە خەتنەی ئیبراهیم و هەشت گیانەکەی سەر کەشتییەکە وێنەکراون، هەمان باکرە ژیرەکانن لە مەثەلیەکەدا کە لە قەیرانی نزیک‌هاتوودا بە تەواوی کەسایەتی مەسیح دەنوێننەوە. تەنها شایستەیە کە خوشک وایت بە ئیشایا کۆتایی بەو دەقە هێنابێت، چونکە ئەوە دەقێکە کە ڕاستەوخۆ ئاماژە دەکات بە کاتی مۆرکردنی سەدو چل و چوار هەزارەکە.</w:t>
      </w:r>
    </w:p>
    <w:p>
      <w:pPr>
        <w:pStyle w:val="ArticleScripture"/>
        <w:jc w:val="left"/>
      </w:pPr>
      <w:r>
        <w:rPr>
          <w:rFonts w:ascii="Times New Roman" w:hAnsi="Times New Roman" w:eastAsia="Times New Roman" w:cs="Times New Roman"/>
        </w:rPr>
        <w:t>O günde onun hakkında ilahi söyleyin: Kızıl şarabın bağı. Ben, RAB, onu korurum; onu her an sularım; ona zarar gelmesin diye onu gece gündüz korurum. Öfke bende değildir; savaşta kim bana karşı çalıları ve dikenleri diker? Onların içinden geçerim, onları hep birlikte yakarım. Yahut benim kudretime sarılsın ki benimle barış yapsın; evet, benimle barış yapsın. Yakup’tan gelenleri kök saldıracaktır; İsrail çiçek açacak, tomurcuklanacak ve dünyanın yüzünü meyveyle dolduracaktır. Ona vuranları vurduğu gibi O da onu vurdu mu? Yahut onun eliyle öldürülenlerin kıyımına göre o da öldürüldü mü? Filiz verdiğinde onu ölçüyle yargılarsın; doğu rüzgârının gününde sert yelini dindirir. Bundan dolayı Yakup’un fesadı bağışlanacaktır; ve günahını ortadan kaldırmanın bütün meyvesi şudur: sunağın bütün taşlarını parçalanmış kireç taşları gibi ettiğinde, aşera putlarıyla oyma putlar artık ayakta durmayacaktır. Ancak tahkimli kent ıssız kalacak, mesken terk edilecek ve çöl gibi bırakılacaktır; orada buzağı otlayacak, orada yatacak ve onun dallarını yiyip bitirecektir. Dalları kuruduğunda koparılacak; kadınlar gelip onları ateşe verecekler; çünkü bu, anlayışsız bir halktır; bu nedenle onları yaratan onlara merhamet etmeyecek, onları şekillendiren onlara lütuf göstermeyecektir. Yeşaya 27:2–11.</w:t>
      </w:r>
    </w:p>
    <w:p>
      <w:pPr>
        <w:pStyle w:val="ArticleBody"/>
        <w:jc w:val="left"/>
      </w:pPr>
      <w:r>
        <w:rPr>
          <w:rFonts w:ascii="Times New Roman" w:hAnsi="Times New Roman" w:eastAsia="Times New Roman" w:cs="Times New Roman"/>
        </w:rPr>
        <w:t>«حورئ هكرباداياڠ»، ياني وقتو كتيك كجعهن يعقوب سدڠ ديبَرسيهكن، دان كلاس يڠ لاٴين دري «قوم يڠ تيدق ممڤوڽاي فهمن» سدڠ ديهمڤونكن دان دباكر، اداله وقتو پمترائين سَرَتوس امڤت ڤولو امڤت ريبو. دالم تمدوه ايت، سياڤ يڠ برهسرت اونتوق ممبوأت دماي دڠن المسيح داڤت برbuat دمكيان، اكن تتاڤي ڤرڬراكن-ڤرڬراكن تراخير اداله ڤرڬراكن يڠ چڤت.</w:t>
      </w:r>
    </w:p>
    <w:p>
      <w:pPr>
        <w:pStyle w:val="ArticleBody"/>
        <w:jc w:val="left"/>
      </w:pPr>
      <w:r>
        <w:rPr>
          <w:rFonts w:ascii="Times New Roman" w:hAnsi="Times New Roman" w:eastAsia="Times New Roman" w:cs="Times New Roman"/>
        </w:rPr>
        <w:t>Kohona karútriya varsha tinsá hele seba ārambha karibāku thilā, ebam eka śata cāḷiśa cāri hājāra heuchanti Pītaraṅka rājya-kohona, jeumāne śeṣa dinare Īśwaranka saha niyamaku punar-nabīkaraṇa karanti.</w:t>
      </w:r>
    </w:p>
    <w:p>
      <w:pPr>
        <w:pStyle w:val="ArticleScripture"/>
        <w:jc w:val="left"/>
      </w:pPr>
      <w:r>
        <w:rPr>
          <w:rFonts w:ascii="Times New Roman" w:hAnsi="Times New Roman" w:eastAsia="Times New Roman" w:cs="Times New Roman"/>
        </w:rPr>
        <w:t>Khamo mi balithili, nyi taqhamma taphin a lu, wuhlyi simi ha, pyi pyi ha a mi, Yesu Khrista lya taqha simi luhli a pyi pyi hta paqha lya, Puka lya simi pyi pyi mi taqha lya htu. 1 Peter 1:5.</w:t>
      </w:r>
    </w:p>
    <w:p>
      <w:pPr>
        <w:pStyle w:val="ArticleBody"/>
        <w:jc w:val="left"/>
      </w:pPr>
      <w:r>
        <w:rPr>
          <w:rFonts w:ascii="Times New Roman" w:hAnsi="Times New Roman" w:eastAsia="Times New Roman" w:cs="Times New Roman"/>
        </w:rPr>
        <w:t>Los sacerdotes fueron preparados para ministrar durante un servicio de unción de ocho días; así, el número ocho es símbolo del sacerdocio ungido que está dentro del arca.</w:t>
      </w:r>
    </w:p>
    <w:p>
      <w:pPr>
        <w:pStyle w:val="ArticleHeading"/>
        <w:jc w:val="left"/>
      </w:pPr>
      <w:r>
        <w:rPr>
          <w:rFonts w:ascii="Arial" w:hAnsi="Arial" w:eastAsia="Arial" w:cs="Arial"/>
        </w:rPr>
        <w:t>عصای هارون</w:t>
      </w:r>
    </w:p>
    <w:p>
      <w:pPr>
        <w:pStyle w:val="ArticleBody"/>
        <w:jc w:val="left"/>
      </w:pP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हजारक</w:t>
      </w:r>
      <w:r>
        <w:rPr>
          <w:rFonts w:ascii="Times New Roman" w:hAnsi="Times New Roman" w:eastAsia="Times New Roman" w:cs="Times New Roman"/>
        </w:rPr>
        <w:t xml:space="preserve"> </w:t>
      </w:r>
      <w:r>
        <w:rPr>
          <w:rFonts w:ascii="Nirmala UI" w:hAnsi="Nirmala UI" w:eastAsia="Nirmala UI" w:cs="Nirmala UI"/>
        </w:rPr>
        <w:t>अभिषिक्त</w:t>
      </w:r>
      <w:r>
        <w:rPr>
          <w:rFonts w:ascii="Times New Roman" w:hAnsi="Times New Roman" w:eastAsia="Times New Roman" w:cs="Times New Roman"/>
        </w:rPr>
        <w:t xml:space="preserve"> </w:t>
      </w:r>
      <w:r>
        <w:rPr>
          <w:rFonts w:ascii="Nirmala UI" w:hAnsi="Nirmala UI" w:eastAsia="Nirmala UI" w:cs="Nirmala UI"/>
        </w:rPr>
        <w:t>याजकत्व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वाचाक</w:t>
      </w:r>
      <w:r>
        <w:rPr>
          <w:rFonts w:ascii="Times New Roman" w:hAnsi="Times New Roman" w:eastAsia="Times New Roman" w:cs="Times New Roman"/>
        </w:rPr>
        <w:t xml:space="preserve"> </w:t>
      </w:r>
      <w:r>
        <w:rPr>
          <w:rFonts w:ascii="Nirmala UI" w:hAnsi="Nirmala UI" w:eastAsia="Nirmala UI" w:cs="Nirmala UI"/>
        </w:rPr>
        <w:t>सन्दूकक</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हारूनक</w:t>
      </w:r>
      <w:r>
        <w:rPr>
          <w:rFonts w:ascii="Times New Roman" w:hAnsi="Times New Roman" w:eastAsia="Times New Roman" w:cs="Times New Roman"/>
        </w:rPr>
        <w:t xml:space="preserve"> </w:t>
      </w:r>
      <w:r>
        <w:rPr>
          <w:rFonts w:ascii="Nirmala UI" w:hAnsi="Nirmala UI" w:eastAsia="Nirmala UI" w:cs="Nirmala UI"/>
        </w:rPr>
        <w:t>फुलायल</w:t>
      </w:r>
      <w:r>
        <w:rPr>
          <w:rFonts w:ascii="Times New Roman" w:hAnsi="Times New Roman" w:eastAsia="Times New Roman" w:cs="Times New Roman"/>
        </w:rPr>
        <w:t xml:space="preserve"> </w:t>
      </w:r>
      <w:r>
        <w:rPr>
          <w:rFonts w:ascii="Nirmala UI" w:hAnsi="Nirmala UI" w:eastAsia="Nirmala UI" w:cs="Nirmala UI"/>
        </w:rPr>
        <w:t>लाठीक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कएल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जखन</w:t>
      </w:r>
      <w:r>
        <w:rPr>
          <w:rFonts w:ascii="Times New Roman" w:hAnsi="Times New Roman" w:eastAsia="Times New Roman" w:cs="Times New Roman"/>
        </w:rPr>
        <w:t xml:space="preserve"> </w:t>
      </w:r>
      <w:r>
        <w:rPr>
          <w:rFonts w:ascii="Nirmala UI" w:hAnsi="Nirmala UI" w:eastAsia="Nirmala UI" w:cs="Nirmala UI"/>
        </w:rPr>
        <w:t>हारूनक</w:t>
      </w:r>
      <w:r>
        <w:rPr>
          <w:rFonts w:ascii="Times New Roman" w:hAnsi="Times New Roman" w:eastAsia="Times New Roman" w:cs="Times New Roman"/>
        </w:rPr>
        <w:t xml:space="preserve"> </w:t>
      </w:r>
      <w:r>
        <w:rPr>
          <w:rFonts w:ascii="Nirmala UI" w:hAnsi="Nirmala UI" w:eastAsia="Nirmala UI" w:cs="Nirmala UI"/>
        </w:rPr>
        <w:t>लाठी</w:t>
      </w:r>
      <w:r>
        <w:rPr>
          <w:rFonts w:ascii="Times New Roman" w:hAnsi="Times New Roman" w:eastAsia="Times New Roman" w:cs="Times New Roman"/>
        </w:rPr>
        <w:t xml:space="preserve"> </w:t>
      </w:r>
      <w:r>
        <w:rPr>
          <w:rFonts w:ascii="Nirmala UI" w:hAnsi="Nirmala UI" w:eastAsia="Nirmala UI" w:cs="Nirmala UI"/>
        </w:rPr>
        <w:t>फुलायल</w:t>
      </w:r>
      <w:r>
        <w:rPr>
          <w:rFonts w:ascii="Times New Roman" w:hAnsi="Times New Roman" w:eastAsia="Times New Roman" w:cs="Times New Roman"/>
        </w:rPr>
        <w:t xml:space="preserve">, </w:t>
      </w:r>
      <w:r>
        <w:rPr>
          <w:rFonts w:ascii="Nirmala UI" w:hAnsi="Nirmala UI" w:eastAsia="Nirmala UI" w:cs="Nirmala UI"/>
        </w:rPr>
        <w:t>तखन</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हारून</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इस्राएलक</w:t>
      </w:r>
      <w:r>
        <w:rPr>
          <w:rFonts w:ascii="Times New Roman" w:hAnsi="Times New Roman" w:eastAsia="Times New Roman" w:cs="Times New Roman"/>
        </w:rPr>
        <w:t xml:space="preserve"> </w:t>
      </w:r>
      <w:r>
        <w:rPr>
          <w:rFonts w:ascii="Nirmala UI" w:hAnsi="Nirmala UI" w:eastAsia="Nirmala UI" w:cs="Nirmala UI"/>
        </w:rPr>
        <w:t>गोत्रसभक</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लाठीसभ</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फुलायल</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तिनका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एकटा</w:t>
      </w:r>
      <w:r>
        <w:rPr>
          <w:rFonts w:ascii="Times New Roman" w:hAnsi="Times New Roman" w:eastAsia="Times New Roman" w:cs="Times New Roman"/>
        </w:rPr>
        <w:t xml:space="preserve"> </w:t>
      </w:r>
      <w:r>
        <w:rPr>
          <w:rFonts w:ascii="Nirmala UI" w:hAnsi="Nirmala UI" w:eastAsia="Nirmala UI" w:cs="Nirmala UI"/>
        </w:rPr>
        <w:t>भेद</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कएलक।</w:t>
      </w:r>
      <w:r>
        <w:rPr>
          <w:rFonts w:ascii="Times New Roman" w:hAnsi="Times New Roman" w:eastAsia="Times New Roman" w:cs="Times New Roman"/>
        </w:rPr>
        <w:t xml:space="preserve"> </w:t>
      </w:r>
      <w:r>
        <w:rPr>
          <w:rFonts w:ascii="Nirmala UI" w:hAnsi="Nirmala UI" w:eastAsia="Nirmala UI" w:cs="Nirmala UI"/>
        </w:rPr>
        <w:t>धर्मशास्त्रमेमे</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एवेक</w:t>
      </w:r>
      <w:r>
        <w:rPr>
          <w:rFonts w:ascii="Times New Roman" w:hAnsi="Times New Roman" w:eastAsia="Times New Roman" w:cs="Times New Roman"/>
        </w:rPr>
        <w:t xml:space="preserve"> </w:t>
      </w:r>
      <w:r>
        <w:rPr>
          <w:rFonts w:ascii="Nirmala UI" w:hAnsi="Nirmala UI" w:eastAsia="Nirmala UI" w:cs="Nirmala UI"/>
        </w:rPr>
        <w:t>वस्तु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वनस्पतिसभमे</w:t>
      </w:r>
      <w:r>
        <w:rPr>
          <w:rFonts w:ascii="Times New Roman" w:hAnsi="Times New Roman" w:eastAsia="Times New Roman" w:cs="Times New Roman"/>
        </w:rPr>
        <w:t xml:space="preserve"> </w:t>
      </w:r>
      <w:r>
        <w:rPr>
          <w:rFonts w:ascii="Nirmala UI" w:hAnsi="Nirmala UI" w:eastAsia="Nirmala UI" w:cs="Nirmala UI"/>
        </w:rPr>
        <w:t>अंकुरण</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अछि।</w:t>
      </w:r>
    </w:p>
    <w:p>
      <w:pPr>
        <w:pStyle w:val="ArticleBody"/>
        <w:jc w:val="left"/>
      </w:pPr>
      <w:r>
        <w:rPr>
          <w:rFonts w:ascii="Times New Roman" w:hAnsi="Times New Roman" w:eastAsia="Times New Roman" w:cs="Times New Roman"/>
        </w:rPr>
        <w:t>Ամենայն մարգարեներն անդրադառնում են վերջին օրերին, ուստի Ահարոնի քահանայության գավազանը ներկայացնում է հարյուր քառասունչորս հազարի օծումը այնպիսի իրավիճակում, որը համապատասխանում է Կարմեղոսի վրա Եղիայի դրությանը և 1844 թվականի միլլերիտներին։ Այն վերաբերում է այն պահին, երբ հստակ տարբերություն է դրվում վերջին անձրևի ճշմարիտ և կեղծ լուրերի միջև։ Այդ տարբերությունը Հովելն է դնում, երբ նա ցույց է տալիս, որ «նոր գինին» կտրված է մեկ դասակարգից։ Այն դասակարգը, որի բերաններից նոր գինին կտրված է, Եսայի մարգարեի Եփրեմի հարբեցողներն են։ Նրանք նաև նրանք են, ովքեր Պենտեկոստեի ժամանակ աշակերտներին հարբած լինելու մեջ մեղադրեցին, և նրանք 1888 թվականի ապստամբներն են, որոնք հետևեցին իրենց հայրերին, որոնք 1863 թվականի ապստամբներն էին։ Մարգարեության այդ բոլոր գծերը համընկնում են այն գծի հետ, որը Քույր Ուայթը նույնացնում է որպես տեղի ունեցող այն ժամանակ, երբ աշխարհը հասկանում է, որ ադվենտիզմը մոտավորապես հարյուր քսանհինգ տարի գիտեր Նեշվիլի հրե գնդերի մասին և ոչինչ չէր ասել։</w:t>
      </w:r>
    </w:p>
    <w:p>
      <w:pPr>
        <w:pStyle w:val="ArticleHeading"/>
        <w:jc w:val="left"/>
      </w:pPr>
      <w:r>
        <w:rPr>
          <w:rFonts w:ascii="Arial" w:hAnsi="Arial" w:eastAsia="Arial" w:cs="Arial"/>
        </w:rPr>
        <w:t>٨، ثمانون و٨١</w:t>
      </w:r>
    </w:p>
    <w:p>
      <w:pPr>
        <w:pStyle w:val="ArticleBody"/>
        <w:jc w:val="left"/>
      </w:pPr>
      <w:r>
        <w:rPr>
          <w:rFonts w:ascii="Times New Roman" w:hAnsi="Times New Roman" w:eastAsia="Times New Roman" w:cs="Times New Roman"/>
        </w:rPr>
        <w:t>شمارهٔ سی و شمارهٔ هشت، نمادهای کهانتِ آن یک‌صد و چهل و چهار هزارند که عَلَمِ ایامِ آخر می‌باشند؛ عَلَمی که نمایانگرِ پیوندِ الوهیت و انسانیت است. شمارهٔ هشت، یک‌دهمِ شمارهٔ هشتاد است؛ و هشتاد، شمارهٔ آن هشتاد کاهنِ شجاع است که همراه با کاهنِ اعظم در برابرِ مَلِک عُزّیا ایستادگی کردند، آن‌گاه که او کوشید در مکانِ مقدس بخور بگذراند. هشتاد و یک، نمایانگرِ الوهیتِ متحد با انسانیت است در چارچوبِ کهانتِ کلیسایِ ظافر. تاریخِ عصیانِ عُزّیا آن کهانتِ هشتاد و یک را به همان بحران پیوند می‌دهد که با شورشِ بطلمیوس، اندکی پس از نبردِ رافیا، هم‌راستا است. همهٔ انبیا ایامِ آخر را شناسایی می‌کنند؛ از این‌رو، کهانتِ الوهیتِ متحد با انسانیت، که همان کهانتِ کلیسایِ ظافر است و از هشتاد کاهنِ انسانی و یک کاهنِ اعظمِ الهی تشکیل شده است، در تاریخی شناسانده می‌شود که در سالِ ۲۰۱۴، هنگامی که جنگِ اوکراین آغاز گردید، شروع شد.</w:t>
      </w:r>
    </w:p>
    <w:p>
      <w:pPr>
        <w:pStyle w:val="ArticleBody"/>
        <w:jc w:val="left"/>
      </w:pPr>
      <w:r>
        <w:rPr>
          <w:rFonts w:ascii="Nirmala UI" w:hAnsi="Nirmala UI" w:eastAsia="Nirmala UI" w:cs="Nirmala UI"/>
        </w:rPr>
        <w:t>ꯖꯦꯅꯦꯁꯤꯁꯀꯤ</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ꯇ꯭ꯋꯦꯜꯚ</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ꯂꯥꯏꯟꯒꯤ</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ꯁꯦꯕꯦꯟꯇꯤꯟ</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ꯇ꯭ꯋꯦꯜꯚ</w:t>
      </w:r>
      <w:r>
        <w:rPr>
          <w:rFonts w:ascii="Times New Roman" w:hAnsi="Times New Roman" w:eastAsia="Times New Roman" w:cs="Times New Roman"/>
        </w:rPr>
        <w:t>-</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ꯂꯥꯏꯟꯒꯤ</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ꯕꯔꯁ</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ꯕꯔꯁ</w:t>
      </w:r>
      <w:r>
        <w:rPr>
          <w:rFonts w:ascii="Times New Roman" w:hAnsi="Times New Roman" w:eastAsia="Times New Roman" w:cs="Times New Roman"/>
        </w:rPr>
        <w:t xml:space="preserve"> </w:t>
      </w:r>
      <w:r>
        <w:rPr>
          <w:rFonts w:ascii="Nirmala UI" w:hAnsi="Nirmala UI" w:eastAsia="Nirmala UI" w:cs="Nirmala UI"/>
        </w:rPr>
        <w:t>ꯇ꯭ꯋꯦꯟꯇꯤ</w:t>
      </w:r>
      <w:r>
        <w:rPr>
          <w:rFonts w:ascii="Times New Roman" w:hAnsi="Times New Roman" w:eastAsia="Times New Roman" w:cs="Times New Roman"/>
        </w:rPr>
        <w:t>-</w:t>
      </w:r>
      <w:r>
        <w:rPr>
          <w:rFonts w:ascii="Nirmala UI" w:hAnsi="Nirmala UI" w:eastAsia="Nirmala UI" w:cs="Nirmala UI"/>
        </w:rPr>
        <w:t>ꯇꯨ</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ꯕꯔꯁ</w:t>
      </w:r>
      <w:r>
        <w:rPr>
          <w:rFonts w:ascii="Times New Roman" w:hAnsi="Times New Roman" w:eastAsia="Times New Roman" w:cs="Times New Roman"/>
        </w:rPr>
        <w:t xml:space="preserve"> </w:t>
      </w:r>
      <w:r>
        <w:rPr>
          <w:rFonts w:ascii="Nirmala UI" w:hAnsi="Nirmala UI" w:eastAsia="Nirmala UI" w:cs="Nirmala UI"/>
        </w:rPr>
        <w:t>ꯇ꯭ꯋꯦꯟꯇꯤ</w:t>
      </w:r>
      <w:r>
        <w:rPr>
          <w:rFonts w:ascii="Times New Roman" w:hAnsi="Times New Roman" w:eastAsia="Times New Roman" w:cs="Times New Roman"/>
        </w:rPr>
        <w:t>-</w:t>
      </w:r>
      <w:r>
        <w:rPr>
          <w:rFonts w:ascii="Nirmala UI" w:hAnsi="Nirmala UI" w:eastAsia="Nirmala UI" w:cs="Nirmala UI"/>
        </w:rPr>
        <w:t>ꯇꯨꯅ</w:t>
      </w:r>
      <w:r>
        <w:rPr>
          <w:rFonts w:ascii="Times New Roman" w:hAnsi="Times New Roman" w:eastAsia="Times New Roman" w:cs="Times New Roman"/>
        </w:rPr>
        <w:t xml:space="preserve"> </w:t>
      </w:r>
      <w:r>
        <w:rPr>
          <w:rFonts w:ascii="Nirmala UI" w:hAnsi="Nirmala UI" w:eastAsia="Nirmala UI" w:cs="Nirmala UI"/>
        </w:rPr>
        <w:t>ꯕꯔꯁ</w:t>
      </w:r>
      <w:r>
        <w:rPr>
          <w:rFonts w:ascii="Times New Roman" w:hAnsi="Times New Roman" w:eastAsia="Times New Roman" w:cs="Times New Roman"/>
        </w:rPr>
        <w:t xml:space="preserve"> </w:t>
      </w:r>
      <w:r>
        <w:rPr>
          <w:rFonts w:ascii="Nirmala UI" w:hAnsi="Nirmala UI" w:eastAsia="Nirmala UI" w:cs="Nirmala UI"/>
        </w:rPr>
        <w:t>ꯋꯥꯟꯗ</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ꯍꯧꯖꯤꯛꯈꯤꯕ</w:t>
      </w:r>
      <w:r>
        <w:rPr>
          <w:rFonts w:ascii="Times New Roman" w:hAnsi="Times New Roman" w:eastAsia="Times New Roman" w:cs="Times New Roman"/>
        </w:rPr>
        <w:t xml:space="preserve"> </w:t>
      </w:r>
      <w:r>
        <w:rPr>
          <w:rFonts w:ascii="Nirmala UI" w:hAnsi="Nirmala UI" w:eastAsia="Nirmala UI" w:cs="Nirmala UI"/>
        </w:rPr>
        <w:t>ꯏꯁ꯭ꯋꯔ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ꯑꯕ꯭ꯔꯥꯍꯥꯝꯒꯤ</w:t>
      </w:r>
      <w:r>
        <w:rPr>
          <w:rFonts w:ascii="Times New Roman" w:hAnsi="Times New Roman" w:eastAsia="Times New Roman" w:cs="Times New Roman"/>
        </w:rPr>
        <w:t xml:space="preserve"> </w:t>
      </w:r>
      <w:r>
        <w:rPr>
          <w:rFonts w:ascii="Nirmala UI" w:hAnsi="Nirmala UI" w:eastAsia="Nirmala UI" w:cs="Nirmala UI"/>
        </w:rPr>
        <w:t>ꯑꯋꯥꯡꯕ</w:t>
      </w:r>
      <w:r>
        <w:rPr>
          <w:rFonts w:ascii="Times New Roman" w:hAnsi="Times New Roman" w:eastAsia="Times New Roman" w:cs="Times New Roman"/>
        </w:rPr>
        <w:t xml:space="preserve"> </w:t>
      </w:r>
      <w:r>
        <w:rPr>
          <w:rFonts w:ascii="Nirmala UI" w:hAnsi="Nirmala UI" w:eastAsia="Nirmala UI" w:cs="Nirmala UI"/>
        </w:rPr>
        <w:t>ꯋꯥꯔꯣꯜ</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ꯑꯆꯨꯝꯕ</w:t>
      </w:r>
      <w:r>
        <w:rPr>
          <w:rFonts w:ascii="Times New Roman" w:hAnsi="Times New Roman" w:eastAsia="Times New Roman" w:cs="Times New Roman"/>
        </w:rPr>
        <w:t xml:space="preserve"> </w:t>
      </w:r>
      <w:r>
        <w:rPr>
          <w:rFonts w:ascii="Nirmala UI" w:hAnsi="Nirmala UI" w:eastAsia="Nirmala UI" w:cs="Nirmala UI"/>
        </w:rPr>
        <w:t>ꯂꯣꯏꯁꯤꯟꯕ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ꯃꯥꯔꯛ</w:t>
      </w:r>
      <w:r>
        <w:rPr>
          <w:rFonts w:ascii="Times New Roman" w:hAnsi="Times New Roman" w:eastAsia="Times New Roman" w:cs="Times New Roman"/>
        </w:rPr>
        <w:t xml:space="preserve"> </w:t>
      </w:r>
      <w:r>
        <w:rPr>
          <w:rFonts w:ascii="Nirmala UI" w:hAnsi="Nirmala UI" w:eastAsia="Nirmala UI" w:cs="Nirmala UI"/>
        </w:rPr>
        <w:t>ꯇꯧꯏ</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ꯕꯔꯁ</w:t>
      </w:r>
      <w:r>
        <w:rPr>
          <w:rFonts w:ascii="Times New Roman" w:hAnsi="Times New Roman" w:eastAsia="Times New Roman" w:cs="Times New Roman"/>
        </w:rPr>
        <w:t xml:space="preserve"> </w:t>
      </w:r>
      <w:r>
        <w:rPr>
          <w:rFonts w:ascii="Nirmala UI" w:hAnsi="Nirmala UI" w:eastAsia="Nirmala UI" w:cs="Nirmala UI"/>
        </w:rPr>
        <w:t>ꯇ꯭ꯋꯦꯟꯇꯤ</w:t>
      </w:r>
      <w:r>
        <w:rPr>
          <w:rFonts w:ascii="Times New Roman" w:hAnsi="Times New Roman" w:eastAsia="Times New Roman" w:cs="Times New Roman"/>
        </w:rPr>
        <w:t>-</w:t>
      </w:r>
      <w:r>
        <w:rPr>
          <w:rFonts w:ascii="Nirmala UI" w:hAnsi="Nirmala UI" w:eastAsia="Nirmala UI" w:cs="Nirmala UI"/>
        </w:rPr>
        <w:t>ꯇꯨ</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ꯍꯤꯕ꯭ꯔꯨ</w:t>
      </w:r>
      <w:r>
        <w:rPr>
          <w:rFonts w:ascii="Times New Roman" w:hAnsi="Times New Roman" w:eastAsia="Times New Roman" w:cs="Times New Roman"/>
        </w:rPr>
        <w:t xml:space="preserve"> </w:t>
      </w:r>
      <w:r>
        <w:rPr>
          <w:rFonts w:ascii="Nirmala UI" w:hAnsi="Nirmala UI" w:eastAsia="Nirmala UI" w:cs="Nirmala UI"/>
        </w:rPr>
        <w:t>ꯑꯂꯐꯕꯦꯠꯀꯤ</w:t>
      </w:r>
      <w:r>
        <w:rPr>
          <w:rFonts w:ascii="Times New Roman" w:hAnsi="Times New Roman" w:eastAsia="Times New Roman" w:cs="Times New Roman"/>
        </w:rPr>
        <w:t xml:space="preserve"> </w:t>
      </w:r>
      <w:r>
        <w:rPr>
          <w:rFonts w:ascii="Nirmala UI" w:hAnsi="Nirmala UI" w:eastAsia="Nirmala UI" w:cs="Nirmala UI"/>
        </w:rPr>
        <w:t>ꯃꯌꯦꯛ</w:t>
      </w:r>
      <w:r>
        <w:rPr>
          <w:rFonts w:ascii="Times New Roman" w:hAnsi="Times New Roman" w:eastAsia="Times New Roman" w:cs="Times New Roman"/>
        </w:rPr>
        <w:t xml:space="preserve"> </w:t>
      </w:r>
      <w:r>
        <w:rPr>
          <w:rFonts w:ascii="Nirmala UI" w:hAnsi="Nirmala UI" w:eastAsia="Nirmala UI" w:cs="Nirmala UI"/>
        </w:rPr>
        <w:t>ꯇ꯭ꯋꯦꯟꯇꯤ</w:t>
      </w:r>
      <w:r>
        <w:rPr>
          <w:rFonts w:ascii="Times New Roman" w:hAnsi="Times New Roman" w:eastAsia="Times New Roman" w:cs="Times New Roman"/>
        </w:rPr>
        <w:t>-</w:t>
      </w:r>
      <w:r>
        <w:rPr>
          <w:rFonts w:ascii="Nirmala UI" w:hAnsi="Nirmala UI" w:eastAsia="Nirmala UI" w:cs="Nirmala UI"/>
        </w:rPr>
        <w:t>ꯇꯨꯒꯤ</w:t>
      </w:r>
      <w:r>
        <w:rPr>
          <w:rFonts w:ascii="Times New Roman" w:hAnsi="Times New Roman" w:eastAsia="Times New Roman" w:cs="Times New Roman"/>
        </w:rPr>
        <w:t xml:space="preserve"> </w:t>
      </w:r>
      <w:r>
        <w:rPr>
          <w:rFonts w:ascii="Nirmala UI" w:hAnsi="Nirmala UI" w:eastAsia="Nirmala UI" w:cs="Nirmala UI"/>
        </w:rPr>
        <w:t>ꯁꯥꯏꯅꯆꯔ</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ꯑꯃꯥꯡꯕ</w:t>
      </w:r>
      <w:r>
        <w:rPr>
          <w:rFonts w:ascii="Times New Roman" w:hAnsi="Times New Roman" w:eastAsia="Times New Roman" w:cs="Times New Roman"/>
        </w:rPr>
        <w:t xml:space="preserve"> </w:t>
      </w:r>
      <w:r>
        <w:rPr>
          <w:rFonts w:ascii="Nirmala UI" w:hAnsi="Nirmala UI" w:eastAsia="Nirmala UI" w:cs="Nirmala UI"/>
        </w:rPr>
        <w:t>ꯂꯥꯏꯟ</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ꯂꯣꯏꯁꯤꯟꯕ</w:t>
      </w:r>
      <w:r>
        <w:rPr>
          <w:rFonts w:ascii="Times New Roman" w:hAnsi="Times New Roman" w:eastAsia="Times New Roman" w:cs="Times New Roman"/>
        </w:rPr>
        <w:t xml:space="preserve"> </w:t>
      </w:r>
      <w:r>
        <w:rPr>
          <w:rFonts w:ascii="Nirmala UI" w:hAnsi="Nirmala UI" w:eastAsia="Nirmala UI" w:cs="Nirmala UI"/>
        </w:rPr>
        <w:t>ꯑꯣꯏꯕꯁꯤ</w:t>
      </w:r>
      <w:r>
        <w:rPr>
          <w:rFonts w:ascii="Times New Roman" w:hAnsi="Times New Roman" w:eastAsia="Times New Roman" w:cs="Times New Roman"/>
        </w:rPr>
        <w:t xml:space="preserve"> </w:t>
      </w:r>
      <w:r>
        <w:rPr>
          <w:rFonts w:ascii="Nirmala UI" w:hAnsi="Nirmala UI" w:eastAsia="Nirmala UI" w:cs="Nirmala UI"/>
        </w:rPr>
        <w:t>ꯑꯣꯏꯍꯜꯂꯤ꯫</w:t>
      </w:r>
      <w:r>
        <w:rPr>
          <w:rFonts w:ascii="Times New Roman" w:hAnsi="Times New Roman" w:eastAsia="Times New Roman" w:cs="Times New Roman"/>
        </w:rPr>
        <w:t xml:space="preserve"> </w:t>
      </w:r>
      <w:r>
        <w:rPr>
          <w:rFonts w:ascii="Nirmala UI" w:hAnsi="Nirmala UI" w:eastAsia="Nirmala UI" w:cs="Nirmala UI"/>
        </w:rPr>
        <w:t>ꯕꯔꯁ</w:t>
      </w:r>
      <w:r>
        <w:rPr>
          <w:rFonts w:ascii="Times New Roman" w:hAnsi="Times New Roman" w:eastAsia="Times New Roman" w:cs="Times New Roman"/>
        </w:rPr>
        <w:t xml:space="preserve"> </w:t>
      </w:r>
      <w:r>
        <w:rPr>
          <w:rFonts w:ascii="Nirmala UI" w:hAnsi="Nirmala UI" w:eastAsia="Nirmala UI" w:cs="Nirmala UI"/>
        </w:rPr>
        <w:t>ꯇ꯭ꯋꯦꯟꯇꯤ</w:t>
      </w:r>
      <w:r>
        <w:rPr>
          <w:rFonts w:ascii="Times New Roman" w:hAnsi="Times New Roman" w:eastAsia="Times New Roman" w:cs="Times New Roman"/>
        </w:rPr>
        <w:t>-</w:t>
      </w:r>
      <w:r>
        <w:rPr>
          <w:rFonts w:ascii="Nirmala UI" w:hAnsi="Nirmala UI" w:eastAsia="Nirmala UI" w:cs="Nirmala UI"/>
        </w:rPr>
        <w:t>ꯇꯨꯒꯤ</w:t>
      </w:r>
      <w:r>
        <w:rPr>
          <w:rFonts w:ascii="Times New Roman" w:hAnsi="Times New Roman" w:eastAsia="Times New Roman" w:cs="Times New Roman"/>
        </w:rPr>
        <w:t xml:space="preserve"> </w:t>
      </w:r>
      <w:r>
        <w:rPr>
          <w:rFonts w:ascii="Nirmala UI" w:hAnsi="Nirmala UI" w:eastAsia="Nirmala UI" w:cs="Nirmala UI"/>
        </w:rPr>
        <w:t>ꯂꯥꯏꯟꯗ</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ꯕꯔꯁ</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ꯕꯔꯁ</w:t>
      </w:r>
      <w:r>
        <w:rPr>
          <w:rFonts w:ascii="Times New Roman" w:hAnsi="Times New Roman" w:eastAsia="Times New Roman" w:cs="Times New Roman"/>
        </w:rPr>
        <w:t xml:space="preserve"> </w:t>
      </w:r>
      <w:r>
        <w:rPr>
          <w:rFonts w:ascii="Nirmala UI" w:hAnsi="Nirmala UI" w:eastAsia="Nirmala UI" w:cs="Nirmala UI"/>
        </w:rPr>
        <w:t>ꯏꯂꯦꯚꯟ</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ꯍꯧꯖꯤꯛꯈꯤꯕ</w:t>
      </w:r>
      <w:r>
        <w:rPr>
          <w:rFonts w:ascii="Times New Roman" w:hAnsi="Times New Roman" w:eastAsia="Times New Roman" w:cs="Times New Roman"/>
        </w:rPr>
        <w:t xml:space="preserve"> </w:t>
      </w:r>
      <w:r>
        <w:rPr>
          <w:rFonts w:ascii="Nirmala UI" w:hAnsi="Nirmala UI" w:eastAsia="Nirmala UI" w:cs="Nirmala UI"/>
        </w:rPr>
        <w:t>ꯋꯥꯟ</w:t>
      </w:r>
      <w:r>
        <w:rPr>
          <w:rFonts w:ascii="Times New Roman" w:hAnsi="Times New Roman" w:eastAsia="Times New Roman" w:cs="Times New Roman"/>
        </w:rPr>
        <w:t xml:space="preserve"> </w:t>
      </w:r>
      <w:r>
        <w:rPr>
          <w:rFonts w:ascii="Nirmala UI" w:hAnsi="Nirmala UI" w:eastAsia="Nirmala UI" w:cs="Nirmala UI"/>
        </w:rPr>
        <w:t>ꯍꯟꯗ꯭ꯔꯦꯗ</w:t>
      </w:r>
      <w:r>
        <w:rPr>
          <w:rFonts w:ascii="Times New Roman" w:hAnsi="Times New Roman" w:eastAsia="Times New Roman" w:cs="Times New Roman"/>
        </w:rPr>
        <w:t xml:space="preserve"> </w:t>
      </w:r>
      <w:r>
        <w:rPr>
          <w:rFonts w:ascii="Nirmala UI" w:hAnsi="Nirmala UI" w:eastAsia="Nirmala UI" w:cs="Nirmala UI"/>
        </w:rPr>
        <w:t>ꯐꯣꯔꯇꯤ</w:t>
      </w:r>
      <w:r>
        <w:rPr>
          <w:rFonts w:ascii="Times New Roman" w:hAnsi="Times New Roman" w:eastAsia="Times New Roman" w:cs="Times New Roman"/>
        </w:rPr>
        <w:t>-</w:t>
      </w:r>
      <w:r>
        <w:rPr>
          <w:rFonts w:ascii="Nirmala UI" w:hAnsi="Nirmala UI" w:eastAsia="Nirmala UI" w:cs="Nirmala UI"/>
        </w:rPr>
        <w:t>ꯐꯣꯔ</w:t>
      </w:r>
      <w:r>
        <w:rPr>
          <w:rFonts w:ascii="Times New Roman" w:hAnsi="Times New Roman" w:eastAsia="Times New Roman" w:cs="Times New Roman"/>
        </w:rPr>
        <w:t xml:space="preserve"> </w:t>
      </w:r>
      <w:r>
        <w:rPr>
          <w:rFonts w:ascii="Nirmala UI" w:hAnsi="Nirmala UI" w:eastAsia="Nirmala UI" w:cs="Nirmala UI"/>
        </w:rPr>
        <w:t>ꯊꯥꯎꯖꯟꯗꯒꯤ</w:t>
      </w:r>
      <w:r>
        <w:rPr>
          <w:rFonts w:ascii="Times New Roman" w:hAnsi="Times New Roman" w:eastAsia="Times New Roman" w:cs="Times New Roman"/>
        </w:rPr>
        <w:t xml:space="preserve"> </w:t>
      </w:r>
      <w:r>
        <w:rPr>
          <w:rFonts w:ascii="Nirmala UI" w:hAnsi="Nirmala UI" w:eastAsia="Nirmala UI" w:cs="Nirmala UI"/>
        </w:rPr>
        <w:t>ꯑꯤꯟꯁꯥꯏꯟ</w:t>
      </w:r>
      <w:r>
        <w:rPr>
          <w:rFonts w:ascii="Times New Roman" w:hAnsi="Times New Roman" w:eastAsia="Times New Roman" w:cs="Times New Roman"/>
        </w:rPr>
        <w:t xml:space="preserve"> </w:t>
      </w:r>
      <w:r>
        <w:rPr>
          <w:rFonts w:ascii="Nirmala UI" w:hAnsi="Nirmala UI" w:eastAsia="Nirmala UI" w:cs="Nirmala UI"/>
        </w:rPr>
        <w:t>ꯃꯥꯔꯛ</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ꯕꯔꯁ</w:t>
      </w:r>
      <w:r>
        <w:rPr>
          <w:rFonts w:ascii="Times New Roman" w:hAnsi="Times New Roman" w:eastAsia="Times New Roman" w:cs="Times New Roman"/>
        </w:rPr>
        <w:t xml:space="preserve"> </w:t>
      </w:r>
      <w:r>
        <w:rPr>
          <w:rFonts w:ascii="Nirmala UI" w:hAnsi="Nirmala UI" w:eastAsia="Nirmala UI" w:cs="Nirmala UI"/>
        </w:rPr>
        <w:t>ꯑꯍꯨꯝꯒꯤ</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ꯑꯗꯨꯃ</w:t>
      </w:r>
      <w:r>
        <w:rPr>
          <w:rFonts w:ascii="Times New Roman" w:hAnsi="Times New Roman" w:eastAsia="Times New Roman" w:cs="Times New Roman"/>
        </w:rPr>
        <w:t xml:space="preserve"> </w:t>
      </w:r>
      <w:r>
        <w:rPr>
          <w:rFonts w:ascii="Nirmala UI" w:hAnsi="Nirmala UI" w:eastAsia="Nirmala UI" w:cs="Nirmala UI"/>
        </w:rPr>
        <w:t>ꯕꯔꯁ</w:t>
      </w:r>
      <w:r>
        <w:rPr>
          <w:rFonts w:ascii="Times New Roman" w:hAnsi="Times New Roman" w:eastAsia="Times New Roman" w:cs="Times New Roman"/>
        </w:rPr>
        <w:t xml:space="preserve"> </w:t>
      </w:r>
      <w:r>
        <w:rPr>
          <w:rFonts w:ascii="Nirmala UI" w:hAnsi="Nirmala UI" w:eastAsia="Nirmala UI" w:cs="Nirmala UI"/>
        </w:rPr>
        <w:t>ꯏꯂꯦꯚꯟ</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ꯑꯆꯨꯝꯕ</w:t>
      </w:r>
      <w:r>
        <w:rPr>
          <w:rFonts w:ascii="Times New Roman" w:hAnsi="Times New Roman" w:eastAsia="Times New Roman" w:cs="Times New Roman"/>
        </w:rPr>
        <w:t xml:space="preserve"> </w:t>
      </w:r>
      <w:r>
        <w:rPr>
          <w:rFonts w:ascii="Nirmala UI" w:hAnsi="Nirmala UI" w:eastAsia="Nirmala UI" w:cs="Nirmala UI"/>
        </w:rPr>
        <w:t>ꯕꯔꯁ</w:t>
      </w:r>
      <w:r>
        <w:rPr>
          <w:rFonts w:ascii="Times New Roman" w:hAnsi="Times New Roman" w:eastAsia="Times New Roman" w:cs="Times New Roman"/>
        </w:rPr>
        <w:t xml:space="preserve"> </w:t>
      </w:r>
      <w:r>
        <w:rPr>
          <w:rFonts w:ascii="Nirmala UI" w:hAnsi="Nirmala UI" w:eastAsia="Nirmala UI" w:cs="Nirmala UI"/>
        </w:rPr>
        <w:t>ꯑꯍꯨꯝꯒꯤ</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ꯕꯔꯁ</w:t>
      </w:r>
      <w:r>
        <w:rPr>
          <w:rFonts w:ascii="Times New Roman" w:hAnsi="Times New Roman" w:eastAsia="Times New Roman" w:cs="Times New Roman"/>
        </w:rPr>
        <w:t xml:space="preserve"> </w:t>
      </w:r>
      <w:r>
        <w:rPr>
          <w:rFonts w:ascii="Nirmala UI" w:hAnsi="Nirmala UI" w:eastAsia="Nirmala UI" w:cs="Nirmala UI"/>
        </w:rPr>
        <w:t>ꯏꯂꯦꯚꯟꯅ</w:t>
      </w:r>
      <w:r>
        <w:rPr>
          <w:rFonts w:ascii="Times New Roman" w:hAnsi="Times New Roman" w:eastAsia="Times New Roman" w:cs="Times New Roman"/>
        </w:rPr>
        <w:t xml:space="preserve"> </w:t>
      </w:r>
      <w:r>
        <w:rPr>
          <w:rFonts w:ascii="Nirmala UI" w:hAnsi="Nirmala UI" w:eastAsia="Nirmala UI" w:cs="Nirmala UI"/>
        </w:rPr>
        <w:t>ꯕꯔꯁ</w:t>
      </w:r>
      <w:r>
        <w:rPr>
          <w:rFonts w:ascii="Times New Roman" w:hAnsi="Times New Roman" w:eastAsia="Times New Roman" w:cs="Times New Roman"/>
        </w:rPr>
        <w:t xml:space="preserve"> </w:t>
      </w:r>
      <w:r>
        <w:rPr>
          <w:rFonts w:ascii="Nirmala UI" w:hAnsi="Nirmala UI" w:eastAsia="Nirmala UI" w:cs="Nirmala UI"/>
        </w:rPr>
        <w:t>ꯇ꯭ꯋꯦꯟꯇꯤ</w:t>
      </w:r>
      <w:r>
        <w:rPr>
          <w:rFonts w:ascii="Times New Roman" w:hAnsi="Times New Roman" w:eastAsia="Times New Roman" w:cs="Times New Roman"/>
        </w:rPr>
        <w:t>-</w:t>
      </w:r>
      <w:r>
        <w:rPr>
          <w:rFonts w:ascii="Nirmala UI" w:hAnsi="Nirmala UI" w:eastAsia="Nirmala UI" w:cs="Nirmala UI"/>
        </w:rPr>
        <w:t>ꯇꯨ</w:t>
      </w:r>
      <w:r>
        <w:rPr>
          <w:rFonts w:ascii="Times New Roman" w:hAnsi="Times New Roman" w:eastAsia="Times New Roman" w:cs="Times New Roman"/>
        </w:rPr>
        <w:t xml:space="preserve"> </w:t>
      </w:r>
      <w:r>
        <w:rPr>
          <w:rFonts w:ascii="Nirmala UI" w:hAnsi="Nirmala UI" w:eastAsia="Nirmala UI" w:cs="Nirmala UI"/>
        </w:rPr>
        <w:t>ꯑꯁꯤꯈꯛꯇ</w:t>
      </w:r>
      <w:r>
        <w:rPr>
          <w:rFonts w:ascii="Times New Roman" w:hAnsi="Times New Roman" w:eastAsia="Times New Roman" w:cs="Times New Roman"/>
        </w:rPr>
        <w:t xml:space="preserve"> </w:t>
      </w:r>
      <w:r>
        <w:rPr>
          <w:rFonts w:ascii="Nirmala UI" w:hAnsi="Nirmala UI" w:eastAsia="Nirmala UI" w:cs="Nirmala UI"/>
        </w:rPr>
        <w:t>ꯅꯠꯇꯅ</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ꯕꯔꯁ</w:t>
      </w:r>
      <w:r>
        <w:rPr>
          <w:rFonts w:ascii="Times New Roman" w:hAnsi="Times New Roman" w:eastAsia="Times New Roman" w:cs="Times New Roman"/>
        </w:rPr>
        <w:t xml:space="preserve"> </w:t>
      </w:r>
      <w:r>
        <w:rPr>
          <w:rFonts w:ascii="Nirmala UI" w:hAnsi="Nirmala UI" w:eastAsia="Nirmala UI" w:cs="Nirmala UI"/>
        </w:rPr>
        <w:t>ꯑꯍꯨꯝ</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ꯃꯔꯨꯑꯣꯏꯕ</w:t>
      </w:r>
      <w:r>
        <w:rPr>
          <w:rFonts w:ascii="Times New Roman" w:hAnsi="Times New Roman" w:eastAsia="Times New Roman" w:cs="Times New Roman"/>
        </w:rPr>
        <w:t xml:space="preserve"> </w:t>
      </w:r>
      <w:r>
        <w:rPr>
          <w:rFonts w:ascii="Nirmala UI" w:hAnsi="Nirmala UI" w:eastAsia="Nirmala UI" w:cs="Nirmala UI"/>
        </w:rPr>
        <w:t>ꯑꯆꯨꯝꯕ</w:t>
      </w:r>
      <w:r>
        <w:rPr>
          <w:rFonts w:ascii="Times New Roman" w:hAnsi="Times New Roman" w:eastAsia="Times New Roman" w:cs="Times New Roman"/>
        </w:rPr>
        <w:t xml:space="preserve"> </w:t>
      </w:r>
      <w:r>
        <w:rPr>
          <w:rFonts w:ascii="Nirmala UI" w:hAnsi="Nirmala UI" w:eastAsia="Nirmala UI" w:cs="Nirmala UI"/>
        </w:rPr>
        <w:t>ꯋꯥꯍꯩꯁꯤ</w:t>
      </w:r>
      <w:r>
        <w:rPr>
          <w:rFonts w:ascii="Times New Roman" w:hAnsi="Times New Roman" w:eastAsia="Times New Roman" w:cs="Times New Roman"/>
        </w:rPr>
        <w:t xml:space="preserve"> </w:t>
      </w:r>
      <w:r>
        <w:rPr>
          <w:rFonts w:ascii="Nirmala UI" w:hAnsi="Nirmala UI" w:eastAsia="Nirmala UI" w:cs="Nirmala UI"/>
        </w:rPr>
        <w:t>ꯄꯥꯎꯈꯠꯂꯤ</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ꯕꯔꯁ</w:t>
      </w:r>
      <w:r>
        <w:rPr>
          <w:rFonts w:ascii="Times New Roman" w:hAnsi="Times New Roman" w:eastAsia="Times New Roman" w:cs="Times New Roman"/>
        </w:rPr>
        <w:t xml:space="preserve"> </w:t>
      </w:r>
      <w:r>
        <w:rPr>
          <w:rFonts w:ascii="Nirmala UI" w:hAnsi="Nirmala UI" w:eastAsia="Nirmala UI" w:cs="Nirmala UI"/>
        </w:rPr>
        <w:t>ꯏꯂꯦꯚꯟ</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ꯇ꯭ꯋꯦꯟꯇꯤ</w:t>
      </w:r>
      <w:r>
        <w:rPr>
          <w:rFonts w:ascii="Times New Roman" w:hAnsi="Times New Roman" w:eastAsia="Times New Roman" w:cs="Times New Roman"/>
        </w:rPr>
        <w:t>-</w:t>
      </w:r>
      <w:r>
        <w:rPr>
          <w:rFonts w:ascii="Nirmala UI" w:hAnsi="Nirmala UI" w:eastAsia="Nirmala UI" w:cs="Nirmala UI"/>
        </w:rPr>
        <w:t>ꯇꯨ</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ꯃꯔꯨꯑꯣꯏꯕ</w:t>
      </w:r>
      <w:r>
        <w:rPr>
          <w:rFonts w:ascii="Times New Roman" w:hAnsi="Times New Roman" w:eastAsia="Times New Roman" w:cs="Times New Roman"/>
        </w:rPr>
        <w:t xml:space="preserve"> </w:t>
      </w:r>
      <w:r>
        <w:rPr>
          <w:rFonts w:ascii="Nirmala UI" w:hAnsi="Nirmala UI" w:eastAsia="Nirmala UI" w:cs="Nirmala UI"/>
        </w:rPr>
        <w:t>ꯈꯟꯅꯕꯒꯤ</w:t>
      </w:r>
      <w:r>
        <w:rPr>
          <w:rFonts w:ascii="Times New Roman" w:hAnsi="Times New Roman" w:eastAsia="Times New Roman" w:cs="Times New Roman"/>
        </w:rPr>
        <w:t xml:space="preserve"> </w:t>
      </w:r>
      <w:r>
        <w:rPr>
          <w:rFonts w:ascii="Nirmala UI" w:hAnsi="Nirmala UI" w:eastAsia="Nirmala UI" w:cs="Nirmala UI"/>
        </w:rPr>
        <w:t>ꯑꯍꯧꯕ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ꯂꯣꯏꯁꯤꯟꯕ</w:t>
      </w:r>
      <w:r>
        <w:rPr>
          <w:rFonts w:ascii="Times New Roman" w:hAnsi="Times New Roman" w:eastAsia="Times New Roman" w:cs="Times New Roman"/>
        </w:rPr>
        <w:t xml:space="preserve"> </w:t>
      </w:r>
      <w:r>
        <w:rPr>
          <w:rFonts w:ascii="Nirmala UI" w:hAnsi="Nirmala UI" w:eastAsia="Nirmala UI" w:cs="Nirmala UI"/>
        </w:rPr>
        <w:t>ꯑꯣꯏꯕꯁꯤ</w:t>
      </w:r>
      <w:r>
        <w:rPr>
          <w:rFonts w:ascii="Times New Roman" w:hAnsi="Times New Roman" w:eastAsia="Times New Roman" w:cs="Times New Roman"/>
        </w:rPr>
        <w:t xml:space="preserve"> </w:t>
      </w:r>
      <w:r>
        <w:rPr>
          <w:rFonts w:ascii="Nirmala UI" w:hAnsi="Nirmala UI" w:eastAsia="Nirmala UI" w:cs="Nirmala UI"/>
        </w:rPr>
        <w:t>ꯑꯣꯏꯍꯜꯂꯤ꯫</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ꯏꯟꯅ</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ꯁꯦꯕꯦꯟꯇꯤꯟꯒꯤ</w:t>
      </w:r>
      <w:r>
        <w:rPr>
          <w:rFonts w:ascii="Times New Roman" w:hAnsi="Times New Roman" w:eastAsia="Times New Roman" w:cs="Times New Roman"/>
        </w:rPr>
        <w:t xml:space="preserve"> </w:t>
      </w:r>
      <w:r>
        <w:rPr>
          <w:rFonts w:ascii="Nirmala UI" w:hAnsi="Nirmala UI" w:eastAsia="Nirmala UI" w:cs="Nirmala UI"/>
        </w:rPr>
        <w:t>ꯕꯔꯁ</w:t>
      </w:r>
      <w:r>
        <w:rPr>
          <w:rFonts w:ascii="Times New Roman" w:hAnsi="Times New Roman" w:eastAsia="Times New Roman" w:cs="Times New Roman"/>
        </w:rPr>
        <w:t xml:space="preserve"> </w:t>
      </w:r>
      <w:r>
        <w:rPr>
          <w:rFonts w:ascii="Nirmala UI" w:hAnsi="Nirmala UI" w:eastAsia="Nirmala UI" w:cs="Nirmala UI"/>
        </w:rPr>
        <w:t>ꯏꯂꯦꯚꯟꯗꯒꯤ</w:t>
      </w:r>
      <w:r>
        <w:rPr>
          <w:rFonts w:ascii="Times New Roman" w:hAnsi="Times New Roman" w:eastAsia="Times New Roman" w:cs="Times New Roman"/>
        </w:rPr>
        <w:t xml:space="preserve"> </w:t>
      </w:r>
      <w:r>
        <w:rPr>
          <w:rFonts w:ascii="Nirmala UI" w:hAnsi="Nirmala UI" w:eastAsia="Nirmala UI" w:cs="Nirmala UI"/>
        </w:rPr>
        <w:t>ꯇ꯭ꯋꯦꯟꯇꯤ</w:t>
      </w:r>
      <w:r>
        <w:rPr>
          <w:rFonts w:ascii="Times New Roman" w:hAnsi="Times New Roman" w:eastAsia="Times New Roman" w:cs="Times New Roman"/>
        </w:rPr>
        <w:t>-</w:t>
      </w:r>
      <w:r>
        <w:rPr>
          <w:rFonts w:ascii="Nirmala UI" w:hAnsi="Nirmala UI" w:eastAsia="Nirmala UI" w:cs="Nirmala UI"/>
        </w:rPr>
        <w:t>ꯇꯨ</w:t>
      </w:r>
      <w:r>
        <w:rPr>
          <w:rFonts w:ascii="Times New Roman" w:hAnsi="Times New Roman" w:eastAsia="Times New Roman" w:cs="Times New Roman"/>
        </w:rPr>
        <w:t xml:space="preserve"> </w:t>
      </w:r>
      <w:r>
        <w:rPr>
          <w:rFonts w:ascii="Nirmala UI" w:hAnsi="Nirmala UI" w:eastAsia="Nirmala UI" w:cs="Nirmala UI"/>
        </w:rPr>
        <w:t>ꯐꯥꯎꯕ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ꯏꯂꯦꯚꯟꯗꯒꯤ</w:t>
      </w:r>
      <w:r>
        <w:rPr>
          <w:rFonts w:ascii="Times New Roman" w:hAnsi="Times New Roman" w:eastAsia="Times New Roman" w:cs="Times New Roman"/>
        </w:rPr>
        <w:t xml:space="preserve"> </w:t>
      </w:r>
      <w:r>
        <w:rPr>
          <w:rFonts w:ascii="Nirmala UI" w:hAnsi="Nirmala UI" w:eastAsia="Nirmala UI" w:cs="Nirmala UI"/>
        </w:rPr>
        <w:t>ꯇ꯭ꯋꯦꯟꯇꯤ</w:t>
      </w:r>
      <w:r>
        <w:rPr>
          <w:rFonts w:ascii="Times New Roman" w:hAnsi="Times New Roman" w:eastAsia="Times New Roman" w:cs="Times New Roman"/>
        </w:rPr>
        <w:t>-</w:t>
      </w:r>
      <w:r>
        <w:rPr>
          <w:rFonts w:ascii="Nirmala UI" w:hAnsi="Nirmala UI" w:eastAsia="Nirmala UI" w:cs="Nirmala UI"/>
        </w:rPr>
        <w:t>ꯇꯨ</w:t>
      </w:r>
      <w:r>
        <w:rPr>
          <w:rFonts w:ascii="Times New Roman" w:hAnsi="Times New Roman" w:eastAsia="Times New Roman" w:cs="Times New Roman"/>
        </w:rPr>
        <w:t xml:space="preserve"> </w:t>
      </w:r>
      <w:r>
        <w:rPr>
          <w:rFonts w:ascii="Nirmala UI" w:hAnsi="Nirmala UI" w:eastAsia="Nirmala UI" w:cs="Nirmala UI"/>
        </w:rPr>
        <w:t>ꯐꯥꯎꯕ</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ꯃꯔꯨꯑꯣꯏꯕ</w:t>
      </w:r>
      <w:r>
        <w:rPr>
          <w:rFonts w:ascii="Times New Roman" w:hAnsi="Times New Roman" w:eastAsia="Times New Roman" w:cs="Times New Roman"/>
        </w:rPr>
        <w:t xml:space="preserve"> </w:t>
      </w:r>
      <w:r>
        <w:rPr>
          <w:rFonts w:ascii="Nirmala UI" w:hAnsi="Nirmala UI" w:eastAsia="Nirmala UI" w:cs="Nirmala UI"/>
        </w:rPr>
        <w:t>ꯊꯤꯝ</w:t>
      </w:r>
      <w:r>
        <w:rPr>
          <w:rFonts w:ascii="Times New Roman" w:hAnsi="Times New Roman" w:eastAsia="Times New Roman" w:cs="Times New Roman"/>
        </w:rPr>
        <w:t xml:space="preserve"> </w:t>
      </w:r>
      <w:r>
        <w:rPr>
          <w:rFonts w:ascii="Nirmala UI" w:hAnsi="Nirmala UI" w:eastAsia="Nirmala UI" w:cs="Nirmala UI"/>
        </w:rPr>
        <w:t>ꯑꯁꯤꯅꯤ꯫</w:t>
      </w:r>
    </w:p>
    <w:p>
      <w:pPr>
        <w:pStyle w:val="ArticleBody"/>
        <w:jc w:val="left"/>
      </w:pPr>
      <w:r>
        <w:rPr>
          <w:rFonts w:ascii="Times New Roman" w:hAnsi="Times New Roman" w:eastAsia="Times New Roman" w:cs="Times New Roman"/>
        </w:rPr>
        <w:t>Ang tunga sa mga kapitulo onse hangtod baynte-dos sa basahon ni Mateo mao ang kapitulo desisais.</w:t>
      </w:r>
    </w:p>
    <w:p>
      <w:pPr>
        <w:pStyle w:val="ArticleScripture"/>
        <w:jc w:val="left"/>
      </w:pPr>
      <w:r>
        <w:rPr>
          <w:rFonts w:ascii="Times New Roman" w:hAnsi="Times New Roman" w:eastAsia="Times New Roman" w:cs="Times New Roman"/>
        </w:rPr>
        <w:t>انتهى إلى أن أوصى تلاميذه ألّا يقولوا لأحدٍ إنّه يسوع المسيح. متّى 16:20.</w:t>
      </w:r>
    </w:p>
    <w:p>
      <w:pPr>
        <w:pStyle w:val="ArticleBody"/>
        <w:jc w:val="left"/>
      </w:pPr>
      <w:r>
        <w:rPr>
          <w:rFonts w:ascii="Times New Roman" w:hAnsi="Times New Roman" w:eastAsia="Times New Roman" w:cs="Times New Roman"/>
        </w:rPr>
        <w:t>La’bi kut könyol yök, ruup thiɛ̈ɛr piööu mark kä piny kuɛth ë lueel thok kuëny ku cï aaö in verse thiɛ̈r-kë-rël, kä cï Christo ku lupiɛth käkek bïïr Caesarea Philippi.</w:t>
      </w:r>
    </w:p>
    <w:p>
      <w:pPr>
        <w:pStyle w:val="ArticleScripture"/>
        <w:jc w:val="left"/>
      </w:pPr>
      <w:r>
        <w:rPr>
          <w:rFonts w:ascii="Times New Roman" w:hAnsi="Times New Roman" w:eastAsia="Times New Roman" w:cs="Times New Roman"/>
        </w:rPr>
        <w:t>Iyesu bwe yajja mu njuyi ez’e Kayisaliya-Firipi, n’abuuza abayigirizwa be ng’agamba nti, Abantu bagamba nti nze Omwana w’omuntu ndi ani? Ne bamugamba nti, Abamu bagamba nti oli Yokaana Omubatiza: abalala, Eriya; n’abalala, Yeremiya, oba omu ku bannabbi. N’abagamba nti, Naye mmwe mugamba nti nze ndi ani? Simooni Peetero n’addamu n’agamba nti, Ggwe Kristo, Omwana wa Katonda omulamu. Iyesu n’addamu n’amugamba nti, Oweereddwa omukisa, Simooni Ba-Yona: kubanga omubiri n’omusaayi si bye bikikubikkulidde, wabula Kitange ali mu ggulu. Era nkugamba nti, Ggwe Peetero, era ku lwazi luno kwe ndizimbira ekkanisa yange; era enzigi z’emagombe tezirigisinga. Era nnaakuwa ebisumuluzo eby’obwakabaka obw’omu ggulu: era kyonna ky’olisisiba ku nsi kiriba kisiddwa mu ggulu: era kyonna ky’olisumulula ku nsi kiriba kisumuluddwa mu ggulu. Awo n’alagira abayigirizwa be baleme okubuulira omuntu yenna nga ye Iyesu Kristo. Matayo 16:13–20.</w:t>
      </w:r>
    </w:p>
    <w:p>
      <w:pPr>
        <w:pStyle w:val="ArticleHeading"/>
        <w:jc w:val="left"/>
      </w:pPr>
      <w:r>
        <w:rPr>
          <w:rFonts w:ascii="Ebrima" w:hAnsi="Ebrima" w:eastAsia="Ebrima" w:cs="Ebrima"/>
        </w:rPr>
        <w:t>ራፊያ</w:t>
      </w:r>
      <w:r>
        <w:rPr>
          <w:rFonts w:ascii="Arial" w:hAnsi="Arial" w:eastAsia="Arial" w:cs="Arial"/>
        </w:rPr>
        <w:t xml:space="preserve"> </w:t>
      </w:r>
      <w:r>
        <w:rPr>
          <w:rFonts w:ascii="Ebrima" w:hAnsi="Ebrima" w:eastAsia="Ebrima" w:cs="Ebrima"/>
        </w:rPr>
        <w:t>እና</w:t>
      </w:r>
      <w:r>
        <w:rPr>
          <w:rFonts w:ascii="Arial" w:hAnsi="Arial" w:eastAsia="Arial" w:cs="Arial"/>
        </w:rPr>
        <w:t xml:space="preserve"> </w:t>
      </w:r>
      <w:r>
        <w:rPr>
          <w:rFonts w:ascii="Ebrima" w:hAnsi="Ebrima" w:eastAsia="Ebrima" w:cs="Ebrima"/>
        </w:rPr>
        <w:t>ፓኒዩም</w:t>
      </w:r>
    </w:p>
    <w:p>
      <w:pPr>
        <w:pStyle w:val="ArticleBody"/>
        <w:jc w:val="left"/>
      </w:pPr>
      <w:r>
        <w:rPr>
          <w:rFonts w:ascii="Nirmala UI" w:hAnsi="Nirmala UI" w:eastAsia="Nirmala UI" w:cs="Nirmala UI"/>
        </w:rPr>
        <w:t>মথির</w:t>
      </w:r>
      <w:r>
        <w:rPr>
          <w:rFonts w:ascii="Times New Roman" w:hAnsi="Times New Roman" w:eastAsia="Times New Roman" w:cs="Times New Roman"/>
        </w:rPr>
        <w:t xml:space="preserve"> </w:t>
      </w:r>
      <w:r>
        <w:rPr>
          <w:rFonts w:ascii="Nirmala UI" w:hAnsi="Nirmala UI" w:eastAsia="Nirmala UI" w:cs="Nirmala UI"/>
        </w:rPr>
        <w:t>মধ্যবর্তী</w:t>
      </w:r>
      <w:r>
        <w:rPr>
          <w:rFonts w:ascii="Times New Roman" w:hAnsi="Times New Roman" w:eastAsia="Times New Roman" w:cs="Times New Roman"/>
        </w:rPr>
        <w:t xml:space="preserve"> </w:t>
      </w:r>
      <w:r>
        <w:rPr>
          <w:rFonts w:ascii="Nirmala UI" w:hAnsi="Nirmala UI" w:eastAsia="Nirmala UI" w:cs="Nirmala UI"/>
        </w:rPr>
        <w:t>অংশটি</w:t>
      </w:r>
      <w:r>
        <w:rPr>
          <w:rFonts w:ascii="Times New Roman" w:hAnsi="Times New Roman" w:eastAsia="Times New Roman" w:cs="Times New Roman"/>
        </w:rPr>
        <w:t xml:space="preserve"> </w:t>
      </w:r>
      <w:r>
        <w:rPr>
          <w:rFonts w:ascii="Nirmala UI" w:hAnsi="Nirmala UI" w:eastAsia="Nirmala UI" w:cs="Nirmala UI"/>
        </w:rPr>
        <w:t>কেবল</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স্বতন্ত্র</w:t>
      </w:r>
      <w:r>
        <w:rPr>
          <w:rFonts w:ascii="Times New Roman" w:hAnsi="Times New Roman" w:eastAsia="Times New Roman" w:cs="Times New Roman"/>
        </w:rPr>
        <w:t xml:space="preserve"> </w:t>
      </w:r>
      <w:r>
        <w:rPr>
          <w:rFonts w:ascii="Nirmala UI" w:hAnsi="Nirmala UI" w:eastAsia="Nirmala UI" w:cs="Nirmala UI"/>
        </w:rPr>
        <w:t>আলাপ</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বিষয়ই</w:t>
      </w:r>
      <w:r>
        <w:rPr>
          <w:rFonts w:ascii="Times New Roman" w:hAnsi="Times New Roman" w:eastAsia="Times New Roman" w:cs="Times New Roman"/>
        </w:rPr>
        <w:t xml:space="preserve"> </w:t>
      </w:r>
      <w:r>
        <w:rPr>
          <w:rFonts w:ascii="Nirmala UI" w:hAnsi="Nirmala UI" w:eastAsia="Nirmala UI" w:cs="Nirmala UI"/>
        </w:rPr>
        <w:t>উপস্থাপন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যেভাবে</w:t>
      </w:r>
      <w:r>
        <w:rPr>
          <w:rFonts w:ascii="Times New Roman" w:hAnsi="Times New Roman" w:eastAsia="Times New Roman" w:cs="Times New Roman"/>
        </w:rPr>
        <w:t xml:space="preserve"> </w:t>
      </w:r>
      <w:r>
        <w:rPr>
          <w:rFonts w:ascii="Nirmala UI" w:hAnsi="Nirmala UI" w:eastAsia="Nirmala UI" w:cs="Nirmala UI"/>
        </w:rPr>
        <w:t>আদিপুস্তকের</w:t>
      </w:r>
      <w:r>
        <w:rPr>
          <w:rFonts w:ascii="Times New Roman" w:hAnsi="Times New Roman" w:eastAsia="Times New Roman" w:cs="Times New Roman"/>
        </w:rPr>
        <w:t xml:space="preserve"> </w:t>
      </w:r>
      <w:r>
        <w:rPr>
          <w:rFonts w:ascii="Nirmala UI" w:hAnsi="Nirmala UI" w:eastAsia="Nirmala UI" w:cs="Nirmala UI"/>
        </w:rPr>
        <w:t>সাক্ষ্যের</w:t>
      </w:r>
      <w:r>
        <w:rPr>
          <w:rFonts w:ascii="Times New Roman" w:hAnsi="Times New Roman" w:eastAsia="Times New Roman" w:cs="Times New Roman"/>
        </w:rPr>
        <w:t xml:space="preserve"> </w:t>
      </w:r>
      <w:r>
        <w:rPr>
          <w:rFonts w:ascii="Nirmala UI" w:hAnsi="Nirmala UI" w:eastAsia="Nirmala UI" w:cs="Nirmala UI"/>
        </w:rPr>
        <w:t>চুক্তিগত</w:t>
      </w:r>
      <w:r>
        <w:rPr>
          <w:rFonts w:ascii="Times New Roman" w:hAnsi="Times New Roman" w:eastAsia="Times New Roman" w:cs="Times New Roman"/>
        </w:rPr>
        <w:t xml:space="preserve"> </w:t>
      </w:r>
      <w:r>
        <w:rPr>
          <w:rFonts w:ascii="Nirmala UI" w:hAnsi="Nirmala UI" w:eastAsia="Nirmala UI" w:cs="Nirmala UI"/>
        </w:rPr>
        <w:t>প্রতীকবোধ</w:t>
      </w:r>
      <w:r>
        <w:rPr>
          <w:rFonts w:ascii="Times New Roman" w:hAnsi="Times New Roman" w:eastAsia="Times New Roman" w:cs="Times New Roman"/>
        </w:rPr>
        <w:t xml:space="preserve"> </w:t>
      </w:r>
      <w:r>
        <w:rPr>
          <w:rFonts w:ascii="Nirmala UI" w:hAnsi="Nirmala UI" w:eastAsia="Nirmala UI" w:cs="Nirmala UI"/>
        </w:rPr>
        <w:t>রাফিয়ার</w:t>
      </w:r>
      <w:r>
        <w:rPr>
          <w:rFonts w:ascii="Times New Roman" w:hAnsi="Times New Roman" w:eastAsia="Times New Roman" w:cs="Times New Roman"/>
        </w:rPr>
        <w:t xml:space="preserve"> </w:t>
      </w:r>
      <w:r>
        <w:rPr>
          <w:rFonts w:ascii="Nirmala UI" w:hAnsi="Nirmala UI" w:eastAsia="Nirmala UI" w:cs="Nirmala UI"/>
        </w:rPr>
        <w:t>যুদ্ধের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সামঞ্জস্যপূর্ণ</w:t>
      </w:r>
      <w:r>
        <w:rPr>
          <w:rFonts w:ascii="Times New Roman" w:hAnsi="Times New Roman" w:eastAsia="Times New Roman" w:cs="Times New Roman"/>
        </w:rPr>
        <w:t xml:space="preserve">, </w:t>
      </w:r>
      <w:r>
        <w:rPr>
          <w:rFonts w:ascii="Nirmala UI" w:hAnsi="Nirmala UI" w:eastAsia="Nirmala UI" w:cs="Nirmala UI"/>
        </w:rPr>
        <w:t>সেভাবেই</w:t>
      </w:r>
      <w:r>
        <w:rPr>
          <w:rFonts w:ascii="Times New Roman" w:hAnsi="Times New Roman" w:eastAsia="Times New Roman" w:cs="Times New Roman"/>
        </w:rPr>
        <w:t xml:space="preserve"> </w:t>
      </w:r>
      <w:r>
        <w:rPr>
          <w:rFonts w:ascii="Nirmala UI" w:hAnsi="Nirmala UI" w:eastAsia="Nirmala UI" w:cs="Nirmala UI"/>
        </w:rPr>
        <w:t>মথির</w:t>
      </w:r>
      <w:r>
        <w:rPr>
          <w:rFonts w:ascii="Times New Roman" w:hAnsi="Times New Roman" w:eastAsia="Times New Roman" w:cs="Times New Roman"/>
        </w:rPr>
        <w:t xml:space="preserve"> </w:t>
      </w:r>
      <w:r>
        <w:rPr>
          <w:rFonts w:ascii="Nirmala UI" w:hAnsi="Nirmala UI" w:eastAsia="Nirmala UI" w:cs="Nirmala UI"/>
        </w:rPr>
        <w:t>আলাপ</w:t>
      </w:r>
      <w:r>
        <w:rPr>
          <w:rFonts w:ascii="Times New Roman" w:hAnsi="Times New Roman" w:eastAsia="Times New Roman" w:cs="Times New Roman"/>
        </w:rPr>
        <w:t xml:space="preserve"> </w:t>
      </w:r>
      <w:r>
        <w:rPr>
          <w:rFonts w:ascii="Nirmala UI" w:hAnsi="Nirmala UI" w:eastAsia="Nirmala UI" w:cs="Nirmala UI"/>
        </w:rPr>
        <w:t>সংঘটিত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কৈসরিয়া</w:t>
      </w:r>
      <w:r>
        <w:rPr>
          <w:rFonts w:ascii="Times New Roman" w:hAnsi="Times New Roman" w:eastAsia="Times New Roman" w:cs="Times New Roman"/>
        </w:rPr>
        <w:t xml:space="preserve"> </w:t>
      </w:r>
      <w:r>
        <w:rPr>
          <w:rFonts w:ascii="Nirmala UI" w:hAnsi="Nirmala UI" w:eastAsia="Nirmala UI" w:cs="Nirmala UI"/>
        </w:rPr>
        <w:t>ফিলিপ্পিতে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পানিয়ম।</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এগারোর</w:t>
      </w:r>
      <w:r>
        <w:rPr>
          <w:rFonts w:ascii="Times New Roman" w:hAnsi="Times New Roman" w:eastAsia="Times New Roman" w:cs="Times New Roman"/>
        </w:rPr>
        <w:t xml:space="preserve"> </w:t>
      </w:r>
      <w:r>
        <w:rPr>
          <w:rFonts w:ascii="Nirmala UI" w:hAnsi="Nirmala UI" w:eastAsia="Nirmala UI" w:cs="Nirmala UI"/>
        </w:rPr>
        <w:t>পনেরো</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উল্লিখিত</w:t>
      </w:r>
      <w:r>
        <w:rPr>
          <w:rFonts w:ascii="Times New Roman" w:hAnsi="Times New Roman" w:eastAsia="Times New Roman" w:cs="Times New Roman"/>
        </w:rPr>
        <w:t xml:space="preserve"> </w:t>
      </w:r>
      <w:r>
        <w:rPr>
          <w:rFonts w:ascii="Nirmala UI" w:hAnsi="Nirmala UI" w:eastAsia="Nirmala UI" w:cs="Nirmala UI"/>
        </w:rPr>
        <w:t>পানিয়ম</w:t>
      </w:r>
      <w:r>
        <w:rPr>
          <w:rFonts w:ascii="Times New Roman" w:hAnsi="Times New Roman" w:eastAsia="Times New Roman" w:cs="Times New Roman"/>
        </w:rPr>
        <w:t xml:space="preserve"> </w:t>
      </w:r>
      <w:r>
        <w:rPr>
          <w:rFonts w:ascii="Nirmala UI" w:hAnsi="Nirmala UI" w:eastAsia="Nirmala UI" w:cs="Nirmala UI"/>
        </w:rPr>
        <w:t>মথির</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রেখার</w:t>
      </w:r>
      <w:r>
        <w:rPr>
          <w:rFonts w:ascii="Times New Roman" w:hAnsi="Times New Roman" w:eastAsia="Times New Roman" w:cs="Times New Roman"/>
        </w:rPr>
        <w:t xml:space="preserve"> </w:t>
      </w:r>
      <w:r>
        <w:rPr>
          <w:rFonts w:ascii="Nirmala UI" w:hAnsi="Nirmala UI" w:eastAsia="Nirmala UI" w:cs="Nirmala UI"/>
        </w:rPr>
        <w:t>মধ্যবিন্দু</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এগারোর</w:t>
      </w:r>
      <w:r>
        <w:rPr>
          <w:rFonts w:ascii="Times New Roman" w:hAnsi="Times New Roman" w:eastAsia="Times New Roman" w:cs="Times New Roman"/>
        </w:rPr>
        <w:t xml:space="preserve"> </w:t>
      </w:r>
      <w:r>
        <w:rPr>
          <w:rFonts w:ascii="Nirmala UI" w:hAnsi="Nirmala UI" w:eastAsia="Nirmala UI" w:cs="Nirmala UI"/>
        </w:rPr>
        <w:t>এগারো</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উল্লিখিত</w:t>
      </w:r>
      <w:r>
        <w:rPr>
          <w:rFonts w:ascii="Times New Roman" w:hAnsi="Times New Roman" w:eastAsia="Times New Roman" w:cs="Times New Roman"/>
        </w:rPr>
        <w:t xml:space="preserve"> </w:t>
      </w:r>
      <w:r>
        <w:rPr>
          <w:rFonts w:ascii="Nirmala UI" w:hAnsi="Nirmala UI" w:eastAsia="Nirmala UI" w:cs="Nirmala UI"/>
        </w:rPr>
        <w:t>রাফিয়া</w:t>
      </w:r>
      <w:r>
        <w:rPr>
          <w:rFonts w:ascii="Times New Roman" w:hAnsi="Times New Roman" w:eastAsia="Times New Roman" w:cs="Times New Roman"/>
        </w:rPr>
        <w:t xml:space="preserve"> </w:t>
      </w:r>
      <w:r>
        <w:rPr>
          <w:rFonts w:ascii="Nirmala UI" w:hAnsi="Nirmala UI" w:eastAsia="Nirmala UI" w:cs="Nirmala UI"/>
        </w:rPr>
        <w:t>আদিপুস্তকের</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রেখার</w:t>
      </w:r>
      <w:r>
        <w:rPr>
          <w:rFonts w:ascii="Times New Roman" w:hAnsi="Times New Roman" w:eastAsia="Times New Roman" w:cs="Times New Roman"/>
        </w:rPr>
        <w:t xml:space="preserve"> </w:t>
      </w:r>
      <w:r>
        <w:rPr>
          <w:rFonts w:ascii="Nirmala UI" w:hAnsi="Nirmala UI" w:eastAsia="Nirmala UI" w:cs="Nirmala UI"/>
        </w:rPr>
        <w:t>মধ্যবিন্দু।</w:t>
      </w:r>
    </w:p>
    <w:p>
      <w:pPr>
        <w:pStyle w:val="ArticleBody"/>
        <w:jc w:val="left"/>
      </w:pPr>
      <w:r>
        <w:rPr>
          <w:rFonts w:ascii="Myanmar Text" w:hAnsi="Myanmar Text" w:eastAsia="Myanmar Text" w:cs="Myanmar Text"/>
        </w:rPr>
        <w:t>၄၅၇</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ခရစ်မပေါ်မီတွင်</w:t>
      </w:r>
      <w:r>
        <w:rPr>
          <w:rFonts w:ascii="Times New Roman" w:hAnsi="Times New Roman" w:eastAsia="Times New Roman" w:cs="Times New Roman"/>
        </w:rPr>
        <w:t xml:space="preserve"> </w:t>
      </w:r>
      <w:r>
        <w:rPr>
          <w:rFonts w:ascii="Myanmar Text" w:hAnsi="Myanmar Text" w:eastAsia="Myanmar Text" w:cs="Myanmar Text"/>
        </w:rPr>
        <w:t>စတင်ခဲ့သော</w:t>
      </w:r>
      <w:r>
        <w:rPr>
          <w:rFonts w:ascii="Times New Roman" w:hAnsi="Times New Roman" w:eastAsia="Times New Roman" w:cs="Times New Roman"/>
        </w:rPr>
        <w:t xml:space="preserve"> </w:t>
      </w:r>
      <w:r>
        <w:rPr>
          <w:rFonts w:ascii="Myanmar Text" w:hAnsi="Myanmar Text" w:eastAsia="Myanmar Text" w:cs="Myanmar Text"/>
        </w:rPr>
        <w:t>နှစ်ပေါင်း</w:t>
      </w:r>
      <w:r>
        <w:rPr>
          <w:rFonts w:ascii="Times New Roman" w:hAnsi="Times New Roman" w:eastAsia="Times New Roman" w:cs="Times New Roman"/>
        </w:rPr>
        <w:t xml:space="preserve"> </w:t>
      </w:r>
      <w:r>
        <w:rPr>
          <w:rFonts w:ascii="Myanmar Text" w:hAnsi="Myanmar Text" w:eastAsia="Myanmar Text" w:cs="Myanmar Text"/>
        </w:rPr>
        <w:t>၂၅၀</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၂၀၇</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ခရစ်မပေါ်မီတွင်</w:t>
      </w:r>
      <w:r>
        <w:rPr>
          <w:rFonts w:ascii="Times New Roman" w:hAnsi="Times New Roman" w:eastAsia="Times New Roman" w:cs="Times New Roman"/>
        </w:rPr>
        <w:t xml:space="preserve"> </w:t>
      </w:r>
      <w:r>
        <w:rPr>
          <w:rFonts w:ascii="Myanmar Text" w:hAnsi="Myanmar Text" w:eastAsia="Myanmar Text" w:cs="Myanmar Text"/>
        </w:rPr>
        <w:t>အဆုံးသတ်ခဲ့သည်။</w:t>
      </w:r>
      <w:r>
        <w:rPr>
          <w:rFonts w:ascii="Times New Roman" w:hAnsi="Times New Roman" w:eastAsia="Times New Roman" w:cs="Times New Roman"/>
        </w:rPr>
        <w:t xml:space="preserve"> </w:t>
      </w:r>
      <w:r>
        <w:rPr>
          <w:rFonts w:ascii="Myanmar Text" w:hAnsi="Myanmar Text" w:eastAsia="Myanmar Text" w:cs="Myanmar Text"/>
        </w:rPr>
        <w:t>ယင်းသည်</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Raphia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၁၅</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Panium </w:t>
      </w:r>
      <w:r>
        <w:rPr>
          <w:rFonts w:ascii="Myanmar Text" w:hAnsi="Myanmar Text" w:eastAsia="Myanmar Text" w:cs="Myanmar Text"/>
        </w:rPr>
        <w:t>တို့အကြား</w:t>
      </w:r>
      <w:r>
        <w:rPr>
          <w:rFonts w:ascii="Times New Roman" w:hAnsi="Times New Roman" w:eastAsia="Times New Roman" w:cs="Times New Roman"/>
        </w:rPr>
        <w:t xml:space="preserve"> </w:t>
      </w:r>
      <w:r>
        <w:rPr>
          <w:rFonts w:ascii="Myanmar Text" w:hAnsi="Myanmar Text" w:eastAsia="Myanmar Text" w:cs="Myanmar Text"/>
        </w:rPr>
        <w:t>အလယ်မှတ်ဖြစ်ပြီး၊</w:t>
      </w:r>
      <w:r>
        <w:rPr>
          <w:rFonts w:ascii="Times New Roman" w:hAnsi="Times New Roman" w:eastAsia="Times New Roman" w:cs="Times New Roman"/>
        </w:rPr>
        <w:t xml:space="preserve"> </w:t>
      </w:r>
      <w:r>
        <w:rPr>
          <w:rFonts w:ascii="Myanmar Text" w:hAnsi="Myanmar Text" w:eastAsia="Myanmar Text" w:cs="Myanmar Text"/>
        </w:rPr>
        <w:t>ထိုနေရာ၌</w:t>
      </w:r>
      <w:r>
        <w:rPr>
          <w:rFonts w:ascii="Times New Roman" w:hAnsi="Times New Roman" w:eastAsia="Times New Roman" w:cs="Times New Roman"/>
        </w:rPr>
        <w:t xml:space="preserve"> </w:t>
      </w:r>
      <w:r>
        <w:rPr>
          <w:rFonts w:ascii="Myanmar Text" w:hAnsi="Myanmar Text" w:eastAsia="Myanmar Text" w:cs="Myanmar Text"/>
        </w:rPr>
        <w:t>အဘရာဟံ၏</w:t>
      </w:r>
      <w:r>
        <w:rPr>
          <w:rFonts w:ascii="Times New Roman" w:hAnsi="Times New Roman" w:eastAsia="Times New Roman" w:cs="Times New Roman"/>
        </w:rPr>
        <w:t xml:space="preserve"> </w:t>
      </w:r>
      <w:r>
        <w:rPr>
          <w:rFonts w:ascii="Myanmar Text" w:hAnsi="Myanmar Text" w:eastAsia="Myanmar Text" w:cs="Myanmar Text"/>
        </w:rPr>
        <w:t>အရေဖျားလှီးခြင်း၏</w:t>
      </w:r>
      <w:r>
        <w:rPr>
          <w:rFonts w:ascii="Times New Roman" w:hAnsi="Times New Roman" w:eastAsia="Times New Roman" w:cs="Times New Roman"/>
        </w:rPr>
        <w:t xml:space="preserve"> </w:t>
      </w:r>
      <w:r>
        <w:rPr>
          <w:rFonts w:ascii="Myanmar Text" w:hAnsi="Myanmar Text" w:eastAsia="Myanmar Text" w:cs="Myanmar Text"/>
        </w:rPr>
        <w:t>နိမိတ်လက္ခဏာနှင့်</w:t>
      </w:r>
      <w:r>
        <w:rPr>
          <w:rFonts w:ascii="Times New Roman" w:hAnsi="Times New Roman" w:eastAsia="Times New Roman" w:cs="Times New Roman"/>
        </w:rPr>
        <w:t xml:space="preserve"> </w:t>
      </w:r>
      <w:r>
        <w:rPr>
          <w:rFonts w:ascii="Myanmar Text" w:hAnsi="Myanmar Text" w:eastAsia="Myanmar Text" w:cs="Myanmar Text"/>
        </w:rPr>
        <w:t>ပေတရု၏</w:t>
      </w:r>
      <w:r>
        <w:rPr>
          <w:rFonts w:ascii="Times New Roman" w:hAnsi="Times New Roman" w:eastAsia="Times New Roman" w:cs="Times New Roman"/>
        </w:rPr>
        <w:t xml:space="preserve"> </w:t>
      </w:r>
      <w:r>
        <w:rPr>
          <w:rFonts w:ascii="Myanmar Text" w:hAnsi="Myanmar Text" w:eastAsia="Myanmar Text" w:cs="Myanmar Text"/>
        </w:rPr>
        <w:t>မေရှိယကို</w:t>
      </w:r>
      <w:r>
        <w:rPr>
          <w:rFonts w:ascii="Times New Roman" w:hAnsi="Times New Roman" w:eastAsia="Times New Roman" w:cs="Times New Roman"/>
        </w:rPr>
        <w:t xml:space="preserve"> </w:t>
      </w:r>
      <w:r>
        <w:rPr>
          <w:rFonts w:ascii="Myanmar Text" w:hAnsi="Myanmar Text" w:eastAsia="Myanmar Text" w:cs="Myanmar Text"/>
        </w:rPr>
        <w:t>ဝန်ခံချက်တို့</w:t>
      </w:r>
      <w:r>
        <w:rPr>
          <w:rFonts w:ascii="Times New Roman" w:hAnsi="Times New Roman" w:eastAsia="Times New Roman" w:cs="Times New Roman"/>
        </w:rPr>
        <w:t xml:space="preserve"> </w:t>
      </w:r>
      <w:r>
        <w:rPr>
          <w:rFonts w:ascii="Myanmar Text" w:hAnsi="Myanmar Text" w:eastAsia="Myanmar Text" w:cs="Myanmar Text"/>
        </w:rPr>
        <w:t>ဆုံစည်းကြသည်။</w:t>
      </w:r>
      <w:r>
        <w:rPr>
          <w:rFonts w:ascii="Times New Roman" w:hAnsi="Times New Roman" w:eastAsia="Times New Roman" w:cs="Times New Roman"/>
        </w:rPr>
        <w:t xml:space="preserve"> </w:t>
      </w:r>
      <w:r>
        <w:rPr>
          <w:rFonts w:ascii="Myanmar Text" w:hAnsi="Myanmar Text" w:eastAsia="Myanmar Text" w:cs="Myanmar Text"/>
        </w:rPr>
        <w:t>မဿဲကျမ်း၏</w:t>
      </w:r>
      <w:r>
        <w:rPr>
          <w:rFonts w:ascii="Times New Roman" w:hAnsi="Times New Roman" w:eastAsia="Times New Roman" w:cs="Times New Roman"/>
        </w:rPr>
        <w:t xml:space="preserve"> </w:t>
      </w:r>
      <w:r>
        <w:rPr>
          <w:rFonts w:ascii="Myanmar Text" w:hAnsi="Myanmar Text" w:eastAsia="Myanmar Text" w:cs="Myanmar Text"/>
        </w:rPr>
        <w:t>အစဉ်လိုက်ဖော်ပြချက်အတွင်း၌၊</w:t>
      </w:r>
      <w:r>
        <w:rPr>
          <w:rFonts w:ascii="Times New Roman" w:hAnsi="Times New Roman" w:eastAsia="Times New Roman" w:cs="Times New Roman"/>
        </w:rPr>
        <w:t xml:space="preserve"> </w:t>
      </w:r>
      <w:r>
        <w:rPr>
          <w:rFonts w:ascii="Myanmar Text" w:hAnsi="Myanmar Text" w:eastAsia="Myanmar Text" w:cs="Myanmar Text"/>
        </w:rPr>
        <w:t>ပေတရုသည်</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နှစ်ခြင်းခံရာ၌</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အသိအမှတ်ပြုသိမြင်ခြင်းကို</w:t>
      </w:r>
      <w:r>
        <w:rPr>
          <w:rFonts w:ascii="Times New Roman" w:hAnsi="Times New Roman" w:eastAsia="Times New Roman" w:cs="Times New Roman"/>
        </w:rPr>
        <w:t xml:space="preserve"> </w:t>
      </w:r>
      <w:r>
        <w:rPr>
          <w:rFonts w:ascii="Myanmar Text" w:hAnsi="Myanmar Text" w:eastAsia="Myanmar Text" w:cs="Myanmar Text"/>
        </w:rPr>
        <w:t>သက်သေခံလျက်ရှိသည်။</w:t>
      </w:r>
    </w:p>
    <w:p>
      <w:pPr>
        <w:pStyle w:val="ArticleBody"/>
        <w:jc w:val="left"/>
      </w:pPr>
      <w:r>
        <w:rPr>
          <w:rFonts w:ascii="Times New Roman" w:hAnsi="Times New Roman" w:eastAsia="Times New Roman" w:cs="Times New Roman"/>
        </w:rPr>
        <w:t>Симон маънои «касест, ки мешунавад»-ро дорад ва Барйӯно маънои «писари кабутар»-ро. Симон касе буд, ки паёми таъмиди Масеҳро шунид, он гоҳ ки Рӯҳулқудс ба сурати кабутар нозил шуд. Таъмиди Масеҳ тимсоли 11 августи 1840 буд, вақте ки фариштаи қавии Ваҳй боби даҳ нозил шуд. Ҳамон фаришта дар 9/11 низ нозил шуд. Петрус намояндаи онҳое мебошад, ки 9/11-ро ҳамчун паёми имтиҳонии насли саду чилу чаҳор ҳазор мешиносанд.</w:t>
      </w:r>
    </w:p>
    <w:p>
      <w:pPr>
        <w:pStyle w:val="ArticleBody"/>
        <w:jc w:val="left"/>
      </w:pPr>
      <w:r>
        <w:rPr>
          <w:rFonts w:ascii="Times New Roman" w:hAnsi="Times New Roman" w:eastAsia="Times New Roman" w:cs="Times New Roman"/>
        </w:rPr>
        <w:t>Петір уособлює тих, хто застосовує методологію «рядок за рядком». Він є «сином» голуба, тож як син він символічно представляє останнє покоління. Петір є символом останнього покоління, а через символічну числову відповідність свого імені він представляє сто сорок чотири тисячі. Петір представляє останнє покоління, яке чує звістку про наділення силою, коли Христос з’являється в пророчій лінії. Петір розпізнав звістку, пов’язану з хрещенням Христа, і тому міг визначити Ісуса як Помазаника, тобто Месію єврейською і Христа грецькою. Петір уособлює тих, хто розуміє, що ангел з Об’явлення вісімнадцятого розділу, який зійшов 11 вересня, також зійшов 11 серпня 1840 року. Петір представляє тих, хто розуміє 11 вересня як дороговказ, який утверджується лише свідченням двох або трьох ліній.</w:t>
      </w:r>
    </w:p>
    <w:p>
      <w:pPr>
        <w:pStyle w:val="ArticleBody"/>
        <w:jc w:val="left"/>
      </w:pPr>
      <w:r>
        <w:rPr>
          <w:rFonts w:ascii="Nirmala UI" w:hAnsi="Nirmala UI" w:eastAsia="Nirmala UI" w:cs="Nirmala UI"/>
        </w:rPr>
        <w:t>পিতরের</w:t>
      </w:r>
      <w:r>
        <w:rPr>
          <w:rFonts w:ascii="Times New Roman" w:hAnsi="Times New Roman" w:eastAsia="Times New Roman" w:cs="Times New Roman"/>
        </w:rPr>
        <w:t xml:space="preserve"> </w:t>
      </w:r>
      <w:r>
        <w:rPr>
          <w:rFonts w:ascii="Nirmala UI" w:hAnsi="Nirmala UI" w:eastAsia="Nirmala UI" w:cs="Nirmala UI"/>
        </w:rPr>
        <w:t>স্বীকারোক্তি</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9/11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সন্তাপের</w:t>
      </w:r>
      <w:r>
        <w:rPr>
          <w:rFonts w:ascii="Times New Roman" w:hAnsi="Times New Roman" w:eastAsia="Times New Roman" w:cs="Times New Roman"/>
        </w:rPr>
        <w:t xml:space="preserve"> </w:t>
      </w:r>
      <w:r>
        <w:rPr>
          <w:rFonts w:ascii="Nirmala UI" w:hAnsi="Nirmala UI" w:eastAsia="Nirmala UI" w:cs="Nirmala UI"/>
        </w:rPr>
        <w:t>আগমনকে</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চূড়ান্ত</w:t>
      </w:r>
      <w:r>
        <w:rPr>
          <w:rFonts w:ascii="Times New Roman" w:hAnsi="Times New Roman" w:eastAsia="Times New Roman" w:cs="Times New Roman"/>
        </w:rPr>
        <w:t xml:space="preserve"> </w:t>
      </w:r>
      <w:r>
        <w:rPr>
          <w:rFonts w:ascii="Nirmala UI" w:hAnsi="Nirmala UI" w:eastAsia="Nirmala UI" w:cs="Nirmala UI"/>
        </w:rPr>
        <w:t>প্রজন্মের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পরীক্ষার</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স্বীকারোক্তিতেই</w:t>
      </w:r>
      <w:r>
        <w:rPr>
          <w:rFonts w:ascii="Times New Roman" w:hAnsi="Times New Roman" w:eastAsia="Times New Roman" w:cs="Times New Roman"/>
        </w:rPr>
        <w:t xml:space="preserve"> </w:t>
      </w:r>
      <w:r>
        <w:rPr>
          <w:rFonts w:ascii="Nirmala UI" w:hAnsi="Nirmala UI" w:eastAsia="Nirmala UI" w:cs="Nirmala UI"/>
        </w:rPr>
        <w:t>নামের</w:t>
      </w:r>
      <w:r>
        <w:rPr>
          <w:rFonts w:ascii="Times New Roman" w:hAnsi="Times New Roman" w:eastAsia="Times New Roman" w:cs="Times New Roman"/>
        </w:rPr>
        <w:t xml:space="preserve"> </w:t>
      </w:r>
      <w:r>
        <w:rPr>
          <w:rFonts w:ascii="Nirmala UI" w:hAnsi="Nirmala UI" w:eastAsia="Nirmala UI" w:cs="Nirmala UI"/>
        </w:rPr>
        <w:t>পরিবর্তন</w:t>
      </w:r>
      <w:r>
        <w:rPr>
          <w:rFonts w:ascii="Times New Roman" w:hAnsi="Times New Roman" w:eastAsia="Times New Roman" w:cs="Times New Roman"/>
        </w:rPr>
        <w:t xml:space="preserve"> </w:t>
      </w:r>
      <w:r>
        <w:rPr>
          <w:rFonts w:ascii="Nirmala UI" w:hAnsi="Nirmala UI" w:eastAsia="Nirmala UI" w:cs="Nirmala UI"/>
        </w:rPr>
        <w:t>ঘটে।</w:t>
      </w:r>
      <w:r>
        <w:rPr>
          <w:rFonts w:ascii="Times New Roman" w:hAnsi="Times New Roman" w:eastAsia="Times New Roman" w:cs="Times New Roman"/>
        </w:rPr>
        <w:t xml:space="preserve"> </w:t>
      </w:r>
      <w:r>
        <w:rPr>
          <w:rFonts w:ascii="Nirmala UI" w:hAnsi="Nirmala UI" w:eastAsia="Nirmala UI" w:cs="Nirmala UI"/>
        </w:rPr>
        <w:t>অব্রাহাম</w:t>
      </w:r>
      <w:r>
        <w:rPr>
          <w:rFonts w:ascii="Times New Roman" w:hAnsi="Times New Roman" w:eastAsia="Times New Roman" w:cs="Times New Roman"/>
        </w:rPr>
        <w:t xml:space="preserve"> </w:t>
      </w:r>
      <w:r>
        <w:rPr>
          <w:rFonts w:ascii="Nirmala UI" w:hAnsi="Nirmala UI" w:eastAsia="Nirmala UI" w:cs="Nirmala UI"/>
        </w:rPr>
        <w:t>রাফিয়ায়</w:t>
      </w:r>
      <w:r>
        <w:rPr>
          <w:rFonts w:ascii="Times New Roman" w:hAnsi="Times New Roman" w:eastAsia="Times New Roman" w:cs="Times New Roman"/>
        </w:rPr>
        <w:t xml:space="preserve"> </w:t>
      </w:r>
      <w:r>
        <w:rPr>
          <w:rFonts w:ascii="Nirmala UI" w:hAnsi="Nirmala UI" w:eastAsia="Nirmala UI" w:cs="Nirmala UI"/>
        </w:rPr>
        <w:t>আছেন</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ক্রুশের</w:t>
      </w:r>
      <w:r>
        <w:rPr>
          <w:rFonts w:ascii="Times New Roman" w:hAnsi="Times New Roman" w:eastAsia="Times New Roman" w:cs="Times New Roman"/>
        </w:rPr>
        <w:t xml:space="preserve"> </w:t>
      </w:r>
      <w:r>
        <w:rPr>
          <w:rFonts w:ascii="Nirmala UI" w:hAnsi="Nirmala UI" w:eastAsia="Nirmala UI" w:cs="Nirmala UI"/>
        </w:rPr>
        <w:t>ঠিক</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পানিয়ুমে</w:t>
      </w:r>
      <w:r>
        <w:rPr>
          <w:rFonts w:ascii="Times New Roman" w:hAnsi="Times New Roman" w:eastAsia="Times New Roman" w:cs="Times New Roman"/>
        </w:rPr>
        <w:t xml:space="preserve"> </w:t>
      </w:r>
      <w:r>
        <w:rPr>
          <w:rFonts w:ascii="Nirmala UI" w:hAnsi="Nirmala UI" w:eastAsia="Nirmala UI" w:cs="Nirmala UI"/>
        </w:rPr>
        <w:t>আছেন।</w:t>
      </w:r>
      <w:r>
        <w:rPr>
          <w:rFonts w:ascii="Times New Roman" w:hAnsi="Times New Roman" w:eastAsia="Times New Roman" w:cs="Times New Roman"/>
        </w:rPr>
        <w:t xml:space="preserve"> </w:t>
      </w:r>
      <w:r>
        <w:rPr>
          <w:rFonts w:ascii="Nirmala UI" w:hAnsi="Nirmala UI" w:eastAsia="Nirmala UI" w:cs="Nirmala UI"/>
        </w:rPr>
        <w:t>পানিয়ুম</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ক্রুশের</w:t>
      </w:r>
      <w:r>
        <w:rPr>
          <w:rFonts w:ascii="Times New Roman" w:hAnsi="Times New Roman" w:eastAsia="Times New Roman" w:cs="Times New Roman"/>
        </w:rPr>
        <w:t xml:space="preserve"> </w:t>
      </w:r>
      <w:r>
        <w:rPr>
          <w:rFonts w:ascii="Nirmala UI" w:hAnsi="Nirmala UI" w:eastAsia="Nirmala UI" w:cs="Nirmala UI"/>
        </w:rPr>
        <w:t>মধ্যবর্তী</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রূপান্তরের</w:t>
      </w:r>
      <w:r>
        <w:rPr>
          <w:rFonts w:ascii="Times New Roman" w:hAnsi="Times New Roman" w:eastAsia="Times New Roman" w:cs="Times New Roman"/>
        </w:rPr>
        <w:t xml:space="preserve"> </w:t>
      </w:r>
      <w:r>
        <w:rPr>
          <w:rFonts w:ascii="Nirmala UI" w:hAnsi="Nirmala UI" w:eastAsia="Nirmala UI" w:cs="Nirmala UI"/>
        </w:rPr>
        <w:t>পর্বতে</w:t>
      </w:r>
      <w:r>
        <w:rPr>
          <w:rFonts w:ascii="Times New Roman" w:hAnsi="Times New Roman" w:eastAsia="Times New Roman" w:cs="Times New Roman"/>
        </w:rPr>
        <w:t xml:space="preserve"> </w:t>
      </w:r>
      <w:r>
        <w:rPr>
          <w:rFonts w:ascii="Nirmala UI" w:hAnsi="Nirmala UI" w:eastAsia="Nirmala UI" w:cs="Nirmala UI"/>
        </w:rPr>
        <w:t>যাবেন।</w:t>
      </w:r>
      <w:r>
        <w:rPr>
          <w:rFonts w:ascii="Times New Roman" w:hAnsi="Times New Roman" w:eastAsia="Times New Roman" w:cs="Times New Roman"/>
        </w:rPr>
        <w:t xml:space="preserve"> </w:t>
      </w:r>
      <w:r>
        <w:rPr>
          <w:rFonts w:ascii="Nirmala UI" w:hAnsi="Nirmala UI" w:eastAsia="Nirmala UI" w:cs="Nirmala UI"/>
        </w:rPr>
        <w:t>পানিয়ুমেই</w:t>
      </w:r>
      <w:r>
        <w:rPr>
          <w:rFonts w:ascii="Times New Roman" w:hAnsi="Times New Roman" w:eastAsia="Times New Roman" w:cs="Times New Roman"/>
        </w:rPr>
        <w:t xml:space="preserve"> </w:t>
      </w:r>
      <w:r>
        <w:rPr>
          <w:rFonts w:ascii="Nirmala UI" w:hAnsi="Nirmala UI" w:eastAsia="Nirmala UI" w:cs="Nirmala UI"/>
        </w:rPr>
        <w:t>শিমোন</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পরিণত</w:t>
      </w:r>
      <w:r>
        <w:rPr>
          <w:rFonts w:ascii="Times New Roman" w:hAnsi="Times New Roman" w:eastAsia="Times New Roman" w:cs="Times New Roman"/>
        </w:rPr>
        <w:t xml:space="preserve"> </w:t>
      </w:r>
      <w:r>
        <w:rPr>
          <w:rFonts w:ascii="Nirmala UI" w:hAnsi="Nirmala UI" w:eastAsia="Nirmala UI" w:cs="Nirmala UI"/>
        </w:rPr>
        <w:t>হন</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প্রজন্মের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পরীক্ষার</w:t>
      </w:r>
      <w:r>
        <w:rPr>
          <w:rFonts w:ascii="Times New Roman" w:hAnsi="Times New Roman" w:eastAsia="Times New Roman" w:cs="Times New Roman"/>
        </w:rPr>
        <w:t xml:space="preserve"> </w:t>
      </w:r>
      <w:r>
        <w:rPr>
          <w:rFonts w:ascii="Nirmala UI" w:hAnsi="Nirmala UI" w:eastAsia="Nirmala UI" w:cs="Nirmala UI"/>
        </w:rPr>
        <w:t>বার্তার</w:t>
      </w:r>
      <w:r>
        <w:rPr>
          <w:rFonts w:ascii="Times New Roman" w:hAnsi="Times New Roman" w:eastAsia="Times New Roman" w:cs="Times New Roman"/>
        </w:rPr>
        <w:t xml:space="preserve"> </w:t>
      </w:r>
      <w:r>
        <w:rPr>
          <w:rFonts w:ascii="Nirmala UI" w:hAnsi="Nirmala UI" w:eastAsia="Nirmala UI" w:cs="Nirmala UI"/>
        </w:rPr>
        <w:t>স্বীকারোক্তি</w:t>
      </w:r>
      <w:r>
        <w:rPr>
          <w:rFonts w:ascii="Times New Roman" w:hAnsi="Times New Roman" w:eastAsia="Times New Roman" w:cs="Times New Roman"/>
        </w:rPr>
        <w:t xml:space="preserve"> </w:t>
      </w:r>
      <w:r>
        <w:rPr>
          <w:rFonts w:ascii="Nirmala UI" w:hAnsi="Nirmala UI" w:eastAsia="Nirmala UI" w:cs="Nirmala UI"/>
        </w:rPr>
        <w:t>প্রদান</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লক্ষ</w:t>
      </w:r>
      <w:r>
        <w:rPr>
          <w:rFonts w:ascii="Times New Roman" w:hAnsi="Times New Roman" w:eastAsia="Times New Roman" w:cs="Times New Roman"/>
        </w:rPr>
        <w:t xml:space="preserve"> </w:t>
      </w:r>
      <w:r>
        <w:rPr>
          <w:rFonts w:ascii="Nirmala UI" w:hAnsi="Nirmala UI" w:eastAsia="Nirmala UI" w:cs="Nirmala UI"/>
        </w:rPr>
        <w:t>চুয়াল্লিশ</w:t>
      </w:r>
      <w:r>
        <w:rPr>
          <w:rFonts w:ascii="Times New Roman" w:hAnsi="Times New Roman" w:eastAsia="Times New Roman" w:cs="Times New Roman"/>
        </w:rPr>
        <w:t xml:space="preserve"> </w:t>
      </w:r>
      <w:r>
        <w:rPr>
          <w:rFonts w:ascii="Nirmala UI" w:hAnsi="Nirmala UI" w:eastAsia="Nirmala UI" w:cs="Nirmala UI"/>
        </w:rPr>
        <w:t>হাজারের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পরীক্ষার</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সন্তাপের</w:t>
      </w:r>
      <w:r>
        <w:rPr>
          <w:rFonts w:ascii="Times New Roman" w:hAnsi="Times New Roman" w:eastAsia="Times New Roman" w:cs="Times New Roman"/>
        </w:rPr>
        <w:t xml:space="preserve"> </w:t>
      </w:r>
      <w:r>
        <w:rPr>
          <w:rFonts w:ascii="Nirmala UI" w:hAnsi="Nirmala UI" w:eastAsia="Nirmala UI" w:cs="Nirmala UI"/>
        </w:rPr>
        <w:t>ইসলাম</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ভাববাণীমূলক</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9/11-</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আগমন</w:t>
      </w:r>
      <w:r>
        <w:rPr>
          <w:rFonts w:ascii="Times New Roman" w:hAnsi="Times New Roman" w:eastAsia="Times New Roman" w:cs="Times New Roman"/>
        </w:rPr>
        <w:t xml:space="preserve"> </w:t>
      </w:r>
      <w:r>
        <w:rPr>
          <w:rFonts w:ascii="Nirmala UI" w:hAnsi="Nirmala UI" w:eastAsia="Nirmala UI" w:cs="Nirmala UI"/>
        </w:rPr>
        <w:t>করেছিল।</w:t>
      </w:r>
    </w:p>
    <w:p>
      <w:pPr>
        <w:pStyle w:val="ArticleBody"/>
        <w:jc w:val="left"/>
      </w:pPr>
      <w:r>
        <w:rPr>
          <w:rFonts w:ascii="Nirmala UI" w:hAnsi="Nirmala UI" w:eastAsia="Nirmala UI" w:cs="Nirmala UI"/>
        </w:rPr>
        <w:t>ᱟᱫᱵᱮᱱᱴᱤᱡᱢ</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ᱯᱚᱨᱤᱠᱷᱟ</w:t>
      </w:r>
      <w:r>
        <w:rPr>
          <w:rFonts w:ascii="Times New Roman" w:hAnsi="Times New Roman" w:eastAsia="Times New Roman" w:cs="Times New Roman"/>
        </w:rPr>
        <w:t xml:space="preserve"> </w:t>
      </w:r>
      <w:r>
        <w:rPr>
          <w:rFonts w:ascii="Nirmala UI" w:hAnsi="Nirmala UI" w:eastAsia="Nirmala UI" w:cs="Nirmala UI"/>
        </w:rPr>
        <w:t>ᱮᱦᱚᱵ</w:t>
      </w:r>
      <w:r>
        <w:rPr>
          <w:rFonts w:ascii="Times New Roman" w:hAnsi="Times New Roman" w:eastAsia="Times New Roman" w:cs="Times New Roman"/>
        </w:rPr>
        <w:t xml:space="preserve"> </w:t>
      </w:r>
      <w:r>
        <w:rPr>
          <w:rFonts w:ascii="Nirmala UI" w:hAnsi="Nirmala UI" w:eastAsia="Nirmala UI" w:cs="Nirmala UI"/>
        </w:rPr>
        <w:t>᱙</w:t>
      </w:r>
      <w:r>
        <w:rPr>
          <w:rFonts w:ascii="Times New Roman" w:hAnsi="Times New Roman" w:eastAsia="Times New Roman" w:cs="Times New Roman"/>
        </w:rPr>
        <w:t>/</w:t>
      </w:r>
      <w:r>
        <w:rPr>
          <w:rFonts w:ascii="Nirmala UI" w:hAnsi="Nirmala UI" w:eastAsia="Nirmala UI" w:cs="Nirmala UI"/>
        </w:rPr>
        <w:t>᱑᱑</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ᱮᱦᱚᱵᱟᱱᱟ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ᱟᱫᱵᱮᱱᱴᱤᱡᱢ</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ᱚᱱᱚᱞ</w:t>
      </w:r>
      <w:r>
        <w:rPr>
          <w:rFonts w:ascii="Times New Roman" w:hAnsi="Times New Roman" w:eastAsia="Times New Roman" w:cs="Times New Roman"/>
        </w:rPr>
        <w:t xml:space="preserve"> </w:t>
      </w:r>
      <w:r>
        <w:rPr>
          <w:rFonts w:ascii="Nirmala UI" w:hAnsi="Nirmala UI" w:eastAsia="Nirmala UI" w:cs="Nirmala UI"/>
        </w:rPr>
        <w:t>ᱯᱚᱨᱤᱠᱷᱟ</w:t>
      </w:r>
      <w:r>
        <w:rPr>
          <w:rFonts w:ascii="Times New Roman" w:hAnsi="Times New Roman" w:eastAsia="Times New Roman" w:cs="Times New Roman"/>
        </w:rPr>
        <w:t xml:space="preserve"> </w:t>
      </w:r>
      <w:r>
        <w:rPr>
          <w:rFonts w:ascii="Nirmala UI" w:hAnsi="Nirmala UI" w:eastAsia="Nirmala UI" w:cs="Nirmala UI"/>
        </w:rPr>
        <w:t>ᱢᱩᱪᱟᱹᱛ</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ᱛᱮᱥᱟᱨ</w:t>
      </w:r>
      <w:r>
        <w:rPr>
          <w:rFonts w:ascii="Times New Roman" w:hAnsi="Times New Roman" w:eastAsia="Times New Roman" w:cs="Times New Roman"/>
        </w:rPr>
        <w:t xml:space="preserve"> </w:t>
      </w:r>
      <w:r>
        <w:rPr>
          <w:rFonts w:ascii="Nirmala UI" w:hAnsi="Nirmala UI" w:eastAsia="Nirmala UI" w:cs="Nirmala UI"/>
        </w:rPr>
        <w:t>ᱩᱦᱩᱭ</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ᱤᱥᱞᱟᱢ</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ᱥᱟᱱᱫᱮᱥ</w:t>
      </w:r>
      <w:r>
        <w:rPr>
          <w:rFonts w:ascii="Times New Roman" w:hAnsi="Times New Roman" w:eastAsia="Times New Roman" w:cs="Times New Roman"/>
        </w:rPr>
        <w:t xml:space="preserve"> </w:t>
      </w:r>
      <w:r>
        <w:rPr>
          <w:rFonts w:ascii="Nirmala UI" w:hAnsi="Nirmala UI" w:eastAsia="Nirmala UI" w:cs="Nirmala UI"/>
        </w:rPr>
        <w:t>ᱤᱫᱤᱜ</w:t>
      </w:r>
      <w:r>
        <w:rPr>
          <w:rFonts w:ascii="Times New Roman" w:hAnsi="Times New Roman" w:eastAsia="Times New Roman" w:cs="Times New Roman"/>
        </w:rPr>
        <w:t xml:space="preserve"> </w:t>
      </w:r>
      <w:r>
        <w:rPr>
          <w:rFonts w:ascii="Nirmala UI" w:hAnsi="Nirmala UI" w:eastAsia="Nirmala UI" w:cs="Nirmala UI"/>
        </w:rPr>
        <w:t>ᱟᱭ</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ᱥᱟᱭᱢᱚᱱ</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ᱧᱩᱛᱩᱢ</w:t>
      </w:r>
      <w:r>
        <w:rPr>
          <w:rFonts w:ascii="Times New Roman" w:hAnsi="Times New Roman" w:eastAsia="Times New Roman" w:cs="Times New Roman"/>
        </w:rPr>
        <w:t xml:space="preserve"> </w:t>
      </w:r>
      <w:r>
        <w:rPr>
          <w:rFonts w:ascii="Nirmala UI" w:hAnsi="Nirmala UI" w:eastAsia="Nirmala UI" w:cs="Nirmala UI"/>
        </w:rPr>
        <w:t>ᱛᱮᱭᱟᱨ</w:t>
      </w:r>
      <w:r>
        <w:rPr>
          <w:rFonts w:ascii="Times New Roman" w:hAnsi="Times New Roman" w:eastAsia="Times New Roman" w:cs="Times New Roman"/>
        </w:rPr>
        <w:t xml:space="preserve"> </w:t>
      </w:r>
      <w:r>
        <w:rPr>
          <w:rFonts w:ascii="Nirmala UI" w:hAnsi="Nirmala UI" w:eastAsia="Nirmala UI" w:cs="Nirmala UI"/>
        </w:rPr>
        <w:t>ᱚᱱᱚᱞ</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ᱚᱪᱚᱜᱼᱟ</w:t>
      </w:r>
      <w:r>
        <w:rPr>
          <w:rFonts w:ascii="Times New Roman" w:hAnsi="Times New Roman" w:eastAsia="Times New Roman" w:cs="Times New Roman"/>
        </w:rPr>
        <w:t>—</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ᱥᱚᱢᱚᱭ</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ᱴᱷᱟᱶ</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ᱯᱤᱛᱚᱨ</w:t>
      </w:r>
      <w:r>
        <w:rPr>
          <w:rFonts w:ascii="Times New Roman" w:hAnsi="Times New Roman" w:eastAsia="Times New Roman" w:cs="Times New Roman"/>
        </w:rPr>
        <w:t xml:space="preserve"> </w:t>
      </w:r>
      <w:r>
        <w:rPr>
          <w:rFonts w:ascii="Nirmala UI" w:hAnsi="Nirmala UI" w:eastAsia="Nirmala UI" w:cs="Nirmala UI"/>
        </w:rPr>
        <w:t>ᱢᱩᱪᱟᱹᱛ</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ᱥᱟᱱᱫᱮᱥ</w:t>
      </w:r>
      <w:r>
        <w:rPr>
          <w:rFonts w:ascii="Times New Roman" w:hAnsi="Times New Roman" w:eastAsia="Times New Roman" w:cs="Times New Roman"/>
        </w:rPr>
        <w:t xml:space="preserve"> </w:t>
      </w:r>
      <w:r>
        <w:rPr>
          <w:rFonts w:ascii="Nirmala UI" w:hAnsi="Nirmala UI" w:eastAsia="Nirmala UI" w:cs="Nirmala UI"/>
        </w:rPr>
        <w:t>ᱵᱩᱡᱷᱟᱹᱣᱼᱟ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ᱮᱦᱚᱵ</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᱙</w:t>
      </w:r>
      <w:r>
        <w:rPr>
          <w:rFonts w:ascii="Times New Roman" w:hAnsi="Times New Roman" w:eastAsia="Times New Roman" w:cs="Times New Roman"/>
        </w:rPr>
        <w:t>/</w:t>
      </w:r>
      <w:r>
        <w:rPr>
          <w:rFonts w:ascii="Nirmala UI" w:hAnsi="Nirmala UI" w:eastAsia="Nirmala UI" w:cs="Nirmala UI"/>
        </w:rPr>
        <w:t>᱑᱑</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ᱥᱟᱱᱫᱮᱥ</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ᱟᱫᱨᱤᱥᱴᱟᱱᱛ</w:t>
      </w:r>
      <w:r>
        <w:rPr>
          <w:rFonts w:ascii="Times New Roman" w:hAnsi="Times New Roman" w:eastAsia="Times New Roman" w:cs="Times New Roman"/>
        </w:rPr>
        <w:t xml:space="preserve"> </w:t>
      </w:r>
      <w:r>
        <w:rPr>
          <w:rFonts w:ascii="Nirmala UI" w:hAnsi="Nirmala UI" w:eastAsia="Nirmala UI" w:cs="Nirmala UI"/>
        </w:rPr>
        <w:t>ᱠᱚᱛᱚᱨ</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ᱦᱚᱭ</w:t>
      </w:r>
      <w:r>
        <w:rPr>
          <w:rFonts w:ascii="Times New Roman" w:hAnsi="Times New Roman" w:eastAsia="Times New Roman" w:cs="Times New Roman"/>
        </w:rPr>
        <w:t xml:space="preserve"> </w:t>
      </w:r>
      <w:r>
        <w:rPr>
          <w:rFonts w:ascii="Nirmala UI" w:hAnsi="Nirmala UI" w:eastAsia="Nirmala UI" w:cs="Nirmala UI"/>
        </w:rPr>
        <w:t>ᱱᱟᱥᱵᱷᱤᱞ</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ᱟᱜᱩᱱ</w:t>
      </w:r>
      <w:r>
        <w:rPr>
          <w:rFonts w:ascii="Times New Roman" w:hAnsi="Times New Roman" w:eastAsia="Times New Roman" w:cs="Times New Roman"/>
        </w:rPr>
        <w:t>-</w:t>
      </w:r>
      <w:r>
        <w:rPr>
          <w:rFonts w:ascii="Nirmala UI" w:hAnsi="Nirmala UI" w:eastAsia="Nirmala UI" w:cs="Nirmala UI"/>
        </w:rPr>
        <w:t>ᱰᱟᱹᱜᱽ</w:t>
      </w:r>
      <w:r>
        <w:rPr>
          <w:rFonts w:ascii="Times New Roman" w:hAnsi="Times New Roman" w:eastAsia="Times New Roman" w:cs="Times New Roman"/>
        </w:rPr>
        <w:t xml:space="preserve"> </w:t>
      </w:r>
      <w:r>
        <w:rPr>
          <w:rFonts w:ascii="Nirmala UI" w:hAnsi="Nirmala UI" w:eastAsia="Nirmala UI" w:cs="Nirmala UI"/>
        </w:rPr>
        <w:t>ᱠᱚᱨᱮᱭᱟᱜ</w:t>
      </w:r>
      <w:r>
        <w:rPr>
          <w:rFonts w:ascii="Times New Roman" w:hAnsi="Times New Roman" w:eastAsia="Times New Roman" w:cs="Times New Roman"/>
        </w:rPr>
        <w:t xml:space="preserve"> </w:t>
      </w:r>
      <w:r>
        <w:rPr>
          <w:rFonts w:ascii="Nirmala UI" w:hAnsi="Nirmala UI" w:eastAsia="Nirmala UI" w:cs="Nirmala UI"/>
        </w:rPr>
        <w:t>ᱥᱩᱫᱷᱟᱨᱤᱛ</w:t>
      </w:r>
      <w:r>
        <w:rPr>
          <w:rFonts w:ascii="Times New Roman" w:hAnsi="Times New Roman" w:eastAsia="Times New Roman" w:cs="Times New Roman"/>
        </w:rPr>
        <w:t xml:space="preserve"> </w:t>
      </w:r>
      <w:r>
        <w:rPr>
          <w:rFonts w:ascii="Nirmala UI" w:hAnsi="Nirmala UI" w:eastAsia="Nirmala UI" w:cs="Nirmala UI"/>
        </w:rPr>
        <w:t>ᱥᱟᱱᱫᱮᱥ</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ᱴᱷᱟᱶ</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ᱛᱩᱨᱩᱭ</w:t>
      </w:r>
      <w:r>
        <w:rPr>
          <w:rFonts w:ascii="Times New Roman" w:hAnsi="Times New Roman" w:eastAsia="Times New Roman" w:cs="Times New Roman"/>
        </w:rPr>
        <w:t xml:space="preserve"> </w:t>
      </w:r>
      <w:r>
        <w:rPr>
          <w:rFonts w:ascii="Nirmala UI" w:hAnsi="Nirmala UI" w:eastAsia="Nirmala UI" w:cs="Nirmala UI"/>
        </w:rPr>
        <w:t>ᱯᱟᱨᱵ</w:t>
      </w:r>
      <w:r>
        <w:rPr>
          <w:rFonts w:ascii="Times New Roman" w:hAnsi="Times New Roman" w:eastAsia="Times New Roman" w:cs="Times New Roman"/>
        </w:rPr>
        <w:t xml:space="preserve"> </w:t>
      </w:r>
      <w:r>
        <w:rPr>
          <w:rFonts w:ascii="Nirmala UI" w:hAnsi="Nirmala UI" w:eastAsia="Nirmala UI" w:cs="Nirmala UI"/>
        </w:rPr>
        <w:t>ᱥᱮᱞᱮᱫᱼᱟ</w:t>
      </w:r>
      <w:r>
        <w:rPr>
          <w:rFonts w:ascii="Times New Roman" w:hAnsi="Times New Roman" w:eastAsia="Times New Roman" w:cs="Times New Roman"/>
        </w:rPr>
        <w:t xml:space="preserve">, </w:t>
      </w:r>
      <w:r>
        <w:rPr>
          <w:rFonts w:ascii="Nirmala UI" w:hAnsi="Nirmala UI" w:eastAsia="Nirmala UI" w:cs="Nirmala UI"/>
        </w:rPr>
        <w:t>ᱮᱱᱥᱟᱭᱱ</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ᱟᱨᱚᱦᱚᱱ</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ᱯᱨᱟᱭᱟᱥᱪᱤᱛᱛ</w:t>
      </w:r>
      <w:r>
        <w:rPr>
          <w:rFonts w:ascii="Times New Roman" w:hAnsi="Times New Roman" w:eastAsia="Times New Roman" w:cs="Times New Roman"/>
        </w:rPr>
        <w:t xml:space="preserve"> </w:t>
      </w:r>
      <w:r>
        <w:rPr>
          <w:rFonts w:ascii="Nirmala UI" w:hAnsi="Nirmala UI" w:eastAsia="Nirmala UI" w:cs="Nirmala UI"/>
        </w:rPr>
        <w:t>ᱫᱤᱱ</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ᱵᱚᱸᱫ</w:t>
      </w:r>
      <w:r>
        <w:rPr>
          <w:rFonts w:ascii="Times New Roman" w:hAnsi="Times New Roman" w:eastAsia="Times New Roman" w:cs="Times New Roman"/>
        </w:rPr>
        <w:t xml:space="preserve"> </w:t>
      </w:r>
      <w:r>
        <w:rPr>
          <w:rFonts w:ascii="Nirmala UI" w:hAnsi="Nirmala UI" w:eastAsia="Nirmala UI" w:cs="Nirmala UI"/>
        </w:rPr>
        <w:t>ᱫᱩᱣᱟᱹᱨ</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ᱡᱚᱲᱟᱱ</w:t>
      </w:r>
      <w:r>
        <w:rPr>
          <w:rFonts w:ascii="Times New Roman" w:hAnsi="Times New Roman" w:eastAsia="Times New Roman" w:cs="Times New Roman"/>
        </w:rPr>
        <w:t xml:space="preserve"> </w:t>
      </w:r>
      <w:r>
        <w:rPr>
          <w:rFonts w:ascii="Nirmala UI" w:hAnsi="Nirmala UI" w:eastAsia="Nirmala UI" w:cs="Nirmala UI"/>
        </w:rPr>
        <w:t>ᱨᱮ</w:t>
      </w:r>
      <w:r>
        <w:rPr>
          <w:rFonts w:ascii="Leelawadee UI" w:hAnsi="Leelawadee UI" w:eastAsia="Leelawadee UI" w:cs="Leelawadee UI"/>
        </w:rPr>
        <w:t>។</w:t>
      </w:r>
    </w:p>
    <w:p>
      <w:pPr>
        <w:pStyle w:val="ArticleBody"/>
        <w:jc w:val="left"/>
      </w:pPr>
      <w:r>
        <w:rPr>
          <w:rFonts w:ascii="Times New Roman" w:hAnsi="Times New Roman" w:eastAsia="Times New Roman" w:cs="Times New Roman"/>
        </w:rPr>
        <w:t>Insɨ nɨrɛ n na bʋnɔkɛ pʋtɨ tɨŋ yâŋ wãa ayalɛ mɛ.</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Historia Oculta del Versículo Cuarenta - Número Siete</dc:title>
  <dc:subject>اون ئىككى ۋە يىگىرمە ئىككى</dc:subject>
  <dc:creator>Jeff Pippenger</dc:creator>
  <cp:keywords/>
  <dc:description>Generated by ArticleDigger from hidden_history\07_hidden_history.json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