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مەژووی شاردراوەی ئایەتی چل — ژمارە نۆمە</w:t>
      </w:r>
      <w:r>
        <w:rPr>
          <w:rFonts w:ascii="Microsoft YaHei" w:hAnsi="Microsoft YaHei" w:eastAsia="Microsoft YaHei" w:cs="Microsoft YaHei"/>
        </w:rPr>
        <w:t>助手</w:t>
      </w:r>
      <w:r>
        <w:rPr>
          <w:rFonts w:ascii="Arial" w:hAnsi="Arial" w:eastAsia="Arial" w:cs="Arial"/>
        </w:rPr>
        <w:t xml:space="preserve"> to=final</w:t>
      </w:r>
    </w:p>
    <w:p>
      <w:pPr>
        <w:pStyle w:val="ArticleSubtitle"/>
        <w:jc w:val="left"/>
      </w:pPr>
      <w:r>
        <w:rPr>
          <w:rFonts w:ascii="Nirmala UI" w:hAnsi="Nirmala UI" w:eastAsia="Nirmala UI" w:cs="Nirmala UI"/>
        </w:rPr>
        <w:t>ꯅꯨꯡꯉꯥꯢ</w:t>
      </w:r>
      <w:r>
        <w:rPr>
          <w:rFonts w:ascii="Arial" w:hAnsi="Arial" w:eastAsia="Arial" w:cs="Arial"/>
        </w:rPr>
        <w:t xml:space="preserve"> </w:t>
      </w:r>
      <w:r>
        <w:rPr>
          <w:rFonts w:ascii="Nirmala UI" w:hAnsi="Nirmala UI" w:eastAsia="Nirmala UI" w:cs="Nirmala UI"/>
        </w:rPr>
        <w:t>ꯃꯑꯣꯡ</w:t>
      </w:r>
      <w:r>
        <w:rPr>
          <w:rFonts w:ascii="Arial" w:hAnsi="Arial" w:eastAsia="Arial" w:cs="Arial"/>
        </w:rPr>
        <w:t xml:space="preserve">, </w:t>
      </w:r>
      <w:r>
        <w:rPr>
          <w:rFonts w:ascii="Nirmala UI" w:hAnsi="Nirmala UI" w:eastAsia="Nirmala UI" w:cs="Nirmala UI"/>
        </w:rPr>
        <w:t>ꯃꯐꯝ</w:t>
      </w:r>
      <w:r>
        <w:rPr>
          <w:rFonts w:ascii="Arial" w:hAnsi="Arial" w:eastAsia="Arial" w:cs="Arial"/>
        </w:rPr>
        <w:t xml:space="preserve"> </w:t>
      </w:r>
      <w:r>
        <w:rPr>
          <w:rFonts w:ascii="Nirmala UI" w:hAnsi="Nirmala UI" w:eastAsia="Nirmala UI" w:cs="Nirmala UI"/>
        </w:rPr>
        <w:t>ꯑꯃꯁꯨꯡ</w:t>
      </w:r>
      <w:r>
        <w:rPr>
          <w:rFonts w:ascii="Arial" w:hAnsi="Arial" w:eastAsia="Arial" w:cs="Arial"/>
        </w:rPr>
        <w:t xml:space="preserve"> </w:t>
      </w:r>
      <w:r>
        <w:rPr>
          <w:rFonts w:ascii="Nirmala UI" w:hAnsi="Nirmala UI" w:eastAsia="Nirmala UI" w:cs="Nirmala UI"/>
        </w:rPr>
        <w:t>ꯑꯋꯥꯕা</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2026-05-06</w:t>
      </w:r>
    </w:p>
    <w:p>
      <w:pPr>
        <w:pStyle w:val="ArticleBody"/>
        <w:jc w:val="left"/>
      </w:pPr>
      <w:r>
        <w:rPr>
          <w:rFonts w:ascii="Times New Roman" w:hAnsi="Times New Roman" w:eastAsia="Times New Roman" w:cs="Times New Roman"/>
        </w:rPr>
        <w:t>Պետրոսը գտնվում է Պանիումում (Կեսարիա Փիլիպպե), ինչը տեղի է ունենում ընդամենը վեց կամ ութ օր առաջ այն երեք առիթների միջին կետից, երբ Պետրոսը, Հովհաննեսը և Հակոբոսը առանձին գնացին Հիսուսի հետ։ Առաջինը Նրա զորության դրսևորումն էր Հայրոսի տասներկուամյա դստեր հարության ժամանակ. երկրորդը Նրա փառքի դրսևորումն էր Պայծառակերպության լեռան վրա. իսկ երրորդը՝ Գեթսեմանին՝ Նրա չարչարանքների դրսևորումը։ Տասնմեկերորդ գլխում Պանիումում Պետրոսը համադրված է հենց տասնվեցերորդ համարի խաչից առաջ։ Լեռը երեք աշակերտների երեք բացառիկ ուղևորությունների միջնակետն էր։ Լեռան վրա էլ երկնավոր Հայրը խոսեց երեք անգամներից երկրորդը. Հայրը խոսեց մկրտության ժամանակ, լեռան վրա, ապա՝ հենց խաչից առաջ։ Պետրոսը երկու անգամ գտնվում է երեք որոշակի իրադարձությունների միջնակետում։ Նա նաև Մատթեոսի տասնմեկերորդից մինչև քսաներկուերորդ գլուխների միջնակետն է։</w:t>
      </w:r>
    </w:p>
    <w:p>
      <w:pPr>
        <w:pStyle w:val="ArticleHeading"/>
        <w:jc w:val="left"/>
      </w:pPr>
      <w:r>
        <w:rPr>
          <w:rFonts w:ascii="Arial" w:hAnsi="Arial" w:eastAsia="Arial" w:cs="Arial"/>
        </w:rPr>
        <w:t>Ithajy yatikyvirã sapy’apy.</w:t>
      </w:r>
    </w:p>
    <w:p>
      <w:pPr>
        <w:pStyle w:val="ArticleBody"/>
        <w:jc w:val="left"/>
      </w:pPr>
      <w:r>
        <w:rPr>
          <w:rFonts w:ascii="Times New Roman" w:hAnsi="Times New Roman" w:eastAsia="Times New Roman" w:cs="Times New Roman"/>
        </w:rPr>
        <w:t>Ro soke luwata mbere y’okuyingira okw’obuwanguzi, okwatanika n’okuteebwa kw’endogoyi okuza n’ekitambiro mu Yerusaalemi, nga bwe kyali ku ndogoyi ya Ibulayimu eyasitula enku ez’ekitambiro ku Moriya, ekifo eky’edda eky’ekaalu mu Yerusaalemi. Embaga ey’amakondere mu lunyiriri lwa Eby’Abaleevi abiri mu ssatu emanyisa okuteebwa kw’endogoyi, n’olwekyo obumanyirivu bw’Olusozi olw’Okufuusibwa Ennyo bwakulembera okuyingira okw’obuwanguzi, bwe butyo ne buteeka Peetero mu byafaayo by’ennaku amakumi asatu ez’Eby’Abaleevi abiri mu ssatu ezikwatagana n’ekiseera kya Pentekoote. Mu nnaku ezo amakumi asatu, ekaalu (ekikemo eky’omu makkati) eletibwa ku abo abeesimbiddwa okuba mu bakabona amakumi munaana abazira. Mu bujulizi bw’okujeema kwa kabaka Uzziya mu kifo ekitukuvu, bakabona abo amakumi munaana bategeezebwa ng’abazira, bwe kityo ne kiraga nti waaliwo bakabona abalala abataayitaba.</w:t>
      </w:r>
    </w:p>
    <w:p>
      <w:pPr>
        <w:pStyle w:val="ArticleScripture"/>
        <w:jc w:val="left"/>
      </w:pPr>
      <w:r>
        <w:rPr>
          <w:rFonts w:ascii="Times New Roman" w:hAnsi="Times New Roman" w:eastAsia="Times New Roman" w:cs="Times New Roman"/>
        </w:rPr>
        <w:t>Y Azarías el sacerdote entró tras él, y con él ochenta sacerdotes de Jehová, hombres valientes; y se opusieron al rey Uzías, y le dijeron: No te corresponde a ti, Uzías, quemar incienso a Jehová, sino a los sacerdotes, los hijos de Aarón, que han sido consagrados para quemar incienso. Sal del santuario, porque has prevaricado; y esto no te será para honra delante de Jehová Dios. 2 Crónicas 26:17, 18.</w:t>
      </w:r>
    </w:p>
    <w:p>
      <w:pPr>
        <w:pStyle w:val="ArticleBody"/>
        <w:jc w:val="left"/>
      </w:pPr>
      <w:r>
        <w:rPr>
          <w:rFonts w:ascii="Times New Roman" w:hAnsi="Times New Roman" w:eastAsia="Times New Roman" w:cs="Times New Roman"/>
        </w:rPr>
        <w:t>Ari noobsiistaang lemeshòomaa jinni waajan waaxxenna Anoo dhaqee.</w:t>
      </w:r>
    </w:p>
    <w:p>
      <w:pPr>
        <w:pStyle w:val="ArticleScripture"/>
        <w:jc w:val="left"/>
      </w:pPr>
      <w:r>
        <w:rPr>
          <w:rFonts w:ascii="Times New Roman" w:hAnsi="Times New Roman" w:eastAsia="Times New Roman" w:cs="Times New Roman"/>
        </w:rPr>
        <w:t>Okwawɔ nyɛ wɔn a wɔde mmea guu wɔn ho fĩ; efisɛ wɔyɛ mmabun a wɔn ho tew. Wɔn ne wɔn a wodi Oguammaa no akyi baabiara a ɔkɔ. Wɔgyee wɔn fii nnipa mu, sɛ afɔrebɔde a edi kan ama Onyankopɔn ne Oguammaa no. Adiyisɛm 14:4.</w:t>
      </w:r>
    </w:p>
    <w:p>
      <w:pPr>
        <w:pStyle w:val="ArticleBody"/>
        <w:jc w:val="left"/>
      </w:pPr>
      <w:r>
        <w:rPr>
          <w:rFonts w:ascii="Nirmala UI" w:hAnsi="Nirmala UI" w:eastAsia="Nirmala UI" w:cs="Nirmala UI"/>
        </w:rPr>
        <w:t>আ</w:t>
      </w:r>
      <w:r>
        <w:rPr>
          <w:rFonts w:ascii="Times New Roman" w:hAnsi="Times New Roman" w:eastAsia="Times New Roman" w:cs="Times New Roman"/>
        </w:rPr>
        <w:t>-</w:t>
      </w:r>
      <w:r>
        <w:rPr>
          <w:rFonts w:ascii="Nirmala UI" w:hAnsi="Nirmala UI" w:eastAsia="Nirmala UI" w:cs="Nirmala UI"/>
        </w:rPr>
        <w:t>য়াহূদা</w:t>
      </w:r>
      <w:r>
        <w:rPr>
          <w:rFonts w:ascii="Times New Roman" w:hAnsi="Times New Roman" w:eastAsia="Times New Roman" w:cs="Times New Roman"/>
        </w:rPr>
        <w:t xml:space="preserve"> </w:t>
      </w:r>
      <w:r>
        <w:rPr>
          <w:rFonts w:ascii="Ebrima" w:hAnsi="Ebrima" w:eastAsia="Ebrima" w:cs="Ebrima"/>
        </w:rPr>
        <w:t>ገብሪመንበር</w:t>
      </w:r>
      <w:r>
        <w:rPr>
          <w:rFonts w:ascii="Times New Roman" w:hAnsi="Times New Roman" w:eastAsia="Times New Roman" w:cs="Times New Roman"/>
        </w:rPr>
        <w:t xml:space="preserve"> </w:t>
      </w:r>
      <w:r>
        <w:rPr>
          <w:rFonts w:ascii="Ebrima" w:hAnsi="Ebrima" w:eastAsia="Ebrima" w:cs="Ebrima"/>
        </w:rPr>
        <w:t>አንበሳ</w:t>
      </w:r>
      <w:r>
        <w:rPr>
          <w:rFonts w:ascii="Times New Roman" w:hAnsi="Times New Roman" w:eastAsia="Times New Roman" w:cs="Times New Roman"/>
        </w:rPr>
        <w:t xml:space="preserve"> </w:t>
      </w:r>
      <w:r>
        <w:rPr>
          <w:rFonts w:ascii="Ebrima" w:hAnsi="Ebrima" w:eastAsia="Ebrima" w:cs="Ebrima"/>
        </w:rPr>
        <w:t>ሕዝቡን</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ቅድስተ</w:t>
      </w:r>
      <w:r>
        <w:rPr>
          <w:rFonts w:ascii="Times New Roman" w:hAnsi="Times New Roman" w:eastAsia="Times New Roman" w:cs="Times New Roman"/>
        </w:rPr>
        <w:t xml:space="preserve"> </w:t>
      </w:r>
      <w:r>
        <w:rPr>
          <w:rFonts w:ascii="Ebrima" w:hAnsi="Ebrima" w:eastAsia="Ebrima" w:cs="Ebrima"/>
        </w:rPr>
        <w:t>ቅዱሳን</w:t>
      </w:r>
      <w:r>
        <w:rPr>
          <w:rFonts w:ascii="Times New Roman" w:hAnsi="Times New Roman" w:eastAsia="Times New Roman" w:cs="Times New Roman"/>
        </w:rPr>
        <w:t xml:space="preserve"> </w:t>
      </w:r>
      <w:r>
        <w:rPr>
          <w:rFonts w:ascii="Ebrima" w:hAnsi="Ebrima" w:eastAsia="Ebrima" w:cs="Ebrima"/>
        </w:rPr>
        <w:t>ይመራቸዋል፤</w:t>
      </w:r>
      <w:r>
        <w:rPr>
          <w:rFonts w:ascii="Times New Roman" w:hAnsi="Times New Roman" w:eastAsia="Times New Roman" w:cs="Times New Roman"/>
        </w:rPr>
        <w:t xml:space="preserve"> </w:t>
      </w:r>
      <w:r>
        <w:rPr>
          <w:rFonts w:ascii="Ebrima" w:hAnsi="Ebrima" w:eastAsia="Ebrima" w:cs="Ebrima"/>
        </w:rPr>
        <w:t>እነርሱም</w:t>
      </w:r>
      <w:r>
        <w:rPr>
          <w:rFonts w:ascii="Times New Roman" w:hAnsi="Times New Roman" w:eastAsia="Times New Roman" w:cs="Times New Roman"/>
        </w:rPr>
        <w:t xml:space="preserve"> </w:t>
      </w:r>
      <w:r>
        <w:rPr>
          <w:rFonts w:ascii="Ebrima" w:hAnsi="Ebrima" w:eastAsia="Ebrima" w:cs="Ebrima"/>
        </w:rPr>
        <w:t>ወደ</w:t>
      </w:r>
      <w:r>
        <w:rPr>
          <w:rFonts w:ascii="Times New Roman" w:hAnsi="Times New Roman" w:eastAsia="Times New Roman" w:cs="Times New Roman"/>
        </w:rPr>
        <w:t xml:space="preserve"> </w:t>
      </w:r>
      <w:r>
        <w:rPr>
          <w:rFonts w:ascii="Ebrima" w:hAnsi="Ebrima" w:eastAsia="Ebrima" w:cs="Ebrima"/>
        </w:rPr>
        <w:t>የቃል</w:t>
      </w:r>
      <w:r>
        <w:rPr>
          <w:rFonts w:ascii="Times New Roman" w:hAnsi="Times New Roman" w:eastAsia="Times New Roman" w:cs="Times New Roman"/>
        </w:rPr>
        <w:t xml:space="preserve"> </w:t>
      </w:r>
      <w:r>
        <w:rPr>
          <w:rFonts w:ascii="Ebrima" w:hAnsi="Ebrima" w:eastAsia="Ebrima" w:cs="Ebrima"/>
        </w:rPr>
        <w:t>ኪዳኑ</w:t>
      </w:r>
      <w:r>
        <w:rPr>
          <w:rFonts w:ascii="Times New Roman" w:hAnsi="Times New Roman" w:eastAsia="Times New Roman" w:cs="Times New Roman"/>
        </w:rPr>
        <w:t xml:space="preserve"> </w:t>
      </w:r>
      <w:r>
        <w:rPr>
          <w:rFonts w:ascii="Ebrima" w:hAnsi="Ebrima" w:eastAsia="Ebrima" w:cs="Ebrima"/>
        </w:rPr>
        <w:t>ታቦት</w:t>
      </w:r>
      <w:r>
        <w:rPr>
          <w:rFonts w:ascii="Times New Roman" w:hAnsi="Times New Roman" w:eastAsia="Times New Roman" w:cs="Times New Roman"/>
        </w:rPr>
        <w:t xml:space="preserve"> </w:t>
      </w:r>
      <w:r>
        <w:rPr>
          <w:rFonts w:ascii="Ebrima" w:hAnsi="Ebrima" w:eastAsia="Ebrima" w:cs="Ebrima"/>
        </w:rPr>
        <w:t>እንዲመለከቱ፣</w:t>
      </w:r>
      <w:r>
        <w:rPr>
          <w:rFonts w:ascii="Times New Roman" w:hAnsi="Times New Roman" w:eastAsia="Times New Roman" w:cs="Times New Roman"/>
        </w:rPr>
        <w:t xml:space="preserve"> </w:t>
      </w:r>
      <w:r>
        <w:rPr>
          <w:rFonts w:ascii="Ebrima" w:hAnsi="Ebrima" w:eastAsia="Ebrima" w:cs="Ebrima"/>
        </w:rPr>
        <w:t>በዚያም</w:t>
      </w:r>
      <w:r>
        <w:rPr>
          <w:rFonts w:ascii="Times New Roman" w:hAnsi="Times New Roman" w:eastAsia="Times New Roman" w:cs="Times New Roman"/>
        </w:rPr>
        <w:t xml:space="preserve"> </w:t>
      </w:r>
      <w:r>
        <w:rPr>
          <w:rFonts w:ascii="Ebrima" w:hAnsi="Ebrima" w:eastAsia="Ebrima" w:cs="Ebrima"/>
        </w:rPr>
        <w:t>በኃጢአት</w:t>
      </w:r>
      <w:r>
        <w:rPr>
          <w:rFonts w:ascii="Times New Roman" w:hAnsi="Times New Roman" w:eastAsia="Times New Roman" w:cs="Times New Roman"/>
        </w:rPr>
        <w:t xml:space="preserve"> </w:t>
      </w:r>
      <w:r>
        <w:rPr>
          <w:rFonts w:ascii="Ebrima" w:hAnsi="Ebrima" w:eastAsia="Ebrima" w:cs="Ebrima"/>
        </w:rPr>
        <w:t>መደምሰስ</w:t>
      </w:r>
      <w:r>
        <w:rPr>
          <w:rFonts w:ascii="Times New Roman" w:hAnsi="Times New Roman" w:eastAsia="Times New Roman" w:cs="Times New Roman"/>
        </w:rPr>
        <w:t xml:space="preserve"> </w:t>
      </w:r>
      <w:r>
        <w:rPr>
          <w:rFonts w:ascii="Ebrima" w:hAnsi="Ebrima" w:eastAsia="Ebrima" w:cs="Ebrima"/>
        </w:rPr>
        <w:t>የመጨረሻ</w:t>
      </w:r>
      <w:r>
        <w:rPr>
          <w:rFonts w:ascii="Times New Roman" w:hAnsi="Times New Roman" w:eastAsia="Times New Roman" w:cs="Times New Roman"/>
        </w:rPr>
        <w:t xml:space="preserve"> </w:t>
      </w:r>
      <w:r>
        <w:rPr>
          <w:rFonts w:ascii="Ebrima" w:hAnsi="Ebrima" w:eastAsia="Ebrima" w:cs="Ebrima"/>
        </w:rPr>
        <w:t>ሥራው</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የሚያገለግል</w:t>
      </w:r>
      <w:r>
        <w:rPr>
          <w:rFonts w:ascii="Times New Roman" w:hAnsi="Times New Roman" w:eastAsia="Times New Roman" w:cs="Times New Roman"/>
        </w:rPr>
        <w:t xml:space="preserve"> </w:t>
      </w:r>
      <w:r>
        <w:rPr>
          <w:rFonts w:ascii="Ebrima" w:hAnsi="Ebrima" w:eastAsia="Ebrima" w:cs="Ebrima"/>
        </w:rPr>
        <w:t>ሊቀ</w:t>
      </w:r>
      <w:r>
        <w:rPr>
          <w:rFonts w:ascii="Times New Roman" w:hAnsi="Times New Roman" w:eastAsia="Times New Roman" w:cs="Times New Roman"/>
        </w:rPr>
        <w:t xml:space="preserve"> </w:t>
      </w:r>
      <w:r>
        <w:rPr>
          <w:rFonts w:ascii="Ebrima" w:hAnsi="Ebrima" w:eastAsia="Ebrima" w:cs="Ebrima"/>
        </w:rPr>
        <w:t>ካህኑን</w:t>
      </w:r>
      <w:r>
        <w:rPr>
          <w:rFonts w:ascii="Times New Roman" w:hAnsi="Times New Roman" w:eastAsia="Times New Roman" w:cs="Times New Roman"/>
        </w:rPr>
        <w:t xml:space="preserve"> </w:t>
      </w:r>
      <w:r>
        <w:rPr>
          <w:rFonts w:ascii="Ebrima" w:hAnsi="Ebrima" w:eastAsia="Ebrima" w:cs="Ebrima"/>
        </w:rPr>
        <w:t>እንዲያስቡ</w:t>
      </w:r>
      <w:r>
        <w:rPr>
          <w:rFonts w:ascii="Times New Roman" w:hAnsi="Times New Roman" w:eastAsia="Times New Roman" w:cs="Times New Roman"/>
        </w:rPr>
        <w:t xml:space="preserve"> </w:t>
      </w:r>
      <w:r>
        <w:rPr>
          <w:rFonts w:ascii="Ebrima" w:hAnsi="Ebrima" w:eastAsia="Ebrima" w:cs="Ebrima"/>
        </w:rPr>
        <w:t>ያደርጋቸዋል።</w:t>
      </w:r>
      <w:r>
        <w:rPr>
          <w:rFonts w:ascii="Times New Roman" w:hAnsi="Times New Roman" w:eastAsia="Times New Roman" w:cs="Times New Roman"/>
        </w:rPr>
        <w:t xml:space="preserve"> </w:t>
      </w:r>
      <w:r>
        <w:rPr>
          <w:rFonts w:ascii="Ebrima" w:hAnsi="Ebrima" w:eastAsia="Ebrima" w:cs="Ebrima"/>
        </w:rPr>
        <w:t>ጴጥሮስ</w:t>
      </w:r>
      <w:r>
        <w:rPr>
          <w:rFonts w:ascii="Times New Roman" w:hAnsi="Times New Roman" w:eastAsia="Times New Roman" w:cs="Times New Roman"/>
        </w:rPr>
        <w:t xml:space="preserve"> </w:t>
      </w:r>
      <w:r>
        <w:rPr>
          <w:rFonts w:ascii="Ebrima" w:hAnsi="Ebrima" w:eastAsia="Ebrima" w:cs="Ebrima"/>
        </w:rPr>
        <w:t>በዲሴምበር</w:t>
      </w:r>
      <w:r>
        <w:rPr>
          <w:rFonts w:ascii="Times New Roman" w:hAnsi="Times New Roman" w:eastAsia="Times New Roman" w:cs="Times New Roman"/>
        </w:rPr>
        <w:t xml:space="preserve"> 31, 2023 </w:t>
      </w:r>
      <w:r>
        <w:rPr>
          <w:rFonts w:ascii="Ebrima" w:hAnsi="Ebrima" w:eastAsia="Ebrima" w:cs="Ebrima"/>
        </w:rPr>
        <w:t>ተነሥቶ</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ከዚያም</w:t>
      </w:r>
      <w:r>
        <w:rPr>
          <w:rFonts w:ascii="Times New Roman" w:hAnsi="Times New Roman" w:eastAsia="Times New Roman" w:cs="Times New Roman"/>
        </w:rPr>
        <w:t xml:space="preserve"> </w:t>
      </w:r>
      <w:r>
        <w:rPr>
          <w:rFonts w:ascii="Ebrima" w:hAnsi="Ebrima" w:eastAsia="Ebrima" w:cs="Ebrima"/>
        </w:rPr>
        <w:t>ሮም</w:t>
      </w:r>
      <w:r>
        <w:rPr>
          <w:rFonts w:ascii="Times New Roman" w:hAnsi="Times New Roman" w:eastAsia="Times New Roman" w:cs="Times New Roman"/>
        </w:rPr>
        <w:t xml:space="preserve"> </w:t>
      </w:r>
      <w:r>
        <w:rPr>
          <w:rFonts w:ascii="Ebrima" w:hAnsi="Ebrima" w:eastAsia="Ebrima" w:cs="Ebrima"/>
        </w:rPr>
        <w:t>በትንቢት</w:t>
      </w:r>
      <w:r>
        <w:rPr>
          <w:rFonts w:ascii="Times New Roman" w:hAnsi="Times New Roman" w:eastAsia="Times New Roman" w:cs="Times New Roman"/>
        </w:rPr>
        <w:t xml:space="preserve"> </w:t>
      </w:r>
      <w:r>
        <w:rPr>
          <w:rFonts w:ascii="Ebrima" w:hAnsi="Ebrima" w:eastAsia="Ebrima" w:cs="Ebrima"/>
        </w:rPr>
        <w:t>ውጫዊ</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ማቋቋም</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ስላለው</w:t>
      </w:r>
      <w:r>
        <w:rPr>
          <w:rFonts w:ascii="Times New Roman" w:hAnsi="Times New Roman" w:eastAsia="Times New Roman" w:cs="Times New Roman"/>
        </w:rPr>
        <w:t xml:space="preserve"> </w:t>
      </w:r>
      <w:r>
        <w:rPr>
          <w:rFonts w:ascii="Ebrima" w:hAnsi="Ebrima" w:eastAsia="Ebrima" w:cs="Ebrima"/>
        </w:rPr>
        <w:t>ሚና</w:t>
      </w:r>
      <w:r>
        <w:rPr>
          <w:rFonts w:ascii="Times New Roman" w:hAnsi="Times New Roman" w:eastAsia="Times New Roman" w:cs="Times New Roman"/>
        </w:rPr>
        <w:t xml:space="preserve"> </w:t>
      </w:r>
      <w:r>
        <w:rPr>
          <w:rFonts w:ascii="Ebrima" w:hAnsi="Ebrima" w:eastAsia="Ebrima" w:cs="Ebrima"/>
        </w:rPr>
        <w:t>በመሠረታዊው</w:t>
      </w:r>
      <w:r>
        <w:rPr>
          <w:rFonts w:ascii="Times New Roman" w:hAnsi="Times New Roman" w:eastAsia="Times New Roman" w:cs="Times New Roman"/>
        </w:rPr>
        <w:t xml:space="preserve"> </w:t>
      </w:r>
      <w:r>
        <w:rPr>
          <w:rFonts w:ascii="Ebrima" w:hAnsi="Ebrima" w:eastAsia="Ebrima" w:cs="Ebrima"/>
        </w:rPr>
        <w:t>ፈተና</w:t>
      </w:r>
      <w:r>
        <w:rPr>
          <w:rFonts w:ascii="Times New Roman" w:hAnsi="Times New Roman" w:eastAsia="Times New Roman" w:cs="Times New Roman"/>
        </w:rPr>
        <w:t xml:space="preserve"> </w:t>
      </w:r>
      <w:r>
        <w:rPr>
          <w:rFonts w:ascii="Ebrima" w:hAnsi="Ebrima" w:eastAsia="Ebrima" w:cs="Ebrima"/>
        </w:rPr>
        <w:t>ተጋፍጦ</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ከዚያ</w:t>
      </w:r>
      <w:r>
        <w:rPr>
          <w:rFonts w:ascii="Times New Roman" w:hAnsi="Times New Roman" w:eastAsia="Times New Roman" w:cs="Times New Roman"/>
        </w:rPr>
        <w:t xml:space="preserve"> </w:t>
      </w:r>
      <w:r>
        <w:rPr>
          <w:rFonts w:ascii="Ebrima" w:hAnsi="Ebrima" w:eastAsia="Ebrima" w:cs="Ebrima"/>
        </w:rPr>
        <w:t>ለጴጥሮስ</w:t>
      </w:r>
      <w:r>
        <w:rPr>
          <w:rFonts w:ascii="Times New Roman" w:hAnsi="Times New Roman" w:eastAsia="Times New Roman" w:cs="Times New Roman"/>
        </w:rPr>
        <w:t xml:space="preserve"> </w:t>
      </w:r>
      <w:r>
        <w:rPr>
          <w:rFonts w:ascii="Ebrima" w:hAnsi="Ebrima" w:eastAsia="Ebrima" w:cs="Ebrima"/>
        </w:rPr>
        <w:t>የመቅደሱ</w:t>
      </w:r>
      <w:r>
        <w:rPr>
          <w:rFonts w:ascii="Times New Roman" w:hAnsi="Times New Roman" w:eastAsia="Times New Roman" w:cs="Times New Roman"/>
        </w:rPr>
        <w:t xml:space="preserve"> </w:t>
      </w:r>
      <w:r>
        <w:rPr>
          <w:rFonts w:ascii="Ebrima" w:hAnsi="Ebrima" w:eastAsia="Ebrima" w:cs="Ebrima"/>
        </w:rPr>
        <w:t>ሁለተኛው</w:t>
      </w:r>
      <w:r>
        <w:rPr>
          <w:rFonts w:ascii="Times New Roman" w:hAnsi="Times New Roman" w:eastAsia="Times New Roman" w:cs="Times New Roman"/>
        </w:rPr>
        <w:t xml:space="preserve"> </w:t>
      </w:r>
      <w:r>
        <w:rPr>
          <w:rFonts w:ascii="Ebrima" w:hAnsi="Ebrima" w:eastAsia="Ebrima" w:cs="Ebrima"/>
        </w:rPr>
        <w:t>ፈተና</w:t>
      </w:r>
      <w:r>
        <w:rPr>
          <w:rFonts w:ascii="Times New Roman" w:hAnsi="Times New Roman" w:eastAsia="Times New Roman" w:cs="Times New Roman"/>
        </w:rPr>
        <w:t xml:space="preserve"> </w:t>
      </w:r>
      <w:r>
        <w:rPr>
          <w:rFonts w:ascii="Ebrima" w:hAnsi="Ebrima" w:eastAsia="Ebrima" w:cs="Ebrima"/>
        </w:rPr>
        <w:t>ደረሰ፤</w:t>
      </w:r>
      <w:r>
        <w:rPr>
          <w:rFonts w:ascii="Times New Roman" w:hAnsi="Times New Roman" w:eastAsia="Times New Roman" w:cs="Times New Roman"/>
        </w:rPr>
        <w:t xml:space="preserve"> </w:t>
      </w:r>
      <w:r>
        <w:rPr>
          <w:rFonts w:ascii="Ebrima" w:hAnsi="Ebrima" w:eastAsia="Ebrima" w:cs="Ebrima"/>
        </w:rPr>
        <w:t>እናም</w:t>
      </w:r>
      <w:r>
        <w:rPr>
          <w:rFonts w:ascii="Times New Roman" w:hAnsi="Times New Roman" w:eastAsia="Times New Roman" w:cs="Times New Roman"/>
        </w:rPr>
        <w:t xml:space="preserve"> </w:t>
      </w:r>
      <w:r>
        <w:rPr>
          <w:rFonts w:ascii="Ebrima" w:hAnsi="Ebrima" w:eastAsia="Ebrima" w:cs="Ebrima"/>
        </w:rPr>
        <w:t>በዚያ</w:t>
      </w:r>
      <w:r>
        <w:rPr>
          <w:rFonts w:ascii="Times New Roman" w:hAnsi="Times New Roman" w:eastAsia="Times New Roman" w:cs="Times New Roman"/>
        </w:rPr>
        <w:t xml:space="preserve"> </w:t>
      </w:r>
      <w:r>
        <w:rPr>
          <w:rFonts w:ascii="Ebrima" w:hAnsi="Ebrima" w:eastAsia="Ebrima" w:cs="Ebrima"/>
        </w:rPr>
        <w:t>የውስጣዊው</w:t>
      </w:r>
      <w:r>
        <w:rPr>
          <w:rFonts w:ascii="Times New Roman" w:hAnsi="Times New Roman" w:eastAsia="Times New Roman" w:cs="Times New Roman"/>
        </w:rPr>
        <w:t xml:space="preserve"> </w:t>
      </w:r>
      <w:r>
        <w:rPr>
          <w:rFonts w:ascii="Ebrima" w:hAnsi="Ebrima" w:eastAsia="Ebrima" w:cs="Ebrima"/>
        </w:rPr>
        <w:t>መስመር</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በዳንኤል</w:t>
      </w:r>
      <w:r>
        <w:rPr>
          <w:rFonts w:ascii="Times New Roman" w:hAnsi="Times New Roman" w:eastAsia="Times New Roman" w:cs="Times New Roman"/>
        </w:rPr>
        <w:t xml:space="preserve"> </w:t>
      </w:r>
      <w:r>
        <w:rPr>
          <w:rFonts w:ascii="Ebrima" w:hAnsi="Ebrima" w:eastAsia="Ebrima" w:cs="Ebrima"/>
        </w:rPr>
        <w:t>ምዕራፍ</w:t>
      </w:r>
      <w:r>
        <w:rPr>
          <w:rFonts w:ascii="Times New Roman" w:hAnsi="Times New Roman" w:eastAsia="Times New Roman" w:cs="Times New Roman"/>
        </w:rPr>
        <w:t xml:space="preserve"> </w:t>
      </w:r>
      <w:r>
        <w:rPr>
          <w:rFonts w:ascii="Ebrima" w:hAnsi="Ebrima" w:eastAsia="Ebrima" w:cs="Ebrima"/>
        </w:rPr>
        <w:t>አሥር</w:t>
      </w:r>
      <w:r>
        <w:rPr>
          <w:rFonts w:ascii="Times New Roman" w:hAnsi="Times New Roman" w:eastAsia="Times New Roman" w:cs="Times New Roman"/>
        </w:rPr>
        <w:t xml:space="preserve"> </w:t>
      </w:r>
      <w:r>
        <w:rPr>
          <w:rFonts w:ascii="Ebrima" w:hAnsi="Ebrima" w:eastAsia="Ebrima" w:cs="Ebrima"/>
        </w:rPr>
        <w:t>የመስተዋት</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የተወከለ</w:t>
      </w:r>
      <w:r>
        <w:rPr>
          <w:rFonts w:ascii="Times New Roman" w:hAnsi="Times New Roman" w:eastAsia="Times New Roman" w:cs="Times New Roman"/>
        </w:rPr>
        <w:t xml:space="preserve"> </w:t>
      </w:r>
      <w:r>
        <w:rPr>
          <w:rFonts w:ascii="Ebrima" w:hAnsi="Ebrima" w:eastAsia="Ebrima" w:cs="Ebrima"/>
        </w:rPr>
        <w:t>ነው።</w:t>
      </w:r>
    </w:p>
    <w:p>
      <w:pPr>
        <w:pStyle w:val="ArticleBody"/>
        <w:jc w:val="left"/>
      </w:pPr>
      <w:r>
        <w:rPr>
          <w:rFonts w:ascii="Times New Roman" w:hAnsi="Times New Roman" w:eastAsia="Times New Roman" w:cs="Times New Roman"/>
        </w:rPr>
        <w:t>پیطرس نے 18 جولائی 2020 کو اپنے خداوند کا انکار کیا، اور اُس نے یہ تین مرتبہ کیا۔</w:t>
      </w:r>
    </w:p>
    <w:p>
      <w:pPr>
        <w:pStyle w:val="ArticleScripture"/>
        <w:jc w:val="left"/>
      </w:pPr>
      <w:r>
        <w:rPr>
          <w:rFonts w:ascii="Times New Roman" w:hAnsi="Times New Roman" w:eastAsia="Times New Roman" w:cs="Times New Roman"/>
        </w:rPr>
        <w:t>«Երեք անգամ Պետրոսը հրապարակայնորեն ուրացել էր իր Տիրոջը, և երեք անգամ Հիսուսը նրանից ստացավ իր սիրո և հավատարմության հավաստիացումը՝ նրա խոցված սրտին փշոտ նետի պես խորապես ներգործելով այդ սուր հարցը։ Հավաքված աշակերտների առաջ Հիսուսը հայտնեց Պետրոսի ապաշխարության խորությունը և ցույց տվեց, թե որքան լիովին էր խոնարհվել երբեմնի պարծենկոտ աշակերտը»։ The Desire of Ages, 812.</w:t>
      </w:r>
    </w:p>
    <w:p>
      <w:pPr>
        <w:pStyle w:val="ArticleBody"/>
        <w:jc w:val="left"/>
      </w:pPr>
      <w:r>
        <w:rPr>
          <w:rFonts w:ascii="Times New Roman" w:hAnsi="Times New Roman" w:eastAsia="Times New Roman" w:cs="Times New Roman"/>
        </w:rPr>
        <w:t>Пьотр муанэ кайы класуэ иконакариэ қылылэр.</w:t>
      </w:r>
    </w:p>
    <w:p>
      <w:pPr>
        <w:pStyle w:val="ArticleScripture"/>
        <w:jc w:val="left"/>
      </w:pPr>
      <w:r>
        <w:rPr>
          <w:rFonts w:ascii="Times New Roman" w:hAnsi="Times New Roman" w:eastAsia="Times New Roman" w:cs="Times New Roman"/>
        </w:rPr>
        <w:t>“فریسی اور محصول لینے والے سے ممثل ہر ایک طبقے کے لیے رسول پطرس کی سرگذشت میں ایک سبق موجود ہے۔ اپنی ابتدائی شاگردی کے زمانے میں پطرس اپنے آپ کو مضبوط سمجھتا تھا۔ فریسی کی مانند، اپنے ہی اندازۂ نظر میں وہ ‘اور آدمیوں کی مانند نہ تھا۔’ جب مسیح نے اپنی گرفتاری سے ایک رات پہلے اپنے شاگردوں کو پیشگی خبردار کیا، ‘تم سب آج کی رات میرے سبب ٹھوکر کھاؤ گے،’ تو پطرس نے بڑے اعتماد سے اعلان کیا، ‘اگرچہ سب ٹھوکر کھائیں، لیکن میں نہیں۔’ مرقس 14:27، 29۔ پطرس اپنے ہی خطرے کو نہ جانتا تھا۔ خود اعتمادی نے اسے گمراہ کر دیا۔ وہ اپنے آپ کو آزمائش کا مقابلہ کرنے کے قابل سمجھتا تھا؛ لیکن چند ہی گھڑیوں میں امتحان آ پہنچا، اور اس نے لعنت و قسم کے ساتھ اپنے خداوند کا انکار کر دیا۔” Christ’s Object Lessons, 152.</w:t>
      </w:r>
    </w:p>
    <w:p>
      <w:pPr>
        <w:pStyle w:val="ArticleBody"/>
        <w:jc w:val="left"/>
      </w:pPr>
      <w:r>
        <w:rPr>
          <w:rFonts w:ascii="Leelawadee UI" w:hAnsi="Leelawadee UI" w:eastAsia="Leelawadee UI" w:cs="Leelawadee UI"/>
        </w:rPr>
        <w:t>ថ្នាក់ពន្ធករបានត្រឡប់ទៅផ្ទះរបស់ខ្លួនដោយបានរាប់ជាសុចរិត។</w:t>
      </w:r>
    </w:p>
    <w:p>
      <w:pPr>
        <w:pStyle w:val="ArticleScripture"/>
        <w:jc w:val="left"/>
      </w:pPr>
      <w:r>
        <w:rPr>
          <w:rFonts w:ascii="Times New Roman" w:hAnsi="Times New Roman" w:eastAsia="Times New Roman" w:cs="Times New Roman"/>
        </w:rPr>
        <w:t>“Farisiu no publikanu reprezenta dos grandis klasis na ki es ku tudu kes ku ta ben adora Deus ta divididu. Ses dos primeru reprezentantis ta ser atxadu na dos primeru fidjus ki nasé na mundu.” Christ’s Object Lessons, 152.</w:t>
      </w:r>
    </w:p>
    <w:p>
      <w:pPr>
        <w:pStyle w:val="ArticleBody"/>
        <w:jc w:val="left"/>
      </w:pPr>
      <w:r>
        <w:rPr>
          <w:rFonts w:ascii="Times New Roman" w:hAnsi="Times New Roman" w:eastAsia="Times New Roman" w:cs="Times New Roman"/>
        </w:rPr>
        <w:t>ئابىل ۋە باج يىغىغۇچى ئىمان ئارقىلىق ئاقلىنىشنىڭ سىمۋولىدۇر.</w:t>
      </w:r>
    </w:p>
    <w:p>
      <w:pPr>
        <w:pStyle w:val="ArticleScripture"/>
        <w:jc w:val="left"/>
      </w:pPr>
      <w:r>
        <w:rPr>
          <w:rFonts w:ascii="Times New Roman" w:hAnsi="Times New Roman" w:eastAsia="Times New Roman" w:cs="Times New Roman"/>
        </w:rPr>
        <w:t>Ha publicano, a ɔgyinaa akyiri no, wannye ne ho so mpo sɛ ɔbɛma n’ani so akyerɛ soro, na mmom ɔbɔɔ ne koko so kae sɛ, Onyankopɔn, hu me mmɔbɔ, me ɔbɔnefo yi. Meka kyerɛ mo sɛ, eyi na osian kɔɔ ne fie a wɔabu no bem sen ɔfoforo no; efisɛ obiara a ɔma ne ho so no, wɔbɛbrɛ no ase; na nea ɔbrɛ ne ho ase no, wɔbɛma no so. Luka 18:13, 14.</w:t>
      </w:r>
    </w:p>
    <w:p>
      <w:pPr>
        <w:pStyle w:val="ArticleBody"/>
        <w:jc w:val="left"/>
      </w:pPr>
      <w:r>
        <w:rPr>
          <w:rFonts w:ascii="Times New Roman" w:hAnsi="Times New Roman" w:eastAsia="Times New Roman" w:cs="Times New Roman"/>
        </w:rPr>
        <w:t>1888-</w:t>
      </w:r>
      <w:r>
        <w:rPr>
          <w:rFonts w:ascii="Nirmala UI" w:hAnsi="Nirmala UI" w:eastAsia="Nirmala UI" w:cs="Nirmala UI"/>
        </w:rPr>
        <w:t>இன்</w:t>
      </w:r>
      <w:r>
        <w:rPr>
          <w:rFonts w:ascii="Times New Roman" w:hAnsi="Times New Roman" w:eastAsia="Times New Roman" w:cs="Times New Roman"/>
        </w:rPr>
        <w:t xml:space="preserve"> </w:t>
      </w:r>
      <w:r>
        <w:rPr>
          <w:rFonts w:ascii="Nirmala UI" w:hAnsi="Nirmala UI" w:eastAsia="Nirmala UI" w:cs="Nirmala UI"/>
        </w:rPr>
        <w:t>செய்தியுடன்</w:t>
      </w:r>
      <w:r>
        <w:rPr>
          <w:rFonts w:ascii="Times New Roman" w:hAnsi="Times New Roman" w:eastAsia="Times New Roman" w:cs="Times New Roman"/>
        </w:rPr>
        <w:t xml:space="preserve"> </w:t>
      </w:r>
      <w:r>
        <w:rPr>
          <w:rFonts w:ascii="Nirmala UI" w:hAnsi="Nirmala UI" w:eastAsia="Nirmala UI" w:cs="Nirmala UI"/>
        </w:rPr>
        <w:t>வெளிப்படுத்தின</w:t>
      </w:r>
      <w:r>
        <w:rPr>
          <w:rFonts w:ascii="Times New Roman" w:hAnsi="Times New Roman" w:eastAsia="Times New Roman" w:cs="Times New Roman"/>
        </w:rPr>
        <w:t xml:space="preserve"> </w:t>
      </w:r>
      <w:r>
        <w:rPr>
          <w:rFonts w:ascii="Nirmala UI" w:hAnsi="Nirmala UI" w:eastAsia="Nirmala UI" w:cs="Nirmala UI"/>
        </w:rPr>
        <w:t>விசேஷம்</w:t>
      </w:r>
      <w:r>
        <w:rPr>
          <w:rFonts w:ascii="Times New Roman" w:hAnsi="Times New Roman" w:eastAsia="Times New Roman" w:cs="Times New Roman"/>
        </w:rPr>
        <w:t xml:space="preserve"> </w:t>
      </w:r>
      <w:r>
        <w:rPr>
          <w:rFonts w:ascii="Nirmala UI" w:hAnsi="Nirmala UI" w:eastAsia="Nirmala UI" w:cs="Nirmala UI"/>
        </w:rPr>
        <w:t>பதினெட்டாம்</w:t>
      </w:r>
      <w:r>
        <w:rPr>
          <w:rFonts w:ascii="Times New Roman" w:hAnsi="Times New Roman" w:eastAsia="Times New Roman" w:cs="Times New Roman"/>
        </w:rPr>
        <w:t xml:space="preserve"> </w:t>
      </w:r>
      <w:r>
        <w:rPr>
          <w:rFonts w:ascii="Nirmala UI" w:hAnsi="Nirmala UI" w:eastAsia="Nirmala UI" w:cs="Nirmala UI"/>
        </w:rPr>
        <w:t>அதிகாரத்தின்</w:t>
      </w:r>
      <w:r>
        <w:rPr>
          <w:rFonts w:ascii="Times New Roman" w:hAnsi="Times New Roman" w:eastAsia="Times New Roman" w:cs="Times New Roman"/>
        </w:rPr>
        <w:t xml:space="preserve"> </w:t>
      </w:r>
      <w:r>
        <w:rPr>
          <w:rFonts w:ascii="Nirmala UI" w:hAnsi="Nirmala UI" w:eastAsia="Nirmala UI" w:cs="Nirmala UI"/>
        </w:rPr>
        <w:t>தூதரின்</w:t>
      </w:r>
      <w:r>
        <w:rPr>
          <w:rFonts w:ascii="Times New Roman" w:hAnsi="Times New Roman" w:eastAsia="Times New Roman" w:cs="Times New Roman"/>
        </w:rPr>
        <w:t xml:space="preserve"> </w:t>
      </w:r>
      <w:r>
        <w:rPr>
          <w:rFonts w:ascii="Nirmala UI" w:hAnsi="Nirmala UI" w:eastAsia="Nirmala UI" w:cs="Nirmala UI"/>
        </w:rPr>
        <w:t>இறக்கம்</w:t>
      </w:r>
      <w:r>
        <w:rPr>
          <w:rFonts w:ascii="Times New Roman" w:hAnsi="Times New Roman" w:eastAsia="Times New Roman" w:cs="Times New Roman"/>
        </w:rPr>
        <w:t xml:space="preserve"> </w:t>
      </w:r>
      <w:r>
        <w:rPr>
          <w:rFonts w:ascii="Nirmala UI" w:hAnsi="Nirmala UI" w:eastAsia="Nirmala UI" w:cs="Nirmala UI"/>
        </w:rPr>
        <w:t>கூடவே</w:t>
      </w:r>
      <w:r>
        <w:rPr>
          <w:rFonts w:ascii="Times New Roman" w:hAnsi="Times New Roman" w:eastAsia="Times New Roman" w:cs="Times New Roman"/>
        </w:rPr>
        <w:t xml:space="preserve"> </w:t>
      </w:r>
      <w:r>
        <w:rPr>
          <w:rFonts w:ascii="Nirmala UI" w:hAnsi="Nirmala UI" w:eastAsia="Nirmala UI" w:cs="Nirmala UI"/>
        </w:rPr>
        <w:t>இருந்தது</w:t>
      </w:r>
      <w:r>
        <w:rPr>
          <w:rFonts w:ascii="Times New Roman" w:hAnsi="Times New Roman" w:eastAsia="Times New Roman" w:cs="Times New Roman"/>
        </w:rPr>
        <w:t>.</w:t>
      </w:r>
    </w:p>
    <w:p>
      <w:pPr>
        <w:pStyle w:val="ArticleScripture"/>
        <w:jc w:val="left"/>
      </w:pPr>
      <w:r>
        <w:rPr>
          <w:rFonts w:ascii="Times New Roman" w:hAnsi="Times New Roman" w:eastAsia="Times New Roman" w:cs="Times New Roman"/>
        </w:rPr>
        <w:t>“Rab bi amɛnyɛ yi ntumi de nkrabea a ɛsom bo paa bi brɛɛ ne nkurɔfoɔ no nam Mpanyimfoɔ Waggoner ne Jones so. Saa nkrasɛm yi na ɛsɛ sɛ ɛde Agyenkwa a wɔama no so no ba wiase no anim kɛseɛ so, sɛ afɔrebɔ a wɔde maa wiase nyinaa bɔne nti. Ɛdaa bembuo adi nam gyidie so wɔ Ahotosofoɔ no mu; ɛtoo nnipa nsa frɛɛ wɔn sɛ wɔnnye Kristo trenee no nto mu, a wɔda no adi wɔ Onyankopɔn mmaransɛm nyinaa so ɔsetie mu. Na nnipa bebree afiri Yesu ani so. Ná ɛhia sɛ wɔkyerɛ wɔn ani kɔ ne nyameyɛ nipasu, ne fɛfɛdeɛ, ne ne dɔ a ɛnnsesa mma nnipa abusua no so. Wɔde tumi nyinaa ahyɛ ne nsa, na ɔatumi ama nnipa akyɛdeɛ ahorow a ɛyɛ adeɛ, na ɔde ne trenee ankasa akyɛdeɛ a ne boɔ nni ano no ama onipa adwumafoɔ a ɔntumi nyɛ hwee no. Yei ne nkrasɛm a Onyankopɔn hyɛeɛ sɛ wɔmfa mma wiase no. Yei ne ɔbɔfoɔ a ɔtɔ so mmiɛnsa no nkrasɛm, a ɛsɛ sɛ wɔde nne kɛseɛ ka no, na wɔne ne Honhom no hwiegu a ɛso dɔɔso kɛseɛ bɛka ho.” Testimonies to Ministers, 91.</w:t>
      </w:r>
    </w:p>
    <w:p>
      <w:pPr>
        <w:pStyle w:val="ArticleHeading"/>
        <w:jc w:val="left"/>
      </w:pPr>
      <w:r>
        <w:rPr>
          <w:rFonts w:ascii="Gadugi" w:hAnsi="Gadugi" w:eastAsia="Gadugi" w:cs="Gadugi"/>
        </w:rPr>
        <w:t>ᎴᎣᏗᏏᏯ</w:t>
      </w:r>
      <w:r>
        <w:rPr>
          <w:rFonts w:ascii="Arial" w:hAnsi="Arial" w:eastAsia="Arial" w:cs="Arial"/>
        </w:rPr>
        <w:t xml:space="preserve"> </w:t>
      </w:r>
      <w:r>
        <w:rPr>
          <w:rFonts w:ascii="Gadugi" w:hAnsi="Gadugi" w:eastAsia="Gadugi" w:cs="Gadugi"/>
        </w:rPr>
        <w:t>ᎠᏓᏅᏙᎢ</w:t>
      </w:r>
    </w:p>
    <w:p>
      <w:pPr>
        <w:pStyle w:val="ArticleScripture"/>
        <w:jc w:val="left"/>
      </w:pPr>
      <w:r>
        <w:rPr>
          <w:rFonts w:ascii="Times New Roman" w:hAnsi="Times New Roman" w:eastAsia="Times New Roman" w:cs="Times New Roman"/>
        </w:rPr>
        <w:t>«رساله‌ای که از سوی A. T. Jones و E. J. Waggoner به ما داده شد، پیام خدا به کلیسای لاودیکیه است، و وای بر هر کسی که اقرار می‌کند به حقیقت ایمان دارد، اما با این حال پرتوهای خداداد را به دیگران بازنمی‌تاباند.» The 1888 Materials, 1053.</w:t>
      </w:r>
    </w:p>
    <w:p>
      <w:pPr>
        <w:pStyle w:val="ArticleHeading"/>
        <w:jc w:val="left"/>
      </w:pPr>
      <w:r>
        <w:rPr>
          <w:rFonts w:ascii="Arial" w:hAnsi="Arial" w:eastAsia="Arial" w:cs="Arial"/>
        </w:rPr>
        <w:t>Tulu Ua Nɓa’eje’ẽmĩ’ẽ</w:t>
      </w:r>
    </w:p>
    <w:p>
      <w:pPr>
        <w:pStyle w:val="ArticleScripture"/>
        <w:jc w:val="left"/>
      </w:pPr>
      <w:r>
        <w:rPr>
          <w:rFonts w:ascii="Times New Roman" w:hAnsi="Times New Roman" w:eastAsia="Times New Roman" w:cs="Times New Roman"/>
        </w:rPr>
        <w:t>“Lluvia qhipa urux Diosan markaparuw purini. Mä ch’aman angelaw alaxpachat saraqanini, taqpach oraqerusti jupan k’ajanapampiw qhananchatäni.” Review and Herald, 21 de abril de 1891.</w:t>
      </w:r>
    </w:p>
    <w:p>
      <w:pPr>
        <w:pStyle w:val="ArticleHeading"/>
        <w:jc w:val="left"/>
      </w:pPr>
      <w:r>
        <w:rPr>
          <w:rFonts w:ascii="Nirmala UI" w:hAnsi="Nirmala UI" w:eastAsia="Nirmala UI" w:cs="Nirmala UI"/>
        </w:rPr>
        <w:t>న్యూయార్క్</w:t>
      </w:r>
      <w:r>
        <w:rPr>
          <w:rFonts w:ascii="Arial" w:hAnsi="Arial" w:eastAsia="Arial" w:cs="Arial"/>
        </w:rPr>
        <w:t xml:space="preserve"> </w:t>
      </w:r>
      <w:r>
        <w:rPr>
          <w:rFonts w:ascii="Nirmala UI" w:hAnsi="Nirmala UI" w:eastAsia="Nirmala UI" w:cs="Nirmala UI"/>
        </w:rPr>
        <w:t>నగరం</w:t>
      </w:r>
      <w:r>
        <w:rPr>
          <w:rFonts w:ascii="Arial" w:hAnsi="Arial" w:eastAsia="Arial" w:cs="Arial"/>
        </w:rPr>
        <w:t xml:space="preserve"> </w:t>
      </w:r>
      <w:r>
        <w:rPr>
          <w:rFonts w:ascii="Nirmala UI" w:hAnsi="Nirmala UI" w:eastAsia="Nirmala UI" w:cs="Nirmala UI"/>
        </w:rPr>
        <w:t>మరియు</w:t>
      </w:r>
      <w:r>
        <w:rPr>
          <w:rFonts w:ascii="Arial" w:hAnsi="Arial" w:eastAsia="Arial" w:cs="Arial"/>
        </w:rPr>
        <w:t xml:space="preserve"> 9/11</w:t>
      </w:r>
    </w:p>
    <w:p>
      <w:pPr>
        <w:pStyle w:val="ArticleScripture"/>
        <w:jc w:val="left"/>
      </w:pPr>
      <w:r>
        <w:rPr>
          <w:rFonts w:ascii="Times New Roman" w:hAnsi="Times New Roman" w:eastAsia="Times New Roman" w:cs="Times New Roman"/>
        </w:rPr>
        <w:t>«أمّا الكلمة التي نُقلت عنّي بأنني أعلنتُ أنّ نيويورك سيجرفها مدٌّ بحريّ عارم، فهذا ما لم أقله قط. لقد قلتُ، إذ كنتُ أنظر إلى المباني العظيمة وهي ترتفع هناك، طابقًا فوق طابق: “ما أفظع المشاهد التي ستقع حين يقوم الرب ليزلزل الأرض تزلزلًا شديدًا! حينئذ تتم كلمات رؤيا 18:1–3”. إن الأصحاح الثامن عشر كله من سفر الرؤيا هو إنذار بما هو آتٍ على الأرض. ولكن ليس لديّ نور خاص فيما يتعلق بما سيأتي على نيويورك، سوى أنني أعلم أنه في يوم من الأيام ستُطرح المباني العظيمة هناك إلى أسفل بفعل تقلُّب قدرة الله وانقلابها. ومن النور المعطى لي، أعلم أن الهلاك في العالم. كلمة واحدة من الرب، ولمسة واحدة من قدرته الجبارة، فتسقط هذه الأبنية الضخمة. وستقع مشاهد من الرهبة بحيث لا نستطيع أن نتخيلها». Review and Herald, July 5, 1906.</w:t>
      </w:r>
    </w:p>
    <w:p>
      <w:pPr>
        <w:pStyle w:val="ArticleBody"/>
        <w:jc w:val="left"/>
      </w:pPr>
      <w:r>
        <w:rPr>
          <w:rFonts w:ascii="Times New Roman" w:hAnsi="Times New Roman" w:eastAsia="Times New Roman" w:cs="Times New Roman"/>
        </w:rPr>
        <w:t>Պետրոս մաքսավորը ներկայացնում է մի անձ, որ արդարացվել է հավատքով, իսկ հավատքով արդարացումն է երրորդ հրեշտակի լուրը. դա Լաոդիկիայի լուրն է, որ հասավ 9/11-ին, երբ Նյու Յորքի մեծ շենքերը փլվեցին, և Հայտնություն 18:1–3-ը կատարվեց։ Ապա վերջի անձրևը սկսեց կաթկթել, և հարյուր քառասունչորս հազարի կնքումը սկսվեց։ Հարյուր քառասունչորս հազարի կնքման ժամանակի ավարտին Հայտնություն տասնութի հրեշտակը իջավ որպես Միքայել հրեշտակապետ և երեք փորձություններով հարություն տվեց Պետրոսին։ Առաջին փորձությունը սկսվեց 2023 թվականի դեկտեմբերի 31-ին և ներկայացնում էր այն հիմնարար ճշմարտությունը, որ Հռոմն է Դանիել տասնմեկի տասնչորսերորդ համարի այն զորությունը, որը հաստատում է տեսիլքը։ Այդ տեսիլքը խազոն տեսիլքն է, որը ներկայացնում է մարգարեության արտաքին գիծը, որը, ըստ Սողոմոնի, կյանք կամ մահ է։</w:t>
      </w:r>
    </w:p>
    <w:p>
      <w:pPr>
        <w:pStyle w:val="ArticleScripture"/>
        <w:jc w:val="left"/>
      </w:pPr>
      <w:r>
        <w:rPr>
          <w:rFonts w:ascii="Times New Roman" w:hAnsi="Times New Roman" w:eastAsia="Times New Roman" w:cs="Times New Roman"/>
        </w:rPr>
        <w:t>Yanda [chazon] رؤيا n̂i, ashxas warin: ema win taurat̂a nater, tubana etele. Proverbs 29:18.</w:t>
      </w:r>
    </w:p>
    <w:p>
      <w:pPr>
        <w:pStyle w:val="ArticleBody"/>
        <w:jc w:val="left"/>
      </w:pPr>
      <w:r>
        <w:rPr>
          <w:rFonts w:ascii="Segoe UI Historic" w:hAnsi="Segoe UI Historic" w:eastAsia="Segoe UI Historic" w:cs="Segoe UI Historic"/>
        </w:rPr>
        <w:t>ܒܘܚܪܢܗ</w:t>
      </w:r>
      <w:r>
        <w:rPr>
          <w:rFonts w:ascii="Times New Roman" w:hAnsi="Times New Roman" w:eastAsia="Times New Roman" w:cs="Times New Roman"/>
        </w:rPr>
        <w:t xml:space="preserve"> </w:t>
      </w:r>
      <w:r>
        <w:rPr>
          <w:rFonts w:ascii="Segoe UI Historic" w:hAnsi="Segoe UI Historic" w:eastAsia="Segoe UI Historic" w:cs="Segoe UI Historic"/>
        </w:rPr>
        <w:t>ܕܬܪܝܢܐ</w:t>
      </w:r>
      <w:r>
        <w:rPr>
          <w:rFonts w:ascii="Times New Roman" w:hAnsi="Times New Roman" w:eastAsia="Times New Roman" w:cs="Times New Roman"/>
        </w:rPr>
        <w:t xml:space="preserve"> </w:t>
      </w:r>
      <w:r>
        <w:rPr>
          <w:rFonts w:ascii="Segoe UI Historic" w:hAnsi="Segoe UI Historic" w:eastAsia="Segoe UI Historic" w:cs="Segoe UI Historic"/>
        </w:rPr>
        <w:t>ܕܦܛܪܘܣ</w:t>
      </w:r>
      <w:r>
        <w:rPr>
          <w:rFonts w:ascii="Times New Roman" w:hAnsi="Times New Roman" w:eastAsia="Times New Roman" w:cs="Times New Roman"/>
        </w:rPr>
        <w:t xml:space="preserve"> </w:t>
      </w:r>
      <w:r>
        <w:rPr>
          <w:rFonts w:ascii="Segoe UI Historic" w:hAnsi="Segoe UI Historic" w:eastAsia="Segoe UI Historic" w:cs="Segoe UI Historic"/>
        </w:rPr>
        <w:t>ܗܘ</w:t>
      </w:r>
      <w:r>
        <w:rPr>
          <w:rFonts w:ascii="Times New Roman" w:hAnsi="Times New Roman" w:eastAsia="Times New Roman" w:cs="Times New Roman"/>
        </w:rPr>
        <w:t xml:space="preserve"> </w:t>
      </w:r>
      <w:r>
        <w:rPr>
          <w:rFonts w:ascii="Segoe UI Historic" w:hAnsi="Segoe UI Historic" w:eastAsia="Segoe UI Historic" w:cs="Segoe UI Historic"/>
        </w:rPr>
        <w:t>ܒܘܚܪܢܐ</w:t>
      </w:r>
      <w:r>
        <w:rPr>
          <w:rFonts w:ascii="Times New Roman" w:hAnsi="Times New Roman" w:eastAsia="Times New Roman" w:cs="Times New Roman"/>
        </w:rPr>
        <w:t xml:space="preserve"> </w:t>
      </w:r>
      <w:r>
        <w:rPr>
          <w:rFonts w:ascii="Segoe UI Historic" w:hAnsi="Segoe UI Historic" w:eastAsia="Segoe UI Historic" w:cs="Segoe UI Historic"/>
        </w:rPr>
        <w:t>ܕܗܝܟܠܐ</w:t>
      </w:r>
      <w:r>
        <w:rPr>
          <w:rFonts w:ascii="Times New Roman" w:hAnsi="Times New Roman" w:eastAsia="Times New Roman" w:cs="Times New Roman"/>
        </w:rPr>
        <w:t xml:space="preserve">، </w:t>
      </w:r>
      <w:r>
        <w:rPr>
          <w:rFonts w:ascii="Segoe UI Historic" w:hAnsi="Segoe UI Historic" w:eastAsia="Segoe UI Historic" w:cs="Segoe UI Historic"/>
        </w:rPr>
        <w:t>ܕܡܛܠܒ</w:t>
      </w:r>
      <w:r>
        <w:rPr>
          <w:rFonts w:ascii="Times New Roman" w:hAnsi="Times New Roman" w:eastAsia="Times New Roman" w:cs="Times New Roman"/>
        </w:rPr>
        <w:t xml:space="preserve"> </w:t>
      </w:r>
      <w:r>
        <w:rPr>
          <w:rFonts w:ascii="Segoe UI Historic" w:hAnsi="Segoe UI Historic" w:eastAsia="Segoe UI Historic" w:cs="Segoe UI Historic"/>
        </w:rPr>
        <w:t>ܥܠܝܠܐ</w:t>
      </w:r>
      <w:r>
        <w:rPr>
          <w:rFonts w:ascii="Times New Roman" w:hAnsi="Times New Roman" w:eastAsia="Times New Roman" w:cs="Times New Roman"/>
        </w:rPr>
        <w:t xml:space="preserve"> </w:t>
      </w:r>
      <w:r>
        <w:rPr>
          <w:rFonts w:ascii="Segoe UI Historic" w:hAnsi="Segoe UI Historic" w:eastAsia="Segoe UI Historic" w:cs="Segoe UI Historic"/>
        </w:rPr>
        <w:t>ܠܩܘܕܫ</w:t>
      </w:r>
      <w:r>
        <w:rPr>
          <w:rFonts w:ascii="Times New Roman" w:hAnsi="Times New Roman" w:eastAsia="Times New Roman" w:cs="Times New Roman"/>
        </w:rPr>
        <w:t xml:space="preserve"> </w:t>
      </w:r>
      <w:r>
        <w:rPr>
          <w:rFonts w:ascii="Segoe UI Historic" w:hAnsi="Segoe UI Historic" w:eastAsia="Segoe UI Historic" w:cs="Segoe UI Historic"/>
        </w:rPr>
        <w:t>ܩܘܕܫܐ</w:t>
      </w:r>
      <w:r>
        <w:rPr>
          <w:rFonts w:ascii="Times New Roman" w:hAnsi="Times New Roman" w:eastAsia="Times New Roman" w:cs="Times New Roman"/>
        </w:rPr>
        <w:t xml:space="preserve"> </w:t>
      </w:r>
      <w:r>
        <w:rPr>
          <w:rFonts w:ascii="Segoe UI Historic" w:hAnsi="Segoe UI Historic" w:eastAsia="Segoe UI Historic" w:cs="Segoe UI Historic"/>
        </w:rPr>
        <w:t>ܒܗܝܡܢܘܬܐ</w:t>
      </w:r>
      <w:r>
        <w:rPr>
          <w:rFonts w:ascii="Times New Roman" w:hAnsi="Times New Roman" w:eastAsia="Times New Roman" w:cs="Times New Roman"/>
        </w:rPr>
        <w:t xml:space="preserve">، </w:t>
      </w:r>
      <w:r>
        <w:rPr>
          <w:rFonts w:ascii="Segoe UI Historic" w:hAnsi="Segoe UI Historic" w:eastAsia="Segoe UI Historic" w:cs="Segoe UI Historic"/>
        </w:rPr>
        <w:t>ܐܝܟ</w:t>
      </w:r>
      <w:r>
        <w:rPr>
          <w:rFonts w:ascii="Times New Roman" w:hAnsi="Times New Roman" w:eastAsia="Times New Roman" w:cs="Times New Roman"/>
        </w:rPr>
        <w:t xml:space="preserve"> </w:t>
      </w:r>
      <w:r>
        <w:rPr>
          <w:rFonts w:ascii="Segoe UI Historic" w:hAnsi="Segoe UI Historic" w:eastAsia="Segoe UI Historic" w:cs="Segoe UI Historic"/>
        </w:rPr>
        <w:t>ܕܚܘܝܬ</w:t>
      </w:r>
      <w:r>
        <w:rPr>
          <w:rFonts w:ascii="Times New Roman" w:hAnsi="Times New Roman" w:eastAsia="Times New Roman" w:cs="Times New Roman"/>
        </w:rPr>
        <w:t xml:space="preserve"> </w:t>
      </w:r>
      <w:r>
        <w:rPr>
          <w:rFonts w:ascii="Segoe UI Historic" w:hAnsi="Segoe UI Historic" w:eastAsia="Segoe UI Historic" w:cs="Segoe UI Historic"/>
        </w:rPr>
        <w:t>ܚܬܐ</w:t>
      </w:r>
      <w:r>
        <w:rPr>
          <w:rFonts w:ascii="Times New Roman" w:hAnsi="Times New Roman" w:eastAsia="Times New Roman" w:cs="Times New Roman"/>
        </w:rPr>
        <w:t xml:space="preserve"> </w:t>
      </w:r>
      <w:r>
        <w:rPr>
          <w:rFonts w:ascii="Segoe UI Historic" w:hAnsi="Segoe UI Historic" w:eastAsia="Segoe UI Historic" w:cs="Segoe UI Historic"/>
        </w:rPr>
        <w:t>ܘܐܝܬ</w:t>
      </w:r>
      <w:r>
        <w:rPr>
          <w:rFonts w:ascii="Times New Roman" w:hAnsi="Times New Roman" w:eastAsia="Times New Roman" w:cs="Times New Roman"/>
        </w:rPr>
        <w:t xml:space="preserve"> </w:t>
      </w:r>
      <w:r>
        <w:rPr>
          <w:rFonts w:ascii="Segoe UI Historic" w:hAnsi="Segoe UI Historic" w:eastAsia="Segoe UI Historic" w:cs="Segoe UI Historic"/>
        </w:rPr>
        <w:t>ܒܚܙܘ</w:t>
      </w:r>
      <w:r>
        <w:rPr>
          <w:rFonts w:ascii="Times New Roman" w:hAnsi="Times New Roman" w:eastAsia="Times New Roman" w:cs="Times New Roman"/>
        </w:rPr>
        <w:t>̈</w:t>
      </w:r>
      <w:r>
        <w:rPr>
          <w:rFonts w:ascii="Segoe UI Historic" w:hAnsi="Segoe UI Historic" w:eastAsia="Segoe UI Historic" w:cs="Segoe UI Historic"/>
        </w:rPr>
        <w:t>ܗ</w:t>
      </w:r>
      <w:r>
        <w:rPr>
          <w:rFonts w:ascii="Times New Roman" w:hAnsi="Times New Roman" w:eastAsia="Times New Roman" w:cs="Times New Roman"/>
        </w:rPr>
        <w:t xml:space="preserve">̇ </w:t>
      </w:r>
      <w:r>
        <w:rPr>
          <w:rFonts w:ascii="Segoe UI Historic" w:hAnsi="Segoe UI Historic" w:eastAsia="Segoe UI Historic" w:cs="Segoe UI Historic"/>
        </w:rPr>
        <w:t>ܩܕܡܝ</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ܬܡܢ</w:t>
      </w:r>
      <w:r>
        <w:rPr>
          <w:rFonts w:ascii="Times New Roman" w:hAnsi="Times New Roman" w:eastAsia="Times New Roman" w:cs="Times New Roman"/>
        </w:rPr>
        <w:t xml:space="preserve"> </w:t>
      </w:r>
      <w:r>
        <w:rPr>
          <w:rFonts w:ascii="Segoe UI Historic" w:hAnsi="Segoe UI Historic" w:eastAsia="Segoe UI Historic" w:cs="Segoe UI Historic"/>
        </w:rPr>
        <w:t>ܚܙܬ</w:t>
      </w:r>
      <w:r>
        <w:rPr>
          <w:rFonts w:ascii="Times New Roman" w:hAnsi="Times New Roman" w:eastAsia="Times New Roman" w:cs="Times New Roman"/>
        </w:rPr>
        <w:t xml:space="preserve"> </w:t>
      </w:r>
      <w:r>
        <w:rPr>
          <w:rFonts w:ascii="Segoe UI Historic" w:hAnsi="Segoe UI Historic" w:eastAsia="Segoe UI Historic" w:cs="Segoe UI Historic"/>
        </w:rPr>
        <w:t>ܠܦܘܩܕܢܐ</w:t>
      </w:r>
      <w:r>
        <w:rPr>
          <w:rFonts w:ascii="Times New Roman" w:hAnsi="Times New Roman" w:eastAsia="Times New Roman" w:cs="Times New Roman"/>
        </w:rPr>
        <w:t xml:space="preserve"> </w:t>
      </w:r>
      <w:r>
        <w:rPr>
          <w:rFonts w:ascii="Segoe UI Historic" w:hAnsi="Segoe UI Historic" w:eastAsia="Segoe UI Historic" w:cs="Segoe UI Historic"/>
        </w:rPr>
        <w:t>ܕܫܒܬܐ</w:t>
      </w:r>
      <w:r>
        <w:rPr>
          <w:rFonts w:ascii="Times New Roman" w:hAnsi="Times New Roman" w:eastAsia="Times New Roman" w:cs="Times New Roman"/>
        </w:rPr>
        <w:t xml:space="preserve"> </w:t>
      </w:r>
      <w:r>
        <w:rPr>
          <w:rFonts w:ascii="Segoe UI Historic" w:hAnsi="Segoe UI Historic" w:eastAsia="Segoe UI Historic" w:cs="Segoe UI Historic"/>
        </w:rPr>
        <w:t>ܕܝܘܡܐ</w:t>
      </w:r>
      <w:r>
        <w:rPr>
          <w:rFonts w:ascii="Times New Roman" w:hAnsi="Times New Roman" w:eastAsia="Times New Roman" w:cs="Times New Roman"/>
        </w:rPr>
        <w:t xml:space="preserve"> </w:t>
      </w:r>
      <w:r>
        <w:rPr>
          <w:rFonts w:ascii="Segoe UI Historic" w:hAnsi="Segoe UI Historic" w:eastAsia="Segoe UI Historic" w:cs="Segoe UI Historic"/>
        </w:rPr>
        <w:t>ܫܒܝܥܝܐ</w:t>
      </w:r>
      <w:r>
        <w:rPr>
          <w:rFonts w:ascii="Times New Roman" w:hAnsi="Times New Roman" w:eastAsia="Times New Roman" w:cs="Times New Roman"/>
        </w:rPr>
        <w:t xml:space="preserve"> </w:t>
      </w:r>
      <w:r>
        <w:rPr>
          <w:rFonts w:ascii="Segoe UI Historic" w:hAnsi="Segoe UI Historic" w:eastAsia="Segoe UI Historic" w:cs="Segoe UI Historic"/>
        </w:rPr>
        <w:t>ܟܕ</w:t>
      </w:r>
      <w:r>
        <w:rPr>
          <w:rFonts w:ascii="Times New Roman" w:hAnsi="Times New Roman" w:eastAsia="Times New Roman" w:cs="Times New Roman"/>
        </w:rPr>
        <w:t xml:space="preserve"> </w:t>
      </w:r>
      <w:r>
        <w:rPr>
          <w:rFonts w:ascii="Segoe UI Historic" w:hAnsi="Segoe UI Historic" w:eastAsia="Segoe UI Historic" w:cs="Segoe UI Historic"/>
        </w:rPr>
        <w:t>ܢܗܝܪ</w:t>
      </w:r>
      <w:r>
        <w:rPr>
          <w:rFonts w:ascii="Times New Roman" w:hAnsi="Times New Roman" w:eastAsia="Times New Roman" w:cs="Times New Roman"/>
        </w:rPr>
        <w:t xml:space="preserve"> </w:t>
      </w:r>
      <w:r>
        <w:rPr>
          <w:rFonts w:ascii="Segoe UI Historic" w:hAnsi="Segoe UI Historic" w:eastAsia="Segoe UI Historic" w:cs="Segoe UI Historic"/>
        </w:rPr>
        <w:t>ܠܥܠ</w:t>
      </w:r>
      <w:r>
        <w:rPr>
          <w:rFonts w:ascii="Times New Roman" w:hAnsi="Times New Roman" w:eastAsia="Times New Roman" w:cs="Times New Roman"/>
        </w:rPr>
        <w:t xml:space="preserve"> </w:t>
      </w:r>
      <w:r>
        <w:rPr>
          <w:rFonts w:ascii="Segoe UI Historic" w:hAnsi="Segoe UI Historic" w:eastAsia="Segoe UI Historic" w:cs="Segoe UI Historic"/>
        </w:rPr>
        <w:t>ܡܢ</w:t>
      </w:r>
      <w:r>
        <w:rPr>
          <w:rFonts w:ascii="Times New Roman" w:hAnsi="Times New Roman" w:eastAsia="Times New Roman" w:cs="Times New Roman"/>
        </w:rPr>
        <w:t xml:space="preserve"> </w:t>
      </w:r>
      <w:r>
        <w:rPr>
          <w:rFonts w:ascii="Segoe UI Historic" w:hAnsi="Segoe UI Historic" w:eastAsia="Segoe UI Historic" w:cs="Segoe UI Historic"/>
        </w:rPr>
        <w:t>ܬܫܥܐ</w:t>
      </w:r>
      <w:r>
        <w:rPr>
          <w:rFonts w:ascii="Times New Roman" w:hAnsi="Times New Roman" w:eastAsia="Times New Roman" w:cs="Times New Roman"/>
        </w:rPr>
        <w:t xml:space="preserve"> </w:t>
      </w:r>
      <w:r>
        <w:rPr>
          <w:rFonts w:ascii="Segoe UI Historic" w:hAnsi="Segoe UI Historic" w:eastAsia="Segoe UI Historic" w:cs="Segoe UI Historic"/>
        </w:rPr>
        <w:t>ܦܘܩܕܢ</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ܐܚܪ</w:t>
      </w:r>
      <w:r>
        <w:rPr>
          <w:rFonts w:ascii="Times New Roman" w:hAnsi="Times New Roman" w:eastAsia="Times New Roman" w:cs="Times New Roman"/>
        </w:rPr>
        <w:t>̈</w:t>
      </w:r>
      <w:r>
        <w:rPr>
          <w:rFonts w:ascii="Segoe UI Historic" w:hAnsi="Segoe UI Historic" w:eastAsia="Segoe UI Historic" w:cs="Segoe UI Historic"/>
        </w:rPr>
        <w:t>ܢܐ</w:t>
      </w:r>
      <w:r>
        <w:rPr>
          <w:rFonts w:ascii="Times New Roman" w:hAnsi="Times New Roman" w:eastAsia="Times New Roman" w:cs="Times New Roman"/>
        </w:rPr>
        <w:t xml:space="preserve">. </w:t>
      </w:r>
      <w:r>
        <w:rPr>
          <w:rFonts w:ascii="Segoe UI Historic" w:hAnsi="Segoe UI Historic" w:eastAsia="Segoe UI Historic" w:cs="Segoe UI Historic"/>
        </w:rPr>
        <w:t>ܗܿܝ</w:t>
      </w:r>
      <w:r>
        <w:rPr>
          <w:rFonts w:ascii="Times New Roman" w:hAnsi="Times New Roman" w:eastAsia="Times New Roman" w:cs="Times New Roman"/>
        </w:rPr>
        <w:t xml:space="preserve"> </w:t>
      </w:r>
      <w:r>
        <w:rPr>
          <w:rFonts w:ascii="Segoe UI Historic" w:hAnsi="Segoe UI Historic" w:eastAsia="Segoe UI Historic" w:cs="Segoe UI Historic"/>
        </w:rPr>
        <w:t>ܝܘܠܦܢܐ</w:t>
      </w:r>
      <w:r>
        <w:rPr>
          <w:rFonts w:ascii="Times New Roman" w:hAnsi="Times New Roman" w:eastAsia="Times New Roman" w:cs="Times New Roman"/>
        </w:rPr>
        <w:t xml:space="preserve"> </w:t>
      </w:r>
      <w:r>
        <w:rPr>
          <w:rFonts w:ascii="Segoe UI Historic" w:hAnsi="Segoe UI Historic" w:eastAsia="Segoe UI Historic" w:cs="Segoe UI Historic"/>
        </w:rPr>
        <w:t>ܒܦܬܚܐ</w:t>
      </w:r>
      <w:r>
        <w:rPr>
          <w:rFonts w:ascii="Times New Roman" w:hAnsi="Times New Roman" w:eastAsia="Times New Roman" w:cs="Times New Roman"/>
        </w:rPr>
        <w:t xml:space="preserve"> </w:t>
      </w:r>
      <w:r>
        <w:rPr>
          <w:rFonts w:ascii="Segoe UI Historic" w:hAnsi="Segoe UI Historic" w:eastAsia="Segoe UI Historic" w:cs="Segoe UI Historic"/>
        </w:rPr>
        <w:t>ܕܕܝܢܐ</w:t>
      </w:r>
      <w:r>
        <w:rPr>
          <w:rFonts w:ascii="Times New Roman" w:hAnsi="Times New Roman" w:eastAsia="Times New Roman" w:cs="Times New Roman"/>
        </w:rPr>
        <w:t xml:space="preserve"> </w:t>
      </w:r>
      <w:r>
        <w:rPr>
          <w:rFonts w:ascii="Segoe UI Historic" w:hAnsi="Segoe UI Historic" w:eastAsia="Segoe UI Historic" w:cs="Segoe UI Historic"/>
        </w:rPr>
        <w:t>ܡܝܨܓܐ</w:t>
      </w:r>
      <w:r>
        <w:rPr>
          <w:rFonts w:ascii="Times New Roman" w:hAnsi="Times New Roman" w:eastAsia="Times New Roman" w:cs="Times New Roman"/>
        </w:rPr>
        <w:t xml:space="preserve"> </w:t>
      </w:r>
      <w:r>
        <w:rPr>
          <w:rFonts w:ascii="Segoe UI Historic" w:hAnsi="Segoe UI Historic" w:eastAsia="Segoe UI Historic" w:cs="Segoe UI Historic"/>
        </w:rPr>
        <w:t>ܠܝܘܠܦܢܐ</w:t>
      </w:r>
      <w:r>
        <w:rPr>
          <w:rFonts w:ascii="Times New Roman" w:hAnsi="Times New Roman" w:eastAsia="Times New Roman" w:cs="Times New Roman"/>
        </w:rPr>
        <w:t xml:space="preserve"> </w:t>
      </w:r>
      <w:r>
        <w:rPr>
          <w:rFonts w:ascii="Segoe UI Historic" w:hAnsi="Segoe UI Historic" w:eastAsia="Segoe UI Historic" w:cs="Segoe UI Historic"/>
        </w:rPr>
        <w:t>ܕܡܬܒܣܪܢܘܬܐ</w:t>
      </w:r>
      <w:r>
        <w:rPr>
          <w:rFonts w:ascii="Times New Roman" w:hAnsi="Times New Roman" w:eastAsia="Times New Roman" w:cs="Times New Roman"/>
        </w:rPr>
        <w:t xml:space="preserve">، </w:t>
      </w:r>
      <w:r>
        <w:rPr>
          <w:rFonts w:ascii="Segoe UI Historic" w:hAnsi="Segoe UI Historic" w:eastAsia="Segoe UI Historic" w:cs="Segoe UI Historic"/>
        </w:rPr>
        <w:t>ܕܢܗܝܪ</w:t>
      </w:r>
      <w:r>
        <w:rPr>
          <w:rFonts w:ascii="Times New Roman" w:hAnsi="Times New Roman" w:eastAsia="Times New Roman" w:cs="Times New Roman"/>
        </w:rPr>
        <w:t xml:space="preserve"> </w:t>
      </w:r>
      <w:r>
        <w:rPr>
          <w:rFonts w:ascii="Segoe UI Historic" w:hAnsi="Segoe UI Historic" w:eastAsia="Segoe UI Historic" w:cs="Segoe UI Historic"/>
        </w:rPr>
        <w:t>ܠܥܠ</w:t>
      </w:r>
      <w:r>
        <w:rPr>
          <w:rFonts w:ascii="Times New Roman" w:hAnsi="Times New Roman" w:eastAsia="Times New Roman" w:cs="Times New Roman"/>
        </w:rPr>
        <w:t xml:space="preserve"> </w:t>
      </w:r>
      <w:r>
        <w:rPr>
          <w:rFonts w:ascii="Segoe UI Historic" w:hAnsi="Segoe UI Historic" w:eastAsia="Segoe UI Historic" w:cs="Segoe UI Historic"/>
        </w:rPr>
        <w:t>ܡܢ</w:t>
      </w:r>
      <w:r>
        <w:rPr>
          <w:rFonts w:ascii="Times New Roman" w:hAnsi="Times New Roman" w:eastAsia="Times New Roman" w:cs="Times New Roman"/>
        </w:rPr>
        <w:t xml:space="preserve"> </w:t>
      </w:r>
      <w:r>
        <w:rPr>
          <w:rFonts w:ascii="Segoe UI Historic" w:hAnsi="Segoe UI Historic" w:eastAsia="Segoe UI Historic" w:cs="Segoe UI Historic"/>
        </w:rPr>
        <w:t>ܫܪܟܐ</w:t>
      </w:r>
      <w:r>
        <w:rPr>
          <w:rFonts w:ascii="Times New Roman" w:hAnsi="Times New Roman" w:eastAsia="Times New Roman" w:cs="Times New Roman"/>
        </w:rPr>
        <w:t xml:space="preserve"> </w:t>
      </w:r>
      <w:r>
        <w:rPr>
          <w:rFonts w:ascii="Segoe UI Historic" w:hAnsi="Segoe UI Historic" w:eastAsia="Segoe UI Historic" w:cs="Segoe UI Historic"/>
        </w:rPr>
        <w:t>ܕܝܘܠܦܢ</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ܢܒܝ</w:t>
      </w:r>
      <w:r>
        <w:rPr>
          <w:rFonts w:ascii="Times New Roman" w:hAnsi="Times New Roman" w:eastAsia="Times New Roman" w:cs="Times New Roman"/>
        </w:rPr>
        <w:t>̈</w:t>
      </w:r>
      <w:r>
        <w:rPr>
          <w:rFonts w:ascii="Segoe UI Historic" w:hAnsi="Segoe UI Historic" w:eastAsia="Segoe UI Historic" w:cs="Segoe UI Historic"/>
        </w:rPr>
        <w:t>ܝܐ</w:t>
      </w:r>
      <w:r>
        <w:rPr>
          <w:rFonts w:ascii="Times New Roman" w:hAnsi="Times New Roman" w:eastAsia="Times New Roman" w:cs="Times New Roman"/>
        </w:rPr>
        <w:t xml:space="preserve"> </w:t>
      </w:r>
      <w:r>
        <w:rPr>
          <w:rFonts w:ascii="Segoe UI Historic" w:hAnsi="Segoe UI Historic" w:eastAsia="Segoe UI Historic" w:cs="Segoe UI Historic"/>
        </w:rPr>
        <w:t>ܒܝܘܡ</w:t>
      </w:r>
      <w:r>
        <w:rPr>
          <w:rFonts w:ascii="Times New Roman" w:hAnsi="Times New Roman" w:eastAsia="Times New Roman" w:cs="Times New Roman"/>
        </w:rPr>
        <w:t>̈</w:t>
      </w:r>
      <w:r>
        <w:rPr>
          <w:rFonts w:ascii="Segoe UI Historic" w:hAnsi="Segoe UI Historic" w:eastAsia="Segoe UI Historic" w:cs="Segoe UI Historic"/>
        </w:rPr>
        <w:t>ܬܐ</w:t>
      </w:r>
      <w:r>
        <w:rPr>
          <w:rFonts w:ascii="Times New Roman" w:hAnsi="Times New Roman" w:eastAsia="Times New Roman" w:cs="Times New Roman"/>
        </w:rPr>
        <w:t xml:space="preserve"> </w:t>
      </w:r>
      <w:r>
        <w:rPr>
          <w:rFonts w:ascii="Segoe UI Historic" w:hAnsi="Segoe UI Historic" w:eastAsia="Segoe UI Historic" w:cs="Segoe UI Historic"/>
        </w:rPr>
        <w:t>ܐܚܪ</w:t>
      </w:r>
      <w:r>
        <w:rPr>
          <w:rFonts w:ascii="Times New Roman" w:hAnsi="Times New Roman" w:eastAsia="Times New Roman" w:cs="Times New Roman"/>
        </w:rPr>
        <w:t>̈</w:t>
      </w:r>
      <w:r>
        <w:rPr>
          <w:rFonts w:ascii="Segoe UI Historic" w:hAnsi="Segoe UI Historic" w:eastAsia="Segoe UI Historic" w:cs="Segoe UI Historic"/>
        </w:rPr>
        <w:t>ܝܐ</w:t>
      </w:r>
      <w:r>
        <w:rPr>
          <w:rFonts w:ascii="Times New Roman" w:hAnsi="Times New Roman" w:eastAsia="Times New Roman" w:cs="Times New Roman"/>
        </w:rPr>
        <w:t xml:space="preserve">، </w:t>
      </w:r>
      <w:r>
        <w:rPr>
          <w:rFonts w:ascii="Segoe UI Historic" w:hAnsi="Segoe UI Historic" w:eastAsia="Segoe UI Historic" w:cs="Segoe UI Historic"/>
        </w:rPr>
        <w:t>ܒܫܘܠܡܐ</w:t>
      </w:r>
      <w:r>
        <w:rPr>
          <w:rFonts w:ascii="Times New Roman" w:hAnsi="Times New Roman" w:eastAsia="Times New Roman" w:cs="Times New Roman"/>
        </w:rPr>
        <w:t xml:space="preserve"> </w:t>
      </w:r>
      <w:r>
        <w:rPr>
          <w:rFonts w:ascii="Segoe UI Historic" w:hAnsi="Segoe UI Historic" w:eastAsia="Segoe UI Historic" w:cs="Segoe UI Historic"/>
        </w:rPr>
        <w:t>ܕܕܝܢܐ</w:t>
      </w:r>
      <w:r>
        <w:rPr>
          <w:rFonts w:ascii="Times New Roman" w:hAnsi="Times New Roman" w:eastAsia="Times New Roman" w:cs="Times New Roman"/>
        </w:rPr>
        <w:t xml:space="preserve">. </w:t>
      </w:r>
      <w:r>
        <w:rPr>
          <w:rFonts w:ascii="Segoe UI Historic" w:hAnsi="Segoe UI Historic" w:eastAsia="Segoe UI Historic" w:cs="Segoe UI Historic"/>
        </w:rPr>
        <w:t>ܡܬܒܣܪܢܘܬܗ</w:t>
      </w:r>
      <w:r>
        <w:rPr>
          <w:rFonts w:ascii="Times New Roman" w:hAnsi="Times New Roman" w:eastAsia="Times New Roman" w:cs="Times New Roman"/>
        </w:rPr>
        <w:t xml:space="preserve"> </w:t>
      </w:r>
      <w:r>
        <w:rPr>
          <w:rFonts w:ascii="Segoe UI Historic" w:hAnsi="Segoe UI Historic" w:eastAsia="Segoe UI Historic" w:cs="Segoe UI Historic"/>
        </w:rPr>
        <w:t>ܕܡܫܝܚܐ</w:t>
      </w:r>
      <w:r>
        <w:rPr>
          <w:rFonts w:ascii="Times New Roman" w:hAnsi="Times New Roman" w:eastAsia="Times New Roman" w:cs="Times New Roman"/>
        </w:rPr>
        <w:t xml:space="preserve"> </w:t>
      </w:r>
      <w:r>
        <w:rPr>
          <w:rFonts w:ascii="Segoe UI Historic" w:hAnsi="Segoe UI Historic" w:eastAsia="Segoe UI Historic" w:cs="Segoe UI Historic"/>
        </w:rPr>
        <w:t>ܐܠܗܝܐ</w:t>
      </w:r>
      <w:r>
        <w:rPr>
          <w:rFonts w:ascii="Times New Roman" w:hAnsi="Times New Roman" w:eastAsia="Times New Roman" w:cs="Times New Roman"/>
        </w:rPr>
        <w:t xml:space="preserve">، </w:t>
      </w:r>
      <w:r>
        <w:rPr>
          <w:rFonts w:ascii="Segoe UI Historic" w:hAnsi="Segoe UI Historic" w:eastAsia="Segoe UI Historic" w:cs="Segoe UI Historic"/>
        </w:rPr>
        <w:t>ܕܢܣܒ</w:t>
      </w:r>
      <w:r>
        <w:rPr>
          <w:rFonts w:ascii="Times New Roman" w:hAnsi="Times New Roman" w:eastAsia="Times New Roman" w:cs="Times New Roman"/>
        </w:rPr>
        <w:t xml:space="preserve"> </w:t>
      </w:r>
      <w:r>
        <w:rPr>
          <w:rFonts w:ascii="Segoe UI Historic" w:hAnsi="Segoe UI Historic" w:eastAsia="Segoe UI Historic" w:cs="Segoe UI Historic"/>
        </w:rPr>
        <w:t>ܥܠܘܗܝ</w:t>
      </w:r>
      <w:r>
        <w:rPr>
          <w:rFonts w:ascii="Times New Roman" w:hAnsi="Times New Roman" w:eastAsia="Times New Roman" w:cs="Times New Roman"/>
        </w:rPr>
        <w:t xml:space="preserve"> </w:t>
      </w:r>
      <w:r>
        <w:rPr>
          <w:rFonts w:ascii="Segoe UI Historic" w:hAnsi="Segoe UI Historic" w:eastAsia="Segoe UI Historic" w:cs="Segoe UI Historic"/>
        </w:rPr>
        <w:t>ܒܣܪܐ</w:t>
      </w:r>
      <w:r>
        <w:rPr>
          <w:rFonts w:ascii="Times New Roman" w:hAnsi="Times New Roman" w:eastAsia="Times New Roman" w:cs="Times New Roman"/>
        </w:rPr>
        <w:t xml:space="preserve"> </w:t>
      </w:r>
      <w:r>
        <w:rPr>
          <w:rFonts w:ascii="Segoe UI Historic" w:hAnsi="Segoe UI Historic" w:eastAsia="Segoe UI Historic" w:cs="Segoe UI Historic"/>
        </w:rPr>
        <w:t>ܢܦܝܠܐ</w:t>
      </w:r>
      <w:r>
        <w:rPr>
          <w:rFonts w:ascii="Times New Roman" w:hAnsi="Times New Roman" w:eastAsia="Times New Roman" w:cs="Times New Roman"/>
        </w:rPr>
        <w:t xml:space="preserve"> </w:t>
      </w:r>
      <w:r>
        <w:rPr>
          <w:rFonts w:ascii="Segoe UI Historic" w:hAnsi="Segoe UI Historic" w:eastAsia="Segoe UI Historic" w:cs="Segoe UI Historic"/>
        </w:rPr>
        <w:t>ܚܛܝܐ</w:t>
      </w:r>
      <w:r>
        <w:rPr>
          <w:rFonts w:ascii="Times New Roman" w:hAnsi="Times New Roman" w:eastAsia="Times New Roman" w:cs="Times New Roman"/>
        </w:rPr>
        <w:t xml:space="preserve">، </w:t>
      </w:r>
      <w:r>
        <w:rPr>
          <w:rFonts w:ascii="Segoe UI Historic" w:hAnsi="Segoe UI Historic" w:eastAsia="Segoe UI Historic" w:cs="Segoe UI Historic"/>
        </w:rPr>
        <w:t>ܟܕ</w:t>
      </w:r>
      <w:r>
        <w:rPr>
          <w:rFonts w:ascii="Times New Roman" w:hAnsi="Times New Roman" w:eastAsia="Times New Roman" w:cs="Times New Roman"/>
        </w:rPr>
        <w:t xml:space="preserve"> </w:t>
      </w:r>
      <w:r>
        <w:rPr>
          <w:rFonts w:ascii="Segoe UI Historic" w:hAnsi="Segoe UI Historic" w:eastAsia="Segoe UI Historic" w:cs="Segoe UI Historic"/>
        </w:rPr>
        <w:t>ܗܘ</w:t>
      </w:r>
      <w:r>
        <w:rPr>
          <w:rFonts w:ascii="Times New Roman" w:hAnsi="Times New Roman" w:eastAsia="Times New Roman" w:cs="Times New Roman"/>
        </w:rPr>
        <w:t xml:space="preserve"> </w:t>
      </w:r>
      <w:r>
        <w:rPr>
          <w:rFonts w:ascii="Segoe UI Historic" w:hAnsi="Segoe UI Historic" w:eastAsia="Segoe UI Historic" w:cs="Segoe UI Historic"/>
        </w:rPr>
        <w:t>ܠܐ</w:t>
      </w:r>
      <w:r>
        <w:rPr>
          <w:rFonts w:ascii="Times New Roman" w:hAnsi="Times New Roman" w:eastAsia="Times New Roman" w:cs="Times New Roman"/>
        </w:rPr>
        <w:t xml:space="preserve"> </w:t>
      </w:r>
      <w:r>
        <w:rPr>
          <w:rFonts w:ascii="Segoe UI Historic" w:hAnsi="Segoe UI Historic" w:eastAsia="Segoe UI Historic" w:cs="Segoe UI Historic"/>
        </w:rPr>
        <w:t>ܝܕܥ</w:t>
      </w:r>
      <w:r>
        <w:rPr>
          <w:rFonts w:ascii="Times New Roman" w:hAnsi="Times New Roman" w:eastAsia="Times New Roman" w:cs="Times New Roman"/>
        </w:rPr>
        <w:t xml:space="preserve"> </w:t>
      </w:r>
      <w:r>
        <w:rPr>
          <w:rFonts w:ascii="Segoe UI Historic" w:hAnsi="Segoe UI Historic" w:eastAsia="Segoe UI Historic" w:cs="Segoe UI Historic"/>
        </w:rPr>
        <w:t>ܚܛܝܬܐ</w:t>
      </w:r>
      <w:r>
        <w:rPr>
          <w:rFonts w:ascii="Times New Roman" w:hAnsi="Times New Roman" w:eastAsia="Times New Roman" w:cs="Times New Roman"/>
        </w:rPr>
        <w:t xml:space="preserve">، </w:t>
      </w:r>
      <w:r>
        <w:rPr>
          <w:rFonts w:ascii="Segoe UI Historic" w:hAnsi="Segoe UI Historic" w:eastAsia="Segoe UI Historic" w:cs="Segoe UI Historic"/>
        </w:rPr>
        <w:t>ܡܬܡܣܠܐ</w:t>
      </w:r>
      <w:r>
        <w:rPr>
          <w:rFonts w:ascii="Times New Roman" w:hAnsi="Times New Roman" w:eastAsia="Times New Roman" w:cs="Times New Roman"/>
        </w:rPr>
        <w:t xml:space="preserve"> </w:t>
      </w:r>
      <w:r>
        <w:rPr>
          <w:rFonts w:ascii="Segoe UI Historic" w:hAnsi="Segoe UI Historic" w:eastAsia="Segoe UI Historic" w:cs="Segoe UI Historic"/>
        </w:rPr>
        <w:t>ܒܣܘܓܐܐ</w:t>
      </w:r>
      <w:r>
        <w:rPr>
          <w:rFonts w:ascii="Times New Roman" w:hAnsi="Times New Roman" w:eastAsia="Times New Roman" w:cs="Times New Roman"/>
        </w:rPr>
        <w:t xml:space="preserve"> </w:t>
      </w:r>
      <w:r>
        <w:rPr>
          <w:rFonts w:ascii="Segoe UI Historic" w:hAnsi="Segoe UI Historic" w:eastAsia="Segoe UI Historic" w:cs="Segoe UI Historic"/>
        </w:rPr>
        <w:t>ܕܛܘܦ</w:t>
      </w:r>
      <w:r>
        <w:rPr>
          <w:rFonts w:ascii="Times New Roman" w:hAnsi="Times New Roman" w:eastAsia="Times New Roman" w:cs="Times New Roman"/>
        </w:rPr>
        <w:t>̈</w:t>
      </w:r>
      <w:r>
        <w:rPr>
          <w:rFonts w:ascii="Segoe UI Historic" w:hAnsi="Segoe UI Historic" w:eastAsia="Segoe UI Historic" w:cs="Segoe UI Historic"/>
        </w:rPr>
        <w:t>ܣܐ</w:t>
      </w:r>
      <w:r>
        <w:rPr>
          <w:rFonts w:ascii="Times New Roman" w:hAnsi="Times New Roman" w:eastAsia="Times New Roman" w:cs="Times New Roman"/>
        </w:rPr>
        <w:t xml:space="preserve">. </w:t>
      </w:r>
      <w:r>
        <w:rPr>
          <w:rFonts w:ascii="Segoe UI Historic" w:hAnsi="Segoe UI Historic" w:eastAsia="Segoe UI Historic" w:cs="Segoe UI Historic"/>
        </w:rPr>
        <w:t>ܗܿܘ</w:t>
      </w:r>
      <w:r>
        <w:rPr>
          <w:rFonts w:ascii="Times New Roman" w:hAnsi="Times New Roman" w:eastAsia="Times New Roman" w:cs="Times New Roman"/>
        </w:rPr>
        <w:t xml:space="preserve"> </w:t>
      </w:r>
      <w:r>
        <w:rPr>
          <w:rFonts w:ascii="Segoe UI Historic" w:hAnsi="Segoe UI Historic" w:eastAsia="Segoe UI Historic" w:cs="Segoe UI Historic"/>
        </w:rPr>
        <w:t>ܕܝܢ</w:t>
      </w:r>
      <w:r>
        <w:rPr>
          <w:rFonts w:ascii="Times New Roman" w:hAnsi="Times New Roman" w:eastAsia="Times New Roman" w:cs="Times New Roman"/>
        </w:rPr>
        <w:t xml:space="preserve"> </w:t>
      </w:r>
      <w:r>
        <w:rPr>
          <w:rFonts w:ascii="Segoe UI Historic" w:hAnsi="Segoe UI Historic" w:eastAsia="Segoe UI Historic" w:cs="Segoe UI Historic"/>
        </w:rPr>
        <w:t>ܕܝܬܝܪ</w:t>
      </w:r>
      <w:r>
        <w:rPr>
          <w:rFonts w:ascii="Times New Roman" w:hAnsi="Times New Roman" w:eastAsia="Times New Roman" w:cs="Times New Roman"/>
        </w:rPr>
        <w:t xml:space="preserve"> </w:t>
      </w:r>
      <w:r>
        <w:rPr>
          <w:rFonts w:ascii="Segoe UI Historic" w:hAnsi="Segoe UI Historic" w:eastAsia="Segoe UI Historic" w:cs="Segoe UI Historic"/>
        </w:rPr>
        <w:t>ܪܒܐ</w:t>
      </w:r>
      <w:r>
        <w:rPr>
          <w:rFonts w:ascii="Times New Roman" w:hAnsi="Times New Roman" w:eastAsia="Times New Roman" w:cs="Times New Roman"/>
        </w:rPr>
        <w:t xml:space="preserve"> </w:t>
      </w:r>
      <w:r>
        <w:rPr>
          <w:rFonts w:ascii="Segoe UI Historic" w:hAnsi="Segoe UI Historic" w:eastAsia="Segoe UI Historic" w:cs="Segoe UI Historic"/>
        </w:rPr>
        <w:t>ܗܘ</w:t>
      </w:r>
      <w:r>
        <w:rPr>
          <w:rFonts w:ascii="Times New Roman" w:hAnsi="Times New Roman" w:eastAsia="Times New Roman" w:cs="Times New Roman"/>
        </w:rPr>
        <w:t xml:space="preserve"> </w:t>
      </w:r>
      <w:r>
        <w:rPr>
          <w:rFonts w:ascii="Segoe UI Historic" w:hAnsi="Segoe UI Historic" w:eastAsia="Segoe UI Historic" w:cs="Segoe UI Historic"/>
        </w:rPr>
        <w:t>ܝܘܠܦܢܐ</w:t>
      </w:r>
      <w:r>
        <w:rPr>
          <w:rFonts w:ascii="Times New Roman" w:hAnsi="Times New Roman" w:eastAsia="Times New Roman" w:cs="Times New Roman"/>
        </w:rPr>
        <w:t xml:space="preserve"> </w:t>
      </w:r>
      <w:r>
        <w:rPr>
          <w:rFonts w:ascii="Segoe UI Historic" w:hAnsi="Segoe UI Historic" w:eastAsia="Segoe UI Historic" w:cs="Segoe UI Historic"/>
        </w:rPr>
        <w:t>ܕܫܒܥ</w:t>
      </w:r>
      <w:r>
        <w:rPr>
          <w:rFonts w:ascii="Times New Roman" w:hAnsi="Times New Roman" w:eastAsia="Times New Roman" w:cs="Times New Roman"/>
        </w:rPr>
        <w:t xml:space="preserve"> </w:t>
      </w:r>
      <w:r>
        <w:rPr>
          <w:rFonts w:ascii="Segoe UI Historic" w:hAnsi="Segoe UI Historic" w:eastAsia="Segoe UI Historic" w:cs="Segoe UI Historic"/>
        </w:rPr>
        <w:t>ܙܒܢ</w:t>
      </w:r>
      <w:r>
        <w:rPr>
          <w:rFonts w:ascii="Times New Roman" w:hAnsi="Times New Roman" w:eastAsia="Times New Roman" w:cs="Times New Roman"/>
        </w:rPr>
        <w:t>̈</w:t>
      </w:r>
      <w:r>
        <w:rPr>
          <w:rFonts w:ascii="Segoe UI Historic" w:hAnsi="Segoe UI Historic" w:eastAsia="Segoe UI Historic" w:cs="Segoe UI Historic"/>
        </w:rPr>
        <w:t>ܝܢ</w:t>
      </w:r>
      <w:r>
        <w:rPr>
          <w:rFonts w:ascii="Times New Roman" w:hAnsi="Times New Roman" w:eastAsia="Times New Roman" w:cs="Times New Roman"/>
        </w:rPr>
        <w:t xml:space="preserve">. </w:t>
      </w:r>
      <w:r>
        <w:rPr>
          <w:rFonts w:ascii="Segoe UI Historic" w:hAnsi="Segoe UI Historic" w:eastAsia="Segoe UI Historic" w:cs="Segoe UI Historic"/>
        </w:rPr>
        <w:t>ܝܘܠܦܢܐ</w:t>
      </w:r>
      <w:r>
        <w:rPr>
          <w:rFonts w:ascii="Times New Roman" w:hAnsi="Times New Roman" w:eastAsia="Times New Roman" w:cs="Times New Roman"/>
        </w:rPr>
        <w:t xml:space="preserve"> </w:t>
      </w:r>
      <w:r>
        <w:rPr>
          <w:rFonts w:ascii="Segoe UI Historic" w:hAnsi="Segoe UI Historic" w:eastAsia="Segoe UI Historic" w:cs="Segoe UI Historic"/>
        </w:rPr>
        <w:t>ܕܫܒܥ</w:t>
      </w:r>
      <w:r>
        <w:rPr>
          <w:rFonts w:ascii="Times New Roman" w:hAnsi="Times New Roman" w:eastAsia="Times New Roman" w:cs="Times New Roman"/>
        </w:rPr>
        <w:t xml:space="preserve"> </w:t>
      </w:r>
      <w:r>
        <w:rPr>
          <w:rFonts w:ascii="Segoe UI Historic" w:hAnsi="Segoe UI Historic" w:eastAsia="Segoe UI Historic" w:cs="Segoe UI Historic"/>
        </w:rPr>
        <w:t>ܙܒܢ</w:t>
      </w:r>
      <w:r>
        <w:rPr>
          <w:rFonts w:ascii="Times New Roman" w:hAnsi="Times New Roman" w:eastAsia="Times New Roman" w:cs="Times New Roman"/>
        </w:rPr>
        <w:t>̈</w:t>
      </w:r>
      <w:r>
        <w:rPr>
          <w:rFonts w:ascii="Segoe UI Historic" w:hAnsi="Segoe UI Historic" w:eastAsia="Segoe UI Historic" w:cs="Segoe UI Historic"/>
        </w:rPr>
        <w:t>ܝܢ</w:t>
      </w:r>
      <w:r>
        <w:rPr>
          <w:rFonts w:ascii="Times New Roman" w:hAnsi="Times New Roman" w:eastAsia="Times New Roman" w:cs="Times New Roman"/>
        </w:rPr>
        <w:t xml:space="preserve"> </w:t>
      </w:r>
      <w:r>
        <w:rPr>
          <w:rFonts w:ascii="Segoe UI Historic" w:hAnsi="Segoe UI Historic" w:eastAsia="Segoe UI Historic" w:cs="Segoe UI Historic"/>
        </w:rPr>
        <w:t>ܗܘܐ</w:t>
      </w:r>
      <w:r>
        <w:rPr>
          <w:rFonts w:ascii="Times New Roman" w:hAnsi="Times New Roman" w:eastAsia="Times New Roman" w:cs="Times New Roman"/>
        </w:rPr>
        <w:t xml:space="preserve"> </w:t>
      </w:r>
      <w:r>
        <w:rPr>
          <w:rFonts w:ascii="Segoe UI Historic" w:hAnsi="Segoe UI Historic" w:eastAsia="Segoe UI Historic" w:cs="Segoe UI Historic"/>
        </w:rPr>
        <w:t>ܐܠܦܐ</w:t>
      </w:r>
      <w:r>
        <w:rPr>
          <w:rFonts w:ascii="Times New Roman" w:hAnsi="Times New Roman" w:eastAsia="Times New Roman" w:cs="Times New Roman"/>
        </w:rPr>
        <w:t xml:space="preserve"> </w:t>
      </w:r>
      <w:r>
        <w:rPr>
          <w:rFonts w:ascii="Segoe UI Historic" w:hAnsi="Segoe UI Historic" w:eastAsia="Segoe UI Historic" w:cs="Segoe UI Historic"/>
        </w:rPr>
        <w:t>ܕܓܠܝ</w:t>
      </w:r>
      <w:r>
        <w:rPr>
          <w:rFonts w:ascii="Times New Roman" w:hAnsi="Times New Roman" w:eastAsia="Times New Roman" w:cs="Times New Roman"/>
        </w:rPr>
        <w:t>̈</w:t>
      </w:r>
      <w:r>
        <w:rPr>
          <w:rFonts w:ascii="Segoe UI Historic" w:hAnsi="Segoe UI Historic" w:eastAsia="Segoe UI Historic" w:cs="Segoe UI Historic"/>
        </w:rPr>
        <w:t>ܢܐ</w:t>
      </w:r>
      <w:r>
        <w:rPr>
          <w:rFonts w:ascii="Times New Roman" w:hAnsi="Times New Roman" w:eastAsia="Times New Roman" w:cs="Times New Roman"/>
        </w:rPr>
        <w:t xml:space="preserve"> </w:t>
      </w:r>
      <w:r>
        <w:rPr>
          <w:rFonts w:ascii="Segoe UI Historic" w:hAnsi="Segoe UI Historic" w:eastAsia="Segoe UI Historic" w:cs="Segoe UI Historic"/>
        </w:rPr>
        <w:t>ܢܒܝ</w:t>
      </w:r>
      <w:r>
        <w:rPr>
          <w:rFonts w:ascii="Times New Roman" w:hAnsi="Times New Roman" w:eastAsia="Times New Roman" w:cs="Times New Roman"/>
        </w:rPr>
        <w:t>̈</w:t>
      </w:r>
      <w:r>
        <w:rPr>
          <w:rFonts w:ascii="Segoe UI Historic" w:hAnsi="Segoe UI Historic" w:eastAsia="Segoe UI Historic" w:cs="Segoe UI Historic"/>
        </w:rPr>
        <w:t>ܝܐ</w:t>
      </w:r>
      <w:r>
        <w:rPr>
          <w:rFonts w:ascii="Times New Roman" w:hAnsi="Times New Roman" w:eastAsia="Times New Roman" w:cs="Times New Roman"/>
        </w:rPr>
        <w:t xml:space="preserve"> </w:t>
      </w:r>
      <w:r>
        <w:rPr>
          <w:rFonts w:ascii="Segoe UI Historic" w:hAnsi="Segoe UI Historic" w:eastAsia="Segoe UI Historic" w:cs="Segoe UI Historic"/>
        </w:rPr>
        <w:t>ܕܡܝܠܪ</w:t>
      </w:r>
      <w:r>
        <w:rPr>
          <w:rFonts w:ascii="Times New Roman" w:hAnsi="Times New Roman" w:eastAsia="Times New Roman" w:cs="Times New Roman"/>
        </w:rPr>
        <w:t xml:space="preserve">، </w:t>
      </w:r>
      <w:r>
        <w:rPr>
          <w:rFonts w:ascii="Segoe UI Historic" w:hAnsi="Segoe UI Historic" w:eastAsia="Segoe UI Historic" w:cs="Segoe UI Historic"/>
        </w:rPr>
        <w:t>ܘܗܘܝܐ</w:t>
      </w:r>
      <w:r>
        <w:rPr>
          <w:rFonts w:ascii="Times New Roman" w:hAnsi="Times New Roman" w:eastAsia="Times New Roman" w:cs="Times New Roman"/>
        </w:rPr>
        <w:t xml:space="preserve"> </w:t>
      </w:r>
      <w:r>
        <w:rPr>
          <w:rFonts w:ascii="Segoe UI Historic" w:hAnsi="Segoe UI Historic" w:eastAsia="Segoe UI Historic" w:cs="Segoe UI Historic"/>
        </w:rPr>
        <w:t>ܗܝ</w:t>
      </w:r>
      <w:r>
        <w:rPr>
          <w:rFonts w:ascii="Times New Roman" w:hAnsi="Times New Roman" w:eastAsia="Times New Roman" w:cs="Times New Roman"/>
        </w:rPr>
        <w:t xml:space="preserve"> </w:t>
      </w:r>
      <w:r>
        <w:rPr>
          <w:rFonts w:ascii="Segoe UI Historic" w:hAnsi="Segoe UI Historic" w:eastAsia="Segoe UI Historic" w:cs="Segoe UI Historic"/>
        </w:rPr>
        <w:t>ܝܘܠܦܢܐ</w:t>
      </w:r>
      <w:r>
        <w:rPr>
          <w:rFonts w:ascii="Times New Roman" w:hAnsi="Times New Roman" w:eastAsia="Times New Roman" w:cs="Times New Roman"/>
        </w:rPr>
        <w:t xml:space="preserve"> </w:t>
      </w:r>
      <w:r>
        <w:rPr>
          <w:rFonts w:ascii="Segoe UI Historic" w:hAnsi="Segoe UI Historic" w:eastAsia="Segoe UI Historic" w:cs="Segoe UI Historic"/>
        </w:rPr>
        <w:t>ܒܫܢܬ</w:t>
      </w:r>
      <w:r>
        <w:rPr>
          <w:rFonts w:ascii="Times New Roman" w:hAnsi="Times New Roman" w:eastAsia="Times New Roman" w:cs="Times New Roman"/>
        </w:rPr>
        <w:t xml:space="preserve"> 1856، </w:t>
      </w:r>
      <w:r>
        <w:rPr>
          <w:rFonts w:ascii="Segoe UI Historic" w:hAnsi="Segoe UI Historic" w:eastAsia="Segoe UI Historic" w:cs="Segoe UI Historic"/>
        </w:rPr>
        <w:t>ܕܡܝܨܓܐ</w:t>
      </w:r>
      <w:r>
        <w:rPr>
          <w:rFonts w:ascii="Times New Roman" w:hAnsi="Times New Roman" w:eastAsia="Times New Roman" w:cs="Times New Roman"/>
        </w:rPr>
        <w:t xml:space="preserve"> </w:t>
      </w:r>
      <w:r>
        <w:rPr>
          <w:rFonts w:ascii="Segoe UI Historic" w:hAnsi="Segoe UI Historic" w:eastAsia="Segoe UI Historic" w:cs="Segoe UI Historic"/>
        </w:rPr>
        <w:t>ܠܝܘܠܦܢܐ</w:t>
      </w:r>
      <w:r>
        <w:rPr>
          <w:rFonts w:ascii="Times New Roman" w:hAnsi="Times New Roman" w:eastAsia="Times New Roman" w:cs="Times New Roman"/>
        </w:rPr>
        <w:t xml:space="preserve"> </w:t>
      </w:r>
      <w:r>
        <w:rPr>
          <w:rFonts w:ascii="Segoe UI Historic" w:hAnsi="Segoe UI Historic" w:eastAsia="Segoe UI Historic" w:cs="Segoe UI Historic"/>
        </w:rPr>
        <w:t>ܕܐܘܡܓܐ</w:t>
      </w:r>
      <w:r>
        <w:rPr>
          <w:rFonts w:ascii="Times New Roman" w:hAnsi="Times New Roman" w:eastAsia="Times New Roman" w:cs="Times New Roman"/>
        </w:rPr>
        <w:t xml:space="preserve"> </w:t>
      </w:r>
      <w:r>
        <w:rPr>
          <w:rFonts w:ascii="Segoe UI Historic" w:hAnsi="Segoe UI Historic" w:eastAsia="Segoe UI Historic" w:cs="Segoe UI Historic"/>
        </w:rPr>
        <w:t>ܕܬܘܠܕܬܐ</w:t>
      </w:r>
      <w:r>
        <w:rPr>
          <w:rFonts w:ascii="Times New Roman" w:hAnsi="Times New Roman" w:eastAsia="Times New Roman" w:cs="Times New Roman"/>
        </w:rPr>
        <w:t xml:space="preserve"> </w:t>
      </w:r>
      <w:r>
        <w:rPr>
          <w:rFonts w:ascii="Segoe UI Historic" w:hAnsi="Segoe UI Historic" w:eastAsia="Segoe UI Historic" w:cs="Segoe UI Historic"/>
        </w:rPr>
        <w:t>ܡܝܠܪܝܬܐ</w:t>
      </w:r>
      <w:r>
        <w:rPr>
          <w:rFonts w:ascii="Times New Roman" w:hAnsi="Times New Roman" w:eastAsia="Times New Roman" w:cs="Times New Roman"/>
        </w:rPr>
        <w:t xml:space="preserve">، </w:t>
      </w:r>
      <w:r>
        <w:rPr>
          <w:rFonts w:ascii="Segoe UI Historic" w:hAnsi="Segoe UI Historic" w:eastAsia="Segoe UI Historic" w:cs="Segoe UI Historic"/>
        </w:rPr>
        <w:t>ܟܕ</w:t>
      </w:r>
      <w:r>
        <w:rPr>
          <w:rFonts w:ascii="Times New Roman" w:hAnsi="Times New Roman" w:eastAsia="Times New Roman" w:cs="Times New Roman"/>
        </w:rPr>
        <w:t xml:space="preserve"> </w:t>
      </w:r>
      <w:r>
        <w:rPr>
          <w:rFonts w:ascii="Segoe UI Historic" w:hAnsi="Segoe UI Historic" w:eastAsia="Segoe UI Historic" w:cs="Segoe UI Historic"/>
        </w:rPr>
        <w:t>ܐܕܒܢܛܝܣܡܘܣ</w:t>
      </w:r>
      <w:r>
        <w:rPr>
          <w:rFonts w:ascii="Times New Roman" w:hAnsi="Times New Roman" w:eastAsia="Times New Roman" w:cs="Times New Roman"/>
        </w:rPr>
        <w:t xml:space="preserve"> </w:t>
      </w:r>
      <w:r>
        <w:rPr>
          <w:rFonts w:ascii="Segoe UI Historic" w:hAnsi="Segoe UI Historic" w:eastAsia="Segoe UI Historic" w:cs="Segoe UI Historic"/>
        </w:rPr>
        <w:t>ܦܝܠܕܠܦܝܐ</w:t>
      </w:r>
      <w:r>
        <w:rPr>
          <w:rFonts w:ascii="Times New Roman" w:hAnsi="Times New Roman" w:eastAsia="Times New Roman" w:cs="Times New Roman"/>
        </w:rPr>
        <w:t xml:space="preserve"> </w:t>
      </w:r>
      <w:r>
        <w:rPr>
          <w:rFonts w:ascii="Segoe UI Historic" w:hAnsi="Segoe UI Historic" w:eastAsia="Segoe UI Historic" w:cs="Segoe UI Historic"/>
        </w:rPr>
        <w:t>ܡܝܠܪܝܐ</w:t>
      </w:r>
      <w:r>
        <w:rPr>
          <w:rFonts w:ascii="Times New Roman" w:hAnsi="Times New Roman" w:eastAsia="Times New Roman" w:cs="Times New Roman"/>
        </w:rPr>
        <w:t xml:space="preserve"> </w:t>
      </w:r>
      <w:r>
        <w:rPr>
          <w:rFonts w:ascii="Segoe UI Historic" w:hAnsi="Segoe UI Historic" w:eastAsia="Segoe UI Historic" w:cs="Segoe UI Historic"/>
        </w:rPr>
        <w:t>ܡܪܕ</w:t>
      </w:r>
      <w:r>
        <w:rPr>
          <w:rFonts w:ascii="Times New Roman" w:hAnsi="Times New Roman" w:eastAsia="Times New Roman" w:cs="Times New Roman"/>
        </w:rPr>
        <w:t xml:space="preserve"> </w:t>
      </w:r>
      <w:r>
        <w:rPr>
          <w:rFonts w:ascii="Segoe UI Historic" w:hAnsi="Segoe UI Historic" w:eastAsia="Segoe UI Historic" w:cs="Segoe UI Historic"/>
        </w:rPr>
        <w:t>ܒܡܫܟ</w:t>
      </w:r>
      <w:r>
        <w:rPr>
          <w:rFonts w:ascii="Times New Roman" w:hAnsi="Times New Roman" w:eastAsia="Times New Roman" w:cs="Times New Roman"/>
        </w:rPr>
        <w:t xml:space="preserve"> </w:t>
      </w:r>
      <w:r>
        <w:rPr>
          <w:rFonts w:ascii="Segoe UI Historic" w:hAnsi="Segoe UI Historic" w:eastAsia="Segoe UI Historic" w:cs="Segoe UI Historic"/>
        </w:rPr>
        <w:t>ܫܒܥ</w:t>
      </w:r>
      <w:r>
        <w:rPr>
          <w:rFonts w:ascii="Times New Roman" w:hAnsi="Times New Roman" w:eastAsia="Times New Roman" w:cs="Times New Roman"/>
        </w:rPr>
        <w:t xml:space="preserve"> </w:t>
      </w:r>
      <w:r>
        <w:rPr>
          <w:rFonts w:ascii="Segoe UI Historic" w:hAnsi="Segoe UI Historic" w:eastAsia="Segoe UI Historic" w:cs="Segoe UI Historic"/>
        </w:rPr>
        <w:t>ܫܢ</w:t>
      </w:r>
      <w:r>
        <w:rPr>
          <w:rFonts w:ascii="Times New Roman" w:hAnsi="Times New Roman" w:eastAsia="Times New Roman" w:cs="Times New Roman"/>
        </w:rPr>
        <w:t>̈</w:t>
      </w:r>
      <w:r>
        <w:rPr>
          <w:rFonts w:ascii="Segoe UI Historic" w:hAnsi="Segoe UI Historic" w:eastAsia="Segoe UI Historic" w:cs="Segoe UI Historic"/>
        </w:rPr>
        <w:t>ܝܢ</w:t>
      </w:r>
      <w:r>
        <w:rPr>
          <w:rFonts w:ascii="Times New Roman" w:hAnsi="Times New Roman" w:eastAsia="Times New Roman" w:cs="Times New Roman"/>
        </w:rPr>
        <w:t xml:space="preserve"> </w:t>
      </w:r>
      <w:r>
        <w:rPr>
          <w:rFonts w:ascii="Segoe UI Historic" w:hAnsi="Segoe UI Historic" w:eastAsia="Segoe UI Historic" w:cs="Segoe UI Historic"/>
        </w:rPr>
        <w:t>ܘܗܘܐ</w:t>
      </w:r>
      <w:r>
        <w:rPr>
          <w:rFonts w:ascii="Times New Roman" w:hAnsi="Times New Roman" w:eastAsia="Times New Roman" w:cs="Times New Roman"/>
        </w:rPr>
        <w:t xml:space="preserve"> </w:t>
      </w:r>
      <w:r>
        <w:rPr>
          <w:rFonts w:ascii="Segoe UI Historic" w:hAnsi="Segoe UI Historic" w:eastAsia="Segoe UI Historic" w:cs="Segoe UI Historic"/>
        </w:rPr>
        <w:t>ܥܕܬܐ</w:t>
      </w:r>
      <w:r>
        <w:rPr>
          <w:rFonts w:ascii="Times New Roman" w:hAnsi="Times New Roman" w:eastAsia="Times New Roman" w:cs="Times New Roman"/>
        </w:rPr>
        <w:t xml:space="preserve"> </w:t>
      </w:r>
      <w:r>
        <w:rPr>
          <w:rFonts w:ascii="Segoe UI Historic" w:hAnsi="Segoe UI Historic" w:eastAsia="Segoe UI Historic" w:cs="Segoe UI Historic"/>
        </w:rPr>
        <w:t>ܕܐܕܒܢܛܝܣܛ</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ܕܝܘܡܐ</w:t>
      </w:r>
      <w:r>
        <w:rPr>
          <w:rFonts w:ascii="Times New Roman" w:hAnsi="Times New Roman" w:eastAsia="Times New Roman" w:cs="Times New Roman"/>
        </w:rPr>
        <w:t xml:space="preserve"> </w:t>
      </w:r>
      <w:r>
        <w:rPr>
          <w:rFonts w:ascii="Segoe UI Historic" w:hAnsi="Segoe UI Historic" w:eastAsia="Segoe UI Historic" w:cs="Segoe UI Historic"/>
        </w:rPr>
        <w:t>ܫܒܝܥܝܐ</w:t>
      </w:r>
      <w:r>
        <w:rPr>
          <w:rFonts w:ascii="Times New Roman" w:hAnsi="Times New Roman" w:eastAsia="Times New Roman" w:cs="Times New Roman"/>
        </w:rPr>
        <w:t xml:space="preserve"> </w:t>
      </w:r>
      <w:r>
        <w:rPr>
          <w:rFonts w:ascii="Segoe UI Historic" w:hAnsi="Segoe UI Historic" w:eastAsia="Segoe UI Historic" w:cs="Segoe UI Historic"/>
        </w:rPr>
        <w:t>ܠܐܘܕܝܩܝܐ</w:t>
      </w:r>
      <w:r>
        <w:rPr>
          <w:rFonts w:ascii="Times New Roman" w:hAnsi="Times New Roman" w:eastAsia="Times New Roman" w:cs="Times New Roman"/>
        </w:rPr>
        <w:t xml:space="preserve"> </w:t>
      </w:r>
      <w:r>
        <w:rPr>
          <w:rFonts w:ascii="Segoe UI Historic" w:hAnsi="Segoe UI Historic" w:eastAsia="Segoe UI Historic" w:cs="Segoe UI Historic"/>
        </w:rPr>
        <w:t>ܒܫܢܬ</w:t>
      </w:r>
      <w:r>
        <w:rPr>
          <w:rFonts w:ascii="Times New Roman" w:hAnsi="Times New Roman" w:eastAsia="Times New Roman" w:cs="Times New Roman"/>
        </w:rPr>
        <w:t xml:space="preserve"> 1863.</w:t>
      </w:r>
    </w:p>
    <w:p>
      <w:pPr>
        <w:pStyle w:val="ArticleBody"/>
        <w:jc w:val="left"/>
      </w:pPr>
      <w:r>
        <w:rPr>
          <w:rFonts w:ascii="Times New Roman" w:hAnsi="Times New Roman" w:eastAsia="Times New Roman" w:cs="Times New Roman"/>
        </w:rPr>
        <w:t>حزقیئێل سی و حەوتێ ڕە چۆبە دوتایی ئه‌و دوو حوکمە ٢٬٥٢٠ ساڵه‌ ده‌گه‌یه‌نن که‌ له‌سه‌ر پادشاهیی باکوور و باشوور هاتن. پادشاهیی باکوور گوشتی مرۆڤایه‌تی نیشان ده‌دات، و پادشاهیی باشوور ئه‌و ذهنه‌ نیشان ده‌دات که‌ بۆ ئه‌وه‌ دروست کرابوو که‌ یه‌ک بێت له‌گه‌ڵ ذهنی مه‌سیح؛ بۆیه‌ الوهیت له‌گه‌ڵ مرۆڤایه‌تی یه‌ک ده‌بێت. ئه‌مه‌ بریتییه‌ له‌ دۆکتڕینی تجسّد له‌ وێنه‌یه‌کی ساده‌کراودا. حه‌وت کات ئه‌لفا و ئۆمێگای مێژووی میللەری بوو، و له‌به‌ر ئه‌وه‌ی تجسّد نیشان ده‌دات، هه‌روه‌ها ئۆمێگای مێژووی ئادڤێنتیسته‌کانی ڕۆژی حه‌وتەمه‌ له‌ په‌یوه‌ندییه‌کەی به‌ دۆکتڕینی شەممەی ئه‌لفا له‌ ساڵی 1844دا. یه‌کێک نیشانه‌ی شەممەی ڕۆژی حه‌وتەمه‌یه‌ و ئه‌وی دیکه‌ نیشانه‌ی شەممەی ساڵی حه‌وتەمه‌یه‌.</w:t>
      </w:r>
    </w:p>
    <w:p>
      <w:pPr>
        <w:pStyle w:val="ArticleBody"/>
        <w:jc w:val="left"/>
      </w:pPr>
      <w:r>
        <w:rPr>
          <w:rFonts w:ascii="Ebrima" w:hAnsi="Ebrima" w:eastAsia="Ebrima" w:cs="Ebrima"/>
        </w:rPr>
        <w:t>ጴጥሮስ</w:t>
      </w:r>
      <w:r>
        <w:rPr>
          <w:rFonts w:ascii="Times New Roman" w:hAnsi="Times New Roman" w:eastAsia="Times New Roman" w:cs="Times New Roman"/>
        </w:rPr>
        <w:t xml:space="preserve"> </w:t>
      </w:r>
      <w:r>
        <w:rPr>
          <w:rFonts w:ascii="Ebrima" w:hAnsi="Ebrima" w:eastAsia="Ebrima" w:cs="Ebrima"/>
        </w:rPr>
        <w:t>ስሙ</w:t>
      </w:r>
      <w:r>
        <w:rPr>
          <w:rFonts w:ascii="Times New Roman" w:hAnsi="Times New Roman" w:eastAsia="Times New Roman" w:cs="Times New Roman"/>
        </w:rPr>
        <w:t xml:space="preserve"> </w:t>
      </w:r>
      <w:r>
        <w:rPr>
          <w:rFonts w:ascii="Ebrima" w:hAnsi="Ebrima" w:eastAsia="Ebrima" w:cs="Ebrima"/>
        </w:rPr>
        <w:t>በፓኒየም</w:t>
      </w:r>
      <w:r>
        <w:rPr>
          <w:rFonts w:ascii="Times New Roman" w:hAnsi="Times New Roman" w:eastAsia="Times New Roman" w:cs="Times New Roman"/>
        </w:rPr>
        <w:t xml:space="preserve"> </w:t>
      </w:r>
      <w:r>
        <w:rPr>
          <w:rFonts w:ascii="Ebrima" w:hAnsi="Ebrima" w:eastAsia="Ebrima" w:cs="Ebrima"/>
        </w:rPr>
        <w:t>ይለወጣል፤</w:t>
      </w:r>
      <w:r>
        <w:rPr>
          <w:rFonts w:ascii="Times New Roman" w:hAnsi="Times New Roman" w:eastAsia="Times New Roman" w:cs="Times New Roman"/>
        </w:rPr>
        <w:t xml:space="preserve"> </w:t>
      </w:r>
      <w:r>
        <w:rPr>
          <w:rFonts w:ascii="Ebrima" w:hAnsi="Ebrima" w:eastAsia="Ebrima" w:cs="Ebrima"/>
        </w:rPr>
        <w:t>ይህም</w:t>
      </w:r>
      <w:r>
        <w:rPr>
          <w:rFonts w:ascii="Times New Roman" w:hAnsi="Times New Roman" w:eastAsia="Times New Roman" w:cs="Times New Roman"/>
        </w:rPr>
        <w:t xml:space="preserve"> </w:t>
      </w:r>
      <w:r>
        <w:rPr>
          <w:rFonts w:ascii="Ebrima" w:hAnsi="Ebrima" w:eastAsia="Ebrima" w:cs="Ebrima"/>
        </w:rPr>
        <w:t>አብርሃም</w:t>
      </w:r>
      <w:r>
        <w:rPr>
          <w:rFonts w:ascii="Times New Roman" w:hAnsi="Times New Roman" w:eastAsia="Times New Roman" w:cs="Times New Roman"/>
        </w:rPr>
        <w:t xml:space="preserve"> </w:t>
      </w:r>
      <w:r>
        <w:rPr>
          <w:rFonts w:ascii="Ebrima" w:hAnsi="Ebrima" w:eastAsia="Ebrima" w:cs="Ebrima"/>
        </w:rPr>
        <w:t>ከተመረጠ</w:t>
      </w:r>
      <w:r>
        <w:rPr>
          <w:rFonts w:ascii="Times New Roman" w:hAnsi="Times New Roman" w:eastAsia="Times New Roman" w:cs="Times New Roman"/>
        </w:rPr>
        <w:t xml:space="preserve"> </w:t>
      </w:r>
      <w:r>
        <w:rPr>
          <w:rFonts w:ascii="Ebrima" w:hAnsi="Ebrima" w:eastAsia="Ebrima" w:cs="Ebrima"/>
        </w:rPr>
        <w:t>ሕዝብ</w:t>
      </w:r>
      <w:r>
        <w:rPr>
          <w:rFonts w:ascii="Times New Roman" w:hAnsi="Times New Roman" w:eastAsia="Times New Roman" w:cs="Times New Roman"/>
        </w:rPr>
        <w:t xml:space="preserve">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ያለውን</w:t>
      </w:r>
      <w:r>
        <w:rPr>
          <w:rFonts w:ascii="Times New Roman" w:hAnsi="Times New Roman" w:eastAsia="Times New Roman" w:cs="Times New Roman"/>
        </w:rPr>
        <w:t xml:space="preserve"> </w:t>
      </w:r>
      <w:r>
        <w:rPr>
          <w:rFonts w:ascii="Ebrima" w:hAnsi="Ebrima" w:eastAsia="Ebrima" w:cs="Ebrima"/>
        </w:rPr>
        <w:t>የመጀመሪያውን</w:t>
      </w:r>
      <w:r>
        <w:rPr>
          <w:rFonts w:ascii="Times New Roman" w:hAnsi="Times New Roman" w:eastAsia="Times New Roman" w:cs="Times New Roman"/>
        </w:rPr>
        <w:t xml:space="preserve"> </w:t>
      </w:r>
      <w:r>
        <w:rPr>
          <w:rFonts w:ascii="Ebrima" w:hAnsi="Ebrima" w:eastAsia="Ebrima" w:cs="Ebrima"/>
        </w:rPr>
        <w:t>ኪዳን</w:t>
      </w:r>
      <w:r>
        <w:rPr>
          <w:rFonts w:ascii="Times New Roman" w:hAnsi="Times New Roman" w:eastAsia="Times New Roman" w:cs="Times New Roman"/>
        </w:rPr>
        <w:t xml:space="preserve"> </w:t>
      </w:r>
      <w:r>
        <w:rPr>
          <w:rFonts w:ascii="Ebrima" w:hAnsi="Ebrima" w:eastAsia="Ebrima" w:cs="Ebrima"/>
        </w:rPr>
        <w:t>በሚወክልበት</w:t>
      </w:r>
      <w:r>
        <w:rPr>
          <w:rFonts w:ascii="Times New Roman" w:hAnsi="Times New Roman" w:eastAsia="Times New Roman" w:cs="Times New Roman"/>
        </w:rPr>
        <w:t xml:space="preserve"> </w:t>
      </w:r>
      <w:r>
        <w:rPr>
          <w:rFonts w:ascii="Ebrima" w:hAnsi="Ebrima" w:eastAsia="Ebrima" w:cs="Ebrima"/>
        </w:rPr>
        <w:t>ሁለተኛው</w:t>
      </w:r>
      <w:r>
        <w:rPr>
          <w:rFonts w:ascii="Times New Roman" w:hAnsi="Times New Roman" w:eastAsia="Times New Roman" w:cs="Times New Roman"/>
        </w:rPr>
        <w:t xml:space="preserve"> </w:t>
      </w:r>
      <w:r>
        <w:rPr>
          <w:rFonts w:ascii="Ebrima" w:hAnsi="Ebrima" w:eastAsia="Ebrima" w:cs="Ebrima"/>
        </w:rPr>
        <w:t>እርምጃ</w:t>
      </w:r>
      <w:r>
        <w:rPr>
          <w:rFonts w:ascii="Times New Roman" w:hAnsi="Times New Roman" w:eastAsia="Times New Roman" w:cs="Times New Roman"/>
        </w:rPr>
        <w:t xml:space="preserve"> </w:t>
      </w:r>
      <w:r>
        <w:rPr>
          <w:rFonts w:ascii="Ebrima" w:hAnsi="Ebrima" w:eastAsia="Ebrima" w:cs="Ebrima"/>
        </w:rPr>
        <w:t>ነበር፤</w:t>
      </w:r>
      <w:r>
        <w:rPr>
          <w:rFonts w:ascii="Times New Roman" w:hAnsi="Times New Roman" w:eastAsia="Times New Roman" w:cs="Times New Roman"/>
        </w:rPr>
        <w:t xml:space="preserve"> </w:t>
      </w:r>
      <w:r>
        <w:rPr>
          <w:rFonts w:ascii="Ebrima" w:hAnsi="Ebrima" w:eastAsia="Ebrima" w:cs="Ebrima"/>
        </w:rPr>
        <w:t>ጴጥሮስም</w:t>
      </w:r>
      <w:r>
        <w:rPr>
          <w:rFonts w:ascii="Times New Roman" w:hAnsi="Times New Roman" w:eastAsia="Times New Roman" w:cs="Times New Roman"/>
        </w:rPr>
        <w:t xml:space="preserve"> </w:t>
      </w:r>
      <w:r>
        <w:rPr>
          <w:rFonts w:ascii="Ebrima" w:hAnsi="Ebrima" w:eastAsia="Ebrima" w:cs="Ebrima"/>
        </w:rPr>
        <w:t>በሁለተኛው</w:t>
      </w:r>
      <w:r>
        <w:rPr>
          <w:rFonts w:ascii="Times New Roman" w:hAnsi="Times New Roman" w:eastAsia="Times New Roman" w:cs="Times New Roman"/>
        </w:rPr>
        <w:t xml:space="preserve"> </w:t>
      </w:r>
      <w:r>
        <w:rPr>
          <w:rFonts w:ascii="Ebrima" w:hAnsi="Ebrima" w:eastAsia="Ebrima" w:cs="Ebrima"/>
        </w:rPr>
        <w:t>እርምጃው</w:t>
      </w:r>
      <w:r>
        <w:rPr>
          <w:rFonts w:ascii="Times New Roman" w:hAnsi="Times New Roman" w:eastAsia="Times New Roman" w:cs="Times New Roman"/>
        </w:rPr>
        <w:t xml:space="preserve"> </w:t>
      </w:r>
      <w:r>
        <w:rPr>
          <w:rFonts w:ascii="Ebrima" w:hAnsi="Ebrima" w:eastAsia="Ebrima" w:cs="Ebrima"/>
        </w:rPr>
        <w:t>ከተመረጠ</w:t>
      </w:r>
      <w:r>
        <w:rPr>
          <w:rFonts w:ascii="Times New Roman" w:hAnsi="Times New Roman" w:eastAsia="Times New Roman" w:cs="Times New Roman"/>
        </w:rPr>
        <w:t xml:space="preserve"> </w:t>
      </w:r>
      <w:r>
        <w:rPr>
          <w:rFonts w:ascii="Ebrima" w:hAnsi="Ebrima" w:eastAsia="Ebrima" w:cs="Ebrima"/>
        </w:rPr>
        <w:t>ሕዝብ</w:t>
      </w:r>
      <w:r>
        <w:rPr>
          <w:rFonts w:ascii="Times New Roman" w:hAnsi="Times New Roman" w:eastAsia="Times New Roman" w:cs="Times New Roman"/>
        </w:rPr>
        <w:t xml:space="preserve">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ያለውን</w:t>
      </w:r>
      <w:r>
        <w:rPr>
          <w:rFonts w:ascii="Times New Roman" w:hAnsi="Times New Roman" w:eastAsia="Times New Roman" w:cs="Times New Roman"/>
        </w:rPr>
        <w:t xml:space="preserve"> </w:t>
      </w:r>
      <w:r>
        <w:rPr>
          <w:rFonts w:ascii="Ebrima" w:hAnsi="Ebrima" w:eastAsia="Ebrima" w:cs="Ebrima"/>
        </w:rPr>
        <w:t>የመጨረሻውን</w:t>
      </w:r>
      <w:r>
        <w:rPr>
          <w:rFonts w:ascii="Times New Roman" w:hAnsi="Times New Roman" w:eastAsia="Times New Roman" w:cs="Times New Roman"/>
        </w:rPr>
        <w:t xml:space="preserve"> </w:t>
      </w:r>
      <w:r>
        <w:rPr>
          <w:rFonts w:ascii="Ebrima" w:hAnsi="Ebrima" w:eastAsia="Ebrima" w:cs="Ebrima"/>
        </w:rPr>
        <w:t>ኪዳን</w:t>
      </w:r>
      <w:r>
        <w:rPr>
          <w:rFonts w:ascii="Times New Roman" w:hAnsi="Times New Roman" w:eastAsia="Times New Roman" w:cs="Times New Roman"/>
        </w:rPr>
        <w:t xml:space="preserve"> </w:t>
      </w:r>
      <w:r>
        <w:rPr>
          <w:rFonts w:ascii="Ebrima" w:hAnsi="Ebrima" w:eastAsia="Ebrima" w:cs="Ebrima"/>
        </w:rPr>
        <w:t>የሚወክል</w:t>
      </w:r>
      <w:r>
        <w:rPr>
          <w:rFonts w:ascii="Times New Roman" w:hAnsi="Times New Roman" w:eastAsia="Times New Roman" w:cs="Times New Roman"/>
        </w:rPr>
        <w:t xml:space="preserve"> </w:t>
      </w:r>
      <w:r>
        <w:rPr>
          <w:rFonts w:ascii="Ebrima" w:hAnsi="Ebrima" w:eastAsia="Ebrima" w:cs="Ebrima"/>
        </w:rPr>
        <w:t>ይሆናል።</w:t>
      </w:r>
      <w:r>
        <w:rPr>
          <w:rFonts w:ascii="Times New Roman" w:hAnsi="Times New Roman" w:eastAsia="Times New Roman" w:cs="Times New Roman"/>
        </w:rPr>
        <w:t xml:space="preserve"> </w:t>
      </w:r>
      <w:r>
        <w:rPr>
          <w:rFonts w:ascii="Ebrima" w:hAnsi="Ebrima" w:eastAsia="Ebrima" w:cs="Ebrima"/>
        </w:rPr>
        <w:t>ይህ</w:t>
      </w:r>
      <w:r>
        <w:rPr>
          <w:rFonts w:ascii="Times New Roman" w:hAnsi="Times New Roman" w:eastAsia="Times New Roman" w:cs="Times New Roman"/>
        </w:rPr>
        <w:t xml:space="preserve"> </w:t>
      </w:r>
      <w:r>
        <w:rPr>
          <w:rFonts w:ascii="Ebrima" w:hAnsi="Ebrima" w:eastAsia="Ebrima" w:cs="Ebrima"/>
        </w:rPr>
        <w:t>በምዕራፍ</w:t>
      </w:r>
      <w:r>
        <w:rPr>
          <w:rFonts w:ascii="Times New Roman" w:hAnsi="Times New Roman" w:eastAsia="Times New Roman" w:cs="Times New Roman"/>
        </w:rPr>
        <w:t xml:space="preserve"> </w:t>
      </w:r>
      <w:r>
        <w:rPr>
          <w:rFonts w:ascii="Ebrima" w:hAnsi="Ebrima" w:eastAsia="Ebrima" w:cs="Ebrima"/>
        </w:rPr>
        <w:t>አሥራ</w:t>
      </w:r>
      <w:r>
        <w:rPr>
          <w:rFonts w:ascii="Times New Roman" w:hAnsi="Times New Roman" w:eastAsia="Times New Roman" w:cs="Times New Roman"/>
        </w:rPr>
        <w:t xml:space="preserve"> </w:t>
      </w:r>
      <w:r>
        <w:rPr>
          <w:rFonts w:ascii="Ebrima" w:hAnsi="Ebrima" w:eastAsia="Ebrima" w:cs="Ebrima"/>
        </w:rPr>
        <w:t>አንድ</w:t>
      </w:r>
      <w:r>
        <w:rPr>
          <w:rFonts w:ascii="Times New Roman" w:hAnsi="Times New Roman" w:eastAsia="Times New Roman" w:cs="Times New Roman"/>
        </w:rPr>
        <w:t xml:space="preserve"> </w:t>
      </w:r>
      <w:r>
        <w:rPr>
          <w:rFonts w:ascii="Ebrima" w:hAnsi="Ebrima" w:eastAsia="Ebrima" w:cs="Ebrima"/>
        </w:rPr>
        <w:t>እስከ</w:t>
      </w:r>
      <w:r>
        <w:rPr>
          <w:rFonts w:ascii="Times New Roman" w:hAnsi="Times New Roman" w:eastAsia="Times New Roman" w:cs="Times New Roman"/>
        </w:rPr>
        <w:t xml:space="preserve"> </w:t>
      </w:r>
      <w:r>
        <w:rPr>
          <w:rFonts w:ascii="Ebrima" w:hAnsi="Ebrima" w:eastAsia="Ebrima" w:cs="Ebrima"/>
        </w:rPr>
        <w:t>ሀያ</w:t>
      </w:r>
      <w:r>
        <w:rPr>
          <w:rFonts w:ascii="Times New Roman" w:hAnsi="Times New Roman" w:eastAsia="Times New Roman" w:cs="Times New Roman"/>
        </w:rPr>
        <w:t xml:space="preserve"> </w:t>
      </w:r>
      <w:r>
        <w:rPr>
          <w:rFonts w:ascii="Ebrima" w:hAnsi="Ebrima" w:eastAsia="Ebrima" w:cs="Ebrima"/>
        </w:rPr>
        <w:t>ሁለት</w:t>
      </w:r>
      <w:r>
        <w:rPr>
          <w:rFonts w:ascii="Times New Roman" w:hAnsi="Times New Roman" w:eastAsia="Times New Roman" w:cs="Times New Roman"/>
        </w:rPr>
        <w:t xml:space="preserve"> </w:t>
      </w:r>
      <w:r>
        <w:rPr>
          <w:rFonts w:ascii="Ebrima" w:hAnsi="Ebrima" w:eastAsia="Ebrima" w:cs="Ebrima"/>
        </w:rPr>
        <w:t>ባለው</w:t>
      </w:r>
      <w:r>
        <w:rPr>
          <w:rFonts w:ascii="Times New Roman" w:hAnsi="Times New Roman" w:eastAsia="Times New Roman" w:cs="Times New Roman"/>
        </w:rPr>
        <w:t xml:space="preserve"> </w:t>
      </w:r>
      <w:r>
        <w:rPr>
          <w:rFonts w:ascii="Ebrima" w:hAnsi="Ebrima" w:eastAsia="Ebrima" w:cs="Ebrima"/>
        </w:rPr>
        <w:t>ተከታታይ</w:t>
      </w:r>
      <w:r>
        <w:rPr>
          <w:rFonts w:ascii="Times New Roman" w:hAnsi="Times New Roman" w:eastAsia="Times New Roman" w:cs="Times New Roman"/>
        </w:rPr>
        <w:t xml:space="preserve"> </w:t>
      </w:r>
      <w:r>
        <w:rPr>
          <w:rFonts w:ascii="Ebrima" w:hAnsi="Ebrima" w:eastAsia="Ebrima" w:cs="Ebrima"/>
        </w:rPr>
        <w:t>መስመር</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ሁለተኛው</w:t>
      </w:r>
      <w:r>
        <w:rPr>
          <w:rFonts w:ascii="Times New Roman" w:hAnsi="Times New Roman" w:eastAsia="Times New Roman" w:cs="Times New Roman"/>
        </w:rPr>
        <w:t xml:space="preserve"> </w:t>
      </w:r>
      <w:r>
        <w:rPr>
          <w:rFonts w:ascii="Ebrima" w:hAnsi="Ebrima" w:eastAsia="Ebrima" w:cs="Ebrima"/>
        </w:rPr>
        <w:t>እርምጃ</w:t>
      </w:r>
      <w:r>
        <w:rPr>
          <w:rFonts w:ascii="Times New Roman" w:hAnsi="Times New Roman" w:eastAsia="Times New Roman" w:cs="Times New Roman"/>
        </w:rPr>
        <w:t xml:space="preserve"> </w:t>
      </w:r>
      <w:r>
        <w:rPr>
          <w:rFonts w:ascii="Ebrima" w:hAnsi="Ebrima" w:eastAsia="Ebrima" w:cs="Ebrima"/>
        </w:rPr>
        <w:t>ነው፤</w:t>
      </w:r>
      <w:r>
        <w:rPr>
          <w:rFonts w:ascii="Times New Roman" w:hAnsi="Times New Roman" w:eastAsia="Times New Roman" w:cs="Times New Roman"/>
        </w:rPr>
        <w:t xml:space="preserve"> </w:t>
      </w:r>
      <w:r>
        <w:rPr>
          <w:rFonts w:ascii="Ebrima" w:hAnsi="Ebrima" w:eastAsia="Ebrima" w:cs="Ebrima"/>
        </w:rPr>
        <w:t>እንዲሁም</w:t>
      </w:r>
      <w:r>
        <w:rPr>
          <w:rFonts w:ascii="Times New Roman" w:hAnsi="Times New Roman" w:eastAsia="Times New Roman" w:cs="Times New Roman"/>
        </w:rPr>
        <w:t xml:space="preserve"> </w:t>
      </w:r>
      <w:r>
        <w:rPr>
          <w:rFonts w:ascii="Ebrima" w:hAnsi="Ebrima" w:eastAsia="Ebrima" w:cs="Ebrima"/>
        </w:rPr>
        <w:t>ጴጥሮስ፣</w:t>
      </w:r>
      <w:r>
        <w:rPr>
          <w:rFonts w:ascii="Times New Roman" w:hAnsi="Times New Roman" w:eastAsia="Times New Roman" w:cs="Times New Roman"/>
        </w:rPr>
        <w:t xml:space="preserve"> </w:t>
      </w:r>
      <w:r>
        <w:rPr>
          <w:rFonts w:ascii="Ebrima" w:hAnsi="Ebrima" w:eastAsia="Ebrima" w:cs="Ebrima"/>
        </w:rPr>
        <w:t>ያዕቆብ</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ዮሐንስ</w:t>
      </w:r>
      <w:r>
        <w:rPr>
          <w:rFonts w:ascii="Times New Roman" w:hAnsi="Times New Roman" w:eastAsia="Times New Roman" w:cs="Times New Roman"/>
        </w:rPr>
        <w:t xml:space="preserve"> </w:t>
      </w:r>
      <w:r>
        <w:rPr>
          <w:rFonts w:ascii="Ebrima" w:hAnsi="Ebrima" w:eastAsia="Ebrima" w:cs="Ebrima"/>
        </w:rPr>
        <w:t>ከሌሎቹ</w:t>
      </w:r>
      <w:r>
        <w:rPr>
          <w:rFonts w:ascii="Times New Roman" w:hAnsi="Times New Roman" w:eastAsia="Times New Roman" w:cs="Times New Roman"/>
        </w:rPr>
        <w:t xml:space="preserve"> </w:t>
      </w:r>
      <w:r>
        <w:rPr>
          <w:rFonts w:ascii="Ebrima" w:hAnsi="Ebrima" w:eastAsia="Ebrima" w:cs="Ebrima"/>
        </w:rPr>
        <w:t>ደቀ</w:t>
      </w:r>
      <w:r>
        <w:rPr>
          <w:rFonts w:ascii="Times New Roman" w:hAnsi="Times New Roman" w:eastAsia="Times New Roman" w:cs="Times New Roman"/>
        </w:rPr>
        <w:t xml:space="preserve"> </w:t>
      </w:r>
      <w:r>
        <w:rPr>
          <w:rFonts w:ascii="Ebrima" w:hAnsi="Ebrima" w:eastAsia="Ebrima" w:cs="Ebrima"/>
        </w:rPr>
        <w:t>መዛሙርት</w:t>
      </w:r>
      <w:r>
        <w:rPr>
          <w:rFonts w:ascii="Times New Roman" w:hAnsi="Times New Roman" w:eastAsia="Times New Roman" w:cs="Times New Roman"/>
        </w:rPr>
        <w:t xml:space="preserve"> </w:t>
      </w:r>
      <w:r>
        <w:rPr>
          <w:rFonts w:ascii="Ebrima" w:hAnsi="Ebrima" w:eastAsia="Ebrima" w:cs="Ebrima"/>
        </w:rPr>
        <w:t>ተለይተው</w:t>
      </w:r>
      <w:r>
        <w:rPr>
          <w:rFonts w:ascii="Times New Roman" w:hAnsi="Times New Roman" w:eastAsia="Times New Roman" w:cs="Times New Roman"/>
        </w:rPr>
        <w:t xml:space="preserve"> </w:t>
      </w:r>
      <w:r>
        <w:rPr>
          <w:rFonts w:ascii="Ebrima" w:hAnsi="Ebrima" w:eastAsia="Ebrima" w:cs="Ebrima"/>
        </w:rPr>
        <w:t>ከኢየሱስ</w:t>
      </w:r>
      <w:r>
        <w:rPr>
          <w:rFonts w:ascii="Times New Roman" w:hAnsi="Times New Roman" w:eastAsia="Times New Roman" w:cs="Times New Roman"/>
        </w:rPr>
        <w:t xml:space="preserve"> </w:t>
      </w:r>
      <w:r>
        <w:rPr>
          <w:rFonts w:ascii="Ebrima" w:hAnsi="Ebrima" w:eastAsia="Ebrima" w:cs="Ebrima"/>
        </w:rPr>
        <w:t>ጋር</w:t>
      </w:r>
      <w:r>
        <w:rPr>
          <w:rFonts w:ascii="Times New Roman" w:hAnsi="Times New Roman" w:eastAsia="Times New Roman" w:cs="Times New Roman"/>
        </w:rPr>
        <w:t xml:space="preserve"> </w:t>
      </w:r>
      <w:r>
        <w:rPr>
          <w:rFonts w:ascii="Ebrima" w:hAnsi="Ebrima" w:eastAsia="Ebrima" w:cs="Ebrima"/>
        </w:rPr>
        <w:t>ከሄዱባቸው</w:t>
      </w:r>
      <w:r>
        <w:rPr>
          <w:rFonts w:ascii="Times New Roman" w:hAnsi="Times New Roman" w:eastAsia="Times New Roman" w:cs="Times New Roman"/>
        </w:rPr>
        <w:t xml:space="preserve"> </w:t>
      </w:r>
      <w:r>
        <w:rPr>
          <w:rFonts w:ascii="Ebrima" w:hAnsi="Ebrima" w:eastAsia="Ebrima" w:cs="Ebrima"/>
        </w:rPr>
        <w:t>ሦስት</w:t>
      </w:r>
      <w:r>
        <w:rPr>
          <w:rFonts w:ascii="Times New Roman" w:hAnsi="Times New Roman" w:eastAsia="Times New Roman" w:cs="Times New Roman"/>
        </w:rPr>
        <w:t xml:space="preserve"> </w:t>
      </w:r>
      <w:r>
        <w:rPr>
          <w:rFonts w:ascii="Ebrima" w:hAnsi="Ebrima" w:eastAsia="Ebrima" w:cs="Ebrima"/>
        </w:rPr>
        <w:t>ጊዜያት</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ሁለተኛው</w:t>
      </w:r>
      <w:r>
        <w:rPr>
          <w:rFonts w:ascii="Times New Roman" w:hAnsi="Times New Roman" w:eastAsia="Times New Roman" w:cs="Times New Roman"/>
        </w:rPr>
        <w:t xml:space="preserve"> </w:t>
      </w:r>
      <w:r>
        <w:rPr>
          <w:rFonts w:ascii="Ebrima" w:hAnsi="Ebrima" w:eastAsia="Ebrima" w:cs="Ebrima"/>
        </w:rPr>
        <w:t>ነው፤</w:t>
      </w:r>
      <w:r>
        <w:rPr>
          <w:rFonts w:ascii="Times New Roman" w:hAnsi="Times New Roman" w:eastAsia="Times New Roman" w:cs="Times New Roman"/>
        </w:rPr>
        <w:t xml:space="preserve"> </w:t>
      </w:r>
      <w:r>
        <w:rPr>
          <w:rFonts w:ascii="Ebrima" w:hAnsi="Ebrima" w:eastAsia="Ebrima" w:cs="Ebrima"/>
        </w:rPr>
        <w:t>ሰማያዊው</w:t>
      </w:r>
      <w:r>
        <w:rPr>
          <w:rFonts w:ascii="Times New Roman" w:hAnsi="Times New Roman" w:eastAsia="Times New Roman" w:cs="Times New Roman"/>
        </w:rPr>
        <w:t xml:space="preserve"> </w:t>
      </w:r>
      <w:r>
        <w:rPr>
          <w:rFonts w:ascii="Ebrima" w:hAnsi="Ebrima" w:eastAsia="Ebrima" w:cs="Ebrima"/>
        </w:rPr>
        <w:t>አብም</w:t>
      </w:r>
      <w:r>
        <w:rPr>
          <w:rFonts w:ascii="Times New Roman" w:hAnsi="Times New Roman" w:eastAsia="Times New Roman" w:cs="Times New Roman"/>
        </w:rPr>
        <w:t xml:space="preserve"> </w:t>
      </w:r>
      <w:r>
        <w:rPr>
          <w:rFonts w:ascii="Ebrima" w:hAnsi="Ebrima" w:eastAsia="Ebrima" w:cs="Ebrima"/>
        </w:rPr>
        <w:t>ከተናገረባቸው</w:t>
      </w:r>
      <w:r>
        <w:rPr>
          <w:rFonts w:ascii="Times New Roman" w:hAnsi="Times New Roman" w:eastAsia="Times New Roman" w:cs="Times New Roman"/>
        </w:rPr>
        <w:t xml:space="preserve"> </w:t>
      </w:r>
      <w:r>
        <w:rPr>
          <w:rFonts w:ascii="Ebrima" w:hAnsi="Ebrima" w:eastAsia="Ebrima" w:cs="Ebrima"/>
        </w:rPr>
        <w:t>ሦስት</w:t>
      </w:r>
      <w:r>
        <w:rPr>
          <w:rFonts w:ascii="Times New Roman" w:hAnsi="Times New Roman" w:eastAsia="Times New Roman" w:cs="Times New Roman"/>
        </w:rPr>
        <w:t xml:space="preserve"> </w:t>
      </w:r>
      <w:r>
        <w:rPr>
          <w:rFonts w:ascii="Ebrima" w:hAnsi="Ebrima" w:eastAsia="Ebrima" w:cs="Ebrima"/>
        </w:rPr>
        <w:t>ጊዜያት</w:t>
      </w:r>
      <w:r>
        <w:rPr>
          <w:rFonts w:ascii="Times New Roman" w:hAnsi="Times New Roman" w:eastAsia="Times New Roman" w:cs="Times New Roman"/>
        </w:rPr>
        <w:t xml:space="preserve"> </w:t>
      </w:r>
      <w:r>
        <w:rPr>
          <w:rFonts w:ascii="Ebrima" w:hAnsi="Ebrima" w:eastAsia="Ebrima" w:cs="Ebrima"/>
        </w:rPr>
        <w:t>ውስጥ</w:t>
      </w:r>
      <w:r>
        <w:rPr>
          <w:rFonts w:ascii="Times New Roman" w:hAnsi="Times New Roman" w:eastAsia="Times New Roman" w:cs="Times New Roman"/>
        </w:rPr>
        <w:t xml:space="preserve"> </w:t>
      </w:r>
      <w:r>
        <w:rPr>
          <w:rFonts w:ascii="Ebrima" w:hAnsi="Ebrima" w:eastAsia="Ebrima" w:cs="Ebrima"/>
        </w:rPr>
        <w:t>ሁለተኛው</w:t>
      </w:r>
      <w:r>
        <w:rPr>
          <w:rFonts w:ascii="Times New Roman" w:hAnsi="Times New Roman" w:eastAsia="Times New Roman" w:cs="Times New Roman"/>
        </w:rPr>
        <w:t xml:space="preserve"> </w:t>
      </w:r>
      <w:r>
        <w:rPr>
          <w:rFonts w:ascii="Ebrima" w:hAnsi="Ebrima" w:eastAsia="Ebrima" w:cs="Ebrima"/>
        </w:rPr>
        <w:t>ነው።</w:t>
      </w:r>
      <w:r>
        <w:rPr>
          <w:rFonts w:ascii="Times New Roman" w:hAnsi="Times New Roman" w:eastAsia="Times New Roman" w:cs="Times New Roman"/>
        </w:rPr>
        <w:t xml:space="preserve"> </w:t>
      </w:r>
      <w:r>
        <w:rPr>
          <w:rFonts w:ascii="Ebrima" w:hAnsi="Ebrima" w:eastAsia="Ebrima" w:cs="Ebrima"/>
        </w:rPr>
        <w:t>የኔሮ</w:t>
      </w:r>
      <w:r>
        <w:rPr>
          <w:rFonts w:ascii="Times New Roman" w:hAnsi="Times New Roman" w:eastAsia="Times New Roman" w:cs="Times New Roman"/>
        </w:rPr>
        <w:t xml:space="preserve"> </w:t>
      </w:r>
      <w:r>
        <w:rPr>
          <w:rFonts w:ascii="Ebrima" w:hAnsi="Ebrima" w:eastAsia="Ebrima" w:cs="Ebrima"/>
        </w:rPr>
        <w:t>መስመር</w:t>
      </w:r>
      <w:r>
        <w:rPr>
          <w:rFonts w:ascii="Times New Roman" w:hAnsi="Times New Roman" w:eastAsia="Times New Roman" w:cs="Times New Roman"/>
        </w:rPr>
        <w:t xml:space="preserve"> </w:t>
      </w:r>
      <w:r>
        <w:rPr>
          <w:rFonts w:ascii="Ebrima" w:hAnsi="Ebrima" w:eastAsia="Ebrima" w:cs="Ebrima"/>
        </w:rPr>
        <w:t>በራፊያና</w:t>
      </w:r>
      <w:r>
        <w:rPr>
          <w:rFonts w:ascii="Times New Roman" w:hAnsi="Times New Roman" w:eastAsia="Times New Roman" w:cs="Times New Roman"/>
        </w:rPr>
        <w:t xml:space="preserve"> </w:t>
      </w:r>
      <w:r>
        <w:rPr>
          <w:rFonts w:ascii="Ebrima" w:hAnsi="Ebrima" w:eastAsia="Ebrima" w:cs="Ebrima"/>
        </w:rPr>
        <w:t>በፓኒየም</w:t>
      </w:r>
      <w:r>
        <w:rPr>
          <w:rFonts w:ascii="Times New Roman" w:hAnsi="Times New Roman" w:eastAsia="Times New Roman" w:cs="Times New Roman"/>
        </w:rPr>
        <w:t xml:space="preserve"> </w:t>
      </w:r>
      <w:r>
        <w:rPr>
          <w:rFonts w:ascii="Ebrima" w:hAnsi="Ebrima" w:eastAsia="Ebrima" w:cs="Ebrima"/>
        </w:rPr>
        <w:t>ጦርነቶች</w:t>
      </w:r>
      <w:r>
        <w:rPr>
          <w:rFonts w:ascii="Times New Roman" w:hAnsi="Times New Roman" w:eastAsia="Times New Roman" w:cs="Times New Roman"/>
        </w:rPr>
        <w:t xml:space="preserve"> </w:t>
      </w:r>
      <w:r>
        <w:rPr>
          <w:rFonts w:ascii="Ebrima" w:hAnsi="Ebrima" w:eastAsia="Ebrima" w:cs="Ebrima"/>
        </w:rPr>
        <w:t>መካከል</w:t>
      </w:r>
      <w:r>
        <w:rPr>
          <w:rFonts w:ascii="Times New Roman" w:hAnsi="Times New Roman" w:eastAsia="Times New Roman" w:cs="Times New Roman"/>
        </w:rPr>
        <w:t xml:space="preserve"> </w:t>
      </w:r>
      <w:r>
        <w:rPr>
          <w:rFonts w:ascii="Ebrima" w:hAnsi="Ebrima" w:eastAsia="Ebrima" w:cs="Ebrima"/>
        </w:rPr>
        <w:t>ባለው</w:t>
      </w:r>
      <w:r>
        <w:rPr>
          <w:rFonts w:ascii="Times New Roman" w:hAnsi="Times New Roman" w:eastAsia="Times New Roman" w:cs="Times New Roman"/>
        </w:rPr>
        <w:t xml:space="preserve"> </w:t>
      </w:r>
      <w:r>
        <w:rPr>
          <w:rFonts w:ascii="Ebrima" w:hAnsi="Ebrima" w:eastAsia="Ebrima" w:cs="Ebrima"/>
        </w:rPr>
        <w:t>መካከለኛ</w:t>
      </w:r>
      <w:r>
        <w:rPr>
          <w:rFonts w:ascii="Times New Roman" w:hAnsi="Times New Roman" w:eastAsia="Times New Roman" w:cs="Times New Roman"/>
        </w:rPr>
        <w:t xml:space="preserve"> </w:t>
      </w:r>
      <w:r>
        <w:rPr>
          <w:rFonts w:ascii="Ebrima" w:hAnsi="Ebrima" w:eastAsia="Ebrima" w:cs="Ebrima"/>
        </w:rPr>
        <w:t>ነጥብ</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ያበቃል፥</w:t>
      </w:r>
      <w:r>
        <w:rPr>
          <w:rFonts w:ascii="Times New Roman" w:hAnsi="Times New Roman" w:eastAsia="Times New Roman" w:cs="Times New Roman"/>
        </w:rPr>
        <w:t xml:space="preserve"> </w:t>
      </w:r>
      <w:r>
        <w:rPr>
          <w:rFonts w:ascii="Ebrima" w:hAnsi="Ebrima" w:eastAsia="Ebrima" w:cs="Ebrima"/>
        </w:rPr>
        <w:t>ምክንያቱም</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457 </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ዓ</w:t>
      </w:r>
      <w:r>
        <w:rPr>
          <w:rFonts w:ascii="Times New Roman" w:hAnsi="Times New Roman" w:eastAsia="Times New Roman" w:cs="Times New Roman"/>
        </w:rPr>
        <w:t xml:space="preserve">.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1776 </w:t>
      </w:r>
      <w:r>
        <w:rPr>
          <w:rFonts w:ascii="Ebrima" w:hAnsi="Ebrima" w:eastAsia="Ebrima" w:cs="Ebrima"/>
        </w:rPr>
        <w:t>የተጀመሩትን</w:t>
      </w:r>
      <w:r>
        <w:rPr>
          <w:rFonts w:ascii="Times New Roman" w:hAnsi="Times New Roman" w:eastAsia="Times New Roman" w:cs="Times New Roman"/>
        </w:rPr>
        <w:t xml:space="preserve"> </w:t>
      </w:r>
      <w:r>
        <w:rPr>
          <w:rFonts w:ascii="Ebrima" w:hAnsi="Ebrima" w:eastAsia="Ebrima" w:cs="Ebrima"/>
        </w:rPr>
        <w:t>ሌሎቹን</w:t>
      </w:r>
      <w:r>
        <w:rPr>
          <w:rFonts w:ascii="Times New Roman" w:hAnsi="Times New Roman" w:eastAsia="Times New Roman" w:cs="Times New Roman"/>
        </w:rPr>
        <w:t xml:space="preserve"> </w:t>
      </w:r>
      <w:r>
        <w:rPr>
          <w:rFonts w:ascii="Ebrima" w:hAnsi="Ebrima" w:eastAsia="Ebrima" w:cs="Ebrima"/>
        </w:rPr>
        <w:t>ሁለት</w:t>
      </w:r>
      <w:r>
        <w:rPr>
          <w:rFonts w:ascii="Times New Roman" w:hAnsi="Times New Roman" w:eastAsia="Times New Roman" w:cs="Times New Roman"/>
        </w:rPr>
        <w:t xml:space="preserve"> </w:t>
      </w:r>
      <w:r>
        <w:rPr>
          <w:rFonts w:ascii="Ebrima" w:hAnsi="Ebrima" w:eastAsia="Ebrima" w:cs="Ebrima"/>
        </w:rPr>
        <w:t>የ</w:t>
      </w:r>
      <w:r>
        <w:rPr>
          <w:rFonts w:ascii="Times New Roman" w:hAnsi="Times New Roman" w:eastAsia="Times New Roman" w:cs="Times New Roman"/>
        </w:rPr>
        <w:t xml:space="preserve">250 </w:t>
      </w:r>
      <w:r>
        <w:rPr>
          <w:rFonts w:ascii="Ebrima" w:hAnsi="Ebrima" w:eastAsia="Ebrima" w:cs="Ebrima"/>
        </w:rPr>
        <w:t>ዓመት</w:t>
      </w:r>
      <w:r>
        <w:rPr>
          <w:rFonts w:ascii="Times New Roman" w:hAnsi="Times New Roman" w:eastAsia="Times New Roman" w:cs="Times New Roman"/>
        </w:rPr>
        <w:t xml:space="preserve"> </w:t>
      </w:r>
      <w:r>
        <w:rPr>
          <w:rFonts w:ascii="Ebrima" w:hAnsi="Ebrima" w:eastAsia="Ebrima" w:cs="Ebrima"/>
        </w:rPr>
        <w:t>ዘመናት</w:t>
      </w:r>
      <w:r>
        <w:rPr>
          <w:rFonts w:ascii="Times New Roman" w:hAnsi="Times New Roman" w:eastAsia="Times New Roman" w:cs="Times New Roman"/>
        </w:rPr>
        <w:t xml:space="preserve"> </w:t>
      </w:r>
      <w:r>
        <w:rPr>
          <w:rFonts w:ascii="Ebrima" w:hAnsi="Ebrima" w:eastAsia="Ebrima" w:cs="Ebrima"/>
        </w:rPr>
        <w:t>ይስማማል።</w:t>
      </w:r>
      <w:r>
        <w:rPr>
          <w:rFonts w:ascii="Times New Roman" w:hAnsi="Times New Roman" w:eastAsia="Times New Roman" w:cs="Times New Roman"/>
        </w:rPr>
        <w:t xml:space="preserve"> 457 </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ዓ</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207 </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ዓ</w:t>
      </w:r>
      <w:r>
        <w:rPr>
          <w:rFonts w:ascii="Times New Roman" w:hAnsi="Times New Roman" w:eastAsia="Times New Roman" w:cs="Times New Roman"/>
        </w:rPr>
        <w:t xml:space="preserve">. </w:t>
      </w:r>
      <w:r>
        <w:rPr>
          <w:rFonts w:ascii="Ebrima" w:hAnsi="Ebrima" w:eastAsia="Ebrima" w:cs="Ebrima"/>
        </w:rPr>
        <w:t>ያበቃል፤</w:t>
      </w:r>
      <w:r>
        <w:rPr>
          <w:rFonts w:ascii="Times New Roman" w:hAnsi="Times New Roman" w:eastAsia="Times New Roman" w:cs="Times New Roman"/>
        </w:rPr>
        <w:t xml:space="preserve"> 1776 </w:t>
      </w:r>
      <w:r>
        <w:rPr>
          <w:rFonts w:ascii="Ebrima" w:hAnsi="Ebrima" w:eastAsia="Ebrima" w:cs="Ebrima"/>
        </w:rPr>
        <w:t>ደግሞ</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2026 </w:t>
      </w:r>
      <w:r>
        <w:rPr>
          <w:rFonts w:ascii="Ebrima" w:hAnsi="Ebrima" w:eastAsia="Ebrima" w:cs="Ebrima"/>
        </w:rPr>
        <w:t>ያበቃል።</w:t>
      </w:r>
      <w:r>
        <w:rPr>
          <w:rFonts w:ascii="Times New Roman" w:hAnsi="Times New Roman" w:eastAsia="Times New Roman" w:cs="Times New Roman"/>
        </w:rPr>
        <w:t xml:space="preserve"> </w:t>
      </w:r>
      <w:r>
        <w:rPr>
          <w:rFonts w:ascii="Ebrima" w:hAnsi="Ebrima" w:eastAsia="Ebrima" w:cs="Ebrima"/>
        </w:rPr>
        <w:t>ጴጥሮስ</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207 </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ዓ</w:t>
      </w:r>
      <w:r>
        <w:rPr>
          <w:rFonts w:ascii="Times New Roman" w:hAnsi="Times New Roman" w:eastAsia="Times New Roman" w:cs="Times New Roman"/>
        </w:rPr>
        <w:t>.</w:t>
      </w:r>
      <w:r>
        <w:rPr>
          <w:rFonts w:ascii="Ebrima" w:hAnsi="Ebrima" w:eastAsia="Ebrima" w:cs="Ebrima"/>
        </w:rPr>
        <w:t>፣</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2026</w:t>
      </w:r>
      <w:r>
        <w:rPr>
          <w:rFonts w:ascii="Ebrima" w:hAnsi="Ebrima" w:eastAsia="Ebrima" w:cs="Ebrima"/>
        </w:rPr>
        <w:t>፣</w:t>
      </w:r>
      <w:r>
        <w:rPr>
          <w:rFonts w:ascii="Times New Roman" w:hAnsi="Times New Roman" w:eastAsia="Times New Roman" w:cs="Times New Roman"/>
        </w:rPr>
        <w:t xml:space="preserve"> </w:t>
      </w:r>
      <w:r>
        <w:rPr>
          <w:rFonts w:ascii="Ebrima" w:hAnsi="Ebrima" w:eastAsia="Ebrima" w:cs="Ebrima"/>
        </w:rPr>
        <w:t>በ</w:t>
      </w:r>
      <w:r>
        <w:rPr>
          <w:rFonts w:ascii="Times New Roman" w:hAnsi="Times New Roman" w:eastAsia="Times New Roman" w:cs="Times New Roman"/>
        </w:rPr>
        <w:t xml:space="preserve">313 </w:t>
      </w:r>
      <w:r>
        <w:rPr>
          <w:rFonts w:ascii="Ebrima" w:hAnsi="Ebrima" w:eastAsia="Ebrima" w:cs="Ebrima"/>
        </w:rPr>
        <w:t>እና</w:t>
      </w:r>
      <w:r>
        <w:rPr>
          <w:rFonts w:ascii="Times New Roman" w:hAnsi="Times New Roman" w:eastAsia="Times New Roman" w:cs="Times New Roman"/>
        </w:rPr>
        <w:t xml:space="preserve"> </w:t>
      </w:r>
      <w:r>
        <w:rPr>
          <w:rFonts w:ascii="Ebrima" w:hAnsi="Ebrima" w:eastAsia="Ebrima" w:cs="Ebrima"/>
        </w:rPr>
        <w:t>አህያው</w:t>
      </w:r>
      <w:r>
        <w:rPr>
          <w:rFonts w:ascii="Times New Roman" w:hAnsi="Times New Roman" w:eastAsia="Times New Roman" w:cs="Times New Roman"/>
        </w:rPr>
        <w:t xml:space="preserve"> </w:t>
      </w:r>
      <w:r>
        <w:rPr>
          <w:rFonts w:ascii="Ebrima" w:hAnsi="Ebrima" w:eastAsia="Ebrima" w:cs="Ebrima"/>
        </w:rPr>
        <w:t>መፈታቱ</w:t>
      </w:r>
      <w:r>
        <w:rPr>
          <w:rFonts w:ascii="Times New Roman" w:hAnsi="Times New Roman" w:eastAsia="Times New Roman" w:cs="Times New Roman"/>
        </w:rPr>
        <w:t xml:space="preserve"> </w:t>
      </w:r>
      <w:r>
        <w:rPr>
          <w:rFonts w:ascii="Ebrima" w:hAnsi="Ebrima" w:eastAsia="Ebrima" w:cs="Ebrima"/>
        </w:rPr>
        <w:t>ከመደረጉ</w:t>
      </w:r>
      <w:r>
        <w:rPr>
          <w:rFonts w:ascii="Times New Roman" w:hAnsi="Times New Roman" w:eastAsia="Times New Roman" w:cs="Times New Roman"/>
        </w:rPr>
        <w:t xml:space="preserve"> </w:t>
      </w:r>
      <w:r>
        <w:rPr>
          <w:rFonts w:ascii="Ebrima" w:hAnsi="Ebrima" w:eastAsia="Ebrima" w:cs="Ebrima"/>
        </w:rPr>
        <w:t>በፊት</w:t>
      </w:r>
      <w:r>
        <w:rPr>
          <w:rFonts w:ascii="Times New Roman" w:hAnsi="Times New Roman" w:eastAsia="Times New Roman" w:cs="Times New Roman"/>
        </w:rPr>
        <w:t xml:space="preserve"> </w:t>
      </w:r>
      <w:r>
        <w:rPr>
          <w:rFonts w:ascii="Ebrima" w:hAnsi="Ebrima" w:eastAsia="Ebrima" w:cs="Ebrima"/>
        </w:rPr>
        <w:t>በሚመጣው</w:t>
      </w:r>
      <w:r>
        <w:rPr>
          <w:rFonts w:ascii="Times New Roman" w:hAnsi="Times New Roman" w:eastAsia="Times New Roman" w:cs="Times New Roman"/>
        </w:rPr>
        <w:t xml:space="preserve"> </w:t>
      </w:r>
      <w:r>
        <w:rPr>
          <w:rFonts w:ascii="Ebrima" w:hAnsi="Ebrima" w:eastAsia="Ebrima" w:cs="Ebrima"/>
        </w:rPr>
        <w:t>በሦስተኛውና</w:t>
      </w:r>
      <w:r>
        <w:rPr>
          <w:rFonts w:ascii="Times New Roman" w:hAnsi="Times New Roman" w:eastAsia="Times New Roman" w:cs="Times New Roman"/>
        </w:rPr>
        <w:t xml:space="preserve"> </w:t>
      </w:r>
      <w:r>
        <w:rPr>
          <w:rFonts w:ascii="Ebrima" w:hAnsi="Ebrima" w:eastAsia="Ebrima" w:cs="Ebrima"/>
        </w:rPr>
        <w:t>በመለኪያ</w:t>
      </w:r>
      <w:r>
        <w:rPr>
          <w:rFonts w:ascii="Times New Roman" w:hAnsi="Times New Roman" w:eastAsia="Times New Roman" w:cs="Times New Roman"/>
        </w:rPr>
        <w:t xml:space="preserve"> </w:t>
      </w:r>
      <w:r>
        <w:rPr>
          <w:rFonts w:ascii="Ebrima" w:hAnsi="Ebrima" w:eastAsia="Ebrima" w:cs="Ebrima"/>
        </w:rPr>
        <w:t>ፈተና</w:t>
      </w:r>
      <w:r>
        <w:rPr>
          <w:rFonts w:ascii="Times New Roman" w:hAnsi="Times New Roman" w:eastAsia="Times New Roman" w:cs="Times New Roman"/>
        </w:rPr>
        <w:t xml:space="preserve"> </w:t>
      </w:r>
      <w:r>
        <w:rPr>
          <w:rFonts w:ascii="Ebrima" w:hAnsi="Ebrima" w:eastAsia="Ebrima" w:cs="Ebrima"/>
        </w:rPr>
        <w:t>የሚወከለው</w:t>
      </w:r>
      <w:r>
        <w:rPr>
          <w:rFonts w:ascii="Times New Roman" w:hAnsi="Times New Roman" w:eastAsia="Times New Roman" w:cs="Times New Roman"/>
        </w:rPr>
        <w:t xml:space="preserve"> </w:t>
      </w:r>
      <w:r>
        <w:rPr>
          <w:rFonts w:ascii="Ebrima" w:hAnsi="Ebrima" w:eastAsia="Ebrima" w:cs="Ebrima"/>
        </w:rPr>
        <w:t>እንደ</w:t>
      </w:r>
      <w:r>
        <w:rPr>
          <w:rFonts w:ascii="Times New Roman" w:hAnsi="Times New Roman" w:eastAsia="Times New Roman" w:cs="Times New Roman"/>
        </w:rPr>
        <w:t xml:space="preserve"> </w:t>
      </w:r>
      <w:r>
        <w:rPr>
          <w:rFonts w:ascii="Ebrima" w:hAnsi="Ebrima" w:eastAsia="Ebrima" w:cs="Ebrima"/>
        </w:rPr>
        <w:t>መለከት</w:t>
      </w:r>
      <w:r>
        <w:rPr>
          <w:rFonts w:ascii="Times New Roman" w:hAnsi="Times New Roman" w:eastAsia="Times New Roman" w:cs="Times New Roman"/>
        </w:rPr>
        <w:t xml:space="preserve"> </w:t>
      </w:r>
      <w:r>
        <w:rPr>
          <w:rFonts w:ascii="Ebrima" w:hAnsi="Ebrima" w:eastAsia="Ebrima" w:cs="Ebrima"/>
        </w:rPr>
        <w:t>በዓል</w:t>
      </w:r>
      <w:r>
        <w:rPr>
          <w:rFonts w:ascii="Times New Roman" w:hAnsi="Times New Roman" w:eastAsia="Times New Roman" w:cs="Times New Roman"/>
        </w:rPr>
        <w:t xml:space="preserve"> </w:t>
      </w:r>
      <w:r>
        <w:rPr>
          <w:rFonts w:ascii="Ebrima" w:hAnsi="Ebrima" w:eastAsia="Ebrima" w:cs="Ebrima"/>
        </w:rPr>
        <w:t>ባለው</w:t>
      </w:r>
      <w:r>
        <w:rPr>
          <w:rFonts w:ascii="Times New Roman" w:hAnsi="Times New Roman" w:eastAsia="Times New Roman" w:cs="Times New Roman"/>
        </w:rPr>
        <w:t xml:space="preserve"> </w:t>
      </w:r>
      <w:r>
        <w:rPr>
          <w:rFonts w:ascii="Ebrima" w:hAnsi="Ebrima" w:eastAsia="Ebrima" w:cs="Ebrima"/>
        </w:rPr>
        <w:t>የቤተ</w:t>
      </w:r>
      <w:r>
        <w:rPr>
          <w:rFonts w:ascii="Times New Roman" w:hAnsi="Times New Roman" w:eastAsia="Times New Roman" w:cs="Times New Roman"/>
        </w:rPr>
        <w:t xml:space="preserve"> </w:t>
      </w:r>
      <w:r>
        <w:rPr>
          <w:rFonts w:ascii="Ebrima" w:hAnsi="Ebrima" w:eastAsia="Ebrima" w:cs="Ebrima"/>
        </w:rPr>
        <w:t>መቅደስ</w:t>
      </w:r>
      <w:r>
        <w:rPr>
          <w:rFonts w:ascii="Times New Roman" w:hAnsi="Times New Roman" w:eastAsia="Times New Roman" w:cs="Times New Roman"/>
        </w:rPr>
        <w:t xml:space="preserve"> </w:t>
      </w:r>
      <w:r>
        <w:rPr>
          <w:rFonts w:ascii="Ebrima" w:hAnsi="Ebrima" w:eastAsia="Ebrima" w:cs="Ebrima"/>
        </w:rPr>
        <w:t>ፈተና</w:t>
      </w:r>
      <w:r>
        <w:rPr>
          <w:rFonts w:ascii="Times New Roman" w:hAnsi="Times New Roman" w:eastAsia="Times New Roman" w:cs="Times New Roman"/>
        </w:rPr>
        <w:t xml:space="preserve"> </w:t>
      </w:r>
      <w:r>
        <w:rPr>
          <w:rFonts w:ascii="Ebrima" w:hAnsi="Ebrima" w:eastAsia="Ebrima" w:cs="Ebrima"/>
        </w:rPr>
        <w:t>ላይ</w:t>
      </w:r>
      <w:r>
        <w:rPr>
          <w:rFonts w:ascii="Times New Roman" w:hAnsi="Times New Roman" w:eastAsia="Times New Roman" w:cs="Times New Roman"/>
        </w:rPr>
        <w:t xml:space="preserve"> </w:t>
      </w:r>
      <w:r>
        <w:rPr>
          <w:rFonts w:ascii="Ebrima" w:hAnsi="Ebrima" w:eastAsia="Ebrima" w:cs="Ebrima"/>
        </w:rPr>
        <w:t>ነው።</w:t>
      </w:r>
    </w:p>
    <w:p>
      <w:pPr>
        <w:pStyle w:val="ArticleBody"/>
        <w:jc w:val="left"/>
      </w:pPr>
      <w:r>
        <w:rPr>
          <w:rFonts w:ascii="Nirmala UI" w:hAnsi="Nirmala UI" w:eastAsia="Nirmala UI" w:cs="Nirmala UI"/>
        </w:rPr>
        <w:t>पीतरुस</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परीक्षा</w:t>
      </w:r>
      <w:r>
        <w:rPr>
          <w:rFonts w:ascii="Times New Roman" w:hAnsi="Times New Roman" w:eastAsia="Times New Roman" w:cs="Times New Roman"/>
        </w:rPr>
        <w:t xml:space="preserve"> </w:t>
      </w:r>
      <w:r>
        <w:rPr>
          <w:rFonts w:ascii="Nirmala UI" w:hAnsi="Nirmala UI" w:eastAsia="Nirmala UI" w:cs="Nirmala UI"/>
        </w:rPr>
        <w:t>ख्रीष्ट</w:t>
      </w:r>
      <w:r>
        <w:rPr>
          <w:rFonts w:ascii="Times New Roman" w:hAnsi="Times New Roman" w:eastAsia="Times New Roman" w:cs="Times New Roman"/>
        </w:rPr>
        <w:t xml:space="preserve"> </w:t>
      </w:r>
      <w:r>
        <w:rPr>
          <w:rFonts w:ascii="Nirmala UI" w:hAnsi="Nirmala UI" w:eastAsia="Nirmala UI" w:cs="Nirmala UI"/>
        </w:rPr>
        <w:t>कऽ</w:t>
      </w:r>
      <w:r>
        <w:rPr>
          <w:rFonts w:ascii="Times New Roman" w:hAnsi="Times New Roman" w:eastAsia="Times New Roman" w:cs="Times New Roman"/>
        </w:rPr>
        <w:t xml:space="preserve"> </w:t>
      </w:r>
      <w:r>
        <w:rPr>
          <w:rFonts w:ascii="Nirmala UI" w:hAnsi="Nirmala UI" w:eastAsia="Nirmala UI" w:cs="Nirmala UI"/>
        </w:rPr>
        <w:t>संग</w:t>
      </w:r>
      <w:r>
        <w:rPr>
          <w:rFonts w:ascii="Times New Roman" w:hAnsi="Times New Roman" w:eastAsia="Times New Roman" w:cs="Times New Roman"/>
        </w:rPr>
        <w:t xml:space="preserve"> </w:t>
      </w:r>
      <w:r>
        <w:rPr>
          <w:rFonts w:ascii="Nirmala UI" w:hAnsi="Nirmala UI" w:eastAsia="Nirmala UI" w:cs="Nirmala UI"/>
        </w:rPr>
        <w:t>अति</w:t>
      </w:r>
      <w:r>
        <w:rPr>
          <w:rFonts w:ascii="Times New Roman" w:hAnsi="Times New Roman" w:eastAsia="Times New Roman" w:cs="Times New Roman"/>
        </w:rPr>
        <w:t xml:space="preserve"> </w:t>
      </w:r>
      <w:r>
        <w:rPr>
          <w:rFonts w:ascii="Nirmala UI" w:hAnsi="Nirmala UI" w:eastAsia="Nirmala UI" w:cs="Nirmala UI"/>
        </w:rPr>
        <w:t>पवित्र</w:t>
      </w:r>
      <w:r>
        <w:rPr>
          <w:rFonts w:ascii="Times New Roman" w:hAnsi="Times New Roman" w:eastAsia="Times New Roman" w:cs="Times New Roman"/>
        </w:rPr>
        <w:t xml:space="preserve"> </w:t>
      </w:r>
      <w:r>
        <w:rPr>
          <w:rFonts w:ascii="Nirmala UI" w:hAnsi="Nirmala UI" w:eastAsia="Nirmala UI" w:cs="Nirmala UI"/>
        </w:rPr>
        <w:t>स्थानमे</w:t>
      </w:r>
      <w:r>
        <w:rPr>
          <w:rFonts w:ascii="Times New Roman" w:hAnsi="Times New Roman" w:eastAsia="Times New Roman" w:cs="Times New Roman"/>
        </w:rPr>
        <w:t xml:space="preserve"> </w:t>
      </w:r>
      <w:r>
        <w:rPr>
          <w:rFonts w:ascii="Nirmala UI" w:hAnsi="Nirmala UI" w:eastAsia="Nirmala UI" w:cs="Nirmala UI"/>
        </w:rPr>
        <w:t>प्रवेश</w:t>
      </w:r>
      <w:r>
        <w:rPr>
          <w:rFonts w:ascii="Times New Roman" w:hAnsi="Times New Roman" w:eastAsia="Times New Roman" w:cs="Times New Roman"/>
        </w:rPr>
        <w:t xml:space="preserve"> </w:t>
      </w:r>
      <w:r>
        <w:rPr>
          <w:rFonts w:ascii="Nirmala UI" w:hAnsi="Nirmala UI" w:eastAsia="Nirmala UI" w:cs="Nirmala UI"/>
        </w:rPr>
        <w:t>करब</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हुनकर</w:t>
      </w:r>
      <w:r>
        <w:rPr>
          <w:rFonts w:ascii="Times New Roman" w:hAnsi="Times New Roman" w:eastAsia="Times New Roman" w:cs="Times New Roman"/>
        </w:rPr>
        <w:t xml:space="preserve"> </w:t>
      </w:r>
      <w:r>
        <w:rPr>
          <w:rFonts w:ascii="Nirmala UI" w:hAnsi="Nirmala UI" w:eastAsia="Nirmala UI" w:cs="Nirmala UI"/>
        </w:rPr>
        <w:t>काज</w:t>
      </w:r>
      <w:r>
        <w:rPr>
          <w:rFonts w:ascii="Times New Roman" w:hAnsi="Times New Roman" w:eastAsia="Times New Roman" w:cs="Times New Roman"/>
        </w:rPr>
        <w:t xml:space="preserve"> </w:t>
      </w:r>
      <w:r>
        <w:rPr>
          <w:rFonts w:ascii="Nirmala UI" w:hAnsi="Nirmala UI" w:eastAsia="Nirmala UI" w:cs="Nirmala UI"/>
        </w:rPr>
        <w:t>नैशविलक</w:t>
      </w:r>
      <w:r>
        <w:rPr>
          <w:rFonts w:ascii="Times New Roman" w:hAnsi="Times New Roman" w:eastAsia="Times New Roman" w:cs="Times New Roman"/>
        </w:rPr>
        <w:t xml:space="preserve"> </w:t>
      </w:r>
      <w:r>
        <w:rPr>
          <w:rFonts w:ascii="Nirmala UI" w:hAnsi="Nirmala UI" w:eastAsia="Nirmala UI" w:cs="Nirmala UI"/>
        </w:rPr>
        <w:t>अग्निगोलसभक</w:t>
      </w:r>
      <w:r>
        <w:rPr>
          <w:rFonts w:ascii="Times New Roman" w:hAnsi="Times New Roman" w:eastAsia="Times New Roman" w:cs="Times New Roman"/>
        </w:rPr>
        <w:t xml:space="preserve"> </w:t>
      </w:r>
      <w:r>
        <w:rPr>
          <w:rFonts w:ascii="Nirmala UI" w:hAnsi="Nirmala UI" w:eastAsia="Nirmala UI" w:cs="Nirmala UI"/>
        </w:rPr>
        <w:t>सुधारल</w:t>
      </w:r>
      <w:r>
        <w:rPr>
          <w:rFonts w:ascii="Times New Roman" w:hAnsi="Times New Roman" w:eastAsia="Times New Roman" w:cs="Times New Roman"/>
        </w:rPr>
        <w:t xml:space="preserve"> </w:t>
      </w:r>
      <w:r>
        <w:rPr>
          <w:rFonts w:ascii="Nirmala UI" w:hAnsi="Nirmala UI" w:eastAsia="Nirmala UI" w:cs="Nirmala UI"/>
        </w:rPr>
        <w:t>गेल</w:t>
      </w:r>
      <w:r>
        <w:rPr>
          <w:rFonts w:ascii="Times New Roman" w:hAnsi="Times New Roman" w:eastAsia="Times New Roman" w:cs="Times New Roman"/>
        </w:rPr>
        <w:t xml:space="preserve"> </w:t>
      </w:r>
      <w:r>
        <w:rPr>
          <w:rFonts w:ascii="Nirmala UI" w:hAnsi="Nirmala UI" w:eastAsia="Nirmala UI" w:cs="Nirmala UI"/>
        </w:rPr>
        <w:t>सन्देशक</w:t>
      </w:r>
      <w:r>
        <w:rPr>
          <w:rFonts w:ascii="Times New Roman" w:hAnsi="Times New Roman" w:eastAsia="Times New Roman" w:cs="Times New Roman"/>
        </w:rPr>
        <w:t xml:space="preserve"> </w:t>
      </w:r>
      <w:r>
        <w:rPr>
          <w:rFonts w:ascii="Nirmala UI" w:hAnsi="Nirmala UI" w:eastAsia="Nirmala UI" w:cs="Nirmala UI"/>
        </w:rPr>
        <w:t>पहिने</w:t>
      </w:r>
      <w:r>
        <w:rPr>
          <w:rFonts w:ascii="Times New Roman" w:hAnsi="Times New Roman" w:eastAsia="Times New Roman" w:cs="Times New Roman"/>
        </w:rPr>
        <w:t xml:space="preserve"> </w:t>
      </w:r>
      <w:r>
        <w:rPr>
          <w:rFonts w:ascii="Nirmala UI" w:hAnsi="Nirmala UI" w:eastAsia="Nirmala UI" w:cs="Nirmala UI"/>
        </w:rPr>
        <w:t>संशोधन</w:t>
      </w:r>
      <w:r>
        <w:rPr>
          <w:rFonts w:ascii="Times New Roman" w:hAnsi="Times New Roman" w:eastAsia="Times New Roman" w:cs="Times New Roman"/>
        </w:rPr>
        <w:t xml:space="preserve"> </w:t>
      </w:r>
      <w:r>
        <w:rPr>
          <w:rFonts w:ascii="Nirmala UI" w:hAnsi="Nirmala UI" w:eastAsia="Nirmala UI" w:cs="Nirmala UI"/>
        </w:rPr>
        <w:t>करब</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तत्पश्चात्</w:t>
      </w:r>
      <w:r>
        <w:rPr>
          <w:rFonts w:ascii="Times New Roman" w:hAnsi="Times New Roman" w:eastAsia="Times New Roman" w:cs="Times New Roman"/>
        </w:rPr>
        <w:t xml:space="preserve">‌ </w:t>
      </w:r>
      <w:r>
        <w:rPr>
          <w:rFonts w:ascii="Nirmala UI" w:hAnsi="Nirmala UI" w:eastAsia="Nirmala UI" w:cs="Nirmala UI"/>
        </w:rPr>
        <w:t>ओकर</w:t>
      </w:r>
      <w:r>
        <w:rPr>
          <w:rFonts w:ascii="Times New Roman" w:hAnsi="Times New Roman" w:eastAsia="Times New Roman" w:cs="Times New Roman"/>
        </w:rPr>
        <w:t xml:space="preserve"> </w:t>
      </w:r>
      <w:r>
        <w:rPr>
          <w:rFonts w:ascii="Nirmala UI" w:hAnsi="Nirmala UI" w:eastAsia="Nirmala UI" w:cs="Nirmala UI"/>
        </w:rPr>
        <w:t>घोषणा</w:t>
      </w:r>
      <w:r>
        <w:rPr>
          <w:rFonts w:ascii="Times New Roman" w:hAnsi="Times New Roman" w:eastAsia="Times New Roman" w:cs="Times New Roman"/>
        </w:rPr>
        <w:t xml:space="preserve"> </w:t>
      </w:r>
      <w:r>
        <w:rPr>
          <w:rFonts w:ascii="Nirmala UI" w:hAnsi="Nirmala UI" w:eastAsia="Nirmala UI" w:cs="Nirmala UI"/>
        </w:rPr>
        <w:t>करब</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नैशविलक</w:t>
      </w:r>
      <w:r>
        <w:rPr>
          <w:rFonts w:ascii="Times New Roman" w:hAnsi="Times New Roman" w:eastAsia="Times New Roman" w:cs="Times New Roman"/>
        </w:rPr>
        <w:t xml:space="preserve"> </w:t>
      </w:r>
      <w:r>
        <w:rPr>
          <w:rFonts w:ascii="Nirmala UI" w:hAnsi="Nirmala UI" w:eastAsia="Nirmala UI" w:cs="Nirmala UI"/>
        </w:rPr>
        <w:t>अग्निगोलसभक</w:t>
      </w:r>
      <w:r>
        <w:rPr>
          <w:rFonts w:ascii="Times New Roman" w:hAnsi="Times New Roman" w:eastAsia="Times New Roman" w:cs="Times New Roman"/>
        </w:rPr>
        <w:t xml:space="preserve"> </w:t>
      </w:r>
      <w:r>
        <w:rPr>
          <w:rFonts w:ascii="Nirmala UI" w:hAnsi="Nirmala UI" w:eastAsia="Nirmala UI" w:cs="Nirmala UI"/>
        </w:rPr>
        <w:t>विषयमे</w:t>
      </w:r>
      <w:r>
        <w:rPr>
          <w:rFonts w:ascii="Times New Roman" w:hAnsi="Times New Roman" w:eastAsia="Times New Roman" w:cs="Times New Roman"/>
        </w:rPr>
        <w:t xml:space="preserve"> </w:t>
      </w:r>
      <w:r>
        <w:rPr>
          <w:rFonts w:ascii="Nirmala UI" w:hAnsi="Nirmala UI" w:eastAsia="Nirmala UI" w:cs="Nirmala UI"/>
        </w:rPr>
        <w:t>पीतरुसक</w:t>
      </w:r>
      <w:r>
        <w:rPr>
          <w:rFonts w:ascii="Times New Roman" w:hAnsi="Times New Roman" w:eastAsia="Times New Roman" w:cs="Times New Roman"/>
        </w:rPr>
        <w:t xml:space="preserve"> </w:t>
      </w:r>
      <w:r>
        <w:rPr>
          <w:rFonts w:ascii="Nirmala UI" w:hAnsi="Nirmala UI" w:eastAsia="Nirmala UI" w:cs="Nirmala UI"/>
        </w:rPr>
        <w:t>सन्देश</w:t>
      </w:r>
      <w:r>
        <w:rPr>
          <w:rFonts w:ascii="Times New Roman" w:hAnsi="Times New Roman" w:eastAsia="Times New Roman" w:cs="Times New Roman"/>
        </w:rPr>
        <w:t xml:space="preserve"> </w:t>
      </w:r>
      <w:r>
        <w:rPr>
          <w:rFonts w:ascii="Nirmala UI" w:hAnsi="Nirmala UI" w:eastAsia="Nirmala UI" w:cs="Nirmala UI"/>
        </w:rPr>
        <w:t>पेन्टेकोस्टक</w:t>
      </w:r>
      <w:r>
        <w:rPr>
          <w:rFonts w:ascii="Times New Roman" w:hAnsi="Times New Roman" w:eastAsia="Times New Roman" w:cs="Times New Roman"/>
        </w:rPr>
        <w:t xml:space="preserve"> </w:t>
      </w:r>
      <w:r>
        <w:rPr>
          <w:rFonts w:ascii="Nirmala UI" w:hAnsi="Nirmala UI" w:eastAsia="Nirmala UI" w:cs="Nirmala UI"/>
        </w:rPr>
        <w:t>ओहि</w:t>
      </w:r>
      <w:r>
        <w:rPr>
          <w:rFonts w:ascii="Times New Roman" w:hAnsi="Times New Roman" w:eastAsia="Times New Roman" w:cs="Times New Roman"/>
        </w:rPr>
        <w:t xml:space="preserve"> </w:t>
      </w:r>
      <w:r>
        <w:rPr>
          <w:rFonts w:ascii="Nirmala UI" w:hAnsi="Nirmala UI" w:eastAsia="Nirmala UI" w:cs="Nirmala UI"/>
        </w:rPr>
        <w:t>सन्देशक</w:t>
      </w:r>
      <w:r>
        <w:rPr>
          <w:rFonts w:ascii="Times New Roman" w:hAnsi="Times New Roman" w:eastAsia="Times New Roman" w:cs="Times New Roman"/>
        </w:rPr>
        <w:t xml:space="preserve"> </w:t>
      </w:r>
      <w:r>
        <w:rPr>
          <w:rFonts w:ascii="Nirmala UI" w:hAnsi="Nirmala UI" w:eastAsia="Nirmala UI" w:cs="Nirmala UI"/>
        </w:rPr>
        <w:t>समान</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पहिने</w:t>
      </w:r>
      <w:r>
        <w:rPr>
          <w:rFonts w:ascii="Times New Roman" w:hAnsi="Times New Roman" w:eastAsia="Times New Roman" w:cs="Times New Roman"/>
        </w:rPr>
        <w:t xml:space="preserve"> </w:t>
      </w:r>
      <w:r>
        <w:rPr>
          <w:rFonts w:ascii="Nirmala UI" w:hAnsi="Nirmala UI" w:eastAsia="Nirmala UI" w:cs="Nirmala UI"/>
        </w:rPr>
        <w:t>उपरका</w:t>
      </w:r>
      <w:r>
        <w:rPr>
          <w:rFonts w:ascii="Times New Roman" w:hAnsi="Times New Roman" w:eastAsia="Times New Roman" w:cs="Times New Roman"/>
        </w:rPr>
        <w:t xml:space="preserve"> </w:t>
      </w:r>
      <w:r>
        <w:rPr>
          <w:rFonts w:ascii="Nirmala UI" w:hAnsi="Nirmala UI" w:eastAsia="Nirmala UI" w:cs="Nirmala UI"/>
        </w:rPr>
        <w:t>कक्षमे</w:t>
      </w:r>
      <w:r>
        <w:rPr>
          <w:rFonts w:ascii="Times New Roman" w:hAnsi="Times New Roman" w:eastAsia="Times New Roman" w:cs="Times New Roman"/>
        </w:rPr>
        <w:t xml:space="preserve"> </w:t>
      </w:r>
      <w:r>
        <w:rPr>
          <w:rFonts w:ascii="Nirmala UI" w:hAnsi="Nirmala UI" w:eastAsia="Nirmala UI" w:cs="Nirmala UI"/>
        </w:rPr>
        <w:t>प्रस्तुत</w:t>
      </w:r>
      <w:r>
        <w:rPr>
          <w:rFonts w:ascii="Times New Roman" w:hAnsi="Times New Roman" w:eastAsia="Times New Roman" w:cs="Times New Roman"/>
        </w:rPr>
        <w:t xml:space="preserve"> </w:t>
      </w:r>
      <w:r>
        <w:rPr>
          <w:rFonts w:ascii="Nirmala UI" w:hAnsi="Nirmala UI" w:eastAsia="Nirmala UI" w:cs="Nirmala UI"/>
        </w:rPr>
        <w:t>कएल</w:t>
      </w:r>
      <w:r>
        <w:rPr>
          <w:rFonts w:ascii="Times New Roman" w:hAnsi="Times New Roman" w:eastAsia="Times New Roman" w:cs="Times New Roman"/>
        </w:rPr>
        <w:t xml:space="preserve"> </w:t>
      </w:r>
      <w:r>
        <w:rPr>
          <w:rFonts w:ascii="Nirmala UI" w:hAnsi="Nirmala UI" w:eastAsia="Nirmala UI" w:cs="Nirmala UI"/>
        </w:rPr>
        <w:t>गेल</w:t>
      </w:r>
      <w:r>
        <w:rPr>
          <w:rFonts w:ascii="Times New Roman" w:hAnsi="Times New Roman" w:eastAsia="Times New Roman" w:cs="Times New Roman"/>
        </w:rPr>
        <w:t xml:space="preserve"> </w:t>
      </w:r>
      <w:r>
        <w:rPr>
          <w:rFonts w:ascii="Nirmala UI" w:hAnsi="Nirmala UI" w:eastAsia="Nirmala UI" w:cs="Nirmala UI"/>
        </w:rPr>
        <w:t>छल</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तकर</w:t>
      </w:r>
      <w:r>
        <w:rPr>
          <w:rFonts w:ascii="Times New Roman" w:hAnsi="Times New Roman" w:eastAsia="Times New Roman" w:cs="Times New Roman"/>
        </w:rPr>
        <w:t xml:space="preserve"> </w:t>
      </w:r>
      <w:r>
        <w:rPr>
          <w:rFonts w:ascii="Nirmala UI" w:hAnsi="Nirmala UI" w:eastAsia="Nirmala UI" w:cs="Nirmala UI"/>
        </w:rPr>
        <w:t>बाद</w:t>
      </w:r>
      <w:r>
        <w:rPr>
          <w:rFonts w:ascii="Times New Roman" w:hAnsi="Times New Roman" w:eastAsia="Times New Roman" w:cs="Times New Roman"/>
        </w:rPr>
        <w:t xml:space="preserve"> </w:t>
      </w:r>
      <w:r>
        <w:rPr>
          <w:rFonts w:ascii="Nirmala UI" w:hAnsi="Nirmala UI" w:eastAsia="Nirmala UI" w:cs="Nirmala UI"/>
        </w:rPr>
        <w:t>मन्दिरमे।</w:t>
      </w:r>
      <w:r>
        <w:rPr>
          <w:rFonts w:ascii="Times New Roman" w:hAnsi="Times New Roman" w:eastAsia="Times New Roman" w:cs="Times New Roman"/>
        </w:rPr>
        <w:t xml:space="preserve"> </w:t>
      </w:r>
      <w:r>
        <w:rPr>
          <w:rFonts w:ascii="Nirmala UI" w:hAnsi="Nirmala UI" w:eastAsia="Nirmala UI" w:cs="Nirmala UI"/>
        </w:rPr>
        <w:t>ओ</w:t>
      </w:r>
      <w:r>
        <w:rPr>
          <w:rFonts w:ascii="Times New Roman" w:hAnsi="Times New Roman" w:eastAsia="Times New Roman" w:cs="Times New Roman"/>
        </w:rPr>
        <w:t xml:space="preserve"> </w:t>
      </w:r>
      <w:r>
        <w:rPr>
          <w:rFonts w:ascii="Nirmala UI" w:hAnsi="Nirmala UI" w:eastAsia="Nirmala UI" w:cs="Nirmala UI"/>
        </w:rPr>
        <w:t>अपन</w:t>
      </w:r>
      <w:r>
        <w:rPr>
          <w:rFonts w:ascii="Times New Roman" w:hAnsi="Times New Roman" w:eastAsia="Times New Roman" w:cs="Times New Roman"/>
        </w:rPr>
        <w:t xml:space="preserve"> </w:t>
      </w:r>
      <w:r>
        <w:rPr>
          <w:rFonts w:ascii="Nirmala UI" w:hAnsi="Nirmala UI" w:eastAsia="Nirmala UI" w:cs="Nirmala UI"/>
        </w:rPr>
        <w:t>सन्देश</w:t>
      </w:r>
      <w:r>
        <w:rPr>
          <w:rFonts w:ascii="Times New Roman" w:hAnsi="Times New Roman" w:eastAsia="Times New Roman" w:cs="Times New Roman"/>
        </w:rPr>
        <w:t xml:space="preserve"> </w:t>
      </w:r>
      <w:r>
        <w:rPr>
          <w:rFonts w:ascii="Nirmala UI" w:hAnsi="Nirmala UI" w:eastAsia="Nirmala UI" w:cs="Nirmala UI"/>
        </w:rPr>
        <w:t>प्रस्तुत</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छथि</w:t>
      </w:r>
      <w:r>
        <w:rPr>
          <w:rFonts w:ascii="Times New Roman" w:hAnsi="Times New Roman" w:eastAsia="Times New Roman" w:cs="Times New Roman"/>
        </w:rPr>
        <w:t xml:space="preserve">, </w:t>
      </w:r>
      <w:r>
        <w:rPr>
          <w:rFonts w:ascii="Nirmala UI" w:hAnsi="Nirmala UI" w:eastAsia="Nirmala UI" w:cs="Nirmala UI"/>
        </w:rPr>
        <w:t>जाहिमे</w:t>
      </w:r>
      <w:r>
        <w:rPr>
          <w:rFonts w:ascii="Times New Roman" w:hAnsi="Times New Roman" w:eastAsia="Times New Roman" w:cs="Times New Roman"/>
        </w:rPr>
        <w:t xml:space="preserve"> </w:t>
      </w:r>
      <w:r>
        <w:rPr>
          <w:rFonts w:ascii="Nirmala UI" w:hAnsi="Nirmala UI" w:eastAsia="Nirmala UI" w:cs="Nirmala UI"/>
        </w:rPr>
        <w:t>नैशविलक</w:t>
      </w:r>
      <w:r>
        <w:rPr>
          <w:rFonts w:ascii="Times New Roman" w:hAnsi="Times New Roman" w:eastAsia="Times New Roman" w:cs="Times New Roman"/>
        </w:rPr>
        <w:t xml:space="preserve"> </w:t>
      </w:r>
      <w:r>
        <w:rPr>
          <w:rFonts w:ascii="Nirmala UI" w:hAnsi="Nirmala UI" w:eastAsia="Nirmala UI" w:cs="Nirmala UI"/>
        </w:rPr>
        <w:t>अग्निगोलसभक</w:t>
      </w:r>
      <w:r>
        <w:rPr>
          <w:rFonts w:ascii="Times New Roman" w:hAnsi="Times New Roman" w:eastAsia="Times New Roman" w:cs="Times New Roman"/>
        </w:rPr>
        <w:t xml:space="preserve"> </w:t>
      </w:r>
      <w:r>
        <w:rPr>
          <w:rFonts w:ascii="Nirmala UI" w:hAnsi="Nirmala UI" w:eastAsia="Nirmala UI" w:cs="Nirmala UI"/>
        </w:rPr>
        <w:t>पहचान</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छथि</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राफियाक</w:t>
      </w:r>
      <w:r>
        <w:rPr>
          <w:rFonts w:ascii="Times New Roman" w:hAnsi="Times New Roman" w:eastAsia="Times New Roman" w:cs="Times New Roman"/>
        </w:rPr>
        <w:t xml:space="preserve"> </w:t>
      </w:r>
      <w:r>
        <w:rPr>
          <w:rFonts w:ascii="Nirmala UI" w:hAnsi="Nirmala UI" w:eastAsia="Nirmala UI" w:cs="Nirmala UI"/>
        </w:rPr>
        <w:t>युद्धक</w:t>
      </w:r>
      <w:r>
        <w:rPr>
          <w:rFonts w:ascii="Times New Roman" w:hAnsi="Times New Roman" w:eastAsia="Times New Roman" w:cs="Times New Roman"/>
        </w:rPr>
        <w:t xml:space="preserve"> </w:t>
      </w:r>
      <w:r>
        <w:rPr>
          <w:rFonts w:ascii="Nirmala UI" w:hAnsi="Nirmala UI" w:eastAsia="Nirmala UI" w:cs="Nirmala UI"/>
        </w:rPr>
        <w:t>परिपूर्ति</w:t>
      </w:r>
      <w:r>
        <w:rPr>
          <w:rFonts w:ascii="Times New Roman" w:hAnsi="Times New Roman" w:eastAsia="Times New Roman" w:cs="Times New Roman"/>
        </w:rPr>
        <w:t xml:space="preserve">, </w:t>
      </w:r>
      <w:r>
        <w:rPr>
          <w:rFonts w:ascii="Nirmala UI" w:hAnsi="Nirmala UI" w:eastAsia="Nirmala UI" w:cs="Nirmala UI"/>
        </w:rPr>
        <w:t>पेनियमक</w:t>
      </w:r>
      <w:r>
        <w:rPr>
          <w:rFonts w:ascii="Times New Roman" w:hAnsi="Times New Roman" w:eastAsia="Times New Roman" w:cs="Times New Roman"/>
        </w:rPr>
        <w:t xml:space="preserve"> </w:t>
      </w:r>
      <w:r>
        <w:rPr>
          <w:rFonts w:ascii="Nirmala UI" w:hAnsi="Nirmala UI" w:eastAsia="Nirmala UI" w:cs="Nirmala UI"/>
        </w:rPr>
        <w:t>युद्धक</w:t>
      </w:r>
      <w:r>
        <w:rPr>
          <w:rFonts w:ascii="Times New Roman" w:hAnsi="Times New Roman" w:eastAsia="Times New Roman" w:cs="Times New Roman"/>
        </w:rPr>
        <w:t xml:space="preserve"> </w:t>
      </w:r>
      <w:r>
        <w:rPr>
          <w:rFonts w:ascii="Nirmala UI" w:hAnsi="Nirmala UI" w:eastAsia="Nirmala UI" w:cs="Nirmala UI"/>
        </w:rPr>
        <w:t>संग</w:t>
      </w:r>
      <w:r>
        <w:rPr>
          <w:rFonts w:ascii="Times New Roman" w:hAnsi="Times New Roman" w:eastAsia="Times New Roman" w:cs="Times New Roman"/>
        </w:rPr>
        <w:t xml:space="preserve"> </w:t>
      </w:r>
      <w:r>
        <w:rPr>
          <w:rFonts w:ascii="Nirmala UI" w:hAnsi="Nirmala UI" w:eastAsia="Nirmala UI" w:cs="Nirmala UI"/>
        </w:rPr>
        <w:t>सम्बन्धित</w:t>
      </w:r>
      <w:r>
        <w:rPr>
          <w:rFonts w:ascii="Times New Roman" w:hAnsi="Times New Roman" w:eastAsia="Times New Roman" w:cs="Times New Roman"/>
        </w:rPr>
        <w:t xml:space="preserve"> </w:t>
      </w:r>
      <w:r>
        <w:rPr>
          <w:rFonts w:ascii="Nirmala UI" w:hAnsi="Nirmala UI" w:eastAsia="Nirmala UI" w:cs="Nirmala UI"/>
        </w:rPr>
        <w:t>रूपमे</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सोलहम</w:t>
      </w:r>
      <w:r>
        <w:rPr>
          <w:rFonts w:ascii="Times New Roman" w:hAnsi="Times New Roman" w:eastAsia="Times New Roman" w:cs="Times New Roman"/>
        </w:rPr>
        <w:t xml:space="preserve"> </w:t>
      </w:r>
      <w:r>
        <w:rPr>
          <w:rFonts w:ascii="Nirmala UI" w:hAnsi="Nirmala UI" w:eastAsia="Nirmala UI" w:cs="Nirmala UI"/>
        </w:rPr>
        <w:t>पदक</w:t>
      </w:r>
      <w:r>
        <w:rPr>
          <w:rFonts w:ascii="Times New Roman" w:hAnsi="Times New Roman" w:eastAsia="Times New Roman" w:cs="Times New Roman"/>
        </w:rPr>
        <w:t xml:space="preserve"> </w:t>
      </w:r>
      <w:r>
        <w:rPr>
          <w:rFonts w:ascii="Nirmala UI" w:hAnsi="Nirmala UI" w:eastAsia="Nirmala UI" w:cs="Nirmala UI"/>
        </w:rPr>
        <w:t>रविवारीय</w:t>
      </w:r>
      <w:r>
        <w:rPr>
          <w:rFonts w:ascii="Times New Roman" w:hAnsi="Times New Roman" w:eastAsia="Times New Roman" w:cs="Times New Roman"/>
        </w:rPr>
        <w:t xml:space="preserve"> </w:t>
      </w:r>
      <w:r>
        <w:rPr>
          <w:rFonts w:ascii="Nirmala UI" w:hAnsi="Nirmala UI" w:eastAsia="Nirmala UI" w:cs="Nirmala UI"/>
        </w:rPr>
        <w:t>व्यवस्थाक</w:t>
      </w:r>
      <w:r>
        <w:rPr>
          <w:rFonts w:ascii="Times New Roman" w:hAnsi="Times New Roman" w:eastAsia="Times New Roman" w:cs="Times New Roman"/>
        </w:rPr>
        <w:t xml:space="preserve"> </w:t>
      </w:r>
      <w:r>
        <w:rPr>
          <w:rFonts w:ascii="Nirmala UI" w:hAnsi="Nirmala UI" w:eastAsia="Nirmala UI" w:cs="Nirmala UI"/>
        </w:rPr>
        <w:t>समय</w:t>
      </w:r>
      <w:r>
        <w:rPr>
          <w:rFonts w:ascii="Times New Roman" w:hAnsi="Times New Roman" w:eastAsia="Times New Roman" w:cs="Times New Roman"/>
        </w:rPr>
        <w:t xml:space="preserve"> </w:t>
      </w:r>
      <w:r>
        <w:rPr>
          <w:rFonts w:ascii="Nirmala UI" w:hAnsi="Nirmala UI" w:eastAsia="Nirmala UI" w:cs="Nirmala UI"/>
        </w:rPr>
        <w:t>एक्टियमक</w:t>
      </w:r>
      <w:r>
        <w:rPr>
          <w:rFonts w:ascii="Times New Roman" w:hAnsi="Times New Roman" w:eastAsia="Times New Roman" w:cs="Times New Roman"/>
        </w:rPr>
        <w:t xml:space="preserve"> </w:t>
      </w:r>
      <w:r>
        <w:rPr>
          <w:rFonts w:ascii="Nirmala UI" w:hAnsi="Nirmala UI" w:eastAsia="Nirmala UI" w:cs="Nirmala UI"/>
        </w:rPr>
        <w:t>युद्ध</w:t>
      </w:r>
      <w:r>
        <w:rPr>
          <w:rFonts w:ascii="Times New Roman" w:hAnsi="Times New Roman" w:eastAsia="Times New Roman" w:cs="Times New Roman"/>
        </w:rPr>
        <w:t xml:space="preserve"> </w:t>
      </w:r>
      <w:r>
        <w:rPr>
          <w:rFonts w:ascii="Nirmala UI" w:hAnsi="Nirmala UI" w:eastAsia="Nirmala UI" w:cs="Nirmala UI"/>
        </w:rPr>
        <w:t>बनि</w:t>
      </w:r>
      <w:r>
        <w:rPr>
          <w:rFonts w:ascii="Times New Roman" w:hAnsi="Times New Roman" w:eastAsia="Times New Roman" w:cs="Times New Roman"/>
        </w:rPr>
        <w:t xml:space="preserve"> </w:t>
      </w:r>
      <w:r>
        <w:rPr>
          <w:rFonts w:ascii="Nirmala UI" w:hAnsi="Nirmala UI" w:eastAsia="Nirmala UI" w:cs="Nirmala UI"/>
        </w:rPr>
        <w:t>जाइत</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सोलहम</w:t>
      </w:r>
      <w:r>
        <w:rPr>
          <w:rFonts w:ascii="Times New Roman" w:hAnsi="Times New Roman" w:eastAsia="Times New Roman" w:cs="Times New Roman"/>
        </w:rPr>
        <w:t xml:space="preserve"> </w:t>
      </w:r>
      <w:r>
        <w:rPr>
          <w:rFonts w:ascii="Nirmala UI" w:hAnsi="Nirmala UI" w:eastAsia="Nirmala UI" w:cs="Nirmala UI"/>
        </w:rPr>
        <w:t>पदक</w:t>
      </w:r>
      <w:r>
        <w:rPr>
          <w:rFonts w:ascii="Times New Roman" w:hAnsi="Times New Roman" w:eastAsia="Times New Roman" w:cs="Times New Roman"/>
        </w:rPr>
        <w:t xml:space="preserve"> </w:t>
      </w:r>
      <w:r>
        <w:rPr>
          <w:rFonts w:ascii="Nirmala UI" w:hAnsi="Nirmala UI" w:eastAsia="Nirmala UI" w:cs="Nirmala UI"/>
        </w:rPr>
        <w:t>रविवारीय</w:t>
      </w:r>
      <w:r>
        <w:rPr>
          <w:rFonts w:ascii="Times New Roman" w:hAnsi="Times New Roman" w:eastAsia="Times New Roman" w:cs="Times New Roman"/>
        </w:rPr>
        <w:t xml:space="preserve"> </w:t>
      </w:r>
      <w:r>
        <w:rPr>
          <w:rFonts w:ascii="Nirmala UI" w:hAnsi="Nirmala UI" w:eastAsia="Nirmala UI" w:cs="Nirmala UI"/>
        </w:rPr>
        <w:t>व्यवस्था</w:t>
      </w:r>
      <w:r>
        <w:rPr>
          <w:rFonts w:ascii="Times New Roman" w:hAnsi="Times New Roman" w:eastAsia="Times New Roman" w:cs="Times New Roman"/>
        </w:rPr>
        <w:t xml:space="preserve"> </w:t>
      </w:r>
      <w:r>
        <w:rPr>
          <w:rFonts w:ascii="Nirmala UI" w:hAnsi="Nirmala UI" w:eastAsia="Nirmala UI" w:cs="Nirmala UI"/>
        </w:rPr>
        <w:t>एकतालीसम</w:t>
      </w:r>
      <w:r>
        <w:rPr>
          <w:rFonts w:ascii="Times New Roman" w:hAnsi="Times New Roman" w:eastAsia="Times New Roman" w:cs="Times New Roman"/>
        </w:rPr>
        <w:t xml:space="preserve"> </w:t>
      </w:r>
      <w:r>
        <w:rPr>
          <w:rFonts w:ascii="Nirmala UI" w:hAnsi="Nirmala UI" w:eastAsia="Nirmala UI" w:cs="Nirmala UI"/>
        </w:rPr>
        <w:t>पदक</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बाइसहम</w:t>
      </w:r>
      <w:r>
        <w:rPr>
          <w:rFonts w:ascii="Times New Roman" w:hAnsi="Times New Roman" w:eastAsia="Times New Roman" w:cs="Times New Roman"/>
        </w:rPr>
        <w:t xml:space="preserve"> </w:t>
      </w:r>
      <w:r>
        <w:rPr>
          <w:rFonts w:ascii="Nirmala UI" w:hAnsi="Nirmala UI" w:eastAsia="Nirmala UI" w:cs="Nirmala UI"/>
        </w:rPr>
        <w:t>पदक</w:t>
      </w:r>
      <w:r>
        <w:rPr>
          <w:rFonts w:ascii="Times New Roman" w:hAnsi="Times New Roman" w:eastAsia="Times New Roman" w:cs="Times New Roman"/>
        </w:rPr>
        <w:t xml:space="preserve"> </w:t>
      </w:r>
      <w:r>
        <w:rPr>
          <w:rFonts w:ascii="Nirmala UI" w:hAnsi="Nirmala UI" w:eastAsia="Nirmala UI" w:cs="Nirmala UI"/>
        </w:rPr>
        <w:t>रविवारीय</w:t>
      </w:r>
      <w:r>
        <w:rPr>
          <w:rFonts w:ascii="Times New Roman" w:hAnsi="Times New Roman" w:eastAsia="Times New Roman" w:cs="Times New Roman"/>
        </w:rPr>
        <w:t xml:space="preserve"> </w:t>
      </w:r>
      <w:r>
        <w:rPr>
          <w:rFonts w:ascii="Nirmala UI" w:hAnsi="Nirmala UI" w:eastAsia="Nirmala UI" w:cs="Nirmala UI"/>
        </w:rPr>
        <w:t>व्यवस्था</w:t>
      </w:r>
      <w:r>
        <w:rPr>
          <w:rFonts w:ascii="Times New Roman" w:hAnsi="Times New Roman" w:eastAsia="Times New Roman" w:cs="Times New Roman"/>
        </w:rPr>
        <w:t xml:space="preserve"> </w:t>
      </w:r>
      <w:r>
        <w:rPr>
          <w:rFonts w:ascii="Nirmala UI" w:hAnsi="Nirmala UI" w:eastAsia="Nirmala UI" w:cs="Nirmala UI"/>
        </w:rPr>
        <w:t>सेहो</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ई</w:t>
      </w:r>
      <w:r>
        <w:rPr>
          <w:rFonts w:ascii="Times New Roman" w:hAnsi="Times New Roman" w:eastAsia="Times New Roman" w:cs="Times New Roman"/>
        </w:rPr>
        <w:t xml:space="preserve"> </w:t>
      </w:r>
      <w:r>
        <w:rPr>
          <w:rFonts w:ascii="Nirmala UI" w:hAnsi="Nirmala UI" w:eastAsia="Nirmala UI" w:cs="Nirmala UI"/>
        </w:rPr>
        <w:t>तीनू</w:t>
      </w:r>
      <w:r>
        <w:rPr>
          <w:rFonts w:ascii="Times New Roman" w:hAnsi="Times New Roman" w:eastAsia="Times New Roman" w:cs="Times New Roman"/>
        </w:rPr>
        <w:t xml:space="preserve"> </w:t>
      </w:r>
      <w:r>
        <w:rPr>
          <w:rFonts w:ascii="Nirmala UI" w:hAnsi="Nirmala UI" w:eastAsia="Nirmala UI" w:cs="Nirmala UI"/>
        </w:rPr>
        <w:t>पद</w:t>
      </w:r>
      <w:r>
        <w:rPr>
          <w:rFonts w:ascii="Times New Roman" w:hAnsi="Times New Roman" w:eastAsia="Times New Roman" w:cs="Times New Roman"/>
        </w:rPr>
        <w:t xml:space="preserve"> </w:t>
      </w:r>
      <w:r>
        <w:rPr>
          <w:rFonts w:ascii="Nirmala UI" w:hAnsi="Nirmala UI" w:eastAsia="Nirmala UI" w:cs="Nirmala UI"/>
        </w:rPr>
        <w:t>एकतीसम</w:t>
      </w:r>
      <w:r>
        <w:rPr>
          <w:rFonts w:ascii="Times New Roman" w:hAnsi="Times New Roman" w:eastAsia="Times New Roman" w:cs="Times New Roman"/>
        </w:rPr>
        <w:t xml:space="preserve"> </w:t>
      </w:r>
      <w:r>
        <w:rPr>
          <w:rFonts w:ascii="Nirmala UI" w:hAnsi="Nirmala UI" w:eastAsia="Nirmala UI" w:cs="Nirmala UI"/>
        </w:rPr>
        <w:t>पदक</w:t>
      </w:r>
      <w:r>
        <w:rPr>
          <w:rFonts w:ascii="Times New Roman" w:hAnsi="Times New Roman" w:eastAsia="Times New Roman" w:cs="Times New Roman"/>
        </w:rPr>
        <w:t xml:space="preserve"> </w:t>
      </w:r>
      <w:r>
        <w:rPr>
          <w:rFonts w:ascii="Nirmala UI" w:hAnsi="Nirmala UI" w:eastAsia="Nirmala UI" w:cs="Nirmala UI"/>
        </w:rPr>
        <w:t>संग</w:t>
      </w:r>
      <w:r>
        <w:rPr>
          <w:rFonts w:ascii="Times New Roman" w:hAnsi="Times New Roman" w:eastAsia="Times New Roman" w:cs="Times New Roman"/>
        </w:rPr>
        <w:t xml:space="preserve"> </w:t>
      </w:r>
      <w:r>
        <w:rPr>
          <w:rFonts w:ascii="Nirmala UI" w:hAnsi="Nirmala UI" w:eastAsia="Nirmala UI" w:cs="Nirmala UI"/>
        </w:rPr>
        <w:t>सेहो</w:t>
      </w:r>
      <w:r>
        <w:rPr>
          <w:rFonts w:ascii="Times New Roman" w:hAnsi="Times New Roman" w:eastAsia="Times New Roman" w:cs="Times New Roman"/>
        </w:rPr>
        <w:t xml:space="preserve"> </w:t>
      </w:r>
      <w:r>
        <w:rPr>
          <w:rFonts w:ascii="Nirmala UI" w:hAnsi="Nirmala UI" w:eastAsia="Nirmala UI" w:cs="Nirmala UI"/>
        </w:rPr>
        <w:t>मेल</w:t>
      </w:r>
      <w:r>
        <w:rPr>
          <w:rFonts w:ascii="Times New Roman" w:hAnsi="Times New Roman" w:eastAsia="Times New Roman" w:cs="Times New Roman"/>
        </w:rPr>
        <w:t xml:space="preserve"> </w:t>
      </w:r>
      <w:r>
        <w:rPr>
          <w:rFonts w:ascii="Nirmala UI" w:hAnsi="Nirmala UI" w:eastAsia="Nirmala UI" w:cs="Nirmala UI"/>
        </w:rPr>
        <w:t>खाइत</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जतए</w:t>
      </w:r>
      <w:r>
        <w:rPr>
          <w:rFonts w:ascii="Times New Roman" w:hAnsi="Times New Roman" w:eastAsia="Times New Roman" w:cs="Times New Roman"/>
        </w:rPr>
        <w:t xml:space="preserve"> 538 </w:t>
      </w:r>
      <w:r>
        <w:rPr>
          <w:rFonts w:ascii="Nirmala UI" w:hAnsi="Nirmala UI" w:eastAsia="Nirmala UI" w:cs="Nirmala UI"/>
        </w:rPr>
        <w:t>मे</w:t>
      </w:r>
      <w:r>
        <w:rPr>
          <w:rFonts w:ascii="Times New Roman" w:hAnsi="Times New Roman" w:eastAsia="Times New Roman" w:cs="Times New Roman"/>
        </w:rPr>
        <w:t xml:space="preserve"> </w:t>
      </w:r>
      <w:r>
        <w:rPr>
          <w:rFonts w:ascii="Nirmala UI" w:hAnsi="Nirmala UI" w:eastAsia="Nirmala UI" w:cs="Nirmala UI"/>
        </w:rPr>
        <w:t>पोपसत्ताक</w:t>
      </w:r>
      <w:r>
        <w:rPr>
          <w:rFonts w:ascii="Times New Roman" w:hAnsi="Times New Roman" w:eastAsia="Times New Roman" w:cs="Times New Roman"/>
        </w:rPr>
        <w:t xml:space="preserve"> </w:t>
      </w:r>
      <w:r>
        <w:rPr>
          <w:rFonts w:ascii="Nirmala UI" w:hAnsi="Nirmala UI" w:eastAsia="Nirmala UI" w:cs="Nirmala UI"/>
        </w:rPr>
        <w:t>नियन्त्रण</w:t>
      </w:r>
      <w:r>
        <w:rPr>
          <w:rFonts w:ascii="Times New Roman" w:hAnsi="Times New Roman" w:eastAsia="Times New Roman" w:cs="Times New Roman"/>
        </w:rPr>
        <w:t xml:space="preserve"> </w:t>
      </w:r>
      <w:r>
        <w:rPr>
          <w:rFonts w:ascii="Nirmala UI" w:hAnsi="Nirmala UI" w:eastAsia="Nirmala UI" w:cs="Nirmala UI"/>
        </w:rPr>
        <w:t>स्थापित</w:t>
      </w:r>
      <w:r>
        <w:rPr>
          <w:rFonts w:ascii="Times New Roman" w:hAnsi="Times New Roman" w:eastAsia="Times New Roman" w:cs="Times New Roman"/>
        </w:rPr>
        <w:t xml:space="preserve"> </w:t>
      </w:r>
      <w:r>
        <w:rPr>
          <w:rFonts w:ascii="Nirmala UI" w:hAnsi="Nirmala UI" w:eastAsia="Nirmala UI" w:cs="Nirmala UI"/>
        </w:rPr>
        <w:t>भेल</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ऑर्लियॉं</w:t>
      </w:r>
      <w:r>
        <w:rPr>
          <w:rFonts w:ascii="Times New Roman" w:hAnsi="Times New Roman" w:eastAsia="Times New Roman" w:cs="Times New Roman"/>
        </w:rPr>
        <w:t xml:space="preserve"> </w:t>
      </w:r>
      <w:r>
        <w:rPr>
          <w:rFonts w:ascii="Nirmala UI" w:hAnsi="Nirmala UI" w:eastAsia="Nirmala UI" w:cs="Nirmala UI"/>
        </w:rPr>
        <w:t>केर</w:t>
      </w:r>
      <w:r>
        <w:rPr>
          <w:rFonts w:ascii="Times New Roman" w:hAnsi="Times New Roman" w:eastAsia="Times New Roman" w:cs="Times New Roman"/>
        </w:rPr>
        <w:t xml:space="preserve"> </w:t>
      </w:r>
      <w:r>
        <w:rPr>
          <w:rFonts w:ascii="Nirmala UI" w:hAnsi="Nirmala UI" w:eastAsia="Nirmala UI" w:cs="Nirmala UI"/>
        </w:rPr>
        <w:t>तेसर</w:t>
      </w:r>
      <w:r>
        <w:rPr>
          <w:rFonts w:ascii="Times New Roman" w:hAnsi="Times New Roman" w:eastAsia="Times New Roman" w:cs="Times New Roman"/>
        </w:rPr>
        <w:t xml:space="preserve"> </w:t>
      </w:r>
      <w:r>
        <w:rPr>
          <w:rFonts w:ascii="Nirmala UI" w:hAnsi="Nirmala UI" w:eastAsia="Nirmala UI" w:cs="Nirmala UI"/>
        </w:rPr>
        <w:t>परिषद्मे</w:t>
      </w:r>
      <w:r>
        <w:rPr>
          <w:rFonts w:ascii="Times New Roman" w:hAnsi="Times New Roman" w:eastAsia="Times New Roman" w:cs="Times New Roman"/>
        </w:rPr>
        <w:t xml:space="preserve"> </w:t>
      </w:r>
      <w:r>
        <w:rPr>
          <w:rFonts w:ascii="Nirmala UI" w:hAnsi="Nirmala UI" w:eastAsia="Nirmala UI" w:cs="Nirmala UI"/>
        </w:rPr>
        <w:t>एकटा</w:t>
      </w:r>
      <w:r>
        <w:rPr>
          <w:rFonts w:ascii="Times New Roman" w:hAnsi="Times New Roman" w:eastAsia="Times New Roman" w:cs="Times New Roman"/>
        </w:rPr>
        <w:t xml:space="preserve"> </w:t>
      </w:r>
      <w:r>
        <w:rPr>
          <w:rFonts w:ascii="Nirmala UI" w:hAnsi="Nirmala UI" w:eastAsia="Nirmala UI" w:cs="Nirmala UI"/>
        </w:rPr>
        <w:t>रविवारीय</w:t>
      </w:r>
      <w:r>
        <w:rPr>
          <w:rFonts w:ascii="Times New Roman" w:hAnsi="Times New Roman" w:eastAsia="Times New Roman" w:cs="Times New Roman"/>
        </w:rPr>
        <w:t xml:space="preserve"> </w:t>
      </w:r>
      <w:r>
        <w:rPr>
          <w:rFonts w:ascii="Nirmala UI" w:hAnsi="Nirmala UI" w:eastAsia="Nirmala UI" w:cs="Nirmala UI"/>
        </w:rPr>
        <w:t>व्यवस्था</w:t>
      </w:r>
      <w:r>
        <w:rPr>
          <w:rFonts w:ascii="Times New Roman" w:hAnsi="Times New Roman" w:eastAsia="Times New Roman" w:cs="Times New Roman"/>
        </w:rPr>
        <w:t xml:space="preserve"> </w:t>
      </w:r>
      <w:r>
        <w:rPr>
          <w:rFonts w:ascii="Nirmala UI" w:hAnsi="Nirmala UI" w:eastAsia="Nirmala UI" w:cs="Nirmala UI"/>
        </w:rPr>
        <w:t>पारित</w:t>
      </w:r>
      <w:r>
        <w:rPr>
          <w:rFonts w:ascii="Times New Roman" w:hAnsi="Times New Roman" w:eastAsia="Times New Roman" w:cs="Times New Roman"/>
        </w:rPr>
        <w:t xml:space="preserve"> </w:t>
      </w:r>
      <w:r>
        <w:rPr>
          <w:rFonts w:ascii="Nirmala UI" w:hAnsi="Nirmala UI" w:eastAsia="Nirmala UI" w:cs="Nirmala UI"/>
        </w:rPr>
        <w:t>कएल</w:t>
      </w:r>
      <w:r>
        <w:rPr>
          <w:rFonts w:ascii="Times New Roman" w:hAnsi="Times New Roman" w:eastAsia="Times New Roman" w:cs="Times New Roman"/>
        </w:rPr>
        <w:t xml:space="preserve"> </w:t>
      </w:r>
      <w:r>
        <w:rPr>
          <w:rFonts w:ascii="Nirmala UI" w:hAnsi="Nirmala UI" w:eastAsia="Nirmala UI" w:cs="Nirmala UI"/>
        </w:rPr>
        <w:t>गेल।</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पद</w:t>
      </w:r>
      <w:r>
        <w:rPr>
          <w:rFonts w:ascii="Times New Roman" w:hAnsi="Times New Roman" w:eastAsia="Times New Roman" w:cs="Times New Roman"/>
        </w:rPr>
        <w:t xml:space="preserve"> </w:t>
      </w:r>
      <w:r>
        <w:rPr>
          <w:rFonts w:ascii="Nirmala UI" w:hAnsi="Nirmala UI" w:eastAsia="Nirmala UI" w:cs="Nirmala UI"/>
        </w:rPr>
        <w:t>एकतीसम</w:t>
      </w:r>
      <w:r>
        <w:rPr>
          <w:rFonts w:ascii="Times New Roman" w:hAnsi="Times New Roman" w:eastAsia="Times New Roman" w:cs="Times New Roman"/>
        </w:rPr>
        <w:t xml:space="preserve"> </w:t>
      </w:r>
      <w:r>
        <w:rPr>
          <w:rFonts w:ascii="Nirmala UI" w:hAnsi="Nirmala UI" w:eastAsia="Nirmala UI" w:cs="Nirmala UI"/>
        </w:rPr>
        <w:t>पद</w:t>
      </w:r>
      <w:r>
        <w:rPr>
          <w:rFonts w:ascii="Times New Roman" w:hAnsi="Times New Roman" w:eastAsia="Times New Roman" w:cs="Times New Roman"/>
        </w:rPr>
        <w:t xml:space="preserve"> </w:t>
      </w:r>
      <w:r>
        <w:rPr>
          <w:rFonts w:ascii="Nirmala UI" w:hAnsi="Nirmala UI" w:eastAsia="Nirmala UI" w:cs="Nirmala UI"/>
        </w:rPr>
        <w:t>धरि</w:t>
      </w:r>
      <w:r>
        <w:rPr>
          <w:rFonts w:ascii="Times New Roman" w:hAnsi="Times New Roman" w:eastAsia="Times New Roman" w:cs="Times New Roman"/>
        </w:rPr>
        <w:t xml:space="preserve"> </w:t>
      </w:r>
      <w:r>
        <w:rPr>
          <w:rFonts w:ascii="Nirmala UI" w:hAnsi="Nirmala UI" w:eastAsia="Nirmala UI" w:cs="Nirmala UI"/>
        </w:rPr>
        <w:t>लैत</w:t>
      </w:r>
      <w:r>
        <w:rPr>
          <w:rFonts w:ascii="Times New Roman" w:hAnsi="Times New Roman" w:eastAsia="Times New Roman" w:cs="Times New Roman"/>
        </w:rPr>
        <w:t xml:space="preserve"> </w:t>
      </w:r>
      <w:r>
        <w:rPr>
          <w:rFonts w:ascii="Nirmala UI" w:hAnsi="Nirmala UI" w:eastAsia="Nirmala UI" w:cs="Nirmala UI"/>
        </w:rPr>
        <w:t>जाइत</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से</w:t>
      </w:r>
      <w:r>
        <w:rPr>
          <w:rFonts w:ascii="Times New Roman" w:hAnsi="Times New Roman" w:eastAsia="Times New Roman" w:cs="Times New Roman"/>
        </w:rPr>
        <w:t xml:space="preserve"> 538 </w:t>
      </w:r>
      <w:r>
        <w:rPr>
          <w:rFonts w:ascii="Nirmala UI" w:hAnsi="Nirmala UI" w:eastAsia="Nirmala UI" w:cs="Nirmala UI"/>
        </w:rPr>
        <w:t>कऽ</w:t>
      </w:r>
      <w:r>
        <w:rPr>
          <w:rFonts w:ascii="Times New Roman" w:hAnsi="Times New Roman" w:eastAsia="Times New Roman" w:cs="Times New Roman"/>
        </w:rPr>
        <w:t xml:space="preserve"> </w:t>
      </w:r>
      <w:r>
        <w:rPr>
          <w:rFonts w:ascii="Nirmala UI" w:hAnsi="Nirmala UI" w:eastAsia="Nirmala UI" w:cs="Nirmala UI"/>
        </w:rPr>
        <w:t>रविवारीय</w:t>
      </w:r>
      <w:r>
        <w:rPr>
          <w:rFonts w:ascii="Times New Roman" w:hAnsi="Times New Roman" w:eastAsia="Times New Roman" w:cs="Times New Roman"/>
        </w:rPr>
        <w:t xml:space="preserve"> </w:t>
      </w:r>
      <w:r>
        <w:rPr>
          <w:rFonts w:ascii="Nirmala UI" w:hAnsi="Nirmala UI" w:eastAsia="Nirmala UI" w:cs="Nirmala UI"/>
        </w:rPr>
        <w:t>व्यवस्था</w:t>
      </w:r>
      <w:r>
        <w:rPr>
          <w:rFonts w:ascii="Times New Roman" w:hAnsi="Times New Roman" w:eastAsia="Times New Roman" w:cs="Times New Roman"/>
        </w:rPr>
        <w:t xml:space="preserve"> </w:t>
      </w:r>
      <w:r>
        <w:rPr>
          <w:rFonts w:ascii="Nirmala UI" w:hAnsi="Nirmala UI" w:eastAsia="Nirmala UI" w:cs="Nirmala UI"/>
        </w:rPr>
        <w:t>धरि</w:t>
      </w:r>
      <w:r>
        <w:rPr>
          <w:rFonts w:ascii="Times New Roman" w:hAnsi="Times New Roman" w:eastAsia="Times New Roman" w:cs="Times New Roman"/>
        </w:rPr>
        <w:t xml:space="preserve"> </w:t>
      </w:r>
      <w:r>
        <w:rPr>
          <w:rFonts w:ascii="Nirmala UI" w:hAnsi="Nirmala UI" w:eastAsia="Nirmala UI" w:cs="Nirmala UI"/>
        </w:rPr>
        <w:t>पहुँचेबला</w:t>
      </w:r>
      <w:r>
        <w:rPr>
          <w:rFonts w:ascii="Times New Roman" w:hAnsi="Times New Roman" w:eastAsia="Times New Roman" w:cs="Times New Roman"/>
        </w:rPr>
        <w:t xml:space="preserve"> </w:t>
      </w:r>
      <w:r>
        <w:rPr>
          <w:rFonts w:ascii="Nirmala UI" w:hAnsi="Nirmala UI" w:eastAsia="Nirmala UI" w:cs="Nirmala UI"/>
        </w:rPr>
        <w:t>मार्गचिह्नसभक</w:t>
      </w:r>
      <w:r>
        <w:rPr>
          <w:rFonts w:ascii="Times New Roman" w:hAnsi="Times New Roman" w:eastAsia="Times New Roman" w:cs="Times New Roman"/>
        </w:rPr>
        <w:t xml:space="preserve"> </w:t>
      </w:r>
      <w:r>
        <w:rPr>
          <w:rFonts w:ascii="Nirmala UI" w:hAnsi="Nirmala UI" w:eastAsia="Nirmala UI" w:cs="Nirmala UI"/>
        </w:rPr>
        <w:t>पहचान</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अछि</w:t>
      </w:r>
      <w:r>
        <w:rPr>
          <w:rFonts w:ascii="Times New Roman" w:hAnsi="Times New Roman" w:eastAsia="Times New Roman" w:cs="Times New Roman"/>
        </w:rPr>
        <w:t xml:space="preserve"> </w:t>
      </w:r>
      <w:r>
        <w:rPr>
          <w:rFonts w:ascii="Nirmala UI" w:hAnsi="Nirmala UI" w:eastAsia="Nirmala UI" w:cs="Nirmala UI"/>
        </w:rPr>
        <w:t>आ</w:t>
      </w:r>
      <w:r>
        <w:rPr>
          <w:rFonts w:ascii="Times New Roman" w:hAnsi="Times New Roman" w:eastAsia="Times New Roman" w:cs="Times New Roman"/>
        </w:rPr>
        <w:t xml:space="preserve"> </w:t>
      </w:r>
      <w:r>
        <w:rPr>
          <w:rFonts w:ascii="Nirmala UI" w:hAnsi="Nirmala UI" w:eastAsia="Nirmala UI" w:cs="Nirmala UI"/>
        </w:rPr>
        <w:t>शीघ्र</w:t>
      </w:r>
      <w:r>
        <w:rPr>
          <w:rFonts w:ascii="Times New Roman" w:hAnsi="Times New Roman" w:eastAsia="Times New Roman" w:cs="Times New Roman"/>
        </w:rPr>
        <w:t xml:space="preserve"> </w:t>
      </w:r>
      <w:r>
        <w:rPr>
          <w:rFonts w:ascii="Nirmala UI" w:hAnsi="Nirmala UI" w:eastAsia="Nirmala UI" w:cs="Nirmala UI"/>
        </w:rPr>
        <w:t>आबि</w:t>
      </w:r>
      <w:r>
        <w:rPr>
          <w:rFonts w:ascii="Times New Roman" w:hAnsi="Times New Roman" w:eastAsia="Times New Roman" w:cs="Times New Roman"/>
        </w:rPr>
        <w:t xml:space="preserve"> </w:t>
      </w:r>
      <w:r>
        <w:rPr>
          <w:rFonts w:ascii="Nirmala UI" w:hAnsi="Nirmala UI" w:eastAsia="Nirmala UI" w:cs="Nirmala UI"/>
        </w:rPr>
        <w:t>रहल</w:t>
      </w:r>
      <w:r>
        <w:rPr>
          <w:rFonts w:ascii="Times New Roman" w:hAnsi="Times New Roman" w:eastAsia="Times New Roman" w:cs="Times New Roman"/>
        </w:rPr>
        <w:t xml:space="preserve"> </w:t>
      </w:r>
      <w:r>
        <w:rPr>
          <w:rFonts w:ascii="Nirmala UI" w:hAnsi="Nirmala UI" w:eastAsia="Nirmala UI" w:cs="Nirmala UI"/>
        </w:rPr>
        <w:t>रविवारीय</w:t>
      </w:r>
      <w:r>
        <w:rPr>
          <w:rFonts w:ascii="Times New Roman" w:hAnsi="Times New Roman" w:eastAsia="Times New Roman" w:cs="Times New Roman"/>
        </w:rPr>
        <w:t xml:space="preserve"> </w:t>
      </w:r>
      <w:r>
        <w:rPr>
          <w:rFonts w:ascii="Nirmala UI" w:hAnsi="Nirmala UI" w:eastAsia="Nirmala UI" w:cs="Nirmala UI"/>
        </w:rPr>
        <w:t>व्यवस्थासँ</w:t>
      </w:r>
      <w:r>
        <w:rPr>
          <w:rFonts w:ascii="Times New Roman" w:hAnsi="Times New Roman" w:eastAsia="Times New Roman" w:cs="Times New Roman"/>
        </w:rPr>
        <w:t xml:space="preserve"> </w:t>
      </w:r>
      <w:r>
        <w:rPr>
          <w:rFonts w:ascii="Nirmala UI" w:hAnsi="Nirmala UI" w:eastAsia="Nirmala UI" w:cs="Nirmala UI"/>
        </w:rPr>
        <w:t>पूर्वक</w:t>
      </w:r>
      <w:r>
        <w:rPr>
          <w:rFonts w:ascii="Times New Roman" w:hAnsi="Times New Roman" w:eastAsia="Times New Roman" w:cs="Times New Roman"/>
        </w:rPr>
        <w:t xml:space="preserve"> </w:t>
      </w:r>
      <w:r>
        <w:rPr>
          <w:rFonts w:ascii="Nirmala UI" w:hAnsi="Nirmala UI" w:eastAsia="Nirmala UI" w:cs="Nirmala UI"/>
        </w:rPr>
        <w:t>इतिहासक</w:t>
      </w:r>
      <w:r>
        <w:rPr>
          <w:rFonts w:ascii="Times New Roman" w:hAnsi="Times New Roman" w:eastAsia="Times New Roman" w:cs="Times New Roman"/>
        </w:rPr>
        <w:t xml:space="preserve"> </w:t>
      </w:r>
      <w:r>
        <w:rPr>
          <w:rFonts w:ascii="Nirmala UI" w:hAnsi="Nirmala UI" w:eastAsia="Nirmala UI" w:cs="Nirmala UI"/>
        </w:rPr>
        <w:t>प्रतिरूप</w:t>
      </w:r>
      <w:r>
        <w:rPr>
          <w:rFonts w:ascii="Times New Roman" w:hAnsi="Times New Roman" w:eastAsia="Times New Roman" w:cs="Times New Roman"/>
        </w:rPr>
        <w:t xml:space="preserve"> </w:t>
      </w:r>
      <w:r>
        <w:rPr>
          <w:rFonts w:ascii="Nirmala UI" w:hAnsi="Nirmala UI" w:eastAsia="Nirmala UI" w:cs="Nirmala UI"/>
        </w:rPr>
        <w:t>प्रस्तुत</w:t>
      </w:r>
      <w:r>
        <w:rPr>
          <w:rFonts w:ascii="Times New Roman" w:hAnsi="Times New Roman" w:eastAsia="Times New Roman" w:cs="Times New Roman"/>
        </w:rPr>
        <w:t xml:space="preserve"> </w:t>
      </w:r>
      <w:r>
        <w:rPr>
          <w:rFonts w:ascii="Nirmala UI" w:hAnsi="Nirmala UI" w:eastAsia="Nirmala UI" w:cs="Nirmala UI"/>
        </w:rPr>
        <w:t>करैत</w:t>
      </w:r>
      <w:r>
        <w:rPr>
          <w:rFonts w:ascii="Times New Roman" w:hAnsi="Times New Roman" w:eastAsia="Times New Roman" w:cs="Times New Roman"/>
        </w:rPr>
        <w:t xml:space="preserve"> </w:t>
      </w:r>
      <w:r>
        <w:rPr>
          <w:rFonts w:ascii="Nirmala UI" w:hAnsi="Nirmala UI" w:eastAsia="Nirmala UI" w:cs="Nirmala UI"/>
        </w:rPr>
        <w:t>अछि।</w:t>
      </w:r>
    </w:p>
    <w:p>
      <w:pPr>
        <w:pStyle w:val="ArticleScripture"/>
        <w:jc w:val="left"/>
      </w:pPr>
      <w:r>
        <w:rPr>
          <w:rFonts w:ascii="Nirmala UI" w:hAnsi="Nirmala UI" w:eastAsia="Nirmala UI" w:cs="Nirmala UI"/>
        </w:rPr>
        <w:t>ଯେହେତୁ</w:t>
      </w:r>
      <w:r>
        <w:rPr>
          <w:rFonts w:ascii="Times New Roman" w:hAnsi="Times New Roman" w:eastAsia="Times New Roman" w:cs="Times New Roman"/>
        </w:rPr>
        <w:t xml:space="preserve"> </w:t>
      </w:r>
      <w:r>
        <w:rPr>
          <w:rFonts w:ascii="Nirmala UI" w:hAnsi="Nirmala UI" w:eastAsia="Nirmala UI" w:cs="Nirmala UI"/>
        </w:rPr>
        <w:t>କିତ୍ତୀମର</w:t>
      </w:r>
      <w:r>
        <w:rPr>
          <w:rFonts w:ascii="Times New Roman" w:hAnsi="Times New Roman" w:eastAsia="Times New Roman" w:cs="Times New Roman"/>
        </w:rPr>
        <w:t xml:space="preserve"> </w:t>
      </w:r>
      <w:r>
        <w:rPr>
          <w:rFonts w:ascii="Nirmala UI" w:hAnsi="Nirmala UI" w:eastAsia="Nirmala UI" w:cs="Nirmala UI"/>
        </w:rPr>
        <w:t>ଜାହାଜମାନେ</w:t>
      </w:r>
      <w:r>
        <w:rPr>
          <w:rFonts w:ascii="Times New Roman" w:hAnsi="Times New Roman" w:eastAsia="Times New Roman" w:cs="Times New Roman"/>
        </w:rPr>
        <w:t xml:space="preserve"> </w:t>
      </w:r>
      <w:r>
        <w:rPr>
          <w:rFonts w:ascii="Nirmala UI" w:hAnsi="Nirmala UI" w:eastAsia="Nirmala UI" w:cs="Nirmala UI"/>
        </w:rPr>
        <w:t>ତାହାଙ୍କ</w:t>
      </w:r>
      <w:r>
        <w:rPr>
          <w:rFonts w:ascii="Times New Roman" w:hAnsi="Times New Roman" w:eastAsia="Times New Roman" w:cs="Times New Roman"/>
        </w:rPr>
        <w:t xml:space="preserve"> </w:t>
      </w:r>
      <w:r>
        <w:rPr>
          <w:rFonts w:ascii="Nirmala UI" w:hAnsi="Nirmala UI" w:eastAsia="Nirmala UI" w:cs="Nirmala UI"/>
        </w:rPr>
        <w:t>ବିରୁଦ୍ଧରେ</w:t>
      </w:r>
      <w:r>
        <w:rPr>
          <w:rFonts w:ascii="Times New Roman" w:hAnsi="Times New Roman" w:eastAsia="Times New Roman" w:cs="Times New Roman"/>
        </w:rPr>
        <w:t xml:space="preserve"> </w:t>
      </w:r>
      <w:r>
        <w:rPr>
          <w:rFonts w:ascii="Nirmala UI" w:hAnsi="Nirmala UI" w:eastAsia="Nirmala UI" w:cs="Nirmala UI"/>
        </w:rPr>
        <w:t>ଆସିବେ</w:t>
      </w:r>
      <w:r>
        <w:rPr>
          <w:rFonts w:ascii="Times New Roman" w:hAnsi="Times New Roman" w:eastAsia="Times New Roman" w:cs="Times New Roman"/>
        </w:rPr>
        <w:t xml:space="preserve">; </w:t>
      </w:r>
      <w:r>
        <w:rPr>
          <w:rFonts w:ascii="Nirmala UI" w:hAnsi="Nirmala UI" w:eastAsia="Nirmala UI" w:cs="Nirmala UI"/>
        </w:rPr>
        <w:t>ଏହିକାରଣେ</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ବିଷଣ୍ଣ</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ଫେରିଯିବ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ପବିତ୍ର</w:t>
      </w:r>
      <w:r>
        <w:rPr>
          <w:rFonts w:ascii="Times New Roman" w:hAnsi="Times New Roman" w:eastAsia="Times New Roman" w:cs="Times New Roman"/>
        </w:rPr>
        <w:t xml:space="preserve"> </w:t>
      </w:r>
      <w:r>
        <w:rPr>
          <w:rFonts w:ascii="Nirmala UI" w:hAnsi="Nirmala UI" w:eastAsia="Nirmala UI" w:cs="Nirmala UI"/>
        </w:rPr>
        <w:t>ଚୁକ୍ତିବିରୁଦ୍ଧେ</w:t>
      </w:r>
      <w:r>
        <w:rPr>
          <w:rFonts w:ascii="Times New Roman" w:hAnsi="Times New Roman" w:eastAsia="Times New Roman" w:cs="Times New Roman"/>
        </w:rPr>
        <w:t xml:space="preserve"> </w:t>
      </w:r>
      <w:r>
        <w:rPr>
          <w:rFonts w:ascii="Nirmala UI" w:hAnsi="Nirmala UI" w:eastAsia="Nirmala UI" w:cs="Nirmala UI"/>
        </w:rPr>
        <w:t>କ୍ରୋଧ</w:t>
      </w:r>
      <w:r>
        <w:rPr>
          <w:rFonts w:ascii="Times New Roman" w:hAnsi="Times New Roman" w:eastAsia="Times New Roman" w:cs="Times New Roman"/>
        </w:rPr>
        <w:t xml:space="preserve"> </w:t>
      </w:r>
      <w:r>
        <w:rPr>
          <w:rFonts w:ascii="Nirmala UI" w:hAnsi="Nirmala UI" w:eastAsia="Nirmala UI" w:cs="Nirmala UI"/>
        </w:rPr>
        <w:t>ପ୍ରକାଶ</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ଏପରି</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ସେ</w:t>
      </w:r>
      <w:r>
        <w:rPr>
          <w:rFonts w:ascii="Times New Roman" w:hAnsi="Times New Roman" w:eastAsia="Times New Roman" w:cs="Times New Roman"/>
        </w:rPr>
        <w:t xml:space="preserve"> </w:t>
      </w:r>
      <w:r>
        <w:rPr>
          <w:rFonts w:ascii="Nirmala UI" w:hAnsi="Nirmala UI" w:eastAsia="Nirmala UI" w:cs="Nirmala UI"/>
        </w:rPr>
        <w:t>ପୁନର୍ବାର</w:t>
      </w:r>
      <w:r>
        <w:rPr>
          <w:rFonts w:ascii="Times New Roman" w:hAnsi="Times New Roman" w:eastAsia="Times New Roman" w:cs="Times New Roman"/>
        </w:rPr>
        <w:t xml:space="preserve"> </w:t>
      </w:r>
      <w:r>
        <w:rPr>
          <w:rFonts w:ascii="Nirmala UI" w:hAnsi="Nirmala UI" w:eastAsia="Nirmala UI" w:cs="Nirmala UI"/>
        </w:rPr>
        <w:t>ଫେରିଯାଇ</w:t>
      </w:r>
      <w:r>
        <w:rPr>
          <w:rFonts w:ascii="Times New Roman" w:hAnsi="Times New Roman" w:eastAsia="Times New Roman" w:cs="Times New Roman"/>
        </w:rPr>
        <w:t xml:space="preserve"> </w:t>
      </w:r>
      <w:r>
        <w:rPr>
          <w:rFonts w:ascii="Nirmala UI" w:hAnsi="Nirmala UI" w:eastAsia="Nirmala UI" w:cs="Nirmala UI"/>
        </w:rPr>
        <w:t>ପବିତ୍ର</w:t>
      </w:r>
      <w:r>
        <w:rPr>
          <w:rFonts w:ascii="Times New Roman" w:hAnsi="Times New Roman" w:eastAsia="Times New Roman" w:cs="Times New Roman"/>
        </w:rPr>
        <w:t xml:space="preserve"> </w:t>
      </w:r>
      <w:r>
        <w:rPr>
          <w:rFonts w:ascii="Nirmala UI" w:hAnsi="Nirmala UI" w:eastAsia="Nirmala UI" w:cs="Nirmala UI"/>
        </w:rPr>
        <w:t>ଚୁକ୍ତିକୁ</w:t>
      </w:r>
      <w:r>
        <w:rPr>
          <w:rFonts w:ascii="Times New Roman" w:hAnsi="Times New Roman" w:eastAsia="Times New Roman" w:cs="Times New Roman"/>
        </w:rPr>
        <w:t xml:space="preserve"> </w:t>
      </w:r>
      <w:r>
        <w:rPr>
          <w:rFonts w:ascii="Nirmala UI" w:hAnsi="Nirmala UI" w:eastAsia="Nirmala UI" w:cs="Nirmala UI"/>
        </w:rPr>
        <w:t>ତ୍ୟାଗ</w:t>
      </w:r>
      <w:r>
        <w:rPr>
          <w:rFonts w:ascii="Times New Roman" w:hAnsi="Times New Roman" w:eastAsia="Times New Roman" w:cs="Times New Roman"/>
        </w:rPr>
        <w:t xml:space="preserve"> </w:t>
      </w:r>
      <w:r>
        <w:rPr>
          <w:rFonts w:ascii="Nirmala UI" w:hAnsi="Nirmala UI" w:eastAsia="Nirmala UI" w:cs="Nirmala UI"/>
        </w:rPr>
        <w:t>କରୁଥିବାମାନଙ୍କ</w:t>
      </w:r>
      <w:r>
        <w:rPr>
          <w:rFonts w:ascii="Times New Roman" w:hAnsi="Times New Roman" w:eastAsia="Times New Roman" w:cs="Times New Roman"/>
        </w:rPr>
        <w:t xml:space="preserve"> </w:t>
      </w:r>
      <w:r>
        <w:rPr>
          <w:rFonts w:ascii="Nirmala UI" w:hAnsi="Nirmala UI" w:eastAsia="Nirmala UI" w:cs="Nirmala UI"/>
        </w:rPr>
        <w:t>ସହିତ</w:t>
      </w:r>
      <w:r>
        <w:rPr>
          <w:rFonts w:ascii="Times New Roman" w:hAnsi="Times New Roman" w:eastAsia="Times New Roman" w:cs="Times New Roman"/>
        </w:rPr>
        <w:t xml:space="preserve"> </w:t>
      </w:r>
      <w:r>
        <w:rPr>
          <w:rFonts w:ascii="Nirmala UI" w:hAnsi="Nirmala UI" w:eastAsia="Nirmala UI" w:cs="Nirmala UI"/>
        </w:rPr>
        <w:t>ବୁଝାପଡ଼ା</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ସେନାବଳ</w:t>
      </w:r>
      <w:r>
        <w:rPr>
          <w:rFonts w:ascii="Times New Roman" w:hAnsi="Times New Roman" w:eastAsia="Times New Roman" w:cs="Times New Roman"/>
        </w:rPr>
        <w:t xml:space="preserve"> </w:t>
      </w:r>
      <w:r>
        <w:rPr>
          <w:rFonts w:ascii="Nirmala UI" w:hAnsi="Nirmala UI" w:eastAsia="Nirmala UI" w:cs="Nirmala UI"/>
        </w:rPr>
        <w:t>ତାହାଙ୍କ</w:t>
      </w:r>
      <w:r>
        <w:rPr>
          <w:rFonts w:ascii="Times New Roman" w:hAnsi="Times New Roman" w:eastAsia="Times New Roman" w:cs="Times New Roman"/>
        </w:rPr>
        <w:t xml:space="preserve"> </w:t>
      </w:r>
      <w:r>
        <w:rPr>
          <w:rFonts w:ascii="Nirmala UI" w:hAnsi="Nirmala UI" w:eastAsia="Nirmala UI" w:cs="Nirmala UI"/>
        </w:rPr>
        <w:t>ପକ୍ଷରେ</w:t>
      </w:r>
      <w:r>
        <w:rPr>
          <w:rFonts w:ascii="Times New Roman" w:hAnsi="Times New Roman" w:eastAsia="Times New Roman" w:cs="Times New Roman"/>
        </w:rPr>
        <w:t xml:space="preserve"> </w:t>
      </w:r>
      <w:r>
        <w:rPr>
          <w:rFonts w:ascii="Nirmala UI" w:hAnsi="Nirmala UI" w:eastAsia="Nirmala UI" w:cs="Nirmala UI"/>
        </w:rPr>
        <w:t>ଦଣ୍ଡାୟମାନ</w:t>
      </w:r>
      <w:r>
        <w:rPr>
          <w:rFonts w:ascii="Times New Roman" w:hAnsi="Times New Roman" w:eastAsia="Times New Roman" w:cs="Times New Roman"/>
        </w:rPr>
        <w:t xml:space="preserve"> </w:t>
      </w:r>
      <w:r>
        <w:rPr>
          <w:rFonts w:ascii="Nirmala UI" w:hAnsi="Nirmala UI" w:eastAsia="Nirmala UI" w:cs="Nirmala UI"/>
        </w:rPr>
        <w:t>ହେବ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ସେମାନେ</w:t>
      </w:r>
      <w:r>
        <w:rPr>
          <w:rFonts w:ascii="Times New Roman" w:hAnsi="Times New Roman" w:eastAsia="Times New Roman" w:cs="Times New Roman"/>
        </w:rPr>
        <w:t xml:space="preserve"> </w:t>
      </w:r>
      <w:r>
        <w:rPr>
          <w:rFonts w:ascii="Nirmala UI" w:hAnsi="Nirmala UI" w:eastAsia="Nirmala UI" w:cs="Nirmala UI"/>
        </w:rPr>
        <w:t>ଶକ୍ତିର</w:t>
      </w:r>
      <w:r>
        <w:rPr>
          <w:rFonts w:ascii="Times New Roman" w:hAnsi="Times New Roman" w:eastAsia="Times New Roman" w:cs="Times New Roman"/>
        </w:rPr>
        <w:t xml:space="preserve"> </w:t>
      </w:r>
      <w:r>
        <w:rPr>
          <w:rFonts w:ascii="Nirmala UI" w:hAnsi="Nirmala UI" w:eastAsia="Nirmala UI" w:cs="Nirmala UI"/>
        </w:rPr>
        <w:t>ପବିତ୍ରସ୍ଥାନକୁ</w:t>
      </w:r>
      <w:r>
        <w:rPr>
          <w:rFonts w:ascii="Times New Roman" w:hAnsi="Times New Roman" w:eastAsia="Times New Roman" w:cs="Times New Roman"/>
        </w:rPr>
        <w:t xml:space="preserve"> </w:t>
      </w:r>
      <w:r>
        <w:rPr>
          <w:rFonts w:ascii="Nirmala UI" w:hAnsi="Nirmala UI" w:eastAsia="Nirmala UI" w:cs="Nirmala UI"/>
        </w:rPr>
        <w:t>ଅପବିତ୍ର</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ନିତ୍ୟ</w:t>
      </w:r>
      <w:r>
        <w:rPr>
          <w:rFonts w:ascii="Times New Roman" w:hAnsi="Times New Roman" w:eastAsia="Times New Roman" w:cs="Times New Roman"/>
        </w:rPr>
        <w:t xml:space="preserve"> </w:t>
      </w:r>
      <w:r>
        <w:rPr>
          <w:rFonts w:ascii="Nirmala UI" w:hAnsi="Nirmala UI" w:eastAsia="Nirmala UI" w:cs="Nirmala UI"/>
        </w:rPr>
        <w:t>ବଳିଦାନକୁ</w:t>
      </w:r>
      <w:r>
        <w:rPr>
          <w:rFonts w:ascii="Times New Roman" w:hAnsi="Times New Roman" w:eastAsia="Times New Roman" w:cs="Times New Roman"/>
        </w:rPr>
        <w:t xml:space="preserve"> </w:t>
      </w:r>
      <w:r>
        <w:rPr>
          <w:rFonts w:ascii="Nirmala UI" w:hAnsi="Nirmala UI" w:eastAsia="Nirmala UI" w:cs="Nirmala UI"/>
        </w:rPr>
        <w:t>ହଟାଇଦେବେ</w:t>
      </w:r>
      <w:r>
        <w:rPr>
          <w:rFonts w:ascii="Times New Roman" w:hAnsi="Times New Roman" w:eastAsia="Times New Roman" w:cs="Times New Roman"/>
        </w:rPr>
        <w:t xml:space="preserve">, </w:t>
      </w:r>
      <w:r>
        <w:rPr>
          <w:rFonts w:ascii="Nirmala UI" w:hAnsi="Nirmala UI" w:eastAsia="Nirmala UI" w:cs="Nirmala UI"/>
        </w:rPr>
        <w:t>ଏବଂ</w:t>
      </w:r>
      <w:r>
        <w:rPr>
          <w:rFonts w:ascii="Times New Roman" w:hAnsi="Times New Roman" w:eastAsia="Times New Roman" w:cs="Times New Roman"/>
        </w:rPr>
        <w:t xml:space="preserve"> </w:t>
      </w:r>
      <w:r>
        <w:rPr>
          <w:rFonts w:ascii="Nirmala UI" w:hAnsi="Nirmala UI" w:eastAsia="Nirmala UI" w:cs="Nirmala UI"/>
        </w:rPr>
        <w:t>ଉଜାଡ଼</w:t>
      </w:r>
      <w:r>
        <w:rPr>
          <w:rFonts w:ascii="Times New Roman" w:hAnsi="Times New Roman" w:eastAsia="Times New Roman" w:cs="Times New Roman"/>
        </w:rPr>
        <w:t xml:space="preserve"> </w:t>
      </w:r>
      <w:r>
        <w:rPr>
          <w:rFonts w:ascii="Nirmala UI" w:hAnsi="Nirmala UI" w:eastAsia="Nirmala UI" w:cs="Nirmala UI"/>
        </w:rPr>
        <w:t>କରୁଥିବା</w:t>
      </w:r>
      <w:r>
        <w:rPr>
          <w:rFonts w:ascii="Times New Roman" w:hAnsi="Times New Roman" w:eastAsia="Times New Roman" w:cs="Times New Roman"/>
        </w:rPr>
        <w:t xml:space="preserve"> </w:t>
      </w:r>
      <w:r>
        <w:rPr>
          <w:rFonts w:ascii="Nirmala UI" w:hAnsi="Nirmala UI" w:eastAsia="Nirmala UI" w:cs="Nirmala UI"/>
        </w:rPr>
        <w:t>ଘୃଣ୍ୟ</w:t>
      </w:r>
      <w:r>
        <w:rPr>
          <w:rFonts w:ascii="Times New Roman" w:hAnsi="Times New Roman" w:eastAsia="Times New Roman" w:cs="Times New Roman"/>
        </w:rPr>
        <w:t xml:space="preserve"> </w:t>
      </w:r>
      <w:r>
        <w:rPr>
          <w:rFonts w:ascii="Nirmala UI" w:hAnsi="Nirmala UI" w:eastAsia="Nirmala UI" w:cs="Nirmala UI"/>
        </w:rPr>
        <w:t>ବସ୍ତୁକୁ</w:t>
      </w:r>
      <w:r>
        <w:rPr>
          <w:rFonts w:ascii="Times New Roman" w:hAnsi="Times New Roman" w:eastAsia="Times New Roman" w:cs="Times New Roman"/>
        </w:rPr>
        <w:t xml:space="preserve"> </w:t>
      </w:r>
      <w:r>
        <w:rPr>
          <w:rFonts w:ascii="Nirmala UI" w:hAnsi="Nirmala UI" w:eastAsia="Nirmala UI" w:cs="Nirmala UI"/>
        </w:rPr>
        <w:t>ସ୍ଥାପନ</w:t>
      </w:r>
      <w:r>
        <w:rPr>
          <w:rFonts w:ascii="Times New Roman" w:hAnsi="Times New Roman" w:eastAsia="Times New Roman" w:cs="Times New Roman"/>
        </w:rPr>
        <w:t xml:space="preserve"> </w:t>
      </w:r>
      <w:r>
        <w:rPr>
          <w:rFonts w:ascii="Nirmala UI" w:hAnsi="Nirmala UI" w:eastAsia="Nirmala UI" w:cs="Nirmala UI"/>
        </w:rPr>
        <w:t>କରିବେ।</w:t>
      </w:r>
      <w:r>
        <w:rPr>
          <w:rFonts w:ascii="Times New Roman" w:hAnsi="Times New Roman" w:eastAsia="Times New Roman" w:cs="Times New Roman"/>
        </w:rPr>
        <w:t xml:space="preserve"> </w:t>
      </w:r>
      <w:r>
        <w:rPr>
          <w:rFonts w:ascii="Nirmala UI" w:hAnsi="Nirmala UI" w:eastAsia="Nirmala UI" w:cs="Nirmala UI"/>
        </w:rPr>
        <w:t>ଦାନିଏଲ</w:t>
      </w:r>
      <w:r>
        <w:rPr>
          <w:rFonts w:ascii="Times New Roman" w:hAnsi="Times New Roman" w:eastAsia="Times New Roman" w:cs="Times New Roman"/>
        </w:rPr>
        <w:t xml:space="preserve"> 11:30, 31.</w:t>
      </w:r>
    </w:p>
    <w:p>
      <w:pPr>
        <w:pStyle w:val="ArticleBody"/>
        <w:jc w:val="left"/>
      </w:pPr>
      <w:r>
        <w:rPr>
          <w:rFonts w:ascii="Times New Roman" w:hAnsi="Times New Roman" w:eastAsia="Times New Roman" w:cs="Times New Roman"/>
        </w:rPr>
        <w:t>“נݱ̈</w:t>
      </w:r>
      <w:r>
        <w:rPr>
          <w:rFonts w:ascii="Segoe UI Historic" w:hAnsi="Segoe UI Historic" w:eastAsia="Segoe UI Historic" w:cs="Segoe UI Historic"/>
        </w:rPr>
        <w:t>ܘܢܐ</w:t>
      </w:r>
      <w:r>
        <w:rPr>
          <w:rFonts w:ascii="Times New Roman" w:hAnsi="Times New Roman" w:eastAsia="Times New Roman" w:cs="Times New Roman"/>
        </w:rPr>
        <w:t xml:space="preserve"> </w:t>
      </w:r>
      <w:r>
        <w:rPr>
          <w:rFonts w:ascii="Segoe UI Historic" w:hAnsi="Segoe UI Historic" w:eastAsia="Segoe UI Historic" w:cs="Segoe UI Historic"/>
        </w:rPr>
        <w:t>ܕܟܝܬܝܡ</w:t>
      </w:r>
      <w:r>
        <w:rPr>
          <w:rFonts w:ascii="Times New Roman" w:hAnsi="Times New Roman" w:eastAsia="Times New Roman" w:cs="Times New Roman"/>
        </w:rPr>
        <w:t xml:space="preserve">” </w:t>
      </w:r>
      <w:r>
        <w:rPr>
          <w:rFonts w:ascii="Segoe UI Historic" w:hAnsi="Segoe UI Historic" w:eastAsia="Segoe UI Historic" w:cs="Segoe UI Historic"/>
        </w:rPr>
        <w:t>ܝܼܠܗܘܿܢ</w:t>
      </w:r>
      <w:r>
        <w:rPr>
          <w:rFonts w:ascii="Times New Roman" w:hAnsi="Times New Roman" w:eastAsia="Times New Roman" w:cs="Times New Roman"/>
        </w:rPr>
        <w:t xml:space="preserve"> </w:t>
      </w:r>
      <w:r>
        <w:rPr>
          <w:rFonts w:ascii="Segoe UI Historic" w:hAnsi="Segoe UI Historic" w:eastAsia="Segoe UI Historic" w:cs="Segoe UI Historic"/>
        </w:rPr>
        <w:t>ܡܣܲܡܝ</w:t>
      </w:r>
      <w:r>
        <w:rPr>
          <w:rFonts w:ascii="Times New Roman" w:hAnsi="Times New Roman" w:eastAsia="Times New Roman" w:cs="Times New Roman"/>
        </w:rPr>
        <w:t>̈</w:t>
      </w:r>
      <w:r>
        <w:rPr>
          <w:rFonts w:ascii="Segoe UI Historic" w:hAnsi="Segoe UI Historic" w:eastAsia="Segoe UI Historic" w:cs="Segoe UI Historic"/>
        </w:rPr>
        <w:t>ܢܐ</w:t>
      </w:r>
      <w:r>
        <w:rPr>
          <w:rFonts w:ascii="Times New Roman" w:hAnsi="Times New Roman" w:eastAsia="Times New Roman" w:cs="Times New Roman"/>
        </w:rPr>
        <w:t xml:space="preserve"> </w:t>
      </w:r>
      <w:r>
        <w:rPr>
          <w:rFonts w:ascii="Segoe UI Historic" w:hAnsi="Segoe UI Historic" w:eastAsia="Segoe UI Historic" w:cs="Segoe UI Historic"/>
        </w:rPr>
        <w:t>ܠܘܢܕܵܠܵܝܹ</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ܐܵܢܝ</w:t>
      </w:r>
      <w:r>
        <w:rPr>
          <w:rFonts w:ascii="Times New Roman" w:hAnsi="Times New Roman" w:eastAsia="Times New Roman" w:cs="Times New Roman"/>
        </w:rPr>
        <w:t xml:space="preserve"> </w:t>
      </w:r>
      <w:r>
        <w:rPr>
          <w:rFonts w:ascii="Segoe UI Historic" w:hAnsi="Segoe UI Historic" w:eastAsia="Segoe UI Historic" w:cs="Segoe UI Historic"/>
        </w:rPr>
        <w:t>ܕܐܘܼܦ</w:t>
      </w:r>
      <w:r>
        <w:rPr>
          <w:rFonts w:ascii="Times New Roman" w:hAnsi="Times New Roman" w:eastAsia="Times New Roman" w:cs="Times New Roman"/>
        </w:rPr>
        <w:t xml:space="preserve"> </w:t>
      </w:r>
      <w:r>
        <w:rPr>
          <w:rFonts w:ascii="Segoe UI Historic" w:hAnsi="Segoe UI Historic" w:eastAsia="Segoe UI Historic" w:cs="Segoe UI Historic"/>
        </w:rPr>
        <w:t>ܝܼܠܗܘܿܢ</w:t>
      </w:r>
      <w:r>
        <w:rPr>
          <w:rFonts w:ascii="Times New Roman" w:hAnsi="Times New Roman" w:eastAsia="Times New Roman" w:cs="Times New Roman"/>
        </w:rPr>
        <w:t xml:space="preserve"> </w:t>
      </w:r>
      <w:r>
        <w:rPr>
          <w:rFonts w:ascii="Segoe UI Historic" w:hAnsi="Segoe UI Historic" w:eastAsia="Segoe UI Historic" w:cs="Segoe UI Historic"/>
        </w:rPr>
        <w:t>ܡܬܘܼܨܠܹ</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ܒܙܘܼܪܢܵܐ</w:t>
      </w:r>
      <w:r>
        <w:rPr>
          <w:rFonts w:ascii="Times New Roman" w:hAnsi="Times New Roman" w:eastAsia="Times New Roman" w:cs="Times New Roman"/>
        </w:rPr>
        <w:t xml:space="preserve"> </w:t>
      </w:r>
      <w:r>
        <w:rPr>
          <w:rFonts w:ascii="Segoe UI Historic" w:hAnsi="Segoe UI Historic" w:eastAsia="Segoe UI Historic" w:cs="Segoe UI Historic"/>
        </w:rPr>
        <w:t>ܕܬܪܝܼ</w:t>
      </w:r>
      <w:r>
        <w:rPr>
          <w:rFonts w:ascii="Times New Roman" w:hAnsi="Times New Roman" w:eastAsia="Times New Roman" w:cs="Times New Roman"/>
        </w:rPr>
        <w:t xml:space="preserve"> </w:t>
      </w:r>
      <w:r>
        <w:rPr>
          <w:rFonts w:ascii="Segoe UI Historic" w:hAnsi="Segoe UI Historic" w:eastAsia="Segoe UI Historic" w:cs="Segoe UI Historic"/>
        </w:rPr>
        <w:t>ܒܟܬܵܒ݂ܵܐ</w:t>
      </w:r>
      <w:r>
        <w:rPr>
          <w:rFonts w:ascii="Times New Roman" w:hAnsi="Times New Roman" w:eastAsia="Times New Roman" w:cs="Times New Roman"/>
        </w:rPr>
        <w:t xml:space="preserve"> </w:t>
      </w:r>
      <w:r>
        <w:rPr>
          <w:rFonts w:ascii="Segoe UI Historic" w:hAnsi="Segoe UI Historic" w:eastAsia="Segoe UI Historic" w:cs="Segoe UI Historic"/>
        </w:rPr>
        <w:t>ܕܓܸܠܝܵܢܵܐ</w:t>
      </w:r>
      <w:r>
        <w:rPr>
          <w:rFonts w:ascii="Times New Roman" w:hAnsi="Times New Roman" w:eastAsia="Times New Roman" w:cs="Times New Roman"/>
        </w:rPr>
        <w:t xml:space="preserve"> </w:t>
      </w:r>
      <w:r>
        <w:rPr>
          <w:rFonts w:ascii="Segoe UI Historic" w:hAnsi="Segoe UI Historic" w:eastAsia="Segoe UI Historic" w:cs="Segoe UI Historic"/>
        </w:rPr>
        <w:t>ܡܸܢ</w:t>
      </w:r>
      <w:r>
        <w:rPr>
          <w:rFonts w:ascii="Times New Roman" w:hAnsi="Times New Roman" w:eastAsia="Times New Roman" w:cs="Times New Roman"/>
        </w:rPr>
        <w:t xml:space="preserve"> </w:t>
      </w:r>
      <w:r>
        <w:rPr>
          <w:rFonts w:ascii="Segoe UI Historic" w:hAnsi="Segoe UI Historic" w:eastAsia="Segoe UI Historic" w:cs="Segoe UI Historic"/>
        </w:rPr>
        <w:t>ܦܪܩܵܐ</w:t>
      </w:r>
      <w:r>
        <w:rPr>
          <w:rFonts w:ascii="Times New Roman" w:hAnsi="Times New Roman" w:eastAsia="Times New Roman" w:cs="Times New Roman"/>
        </w:rPr>
        <w:t xml:space="preserve"> </w:t>
      </w:r>
      <w:r>
        <w:rPr>
          <w:rFonts w:ascii="Segoe UI Historic" w:hAnsi="Segoe UI Historic" w:eastAsia="Segoe UI Historic" w:cs="Segoe UI Historic"/>
        </w:rPr>
        <w:t>ܬܡܵܢܝܵܐ</w:t>
      </w:r>
      <w:r>
        <w:rPr>
          <w:rFonts w:ascii="Times New Roman" w:hAnsi="Times New Roman" w:eastAsia="Times New Roman" w:cs="Times New Roman"/>
        </w:rPr>
        <w:t xml:space="preserve">. </w:t>
      </w:r>
      <w:r>
        <w:rPr>
          <w:rFonts w:ascii="Segoe UI Historic" w:hAnsi="Segoe UI Historic" w:eastAsia="Segoe UI Historic" w:cs="Segoe UI Historic"/>
        </w:rPr>
        <w:t>ܫܘܼܪܵܝܵܐ</w:t>
      </w:r>
      <w:r>
        <w:rPr>
          <w:rFonts w:ascii="Times New Roman" w:hAnsi="Times New Roman" w:eastAsia="Times New Roman" w:cs="Times New Roman"/>
        </w:rPr>
        <w:t xml:space="preserve"> </w:t>
      </w:r>
      <w:r>
        <w:rPr>
          <w:rFonts w:ascii="Segoe UI Historic" w:hAnsi="Segoe UI Historic" w:eastAsia="Segoe UI Historic" w:cs="Segoe UI Historic"/>
        </w:rPr>
        <w:t>ܕܚܘܼܪܒܵܐ</w:t>
      </w:r>
      <w:r>
        <w:rPr>
          <w:rFonts w:ascii="Times New Roman" w:hAnsi="Times New Roman" w:eastAsia="Times New Roman" w:cs="Times New Roman"/>
        </w:rPr>
        <w:t xml:space="preserve"> </w:t>
      </w:r>
      <w:r>
        <w:rPr>
          <w:rFonts w:ascii="Segoe UI Historic" w:hAnsi="Segoe UI Historic" w:eastAsia="Segoe UI Historic" w:cs="Segoe UI Historic"/>
        </w:rPr>
        <w:t>ܒܕܸܪܓܵܐ</w:t>
      </w:r>
      <w:r>
        <w:rPr>
          <w:rFonts w:ascii="Times New Roman" w:hAnsi="Times New Roman" w:eastAsia="Times New Roman" w:cs="Times New Roman"/>
        </w:rPr>
        <w:t xml:space="preserve"> </w:t>
      </w:r>
      <w:r>
        <w:rPr>
          <w:rFonts w:ascii="Segoe UI Historic" w:hAnsi="Segoe UI Historic" w:eastAsia="Segoe UI Historic" w:cs="Segoe UI Historic"/>
        </w:rPr>
        <w:t>ܕܪܗܘܿܡܝ</w:t>
      </w:r>
      <w:r>
        <w:rPr>
          <w:rFonts w:ascii="Times New Roman" w:hAnsi="Times New Roman" w:eastAsia="Times New Roman" w:cs="Times New Roman"/>
        </w:rPr>
        <w:t xml:space="preserve"> </w:t>
      </w:r>
      <w:r>
        <w:rPr>
          <w:rFonts w:ascii="Segoe UI Historic" w:hAnsi="Segoe UI Historic" w:eastAsia="Segoe UI Historic" w:cs="Segoe UI Historic"/>
        </w:rPr>
        <w:t>ܫܪܹܐ</w:t>
      </w:r>
      <w:r>
        <w:rPr>
          <w:rFonts w:ascii="Times New Roman" w:hAnsi="Times New Roman" w:eastAsia="Times New Roman" w:cs="Times New Roman"/>
        </w:rPr>
        <w:t xml:space="preserve"> </w:t>
      </w:r>
      <w:r>
        <w:rPr>
          <w:rFonts w:ascii="Segoe UI Historic" w:hAnsi="Segoe UI Historic" w:eastAsia="Segoe UI Historic" w:cs="Segoe UI Historic"/>
        </w:rPr>
        <w:t>ܒܫܢ</w:t>
      </w:r>
      <w:r>
        <w:rPr>
          <w:rFonts w:ascii="Times New Roman" w:hAnsi="Times New Roman" w:eastAsia="Times New Roman" w:cs="Times New Roman"/>
        </w:rPr>
        <w:t>̱</w:t>
      </w:r>
      <w:r>
        <w:rPr>
          <w:rFonts w:ascii="Segoe UI Historic" w:hAnsi="Segoe UI Historic" w:eastAsia="Segoe UI Historic" w:cs="Segoe UI Historic"/>
        </w:rPr>
        <w:t>ܬܵܐ</w:t>
      </w:r>
      <w:r>
        <w:rPr>
          <w:rFonts w:ascii="Times New Roman" w:hAnsi="Times New Roman" w:eastAsia="Times New Roman" w:cs="Times New Roman"/>
        </w:rPr>
        <w:t xml:space="preserve"> 330، </w:t>
      </w:r>
      <w:r>
        <w:rPr>
          <w:rFonts w:ascii="Segoe UI Historic" w:hAnsi="Segoe UI Historic" w:eastAsia="Segoe UI Historic" w:cs="Segoe UI Historic"/>
        </w:rPr>
        <w:t>ܟܲܕ</w:t>
      </w:r>
      <w:r>
        <w:rPr>
          <w:rFonts w:ascii="Times New Roman" w:hAnsi="Times New Roman" w:eastAsia="Times New Roman" w:cs="Times New Roman"/>
        </w:rPr>
        <w:t xml:space="preserve"> </w:t>
      </w:r>
      <w:r>
        <w:rPr>
          <w:rFonts w:ascii="Segoe UI Historic" w:hAnsi="Segoe UI Historic" w:eastAsia="Segoe UI Historic" w:cs="Segoe UI Historic"/>
        </w:rPr>
        <w:t>ܩܘܿܢܣܛܲܢܛܝܼܢ</w:t>
      </w:r>
      <w:r>
        <w:rPr>
          <w:rFonts w:ascii="Times New Roman" w:hAnsi="Times New Roman" w:eastAsia="Times New Roman" w:cs="Times New Roman"/>
        </w:rPr>
        <w:t xml:space="preserve"> </w:t>
      </w:r>
      <w:r>
        <w:rPr>
          <w:rFonts w:ascii="Segoe UI Historic" w:hAnsi="Segoe UI Historic" w:eastAsia="Segoe UI Historic" w:cs="Segoe UI Historic"/>
        </w:rPr>
        <w:t>ܦܠܸܓܠܵܗ</w:t>
      </w:r>
      <w:r>
        <w:rPr>
          <w:rFonts w:ascii="Times New Roman" w:hAnsi="Times New Roman" w:eastAsia="Times New Roman" w:cs="Times New Roman"/>
        </w:rPr>
        <w:t xml:space="preserve">̇ </w:t>
      </w:r>
      <w:r>
        <w:rPr>
          <w:rFonts w:ascii="Segoe UI Historic" w:hAnsi="Segoe UI Historic" w:eastAsia="Segoe UI Historic" w:cs="Segoe UI Historic"/>
        </w:rPr>
        <w:t>ܠܡܲܠܟܘܼܬܵܐ</w:t>
      </w:r>
      <w:r>
        <w:rPr>
          <w:rFonts w:ascii="Times New Roman" w:hAnsi="Times New Roman" w:eastAsia="Times New Roman" w:cs="Times New Roman"/>
        </w:rPr>
        <w:t xml:space="preserve"> </w:t>
      </w:r>
      <w:r>
        <w:rPr>
          <w:rFonts w:ascii="Segoe UI Historic" w:hAnsi="Segoe UI Historic" w:eastAsia="Segoe UI Historic" w:cs="Segoe UI Historic"/>
        </w:rPr>
        <w:t>ܠܡܲܕܢܚܵܐ</w:t>
      </w:r>
      <w:r>
        <w:rPr>
          <w:rFonts w:ascii="Times New Roman" w:hAnsi="Times New Roman" w:eastAsia="Times New Roman" w:cs="Times New Roman"/>
        </w:rPr>
        <w:t xml:space="preserve"> </w:t>
      </w:r>
      <w:r>
        <w:rPr>
          <w:rFonts w:ascii="Segoe UI Historic" w:hAnsi="Segoe UI Historic" w:eastAsia="Segoe UI Historic" w:cs="Segoe UI Historic"/>
        </w:rPr>
        <w:t>ܘܠܡܲܥܪܒ݂ܵܐ</w:t>
      </w:r>
      <w:r>
        <w:rPr>
          <w:rFonts w:ascii="Times New Roman" w:hAnsi="Times New Roman" w:eastAsia="Times New Roman" w:cs="Times New Roman"/>
        </w:rPr>
        <w:t xml:space="preserve">. </w:t>
      </w:r>
      <w:r>
        <w:rPr>
          <w:rFonts w:ascii="Segoe UI Historic" w:hAnsi="Segoe UI Historic" w:eastAsia="Segoe UI Historic" w:cs="Segoe UI Historic"/>
        </w:rPr>
        <w:t>ܘܒܵܬܪ</w:t>
      </w:r>
      <w:r>
        <w:rPr>
          <w:rFonts w:ascii="Times New Roman" w:hAnsi="Times New Roman" w:eastAsia="Times New Roman" w:cs="Times New Roman"/>
        </w:rPr>
        <w:t xml:space="preserve"> </w:t>
      </w:r>
      <w:r>
        <w:rPr>
          <w:rFonts w:ascii="Segoe UI Historic" w:hAnsi="Segoe UI Historic" w:eastAsia="Segoe UI Historic" w:cs="Segoe UI Historic"/>
        </w:rPr>
        <w:t>ܗܵܕܟ݂ܵܐ</w:t>
      </w:r>
      <w:r>
        <w:rPr>
          <w:rFonts w:ascii="Times New Roman" w:hAnsi="Times New Roman" w:eastAsia="Times New Roman" w:cs="Times New Roman"/>
        </w:rPr>
        <w:t xml:space="preserve"> </w:t>
      </w:r>
      <w:r>
        <w:rPr>
          <w:rFonts w:ascii="Segoe UI Historic" w:hAnsi="Segoe UI Historic" w:eastAsia="Segoe UI Historic" w:cs="Segoe UI Historic"/>
        </w:rPr>
        <w:t>ܦܠܸܓܠܵܗ</w:t>
      </w:r>
      <w:r>
        <w:rPr>
          <w:rFonts w:ascii="Times New Roman" w:hAnsi="Times New Roman" w:eastAsia="Times New Roman" w:cs="Times New Roman"/>
        </w:rPr>
        <w:t xml:space="preserve">̇ </w:t>
      </w:r>
      <w:r>
        <w:rPr>
          <w:rFonts w:ascii="Segoe UI Historic" w:hAnsi="Segoe UI Historic" w:eastAsia="Segoe UI Historic" w:cs="Segoe UI Historic"/>
        </w:rPr>
        <w:t>ܠܬܠܵܬܵܐ</w:t>
      </w:r>
      <w:r>
        <w:rPr>
          <w:rFonts w:ascii="Times New Roman" w:hAnsi="Times New Roman" w:eastAsia="Times New Roman" w:cs="Times New Roman"/>
        </w:rPr>
        <w:t xml:space="preserve"> </w:t>
      </w:r>
      <w:r>
        <w:rPr>
          <w:rFonts w:ascii="Segoe UI Historic" w:hAnsi="Segoe UI Historic" w:eastAsia="Segoe UI Historic" w:cs="Segoe UI Historic"/>
        </w:rPr>
        <w:t>ܒܢܘܿܢܹ</w:t>
      </w:r>
      <w:r>
        <w:rPr>
          <w:rFonts w:ascii="Times New Roman" w:hAnsi="Times New Roman" w:eastAsia="Times New Roman" w:cs="Times New Roman"/>
        </w:rPr>
        <w:t>̈</w:t>
      </w:r>
      <w:r>
        <w:rPr>
          <w:rFonts w:ascii="Segoe UI Historic" w:hAnsi="Segoe UI Historic" w:eastAsia="Segoe UI Historic" w:cs="Segoe UI Historic"/>
        </w:rPr>
        <w:t>ܗ</w:t>
      </w:r>
      <w:r>
        <w:rPr>
          <w:rFonts w:ascii="Times New Roman" w:hAnsi="Times New Roman" w:eastAsia="Times New Roman" w:cs="Times New Roman"/>
        </w:rPr>
        <w:t xml:space="preserve">. </w:t>
      </w:r>
      <w:r>
        <w:rPr>
          <w:rFonts w:ascii="Segoe UI Historic" w:hAnsi="Segoe UI Historic" w:eastAsia="Segoe UI Historic" w:cs="Segoe UI Historic"/>
        </w:rPr>
        <w:t>ܐܝܼܡܦܵܪܛܘܿܪܝܼܵܐ</w:t>
      </w:r>
      <w:r>
        <w:rPr>
          <w:rFonts w:ascii="Times New Roman" w:hAnsi="Times New Roman" w:eastAsia="Times New Roman" w:cs="Times New Roman"/>
        </w:rPr>
        <w:t xml:space="preserve"> </w:t>
      </w:r>
      <w:r>
        <w:rPr>
          <w:rFonts w:ascii="Segoe UI Historic" w:hAnsi="Segoe UI Historic" w:eastAsia="Segoe UI Historic" w:cs="Segoe UI Historic"/>
        </w:rPr>
        <w:t>ܕܪܗܘܿܡܝ</w:t>
      </w:r>
      <w:r>
        <w:rPr>
          <w:rFonts w:ascii="Times New Roman" w:hAnsi="Times New Roman" w:eastAsia="Times New Roman" w:cs="Times New Roman"/>
        </w:rPr>
        <w:t xml:space="preserve">، </w:t>
      </w:r>
      <w:r>
        <w:rPr>
          <w:rFonts w:ascii="Segoe UI Historic" w:hAnsi="Segoe UI Historic" w:eastAsia="Segoe UI Historic" w:cs="Segoe UI Historic"/>
        </w:rPr>
        <w:t>ܕܗܘܵܐ</w:t>
      </w:r>
      <w:r>
        <w:rPr>
          <w:rFonts w:ascii="Times New Roman" w:hAnsi="Times New Roman" w:eastAsia="Times New Roman" w:cs="Times New Roman"/>
        </w:rPr>
        <w:t xml:space="preserve"> </w:t>
      </w:r>
      <w:r>
        <w:rPr>
          <w:rFonts w:ascii="Segoe UI Historic" w:hAnsi="Segoe UI Historic" w:eastAsia="Segoe UI Historic" w:cs="Segoe UI Historic"/>
        </w:rPr>
        <w:t>ܠܵܐ</w:t>
      </w:r>
      <w:r>
        <w:rPr>
          <w:rFonts w:ascii="Times New Roman" w:hAnsi="Times New Roman" w:eastAsia="Times New Roman" w:cs="Times New Roman"/>
        </w:rPr>
        <w:t xml:space="preserve"> </w:t>
      </w:r>
      <w:r>
        <w:rPr>
          <w:rFonts w:ascii="Segoe UI Historic" w:hAnsi="Segoe UI Historic" w:eastAsia="Segoe UI Historic" w:cs="Segoe UI Historic"/>
        </w:rPr>
        <w:t>ܡܬܢܲܨܚܵܢܬܵܐ</w:t>
      </w:r>
      <w:r>
        <w:rPr>
          <w:rFonts w:ascii="Times New Roman" w:hAnsi="Times New Roman" w:eastAsia="Times New Roman" w:cs="Times New Roman"/>
        </w:rPr>
        <w:t xml:space="preserve"> </w:t>
      </w:r>
      <w:r>
        <w:rPr>
          <w:rFonts w:ascii="Segoe UI Historic" w:hAnsi="Segoe UI Historic" w:eastAsia="Segoe UI Historic" w:cs="Segoe UI Historic"/>
        </w:rPr>
        <w:t>ܡ</w:t>
      </w:r>
      <w:r>
        <w:rPr>
          <w:rFonts w:ascii="Times New Roman" w:hAnsi="Times New Roman" w:eastAsia="Times New Roman" w:cs="Times New Roman"/>
        </w:rPr>
        <w:t>̣</w:t>
      </w:r>
      <w:r>
        <w:rPr>
          <w:rFonts w:ascii="Segoe UI Historic" w:hAnsi="Segoe UI Historic" w:eastAsia="Segoe UI Historic" w:cs="Segoe UI Historic"/>
        </w:rPr>
        <w:t>ܢ</w:t>
      </w:r>
      <w:r>
        <w:rPr>
          <w:rFonts w:ascii="Times New Roman" w:hAnsi="Times New Roman" w:eastAsia="Times New Roman" w:cs="Times New Roman"/>
        </w:rPr>
        <w:t xml:space="preserve"> </w:t>
      </w:r>
      <w:r>
        <w:rPr>
          <w:rFonts w:ascii="Segoe UI Historic" w:hAnsi="Segoe UI Historic" w:eastAsia="Segoe UI Historic" w:cs="Segoe UI Historic"/>
        </w:rPr>
        <w:t>ܦܠܵܫܵܐ</w:t>
      </w:r>
      <w:r>
        <w:rPr>
          <w:rFonts w:ascii="Times New Roman" w:hAnsi="Times New Roman" w:eastAsia="Times New Roman" w:cs="Times New Roman"/>
        </w:rPr>
        <w:t xml:space="preserve"> </w:t>
      </w:r>
      <w:r>
        <w:rPr>
          <w:rFonts w:ascii="Segoe UI Historic" w:hAnsi="Segoe UI Historic" w:eastAsia="Segoe UI Historic" w:cs="Segoe UI Historic"/>
        </w:rPr>
        <w:t>ܕܐܲܩܛܝܘܿܢ</w:t>
      </w:r>
      <w:r>
        <w:rPr>
          <w:rFonts w:ascii="Times New Roman" w:hAnsi="Times New Roman" w:eastAsia="Times New Roman" w:cs="Times New Roman"/>
        </w:rPr>
        <w:t xml:space="preserve">، </w:t>
      </w:r>
      <w:r>
        <w:rPr>
          <w:rFonts w:ascii="Segoe UI Historic" w:hAnsi="Segoe UI Historic" w:eastAsia="Segoe UI Historic" w:cs="Segoe UI Historic"/>
        </w:rPr>
        <w:t>ܗܵܝܕܝܼܢ</w:t>
      </w:r>
      <w:r>
        <w:rPr>
          <w:rFonts w:ascii="Times New Roman" w:hAnsi="Times New Roman" w:eastAsia="Times New Roman" w:cs="Times New Roman"/>
        </w:rPr>
        <w:t xml:space="preserve"> </w:t>
      </w:r>
      <w:r>
        <w:rPr>
          <w:rFonts w:ascii="Segoe UI Historic" w:hAnsi="Segoe UI Historic" w:eastAsia="Segoe UI Historic" w:cs="Segoe UI Historic"/>
        </w:rPr>
        <w:t>ܐܬܦܲܠܓܲܬ</w:t>
      </w:r>
      <w:r>
        <w:rPr>
          <w:rFonts w:ascii="Times New Roman" w:hAnsi="Times New Roman" w:eastAsia="Times New Roman" w:cs="Times New Roman"/>
        </w:rPr>
        <w:t xml:space="preserve"> </w:t>
      </w:r>
      <w:r>
        <w:rPr>
          <w:rFonts w:ascii="Segoe UI Historic" w:hAnsi="Segoe UI Historic" w:eastAsia="Segoe UI Historic" w:cs="Segoe UI Historic"/>
        </w:rPr>
        <w:t>ܠܬܪܹܝܢ</w:t>
      </w:r>
      <w:r>
        <w:rPr>
          <w:rFonts w:ascii="Times New Roman" w:hAnsi="Times New Roman" w:eastAsia="Times New Roman" w:cs="Times New Roman"/>
        </w:rPr>
        <w:t xml:space="preserve"> </w:t>
      </w:r>
      <w:r>
        <w:rPr>
          <w:rFonts w:ascii="Segoe UI Historic" w:hAnsi="Segoe UI Historic" w:eastAsia="Segoe UI Historic" w:cs="Segoe UI Historic"/>
        </w:rPr>
        <w:t>ܦܠܓܹ</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ܗܵܝܕܝܼܢ</w:t>
      </w:r>
      <w:r>
        <w:rPr>
          <w:rFonts w:ascii="Times New Roman" w:hAnsi="Times New Roman" w:eastAsia="Times New Roman" w:cs="Times New Roman"/>
        </w:rPr>
        <w:t xml:space="preserve"> </w:t>
      </w:r>
      <w:r>
        <w:rPr>
          <w:rFonts w:ascii="Segoe UI Historic" w:hAnsi="Segoe UI Historic" w:eastAsia="Segoe UI Historic" w:cs="Segoe UI Historic"/>
        </w:rPr>
        <w:t>ܠܬܠܵܬܵܐ</w:t>
      </w:r>
      <w:r>
        <w:rPr>
          <w:rFonts w:ascii="Times New Roman" w:hAnsi="Times New Roman" w:eastAsia="Times New Roman" w:cs="Times New Roman"/>
        </w:rPr>
        <w:t xml:space="preserve"> </w:t>
      </w:r>
      <w:r>
        <w:rPr>
          <w:rFonts w:ascii="Segoe UI Historic" w:hAnsi="Segoe UI Historic" w:eastAsia="Segoe UI Historic" w:cs="Segoe UI Historic"/>
        </w:rPr>
        <w:t>ܦܠܓܹ</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ܘܗܵܝܕܝܼܢ</w:t>
      </w:r>
      <w:r>
        <w:rPr>
          <w:rFonts w:ascii="Times New Roman" w:hAnsi="Times New Roman" w:eastAsia="Times New Roman" w:cs="Times New Roman"/>
        </w:rPr>
        <w:t xml:space="preserve"> </w:t>
      </w:r>
      <w:r>
        <w:rPr>
          <w:rFonts w:ascii="Segoe UI Historic" w:hAnsi="Segoe UI Historic" w:eastAsia="Segoe UI Historic" w:cs="Segoe UI Historic"/>
        </w:rPr>
        <w:t>ܐܲܪܒܥܵܐ</w:t>
      </w:r>
      <w:r>
        <w:rPr>
          <w:rFonts w:ascii="Times New Roman" w:hAnsi="Times New Roman" w:eastAsia="Times New Roman" w:cs="Times New Roman"/>
        </w:rPr>
        <w:t xml:space="preserve"> </w:t>
      </w:r>
      <w:r>
        <w:rPr>
          <w:rFonts w:ascii="Segoe UI Historic" w:hAnsi="Segoe UI Historic" w:eastAsia="Segoe UI Historic" w:cs="Segoe UI Historic"/>
        </w:rPr>
        <w:t>ܙܘܼܪ</w:t>
      </w:r>
      <w:r>
        <w:rPr>
          <w:rFonts w:ascii="Times New Roman" w:hAnsi="Times New Roman" w:eastAsia="Times New Roman" w:cs="Times New Roman"/>
        </w:rPr>
        <w:t>̈</w:t>
      </w:r>
      <w:r>
        <w:rPr>
          <w:rFonts w:ascii="Segoe UI Historic" w:hAnsi="Segoe UI Historic" w:eastAsia="Segoe UI Historic" w:cs="Segoe UI Historic"/>
        </w:rPr>
        <w:t>ܢܹܐ</w:t>
      </w:r>
      <w:r>
        <w:rPr>
          <w:rFonts w:ascii="Times New Roman" w:hAnsi="Times New Roman" w:eastAsia="Times New Roman" w:cs="Times New Roman"/>
        </w:rPr>
        <w:t xml:space="preserve"> </w:t>
      </w:r>
      <w:r>
        <w:rPr>
          <w:rFonts w:ascii="Segoe UI Historic" w:hAnsi="Segoe UI Historic" w:eastAsia="Segoe UI Historic" w:cs="Segoe UI Historic"/>
        </w:rPr>
        <w:t>ܩܲܕܡܵܝܹ</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ܕܓܸܠܝܵܢܵܐ</w:t>
      </w:r>
      <w:r>
        <w:rPr>
          <w:rFonts w:ascii="Times New Roman" w:hAnsi="Times New Roman" w:eastAsia="Times New Roman" w:cs="Times New Roman"/>
        </w:rPr>
        <w:t xml:space="preserve"> </w:t>
      </w:r>
      <w:r>
        <w:rPr>
          <w:rFonts w:ascii="Segoe UI Historic" w:hAnsi="Segoe UI Historic" w:eastAsia="Segoe UI Historic" w:cs="Segoe UI Historic"/>
        </w:rPr>
        <w:t>ܡ</w:t>
      </w:r>
      <w:r>
        <w:rPr>
          <w:rFonts w:ascii="Times New Roman" w:hAnsi="Times New Roman" w:eastAsia="Times New Roman" w:cs="Times New Roman"/>
        </w:rPr>
        <w:t>̣</w:t>
      </w:r>
      <w:r>
        <w:rPr>
          <w:rFonts w:ascii="Segoe UI Historic" w:hAnsi="Segoe UI Historic" w:eastAsia="Segoe UI Historic" w:cs="Segoe UI Historic"/>
        </w:rPr>
        <w:t>ܢ</w:t>
      </w:r>
      <w:r>
        <w:rPr>
          <w:rFonts w:ascii="Times New Roman" w:hAnsi="Times New Roman" w:eastAsia="Times New Roman" w:cs="Times New Roman"/>
        </w:rPr>
        <w:t xml:space="preserve"> </w:t>
      </w:r>
      <w:r>
        <w:rPr>
          <w:rFonts w:ascii="Segoe UI Historic" w:hAnsi="Segoe UI Historic" w:eastAsia="Segoe UI Historic" w:cs="Segoe UI Historic"/>
        </w:rPr>
        <w:t>ܦܪܩܵܐ</w:t>
      </w:r>
      <w:r>
        <w:rPr>
          <w:rFonts w:ascii="Times New Roman" w:hAnsi="Times New Roman" w:eastAsia="Times New Roman" w:cs="Times New Roman"/>
        </w:rPr>
        <w:t xml:space="preserve"> </w:t>
      </w:r>
      <w:r>
        <w:rPr>
          <w:rFonts w:ascii="Segoe UI Historic" w:hAnsi="Segoe UI Historic" w:eastAsia="Segoe UI Historic" w:cs="Segoe UI Historic"/>
        </w:rPr>
        <w:t>ܬܡܵܢܝܵܐ</w:t>
      </w:r>
      <w:r>
        <w:rPr>
          <w:rFonts w:ascii="Times New Roman" w:hAnsi="Times New Roman" w:eastAsia="Times New Roman" w:cs="Times New Roman"/>
        </w:rPr>
        <w:t xml:space="preserve"> </w:t>
      </w:r>
      <w:r>
        <w:rPr>
          <w:rFonts w:ascii="Segoe UI Historic" w:hAnsi="Segoe UI Historic" w:eastAsia="Segoe UI Historic" w:cs="Segoe UI Historic"/>
        </w:rPr>
        <w:t>ܡܨܲܝܪܝܼ</w:t>
      </w:r>
      <w:r>
        <w:rPr>
          <w:rFonts w:ascii="Times New Roman" w:hAnsi="Times New Roman" w:eastAsia="Times New Roman" w:cs="Times New Roman"/>
        </w:rPr>
        <w:t xml:space="preserve"> </w:t>
      </w:r>
      <w:r>
        <w:rPr>
          <w:rFonts w:ascii="Segoe UI Historic" w:hAnsi="Segoe UI Historic" w:eastAsia="Segoe UI Historic" w:cs="Segoe UI Historic"/>
        </w:rPr>
        <w:t>ܗܘܵܘ</w:t>
      </w:r>
      <w:r>
        <w:rPr>
          <w:rFonts w:ascii="Times New Roman" w:hAnsi="Times New Roman" w:eastAsia="Times New Roman" w:cs="Times New Roman"/>
        </w:rPr>
        <w:t xml:space="preserve"> </w:t>
      </w:r>
      <w:r>
        <w:rPr>
          <w:rFonts w:ascii="Segoe UI Historic" w:hAnsi="Segoe UI Historic" w:eastAsia="Segoe UI Historic" w:cs="Segoe UI Historic"/>
        </w:rPr>
        <w:t>ܥܠ</w:t>
      </w:r>
      <w:r>
        <w:rPr>
          <w:rFonts w:ascii="Times New Roman" w:hAnsi="Times New Roman" w:eastAsia="Times New Roman" w:cs="Times New Roman"/>
        </w:rPr>
        <w:t xml:space="preserve"> </w:t>
      </w:r>
      <w:r>
        <w:rPr>
          <w:rFonts w:ascii="Segoe UI Historic" w:hAnsi="Segoe UI Historic" w:eastAsia="Segoe UI Historic" w:cs="Segoe UI Historic"/>
        </w:rPr>
        <w:t>ܬܩܝܼܦܘܼܬܵܐ</w:t>
      </w:r>
      <w:r>
        <w:rPr>
          <w:rFonts w:ascii="Times New Roman" w:hAnsi="Times New Roman" w:eastAsia="Times New Roman" w:cs="Times New Roman"/>
        </w:rPr>
        <w:t xml:space="preserve"> </w:t>
      </w:r>
      <w:r>
        <w:rPr>
          <w:rFonts w:ascii="Segoe UI Historic" w:hAnsi="Segoe UI Historic" w:eastAsia="Segoe UI Historic" w:cs="Segoe UI Historic"/>
        </w:rPr>
        <w:t>ܕܒܥܸܠܕܒ݂ܵܒ݂ܹ</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ܕܐܡܝܼܪܵܗ</w:t>
      </w:r>
      <w:r>
        <w:rPr>
          <w:rFonts w:ascii="Times New Roman" w:hAnsi="Times New Roman" w:eastAsia="Times New Roman" w:cs="Times New Roman"/>
        </w:rPr>
        <w:t xml:space="preserve">̇ </w:t>
      </w:r>
      <w:r>
        <w:rPr>
          <w:rFonts w:ascii="Segoe UI Historic" w:hAnsi="Segoe UI Historic" w:eastAsia="Segoe UI Historic" w:cs="Segoe UI Historic"/>
        </w:rPr>
        <w:t>ܠܪܗܘܿܡܝ</w:t>
      </w:r>
      <w:r>
        <w:rPr>
          <w:rFonts w:ascii="Times New Roman" w:hAnsi="Times New Roman" w:eastAsia="Times New Roman" w:cs="Times New Roman"/>
        </w:rPr>
        <w:t xml:space="preserve"> </w:t>
      </w:r>
      <w:r>
        <w:rPr>
          <w:rFonts w:ascii="Segoe UI Historic" w:hAnsi="Segoe UI Historic" w:eastAsia="Segoe UI Historic" w:cs="Segoe UI Historic"/>
        </w:rPr>
        <w:t>ܡܲܥܪܒ݂ܵܝܬܵܐ</w:t>
      </w:r>
      <w:r>
        <w:rPr>
          <w:rFonts w:ascii="Times New Roman" w:hAnsi="Times New Roman" w:eastAsia="Times New Roman" w:cs="Times New Roman"/>
        </w:rPr>
        <w:t xml:space="preserve"> </w:t>
      </w:r>
      <w:r>
        <w:rPr>
          <w:rFonts w:ascii="Segoe UI Historic" w:hAnsi="Segoe UI Historic" w:eastAsia="Segoe UI Historic" w:cs="Segoe UI Historic"/>
        </w:rPr>
        <w:t>ܠܫܘܼܠܵܡܵܐ</w:t>
      </w:r>
      <w:r>
        <w:rPr>
          <w:rFonts w:ascii="Times New Roman" w:hAnsi="Times New Roman" w:eastAsia="Times New Roman" w:cs="Times New Roman"/>
        </w:rPr>
        <w:t xml:space="preserve"> </w:t>
      </w:r>
      <w:r>
        <w:rPr>
          <w:rFonts w:ascii="Segoe UI Historic" w:hAnsi="Segoe UI Historic" w:eastAsia="Segoe UI Historic" w:cs="Segoe UI Historic"/>
        </w:rPr>
        <w:t>ܒܫܢ</w:t>
      </w:r>
      <w:r>
        <w:rPr>
          <w:rFonts w:ascii="Times New Roman" w:hAnsi="Times New Roman" w:eastAsia="Times New Roman" w:cs="Times New Roman"/>
        </w:rPr>
        <w:t>̱</w:t>
      </w:r>
      <w:r>
        <w:rPr>
          <w:rFonts w:ascii="Segoe UI Historic" w:hAnsi="Segoe UI Historic" w:eastAsia="Segoe UI Historic" w:cs="Segoe UI Historic"/>
        </w:rPr>
        <w:t>ܬܵܐ</w:t>
      </w:r>
      <w:r>
        <w:rPr>
          <w:rFonts w:ascii="Times New Roman" w:hAnsi="Times New Roman" w:eastAsia="Times New Roman" w:cs="Times New Roman"/>
        </w:rPr>
        <w:t xml:space="preserve"> 476. </w:t>
      </w:r>
      <w:r>
        <w:rPr>
          <w:rFonts w:ascii="Segoe UI Historic" w:hAnsi="Segoe UI Historic" w:eastAsia="Segoe UI Historic" w:cs="Segoe UI Historic"/>
        </w:rPr>
        <w:t>ܪܗܘܿܡܝ</w:t>
      </w:r>
      <w:r>
        <w:rPr>
          <w:rFonts w:ascii="Times New Roman" w:hAnsi="Times New Roman" w:eastAsia="Times New Roman" w:cs="Times New Roman"/>
        </w:rPr>
        <w:t xml:space="preserve"> </w:t>
      </w:r>
      <w:r>
        <w:rPr>
          <w:rFonts w:ascii="Segoe UI Historic" w:hAnsi="Segoe UI Historic" w:eastAsia="Segoe UI Historic" w:cs="Segoe UI Historic"/>
        </w:rPr>
        <w:t>ܡܲܕܢܚܵܝܬܵܐ</w:t>
      </w:r>
      <w:r>
        <w:rPr>
          <w:rFonts w:ascii="Times New Roman" w:hAnsi="Times New Roman" w:eastAsia="Times New Roman" w:cs="Times New Roman"/>
        </w:rPr>
        <w:t xml:space="preserve"> </w:t>
      </w:r>
      <w:r>
        <w:rPr>
          <w:rFonts w:ascii="Segoe UI Historic" w:hAnsi="Segoe UI Historic" w:eastAsia="Segoe UI Historic" w:cs="Segoe UI Historic"/>
        </w:rPr>
        <w:t>ܒܩܘܿܣܛܲܢܛܝܼܢܘܿܦܘܿܠܝܼܣ</w:t>
      </w:r>
      <w:r>
        <w:rPr>
          <w:rFonts w:ascii="Times New Roman" w:hAnsi="Times New Roman" w:eastAsia="Times New Roman" w:cs="Times New Roman"/>
        </w:rPr>
        <w:t xml:space="preserve"> </w:t>
      </w:r>
      <w:r>
        <w:rPr>
          <w:rFonts w:ascii="Segoe UI Historic" w:hAnsi="Segoe UI Historic" w:eastAsia="Segoe UI Historic" w:cs="Segoe UI Historic"/>
        </w:rPr>
        <w:t>ܩܘܸܡܠܵܗ</w:t>
      </w:r>
      <w:r>
        <w:rPr>
          <w:rFonts w:ascii="Times New Roman" w:hAnsi="Times New Roman" w:eastAsia="Times New Roman" w:cs="Times New Roman"/>
        </w:rPr>
        <w:t xml:space="preserve">̇ </w:t>
      </w:r>
      <w:r>
        <w:rPr>
          <w:rFonts w:ascii="Segoe UI Historic" w:hAnsi="Segoe UI Historic" w:eastAsia="Segoe UI Historic" w:cs="Segoe UI Historic"/>
        </w:rPr>
        <w:t>ܗܲܠ</w:t>
      </w:r>
      <w:r>
        <w:rPr>
          <w:rFonts w:ascii="Times New Roman" w:hAnsi="Times New Roman" w:eastAsia="Times New Roman" w:cs="Times New Roman"/>
        </w:rPr>
        <w:t xml:space="preserve"> </w:t>
      </w:r>
      <w:r>
        <w:rPr>
          <w:rFonts w:ascii="Segoe UI Historic" w:hAnsi="Segoe UI Historic" w:eastAsia="Segoe UI Historic" w:cs="Segoe UI Historic"/>
        </w:rPr>
        <w:t>ܫܘܼܠܵܡܵܐ</w:t>
      </w:r>
      <w:r>
        <w:rPr>
          <w:rFonts w:ascii="Times New Roman" w:hAnsi="Times New Roman" w:eastAsia="Times New Roman" w:cs="Times New Roman"/>
        </w:rPr>
        <w:t xml:space="preserve"> </w:t>
      </w:r>
      <w:r>
        <w:rPr>
          <w:rFonts w:ascii="Segoe UI Historic" w:hAnsi="Segoe UI Historic" w:eastAsia="Segoe UI Historic" w:cs="Segoe UI Historic"/>
        </w:rPr>
        <w:t>ܕܙܘܼܪܢܵܐ</w:t>
      </w:r>
      <w:r>
        <w:rPr>
          <w:rFonts w:ascii="Times New Roman" w:hAnsi="Times New Roman" w:eastAsia="Times New Roman" w:cs="Times New Roman"/>
        </w:rPr>
        <w:t xml:space="preserve"> </w:t>
      </w:r>
      <w:r>
        <w:rPr>
          <w:rFonts w:ascii="Segoe UI Historic" w:hAnsi="Segoe UI Historic" w:eastAsia="Segoe UI Historic" w:cs="Segoe UI Historic"/>
        </w:rPr>
        <w:t>ܕܚܲܡܫܵܐ</w:t>
      </w:r>
      <w:r>
        <w:rPr>
          <w:rFonts w:ascii="Times New Roman" w:hAnsi="Times New Roman" w:eastAsia="Times New Roman" w:cs="Times New Roman"/>
        </w:rPr>
        <w:t xml:space="preserve"> </w:t>
      </w:r>
      <w:r>
        <w:rPr>
          <w:rFonts w:ascii="Segoe UI Historic" w:hAnsi="Segoe UI Historic" w:eastAsia="Segoe UI Historic" w:cs="Segoe UI Historic"/>
        </w:rPr>
        <w:t>ܘܫܘܼܪܵܝܵܐ</w:t>
      </w:r>
      <w:r>
        <w:rPr>
          <w:rFonts w:ascii="Times New Roman" w:hAnsi="Times New Roman" w:eastAsia="Times New Roman" w:cs="Times New Roman"/>
        </w:rPr>
        <w:t xml:space="preserve"> </w:t>
      </w:r>
      <w:r>
        <w:rPr>
          <w:rFonts w:ascii="Segoe UI Historic" w:hAnsi="Segoe UI Historic" w:eastAsia="Segoe UI Historic" w:cs="Segoe UI Historic"/>
        </w:rPr>
        <w:t>ܕܙܘܼܪܢܵܐ</w:t>
      </w:r>
      <w:r>
        <w:rPr>
          <w:rFonts w:ascii="Times New Roman" w:hAnsi="Times New Roman" w:eastAsia="Times New Roman" w:cs="Times New Roman"/>
        </w:rPr>
        <w:t xml:space="preserve"> </w:t>
      </w:r>
      <w:r>
        <w:rPr>
          <w:rFonts w:ascii="Segoe UI Historic" w:hAnsi="Segoe UI Historic" w:eastAsia="Segoe UI Historic" w:cs="Segoe UI Historic"/>
        </w:rPr>
        <w:t>ܕܫܸܬܵܐ</w:t>
      </w:r>
      <w:r>
        <w:rPr>
          <w:rFonts w:ascii="Times New Roman" w:hAnsi="Times New Roman" w:eastAsia="Times New Roman" w:cs="Times New Roman"/>
        </w:rPr>
        <w:t xml:space="preserve">، </w:t>
      </w:r>
      <w:r>
        <w:rPr>
          <w:rFonts w:ascii="Segoe UI Historic" w:hAnsi="Segoe UI Historic" w:eastAsia="Segoe UI Historic" w:cs="Segoe UI Historic"/>
        </w:rPr>
        <w:t>ܕܐܵܢܝ</w:t>
      </w:r>
      <w:r>
        <w:rPr>
          <w:rFonts w:ascii="Times New Roman" w:hAnsi="Times New Roman" w:eastAsia="Times New Roman" w:cs="Times New Roman"/>
        </w:rPr>
        <w:t xml:space="preserve"> </w:t>
      </w:r>
      <w:r>
        <w:rPr>
          <w:rFonts w:ascii="Segoe UI Historic" w:hAnsi="Segoe UI Historic" w:eastAsia="Segoe UI Historic" w:cs="Segoe UI Historic"/>
        </w:rPr>
        <w:t>ܐܝܼܬܘܿܗܝ</w:t>
      </w:r>
      <w:r>
        <w:rPr>
          <w:rFonts w:ascii="Times New Roman" w:hAnsi="Times New Roman" w:eastAsia="Times New Roman" w:cs="Times New Roman"/>
        </w:rPr>
        <w:t xml:space="preserve"> </w:t>
      </w:r>
      <w:r>
        <w:rPr>
          <w:rFonts w:ascii="Segoe UI Historic" w:hAnsi="Segoe UI Historic" w:eastAsia="Segoe UI Historic" w:cs="Segoe UI Historic"/>
        </w:rPr>
        <w:t>ܐܘܼܦ</w:t>
      </w:r>
      <w:r>
        <w:rPr>
          <w:rFonts w:ascii="Times New Roman" w:hAnsi="Times New Roman" w:eastAsia="Times New Roman" w:cs="Times New Roman"/>
        </w:rPr>
        <w:t xml:space="preserve"> </w:t>
      </w:r>
      <w:r>
        <w:rPr>
          <w:rFonts w:ascii="Segoe UI Historic" w:hAnsi="Segoe UI Historic" w:eastAsia="Segoe UI Historic" w:cs="Segoe UI Historic"/>
        </w:rPr>
        <w:t>ܚܕ݂ܵܐ</w:t>
      </w:r>
      <w:r>
        <w:rPr>
          <w:rFonts w:ascii="Times New Roman" w:hAnsi="Times New Roman" w:eastAsia="Times New Roman" w:cs="Times New Roman"/>
        </w:rPr>
        <w:t xml:space="preserve"> </w:t>
      </w:r>
      <w:r>
        <w:rPr>
          <w:rFonts w:ascii="Segoe UI Historic" w:hAnsi="Segoe UI Historic" w:eastAsia="Segoe UI Historic" w:cs="Segoe UI Historic"/>
        </w:rPr>
        <w:t>ܘܬܪܹܝܢ</w:t>
      </w:r>
      <w:r>
        <w:rPr>
          <w:rFonts w:ascii="Times New Roman" w:hAnsi="Times New Roman" w:eastAsia="Times New Roman" w:cs="Times New Roman"/>
        </w:rPr>
        <w:t xml:space="preserve"> </w:t>
      </w:r>
      <w:r>
        <w:rPr>
          <w:rFonts w:ascii="Segoe UI Historic" w:hAnsi="Segoe UI Historic" w:eastAsia="Segoe UI Historic" w:cs="Segoe UI Historic"/>
        </w:rPr>
        <w:t>ܘܵܝܹ</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ܢܒ݂ܝܼܘܼܬܵܐ</w:t>
      </w:r>
      <w:r>
        <w:rPr>
          <w:rFonts w:ascii="Times New Roman" w:hAnsi="Times New Roman" w:eastAsia="Times New Roman" w:cs="Times New Roman"/>
        </w:rPr>
        <w:t xml:space="preserve"> </w:t>
      </w:r>
      <w:r>
        <w:rPr>
          <w:rFonts w:ascii="Segoe UI Historic" w:hAnsi="Segoe UI Historic" w:eastAsia="Segoe UI Historic" w:cs="Segoe UI Historic"/>
        </w:rPr>
        <w:t>ܕܙܲܒ݂ܢܵܐ</w:t>
      </w:r>
      <w:r>
        <w:rPr>
          <w:rFonts w:ascii="Times New Roman" w:hAnsi="Times New Roman" w:eastAsia="Times New Roman" w:cs="Times New Roman"/>
        </w:rPr>
        <w:t xml:space="preserve"> </w:t>
      </w:r>
      <w:r>
        <w:rPr>
          <w:rFonts w:ascii="Segoe UI Historic" w:hAnsi="Segoe UI Historic" w:eastAsia="Segoe UI Historic" w:cs="Segoe UI Historic"/>
        </w:rPr>
        <w:t>ܕܡܵܐܐ</w:t>
      </w:r>
      <w:r>
        <w:rPr>
          <w:rFonts w:ascii="Times New Roman" w:hAnsi="Times New Roman" w:eastAsia="Times New Roman" w:cs="Times New Roman"/>
        </w:rPr>
        <w:t xml:space="preserve"> </w:t>
      </w:r>
      <w:r>
        <w:rPr>
          <w:rFonts w:ascii="Segoe UI Historic" w:hAnsi="Segoe UI Historic" w:eastAsia="Segoe UI Historic" w:cs="Segoe UI Historic"/>
        </w:rPr>
        <w:t>ܘܚܲܡܫܝܼܢ</w:t>
      </w:r>
      <w:r>
        <w:rPr>
          <w:rFonts w:ascii="Times New Roman" w:hAnsi="Times New Roman" w:eastAsia="Times New Roman" w:cs="Times New Roman"/>
        </w:rPr>
        <w:t xml:space="preserve"> </w:t>
      </w:r>
      <w:r>
        <w:rPr>
          <w:rFonts w:ascii="Segoe UI Historic" w:hAnsi="Segoe UI Historic" w:eastAsia="Segoe UI Historic" w:cs="Segoe UI Historic"/>
        </w:rPr>
        <w:t>ܫܢܹ</w:t>
      </w:r>
      <w:r>
        <w:rPr>
          <w:rFonts w:ascii="Times New Roman" w:hAnsi="Times New Roman" w:eastAsia="Times New Roman" w:cs="Times New Roman"/>
        </w:rPr>
        <w:t>̈</w:t>
      </w:r>
      <w:r>
        <w:rPr>
          <w:rFonts w:ascii="Segoe UI Historic" w:hAnsi="Segoe UI Historic" w:eastAsia="Segoe UI Historic" w:cs="Segoe UI Historic"/>
        </w:rPr>
        <w:t>ܐ</w:t>
      </w:r>
      <w:r>
        <w:rPr>
          <w:rFonts w:ascii="Times New Roman" w:hAnsi="Times New Roman" w:eastAsia="Times New Roman" w:cs="Times New Roman"/>
        </w:rPr>
        <w:t xml:space="preserve"> </w:t>
      </w:r>
      <w:r>
        <w:rPr>
          <w:rFonts w:ascii="Segoe UI Historic" w:hAnsi="Segoe UI Historic" w:eastAsia="Segoe UI Historic" w:cs="Segoe UI Historic"/>
        </w:rPr>
        <w:t>ܕܘܵܝܵܐ</w:t>
      </w:r>
      <w:r>
        <w:rPr>
          <w:rFonts w:ascii="Times New Roman" w:hAnsi="Times New Roman" w:eastAsia="Times New Roman" w:cs="Times New Roman"/>
        </w:rPr>
        <w:t xml:space="preserve"> </w:t>
      </w:r>
      <w:r>
        <w:rPr>
          <w:rFonts w:ascii="Segoe UI Historic" w:hAnsi="Segoe UI Historic" w:eastAsia="Segoe UI Historic" w:cs="Segoe UI Historic"/>
        </w:rPr>
        <w:t>ܩܲܕܡܵܝܵܐ</w:t>
      </w:r>
      <w:r>
        <w:rPr>
          <w:rFonts w:ascii="Times New Roman" w:hAnsi="Times New Roman" w:eastAsia="Times New Roman" w:cs="Times New Roman"/>
        </w:rPr>
        <w:t xml:space="preserve"> </w:t>
      </w:r>
      <w:r>
        <w:rPr>
          <w:rFonts w:ascii="Segoe UI Historic" w:hAnsi="Segoe UI Historic" w:eastAsia="Segoe UI Historic" w:cs="Segoe UI Historic"/>
        </w:rPr>
        <w:t>ܫܠܸܡܠܵܗ</w:t>
      </w:r>
      <w:r>
        <w:rPr>
          <w:rFonts w:ascii="Times New Roman" w:hAnsi="Times New Roman" w:eastAsia="Times New Roman" w:cs="Times New Roman"/>
        </w:rPr>
        <w:t xml:space="preserve">̇ </w:t>
      </w:r>
      <w:r>
        <w:rPr>
          <w:rFonts w:ascii="Segoe UI Historic" w:hAnsi="Segoe UI Historic" w:eastAsia="Segoe UI Historic" w:cs="Segoe UI Historic"/>
        </w:rPr>
        <w:t>ܒܗ</w:t>
      </w:r>
      <w:r>
        <w:rPr>
          <w:rFonts w:ascii="Times New Roman" w:hAnsi="Times New Roman" w:eastAsia="Times New Roman" w:cs="Times New Roman"/>
        </w:rPr>
        <w:t>̇</w:t>
      </w:r>
      <w:r>
        <w:rPr>
          <w:rFonts w:ascii="Segoe UI Historic" w:hAnsi="Segoe UI Historic" w:eastAsia="Segoe UI Historic" w:cs="Segoe UI Historic"/>
        </w:rPr>
        <w:t>ܘ</w:t>
      </w:r>
      <w:r>
        <w:rPr>
          <w:rFonts w:ascii="Times New Roman" w:hAnsi="Times New Roman" w:eastAsia="Times New Roman" w:cs="Times New Roman"/>
        </w:rPr>
        <w:t xml:space="preserve"> </w:t>
      </w:r>
      <w:r>
        <w:rPr>
          <w:rFonts w:ascii="Segoe UI Historic" w:hAnsi="Segoe UI Historic" w:eastAsia="Segoe UI Historic" w:cs="Segoe UI Historic"/>
        </w:rPr>
        <w:t>ܝܵܘܡܵܐ</w:t>
      </w:r>
      <w:r>
        <w:rPr>
          <w:rFonts w:ascii="Times New Roman" w:hAnsi="Times New Roman" w:eastAsia="Times New Roman" w:cs="Times New Roman"/>
        </w:rPr>
        <w:t xml:space="preserve"> </w:t>
      </w:r>
      <w:r>
        <w:rPr>
          <w:rFonts w:ascii="Segoe UI Historic" w:hAnsi="Segoe UI Historic" w:eastAsia="Segoe UI Historic" w:cs="Segoe UI Historic"/>
        </w:rPr>
        <w:t>ܕܒܹܗ</w:t>
      </w:r>
      <w:r>
        <w:rPr>
          <w:rFonts w:ascii="Times New Roman" w:hAnsi="Times New Roman" w:eastAsia="Times New Roman" w:cs="Times New Roman"/>
        </w:rPr>
        <w:t xml:space="preserve"> </w:t>
      </w:r>
      <w:r>
        <w:rPr>
          <w:rFonts w:ascii="Segoe UI Historic" w:hAnsi="Segoe UI Historic" w:eastAsia="Segoe UI Historic" w:cs="Segoe UI Historic"/>
        </w:rPr>
        <w:t>ܫܪܹܐ</w:t>
      </w:r>
      <w:r>
        <w:rPr>
          <w:rFonts w:ascii="Times New Roman" w:hAnsi="Times New Roman" w:eastAsia="Times New Roman" w:cs="Times New Roman"/>
        </w:rPr>
        <w:t xml:space="preserve"> </w:t>
      </w:r>
      <w:r>
        <w:rPr>
          <w:rFonts w:ascii="Segoe UI Historic" w:hAnsi="Segoe UI Historic" w:eastAsia="Segoe UI Historic" w:cs="Segoe UI Historic"/>
        </w:rPr>
        <w:t>ܢܒ݂ܝܼܘܼܬܵܐ</w:t>
      </w:r>
      <w:r>
        <w:rPr>
          <w:rFonts w:ascii="Times New Roman" w:hAnsi="Times New Roman" w:eastAsia="Times New Roman" w:cs="Times New Roman"/>
        </w:rPr>
        <w:t xml:space="preserve"> </w:t>
      </w:r>
      <w:r>
        <w:rPr>
          <w:rFonts w:ascii="Segoe UI Historic" w:hAnsi="Segoe UI Historic" w:eastAsia="Segoe UI Historic" w:cs="Segoe UI Historic"/>
        </w:rPr>
        <w:t>ܕܙܲܒ݂ܢܵܐ</w:t>
      </w:r>
      <w:r>
        <w:rPr>
          <w:rFonts w:ascii="Times New Roman" w:hAnsi="Times New Roman" w:eastAsia="Times New Roman" w:cs="Times New Roman"/>
        </w:rPr>
        <w:t xml:space="preserve"> </w:t>
      </w:r>
      <w:r>
        <w:rPr>
          <w:rFonts w:ascii="Segoe UI Historic" w:hAnsi="Segoe UI Historic" w:eastAsia="Segoe UI Historic" w:cs="Segoe UI Historic"/>
        </w:rPr>
        <w:t>ܕܘܵܝܵܐ</w:t>
      </w:r>
      <w:r>
        <w:rPr>
          <w:rFonts w:ascii="Times New Roman" w:hAnsi="Times New Roman" w:eastAsia="Times New Roman" w:cs="Times New Roman"/>
        </w:rPr>
        <w:t xml:space="preserve"> </w:t>
      </w:r>
      <w:r>
        <w:rPr>
          <w:rFonts w:ascii="Segoe UI Historic" w:hAnsi="Segoe UI Historic" w:eastAsia="Segoe UI Historic" w:cs="Segoe UI Historic"/>
        </w:rPr>
        <w:t>ܕܬܪܹܝܢ</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بابل در یک شب سقوط کرد؛ شاید استدلال کنید که کورش نخست می‌بایست مسیر رود را منحرف سازد و این کار مدتی زمان برد، اما سقوط بابل در یک شب واقع شد؛ حال آنکه سقوط روم ۱۱۲۳ سال را در بر گرفت. آن سال‌ها دربردارندهٔ نشانه‌های معینِ نبوی بود که زوال تدریجیِ رومِ امپراتوری را توصیف می‌کنند، و رومِ امپراتوریِ بت‌پرست در کارِ ایالات متحده برای نشاندن پاپیّت بر تخت به‌عنوان پنجمین پادشاهیِ نبوتِ کتاب‌مقدّس در سال ۵۳۸، نمونه و مَثَل است. پاپیّت در قانون یکشنبهِ آیهٔ شانزدهمِ دانیال یازده بر تخت نشانده می‌شود. نشانه‌هایی که کارِ ایالات متحده را نمونه‌وار می‌سازند، در نشانه‌های زوال تدریجیِ رومِ بت‌پرست نمود یافته‌اند.</w:t>
      </w:r>
    </w:p>
    <w:p>
      <w:pPr>
        <w:pStyle w:val="ArticleBody"/>
        <w:jc w:val="left"/>
      </w:pPr>
      <w:r>
        <w:rPr>
          <w:rFonts w:ascii="Times New Roman" w:hAnsi="Times New Roman" w:eastAsia="Times New Roman" w:cs="Times New Roman"/>
        </w:rPr>
        <w:t>Los navíos de Quitim representaron un desastre financiero para Roma, pues la flota de los vándalos llevó devastación a las rutas marítimas del Mediterráneo. En los postreros días, el islam es presentado como un desastre financiero para los reyes de la tierra. Los vándalos y sus navíos fueron la potencia de la segunda trompeta, y los tres ayes son potencias trompeteras islámicas. El primero fue Arabia, el segundo Turquía y el tercero es mundial.</w:t>
      </w:r>
    </w:p>
    <w:p>
      <w:pPr>
        <w:pStyle w:val="ArticleBody"/>
        <w:jc w:val="left"/>
      </w:pPr>
      <w:r>
        <w:rPr>
          <w:rFonts w:ascii="Gadugi" w:hAnsi="Gadugi" w:eastAsia="Gadugi" w:cs="Gadugi"/>
        </w:rPr>
        <w:t>ᎠᎹ</w:t>
      </w:r>
      <w:r>
        <w:rPr>
          <w:rFonts w:ascii="Times New Roman" w:hAnsi="Times New Roman" w:eastAsia="Times New Roman" w:cs="Times New Roman"/>
        </w:rPr>
        <w:t xml:space="preserve"> </w:t>
      </w:r>
      <w:r>
        <w:rPr>
          <w:rFonts w:ascii="Gadugi" w:hAnsi="Gadugi" w:eastAsia="Gadugi" w:cs="Gadugi"/>
        </w:rPr>
        <w:t>ᎤᏂᏳᎯ</w:t>
      </w:r>
      <w:r>
        <w:rPr>
          <w:rFonts w:ascii="Times New Roman" w:hAnsi="Times New Roman" w:eastAsia="Times New Roman" w:cs="Times New Roman"/>
        </w:rPr>
        <w:t xml:space="preserve"> </w:t>
      </w:r>
      <w:r>
        <w:rPr>
          <w:rFonts w:ascii="Gadugi" w:hAnsi="Gadugi" w:eastAsia="Gadugi" w:cs="Gadugi"/>
        </w:rPr>
        <w:t>ᎠᏕᎸ</w:t>
      </w:r>
      <w:r>
        <w:rPr>
          <w:rFonts w:ascii="Times New Roman" w:hAnsi="Times New Roman" w:eastAsia="Times New Roman" w:cs="Times New Roman"/>
        </w:rPr>
        <w:t xml:space="preserve"> </w:t>
      </w:r>
      <w:r>
        <w:rPr>
          <w:rFonts w:ascii="Gadugi" w:hAnsi="Gadugi" w:eastAsia="Gadugi" w:cs="Gadugi"/>
        </w:rPr>
        <w:t>ᎤᏣᏘ</w:t>
      </w:r>
      <w:r>
        <w:rPr>
          <w:rFonts w:ascii="Times New Roman" w:hAnsi="Times New Roman" w:eastAsia="Times New Roman" w:cs="Times New Roman"/>
        </w:rPr>
        <w:t xml:space="preserve"> </w:t>
      </w:r>
      <w:r>
        <w:rPr>
          <w:rFonts w:ascii="Gadugi" w:hAnsi="Gadugi" w:eastAsia="Gadugi" w:cs="Gadugi"/>
        </w:rPr>
        <w:t>ᎨᏒ</w:t>
      </w:r>
      <w:r>
        <w:rPr>
          <w:rFonts w:ascii="Times New Roman" w:hAnsi="Times New Roman" w:eastAsia="Times New Roman" w:cs="Times New Roman"/>
        </w:rPr>
        <w:t xml:space="preserve"> </w:t>
      </w:r>
      <w:r>
        <w:rPr>
          <w:rFonts w:ascii="Gadugi" w:hAnsi="Gadugi" w:eastAsia="Gadugi" w:cs="Gadugi"/>
        </w:rPr>
        <w:t>ᎤᏙᎴᎰᏒ</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ᎤᏙᎯᏳᎯ</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ᏗᎦᎸᎳᏗ</w:t>
      </w:r>
      <w:r>
        <w:rPr>
          <w:rFonts w:ascii="Times New Roman" w:hAnsi="Times New Roman" w:eastAsia="Times New Roman" w:cs="Times New Roman"/>
        </w:rPr>
        <w:t xml:space="preserve"> </w:t>
      </w:r>
      <w:r>
        <w:rPr>
          <w:rFonts w:ascii="Gadugi" w:hAnsi="Gadugi" w:eastAsia="Gadugi" w:cs="Gadugi"/>
        </w:rPr>
        <w:t>ᎪᏪᎵ</w:t>
      </w:r>
      <w:r>
        <w:rPr>
          <w:rFonts w:ascii="Times New Roman" w:hAnsi="Times New Roman" w:eastAsia="Times New Roman" w:cs="Times New Roman"/>
        </w:rPr>
        <w:t xml:space="preserve"> </w:t>
      </w:r>
      <w:r>
        <w:rPr>
          <w:rFonts w:ascii="Gadugi" w:hAnsi="Gadugi" w:eastAsia="Gadugi" w:cs="Gadugi"/>
        </w:rPr>
        <w:t>ᎭᏍᎩᏃ</w:t>
      </w:r>
      <w:r>
        <w:rPr>
          <w:rFonts w:ascii="Times New Roman" w:hAnsi="Times New Roman" w:eastAsia="Times New Roman" w:cs="Times New Roman"/>
        </w:rPr>
        <w:t xml:space="preserve"> </w:t>
      </w:r>
      <w:r>
        <w:rPr>
          <w:rFonts w:ascii="Gadugi" w:hAnsi="Gadugi" w:eastAsia="Gadugi" w:cs="Gadugi"/>
        </w:rPr>
        <w:t>ᏔᏏᏏ</w:t>
      </w:r>
      <w:r>
        <w:rPr>
          <w:rFonts w:ascii="Times New Roman" w:hAnsi="Times New Roman" w:eastAsia="Times New Roman" w:cs="Times New Roman"/>
        </w:rPr>
        <w:t xml:space="preserve"> </w:t>
      </w:r>
      <w:r>
        <w:rPr>
          <w:rFonts w:ascii="Gadugi" w:hAnsi="Gadugi" w:eastAsia="Gadugi" w:cs="Gadugi"/>
        </w:rPr>
        <w:t>ᎤᏂᏳᎯ</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ᎠᏕᎸ</w:t>
      </w:r>
      <w:r>
        <w:rPr>
          <w:rFonts w:ascii="Times New Roman" w:hAnsi="Times New Roman" w:eastAsia="Times New Roman" w:cs="Times New Roman"/>
        </w:rPr>
        <w:t xml:space="preserve"> </w:t>
      </w:r>
      <w:r>
        <w:rPr>
          <w:rFonts w:ascii="Gadugi" w:hAnsi="Gadugi" w:eastAsia="Gadugi" w:cs="Gadugi"/>
        </w:rPr>
        <w:t>ᎤᏣᏘ</w:t>
      </w:r>
      <w:r>
        <w:rPr>
          <w:rFonts w:ascii="Times New Roman" w:hAnsi="Times New Roman" w:eastAsia="Times New Roman" w:cs="Times New Roman"/>
        </w:rPr>
        <w:t xml:space="preserve"> </w:t>
      </w:r>
      <w:r>
        <w:rPr>
          <w:rFonts w:ascii="Gadugi" w:hAnsi="Gadugi" w:eastAsia="Gadugi" w:cs="Gadugi"/>
        </w:rPr>
        <w:t>ᎨᏒ</w:t>
      </w:r>
      <w:r>
        <w:rPr>
          <w:rFonts w:ascii="Times New Roman" w:hAnsi="Times New Roman" w:eastAsia="Times New Roman" w:cs="Times New Roman"/>
        </w:rPr>
        <w:t xml:space="preserve"> </w:t>
      </w:r>
      <w:r>
        <w:rPr>
          <w:rFonts w:ascii="Gadugi" w:hAnsi="Gadugi" w:eastAsia="Gadugi" w:cs="Gadugi"/>
        </w:rPr>
        <w:t>ᎤᏟ</w:t>
      </w:r>
      <w:r>
        <w:rPr>
          <w:rFonts w:ascii="Times New Roman" w:hAnsi="Times New Roman" w:eastAsia="Times New Roman" w:cs="Times New Roman"/>
        </w:rPr>
        <w:t xml:space="preserve"> </w:t>
      </w:r>
      <w:r>
        <w:rPr>
          <w:rFonts w:ascii="Gadugi" w:hAnsi="Gadugi" w:eastAsia="Gadugi" w:cs="Gadugi"/>
        </w:rPr>
        <w:t>ᎢᎬᏱᏱ</w:t>
      </w:r>
      <w:r>
        <w:rPr>
          <w:rFonts w:ascii="Times New Roman" w:hAnsi="Times New Roman" w:eastAsia="Times New Roman" w:cs="Times New Roman"/>
        </w:rPr>
        <w:t xml:space="preserve"> </w:t>
      </w:r>
      <w:r>
        <w:rPr>
          <w:rFonts w:ascii="Gadugi" w:hAnsi="Gadugi" w:eastAsia="Gadugi" w:cs="Gadugi"/>
        </w:rPr>
        <w:t>ᎤᏙᎴᎰᏒ</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ᎨᏐᎢ</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ᎤᏂᏳᎯ</w:t>
      </w:r>
      <w:r>
        <w:rPr>
          <w:rFonts w:ascii="Times New Roman" w:hAnsi="Times New Roman" w:eastAsia="Times New Roman" w:cs="Times New Roman"/>
        </w:rPr>
        <w:t xml:space="preserve"> </w:t>
      </w:r>
      <w:r>
        <w:rPr>
          <w:rFonts w:ascii="Gadugi" w:hAnsi="Gadugi" w:eastAsia="Gadugi" w:cs="Gadugi"/>
        </w:rPr>
        <w:t>ᎤᏂᏲᎱᏎᎰ</w:t>
      </w:r>
      <w:r>
        <w:rPr>
          <w:rFonts w:ascii="Times New Roman" w:hAnsi="Times New Roman" w:eastAsia="Times New Roman" w:cs="Times New Roman"/>
        </w:rPr>
        <w:t xml:space="preserve"> </w:t>
      </w:r>
      <w:r>
        <w:rPr>
          <w:rFonts w:ascii="Gadugi" w:hAnsi="Gadugi" w:eastAsia="Gadugi" w:cs="Gadugi"/>
        </w:rPr>
        <w:t>ᎤᏔᎳᏚᎯ</w:t>
      </w:r>
      <w:r>
        <w:rPr>
          <w:rFonts w:ascii="Times New Roman" w:hAnsi="Times New Roman" w:eastAsia="Times New Roman" w:cs="Times New Roman"/>
        </w:rPr>
        <w:t xml:space="preserve"> </w:t>
      </w:r>
      <w:r>
        <w:rPr>
          <w:rFonts w:ascii="Gadugi" w:hAnsi="Gadugi" w:eastAsia="Gadugi" w:cs="Gadugi"/>
        </w:rPr>
        <w:t>ᎢᎦᎢ</w:t>
      </w:r>
      <w:r>
        <w:rPr>
          <w:rFonts w:ascii="Times New Roman" w:hAnsi="Times New Roman" w:eastAsia="Times New Roman" w:cs="Times New Roman"/>
        </w:rPr>
        <w:t xml:space="preserve"> </w:t>
      </w:r>
      <w:r>
        <w:rPr>
          <w:rFonts w:ascii="Gadugi" w:hAnsi="Gadugi" w:eastAsia="Gadugi" w:cs="Gadugi"/>
        </w:rPr>
        <w:t>ᎤᎿᎭᏔ</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ᎠᎺᏉ</w:t>
      </w:r>
      <w:r>
        <w:rPr>
          <w:rFonts w:ascii="Times New Roman" w:hAnsi="Times New Roman" w:eastAsia="Times New Roman" w:cs="Times New Roman"/>
        </w:rPr>
        <w:t xml:space="preserve"> </w:t>
      </w:r>
      <w:r>
        <w:rPr>
          <w:rFonts w:ascii="Gadugi" w:hAnsi="Gadugi" w:eastAsia="Gadugi" w:cs="Gadugi"/>
        </w:rPr>
        <w:t>ᎠᏰᎵ</w:t>
      </w:r>
      <w:r>
        <w:rPr>
          <w:rFonts w:ascii="Times New Roman" w:hAnsi="Times New Roman" w:eastAsia="Times New Roman" w:cs="Times New Roman"/>
        </w:rPr>
        <w:t xml:space="preserve"> </w:t>
      </w:r>
      <w:r>
        <w:rPr>
          <w:rFonts w:ascii="Gadugi" w:hAnsi="Gadugi" w:eastAsia="Gadugi" w:cs="Gadugi"/>
        </w:rPr>
        <w:t>ᎠᏂᏙᎾᎥ</w:t>
      </w:r>
      <w:r>
        <w:rPr>
          <w:rFonts w:ascii="Times New Roman" w:hAnsi="Times New Roman" w:eastAsia="Times New Roman" w:cs="Times New Roman"/>
        </w:rPr>
        <w:t xml:space="preserve">, </w:t>
      </w:r>
      <w:r>
        <w:rPr>
          <w:rFonts w:ascii="Gadugi" w:hAnsi="Gadugi" w:eastAsia="Gadugi" w:cs="Gadugi"/>
        </w:rPr>
        <w:t>ᎠᎴ</w:t>
      </w:r>
      <w:r>
        <w:rPr>
          <w:rFonts w:ascii="Times New Roman" w:hAnsi="Times New Roman" w:eastAsia="Times New Roman" w:cs="Times New Roman"/>
        </w:rPr>
        <w:t xml:space="preserve"> </w:t>
      </w:r>
      <w:r>
        <w:rPr>
          <w:rFonts w:ascii="Gadugi" w:hAnsi="Gadugi" w:eastAsia="Gadugi" w:cs="Gadugi"/>
        </w:rPr>
        <w:t>ᏗᎦᎸᎳᏗ</w:t>
      </w:r>
      <w:r>
        <w:rPr>
          <w:rFonts w:ascii="Times New Roman" w:hAnsi="Times New Roman" w:eastAsia="Times New Roman" w:cs="Times New Roman"/>
        </w:rPr>
        <w:t xml:space="preserve"> </w:t>
      </w:r>
      <w:r>
        <w:rPr>
          <w:rFonts w:ascii="Gadugi" w:hAnsi="Gadugi" w:eastAsia="Gadugi" w:cs="Gadugi"/>
        </w:rPr>
        <w:t>ᎪᏪᎵ</w:t>
      </w:r>
      <w:r>
        <w:rPr>
          <w:rFonts w:ascii="Times New Roman" w:hAnsi="Times New Roman" w:eastAsia="Times New Roman" w:cs="Times New Roman"/>
        </w:rPr>
        <w:t xml:space="preserve"> </w:t>
      </w:r>
      <w:r>
        <w:rPr>
          <w:rFonts w:ascii="Gadugi" w:hAnsi="Gadugi" w:eastAsia="Gadugi" w:cs="Gadugi"/>
        </w:rPr>
        <w:t>ᎭᏍᎩᏃ</w:t>
      </w:r>
      <w:r>
        <w:rPr>
          <w:rFonts w:ascii="Times New Roman" w:hAnsi="Times New Roman" w:eastAsia="Times New Roman" w:cs="Times New Roman"/>
        </w:rPr>
        <w:t xml:space="preserve"> </w:t>
      </w:r>
      <w:r>
        <w:rPr>
          <w:rFonts w:ascii="Gadugi" w:hAnsi="Gadugi" w:eastAsia="Gadugi" w:cs="Gadugi"/>
        </w:rPr>
        <w:t>ᎢᏍᎳᎻ</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ᏅᏓᏴᏫ</w:t>
      </w:r>
      <w:r>
        <w:rPr>
          <w:rFonts w:ascii="Times New Roman" w:hAnsi="Times New Roman" w:eastAsia="Times New Roman" w:cs="Times New Roman"/>
        </w:rPr>
        <w:t xml:space="preserve"> </w:t>
      </w:r>
      <w:r>
        <w:rPr>
          <w:rFonts w:ascii="Gadugi" w:hAnsi="Gadugi" w:eastAsia="Gadugi" w:cs="Gadugi"/>
        </w:rPr>
        <w:t>ᏧᏪᏥ</w:t>
      </w:r>
      <w:r>
        <w:rPr>
          <w:rFonts w:ascii="Times New Roman" w:hAnsi="Times New Roman" w:eastAsia="Times New Roman" w:cs="Times New Roman"/>
        </w:rPr>
        <w:t xml:space="preserve"> </w:t>
      </w:r>
      <w:r>
        <w:rPr>
          <w:rFonts w:ascii="Gadugi" w:hAnsi="Gadugi" w:eastAsia="Gadugi" w:cs="Gadugi"/>
        </w:rPr>
        <w:t>ᎨᏒᎢ</w:t>
      </w:r>
      <w:r>
        <w:rPr>
          <w:rFonts w:ascii="Times New Roman" w:hAnsi="Times New Roman" w:eastAsia="Times New Roman" w:cs="Times New Roman"/>
        </w:rPr>
        <w:t xml:space="preserve">. </w:t>
      </w:r>
      <w:r>
        <w:rPr>
          <w:rFonts w:ascii="Gadugi" w:hAnsi="Gadugi" w:eastAsia="Gadugi" w:cs="Gadugi"/>
        </w:rPr>
        <w:t>ᎢᏍᎳᎻ</w:t>
      </w:r>
      <w:r>
        <w:rPr>
          <w:rFonts w:ascii="Times New Roman" w:hAnsi="Times New Roman" w:eastAsia="Times New Roman" w:cs="Times New Roman"/>
        </w:rPr>
        <w:t xml:space="preserve"> </w:t>
      </w:r>
      <w:r>
        <w:rPr>
          <w:rFonts w:ascii="Gadugi" w:hAnsi="Gadugi" w:eastAsia="Gadugi" w:cs="Gadugi"/>
        </w:rPr>
        <w:t>ᎦᏥᎪᎵᏰᏍᎬ</w:t>
      </w:r>
      <w:r>
        <w:rPr>
          <w:rFonts w:ascii="Times New Roman" w:hAnsi="Times New Roman" w:eastAsia="Times New Roman" w:cs="Times New Roman"/>
        </w:rPr>
        <w:t xml:space="preserve"> </w:t>
      </w:r>
      <w:r>
        <w:rPr>
          <w:rFonts w:ascii="Gadugi" w:hAnsi="Gadugi" w:eastAsia="Gadugi" w:cs="Gadugi"/>
        </w:rPr>
        <w:t>ᎢᏳᏍᏗ</w:t>
      </w:r>
      <w:r>
        <w:rPr>
          <w:rFonts w:ascii="Times New Roman" w:hAnsi="Times New Roman" w:eastAsia="Times New Roman" w:cs="Times New Roman"/>
        </w:rPr>
        <w:t xml:space="preserve"> </w:t>
      </w:r>
      <w:r>
        <w:rPr>
          <w:rFonts w:ascii="Gadugi" w:hAnsi="Gadugi" w:eastAsia="Gadugi" w:cs="Gadugi"/>
        </w:rPr>
        <w:t>ᏯᏙᎴᎰᏍᎬ</w:t>
      </w:r>
      <w:r>
        <w:rPr>
          <w:rFonts w:ascii="Times New Roman" w:hAnsi="Times New Roman" w:eastAsia="Times New Roman" w:cs="Times New Roman"/>
        </w:rPr>
        <w:t xml:space="preserve"> </w:t>
      </w:r>
      <w:r>
        <w:rPr>
          <w:rFonts w:ascii="Gadugi" w:hAnsi="Gadugi" w:eastAsia="Gadugi" w:cs="Gadugi"/>
        </w:rPr>
        <w:t>ᎤᎵᏰᎢ</w:t>
      </w:r>
      <w:r>
        <w:rPr>
          <w:rFonts w:ascii="Times New Roman" w:hAnsi="Times New Roman" w:eastAsia="Times New Roman" w:cs="Times New Roman"/>
        </w:rPr>
        <w:t xml:space="preserve"> </w:t>
      </w:r>
      <w:r>
        <w:rPr>
          <w:rFonts w:ascii="Gadugi" w:hAnsi="Gadugi" w:eastAsia="Gadugi" w:cs="Gadugi"/>
        </w:rPr>
        <w:t>ᎤᏪᏥᏍᏗ</w:t>
      </w:r>
      <w:r>
        <w:rPr>
          <w:rFonts w:ascii="Times New Roman" w:hAnsi="Times New Roman" w:eastAsia="Times New Roman" w:cs="Times New Roman"/>
        </w:rPr>
        <w:t xml:space="preserve"> </w:t>
      </w:r>
      <w:r>
        <w:rPr>
          <w:rFonts w:ascii="Gadugi" w:hAnsi="Gadugi" w:eastAsia="Gadugi" w:cs="Gadugi"/>
        </w:rPr>
        <w:t>ᎧᎵᎢ</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ᎠᏕᎸ</w:t>
      </w:r>
      <w:r>
        <w:rPr>
          <w:rFonts w:ascii="Times New Roman" w:hAnsi="Times New Roman" w:eastAsia="Times New Roman" w:cs="Times New Roman"/>
        </w:rPr>
        <w:t xml:space="preserve"> </w:t>
      </w:r>
      <w:r>
        <w:rPr>
          <w:rFonts w:ascii="Gadugi" w:hAnsi="Gadugi" w:eastAsia="Gadugi" w:cs="Gadugi"/>
        </w:rPr>
        <w:t>ᎤᏂᎩᏒ</w:t>
      </w:r>
      <w:r>
        <w:rPr>
          <w:rFonts w:ascii="Times New Roman" w:hAnsi="Times New Roman" w:eastAsia="Times New Roman" w:cs="Times New Roman"/>
        </w:rPr>
        <w:t xml:space="preserve"> </w:t>
      </w:r>
      <w:r>
        <w:rPr>
          <w:rFonts w:ascii="Gadugi" w:hAnsi="Gadugi" w:eastAsia="Gadugi" w:cs="Gadugi"/>
        </w:rPr>
        <w:t>ᎤᏍᏗ</w:t>
      </w:r>
      <w:r>
        <w:rPr>
          <w:rFonts w:ascii="Times New Roman" w:hAnsi="Times New Roman" w:eastAsia="Times New Roman" w:cs="Times New Roman"/>
        </w:rPr>
        <w:t xml:space="preserve"> </w:t>
      </w:r>
      <w:r>
        <w:rPr>
          <w:rFonts w:ascii="Gadugi" w:hAnsi="Gadugi" w:eastAsia="Gadugi" w:cs="Gadugi"/>
        </w:rPr>
        <w:t>ᎤᏂᏖᎸᎢ</w:t>
      </w:r>
      <w:r>
        <w:rPr>
          <w:rFonts w:ascii="Times New Roman" w:hAnsi="Times New Roman" w:eastAsia="Times New Roman" w:cs="Times New Roman"/>
        </w:rPr>
        <w:t xml:space="preserve">. </w:t>
      </w:r>
      <w:r>
        <w:rPr>
          <w:rFonts w:ascii="Gadugi" w:hAnsi="Gadugi" w:eastAsia="Gadugi" w:cs="Gadugi"/>
        </w:rPr>
        <w:t>ᎢᏍᎳᎻ</w:t>
      </w:r>
      <w:r>
        <w:rPr>
          <w:rFonts w:ascii="Times New Roman" w:hAnsi="Times New Roman" w:eastAsia="Times New Roman" w:cs="Times New Roman"/>
        </w:rPr>
        <w:t xml:space="preserve"> </w:t>
      </w:r>
      <w:r>
        <w:rPr>
          <w:rFonts w:ascii="Gadugi" w:hAnsi="Gadugi" w:eastAsia="Gadugi" w:cs="Gadugi"/>
        </w:rPr>
        <w:t>ᏆᎳᎻ</w:t>
      </w:r>
      <w:r>
        <w:rPr>
          <w:rFonts w:ascii="Times New Roman" w:hAnsi="Times New Roman" w:eastAsia="Times New Roman" w:cs="Times New Roman"/>
        </w:rPr>
        <w:t xml:space="preserve"> </w:t>
      </w:r>
      <w:r>
        <w:rPr>
          <w:rFonts w:ascii="Gadugi" w:hAnsi="Gadugi" w:eastAsia="Gadugi" w:cs="Gadugi"/>
        </w:rPr>
        <w:t>ᎠᎵᏛᏔᏅ</w:t>
      </w:r>
      <w:r>
        <w:rPr>
          <w:rFonts w:ascii="Times New Roman" w:hAnsi="Times New Roman" w:eastAsia="Times New Roman" w:cs="Times New Roman"/>
        </w:rPr>
        <w:t xml:space="preserve"> </w:t>
      </w:r>
      <w:r>
        <w:rPr>
          <w:rFonts w:ascii="Gadugi" w:hAnsi="Gadugi" w:eastAsia="Gadugi" w:cs="Gadugi"/>
        </w:rPr>
        <w:t>ᎤᏓᎦᎵᏥᏙᎯ</w:t>
      </w:r>
      <w:r>
        <w:rPr>
          <w:rFonts w:ascii="Times New Roman" w:hAnsi="Times New Roman" w:eastAsia="Times New Roman" w:cs="Times New Roman"/>
        </w:rPr>
        <w:t xml:space="preserve"> </w:t>
      </w:r>
      <w:r>
        <w:rPr>
          <w:rFonts w:ascii="Gadugi" w:hAnsi="Gadugi" w:eastAsia="Gadugi" w:cs="Gadugi"/>
        </w:rPr>
        <w:t>ᎤᏙᎴᎰᏒ</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ᎢᏈᎵ</w:t>
      </w:r>
      <w:r>
        <w:rPr>
          <w:rFonts w:ascii="Times New Roman" w:hAnsi="Times New Roman" w:eastAsia="Times New Roman" w:cs="Times New Roman"/>
        </w:rPr>
        <w:t xml:space="preserve"> </w:t>
      </w:r>
      <w:r>
        <w:rPr>
          <w:rFonts w:ascii="Gadugi" w:hAnsi="Gadugi" w:eastAsia="Gadugi" w:cs="Gadugi"/>
        </w:rPr>
        <w:t>ᎦᏬᏂᎯᏍᏗ</w:t>
      </w:r>
      <w:r>
        <w:rPr>
          <w:rFonts w:ascii="Times New Roman" w:hAnsi="Times New Roman" w:eastAsia="Times New Roman" w:cs="Times New Roman"/>
        </w:rPr>
        <w:t xml:space="preserve"> </w:t>
      </w:r>
      <w:r>
        <w:rPr>
          <w:rFonts w:ascii="Gadugi" w:hAnsi="Gadugi" w:eastAsia="Gadugi" w:cs="Gadugi"/>
        </w:rPr>
        <w:t>ᎨᏒ</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ᎠᏁᎳ</w:t>
      </w:r>
      <w:r>
        <w:rPr>
          <w:rFonts w:ascii="Times New Roman" w:hAnsi="Times New Roman" w:eastAsia="Times New Roman" w:cs="Times New Roman"/>
        </w:rPr>
        <w:t xml:space="preserve"> </w:t>
      </w:r>
      <w:r>
        <w:rPr>
          <w:rFonts w:ascii="Gadugi" w:hAnsi="Gadugi" w:eastAsia="Gadugi" w:cs="Gadugi"/>
        </w:rPr>
        <w:t>ᎠᏍᎦᏯ</w:t>
      </w:r>
      <w:r>
        <w:rPr>
          <w:rFonts w:ascii="Times New Roman" w:hAnsi="Times New Roman" w:eastAsia="Times New Roman" w:cs="Times New Roman"/>
        </w:rPr>
        <w:t xml:space="preserve">” </w:t>
      </w:r>
      <w:r>
        <w:rPr>
          <w:rFonts w:ascii="Gadugi" w:hAnsi="Gadugi" w:eastAsia="Gadugi" w:cs="Gadugi"/>
        </w:rPr>
        <w:t>ᎠᏥᏎᏎᎸ</w:t>
      </w:r>
      <w:r>
        <w:rPr>
          <w:rFonts w:ascii="Times New Roman" w:hAnsi="Times New Roman" w:eastAsia="Times New Roman" w:cs="Times New Roman"/>
        </w:rPr>
        <w:t xml:space="preserve"> </w:t>
      </w:r>
      <w:r>
        <w:rPr>
          <w:rFonts w:ascii="Gadugi" w:hAnsi="Gadugi" w:eastAsia="Gadugi" w:cs="Gadugi"/>
        </w:rPr>
        <w:t>ᎤᏬᏎᎸ</w:t>
      </w:r>
      <w:r>
        <w:rPr>
          <w:rFonts w:ascii="Times New Roman" w:hAnsi="Times New Roman" w:eastAsia="Times New Roman" w:cs="Times New Roman"/>
        </w:rPr>
        <w:t xml:space="preserve"> </w:t>
      </w:r>
      <w:r>
        <w:rPr>
          <w:rFonts w:ascii="Gadugi" w:hAnsi="Gadugi" w:eastAsia="Gadugi" w:cs="Gadugi"/>
        </w:rPr>
        <w:t>ᎢᏏᎹᏗ</w:t>
      </w:r>
      <w:r>
        <w:rPr>
          <w:rFonts w:ascii="Times New Roman" w:hAnsi="Times New Roman" w:eastAsia="Times New Roman" w:cs="Times New Roman"/>
        </w:rPr>
        <w:t xml:space="preserve"> </w:t>
      </w:r>
      <w:r>
        <w:rPr>
          <w:rFonts w:ascii="Gadugi" w:hAnsi="Gadugi" w:eastAsia="Gadugi" w:cs="Gadugi"/>
        </w:rPr>
        <w:t>ᎢᎬᏱᏱ</w:t>
      </w:r>
      <w:r>
        <w:rPr>
          <w:rFonts w:ascii="Times New Roman" w:hAnsi="Times New Roman" w:eastAsia="Times New Roman" w:cs="Times New Roman"/>
        </w:rPr>
        <w:t xml:space="preserve"> </w:t>
      </w:r>
      <w:r>
        <w:rPr>
          <w:rFonts w:ascii="Gadugi" w:hAnsi="Gadugi" w:eastAsia="Gadugi" w:cs="Gadugi"/>
        </w:rPr>
        <w:t>ᎠᏥᏃᎮᎸ</w:t>
      </w:r>
      <w:r>
        <w:rPr>
          <w:rFonts w:ascii="Times New Roman" w:hAnsi="Times New Roman" w:eastAsia="Times New Roman" w:cs="Times New Roman"/>
        </w:rPr>
        <w:t xml:space="preserve"> </w:t>
      </w:r>
      <w:r>
        <w:rPr>
          <w:rFonts w:ascii="Gadugi" w:hAnsi="Gadugi" w:eastAsia="Gadugi" w:cs="Gadugi"/>
        </w:rPr>
        <w:t>ᏗᎦᎸᎳᏗ</w:t>
      </w:r>
      <w:r>
        <w:rPr>
          <w:rFonts w:ascii="Times New Roman" w:hAnsi="Times New Roman" w:eastAsia="Times New Roman" w:cs="Times New Roman"/>
        </w:rPr>
        <w:t xml:space="preserve"> </w:t>
      </w:r>
      <w:r>
        <w:rPr>
          <w:rFonts w:ascii="Gadugi" w:hAnsi="Gadugi" w:eastAsia="Gadugi" w:cs="Gadugi"/>
        </w:rPr>
        <w:t>ᎪᏪᎵ</w:t>
      </w:r>
      <w:r>
        <w:rPr>
          <w:rFonts w:ascii="Times New Roman" w:hAnsi="Times New Roman" w:eastAsia="Times New Roman" w:cs="Times New Roman"/>
        </w:rPr>
        <w:t xml:space="preserve"> </w:t>
      </w:r>
      <w:r>
        <w:rPr>
          <w:rFonts w:ascii="Gadugi" w:hAnsi="Gadugi" w:eastAsia="Gadugi" w:cs="Gadugi"/>
        </w:rPr>
        <w:t>ᎭᏍᎩᏃ</w:t>
      </w:r>
      <w:r>
        <w:rPr>
          <w:rFonts w:ascii="Times New Roman" w:hAnsi="Times New Roman" w:eastAsia="Times New Roman" w:cs="Times New Roman"/>
        </w:rPr>
        <w:t xml:space="preserve">. </w:t>
      </w:r>
      <w:r>
        <w:rPr>
          <w:rFonts w:ascii="Gadugi" w:hAnsi="Gadugi" w:eastAsia="Gadugi" w:cs="Gadugi"/>
        </w:rPr>
        <w:t>ᎢᏏᎹᏗ</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ᎢᏍᎳᎻ</w:t>
      </w:r>
      <w:r>
        <w:rPr>
          <w:rFonts w:ascii="Times New Roman" w:hAnsi="Times New Roman" w:eastAsia="Times New Roman" w:cs="Times New Roman"/>
        </w:rPr>
        <w:t xml:space="preserve"> </w:t>
      </w:r>
      <w:r>
        <w:rPr>
          <w:rFonts w:ascii="Gadugi" w:hAnsi="Gadugi" w:eastAsia="Gadugi" w:cs="Gadugi"/>
        </w:rPr>
        <w:t>ᎤᏙᏓ</w:t>
      </w:r>
      <w:r>
        <w:rPr>
          <w:rFonts w:ascii="Times New Roman" w:hAnsi="Times New Roman" w:eastAsia="Times New Roman" w:cs="Times New Roman"/>
        </w:rPr>
        <w:t xml:space="preserve"> </w:t>
      </w:r>
      <w:r>
        <w:rPr>
          <w:rFonts w:ascii="Gadugi" w:hAnsi="Gadugi" w:eastAsia="Gadugi" w:cs="Gadugi"/>
        </w:rPr>
        <w:t>ᎨᏒ</w:t>
      </w:r>
      <w:r>
        <w:rPr>
          <w:rFonts w:ascii="Times New Roman" w:hAnsi="Times New Roman" w:eastAsia="Times New Roman" w:cs="Times New Roman"/>
        </w:rPr>
        <w:t xml:space="preserve"> </w:t>
      </w:r>
      <w:r>
        <w:rPr>
          <w:rFonts w:ascii="Gadugi" w:hAnsi="Gadugi" w:eastAsia="Gadugi" w:cs="Gadugi"/>
        </w:rPr>
        <w:t>ᎤᏙᎴᎰᏍᎬ</w:t>
      </w:r>
      <w:r>
        <w:rPr>
          <w:rFonts w:ascii="Times New Roman" w:hAnsi="Times New Roman" w:eastAsia="Times New Roman" w:cs="Times New Roman"/>
        </w:rPr>
        <w:t xml:space="preserve"> </w:t>
      </w:r>
      <w:r>
        <w:rPr>
          <w:rFonts w:ascii="Gadugi" w:hAnsi="Gadugi" w:eastAsia="Gadugi" w:cs="Gadugi"/>
        </w:rPr>
        <w:t>ᎢᏳᏍᏗ</w:t>
      </w:r>
      <w:r>
        <w:rPr>
          <w:rFonts w:ascii="Times New Roman" w:hAnsi="Times New Roman" w:eastAsia="Times New Roman" w:cs="Times New Roman"/>
        </w:rPr>
        <w:t xml:space="preserve">, </w:t>
      </w:r>
      <w:r>
        <w:rPr>
          <w:rFonts w:ascii="Gadugi" w:hAnsi="Gadugi" w:eastAsia="Gadugi" w:cs="Gadugi"/>
        </w:rPr>
        <w:t>ᎥᏝ</w:t>
      </w:r>
      <w:r>
        <w:rPr>
          <w:rFonts w:ascii="Times New Roman" w:hAnsi="Times New Roman" w:eastAsia="Times New Roman" w:cs="Times New Roman"/>
        </w:rPr>
        <w:t xml:space="preserve"> </w:t>
      </w:r>
      <w:r>
        <w:rPr>
          <w:rFonts w:ascii="Gadugi" w:hAnsi="Gadugi" w:eastAsia="Gadugi" w:cs="Gadugi"/>
        </w:rPr>
        <w:t>ᎠᏆᎭᎻ</w:t>
      </w:r>
      <w:r>
        <w:rPr>
          <w:rFonts w:ascii="Times New Roman" w:hAnsi="Times New Roman" w:eastAsia="Times New Roman" w:cs="Times New Roman"/>
        </w:rPr>
        <w:t xml:space="preserve"> </w:t>
      </w:r>
      <w:r>
        <w:rPr>
          <w:rFonts w:ascii="Gadugi" w:hAnsi="Gadugi" w:eastAsia="Gadugi" w:cs="Gadugi"/>
        </w:rPr>
        <w:t>ᎢᏏᎹᏗ</w:t>
      </w:r>
      <w:r>
        <w:rPr>
          <w:rFonts w:ascii="Times New Roman" w:hAnsi="Times New Roman" w:eastAsia="Times New Roman" w:cs="Times New Roman"/>
        </w:rPr>
        <w:t xml:space="preserve"> </w:t>
      </w:r>
      <w:r>
        <w:rPr>
          <w:rFonts w:ascii="Gadugi" w:hAnsi="Gadugi" w:eastAsia="Gadugi" w:cs="Gadugi"/>
        </w:rPr>
        <w:t>ᎤᏙᏓ</w:t>
      </w:r>
      <w:r>
        <w:rPr>
          <w:rFonts w:ascii="Times New Roman" w:hAnsi="Times New Roman" w:eastAsia="Times New Roman" w:cs="Times New Roman"/>
        </w:rPr>
        <w:t xml:space="preserve"> </w:t>
      </w:r>
      <w:r>
        <w:rPr>
          <w:rFonts w:ascii="Gadugi" w:hAnsi="Gadugi" w:eastAsia="Gadugi" w:cs="Gadugi"/>
        </w:rPr>
        <w:t>ᎨᏒ</w:t>
      </w:r>
      <w:r>
        <w:rPr>
          <w:rFonts w:ascii="Times New Roman" w:hAnsi="Times New Roman" w:eastAsia="Times New Roman" w:cs="Times New Roman"/>
        </w:rPr>
        <w:t xml:space="preserve"> </w:t>
      </w:r>
      <w:r>
        <w:rPr>
          <w:rFonts w:ascii="Gadugi" w:hAnsi="Gadugi" w:eastAsia="Gadugi" w:cs="Gadugi"/>
        </w:rPr>
        <w:t>ᎾᏍᎩ</w:t>
      </w:r>
      <w:r>
        <w:rPr>
          <w:rFonts w:ascii="Times New Roman" w:hAnsi="Times New Roman" w:eastAsia="Times New Roman" w:cs="Times New Roman"/>
        </w:rPr>
        <w:t xml:space="preserve"> </w:t>
      </w:r>
      <w:r>
        <w:rPr>
          <w:rFonts w:ascii="Gadugi" w:hAnsi="Gadugi" w:eastAsia="Gadugi" w:cs="Gadugi"/>
        </w:rPr>
        <w:t>ᏱᎬᏓᏱᎸᎲᎢ</w:t>
      </w:r>
      <w:r>
        <w:rPr>
          <w:rFonts w:ascii="Times New Roman" w:hAnsi="Times New Roman" w:eastAsia="Times New Roman" w:cs="Times New Roman"/>
        </w:rPr>
        <w:t xml:space="preserve">, </w:t>
      </w:r>
      <w:r>
        <w:rPr>
          <w:rFonts w:ascii="Gadugi" w:hAnsi="Gadugi" w:eastAsia="Gadugi" w:cs="Gadugi"/>
        </w:rPr>
        <w:t>ᎠᏎᏃ</w:t>
      </w:r>
      <w:r>
        <w:rPr>
          <w:rFonts w:ascii="Times New Roman" w:hAnsi="Times New Roman" w:eastAsia="Times New Roman" w:cs="Times New Roman"/>
        </w:rPr>
        <w:t xml:space="preserve"> </w:t>
      </w:r>
      <w:r>
        <w:rPr>
          <w:rFonts w:ascii="Gadugi" w:hAnsi="Gadugi" w:eastAsia="Gadugi" w:cs="Gadugi"/>
        </w:rPr>
        <w:t>ᎢᏏᎹᏗ</w:t>
      </w:r>
      <w:r>
        <w:rPr>
          <w:rFonts w:ascii="Times New Roman" w:hAnsi="Times New Roman" w:eastAsia="Times New Roman" w:cs="Times New Roman"/>
        </w:rPr>
        <w:t xml:space="preserve"> </w:t>
      </w:r>
      <w:r>
        <w:rPr>
          <w:rFonts w:ascii="Gadugi" w:hAnsi="Gadugi" w:eastAsia="Gadugi" w:cs="Gadugi"/>
        </w:rPr>
        <w:t>ᏔᎳᏚ</w:t>
      </w:r>
      <w:r>
        <w:rPr>
          <w:rFonts w:ascii="Times New Roman" w:hAnsi="Times New Roman" w:eastAsia="Times New Roman" w:cs="Times New Roman"/>
        </w:rPr>
        <w:t xml:space="preserve"> </w:t>
      </w:r>
      <w:r>
        <w:rPr>
          <w:rFonts w:ascii="Gadugi" w:hAnsi="Gadugi" w:eastAsia="Gadugi" w:cs="Gadugi"/>
        </w:rPr>
        <w:t>ᏧᏪᏥ</w:t>
      </w:r>
      <w:r>
        <w:rPr>
          <w:rFonts w:ascii="Times New Roman" w:hAnsi="Times New Roman" w:eastAsia="Times New Roman" w:cs="Times New Roman"/>
        </w:rPr>
        <w:t xml:space="preserve"> </w:t>
      </w:r>
      <w:r>
        <w:rPr>
          <w:rFonts w:ascii="Gadugi" w:hAnsi="Gadugi" w:eastAsia="Gadugi" w:cs="Gadugi"/>
        </w:rPr>
        <w:t>ᏧᏂᏍᎪᎯ</w:t>
      </w:r>
      <w:r>
        <w:rPr>
          <w:rFonts w:ascii="Times New Roman" w:hAnsi="Times New Roman" w:eastAsia="Times New Roman" w:cs="Times New Roman"/>
        </w:rPr>
        <w:t xml:space="preserve"> </w:t>
      </w:r>
      <w:r>
        <w:rPr>
          <w:rFonts w:ascii="Gadugi" w:hAnsi="Gadugi" w:eastAsia="Gadugi" w:cs="Gadugi"/>
        </w:rPr>
        <w:t>ᏅᏓᏴᏫ</w:t>
      </w:r>
      <w:r>
        <w:rPr>
          <w:rFonts w:ascii="Times New Roman" w:hAnsi="Times New Roman" w:eastAsia="Times New Roman" w:cs="Times New Roman"/>
        </w:rPr>
        <w:t xml:space="preserve"> </w:t>
      </w:r>
      <w:r>
        <w:rPr>
          <w:rFonts w:ascii="Gadugi" w:hAnsi="Gadugi" w:eastAsia="Gadugi" w:cs="Gadugi"/>
        </w:rPr>
        <w:t>ᏧᏪᏥ</w:t>
      </w:r>
      <w:r>
        <w:rPr>
          <w:rFonts w:ascii="Times New Roman" w:hAnsi="Times New Roman" w:eastAsia="Times New Roman" w:cs="Times New Roman"/>
        </w:rPr>
        <w:t xml:space="preserve"> </w:t>
      </w:r>
      <w:r>
        <w:rPr>
          <w:rFonts w:ascii="Gadugi" w:hAnsi="Gadugi" w:eastAsia="Gadugi" w:cs="Gadugi"/>
        </w:rPr>
        <w:t>ᎠᏂᏣᎳᎩ</w:t>
      </w:r>
      <w:r>
        <w:rPr>
          <w:rFonts w:ascii="Times New Roman" w:hAnsi="Times New Roman" w:eastAsia="Times New Roman" w:cs="Times New Roman"/>
        </w:rPr>
        <w:t xml:space="preserve"> </w:t>
      </w:r>
      <w:r>
        <w:rPr>
          <w:rFonts w:ascii="Gadugi" w:hAnsi="Gadugi" w:eastAsia="Gadugi" w:cs="Gadugi"/>
        </w:rPr>
        <w:t>ᏗᎦᎸᎳᏗ</w:t>
      </w:r>
      <w:r>
        <w:rPr>
          <w:rFonts w:ascii="Times New Roman" w:hAnsi="Times New Roman" w:eastAsia="Times New Roman" w:cs="Times New Roman"/>
        </w:rPr>
        <w:t xml:space="preserve"> </w:t>
      </w:r>
      <w:r>
        <w:rPr>
          <w:rFonts w:ascii="Gadugi" w:hAnsi="Gadugi" w:eastAsia="Gadugi" w:cs="Gadugi"/>
        </w:rPr>
        <w:t>ᎪᏪᎵ</w:t>
      </w:r>
      <w:r>
        <w:rPr>
          <w:rFonts w:ascii="Times New Roman" w:hAnsi="Times New Roman" w:eastAsia="Times New Roman" w:cs="Times New Roman"/>
        </w:rPr>
        <w:t xml:space="preserve"> </w:t>
      </w:r>
      <w:r>
        <w:rPr>
          <w:rFonts w:ascii="Gadugi" w:hAnsi="Gadugi" w:eastAsia="Gadugi" w:cs="Gadugi"/>
        </w:rPr>
        <w:t>ᎭᏍᎩᏃ</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اخر زمان‌لرده، يالان پَيغَمبَر صِفتيده امريكانى رمزلەيدىغان بلعام، ئېشىگىنى اوچ قەتلە اورادى؛ بۇ، اسلامنىڭ اوچ زەربەسىنى ايفادە قىلىدۇ. 9/11 ئاشۇ زەربەلەرنىڭ بىرىنچى‌سى ايدى ۋە جەدلنىڭ قاتتىق شەرق شاماللىرى جەريانىدا شەرقتىن يۇكسەلىدىغان مُهرلەش فەرىشتىسىنىڭ كېلىشىنى بەلگىلەدى. اسلامنىڭ ئىككىنچى زەربەسى ئىككى قاتلاملىقتۇر، چۈنكى ئىككىنچى قەدەم ئىككى ھەسسە بولۇشنى بىلدۈرىدۇ. 2023-يىل 7-ئۆكتەبىر كۈنى اسلام كۈتۈلمىگەندە ھەقىقىي ئىسرائىلغا زەربە بەردى، ۋە تېننېسى شىتاتىنىڭ ناشۋىل شەھىرى اسلام تەرىپىدىن كۈتۈلمىگەندە زەربىگە ئۇچرىغاندا، روھىي ئىسرائىل زەربىگە ئۇچرىغان بولىدۇ. بلعامنىڭ قىسسەسىدە، ئىككىنچى يول-بەلگىسى ئىككى ئۈزۈملۈكنىڭ ئارىسىدا كەلگەن ايدى، ۋە قوشۇنلارنىڭ رەببىنىڭ ئىككى ئۈزۈملۈكى قەدىمىي ھەقىقىي ئىسرائىل ۋە زامانىۋى روھىي ئىسرائىل بولغان امريكا ايدى. بلعامنىڭ ئۈچىنچى يول-بەلگىسى ئېشەك سۆزلىگەن ۋاقىت ايدى؛ ۋە 9/11 دە باشلانغان يۈز قىرىق تۆت مىڭ كىشىنىڭ مُهرلىنىش ۋاقتىنىڭ ئاخىرىنى بەلگىلەيدىغان سۆزلەشنىڭ رمزى يكشەنبە قانۇنىدۇر، ئۇ ۋاقىتتا امريكا ئەجدىھادەك سۆزلەيدۇ. ۋەھىينامە ئون بىرىنچى بابتىكى چوڭ يەر تەۋرەش ئاشۇ يكشەنبە قانۇنىدۇر؛ شۇ يەردە ئۈچىنچى ۋاي تېز كېلىدۇ، شۇ يەردە امريكا، ئېشەك ۋە زەكەرىيا سۆزلەيدۇ.</w:t>
      </w:r>
    </w:p>
    <w:p>
      <w:pPr>
        <w:pStyle w:val="ArticleBody"/>
        <w:jc w:val="left"/>
      </w:pPr>
      <w:r>
        <w:rPr>
          <w:rFonts w:ascii="Nirmala UI" w:hAnsi="Nirmala UI" w:eastAsia="Nirmala UI" w:cs="Nirmala UI"/>
        </w:rPr>
        <w:t>योहन</w:t>
      </w:r>
      <w:r>
        <w:rPr>
          <w:rFonts w:ascii="Times New Roman" w:hAnsi="Times New Roman" w:eastAsia="Times New Roman" w:cs="Times New Roman"/>
        </w:rPr>
        <w:t xml:space="preserve"> </w:t>
      </w:r>
      <w:r>
        <w:rPr>
          <w:rFonts w:ascii="Nirmala UI" w:hAnsi="Nirmala UI" w:eastAsia="Nirmala UI" w:cs="Nirmala UI"/>
        </w:rPr>
        <w:t>बप्तिस्मा</w:t>
      </w:r>
      <w:r>
        <w:rPr>
          <w:rFonts w:ascii="Times New Roman" w:hAnsi="Times New Roman" w:eastAsia="Times New Roman" w:cs="Times New Roman"/>
        </w:rPr>
        <w:t>-</w:t>
      </w:r>
      <w:r>
        <w:rPr>
          <w:rFonts w:ascii="Nirmala UI" w:hAnsi="Nirmala UI" w:eastAsia="Nirmala UI" w:cs="Nirmala UI"/>
        </w:rPr>
        <w:t>दिनेका</w:t>
      </w:r>
      <w:r>
        <w:rPr>
          <w:rFonts w:ascii="Times New Roman" w:hAnsi="Times New Roman" w:eastAsia="Times New Roman" w:cs="Times New Roman"/>
        </w:rPr>
        <w:t xml:space="preserve"> </w:t>
      </w:r>
      <w:r>
        <w:rPr>
          <w:rFonts w:ascii="Nirmala UI" w:hAnsi="Nirmala UI" w:eastAsia="Nirmala UI" w:cs="Nirmala UI"/>
        </w:rPr>
        <w:t>पिता</w:t>
      </w:r>
      <w:r>
        <w:rPr>
          <w:rFonts w:ascii="Times New Roman" w:hAnsi="Times New Roman" w:eastAsia="Times New Roman" w:cs="Times New Roman"/>
        </w:rPr>
        <w:t xml:space="preserve"> </w:t>
      </w:r>
      <w:r>
        <w:rPr>
          <w:rFonts w:ascii="Nirmala UI" w:hAnsi="Nirmala UI" w:eastAsia="Nirmala UI" w:cs="Nirmala UI"/>
        </w:rPr>
        <w:t>ती</w:t>
      </w:r>
      <w:r>
        <w:rPr>
          <w:rFonts w:ascii="Times New Roman" w:hAnsi="Times New Roman" w:eastAsia="Times New Roman" w:cs="Times New Roman"/>
        </w:rPr>
        <w:t xml:space="preserve"> </w:t>
      </w:r>
      <w:r>
        <w:rPr>
          <w:rFonts w:ascii="Nirmala UI" w:hAnsi="Nirmala UI" w:eastAsia="Nirmala UI" w:cs="Nirmala UI"/>
        </w:rPr>
        <w:t>चौबीसमध्ये</w:t>
      </w:r>
      <w:r>
        <w:rPr>
          <w:rFonts w:ascii="Times New Roman" w:hAnsi="Times New Roman" w:eastAsia="Times New Roman" w:cs="Times New Roman"/>
        </w:rPr>
        <w:t xml:space="preserve"> </w:t>
      </w:r>
      <w:r>
        <w:rPr>
          <w:rFonts w:ascii="Nirmala UI" w:hAnsi="Nirmala UI" w:eastAsia="Nirmala UI" w:cs="Nirmala UI"/>
        </w:rPr>
        <w:t>आठौँ</w:t>
      </w:r>
      <w:r>
        <w:rPr>
          <w:rFonts w:ascii="Times New Roman" w:hAnsi="Times New Roman" w:eastAsia="Times New Roman" w:cs="Times New Roman"/>
        </w:rPr>
        <w:t xml:space="preserve"> </w:t>
      </w:r>
      <w:r>
        <w:rPr>
          <w:rFonts w:ascii="Nirmala UI" w:hAnsi="Nirmala UI" w:eastAsia="Nirmala UI" w:cs="Nirmala UI"/>
        </w:rPr>
        <w:t>पुजारीय</w:t>
      </w:r>
      <w:r>
        <w:rPr>
          <w:rFonts w:ascii="Times New Roman" w:hAnsi="Times New Roman" w:eastAsia="Times New Roman" w:cs="Times New Roman"/>
        </w:rPr>
        <w:t xml:space="preserve"> </w:t>
      </w:r>
      <w:r>
        <w:rPr>
          <w:rFonts w:ascii="Nirmala UI" w:hAnsi="Nirmala UI" w:eastAsia="Nirmala UI" w:cs="Nirmala UI"/>
        </w:rPr>
        <w:t>दलका</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जसलाई</w:t>
      </w:r>
      <w:r>
        <w:rPr>
          <w:rFonts w:ascii="Times New Roman" w:hAnsi="Times New Roman" w:eastAsia="Times New Roman" w:cs="Times New Roman"/>
        </w:rPr>
        <w:t xml:space="preserve"> </w:t>
      </w:r>
      <w:r>
        <w:rPr>
          <w:rFonts w:ascii="Nirmala UI" w:hAnsi="Nirmala UI" w:eastAsia="Nirmala UI" w:cs="Nirmala UI"/>
        </w:rPr>
        <w:t>दाऊदले</w:t>
      </w:r>
      <w:r>
        <w:rPr>
          <w:rFonts w:ascii="Times New Roman" w:hAnsi="Times New Roman" w:eastAsia="Times New Roman" w:cs="Times New Roman"/>
        </w:rPr>
        <w:t xml:space="preserve"> </w:t>
      </w:r>
      <w:r>
        <w:rPr>
          <w:rFonts w:ascii="Nirmala UI" w:hAnsi="Nirmala UI" w:eastAsia="Nirmala UI" w:cs="Nirmala UI"/>
        </w:rPr>
        <w:t>मन्दिरमा</w:t>
      </w:r>
      <w:r>
        <w:rPr>
          <w:rFonts w:ascii="Times New Roman" w:hAnsi="Times New Roman" w:eastAsia="Times New Roman" w:cs="Times New Roman"/>
        </w:rPr>
        <w:t xml:space="preserve"> </w:t>
      </w:r>
      <w:r>
        <w:rPr>
          <w:rFonts w:ascii="Nirmala UI" w:hAnsi="Nirmala UI" w:eastAsia="Nirmala UI" w:cs="Nirmala UI"/>
        </w:rPr>
        <w:t>सेवा</w:t>
      </w:r>
      <w:r>
        <w:rPr>
          <w:rFonts w:ascii="Times New Roman" w:hAnsi="Times New Roman" w:eastAsia="Times New Roman" w:cs="Times New Roman"/>
        </w:rPr>
        <w:t xml:space="preserve"> </w:t>
      </w:r>
      <w:r>
        <w:rPr>
          <w:rFonts w:ascii="Nirmala UI" w:hAnsi="Nirmala UI" w:eastAsia="Nirmala UI" w:cs="Nirmala UI"/>
        </w:rPr>
        <w:t>गर्नका</w:t>
      </w:r>
      <w:r>
        <w:rPr>
          <w:rFonts w:ascii="Times New Roman" w:hAnsi="Times New Roman" w:eastAsia="Times New Roman" w:cs="Times New Roman"/>
        </w:rPr>
        <w:t xml:space="preserve"> </w:t>
      </w:r>
      <w:r>
        <w:rPr>
          <w:rFonts w:ascii="Nirmala UI" w:hAnsi="Nirmala UI" w:eastAsia="Nirmala UI" w:cs="Nirmala UI"/>
        </w:rPr>
        <w:t>लागि</w:t>
      </w:r>
      <w:r>
        <w:rPr>
          <w:rFonts w:ascii="Times New Roman" w:hAnsi="Times New Roman" w:eastAsia="Times New Roman" w:cs="Times New Roman"/>
        </w:rPr>
        <w:t xml:space="preserve"> </w:t>
      </w:r>
      <w:r>
        <w:rPr>
          <w:rFonts w:ascii="Nirmala UI" w:hAnsi="Nirmala UI" w:eastAsia="Nirmala UI" w:cs="Nirmala UI"/>
        </w:rPr>
        <w:t>स्थापना</w:t>
      </w:r>
      <w:r>
        <w:rPr>
          <w:rFonts w:ascii="Times New Roman" w:hAnsi="Times New Roman" w:eastAsia="Times New Roman" w:cs="Times New Roman"/>
        </w:rPr>
        <w:t xml:space="preserve"> </w:t>
      </w:r>
      <w:r>
        <w:rPr>
          <w:rFonts w:ascii="Nirmala UI" w:hAnsi="Nirmala UI" w:eastAsia="Nirmala UI" w:cs="Nirmala UI"/>
        </w:rPr>
        <w:t>गरेका</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पुजारी</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आफ्ना</w:t>
      </w:r>
      <w:r>
        <w:rPr>
          <w:rFonts w:ascii="Times New Roman" w:hAnsi="Times New Roman" w:eastAsia="Times New Roman" w:cs="Times New Roman"/>
        </w:rPr>
        <w:t xml:space="preserve"> </w:t>
      </w:r>
      <w:r>
        <w:rPr>
          <w:rFonts w:ascii="Nirmala UI" w:hAnsi="Nirmala UI" w:eastAsia="Nirmala UI" w:cs="Nirmala UI"/>
        </w:rPr>
        <w:t>छोरा</w:t>
      </w:r>
      <w:r>
        <w:rPr>
          <w:rFonts w:ascii="Times New Roman" w:hAnsi="Times New Roman" w:eastAsia="Times New Roman" w:cs="Times New Roman"/>
        </w:rPr>
        <w:t xml:space="preserve"> </w:t>
      </w:r>
      <w:r>
        <w:rPr>
          <w:rFonts w:ascii="Nirmala UI" w:hAnsi="Nirmala UI" w:eastAsia="Nirmala UI" w:cs="Nirmala UI"/>
        </w:rPr>
        <w:t>योहनको</w:t>
      </w:r>
      <w:r>
        <w:rPr>
          <w:rFonts w:ascii="Times New Roman" w:hAnsi="Times New Roman" w:eastAsia="Times New Roman" w:cs="Times New Roman"/>
        </w:rPr>
        <w:t xml:space="preserve"> </w:t>
      </w:r>
      <w:r>
        <w:rPr>
          <w:rFonts w:ascii="Nirmala UI" w:hAnsi="Nirmala UI" w:eastAsia="Nirmala UI" w:cs="Nirmala UI"/>
        </w:rPr>
        <w:t>जन्म</w:t>
      </w:r>
      <w:r>
        <w:rPr>
          <w:rFonts w:ascii="Times New Roman" w:hAnsi="Times New Roman" w:eastAsia="Times New Roman" w:cs="Times New Roman"/>
        </w:rPr>
        <w:t xml:space="preserve"> </w:t>
      </w:r>
      <w:r>
        <w:rPr>
          <w:rFonts w:ascii="Nirmala UI" w:hAnsi="Nirmala UI" w:eastAsia="Nirmala UI" w:cs="Nirmala UI"/>
        </w:rPr>
        <w:t>नभएसम्म</w:t>
      </w:r>
      <w:r>
        <w:rPr>
          <w:rFonts w:ascii="Times New Roman" w:hAnsi="Times New Roman" w:eastAsia="Times New Roman" w:cs="Times New Roman"/>
        </w:rPr>
        <w:t xml:space="preserve"> </w:t>
      </w:r>
      <w:r>
        <w:rPr>
          <w:rFonts w:ascii="Nirmala UI" w:hAnsi="Nirmala UI" w:eastAsia="Nirmala UI" w:cs="Nirmala UI"/>
        </w:rPr>
        <w:t>अविश्वासका</w:t>
      </w:r>
      <w:r>
        <w:rPr>
          <w:rFonts w:ascii="Times New Roman" w:hAnsi="Times New Roman" w:eastAsia="Times New Roman" w:cs="Times New Roman"/>
        </w:rPr>
        <w:t xml:space="preserve"> </w:t>
      </w:r>
      <w:r>
        <w:rPr>
          <w:rFonts w:ascii="Nirmala UI" w:hAnsi="Nirmala UI" w:eastAsia="Nirmala UI" w:cs="Nirmala UI"/>
        </w:rPr>
        <w:t>कारण</w:t>
      </w:r>
      <w:r>
        <w:rPr>
          <w:rFonts w:ascii="Times New Roman" w:hAnsi="Times New Roman" w:eastAsia="Times New Roman" w:cs="Times New Roman"/>
        </w:rPr>
        <w:t xml:space="preserve"> </w:t>
      </w:r>
      <w:r>
        <w:rPr>
          <w:rFonts w:ascii="Nirmala UI" w:hAnsi="Nirmala UI" w:eastAsia="Nirmala UI" w:cs="Nirmala UI"/>
        </w:rPr>
        <w:t>मूक</w:t>
      </w:r>
      <w:r>
        <w:rPr>
          <w:rFonts w:ascii="Times New Roman" w:hAnsi="Times New Roman" w:eastAsia="Times New Roman" w:cs="Times New Roman"/>
        </w:rPr>
        <w:t xml:space="preserve"> </w:t>
      </w:r>
      <w:r>
        <w:rPr>
          <w:rFonts w:ascii="Nirmala UI" w:hAnsi="Nirmala UI" w:eastAsia="Nirmala UI" w:cs="Nirmala UI"/>
        </w:rPr>
        <w:t>तुल्याइए</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उनी</w:t>
      </w:r>
      <w:r>
        <w:rPr>
          <w:rFonts w:ascii="Times New Roman" w:hAnsi="Times New Roman" w:eastAsia="Times New Roman" w:cs="Times New Roman"/>
        </w:rPr>
        <w:t xml:space="preserve"> </w:t>
      </w:r>
      <w:r>
        <w:rPr>
          <w:rFonts w:ascii="Nirmala UI" w:hAnsi="Nirmala UI" w:eastAsia="Nirmala UI" w:cs="Nirmala UI"/>
        </w:rPr>
        <w:t>आठ</w:t>
      </w:r>
      <w:r>
        <w:rPr>
          <w:rFonts w:ascii="Times New Roman" w:hAnsi="Times New Roman" w:eastAsia="Times New Roman" w:cs="Times New Roman"/>
        </w:rPr>
        <w:t xml:space="preserve"> </w:t>
      </w:r>
      <w:r>
        <w:rPr>
          <w:rFonts w:ascii="Nirmala UI" w:hAnsi="Nirmala UI" w:eastAsia="Nirmala UI" w:cs="Nirmala UI"/>
        </w:rPr>
        <w:t>सङ्ख्याको</w:t>
      </w:r>
      <w:r>
        <w:rPr>
          <w:rFonts w:ascii="Times New Roman" w:hAnsi="Times New Roman" w:eastAsia="Times New Roman" w:cs="Times New Roman"/>
        </w:rPr>
        <w:t xml:space="preserve"> </w:t>
      </w:r>
      <w:r>
        <w:rPr>
          <w:rFonts w:ascii="Nirmala UI" w:hAnsi="Nirmala UI" w:eastAsia="Nirmala UI" w:cs="Nirmala UI"/>
        </w:rPr>
        <w:t>एउटा</w:t>
      </w:r>
      <w:r>
        <w:rPr>
          <w:rFonts w:ascii="Times New Roman" w:hAnsi="Times New Roman" w:eastAsia="Times New Roman" w:cs="Times New Roman"/>
        </w:rPr>
        <w:t xml:space="preserve"> </w:t>
      </w:r>
      <w:r>
        <w:rPr>
          <w:rFonts w:ascii="Nirmala UI" w:hAnsi="Nirmala UI" w:eastAsia="Nirmala UI" w:cs="Nirmala UI"/>
        </w:rPr>
        <w:t>प्रतीक</w:t>
      </w:r>
      <w:r>
        <w:rPr>
          <w:rFonts w:ascii="Times New Roman" w:hAnsi="Times New Roman" w:eastAsia="Times New Roman" w:cs="Times New Roman"/>
        </w:rPr>
        <w:t xml:space="preserve"> </w:t>
      </w:r>
      <w:r>
        <w:rPr>
          <w:rFonts w:ascii="Nirmala UI" w:hAnsi="Nirmala UI" w:eastAsia="Nirmala UI" w:cs="Nirmala UI"/>
        </w:rPr>
        <w:t>हुन्</w:t>
      </w:r>
      <w:r>
        <w:rPr>
          <w:rFonts w:ascii="Times New Roman" w:hAnsi="Times New Roman" w:eastAsia="Times New Roman" w:cs="Times New Roman"/>
        </w:rPr>
        <w:t xml:space="preserve"> (</w:t>
      </w:r>
      <w:r>
        <w:rPr>
          <w:rFonts w:ascii="Nirmala UI" w:hAnsi="Nirmala UI" w:eastAsia="Nirmala UI" w:cs="Nirmala UI"/>
        </w:rPr>
        <w:t>जो</w:t>
      </w:r>
      <w:r>
        <w:rPr>
          <w:rFonts w:ascii="Times New Roman" w:hAnsi="Times New Roman" w:eastAsia="Times New Roman" w:cs="Times New Roman"/>
        </w:rPr>
        <w:t xml:space="preserve"> </w:t>
      </w:r>
      <w:r>
        <w:rPr>
          <w:rFonts w:ascii="Nirmala UI" w:hAnsi="Nirmala UI" w:eastAsia="Nirmala UI" w:cs="Nirmala UI"/>
        </w:rPr>
        <w:t>पुजारीपदको</w:t>
      </w:r>
      <w:r>
        <w:rPr>
          <w:rFonts w:ascii="Times New Roman" w:hAnsi="Times New Roman" w:eastAsia="Times New Roman" w:cs="Times New Roman"/>
        </w:rPr>
        <w:t xml:space="preserve"> </w:t>
      </w:r>
      <w:r>
        <w:rPr>
          <w:rFonts w:ascii="Nirmala UI" w:hAnsi="Nirmala UI" w:eastAsia="Nirmala UI" w:cs="Nirmala UI"/>
        </w:rPr>
        <w:t>प्रतीक</w:t>
      </w:r>
      <w:r>
        <w:rPr>
          <w:rFonts w:ascii="Times New Roman" w:hAnsi="Times New Roman" w:eastAsia="Times New Roman" w:cs="Times New Roman"/>
        </w:rPr>
        <w:t xml:space="preserve"> </w:t>
      </w:r>
      <w:r>
        <w:rPr>
          <w:rFonts w:ascii="Nirmala UI" w:hAnsi="Nirmala UI" w:eastAsia="Nirmala UI" w:cs="Nirmala UI"/>
        </w:rPr>
        <w:t>हो</w:t>
      </w:r>
      <w:r>
        <w:rPr>
          <w:rFonts w:ascii="Times New Roman" w:hAnsi="Times New Roman" w:eastAsia="Times New Roman" w:cs="Times New Roman"/>
        </w:rPr>
        <w:t>)</w:t>
      </w:r>
      <w:r>
        <w:rPr>
          <w:rFonts w:ascii="Nirmala UI" w:hAnsi="Nirmala UI" w:eastAsia="Nirmala UI" w:cs="Nirmala UI"/>
        </w:rPr>
        <w:t>।</w:t>
      </w:r>
      <w:r>
        <w:rPr>
          <w:rFonts w:ascii="Times New Roman" w:hAnsi="Times New Roman" w:eastAsia="Times New Roman" w:cs="Times New Roman"/>
        </w:rPr>
        <w:t xml:space="preserve"> </w:t>
      </w:r>
      <w:r>
        <w:rPr>
          <w:rFonts w:ascii="Nirmala UI" w:hAnsi="Nirmala UI" w:eastAsia="Nirmala UI" w:cs="Nirmala UI"/>
        </w:rPr>
        <w:t>आइतबारको</w:t>
      </w:r>
      <w:r>
        <w:rPr>
          <w:rFonts w:ascii="Times New Roman" w:hAnsi="Times New Roman" w:eastAsia="Times New Roman" w:cs="Times New Roman"/>
        </w:rPr>
        <w:t xml:space="preserve"> </w:t>
      </w:r>
      <w:r>
        <w:rPr>
          <w:rFonts w:ascii="Nirmala UI" w:hAnsi="Nirmala UI" w:eastAsia="Nirmala UI" w:cs="Nirmala UI"/>
        </w:rPr>
        <w:t>व्यवस्थाको</w:t>
      </w:r>
      <w:r>
        <w:rPr>
          <w:rFonts w:ascii="Times New Roman" w:hAnsi="Times New Roman" w:eastAsia="Times New Roman" w:cs="Times New Roman"/>
        </w:rPr>
        <w:t xml:space="preserve"> </w:t>
      </w:r>
      <w:r>
        <w:rPr>
          <w:rFonts w:ascii="Nirmala UI" w:hAnsi="Nirmala UI" w:eastAsia="Nirmala UI" w:cs="Nirmala UI"/>
        </w:rPr>
        <w:t>समयमा</w:t>
      </w:r>
      <w:r>
        <w:rPr>
          <w:rFonts w:ascii="Times New Roman" w:hAnsi="Times New Roman" w:eastAsia="Times New Roman" w:cs="Times New Roman"/>
        </w:rPr>
        <w:t xml:space="preserve">, </w:t>
      </w:r>
      <w:r>
        <w:rPr>
          <w:rFonts w:ascii="Nirmala UI" w:hAnsi="Nirmala UI" w:eastAsia="Nirmala UI" w:cs="Nirmala UI"/>
        </w:rPr>
        <w:t>योहन</w:t>
      </w:r>
      <w:r>
        <w:rPr>
          <w:rFonts w:ascii="Times New Roman" w:hAnsi="Times New Roman" w:eastAsia="Times New Roman" w:cs="Times New Roman"/>
        </w:rPr>
        <w:t xml:space="preserve"> </w:t>
      </w:r>
      <w:r>
        <w:rPr>
          <w:rFonts w:ascii="Nirmala UI" w:hAnsi="Nirmala UI" w:eastAsia="Nirmala UI" w:cs="Nirmala UI"/>
        </w:rPr>
        <w:t>बप्तिस्मा</w:t>
      </w:r>
      <w:r>
        <w:rPr>
          <w:rFonts w:ascii="Times New Roman" w:hAnsi="Times New Roman" w:eastAsia="Times New Roman" w:cs="Times New Roman"/>
        </w:rPr>
        <w:t>-</w:t>
      </w:r>
      <w:r>
        <w:rPr>
          <w:rFonts w:ascii="Nirmala UI" w:hAnsi="Nirmala UI" w:eastAsia="Nirmala UI" w:cs="Nirmala UI"/>
        </w:rPr>
        <w:t>दिनेले</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गर्ने</w:t>
      </w:r>
      <w:r>
        <w:rPr>
          <w:rFonts w:ascii="Times New Roman" w:hAnsi="Times New Roman" w:eastAsia="Times New Roman" w:cs="Times New Roman"/>
        </w:rPr>
        <w:t xml:space="preserve"> </w:t>
      </w:r>
      <w:r>
        <w:rPr>
          <w:rFonts w:ascii="Nirmala UI" w:hAnsi="Nirmala UI" w:eastAsia="Nirmala UI" w:cs="Nirmala UI"/>
        </w:rPr>
        <w:t>पुजारीहरूको</w:t>
      </w:r>
      <w:r>
        <w:rPr>
          <w:rFonts w:ascii="Times New Roman" w:hAnsi="Times New Roman" w:eastAsia="Times New Roman" w:cs="Times New Roman"/>
        </w:rPr>
        <w:t xml:space="preserve"> </w:t>
      </w:r>
      <w:r>
        <w:rPr>
          <w:rFonts w:ascii="Nirmala UI" w:hAnsi="Nirmala UI" w:eastAsia="Nirmala UI" w:cs="Nirmala UI"/>
        </w:rPr>
        <w:t>अन्तिम</w:t>
      </w:r>
      <w:r>
        <w:rPr>
          <w:rFonts w:ascii="Times New Roman" w:hAnsi="Times New Roman" w:eastAsia="Times New Roman" w:cs="Times New Roman"/>
        </w:rPr>
        <w:t xml:space="preserve"> </w:t>
      </w:r>
      <w:r>
        <w:rPr>
          <w:rFonts w:ascii="Nirmala UI" w:hAnsi="Nirmala UI" w:eastAsia="Nirmala UI" w:cs="Nirmala UI"/>
        </w:rPr>
        <w:t>पुस्ताले</w:t>
      </w:r>
      <w:r>
        <w:rPr>
          <w:rFonts w:ascii="Times New Roman" w:hAnsi="Times New Roman" w:eastAsia="Times New Roman" w:cs="Times New Roman"/>
        </w:rPr>
        <w:t xml:space="preserve">, </w:t>
      </w:r>
      <w:r>
        <w:rPr>
          <w:rFonts w:ascii="Nirmala UI" w:hAnsi="Nirmala UI" w:eastAsia="Nirmala UI" w:cs="Nirmala UI"/>
        </w:rPr>
        <w:t>उनका</w:t>
      </w:r>
      <w:r>
        <w:rPr>
          <w:rFonts w:ascii="Times New Roman" w:hAnsi="Times New Roman" w:eastAsia="Times New Roman" w:cs="Times New Roman"/>
        </w:rPr>
        <w:t xml:space="preserve"> </w:t>
      </w:r>
      <w:r>
        <w:rPr>
          <w:rFonts w:ascii="Nirmala UI" w:hAnsi="Nirmala UI" w:eastAsia="Nirmala UI" w:cs="Nirmala UI"/>
        </w:rPr>
        <w:t>पिता</w:t>
      </w:r>
      <w:r>
        <w:rPr>
          <w:rFonts w:ascii="Times New Roman" w:hAnsi="Times New Roman" w:eastAsia="Times New Roman" w:cs="Times New Roman"/>
        </w:rPr>
        <w:t xml:space="preserve"> </w:t>
      </w:r>
      <w:r>
        <w:rPr>
          <w:rFonts w:ascii="Nirmala UI" w:hAnsi="Nirmala UI" w:eastAsia="Nirmala UI" w:cs="Nirmala UI"/>
        </w:rPr>
        <w:t>जकरियाहले</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गरेझैँ</w:t>
      </w:r>
      <w:r>
        <w:rPr>
          <w:rFonts w:ascii="Times New Roman" w:hAnsi="Times New Roman" w:eastAsia="Times New Roman" w:cs="Times New Roman"/>
        </w:rPr>
        <w:t xml:space="preserve">, </w:t>
      </w:r>
      <w:r>
        <w:rPr>
          <w:rFonts w:ascii="Nirmala UI" w:hAnsi="Nirmala UI" w:eastAsia="Nirmala UI" w:cs="Nirmala UI"/>
        </w:rPr>
        <w:t>बोल्नेछ।</w:t>
      </w:r>
      <w:r>
        <w:rPr>
          <w:rFonts w:ascii="Times New Roman" w:hAnsi="Times New Roman" w:eastAsia="Times New Roman" w:cs="Times New Roman"/>
        </w:rPr>
        <w:t xml:space="preserve"> </w:t>
      </w:r>
      <w:r>
        <w:rPr>
          <w:rFonts w:ascii="Nirmala UI" w:hAnsi="Nirmala UI" w:eastAsia="Nirmala UI" w:cs="Nirmala UI"/>
        </w:rPr>
        <w:t>ख्रीष्टले</w:t>
      </w:r>
      <w:r>
        <w:rPr>
          <w:rFonts w:ascii="Times New Roman" w:hAnsi="Times New Roman" w:eastAsia="Times New Roman" w:cs="Times New Roman"/>
        </w:rPr>
        <w:t xml:space="preserve"> </w:t>
      </w:r>
      <w:r>
        <w:rPr>
          <w:rFonts w:ascii="Nirmala UI" w:hAnsi="Nirmala UI" w:eastAsia="Nirmala UI" w:cs="Nirmala UI"/>
        </w:rPr>
        <w:t>योहनलाई</w:t>
      </w:r>
      <w:r>
        <w:rPr>
          <w:rFonts w:ascii="Times New Roman" w:hAnsi="Times New Roman" w:eastAsia="Times New Roman" w:cs="Times New Roman"/>
        </w:rPr>
        <w:t xml:space="preserve"> </w:t>
      </w:r>
      <w:r>
        <w:rPr>
          <w:rFonts w:ascii="Nirmala UI" w:hAnsi="Nirmala UI" w:eastAsia="Nirmala UI" w:cs="Nirmala UI"/>
        </w:rPr>
        <w:t>एलियाह</w:t>
      </w:r>
      <w:r>
        <w:rPr>
          <w:rFonts w:ascii="Times New Roman" w:hAnsi="Times New Roman" w:eastAsia="Times New Roman" w:cs="Times New Roman"/>
        </w:rPr>
        <w:t xml:space="preserve"> </w:t>
      </w:r>
      <w:r>
        <w:rPr>
          <w:rFonts w:ascii="Nirmala UI" w:hAnsi="Nirmala UI" w:eastAsia="Nirmala UI" w:cs="Nirmala UI"/>
        </w:rPr>
        <w:t>भनेर</w:t>
      </w:r>
      <w:r>
        <w:rPr>
          <w:rFonts w:ascii="Times New Roman" w:hAnsi="Times New Roman" w:eastAsia="Times New Roman" w:cs="Times New Roman"/>
        </w:rPr>
        <w:t xml:space="preserve"> </w:t>
      </w:r>
      <w:r>
        <w:rPr>
          <w:rFonts w:ascii="Nirmala UI" w:hAnsi="Nirmala UI" w:eastAsia="Nirmala UI" w:cs="Nirmala UI"/>
        </w:rPr>
        <w:t>चिनाउनुभयो</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एलियाहको</w:t>
      </w:r>
      <w:r>
        <w:rPr>
          <w:rFonts w:ascii="Times New Roman" w:hAnsi="Times New Roman" w:eastAsia="Times New Roman" w:cs="Times New Roman"/>
        </w:rPr>
        <w:t xml:space="preserve"> </w:t>
      </w:r>
      <w:r>
        <w:rPr>
          <w:rFonts w:ascii="Nirmala UI" w:hAnsi="Nirmala UI" w:eastAsia="Nirmala UI" w:cs="Nirmala UI"/>
        </w:rPr>
        <w:t>अन्त्य</w:t>
      </w:r>
      <w:r>
        <w:rPr>
          <w:rFonts w:ascii="Times New Roman" w:hAnsi="Times New Roman" w:eastAsia="Times New Roman" w:cs="Times New Roman"/>
        </w:rPr>
        <w:t>-</w:t>
      </w:r>
      <w:r>
        <w:rPr>
          <w:rFonts w:ascii="Nirmala UI" w:hAnsi="Nirmala UI" w:eastAsia="Nirmala UI" w:cs="Nirmala UI"/>
        </w:rPr>
        <w:t>दिनको</w:t>
      </w:r>
      <w:r>
        <w:rPr>
          <w:rFonts w:ascii="Times New Roman" w:hAnsi="Times New Roman" w:eastAsia="Times New Roman" w:cs="Times New Roman"/>
        </w:rPr>
        <w:t xml:space="preserve"> </w:t>
      </w:r>
      <w:r>
        <w:rPr>
          <w:rFonts w:ascii="Nirmala UI" w:hAnsi="Nirmala UI" w:eastAsia="Nirmala UI" w:cs="Nirmala UI"/>
        </w:rPr>
        <w:t>सन्देश</w:t>
      </w:r>
      <w:r>
        <w:rPr>
          <w:rFonts w:ascii="Times New Roman" w:hAnsi="Times New Roman" w:eastAsia="Times New Roman" w:cs="Times New Roman"/>
        </w:rPr>
        <w:t xml:space="preserve"> </w:t>
      </w:r>
      <w:r>
        <w:rPr>
          <w:rFonts w:ascii="Nirmala UI" w:hAnsi="Nirmala UI" w:eastAsia="Nirmala UI" w:cs="Nirmala UI"/>
        </w:rPr>
        <w:t>पिता</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सन्तानको</w:t>
      </w:r>
      <w:r>
        <w:rPr>
          <w:rFonts w:ascii="Times New Roman" w:hAnsi="Times New Roman" w:eastAsia="Times New Roman" w:cs="Times New Roman"/>
        </w:rPr>
        <w:t xml:space="preserve"> </w:t>
      </w:r>
      <w:r>
        <w:rPr>
          <w:rFonts w:ascii="Nirmala UI" w:hAnsi="Nirmala UI" w:eastAsia="Nirmala UI" w:cs="Nirmala UI"/>
        </w:rPr>
        <w:t>सम्बन्धद्वारा</w:t>
      </w:r>
      <w:r>
        <w:rPr>
          <w:rFonts w:ascii="Times New Roman" w:hAnsi="Times New Roman" w:eastAsia="Times New Roman" w:cs="Times New Roman"/>
        </w:rPr>
        <w:t xml:space="preserve"> </w:t>
      </w:r>
      <w:r>
        <w:rPr>
          <w:rFonts w:ascii="Nirmala UI" w:hAnsi="Nirmala UI" w:eastAsia="Nirmala UI" w:cs="Nirmala UI"/>
        </w:rPr>
        <w:t>प्रतिनिधित्व</w:t>
      </w:r>
      <w:r>
        <w:rPr>
          <w:rFonts w:ascii="Times New Roman" w:hAnsi="Times New Roman" w:eastAsia="Times New Roman" w:cs="Times New Roman"/>
        </w:rPr>
        <w:t xml:space="preserve"> </w:t>
      </w:r>
      <w:r>
        <w:rPr>
          <w:rFonts w:ascii="Nirmala UI" w:hAnsi="Nirmala UI" w:eastAsia="Nirmala UI" w:cs="Nirmala UI"/>
        </w:rPr>
        <w:t>गरिएको</w:t>
      </w:r>
      <w:r>
        <w:rPr>
          <w:rFonts w:ascii="Times New Roman" w:hAnsi="Times New Roman" w:eastAsia="Times New Roman" w:cs="Times New Roman"/>
        </w:rPr>
        <w:t xml:space="preserve"> </w:t>
      </w:r>
      <w:r>
        <w:rPr>
          <w:rFonts w:ascii="Nirmala UI" w:hAnsi="Nirmala UI" w:eastAsia="Nirmala UI" w:cs="Nirmala UI"/>
        </w:rPr>
        <w:t>छ</w:t>
      </w:r>
      <w:r>
        <w:rPr>
          <w:rFonts w:ascii="Times New Roman" w:hAnsi="Times New Roman" w:eastAsia="Times New Roman" w:cs="Times New Roman"/>
        </w:rPr>
        <w:t xml:space="preserve">, </w:t>
      </w:r>
      <w:r>
        <w:rPr>
          <w:rFonts w:ascii="Nirmala UI" w:hAnsi="Nirmala UI" w:eastAsia="Nirmala UI" w:cs="Nirmala UI"/>
        </w:rPr>
        <w:t>जस्तै</w:t>
      </w:r>
      <w:r>
        <w:rPr>
          <w:rFonts w:ascii="Times New Roman" w:hAnsi="Times New Roman" w:eastAsia="Times New Roman" w:cs="Times New Roman"/>
        </w:rPr>
        <w:t xml:space="preserve"> </w:t>
      </w:r>
      <w:r>
        <w:rPr>
          <w:rFonts w:ascii="Nirmala UI" w:hAnsi="Nirmala UI" w:eastAsia="Nirmala UI" w:cs="Nirmala UI"/>
        </w:rPr>
        <w:t>जकरियाह</w:t>
      </w:r>
      <w:r>
        <w:rPr>
          <w:rFonts w:ascii="Times New Roman" w:hAnsi="Times New Roman" w:eastAsia="Times New Roman" w:cs="Times New Roman"/>
        </w:rPr>
        <w:t xml:space="preserve"> </w:t>
      </w:r>
      <w:r>
        <w:rPr>
          <w:rFonts w:ascii="Nirmala UI" w:hAnsi="Nirmala UI" w:eastAsia="Nirmala UI" w:cs="Nirmala UI"/>
        </w:rPr>
        <w:t>र</w:t>
      </w:r>
      <w:r>
        <w:rPr>
          <w:rFonts w:ascii="Times New Roman" w:hAnsi="Times New Roman" w:eastAsia="Times New Roman" w:cs="Times New Roman"/>
        </w:rPr>
        <w:t xml:space="preserve"> </w:t>
      </w:r>
      <w:r>
        <w:rPr>
          <w:rFonts w:ascii="Nirmala UI" w:hAnsi="Nirmala UI" w:eastAsia="Nirmala UI" w:cs="Nirmala UI"/>
        </w:rPr>
        <w:t>योहन</w:t>
      </w:r>
      <w:r>
        <w:rPr>
          <w:rFonts w:ascii="Times New Roman" w:hAnsi="Times New Roman" w:eastAsia="Times New Roman" w:cs="Times New Roman"/>
        </w:rPr>
        <w:t xml:space="preserve"> </w:t>
      </w:r>
      <w:r>
        <w:rPr>
          <w:rFonts w:ascii="Nirmala UI" w:hAnsi="Nirmala UI" w:eastAsia="Nirmala UI" w:cs="Nirmala UI"/>
        </w:rPr>
        <w:t>थिए।</w:t>
      </w:r>
      <w:r>
        <w:rPr>
          <w:rFonts w:ascii="Times New Roman" w:hAnsi="Times New Roman" w:eastAsia="Times New Roman" w:cs="Times New Roman"/>
        </w:rPr>
        <w:t xml:space="preserve"> </w:t>
      </w:r>
      <w:r>
        <w:rPr>
          <w:rFonts w:ascii="Nirmala UI" w:hAnsi="Nirmala UI" w:eastAsia="Nirmala UI" w:cs="Nirmala UI"/>
        </w:rPr>
        <w:t>योहनको</w:t>
      </w:r>
      <w:r>
        <w:rPr>
          <w:rFonts w:ascii="Times New Roman" w:hAnsi="Times New Roman" w:eastAsia="Times New Roman" w:cs="Times New Roman"/>
        </w:rPr>
        <w:t xml:space="preserve"> </w:t>
      </w:r>
      <w:r>
        <w:rPr>
          <w:rFonts w:ascii="Nirmala UI" w:hAnsi="Nirmala UI" w:eastAsia="Nirmala UI" w:cs="Nirmala UI"/>
        </w:rPr>
        <w:t>पूर्वरूप</w:t>
      </w:r>
      <w:r>
        <w:rPr>
          <w:rFonts w:ascii="Times New Roman" w:hAnsi="Times New Roman" w:eastAsia="Times New Roman" w:cs="Times New Roman"/>
        </w:rPr>
        <w:t xml:space="preserve"> </w:t>
      </w:r>
      <w:r>
        <w:rPr>
          <w:rFonts w:ascii="Nirmala UI" w:hAnsi="Nirmala UI" w:eastAsia="Nirmala UI" w:cs="Nirmala UI"/>
        </w:rPr>
        <w:t>यर्मियाद्वारा</w:t>
      </w:r>
      <w:r>
        <w:rPr>
          <w:rFonts w:ascii="Times New Roman" w:hAnsi="Times New Roman" w:eastAsia="Times New Roman" w:cs="Times New Roman"/>
        </w:rPr>
        <w:t xml:space="preserve"> </w:t>
      </w:r>
      <w:r>
        <w:rPr>
          <w:rFonts w:ascii="Nirmala UI" w:hAnsi="Nirmala UI" w:eastAsia="Nirmala UI" w:cs="Nirmala UI"/>
        </w:rPr>
        <w:t>देखाइएको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जसलाई</w:t>
      </w:r>
      <w:r>
        <w:rPr>
          <w:rFonts w:ascii="Times New Roman" w:hAnsi="Times New Roman" w:eastAsia="Times New Roman" w:cs="Times New Roman"/>
        </w:rPr>
        <w:t xml:space="preserve"> </w:t>
      </w:r>
      <w:r>
        <w:rPr>
          <w:rFonts w:ascii="Nirmala UI" w:hAnsi="Nirmala UI" w:eastAsia="Nirmala UI" w:cs="Nirmala UI"/>
        </w:rPr>
        <w:t>भनिएको</w:t>
      </w:r>
      <w:r>
        <w:rPr>
          <w:rFonts w:ascii="Times New Roman" w:hAnsi="Times New Roman" w:eastAsia="Times New Roman" w:cs="Times New Roman"/>
        </w:rPr>
        <w:t xml:space="preserve"> </w:t>
      </w:r>
      <w:r>
        <w:rPr>
          <w:rFonts w:ascii="Nirmala UI" w:hAnsi="Nirmala UI" w:eastAsia="Nirmala UI" w:cs="Nirmala UI"/>
        </w:rPr>
        <w:t>थियो</w:t>
      </w:r>
      <w:r>
        <w:rPr>
          <w:rFonts w:ascii="Times New Roman" w:hAnsi="Times New Roman" w:eastAsia="Times New Roman" w:cs="Times New Roman"/>
        </w:rPr>
        <w:t xml:space="preserve"> </w:t>
      </w:r>
      <w:r>
        <w:rPr>
          <w:rFonts w:ascii="Nirmala UI" w:hAnsi="Nirmala UI" w:eastAsia="Nirmala UI" w:cs="Nirmala UI"/>
        </w:rPr>
        <w:t>कि</w:t>
      </w:r>
      <w:r>
        <w:rPr>
          <w:rFonts w:ascii="Times New Roman" w:hAnsi="Times New Roman" w:eastAsia="Times New Roman" w:cs="Times New Roman"/>
        </w:rPr>
        <w:t xml:space="preserve"> </w:t>
      </w:r>
      <w:r>
        <w:rPr>
          <w:rFonts w:ascii="Nirmala UI" w:hAnsi="Nirmala UI" w:eastAsia="Nirmala UI" w:cs="Nirmala UI"/>
        </w:rPr>
        <w:t>यदि</w:t>
      </w:r>
      <w:r>
        <w:rPr>
          <w:rFonts w:ascii="Times New Roman" w:hAnsi="Times New Roman" w:eastAsia="Times New Roman" w:cs="Times New Roman"/>
        </w:rPr>
        <w:t xml:space="preserve"> </w:t>
      </w:r>
      <w:r>
        <w:rPr>
          <w:rFonts w:ascii="Nirmala UI" w:hAnsi="Nirmala UI" w:eastAsia="Nirmala UI" w:cs="Nirmala UI"/>
        </w:rPr>
        <w:t>ऊ</w:t>
      </w:r>
      <w:r>
        <w:rPr>
          <w:rFonts w:ascii="Times New Roman" w:hAnsi="Times New Roman" w:eastAsia="Times New Roman" w:cs="Times New Roman"/>
        </w:rPr>
        <w:t xml:space="preserve"> </w:t>
      </w:r>
      <w:r>
        <w:rPr>
          <w:rFonts w:ascii="Nirmala UI" w:hAnsi="Nirmala UI" w:eastAsia="Nirmala UI" w:cs="Nirmala UI"/>
        </w:rPr>
        <w:t>फर्कियो</w:t>
      </w:r>
      <w:r>
        <w:rPr>
          <w:rFonts w:ascii="Times New Roman" w:hAnsi="Times New Roman" w:eastAsia="Times New Roman" w:cs="Times New Roman"/>
        </w:rPr>
        <w:t xml:space="preserve"> </w:t>
      </w:r>
      <w:r>
        <w:rPr>
          <w:rFonts w:ascii="Nirmala UI" w:hAnsi="Nirmala UI" w:eastAsia="Nirmala UI" w:cs="Nirmala UI"/>
        </w:rPr>
        <w:t>भने</w:t>
      </w:r>
      <w:r>
        <w:rPr>
          <w:rFonts w:ascii="Times New Roman" w:hAnsi="Times New Roman" w:eastAsia="Times New Roman" w:cs="Times New Roman"/>
        </w:rPr>
        <w:t xml:space="preserve">, </w:t>
      </w:r>
      <w:r>
        <w:rPr>
          <w:rFonts w:ascii="Nirmala UI" w:hAnsi="Nirmala UI" w:eastAsia="Nirmala UI" w:cs="Nirmala UI"/>
        </w:rPr>
        <w:t>ऊ</w:t>
      </w:r>
      <w:r>
        <w:rPr>
          <w:rFonts w:ascii="Times New Roman" w:hAnsi="Times New Roman" w:eastAsia="Times New Roman" w:cs="Times New Roman"/>
        </w:rPr>
        <w:t xml:space="preserve"> </w:t>
      </w:r>
      <w:r>
        <w:rPr>
          <w:rFonts w:ascii="Nirmala UI" w:hAnsi="Nirmala UI" w:eastAsia="Nirmala UI" w:cs="Nirmala UI"/>
        </w:rPr>
        <w:t>परमेश्वरको</w:t>
      </w:r>
      <w:r>
        <w:rPr>
          <w:rFonts w:ascii="Times New Roman" w:hAnsi="Times New Roman" w:eastAsia="Times New Roman" w:cs="Times New Roman"/>
        </w:rPr>
        <w:t xml:space="preserve"> </w:t>
      </w:r>
      <w:r>
        <w:rPr>
          <w:rFonts w:ascii="Nirmala UI" w:hAnsi="Nirmala UI" w:eastAsia="Nirmala UI" w:cs="Nirmala UI"/>
        </w:rPr>
        <w:t>मुख</w:t>
      </w:r>
      <w:r>
        <w:rPr>
          <w:rFonts w:ascii="Times New Roman" w:hAnsi="Times New Roman" w:eastAsia="Times New Roman" w:cs="Times New Roman"/>
        </w:rPr>
        <w:t xml:space="preserve"> </w:t>
      </w:r>
      <w:r>
        <w:rPr>
          <w:rFonts w:ascii="Nirmala UI" w:hAnsi="Nirmala UI" w:eastAsia="Nirmala UI" w:cs="Nirmala UI"/>
        </w:rPr>
        <w:t>हुनेछ।</w:t>
      </w:r>
    </w:p>
    <w:p>
      <w:pPr>
        <w:pStyle w:val="ArticleBody"/>
        <w:jc w:val="left"/>
      </w:pPr>
      <w:r>
        <w:rPr>
          <w:rFonts w:ascii="Times New Roman" w:hAnsi="Times New Roman" w:eastAsia="Times New Roman" w:cs="Times New Roman"/>
        </w:rPr>
        <w:t>Yeremiya lamentaba la primera desilusión del 18 de julio de 2020, y si volvía, llegaría a ser la boca de Dios en el tiempo de la ley dominical, cuando presentara el mensaje profético de Habacuc, el cual se había demorado, pero que al fin había de “hablar”. Yeremiya, y por tanto Juan, y por tanto Pedro, había de proclamar el mensaje de Habacuc en el momento en que habla el asna del islam, y cuando los Estados Unidos hablan como dragón.</w:t>
      </w:r>
    </w:p>
    <w:p>
      <w:pPr>
        <w:pStyle w:val="ArticleBody"/>
        <w:jc w:val="left"/>
      </w:pPr>
      <w:r>
        <w:rPr>
          <w:rFonts w:ascii="Times New Roman" w:hAnsi="Times New Roman" w:eastAsia="Times New Roman" w:cs="Times New Roman"/>
        </w:rPr>
        <w:t>Պետրոսը Կեսարիա Փիլիպպեում, որը Պանիումն է, գտնվում է ժամանակաշրջանում, որ նախորդում էր «լեռան» ճանապարհացույցին, որին պետք է հաջորդեր հաղթական մուտքը, որն առաջնորդեց դեպի խաչը, կամ Կիրակնօրյա օրենքը։ Այդ ժամանակաշրջանը ներկայացված է Պանիումի պատերազմով, որն ավարտվում է պապի և նրա փոխանորդ իշխանության՝ Միացյալ Նահանգների հաղթանակով։ Պանիումը երեք փոխանորդ պատերազմներից երրորդն է, որոնցից առաջինը ավարտվեց 1989 թվականին՝ Բեռլինի պատի մոտ, իսկ վերջինը կամ երրորդ փոխանորդ պատերազմը ավարտվում է եկեղեցու և պետության բաժանման «պատի» քանդմամբ։ 1989 թվականը նշանավորեց մի փոխանորդ պատերազմի գագաթնակետը, որը կոչվում էր «սառը պատերազմ» և որը սկսվել էր Երկրորդ համաշխարհային պատերազմի ավարտին, իսկ Պանիումը ներկայացնում է մի սառը պատերազմ, որն ավարտվում է Երրորդ համաշխարհային պատերազմում, որը ներկայացված էր Ակտիումի պատերազմով։ Երեք փոխանորդ պատերազմների առաջին և երրորդ ճանապարհացույցների մեջտեղում գտնվում է Ուկրաինայում բառացի պատերազմը, որը ներկայացված է Ռաֆիայի պատերազմով՝ տասնմեկերորդ և տասներկուերորդ համարներում։</w:t>
      </w:r>
    </w:p>
    <w:p>
      <w:pPr>
        <w:pStyle w:val="ArticleBody"/>
        <w:jc w:val="left"/>
      </w:pPr>
      <w:r>
        <w:rPr>
          <w:rFonts w:ascii="Sylfaen" w:hAnsi="Sylfaen" w:eastAsia="Sylfaen" w:cs="Sylfaen"/>
        </w:rPr>
        <w:t>პანიუმი</w:t>
      </w:r>
      <w:r>
        <w:rPr>
          <w:rFonts w:ascii="Times New Roman" w:hAnsi="Times New Roman" w:eastAsia="Times New Roman" w:cs="Times New Roman"/>
        </w:rPr>
        <w:t xml:space="preserve"> </w:t>
      </w:r>
      <w:r>
        <w:rPr>
          <w:rFonts w:ascii="Sylfaen" w:hAnsi="Sylfaen" w:eastAsia="Sylfaen" w:cs="Sylfaen"/>
        </w:rPr>
        <w:t>არის</w:t>
      </w:r>
      <w:r>
        <w:rPr>
          <w:rFonts w:ascii="Times New Roman" w:hAnsi="Times New Roman" w:eastAsia="Times New Roman" w:cs="Times New Roman"/>
        </w:rPr>
        <w:t xml:space="preserve"> </w:t>
      </w:r>
      <w:r>
        <w:rPr>
          <w:rFonts w:ascii="Sylfaen" w:hAnsi="Sylfaen" w:eastAsia="Sylfaen" w:cs="Sylfaen"/>
        </w:rPr>
        <w:t>ცივი</w:t>
      </w:r>
      <w:r>
        <w:rPr>
          <w:rFonts w:ascii="Times New Roman" w:hAnsi="Times New Roman" w:eastAsia="Times New Roman" w:cs="Times New Roman"/>
        </w:rPr>
        <w:t xml:space="preserve"> </w:t>
      </w:r>
      <w:r>
        <w:rPr>
          <w:rFonts w:ascii="Sylfaen" w:hAnsi="Sylfaen" w:eastAsia="Sylfaen" w:cs="Sylfaen"/>
        </w:rPr>
        <w:t>ომი</w:t>
      </w:r>
      <w:r>
        <w:rPr>
          <w:rFonts w:ascii="Times New Roman" w:hAnsi="Times New Roman" w:eastAsia="Times New Roman" w:cs="Times New Roman"/>
        </w:rPr>
        <w:t xml:space="preserve">, </w:t>
      </w:r>
      <w:r>
        <w:rPr>
          <w:rFonts w:ascii="Sylfaen" w:hAnsi="Sylfaen" w:eastAsia="Sylfaen" w:cs="Sylfaen"/>
        </w:rPr>
        <w:t>რომელსაც</w:t>
      </w:r>
      <w:r>
        <w:rPr>
          <w:rFonts w:ascii="Times New Roman" w:hAnsi="Times New Roman" w:eastAsia="Times New Roman" w:cs="Times New Roman"/>
        </w:rPr>
        <w:t xml:space="preserve"> </w:t>
      </w:r>
      <w:r>
        <w:rPr>
          <w:rFonts w:ascii="Sylfaen" w:hAnsi="Sylfaen" w:eastAsia="Sylfaen" w:cs="Sylfaen"/>
        </w:rPr>
        <w:t>მესამე</w:t>
      </w:r>
      <w:r>
        <w:rPr>
          <w:rFonts w:ascii="Times New Roman" w:hAnsi="Times New Roman" w:eastAsia="Times New Roman" w:cs="Times New Roman"/>
        </w:rPr>
        <w:t xml:space="preserve"> </w:t>
      </w:r>
      <w:r>
        <w:rPr>
          <w:rFonts w:ascii="Sylfaen" w:hAnsi="Sylfaen" w:eastAsia="Sylfaen" w:cs="Sylfaen"/>
        </w:rPr>
        <w:t>მსოფლიო</w:t>
      </w:r>
      <w:r>
        <w:rPr>
          <w:rFonts w:ascii="Times New Roman" w:hAnsi="Times New Roman" w:eastAsia="Times New Roman" w:cs="Times New Roman"/>
        </w:rPr>
        <w:t xml:space="preserve"> </w:t>
      </w:r>
      <w:r>
        <w:rPr>
          <w:rFonts w:ascii="Sylfaen" w:hAnsi="Sylfaen" w:eastAsia="Sylfaen" w:cs="Sylfaen"/>
        </w:rPr>
        <w:t>ომამდე</w:t>
      </w:r>
      <w:r>
        <w:rPr>
          <w:rFonts w:ascii="Times New Roman" w:hAnsi="Times New Roman" w:eastAsia="Times New Roman" w:cs="Times New Roman"/>
        </w:rPr>
        <w:t xml:space="preserve"> </w:t>
      </w:r>
      <w:r>
        <w:rPr>
          <w:rFonts w:ascii="Sylfaen" w:hAnsi="Sylfaen" w:eastAsia="Sylfaen" w:cs="Sylfaen"/>
        </w:rPr>
        <w:t>მიჰყავს</w:t>
      </w:r>
      <w:r>
        <w:rPr>
          <w:rFonts w:ascii="Times New Roman" w:hAnsi="Times New Roman" w:eastAsia="Times New Roman" w:cs="Times New Roman"/>
        </w:rPr>
        <w:t xml:space="preserve">, </w:t>
      </w:r>
      <w:r>
        <w:rPr>
          <w:rFonts w:ascii="Sylfaen" w:hAnsi="Sylfaen" w:eastAsia="Sylfaen" w:cs="Sylfaen"/>
        </w:rPr>
        <w:t>როგორც</w:t>
      </w:r>
      <w:r>
        <w:rPr>
          <w:rFonts w:ascii="Times New Roman" w:hAnsi="Times New Roman" w:eastAsia="Times New Roman" w:cs="Times New Roman"/>
        </w:rPr>
        <w:t xml:space="preserve"> </w:t>
      </w:r>
      <w:r>
        <w:rPr>
          <w:rFonts w:ascii="Sylfaen" w:hAnsi="Sylfaen" w:eastAsia="Sylfaen" w:cs="Sylfaen"/>
        </w:rPr>
        <w:t>ამას</w:t>
      </w:r>
      <w:r>
        <w:rPr>
          <w:rFonts w:ascii="Times New Roman" w:hAnsi="Times New Roman" w:eastAsia="Times New Roman" w:cs="Times New Roman"/>
        </w:rPr>
        <w:t xml:space="preserve"> </w:t>
      </w:r>
      <w:r>
        <w:rPr>
          <w:rFonts w:ascii="Sylfaen" w:hAnsi="Sylfaen" w:eastAsia="Sylfaen" w:cs="Sylfaen"/>
        </w:rPr>
        <w:t>წარმოაჩენს</w:t>
      </w:r>
      <w:r>
        <w:rPr>
          <w:rFonts w:ascii="Times New Roman" w:hAnsi="Times New Roman" w:eastAsia="Times New Roman" w:cs="Times New Roman"/>
        </w:rPr>
        <w:t xml:space="preserve"> </w:t>
      </w:r>
      <w:r>
        <w:rPr>
          <w:rFonts w:ascii="Sylfaen" w:hAnsi="Sylfaen" w:eastAsia="Sylfaen" w:cs="Sylfaen"/>
        </w:rPr>
        <w:t>ის</w:t>
      </w:r>
      <w:r>
        <w:rPr>
          <w:rFonts w:ascii="Times New Roman" w:hAnsi="Times New Roman" w:eastAsia="Times New Roman" w:cs="Times New Roman"/>
        </w:rPr>
        <w:t xml:space="preserve"> </w:t>
      </w:r>
      <w:r>
        <w:rPr>
          <w:rFonts w:ascii="Sylfaen" w:hAnsi="Sylfaen" w:eastAsia="Sylfaen" w:cs="Sylfaen"/>
        </w:rPr>
        <w:t>ცივი</w:t>
      </w:r>
      <w:r>
        <w:rPr>
          <w:rFonts w:ascii="Times New Roman" w:hAnsi="Times New Roman" w:eastAsia="Times New Roman" w:cs="Times New Roman"/>
        </w:rPr>
        <w:t xml:space="preserve"> </w:t>
      </w:r>
      <w:r>
        <w:rPr>
          <w:rFonts w:ascii="Sylfaen" w:hAnsi="Sylfaen" w:eastAsia="Sylfaen" w:cs="Sylfaen"/>
        </w:rPr>
        <w:t>ომი</w:t>
      </w:r>
      <w:r>
        <w:rPr>
          <w:rFonts w:ascii="Times New Roman" w:hAnsi="Times New Roman" w:eastAsia="Times New Roman" w:cs="Times New Roman"/>
        </w:rPr>
        <w:t xml:space="preserve">, </w:t>
      </w:r>
      <w:r>
        <w:rPr>
          <w:rFonts w:ascii="Sylfaen" w:hAnsi="Sylfaen" w:eastAsia="Sylfaen" w:cs="Sylfaen"/>
        </w:rPr>
        <w:t>რომელიც</w:t>
      </w:r>
      <w:r>
        <w:rPr>
          <w:rFonts w:ascii="Times New Roman" w:hAnsi="Times New Roman" w:eastAsia="Times New Roman" w:cs="Times New Roman"/>
        </w:rPr>
        <w:t xml:space="preserve"> </w:t>
      </w:r>
      <w:r>
        <w:rPr>
          <w:rFonts w:ascii="Sylfaen" w:hAnsi="Sylfaen" w:eastAsia="Sylfaen" w:cs="Sylfaen"/>
        </w:rPr>
        <w:t>დასრულდა</w:t>
      </w:r>
      <w:r>
        <w:rPr>
          <w:rFonts w:ascii="Times New Roman" w:hAnsi="Times New Roman" w:eastAsia="Times New Roman" w:cs="Times New Roman"/>
        </w:rPr>
        <w:t xml:space="preserve"> </w:t>
      </w:r>
      <w:r>
        <w:rPr>
          <w:rFonts w:ascii="Sylfaen" w:hAnsi="Sylfaen" w:eastAsia="Sylfaen" w:cs="Sylfaen"/>
        </w:rPr>
        <w:t>აღსასრულის</w:t>
      </w:r>
      <w:r>
        <w:rPr>
          <w:rFonts w:ascii="Times New Roman" w:hAnsi="Times New Roman" w:eastAsia="Times New Roman" w:cs="Times New Roman"/>
        </w:rPr>
        <w:t xml:space="preserve"> </w:t>
      </w:r>
      <w:r>
        <w:rPr>
          <w:rFonts w:ascii="Sylfaen" w:hAnsi="Sylfaen" w:eastAsia="Sylfaen" w:cs="Sylfaen"/>
        </w:rPr>
        <w:t>ჟამს</w:t>
      </w:r>
      <w:r>
        <w:rPr>
          <w:rFonts w:ascii="Times New Roman" w:hAnsi="Times New Roman" w:eastAsia="Times New Roman" w:cs="Times New Roman"/>
        </w:rPr>
        <w:t xml:space="preserve"> 1989 </w:t>
      </w:r>
      <w:r>
        <w:rPr>
          <w:rFonts w:ascii="Sylfaen" w:hAnsi="Sylfaen" w:eastAsia="Sylfaen" w:cs="Sylfaen"/>
        </w:rPr>
        <w:t>წელს</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რომელიც</w:t>
      </w:r>
      <w:r>
        <w:rPr>
          <w:rFonts w:ascii="Times New Roman" w:hAnsi="Times New Roman" w:eastAsia="Times New Roman" w:cs="Times New Roman"/>
        </w:rPr>
        <w:t xml:space="preserve"> </w:t>
      </w:r>
      <w:r>
        <w:rPr>
          <w:rFonts w:ascii="Sylfaen" w:hAnsi="Sylfaen" w:eastAsia="Sylfaen" w:cs="Sylfaen"/>
        </w:rPr>
        <w:t>დაიწყო</w:t>
      </w:r>
      <w:r>
        <w:rPr>
          <w:rFonts w:ascii="Times New Roman" w:hAnsi="Times New Roman" w:eastAsia="Times New Roman" w:cs="Times New Roman"/>
        </w:rPr>
        <w:t xml:space="preserve"> </w:t>
      </w:r>
      <w:r>
        <w:rPr>
          <w:rFonts w:ascii="Sylfaen" w:hAnsi="Sylfaen" w:eastAsia="Sylfaen" w:cs="Sylfaen"/>
        </w:rPr>
        <w:t>მეორე</w:t>
      </w:r>
      <w:r>
        <w:rPr>
          <w:rFonts w:ascii="Times New Roman" w:hAnsi="Times New Roman" w:eastAsia="Times New Roman" w:cs="Times New Roman"/>
        </w:rPr>
        <w:t xml:space="preserve"> </w:t>
      </w:r>
      <w:r>
        <w:rPr>
          <w:rFonts w:ascii="Sylfaen" w:hAnsi="Sylfaen" w:eastAsia="Sylfaen" w:cs="Sylfaen"/>
        </w:rPr>
        <w:t>მსოფლიო</w:t>
      </w:r>
      <w:r>
        <w:rPr>
          <w:rFonts w:ascii="Times New Roman" w:hAnsi="Times New Roman" w:eastAsia="Times New Roman" w:cs="Times New Roman"/>
        </w:rPr>
        <w:t xml:space="preserve"> </w:t>
      </w:r>
      <w:r>
        <w:rPr>
          <w:rFonts w:ascii="Sylfaen" w:hAnsi="Sylfaen" w:eastAsia="Sylfaen" w:cs="Sylfaen"/>
        </w:rPr>
        <w:t>ომის</w:t>
      </w:r>
      <w:r>
        <w:rPr>
          <w:rFonts w:ascii="Times New Roman" w:hAnsi="Times New Roman" w:eastAsia="Times New Roman" w:cs="Times New Roman"/>
        </w:rPr>
        <w:t xml:space="preserve"> </w:t>
      </w:r>
      <w:r>
        <w:rPr>
          <w:rFonts w:ascii="Sylfaen" w:hAnsi="Sylfaen" w:eastAsia="Sylfaen" w:cs="Sylfaen"/>
        </w:rPr>
        <w:t>დასასრულს</w:t>
      </w:r>
      <w:r>
        <w:rPr>
          <w:rFonts w:ascii="Times New Roman" w:hAnsi="Times New Roman" w:eastAsia="Times New Roman" w:cs="Times New Roman"/>
        </w:rPr>
        <w:t xml:space="preserve">. </w:t>
      </w:r>
      <w:r>
        <w:rPr>
          <w:rFonts w:ascii="Sylfaen" w:hAnsi="Sylfaen" w:eastAsia="Sylfaen" w:cs="Sylfaen"/>
        </w:rPr>
        <w:t>იმ</w:t>
      </w:r>
      <w:r>
        <w:rPr>
          <w:rFonts w:ascii="Times New Roman" w:hAnsi="Times New Roman" w:eastAsia="Times New Roman" w:cs="Times New Roman"/>
        </w:rPr>
        <w:t xml:space="preserve"> </w:t>
      </w:r>
      <w:r>
        <w:rPr>
          <w:rFonts w:ascii="Sylfaen" w:hAnsi="Sylfaen" w:eastAsia="Sylfaen" w:cs="Sylfaen"/>
        </w:rPr>
        <w:t>გზის</w:t>
      </w:r>
      <w:r>
        <w:rPr>
          <w:rFonts w:ascii="Times New Roman" w:hAnsi="Times New Roman" w:eastAsia="Times New Roman" w:cs="Times New Roman"/>
        </w:rPr>
        <w:t xml:space="preserve"> </w:t>
      </w:r>
      <w:r>
        <w:rPr>
          <w:rFonts w:ascii="Sylfaen" w:hAnsi="Sylfaen" w:eastAsia="Sylfaen" w:cs="Sylfaen"/>
        </w:rPr>
        <w:t>ნიშნულებში</w:t>
      </w:r>
      <w:r>
        <w:rPr>
          <w:rFonts w:ascii="Times New Roman" w:hAnsi="Times New Roman" w:eastAsia="Times New Roman" w:cs="Times New Roman"/>
        </w:rPr>
        <w:t xml:space="preserve">, </w:t>
      </w:r>
      <w:r>
        <w:rPr>
          <w:rFonts w:ascii="Sylfaen" w:hAnsi="Sylfaen" w:eastAsia="Sylfaen" w:cs="Sylfaen"/>
        </w:rPr>
        <w:t>რომლებიც</w:t>
      </w:r>
      <w:r>
        <w:rPr>
          <w:rFonts w:ascii="Times New Roman" w:hAnsi="Times New Roman" w:eastAsia="Times New Roman" w:cs="Times New Roman"/>
        </w:rPr>
        <w:t xml:space="preserve"> </w:t>
      </w:r>
      <w:r>
        <w:rPr>
          <w:rFonts w:ascii="Sylfaen" w:hAnsi="Sylfaen" w:eastAsia="Sylfaen" w:cs="Sylfaen"/>
        </w:rPr>
        <w:t>წარმოდგენილია</w:t>
      </w:r>
      <w:r>
        <w:rPr>
          <w:rFonts w:ascii="Times New Roman" w:hAnsi="Times New Roman" w:eastAsia="Times New Roman" w:cs="Times New Roman"/>
        </w:rPr>
        <w:t xml:space="preserve"> </w:t>
      </w:r>
      <w:r>
        <w:rPr>
          <w:rFonts w:ascii="Sylfaen" w:hAnsi="Sylfaen" w:eastAsia="Sylfaen" w:cs="Sylfaen"/>
        </w:rPr>
        <w:t>მეათე</w:t>
      </w:r>
      <w:r>
        <w:rPr>
          <w:rFonts w:ascii="Times New Roman" w:hAnsi="Times New Roman" w:eastAsia="Times New Roman" w:cs="Times New Roman"/>
        </w:rPr>
        <w:t xml:space="preserve"> </w:t>
      </w:r>
      <w:r>
        <w:rPr>
          <w:rFonts w:ascii="Sylfaen" w:hAnsi="Sylfaen" w:eastAsia="Sylfaen" w:cs="Sylfaen"/>
        </w:rPr>
        <w:t>მუხლითა</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1989 </w:t>
      </w:r>
      <w:r>
        <w:rPr>
          <w:rFonts w:ascii="Sylfaen" w:hAnsi="Sylfaen" w:eastAsia="Sylfaen" w:cs="Sylfaen"/>
        </w:rPr>
        <w:t>წლით</w:t>
      </w:r>
      <w:r>
        <w:rPr>
          <w:rFonts w:ascii="Times New Roman" w:hAnsi="Times New Roman" w:eastAsia="Times New Roman" w:cs="Times New Roman"/>
        </w:rPr>
        <w:t xml:space="preserve">, </w:t>
      </w:r>
      <w:r>
        <w:rPr>
          <w:rFonts w:ascii="Sylfaen" w:hAnsi="Sylfaen" w:eastAsia="Sylfaen" w:cs="Sylfaen"/>
        </w:rPr>
        <w:t>მეთერთმეტე</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მეთორმეტე</w:t>
      </w:r>
      <w:r>
        <w:rPr>
          <w:rFonts w:ascii="Times New Roman" w:hAnsi="Times New Roman" w:eastAsia="Times New Roman" w:cs="Times New Roman"/>
        </w:rPr>
        <w:t xml:space="preserve"> </w:t>
      </w:r>
      <w:r>
        <w:rPr>
          <w:rFonts w:ascii="Sylfaen" w:hAnsi="Sylfaen" w:eastAsia="Sylfaen" w:cs="Sylfaen"/>
        </w:rPr>
        <w:t>მუხლებითა</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უკრაინის</w:t>
      </w:r>
      <w:r>
        <w:rPr>
          <w:rFonts w:ascii="Times New Roman" w:hAnsi="Times New Roman" w:eastAsia="Times New Roman" w:cs="Times New Roman"/>
        </w:rPr>
        <w:t xml:space="preserve"> </w:t>
      </w:r>
      <w:r>
        <w:rPr>
          <w:rFonts w:ascii="Sylfaen" w:hAnsi="Sylfaen" w:eastAsia="Sylfaen" w:cs="Sylfaen"/>
        </w:rPr>
        <w:t>ომით</w:t>
      </w:r>
      <w:r>
        <w:rPr>
          <w:rFonts w:ascii="Times New Roman" w:hAnsi="Times New Roman" w:eastAsia="Times New Roman" w:cs="Times New Roman"/>
        </w:rPr>
        <w:t xml:space="preserve">, </w:t>
      </w:r>
      <w:r>
        <w:rPr>
          <w:rFonts w:ascii="Sylfaen" w:hAnsi="Sylfaen" w:eastAsia="Sylfaen" w:cs="Sylfaen"/>
        </w:rPr>
        <w:t>რომელიც</w:t>
      </w:r>
      <w:r>
        <w:rPr>
          <w:rFonts w:ascii="Times New Roman" w:hAnsi="Times New Roman" w:eastAsia="Times New Roman" w:cs="Times New Roman"/>
        </w:rPr>
        <w:t xml:space="preserve"> 2014 </w:t>
      </w:r>
      <w:r>
        <w:rPr>
          <w:rFonts w:ascii="Sylfaen" w:hAnsi="Sylfaen" w:eastAsia="Sylfaen" w:cs="Sylfaen"/>
        </w:rPr>
        <w:t>წელს</w:t>
      </w:r>
      <w:r>
        <w:rPr>
          <w:rFonts w:ascii="Times New Roman" w:hAnsi="Times New Roman" w:eastAsia="Times New Roman" w:cs="Times New Roman"/>
        </w:rPr>
        <w:t xml:space="preserve"> </w:t>
      </w:r>
      <w:r>
        <w:rPr>
          <w:rFonts w:ascii="Sylfaen" w:hAnsi="Sylfaen" w:eastAsia="Sylfaen" w:cs="Sylfaen"/>
        </w:rPr>
        <w:t>დაიწყო</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მეცამეტედან</w:t>
      </w:r>
      <w:r>
        <w:rPr>
          <w:rFonts w:ascii="Times New Roman" w:hAnsi="Times New Roman" w:eastAsia="Times New Roman" w:cs="Times New Roman"/>
        </w:rPr>
        <w:t xml:space="preserve"> </w:t>
      </w:r>
      <w:r>
        <w:rPr>
          <w:rFonts w:ascii="Sylfaen" w:hAnsi="Sylfaen" w:eastAsia="Sylfaen" w:cs="Sylfaen"/>
        </w:rPr>
        <w:t>მეთხუთმეტე</w:t>
      </w:r>
      <w:r>
        <w:rPr>
          <w:rFonts w:ascii="Times New Roman" w:hAnsi="Times New Roman" w:eastAsia="Times New Roman" w:cs="Times New Roman"/>
        </w:rPr>
        <w:t xml:space="preserve"> </w:t>
      </w:r>
      <w:r>
        <w:rPr>
          <w:rFonts w:ascii="Sylfaen" w:hAnsi="Sylfaen" w:eastAsia="Sylfaen" w:cs="Sylfaen"/>
        </w:rPr>
        <w:t>მუხლამდე</w:t>
      </w:r>
      <w:r>
        <w:rPr>
          <w:rFonts w:ascii="Times New Roman" w:hAnsi="Times New Roman" w:eastAsia="Times New Roman" w:cs="Times New Roman"/>
        </w:rPr>
        <w:t xml:space="preserve"> </w:t>
      </w:r>
      <w:r>
        <w:rPr>
          <w:rFonts w:ascii="Sylfaen" w:hAnsi="Sylfaen" w:eastAsia="Sylfaen" w:cs="Sylfaen"/>
        </w:rPr>
        <w:t>მუხლებითა</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ამჟამინდელი</w:t>
      </w:r>
      <w:r>
        <w:rPr>
          <w:rFonts w:ascii="Times New Roman" w:hAnsi="Times New Roman" w:eastAsia="Times New Roman" w:cs="Times New Roman"/>
        </w:rPr>
        <w:t xml:space="preserve"> </w:t>
      </w:r>
      <w:r>
        <w:rPr>
          <w:rFonts w:ascii="Sylfaen" w:hAnsi="Sylfaen" w:eastAsia="Sylfaen" w:cs="Sylfaen"/>
        </w:rPr>
        <w:t>ცივი</w:t>
      </w:r>
      <w:r>
        <w:rPr>
          <w:rFonts w:ascii="Times New Roman" w:hAnsi="Times New Roman" w:eastAsia="Times New Roman" w:cs="Times New Roman"/>
        </w:rPr>
        <w:t xml:space="preserve"> </w:t>
      </w:r>
      <w:r>
        <w:rPr>
          <w:rFonts w:ascii="Sylfaen" w:hAnsi="Sylfaen" w:eastAsia="Sylfaen" w:cs="Sylfaen"/>
        </w:rPr>
        <w:t>ომით</w:t>
      </w:r>
      <w:r>
        <w:rPr>
          <w:rFonts w:ascii="Times New Roman" w:hAnsi="Times New Roman" w:eastAsia="Times New Roman" w:cs="Times New Roman"/>
        </w:rPr>
        <w:t xml:space="preserve"> MAGA-</w:t>
      </w:r>
      <w:r>
        <w:rPr>
          <w:rFonts w:ascii="Sylfaen" w:hAnsi="Sylfaen" w:eastAsia="Sylfaen" w:cs="Sylfaen"/>
        </w:rPr>
        <w:t>იზმსა</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გლობალიზმს</w:t>
      </w:r>
      <w:r>
        <w:rPr>
          <w:rFonts w:ascii="Times New Roman" w:hAnsi="Times New Roman" w:eastAsia="Times New Roman" w:cs="Times New Roman"/>
        </w:rPr>
        <w:t xml:space="preserve"> </w:t>
      </w:r>
      <w:r>
        <w:rPr>
          <w:rFonts w:ascii="Sylfaen" w:hAnsi="Sylfaen" w:eastAsia="Sylfaen" w:cs="Sylfaen"/>
        </w:rPr>
        <w:t>შორის</w:t>
      </w:r>
      <w:r>
        <w:rPr>
          <w:rFonts w:ascii="Times New Roman" w:hAnsi="Times New Roman" w:eastAsia="Times New Roman" w:cs="Times New Roman"/>
        </w:rPr>
        <w:t xml:space="preserve">, </w:t>
      </w:r>
      <w:r>
        <w:rPr>
          <w:rFonts w:ascii="Sylfaen" w:hAnsi="Sylfaen" w:eastAsia="Sylfaen" w:cs="Sylfaen"/>
        </w:rPr>
        <w:t>იყვნენ</w:t>
      </w:r>
      <w:r>
        <w:rPr>
          <w:rFonts w:ascii="Times New Roman" w:hAnsi="Times New Roman" w:eastAsia="Times New Roman" w:cs="Times New Roman"/>
        </w:rPr>
        <w:t xml:space="preserve"> </w:t>
      </w:r>
      <w:r>
        <w:rPr>
          <w:rFonts w:ascii="Sylfaen" w:hAnsi="Sylfaen" w:eastAsia="Sylfaen" w:cs="Sylfaen"/>
        </w:rPr>
        <w:t>სამი</w:t>
      </w:r>
      <w:r>
        <w:rPr>
          <w:rFonts w:ascii="Times New Roman" w:hAnsi="Times New Roman" w:eastAsia="Times New Roman" w:cs="Times New Roman"/>
        </w:rPr>
        <w:t xml:space="preserve"> </w:t>
      </w:r>
      <w:r>
        <w:rPr>
          <w:rFonts w:ascii="Sylfaen" w:hAnsi="Sylfaen" w:eastAsia="Sylfaen" w:cs="Sylfaen"/>
        </w:rPr>
        <w:t>პრეზიდენტი</w:t>
      </w:r>
      <w:r>
        <w:rPr>
          <w:rFonts w:ascii="Times New Roman" w:hAnsi="Times New Roman" w:eastAsia="Times New Roman" w:cs="Times New Roman"/>
        </w:rPr>
        <w:t xml:space="preserve">, </w:t>
      </w:r>
      <w:r>
        <w:rPr>
          <w:rFonts w:ascii="Sylfaen" w:hAnsi="Sylfaen" w:eastAsia="Sylfaen" w:cs="Sylfaen"/>
        </w:rPr>
        <w:t>რომლებმაც</w:t>
      </w:r>
      <w:r>
        <w:rPr>
          <w:rFonts w:ascii="Times New Roman" w:hAnsi="Times New Roman" w:eastAsia="Times New Roman" w:cs="Times New Roman"/>
        </w:rPr>
        <w:t xml:space="preserve"> </w:t>
      </w:r>
      <w:r>
        <w:rPr>
          <w:rFonts w:ascii="Sylfaen" w:hAnsi="Sylfaen" w:eastAsia="Sylfaen" w:cs="Sylfaen"/>
        </w:rPr>
        <w:t>აღნიშნეს</w:t>
      </w:r>
      <w:r>
        <w:rPr>
          <w:rFonts w:ascii="Times New Roman" w:hAnsi="Times New Roman" w:eastAsia="Times New Roman" w:cs="Times New Roman"/>
        </w:rPr>
        <w:t xml:space="preserve"> </w:t>
      </w:r>
      <w:r>
        <w:rPr>
          <w:rFonts w:ascii="Sylfaen" w:hAnsi="Sylfaen" w:eastAsia="Sylfaen" w:cs="Sylfaen"/>
        </w:rPr>
        <w:t>პაპობასა</w:t>
      </w:r>
      <w:r>
        <w:rPr>
          <w:rFonts w:ascii="Times New Roman" w:hAnsi="Times New Roman" w:eastAsia="Times New Roman" w:cs="Times New Roman"/>
        </w:rPr>
        <w:t xml:space="preserve"> </w:t>
      </w:r>
      <w:r>
        <w:rPr>
          <w:rFonts w:ascii="Sylfaen" w:hAnsi="Sylfaen" w:eastAsia="Sylfaen" w:cs="Sylfaen"/>
        </w:rPr>
        <w:t>და</w:t>
      </w:r>
      <w:r>
        <w:rPr>
          <w:rFonts w:ascii="Times New Roman" w:hAnsi="Times New Roman" w:eastAsia="Times New Roman" w:cs="Times New Roman"/>
        </w:rPr>
        <w:t xml:space="preserve"> </w:t>
      </w:r>
      <w:r>
        <w:rPr>
          <w:rFonts w:ascii="Sylfaen" w:hAnsi="Sylfaen" w:eastAsia="Sylfaen" w:cs="Sylfaen"/>
        </w:rPr>
        <w:t>შეერთებულ</w:t>
      </w:r>
      <w:r>
        <w:rPr>
          <w:rFonts w:ascii="Times New Roman" w:hAnsi="Times New Roman" w:eastAsia="Times New Roman" w:cs="Times New Roman"/>
        </w:rPr>
        <w:t xml:space="preserve"> </w:t>
      </w:r>
      <w:r>
        <w:rPr>
          <w:rFonts w:ascii="Sylfaen" w:hAnsi="Sylfaen" w:eastAsia="Sylfaen" w:cs="Sylfaen"/>
        </w:rPr>
        <w:t>შტატებს</w:t>
      </w:r>
      <w:r>
        <w:rPr>
          <w:rFonts w:ascii="Times New Roman" w:hAnsi="Times New Roman" w:eastAsia="Times New Roman" w:cs="Times New Roman"/>
        </w:rPr>
        <w:t xml:space="preserve"> </w:t>
      </w:r>
      <w:r>
        <w:rPr>
          <w:rFonts w:ascii="Sylfaen" w:hAnsi="Sylfaen" w:eastAsia="Sylfaen" w:cs="Sylfaen"/>
        </w:rPr>
        <w:t>შორის</w:t>
      </w:r>
      <w:r>
        <w:rPr>
          <w:rFonts w:ascii="Times New Roman" w:hAnsi="Times New Roman" w:eastAsia="Times New Roman" w:cs="Times New Roman"/>
        </w:rPr>
        <w:t xml:space="preserve"> </w:t>
      </w:r>
      <w:r>
        <w:rPr>
          <w:rFonts w:ascii="Sylfaen" w:hAnsi="Sylfaen" w:eastAsia="Sylfaen" w:cs="Sylfaen"/>
        </w:rPr>
        <w:t>ალიანსები</w:t>
      </w:r>
      <w:r>
        <w:rPr>
          <w:rFonts w:ascii="Times New Roman" w:hAnsi="Times New Roman" w:eastAsia="Times New Roman" w:cs="Times New Roman"/>
        </w:rPr>
        <w:t>.</w:t>
      </w:r>
    </w:p>
    <w:p>
      <w:pPr>
        <w:pStyle w:val="ArticleBody"/>
        <w:jc w:val="left"/>
      </w:pPr>
      <w:r>
        <w:rPr>
          <w:rFonts w:ascii="Nirmala UI" w:hAnsi="Nirmala UI" w:eastAsia="Nirmala UI" w:cs="Nirmala UI"/>
        </w:rPr>
        <w:t>රොනල්ඩ්</w:t>
      </w:r>
      <w:r>
        <w:rPr>
          <w:rFonts w:ascii="Times New Roman" w:hAnsi="Times New Roman" w:eastAsia="Times New Roman" w:cs="Times New Roman"/>
        </w:rPr>
        <w:t xml:space="preserve"> </w:t>
      </w:r>
      <w:r>
        <w:rPr>
          <w:rFonts w:ascii="Nirmala UI" w:hAnsi="Nirmala UI" w:eastAsia="Nirmala UI" w:cs="Nirmala UI"/>
        </w:rPr>
        <w:t>රීගන්</w:t>
      </w:r>
      <w:r>
        <w:rPr>
          <w:rFonts w:ascii="Times New Roman" w:hAnsi="Times New Roman" w:eastAsia="Times New Roman" w:cs="Times New Roman"/>
        </w:rPr>
        <w:t xml:space="preserve"> </w:t>
      </w:r>
      <w:r>
        <w:rPr>
          <w:rFonts w:ascii="Nirmala UI" w:hAnsi="Nirmala UI" w:eastAsia="Nirmala UI" w:cs="Nirmala UI"/>
        </w:rPr>
        <w:t>සෑතන්ට</w:t>
      </w:r>
      <w:r>
        <w:rPr>
          <w:rFonts w:ascii="Times New Roman" w:hAnsi="Times New Roman" w:eastAsia="Times New Roman" w:cs="Times New Roman"/>
        </w:rPr>
        <w:t xml:space="preserve"> </w:t>
      </w:r>
      <w:r>
        <w:rPr>
          <w:rFonts w:ascii="Nirmala UI" w:hAnsi="Nirmala UI" w:eastAsia="Nirmala UI" w:cs="Nirmala UI"/>
        </w:rPr>
        <w:t>අයත්</w:t>
      </w:r>
      <w:r>
        <w:rPr>
          <w:rFonts w:ascii="Times New Roman" w:hAnsi="Times New Roman" w:eastAsia="Times New Roman" w:cs="Times New Roman"/>
        </w:rPr>
        <w:t xml:space="preserve"> </w:t>
      </w:r>
      <w:r>
        <w:rPr>
          <w:rFonts w:ascii="Nirmala UI" w:hAnsi="Nirmala UI" w:eastAsia="Nirmala UI" w:cs="Nirmala UI"/>
        </w:rPr>
        <w:t>ෆාතිමා</w:t>
      </w:r>
      <w:r>
        <w:rPr>
          <w:rFonts w:ascii="Times New Roman" w:hAnsi="Times New Roman" w:eastAsia="Times New Roman" w:cs="Times New Roman"/>
        </w:rPr>
        <w:t xml:space="preserve"> </w:t>
      </w:r>
      <w:r>
        <w:rPr>
          <w:rFonts w:ascii="Nirmala UI" w:hAnsi="Nirmala UI" w:eastAsia="Nirmala UI" w:cs="Nirmala UI"/>
        </w:rPr>
        <w:t>අනාවැකි</w:t>
      </w:r>
      <w:r>
        <w:rPr>
          <w:rFonts w:ascii="Times New Roman" w:hAnsi="Times New Roman" w:eastAsia="Times New Roman" w:cs="Times New Roman"/>
        </w:rPr>
        <w:t xml:space="preserve"> </w:t>
      </w:r>
      <w:r>
        <w:rPr>
          <w:rFonts w:ascii="Nirmala UI" w:hAnsi="Nirmala UI" w:eastAsia="Nirmala UI" w:cs="Nirmala UI"/>
        </w:rPr>
        <w:t>සම්බන්ධයෙන්</w:t>
      </w:r>
      <w:r>
        <w:rPr>
          <w:rFonts w:ascii="Times New Roman" w:hAnsi="Times New Roman" w:eastAsia="Times New Roman" w:cs="Times New Roman"/>
        </w:rPr>
        <w:t xml:space="preserve"> </w:t>
      </w:r>
      <w:r>
        <w:rPr>
          <w:rFonts w:ascii="Nirmala UI" w:hAnsi="Nirmala UI" w:eastAsia="Nirmala UI" w:cs="Nirmala UI"/>
        </w:rPr>
        <w:t>සංරක්ෂණවාදී</w:t>
      </w:r>
      <w:r>
        <w:rPr>
          <w:rFonts w:ascii="Times New Roman" w:hAnsi="Times New Roman" w:eastAsia="Times New Roman" w:cs="Times New Roman"/>
        </w:rPr>
        <w:t xml:space="preserve"> </w:t>
      </w:r>
      <w:r>
        <w:rPr>
          <w:rFonts w:ascii="Nirmala UI" w:hAnsi="Nirmala UI" w:eastAsia="Nirmala UI" w:cs="Nirmala UI"/>
        </w:rPr>
        <w:t>පාප්වරයෙකු</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ජෝන්</w:t>
      </w:r>
      <w:r>
        <w:rPr>
          <w:rFonts w:ascii="Times New Roman" w:hAnsi="Times New Roman" w:eastAsia="Times New Roman" w:cs="Times New Roman"/>
        </w:rPr>
        <w:t xml:space="preserve"> </w:t>
      </w:r>
      <w:r>
        <w:rPr>
          <w:rFonts w:ascii="Nirmala UI" w:hAnsi="Nirmala UI" w:eastAsia="Nirmala UI" w:cs="Nirmala UI"/>
        </w:rPr>
        <w:t>පෝල්</w:t>
      </w:r>
      <w:r>
        <w:rPr>
          <w:rFonts w:ascii="Times New Roman" w:hAnsi="Times New Roman" w:eastAsia="Times New Roman" w:cs="Times New Roman"/>
        </w:rPr>
        <w:t xml:space="preserve"> </w:t>
      </w:r>
      <w:r>
        <w:rPr>
          <w:rFonts w:ascii="Nirmala UI" w:hAnsi="Nirmala UI" w:eastAsia="Nirmala UI" w:cs="Nirmala UI"/>
        </w:rPr>
        <w:t>දෙවනුවා</w:t>
      </w:r>
      <w:r>
        <w:rPr>
          <w:rFonts w:ascii="Times New Roman" w:hAnsi="Times New Roman" w:eastAsia="Times New Roman" w:cs="Times New Roman"/>
        </w:rPr>
        <w:t xml:space="preserve"> </w:t>
      </w:r>
      <w:r>
        <w:rPr>
          <w:rFonts w:ascii="Nirmala UI" w:hAnsi="Nirmala UI" w:eastAsia="Nirmala UI" w:cs="Nirmala UI"/>
        </w:rPr>
        <w:t>සමඟ</w:t>
      </w:r>
      <w:r>
        <w:rPr>
          <w:rFonts w:ascii="Times New Roman" w:hAnsi="Times New Roman" w:eastAsia="Times New Roman" w:cs="Times New Roman"/>
        </w:rPr>
        <w:t xml:space="preserve"> </w:t>
      </w:r>
      <w:r>
        <w:rPr>
          <w:rFonts w:ascii="Nirmala UI" w:hAnsi="Nirmala UI" w:eastAsia="Nirmala UI" w:cs="Nirmala UI"/>
        </w:rPr>
        <w:t>රහස්</w:t>
      </w:r>
      <w:r>
        <w:rPr>
          <w:rFonts w:ascii="Times New Roman" w:hAnsi="Times New Roman" w:eastAsia="Times New Roman" w:cs="Times New Roman"/>
        </w:rPr>
        <w:t xml:space="preserve"> </w:t>
      </w:r>
      <w:r>
        <w:rPr>
          <w:rFonts w:ascii="Nirmala UI" w:hAnsi="Nirmala UI" w:eastAsia="Nirmala UI" w:cs="Nirmala UI"/>
        </w:rPr>
        <w:t>සන්ධානයක</w:t>
      </w:r>
      <w:r>
        <w:rPr>
          <w:rFonts w:ascii="Times New Roman" w:hAnsi="Times New Roman" w:eastAsia="Times New Roman" w:cs="Times New Roman"/>
        </w:rPr>
        <w:t xml:space="preserve"> </w:t>
      </w:r>
      <w:r>
        <w:rPr>
          <w:rFonts w:ascii="Nirmala UI" w:hAnsi="Nirmala UI" w:eastAsia="Nirmala UI" w:cs="Nirmala UI"/>
        </w:rPr>
        <w:t>සිටියේය</w:t>
      </w:r>
      <w:r>
        <w:rPr>
          <w:rFonts w:ascii="Times New Roman" w:hAnsi="Times New Roman" w:eastAsia="Times New Roman" w:cs="Times New Roman"/>
        </w:rPr>
        <w:t xml:space="preserve">; </w:t>
      </w:r>
      <w:r>
        <w:rPr>
          <w:rFonts w:ascii="Nirmala UI" w:hAnsi="Nirmala UI" w:eastAsia="Nirmala UI" w:cs="Nirmala UI"/>
        </w:rPr>
        <w:t>එය</w:t>
      </w:r>
      <w:r>
        <w:rPr>
          <w:rFonts w:ascii="Times New Roman" w:hAnsi="Times New Roman" w:eastAsia="Times New Roman" w:cs="Times New Roman"/>
        </w:rPr>
        <w:t xml:space="preserve"> </w:t>
      </w:r>
      <w:r>
        <w:rPr>
          <w:rFonts w:ascii="Nirmala UI" w:hAnsi="Nirmala UI" w:eastAsia="Nirmala UI" w:cs="Nirmala UI"/>
        </w:rPr>
        <w:t>දසවන</w:t>
      </w:r>
      <w:r>
        <w:rPr>
          <w:rFonts w:ascii="Times New Roman" w:hAnsi="Times New Roman" w:eastAsia="Times New Roman" w:cs="Times New Roman"/>
        </w:rPr>
        <w:t xml:space="preserve"> </w:t>
      </w:r>
      <w:r>
        <w:rPr>
          <w:rFonts w:ascii="Nirmala UI" w:hAnsi="Nirmala UI" w:eastAsia="Nirmala UI" w:cs="Nirmala UI"/>
        </w:rPr>
        <w:t>වාක්</w:t>
      </w:r>
      <w:r>
        <w:rPr>
          <w:rFonts w:ascii="Times New Roman" w:hAnsi="Times New Roman" w:eastAsia="Times New Roman" w:cs="Times New Roman"/>
        </w:rPr>
        <w:t>‍</w:t>
      </w:r>
      <w:r>
        <w:rPr>
          <w:rFonts w:ascii="Nirmala UI" w:hAnsi="Nirmala UI" w:eastAsia="Nirmala UI" w:cs="Nirmala UI"/>
        </w:rPr>
        <w:t>යයේ</w:t>
      </w:r>
      <w:r>
        <w:rPr>
          <w:rFonts w:ascii="Times New Roman" w:hAnsi="Times New Roman" w:eastAsia="Times New Roman" w:cs="Times New Roman"/>
        </w:rPr>
        <w:t xml:space="preserve"> </w:t>
      </w:r>
      <w:r>
        <w:rPr>
          <w:rFonts w:ascii="Nirmala UI" w:hAnsi="Nirmala UI" w:eastAsia="Nirmala UI" w:cs="Nirmala UI"/>
        </w:rPr>
        <w:t>අනාවැකි</w:t>
      </w:r>
      <w:r>
        <w:rPr>
          <w:rFonts w:ascii="Times New Roman" w:hAnsi="Times New Roman" w:eastAsia="Times New Roman" w:cs="Times New Roman"/>
        </w:rPr>
        <w:t xml:space="preserve"> </w:t>
      </w:r>
      <w:r>
        <w:rPr>
          <w:rFonts w:ascii="Nirmala UI" w:hAnsi="Nirmala UI" w:eastAsia="Nirmala UI" w:cs="Nirmala UI"/>
        </w:rPr>
        <w:t>ඉතිහාසය</w:t>
      </w:r>
      <w:r>
        <w:rPr>
          <w:rFonts w:ascii="Times New Roman" w:hAnsi="Times New Roman" w:eastAsia="Times New Roman" w:cs="Times New Roman"/>
        </w:rPr>
        <w:t xml:space="preserve"> </w:t>
      </w:r>
      <w:r>
        <w:rPr>
          <w:rFonts w:ascii="Nirmala UI" w:hAnsi="Nirmala UI" w:eastAsia="Nirmala UI" w:cs="Nirmala UI"/>
        </w:rPr>
        <w:t>සමඟද</w:t>
      </w:r>
      <w:r>
        <w:rPr>
          <w:rFonts w:ascii="Times New Roman" w:hAnsi="Times New Roman" w:eastAsia="Times New Roman" w:cs="Times New Roman"/>
        </w:rPr>
        <w:t xml:space="preserve"> </w:t>
      </w:r>
      <w:r>
        <w:rPr>
          <w:rFonts w:ascii="Nirmala UI" w:hAnsi="Nirmala UI" w:eastAsia="Nirmala UI" w:cs="Nirmala UI"/>
        </w:rPr>
        <w:t>සම්බන්ධ</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ඔබාමාගේ</w:t>
      </w:r>
      <w:r>
        <w:rPr>
          <w:rFonts w:ascii="Times New Roman" w:hAnsi="Times New Roman" w:eastAsia="Times New Roman" w:cs="Times New Roman"/>
        </w:rPr>
        <w:t xml:space="preserve"> </w:t>
      </w:r>
      <w:r>
        <w:rPr>
          <w:rFonts w:ascii="Nirmala UI" w:hAnsi="Nirmala UI" w:eastAsia="Nirmala UI" w:cs="Nirmala UI"/>
        </w:rPr>
        <w:t>ජනාධිපති</w:t>
      </w:r>
      <w:r>
        <w:rPr>
          <w:rFonts w:ascii="Times New Roman" w:hAnsi="Times New Roman" w:eastAsia="Times New Roman" w:cs="Times New Roman"/>
        </w:rPr>
        <w:t xml:space="preserve"> </w:t>
      </w:r>
      <w:r>
        <w:rPr>
          <w:rFonts w:ascii="Nirmala UI" w:hAnsi="Nirmala UI" w:eastAsia="Nirmala UI" w:cs="Nirmala UI"/>
        </w:rPr>
        <w:t>ධුරය</w:t>
      </w:r>
      <w:r>
        <w:rPr>
          <w:rFonts w:ascii="Times New Roman" w:hAnsi="Times New Roman" w:eastAsia="Times New Roman" w:cs="Times New Roman"/>
        </w:rPr>
        <w:t xml:space="preserve"> </w:t>
      </w:r>
      <w:r>
        <w:rPr>
          <w:rFonts w:ascii="Nirmala UI" w:hAnsi="Nirmala UI" w:eastAsia="Nirmala UI" w:cs="Nirmala UI"/>
        </w:rPr>
        <w:t>එකොළොස්වන</w:t>
      </w:r>
      <w:r>
        <w:rPr>
          <w:rFonts w:ascii="Times New Roman" w:hAnsi="Times New Roman" w:eastAsia="Times New Roman" w:cs="Times New Roman"/>
        </w:rPr>
        <w:t xml:space="preserve"> </w:t>
      </w:r>
      <w:r>
        <w:rPr>
          <w:rFonts w:ascii="Nirmala UI" w:hAnsi="Nirmala UI" w:eastAsia="Nirmala UI" w:cs="Nirmala UI"/>
        </w:rPr>
        <w:t>සහ</w:t>
      </w:r>
      <w:r>
        <w:rPr>
          <w:rFonts w:ascii="Times New Roman" w:hAnsi="Times New Roman" w:eastAsia="Times New Roman" w:cs="Times New Roman"/>
        </w:rPr>
        <w:t xml:space="preserve"> </w:t>
      </w:r>
      <w:r>
        <w:rPr>
          <w:rFonts w:ascii="Nirmala UI" w:hAnsi="Nirmala UI" w:eastAsia="Nirmala UI" w:cs="Nirmala UI"/>
        </w:rPr>
        <w:t>දොළොස්වන</w:t>
      </w:r>
      <w:r>
        <w:rPr>
          <w:rFonts w:ascii="Times New Roman" w:hAnsi="Times New Roman" w:eastAsia="Times New Roman" w:cs="Times New Roman"/>
        </w:rPr>
        <w:t xml:space="preserve"> </w:t>
      </w:r>
      <w:r>
        <w:rPr>
          <w:rFonts w:ascii="Nirmala UI" w:hAnsi="Nirmala UI" w:eastAsia="Nirmala UI" w:cs="Nirmala UI"/>
        </w:rPr>
        <w:t>වාක්</w:t>
      </w:r>
      <w:r>
        <w:rPr>
          <w:rFonts w:ascii="Times New Roman" w:hAnsi="Times New Roman" w:eastAsia="Times New Roman" w:cs="Times New Roman"/>
        </w:rPr>
        <w:t>‍</w:t>
      </w:r>
      <w:r>
        <w:rPr>
          <w:rFonts w:ascii="Nirmala UI" w:hAnsi="Nirmala UI" w:eastAsia="Nirmala UI" w:cs="Nirmala UI"/>
        </w:rPr>
        <w:t>යවල</w:t>
      </w:r>
      <w:r>
        <w:rPr>
          <w:rFonts w:ascii="Times New Roman" w:hAnsi="Times New Roman" w:eastAsia="Times New Roman" w:cs="Times New Roman"/>
        </w:rPr>
        <w:t xml:space="preserve"> </w:t>
      </w:r>
      <w:r>
        <w:rPr>
          <w:rFonts w:ascii="Nirmala UI" w:hAnsi="Nirmala UI" w:eastAsia="Nirmala UI" w:cs="Nirmala UI"/>
        </w:rPr>
        <w:t>රාෆියා</w:t>
      </w:r>
      <w:r>
        <w:rPr>
          <w:rFonts w:ascii="Times New Roman" w:hAnsi="Times New Roman" w:eastAsia="Times New Roman" w:cs="Times New Roman"/>
        </w:rPr>
        <w:t xml:space="preserve"> </w:t>
      </w:r>
      <w:r>
        <w:rPr>
          <w:rFonts w:ascii="Nirmala UI" w:hAnsi="Nirmala UI" w:eastAsia="Nirmala UI" w:cs="Nirmala UI"/>
        </w:rPr>
        <w:t>සටනේ</w:t>
      </w:r>
      <w:r>
        <w:rPr>
          <w:rFonts w:ascii="Times New Roman" w:hAnsi="Times New Roman" w:eastAsia="Times New Roman" w:cs="Times New Roman"/>
        </w:rPr>
        <w:t xml:space="preserve"> </w:t>
      </w:r>
      <w:r>
        <w:rPr>
          <w:rFonts w:ascii="Nirmala UI" w:hAnsi="Nirmala UI" w:eastAsia="Nirmala UI" w:cs="Nirmala UI"/>
        </w:rPr>
        <w:t>ඉතිහාසයට</w:t>
      </w:r>
      <w:r>
        <w:rPr>
          <w:rFonts w:ascii="Times New Roman" w:hAnsi="Times New Roman" w:eastAsia="Times New Roman" w:cs="Times New Roman"/>
        </w:rPr>
        <w:t xml:space="preserve"> </w:t>
      </w:r>
      <w:r>
        <w:rPr>
          <w:rFonts w:ascii="Nirmala UI" w:hAnsi="Nirmala UI" w:eastAsia="Nirmala UI" w:cs="Nirmala UI"/>
        </w:rPr>
        <w:t>අනුරූප</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ඔහුගේ</w:t>
      </w:r>
      <w:r>
        <w:rPr>
          <w:rFonts w:ascii="Times New Roman" w:hAnsi="Times New Roman" w:eastAsia="Times New Roman" w:cs="Times New Roman"/>
        </w:rPr>
        <w:t xml:space="preserve"> </w:t>
      </w:r>
      <w:r>
        <w:rPr>
          <w:rFonts w:ascii="Nirmala UI" w:hAnsi="Nirmala UI" w:eastAsia="Nirmala UI" w:cs="Nirmala UI"/>
        </w:rPr>
        <w:t>ජනාධිපති</w:t>
      </w:r>
      <w:r>
        <w:rPr>
          <w:rFonts w:ascii="Times New Roman" w:hAnsi="Times New Roman" w:eastAsia="Times New Roman" w:cs="Times New Roman"/>
        </w:rPr>
        <w:t xml:space="preserve"> </w:t>
      </w:r>
      <w:r>
        <w:rPr>
          <w:rFonts w:ascii="Nirmala UI" w:hAnsi="Nirmala UI" w:eastAsia="Nirmala UI" w:cs="Nirmala UI"/>
        </w:rPr>
        <w:t>ධුර</w:t>
      </w:r>
      <w:r>
        <w:rPr>
          <w:rFonts w:ascii="Times New Roman" w:hAnsi="Times New Roman" w:eastAsia="Times New Roman" w:cs="Times New Roman"/>
        </w:rPr>
        <w:t xml:space="preserve"> </w:t>
      </w:r>
      <w:r>
        <w:rPr>
          <w:rFonts w:ascii="Nirmala UI" w:hAnsi="Nirmala UI" w:eastAsia="Nirmala UI" w:cs="Nirmala UI"/>
        </w:rPr>
        <w:t>සමයේ</w:t>
      </w:r>
      <w:r>
        <w:rPr>
          <w:rFonts w:ascii="Times New Roman" w:hAnsi="Times New Roman" w:eastAsia="Times New Roman" w:cs="Times New Roman"/>
        </w:rPr>
        <w:t xml:space="preserve"> </w:t>
      </w:r>
      <w:r>
        <w:rPr>
          <w:rFonts w:ascii="Nirmala UI" w:hAnsi="Nirmala UI" w:eastAsia="Nirmala UI" w:cs="Nirmala UI"/>
        </w:rPr>
        <w:t>සංකේතාත්මක</w:t>
      </w:r>
      <w:r>
        <w:rPr>
          <w:rFonts w:ascii="Times New Roman" w:hAnsi="Times New Roman" w:eastAsia="Times New Roman" w:cs="Times New Roman"/>
        </w:rPr>
        <w:t xml:space="preserve"> </w:t>
      </w:r>
      <w:r>
        <w:rPr>
          <w:rFonts w:ascii="Nirmala UI" w:hAnsi="Nirmala UI" w:eastAsia="Nirmala UI" w:cs="Nirmala UI"/>
        </w:rPr>
        <w:t>පාප්වරු</w:t>
      </w:r>
      <w:r>
        <w:rPr>
          <w:rFonts w:ascii="Times New Roman" w:hAnsi="Times New Roman" w:eastAsia="Times New Roman" w:cs="Times New Roman"/>
        </w:rPr>
        <w:t xml:space="preserve"> </w:t>
      </w:r>
      <w:r>
        <w:rPr>
          <w:rFonts w:ascii="Nirmala UI" w:hAnsi="Nirmala UI" w:eastAsia="Nirmala UI" w:cs="Nirmala UI"/>
        </w:rPr>
        <w:t>දෙදෙනෙක්</w:t>
      </w:r>
      <w:r>
        <w:rPr>
          <w:rFonts w:ascii="Times New Roman" w:hAnsi="Times New Roman" w:eastAsia="Times New Roman" w:cs="Times New Roman"/>
        </w:rPr>
        <w:t xml:space="preserve"> </w:t>
      </w:r>
      <w:r>
        <w:rPr>
          <w:rFonts w:ascii="Nirmala UI" w:hAnsi="Nirmala UI" w:eastAsia="Nirmala UI" w:cs="Nirmala UI"/>
        </w:rPr>
        <w:t>සිටියහ</w:t>
      </w:r>
      <w:r>
        <w:rPr>
          <w:rFonts w:ascii="Times New Roman" w:hAnsi="Times New Roman" w:eastAsia="Times New Roman" w:cs="Times New Roman"/>
        </w:rPr>
        <w:t xml:space="preserve">, </w:t>
      </w:r>
      <w:r>
        <w:rPr>
          <w:rFonts w:ascii="Nirmala UI" w:hAnsi="Nirmala UI" w:eastAsia="Nirmala UI" w:cs="Nirmala UI"/>
        </w:rPr>
        <w:t>මන්ද</w:t>
      </w:r>
      <w:r>
        <w:rPr>
          <w:rFonts w:ascii="Times New Roman" w:hAnsi="Times New Roman" w:eastAsia="Times New Roman" w:cs="Times New Roman"/>
        </w:rPr>
        <w:t xml:space="preserve"> </w:t>
      </w:r>
      <w:r>
        <w:rPr>
          <w:rFonts w:ascii="Nirmala UI" w:hAnsi="Nirmala UI" w:eastAsia="Nirmala UI" w:cs="Nirmala UI"/>
        </w:rPr>
        <w:t>දෙවන</w:t>
      </w:r>
      <w:r>
        <w:rPr>
          <w:rFonts w:ascii="Times New Roman" w:hAnsi="Times New Roman" w:eastAsia="Times New Roman" w:cs="Times New Roman"/>
        </w:rPr>
        <w:t xml:space="preserve"> </w:t>
      </w:r>
      <w:r>
        <w:rPr>
          <w:rFonts w:ascii="Nirmala UI" w:hAnsi="Nirmala UI" w:eastAsia="Nirmala UI" w:cs="Nirmala UI"/>
        </w:rPr>
        <w:t>මාර්ගලකුණ</w:t>
      </w:r>
      <w:r>
        <w:rPr>
          <w:rFonts w:ascii="Times New Roman" w:hAnsi="Times New Roman" w:eastAsia="Times New Roman" w:cs="Times New Roman"/>
        </w:rPr>
        <w:t xml:space="preserve"> </w:t>
      </w:r>
      <w:r>
        <w:rPr>
          <w:rFonts w:ascii="Nirmala UI" w:hAnsi="Nirmala UI" w:eastAsia="Nirmala UI" w:cs="Nirmala UI"/>
        </w:rPr>
        <w:t>දෙගුණවීමක්</w:t>
      </w:r>
      <w:r>
        <w:rPr>
          <w:rFonts w:ascii="Times New Roman" w:hAnsi="Times New Roman" w:eastAsia="Times New Roman" w:cs="Times New Roman"/>
        </w:rPr>
        <w:t xml:space="preserve"> </w:t>
      </w:r>
      <w:r>
        <w:rPr>
          <w:rFonts w:ascii="Nirmala UI" w:hAnsi="Nirmala UI" w:eastAsia="Nirmala UI" w:cs="Nirmala UI"/>
        </w:rPr>
        <w:t>හඳුන්වා</w:t>
      </w:r>
      <w:r>
        <w:rPr>
          <w:rFonts w:ascii="Times New Roman" w:hAnsi="Times New Roman" w:eastAsia="Times New Roman" w:cs="Times New Roman"/>
        </w:rPr>
        <w:t xml:space="preserve"> </w:t>
      </w:r>
      <w:r>
        <w:rPr>
          <w:rFonts w:ascii="Nirmala UI" w:hAnsi="Nirmala UI" w:eastAsia="Nirmala UI" w:cs="Nirmala UI"/>
        </w:rPr>
        <w:t>දෙයි</w:t>
      </w:r>
      <w:r>
        <w:rPr>
          <w:rFonts w:ascii="Times New Roman" w:hAnsi="Times New Roman" w:eastAsia="Times New Roman" w:cs="Times New Roman"/>
        </w:rPr>
        <w:t xml:space="preserve">. </w:t>
      </w:r>
      <w:r>
        <w:rPr>
          <w:rFonts w:ascii="Nirmala UI" w:hAnsi="Nirmala UI" w:eastAsia="Nirmala UI" w:cs="Nirmala UI"/>
        </w:rPr>
        <w:t>තෙරොස්වන</w:t>
      </w:r>
      <w:r>
        <w:rPr>
          <w:rFonts w:ascii="Times New Roman" w:hAnsi="Times New Roman" w:eastAsia="Times New Roman" w:cs="Times New Roman"/>
        </w:rPr>
        <w:t xml:space="preserve"> </w:t>
      </w:r>
      <w:r>
        <w:rPr>
          <w:rFonts w:ascii="Nirmala UI" w:hAnsi="Nirmala UI" w:eastAsia="Nirmala UI" w:cs="Nirmala UI"/>
        </w:rPr>
        <w:t>සිට</w:t>
      </w:r>
      <w:r>
        <w:rPr>
          <w:rFonts w:ascii="Times New Roman" w:hAnsi="Times New Roman" w:eastAsia="Times New Roman" w:cs="Times New Roman"/>
        </w:rPr>
        <w:t xml:space="preserve"> </w:t>
      </w:r>
      <w:r>
        <w:rPr>
          <w:rFonts w:ascii="Nirmala UI" w:hAnsi="Nirmala UI" w:eastAsia="Nirmala UI" w:cs="Nirmala UI"/>
        </w:rPr>
        <w:t>පහළොස්වන</w:t>
      </w:r>
      <w:r>
        <w:rPr>
          <w:rFonts w:ascii="Times New Roman" w:hAnsi="Times New Roman" w:eastAsia="Times New Roman" w:cs="Times New Roman"/>
        </w:rPr>
        <w:t xml:space="preserve"> </w:t>
      </w:r>
      <w:r>
        <w:rPr>
          <w:rFonts w:ascii="Nirmala UI" w:hAnsi="Nirmala UI" w:eastAsia="Nirmala UI" w:cs="Nirmala UI"/>
        </w:rPr>
        <w:t>වාක්</w:t>
      </w:r>
      <w:r>
        <w:rPr>
          <w:rFonts w:ascii="Times New Roman" w:hAnsi="Times New Roman" w:eastAsia="Times New Roman" w:cs="Times New Roman"/>
        </w:rPr>
        <w:t>‍</w:t>
      </w:r>
      <w:r>
        <w:rPr>
          <w:rFonts w:ascii="Nirmala UI" w:hAnsi="Nirmala UI" w:eastAsia="Nirmala UI" w:cs="Nirmala UI"/>
        </w:rPr>
        <w:t>ය</w:t>
      </w:r>
      <w:r>
        <w:rPr>
          <w:rFonts w:ascii="Times New Roman" w:hAnsi="Times New Roman" w:eastAsia="Times New Roman" w:cs="Times New Roman"/>
        </w:rPr>
        <w:t xml:space="preserve"> </w:t>
      </w:r>
      <w:r>
        <w:rPr>
          <w:rFonts w:ascii="Nirmala UI" w:hAnsi="Nirmala UI" w:eastAsia="Nirmala UI" w:cs="Nirmala UI"/>
        </w:rPr>
        <w:t>දක්වා</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තුන්වන</w:t>
      </w:r>
      <w:r>
        <w:rPr>
          <w:rFonts w:ascii="Times New Roman" w:hAnsi="Times New Roman" w:eastAsia="Times New Roman" w:cs="Times New Roman"/>
        </w:rPr>
        <w:t xml:space="preserve"> </w:t>
      </w:r>
      <w:r>
        <w:rPr>
          <w:rFonts w:ascii="Nirmala UI" w:hAnsi="Nirmala UI" w:eastAsia="Nirmala UI" w:cs="Nirmala UI"/>
        </w:rPr>
        <w:t>මාර්ගලකුණ</w:t>
      </w:r>
      <w:r>
        <w:rPr>
          <w:rFonts w:ascii="Times New Roman" w:hAnsi="Times New Roman" w:eastAsia="Times New Roman" w:cs="Times New Roman"/>
        </w:rPr>
        <w:t xml:space="preserve"> </w:t>
      </w:r>
      <w:r>
        <w:rPr>
          <w:rFonts w:ascii="Nirmala UI" w:hAnsi="Nirmala UI" w:eastAsia="Nirmala UI" w:cs="Nirmala UI"/>
        </w:rPr>
        <w:t>තුළ</w:t>
      </w:r>
      <w:r>
        <w:rPr>
          <w:rFonts w:ascii="Times New Roman" w:hAnsi="Times New Roman" w:eastAsia="Times New Roman" w:cs="Times New Roman"/>
        </w:rPr>
        <w:t xml:space="preserve">, </w:t>
      </w:r>
      <w:r>
        <w:rPr>
          <w:rFonts w:ascii="Nirmala UI" w:hAnsi="Nirmala UI" w:eastAsia="Nirmala UI" w:cs="Nirmala UI"/>
        </w:rPr>
        <w:t>පාප්වරයා</w:t>
      </w:r>
      <w:r>
        <w:rPr>
          <w:rFonts w:ascii="Times New Roman" w:hAnsi="Times New Roman" w:eastAsia="Times New Roman" w:cs="Times New Roman"/>
        </w:rPr>
        <w:t xml:space="preserve"> </w:t>
      </w:r>
      <w:r>
        <w:rPr>
          <w:rFonts w:ascii="Nirmala UI" w:hAnsi="Nirmala UI" w:eastAsia="Nirmala UI" w:cs="Nirmala UI"/>
        </w:rPr>
        <w:t>එක්සත්</w:t>
      </w:r>
      <w:r>
        <w:rPr>
          <w:rFonts w:ascii="Times New Roman" w:hAnsi="Times New Roman" w:eastAsia="Times New Roman" w:cs="Times New Roman"/>
        </w:rPr>
        <w:t xml:space="preserve"> </w:t>
      </w:r>
      <w:r>
        <w:rPr>
          <w:rFonts w:ascii="Nirmala UI" w:hAnsi="Nirmala UI" w:eastAsia="Nirmala UI" w:cs="Nirmala UI"/>
        </w:rPr>
        <w:t>ජනපදයෙන්</w:t>
      </w:r>
      <w:r>
        <w:rPr>
          <w:rFonts w:ascii="Times New Roman" w:hAnsi="Times New Roman" w:eastAsia="Times New Roman" w:cs="Times New Roman"/>
        </w:rPr>
        <w:t xml:space="preserve"> </w:t>
      </w:r>
      <w:r>
        <w:rPr>
          <w:rFonts w:ascii="Nirmala UI" w:hAnsi="Nirmala UI" w:eastAsia="Nirmala UI" w:cs="Nirmala UI"/>
        </w:rPr>
        <w:t>පැමිණි</w:t>
      </w:r>
      <w:r>
        <w:rPr>
          <w:rFonts w:ascii="Times New Roman" w:hAnsi="Times New Roman" w:eastAsia="Times New Roman" w:cs="Times New Roman"/>
        </w:rPr>
        <w:t xml:space="preserve"> </w:t>
      </w:r>
      <w:r>
        <w:rPr>
          <w:rFonts w:ascii="Nirmala UI" w:hAnsi="Nirmala UI" w:eastAsia="Nirmala UI" w:cs="Nirmala UI"/>
        </w:rPr>
        <w:t>පළමු</w:t>
      </w:r>
      <w:r>
        <w:rPr>
          <w:rFonts w:ascii="Times New Roman" w:hAnsi="Times New Roman" w:eastAsia="Times New Roman" w:cs="Times New Roman"/>
        </w:rPr>
        <w:t xml:space="preserve"> </w:t>
      </w:r>
      <w:r>
        <w:rPr>
          <w:rFonts w:ascii="Nirmala UI" w:hAnsi="Nirmala UI" w:eastAsia="Nirmala UI" w:cs="Nirmala UI"/>
        </w:rPr>
        <w:t>පාප්වරයා</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අප</w:t>
      </w:r>
      <w:r>
        <w:rPr>
          <w:rFonts w:ascii="Times New Roman" w:hAnsi="Times New Roman" w:eastAsia="Times New Roman" w:cs="Times New Roman"/>
        </w:rPr>
        <w:t xml:space="preserve"> </w:t>
      </w:r>
      <w:r>
        <w:rPr>
          <w:rFonts w:ascii="Nirmala UI" w:hAnsi="Nirmala UI" w:eastAsia="Nirmala UI" w:cs="Nirmala UI"/>
        </w:rPr>
        <w:t>මුලදී</w:t>
      </w:r>
      <w:r>
        <w:rPr>
          <w:rFonts w:ascii="Times New Roman" w:hAnsi="Times New Roman" w:eastAsia="Times New Roman" w:cs="Times New Roman"/>
        </w:rPr>
        <w:t xml:space="preserve"> </w:t>
      </w:r>
      <w:r>
        <w:rPr>
          <w:rFonts w:ascii="Nirmala UI" w:hAnsi="Nirmala UI" w:eastAsia="Nirmala UI" w:cs="Nirmala UI"/>
        </w:rPr>
        <w:t>පාප්</w:t>
      </w:r>
      <w:r>
        <w:rPr>
          <w:rFonts w:ascii="Times New Roman" w:hAnsi="Times New Roman" w:eastAsia="Times New Roman" w:cs="Times New Roman"/>
        </w:rPr>
        <w:t xml:space="preserve"> </w:t>
      </w:r>
      <w:r>
        <w:rPr>
          <w:rFonts w:ascii="Nirmala UI" w:hAnsi="Nirmala UI" w:eastAsia="Nirmala UI" w:cs="Nirmala UI"/>
        </w:rPr>
        <w:t>ලියෝ</w:t>
      </w:r>
      <w:r>
        <w:rPr>
          <w:rFonts w:ascii="Times New Roman" w:hAnsi="Times New Roman" w:eastAsia="Times New Roman" w:cs="Times New Roman"/>
        </w:rPr>
        <w:t xml:space="preserve"> </w:t>
      </w:r>
      <w:r>
        <w:rPr>
          <w:rFonts w:ascii="Nirmala UI" w:hAnsi="Nirmala UI" w:eastAsia="Nirmala UI" w:cs="Nirmala UI"/>
        </w:rPr>
        <w:t>ජෝන්</w:t>
      </w:r>
      <w:r>
        <w:rPr>
          <w:rFonts w:ascii="Times New Roman" w:hAnsi="Times New Roman" w:eastAsia="Times New Roman" w:cs="Times New Roman"/>
        </w:rPr>
        <w:t xml:space="preserve"> </w:t>
      </w:r>
      <w:r>
        <w:rPr>
          <w:rFonts w:ascii="Nirmala UI" w:hAnsi="Nirmala UI" w:eastAsia="Nirmala UI" w:cs="Nirmala UI"/>
        </w:rPr>
        <w:t>පෝල්</w:t>
      </w:r>
      <w:r>
        <w:rPr>
          <w:rFonts w:ascii="Times New Roman" w:hAnsi="Times New Roman" w:eastAsia="Times New Roman" w:cs="Times New Roman"/>
        </w:rPr>
        <w:t xml:space="preserve"> </w:t>
      </w:r>
      <w:r>
        <w:rPr>
          <w:rFonts w:ascii="Nirmala UI" w:hAnsi="Nirmala UI" w:eastAsia="Nirmala UI" w:cs="Nirmala UI"/>
        </w:rPr>
        <w:t>දෙවනුවා</w:t>
      </w:r>
      <w:r>
        <w:rPr>
          <w:rFonts w:ascii="Times New Roman" w:hAnsi="Times New Roman" w:eastAsia="Times New Roman" w:cs="Times New Roman"/>
        </w:rPr>
        <w:t xml:space="preserve"> </w:t>
      </w:r>
      <w:r>
        <w:rPr>
          <w:rFonts w:ascii="Nirmala UI" w:hAnsi="Nirmala UI" w:eastAsia="Nirmala UI" w:cs="Nirmala UI"/>
        </w:rPr>
        <w:t>විසින්</w:t>
      </w:r>
      <w:r>
        <w:rPr>
          <w:rFonts w:ascii="Times New Roman" w:hAnsi="Times New Roman" w:eastAsia="Times New Roman" w:cs="Times New Roman"/>
        </w:rPr>
        <w:t xml:space="preserve"> </w:t>
      </w:r>
      <w:r>
        <w:rPr>
          <w:rFonts w:ascii="Nirmala UI" w:hAnsi="Nirmala UI" w:eastAsia="Nirmala UI" w:cs="Nirmala UI"/>
        </w:rPr>
        <w:t>නිරූපිත</w:t>
      </w:r>
      <w:r>
        <w:rPr>
          <w:rFonts w:ascii="Times New Roman" w:hAnsi="Times New Roman" w:eastAsia="Times New Roman" w:cs="Times New Roman"/>
        </w:rPr>
        <w:t xml:space="preserve"> </w:t>
      </w:r>
      <w:r>
        <w:rPr>
          <w:rFonts w:ascii="Nirmala UI" w:hAnsi="Nirmala UI" w:eastAsia="Nirmala UI" w:cs="Nirmala UI"/>
        </w:rPr>
        <w:t>සංරක්ෂණවාදී</w:t>
      </w:r>
      <w:r>
        <w:rPr>
          <w:rFonts w:ascii="Times New Roman" w:hAnsi="Times New Roman" w:eastAsia="Times New Roman" w:cs="Times New Roman"/>
        </w:rPr>
        <w:t xml:space="preserve"> </w:t>
      </w:r>
      <w:r>
        <w:rPr>
          <w:rFonts w:ascii="Nirmala UI" w:hAnsi="Nirmala UI" w:eastAsia="Nirmala UI" w:cs="Nirmala UI"/>
        </w:rPr>
        <w:t>පාප්වරයෙකු</w:t>
      </w:r>
      <w:r>
        <w:rPr>
          <w:rFonts w:ascii="Times New Roman" w:hAnsi="Times New Roman" w:eastAsia="Times New Roman" w:cs="Times New Roman"/>
        </w:rPr>
        <w:t xml:space="preserve"> </w:t>
      </w:r>
      <w:r>
        <w:rPr>
          <w:rFonts w:ascii="Nirmala UI" w:hAnsi="Nirmala UI" w:eastAsia="Nirmala UI" w:cs="Nirmala UI"/>
        </w:rPr>
        <w:t>යැයි</w:t>
      </w:r>
      <w:r>
        <w:rPr>
          <w:rFonts w:ascii="Times New Roman" w:hAnsi="Times New Roman" w:eastAsia="Times New Roman" w:cs="Times New Roman"/>
        </w:rPr>
        <w:t xml:space="preserve"> </w:t>
      </w:r>
      <w:r>
        <w:rPr>
          <w:rFonts w:ascii="Nirmala UI" w:hAnsi="Nirmala UI" w:eastAsia="Nirmala UI" w:cs="Nirmala UI"/>
        </w:rPr>
        <w:t>උපකල්පනය</w:t>
      </w:r>
      <w:r>
        <w:rPr>
          <w:rFonts w:ascii="Times New Roman" w:hAnsi="Times New Roman" w:eastAsia="Times New Roman" w:cs="Times New Roman"/>
        </w:rPr>
        <w:t xml:space="preserve"> </w:t>
      </w:r>
      <w:r>
        <w:rPr>
          <w:rFonts w:ascii="Nirmala UI" w:hAnsi="Nirmala UI" w:eastAsia="Nirmala UI" w:cs="Nirmala UI"/>
        </w:rPr>
        <w:t>කළෙමු</w:t>
      </w:r>
      <w:r>
        <w:rPr>
          <w:rFonts w:ascii="Times New Roman" w:hAnsi="Times New Roman" w:eastAsia="Times New Roman" w:cs="Times New Roman"/>
        </w:rPr>
        <w:t xml:space="preserve">; </w:t>
      </w:r>
      <w:r>
        <w:rPr>
          <w:rFonts w:ascii="Nirmala UI" w:hAnsi="Nirmala UI" w:eastAsia="Nirmala UI" w:cs="Nirmala UI"/>
        </w:rPr>
        <w:t>නමුත්</w:t>
      </w:r>
      <w:r>
        <w:rPr>
          <w:rFonts w:ascii="Times New Roman" w:hAnsi="Times New Roman" w:eastAsia="Times New Roman" w:cs="Times New Roman"/>
        </w:rPr>
        <w:t xml:space="preserve"> </w:t>
      </w:r>
      <w:r>
        <w:rPr>
          <w:rFonts w:ascii="Nirmala UI" w:hAnsi="Nirmala UI" w:eastAsia="Nirmala UI" w:cs="Nirmala UI"/>
        </w:rPr>
        <w:t>ත්</w:t>
      </w:r>
      <w:r>
        <w:rPr>
          <w:rFonts w:ascii="Times New Roman" w:hAnsi="Times New Roman" w:eastAsia="Times New Roman" w:cs="Times New Roman"/>
        </w:rPr>
        <w:t>‍</w:t>
      </w:r>
      <w:r>
        <w:rPr>
          <w:rFonts w:ascii="Nirmala UI" w:hAnsi="Nirmala UI" w:eastAsia="Nirmala UI" w:cs="Nirmala UI"/>
        </w:rPr>
        <w:t>රිත්ව</w:t>
      </w:r>
      <w:r>
        <w:rPr>
          <w:rFonts w:ascii="Times New Roman" w:hAnsi="Times New Roman" w:eastAsia="Times New Roman" w:cs="Times New Roman"/>
        </w:rPr>
        <w:t xml:space="preserve"> </w:t>
      </w:r>
      <w:r>
        <w:rPr>
          <w:rFonts w:ascii="Nirmala UI" w:hAnsi="Nirmala UI" w:eastAsia="Nirmala UI" w:cs="Nirmala UI"/>
        </w:rPr>
        <w:t>යෙදුමක</w:t>
      </w:r>
      <w:r>
        <w:rPr>
          <w:rFonts w:ascii="Times New Roman" w:hAnsi="Times New Roman" w:eastAsia="Times New Roman" w:cs="Times New Roman"/>
        </w:rPr>
        <w:t xml:space="preserve"> </w:t>
      </w:r>
      <w:r>
        <w:rPr>
          <w:rFonts w:ascii="Nirmala UI" w:hAnsi="Nirmala UI" w:eastAsia="Nirmala UI" w:cs="Nirmala UI"/>
        </w:rPr>
        <w:t>අනාවැකිමය</w:t>
      </w:r>
      <w:r>
        <w:rPr>
          <w:rFonts w:ascii="Times New Roman" w:hAnsi="Times New Roman" w:eastAsia="Times New Roman" w:cs="Times New Roman"/>
        </w:rPr>
        <w:t xml:space="preserve"> </w:t>
      </w:r>
      <w:r>
        <w:rPr>
          <w:rFonts w:ascii="Nirmala UI" w:hAnsi="Nirmala UI" w:eastAsia="Nirmala UI" w:cs="Nirmala UI"/>
        </w:rPr>
        <w:t>යෙදුම</w:t>
      </w:r>
      <w:r>
        <w:rPr>
          <w:rFonts w:ascii="Times New Roman" w:hAnsi="Times New Roman" w:eastAsia="Times New Roman" w:cs="Times New Roman"/>
        </w:rPr>
        <w:t xml:space="preserve"> </w:t>
      </w:r>
      <w:r>
        <w:rPr>
          <w:rFonts w:ascii="Nirmala UI" w:hAnsi="Nirmala UI" w:eastAsia="Nirmala UI" w:cs="Nirmala UI"/>
        </w:rPr>
        <w:t>යටතේ</w:t>
      </w:r>
      <w:r>
        <w:rPr>
          <w:rFonts w:ascii="Times New Roman" w:hAnsi="Times New Roman" w:eastAsia="Times New Roman" w:cs="Times New Roman"/>
        </w:rPr>
        <w:t xml:space="preserve"> </w:t>
      </w:r>
      <w:r>
        <w:rPr>
          <w:rFonts w:ascii="Nirmala UI" w:hAnsi="Nirmala UI" w:eastAsia="Nirmala UI" w:cs="Nirmala UI"/>
        </w:rPr>
        <w:t>එය</w:t>
      </w:r>
      <w:r>
        <w:rPr>
          <w:rFonts w:ascii="Times New Roman" w:hAnsi="Times New Roman" w:eastAsia="Times New Roman" w:cs="Times New Roman"/>
        </w:rPr>
        <w:t xml:space="preserve"> </w:t>
      </w:r>
      <w:r>
        <w:rPr>
          <w:rFonts w:ascii="Nirmala UI" w:hAnsi="Nirmala UI" w:eastAsia="Nirmala UI" w:cs="Nirmala UI"/>
        </w:rPr>
        <w:t>යොදන</w:t>
      </w:r>
      <w:r>
        <w:rPr>
          <w:rFonts w:ascii="Times New Roman" w:hAnsi="Times New Roman" w:eastAsia="Times New Roman" w:cs="Times New Roman"/>
        </w:rPr>
        <w:t xml:space="preserve"> </w:t>
      </w:r>
      <w:r>
        <w:rPr>
          <w:rFonts w:ascii="Nirmala UI" w:hAnsi="Nirmala UI" w:eastAsia="Nirmala UI" w:cs="Nirmala UI"/>
        </w:rPr>
        <w:t>විට</w:t>
      </w:r>
      <w:r>
        <w:rPr>
          <w:rFonts w:ascii="Times New Roman" w:hAnsi="Times New Roman" w:eastAsia="Times New Roman" w:cs="Times New Roman"/>
        </w:rPr>
        <w:t xml:space="preserve">, </w:t>
      </w:r>
      <w:r>
        <w:rPr>
          <w:rFonts w:ascii="Nirmala UI" w:hAnsi="Nirmala UI" w:eastAsia="Nirmala UI" w:cs="Nirmala UI"/>
        </w:rPr>
        <w:t>තුන්වන</w:t>
      </w:r>
      <w:r>
        <w:rPr>
          <w:rFonts w:ascii="Times New Roman" w:hAnsi="Times New Roman" w:eastAsia="Times New Roman" w:cs="Times New Roman"/>
        </w:rPr>
        <w:t xml:space="preserve"> </w:t>
      </w:r>
      <w:r>
        <w:rPr>
          <w:rFonts w:ascii="Nirmala UI" w:hAnsi="Nirmala UI" w:eastAsia="Nirmala UI" w:cs="Nirmala UI"/>
        </w:rPr>
        <w:t>මාර්ගලකුණට</w:t>
      </w:r>
      <w:r>
        <w:rPr>
          <w:rFonts w:ascii="Times New Roman" w:hAnsi="Times New Roman" w:eastAsia="Times New Roman" w:cs="Times New Roman"/>
        </w:rPr>
        <w:t xml:space="preserve"> </w:t>
      </w:r>
      <w:r>
        <w:rPr>
          <w:rFonts w:ascii="Nirmala UI" w:hAnsi="Nirmala UI" w:eastAsia="Nirmala UI" w:cs="Nirmala UI"/>
        </w:rPr>
        <w:t>පළමු</w:t>
      </w:r>
      <w:r>
        <w:rPr>
          <w:rFonts w:ascii="Times New Roman" w:hAnsi="Times New Roman" w:eastAsia="Times New Roman" w:cs="Times New Roman"/>
        </w:rPr>
        <w:t xml:space="preserve"> </w:t>
      </w:r>
      <w:r>
        <w:rPr>
          <w:rFonts w:ascii="Nirmala UI" w:hAnsi="Nirmala UI" w:eastAsia="Nirmala UI" w:cs="Nirmala UI"/>
        </w:rPr>
        <w:t>සම්පූර්ණවීම්</w:t>
      </w:r>
      <w:r>
        <w:rPr>
          <w:rFonts w:ascii="Times New Roman" w:hAnsi="Times New Roman" w:eastAsia="Times New Roman" w:cs="Times New Roman"/>
        </w:rPr>
        <w:t xml:space="preserve"> </w:t>
      </w:r>
      <w:r>
        <w:rPr>
          <w:rFonts w:ascii="Nirmala UI" w:hAnsi="Nirmala UI" w:eastAsia="Nirmala UI" w:cs="Nirmala UI"/>
        </w:rPr>
        <w:t>දෙකේ</w:t>
      </w:r>
      <w:r>
        <w:rPr>
          <w:rFonts w:ascii="Times New Roman" w:hAnsi="Times New Roman" w:eastAsia="Times New Roman" w:cs="Times New Roman"/>
        </w:rPr>
        <w:t xml:space="preserve"> </w:t>
      </w:r>
      <w:r>
        <w:rPr>
          <w:rFonts w:ascii="Nirmala UI" w:hAnsi="Nirmala UI" w:eastAsia="Nirmala UI" w:cs="Nirmala UI"/>
        </w:rPr>
        <w:t>ලක්ෂණ</w:t>
      </w:r>
      <w:r>
        <w:rPr>
          <w:rFonts w:ascii="Times New Roman" w:hAnsi="Times New Roman" w:eastAsia="Times New Roman" w:cs="Times New Roman"/>
        </w:rPr>
        <w:t xml:space="preserve"> </w:t>
      </w:r>
      <w:r>
        <w:rPr>
          <w:rFonts w:ascii="Nirmala UI" w:hAnsi="Nirmala UI" w:eastAsia="Nirmala UI" w:cs="Nirmala UI"/>
        </w:rPr>
        <w:t>අයත්</w:t>
      </w:r>
      <w:r>
        <w:rPr>
          <w:rFonts w:ascii="Times New Roman" w:hAnsi="Times New Roman" w:eastAsia="Times New Roman" w:cs="Times New Roman"/>
        </w:rPr>
        <w:t xml:space="preserve"> </w:t>
      </w:r>
      <w:r>
        <w:rPr>
          <w:rFonts w:ascii="Nirmala UI" w:hAnsi="Nirmala UI" w:eastAsia="Nirmala UI" w:cs="Nirmala UI"/>
        </w:rPr>
        <w:t>බැවින්</w:t>
      </w:r>
      <w:r>
        <w:rPr>
          <w:rFonts w:ascii="Times New Roman" w:hAnsi="Times New Roman" w:eastAsia="Times New Roman" w:cs="Times New Roman"/>
        </w:rPr>
        <w:t xml:space="preserve">, </w:t>
      </w:r>
      <w:r>
        <w:rPr>
          <w:rFonts w:ascii="Nirmala UI" w:hAnsi="Nirmala UI" w:eastAsia="Nirmala UI" w:cs="Nirmala UI"/>
        </w:rPr>
        <w:t>ලියෝ</w:t>
      </w:r>
      <w:r>
        <w:rPr>
          <w:rFonts w:ascii="Times New Roman" w:hAnsi="Times New Roman" w:eastAsia="Times New Roman" w:cs="Times New Roman"/>
        </w:rPr>
        <w:t xml:space="preserve"> </w:t>
      </w:r>
      <w:r>
        <w:rPr>
          <w:rFonts w:ascii="Nirmala UI" w:hAnsi="Nirmala UI" w:eastAsia="Nirmala UI" w:cs="Nirmala UI"/>
        </w:rPr>
        <w:t>සංරක්ෂණවාදී</w:t>
      </w:r>
      <w:r>
        <w:rPr>
          <w:rFonts w:ascii="Times New Roman" w:hAnsi="Times New Roman" w:eastAsia="Times New Roman" w:cs="Times New Roman"/>
        </w:rPr>
        <w:t xml:space="preserve"> </w:t>
      </w:r>
      <w:r>
        <w:rPr>
          <w:rFonts w:ascii="Nirmala UI" w:hAnsi="Nirmala UI" w:eastAsia="Nirmala UI" w:cs="Nirmala UI"/>
        </w:rPr>
        <w:t>ජෝන්</w:t>
      </w:r>
      <w:r>
        <w:rPr>
          <w:rFonts w:ascii="Times New Roman" w:hAnsi="Times New Roman" w:eastAsia="Times New Roman" w:cs="Times New Roman"/>
        </w:rPr>
        <w:t xml:space="preserve"> </w:t>
      </w:r>
      <w:r>
        <w:rPr>
          <w:rFonts w:ascii="Nirmala UI" w:hAnsi="Nirmala UI" w:eastAsia="Nirmala UI" w:cs="Nirmala UI"/>
        </w:rPr>
        <w:t>පෝල්</w:t>
      </w:r>
      <w:r>
        <w:rPr>
          <w:rFonts w:ascii="Times New Roman" w:hAnsi="Times New Roman" w:eastAsia="Times New Roman" w:cs="Times New Roman"/>
        </w:rPr>
        <w:t xml:space="preserve"> </w:t>
      </w:r>
      <w:r>
        <w:rPr>
          <w:rFonts w:ascii="Nirmala UI" w:hAnsi="Nirmala UI" w:eastAsia="Nirmala UI" w:cs="Nirmala UI"/>
        </w:rPr>
        <w:t>දෙවනුවා</w:t>
      </w:r>
      <w:r>
        <w:rPr>
          <w:rFonts w:ascii="Times New Roman" w:hAnsi="Times New Roman" w:eastAsia="Times New Roman" w:cs="Times New Roman"/>
        </w:rPr>
        <w:t xml:space="preserve"> </w:t>
      </w:r>
      <w:r>
        <w:rPr>
          <w:rFonts w:ascii="Nirmala UI" w:hAnsi="Nirmala UI" w:eastAsia="Nirmala UI" w:cs="Nirmala UI"/>
        </w:rPr>
        <w:t>වන</w:t>
      </w:r>
      <w:r>
        <w:rPr>
          <w:rFonts w:ascii="Times New Roman" w:hAnsi="Times New Roman" w:eastAsia="Times New Roman" w:cs="Times New Roman"/>
        </w:rPr>
        <w:t xml:space="preserve"> </w:t>
      </w:r>
      <w:r>
        <w:rPr>
          <w:rFonts w:ascii="Nirmala UI" w:hAnsi="Nirmala UI" w:eastAsia="Nirmala UI" w:cs="Nirmala UI"/>
        </w:rPr>
        <w:t>අතර</w:t>
      </w:r>
      <w:r>
        <w:rPr>
          <w:rFonts w:ascii="Times New Roman" w:hAnsi="Times New Roman" w:eastAsia="Times New Roman" w:cs="Times New Roman"/>
        </w:rPr>
        <w:t xml:space="preserve">, </w:t>
      </w:r>
      <w:r>
        <w:rPr>
          <w:rFonts w:ascii="Nirmala UI" w:hAnsi="Nirmala UI" w:eastAsia="Nirmala UI" w:cs="Nirmala UI"/>
        </w:rPr>
        <w:t>ඔහු</w:t>
      </w:r>
      <w:r>
        <w:rPr>
          <w:rFonts w:ascii="Times New Roman" w:hAnsi="Times New Roman" w:eastAsia="Times New Roman" w:cs="Times New Roman"/>
        </w:rPr>
        <w:t xml:space="preserve"> </w:t>
      </w:r>
      <w:r>
        <w:rPr>
          <w:rFonts w:ascii="Nirmala UI" w:hAnsi="Nirmala UI" w:eastAsia="Nirmala UI" w:cs="Nirmala UI"/>
        </w:rPr>
        <w:t>ඔබාමාගේ</w:t>
      </w:r>
      <w:r>
        <w:rPr>
          <w:rFonts w:ascii="Times New Roman" w:hAnsi="Times New Roman" w:eastAsia="Times New Roman" w:cs="Times New Roman"/>
        </w:rPr>
        <w:t xml:space="preserve"> </w:t>
      </w:r>
      <w:r>
        <w:rPr>
          <w:rFonts w:ascii="Nirmala UI" w:hAnsi="Nirmala UI" w:eastAsia="Nirmala UI" w:cs="Nirmala UI"/>
        </w:rPr>
        <w:t>ධුර</w:t>
      </w:r>
      <w:r>
        <w:rPr>
          <w:rFonts w:ascii="Times New Roman" w:hAnsi="Times New Roman" w:eastAsia="Times New Roman" w:cs="Times New Roman"/>
        </w:rPr>
        <w:t xml:space="preserve"> </w:t>
      </w:r>
      <w:r>
        <w:rPr>
          <w:rFonts w:ascii="Nirmala UI" w:hAnsi="Nirmala UI" w:eastAsia="Nirmala UI" w:cs="Nirmala UI"/>
        </w:rPr>
        <w:t>කාලය</w:t>
      </w:r>
      <w:r>
        <w:rPr>
          <w:rFonts w:ascii="Times New Roman" w:hAnsi="Times New Roman" w:eastAsia="Times New Roman" w:cs="Times New Roman"/>
        </w:rPr>
        <w:t xml:space="preserve"> </w:t>
      </w:r>
      <w:r>
        <w:rPr>
          <w:rFonts w:ascii="Nirmala UI" w:hAnsi="Nirmala UI" w:eastAsia="Nirmala UI" w:cs="Nirmala UI"/>
        </w:rPr>
        <w:t>තුළ</w:t>
      </w:r>
      <w:r>
        <w:rPr>
          <w:rFonts w:ascii="Times New Roman" w:hAnsi="Times New Roman" w:eastAsia="Times New Roman" w:cs="Times New Roman"/>
        </w:rPr>
        <w:t xml:space="preserve"> </w:t>
      </w:r>
      <w:r>
        <w:rPr>
          <w:rFonts w:ascii="Nirmala UI" w:hAnsi="Nirmala UI" w:eastAsia="Nirmala UI" w:cs="Nirmala UI"/>
        </w:rPr>
        <w:t>ජාගෘක</w:t>
      </w:r>
      <w:r>
        <w:rPr>
          <w:rFonts w:ascii="Times New Roman" w:hAnsi="Times New Roman" w:eastAsia="Times New Roman" w:cs="Times New Roman"/>
        </w:rPr>
        <w:t xml:space="preserve"> </w:t>
      </w:r>
      <w:r>
        <w:rPr>
          <w:rFonts w:ascii="Nirmala UI" w:hAnsi="Nirmala UI" w:eastAsia="Nirmala UI" w:cs="Nirmala UI"/>
        </w:rPr>
        <w:t>පාප්</w:t>
      </w:r>
      <w:r>
        <w:rPr>
          <w:rFonts w:ascii="Times New Roman" w:hAnsi="Times New Roman" w:eastAsia="Times New Roman" w:cs="Times New Roman"/>
        </w:rPr>
        <w:t xml:space="preserve"> </w:t>
      </w:r>
      <w:r>
        <w:rPr>
          <w:rFonts w:ascii="Nirmala UI" w:hAnsi="Nirmala UI" w:eastAsia="Nirmala UI" w:cs="Nirmala UI"/>
        </w:rPr>
        <w:t>ෆ්</w:t>
      </w:r>
      <w:r>
        <w:rPr>
          <w:rFonts w:ascii="Times New Roman" w:hAnsi="Times New Roman" w:eastAsia="Times New Roman" w:cs="Times New Roman"/>
        </w:rPr>
        <w:t>‍</w:t>
      </w:r>
      <w:r>
        <w:rPr>
          <w:rFonts w:ascii="Nirmala UI" w:hAnsi="Nirmala UI" w:eastAsia="Nirmala UI" w:cs="Nirmala UI"/>
        </w:rPr>
        <w:t>රැන්සිස්</w:t>
      </w:r>
      <w:r>
        <w:rPr>
          <w:rFonts w:ascii="Times New Roman" w:hAnsi="Times New Roman" w:eastAsia="Times New Roman" w:cs="Times New Roman"/>
        </w:rPr>
        <w:t xml:space="preserve"> </w:t>
      </w:r>
      <w:r>
        <w:rPr>
          <w:rFonts w:ascii="Nirmala UI" w:hAnsi="Nirmala UI" w:eastAsia="Nirmala UI" w:cs="Nirmala UI"/>
        </w:rPr>
        <w:t>වෙනුවෙන්</w:t>
      </w:r>
      <w:r>
        <w:rPr>
          <w:rFonts w:ascii="Times New Roman" w:hAnsi="Times New Roman" w:eastAsia="Times New Roman" w:cs="Times New Roman"/>
        </w:rPr>
        <w:t xml:space="preserve"> </w:t>
      </w:r>
      <w:r>
        <w:rPr>
          <w:rFonts w:ascii="Nirmala UI" w:hAnsi="Nirmala UI" w:eastAsia="Nirmala UI" w:cs="Nirmala UI"/>
        </w:rPr>
        <w:t>ඉල්ලා</w:t>
      </w:r>
      <w:r>
        <w:rPr>
          <w:rFonts w:ascii="Times New Roman" w:hAnsi="Times New Roman" w:eastAsia="Times New Roman" w:cs="Times New Roman"/>
        </w:rPr>
        <w:t xml:space="preserve"> </w:t>
      </w:r>
      <w:r>
        <w:rPr>
          <w:rFonts w:ascii="Nirmala UI" w:hAnsi="Nirmala UI" w:eastAsia="Nirmala UI" w:cs="Nirmala UI"/>
        </w:rPr>
        <w:t>අස්</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 xml:space="preserve"> </w:t>
      </w:r>
      <w:r>
        <w:rPr>
          <w:rFonts w:ascii="Nirmala UI" w:hAnsi="Nirmala UI" w:eastAsia="Nirmala UI" w:cs="Nirmala UI"/>
        </w:rPr>
        <w:t>බෙනඩික්ට්</w:t>
      </w:r>
      <w:r>
        <w:rPr>
          <w:rFonts w:ascii="Times New Roman" w:hAnsi="Times New Roman" w:eastAsia="Times New Roman" w:cs="Times New Roman"/>
        </w:rPr>
        <w:t xml:space="preserve"> XVI </w:t>
      </w:r>
      <w:r>
        <w:rPr>
          <w:rFonts w:ascii="Nirmala UI" w:hAnsi="Nirmala UI" w:eastAsia="Nirmala UI" w:cs="Nirmala UI"/>
        </w:rPr>
        <w:t>නම්</w:t>
      </w:r>
      <w:r>
        <w:rPr>
          <w:rFonts w:ascii="Times New Roman" w:hAnsi="Times New Roman" w:eastAsia="Times New Roman" w:cs="Times New Roman"/>
        </w:rPr>
        <w:t xml:space="preserve">, </w:t>
      </w:r>
      <w:r>
        <w:rPr>
          <w:rFonts w:ascii="Nirmala UI" w:hAnsi="Nirmala UI" w:eastAsia="Nirmala UI" w:cs="Nirmala UI"/>
        </w:rPr>
        <w:t>විමර්ශන</w:t>
      </w:r>
      <w:r>
        <w:rPr>
          <w:rFonts w:ascii="Times New Roman" w:hAnsi="Times New Roman" w:eastAsia="Times New Roman" w:cs="Times New Roman"/>
        </w:rPr>
        <w:t xml:space="preserve"> </w:t>
      </w:r>
      <w:r>
        <w:rPr>
          <w:rFonts w:ascii="Nirmala UI" w:hAnsi="Nirmala UI" w:eastAsia="Nirmala UI" w:cs="Nirmala UI"/>
        </w:rPr>
        <w:t>කාර්යාලයේ</w:t>
      </w:r>
      <w:r>
        <w:rPr>
          <w:rFonts w:ascii="Times New Roman" w:hAnsi="Times New Roman" w:eastAsia="Times New Roman" w:cs="Times New Roman"/>
        </w:rPr>
        <w:t xml:space="preserve"> </w:t>
      </w:r>
      <w:r>
        <w:rPr>
          <w:rFonts w:ascii="Nirmala UI" w:hAnsi="Nirmala UI" w:eastAsia="Nirmala UI" w:cs="Nirmala UI"/>
        </w:rPr>
        <w:t>හිටපු</w:t>
      </w:r>
      <w:r>
        <w:rPr>
          <w:rFonts w:ascii="Times New Roman" w:hAnsi="Times New Roman" w:eastAsia="Times New Roman" w:cs="Times New Roman"/>
        </w:rPr>
        <w:t xml:space="preserve"> </w:t>
      </w:r>
      <w:r>
        <w:rPr>
          <w:rFonts w:ascii="Nirmala UI" w:hAnsi="Nirmala UI" w:eastAsia="Nirmala UI" w:cs="Nirmala UI"/>
        </w:rPr>
        <w:t>ප්</w:t>
      </w:r>
      <w:r>
        <w:rPr>
          <w:rFonts w:ascii="Times New Roman" w:hAnsi="Times New Roman" w:eastAsia="Times New Roman" w:cs="Times New Roman"/>
        </w:rPr>
        <w:t>‍</w:t>
      </w:r>
      <w:r>
        <w:rPr>
          <w:rFonts w:ascii="Nirmala UI" w:hAnsi="Nirmala UI" w:eastAsia="Nirmala UI" w:cs="Nirmala UI"/>
        </w:rPr>
        <w:t>රධානියාද</w:t>
      </w:r>
      <w:r>
        <w:rPr>
          <w:rFonts w:ascii="Times New Roman" w:hAnsi="Times New Roman" w:eastAsia="Times New Roman" w:cs="Times New Roman"/>
        </w:rPr>
        <w:t xml:space="preserve"> </w:t>
      </w:r>
      <w:r>
        <w:rPr>
          <w:rFonts w:ascii="Nirmala UI" w:hAnsi="Nirmala UI" w:eastAsia="Nirmala UI" w:cs="Nirmala UI"/>
        </w:rPr>
        <w:t>වේ</w:t>
      </w:r>
      <w:r>
        <w:rPr>
          <w:rFonts w:ascii="Times New Roman" w:hAnsi="Times New Roman" w:eastAsia="Times New Roman" w:cs="Times New Roman"/>
        </w:rPr>
        <w:t>.</w:t>
      </w:r>
    </w:p>
    <w:p>
      <w:pPr>
        <w:pStyle w:val="ArticleBody"/>
        <w:jc w:val="left"/>
      </w:pPr>
      <w:r>
        <w:rPr>
          <w:rFonts w:ascii="Times New Roman" w:hAnsi="Times New Roman" w:eastAsia="Times New Roman" w:cs="Times New Roman"/>
        </w:rPr>
        <w:t>ئەکەمین جەنگی وەکالەتی بە یەک ئایەت نیشان دەدرێت، دووەمیان بە دوو ئایەت و سێیەمیان بە سێ ئایەت. جەنگی ساردی کۆتاییهاتوو لە 1989 دەستی پێکرد لە کۆتایی جەنگی دووەمی جیهان، و جەنگی سێیەمی جیهان کە بە شەڕی ئەکتیۆم نێوەندراوە، لە کۆتایی جەنگی ساردەوە دەست پێدەکات کە بە شەڕی پانیۆم نێوەندراوە. ئەو سێ جەنگە جیهانییانە، وەک سێ جەنگە وەکالەتییەکان، بە بنەماکانی پەیوەست بە سێ-جارەی بەکارهێنانی پێشبینی حوکم دەکرێن. کۆتایی جەنگی دووەمی جیهان جەنگێکی ساردی دەست پێکرد کە بە هەشتەمین سەرۆک لە ڕۆزڤێلتەوە لە 1945 کۆتایی هات، کە ریگان بوو. ریگان لە کاتی کۆتایی لە 1989 زنجیرەیەک لە هەشت سەرۆک دەست پێکرد کە بەرەو ترامپ دەڕوات (کە لە حەوتەکەیە). جەنگی ساردی ترامپ لە 2015 دەستی پێکرد، کاتێک ڕاگەیاند کە خۆی بۆ پۆستی سەرۆکایەتی کاندید دەکات و گڵۆبالێستەکانی هەژاند، لە تەواوبوونی دانیال 11:2دا. ئەو جەنگە ساردە لە یاسای یەکشەممە کۆتایی دێت، کە ئەوە شەڕی ئەکتیۆمە، سێیەم ڕێگرى ڕۆما پێش ئەوەی بە تەواوی حوکم بکات.</w:t>
      </w:r>
    </w:p>
    <w:p>
      <w:pPr>
        <w:pStyle w:val="ArticleBody"/>
        <w:jc w:val="left"/>
      </w:pPr>
      <w:r>
        <w:rPr>
          <w:rFonts w:ascii="Times New Roman" w:hAnsi="Times New Roman" w:eastAsia="Times New Roman" w:cs="Times New Roman"/>
        </w:rPr>
        <w:t>روزۋېلت ريگنغىچە سەككىز پرېزىدېنتنى باشلىدى؛ ریگنمۇ ترامپقىچە سەككىز پرېزىدېنتنى باشلىدى. روزۋېلت ئىككىنچى دۇنيا ئۇرۇشىنى بەلگىلەيدۇ؛ ئۇ 1945-يىلى 12-ئاپرېلدا ۋاپات بولدى، ئاندىن ياۋروپا ئۇرۇشى 8-مايدا ئاخىرلاشقاندا ترۇمان پرېزىدېنت ئىدى، تىنچ ئوكيان ئۇرۇشى بولسا 2-سېنتەبىردە ئاخىرلاشتى. ياۋروپا ئۇرۇشى ئاساسەن قۇرۇقلۇق جېڭى ئىدى، تىنچ ئوكيان ئۇرۇشى بولسا دېڭىز جېڭى ئىدى؛ خۇددى پانيۇم قۇرۇقلۇق جېڭىنى، ئاكتىيۇم بولسا دېڭىز جېڭىنى ئىپادىلەيدىغاندەك. بىرىنچىسى ئاخىرقىنى چۈشەندۈرۈپ بېرىدۇ، ۋە سەككىز پرېزىدېنتنىڭ تەرتىپى دانيال 11-باب، 2- ۋە 3-ئايەتلەرنىڭ گۇۋاھلىقى ئۈستىگە، شۇنداقلا سەككىزىنچىنىڭ يەتتىدىن بولۇش سىرلىق ئىپادىسى ئۈستىگە قۇرۇلغان. ۋەھىي 13-بابتىكى يەر ھايۋانى تارىخىنىڭ باشلىنىشىدىكى بىرىنچى ئىككى قىتئە قۇرۇلتىيىدا، پرېزىدېنتلارنىڭ يەتتە مەزگىلى بار ئىدى. بۇ تارىختا جورج واشىنگتون باش قوماندان قىلىپ تەيىنلەنگەن. تۇنجى رەسمىي پرېزىدېنت سۈپىتىدە، واشىنگتوننىڭ ئىككىنچى قىتئە قۇرۇلتىيىدا تەيىنلىنىشى، ئەڭ باشلىنىشتا واشىنگتوننىڭ يەتتە پرېزىدېنتنىڭ سەككىزىنچىسى ئىكەنلىكىنى سىمۋوللاشتۇرىدۇ.</w:t>
      </w:r>
    </w:p>
    <w:p>
      <w:pPr>
        <w:pStyle w:val="ArticleBody"/>
        <w:jc w:val="left"/>
      </w:pPr>
      <w:r>
        <w:rPr>
          <w:rFonts w:ascii="Times New Roman" w:hAnsi="Times New Roman" w:eastAsia="Times New Roman" w:cs="Times New Roman"/>
        </w:rPr>
        <w:t>Il primo presidente era l’ottavo dei primi sette presidenti, e l’ultimo presidente è l’ottavo che è dei sette. Il sacerdote Zaccaria parla alla nascita di Giovanni, quando l’asina parla, e quando la bestia della terra parla. È qui che parla anche la visione di Abacuc. La nascita di Giovanni, che prefigura l’insegna dei centoquarantaquattromila alla legge domenicale, è l’ultima generazione di Zaccaria il sacerdote. Zaccaria apparteneva all’ottavo dei ventiquattro turni sacerdotali. Alla legge domenicale Zaccaria (i sacerdoti) parla, quando l’Islam (l’asina) parla e gli Stati Uniti parlano come un dragone. A quel waymark la ferita mortale del papato è guarita ed esso diviene l’ottavo che è dei sette. Anche Trump è l’ottavo che è dei sette, ed è lui che forma l’immagine della bestia che viene finalizzata alla legge domenicale. Il sacerdozio dei centoquarantaquattromila diviene allora la bocca di Dio, e proclama il messaggio nel gran grido del terzo angelo. Quel sacerdozio è l’ottava chiesa che è delle sette.</w:t>
      </w:r>
    </w:p>
    <w:p>
      <w:pPr>
        <w:pStyle w:val="ArticleBody"/>
        <w:jc w:val="left"/>
      </w:pPr>
      <w:r>
        <w:rPr>
          <w:rFonts w:ascii="Nirmala UI" w:hAnsi="Nirmala UI" w:eastAsia="Nirmala UI" w:cs="Nirmala UI"/>
        </w:rPr>
        <w:t>റൂസവെൽറ്റ്</w:t>
      </w:r>
      <w:r>
        <w:rPr>
          <w:rFonts w:ascii="Times New Roman" w:hAnsi="Times New Roman" w:eastAsia="Times New Roman" w:cs="Times New Roman"/>
        </w:rPr>
        <w:t xml:space="preserve"> 1989-</w:t>
      </w:r>
      <w:r>
        <w:rPr>
          <w:rFonts w:ascii="Nirmala UI" w:hAnsi="Nirmala UI" w:eastAsia="Nirmala UI" w:cs="Nirmala UI"/>
        </w:rPr>
        <w:t>ൽ</w:t>
      </w:r>
      <w:r>
        <w:rPr>
          <w:rFonts w:ascii="Times New Roman" w:hAnsi="Times New Roman" w:eastAsia="Times New Roman" w:cs="Times New Roman"/>
        </w:rPr>
        <w:t xml:space="preserve"> </w:t>
      </w:r>
      <w:r>
        <w:rPr>
          <w:rFonts w:ascii="Nirmala UI" w:hAnsi="Nirmala UI" w:eastAsia="Nirmala UI" w:cs="Nirmala UI"/>
        </w:rPr>
        <w:t>അവസാനകാലത്തേക്കു</w:t>
      </w:r>
      <w:r>
        <w:rPr>
          <w:rFonts w:ascii="Times New Roman" w:hAnsi="Times New Roman" w:eastAsia="Times New Roman" w:cs="Times New Roman"/>
        </w:rPr>
        <w:t xml:space="preserve"> </w:t>
      </w:r>
      <w:r>
        <w:rPr>
          <w:rFonts w:ascii="Nirmala UI" w:hAnsi="Nirmala UI" w:eastAsia="Nirmala UI" w:cs="Nirmala UI"/>
        </w:rPr>
        <w:t>നയിക്കുന്ന</w:t>
      </w:r>
      <w:r>
        <w:rPr>
          <w:rFonts w:ascii="Times New Roman" w:hAnsi="Times New Roman" w:eastAsia="Times New Roman" w:cs="Times New Roman"/>
        </w:rPr>
        <w:t xml:space="preserve"> </w:t>
      </w:r>
      <w:r>
        <w:rPr>
          <w:rFonts w:ascii="Nirmala UI" w:hAnsi="Nirmala UI" w:eastAsia="Nirmala UI" w:cs="Nirmala UI"/>
        </w:rPr>
        <w:t>എട്ട്</w:t>
      </w:r>
      <w:r>
        <w:rPr>
          <w:rFonts w:ascii="Times New Roman" w:hAnsi="Times New Roman" w:eastAsia="Times New Roman" w:cs="Times New Roman"/>
        </w:rPr>
        <w:t xml:space="preserve"> </w:t>
      </w:r>
      <w:r>
        <w:rPr>
          <w:rFonts w:ascii="Nirmala UI" w:hAnsi="Nirmala UI" w:eastAsia="Nirmala UI" w:cs="Nirmala UI"/>
        </w:rPr>
        <w:t>പ്രസിഡന്റുമാരുടെ</w:t>
      </w:r>
      <w:r>
        <w:rPr>
          <w:rFonts w:ascii="Times New Roman" w:hAnsi="Times New Roman" w:eastAsia="Times New Roman" w:cs="Times New Roman"/>
        </w:rPr>
        <w:t xml:space="preserve"> </w:t>
      </w:r>
      <w:r>
        <w:rPr>
          <w:rFonts w:ascii="Nirmala UI" w:hAnsi="Nirmala UI" w:eastAsia="Nirmala UI" w:cs="Nirmala UI"/>
        </w:rPr>
        <w:t>പരമ്പര</w:t>
      </w:r>
      <w:r>
        <w:rPr>
          <w:rFonts w:ascii="Times New Roman" w:hAnsi="Times New Roman" w:eastAsia="Times New Roman" w:cs="Times New Roman"/>
        </w:rPr>
        <w:t xml:space="preserve"> </w:t>
      </w:r>
      <w:r>
        <w:rPr>
          <w:rFonts w:ascii="Nirmala UI" w:hAnsi="Nirmala UI" w:eastAsia="Nirmala UI" w:cs="Nirmala UI"/>
        </w:rPr>
        <w:t>ആരംഭിക്കുന്നു</w:t>
      </w:r>
      <w:r>
        <w:rPr>
          <w:rFonts w:ascii="Times New Roman" w:hAnsi="Times New Roman" w:eastAsia="Times New Roman" w:cs="Times New Roman"/>
        </w:rPr>
        <w:t xml:space="preserve">; </w:t>
      </w:r>
      <w:r>
        <w:rPr>
          <w:rFonts w:ascii="Nirmala UI" w:hAnsi="Nirmala UI" w:eastAsia="Nirmala UI" w:cs="Nirmala UI"/>
        </w:rPr>
        <w:t>കൂടാതെ</w:t>
      </w:r>
      <w:r>
        <w:rPr>
          <w:rFonts w:ascii="Times New Roman" w:hAnsi="Times New Roman" w:eastAsia="Times New Roman" w:cs="Times New Roman"/>
        </w:rPr>
        <w:t>, 1989-</w:t>
      </w:r>
      <w:r>
        <w:rPr>
          <w:rFonts w:ascii="Nirmala UI" w:hAnsi="Nirmala UI" w:eastAsia="Nirmala UI" w:cs="Nirmala UI"/>
        </w:rPr>
        <w:t>ൽ</w:t>
      </w:r>
      <w:r>
        <w:rPr>
          <w:rFonts w:ascii="Times New Roman" w:hAnsi="Times New Roman" w:eastAsia="Times New Roman" w:cs="Times New Roman"/>
        </w:rPr>
        <w:t xml:space="preserve"> </w:t>
      </w:r>
      <w:r>
        <w:rPr>
          <w:rFonts w:ascii="Nirmala UI" w:hAnsi="Nirmala UI" w:eastAsia="Nirmala UI" w:cs="Nirmala UI"/>
        </w:rPr>
        <w:t>അവസാനിക്കുന്ന</w:t>
      </w:r>
      <w:r>
        <w:rPr>
          <w:rFonts w:ascii="Times New Roman" w:hAnsi="Times New Roman" w:eastAsia="Times New Roman" w:cs="Times New Roman"/>
        </w:rPr>
        <w:t xml:space="preserve"> </w:t>
      </w:r>
      <w:r>
        <w:rPr>
          <w:rFonts w:ascii="Nirmala UI" w:hAnsi="Nirmala UI" w:eastAsia="Nirmala UI" w:cs="Nirmala UI"/>
        </w:rPr>
        <w:t>ശീതസമരത്തിലേക്കുള്ള</w:t>
      </w:r>
      <w:r>
        <w:rPr>
          <w:rFonts w:ascii="Times New Roman" w:hAnsi="Times New Roman" w:eastAsia="Times New Roman" w:cs="Times New Roman"/>
        </w:rPr>
        <w:t xml:space="preserve"> </w:t>
      </w:r>
      <w:r>
        <w:rPr>
          <w:rFonts w:ascii="Nirmala UI" w:hAnsi="Nirmala UI" w:eastAsia="Nirmala UI" w:cs="Nirmala UI"/>
        </w:rPr>
        <w:t>രണ്ടാം</w:t>
      </w:r>
      <w:r>
        <w:rPr>
          <w:rFonts w:ascii="Times New Roman" w:hAnsi="Times New Roman" w:eastAsia="Times New Roman" w:cs="Times New Roman"/>
        </w:rPr>
        <w:t xml:space="preserve"> </w:t>
      </w:r>
      <w:r>
        <w:rPr>
          <w:rFonts w:ascii="Nirmala UI" w:hAnsi="Nirmala UI" w:eastAsia="Nirmala UI" w:cs="Nirmala UI"/>
        </w:rPr>
        <w:t>ലോകമഹായുദ്ധത്തിൽ</w:t>
      </w:r>
      <w:r>
        <w:rPr>
          <w:rFonts w:ascii="Times New Roman" w:hAnsi="Times New Roman" w:eastAsia="Times New Roman" w:cs="Times New Roman"/>
        </w:rPr>
        <w:t xml:space="preserve"> </w:t>
      </w:r>
      <w:r>
        <w:rPr>
          <w:rFonts w:ascii="Nirmala UI" w:hAnsi="Nirmala UI" w:eastAsia="Nirmala UI" w:cs="Nirmala UI"/>
        </w:rPr>
        <w:t>നിന്നുള്ള</w:t>
      </w:r>
      <w:r>
        <w:rPr>
          <w:rFonts w:ascii="Times New Roman" w:hAnsi="Times New Roman" w:eastAsia="Times New Roman" w:cs="Times New Roman"/>
        </w:rPr>
        <w:t xml:space="preserve"> </w:t>
      </w:r>
      <w:r>
        <w:rPr>
          <w:rFonts w:ascii="Nirmala UI" w:hAnsi="Nirmala UI" w:eastAsia="Nirmala UI" w:cs="Nirmala UI"/>
        </w:rPr>
        <w:t>മാറ്റത്തിന്റെ</w:t>
      </w:r>
      <w:r>
        <w:rPr>
          <w:rFonts w:ascii="Times New Roman" w:hAnsi="Times New Roman" w:eastAsia="Times New Roman" w:cs="Times New Roman"/>
        </w:rPr>
        <w:t xml:space="preserve"> </w:t>
      </w:r>
      <w:r>
        <w:rPr>
          <w:rFonts w:ascii="Nirmala UI" w:hAnsi="Nirmala UI" w:eastAsia="Nirmala UI" w:cs="Nirmala UI"/>
        </w:rPr>
        <w:t>ഘട്ടത്തെയും</w:t>
      </w:r>
      <w:r>
        <w:rPr>
          <w:rFonts w:ascii="Times New Roman" w:hAnsi="Times New Roman" w:eastAsia="Times New Roman" w:cs="Times New Roman"/>
        </w:rPr>
        <w:t xml:space="preserve"> </w:t>
      </w:r>
      <w:r>
        <w:rPr>
          <w:rFonts w:ascii="Nirmala UI" w:hAnsi="Nirmala UI" w:eastAsia="Nirmala UI" w:cs="Nirmala UI"/>
        </w:rPr>
        <w:t>അദ്ദേഹം</w:t>
      </w:r>
      <w:r>
        <w:rPr>
          <w:rFonts w:ascii="Times New Roman" w:hAnsi="Times New Roman" w:eastAsia="Times New Roman" w:cs="Times New Roman"/>
        </w:rPr>
        <w:t xml:space="preserve"> </w:t>
      </w:r>
      <w:r>
        <w:rPr>
          <w:rFonts w:ascii="Nirmala UI" w:hAnsi="Nirmala UI" w:eastAsia="Nirmala UI" w:cs="Nirmala UI"/>
        </w:rPr>
        <w:t>അടയാളപ്പെടുത്തുന്നു</w:t>
      </w:r>
      <w:r>
        <w:rPr>
          <w:rFonts w:ascii="Times New Roman" w:hAnsi="Times New Roman" w:eastAsia="Times New Roman" w:cs="Times New Roman"/>
        </w:rPr>
        <w:t xml:space="preserve">. </w:t>
      </w:r>
      <w:r>
        <w:rPr>
          <w:rFonts w:ascii="Nirmala UI" w:hAnsi="Nirmala UI" w:eastAsia="Nirmala UI" w:cs="Nirmala UI"/>
        </w:rPr>
        <w:t>പ്രസിഡന്റ്</w:t>
      </w:r>
      <w:r>
        <w:rPr>
          <w:rFonts w:ascii="Times New Roman" w:hAnsi="Times New Roman" w:eastAsia="Times New Roman" w:cs="Times New Roman"/>
        </w:rPr>
        <w:t xml:space="preserve"> </w:t>
      </w:r>
      <w:r>
        <w:rPr>
          <w:rFonts w:ascii="Nirmala UI" w:hAnsi="Nirmala UI" w:eastAsia="Nirmala UI" w:cs="Nirmala UI"/>
        </w:rPr>
        <w:t>ട്രൂമാൻ</w:t>
      </w:r>
      <w:r>
        <w:rPr>
          <w:rFonts w:ascii="Times New Roman" w:hAnsi="Times New Roman" w:eastAsia="Times New Roman" w:cs="Times New Roman"/>
        </w:rPr>
        <w:t xml:space="preserve"> </w:t>
      </w:r>
      <w:r>
        <w:rPr>
          <w:rFonts w:ascii="Nirmala UI" w:hAnsi="Nirmala UI" w:eastAsia="Nirmala UI" w:cs="Nirmala UI"/>
        </w:rPr>
        <w:t>റൂസവെൽട്ടിന്റെ</w:t>
      </w:r>
      <w:r>
        <w:rPr>
          <w:rFonts w:ascii="Times New Roman" w:hAnsi="Times New Roman" w:eastAsia="Times New Roman" w:cs="Times New Roman"/>
        </w:rPr>
        <w:t xml:space="preserve"> </w:t>
      </w:r>
      <w:r>
        <w:rPr>
          <w:rFonts w:ascii="Nirmala UI" w:hAnsi="Nirmala UI" w:eastAsia="Nirmala UI" w:cs="Nirmala UI"/>
        </w:rPr>
        <w:t>പിന്നാലെ</w:t>
      </w:r>
      <w:r>
        <w:rPr>
          <w:rFonts w:ascii="Times New Roman" w:hAnsi="Times New Roman" w:eastAsia="Times New Roman" w:cs="Times New Roman"/>
        </w:rPr>
        <w:t xml:space="preserve"> </w:t>
      </w:r>
      <w:r>
        <w:rPr>
          <w:rFonts w:ascii="Nirmala UI" w:hAnsi="Nirmala UI" w:eastAsia="Nirmala UI" w:cs="Nirmala UI"/>
        </w:rPr>
        <w:t>വന്നു</w:t>
      </w:r>
      <w:r>
        <w:rPr>
          <w:rFonts w:ascii="Times New Roman" w:hAnsi="Times New Roman" w:eastAsia="Times New Roman" w:cs="Times New Roman"/>
        </w:rPr>
        <w:t xml:space="preserve">; </w:t>
      </w:r>
      <w:r>
        <w:rPr>
          <w:rFonts w:ascii="Nirmala UI" w:hAnsi="Nirmala UI" w:eastAsia="Nirmala UI" w:cs="Nirmala UI"/>
        </w:rPr>
        <w:t>രണ്ടാം</w:t>
      </w:r>
      <w:r>
        <w:rPr>
          <w:rFonts w:ascii="Times New Roman" w:hAnsi="Times New Roman" w:eastAsia="Times New Roman" w:cs="Times New Roman"/>
        </w:rPr>
        <w:t xml:space="preserve"> </w:t>
      </w:r>
      <w:r>
        <w:rPr>
          <w:rFonts w:ascii="Nirmala UI" w:hAnsi="Nirmala UI" w:eastAsia="Nirmala UI" w:cs="Nirmala UI"/>
        </w:rPr>
        <w:t>ലോകമഹായുദ്ധത്തെ</w:t>
      </w:r>
      <w:r>
        <w:rPr>
          <w:rFonts w:ascii="Times New Roman" w:hAnsi="Times New Roman" w:eastAsia="Times New Roman" w:cs="Times New Roman"/>
        </w:rPr>
        <w:t xml:space="preserve"> </w:t>
      </w:r>
      <w:r>
        <w:rPr>
          <w:rFonts w:ascii="Nirmala UI" w:hAnsi="Nirmala UI" w:eastAsia="Nirmala UI" w:cs="Nirmala UI"/>
        </w:rPr>
        <w:t>രൂപപ്പെടുത്തിയ</w:t>
      </w:r>
      <w:r>
        <w:rPr>
          <w:rFonts w:ascii="Times New Roman" w:hAnsi="Times New Roman" w:eastAsia="Times New Roman" w:cs="Times New Roman"/>
        </w:rPr>
        <w:t xml:space="preserve"> </w:t>
      </w:r>
      <w:r>
        <w:rPr>
          <w:rFonts w:ascii="Nirmala UI" w:hAnsi="Nirmala UI" w:eastAsia="Nirmala UI" w:cs="Nirmala UI"/>
        </w:rPr>
        <w:t>ഭൂയുദ്ധങ്ങളും</w:t>
      </w:r>
      <w:r>
        <w:rPr>
          <w:rFonts w:ascii="Times New Roman" w:hAnsi="Times New Roman" w:eastAsia="Times New Roman" w:cs="Times New Roman"/>
        </w:rPr>
        <w:t xml:space="preserve"> </w:t>
      </w:r>
      <w:r>
        <w:rPr>
          <w:rFonts w:ascii="Nirmala UI" w:hAnsi="Nirmala UI" w:eastAsia="Nirmala UI" w:cs="Nirmala UI"/>
        </w:rPr>
        <w:t>സമുദ്രയുദ്ധങ്ങളും</w:t>
      </w:r>
      <w:r>
        <w:rPr>
          <w:rFonts w:ascii="Times New Roman" w:hAnsi="Times New Roman" w:eastAsia="Times New Roman" w:cs="Times New Roman"/>
        </w:rPr>
        <w:t xml:space="preserve"> </w:t>
      </w:r>
      <w:r>
        <w:rPr>
          <w:rFonts w:ascii="Nirmala UI" w:hAnsi="Nirmala UI" w:eastAsia="Nirmala UI" w:cs="Nirmala UI"/>
        </w:rPr>
        <w:t>അവസാനിച്ചപ്പോൾ</w:t>
      </w:r>
      <w:r>
        <w:rPr>
          <w:rFonts w:ascii="Times New Roman" w:hAnsi="Times New Roman" w:eastAsia="Times New Roman" w:cs="Times New Roman"/>
        </w:rPr>
        <w:t xml:space="preserve"> </w:t>
      </w:r>
      <w:r>
        <w:rPr>
          <w:rFonts w:ascii="Nirmala UI" w:hAnsi="Nirmala UI" w:eastAsia="Nirmala UI" w:cs="Nirmala UI"/>
        </w:rPr>
        <w:t>അദ്ദേഹം</w:t>
      </w:r>
      <w:r>
        <w:rPr>
          <w:rFonts w:ascii="Times New Roman" w:hAnsi="Times New Roman" w:eastAsia="Times New Roman" w:cs="Times New Roman"/>
        </w:rPr>
        <w:t xml:space="preserve"> </w:t>
      </w:r>
      <w:r>
        <w:rPr>
          <w:rFonts w:ascii="Nirmala UI" w:hAnsi="Nirmala UI" w:eastAsia="Nirmala UI" w:cs="Nirmala UI"/>
        </w:rPr>
        <w:t>ഭരിച്ചു</w:t>
      </w:r>
      <w:r>
        <w:rPr>
          <w:rFonts w:ascii="Times New Roman" w:hAnsi="Times New Roman" w:eastAsia="Times New Roman" w:cs="Times New Roman"/>
        </w:rPr>
        <w:t xml:space="preserve">. </w:t>
      </w:r>
      <w:r>
        <w:rPr>
          <w:rFonts w:ascii="Nirmala UI" w:hAnsi="Nirmala UI" w:eastAsia="Nirmala UI" w:cs="Nirmala UI"/>
        </w:rPr>
        <w:t>പ്രസിഡന്റായി</w:t>
      </w:r>
      <w:r>
        <w:rPr>
          <w:rFonts w:ascii="Times New Roman" w:hAnsi="Times New Roman" w:eastAsia="Times New Roman" w:cs="Times New Roman"/>
        </w:rPr>
        <w:t xml:space="preserve">, 1945 </w:t>
      </w:r>
      <w:r>
        <w:rPr>
          <w:rFonts w:ascii="Nirmala UI" w:hAnsi="Nirmala UI" w:eastAsia="Nirmala UI" w:cs="Nirmala UI"/>
        </w:rPr>
        <w:t>ഒക്ടോബർ</w:t>
      </w:r>
      <w:r>
        <w:rPr>
          <w:rFonts w:ascii="Times New Roman" w:hAnsi="Times New Roman" w:eastAsia="Times New Roman" w:cs="Times New Roman"/>
        </w:rPr>
        <w:t xml:space="preserve"> 24-</w:t>
      </w:r>
      <w:r>
        <w:rPr>
          <w:rFonts w:ascii="Nirmala UI" w:hAnsi="Nirmala UI" w:eastAsia="Nirmala UI" w:cs="Nirmala UI"/>
        </w:rPr>
        <w:t>ന്</w:t>
      </w:r>
      <w:r>
        <w:rPr>
          <w:rFonts w:ascii="Times New Roman" w:hAnsi="Times New Roman" w:eastAsia="Times New Roman" w:cs="Times New Roman"/>
        </w:rPr>
        <w:t xml:space="preserve"> </w:t>
      </w:r>
      <w:r>
        <w:rPr>
          <w:rFonts w:ascii="Nirmala UI" w:hAnsi="Nirmala UI" w:eastAsia="Nirmala UI" w:cs="Nirmala UI"/>
        </w:rPr>
        <w:t>ഐക്യരാഷ്ട്രസഭ</w:t>
      </w:r>
      <w:r>
        <w:rPr>
          <w:rFonts w:ascii="Times New Roman" w:hAnsi="Times New Roman" w:eastAsia="Times New Roman" w:cs="Times New Roman"/>
        </w:rPr>
        <w:t xml:space="preserve"> </w:t>
      </w:r>
      <w:r>
        <w:rPr>
          <w:rFonts w:ascii="Nirmala UI" w:hAnsi="Nirmala UI" w:eastAsia="Nirmala UI" w:cs="Nirmala UI"/>
        </w:rPr>
        <w:t>ആരംഭിച്ചപ്പോൾ</w:t>
      </w:r>
      <w:r>
        <w:rPr>
          <w:rFonts w:ascii="Times New Roman" w:hAnsi="Times New Roman" w:eastAsia="Times New Roman" w:cs="Times New Roman"/>
        </w:rPr>
        <w:t xml:space="preserve"> </w:t>
      </w:r>
      <w:r>
        <w:rPr>
          <w:rFonts w:ascii="Nirmala UI" w:hAnsi="Nirmala UI" w:eastAsia="Nirmala UI" w:cs="Nirmala UI"/>
        </w:rPr>
        <w:t>ട്രൂമാൻ</w:t>
      </w:r>
      <w:r>
        <w:rPr>
          <w:rFonts w:ascii="Times New Roman" w:hAnsi="Times New Roman" w:eastAsia="Times New Roman" w:cs="Times New Roman"/>
        </w:rPr>
        <w:t xml:space="preserve"> </w:t>
      </w:r>
      <w:r>
        <w:rPr>
          <w:rFonts w:ascii="Nirmala UI" w:hAnsi="Nirmala UI" w:eastAsia="Nirmala UI" w:cs="Nirmala UI"/>
        </w:rPr>
        <w:t>ഭരിച്ചു</w:t>
      </w:r>
      <w:r>
        <w:rPr>
          <w:rFonts w:ascii="Times New Roman" w:hAnsi="Times New Roman" w:eastAsia="Times New Roman" w:cs="Times New Roman"/>
        </w:rPr>
        <w:t xml:space="preserve">. </w:t>
      </w:r>
      <w:r>
        <w:rPr>
          <w:rFonts w:ascii="Nirmala UI" w:hAnsi="Nirmala UI" w:eastAsia="Nirmala UI" w:cs="Nirmala UI"/>
        </w:rPr>
        <w:t>റൂസവെൽട്ടിന്റെയും</w:t>
      </w:r>
      <w:r>
        <w:rPr>
          <w:rFonts w:ascii="Times New Roman" w:hAnsi="Times New Roman" w:eastAsia="Times New Roman" w:cs="Times New Roman"/>
        </w:rPr>
        <w:t xml:space="preserve"> </w:t>
      </w:r>
      <w:r>
        <w:rPr>
          <w:rFonts w:ascii="Nirmala UI" w:hAnsi="Nirmala UI" w:eastAsia="Nirmala UI" w:cs="Nirmala UI"/>
        </w:rPr>
        <w:t>ട്രൂമാന്റെയും</w:t>
      </w:r>
      <w:r>
        <w:rPr>
          <w:rFonts w:ascii="Times New Roman" w:hAnsi="Times New Roman" w:eastAsia="Times New Roman" w:cs="Times New Roman"/>
        </w:rPr>
        <w:t xml:space="preserve"> </w:t>
      </w:r>
      <w:r>
        <w:rPr>
          <w:rFonts w:ascii="Nirmala UI" w:hAnsi="Nirmala UI" w:eastAsia="Nirmala UI" w:cs="Nirmala UI"/>
        </w:rPr>
        <w:t>ബന്ധം</w:t>
      </w:r>
      <w:r>
        <w:rPr>
          <w:rFonts w:ascii="Times New Roman" w:hAnsi="Times New Roman" w:eastAsia="Times New Roman" w:cs="Times New Roman"/>
        </w:rPr>
        <w:t xml:space="preserve"> 1945-</w:t>
      </w:r>
      <w:r>
        <w:rPr>
          <w:rFonts w:ascii="Nirmala UI" w:hAnsi="Nirmala UI" w:eastAsia="Nirmala UI" w:cs="Nirmala UI"/>
        </w:rPr>
        <w:t>ആം</w:t>
      </w:r>
      <w:r>
        <w:rPr>
          <w:rFonts w:ascii="Times New Roman" w:hAnsi="Times New Roman" w:eastAsia="Times New Roman" w:cs="Times New Roman"/>
        </w:rPr>
        <w:t xml:space="preserve"> </w:t>
      </w:r>
      <w:r>
        <w:rPr>
          <w:rFonts w:ascii="Nirmala UI" w:hAnsi="Nirmala UI" w:eastAsia="Nirmala UI" w:cs="Nirmala UI"/>
        </w:rPr>
        <w:t>വർഷം</w:t>
      </w:r>
      <w:r>
        <w:rPr>
          <w:rFonts w:ascii="Times New Roman" w:hAnsi="Times New Roman" w:eastAsia="Times New Roman" w:cs="Times New Roman"/>
        </w:rPr>
        <w:t xml:space="preserve"> </w:t>
      </w:r>
      <w:r>
        <w:rPr>
          <w:rFonts w:ascii="Nirmala UI" w:hAnsi="Nirmala UI" w:eastAsia="Nirmala UI" w:cs="Nirmala UI"/>
        </w:rPr>
        <w:t>മുഖേന</w:t>
      </w:r>
      <w:r>
        <w:rPr>
          <w:rFonts w:ascii="Times New Roman" w:hAnsi="Times New Roman" w:eastAsia="Times New Roman" w:cs="Times New Roman"/>
        </w:rPr>
        <w:t xml:space="preserve"> </w:t>
      </w:r>
      <w:r>
        <w:rPr>
          <w:rFonts w:ascii="Nirmala UI" w:hAnsi="Nirmala UI" w:eastAsia="Nirmala UI" w:cs="Nirmala UI"/>
        </w:rPr>
        <w:t>സ്ഥാപിക്കപ്പെടുന്നു</w:t>
      </w:r>
      <w:r>
        <w:rPr>
          <w:rFonts w:ascii="Times New Roman" w:hAnsi="Times New Roman" w:eastAsia="Times New Roman" w:cs="Times New Roman"/>
        </w:rPr>
        <w:t xml:space="preserve">. </w:t>
      </w:r>
      <w:r>
        <w:rPr>
          <w:rFonts w:ascii="Nirmala UI" w:hAnsi="Nirmala UI" w:eastAsia="Nirmala UI" w:cs="Nirmala UI"/>
        </w:rPr>
        <w:t>ആ</w:t>
      </w:r>
      <w:r>
        <w:rPr>
          <w:rFonts w:ascii="Times New Roman" w:hAnsi="Times New Roman" w:eastAsia="Times New Roman" w:cs="Times New Roman"/>
        </w:rPr>
        <w:t xml:space="preserve"> </w:t>
      </w:r>
      <w:r>
        <w:rPr>
          <w:rFonts w:ascii="Nirmala UI" w:hAnsi="Nirmala UI" w:eastAsia="Nirmala UI" w:cs="Nirmala UI"/>
        </w:rPr>
        <w:t>വർഷത്തിൽ</w:t>
      </w:r>
      <w:r>
        <w:rPr>
          <w:rFonts w:ascii="Times New Roman" w:hAnsi="Times New Roman" w:eastAsia="Times New Roman" w:cs="Times New Roman"/>
        </w:rPr>
        <w:t xml:space="preserve"> </w:t>
      </w:r>
      <w:r>
        <w:rPr>
          <w:rFonts w:ascii="Nirmala UI" w:hAnsi="Nirmala UI" w:eastAsia="Nirmala UI" w:cs="Nirmala UI"/>
        </w:rPr>
        <w:t>ഇരുവരും</w:t>
      </w:r>
      <w:r>
        <w:rPr>
          <w:rFonts w:ascii="Times New Roman" w:hAnsi="Times New Roman" w:eastAsia="Times New Roman" w:cs="Times New Roman"/>
        </w:rPr>
        <w:t xml:space="preserve"> </w:t>
      </w:r>
      <w:r>
        <w:rPr>
          <w:rFonts w:ascii="Nirmala UI" w:hAnsi="Nirmala UI" w:eastAsia="Nirmala UI" w:cs="Nirmala UI"/>
        </w:rPr>
        <w:t>പ്രസിഡന്റുമാരായിരുന്നു</w:t>
      </w:r>
      <w:r>
        <w:rPr>
          <w:rFonts w:ascii="Times New Roman" w:hAnsi="Times New Roman" w:eastAsia="Times New Roman" w:cs="Times New Roman"/>
        </w:rPr>
        <w:t xml:space="preserve">; </w:t>
      </w:r>
      <w:r>
        <w:rPr>
          <w:rFonts w:ascii="Nirmala UI" w:hAnsi="Nirmala UI" w:eastAsia="Nirmala UI" w:cs="Nirmala UI"/>
        </w:rPr>
        <w:t>അതേ</w:t>
      </w:r>
      <w:r>
        <w:rPr>
          <w:rFonts w:ascii="Times New Roman" w:hAnsi="Times New Roman" w:eastAsia="Times New Roman" w:cs="Times New Roman"/>
        </w:rPr>
        <w:t xml:space="preserve"> </w:t>
      </w:r>
      <w:r>
        <w:rPr>
          <w:rFonts w:ascii="Nirmala UI" w:hAnsi="Nirmala UI" w:eastAsia="Nirmala UI" w:cs="Nirmala UI"/>
        </w:rPr>
        <w:t>വർഷത്തിൽ</w:t>
      </w:r>
      <w:r>
        <w:rPr>
          <w:rFonts w:ascii="Times New Roman" w:hAnsi="Times New Roman" w:eastAsia="Times New Roman" w:cs="Times New Roman"/>
        </w:rPr>
        <w:t xml:space="preserve"> </w:t>
      </w:r>
      <w:r>
        <w:rPr>
          <w:rFonts w:ascii="Nirmala UI" w:hAnsi="Nirmala UI" w:eastAsia="Nirmala UI" w:cs="Nirmala UI"/>
        </w:rPr>
        <w:t>തന്നെ</w:t>
      </w:r>
      <w:r>
        <w:rPr>
          <w:rFonts w:ascii="Times New Roman" w:hAnsi="Times New Roman" w:eastAsia="Times New Roman" w:cs="Times New Roman"/>
        </w:rPr>
        <w:t xml:space="preserve"> </w:t>
      </w:r>
      <w:r>
        <w:rPr>
          <w:rFonts w:ascii="Nirmala UI" w:hAnsi="Nirmala UI" w:eastAsia="Nirmala UI" w:cs="Nirmala UI"/>
        </w:rPr>
        <w:t>രണ്ടാം</w:t>
      </w:r>
      <w:r>
        <w:rPr>
          <w:rFonts w:ascii="Times New Roman" w:hAnsi="Times New Roman" w:eastAsia="Times New Roman" w:cs="Times New Roman"/>
        </w:rPr>
        <w:t xml:space="preserve"> </w:t>
      </w:r>
      <w:r>
        <w:rPr>
          <w:rFonts w:ascii="Nirmala UI" w:hAnsi="Nirmala UI" w:eastAsia="Nirmala UI" w:cs="Nirmala UI"/>
        </w:rPr>
        <w:t>ലോകമഹായുദ്ധമായിരുന്ന</w:t>
      </w:r>
      <w:r>
        <w:rPr>
          <w:rFonts w:ascii="Times New Roman" w:hAnsi="Times New Roman" w:eastAsia="Times New Roman" w:cs="Times New Roman"/>
        </w:rPr>
        <w:t xml:space="preserve"> </w:t>
      </w:r>
      <w:r>
        <w:rPr>
          <w:rFonts w:ascii="Nirmala UI" w:hAnsi="Nirmala UI" w:eastAsia="Nirmala UI" w:cs="Nirmala UI"/>
        </w:rPr>
        <w:t>ഇരട്ടയുദ്ധം</w:t>
      </w:r>
      <w:r>
        <w:rPr>
          <w:rFonts w:ascii="Times New Roman" w:hAnsi="Times New Roman" w:eastAsia="Times New Roman" w:cs="Times New Roman"/>
        </w:rPr>
        <w:t xml:space="preserve"> </w:t>
      </w:r>
      <w:r>
        <w:rPr>
          <w:rFonts w:ascii="Nirmala UI" w:hAnsi="Nirmala UI" w:eastAsia="Nirmala UI" w:cs="Nirmala UI"/>
        </w:rPr>
        <w:t>അവസാനിച്ചു</w:t>
      </w:r>
      <w:r>
        <w:rPr>
          <w:rFonts w:ascii="Times New Roman" w:hAnsi="Times New Roman" w:eastAsia="Times New Roman" w:cs="Times New Roman"/>
        </w:rPr>
        <w:t xml:space="preserve">, </w:t>
      </w:r>
      <w:r>
        <w:rPr>
          <w:rFonts w:ascii="Nirmala UI" w:hAnsi="Nirmala UI" w:eastAsia="Nirmala UI" w:cs="Nirmala UI"/>
        </w:rPr>
        <w:t>ഐക്യരാഷ്ട്രസഭ</w:t>
      </w:r>
      <w:r>
        <w:rPr>
          <w:rFonts w:ascii="Times New Roman" w:hAnsi="Times New Roman" w:eastAsia="Times New Roman" w:cs="Times New Roman"/>
        </w:rPr>
        <w:t xml:space="preserve"> </w:t>
      </w:r>
      <w:r>
        <w:rPr>
          <w:rFonts w:ascii="Nirmala UI" w:hAnsi="Nirmala UI" w:eastAsia="Nirmala UI" w:cs="Nirmala UI"/>
        </w:rPr>
        <w:t>രൂപം</w:t>
      </w:r>
      <w:r>
        <w:rPr>
          <w:rFonts w:ascii="Times New Roman" w:hAnsi="Times New Roman" w:eastAsia="Times New Roman" w:cs="Times New Roman"/>
        </w:rPr>
        <w:t xml:space="preserve"> </w:t>
      </w:r>
      <w:r>
        <w:rPr>
          <w:rFonts w:ascii="Nirmala UI" w:hAnsi="Nirmala UI" w:eastAsia="Nirmala UI" w:cs="Nirmala UI"/>
        </w:rPr>
        <w:t>കൊണ്ടു</w:t>
      </w:r>
      <w:r>
        <w:rPr>
          <w:rFonts w:ascii="Times New Roman" w:hAnsi="Times New Roman" w:eastAsia="Times New Roman" w:cs="Times New Roman"/>
        </w:rPr>
        <w:t xml:space="preserve">, </w:t>
      </w:r>
      <w:r>
        <w:rPr>
          <w:rFonts w:ascii="Nirmala UI" w:hAnsi="Nirmala UI" w:eastAsia="Nirmala UI" w:cs="Nirmala UI"/>
        </w:rPr>
        <w:t>ശീതസമരം</w:t>
      </w:r>
      <w:r>
        <w:rPr>
          <w:rFonts w:ascii="Times New Roman" w:hAnsi="Times New Roman" w:eastAsia="Times New Roman" w:cs="Times New Roman"/>
        </w:rPr>
        <w:t xml:space="preserve"> </w:t>
      </w:r>
      <w:r>
        <w:rPr>
          <w:rFonts w:ascii="Nirmala UI" w:hAnsi="Nirmala UI" w:eastAsia="Nirmala UI" w:cs="Nirmala UI"/>
        </w:rPr>
        <w:t>ആരംഭിക്കുകയും</w:t>
      </w:r>
      <w:r>
        <w:rPr>
          <w:rFonts w:ascii="Times New Roman" w:hAnsi="Times New Roman" w:eastAsia="Times New Roman" w:cs="Times New Roman"/>
        </w:rPr>
        <w:t xml:space="preserve"> </w:t>
      </w:r>
      <w:r>
        <w:rPr>
          <w:rFonts w:ascii="Nirmala UI" w:hAnsi="Nirmala UI" w:eastAsia="Nirmala UI" w:cs="Nirmala UI"/>
        </w:rPr>
        <w:t>ചെയ്തു</w:t>
      </w:r>
      <w:r>
        <w:rPr>
          <w:rFonts w:ascii="Times New Roman" w:hAnsi="Times New Roman" w:eastAsia="Times New Roman" w:cs="Times New Roman"/>
        </w:rPr>
        <w:t>.</w:t>
      </w:r>
    </w:p>
    <w:p>
      <w:pPr>
        <w:pStyle w:val="ArticleBody"/>
        <w:jc w:val="left"/>
      </w:pPr>
      <w:r>
        <w:rPr>
          <w:rFonts w:ascii="Nirmala UI" w:hAnsi="Nirmala UI" w:eastAsia="Nirmala UI" w:cs="Nirmala UI"/>
        </w:rPr>
        <w:t>꯱ꯤꯖꯤ</w:t>
      </w:r>
      <w:r>
        <w:rPr>
          <w:rFonts w:ascii="Times New Roman" w:hAnsi="Times New Roman" w:eastAsia="Times New Roman" w:cs="Times New Roman"/>
        </w:rPr>
        <w:t xml:space="preserve"> </w:t>
      </w:r>
      <w:r>
        <w:rPr>
          <w:rFonts w:ascii="Nirmala UI" w:hAnsi="Nirmala UI" w:eastAsia="Nirmala UI" w:cs="Nirmala UI"/>
        </w:rPr>
        <w:t>꯱ꯤꯁꯣꯟ</w:t>
      </w:r>
      <w:r>
        <w:rPr>
          <w:rFonts w:ascii="Times New Roman" w:hAnsi="Times New Roman" w:eastAsia="Times New Roman" w:cs="Times New Roman"/>
        </w:rPr>
        <w:t xml:space="preserve"> </w:t>
      </w:r>
      <w:r>
        <w:rPr>
          <w:rFonts w:ascii="Nirmala UI" w:hAnsi="Nirmala UI" w:eastAsia="Nirmala UI" w:cs="Nirmala UI"/>
        </w:rPr>
        <w:t>ꯈꯔꯗꯥꯒꯤ</w:t>
      </w:r>
      <w:r>
        <w:rPr>
          <w:rFonts w:ascii="Times New Roman" w:hAnsi="Times New Roman" w:eastAsia="Times New Roman" w:cs="Times New Roman"/>
        </w:rPr>
        <w:t xml:space="preserve"> 1989 </w:t>
      </w:r>
      <w:r>
        <w:rPr>
          <w:rFonts w:ascii="Nirmala UI" w:hAnsi="Nirmala UI" w:eastAsia="Nirmala UI" w:cs="Nirmala UI"/>
        </w:rPr>
        <w:t>ꯂꯣꯝꯗꯥꯁꯨ</w:t>
      </w:r>
      <w:r>
        <w:rPr>
          <w:rFonts w:ascii="Times New Roman" w:hAnsi="Times New Roman" w:eastAsia="Times New Roman" w:cs="Times New Roman"/>
        </w:rPr>
        <w:t xml:space="preserve">, 1945 </w:t>
      </w:r>
      <w:r>
        <w:rPr>
          <w:rFonts w:ascii="Nirmala UI" w:hAnsi="Nirmala UI" w:eastAsia="Nirmala UI" w:cs="Nirmala UI"/>
        </w:rPr>
        <w:t>ꯂꯣꯝꯒꯤ</w:t>
      </w:r>
      <w:r>
        <w:rPr>
          <w:rFonts w:ascii="Times New Roman" w:hAnsi="Times New Roman" w:eastAsia="Times New Roman" w:cs="Times New Roman"/>
        </w:rPr>
        <w:t xml:space="preserve"> </w:t>
      </w:r>
      <w:r>
        <w:rPr>
          <w:rFonts w:ascii="Nirmala UI" w:hAnsi="Nirmala UI" w:eastAsia="Nirmala UI" w:cs="Nirmala UI"/>
        </w:rPr>
        <w:t>ꯃꯇꯨꯡ</w:t>
      </w:r>
      <w:r>
        <w:rPr>
          <w:rFonts w:ascii="Times New Roman" w:hAnsi="Times New Roman" w:eastAsia="Times New Roman" w:cs="Times New Roman"/>
        </w:rPr>
        <w:t xml:space="preserve"> </w:t>
      </w:r>
      <w:r>
        <w:rPr>
          <w:rFonts w:ascii="Nirmala UI" w:hAnsi="Nirmala UI" w:eastAsia="Nirmala UI" w:cs="Nirmala UI"/>
        </w:rPr>
        <w:t>ꯏꯅꯥꯛꯇꯥ</w:t>
      </w:r>
      <w:r>
        <w:rPr>
          <w:rFonts w:ascii="Times New Roman" w:hAnsi="Times New Roman" w:eastAsia="Times New Roman" w:cs="Times New Roman"/>
        </w:rPr>
        <w:t xml:space="preserve"> </w:t>
      </w:r>
      <w:r>
        <w:rPr>
          <w:rFonts w:ascii="Nirmala UI" w:hAnsi="Nirmala UI" w:eastAsia="Nirmala UI" w:cs="Nirmala UI"/>
        </w:rPr>
        <w:t>ꯄ꯭ꯔꯦꯖꯤꯗꯦꯟꯠ</w:t>
      </w:r>
      <w:r>
        <w:rPr>
          <w:rFonts w:ascii="Times New Roman" w:hAnsi="Times New Roman" w:eastAsia="Times New Roman" w:cs="Times New Roman"/>
        </w:rPr>
        <w:t xml:space="preserve"> </w:t>
      </w:r>
      <w:r>
        <w:rPr>
          <w:rFonts w:ascii="Nirmala UI" w:hAnsi="Nirmala UI" w:eastAsia="Nirmala UI" w:cs="Nirmala UI"/>
        </w:rPr>
        <w:t>ꯑꯅꯤ</w:t>
      </w:r>
      <w:r>
        <w:rPr>
          <w:rFonts w:ascii="Times New Roman" w:hAnsi="Times New Roman" w:eastAsia="Times New Roman" w:cs="Times New Roman"/>
        </w:rPr>
        <w:t xml:space="preserve"> </w:t>
      </w:r>
      <w:r>
        <w:rPr>
          <w:rFonts w:ascii="Nirmala UI" w:hAnsi="Nirmala UI" w:eastAsia="Nirmala UI" w:cs="Nirmala UI"/>
        </w:rPr>
        <w:t>ꯂꯩꯔꯝꯃꯤ</w:t>
      </w:r>
      <w:r>
        <w:rPr>
          <w:rFonts w:ascii="Times New Roman" w:hAnsi="Times New Roman" w:eastAsia="Times New Roman" w:cs="Times New Roman"/>
        </w:rPr>
        <w:t xml:space="preserve">; </w:t>
      </w:r>
      <w:r>
        <w:rPr>
          <w:rFonts w:ascii="Nirmala UI" w:hAnsi="Nirmala UI" w:eastAsia="Nirmala UI" w:cs="Nirmala UI"/>
        </w:rPr>
        <w:t>ꯔꯣꯅꯥꯜꯗ</w:t>
      </w:r>
      <w:r>
        <w:rPr>
          <w:rFonts w:ascii="Times New Roman" w:hAnsi="Times New Roman" w:eastAsia="Times New Roman" w:cs="Times New Roman"/>
        </w:rPr>
        <w:t xml:space="preserve"> </w:t>
      </w:r>
      <w:r>
        <w:rPr>
          <w:rFonts w:ascii="Nirmala UI" w:hAnsi="Nirmala UI" w:eastAsia="Nirmala UI" w:cs="Nirmala UI"/>
        </w:rPr>
        <w:t>ꯔꯤꯒꯟ</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ꯖꯣꯔꯖ</w:t>
      </w:r>
      <w:r>
        <w:rPr>
          <w:rFonts w:ascii="Times New Roman" w:hAnsi="Times New Roman" w:eastAsia="Times New Roman" w:cs="Times New Roman"/>
        </w:rPr>
        <w:t xml:space="preserve"> </w:t>
      </w:r>
      <w:r>
        <w:rPr>
          <w:rFonts w:ascii="Nirmala UI" w:hAnsi="Nirmala UI" w:eastAsia="Nirmala UI" w:cs="Nirmala UI"/>
        </w:rPr>
        <w:t>ꯕꯁ</w:t>
      </w:r>
      <w:r>
        <w:rPr>
          <w:rFonts w:ascii="Times New Roman" w:hAnsi="Times New Roman" w:eastAsia="Times New Roman" w:cs="Times New Roman"/>
        </w:rPr>
        <w:t xml:space="preserve"> </w:t>
      </w:r>
      <w:r>
        <w:rPr>
          <w:rFonts w:ascii="Nirmala UI" w:hAnsi="Nirmala UI" w:eastAsia="Nirmala UI" w:cs="Nirmala UI"/>
        </w:rPr>
        <w:t>ꯑꯍꯥꯟꯕꯥ꯫</w:t>
      </w:r>
      <w:r>
        <w:rPr>
          <w:rFonts w:ascii="Times New Roman" w:hAnsi="Times New Roman" w:eastAsia="Times New Roman" w:cs="Times New Roman"/>
        </w:rPr>
        <w:t xml:space="preserve"> </w:t>
      </w:r>
      <w:r>
        <w:rPr>
          <w:rFonts w:ascii="Nirmala UI" w:hAnsi="Nirmala UI" w:eastAsia="Nirmala UI" w:cs="Nirmala UI"/>
        </w:rPr>
        <w:t>ꯔꯤꯒꯟꯅꯥ</w:t>
      </w:r>
      <w:r>
        <w:rPr>
          <w:rFonts w:ascii="Times New Roman" w:hAnsi="Times New Roman" w:eastAsia="Times New Roman" w:cs="Times New Roman"/>
        </w:rPr>
        <w:t xml:space="preserve"> </w:t>
      </w:r>
      <w:r>
        <w:rPr>
          <w:rFonts w:ascii="Nirmala UI" w:hAnsi="Nirmala UI" w:eastAsia="Nirmala UI" w:cs="Nirmala UI"/>
        </w:rPr>
        <w:t>ꯀꯣꯜꯗ</w:t>
      </w:r>
      <w:r>
        <w:rPr>
          <w:rFonts w:ascii="Times New Roman" w:hAnsi="Times New Roman" w:eastAsia="Times New Roman" w:cs="Times New Roman"/>
        </w:rPr>
        <w:t xml:space="preserve"> </w:t>
      </w:r>
      <w:r>
        <w:rPr>
          <w:rFonts w:ascii="Nirmala UI" w:hAnsi="Nirmala UI" w:eastAsia="Nirmala UI" w:cs="Nirmala UI"/>
        </w:rPr>
        <w:t>ꯋꯥꯔ</w:t>
      </w:r>
      <w:r>
        <w:rPr>
          <w:rFonts w:ascii="Times New Roman" w:hAnsi="Times New Roman" w:eastAsia="Times New Roman" w:cs="Times New Roman"/>
        </w:rPr>
        <w:t xml:space="preserve"> </w:t>
      </w:r>
      <w:r>
        <w:rPr>
          <w:rFonts w:ascii="Nirmala UI" w:hAnsi="Nirmala UI" w:eastAsia="Nirmala UI" w:cs="Nirmala UI"/>
        </w:rPr>
        <w:t>ꯂꯣꯏꯁꯤꯜꯂꯛꯈꯤ</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ꯖꯣꯔꯖ</w:t>
      </w:r>
      <w:r>
        <w:rPr>
          <w:rFonts w:ascii="Times New Roman" w:hAnsi="Times New Roman" w:eastAsia="Times New Roman" w:cs="Times New Roman"/>
        </w:rPr>
        <w:t xml:space="preserve"> </w:t>
      </w:r>
      <w:r>
        <w:rPr>
          <w:rFonts w:ascii="Nirmala UI" w:hAnsi="Nirmala UI" w:eastAsia="Nirmala UI" w:cs="Nirmala UI"/>
        </w:rPr>
        <w:t>ꯕꯁ</w:t>
      </w:r>
      <w:r>
        <w:rPr>
          <w:rFonts w:ascii="Times New Roman" w:hAnsi="Times New Roman" w:eastAsia="Times New Roman" w:cs="Times New Roman"/>
        </w:rPr>
        <w:t xml:space="preserve"> </w:t>
      </w:r>
      <w:r>
        <w:rPr>
          <w:rFonts w:ascii="Nirmala UI" w:hAnsi="Nirmala UI" w:eastAsia="Nirmala UI" w:cs="Nirmala UI"/>
        </w:rPr>
        <w:t>ꯑꯍꯥꯟꯕꯅꯥ</w:t>
      </w:r>
      <w:r>
        <w:rPr>
          <w:rFonts w:ascii="Times New Roman" w:hAnsi="Times New Roman" w:eastAsia="Times New Roman" w:cs="Times New Roman"/>
        </w:rPr>
        <w:t xml:space="preserve">, 1990 </w:t>
      </w:r>
      <w:r>
        <w:rPr>
          <w:rFonts w:ascii="Nirmala UI" w:hAnsi="Nirmala UI" w:eastAsia="Nirmala UI" w:cs="Nirmala UI"/>
        </w:rPr>
        <w:t>ꯒꯤ</w:t>
      </w:r>
      <w:r>
        <w:rPr>
          <w:rFonts w:ascii="Times New Roman" w:hAnsi="Times New Roman" w:eastAsia="Times New Roman" w:cs="Times New Roman"/>
        </w:rPr>
        <w:t xml:space="preserve"> </w:t>
      </w:r>
      <w:r>
        <w:rPr>
          <w:rFonts w:ascii="Nirmala UI" w:hAnsi="Nirmala UI" w:eastAsia="Nirmala UI" w:cs="Nirmala UI"/>
        </w:rPr>
        <w:t>ꯑꯣꯛꯇꯣꯕꯔ</w:t>
      </w:r>
      <w:r>
        <w:rPr>
          <w:rFonts w:ascii="Times New Roman" w:hAnsi="Times New Roman" w:eastAsia="Times New Roman" w:cs="Times New Roman"/>
        </w:rPr>
        <w:t xml:space="preserve"> 1 </w:t>
      </w:r>
      <w:r>
        <w:rPr>
          <w:rFonts w:ascii="Nirmala UI" w:hAnsi="Nirmala UI" w:eastAsia="Nirmala UI" w:cs="Nirmala UI"/>
        </w:rPr>
        <w:t>ꯅꯨꯃꯤꯠꯇꯥ</w:t>
      </w:r>
      <w:r>
        <w:rPr>
          <w:rFonts w:ascii="Times New Roman" w:hAnsi="Times New Roman" w:eastAsia="Times New Roman" w:cs="Times New Roman"/>
        </w:rPr>
        <w:t xml:space="preserve"> “forty-fifth” UN General Assembly </w:t>
      </w:r>
      <w:r>
        <w:rPr>
          <w:rFonts w:ascii="Nirmala UI" w:hAnsi="Nirmala UI" w:eastAsia="Nirmala UI" w:cs="Nirmala UI"/>
        </w:rPr>
        <w:t>ꯗꯥ</w:t>
      </w:r>
      <w:r>
        <w:rPr>
          <w:rFonts w:ascii="Times New Roman" w:hAnsi="Times New Roman" w:eastAsia="Times New Roman" w:cs="Times New Roman"/>
        </w:rPr>
        <w:t xml:space="preserve"> </w:t>
      </w:r>
      <w:r>
        <w:rPr>
          <w:rFonts w:ascii="Nirmala UI" w:hAnsi="Nirmala UI" w:eastAsia="Nirmala UI" w:cs="Nirmala UI"/>
        </w:rPr>
        <w:t>ꯍꯥꯏꯔꯛꯄꯗꯥ</w:t>
      </w:r>
      <w:r>
        <w:rPr>
          <w:rFonts w:ascii="Times New Roman" w:hAnsi="Times New Roman" w:eastAsia="Times New Roman" w:cs="Times New Roman"/>
        </w:rPr>
        <w:t xml:space="preserve">, </w:t>
      </w:r>
      <w:r>
        <w:rPr>
          <w:rFonts w:ascii="Nirmala UI" w:hAnsi="Nirmala UI" w:eastAsia="Nirmala UI" w:cs="Nirmala UI"/>
        </w:rPr>
        <w:t>ꯃꯍꯥꯛ</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ꯑꯍꯥꯟ</w:t>
      </w:r>
      <w:r>
        <w:rPr>
          <w:rFonts w:ascii="Times New Roman" w:hAnsi="Times New Roman" w:eastAsia="Times New Roman" w:cs="Times New Roman"/>
        </w:rPr>
        <w:t xml:space="preserve"> </w:t>
      </w:r>
      <w:r>
        <w:rPr>
          <w:rFonts w:ascii="Nirmala UI" w:hAnsi="Nirmala UI" w:eastAsia="Nirmala UI" w:cs="Nirmala UI"/>
        </w:rPr>
        <w:t>ꯑꯃꯁꯨꯡ</w:t>
      </w:r>
      <w:r>
        <w:rPr>
          <w:rFonts w:ascii="Times New Roman" w:hAnsi="Times New Roman" w:eastAsia="Times New Roman" w:cs="Times New Roman"/>
        </w:rPr>
        <w:t xml:space="preserve"> </w:t>
      </w:r>
      <w:r>
        <w:rPr>
          <w:rFonts w:ascii="Nirmala UI" w:hAnsi="Nirmala UI" w:eastAsia="Nirmala UI" w:cs="Nirmala UI"/>
        </w:rPr>
        <w:t>ꯃꯔꯨ</w:t>
      </w:r>
      <w:r>
        <w:rPr>
          <w:rFonts w:ascii="Times New Roman" w:hAnsi="Times New Roman" w:eastAsia="Times New Roman" w:cs="Times New Roman"/>
        </w:rPr>
        <w:t xml:space="preserve"> </w:t>
      </w:r>
      <w:r>
        <w:rPr>
          <w:rFonts w:ascii="Nirmala UI" w:hAnsi="Nirmala UI" w:eastAsia="Nirmala UI" w:cs="Nirmala UI"/>
        </w:rPr>
        <w:t>ꯑꯣꯏꯅꯥ</w:t>
      </w:r>
      <w:r>
        <w:rPr>
          <w:rFonts w:ascii="Times New Roman" w:hAnsi="Times New Roman" w:eastAsia="Times New Roman" w:cs="Times New Roman"/>
        </w:rPr>
        <w:t xml:space="preserve"> </w:t>
      </w:r>
      <w:r>
        <w:rPr>
          <w:rFonts w:ascii="Nirmala UI" w:hAnsi="Nirmala UI" w:eastAsia="Nirmala UI" w:cs="Nirmala UI"/>
        </w:rPr>
        <w:t>ꯒ꯭ꯂꯣꯕꯥꯂꯤꯁꯠ</w:t>
      </w:r>
      <w:r>
        <w:rPr>
          <w:rFonts w:ascii="Times New Roman" w:hAnsi="Times New Roman" w:eastAsia="Times New Roman" w:cs="Times New Roman"/>
        </w:rPr>
        <w:t xml:space="preserve"> </w:t>
      </w:r>
      <w:r>
        <w:rPr>
          <w:rFonts w:ascii="Nirmala UI" w:hAnsi="Nirmala UI" w:eastAsia="Nirmala UI" w:cs="Nirmala UI"/>
        </w:rPr>
        <w:t>ꯑꯣꯏꯔꯤꯕꯥ</w:t>
      </w:r>
      <w:r>
        <w:rPr>
          <w:rFonts w:ascii="Times New Roman" w:hAnsi="Times New Roman" w:eastAsia="Times New Roman" w:cs="Times New Roman"/>
        </w:rPr>
        <w:t xml:space="preserve"> </w:t>
      </w:r>
      <w:r>
        <w:rPr>
          <w:rFonts w:ascii="Nirmala UI" w:hAnsi="Nirmala UI" w:eastAsia="Nirmala UI" w:cs="Nirmala UI"/>
        </w:rPr>
        <w:t>ꯍꯥꯏꯅꯥ</w:t>
      </w:r>
      <w:r>
        <w:rPr>
          <w:rFonts w:ascii="Times New Roman" w:hAnsi="Times New Roman" w:eastAsia="Times New Roman" w:cs="Times New Roman"/>
        </w:rPr>
        <w:t xml:space="preserve"> </w:t>
      </w:r>
      <w:r>
        <w:rPr>
          <w:rFonts w:ascii="Nirmala UI" w:hAnsi="Nirmala UI" w:eastAsia="Nirmala UI" w:cs="Nirmala UI"/>
        </w:rPr>
        <w:t>ꯄꯥꯎꯈꯨꯝ</w:t>
      </w:r>
      <w:r>
        <w:rPr>
          <w:rFonts w:ascii="Times New Roman" w:hAnsi="Times New Roman" w:eastAsia="Times New Roman" w:cs="Times New Roman"/>
        </w:rPr>
        <w:t xml:space="preserve"> </w:t>
      </w:r>
      <w:r>
        <w:rPr>
          <w:rFonts w:ascii="Nirmala UI" w:hAnsi="Nirmala UI" w:eastAsia="Nirmala UI" w:cs="Nirmala UI"/>
        </w:rPr>
        <w:t>ꯄꯤꯈꯤ</w:t>
      </w:r>
      <w:r>
        <w:rPr>
          <w:rFonts w:ascii="Times New Roman" w:hAnsi="Times New Roman" w:eastAsia="Times New Roman" w:cs="Times New Roman"/>
        </w:rPr>
        <w:t xml:space="preserve">, </w:t>
      </w:r>
      <w:r>
        <w:rPr>
          <w:rFonts w:ascii="Nirmala UI" w:hAnsi="Nirmala UI" w:eastAsia="Nirmala UI" w:cs="Nirmala UI"/>
        </w:rPr>
        <w:t>ꯃꯔꯝꯗꯤ</w:t>
      </w:r>
      <w:r>
        <w:rPr>
          <w:rFonts w:ascii="Times New Roman" w:hAnsi="Times New Roman" w:eastAsia="Times New Roman" w:cs="Times New Roman"/>
        </w:rPr>
        <w:t xml:space="preserve"> </w:t>
      </w:r>
      <w:r>
        <w:rPr>
          <w:rFonts w:ascii="Nirmala UI" w:hAnsi="Nirmala UI" w:eastAsia="Nirmala UI" w:cs="Nirmala UI"/>
        </w:rPr>
        <w:t>ꯃꯍꯥꯛꯅꯥ</w:t>
      </w:r>
      <w:r>
        <w:rPr>
          <w:rFonts w:ascii="Times New Roman" w:hAnsi="Times New Roman" w:eastAsia="Times New Roman" w:cs="Times New Roman"/>
        </w:rPr>
        <w:t xml:space="preserve"> “new world order” </w:t>
      </w:r>
      <w:r>
        <w:rPr>
          <w:rFonts w:ascii="Nirmala UI" w:hAnsi="Nirmala UI" w:eastAsia="Nirmala UI" w:cs="Nirmala UI"/>
        </w:rPr>
        <w:t>ꯑꯃ</w:t>
      </w:r>
      <w:r>
        <w:rPr>
          <w:rFonts w:ascii="Times New Roman" w:hAnsi="Times New Roman" w:eastAsia="Times New Roman" w:cs="Times New Roman"/>
        </w:rPr>
        <w:t xml:space="preserve"> </w:t>
      </w:r>
      <w:r>
        <w:rPr>
          <w:rFonts w:ascii="Nirmala UI" w:hAnsi="Nirmala UI" w:eastAsia="Nirmala UI" w:cs="Nirmala UI"/>
        </w:rPr>
        <w:t>ꯁꯦꯝꯒꯠꯄꯥꯒꯤ</w:t>
      </w:r>
      <w:r>
        <w:rPr>
          <w:rFonts w:ascii="Times New Roman" w:hAnsi="Times New Roman" w:eastAsia="Times New Roman" w:cs="Times New Roman"/>
        </w:rPr>
        <w:t xml:space="preserve"> </w:t>
      </w:r>
      <w:r>
        <w:rPr>
          <w:rFonts w:ascii="Nirmala UI" w:hAnsi="Nirmala UI" w:eastAsia="Nirmala UI" w:cs="Nirmala UI"/>
        </w:rPr>
        <w:t>ꯋꯥ</w:t>
      </w:r>
      <w:r>
        <w:rPr>
          <w:rFonts w:ascii="Times New Roman" w:hAnsi="Times New Roman" w:eastAsia="Times New Roman" w:cs="Times New Roman"/>
        </w:rPr>
        <w:t xml:space="preserve"> </w:t>
      </w:r>
      <w:r>
        <w:rPr>
          <w:rFonts w:ascii="Nirmala UI" w:hAnsi="Nirmala UI" w:eastAsia="Nirmala UI" w:cs="Nirmala UI"/>
        </w:rPr>
        <w:t>ꯍꯥꯏꯈꯤ꯫</w:t>
      </w:r>
      <w:r>
        <w:rPr>
          <w:rFonts w:ascii="Times New Roman" w:hAnsi="Times New Roman" w:eastAsia="Times New Roman" w:cs="Times New Roman"/>
        </w:rPr>
        <w:t xml:space="preserve"> </w:t>
      </w:r>
      <w:r>
        <w:rPr>
          <w:rFonts w:ascii="Nirmala UI" w:hAnsi="Nirmala UI" w:eastAsia="Nirmala UI" w:cs="Nirmala UI"/>
        </w:rPr>
        <w:t>ꯃꯍꯥꯛꯀꯤ</w:t>
      </w:r>
      <w:r>
        <w:rPr>
          <w:rFonts w:ascii="Times New Roman" w:hAnsi="Times New Roman" w:eastAsia="Times New Roman" w:cs="Times New Roman"/>
        </w:rPr>
        <w:t xml:space="preserve"> </w:t>
      </w:r>
      <w:r>
        <w:rPr>
          <w:rFonts w:ascii="Nirmala UI" w:hAnsi="Nirmala UI" w:eastAsia="Nirmala UI" w:cs="Nirmala UI"/>
        </w:rPr>
        <w:t>ꯍꯥꯏꯔꯛꯄꯗꯥ</w:t>
      </w:r>
      <w:r>
        <w:rPr>
          <w:rFonts w:ascii="Times New Roman" w:hAnsi="Times New Roman" w:eastAsia="Times New Roman" w:cs="Times New Roman"/>
        </w:rPr>
        <w:t xml:space="preserve"> </w:t>
      </w:r>
      <w:r>
        <w:rPr>
          <w:rFonts w:ascii="Nirmala UI" w:hAnsi="Nirmala UI" w:eastAsia="Nirmala UI" w:cs="Nirmala UI"/>
        </w:rPr>
        <w:t>ꯃꯍꯥꯛꯅꯥ</w:t>
      </w:r>
      <w:r>
        <w:rPr>
          <w:rFonts w:ascii="Times New Roman" w:hAnsi="Times New Roman" w:eastAsia="Times New Roman" w:cs="Times New Roman"/>
        </w:rPr>
        <w:t xml:space="preserve"> </w:t>
      </w:r>
      <w:r>
        <w:rPr>
          <w:rFonts w:ascii="Nirmala UI" w:hAnsi="Nirmala UI" w:eastAsia="Nirmala UI" w:cs="Nirmala UI"/>
        </w:rPr>
        <w:t>ꯑꯁꯨꯝ</w:t>
      </w:r>
      <w:r>
        <w:rPr>
          <w:rFonts w:ascii="Times New Roman" w:hAnsi="Times New Roman" w:eastAsia="Times New Roman" w:cs="Times New Roman"/>
        </w:rPr>
        <w:t xml:space="preserve"> </w:t>
      </w:r>
      <w:r>
        <w:rPr>
          <w:rFonts w:ascii="Nirmala UI" w:hAnsi="Nirmala UI" w:eastAsia="Nirmala UI" w:cs="Nirmala UI"/>
        </w:rPr>
        <w:t>ꯍꯥꯏꯈꯤ</w:t>
      </w:r>
      <w:r>
        <w:rPr>
          <w:rFonts w:ascii="Times New Roman" w:hAnsi="Times New Roman" w:eastAsia="Times New Roman" w:cs="Times New Roman"/>
        </w:rPr>
        <w:t>, “It is in our hands to leave these dark machines behind, in the Dark Ages where they belong, and to press forward to cap a historic movement towards a new world order and a long era of peace.”</w:t>
      </w:r>
    </w:p>
    <w:p>
      <w:pPr>
        <w:pStyle w:val="ArticleBody"/>
        <w:jc w:val="left"/>
      </w:pPr>
      <w:r>
        <w:rPr>
          <w:rFonts w:ascii="Times New Roman" w:hAnsi="Times New Roman" w:eastAsia="Times New Roman" w:cs="Times New Roman"/>
        </w:rPr>
        <w:t>Sa simmangot nga panalumpati, inikap ni Bush daytoy a kapanunotan iti panagtitinulong kalpasan ti Cold War, ti Gulf Crisis (ti pannakaisulong ti Iraq iti Kuwait), ti panangpapigsa iti UN, ken iti maysa a baro a pannakikadua dagiti nasion a nakabatay iti panagturay ti linteg. Ni Bush umuna ti nangipatalged iti pannakaammo ti pagsasao a “new world order” iti sumagmamano a lawas a nasaksakbay babaen iti maysa a panalumpati idi Septiembre 11, 1990, iti maysa a nagtipon a sesion ti Kongreso.</w:t>
      </w:r>
    </w:p>
    <w:p>
      <w:pPr>
        <w:pStyle w:val="ArticleBody"/>
        <w:jc w:val="left"/>
      </w:pPr>
      <w:r>
        <w:rPr>
          <w:rFonts w:ascii="Times New Roman" w:hAnsi="Times New Roman" w:eastAsia="Times New Roman" w:cs="Times New Roman"/>
        </w:rPr>
        <w:t xml:space="preserve">Bush </w:t>
      </w:r>
      <w:r>
        <w:rPr>
          <w:rFonts w:ascii="Segoe UI Historic" w:hAnsi="Segoe UI Historic" w:eastAsia="Segoe UI Historic" w:cs="Segoe UI Historic"/>
        </w:rPr>
        <w:t>ܣܡ</w:t>
      </w:r>
      <w:r>
        <w:rPr>
          <w:rFonts w:ascii="Times New Roman" w:hAnsi="Times New Roman" w:eastAsia="Times New Roman" w:cs="Times New Roman"/>
        </w:rPr>
        <w:t xml:space="preserve"> </w:t>
      </w:r>
      <w:r>
        <w:rPr>
          <w:rFonts w:ascii="Segoe UI Historic" w:hAnsi="Segoe UI Historic" w:eastAsia="Segoe UI Historic" w:cs="Segoe UI Historic"/>
        </w:rPr>
        <w:t>ܠܢ</w:t>
      </w:r>
      <w:r>
        <w:rPr>
          <w:rFonts w:ascii="Times New Roman" w:hAnsi="Times New Roman" w:eastAsia="Times New Roman" w:cs="Times New Roman"/>
        </w:rPr>
        <w:t xml:space="preserve"> </w:t>
      </w:r>
      <w:r>
        <w:rPr>
          <w:rFonts w:ascii="Segoe UI Historic" w:hAnsi="Segoe UI Historic" w:eastAsia="Segoe UI Historic" w:cs="Segoe UI Historic"/>
        </w:rPr>
        <w:t>ܕܪܫܬܗ</w:t>
      </w:r>
      <w:r>
        <w:rPr>
          <w:rFonts w:ascii="Times New Roman" w:hAnsi="Times New Roman" w:eastAsia="Times New Roman" w:cs="Times New Roman"/>
        </w:rPr>
        <w:t xml:space="preserve"> </w:t>
      </w:r>
      <w:r>
        <w:rPr>
          <w:rFonts w:ascii="Segoe UI Historic" w:hAnsi="Segoe UI Historic" w:eastAsia="Segoe UI Historic" w:cs="Segoe UI Historic"/>
        </w:rPr>
        <w:t>ܕܒܐܘܡܬܐ</w:t>
      </w:r>
      <w:r>
        <w:rPr>
          <w:rFonts w:ascii="Times New Roman" w:hAnsi="Times New Roman" w:eastAsia="Times New Roman" w:cs="Times New Roman"/>
        </w:rPr>
        <w:t xml:space="preserve">̈ </w:t>
      </w:r>
      <w:r>
        <w:rPr>
          <w:rFonts w:ascii="Segoe UI Historic" w:hAnsi="Segoe UI Historic" w:eastAsia="Segoe UI Historic" w:cs="Segoe UI Historic"/>
        </w:rPr>
        <w:t>ܚܕܬܐ</w:t>
      </w:r>
      <w:r>
        <w:rPr>
          <w:rFonts w:ascii="Times New Roman" w:hAnsi="Times New Roman" w:eastAsia="Times New Roman" w:cs="Times New Roman"/>
        </w:rPr>
        <w:t xml:space="preserve">̈ </w:t>
      </w:r>
      <w:r>
        <w:rPr>
          <w:rFonts w:ascii="Segoe UI Historic" w:hAnsi="Segoe UI Historic" w:eastAsia="Segoe UI Historic" w:cs="Segoe UI Historic"/>
        </w:rPr>
        <w:t>ܒܗܘ</w:t>
      </w:r>
      <w:r>
        <w:rPr>
          <w:rFonts w:ascii="Times New Roman" w:hAnsi="Times New Roman" w:eastAsia="Times New Roman" w:cs="Times New Roman"/>
        </w:rPr>
        <w:t xml:space="preserve"> </w:t>
      </w:r>
      <w:r>
        <w:rPr>
          <w:rFonts w:ascii="Segoe UI Historic" w:hAnsi="Segoe UI Historic" w:eastAsia="Segoe UI Historic" w:cs="Segoe UI Historic"/>
        </w:rPr>
        <w:t>ܗܘܝܢܐ</w:t>
      </w:r>
      <w:r>
        <w:rPr>
          <w:rFonts w:ascii="Times New Roman" w:hAnsi="Times New Roman" w:eastAsia="Times New Roman" w:cs="Times New Roman"/>
        </w:rPr>
        <w:t xml:space="preserve"> </w:t>
      </w:r>
      <w:r>
        <w:rPr>
          <w:rFonts w:ascii="Segoe UI Historic" w:hAnsi="Segoe UI Historic" w:eastAsia="Segoe UI Historic" w:cs="Segoe UI Historic"/>
        </w:rPr>
        <w:t>ܕܒܗ</w:t>
      </w:r>
      <w:r>
        <w:rPr>
          <w:rFonts w:ascii="Times New Roman" w:hAnsi="Times New Roman" w:eastAsia="Times New Roman" w:cs="Times New Roman"/>
        </w:rPr>
        <w:t xml:space="preserve"> </w:t>
      </w:r>
      <w:r>
        <w:rPr>
          <w:rFonts w:ascii="Segoe UI Historic" w:hAnsi="Segoe UI Historic" w:eastAsia="Segoe UI Historic" w:cs="Segoe UI Historic"/>
        </w:rPr>
        <w:t>ܚܝܕ</w:t>
      </w:r>
      <w:r>
        <w:rPr>
          <w:rFonts w:ascii="Times New Roman" w:hAnsi="Times New Roman" w:eastAsia="Times New Roman" w:cs="Times New Roman"/>
        </w:rPr>
        <w:t xml:space="preserve"> </w:t>
      </w:r>
      <w:r>
        <w:rPr>
          <w:rFonts w:ascii="Segoe UI Historic" w:hAnsi="Segoe UI Historic" w:eastAsia="Segoe UI Historic" w:cs="Segoe UI Historic"/>
        </w:rPr>
        <w:t>ܠܫܘܠܡܐ</w:t>
      </w:r>
      <w:r>
        <w:rPr>
          <w:rFonts w:ascii="Times New Roman" w:hAnsi="Times New Roman" w:eastAsia="Times New Roman" w:cs="Times New Roman"/>
        </w:rPr>
        <w:t xml:space="preserve"> </w:t>
      </w:r>
      <w:r>
        <w:rPr>
          <w:rFonts w:ascii="Segoe UI Historic" w:hAnsi="Segoe UI Historic" w:eastAsia="Segoe UI Historic" w:cs="Segoe UI Historic"/>
        </w:rPr>
        <w:t>ܕܩܪܒܐ</w:t>
      </w:r>
      <w:r>
        <w:rPr>
          <w:rFonts w:ascii="Times New Roman" w:hAnsi="Times New Roman" w:eastAsia="Times New Roman" w:cs="Times New Roman"/>
        </w:rPr>
        <w:t xml:space="preserve"> </w:t>
      </w:r>
      <w:r>
        <w:rPr>
          <w:rFonts w:ascii="Segoe UI Historic" w:hAnsi="Segoe UI Historic" w:eastAsia="Segoe UI Historic" w:cs="Segoe UI Historic"/>
        </w:rPr>
        <w:t>ܩܪܝܪܐ</w:t>
      </w:r>
      <w:r>
        <w:rPr>
          <w:rFonts w:ascii="Times New Roman" w:hAnsi="Times New Roman" w:eastAsia="Times New Roman" w:cs="Times New Roman"/>
        </w:rPr>
        <w:t xml:space="preserve"> </w:t>
      </w:r>
      <w:r>
        <w:rPr>
          <w:rFonts w:ascii="Segoe UI Historic" w:hAnsi="Segoe UI Historic" w:eastAsia="Segoe UI Historic" w:cs="Segoe UI Historic"/>
        </w:rPr>
        <w:t>ܒܡܘܢܚܐ</w:t>
      </w:r>
      <w:r>
        <w:rPr>
          <w:rFonts w:ascii="Times New Roman" w:hAnsi="Times New Roman" w:eastAsia="Times New Roman" w:cs="Times New Roman"/>
        </w:rPr>
        <w:t xml:space="preserve">̈ </w:t>
      </w:r>
      <w:r>
        <w:rPr>
          <w:rFonts w:ascii="Segoe UI Historic" w:hAnsi="Segoe UI Historic" w:eastAsia="Segoe UI Historic" w:cs="Segoe UI Historic"/>
        </w:rPr>
        <w:t>ܕ</w:t>
      </w:r>
      <w:r>
        <w:rPr>
          <w:rFonts w:ascii="Times New Roman" w:hAnsi="Times New Roman" w:eastAsia="Times New Roman" w:cs="Times New Roman"/>
        </w:rPr>
        <w:t>«</w:t>
      </w:r>
      <w:r>
        <w:rPr>
          <w:rFonts w:ascii="Segoe UI Historic" w:hAnsi="Segoe UI Historic" w:eastAsia="Segoe UI Historic" w:cs="Segoe UI Historic"/>
        </w:rPr>
        <w:t>ܙܒܢܐ</w:t>
      </w:r>
      <w:r>
        <w:rPr>
          <w:rFonts w:ascii="Times New Roman" w:hAnsi="Times New Roman" w:eastAsia="Times New Roman" w:cs="Times New Roman"/>
        </w:rPr>
        <w:t xml:space="preserve">̈ </w:t>
      </w:r>
      <w:r>
        <w:rPr>
          <w:rFonts w:ascii="Segoe UI Historic" w:hAnsi="Segoe UI Historic" w:eastAsia="Segoe UI Historic" w:cs="Segoe UI Historic"/>
        </w:rPr>
        <w:t>ܚܫܘܟܐ</w:t>
      </w:r>
      <w:r>
        <w:rPr>
          <w:rFonts w:ascii="Times New Roman" w:hAnsi="Times New Roman" w:eastAsia="Times New Roman" w:cs="Times New Roman"/>
        </w:rPr>
        <w:t xml:space="preserve">̈». </w:t>
      </w:r>
      <w:r>
        <w:rPr>
          <w:rFonts w:ascii="Segoe UI Historic" w:hAnsi="Segoe UI Historic" w:eastAsia="Segoe UI Historic" w:cs="Segoe UI Historic"/>
        </w:rPr>
        <w:t>ܙܒܢܐ</w:t>
      </w:r>
      <w:r>
        <w:rPr>
          <w:rFonts w:ascii="Times New Roman" w:hAnsi="Times New Roman" w:eastAsia="Times New Roman" w:cs="Times New Roman"/>
        </w:rPr>
        <w:t xml:space="preserve">̈ </w:t>
      </w:r>
      <w:r>
        <w:rPr>
          <w:rFonts w:ascii="Segoe UI Historic" w:hAnsi="Segoe UI Historic" w:eastAsia="Segoe UI Historic" w:cs="Segoe UI Historic"/>
        </w:rPr>
        <w:t>ܚܫܘܟܐ</w:t>
      </w:r>
      <w:r>
        <w:rPr>
          <w:rFonts w:ascii="Times New Roman" w:hAnsi="Times New Roman" w:eastAsia="Times New Roman" w:cs="Times New Roman"/>
        </w:rPr>
        <w:t xml:space="preserve">̈ </w:t>
      </w:r>
      <w:r>
        <w:rPr>
          <w:rFonts w:ascii="Segoe UI Historic" w:hAnsi="Segoe UI Historic" w:eastAsia="Segoe UI Historic" w:cs="Segoe UI Historic"/>
        </w:rPr>
        <w:t>ܐܫܬܠܡܘ</w:t>
      </w:r>
      <w:r>
        <w:rPr>
          <w:rFonts w:ascii="Times New Roman" w:hAnsi="Times New Roman" w:eastAsia="Times New Roman" w:cs="Times New Roman"/>
        </w:rPr>
        <w:t xml:space="preserve"> </w:t>
      </w:r>
      <w:r>
        <w:rPr>
          <w:rFonts w:ascii="Segoe UI Historic" w:hAnsi="Segoe UI Historic" w:eastAsia="Segoe UI Historic" w:cs="Segoe UI Historic"/>
        </w:rPr>
        <w:t>ܒܙܒܢܐ</w:t>
      </w:r>
      <w:r>
        <w:rPr>
          <w:rFonts w:ascii="Times New Roman" w:hAnsi="Times New Roman" w:eastAsia="Times New Roman" w:cs="Times New Roman"/>
        </w:rPr>
        <w:t xml:space="preserve"> </w:t>
      </w:r>
      <w:r>
        <w:rPr>
          <w:rFonts w:ascii="Segoe UI Historic" w:hAnsi="Segoe UI Historic" w:eastAsia="Segoe UI Historic" w:cs="Segoe UI Historic"/>
        </w:rPr>
        <w:t>ܕܚܪܬܐ</w:t>
      </w:r>
      <w:r>
        <w:rPr>
          <w:rFonts w:ascii="Times New Roman" w:hAnsi="Times New Roman" w:eastAsia="Times New Roman" w:cs="Times New Roman"/>
        </w:rPr>
        <w:t xml:space="preserve"> </w:t>
      </w:r>
      <w:r>
        <w:rPr>
          <w:rFonts w:ascii="Segoe UI Historic" w:hAnsi="Segoe UI Historic" w:eastAsia="Segoe UI Historic" w:cs="Segoe UI Historic"/>
        </w:rPr>
        <w:t>ܒܫܢܬ</w:t>
      </w:r>
      <w:r>
        <w:rPr>
          <w:rFonts w:ascii="Times New Roman" w:hAnsi="Times New Roman" w:eastAsia="Times New Roman" w:cs="Times New Roman"/>
        </w:rPr>
        <w:t xml:space="preserve"> 1798، </w:t>
      </w:r>
      <w:r>
        <w:rPr>
          <w:rFonts w:ascii="Segoe UI Historic" w:hAnsi="Segoe UI Historic" w:eastAsia="Segoe UI Historic" w:cs="Segoe UI Historic"/>
        </w:rPr>
        <w:t>ܘ</w:t>
      </w:r>
      <w:r>
        <w:rPr>
          <w:rFonts w:ascii="Times New Roman" w:hAnsi="Times New Roman" w:eastAsia="Times New Roman" w:cs="Times New Roman"/>
        </w:rPr>
        <w:t xml:space="preserve">Bush </w:t>
      </w:r>
      <w:r>
        <w:rPr>
          <w:rFonts w:ascii="Segoe UI Historic" w:hAnsi="Segoe UI Historic" w:eastAsia="Segoe UI Historic" w:cs="Segoe UI Historic"/>
        </w:rPr>
        <w:t>ܗܘܐ</w:t>
      </w:r>
      <w:r>
        <w:rPr>
          <w:rFonts w:ascii="Times New Roman" w:hAnsi="Times New Roman" w:eastAsia="Times New Roman" w:cs="Times New Roman"/>
        </w:rPr>
        <w:t xml:space="preserve"> </w:t>
      </w:r>
      <w:r>
        <w:rPr>
          <w:rFonts w:ascii="Segoe UI Historic" w:hAnsi="Segoe UI Historic" w:eastAsia="Segoe UI Historic" w:cs="Segoe UI Historic"/>
        </w:rPr>
        <w:t>ܗܝܕܝܢ</w:t>
      </w:r>
      <w:r>
        <w:rPr>
          <w:rFonts w:ascii="Times New Roman" w:hAnsi="Times New Roman" w:eastAsia="Times New Roman" w:cs="Times New Roman"/>
        </w:rPr>
        <w:t xml:space="preserve"> </w:t>
      </w:r>
      <w:r>
        <w:rPr>
          <w:rFonts w:ascii="Segoe UI Historic" w:hAnsi="Segoe UI Historic" w:eastAsia="Segoe UI Historic" w:cs="Segoe UI Historic"/>
        </w:rPr>
        <w:t>ܒܙܒܢܐ</w:t>
      </w:r>
      <w:r>
        <w:rPr>
          <w:rFonts w:ascii="Times New Roman" w:hAnsi="Times New Roman" w:eastAsia="Times New Roman" w:cs="Times New Roman"/>
        </w:rPr>
        <w:t xml:space="preserve"> </w:t>
      </w:r>
      <w:r>
        <w:rPr>
          <w:rFonts w:ascii="Segoe UI Historic" w:hAnsi="Segoe UI Historic" w:eastAsia="Segoe UI Historic" w:cs="Segoe UI Historic"/>
        </w:rPr>
        <w:t>ܕܚܪܬܐ</w:t>
      </w:r>
      <w:r>
        <w:rPr>
          <w:rFonts w:ascii="Times New Roman" w:hAnsi="Times New Roman" w:eastAsia="Times New Roman" w:cs="Times New Roman"/>
        </w:rPr>
        <w:t xml:space="preserve"> </w:t>
      </w:r>
      <w:r>
        <w:rPr>
          <w:rFonts w:ascii="Segoe UI Historic" w:hAnsi="Segoe UI Historic" w:eastAsia="Segoe UI Historic" w:cs="Segoe UI Historic"/>
        </w:rPr>
        <w:t>ܕ</w:t>
      </w:r>
      <w:r>
        <w:rPr>
          <w:rFonts w:ascii="Times New Roman" w:hAnsi="Times New Roman" w:eastAsia="Times New Roman" w:cs="Times New Roman"/>
        </w:rPr>
        <w:t xml:space="preserve">1989. </w:t>
      </w:r>
      <w:r>
        <w:rPr>
          <w:rFonts w:ascii="Segoe UI Historic" w:hAnsi="Segoe UI Historic" w:eastAsia="Segoe UI Historic" w:cs="Segoe UI Historic"/>
        </w:rPr>
        <w:t>ܚܙܝ</w:t>
      </w:r>
      <w:r>
        <w:rPr>
          <w:rFonts w:ascii="Times New Roman" w:hAnsi="Times New Roman" w:eastAsia="Times New Roman" w:cs="Times New Roman"/>
        </w:rPr>
        <w:t xml:space="preserve"> </w:t>
      </w:r>
      <w:r>
        <w:rPr>
          <w:rFonts w:ascii="Segoe UI Historic" w:hAnsi="Segoe UI Historic" w:eastAsia="Segoe UI Historic" w:cs="Segoe UI Historic"/>
        </w:rPr>
        <w:t>ܕܒܩܕܡܝܬ</w:t>
      </w:r>
      <w:r>
        <w:rPr>
          <w:rFonts w:ascii="Times New Roman" w:hAnsi="Times New Roman" w:eastAsia="Times New Roman" w:cs="Times New Roman"/>
        </w:rPr>
        <w:t xml:space="preserve"> </w:t>
      </w:r>
      <w:r>
        <w:rPr>
          <w:rFonts w:ascii="Segoe UI Historic" w:hAnsi="Segoe UI Historic" w:eastAsia="Segoe UI Historic" w:cs="Segoe UI Historic"/>
        </w:rPr>
        <w:t>ܛܒܥܬܗ</w:t>
      </w:r>
      <w:r>
        <w:rPr>
          <w:rFonts w:ascii="Times New Roman" w:hAnsi="Times New Roman" w:eastAsia="Times New Roman" w:cs="Times New Roman"/>
        </w:rPr>
        <w:t xml:space="preserve"> </w:t>
      </w:r>
      <w:r>
        <w:rPr>
          <w:rFonts w:ascii="Segoe UI Historic" w:hAnsi="Segoe UI Historic" w:eastAsia="Segoe UI Historic" w:cs="Segoe UI Historic"/>
        </w:rPr>
        <w:t>ܕܗܿܝ</w:t>
      </w:r>
      <w:r>
        <w:rPr>
          <w:rFonts w:ascii="Times New Roman" w:hAnsi="Times New Roman" w:eastAsia="Times New Roman" w:cs="Times New Roman"/>
        </w:rPr>
        <w:t xml:space="preserve"> </w:t>
      </w:r>
      <w:r>
        <w:rPr>
          <w:rFonts w:ascii="Segoe UI Historic" w:hAnsi="Segoe UI Historic" w:eastAsia="Segoe UI Historic" w:cs="Segoe UI Historic"/>
        </w:rPr>
        <w:t>ܡܠܬܐ</w:t>
      </w:r>
      <w:r>
        <w:rPr>
          <w:rFonts w:ascii="Times New Roman" w:hAnsi="Times New Roman" w:eastAsia="Times New Roman" w:cs="Times New Roman"/>
        </w:rPr>
        <w:t xml:space="preserve"> «</w:t>
      </w:r>
      <w:r>
        <w:rPr>
          <w:rFonts w:ascii="Segoe UI Historic" w:hAnsi="Segoe UI Historic" w:eastAsia="Segoe UI Historic" w:cs="Segoe UI Historic"/>
        </w:rPr>
        <w:t>ܢܝܫܐ</w:t>
      </w:r>
      <w:r>
        <w:rPr>
          <w:rFonts w:ascii="Times New Roman" w:hAnsi="Times New Roman" w:eastAsia="Times New Roman" w:cs="Times New Roman"/>
        </w:rPr>
        <w:t xml:space="preserve"> </w:t>
      </w:r>
      <w:r>
        <w:rPr>
          <w:rFonts w:ascii="Segoe UI Historic" w:hAnsi="Segoe UI Historic" w:eastAsia="Segoe UI Historic" w:cs="Segoe UI Historic"/>
        </w:rPr>
        <w:t>ܚܕܬܐ</w:t>
      </w:r>
      <w:r>
        <w:rPr>
          <w:rFonts w:ascii="Times New Roman" w:hAnsi="Times New Roman" w:eastAsia="Times New Roman" w:cs="Times New Roman"/>
        </w:rPr>
        <w:t xml:space="preserve"> </w:t>
      </w:r>
      <w:r>
        <w:rPr>
          <w:rFonts w:ascii="Segoe UI Historic" w:hAnsi="Segoe UI Historic" w:eastAsia="Segoe UI Historic" w:cs="Segoe UI Historic"/>
        </w:rPr>
        <w:t>ܕܥܠܡܐ</w:t>
      </w:r>
      <w:r>
        <w:rPr>
          <w:rFonts w:ascii="Times New Roman" w:hAnsi="Times New Roman" w:eastAsia="Times New Roman" w:cs="Times New Roman"/>
        </w:rPr>
        <w:t xml:space="preserve">»، </w:t>
      </w:r>
      <w:r>
        <w:rPr>
          <w:rFonts w:ascii="Segoe UI Historic" w:hAnsi="Segoe UI Historic" w:eastAsia="Segoe UI Historic" w:cs="Segoe UI Historic"/>
        </w:rPr>
        <w:t>ܐܣܠܡ</w:t>
      </w:r>
      <w:r>
        <w:rPr>
          <w:rFonts w:ascii="Times New Roman" w:hAnsi="Times New Roman" w:eastAsia="Times New Roman" w:cs="Times New Roman"/>
        </w:rPr>
        <w:t xml:space="preserve"> </w:t>
      </w:r>
      <w:r>
        <w:rPr>
          <w:rFonts w:ascii="Segoe UI Historic" w:hAnsi="Segoe UI Historic" w:eastAsia="Segoe UI Historic" w:cs="Segoe UI Historic"/>
        </w:rPr>
        <w:t>ܡܪܓܙ</w:t>
      </w:r>
      <w:r>
        <w:rPr>
          <w:rFonts w:ascii="Times New Roman" w:hAnsi="Times New Roman" w:eastAsia="Times New Roman" w:cs="Times New Roman"/>
        </w:rPr>
        <w:t xml:space="preserve"> </w:t>
      </w:r>
      <w:r>
        <w:rPr>
          <w:rFonts w:ascii="Segoe UI Historic" w:hAnsi="Segoe UI Historic" w:eastAsia="Segoe UI Historic" w:cs="Segoe UI Historic"/>
        </w:rPr>
        <w:t>ܗܘܐ</w:t>
      </w:r>
      <w:r>
        <w:rPr>
          <w:rFonts w:ascii="Times New Roman" w:hAnsi="Times New Roman" w:eastAsia="Times New Roman" w:cs="Times New Roman"/>
        </w:rPr>
        <w:t xml:space="preserve"> </w:t>
      </w:r>
      <w:r>
        <w:rPr>
          <w:rFonts w:ascii="Segoe UI Historic" w:hAnsi="Segoe UI Historic" w:eastAsia="Segoe UI Historic" w:cs="Segoe UI Historic"/>
        </w:rPr>
        <w:t>ܠܥܡܡܐ</w:t>
      </w:r>
      <w:r>
        <w:rPr>
          <w:rFonts w:ascii="Times New Roman" w:hAnsi="Times New Roman" w:eastAsia="Times New Roman" w:cs="Times New Roman"/>
        </w:rPr>
        <w:t xml:space="preserve">̈، </w:t>
      </w:r>
      <w:r>
        <w:rPr>
          <w:rFonts w:ascii="Segoe UI Historic" w:hAnsi="Segoe UI Historic" w:eastAsia="Segoe UI Historic" w:cs="Segoe UI Historic"/>
        </w:rPr>
        <w:t>ܘܗܝ</w:t>
      </w:r>
      <w:r>
        <w:rPr>
          <w:rFonts w:ascii="Times New Roman" w:hAnsi="Times New Roman" w:eastAsia="Times New Roman" w:cs="Times New Roman"/>
        </w:rPr>
        <w:t xml:space="preserve"> </w:t>
      </w:r>
      <w:r>
        <w:rPr>
          <w:rFonts w:ascii="Segoe UI Historic" w:hAnsi="Segoe UI Historic" w:eastAsia="Segoe UI Historic" w:cs="Segoe UI Historic"/>
        </w:rPr>
        <w:t>ܕܪܫܬܐ</w:t>
      </w:r>
      <w:r>
        <w:rPr>
          <w:rFonts w:ascii="Times New Roman" w:hAnsi="Times New Roman" w:eastAsia="Times New Roman" w:cs="Times New Roman"/>
        </w:rPr>
        <w:t xml:space="preserve"> </w:t>
      </w:r>
      <w:r>
        <w:rPr>
          <w:rFonts w:ascii="Segoe UI Historic" w:hAnsi="Segoe UI Historic" w:eastAsia="Segoe UI Historic" w:cs="Segoe UI Historic"/>
        </w:rPr>
        <w:t>ܐܬܐܡܪܬ</w:t>
      </w:r>
      <w:r>
        <w:rPr>
          <w:rFonts w:ascii="Times New Roman" w:hAnsi="Times New Roman" w:eastAsia="Times New Roman" w:cs="Times New Roman"/>
        </w:rPr>
        <w:t xml:space="preserve"> </w:t>
      </w:r>
      <w:r>
        <w:rPr>
          <w:rFonts w:ascii="Segoe UI Historic" w:hAnsi="Segoe UI Historic" w:eastAsia="Segoe UI Historic" w:cs="Segoe UI Historic"/>
        </w:rPr>
        <w:t>ܒ</w:t>
      </w:r>
      <w:r>
        <w:rPr>
          <w:rFonts w:ascii="Times New Roman" w:hAnsi="Times New Roman" w:eastAsia="Times New Roman" w:cs="Times New Roman"/>
        </w:rPr>
        <w:t xml:space="preserve">9/11. </w:t>
      </w:r>
      <w:r>
        <w:rPr>
          <w:rFonts w:ascii="Segoe UI Historic" w:hAnsi="Segoe UI Historic" w:eastAsia="Segoe UI Historic" w:cs="Segoe UI Historic"/>
        </w:rPr>
        <w:t>ܡܢ</w:t>
      </w:r>
      <w:r>
        <w:rPr>
          <w:rFonts w:ascii="Times New Roman" w:hAnsi="Times New Roman" w:eastAsia="Times New Roman" w:cs="Times New Roman"/>
        </w:rPr>
        <w:t xml:space="preserve"> Roosevelt </w:t>
      </w:r>
      <w:r>
        <w:rPr>
          <w:rFonts w:ascii="Segoe UI Historic" w:hAnsi="Segoe UI Historic" w:eastAsia="Segoe UI Historic" w:cs="Segoe UI Historic"/>
        </w:rPr>
        <w:t>ܥܕܡܐ</w:t>
      </w:r>
      <w:r>
        <w:rPr>
          <w:rFonts w:ascii="Times New Roman" w:hAnsi="Times New Roman" w:eastAsia="Times New Roman" w:cs="Times New Roman"/>
        </w:rPr>
        <w:t xml:space="preserve"> </w:t>
      </w:r>
      <w:r>
        <w:rPr>
          <w:rFonts w:ascii="Segoe UI Historic" w:hAnsi="Segoe UI Historic" w:eastAsia="Segoe UI Historic" w:cs="Segoe UI Historic"/>
        </w:rPr>
        <w:t>ܠ</w:t>
      </w:r>
      <w:r>
        <w:rPr>
          <w:rFonts w:ascii="Times New Roman" w:hAnsi="Times New Roman" w:eastAsia="Times New Roman" w:cs="Times New Roman"/>
        </w:rPr>
        <w:t xml:space="preserve">Carter </w:t>
      </w:r>
      <w:r>
        <w:rPr>
          <w:rFonts w:ascii="Segoe UI Historic" w:hAnsi="Segoe UI Historic" w:eastAsia="Segoe UI Historic" w:cs="Segoe UI Historic"/>
        </w:rPr>
        <w:t>ܬܡܢܝܐ</w:t>
      </w:r>
      <w:r>
        <w:rPr>
          <w:rFonts w:ascii="Times New Roman" w:hAnsi="Times New Roman" w:eastAsia="Times New Roman" w:cs="Times New Roman"/>
        </w:rPr>
        <w:t xml:space="preserve"> </w:t>
      </w:r>
      <w:r>
        <w:rPr>
          <w:rFonts w:ascii="Segoe UI Historic" w:hAnsi="Segoe UI Historic" w:eastAsia="Segoe UI Historic" w:cs="Segoe UI Historic"/>
        </w:rPr>
        <w:t>ܪ</w:t>
      </w:r>
      <w:r>
        <w:rPr>
          <w:rFonts w:ascii="Times New Roman" w:hAnsi="Times New Roman" w:eastAsia="Times New Roman" w:cs="Times New Roman"/>
        </w:rPr>
        <w:t>̈</w:t>
      </w:r>
      <w:r>
        <w:rPr>
          <w:rFonts w:ascii="Segoe UI Historic" w:hAnsi="Segoe UI Historic" w:eastAsia="Segoe UI Historic" w:cs="Segoe UI Historic"/>
        </w:rPr>
        <w:t>ܝܫܢܐ</w:t>
      </w:r>
      <w:r>
        <w:rPr>
          <w:rFonts w:ascii="Times New Roman" w:hAnsi="Times New Roman" w:eastAsia="Times New Roman" w:cs="Times New Roman"/>
        </w:rPr>
        <w:t xml:space="preserve"> </w:t>
      </w:r>
      <w:r>
        <w:rPr>
          <w:rFonts w:ascii="Segoe UI Historic" w:hAnsi="Segoe UI Historic" w:eastAsia="Segoe UI Historic" w:cs="Segoe UI Historic"/>
        </w:rPr>
        <w:t>ܗܘܘ</w:t>
      </w:r>
      <w:r>
        <w:rPr>
          <w:rFonts w:ascii="Times New Roman" w:hAnsi="Times New Roman" w:eastAsia="Times New Roman" w:cs="Times New Roman"/>
        </w:rPr>
        <w:t xml:space="preserve">، </w:t>
      </w:r>
      <w:r>
        <w:rPr>
          <w:rFonts w:ascii="Segoe UI Historic" w:hAnsi="Segoe UI Historic" w:eastAsia="Segoe UI Historic" w:cs="Segoe UI Historic"/>
        </w:rPr>
        <w:t>ܘܡܢ</w:t>
      </w:r>
      <w:r>
        <w:rPr>
          <w:rFonts w:ascii="Times New Roman" w:hAnsi="Times New Roman" w:eastAsia="Times New Roman" w:cs="Times New Roman"/>
        </w:rPr>
        <w:t xml:space="preserve"> Reagan </w:t>
      </w:r>
      <w:r>
        <w:rPr>
          <w:rFonts w:ascii="Segoe UI Historic" w:hAnsi="Segoe UI Historic" w:eastAsia="Segoe UI Historic" w:cs="Segoe UI Historic"/>
        </w:rPr>
        <w:t>ܥܕܡܐ</w:t>
      </w:r>
      <w:r>
        <w:rPr>
          <w:rFonts w:ascii="Times New Roman" w:hAnsi="Times New Roman" w:eastAsia="Times New Roman" w:cs="Times New Roman"/>
        </w:rPr>
        <w:t xml:space="preserve"> </w:t>
      </w:r>
      <w:r>
        <w:rPr>
          <w:rFonts w:ascii="Segoe UI Historic" w:hAnsi="Segoe UI Historic" w:eastAsia="Segoe UI Historic" w:cs="Segoe UI Historic"/>
        </w:rPr>
        <w:t>ܠ</w:t>
      </w:r>
      <w:r>
        <w:rPr>
          <w:rFonts w:ascii="Times New Roman" w:hAnsi="Times New Roman" w:eastAsia="Times New Roman" w:cs="Times New Roman"/>
        </w:rPr>
        <w:t xml:space="preserve">Trump </w:t>
      </w:r>
      <w:r>
        <w:rPr>
          <w:rFonts w:ascii="Segoe UI Historic" w:hAnsi="Segoe UI Historic" w:eastAsia="Segoe UI Historic" w:cs="Segoe UI Historic"/>
        </w:rPr>
        <w:t>ܬܡܢܝܐ</w:t>
      </w:r>
      <w:r>
        <w:rPr>
          <w:rFonts w:ascii="Times New Roman" w:hAnsi="Times New Roman" w:eastAsia="Times New Roman" w:cs="Times New Roman"/>
        </w:rPr>
        <w:t xml:space="preserve"> </w:t>
      </w:r>
      <w:r>
        <w:rPr>
          <w:rFonts w:ascii="Segoe UI Historic" w:hAnsi="Segoe UI Historic" w:eastAsia="Segoe UI Historic" w:cs="Segoe UI Historic"/>
        </w:rPr>
        <w:t>ܪ</w:t>
      </w:r>
      <w:r>
        <w:rPr>
          <w:rFonts w:ascii="Times New Roman" w:hAnsi="Times New Roman" w:eastAsia="Times New Roman" w:cs="Times New Roman"/>
        </w:rPr>
        <w:t>̈</w:t>
      </w:r>
      <w:r>
        <w:rPr>
          <w:rFonts w:ascii="Segoe UI Historic" w:hAnsi="Segoe UI Historic" w:eastAsia="Segoe UI Historic" w:cs="Segoe UI Historic"/>
        </w:rPr>
        <w:t>ܝܫܢܐ</w:t>
      </w:r>
      <w:r>
        <w:rPr>
          <w:rFonts w:ascii="Times New Roman" w:hAnsi="Times New Roman" w:eastAsia="Times New Roman" w:cs="Times New Roman"/>
        </w:rPr>
        <w:t xml:space="preserve"> </w:t>
      </w:r>
      <w:r>
        <w:rPr>
          <w:rFonts w:ascii="Segoe UI Historic" w:hAnsi="Segoe UI Historic" w:eastAsia="Segoe UI Historic" w:cs="Segoe UI Historic"/>
        </w:rPr>
        <w:t>ܗܘܘ</w:t>
      </w:r>
      <w:r>
        <w:rPr>
          <w:rFonts w:ascii="Times New Roman" w:hAnsi="Times New Roman" w:eastAsia="Times New Roman" w:cs="Times New Roman"/>
        </w:rPr>
        <w:t xml:space="preserve">. Trump </w:t>
      </w:r>
      <w:r>
        <w:rPr>
          <w:rFonts w:ascii="Segoe UI Historic" w:hAnsi="Segoe UI Historic" w:eastAsia="Segoe UI Historic" w:cs="Segoe UI Historic"/>
        </w:rPr>
        <w:t>ܗܘ</w:t>
      </w:r>
      <w:r>
        <w:rPr>
          <w:rFonts w:ascii="Times New Roman" w:hAnsi="Times New Roman" w:eastAsia="Times New Roman" w:cs="Times New Roman"/>
        </w:rPr>
        <w:t xml:space="preserve"> </w:t>
      </w:r>
      <w:r>
        <w:rPr>
          <w:rFonts w:ascii="Segoe UI Historic" w:hAnsi="Segoe UI Historic" w:eastAsia="Segoe UI Historic" w:cs="Segoe UI Historic"/>
        </w:rPr>
        <w:t>ܪܝܫܢܐ</w:t>
      </w:r>
      <w:r>
        <w:rPr>
          <w:rFonts w:ascii="Times New Roman" w:hAnsi="Times New Roman" w:eastAsia="Times New Roman" w:cs="Times New Roman"/>
        </w:rPr>
        <w:t xml:space="preserve"> </w:t>
      </w:r>
      <w:r>
        <w:rPr>
          <w:rFonts w:ascii="Segoe UI Historic" w:hAnsi="Segoe UI Historic" w:eastAsia="Segoe UI Historic" w:cs="Segoe UI Historic"/>
        </w:rPr>
        <w:t>ܐܚܪܝܐ</w:t>
      </w:r>
      <w:r>
        <w:rPr>
          <w:rFonts w:ascii="Times New Roman" w:hAnsi="Times New Roman" w:eastAsia="Times New Roman" w:cs="Times New Roman"/>
        </w:rPr>
        <w:t xml:space="preserve">، </w:t>
      </w:r>
      <w:r>
        <w:rPr>
          <w:rFonts w:ascii="Segoe UI Historic" w:hAnsi="Segoe UI Historic" w:eastAsia="Segoe UI Historic" w:cs="Segoe UI Historic"/>
        </w:rPr>
        <w:t>ܘܗܘ</w:t>
      </w:r>
      <w:r>
        <w:rPr>
          <w:rFonts w:ascii="Times New Roman" w:hAnsi="Times New Roman" w:eastAsia="Times New Roman" w:cs="Times New Roman"/>
        </w:rPr>
        <w:t xml:space="preserve"> </w:t>
      </w:r>
      <w:r>
        <w:rPr>
          <w:rFonts w:ascii="Segoe UI Historic" w:hAnsi="Segoe UI Historic" w:eastAsia="Segoe UI Historic" w:cs="Segoe UI Historic"/>
        </w:rPr>
        <w:t>ܐܬܛܘܦܣ</w:t>
      </w:r>
      <w:r>
        <w:rPr>
          <w:rFonts w:ascii="Times New Roman" w:hAnsi="Times New Roman" w:eastAsia="Times New Roman" w:cs="Times New Roman"/>
        </w:rPr>
        <w:t xml:space="preserve"> </w:t>
      </w:r>
      <w:r>
        <w:rPr>
          <w:rFonts w:ascii="Segoe UI Historic" w:hAnsi="Segoe UI Historic" w:eastAsia="Segoe UI Historic" w:cs="Segoe UI Historic"/>
        </w:rPr>
        <w:t>ܒܪܝܫܢܐ</w:t>
      </w:r>
      <w:r>
        <w:rPr>
          <w:rFonts w:ascii="Times New Roman" w:hAnsi="Times New Roman" w:eastAsia="Times New Roman" w:cs="Times New Roman"/>
        </w:rPr>
        <w:t xml:space="preserve"> </w:t>
      </w:r>
      <w:r>
        <w:rPr>
          <w:rFonts w:ascii="Segoe UI Historic" w:hAnsi="Segoe UI Historic" w:eastAsia="Segoe UI Historic" w:cs="Segoe UI Historic"/>
        </w:rPr>
        <w:t>ܩܕܡܝܐ</w:t>
      </w:r>
      <w:r>
        <w:rPr>
          <w:rFonts w:ascii="Times New Roman" w:hAnsi="Times New Roman" w:eastAsia="Times New Roman" w:cs="Times New Roman"/>
        </w:rPr>
        <w:t xml:space="preserve">، </w:t>
      </w:r>
      <w:r>
        <w:rPr>
          <w:rFonts w:ascii="Segoe UI Historic" w:hAnsi="Segoe UI Historic" w:eastAsia="Segoe UI Historic" w:cs="Segoe UI Historic"/>
        </w:rPr>
        <w:t>ܗܘ</w:t>
      </w:r>
      <w:r>
        <w:rPr>
          <w:rFonts w:ascii="Times New Roman" w:hAnsi="Times New Roman" w:eastAsia="Times New Roman" w:cs="Times New Roman"/>
        </w:rPr>
        <w:t xml:space="preserve"> </w:t>
      </w:r>
      <w:r>
        <w:rPr>
          <w:rFonts w:ascii="Segoe UI Historic" w:hAnsi="Segoe UI Historic" w:eastAsia="Segoe UI Historic" w:cs="Segoe UI Historic"/>
        </w:rPr>
        <w:t>ܕܗܘܐ</w:t>
      </w:r>
      <w:r>
        <w:rPr>
          <w:rFonts w:ascii="Times New Roman" w:hAnsi="Times New Roman" w:eastAsia="Times New Roman" w:cs="Times New Roman"/>
        </w:rPr>
        <w:t xml:space="preserve"> </w:t>
      </w:r>
      <w:r>
        <w:rPr>
          <w:rFonts w:ascii="Segoe UI Historic" w:hAnsi="Segoe UI Historic" w:eastAsia="Segoe UI Historic" w:cs="Segoe UI Historic"/>
        </w:rPr>
        <w:t>ܬܡܝܢܝܐ</w:t>
      </w:r>
      <w:r>
        <w:rPr>
          <w:rFonts w:ascii="Times New Roman" w:hAnsi="Times New Roman" w:eastAsia="Times New Roman" w:cs="Times New Roman"/>
        </w:rPr>
        <w:t xml:space="preserve"> </w:t>
      </w:r>
      <w:r>
        <w:rPr>
          <w:rFonts w:ascii="Segoe UI Historic" w:hAnsi="Segoe UI Historic" w:eastAsia="Segoe UI Historic" w:cs="Segoe UI Historic"/>
        </w:rPr>
        <w:t>ܕܫܒܥܐ</w:t>
      </w:r>
      <w:r>
        <w:rPr>
          <w:rFonts w:ascii="Times New Roman" w:hAnsi="Times New Roman" w:eastAsia="Times New Roman" w:cs="Times New Roman"/>
        </w:rPr>
        <w:t xml:space="preserve"> </w:t>
      </w:r>
      <w:r>
        <w:rPr>
          <w:rFonts w:ascii="Segoe UI Historic" w:hAnsi="Segoe UI Historic" w:eastAsia="Segoe UI Historic" w:cs="Segoe UI Historic"/>
        </w:rPr>
        <w:t>ܪ</w:t>
      </w:r>
      <w:r>
        <w:rPr>
          <w:rFonts w:ascii="Times New Roman" w:hAnsi="Times New Roman" w:eastAsia="Times New Roman" w:cs="Times New Roman"/>
        </w:rPr>
        <w:t>̈</w:t>
      </w:r>
      <w:r>
        <w:rPr>
          <w:rFonts w:ascii="Segoe UI Historic" w:hAnsi="Segoe UI Historic" w:eastAsia="Segoe UI Historic" w:cs="Segoe UI Historic"/>
        </w:rPr>
        <w:t>ܝܫܢܐ</w:t>
      </w:r>
      <w:r>
        <w:rPr>
          <w:rFonts w:ascii="Times New Roman" w:hAnsi="Times New Roman" w:eastAsia="Times New Roman" w:cs="Times New Roman"/>
        </w:rPr>
        <w:t xml:space="preserve"> </w:t>
      </w:r>
      <w:r>
        <w:rPr>
          <w:rFonts w:ascii="Segoe UI Historic" w:hAnsi="Segoe UI Historic" w:eastAsia="Segoe UI Historic" w:cs="Segoe UI Historic"/>
        </w:rPr>
        <w:t>ܩܕܡܝܐ</w:t>
      </w:r>
      <w:r>
        <w:rPr>
          <w:rFonts w:ascii="Times New Roman" w:hAnsi="Times New Roman" w:eastAsia="Times New Roman" w:cs="Times New Roman"/>
        </w:rPr>
        <w:t>.</w:t>
      </w:r>
    </w:p>
    <w:p>
      <w:pPr>
        <w:pStyle w:val="ArticleBody"/>
        <w:jc w:val="left"/>
      </w:pPr>
      <w:r>
        <w:rPr>
          <w:rFonts w:ascii="Ebrima" w:hAnsi="Ebrima" w:eastAsia="Ebrima" w:cs="Ebrima"/>
        </w:rPr>
        <w:t>ኣብ</w:t>
      </w:r>
      <w:r>
        <w:rPr>
          <w:rFonts w:ascii="Times New Roman" w:hAnsi="Times New Roman" w:eastAsia="Times New Roman" w:cs="Times New Roman"/>
        </w:rPr>
        <w:t xml:space="preserve"> 1798 </w:t>
      </w:r>
      <w:r>
        <w:rPr>
          <w:rFonts w:ascii="Ebrima" w:hAnsi="Ebrima" w:eastAsia="Ebrima" w:cs="Ebrima"/>
        </w:rPr>
        <w:t>ዝተረኽበ</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መወዳእታ</w:t>
      </w:r>
      <w:r>
        <w:rPr>
          <w:rFonts w:ascii="Times New Roman" w:hAnsi="Times New Roman" w:eastAsia="Times New Roman" w:cs="Times New Roman"/>
        </w:rPr>
        <w:t xml:space="preserve"> </w:t>
      </w:r>
      <w:r>
        <w:rPr>
          <w:rFonts w:ascii="Ebrima" w:hAnsi="Ebrima" w:eastAsia="Ebrima" w:cs="Ebrima"/>
        </w:rPr>
        <w:t>ነቲ</w:t>
      </w:r>
      <w:r>
        <w:rPr>
          <w:rFonts w:ascii="Times New Roman" w:hAnsi="Times New Roman" w:eastAsia="Times New Roman" w:cs="Times New Roman"/>
        </w:rPr>
        <w:t xml:space="preserve"> </w:t>
      </w:r>
      <w:r>
        <w:rPr>
          <w:rFonts w:ascii="Ebrima" w:hAnsi="Ebrima" w:eastAsia="Ebrima" w:cs="Ebrima"/>
        </w:rPr>
        <w:t>ሞት</w:t>
      </w:r>
      <w:r>
        <w:rPr>
          <w:rFonts w:ascii="Times New Roman" w:hAnsi="Times New Roman" w:eastAsia="Times New Roman" w:cs="Times New Roman"/>
        </w:rPr>
        <w:t xml:space="preserve"> </w:t>
      </w:r>
      <w:r>
        <w:rPr>
          <w:rFonts w:ascii="Ebrima" w:hAnsi="Ebrima" w:eastAsia="Ebrima" w:cs="Ebrima"/>
        </w:rPr>
        <w:t>ዘምጽእ</w:t>
      </w:r>
      <w:r>
        <w:rPr>
          <w:rFonts w:ascii="Times New Roman" w:hAnsi="Times New Roman" w:eastAsia="Times New Roman" w:cs="Times New Roman"/>
        </w:rPr>
        <w:t xml:space="preserve"> </w:t>
      </w:r>
      <w:r>
        <w:rPr>
          <w:rFonts w:ascii="Ebrima" w:hAnsi="Ebrima" w:eastAsia="Ebrima" w:cs="Ebrima"/>
        </w:rPr>
        <w:t>ቍስሊ</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ጳጳሳዊ</w:t>
      </w:r>
      <w:r>
        <w:rPr>
          <w:rFonts w:ascii="Times New Roman" w:hAnsi="Times New Roman" w:eastAsia="Times New Roman" w:cs="Times New Roman"/>
        </w:rPr>
        <w:t xml:space="preserve"> </w:t>
      </w:r>
      <w:r>
        <w:rPr>
          <w:rFonts w:ascii="Ebrima" w:hAnsi="Ebrima" w:eastAsia="Ebrima" w:cs="Ebrima"/>
        </w:rPr>
        <w:t>ስልጣን</w:t>
      </w:r>
      <w:r>
        <w:rPr>
          <w:rFonts w:ascii="Times New Roman" w:hAnsi="Times New Roman" w:eastAsia="Times New Roman" w:cs="Times New Roman"/>
        </w:rPr>
        <w:t xml:space="preserve"> </w:t>
      </w:r>
      <w:r>
        <w:rPr>
          <w:rFonts w:ascii="Ebrima" w:hAnsi="Ebrima" w:eastAsia="Ebrima" w:cs="Ebrima"/>
        </w:rPr>
        <w:t>ይለልይ፣</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ጳጳሳዊ</w:t>
      </w:r>
      <w:r>
        <w:rPr>
          <w:rFonts w:ascii="Times New Roman" w:hAnsi="Times New Roman" w:eastAsia="Times New Roman" w:cs="Times New Roman"/>
        </w:rPr>
        <w:t xml:space="preserve"> </w:t>
      </w:r>
      <w:r>
        <w:rPr>
          <w:rFonts w:ascii="Ebrima" w:hAnsi="Ebrima" w:eastAsia="Ebrima" w:cs="Ebrima"/>
        </w:rPr>
        <w:t>ስልጣን</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ዘመነ</w:t>
      </w:r>
      <w:r>
        <w:rPr>
          <w:rFonts w:ascii="Times New Roman" w:hAnsi="Times New Roman" w:eastAsia="Times New Roman" w:cs="Times New Roman"/>
        </w:rPr>
        <w:t xml:space="preserve"> </w:t>
      </w:r>
      <w:r>
        <w:rPr>
          <w:rFonts w:ascii="Ebrima" w:hAnsi="Ebrima" w:eastAsia="Ebrima" w:cs="Ebrima"/>
        </w:rPr>
        <w:t>ጸልማት</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ልዕሊ</w:t>
      </w:r>
      <w:r>
        <w:rPr>
          <w:rFonts w:ascii="Times New Roman" w:hAnsi="Times New Roman" w:eastAsia="Times New Roman" w:cs="Times New Roman"/>
        </w:rPr>
        <w:t xml:space="preserve"> </w:t>
      </w:r>
      <w:r>
        <w:rPr>
          <w:rFonts w:ascii="Ebrima" w:hAnsi="Ebrima" w:eastAsia="Ebrima" w:cs="Ebrima"/>
        </w:rPr>
        <w:t>ነገስታት</w:t>
      </w:r>
      <w:r>
        <w:rPr>
          <w:rFonts w:ascii="Times New Roman" w:hAnsi="Times New Roman" w:eastAsia="Times New Roman" w:cs="Times New Roman"/>
        </w:rPr>
        <w:t xml:space="preserve"> </w:t>
      </w:r>
      <w:r>
        <w:rPr>
          <w:rFonts w:ascii="Ebrima" w:hAnsi="Ebrima" w:eastAsia="Ebrima" w:cs="Ebrima"/>
        </w:rPr>
        <w:t>ኤውሮጳ</w:t>
      </w:r>
      <w:r>
        <w:rPr>
          <w:rFonts w:ascii="Times New Roman" w:hAnsi="Times New Roman" w:eastAsia="Times New Roman" w:cs="Times New Roman"/>
        </w:rPr>
        <w:t xml:space="preserve"> </w:t>
      </w:r>
      <w:r>
        <w:rPr>
          <w:rFonts w:ascii="Ebrima" w:hAnsi="Ebrima" w:eastAsia="Ebrima" w:cs="Ebrima"/>
        </w:rPr>
        <w:t>ዝነገሠ</w:t>
      </w:r>
      <w:r>
        <w:rPr>
          <w:rFonts w:ascii="Times New Roman" w:hAnsi="Times New Roman" w:eastAsia="Times New Roman" w:cs="Times New Roman"/>
        </w:rPr>
        <w:t xml:space="preserve"> </w:t>
      </w:r>
      <w:r>
        <w:rPr>
          <w:rFonts w:ascii="Ebrima" w:hAnsi="Ebrima" w:eastAsia="Ebrima" w:cs="Ebrima"/>
        </w:rPr>
        <w:t>ሓይሊ</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ራእይ</w:t>
      </w:r>
      <w:r>
        <w:rPr>
          <w:rFonts w:ascii="Times New Roman" w:hAnsi="Times New Roman" w:eastAsia="Times New Roman" w:cs="Times New Roman"/>
        </w:rPr>
        <w:t xml:space="preserve"> </w:t>
      </w:r>
      <w:r>
        <w:rPr>
          <w:rFonts w:ascii="Ebrima" w:hAnsi="Ebrima" w:eastAsia="Ebrima" w:cs="Ebrima"/>
        </w:rPr>
        <w:t>ዓሰርተ</w:t>
      </w:r>
      <w:r>
        <w:rPr>
          <w:rFonts w:ascii="Times New Roman" w:hAnsi="Times New Roman" w:eastAsia="Times New Roman" w:cs="Times New Roman"/>
        </w:rPr>
        <w:t xml:space="preserve"> </w:t>
      </w:r>
      <w:r>
        <w:rPr>
          <w:rFonts w:ascii="Ebrima" w:hAnsi="Ebrima" w:eastAsia="Ebrima" w:cs="Ebrima"/>
        </w:rPr>
        <w:t>ሸውዓተ</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ዝምድና</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ልዕሊ</w:t>
      </w:r>
      <w:r>
        <w:rPr>
          <w:rFonts w:ascii="Times New Roman" w:hAnsi="Times New Roman" w:eastAsia="Times New Roman" w:cs="Times New Roman"/>
        </w:rPr>
        <w:t xml:space="preserve"> </w:t>
      </w:r>
      <w:r>
        <w:rPr>
          <w:rFonts w:ascii="Ebrima" w:hAnsi="Ebrima" w:eastAsia="Ebrima" w:cs="Ebrima"/>
        </w:rPr>
        <w:t>ኣራዊት</w:t>
      </w:r>
      <w:r>
        <w:rPr>
          <w:rFonts w:ascii="Times New Roman" w:hAnsi="Times New Roman" w:eastAsia="Times New Roman" w:cs="Times New Roman"/>
        </w:rPr>
        <w:t xml:space="preserve"> </w:t>
      </w:r>
      <w:r>
        <w:rPr>
          <w:rFonts w:ascii="Ebrima" w:hAnsi="Ebrima" w:eastAsia="Ebrima" w:cs="Ebrima"/>
        </w:rPr>
        <w:t>ተወጢሓ</w:t>
      </w:r>
      <w:r>
        <w:rPr>
          <w:rFonts w:ascii="Times New Roman" w:hAnsi="Times New Roman" w:eastAsia="Times New Roman" w:cs="Times New Roman"/>
        </w:rPr>
        <w:t xml:space="preserve"> </w:t>
      </w:r>
      <w:r>
        <w:rPr>
          <w:rFonts w:ascii="Ebrima" w:hAnsi="Ebrima" w:eastAsia="Ebrima" w:cs="Ebrima"/>
        </w:rPr>
        <w:t>እናጋለበት</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ልዕሊኡ</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እትነግሥ</w:t>
      </w:r>
      <w:r>
        <w:rPr>
          <w:rFonts w:ascii="Times New Roman" w:hAnsi="Times New Roman" w:eastAsia="Times New Roman" w:cs="Times New Roman"/>
        </w:rPr>
        <w:t xml:space="preserve"> </w:t>
      </w:r>
      <w:r>
        <w:rPr>
          <w:rFonts w:ascii="Ebrima" w:hAnsi="Ebrima" w:eastAsia="Ebrima" w:cs="Ebrima"/>
        </w:rPr>
        <w:t>ዓለማዊት</w:t>
      </w:r>
      <w:r>
        <w:rPr>
          <w:rFonts w:ascii="Times New Roman" w:hAnsi="Times New Roman" w:eastAsia="Times New Roman" w:cs="Times New Roman"/>
        </w:rPr>
        <w:t xml:space="preserve"> </w:t>
      </w:r>
      <w:r>
        <w:rPr>
          <w:rFonts w:ascii="Ebrima" w:hAnsi="Ebrima" w:eastAsia="Ebrima" w:cs="Ebrima"/>
        </w:rPr>
        <w:t>ኣመንዝራ</w:t>
      </w:r>
      <w:r>
        <w:rPr>
          <w:rFonts w:ascii="Times New Roman" w:hAnsi="Times New Roman" w:eastAsia="Times New Roman" w:cs="Times New Roman"/>
        </w:rPr>
        <w:t xml:space="preserve"> </w:t>
      </w:r>
      <w:r>
        <w:rPr>
          <w:rFonts w:ascii="Ebrima" w:hAnsi="Ebrima" w:eastAsia="Ebrima" w:cs="Ebrima"/>
        </w:rPr>
        <w:t>ተባሂሉ</w:t>
      </w:r>
      <w:r>
        <w:rPr>
          <w:rFonts w:ascii="Times New Roman" w:hAnsi="Times New Roman" w:eastAsia="Times New Roman" w:cs="Times New Roman"/>
        </w:rPr>
        <w:t xml:space="preserve"> </w:t>
      </w:r>
      <w:r>
        <w:rPr>
          <w:rFonts w:ascii="Ebrima" w:hAnsi="Ebrima" w:eastAsia="Ebrima" w:cs="Ebrima"/>
        </w:rPr>
        <w:t>ተስእሎ</w:t>
      </w:r>
      <w:r>
        <w:rPr>
          <w:rFonts w:ascii="Times New Roman" w:hAnsi="Times New Roman" w:eastAsia="Times New Roman" w:cs="Times New Roman"/>
        </w:rPr>
        <w:t xml:space="preserve"> </w:t>
      </w:r>
      <w:r>
        <w:rPr>
          <w:rFonts w:ascii="Ebrima" w:hAnsi="Ebrima" w:eastAsia="Ebrima" w:cs="Ebrima"/>
        </w:rPr>
        <w:t>ኣሎ።</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1798 </w:t>
      </w:r>
      <w:r>
        <w:rPr>
          <w:rFonts w:ascii="Ebrima" w:hAnsi="Ebrima" w:eastAsia="Ebrima" w:cs="Ebrima"/>
        </w:rPr>
        <w:t>ድጋፍ</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ነገስታት</w:t>
      </w:r>
      <w:r>
        <w:rPr>
          <w:rFonts w:ascii="Times New Roman" w:hAnsi="Times New Roman" w:eastAsia="Times New Roman" w:cs="Times New Roman"/>
        </w:rPr>
        <w:t xml:space="preserve"> </w:t>
      </w:r>
      <w:r>
        <w:rPr>
          <w:rFonts w:ascii="Ebrima" w:hAnsi="Ebrima" w:eastAsia="Ebrima" w:cs="Ebrima"/>
        </w:rPr>
        <w:t>ኤውሮጳ</w:t>
      </w:r>
      <w:r>
        <w:rPr>
          <w:rFonts w:ascii="Times New Roman" w:hAnsi="Times New Roman" w:eastAsia="Times New Roman" w:cs="Times New Roman"/>
        </w:rPr>
        <w:t xml:space="preserve"> </w:t>
      </w:r>
      <w:r>
        <w:rPr>
          <w:rFonts w:ascii="Ebrima" w:hAnsi="Ebrima" w:eastAsia="Ebrima" w:cs="Ebrima"/>
        </w:rPr>
        <w:t>ተወሲዱ፣</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ኣራዊት</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ሞይቱ</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1799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ጳጳስ</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ስደት</w:t>
      </w:r>
      <w:r>
        <w:rPr>
          <w:rFonts w:ascii="Times New Roman" w:hAnsi="Times New Roman" w:eastAsia="Times New Roman" w:cs="Times New Roman"/>
        </w:rPr>
        <w:t xml:space="preserve"> </w:t>
      </w:r>
      <w:r>
        <w:rPr>
          <w:rFonts w:ascii="Ebrima" w:hAnsi="Ebrima" w:eastAsia="Ebrima" w:cs="Ebrima"/>
        </w:rPr>
        <w:t>ሞተ።</w:t>
      </w:r>
      <w:r>
        <w:rPr>
          <w:rFonts w:ascii="Times New Roman" w:hAnsi="Times New Roman" w:eastAsia="Times New Roman" w:cs="Times New Roman"/>
        </w:rPr>
        <w:t xml:space="preserve"> 1798</w:t>
      </w:r>
      <w:r>
        <w:rPr>
          <w:rFonts w:ascii="Ebrima" w:hAnsi="Ebrima" w:eastAsia="Ebrima" w:cs="Ebrima"/>
        </w:rPr>
        <w:t>ን</w:t>
      </w:r>
      <w:r>
        <w:rPr>
          <w:rFonts w:ascii="Times New Roman" w:hAnsi="Times New Roman" w:eastAsia="Times New Roman" w:cs="Times New Roman"/>
        </w:rPr>
        <w:t xml:space="preserve"> 1799</w:t>
      </w:r>
      <w:r>
        <w:rPr>
          <w:rFonts w:ascii="Ebrima" w:hAnsi="Ebrima" w:eastAsia="Ebrima" w:cs="Ebrima"/>
        </w:rPr>
        <w:t>ን</w:t>
      </w:r>
      <w:r>
        <w:rPr>
          <w:rFonts w:ascii="Times New Roman" w:hAnsi="Times New Roman" w:eastAsia="Times New Roman" w:cs="Times New Roman"/>
        </w:rPr>
        <w:t xml:space="preserve"> </w:t>
      </w:r>
      <w:r>
        <w:rPr>
          <w:rFonts w:ascii="Ebrima" w:hAnsi="Ebrima" w:eastAsia="Ebrima" w:cs="Ebrima"/>
        </w:rPr>
        <w:t>ከምቲ</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መወዳእታ</w:t>
      </w:r>
      <w:r>
        <w:rPr>
          <w:rFonts w:ascii="Times New Roman" w:hAnsi="Times New Roman" w:eastAsia="Times New Roman" w:cs="Times New Roman"/>
        </w:rPr>
        <w:t xml:space="preserve"> </w:t>
      </w:r>
      <w:r>
        <w:rPr>
          <w:rFonts w:ascii="Ebrima" w:hAnsi="Ebrima" w:eastAsia="Ebrima" w:cs="Ebrima"/>
        </w:rPr>
        <w:t>ብምሉኡ</w:t>
      </w:r>
      <w:r>
        <w:rPr>
          <w:rFonts w:ascii="Times New Roman" w:hAnsi="Times New Roman" w:eastAsia="Times New Roman" w:cs="Times New Roman"/>
        </w:rPr>
        <w:t xml:space="preserve"> </w:t>
      </w:r>
      <w:r>
        <w:rPr>
          <w:rFonts w:ascii="Ebrima" w:hAnsi="Ebrima" w:eastAsia="Ebrima" w:cs="Ebrima"/>
        </w:rPr>
        <w:t>ምስሉ</w:t>
      </w:r>
      <w:r>
        <w:rPr>
          <w:rFonts w:ascii="Times New Roman" w:hAnsi="Times New Roman" w:eastAsia="Times New Roman" w:cs="Times New Roman"/>
        </w:rPr>
        <w:t xml:space="preserve"> </w:t>
      </w:r>
      <w:r>
        <w:rPr>
          <w:rFonts w:ascii="Ebrima" w:hAnsi="Ebrima" w:eastAsia="Ebrima" w:cs="Ebrima"/>
        </w:rPr>
        <w:t>ይውክሉ፣</w:t>
      </w:r>
      <w:r>
        <w:rPr>
          <w:rFonts w:ascii="Times New Roman" w:hAnsi="Times New Roman" w:eastAsia="Times New Roman" w:cs="Times New Roman"/>
        </w:rPr>
        <w:t xml:space="preserve"> </w:t>
      </w:r>
      <w:r>
        <w:rPr>
          <w:rFonts w:ascii="Ebrima" w:hAnsi="Ebrima" w:eastAsia="Ebrima" w:cs="Ebrima"/>
        </w:rPr>
        <w:t>ከምቲ</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ዘመን</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ዝነበረ</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መወዳእታ</w:t>
      </w:r>
      <w:r>
        <w:rPr>
          <w:rFonts w:ascii="Times New Roman" w:hAnsi="Times New Roman" w:eastAsia="Times New Roman" w:cs="Times New Roman"/>
        </w:rPr>
        <w:t xml:space="preserve"> </w:t>
      </w:r>
      <w:r>
        <w:rPr>
          <w:rFonts w:ascii="Ebrima" w:hAnsi="Ebrima" w:eastAsia="Ebrima" w:cs="Ebrima"/>
        </w:rPr>
        <w:t>ብልደት</w:t>
      </w:r>
      <w:r>
        <w:rPr>
          <w:rFonts w:ascii="Times New Roman" w:hAnsi="Times New Roman" w:eastAsia="Times New Roman" w:cs="Times New Roman"/>
        </w:rPr>
        <w:t xml:space="preserve"> </w:t>
      </w:r>
      <w:r>
        <w:rPr>
          <w:rFonts w:ascii="Ebrima" w:hAnsi="Ebrima" w:eastAsia="Ebrima" w:cs="Ebrima"/>
        </w:rPr>
        <w:t>ዮሃንስ</w:t>
      </w:r>
      <w:r>
        <w:rPr>
          <w:rFonts w:ascii="Times New Roman" w:hAnsi="Times New Roman" w:eastAsia="Times New Roman" w:cs="Times New Roman"/>
        </w:rPr>
        <w:t xml:space="preserve"> </w:t>
      </w:r>
      <w:r>
        <w:rPr>
          <w:rFonts w:ascii="Ebrima" w:hAnsi="Ebrima" w:eastAsia="Ebrima" w:cs="Ebrima"/>
        </w:rPr>
        <w:t>መጥምቕ</w:t>
      </w:r>
      <w:r>
        <w:rPr>
          <w:rFonts w:ascii="Times New Roman" w:hAnsi="Times New Roman" w:eastAsia="Times New Roman" w:cs="Times New Roman"/>
        </w:rPr>
        <w:t xml:space="preserve"> </w:t>
      </w:r>
      <w:r>
        <w:rPr>
          <w:rFonts w:ascii="Ebrima" w:hAnsi="Ebrima" w:eastAsia="Ebrima" w:cs="Ebrima"/>
        </w:rPr>
        <w:t>ዝምልከት</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እንተኾይኑ፣</w:t>
      </w:r>
      <w:r>
        <w:rPr>
          <w:rFonts w:ascii="Times New Roman" w:hAnsi="Times New Roman" w:eastAsia="Times New Roman" w:cs="Times New Roman"/>
        </w:rPr>
        <w:t xml:space="preserve"> </w:t>
      </w:r>
      <w:r>
        <w:rPr>
          <w:rFonts w:ascii="Ebrima" w:hAnsi="Ebrima" w:eastAsia="Ebrima" w:cs="Ebrima"/>
        </w:rPr>
        <w:t>ካብኡ</w:t>
      </w:r>
      <w:r>
        <w:rPr>
          <w:rFonts w:ascii="Times New Roman" w:hAnsi="Times New Roman" w:eastAsia="Times New Roman" w:cs="Times New Roman"/>
        </w:rPr>
        <w:t xml:space="preserve"> </w:t>
      </w:r>
      <w:r>
        <w:rPr>
          <w:rFonts w:ascii="Ebrima" w:hAnsi="Ebrima" w:eastAsia="Ebrima" w:cs="Ebrima"/>
        </w:rPr>
        <w:t>ሽዱሽተ</w:t>
      </w:r>
      <w:r>
        <w:rPr>
          <w:rFonts w:ascii="Times New Roman" w:hAnsi="Times New Roman" w:eastAsia="Times New Roman" w:cs="Times New Roman"/>
        </w:rPr>
        <w:t xml:space="preserve"> </w:t>
      </w:r>
      <w:r>
        <w:rPr>
          <w:rFonts w:ascii="Ebrima" w:hAnsi="Ebrima" w:eastAsia="Ebrima" w:cs="Ebrima"/>
        </w:rPr>
        <w:t>ወርሒ</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ብልደት</w:t>
      </w:r>
      <w:r>
        <w:rPr>
          <w:rFonts w:ascii="Times New Roman" w:hAnsi="Times New Roman" w:eastAsia="Times New Roman" w:cs="Times New Roman"/>
        </w:rPr>
        <w:t xml:space="preserve"> </w:t>
      </w:r>
      <w:r>
        <w:rPr>
          <w:rFonts w:ascii="Ebrima" w:hAnsi="Ebrima" w:eastAsia="Ebrima" w:cs="Ebrima"/>
        </w:rPr>
        <w:t>ክርስቶስ</w:t>
      </w:r>
      <w:r>
        <w:rPr>
          <w:rFonts w:ascii="Times New Roman" w:hAnsi="Times New Roman" w:eastAsia="Times New Roman" w:cs="Times New Roman"/>
        </w:rPr>
        <w:t xml:space="preserve"> </w:t>
      </w:r>
      <w:r>
        <w:rPr>
          <w:rFonts w:ascii="Ebrima" w:hAnsi="Ebrima" w:eastAsia="Ebrima" w:cs="Ebrima"/>
        </w:rPr>
        <w:t>ይምልከት</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ቃላት</w:t>
      </w:r>
      <w:r>
        <w:rPr>
          <w:rFonts w:ascii="Times New Roman" w:hAnsi="Times New Roman" w:eastAsia="Times New Roman" w:cs="Times New Roman"/>
        </w:rPr>
        <w:t xml:space="preserve"> </w:t>
      </w:r>
      <w:r>
        <w:rPr>
          <w:rFonts w:ascii="Ebrima" w:hAnsi="Ebrima" w:eastAsia="Ebrima" w:cs="Ebrima"/>
        </w:rPr>
        <w:t>ቡሽ</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1990 </w:t>
      </w:r>
      <w:r>
        <w:rPr>
          <w:rFonts w:ascii="Ebrima" w:hAnsi="Ebrima" w:eastAsia="Ebrima" w:cs="Ebrima"/>
        </w:rPr>
        <w:t>ንቡሽ</w:t>
      </w:r>
      <w:r>
        <w:rPr>
          <w:rFonts w:ascii="Times New Roman" w:hAnsi="Times New Roman" w:eastAsia="Times New Roman" w:cs="Times New Roman"/>
        </w:rPr>
        <w:t xml:space="preserve"> </w:t>
      </w:r>
      <w:r>
        <w:rPr>
          <w:rFonts w:ascii="Ebrima" w:hAnsi="Ebrima" w:eastAsia="Ebrima" w:cs="Ebrima"/>
        </w:rPr>
        <w:t>ከም</w:t>
      </w:r>
      <w:r>
        <w:rPr>
          <w:rFonts w:ascii="Times New Roman" w:hAnsi="Times New Roman" w:eastAsia="Times New Roman" w:cs="Times New Roman"/>
        </w:rPr>
        <w:t xml:space="preserve"> </w:t>
      </w:r>
      <w:r>
        <w:rPr>
          <w:rFonts w:ascii="Ebrima" w:hAnsi="Ebrima" w:eastAsia="Ebrima" w:cs="Ebrima"/>
        </w:rPr>
        <w:t>ካልኣይ</w:t>
      </w:r>
      <w:r>
        <w:rPr>
          <w:rFonts w:ascii="Times New Roman" w:hAnsi="Times New Roman" w:eastAsia="Times New Roman" w:cs="Times New Roman"/>
        </w:rPr>
        <w:t xml:space="preserve"> </w:t>
      </w:r>
      <w:r>
        <w:rPr>
          <w:rFonts w:ascii="Ebrima" w:hAnsi="Ebrima" w:eastAsia="Ebrima" w:cs="Ebrima"/>
        </w:rPr>
        <w:t>ካብ</w:t>
      </w:r>
      <w:r>
        <w:rPr>
          <w:rFonts w:ascii="Times New Roman" w:hAnsi="Times New Roman" w:eastAsia="Times New Roman" w:cs="Times New Roman"/>
        </w:rPr>
        <w:t xml:space="preserve"> </w:t>
      </w:r>
      <w:r>
        <w:rPr>
          <w:rFonts w:ascii="Ebrima" w:hAnsi="Ebrima" w:eastAsia="Ebrima" w:cs="Ebrima"/>
        </w:rPr>
        <w:t>ክልተ</w:t>
      </w:r>
      <w:r>
        <w:rPr>
          <w:rFonts w:ascii="Times New Roman" w:hAnsi="Times New Roman" w:eastAsia="Times New Roman" w:cs="Times New Roman"/>
        </w:rPr>
        <w:t xml:space="preserve"> </w:t>
      </w:r>
      <w:r>
        <w:rPr>
          <w:rFonts w:ascii="Ebrima" w:hAnsi="Ebrima" w:eastAsia="Ebrima" w:cs="Ebrima"/>
        </w:rPr>
        <w:t>ፕሬዚደንታት</w:t>
      </w:r>
      <w:r>
        <w:rPr>
          <w:rFonts w:ascii="Times New Roman" w:hAnsi="Times New Roman" w:eastAsia="Times New Roman" w:cs="Times New Roman"/>
        </w:rPr>
        <w:t xml:space="preserve"> </w:t>
      </w:r>
      <w:r>
        <w:rPr>
          <w:rFonts w:ascii="Ebrima" w:hAnsi="Ebrima" w:eastAsia="Ebrima" w:cs="Ebrima"/>
        </w:rPr>
        <w:t>ዝግለጽ</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መወዳእታ</w:t>
      </w:r>
      <w:r>
        <w:rPr>
          <w:rFonts w:ascii="Times New Roman" w:hAnsi="Times New Roman" w:eastAsia="Times New Roman" w:cs="Times New Roman"/>
        </w:rPr>
        <w:t xml:space="preserve"> </w:t>
      </w:r>
      <w:r>
        <w:rPr>
          <w:rFonts w:ascii="Ebrima" w:hAnsi="Ebrima" w:eastAsia="Ebrima" w:cs="Ebrima"/>
        </w:rPr>
        <w:t>ምልክት</w:t>
      </w:r>
      <w:r>
        <w:rPr>
          <w:rFonts w:ascii="Times New Roman" w:hAnsi="Times New Roman" w:eastAsia="Times New Roman" w:cs="Times New Roman"/>
        </w:rPr>
        <w:t xml:space="preserve"> </w:t>
      </w:r>
      <w:r>
        <w:rPr>
          <w:rFonts w:ascii="Ebrima" w:hAnsi="Ebrima" w:eastAsia="Ebrima" w:cs="Ebrima"/>
        </w:rPr>
        <w:t>ይውክሎ፣</w:t>
      </w:r>
      <w:r>
        <w:rPr>
          <w:rFonts w:ascii="Times New Roman" w:hAnsi="Times New Roman" w:eastAsia="Times New Roman" w:cs="Times New Roman"/>
        </w:rPr>
        <w:t xml:space="preserve"> </w:t>
      </w:r>
      <w:r>
        <w:rPr>
          <w:rFonts w:ascii="Ebrima" w:hAnsi="Ebrima" w:eastAsia="Ebrima" w:cs="Ebrima"/>
        </w:rPr>
        <w:t>ናብ</w:t>
      </w:r>
      <w:r>
        <w:rPr>
          <w:rFonts w:ascii="Times New Roman" w:hAnsi="Times New Roman" w:eastAsia="Times New Roman" w:cs="Times New Roman"/>
        </w:rPr>
        <w:t xml:space="preserve"> </w:t>
      </w:r>
      <w:r>
        <w:rPr>
          <w:rFonts w:ascii="Ebrima" w:hAnsi="Ebrima" w:eastAsia="Ebrima" w:cs="Ebrima"/>
        </w:rPr>
        <w:t>ግሎባሊዝም</w:t>
      </w:r>
      <w:r>
        <w:rPr>
          <w:rFonts w:ascii="Times New Roman" w:hAnsi="Times New Roman" w:eastAsia="Times New Roman" w:cs="Times New Roman"/>
        </w:rPr>
        <w:t xml:space="preserve"> </w:t>
      </w:r>
      <w:r>
        <w:rPr>
          <w:rFonts w:ascii="Ebrima" w:hAnsi="Ebrima" w:eastAsia="Ebrima" w:cs="Ebrima"/>
        </w:rPr>
        <w:t>ዝኸይድ</w:t>
      </w:r>
      <w:r>
        <w:rPr>
          <w:rFonts w:ascii="Times New Roman" w:hAnsi="Times New Roman" w:eastAsia="Times New Roman" w:cs="Times New Roman"/>
        </w:rPr>
        <w:t xml:space="preserve"> </w:t>
      </w:r>
      <w:r>
        <w:rPr>
          <w:rFonts w:ascii="Ebrima" w:hAnsi="Ebrima" w:eastAsia="Ebrima" w:cs="Ebrima"/>
        </w:rPr>
        <w:t>ንቅናቄ</w:t>
      </w:r>
      <w:r>
        <w:rPr>
          <w:rFonts w:ascii="Times New Roman" w:hAnsi="Times New Roman" w:eastAsia="Times New Roman" w:cs="Times New Roman"/>
        </w:rPr>
        <w:t xml:space="preserve">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ይምልከት፣</w:t>
      </w:r>
      <w:r>
        <w:rPr>
          <w:rFonts w:ascii="Times New Roman" w:hAnsi="Times New Roman" w:eastAsia="Times New Roman" w:cs="Times New Roman"/>
        </w:rPr>
        <w:t xml:space="preserve"> </w:t>
      </w:r>
      <w:r>
        <w:rPr>
          <w:rFonts w:ascii="Ebrima" w:hAnsi="Ebrima" w:eastAsia="Ebrima" w:cs="Ebrima"/>
        </w:rPr>
        <w:t>እዚ</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ሓይሊ</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ዘንዶ</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ምልክታዊ</w:t>
      </w:r>
      <w:r>
        <w:rPr>
          <w:rFonts w:ascii="Times New Roman" w:hAnsi="Times New Roman" w:eastAsia="Times New Roman" w:cs="Times New Roman"/>
        </w:rPr>
        <w:t xml:space="preserve"> </w:t>
      </w:r>
      <w:r>
        <w:rPr>
          <w:rFonts w:ascii="Ebrima" w:hAnsi="Ebrima" w:eastAsia="Ebrima" w:cs="Ebrima"/>
        </w:rPr>
        <w:t>ትርጉም</w:t>
      </w:r>
      <w:r>
        <w:rPr>
          <w:rFonts w:ascii="Times New Roman" w:hAnsi="Times New Roman" w:eastAsia="Times New Roman" w:cs="Times New Roman"/>
        </w:rPr>
        <w:t xml:space="preserve"> </w:t>
      </w:r>
      <w:r>
        <w:rPr>
          <w:rFonts w:ascii="Ebrima" w:hAnsi="Ebrima" w:eastAsia="Ebrima" w:cs="Ebrima"/>
        </w:rPr>
        <w:t>ቡሽ</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ሕቡራት</w:t>
      </w:r>
      <w:r>
        <w:rPr>
          <w:rFonts w:ascii="Times New Roman" w:hAnsi="Times New Roman" w:eastAsia="Times New Roman" w:cs="Times New Roman"/>
        </w:rPr>
        <w:t xml:space="preserve"> </w:t>
      </w:r>
      <w:r>
        <w:rPr>
          <w:rFonts w:ascii="Ebrima" w:hAnsi="Ebrima" w:eastAsia="Ebrima" w:cs="Ebrima"/>
        </w:rPr>
        <w:t>መንግስታት</w:t>
      </w:r>
      <w:r>
        <w:rPr>
          <w:rFonts w:ascii="Times New Roman" w:hAnsi="Times New Roman" w:eastAsia="Times New Roman" w:cs="Times New Roman"/>
        </w:rPr>
        <w:t xml:space="preserve"> </w:t>
      </w:r>
      <w:r>
        <w:rPr>
          <w:rFonts w:ascii="Ebrima" w:hAnsi="Ebrima" w:eastAsia="Ebrima" w:cs="Ebrima"/>
        </w:rPr>
        <w:t>ኣመሪካ</w:t>
      </w:r>
      <w:r>
        <w:rPr>
          <w:rFonts w:ascii="Times New Roman" w:hAnsi="Times New Roman" w:eastAsia="Times New Roman" w:cs="Times New Roman"/>
        </w:rPr>
        <w:t xml:space="preserve"> </w:t>
      </w:r>
      <w:r>
        <w:rPr>
          <w:rFonts w:ascii="Ebrima" w:hAnsi="Ebrima" w:eastAsia="Ebrima" w:cs="Ebrima"/>
        </w:rPr>
        <w:t>ከም</w:t>
      </w:r>
      <w:r>
        <w:rPr>
          <w:rFonts w:ascii="Times New Roman" w:hAnsi="Times New Roman" w:eastAsia="Times New Roman" w:cs="Times New Roman"/>
        </w:rPr>
        <w:t xml:space="preserve"> </w:t>
      </w:r>
      <w:r>
        <w:rPr>
          <w:rFonts w:ascii="Ebrima" w:hAnsi="Ebrima" w:eastAsia="Ebrima" w:cs="Ebrima"/>
        </w:rPr>
        <w:t>ሳድሳይ</w:t>
      </w:r>
      <w:r>
        <w:rPr>
          <w:rFonts w:ascii="Times New Roman" w:hAnsi="Times New Roman" w:eastAsia="Times New Roman" w:cs="Times New Roman"/>
        </w:rPr>
        <w:t xml:space="preserve"> </w:t>
      </w:r>
      <w:r>
        <w:rPr>
          <w:rFonts w:ascii="Ebrima" w:hAnsi="Ebrima" w:eastAsia="Ebrima" w:cs="Ebrima"/>
        </w:rPr>
        <w:t>መንግስቲ</w:t>
      </w:r>
      <w:r>
        <w:rPr>
          <w:rFonts w:ascii="Times New Roman" w:hAnsi="Times New Roman" w:eastAsia="Times New Roman" w:cs="Times New Roman"/>
        </w:rPr>
        <w:t xml:space="preserve"> </w:t>
      </w:r>
      <w:r>
        <w:rPr>
          <w:rFonts w:ascii="Ebrima" w:hAnsi="Ebrima" w:eastAsia="Ebrima" w:cs="Ebrima"/>
        </w:rPr>
        <w:t>ናይ</w:t>
      </w:r>
      <w:r>
        <w:rPr>
          <w:rFonts w:ascii="Times New Roman" w:hAnsi="Times New Roman" w:eastAsia="Times New Roman" w:cs="Times New Roman"/>
        </w:rPr>
        <w:t xml:space="preserve"> </w:t>
      </w:r>
      <w:r>
        <w:rPr>
          <w:rFonts w:ascii="Ebrima" w:hAnsi="Ebrima" w:eastAsia="Ebrima" w:cs="Ebrima"/>
        </w:rPr>
        <w:t>ትንቢት</w:t>
      </w:r>
      <w:r>
        <w:rPr>
          <w:rFonts w:ascii="Times New Roman" w:hAnsi="Times New Roman" w:eastAsia="Times New Roman" w:cs="Times New Roman"/>
        </w:rPr>
        <w:t xml:space="preserve"> </w:t>
      </w:r>
      <w:r>
        <w:rPr>
          <w:rFonts w:ascii="Ebrima" w:hAnsi="Ebrima" w:eastAsia="Ebrima" w:cs="Ebrima"/>
        </w:rPr>
        <w:t>መጽሓፍ</w:t>
      </w:r>
      <w:r>
        <w:rPr>
          <w:rFonts w:ascii="Times New Roman" w:hAnsi="Times New Roman" w:eastAsia="Times New Roman" w:cs="Times New Roman"/>
        </w:rPr>
        <w:t xml:space="preserve"> </w:t>
      </w:r>
      <w:r>
        <w:rPr>
          <w:rFonts w:ascii="Ebrima" w:hAnsi="Ebrima" w:eastAsia="Ebrima" w:cs="Ebrima"/>
        </w:rPr>
        <w:t>ቅዱስ</w:t>
      </w:r>
      <w:r>
        <w:rPr>
          <w:rFonts w:ascii="Times New Roman" w:hAnsi="Times New Roman" w:eastAsia="Times New Roman" w:cs="Times New Roman"/>
        </w:rPr>
        <w:t xml:space="preserve"> </w:t>
      </w:r>
      <w:r>
        <w:rPr>
          <w:rFonts w:ascii="Ebrima" w:hAnsi="Ebrima" w:eastAsia="Ebrima" w:cs="Ebrima"/>
        </w:rPr>
        <w:t>ብድምጺ</w:t>
      </w:r>
      <w:r>
        <w:rPr>
          <w:rFonts w:ascii="Times New Roman" w:hAnsi="Times New Roman" w:eastAsia="Times New Roman" w:cs="Times New Roman"/>
        </w:rPr>
        <w:t xml:space="preserve"> </w:t>
      </w:r>
      <w:r>
        <w:rPr>
          <w:rFonts w:ascii="Ebrima" w:hAnsi="Ebrima" w:eastAsia="Ebrima" w:cs="Ebrima"/>
        </w:rPr>
        <w:t>ዘንዶ</w:t>
      </w:r>
      <w:r>
        <w:rPr>
          <w:rFonts w:ascii="Times New Roman" w:hAnsi="Times New Roman" w:eastAsia="Times New Roman" w:cs="Times New Roman"/>
        </w:rPr>
        <w:t xml:space="preserve"> </w:t>
      </w:r>
      <w:r>
        <w:rPr>
          <w:rFonts w:ascii="Ebrima" w:hAnsi="Ebrima" w:eastAsia="Ebrima" w:cs="Ebrima"/>
        </w:rPr>
        <w:t>ምዝራብ</w:t>
      </w:r>
      <w:r>
        <w:rPr>
          <w:rFonts w:ascii="Times New Roman" w:hAnsi="Times New Roman" w:eastAsia="Times New Roman" w:cs="Times New Roman"/>
        </w:rPr>
        <w:t xml:space="preserve"> </w:t>
      </w:r>
      <w:r>
        <w:rPr>
          <w:rFonts w:ascii="Ebrima" w:hAnsi="Ebrima" w:eastAsia="Ebrima" w:cs="Ebrima"/>
        </w:rPr>
        <w:t>ብምጅማር</w:t>
      </w:r>
      <w:r>
        <w:rPr>
          <w:rFonts w:ascii="Times New Roman" w:hAnsi="Times New Roman" w:eastAsia="Times New Roman" w:cs="Times New Roman"/>
        </w:rPr>
        <w:t xml:space="preserve"> </w:t>
      </w:r>
      <w:r>
        <w:rPr>
          <w:rFonts w:ascii="Ebrima" w:hAnsi="Ebrima" w:eastAsia="Ebrima" w:cs="Ebrima"/>
        </w:rPr>
        <w:t>ዝውድእሉ</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ናብ</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ዝኸይድ</w:t>
      </w:r>
      <w:r>
        <w:rPr>
          <w:rFonts w:ascii="Times New Roman" w:hAnsi="Times New Roman" w:eastAsia="Times New Roman" w:cs="Times New Roman"/>
        </w:rPr>
        <w:t xml:space="preserve"> </w:t>
      </w:r>
      <w:r>
        <w:rPr>
          <w:rFonts w:ascii="Ebrima" w:hAnsi="Ebrima" w:eastAsia="Ebrima" w:cs="Ebrima"/>
        </w:rPr>
        <w:t>ሓደ</w:t>
      </w:r>
      <w:r>
        <w:rPr>
          <w:rFonts w:ascii="Times New Roman" w:hAnsi="Times New Roman" w:eastAsia="Times New Roman" w:cs="Times New Roman"/>
        </w:rPr>
        <w:t xml:space="preserve"> </w:t>
      </w:r>
      <w:r>
        <w:rPr>
          <w:rFonts w:ascii="Ebrima" w:hAnsi="Ebrima" w:eastAsia="Ebrima" w:cs="Ebrima"/>
        </w:rPr>
        <w:t>ስጕምቲ</w:t>
      </w:r>
      <w:r>
        <w:rPr>
          <w:rFonts w:ascii="Times New Roman" w:hAnsi="Times New Roman" w:eastAsia="Times New Roman" w:cs="Times New Roman"/>
        </w:rPr>
        <w:t xml:space="preserve"> </w:t>
      </w:r>
      <w:r>
        <w:rPr>
          <w:rFonts w:ascii="Ebrima" w:hAnsi="Ebrima" w:eastAsia="Ebrima" w:cs="Ebrima"/>
        </w:rPr>
        <w:t>ይምልከት።</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ጊዜ</w:t>
      </w:r>
      <w:r>
        <w:rPr>
          <w:rFonts w:ascii="Times New Roman" w:hAnsi="Times New Roman" w:eastAsia="Times New Roman" w:cs="Times New Roman"/>
        </w:rPr>
        <w:t xml:space="preserve"> </w:t>
      </w:r>
      <w:r>
        <w:rPr>
          <w:rFonts w:ascii="Ebrima" w:hAnsi="Ebrima" w:eastAsia="Ebrima" w:cs="Ebrima"/>
        </w:rPr>
        <w:t>ሕጊ</w:t>
      </w:r>
      <w:r>
        <w:rPr>
          <w:rFonts w:ascii="Times New Roman" w:hAnsi="Times New Roman" w:eastAsia="Times New Roman" w:cs="Times New Roman"/>
        </w:rPr>
        <w:t xml:space="preserve"> </w:t>
      </w:r>
      <w:r>
        <w:rPr>
          <w:rFonts w:ascii="Ebrima" w:hAnsi="Ebrima" w:eastAsia="Ebrima" w:cs="Ebrima"/>
        </w:rPr>
        <w:t>ሰንበት</w:t>
      </w:r>
      <w:r>
        <w:rPr>
          <w:rFonts w:ascii="Times New Roman" w:hAnsi="Times New Roman" w:eastAsia="Times New Roman" w:cs="Times New Roman"/>
        </w:rPr>
        <w:t xml:space="preserve"> </w:t>
      </w:r>
      <w:r>
        <w:rPr>
          <w:rFonts w:ascii="Ebrima" w:hAnsi="Ebrima" w:eastAsia="Ebrima" w:cs="Ebrima"/>
        </w:rPr>
        <w:t>ሕቡራት</w:t>
      </w:r>
      <w:r>
        <w:rPr>
          <w:rFonts w:ascii="Times New Roman" w:hAnsi="Times New Roman" w:eastAsia="Times New Roman" w:cs="Times New Roman"/>
        </w:rPr>
        <w:t xml:space="preserve"> </w:t>
      </w:r>
      <w:r>
        <w:rPr>
          <w:rFonts w:ascii="Ebrima" w:hAnsi="Ebrima" w:eastAsia="Ebrima" w:cs="Ebrima"/>
        </w:rPr>
        <w:t>መንግስታት</w:t>
      </w:r>
      <w:r>
        <w:rPr>
          <w:rFonts w:ascii="Times New Roman" w:hAnsi="Times New Roman" w:eastAsia="Times New Roman" w:cs="Times New Roman"/>
        </w:rPr>
        <w:t xml:space="preserve"> </w:t>
      </w:r>
      <w:r>
        <w:rPr>
          <w:rFonts w:ascii="Ebrima" w:hAnsi="Ebrima" w:eastAsia="Ebrima" w:cs="Ebrima"/>
        </w:rPr>
        <w:t>ኣመሪካ</w:t>
      </w:r>
      <w:r>
        <w:rPr>
          <w:rFonts w:ascii="Times New Roman" w:hAnsi="Times New Roman" w:eastAsia="Times New Roman" w:cs="Times New Roman"/>
        </w:rPr>
        <w:t xml:space="preserve"> </w:t>
      </w:r>
      <w:r>
        <w:rPr>
          <w:rFonts w:ascii="Ebrima" w:hAnsi="Ebrima" w:eastAsia="Ebrima" w:cs="Ebrima"/>
        </w:rPr>
        <w:t>ድምጺ</w:t>
      </w:r>
      <w:r>
        <w:rPr>
          <w:rFonts w:ascii="Times New Roman" w:hAnsi="Times New Roman" w:eastAsia="Times New Roman" w:cs="Times New Roman"/>
        </w:rPr>
        <w:t xml:space="preserve"> </w:t>
      </w:r>
      <w:r>
        <w:rPr>
          <w:rFonts w:ascii="Ebrima" w:hAnsi="Ebrima" w:eastAsia="Ebrima" w:cs="Ebrima"/>
        </w:rPr>
        <w:t>ሕቡራት</w:t>
      </w:r>
      <w:r>
        <w:rPr>
          <w:rFonts w:ascii="Times New Roman" w:hAnsi="Times New Roman" w:eastAsia="Times New Roman" w:cs="Times New Roman"/>
        </w:rPr>
        <w:t xml:space="preserve"> </w:t>
      </w:r>
      <w:r>
        <w:rPr>
          <w:rFonts w:ascii="Ebrima" w:hAnsi="Ebrima" w:eastAsia="Ebrima" w:cs="Ebrima"/>
        </w:rPr>
        <w:t>ሃገራት</w:t>
      </w:r>
      <w:r>
        <w:rPr>
          <w:rFonts w:ascii="Times New Roman" w:hAnsi="Times New Roman" w:eastAsia="Times New Roman" w:cs="Times New Roman"/>
        </w:rPr>
        <w:t xml:space="preserve"> </w:t>
      </w:r>
      <w:r>
        <w:rPr>
          <w:rFonts w:ascii="Ebrima" w:hAnsi="Ebrima" w:eastAsia="Ebrima" w:cs="Ebrima"/>
        </w:rPr>
        <w:t>ትኸውን።</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w:t>
      </w:r>
      <w:r>
        <w:rPr>
          <w:rFonts w:ascii="Ebrima" w:hAnsi="Ebrima" w:eastAsia="Ebrima" w:cs="Ebrima"/>
        </w:rPr>
        <w:t>ትኽክል</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መዋቕር</w:t>
      </w:r>
      <w:r>
        <w:rPr>
          <w:rFonts w:ascii="Times New Roman" w:hAnsi="Times New Roman" w:eastAsia="Times New Roman" w:cs="Times New Roman"/>
        </w:rPr>
        <w:t xml:space="preserve"> </w:t>
      </w:r>
      <w:r>
        <w:rPr>
          <w:rFonts w:ascii="Ebrima" w:hAnsi="Ebrima" w:eastAsia="Ebrima" w:cs="Ebrima"/>
        </w:rPr>
        <w:t>እስልምና</w:t>
      </w:r>
      <w:r>
        <w:rPr>
          <w:rFonts w:ascii="Times New Roman" w:hAnsi="Times New Roman" w:eastAsia="Times New Roman" w:cs="Times New Roman"/>
        </w:rPr>
        <w:t xml:space="preserve"> </w:t>
      </w:r>
      <w:r>
        <w:rPr>
          <w:rFonts w:ascii="Ebrima" w:hAnsi="Ebrima" w:eastAsia="Ebrima" w:cs="Ebrima"/>
        </w:rPr>
        <w:t>ነቶም</w:t>
      </w:r>
      <w:r>
        <w:rPr>
          <w:rFonts w:ascii="Times New Roman" w:hAnsi="Times New Roman" w:eastAsia="Times New Roman" w:cs="Times New Roman"/>
        </w:rPr>
        <w:t xml:space="preserve"> </w:t>
      </w:r>
      <w:r>
        <w:rPr>
          <w:rFonts w:ascii="Ebrima" w:hAnsi="Ebrima" w:eastAsia="Ebrima" w:cs="Ebrima"/>
        </w:rPr>
        <w:t>ኣህዛብ</w:t>
      </w:r>
      <w:r>
        <w:rPr>
          <w:rFonts w:ascii="Times New Roman" w:hAnsi="Times New Roman" w:eastAsia="Times New Roman" w:cs="Times New Roman"/>
        </w:rPr>
        <w:t xml:space="preserve"> </w:t>
      </w:r>
      <w:r>
        <w:rPr>
          <w:rFonts w:ascii="Ebrima" w:hAnsi="Ebrima" w:eastAsia="Ebrima" w:cs="Ebrima"/>
        </w:rPr>
        <w:t>የቘጥዕ</w:t>
      </w:r>
      <w:r>
        <w:rPr>
          <w:rFonts w:ascii="Times New Roman" w:hAnsi="Times New Roman" w:eastAsia="Times New Roman" w:cs="Times New Roman"/>
        </w:rPr>
        <w:t xml:space="preserve"> </w:t>
      </w:r>
      <w:r>
        <w:rPr>
          <w:rFonts w:ascii="Ebrima" w:hAnsi="Ebrima" w:eastAsia="Ebrima" w:cs="Ebrima"/>
        </w:rPr>
        <w:t>ኣሎ፣</w:t>
      </w:r>
      <w:r>
        <w:rPr>
          <w:rFonts w:ascii="Times New Roman" w:hAnsi="Times New Roman" w:eastAsia="Times New Roman" w:cs="Times New Roman"/>
        </w:rPr>
        <w:t xml:space="preserve"> 9/11 </w:t>
      </w:r>
      <w:r>
        <w:rPr>
          <w:rFonts w:ascii="Ebrima" w:hAnsi="Ebrima" w:eastAsia="Ebrima" w:cs="Ebrima"/>
        </w:rPr>
        <w:t>ድማ</w:t>
      </w:r>
      <w:r>
        <w:rPr>
          <w:rFonts w:ascii="Times New Roman" w:hAnsi="Times New Roman" w:eastAsia="Times New Roman" w:cs="Times New Roman"/>
        </w:rPr>
        <w:t xml:space="preserve"> </w:t>
      </w:r>
      <w:r>
        <w:rPr>
          <w:rFonts w:ascii="Ebrima" w:hAnsi="Ebrima" w:eastAsia="Ebrima" w:cs="Ebrima"/>
        </w:rPr>
        <w:t>ይምልከት።</w:t>
      </w:r>
      <w:r>
        <w:rPr>
          <w:rFonts w:ascii="Times New Roman" w:hAnsi="Times New Roman" w:eastAsia="Times New Roman" w:cs="Times New Roman"/>
        </w:rPr>
        <w:t xml:space="preserve"> </w:t>
      </w:r>
      <w:r>
        <w:rPr>
          <w:rFonts w:ascii="Ebrima" w:hAnsi="Ebrima" w:eastAsia="Ebrima" w:cs="Ebrima"/>
        </w:rPr>
        <w:t>መስከረም</w:t>
      </w:r>
      <w:r>
        <w:rPr>
          <w:rFonts w:ascii="Times New Roman" w:hAnsi="Times New Roman" w:eastAsia="Times New Roman" w:cs="Times New Roman"/>
        </w:rPr>
        <w:t xml:space="preserve"> 11, 1990 </w:t>
      </w:r>
      <w:r>
        <w:rPr>
          <w:rFonts w:ascii="Ebrima" w:hAnsi="Ebrima" w:eastAsia="Ebrima" w:cs="Ebrima"/>
        </w:rPr>
        <w:t>ቡሽ</w:t>
      </w:r>
      <w:r>
        <w:rPr>
          <w:rFonts w:ascii="Times New Roman" w:hAnsi="Times New Roman" w:eastAsia="Times New Roman" w:cs="Times New Roman"/>
        </w:rPr>
        <w:t xml:space="preserve"> </w:t>
      </w:r>
      <w:r>
        <w:rPr>
          <w:rFonts w:ascii="Ebrima" w:hAnsi="Ebrima" w:eastAsia="Ebrima" w:cs="Ebrima"/>
        </w:rPr>
        <w:t>ቀዳማይ</w:t>
      </w:r>
      <w:r>
        <w:rPr>
          <w:rFonts w:ascii="Times New Roman" w:hAnsi="Times New Roman" w:eastAsia="Times New Roman" w:cs="Times New Roman"/>
        </w:rPr>
        <w:t xml:space="preserve"> </w:t>
      </w:r>
      <w:r>
        <w:rPr>
          <w:rFonts w:ascii="Ebrima" w:hAnsi="Ebrima" w:eastAsia="Ebrima" w:cs="Ebrima"/>
        </w:rPr>
        <w:t>ንኮንግረስ</w:t>
      </w:r>
      <w:r>
        <w:rPr>
          <w:rFonts w:ascii="Times New Roman" w:hAnsi="Times New Roman" w:eastAsia="Times New Roman" w:cs="Times New Roman"/>
        </w:rPr>
        <w:t xml:space="preserve"> </w:t>
      </w:r>
      <w:r>
        <w:rPr>
          <w:rFonts w:ascii="Ebrima" w:hAnsi="Ebrima" w:eastAsia="Ebrima" w:cs="Ebrima"/>
        </w:rPr>
        <w:t>ብዛዕባ</w:t>
      </w:r>
      <w:r>
        <w:rPr>
          <w:rFonts w:ascii="Times New Roman" w:hAnsi="Times New Roman" w:eastAsia="Times New Roman" w:cs="Times New Roman"/>
        </w:rPr>
        <w:t xml:space="preserve"> </w:t>
      </w:r>
      <w:r>
        <w:rPr>
          <w:rFonts w:ascii="Ebrima" w:hAnsi="Ebrima" w:eastAsia="Ebrima" w:cs="Ebrima"/>
        </w:rPr>
        <w:t>ኣጀንዳኡ</w:t>
      </w:r>
      <w:r>
        <w:rPr>
          <w:rFonts w:ascii="Times New Roman" w:hAnsi="Times New Roman" w:eastAsia="Times New Roman" w:cs="Times New Roman"/>
        </w:rPr>
        <w:t xml:space="preserve"> </w:t>
      </w:r>
      <w:r>
        <w:rPr>
          <w:rFonts w:ascii="Ebrima" w:hAnsi="Ebrima" w:eastAsia="Ebrima" w:cs="Ebrima"/>
        </w:rPr>
        <w:t>ግሎባሊስታዊ</w:t>
      </w:r>
      <w:r>
        <w:rPr>
          <w:rFonts w:ascii="Times New Roman" w:hAnsi="Times New Roman" w:eastAsia="Times New Roman" w:cs="Times New Roman"/>
        </w:rPr>
        <w:t xml:space="preserve"> </w:t>
      </w:r>
      <w:r>
        <w:rPr>
          <w:rFonts w:ascii="Ebrima" w:hAnsi="Ebrima" w:eastAsia="Ebrima" w:cs="Ebrima"/>
        </w:rPr>
        <w:t>ምስ</w:t>
      </w:r>
      <w:r>
        <w:rPr>
          <w:rFonts w:ascii="Times New Roman" w:hAnsi="Times New Roman" w:eastAsia="Times New Roman" w:cs="Times New Roman"/>
        </w:rPr>
        <w:t xml:space="preserve"> </w:t>
      </w:r>
      <w:r>
        <w:rPr>
          <w:rFonts w:ascii="Ebrima" w:hAnsi="Ebrima" w:eastAsia="Ebrima" w:cs="Ebrima"/>
        </w:rPr>
        <w:t>ተዛረበ፣</w:t>
      </w:r>
      <w:r>
        <w:rPr>
          <w:rFonts w:ascii="Times New Roman" w:hAnsi="Times New Roman" w:eastAsia="Times New Roman" w:cs="Times New Roman"/>
        </w:rPr>
        <w:t xml:space="preserve"> </w:t>
      </w:r>
      <w:r>
        <w:rPr>
          <w:rFonts w:ascii="Ebrima" w:hAnsi="Ebrima" w:eastAsia="Ebrima" w:cs="Ebrima"/>
        </w:rPr>
        <w:t>እዚ</w:t>
      </w:r>
      <w:r>
        <w:rPr>
          <w:rFonts w:ascii="Times New Roman" w:hAnsi="Times New Roman" w:eastAsia="Times New Roman" w:cs="Times New Roman"/>
        </w:rPr>
        <w:t xml:space="preserve"> </w:t>
      </w:r>
      <w:r>
        <w:rPr>
          <w:rFonts w:ascii="Ebrima" w:hAnsi="Ebrima" w:eastAsia="Ebrima" w:cs="Ebrima"/>
        </w:rPr>
        <w:t>ንቲ</w:t>
      </w:r>
      <w:r>
        <w:rPr>
          <w:rFonts w:ascii="Times New Roman" w:hAnsi="Times New Roman" w:eastAsia="Times New Roman" w:cs="Times New Roman"/>
        </w:rPr>
        <w:t xml:space="preserve"> </w:t>
      </w:r>
      <w:r>
        <w:rPr>
          <w:rFonts w:ascii="Ebrima" w:hAnsi="Ebrima" w:eastAsia="Ebrima" w:cs="Ebrima"/>
        </w:rPr>
        <w:t>እስልምና</w:t>
      </w:r>
      <w:r>
        <w:rPr>
          <w:rFonts w:ascii="Times New Roman" w:hAnsi="Times New Roman" w:eastAsia="Times New Roman" w:cs="Times New Roman"/>
        </w:rPr>
        <w:t xml:space="preserve"> </w:t>
      </w:r>
      <w:r>
        <w:rPr>
          <w:rFonts w:ascii="Ebrima" w:hAnsi="Ebrima" w:eastAsia="Ebrima" w:cs="Ebrima"/>
        </w:rPr>
        <w:t>ኣብ</w:t>
      </w:r>
      <w:r>
        <w:rPr>
          <w:rFonts w:ascii="Times New Roman" w:hAnsi="Times New Roman" w:eastAsia="Times New Roman" w:cs="Times New Roman"/>
        </w:rPr>
        <w:t xml:space="preserve"> 2001 </w:t>
      </w:r>
      <w:r>
        <w:rPr>
          <w:rFonts w:ascii="Ebrima" w:hAnsi="Ebrima" w:eastAsia="Ebrima" w:cs="Ebrima"/>
        </w:rPr>
        <w:t>ብ</w:t>
      </w:r>
      <w:r>
        <w:rPr>
          <w:rFonts w:ascii="Times New Roman" w:hAnsi="Times New Roman" w:eastAsia="Times New Roman" w:cs="Times New Roman"/>
        </w:rPr>
        <w:t xml:space="preserve">9/11 </w:t>
      </w:r>
      <w:r>
        <w:rPr>
          <w:rFonts w:ascii="Ebrima" w:hAnsi="Ebrima" w:eastAsia="Ebrima" w:cs="Ebrima"/>
        </w:rPr>
        <w:t>ነቶም</w:t>
      </w:r>
      <w:r>
        <w:rPr>
          <w:rFonts w:ascii="Times New Roman" w:hAnsi="Times New Roman" w:eastAsia="Times New Roman" w:cs="Times New Roman"/>
        </w:rPr>
        <w:t xml:space="preserve"> </w:t>
      </w:r>
      <w:r>
        <w:rPr>
          <w:rFonts w:ascii="Ebrima" w:hAnsi="Ebrima" w:eastAsia="Ebrima" w:cs="Ebrima"/>
        </w:rPr>
        <w:t>ኣህዛብ</w:t>
      </w:r>
      <w:r>
        <w:rPr>
          <w:rFonts w:ascii="Times New Roman" w:hAnsi="Times New Roman" w:eastAsia="Times New Roman" w:cs="Times New Roman"/>
        </w:rPr>
        <w:t xml:space="preserve"> </w:t>
      </w:r>
      <w:r>
        <w:rPr>
          <w:rFonts w:ascii="Ebrima" w:hAnsi="Ebrima" w:eastAsia="Ebrima" w:cs="Ebrima"/>
        </w:rPr>
        <w:t>ዳግም</w:t>
      </w:r>
      <w:r>
        <w:rPr>
          <w:rFonts w:ascii="Times New Roman" w:hAnsi="Times New Roman" w:eastAsia="Times New Roman" w:cs="Times New Roman"/>
        </w:rPr>
        <w:t xml:space="preserve"> </w:t>
      </w:r>
      <w:r>
        <w:rPr>
          <w:rFonts w:ascii="Ebrima" w:hAnsi="Ebrima" w:eastAsia="Ebrima" w:cs="Ebrima"/>
        </w:rPr>
        <w:t>ከም</w:t>
      </w:r>
      <w:r>
        <w:rPr>
          <w:rFonts w:ascii="Times New Roman" w:hAnsi="Times New Roman" w:eastAsia="Times New Roman" w:cs="Times New Roman"/>
        </w:rPr>
        <w:t xml:space="preserve"> </w:t>
      </w:r>
      <w:r>
        <w:rPr>
          <w:rFonts w:ascii="Ebrima" w:hAnsi="Ebrima" w:eastAsia="Ebrima" w:cs="Ebrima"/>
        </w:rPr>
        <w:t>ዘቘጥዕ</w:t>
      </w:r>
      <w:r>
        <w:rPr>
          <w:rFonts w:ascii="Times New Roman" w:hAnsi="Times New Roman" w:eastAsia="Times New Roman" w:cs="Times New Roman"/>
        </w:rPr>
        <w:t xml:space="preserve"> </w:t>
      </w:r>
      <w:r>
        <w:rPr>
          <w:rFonts w:ascii="Ebrima" w:hAnsi="Ebrima" w:eastAsia="Ebrima" w:cs="Ebrima"/>
        </w:rPr>
        <w:t>ዝነበረ</w:t>
      </w:r>
      <w:r>
        <w:rPr>
          <w:rFonts w:ascii="Times New Roman" w:hAnsi="Times New Roman" w:eastAsia="Times New Roman" w:cs="Times New Roman"/>
        </w:rPr>
        <w:t xml:space="preserve"> </w:t>
      </w:r>
      <w:r>
        <w:rPr>
          <w:rFonts w:ascii="Ebrima" w:hAnsi="Ebrima" w:eastAsia="Ebrima" w:cs="Ebrima"/>
        </w:rPr>
        <w:t>ነገር</w:t>
      </w:r>
      <w:r>
        <w:rPr>
          <w:rFonts w:ascii="Times New Roman" w:hAnsi="Times New Roman" w:eastAsia="Times New Roman" w:cs="Times New Roman"/>
        </w:rPr>
        <w:t xml:space="preserve"> </w:t>
      </w:r>
      <w:r>
        <w:rPr>
          <w:rFonts w:ascii="Ebrima" w:hAnsi="Ebrima" w:eastAsia="Ebrima" w:cs="Ebrima"/>
        </w:rPr>
        <w:t>ብምሳሌ</w:t>
      </w:r>
      <w:r>
        <w:rPr>
          <w:rFonts w:ascii="Times New Roman" w:hAnsi="Times New Roman" w:eastAsia="Times New Roman" w:cs="Times New Roman"/>
        </w:rPr>
        <w:t xml:space="preserve"> </w:t>
      </w:r>
      <w:r>
        <w:rPr>
          <w:rFonts w:ascii="Ebrima" w:hAnsi="Ebrima" w:eastAsia="Ebrima" w:cs="Ebrima"/>
        </w:rPr>
        <w:t>ይውክል</w:t>
      </w:r>
      <w:r>
        <w:rPr>
          <w:rFonts w:ascii="Times New Roman" w:hAnsi="Times New Roman" w:eastAsia="Times New Roman" w:cs="Times New Roman"/>
        </w:rPr>
        <w:t xml:space="preserve"> </w:t>
      </w:r>
      <w:r>
        <w:rPr>
          <w:rFonts w:ascii="Ebrima" w:hAnsi="Ebrima" w:eastAsia="Ebrima" w:cs="Ebrima"/>
        </w:rPr>
        <w:t>ነበረ፣</w:t>
      </w:r>
      <w:r>
        <w:rPr>
          <w:rFonts w:ascii="Times New Roman" w:hAnsi="Times New Roman" w:eastAsia="Times New Roman" w:cs="Times New Roman"/>
        </w:rPr>
        <w:t xml:space="preserve"> </w:t>
      </w:r>
      <w:r>
        <w:rPr>
          <w:rFonts w:ascii="Ebrima" w:hAnsi="Ebrima" w:eastAsia="Ebrima" w:cs="Ebrima"/>
        </w:rPr>
        <w:t>ሽዑ</w:t>
      </w:r>
      <w:r>
        <w:rPr>
          <w:rFonts w:ascii="Times New Roman" w:hAnsi="Times New Roman" w:eastAsia="Times New Roman" w:cs="Times New Roman"/>
        </w:rPr>
        <w:t xml:space="preserve"> </w:t>
      </w:r>
      <w:r>
        <w:rPr>
          <w:rFonts w:ascii="Ebrima" w:hAnsi="Ebrima" w:eastAsia="Ebrima" w:cs="Ebrima"/>
        </w:rPr>
        <w:t>ግና</w:t>
      </w:r>
      <w:r>
        <w:rPr>
          <w:rFonts w:ascii="Times New Roman" w:hAnsi="Times New Roman" w:eastAsia="Times New Roman" w:cs="Times New Roman"/>
        </w:rPr>
        <w:t xml:space="preserve"> </w:t>
      </w:r>
      <w:r>
        <w:rPr>
          <w:rFonts w:ascii="Ebrima" w:hAnsi="Ebrima" w:eastAsia="Ebrima" w:cs="Ebrima"/>
        </w:rPr>
        <w:t>እቲ</w:t>
      </w:r>
      <w:r>
        <w:rPr>
          <w:rFonts w:ascii="Times New Roman" w:hAnsi="Times New Roman" w:eastAsia="Times New Roman" w:cs="Times New Roman"/>
        </w:rPr>
        <w:t xml:space="preserve"> </w:t>
      </w:r>
      <w:r>
        <w:rPr>
          <w:rFonts w:ascii="Ebrima" w:hAnsi="Ebrima" w:eastAsia="Ebrima" w:cs="Ebrima"/>
        </w:rPr>
        <w:t>ፕሬዚደንት</w:t>
      </w:r>
      <w:r>
        <w:rPr>
          <w:rFonts w:ascii="Times New Roman" w:hAnsi="Times New Roman" w:eastAsia="Times New Roman" w:cs="Times New Roman"/>
        </w:rPr>
        <w:t xml:space="preserve"> </w:t>
      </w:r>
      <w:r>
        <w:rPr>
          <w:rFonts w:ascii="Ebrima" w:hAnsi="Ebrima" w:eastAsia="Ebrima" w:cs="Ebrima"/>
        </w:rPr>
        <w:t>ቡሽ</w:t>
      </w:r>
      <w:r>
        <w:rPr>
          <w:rFonts w:ascii="Times New Roman" w:hAnsi="Times New Roman" w:eastAsia="Times New Roman" w:cs="Times New Roman"/>
        </w:rPr>
        <w:t xml:space="preserve"> </w:t>
      </w:r>
      <w:r>
        <w:rPr>
          <w:rFonts w:ascii="Ebrima" w:hAnsi="Ebrima" w:eastAsia="Ebrima" w:cs="Ebrima"/>
        </w:rPr>
        <w:t>ዳሕረዋይ</w:t>
      </w:r>
      <w:r>
        <w:rPr>
          <w:rFonts w:ascii="Times New Roman" w:hAnsi="Times New Roman" w:eastAsia="Times New Roman" w:cs="Times New Roman"/>
        </w:rPr>
        <w:t xml:space="preserve"> </w:t>
      </w:r>
      <w:r>
        <w:rPr>
          <w:rFonts w:ascii="Ebrima" w:hAnsi="Ebrima" w:eastAsia="Ebrima" w:cs="Ebrima"/>
        </w:rPr>
        <w:t>እዩ</w:t>
      </w:r>
      <w:r>
        <w:rPr>
          <w:rFonts w:ascii="Times New Roman" w:hAnsi="Times New Roman" w:eastAsia="Times New Roman" w:cs="Times New Roman"/>
        </w:rPr>
        <w:t xml:space="preserve"> </w:t>
      </w:r>
      <w:r>
        <w:rPr>
          <w:rFonts w:ascii="Ebrima" w:hAnsi="Ebrima" w:eastAsia="Ebrima" w:cs="Ebrima"/>
        </w:rPr>
        <w:t>ነበረ።</w:t>
      </w:r>
    </w:p>
    <w:p>
      <w:pPr>
        <w:pStyle w:val="ArticleBody"/>
        <w:jc w:val="left"/>
      </w:pPr>
      <w:r>
        <w:rPr>
          <w:rFonts w:ascii="Times New Roman" w:hAnsi="Times New Roman" w:eastAsia="Times New Roman" w:cs="Times New Roman"/>
        </w:rPr>
        <w:t>روز</w:t>
      </w:r>
      <w:r>
        <w:rPr>
          <w:rFonts w:ascii="Nirmala UI" w:hAnsi="Nirmala UI" w:eastAsia="Nirmala UI" w:cs="Nirmala UI"/>
        </w:rPr>
        <w:t>वेल्ट</w:t>
      </w:r>
      <w:r>
        <w:rPr>
          <w:rFonts w:ascii="Times New Roman" w:hAnsi="Times New Roman" w:eastAsia="Times New Roman" w:cs="Times New Roman"/>
        </w:rPr>
        <w:t>، آن نخستینِ هشت رئیس‌جمهوری، پایان جنگ جهانی دوم را در سال 1945 رقم زد، و پس از او رئیس‌جمهور بعدی آمد که سازمان ملل متحد را پدید آورد. ریگان، آن نخستینِ هشت رئیس‌جمهوری، پایان جنگ سرد را در سال 1989 رقم زد، و پس از او رئیس‌جمهور بعدی آمد که سازمان ملل متحد را ترویج کرد. آخرین رئیس‌جمهور از این هشت رئیس‌جمهور، به جنگ سردی که هنگامی آغاز شد که او در سال 2015 قصد خود را برای نامزدی اعلام کرد پایان خواهد داد، و جنگ جهانی سوم را آغاز خواهد کرد. او پادشاهی ششمِ نبوتِ کتاب‌مقدس را به سرِ پادشاهی هفتمِ نبوتِ کتاب‌مقدس (سازمان ملل متحد) منتقل خواهد کرد، و سپس در هنگام قانون یکشنبه موافقت خواهد کرد که آن پادشاهی را به وحش بسپارد.</w:t>
      </w:r>
    </w:p>
    <w:p>
      <w:pPr>
        <w:pStyle w:val="ArticleBody"/>
        <w:jc w:val="left"/>
      </w:pPr>
      <w:r>
        <w:rPr>
          <w:rFonts w:ascii="Times New Roman" w:hAnsi="Times New Roman" w:eastAsia="Times New Roman" w:cs="Times New Roman"/>
        </w:rPr>
        <w:t>جیسا کہ دوسری عالمی جنگ بری اور بحری جنگ پر مشتمل تھی، ویسے ہی آخری صدر کے پاس ایک سرد جنگ ہوگی، جس کی نمائندگی پانیوم کی بری لڑائی کرتی ہے جو ایکٹیئم کی بحری لڑائی تک لے جاتی ہے۔ سنڈے لا کے وقت وہ سرد جنگ، جو 2015 میں ٹرمپ کے گلوبلسٹوں کو مشتعل کرنے سے شروع ہوئی تھی، تیسری عالمی جنگ میں تبدیل ہو جاتی ہے، جیسا کہ اس کی نمائندگی دوسری عالمی جنگ کی بری اور بحری لڑائیاں کرتی ہیں۔ دوسری عالمی جنگ کے اختتام پر اگلا مرحلہ اقوامِ متحدہ کی عالمگیریت تھا، بالکل اسی طرح جیسے سرد جنگ کے اختتام پر ریگن اور بش کے زمانے میں ہوا۔ پہلے سنڈے لا پر ریاستہائے متحدہ کا خاتمہ ہوتا ہے، پھر بش کا “new world order” ساتویں مملکت کو متعارف کراتا ہے، جو فوراً اپنی قدرت آٹھویں مملکت کو دینے پر متفق ہو جاتی ہے۔</w:t>
      </w:r>
    </w:p>
    <w:p>
      <w:pPr>
        <w:pStyle w:val="ArticleBody"/>
        <w:jc w:val="left"/>
      </w:pPr>
      <w:r>
        <w:rPr>
          <w:rFonts w:ascii="Times New Roman" w:hAnsi="Times New Roman" w:eastAsia="Times New Roman" w:cs="Times New Roman"/>
        </w:rPr>
        <w:t>بوش الأوّل وبوش الأخير مرتبطان معًا بإعلان الأوّل عن «النظام العالمي الجديد» أمام الكونغرس في 11/9، وبقانون الوطنيّة للأخير لعام 2001. وكلا العلامتين موضوعتان ضمن سياق إثارة الإسلام لغضب الأمم.</w:t>
      </w:r>
    </w:p>
    <w:p>
      <w:pPr>
        <w:pStyle w:val="ArticleBody"/>
        <w:jc w:val="left"/>
      </w:pPr>
      <w:r>
        <w:rPr>
          <w:rFonts w:ascii="Times New Roman" w:hAnsi="Times New Roman" w:eastAsia="Times New Roman" w:cs="Times New Roman"/>
        </w:rPr>
        <w:t>Waŋe ktaŋyutapi kiŋ lé nakúŋ iyúha yuhápi kiŋ él tókheya owáyawaŋkapi kiŋ él ečhúŋyan kte.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مەژووی شاردراوەی ئایەتی چل — ژمارە نۆمە助手 to=final</dc:title>
  <dc:subject>ꯅꯨꯡꯉꯥꯢ ꯃꯑꯣꯡ, ꯃꯐꯝ ꯑꯃꯁꯨꯡ ꯑꯋꯥꯕা</dc:subject>
  <dc:creator>Jeff Pippenger</dc:creator>
  <cp:keywords/>
  <dc:description>Generated by ArticleDigger from hidden_history\09_hidden_history.json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