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Ննջված Պատմությունը Քառասուներորդ Համարի — Թիվ Տասնյոթ</w:t>
      </w:r>
    </w:p>
    <w:p>
      <w:pPr>
        <w:pStyle w:val="ArticleSubtitle"/>
        <w:jc w:val="left"/>
      </w:pPr>
      <w:r>
        <w:rPr>
          <w:rFonts w:ascii="Arial" w:hAnsi="Arial" w:eastAsia="Arial" w:cs="Arial"/>
        </w:rPr>
        <w:t>Aduna de Gñiigu’ Bidxi — Parte Cuatro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2026-06-25</w:t>
      </w:r>
    </w:p>
    <w:p>
      <w:pPr>
        <w:pStyle w:val="ArticleHeading"/>
        <w:jc w:val="left"/>
      </w:pPr>
      <w:r>
        <w:rPr>
          <w:rFonts w:ascii="Arial" w:hAnsi="Arial" w:eastAsia="Arial" w:cs="Arial"/>
        </w:rPr>
        <w:t>627, 632 et 637</w:t>
      </w:r>
    </w:p>
    <w:p>
      <w:pPr>
        <w:pStyle w:val="ArticleBody"/>
        <w:jc w:val="left"/>
      </w:pPr>
      <w:r>
        <w:rPr>
          <w:rFonts w:ascii="Times New Roman" w:hAnsi="Times New Roman" w:eastAsia="Times New Roman" w:cs="Times New Roman"/>
        </w:rPr>
        <w:t>«</w:t>
      </w:r>
      <w:r>
        <w:rPr>
          <w:rFonts w:ascii="Nirmala UI" w:hAnsi="Nirmala UI" w:eastAsia="Nirmala UI" w:cs="Nirmala UI"/>
        </w:rPr>
        <w:t>કુંજી</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અગાધ</w:t>
      </w:r>
      <w:r>
        <w:rPr>
          <w:rFonts w:ascii="Times New Roman" w:hAnsi="Times New Roman" w:eastAsia="Times New Roman" w:cs="Times New Roman"/>
        </w:rPr>
        <w:t xml:space="preserve"> </w:t>
      </w:r>
      <w:r>
        <w:rPr>
          <w:rFonts w:ascii="Nirmala UI" w:hAnsi="Nirmala UI" w:eastAsia="Nirmala UI" w:cs="Nirmala UI"/>
        </w:rPr>
        <w:t>ખાડીને</w:t>
      </w:r>
      <w:r>
        <w:rPr>
          <w:rFonts w:ascii="Times New Roman" w:hAnsi="Times New Roman" w:eastAsia="Times New Roman" w:cs="Times New Roman"/>
        </w:rPr>
        <w:t xml:space="preserve"> </w:t>
      </w:r>
      <w:r>
        <w:rPr>
          <w:rFonts w:ascii="Nirmala UI" w:hAnsi="Nirmala UI" w:eastAsia="Nirmala UI" w:cs="Nirmala UI"/>
        </w:rPr>
        <w:t>ખોલે</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નીનવેની</w:t>
      </w:r>
      <w:r>
        <w:rPr>
          <w:rFonts w:ascii="Times New Roman" w:hAnsi="Times New Roman" w:eastAsia="Times New Roman" w:cs="Times New Roman"/>
        </w:rPr>
        <w:t xml:space="preserve"> </w:t>
      </w:r>
      <w:r>
        <w:rPr>
          <w:rFonts w:ascii="Nirmala UI" w:hAnsi="Nirmala UI" w:eastAsia="Nirmala UI" w:cs="Nirmala UI"/>
        </w:rPr>
        <w:t>લડાઈ</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ઈ</w:t>
      </w:r>
      <w:r>
        <w:rPr>
          <w:rFonts w:ascii="Times New Roman" w:hAnsi="Times New Roman" w:eastAsia="Times New Roman" w:cs="Times New Roman"/>
        </w:rPr>
        <w:t>.</w:t>
      </w:r>
      <w:r>
        <w:rPr>
          <w:rFonts w:ascii="Nirmala UI" w:hAnsi="Nirmala UI" w:eastAsia="Nirmala UI" w:cs="Nirmala UI"/>
        </w:rPr>
        <w:t>સ</w:t>
      </w:r>
      <w:r>
        <w:rPr>
          <w:rFonts w:ascii="Times New Roman" w:hAnsi="Times New Roman" w:eastAsia="Times New Roman" w:cs="Times New Roman"/>
        </w:rPr>
        <w:t>. 627</w:t>
      </w:r>
      <w:r>
        <w:rPr>
          <w:rFonts w:ascii="Nirmala UI" w:hAnsi="Nirmala UI" w:eastAsia="Nirmala UI" w:cs="Nirmala UI"/>
        </w:rPr>
        <w:t>માં</w:t>
      </w:r>
      <w:r>
        <w:rPr>
          <w:rFonts w:ascii="Times New Roman" w:hAnsi="Times New Roman" w:eastAsia="Times New Roman" w:cs="Times New Roman"/>
        </w:rPr>
        <w:t xml:space="preserve"> </w:t>
      </w:r>
      <w:r>
        <w:rPr>
          <w:rFonts w:ascii="Nirmala UI" w:hAnsi="Nirmala UI" w:eastAsia="Nirmala UI" w:cs="Nirmala UI"/>
        </w:rPr>
        <w:t>પૂર્ણ</w:t>
      </w:r>
      <w:r>
        <w:rPr>
          <w:rFonts w:ascii="Times New Roman" w:hAnsi="Times New Roman" w:eastAsia="Times New Roman" w:cs="Times New Roman"/>
        </w:rPr>
        <w:t xml:space="preserve"> </w:t>
      </w:r>
      <w:r>
        <w:rPr>
          <w:rFonts w:ascii="Nirmala UI" w:hAnsi="Nirmala UI" w:eastAsia="Nirmala UI" w:cs="Nirmala UI"/>
        </w:rPr>
        <w:t>થઈ</w:t>
      </w:r>
      <w:r>
        <w:rPr>
          <w:rFonts w:ascii="Times New Roman" w:hAnsi="Times New Roman" w:eastAsia="Times New Roman" w:cs="Times New Roman"/>
        </w:rPr>
        <w:t xml:space="preserve">, </w:t>
      </w:r>
      <w:r>
        <w:rPr>
          <w:rFonts w:ascii="Nirmala UI" w:hAnsi="Nirmala UI" w:eastAsia="Nirmala UI" w:cs="Nirmala UI"/>
        </w:rPr>
        <w:t>મુહંમદના</w:t>
      </w:r>
      <w:r>
        <w:rPr>
          <w:rFonts w:ascii="Times New Roman" w:hAnsi="Times New Roman" w:eastAsia="Times New Roman" w:cs="Times New Roman"/>
        </w:rPr>
        <w:t xml:space="preserve"> </w:t>
      </w:r>
      <w:r>
        <w:rPr>
          <w:rFonts w:ascii="Nirmala UI" w:hAnsi="Nirmala UI" w:eastAsia="Nirmala UI" w:cs="Nirmala UI"/>
        </w:rPr>
        <w:t>ઈ</w:t>
      </w:r>
      <w:r>
        <w:rPr>
          <w:rFonts w:ascii="Times New Roman" w:hAnsi="Times New Roman" w:eastAsia="Times New Roman" w:cs="Times New Roman"/>
        </w:rPr>
        <w:t>.</w:t>
      </w:r>
      <w:r>
        <w:rPr>
          <w:rFonts w:ascii="Nirmala UI" w:hAnsi="Nirmala UI" w:eastAsia="Nirmala UI" w:cs="Nirmala UI"/>
        </w:rPr>
        <w:t>સ</w:t>
      </w:r>
      <w:r>
        <w:rPr>
          <w:rFonts w:ascii="Times New Roman" w:hAnsi="Times New Roman" w:eastAsia="Times New Roman" w:cs="Times New Roman"/>
        </w:rPr>
        <w:t>. 632</w:t>
      </w:r>
      <w:r>
        <w:rPr>
          <w:rFonts w:ascii="Nirmala UI" w:hAnsi="Nirmala UI" w:eastAsia="Nirmala UI" w:cs="Nirmala UI"/>
        </w:rPr>
        <w:t>માં</w:t>
      </w:r>
      <w:r>
        <w:rPr>
          <w:rFonts w:ascii="Times New Roman" w:hAnsi="Times New Roman" w:eastAsia="Times New Roman" w:cs="Times New Roman"/>
        </w:rPr>
        <w:t xml:space="preserve"> </w:t>
      </w:r>
      <w:r>
        <w:rPr>
          <w:rFonts w:ascii="Nirmala UI" w:hAnsi="Nirmala UI" w:eastAsia="Nirmala UI" w:cs="Nirmala UI"/>
        </w:rPr>
        <w:t>અવસાન</w:t>
      </w:r>
      <w:r>
        <w:rPr>
          <w:rFonts w:ascii="Times New Roman" w:hAnsi="Times New Roman" w:eastAsia="Times New Roman" w:cs="Times New Roman"/>
        </w:rPr>
        <w:t xml:space="preserve"> </w:t>
      </w:r>
      <w:r>
        <w:rPr>
          <w:rFonts w:ascii="Nirmala UI" w:hAnsi="Nirmala UI" w:eastAsia="Nirmala UI" w:cs="Nirmala UI"/>
        </w:rPr>
        <w:t>પામતા</w:t>
      </w:r>
      <w:r>
        <w:rPr>
          <w:rFonts w:ascii="Times New Roman" w:hAnsi="Times New Roman" w:eastAsia="Times New Roman" w:cs="Times New Roman"/>
        </w:rPr>
        <w:t xml:space="preserve"> </w:t>
      </w:r>
      <w:r>
        <w:rPr>
          <w:rFonts w:ascii="Nirmala UI" w:hAnsi="Nirmala UI" w:eastAsia="Nirmala UI" w:cs="Nirmala UI"/>
        </w:rPr>
        <w:t>પાંચ</w:t>
      </w:r>
      <w:r>
        <w:rPr>
          <w:rFonts w:ascii="Times New Roman" w:hAnsi="Times New Roman" w:eastAsia="Times New Roman" w:cs="Times New Roman"/>
        </w:rPr>
        <w:t xml:space="preserve"> </w:t>
      </w:r>
      <w:r>
        <w:rPr>
          <w:rFonts w:ascii="Nirmala UI" w:hAnsi="Nirmala UI" w:eastAsia="Nirmala UI" w:cs="Nirmala UI"/>
        </w:rPr>
        <w:t>વર્ષ</w:t>
      </w:r>
      <w:r>
        <w:rPr>
          <w:rFonts w:ascii="Times New Roman" w:hAnsi="Times New Roman" w:eastAsia="Times New Roman" w:cs="Times New Roman"/>
        </w:rPr>
        <w:t xml:space="preserve"> </w:t>
      </w:r>
      <w:r>
        <w:rPr>
          <w:rFonts w:ascii="Nirmala UI" w:hAnsi="Nirmala UI" w:eastAsia="Nirmala UI" w:cs="Nirmala UI"/>
        </w:rPr>
        <w:t>પહેલાં</w:t>
      </w:r>
      <w:r>
        <w:rPr>
          <w:rFonts w:ascii="Times New Roman" w:hAnsi="Times New Roman" w:eastAsia="Times New Roman" w:cs="Times New Roman"/>
        </w:rPr>
        <w:t xml:space="preserve">. </w:t>
      </w:r>
      <w:r>
        <w:rPr>
          <w:rFonts w:ascii="Nirmala UI" w:hAnsi="Nirmala UI" w:eastAsia="Nirmala UI" w:cs="Nirmala UI"/>
        </w:rPr>
        <w:t>પાંચ</w:t>
      </w:r>
      <w:r>
        <w:rPr>
          <w:rFonts w:ascii="Times New Roman" w:hAnsi="Times New Roman" w:eastAsia="Times New Roman" w:cs="Times New Roman"/>
        </w:rPr>
        <w:t xml:space="preserve"> </w:t>
      </w:r>
      <w:r>
        <w:rPr>
          <w:rFonts w:ascii="Nirmala UI" w:hAnsi="Nirmala UI" w:eastAsia="Nirmala UI" w:cs="Nirmala UI"/>
        </w:rPr>
        <w:t>વર્ષ</w:t>
      </w:r>
      <w:r>
        <w:rPr>
          <w:rFonts w:ascii="Times New Roman" w:hAnsi="Times New Roman" w:eastAsia="Times New Roman" w:cs="Times New Roman"/>
        </w:rPr>
        <w:t xml:space="preserve"> </w:t>
      </w:r>
      <w:r>
        <w:rPr>
          <w:rFonts w:ascii="Nirmala UI" w:hAnsi="Nirmala UI" w:eastAsia="Nirmala UI" w:cs="Nirmala UI"/>
        </w:rPr>
        <w:t>પછી</w:t>
      </w:r>
      <w:r>
        <w:rPr>
          <w:rFonts w:ascii="Times New Roman" w:hAnsi="Times New Roman" w:eastAsia="Times New Roman" w:cs="Times New Roman"/>
        </w:rPr>
        <w:t xml:space="preserve">, </w:t>
      </w:r>
      <w:r>
        <w:rPr>
          <w:rFonts w:ascii="Nirmala UI" w:hAnsi="Nirmala UI" w:eastAsia="Nirmala UI" w:cs="Nirmala UI"/>
        </w:rPr>
        <w:t>ઈ</w:t>
      </w:r>
      <w:r>
        <w:rPr>
          <w:rFonts w:ascii="Times New Roman" w:hAnsi="Times New Roman" w:eastAsia="Times New Roman" w:cs="Times New Roman"/>
        </w:rPr>
        <w:t>.</w:t>
      </w:r>
      <w:r>
        <w:rPr>
          <w:rFonts w:ascii="Nirmala UI" w:hAnsi="Nirmala UI" w:eastAsia="Nirmala UI" w:cs="Nirmala UI"/>
        </w:rPr>
        <w:t>સ</w:t>
      </w:r>
      <w:r>
        <w:rPr>
          <w:rFonts w:ascii="Times New Roman" w:hAnsi="Times New Roman" w:eastAsia="Times New Roman" w:cs="Times New Roman"/>
        </w:rPr>
        <w:t>. 637</w:t>
      </w:r>
      <w:r>
        <w:rPr>
          <w:rFonts w:ascii="Nirmala UI" w:hAnsi="Nirmala UI" w:eastAsia="Nirmala UI" w:cs="Nirmala UI"/>
        </w:rPr>
        <w:t>માં</w:t>
      </w:r>
      <w:r>
        <w:rPr>
          <w:rFonts w:ascii="Times New Roman" w:hAnsi="Times New Roman" w:eastAsia="Times New Roman" w:cs="Times New Roman"/>
        </w:rPr>
        <w:t xml:space="preserve">, </w:t>
      </w:r>
      <w:r>
        <w:rPr>
          <w:rFonts w:ascii="Nirmala UI" w:hAnsi="Nirmala UI" w:eastAsia="Nirmala UI" w:cs="Nirmala UI"/>
        </w:rPr>
        <w:t>મુસ્લિમ</w:t>
      </w:r>
      <w:r>
        <w:rPr>
          <w:rFonts w:ascii="Times New Roman" w:hAnsi="Times New Roman" w:eastAsia="Times New Roman" w:cs="Times New Roman"/>
        </w:rPr>
        <w:t xml:space="preserve"> </w:t>
      </w:r>
      <w:r>
        <w:rPr>
          <w:rFonts w:ascii="Nirmala UI" w:hAnsi="Nirmala UI" w:eastAsia="Nirmala UI" w:cs="Nirmala UI"/>
        </w:rPr>
        <w:t>સેનાઓએ</w:t>
      </w:r>
      <w:r>
        <w:rPr>
          <w:rFonts w:ascii="Times New Roman" w:hAnsi="Times New Roman" w:eastAsia="Times New Roman" w:cs="Times New Roman"/>
        </w:rPr>
        <w:t xml:space="preserve"> </w:t>
      </w:r>
      <w:r>
        <w:rPr>
          <w:rFonts w:ascii="Nirmala UI" w:hAnsi="Nirmala UI" w:eastAsia="Nirmala UI" w:cs="Nirmala UI"/>
        </w:rPr>
        <w:t>પર્શિયાની</w:t>
      </w:r>
      <w:r>
        <w:rPr>
          <w:rFonts w:ascii="Times New Roman" w:hAnsi="Times New Roman" w:eastAsia="Times New Roman" w:cs="Times New Roman"/>
        </w:rPr>
        <w:t xml:space="preserve"> </w:t>
      </w:r>
      <w:r>
        <w:rPr>
          <w:rFonts w:ascii="Nirmala UI" w:hAnsi="Nirmala UI" w:eastAsia="Nirmala UI" w:cs="Nirmala UI"/>
        </w:rPr>
        <w:t>રાજધાની</w:t>
      </w:r>
      <w:r>
        <w:rPr>
          <w:rFonts w:ascii="Times New Roman" w:hAnsi="Times New Roman" w:eastAsia="Times New Roman" w:cs="Times New Roman"/>
        </w:rPr>
        <w:t xml:space="preserve"> </w:t>
      </w:r>
      <w:r>
        <w:rPr>
          <w:rFonts w:ascii="Nirmala UI" w:hAnsi="Nirmala UI" w:eastAsia="Nirmala UI" w:cs="Nirmala UI"/>
        </w:rPr>
        <w:t>કબજે</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નીનવેની</w:t>
      </w:r>
      <w:r>
        <w:rPr>
          <w:rFonts w:ascii="Times New Roman" w:hAnsi="Times New Roman" w:eastAsia="Times New Roman" w:cs="Times New Roman"/>
        </w:rPr>
        <w:t xml:space="preserve"> </w:t>
      </w:r>
      <w:r>
        <w:rPr>
          <w:rFonts w:ascii="Nirmala UI" w:hAnsi="Nirmala UI" w:eastAsia="Nirmala UI" w:cs="Nirmala UI"/>
        </w:rPr>
        <w:t>લડાઈમાં</w:t>
      </w:r>
      <w:r>
        <w:rPr>
          <w:rFonts w:ascii="Times New Roman" w:hAnsi="Times New Roman" w:eastAsia="Times New Roman" w:cs="Times New Roman"/>
        </w:rPr>
        <w:t xml:space="preserve"> </w:t>
      </w:r>
      <w:r>
        <w:rPr>
          <w:rFonts w:ascii="Nirmala UI" w:hAnsi="Nirmala UI" w:eastAsia="Nirmala UI" w:cs="Nirmala UI"/>
        </w:rPr>
        <w:t>સામેલ</w:t>
      </w:r>
      <w:r>
        <w:rPr>
          <w:rFonts w:ascii="Times New Roman" w:hAnsi="Times New Roman" w:eastAsia="Times New Roman" w:cs="Times New Roman"/>
        </w:rPr>
        <w:t xml:space="preserve"> </w:t>
      </w:r>
      <w:r>
        <w:rPr>
          <w:rFonts w:ascii="Nirmala UI" w:hAnsi="Nirmala UI" w:eastAsia="Nirmala UI" w:cs="Nirmala UI"/>
        </w:rPr>
        <w:t>થયેલી</w:t>
      </w:r>
      <w:r>
        <w:rPr>
          <w:rFonts w:ascii="Times New Roman" w:hAnsi="Times New Roman" w:eastAsia="Times New Roman" w:cs="Times New Roman"/>
        </w:rPr>
        <w:t xml:space="preserve"> </w:t>
      </w:r>
      <w:r>
        <w:rPr>
          <w:rFonts w:ascii="Nirmala UI" w:hAnsi="Nirmala UI" w:eastAsia="Nirmala UI" w:cs="Nirmala UI"/>
        </w:rPr>
        <w:t>બે</w:t>
      </w:r>
      <w:r>
        <w:rPr>
          <w:rFonts w:ascii="Times New Roman" w:hAnsi="Times New Roman" w:eastAsia="Times New Roman" w:cs="Times New Roman"/>
        </w:rPr>
        <w:t xml:space="preserve"> </w:t>
      </w:r>
      <w:r>
        <w:rPr>
          <w:rFonts w:ascii="Nirmala UI" w:hAnsi="Nirmala UI" w:eastAsia="Nirmala UI" w:cs="Nirmala UI"/>
        </w:rPr>
        <w:t>મહાશક્તિઓમાંથી</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ઘટનાએ</w:t>
      </w:r>
      <w:r>
        <w:rPr>
          <w:rFonts w:ascii="Times New Roman" w:hAnsi="Times New Roman" w:eastAsia="Times New Roman" w:cs="Times New Roman"/>
        </w:rPr>
        <w:t xml:space="preserve"> </w:t>
      </w:r>
      <w:r>
        <w:rPr>
          <w:rFonts w:ascii="Nirmala UI" w:hAnsi="Nirmala UI" w:eastAsia="Nirmala UI" w:cs="Nirmala UI"/>
        </w:rPr>
        <w:t>મધ્યપૂર્વમાં</w:t>
      </w:r>
      <w:r>
        <w:rPr>
          <w:rFonts w:ascii="Times New Roman" w:hAnsi="Times New Roman" w:eastAsia="Times New Roman" w:cs="Times New Roman"/>
        </w:rPr>
        <w:t xml:space="preserve"> </w:t>
      </w:r>
      <w:r>
        <w:rPr>
          <w:rFonts w:ascii="Nirmala UI" w:hAnsi="Nirmala UI" w:eastAsia="Nirmala UI" w:cs="Nirmala UI"/>
        </w:rPr>
        <w:t>સત્તાના</w:t>
      </w:r>
      <w:r>
        <w:rPr>
          <w:rFonts w:ascii="Times New Roman" w:hAnsi="Times New Roman" w:eastAsia="Times New Roman" w:cs="Times New Roman"/>
        </w:rPr>
        <w:t xml:space="preserve"> </w:t>
      </w:r>
      <w:r>
        <w:rPr>
          <w:rFonts w:ascii="Nirmala UI" w:hAnsi="Nirmala UI" w:eastAsia="Nirmala UI" w:cs="Nirmala UI"/>
        </w:rPr>
        <w:t>સંતુલનમાં</w:t>
      </w:r>
      <w:r>
        <w:rPr>
          <w:rFonts w:ascii="Times New Roman" w:hAnsi="Times New Roman" w:eastAsia="Times New Roman" w:cs="Times New Roman"/>
        </w:rPr>
        <w:t xml:space="preserve"> </w:t>
      </w:r>
      <w:r>
        <w:rPr>
          <w:rFonts w:ascii="Nirmala UI" w:hAnsi="Nirmala UI" w:eastAsia="Nirmala UI" w:cs="Nirmala UI"/>
        </w:rPr>
        <w:t>નાટ્યાત્મક</w:t>
      </w:r>
      <w:r>
        <w:rPr>
          <w:rFonts w:ascii="Times New Roman" w:hAnsi="Times New Roman" w:eastAsia="Times New Roman" w:cs="Times New Roman"/>
        </w:rPr>
        <w:t xml:space="preserve"> </w:t>
      </w:r>
      <w:r>
        <w:rPr>
          <w:rFonts w:ascii="Nirmala UI" w:hAnsi="Nirmala UI" w:eastAsia="Nirmala UI" w:cs="Nirmala UI"/>
        </w:rPr>
        <w:t>ફેરફાર</w:t>
      </w:r>
      <w:r>
        <w:rPr>
          <w:rFonts w:ascii="Times New Roman" w:hAnsi="Times New Roman" w:eastAsia="Times New Roman" w:cs="Times New Roman"/>
        </w:rPr>
        <w:t xml:space="preserve"> </w:t>
      </w:r>
      <w:r>
        <w:rPr>
          <w:rFonts w:ascii="Nirmala UI" w:hAnsi="Nirmala UI" w:eastAsia="Nirmala UI" w:cs="Nirmala UI"/>
        </w:rPr>
        <w:t>લાવ્યો</w:t>
      </w:r>
      <w:r>
        <w:rPr>
          <w:rFonts w:ascii="Times New Roman" w:hAnsi="Times New Roman" w:eastAsia="Times New Roman" w:cs="Times New Roman"/>
        </w:rPr>
        <w:t xml:space="preserve">. </w:t>
      </w:r>
      <w:r>
        <w:rPr>
          <w:rFonts w:ascii="Nirmala UI" w:hAnsi="Nirmala UI" w:eastAsia="Nirmala UI" w:cs="Nirmala UI"/>
        </w:rPr>
        <w:t>ઈ</w:t>
      </w:r>
      <w:r>
        <w:rPr>
          <w:rFonts w:ascii="Times New Roman" w:hAnsi="Times New Roman" w:eastAsia="Times New Roman" w:cs="Times New Roman"/>
        </w:rPr>
        <w:t>.</w:t>
      </w:r>
      <w:r>
        <w:rPr>
          <w:rFonts w:ascii="Nirmala UI" w:hAnsi="Nirmala UI" w:eastAsia="Nirmala UI" w:cs="Nirmala UI"/>
        </w:rPr>
        <w:t>સ</w:t>
      </w:r>
      <w:r>
        <w:rPr>
          <w:rFonts w:ascii="Times New Roman" w:hAnsi="Times New Roman" w:eastAsia="Times New Roman" w:cs="Times New Roman"/>
        </w:rPr>
        <w:t>. 627</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નીનવેની</w:t>
      </w:r>
      <w:r>
        <w:rPr>
          <w:rFonts w:ascii="Times New Roman" w:hAnsi="Times New Roman" w:eastAsia="Times New Roman" w:cs="Times New Roman"/>
        </w:rPr>
        <w:t xml:space="preserve"> </w:t>
      </w:r>
      <w:r>
        <w:rPr>
          <w:rFonts w:ascii="Nirmala UI" w:hAnsi="Nirmala UI" w:eastAsia="Nirmala UI" w:cs="Nirmala UI"/>
        </w:rPr>
        <w:t>લડાઈએ</w:t>
      </w:r>
      <w:r>
        <w:rPr>
          <w:rFonts w:ascii="Times New Roman" w:hAnsi="Times New Roman" w:eastAsia="Times New Roman" w:cs="Times New Roman"/>
        </w:rPr>
        <w:t xml:space="preserve"> </w:t>
      </w:r>
      <w:r>
        <w:rPr>
          <w:rFonts w:ascii="Nirmala UI" w:hAnsi="Nirmala UI" w:eastAsia="Nirmala UI" w:cs="Nirmala UI"/>
        </w:rPr>
        <w:t>પર્શિયન</w:t>
      </w:r>
      <w:r>
        <w:rPr>
          <w:rFonts w:ascii="Times New Roman" w:hAnsi="Times New Roman" w:eastAsia="Times New Roman" w:cs="Times New Roman"/>
        </w:rPr>
        <w:t xml:space="preserve"> </w:t>
      </w:r>
      <w:r>
        <w:rPr>
          <w:rFonts w:ascii="Nirmala UI" w:hAnsi="Nirmala UI" w:eastAsia="Nirmala UI" w:cs="Nirmala UI"/>
        </w:rPr>
        <w:t>સામ્રાજ્યની</w:t>
      </w:r>
      <w:r>
        <w:rPr>
          <w:rFonts w:ascii="Times New Roman" w:hAnsi="Times New Roman" w:eastAsia="Times New Roman" w:cs="Times New Roman"/>
        </w:rPr>
        <w:t xml:space="preserve"> </w:t>
      </w:r>
      <w:r>
        <w:rPr>
          <w:rFonts w:ascii="Nirmala UI" w:hAnsi="Nirmala UI" w:eastAsia="Nirmala UI" w:cs="Nirmala UI"/>
        </w:rPr>
        <w:t>શક્તિ</w:t>
      </w:r>
      <w:r>
        <w:rPr>
          <w:rFonts w:ascii="Times New Roman" w:hAnsi="Times New Roman" w:eastAsia="Times New Roman" w:cs="Times New Roman"/>
        </w:rPr>
        <w:t xml:space="preserve"> </w:t>
      </w:r>
      <w:r>
        <w:rPr>
          <w:rFonts w:ascii="Nirmala UI" w:hAnsi="Nirmala UI" w:eastAsia="Nirmala UI" w:cs="Nirmala UI"/>
        </w:rPr>
        <w:t>ક્ષીણ</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દસ</w:t>
      </w:r>
      <w:r>
        <w:rPr>
          <w:rFonts w:ascii="Times New Roman" w:hAnsi="Times New Roman" w:eastAsia="Times New Roman" w:cs="Times New Roman"/>
        </w:rPr>
        <w:t xml:space="preserve"> </w:t>
      </w:r>
      <w:r>
        <w:rPr>
          <w:rFonts w:ascii="Nirmala UI" w:hAnsi="Nirmala UI" w:eastAsia="Nirmala UI" w:cs="Nirmala UI"/>
        </w:rPr>
        <w:t>વર્ષ</w:t>
      </w:r>
      <w:r>
        <w:rPr>
          <w:rFonts w:ascii="Times New Roman" w:hAnsi="Times New Roman" w:eastAsia="Times New Roman" w:cs="Times New Roman"/>
        </w:rPr>
        <w:t xml:space="preserve"> </w:t>
      </w:r>
      <w:r>
        <w:rPr>
          <w:rFonts w:ascii="Nirmala UI" w:hAnsi="Nirmala UI" w:eastAsia="Nirmala UI" w:cs="Nirmala UI"/>
        </w:rPr>
        <w:t>પછી</w:t>
      </w:r>
      <w:r>
        <w:rPr>
          <w:rFonts w:ascii="Times New Roman" w:hAnsi="Times New Roman" w:eastAsia="Times New Roman" w:cs="Times New Roman"/>
        </w:rPr>
        <w:t xml:space="preserve"> </w:t>
      </w:r>
      <w:r>
        <w:rPr>
          <w:rFonts w:ascii="Nirmala UI" w:hAnsi="Nirmala UI" w:eastAsia="Nirmala UI" w:cs="Nirmala UI"/>
        </w:rPr>
        <w:t>પર્શિયન</w:t>
      </w:r>
      <w:r>
        <w:rPr>
          <w:rFonts w:ascii="Times New Roman" w:hAnsi="Times New Roman" w:eastAsia="Times New Roman" w:cs="Times New Roman"/>
        </w:rPr>
        <w:t xml:space="preserve"> </w:t>
      </w:r>
      <w:r>
        <w:rPr>
          <w:rFonts w:ascii="Nirmala UI" w:hAnsi="Nirmala UI" w:eastAsia="Nirmala UI" w:cs="Nirmala UI"/>
        </w:rPr>
        <w:t>સામ્રાજ્યનો</w:t>
      </w:r>
      <w:r>
        <w:rPr>
          <w:rFonts w:ascii="Times New Roman" w:hAnsi="Times New Roman" w:eastAsia="Times New Roman" w:cs="Times New Roman"/>
        </w:rPr>
        <w:t xml:space="preserve"> </w:t>
      </w:r>
      <w:r>
        <w:rPr>
          <w:rFonts w:ascii="Nirmala UI" w:hAnsi="Nirmala UI" w:eastAsia="Nirmala UI" w:cs="Nirmala UI"/>
        </w:rPr>
        <w:t>અંત</w:t>
      </w:r>
      <w:r>
        <w:rPr>
          <w:rFonts w:ascii="Times New Roman" w:hAnsi="Times New Roman" w:eastAsia="Times New Roman" w:cs="Times New Roman"/>
        </w:rPr>
        <w:t xml:space="preserve"> </w:t>
      </w:r>
      <w:r>
        <w:rPr>
          <w:rFonts w:ascii="Nirmala UI" w:hAnsi="Nirmala UI" w:eastAsia="Nirmala UI" w:cs="Nirmala UI"/>
        </w:rPr>
        <w:t>આવ્યો</w:t>
      </w:r>
      <w:r>
        <w:rPr>
          <w:rFonts w:ascii="Times New Roman" w:hAnsi="Times New Roman" w:eastAsia="Times New Roman" w:cs="Times New Roman"/>
        </w:rPr>
        <w:t>.</w:t>
      </w:r>
    </w:p>
    <w:p>
      <w:pPr>
        <w:pStyle w:val="ArticleHeading"/>
        <w:jc w:val="left"/>
      </w:pPr>
      <w:r>
        <w:rPr>
          <w:rFonts w:ascii="Arial" w:hAnsi="Arial" w:eastAsia="Arial" w:cs="Arial"/>
        </w:rPr>
        <w:t>یەکسەرکردن—782</w:t>
      </w:r>
    </w:p>
    <w:p>
      <w:pPr>
        <w:pStyle w:val="ArticleBody"/>
        <w:jc w:val="left"/>
      </w:pPr>
      <w:r>
        <w:rPr>
          <w:rFonts w:ascii="Times New Roman" w:hAnsi="Times New Roman" w:eastAsia="Times New Roman" w:cs="Times New Roman"/>
        </w:rPr>
        <w:t>موحەممەدنىڭ 632-يىلى ۋاپات بولغانلىقىدىن بىر يۈز ئەللىك يىل كېيىن، 782-يىلدىكى ئابباسىيلار ھەربىي يۈرۈشىدە، ئابباسىيلار قوشۇنى (خەۋەر قىلىنىشىچە تەخمىنەن 95,000 كىشى) كىچىك ئاسىيا (ھازىرقى تۈركىيە) دىكى بىزانتىيە زېمىنىغا كەڭ كۆلەملىك تاجاۋۇز باشلىدى. ئۇلار بوسفور بوغۇزىنىڭ قارشى تەرىپىدىكى، كونستانتىنوپولغا بىۋاسىتە ئۇدۇل كېلىدىغان خرىسوپولىسقىچە ئىلگىرىلىدى — شۇ ئارقىلىق بىزانتىيە پايتەختىگە ئىنتايىن يېقىنلاشتى. ئىمپېراترىس ئىرېنې رەھبەرلىكىدىكى بىزانتىيەلەر ئېغىر مەغلۇبىيەتكە ئۇچرىدى. نەتىجىدە، بىزانتىيەلەر ھاقارەتلىك ئۈچ يىللىق ياراش كېلىشىمىگە ئىمزا قويۇشقا مەجبۇر بولدى؛ بۇنىڭ بويىچە ئۇلار ھەر يىلى زور مىقداردا باج-تەلىپ (تەخمىنەن 70,000–90,000 ئالتۇن دىنار) تۆلەشكە، شۇنداقلا يىپەك كىيىملەر ۋە گۆرۈلەرنى تاپشۇرۇپ بېرىشكە ماقۇل بولدى. بۇ يۈرۈش 8-ئەسىر جەريانىدا ئابباسىيلارنىڭ بىزانتىيە زېمىنلىرىغا قىلغان ئەڭ زور ۋە ئەڭ مۇۋەپپەقىيەتلىك بېسىپ كىرىشلىرىنىڭ بىرى ئىدى. ئۇ ئابباسىيلار خەلىپىلىكىنىڭ كۈچىنىڭ بارغانسېرى ئاشقانلىقىنى ۋە بىزانتىيە ئىمپېرىيىسىنىڭ داۋاملىق زاۋال تېپىۋاتقانلىقىنى نامايان قىلدى.</w:t>
      </w:r>
    </w:p>
    <w:p>
      <w:pPr>
        <w:pStyle w:val="ArticleHeading"/>
        <w:jc w:val="left"/>
      </w:pPr>
      <w:r>
        <w:rPr>
          <w:rFonts w:ascii="Arial" w:hAnsi="Arial" w:eastAsia="Arial" w:cs="Arial"/>
        </w:rPr>
        <w:t>Bäş aý</w:t>
      </w:r>
    </w:p>
    <w:p>
      <w:pPr>
        <w:pStyle w:val="ArticleBody"/>
        <w:jc w:val="left"/>
      </w:pPr>
      <w:r>
        <w:rPr>
          <w:rFonts w:ascii="Nirmala UI" w:hAnsi="Nirmala UI" w:eastAsia="Nirmala UI" w:cs="Nirmala UI"/>
        </w:rPr>
        <w:t>बयान</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बाब्ट</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फाइव</w:t>
      </w:r>
      <w:r>
        <w:rPr>
          <w:rFonts w:ascii="Times New Roman" w:hAnsi="Times New Roman" w:eastAsia="Times New Roman" w:cs="Times New Roman"/>
        </w:rPr>
        <w:t xml:space="preserve"> </w:t>
      </w:r>
      <w:r>
        <w:rPr>
          <w:rFonts w:ascii="Nirmala UI" w:hAnsi="Nirmala UI" w:eastAsia="Nirmala UI" w:cs="Nirmala UI"/>
        </w:rPr>
        <w:t>मंथ्स</w:t>
      </w:r>
      <w:r>
        <w:rPr>
          <w:rFonts w:ascii="Times New Roman" w:hAnsi="Times New Roman" w:eastAsia="Times New Roman" w:cs="Times New Roman"/>
        </w:rPr>
        <w:t xml:space="preserve">” </w:t>
      </w:r>
      <w:r>
        <w:rPr>
          <w:rFonts w:ascii="Nirmala UI" w:hAnsi="Nirmala UI" w:eastAsia="Nirmala UI" w:cs="Nirmala UI"/>
        </w:rPr>
        <w:t>वाक्यांश</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सय</w:t>
      </w:r>
      <w:r>
        <w:rPr>
          <w:rFonts w:ascii="Times New Roman" w:hAnsi="Times New Roman" w:eastAsia="Times New Roman" w:cs="Times New Roman"/>
        </w:rPr>
        <w:t xml:space="preserve"> </w:t>
      </w:r>
      <w:r>
        <w:rPr>
          <w:rFonts w:ascii="Nirmala UI" w:hAnsi="Nirmala UI" w:eastAsia="Nirmala UI" w:cs="Nirmala UI"/>
        </w:rPr>
        <w:t>पचास</w:t>
      </w:r>
      <w:r>
        <w:rPr>
          <w:rFonts w:ascii="Times New Roman" w:hAnsi="Times New Roman" w:eastAsia="Times New Roman" w:cs="Times New Roman"/>
        </w:rPr>
        <w:t xml:space="preserve"> </w:t>
      </w:r>
      <w:r>
        <w:rPr>
          <w:rFonts w:ascii="Nirmala UI" w:hAnsi="Nirmala UI" w:eastAsia="Nirmala UI" w:cs="Nirmala UI"/>
        </w:rPr>
        <w:t>वर्षासँग</w:t>
      </w:r>
      <w:r>
        <w:rPr>
          <w:rFonts w:ascii="Times New Roman" w:hAnsi="Times New Roman" w:eastAsia="Times New Roman" w:cs="Times New Roman"/>
        </w:rPr>
        <w:t xml:space="preserve"> </w:t>
      </w:r>
      <w:r>
        <w:rPr>
          <w:rFonts w:ascii="Nirmala UI" w:hAnsi="Nirmala UI" w:eastAsia="Nirmala UI" w:cs="Nirmala UI"/>
        </w:rPr>
        <w:t>बराबर</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दुइ</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उल्लेख</w:t>
      </w:r>
      <w:r>
        <w:rPr>
          <w:rFonts w:ascii="Times New Roman" w:hAnsi="Times New Roman" w:eastAsia="Times New Roman" w:cs="Times New Roman"/>
        </w:rPr>
        <w:t xml:space="preserve"> </w:t>
      </w:r>
      <w:r>
        <w:rPr>
          <w:rFonts w:ascii="Nirmala UI" w:hAnsi="Nirmala UI" w:eastAsia="Nirmala UI" w:cs="Nirmala UI"/>
        </w:rPr>
        <w:t>भेल</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पाँच</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मा।</w:t>
      </w:r>
    </w:p>
    <w:p>
      <w:pPr>
        <w:pStyle w:val="ArticleScripture"/>
        <w:jc w:val="left"/>
      </w:pPr>
      <w:r>
        <w:rPr>
          <w:rFonts w:ascii="Times New Roman" w:hAnsi="Times New Roman" w:eastAsia="Times New Roman" w:cs="Times New Roman"/>
        </w:rPr>
        <w:t>ئۇلارغا بۇيرۇلدىكى، ئادەملەرنى ئۆلتۈرمەسۇن، بەلكى بەش ئاي داۋامىدا ئازابلىسۇن؛ ۋە ئۇلارنىڭ ئازابى چايان بىر ئادەمنى چاققىنىدىكى ئازابقا ئوخشايتتى. شۇ كۈنلەردە ئادەملەر ئۆلۈمنى ئىزدەيدۇ، ئەمما تاپالمايدۇ؛ ئۆلۈشنى ئارزۇ قىلىدۇ، ئەمما ئۆلۈم ئۇلاردىن قاچىدۇ. چېكەتكىلەرنىڭ شەكلى جەڭگە تەييارلانغان ئاتلارغا ئوخشايتتى؛ باشلىرىدا ئالتۇنغا ئوخشاش تاجلاردەك نەرسىلەر بار ئىدى، يۈزلىرى بولسا ئادەملەرنىڭ يۈزلىرىدەك ئىدى. ئۇلارنىڭ چېچى ئاياللارنىڭ چېچىدەك، چىشلىرى بولسا ئارسلىنلارنىڭ چىشلىرىدەك ئىدى. ئۇلارنىڭ كۆكسىلىرىدە تۆمۈردىن بولغاندەك ساۋۇتلار بار ئىدى؛ قاناتلىرىنىڭ ئاۋازى جەڭگە يۈگۈرگەن كۆپ ئاتلار تارتقان جەڭ ھارۋىلىرىنىڭ ئاۋازىدەك ئىدى. ئۇلارنىڭ قۇيرۇقلىرى چايانلارنىڭ قۇيرۇقىغا ئوخشايتتى، قۇيرۇقلىرىدا نەشتەرلىرى بار ئىدى؛ ۋە ئۇلارنىڭ قۇدرىتى بەش ئاي داۋامىدا ئادەملەرگە زىيان يەتكۈزۈش ئىدى. ۋەھىي 9:5–10.</w:t>
      </w:r>
    </w:p>
    <w:p>
      <w:pPr>
        <w:pStyle w:val="ArticleBody"/>
        <w:jc w:val="left"/>
      </w:pPr>
      <w:r>
        <w:rPr>
          <w:rFonts w:ascii="Nirmala UI" w:hAnsi="Nirmala UI" w:eastAsia="Nirmala UI" w:cs="Nirmala UI"/>
        </w:rPr>
        <w:t>వెల్లడింపులో</w:t>
      </w:r>
      <w:r>
        <w:rPr>
          <w:rFonts w:ascii="Times New Roman" w:hAnsi="Times New Roman" w:eastAsia="Times New Roman" w:cs="Times New Roman"/>
        </w:rPr>
        <w:t xml:space="preserve"> </w:t>
      </w:r>
      <w:r>
        <w:rPr>
          <w:rFonts w:ascii="Nirmala UI" w:hAnsi="Nirmala UI" w:eastAsia="Nirmala UI" w:cs="Nirmala UI"/>
        </w:rPr>
        <w:t>తొమ్మిదవ</w:t>
      </w:r>
      <w:r>
        <w:rPr>
          <w:rFonts w:ascii="Times New Roman" w:hAnsi="Times New Roman" w:eastAsia="Times New Roman" w:cs="Times New Roman"/>
        </w:rPr>
        <w:t xml:space="preserve"> </w:t>
      </w:r>
      <w:r>
        <w:rPr>
          <w:rFonts w:ascii="Nirmala UI" w:hAnsi="Nirmala UI" w:eastAsia="Nirmala UI" w:cs="Nirmala UI"/>
        </w:rPr>
        <w:t>అధ్యాయంలోని</w:t>
      </w:r>
      <w:r>
        <w:rPr>
          <w:rFonts w:ascii="Times New Roman" w:hAnsi="Times New Roman" w:eastAsia="Times New Roman" w:cs="Times New Roman"/>
        </w:rPr>
        <w:t xml:space="preserve"> </w:t>
      </w:r>
      <w:r>
        <w:rPr>
          <w:rFonts w:ascii="Nirmala UI" w:hAnsi="Nirmala UI" w:eastAsia="Nirmala UI" w:cs="Nirmala UI"/>
        </w:rPr>
        <w:t>ఐదవ</w:t>
      </w:r>
      <w:r>
        <w:rPr>
          <w:rFonts w:ascii="Times New Roman" w:hAnsi="Times New Roman" w:eastAsia="Times New Roman" w:cs="Times New Roman"/>
        </w:rPr>
        <w:t xml:space="preserve"> </w:t>
      </w:r>
      <w:r>
        <w:rPr>
          <w:rFonts w:ascii="Nirmala UI" w:hAnsi="Nirmala UI" w:eastAsia="Nirmala UI" w:cs="Nirmala UI"/>
        </w:rPr>
        <w:t>తూర్యంలో</w:t>
      </w:r>
      <w:r>
        <w:rPr>
          <w:rFonts w:ascii="Times New Roman" w:hAnsi="Times New Roman" w:eastAsia="Times New Roman" w:cs="Times New Roman"/>
        </w:rPr>
        <w:t xml:space="preserve"> </w:t>
      </w:r>
      <w:r>
        <w:rPr>
          <w:rFonts w:ascii="Nirmala UI" w:hAnsi="Nirmala UI" w:eastAsia="Nirmala UI" w:cs="Nirmala UI"/>
        </w:rPr>
        <w:t>నూరయాభై</w:t>
      </w:r>
      <w:r>
        <w:rPr>
          <w:rFonts w:ascii="Times New Roman" w:hAnsi="Times New Roman" w:eastAsia="Times New Roman" w:cs="Times New Roman"/>
        </w:rPr>
        <w:t xml:space="preserve"> </w:t>
      </w:r>
      <w:r>
        <w:rPr>
          <w:rFonts w:ascii="Nirmala UI" w:hAnsi="Nirmala UI" w:eastAsia="Nirmala UI" w:cs="Nirmala UI"/>
        </w:rPr>
        <w:t>సంవత్సరాల</w:t>
      </w:r>
      <w:r>
        <w:rPr>
          <w:rFonts w:ascii="Times New Roman" w:hAnsi="Times New Roman" w:eastAsia="Times New Roman" w:cs="Times New Roman"/>
        </w:rPr>
        <w:t xml:space="preserve"> </w:t>
      </w:r>
      <w:r>
        <w:rPr>
          <w:rFonts w:ascii="Nirmala UI" w:hAnsi="Nirmala UI" w:eastAsia="Nirmala UI" w:cs="Nirmala UI"/>
        </w:rPr>
        <w:t>రెండు</w:t>
      </w:r>
      <w:r>
        <w:rPr>
          <w:rFonts w:ascii="Times New Roman" w:hAnsi="Times New Roman" w:eastAsia="Times New Roman" w:cs="Times New Roman"/>
        </w:rPr>
        <w:t xml:space="preserve"> </w:t>
      </w:r>
      <w:r>
        <w:rPr>
          <w:rFonts w:ascii="Nirmala UI" w:hAnsi="Nirmala UI" w:eastAsia="Nirmala UI" w:cs="Nirmala UI"/>
        </w:rPr>
        <w:t>భిన్నమైన</w:t>
      </w:r>
      <w:r>
        <w:rPr>
          <w:rFonts w:ascii="Times New Roman" w:hAnsi="Times New Roman" w:eastAsia="Times New Roman" w:cs="Times New Roman"/>
        </w:rPr>
        <w:t xml:space="preserve"> </w:t>
      </w:r>
      <w:r>
        <w:rPr>
          <w:rFonts w:ascii="Nirmala UI" w:hAnsi="Nirmala UI" w:eastAsia="Nirmala UI" w:cs="Nirmala UI"/>
        </w:rPr>
        <w:t>ప్రవచనకాలాలు</w:t>
      </w:r>
      <w:r>
        <w:rPr>
          <w:rFonts w:ascii="Times New Roman" w:hAnsi="Times New Roman" w:eastAsia="Times New Roman" w:cs="Times New Roman"/>
        </w:rPr>
        <w:t xml:space="preserve"> </w:t>
      </w:r>
      <w:r>
        <w:rPr>
          <w:rFonts w:ascii="Nirmala UI" w:hAnsi="Nirmala UI" w:eastAsia="Nirmala UI" w:cs="Nirmala UI"/>
        </w:rPr>
        <w:t>ఉన్నాయి</w:t>
      </w:r>
      <w:r>
        <w:rPr>
          <w:rFonts w:ascii="Times New Roman" w:hAnsi="Times New Roman" w:eastAsia="Times New Roman" w:cs="Times New Roman"/>
        </w:rPr>
        <w:t xml:space="preserve">. </w:t>
      </w:r>
      <w:r>
        <w:rPr>
          <w:rFonts w:ascii="Nirmala UI" w:hAnsi="Nirmala UI" w:eastAsia="Nirmala UI" w:cs="Nirmala UI"/>
        </w:rPr>
        <w:t>మొదటిది</w:t>
      </w:r>
      <w:r>
        <w:rPr>
          <w:rFonts w:ascii="Times New Roman" w:hAnsi="Times New Roman" w:eastAsia="Times New Roman" w:cs="Times New Roman"/>
        </w:rPr>
        <w:t xml:space="preserve"> </w:t>
      </w:r>
      <w:r>
        <w:rPr>
          <w:rFonts w:ascii="Nirmala UI" w:hAnsi="Nirmala UI" w:eastAsia="Nirmala UI" w:cs="Nirmala UI"/>
        </w:rPr>
        <w:t>క్రీస్తుశకం</w:t>
      </w:r>
      <w:r>
        <w:rPr>
          <w:rFonts w:ascii="Times New Roman" w:hAnsi="Times New Roman" w:eastAsia="Times New Roman" w:cs="Times New Roman"/>
        </w:rPr>
        <w:t xml:space="preserve"> 632</w:t>
      </w:r>
      <w:r>
        <w:rPr>
          <w:rFonts w:ascii="Nirmala UI" w:hAnsi="Nirmala UI" w:eastAsia="Nirmala UI" w:cs="Nirmala UI"/>
        </w:rPr>
        <w:t>లో</w:t>
      </w:r>
      <w:r>
        <w:rPr>
          <w:rFonts w:ascii="Times New Roman" w:hAnsi="Times New Roman" w:eastAsia="Times New Roman" w:cs="Times New Roman"/>
        </w:rPr>
        <w:t xml:space="preserve"> </w:t>
      </w:r>
      <w:r>
        <w:rPr>
          <w:rFonts w:ascii="Nirmala UI" w:hAnsi="Nirmala UI" w:eastAsia="Nirmala UI" w:cs="Nirmala UI"/>
        </w:rPr>
        <w:t>మహమ్మదు</w:t>
      </w:r>
      <w:r>
        <w:rPr>
          <w:rFonts w:ascii="Times New Roman" w:hAnsi="Times New Roman" w:eastAsia="Times New Roman" w:cs="Times New Roman"/>
        </w:rPr>
        <w:t xml:space="preserve"> </w:t>
      </w:r>
      <w:r>
        <w:rPr>
          <w:rFonts w:ascii="Nirmala UI" w:hAnsi="Nirmala UI" w:eastAsia="Nirmala UI" w:cs="Nirmala UI"/>
        </w:rPr>
        <w:t>మరణం</w:t>
      </w:r>
      <w:r>
        <w:rPr>
          <w:rFonts w:ascii="Times New Roman" w:hAnsi="Times New Roman" w:eastAsia="Times New Roman" w:cs="Times New Roman"/>
        </w:rPr>
        <w:t xml:space="preserve"> </w:t>
      </w:r>
      <w:r>
        <w:rPr>
          <w:rFonts w:ascii="Nirmala UI" w:hAnsi="Nirmala UI" w:eastAsia="Nirmala UI" w:cs="Nirmala UI"/>
        </w:rPr>
        <w:t>నుండి</w:t>
      </w:r>
      <w:r>
        <w:rPr>
          <w:rFonts w:ascii="Times New Roman" w:hAnsi="Times New Roman" w:eastAsia="Times New Roman" w:cs="Times New Roman"/>
        </w:rPr>
        <w:t xml:space="preserve"> </w:t>
      </w:r>
      <w:r>
        <w:rPr>
          <w:rFonts w:ascii="Nirmala UI" w:hAnsi="Nirmala UI" w:eastAsia="Nirmala UI" w:cs="Nirmala UI"/>
        </w:rPr>
        <w:t>క్రీస్తుశకం</w:t>
      </w:r>
      <w:r>
        <w:rPr>
          <w:rFonts w:ascii="Times New Roman" w:hAnsi="Times New Roman" w:eastAsia="Times New Roman" w:cs="Times New Roman"/>
        </w:rPr>
        <w:t xml:space="preserve"> 782</w:t>
      </w:r>
      <w:r>
        <w:rPr>
          <w:rFonts w:ascii="Nirmala UI" w:hAnsi="Nirmala UI" w:eastAsia="Nirmala UI" w:cs="Nirmala UI"/>
        </w:rPr>
        <w:t>లో</w:t>
      </w:r>
      <w:r>
        <w:rPr>
          <w:rFonts w:ascii="Times New Roman" w:hAnsi="Times New Roman" w:eastAsia="Times New Roman" w:cs="Times New Roman"/>
        </w:rPr>
        <w:t xml:space="preserve"> </w:t>
      </w:r>
      <w:r>
        <w:rPr>
          <w:rFonts w:ascii="Nirmala UI" w:hAnsi="Nirmala UI" w:eastAsia="Nirmala UI" w:cs="Nirmala UI"/>
        </w:rPr>
        <w:t>తూర్పు</w:t>
      </w:r>
      <w:r>
        <w:rPr>
          <w:rFonts w:ascii="Times New Roman" w:hAnsi="Times New Roman" w:eastAsia="Times New Roman" w:cs="Times New Roman"/>
        </w:rPr>
        <w:t xml:space="preserve"> </w:t>
      </w:r>
      <w:r>
        <w:rPr>
          <w:rFonts w:ascii="Nirmala UI" w:hAnsi="Nirmala UI" w:eastAsia="Nirmala UI" w:cs="Nirmala UI"/>
        </w:rPr>
        <w:t>రోముకు</w:t>
      </w:r>
      <w:r>
        <w:rPr>
          <w:rFonts w:ascii="Times New Roman" w:hAnsi="Times New Roman" w:eastAsia="Times New Roman" w:cs="Times New Roman"/>
        </w:rPr>
        <w:t xml:space="preserve"> </w:t>
      </w:r>
      <w:r>
        <w:rPr>
          <w:rFonts w:ascii="Nirmala UI" w:hAnsi="Nirmala UI" w:eastAsia="Nirmala UI" w:cs="Nirmala UI"/>
        </w:rPr>
        <w:t>చెందిన</w:t>
      </w:r>
      <w:r>
        <w:rPr>
          <w:rFonts w:ascii="Times New Roman" w:hAnsi="Times New Roman" w:eastAsia="Times New Roman" w:cs="Times New Roman"/>
        </w:rPr>
        <w:t xml:space="preserve"> </w:t>
      </w:r>
      <w:r>
        <w:rPr>
          <w:rFonts w:ascii="Nirmala UI" w:hAnsi="Nirmala UI" w:eastAsia="Nirmala UI" w:cs="Nirmala UI"/>
        </w:rPr>
        <w:t>సామ్రాజ్ఞి</w:t>
      </w:r>
      <w:r>
        <w:rPr>
          <w:rFonts w:ascii="Times New Roman" w:hAnsi="Times New Roman" w:eastAsia="Times New Roman" w:cs="Times New Roman"/>
        </w:rPr>
        <w:t xml:space="preserve"> </w:t>
      </w:r>
      <w:r>
        <w:rPr>
          <w:rFonts w:ascii="Nirmala UI" w:hAnsi="Nirmala UI" w:eastAsia="Nirmala UI" w:cs="Nirmala UI"/>
        </w:rPr>
        <w:t>ఐరీన్</w:t>
      </w:r>
      <w:r>
        <w:rPr>
          <w:rFonts w:ascii="Times New Roman" w:hAnsi="Times New Roman" w:eastAsia="Times New Roman" w:cs="Times New Roman"/>
        </w:rPr>
        <w:t xml:space="preserve"> </w:t>
      </w:r>
      <w:r>
        <w:rPr>
          <w:rFonts w:ascii="Nirmala UI" w:hAnsi="Nirmala UI" w:eastAsia="Nirmala UI" w:cs="Nirmala UI"/>
        </w:rPr>
        <w:t>అవమానింపబడిన</w:t>
      </w:r>
      <w:r>
        <w:rPr>
          <w:rFonts w:ascii="Times New Roman" w:hAnsi="Times New Roman" w:eastAsia="Times New Roman" w:cs="Times New Roman"/>
        </w:rPr>
        <w:t xml:space="preserve"> </w:t>
      </w:r>
      <w:r>
        <w:rPr>
          <w:rFonts w:ascii="Nirmala UI" w:hAnsi="Nirmala UI" w:eastAsia="Nirmala UI" w:cs="Nirmala UI"/>
        </w:rPr>
        <w:t>దాకా</w:t>
      </w:r>
      <w:r>
        <w:rPr>
          <w:rFonts w:ascii="Times New Roman" w:hAnsi="Times New Roman" w:eastAsia="Times New Roman" w:cs="Times New Roman"/>
        </w:rPr>
        <w:t xml:space="preserve"> </w:t>
      </w:r>
      <w:r>
        <w:rPr>
          <w:rFonts w:ascii="Nirmala UI" w:hAnsi="Nirmala UI" w:eastAsia="Nirmala UI" w:cs="Nirmala UI"/>
        </w:rPr>
        <w:t>విస్తరించింది</w:t>
      </w:r>
      <w:r>
        <w:rPr>
          <w:rFonts w:ascii="Times New Roman" w:hAnsi="Times New Roman" w:eastAsia="Times New Roman" w:cs="Times New Roman"/>
        </w:rPr>
        <w:t xml:space="preserve">. </w:t>
      </w:r>
      <w:r>
        <w:rPr>
          <w:rFonts w:ascii="Nirmala UI" w:hAnsi="Nirmala UI" w:eastAsia="Nirmala UI" w:cs="Nirmala UI"/>
        </w:rPr>
        <w:t>తొమ్మిదవ</w:t>
      </w:r>
      <w:r>
        <w:rPr>
          <w:rFonts w:ascii="Times New Roman" w:hAnsi="Times New Roman" w:eastAsia="Times New Roman" w:cs="Times New Roman"/>
        </w:rPr>
        <w:t xml:space="preserve"> </w:t>
      </w:r>
      <w:r>
        <w:rPr>
          <w:rFonts w:ascii="Nirmala UI" w:hAnsi="Nirmala UI" w:eastAsia="Nirmala UI" w:cs="Nirmala UI"/>
        </w:rPr>
        <w:t>అధ్యాయం</w:t>
      </w:r>
      <w:r>
        <w:rPr>
          <w:rFonts w:ascii="Times New Roman" w:hAnsi="Times New Roman" w:eastAsia="Times New Roman" w:cs="Times New Roman"/>
        </w:rPr>
        <w:t xml:space="preserve"> </w:t>
      </w:r>
      <w:r>
        <w:rPr>
          <w:rFonts w:ascii="Nirmala UI" w:hAnsi="Nirmala UI" w:eastAsia="Nirmala UI" w:cs="Nirmala UI"/>
        </w:rPr>
        <w:t>ఇస్లాం</w:t>
      </w:r>
      <w:r>
        <w:rPr>
          <w:rFonts w:ascii="Times New Roman" w:hAnsi="Times New Roman" w:eastAsia="Times New Roman" w:cs="Times New Roman"/>
        </w:rPr>
        <w:t xml:space="preserve"> </w:t>
      </w:r>
      <w:r>
        <w:rPr>
          <w:rFonts w:ascii="Nirmala UI" w:hAnsi="Nirmala UI" w:eastAsia="Nirmala UI" w:cs="Nirmala UI"/>
        </w:rPr>
        <w:t>ఉదయాన్ని</w:t>
      </w:r>
      <w:r>
        <w:rPr>
          <w:rFonts w:ascii="Times New Roman" w:hAnsi="Times New Roman" w:eastAsia="Times New Roman" w:cs="Times New Roman"/>
        </w:rPr>
        <w:t xml:space="preserve"> </w:t>
      </w:r>
      <w:r>
        <w:rPr>
          <w:rFonts w:ascii="Nirmala UI" w:hAnsi="Nirmala UI" w:eastAsia="Nirmala UI" w:cs="Nirmala UI"/>
        </w:rPr>
        <w:t>అత్యంత</w:t>
      </w:r>
      <w:r>
        <w:rPr>
          <w:rFonts w:ascii="Times New Roman" w:hAnsi="Times New Roman" w:eastAsia="Times New Roman" w:cs="Times New Roman"/>
        </w:rPr>
        <w:t xml:space="preserve"> </w:t>
      </w:r>
      <w:r>
        <w:rPr>
          <w:rFonts w:ascii="Nirmala UI" w:hAnsi="Nirmala UI" w:eastAsia="Nirmala UI" w:cs="Nirmala UI"/>
        </w:rPr>
        <w:t>విశదరీతిగా</w:t>
      </w:r>
      <w:r>
        <w:rPr>
          <w:rFonts w:ascii="Times New Roman" w:hAnsi="Times New Roman" w:eastAsia="Times New Roman" w:cs="Times New Roman"/>
        </w:rPr>
        <w:t xml:space="preserve"> </w:t>
      </w:r>
      <w:r>
        <w:rPr>
          <w:rFonts w:ascii="Nirmala UI" w:hAnsi="Nirmala UI" w:eastAsia="Nirmala UI" w:cs="Nirmala UI"/>
        </w:rPr>
        <w:t>గుర్తిస్తుంది</w:t>
      </w:r>
      <w:r>
        <w:rPr>
          <w:rFonts w:ascii="Times New Roman" w:hAnsi="Times New Roman" w:eastAsia="Times New Roman" w:cs="Times New Roman"/>
        </w:rPr>
        <w:t xml:space="preserve">. </w:t>
      </w:r>
      <w:r>
        <w:rPr>
          <w:rFonts w:ascii="Nirmala UI" w:hAnsi="Nirmala UI" w:eastAsia="Nirmala UI" w:cs="Nirmala UI"/>
        </w:rPr>
        <w:t>క్రీస్తుశకం</w:t>
      </w:r>
      <w:r>
        <w:rPr>
          <w:rFonts w:ascii="Times New Roman" w:hAnsi="Times New Roman" w:eastAsia="Times New Roman" w:cs="Times New Roman"/>
        </w:rPr>
        <w:t xml:space="preserve"> 606</w:t>
      </w:r>
      <w:r>
        <w:rPr>
          <w:rFonts w:ascii="Nirmala UI" w:hAnsi="Nirmala UI" w:eastAsia="Nirmala UI" w:cs="Nirmala UI"/>
        </w:rPr>
        <w:t>లో</w:t>
      </w:r>
      <w:r>
        <w:rPr>
          <w:rFonts w:ascii="Times New Roman" w:hAnsi="Times New Roman" w:eastAsia="Times New Roman" w:cs="Times New Roman"/>
        </w:rPr>
        <w:t xml:space="preserve"> </w:t>
      </w:r>
      <w:r>
        <w:rPr>
          <w:rFonts w:ascii="Nirmala UI" w:hAnsi="Nirmala UI" w:eastAsia="Nirmala UI" w:cs="Nirmala UI"/>
        </w:rPr>
        <w:t>గోత్రాల</w:t>
      </w:r>
      <w:r>
        <w:rPr>
          <w:rFonts w:ascii="Times New Roman" w:hAnsi="Times New Roman" w:eastAsia="Times New Roman" w:cs="Times New Roman"/>
        </w:rPr>
        <w:t xml:space="preserve"> </w:t>
      </w:r>
      <w:r>
        <w:rPr>
          <w:rFonts w:ascii="Nirmala UI" w:hAnsi="Nirmala UI" w:eastAsia="Nirmala UI" w:cs="Nirmala UI"/>
        </w:rPr>
        <w:t>ఐక్యపరచబడుటనుండి</w:t>
      </w:r>
      <w:r>
        <w:rPr>
          <w:rFonts w:ascii="Times New Roman" w:hAnsi="Times New Roman" w:eastAsia="Times New Roman" w:cs="Times New Roman"/>
        </w:rPr>
        <w:t>, 627</w:t>
      </w:r>
      <w:r>
        <w:rPr>
          <w:rFonts w:ascii="Nirmala UI" w:hAnsi="Nirmala UI" w:eastAsia="Nirmala UI" w:cs="Nirmala UI"/>
        </w:rPr>
        <w:t>లో</w:t>
      </w:r>
      <w:r>
        <w:rPr>
          <w:rFonts w:ascii="Times New Roman" w:hAnsi="Times New Roman" w:eastAsia="Times New Roman" w:cs="Times New Roman"/>
        </w:rPr>
        <w:t xml:space="preserve"> </w:t>
      </w:r>
      <w:r>
        <w:rPr>
          <w:rFonts w:ascii="Nirmala UI" w:hAnsi="Nirmala UI" w:eastAsia="Nirmala UI" w:cs="Nirmala UI"/>
        </w:rPr>
        <w:t>నైనెవె</w:t>
      </w:r>
      <w:r>
        <w:rPr>
          <w:rFonts w:ascii="Times New Roman" w:hAnsi="Times New Roman" w:eastAsia="Times New Roman" w:cs="Times New Roman"/>
        </w:rPr>
        <w:t xml:space="preserve"> </w:t>
      </w:r>
      <w:r>
        <w:rPr>
          <w:rFonts w:ascii="Nirmala UI" w:hAnsi="Nirmala UI" w:eastAsia="Nirmala UI" w:cs="Nirmala UI"/>
        </w:rPr>
        <w:t>సమరమువరకు</w:t>
      </w:r>
      <w:r>
        <w:rPr>
          <w:rFonts w:ascii="Times New Roman" w:hAnsi="Times New Roman" w:eastAsia="Times New Roman" w:cs="Times New Roman"/>
        </w:rPr>
        <w:t>, 632</w:t>
      </w:r>
      <w:r>
        <w:rPr>
          <w:rFonts w:ascii="Nirmala UI" w:hAnsi="Nirmala UI" w:eastAsia="Nirmala UI" w:cs="Nirmala UI"/>
        </w:rPr>
        <w:t>లో</w:t>
      </w:r>
      <w:r>
        <w:rPr>
          <w:rFonts w:ascii="Times New Roman" w:hAnsi="Times New Roman" w:eastAsia="Times New Roman" w:cs="Times New Roman"/>
        </w:rPr>
        <w:t xml:space="preserve"> </w:t>
      </w:r>
      <w:r>
        <w:rPr>
          <w:rFonts w:ascii="Nirmala UI" w:hAnsi="Nirmala UI" w:eastAsia="Nirmala UI" w:cs="Nirmala UI"/>
        </w:rPr>
        <w:t>మహమ్మదు</w:t>
      </w:r>
      <w:r>
        <w:rPr>
          <w:rFonts w:ascii="Times New Roman" w:hAnsi="Times New Roman" w:eastAsia="Times New Roman" w:cs="Times New Roman"/>
        </w:rPr>
        <w:t xml:space="preserve"> </w:t>
      </w:r>
      <w:r>
        <w:rPr>
          <w:rFonts w:ascii="Nirmala UI" w:hAnsi="Nirmala UI" w:eastAsia="Nirmala UI" w:cs="Nirmala UI"/>
        </w:rPr>
        <w:t>మరణమువరకు</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తరువాత</w:t>
      </w:r>
      <w:r>
        <w:rPr>
          <w:rFonts w:ascii="Times New Roman" w:hAnsi="Times New Roman" w:eastAsia="Times New Roman" w:cs="Times New Roman"/>
        </w:rPr>
        <w:t xml:space="preserve"> 637</w:t>
      </w:r>
      <w:r>
        <w:rPr>
          <w:rFonts w:ascii="Nirmala UI" w:hAnsi="Nirmala UI" w:eastAsia="Nirmala UI" w:cs="Nirmala UI"/>
        </w:rPr>
        <w:t>లో</w:t>
      </w:r>
      <w:r>
        <w:rPr>
          <w:rFonts w:ascii="Times New Roman" w:hAnsi="Times New Roman" w:eastAsia="Times New Roman" w:cs="Times New Roman"/>
        </w:rPr>
        <w:t xml:space="preserve"> </w:t>
      </w:r>
      <w:r>
        <w:rPr>
          <w:rFonts w:ascii="Nirmala UI" w:hAnsi="Nirmala UI" w:eastAsia="Nirmala UI" w:cs="Nirmala UI"/>
        </w:rPr>
        <w:t>పర్షియా</w:t>
      </w:r>
      <w:r>
        <w:rPr>
          <w:rFonts w:ascii="Times New Roman" w:hAnsi="Times New Roman" w:eastAsia="Times New Roman" w:cs="Times New Roman"/>
        </w:rPr>
        <w:t xml:space="preserve"> </w:t>
      </w:r>
      <w:r>
        <w:rPr>
          <w:rFonts w:ascii="Nirmala UI" w:hAnsi="Nirmala UI" w:eastAsia="Nirmala UI" w:cs="Nirmala UI"/>
        </w:rPr>
        <w:t>ఓటమివరకు</w:t>
      </w:r>
      <w:r>
        <w:rPr>
          <w:rFonts w:ascii="Times New Roman" w:hAnsi="Times New Roman" w:eastAsia="Times New Roman" w:cs="Times New Roman"/>
        </w:rPr>
        <w:t xml:space="preserve">, </w:t>
      </w:r>
      <w:r>
        <w:rPr>
          <w:rFonts w:ascii="Nirmala UI" w:hAnsi="Nirmala UI" w:eastAsia="Nirmala UI" w:cs="Nirmala UI"/>
        </w:rPr>
        <w:t>ఇస్లాం</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ఉదయం</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పతనం</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ప్రవచన</w:t>
      </w:r>
      <w:r>
        <w:rPr>
          <w:rFonts w:ascii="Times New Roman" w:hAnsi="Times New Roman" w:eastAsia="Times New Roman" w:cs="Times New Roman"/>
        </w:rPr>
        <w:t xml:space="preserve"> </w:t>
      </w:r>
      <w:r>
        <w:rPr>
          <w:rFonts w:ascii="Nirmala UI" w:hAnsi="Nirmala UI" w:eastAsia="Nirmala UI" w:cs="Nirmala UI"/>
        </w:rPr>
        <w:t>వాక్యంలో</w:t>
      </w:r>
      <w:r>
        <w:rPr>
          <w:rFonts w:ascii="Times New Roman" w:hAnsi="Times New Roman" w:eastAsia="Times New Roman" w:cs="Times New Roman"/>
        </w:rPr>
        <w:t xml:space="preserve"> </w:t>
      </w:r>
      <w:r>
        <w:rPr>
          <w:rFonts w:ascii="Nirmala UI" w:hAnsi="Nirmala UI" w:eastAsia="Nirmala UI" w:cs="Nirmala UI"/>
        </w:rPr>
        <w:t>జాగ్రత్తగా</w:t>
      </w:r>
      <w:r>
        <w:rPr>
          <w:rFonts w:ascii="Times New Roman" w:hAnsi="Times New Roman" w:eastAsia="Times New Roman" w:cs="Times New Roman"/>
        </w:rPr>
        <w:t xml:space="preserve"> </w:t>
      </w:r>
      <w:r>
        <w:rPr>
          <w:rFonts w:ascii="Nirmala UI" w:hAnsi="Nirmala UI" w:eastAsia="Nirmala UI" w:cs="Nirmala UI"/>
        </w:rPr>
        <w:t>అనుసరింపబడింది</w:t>
      </w:r>
      <w:r>
        <w:rPr>
          <w:rFonts w:ascii="Times New Roman" w:hAnsi="Times New Roman" w:eastAsia="Times New Roman" w:cs="Times New Roman"/>
        </w:rPr>
        <w:t xml:space="preserve">. </w:t>
      </w:r>
      <w:r>
        <w:rPr>
          <w:rFonts w:ascii="Nirmala UI" w:hAnsi="Nirmala UI" w:eastAsia="Nirmala UI" w:cs="Nirmala UI"/>
        </w:rPr>
        <w:t>అరేబియాకు</w:t>
      </w:r>
      <w:r>
        <w:rPr>
          <w:rFonts w:ascii="Times New Roman" w:hAnsi="Times New Roman" w:eastAsia="Times New Roman" w:cs="Times New Roman"/>
        </w:rPr>
        <w:t xml:space="preserve"> </w:t>
      </w:r>
      <w:r>
        <w:rPr>
          <w:rFonts w:ascii="Nirmala UI" w:hAnsi="Nirmala UI" w:eastAsia="Nirmala UI" w:cs="Nirmala UI"/>
        </w:rPr>
        <w:t>చెందిన</w:t>
      </w:r>
      <w:r>
        <w:rPr>
          <w:rFonts w:ascii="Times New Roman" w:hAnsi="Times New Roman" w:eastAsia="Times New Roman" w:cs="Times New Roman"/>
        </w:rPr>
        <w:t xml:space="preserve"> </w:t>
      </w:r>
      <w:r>
        <w:rPr>
          <w:rFonts w:ascii="Nirmala UI" w:hAnsi="Nirmala UI" w:eastAsia="Nirmala UI" w:cs="Nirmala UI"/>
        </w:rPr>
        <w:t>ఇస్లాం</w:t>
      </w:r>
      <w:r>
        <w:rPr>
          <w:rFonts w:ascii="Times New Roman" w:hAnsi="Times New Roman" w:eastAsia="Times New Roman" w:cs="Times New Roman"/>
        </w:rPr>
        <w:t xml:space="preserve"> </w:t>
      </w: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తొలి</w:t>
      </w:r>
      <w:r>
        <w:rPr>
          <w:rFonts w:ascii="Times New Roman" w:hAnsi="Times New Roman" w:eastAsia="Times New Roman" w:cs="Times New Roman"/>
        </w:rPr>
        <w:t xml:space="preserve"> </w:t>
      </w:r>
      <w:r>
        <w:rPr>
          <w:rFonts w:ascii="Nirmala UI" w:hAnsi="Nirmala UI" w:eastAsia="Nirmala UI" w:cs="Nirmala UI"/>
        </w:rPr>
        <w:t>నూరయాభై</w:t>
      </w:r>
      <w:r>
        <w:rPr>
          <w:rFonts w:ascii="Times New Roman" w:hAnsi="Times New Roman" w:eastAsia="Times New Roman" w:cs="Times New Roman"/>
        </w:rPr>
        <w:t xml:space="preserve"> </w:t>
      </w:r>
      <w:r>
        <w:rPr>
          <w:rFonts w:ascii="Nirmala UI" w:hAnsi="Nirmala UI" w:eastAsia="Nirmala UI" w:cs="Nirmala UI"/>
        </w:rPr>
        <w:t>సంవత్సరాల</w:t>
      </w:r>
      <w:r>
        <w:rPr>
          <w:rFonts w:ascii="Times New Roman" w:hAnsi="Times New Roman" w:eastAsia="Times New Roman" w:cs="Times New Roman"/>
        </w:rPr>
        <w:t xml:space="preserve"> </w:t>
      </w:r>
      <w:r>
        <w:rPr>
          <w:rFonts w:ascii="Nirmala UI" w:hAnsi="Nirmala UI" w:eastAsia="Nirmala UI" w:cs="Nirmala UI"/>
        </w:rPr>
        <w:t>శ్రమ</w:t>
      </w:r>
      <w:r>
        <w:rPr>
          <w:rFonts w:ascii="Times New Roman" w:hAnsi="Times New Roman" w:eastAsia="Times New Roman" w:cs="Times New Roman"/>
        </w:rPr>
        <w:t xml:space="preserve"> </w:t>
      </w:r>
      <w:r>
        <w:rPr>
          <w:rFonts w:ascii="Nirmala UI" w:hAnsi="Nirmala UI" w:eastAsia="Nirmala UI" w:cs="Nirmala UI"/>
        </w:rPr>
        <w:t>ప్రవచనంలోనున్న</w:t>
      </w:r>
      <w:r>
        <w:rPr>
          <w:rFonts w:ascii="Times New Roman" w:hAnsi="Times New Roman" w:eastAsia="Times New Roman" w:cs="Times New Roman"/>
        </w:rPr>
        <w:t xml:space="preserve"> </w:t>
      </w:r>
      <w:r>
        <w:rPr>
          <w:rFonts w:ascii="Nirmala UI" w:hAnsi="Nirmala UI" w:eastAsia="Nirmala UI" w:cs="Nirmala UI"/>
        </w:rPr>
        <w:t>శక్తి</w:t>
      </w:r>
      <w:r>
        <w:rPr>
          <w:rFonts w:ascii="Times New Roman" w:hAnsi="Times New Roman" w:eastAsia="Times New Roman" w:cs="Times New Roman"/>
        </w:rPr>
        <w:t>. 606</w:t>
      </w:r>
      <w:r>
        <w:rPr>
          <w:rFonts w:ascii="Nirmala UI" w:hAnsi="Nirmala UI" w:eastAsia="Nirmala UI" w:cs="Nirmala UI"/>
        </w:rPr>
        <w:t>లో</w:t>
      </w:r>
      <w:r>
        <w:rPr>
          <w:rFonts w:ascii="Times New Roman" w:hAnsi="Times New Roman" w:eastAsia="Times New Roman" w:cs="Times New Roman"/>
        </w:rPr>
        <w:t xml:space="preserve"> </w:t>
      </w:r>
      <w:r>
        <w:rPr>
          <w:rFonts w:ascii="Nirmala UI" w:hAnsi="Nirmala UI" w:eastAsia="Nirmala UI" w:cs="Nirmala UI"/>
        </w:rPr>
        <w:t>మహమ్మదు</w:t>
      </w:r>
      <w:r>
        <w:rPr>
          <w:rFonts w:ascii="Times New Roman" w:hAnsi="Times New Roman" w:eastAsia="Times New Roman" w:cs="Times New Roman"/>
        </w:rPr>
        <w:t xml:space="preserve"> </w:t>
      </w:r>
      <w:r>
        <w:rPr>
          <w:rFonts w:ascii="Nirmala UI" w:hAnsi="Nirmala UI" w:eastAsia="Nirmala UI" w:cs="Nirmala UI"/>
        </w:rPr>
        <w:t>చేత</w:t>
      </w:r>
      <w:r>
        <w:rPr>
          <w:rFonts w:ascii="Times New Roman" w:hAnsi="Times New Roman" w:eastAsia="Times New Roman" w:cs="Times New Roman"/>
        </w:rPr>
        <w:t xml:space="preserve"> </w:t>
      </w:r>
      <w:r>
        <w:rPr>
          <w:rFonts w:ascii="Nirmala UI" w:hAnsi="Nirmala UI" w:eastAsia="Nirmala UI" w:cs="Nirmala UI"/>
        </w:rPr>
        <w:t>గోత్రాల</w:t>
      </w:r>
      <w:r>
        <w:rPr>
          <w:rFonts w:ascii="Times New Roman" w:hAnsi="Times New Roman" w:eastAsia="Times New Roman" w:cs="Times New Roman"/>
        </w:rPr>
        <w:t xml:space="preserve"> </w:t>
      </w:r>
      <w:r>
        <w:rPr>
          <w:rFonts w:ascii="Nirmala UI" w:hAnsi="Nirmala UI" w:eastAsia="Nirmala UI" w:cs="Nirmala UI"/>
        </w:rPr>
        <w:t>ఏకీకరణ</w:t>
      </w:r>
      <w:r>
        <w:rPr>
          <w:rFonts w:ascii="Times New Roman" w:hAnsi="Times New Roman" w:eastAsia="Times New Roman" w:cs="Times New Roman"/>
        </w:rPr>
        <w:t xml:space="preserve">; </w:t>
      </w:r>
      <w:r>
        <w:rPr>
          <w:rFonts w:ascii="Nirmala UI" w:hAnsi="Nirmala UI" w:eastAsia="Nirmala UI" w:cs="Nirmala UI"/>
        </w:rPr>
        <w:t>తరువాత</w:t>
      </w:r>
      <w:r>
        <w:rPr>
          <w:rFonts w:ascii="Times New Roman" w:hAnsi="Times New Roman" w:eastAsia="Times New Roman" w:cs="Times New Roman"/>
        </w:rPr>
        <w:t xml:space="preserve"> 627</w:t>
      </w:r>
      <w:r>
        <w:rPr>
          <w:rFonts w:ascii="Nirmala UI" w:hAnsi="Nirmala UI" w:eastAsia="Nirmala UI" w:cs="Nirmala UI"/>
        </w:rPr>
        <w:t>లో</w:t>
      </w:r>
      <w:r>
        <w:rPr>
          <w:rFonts w:ascii="Times New Roman" w:hAnsi="Times New Roman" w:eastAsia="Times New Roman" w:cs="Times New Roman"/>
        </w:rPr>
        <w:t xml:space="preserve"> “</w:t>
      </w:r>
      <w:r>
        <w:rPr>
          <w:rFonts w:ascii="Nirmala UI" w:hAnsi="Nirmala UI" w:eastAsia="Nirmala UI" w:cs="Nirmala UI"/>
        </w:rPr>
        <w:t>కీలకమైన</w:t>
      </w:r>
      <w:r>
        <w:rPr>
          <w:rFonts w:ascii="Times New Roman" w:hAnsi="Times New Roman" w:eastAsia="Times New Roman" w:cs="Times New Roman"/>
        </w:rPr>
        <w:t xml:space="preserve">” </w:t>
      </w:r>
      <w:r>
        <w:rPr>
          <w:rFonts w:ascii="Nirmala UI" w:hAnsi="Nirmala UI" w:eastAsia="Nirmala UI" w:cs="Nirmala UI"/>
        </w:rPr>
        <w:t>నైనెవె</w:t>
      </w:r>
      <w:r>
        <w:rPr>
          <w:rFonts w:ascii="Times New Roman" w:hAnsi="Times New Roman" w:eastAsia="Times New Roman" w:cs="Times New Roman"/>
        </w:rPr>
        <w:t xml:space="preserve"> </w:t>
      </w:r>
      <w:r>
        <w:rPr>
          <w:rFonts w:ascii="Nirmala UI" w:hAnsi="Nirmala UI" w:eastAsia="Nirmala UI" w:cs="Nirmala UI"/>
        </w:rPr>
        <w:t>యుద్ధం</w:t>
      </w:r>
      <w:r>
        <w:rPr>
          <w:rFonts w:ascii="Times New Roman" w:hAnsi="Times New Roman" w:eastAsia="Times New Roman" w:cs="Times New Roman"/>
        </w:rPr>
        <w:t xml:space="preserve">, </w:t>
      </w:r>
      <w:r>
        <w:rPr>
          <w:rFonts w:ascii="Nirmala UI" w:hAnsi="Nirmala UI" w:eastAsia="Nirmala UI" w:cs="Nirmala UI"/>
        </w:rPr>
        <w:t>దాని</w:t>
      </w:r>
      <w:r>
        <w:rPr>
          <w:rFonts w:ascii="Times New Roman" w:hAnsi="Times New Roman" w:eastAsia="Times New Roman" w:cs="Times New Roman"/>
        </w:rPr>
        <w:t xml:space="preserve"> </w:t>
      </w:r>
      <w:r>
        <w:rPr>
          <w:rFonts w:ascii="Nirmala UI" w:hAnsi="Nirmala UI" w:eastAsia="Nirmala UI" w:cs="Nirmala UI"/>
        </w:rPr>
        <w:t>తరువాత</w:t>
      </w:r>
      <w:r>
        <w:rPr>
          <w:rFonts w:ascii="Times New Roman" w:hAnsi="Times New Roman" w:eastAsia="Times New Roman" w:cs="Times New Roman"/>
        </w:rPr>
        <w:t xml:space="preserve"> </w:t>
      </w:r>
      <w:r>
        <w:rPr>
          <w:rFonts w:ascii="Nirmala UI" w:hAnsi="Nirmala UI" w:eastAsia="Nirmala UI" w:cs="Nirmala UI"/>
        </w:rPr>
        <w:t>సుమారు</w:t>
      </w:r>
      <w:r>
        <w:rPr>
          <w:rFonts w:ascii="Times New Roman" w:hAnsi="Times New Roman" w:eastAsia="Times New Roman" w:cs="Times New Roman"/>
        </w:rPr>
        <w:t xml:space="preserve"> 628</w:t>
      </w:r>
      <w:r>
        <w:rPr>
          <w:rFonts w:ascii="Nirmala UI" w:hAnsi="Nirmala UI" w:eastAsia="Nirmala UI" w:cs="Nirmala UI"/>
        </w:rPr>
        <w:t>లో</w:t>
      </w:r>
      <w:r>
        <w:rPr>
          <w:rFonts w:ascii="Times New Roman" w:hAnsi="Times New Roman" w:eastAsia="Times New Roman" w:cs="Times New Roman"/>
        </w:rPr>
        <w:t xml:space="preserve"> </w:t>
      </w:r>
      <w:r>
        <w:rPr>
          <w:rFonts w:ascii="Nirmala UI" w:hAnsi="Nirmala UI" w:eastAsia="Nirmala UI" w:cs="Nirmala UI"/>
        </w:rPr>
        <w:t>పర్షియా</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రోము</w:t>
      </w:r>
      <w:r>
        <w:rPr>
          <w:rFonts w:ascii="Times New Roman" w:hAnsi="Times New Roman" w:eastAsia="Times New Roman" w:cs="Times New Roman"/>
        </w:rPr>
        <w:t xml:space="preserve"> </w:t>
      </w:r>
      <w:r>
        <w:rPr>
          <w:rFonts w:ascii="Nirmala UI" w:hAnsi="Nirmala UI" w:eastAsia="Nirmala UI" w:cs="Nirmala UI"/>
        </w:rPr>
        <w:t>రెండింటి</w:t>
      </w:r>
      <w:r>
        <w:rPr>
          <w:rFonts w:ascii="Times New Roman" w:hAnsi="Times New Roman" w:eastAsia="Times New Roman" w:cs="Times New Roman"/>
        </w:rPr>
        <w:t xml:space="preserve"> </w:t>
      </w:r>
      <w:r>
        <w:rPr>
          <w:rFonts w:ascii="Nirmala UI" w:hAnsi="Nirmala UI" w:eastAsia="Nirmala UI" w:cs="Nirmala UI"/>
        </w:rPr>
        <w:t>పతనాన్ని</w:t>
      </w:r>
      <w:r>
        <w:rPr>
          <w:rFonts w:ascii="Times New Roman" w:hAnsi="Times New Roman" w:eastAsia="Times New Roman" w:cs="Times New Roman"/>
        </w:rPr>
        <w:t xml:space="preserve"> </w:t>
      </w:r>
      <w:r>
        <w:rPr>
          <w:rFonts w:ascii="Nirmala UI" w:hAnsi="Nirmala UI" w:eastAsia="Nirmala UI" w:cs="Nirmala UI"/>
        </w:rPr>
        <w:t>గూర్చి</w:t>
      </w:r>
      <w:r>
        <w:rPr>
          <w:rFonts w:ascii="Times New Roman" w:hAnsi="Times New Roman" w:eastAsia="Times New Roman" w:cs="Times New Roman"/>
        </w:rPr>
        <w:t xml:space="preserve"> </w:t>
      </w:r>
      <w:r>
        <w:rPr>
          <w:rFonts w:ascii="Nirmala UI" w:hAnsi="Nirmala UI" w:eastAsia="Nirmala UI" w:cs="Nirmala UI"/>
        </w:rPr>
        <w:t>మహమ్మదు</w:t>
      </w:r>
      <w:r>
        <w:rPr>
          <w:rFonts w:ascii="Times New Roman" w:hAnsi="Times New Roman" w:eastAsia="Times New Roman" w:cs="Times New Roman"/>
        </w:rPr>
        <w:t xml:space="preserve"> </w:t>
      </w:r>
      <w:r>
        <w:rPr>
          <w:rFonts w:ascii="Nirmala UI" w:hAnsi="Nirmala UI" w:eastAsia="Nirmala UI" w:cs="Nirmala UI"/>
        </w:rPr>
        <w:t>చేసిన</w:t>
      </w:r>
      <w:r>
        <w:rPr>
          <w:rFonts w:ascii="Times New Roman" w:hAnsi="Times New Roman" w:eastAsia="Times New Roman" w:cs="Times New Roman"/>
        </w:rPr>
        <w:t xml:space="preserve"> </w:t>
      </w:r>
      <w:r>
        <w:rPr>
          <w:rFonts w:ascii="Nirmala UI" w:hAnsi="Nirmala UI" w:eastAsia="Nirmala UI" w:cs="Nirmala UI"/>
        </w:rPr>
        <w:t>ప్రవచనం</w:t>
      </w:r>
      <w:r>
        <w:rPr>
          <w:rFonts w:ascii="Times New Roman" w:hAnsi="Times New Roman" w:eastAsia="Times New Roman" w:cs="Times New Roman"/>
        </w:rPr>
        <w:t xml:space="preserve">, </w:t>
      </w:r>
      <w:r>
        <w:rPr>
          <w:rFonts w:ascii="Nirmala UI" w:hAnsi="Nirmala UI" w:eastAsia="Nirmala UI" w:cs="Nirmala UI"/>
        </w:rPr>
        <w:t>తదనంతరం</w:t>
      </w:r>
      <w:r>
        <w:rPr>
          <w:rFonts w:ascii="Times New Roman" w:hAnsi="Times New Roman" w:eastAsia="Times New Roman" w:cs="Times New Roman"/>
        </w:rPr>
        <w:t xml:space="preserve"> 632</w:t>
      </w:r>
      <w:r>
        <w:rPr>
          <w:rFonts w:ascii="Nirmala UI" w:hAnsi="Nirmala UI" w:eastAsia="Nirmala UI" w:cs="Nirmala UI"/>
        </w:rPr>
        <w:t>లో</w:t>
      </w:r>
      <w:r>
        <w:rPr>
          <w:rFonts w:ascii="Times New Roman" w:hAnsi="Times New Roman" w:eastAsia="Times New Roman" w:cs="Times New Roman"/>
        </w:rPr>
        <w:t xml:space="preserve"> </w:t>
      </w:r>
      <w:r>
        <w:rPr>
          <w:rFonts w:ascii="Nirmala UI" w:hAnsi="Nirmala UI" w:eastAsia="Nirmala UI" w:cs="Nirmala UI"/>
        </w:rPr>
        <w:t>అతని</w:t>
      </w:r>
      <w:r>
        <w:rPr>
          <w:rFonts w:ascii="Times New Roman" w:hAnsi="Times New Roman" w:eastAsia="Times New Roman" w:cs="Times New Roman"/>
        </w:rPr>
        <w:t xml:space="preserve"> </w:t>
      </w:r>
      <w:r>
        <w:rPr>
          <w:rFonts w:ascii="Nirmala UI" w:hAnsi="Nirmala UI" w:eastAsia="Nirmala UI" w:cs="Nirmala UI"/>
        </w:rPr>
        <w:t>మరణం</w:t>
      </w:r>
      <w:r>
        <w:rPr>
          <w:rFonts w:ascii="Times New Roman" w:hAnsi="Times New Roman" w:eastAsia="Times New Roman" w:cs="Times New Roman"/>
        </w:rPr>
        <w:t xml:space="preserve">. </w:t>
      </w: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తేదీలు</w:t>
      </w:r>
      <w:r>
        <w:rPr>
          <w:rFonts w:ascii="Times New Roman" w:hAnsi="Times New Roman" w:eastAsia="Times New Roman" w:cs="Times New Roman"/>
        </w:rPr>
        <w:t xml:space="preserve"> </w:t>
      </w:r>
      <w:r>
        <w:rPr>
          <w:rFonts w:ascii="Nirmala UI" w:hAnsi="Nirmala UI" w:eastAsia="Nirmala UI" w:cs="Nirmala UI"/>
        </w:rPr>
        <w:t>ఇస్లాం</w:t>
      </w:r>
      <w:r>
        <w:rPr>
          <w:rFonts w:ascii="Times New Roman" w:hAnsi="Times New Roman" w:eastAsia="Times New Roman" w:cs="Times New Roman"/>
        </w:rPr>
        <w:t xml:space="preserve"> </w:t>
      </w:r>
      <w:r>
        <w:rPr>
          <w:rFonts w:ascii="Nirmala UI" w:hAnsi="Nirmala UI" w:eastAsia="Nirmala UI" w:cs="Nirmala UI"/>
        </w:rPr>
        <w:t>పరంపరలో</w:t>
      </w:r>
      <w:r>
        <w:rPr>
          <w:rFonts w:ascii="Times New Roman" w:hAnsi="Times New Roman" w:eastAsia="Times New Roman" w:cs="Times New Roman"/>
        </w:rPr>
        <w:t xml:space="preserve"> </w:t>
      </w:r>
      <w:r>
        <w:rPr>
          <w:rFonts w:ascii="Nirmala UI" w:hAnsi="Nirmala UI" w:eastAsia="Nirmala UI" w:cs="Nirmala UI"/>
        </w:rPr>
        <w:t>సంఘటనల</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నిర్దిష్ట</w:t>
      </w:r>
      <w:r>
        <w:rPr>
          <w:rFonts w:ascii="Times New Roman" w:hAnsi="Times New Roman" w:eastAsia="Times New Roman" w:cs="Times New Roman"/>
        </w:rPr>
        <w:t xml:space="preserve"> </w:t>
      </w:r>
      <w:r>
        <w:rPr>
          <w:rFonts w:ascii="Nirmala UI" w:hAnsi="Nirmala UI" w:eastAsia="Nirmala UI" w:cs="Nirmala UI"/>
        </w:rPr>
        <w:t>క్రమాన్ని</w:t>
      </w:r>
      <w:r>
        <w:rPr>
          <w:rFonts w:ascii="Times New Roman" w:hAnsi="Times New Roman" w:eastAsia="Times New Roman" w:cs="Times New Roman"/>
        </w:rPr>
        <w:t xml:space="preserve"> </w:t>
      </w:r>
      <w:r>
        <w:rPr>
          <w:rFonts w:ascii="Nirmala UI" w:hAnsi="Nirmala UI" w:eastAsia="Nirmala UI" w:cs="Nirmala UI"/>
        </w:rPr>
        <w:t>సూచిస్తున్నవి</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محمد جي 632ع ۾ وفات کان پوءِ هڪ سؤ پنجاهه سال گذرڻ تي، اسلام جو اقتداري مرڪز عربستان مان ترڪي ڏانهن منتقل ٿي ويو، جيئن هن اوڀرندي روم کي ڌڪي ڌڪي قسطنطنيہ تائين واپس آندو. پهريون ويل عربستان جي اسلام جي نمائندگي ڪندو هو، ۽ ٻيو ويل ترڪي جي اسلام جي نمائندگي ڪندو هو. پهرئين ويل جي اندر، ٻئي هڪ-سؤ-پنجاهه-سالن واريون وقتي نبوتون عربستان جي اسلام ۽ ترڪي جي اسلام جي وچ ۾ فرق کي ظاهر ڪن ٿيون، بلڪل ائين جيئن ساڳئي سچائي جو اهو امتياز پهرئين ۽ ٻئي ويل جي فرق ۾ پيش ڪيو ويو آهي.</w:t>
      </w:r>
    </w:p>
    <w:p>
      <w:pPr>
        <w:pStyle w:val="ArticleBody"/>
        <w:jc w:val="left"/>
      </w:pPr>
      <w:r>
        <w:rPr>
          <w:rFonts w:ascii="Times New Roman" w:hAnsi="Times New Roman" w:eastAsia="Times New Roman" w:cs="Times New Roman"/>
        </w:rPr>
        <w:t>U xmiisn u cien u hamsin çäzzi yi bdəu b-müt Persia w səlku b-Roma mḥbusa dāxəl ḥiṭan Constantinople. U t-tära çäzzi ta u cien u hamsin çän bdəat b-rbaḥt Osman (lli kman ytsamma Ottman) f Nicomedia. Ar-rbaḥa l-ʿUthmaniyya f Nicomedia tqṣəd biha ḥiṣar Nicomedia (İzmit, Turkey b-ismha l-yom), lli waqaʿ mn 1333 ḥtta 1337, waqtha Sultan Orhan Gazi (wəld Osman I, muʾassis al-Beylik al-ʿUthmani) ḍarab ḥiṣar ʿla l-madina l-Byzantiyya l-muhimma Nicomedia. L-madina ṣbäret ʿdət snin, walakin f l-axir sallmat f 1337 bisbəb l-juʿ w nqṣ l-muʾan. U-sumiḥ lil-ḥamiya l-Byzantiyya ənha txrüj l-Constantinople. Nicomedia kanət waḥda mn axər l-qilaʿ al-kubra l-Byzantiyya f Asia Minor (Anatolia). Suqūṭha, b-ṣura فعّالة, nəhha s-sayṭara l-Byzantiyya ʿla muʿẓam gharb Anatolia. Hadi r-rbaḥa xallat l-ʿUthmaniyyin ywahhdu quwwthum f Bithynia w ytwassaʿu aktar nḥw Bosporus Strait. U kanət xatwa kbira nḥw al-fatḥ al-ʿUthmani an-nihāʾi li-Constantinople (lli ṣar baʿd aktar mn qarn f 1453). U l-ḥiṣar hāda ġaliban ma yənṭaẓar lēh illa b-ənnu waḥed mn al-intiṣarat al-mubakkira al-asasiyya lli ḥawwalat al-beylik al-ʿUthmani ṣ-ṣġir l-quwwa iqlimiyya ṣaʿida.</w:t>
      </w:r>
    </w:p>
    <w:p>
      <w:pPr>
        <w:pStyle w:val="ArticleBody"/>
        <w:jc w:val="left"/>
      </w:pPr>
      <w:r>
        <w:rPr>
          <w:rFonts w:ascii="Times New Roman" w:hAnsi="Times New Roman" w:eastAsia="Times New Roman" w:cs="Times New Roman"/>
        </w:rPr>
        <w:t>Беренче быргы эчендәге икенсе бер йөҙ илле йыллыҡ осор 1449 йылдың 27 июлендә тамамланғас, һуңғы Константин Көнсығыш Рим тәхетенә ултырыу өсөн ислам солтанынан рөхсәт һораны; шулай итеп ул Асылыш китабының туғыҙынсы бүлегендәге ике «биш айлыҡ» осорҙың тәүге йөҙ илле йылы аҙағында императрица Ирина кисергән шул уҡ кәмһетелеүгә дусар булды. «Императрица Ирина»ның кәмһетелеүе, шулай уҡ «һуңғы Константин»дың кәмһетелеүе, һуңыраҡ ғосмандарҙың кәмһетелеүен сағылдыра ине: икенсе ҡайғының ваҡыт тураһындағы пәйғәмбәрлек осоро тамамланғанда, улар Мысыр янауынан һаҡланыу өсөн Европаның дүрт бөйөк державаһынан яҡлау эҙләнеләр.</w:t>
      </w:r>
    </w:p>
    <w:p>
      <w:pPr>
        <w:pStyle w:val="ArticleHeading"/>
        <w:jc w:val="left"/>
      </w:pPr>
      <w:r>
        <w:rPr>
          <w:rFonts w:ascii="Nirmala UI" w:hAnsi="Nirmala UI" w:eastAsia="Nirmala UI" w:cs="Nirmala UI"/>
        </w:rPr>
        <w:t>பந்தியோன்</w:t>
      </w:r>
    </w:p>
    <w:p>
      <w:pPr>
        <w:pStyle w:val="ArticleBody"/>
        <w:jc w:val="left"/>
      </w:pPr>
      <w:r>
        <w:rPr>
          <w:rFonts w:ascii="Times New Roman" w:hAnsi="Times New Roman" w:eastAsia="Times New Roman" w:cs="Times New Roman"/>
        </w:rPr>
        <w:t>الروادُ فَهِموا وعَلَّموا على نحوٍ صحيحٍ أنَّ العبارةَ «مَكانُ مَقدِسِهِ طُرِحَ» في دانيال الأصحاح الثامن والآية الحادية عشرة قد تحقَّقت على يدِ قسطنطين.</w:t>
      </w:r>
    </w:p>
    <w:p>
      <w:pPr>
        <w:pStyle w:val="ArticleScripture"/>
        <w:jc w:val="left"/>
      </w:pPr>
      <w:r>
        <w:rPr>
          <w:rFonts w:ascii="Times New Roman" w:hAnsi="Times New Roman" w:eastAsia="Times New Roman" w:cs="Times New Roman"/>
        </w:rPr>
        <w:t>Да, ӯ ҳатто то ба Сарвари лашкар худро бузург гардонид, ва ба воситаи ӯ қурбонии доимӣ бардошта шуд, ва ҷои муқаддасгоҳи ӯ сарнагун карда шуд.</w:t>
      </w:r>
    </w:p>
    <w:p>
      <w:pPr>
        <w:pStyle w:val="ArticleBody"/>
        <w:jc w:val="left"/>
      </w:pPr>
      <w:r>
        <w:rPr>
          <w:rFonts w:ascii="Times New Roman" w:hAnsi="Times New Roman" w:eastAsia="Times New Roman" w:cs="Times New Roman"/>
        </w:rPr>
        <w:t>Ang “santuwaryo” na tinutukoy rito ay ang templong Pantheon sa lungsod ng Roma, at ang “lugar ng” templong iyon ay ang Roma. Ang Roma ay “ibinagsak” ni Constantino nang piliin niyang ilipat ang kabisera ng kaniyang imperyo sa Constantinople noong taong 330. Ang talata onse ay kaugnay ng Apocalipsis trese, at tinutukoy ng talata dos ang gayunding mga pangyayari.</w:t>
      </w:r>
    </w:p>
    <w:p>
      <w:pPr>
        <w:pStyle w:val="ArticleScripture"/>
        <w:jc w:val="left"/>
      </w:pPr>
      <w:r>
        <w:rPr>
          <w:rFonts w:ascii="Times New Roman" w:hAnsi="Times New Roman" w:eastAsia="Times New Roman" w:cs="Times New Roman"/>
        </w:rPr>
        <w:t>Kinakuluk ning nakita ku a kaparis na lipar, at ing bitis na ay kaparis da ring bitis ning oso, at ing bibig na ay kaparis ning bibig ning leon; at ing dragon dininan neng kapangyarihan, at tronu na, at dakal a awtoridad.</w:t>
      </w:r>
    </w:p>
    <w:p>
      <w:pPr>
        <w:pStyle w:val="ArticleBody"/>
        <w:jc w:val="left"/>
      </w:pPr>
      <w:r>
        <w:rPr>
          <w:rFonts w:ascii="Times New Roman" w:hAnsi="Times New Roman" w:eastAsia="Times New Roman" w:cs="Times New Roman"/>
        </w:rPr>
        <w:t>Aka mukoka wakali Loma wa buhedeni, kabili Loma wa buhedeni apele “intebe” yakwe ya bukateka ku chalichi ya Loma mu 330, ilyo asaminishe umusumba wa bukalamba ku kabanga, ifyo asheya umubuto wa bukateka uyo ichalichi ya bupapa yalyasansamukileko no kusebenzesha. Ilyo twatendeka umurongo wa Loma wa ku kabanga ukufuma mu mwaka wa 330 ukufika mu 1453, tusanga ukuti pa kutendeka kwa ubusesemo bwa Loma wa ku kabanga, umusumba wa Loma walengwa insoni ku kukana kwa kwa Konstantino ukutemwa Loma. Izo nsoni shabwilapo kabili ku Mfumukazi Irene mu 782, pa mpela ya myaka yakubalilapo umwanda umo na makumi yasano iya kupamanishiwa. Izo nsoni shonse shabwilapo kabili na Konstantino uwakulekelesha.</w:t>
      </w:r>
    </w:p>
    <w:p>
      <w:pPr>
        <w:pStyle w:val="ArticleHeading"/>
        <w:jc w:val="left"/>
      </w:pPr>
      <w:r>
        <w:rPr>
          <w:rFonts w:ascii="Myanmar Text" w:hAnsi="Myanmar Text" w:eastAsia="Myanmar Text" w:cs="Myanmar Text"/>
        </w:rPr>
        <w:t>ထူးခြားသော</w:t>
      </w:r>
      <w:r>
        <w:rPr>
          <w:rFonts w:ascii="Arial" w:hAnsi="Arial" w:eastAsia="Arial" w:cs="Arial"/>
        </w:rPr>
        <w:t xml:space="preserve"> </w:t>
      </w:r>
      <w:r>
        <w:rPr>
          <w:rFonts w:ascii="Myanmar Text" w:hAnsi="Myanmar Text" w:eastAsia="Myanmar Text" w:cs="Myanmar Text"/>
        </w:rPr>
        <w:t>တက်လှည့်</w:t>
      </w:r>
      <w:r>
        <w:rPr>
          <w:rFonts w:ascii="Arial" w:hAnsi="Arial" w:eastAsia="Arial" w:cs="Arial"/>
        </w:rPr>
        <w:t xml:space="preserve"> </w:t>
      </w:r>
      <w:r>
        <w:rPr>
          <w:rFonts w:ascii="Myanmar Text" w:hAnsi="Myanmar Text" w:eastAsia="Myanmar Text" w:cs="Myanmar Text"/>
        </w:rPr>
        <w:t>ကျလှည့်များ</w:t>
      </w:r>
    </w:p>
    <w:p>
      <w:pPr>
        <w:pStyle w:val="ArticleBody"/>
        <w:jc w:val="left"/>
      </w:pPr>
      <w:r>
        <w:rPr>
          <w:rFonts w:ascii="Times New Roman" w:hAnsi="Times New Roman" w:eastAsia="Times New Roman" w:cs="Times New Roman"/>
        </w:rPr>
        <w:t>Аян кітабының тоғызыншы тарауындағы бесінші және алтыншы кернейлер шығыс Римнің құлауының егжей-тегжейін береді, сонымен қатар исламның көтерілуі мен құлауын да баяндайды. Киелі Рух бізге Даниял мен Аян кітаптарындағы патшалықтардың «көтерілуі мен құлауын» зерттеуді үйретеді. Ол патшалықтардың әрқайсысына өздерінің ерекше «көтерілуі мен құлауларына» тән айрықша сипаттар тән. Яһуданың құлауы Иерусалимге жасалған үш шабуыл арқылы жүзеге асты. Еврейлер Бабылға айдалып әкетілді және 1798 жылдан 1844 жылға дейін тарих сахнасына келген үш періштенің хабарына алып келген 2 300 жылды бастайтын үш жарлықтың негізінде қайта оралатын еді. Бабыл бір түнде құлады. Рим ыдырады, әрі оның ыдырауының ішінде Римнің екі қыры — не батыс Рим, не шығыс Рим деген орналасу арқылы көрсетілді. Даниял он бірдің алғашқы үштен біріндегі Птолемей империясы мен Селевкид империясының көтерілуі мен құлауы папалық Римнің көтерілуі мен құлауының бейнесі болып табылады. Бұл куәлік — Александрдың хикаясы мен Грекияның ыдырауы туралы әңгіменің жай ғана қорытындысы. Римнен өзгеше, Грекия төрт бөлікке бөлінді, ақырында олар екіге айналды. Рим шығыс пен батысқа бөлінді, содан кейін батыс Рим пайғамбарлық тұрғыдан үшке бөлінді, бұл Римнің үш құрамды басқаруын білдіреді. Ал шығыс Римге келсек, Константин өз патшалығын үш ұлына бөліп берді. Батыс және шығыс Римнің Рим шіркеуі мен Рим мемлекетін бейнелейтін параллель желілер екені анық. Осы екіfold бөліністің ішінде одан әрі үшfold бөлініс бар. Грекия төртеуден екіге өтті, Бабыл бір түнде құлады, Яһудаға үш шабуыл жасалды. Ал исламға келсек, олардың «көтерілуі» «босатылу» ретінде, ал олардың «құлауы» «тежелу» ретінде бейнеленеді.</w:t>
      </w:r>
    </w:p>
    <w:p>
      <w:pPr>
        <w:pStyle w:val="ArticleBody"/>
        <w:jc w:val="left"/>
      </w:pPr>
      <w:r>
        <w:rPr>
          <w:rFonts w:ascii="Times New Roman" w:hAnsi="Times New Roman" w:eastAsia="Times New Roman" w:cs="Times New Roman"/>
        </w:rPr>
        <w:t>ئاونِ بلندبوونەوەی لەگەڵ موحەممەد دەستی پێکرد و لە 11ی ئاب 1840 سنووردار کرا. ئازاد کران و بێ‌دەم سنووردار کرانەوە لە 9/11. دوایین جار لە 7ی تشرینی یەکەمی 2023 ئازاد کران و لەو کاتەوە لە غەزە سنووردار کراون. ئیسلام جارێکی تر ئازاد دەکرێت بۆ نیشانەکردنی دانانی وێنەی ئاژەڵەکە. ئەو هێڵەی مێژووی پێشبینیی ئیسلامی کە لە بەشەکانی نۆ تا یازدەی پەرتوکی ئاشکراداندا نمایەندەیی دەکرێت، مێژووی پێشبینیی ئیسلامی سێیەمین وای دەناسێنێت. «مێژووی پێشبینیی ئیسلامی سێیەمین وای» هەروەها لەلایەن حەوتەمین فریشتە و هەروەها سێیەمین فریشتەوە نمایەندەیی دەکرێت. سێیەمین فریشتە لە 22ی تشرینی یەکەمی 1844 گەیشت، کاتێک حەوتەمین فریشتە دەستی بە دەنګدان کرد. سێیەمین فریشتە و سێیەمین وای لە 9/11 هاتنە ناو مێژووی پێشبینییەوە. لە 9/11 هەتا یاسای یەکشەممە، مێژووی پێشبینیی وای یەکەم و دووەم دووبارە بووەتەوە و هێشتا دەبێتەوە.</w:t>
      </w:r>
    </w:p>
    <w:p>
      <w:pPr>
        <w:pStyle w:val="ArticleBody"/>
        <w:jc w:val="left"/>
      </w:pPr>
      <w:r>
        <w:rPr>
          <w:rFonts w:ascii="Times New Roman" w:hAnsi="Times New Roman" w:eastAsia="Times New Roman" w:cs="Times New Roman"/>
        </w:rPr>
        <w:t>ئوظانه «كليد» نبرد نينوى، دو قدرت، روم و پارس را، در پيوندی مستقيم و ناگسستنی با اسلام قرار می‌دهد. نينوى، روشن‌تر از هر بخش ديگرِ كتاب‌مقدّس، زوال تدريجیِ هم رومِ غربی و هم رومِ شرقی را معيّن می‌سازد.</w:t>
      </w:r>
    </w:p>
    <w:p>
      <w:pPr>
        <w:pStyle w:val="ArticleBody"/>
        <w:jc w:val="left"/>
      </w:pPr>
      <w:r>
        <w:rPr>
          <w:rFonts w:ascii="Times New Roman" w:hAnsi="Times New Roman" w:eastAsia="Times New Roman" w:cs="Times New Roman"/>
        </w:rPr>
        <w:t>هيرودس رمزٌ للتنين؛ وكان يمثّل روما. أمّا التنين في نهاية العالم فهو الأمم المتحدة. عند سنّ قانون الأحد تسقط المملكة السادسة، وتبدأ السابعة، لكنها تُعطي مُلكها للمملكة الثامنة في حفلة ميلادها نفسها. لقد وُلدت المملكة السابعة للتوّ، وهي توافق فورًا على أن تُعطي مُلكها لزانية بابل لساعةٍ واحدة، كما يرمز إلى ذلك وعدُ هيرودس لسالومة بأن يعطيها إلى نصف مملكته.</w:t>
      </w:r>
    </w:p>
    <w:p>
      <w:pPr>
        <w:pStyle w:val="ArticleBody"/>
        <w:jc w:val="left"/>
      </w:pPr>
      <w:r>
        <w:rPr>
          <w:rFonts w:ascii="Sylfaen" w:hAnsi="Sylfaen" w:eastAsia="Sylfaen" w:cs="Sylfaen"/>
        </w:rPr>
        <w:t>დროულად</w:t>
      </w:r>
      <w:r>
        <w:rPr>
          <w:rFonts w:ascii="Times New Roman" w:hAnsi="Times New Roman" w:eastAsia="Times New Roman" w:cs="Times New Roman"/>
        </w:rPr>
        <w:t xml:space="preserve"> </w:t>
      </w:r>
      <w:r>
        <w:rPr>
          <w:rFonts w:ascii="Sylfaen" w:hAnsi="Sylfaen" w:eastAsia="Sylfaen" w:cs="Sylfaen"/>
        </w:rPr>
        <w:t>იქ</w:t>
      </w:r>
      <w:r>
        <w:rPr>
          <w:rFonts w:ascii="Times New Roman" w:hAnsi="Times New Roman" w:eastAsia="Times New Roman" w:cs="Times New Roman"/>
        </w:rPr>
        <w:t xml:space="preserve">, </w:t>
      </w:r>
      <w:r>
        <w:rPr>
          <w:rFonts w:ascii="Sylfaen" w:hAnsi="Sylfaen" w:eastAsia="Sylfaen" w:cs="Sylfaen"/>
        </w:rPr>
        <w:t>სადაც</w:t>
      </w:r>
      <w:r>
        <w:rPr>
          <w:rFonts w:ascii="Times New Roman" w:hAnsi="Times New Roman" w:eastAsia="Times New Roman" w:cs="Times New Roman"/>
        </w:rPr>
        <w:t xml:space="preserve"> </w:t>
      </w:r>
      <w:r>
        <w:rPr>
          <w:rFonts w:ascii="Sylfaen" w:hAnsi="Sylfaen" w:eastAsia="Sylfaen" w:cs="Sylfaen"/>
        </w:rPr>
        <w:t>ამერიკის</w:t>
      </w:r>
      <w:r>
        <w:rPr>
          <w:rFonts w:ascii="Times New Roman" w:hAnsi="Times New Roman" w:eastAsia="Times New Roman" w:cs="Times New Roman"/>
        </w:rPr>
        <w:t xml:space="preserve"> </w:t>
      </w:r>
      <w:r>
        <w:rPr>
          <w:rFonts w:ascii="Sylfaen" w:hAnsi="Sylfaen" w:eastAsia="Sylfaen" w:cs="Sylfaen"/>
        </w:rPr>
        <w:t>შეერთებული</w:t>
      </w:r>
      <w:r>
        <w:rPr>
          <w:rFonts w:ascii="Times New Roman" w:hAnsi="Times New Roman" w:eastAsia="Times New Roman" w:cs="Times New Roman"/>
        </w:rPr>
        <w:t xml:space="preserve"> </w:t>
      </w:r>
      <w:r>
        <w:rPr>
          <w:rFonts w:ascii="Sylfaen" w:hAnsi="Sylfaen" w:eastAsia="Sylfaen" w:cs="Sylfaen"/>
        </w:rPr>
        <w:t>შტატები</w:t>
      </w:r>
      <w:r>
        <w:rPr>
          <w:rFonts w:ascii="Times New Roman" w:hAnsi="Times New Roman" w:eastAsia="Times New Roman" w:cs="Times New Roman"/>
        </w:rPr>
        <w:t xml:space="preserve"> </w:t>
      </w:r>
      <w:r>
        <w:rPr>
          <w:rFonts w:ascii="Sylfaen" w:hAnsi="Sylfaen" w:eastAsia="Sylfaen" w:cs="Sylfaen"/>
        </w:rPr>
        <w:t>ეცემა</w:t>
      </w:r>
      <w:r>
        <w:rPr>
          <w:rFonts w:ascii="Times New Roman" w:hAnsi="Times New Roman" w:eastAsia="Times New Roman" w:cs="Times New Roman"/>
        </w:rPr>
        <w:t xml:space="preserve">, </w:t>
      </w:r>
      <w:r>
        <w:rPr>
          <w:rFonts w:ascii="Sylfaen" w:hAnsi="Sylfaen" w:eastAsia="Sylfaen" w:cs="Sylfaen"/>
        </w:rPr>
        <w:t>იბადება</w:t>
      </w:r>
      <w:r>
        <w:rPr>
          <w:rFonts w:ascii="Times New Roman" w:hAnsi="Times New Roman" w:eastAsia="Times New Roman" w:cs="Times New Roman"/>
        </w:rPr>
        <w:t xml:space="preserve"> </w:t>
      </w:r>
      <w:r>
        <w:rPr>
          <w:rFonts w:ascii="Sylfaen" w:hAnsi="Sylfaen" w:eastAsia="Sylfaen" w:cs="Sylfaen"/>
        </w:rPr>
        <w:t>გაერთიანებული</w:t>
      </w:r>
      <w:r>
        <w:rPr>
          <w:rFonts w:ascii="Times New Roman" w:hAnsi="Times New Roman" w:eastAsia="Times New Roman" w:cs="Times New Roman"/>
        </w:rPr>
        <w:t xml:space="preserve"> </w:t>
      </w:r>
      <w:r>
        <w:rPr>
          <w:rFonts w:ascii="Sylfaen" w:hAnsi="Sylfaen" w:eastAsia="Sylfaen" w:cs="Sylfaen"/>
        </w:rPr>
        <w:t>ერების</w:t>
      </w:r>
      <w:r>
        <w:rPr>
          <w:rFonts w:ascii="Times New Roman" w:hAnsi="Times New Roman" w:eastAsia="Times New Roman" w:cs="Times New Roman"/>
        </w:rPr>
        <w:t xml:space="preserve"> </w:t>
      </w:r>
      <w:r>
        <w:rPr>
          <w:rFonts w:ascii="Sylfaen" w:hAnsi="Sylfaen" w:eastAsia="Sylfaen" w:cs="Sylfaen"/>
        </w:rPr>
        <w:t>ორგანიზაცია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ხორციელდება</w:t>
      </w:r>
      <w:r>
        <w:rPr>
          <w:rFonts w:ascii="Times New Roman" w:hAnsi="Times New Roman" w:eastAsia="Times New Roman" w:cs="Times New Roman"/>
        </w:rPr>
        <w:t xml:space="preserve"> </w:t>
      </w:r>
      <w:r>
        <w:rPr>
          <w:rFonts w:ascii="Sylfaen" w:hAnsi="Sylfaen" w:eastAsia="Sylfaen" w:cs="Sylfaen"/>
        </w:rPr>
        <w:t>სამმაგი</w:t>
      </w:r>
      <w:r>
        <w:rPr>
          <w:rFonts w:ascii="Times New Roman" w:hAnsi="Times New Roman" w:eastAsia="Times New Roman" w:cs="Times New Roman"/>
        </w:rPr>
        <w:t xml:space="preserve"> </w:t>
      </w:r>
      <w:r>
        <w:rPr>
          <w:rFonts w:ascii="Sylfaen" w:hAnsi="Sylfaen" w:eastAsia="Sylfaen" w:cs="Sylfaen"/>
        </w:rPr>
        <w:t>კავშირი</w:t>
      </w:r>
      <w:r>
        <w:rPr>
          <w:rFonts w:ascii="Times New Roman" w:hAnsi="Times New Roman" w:eastAsia="Times New Roman" w:cs="Times New Roman"/>
        </w:rPr>
        <w:t xml:space="preserve">. </w:t>
      </w:r>
      <w:r>
        <w:rPr>
          <w:rFonts w:ascii="Sylfaen" w:hAnsi="Sylfaen" w:eastAsia="Sylfaen" w:cs="Sylfaen"/>
        </w:rPr>
        <w:t>ჰეროდე</w:t>
      </w:r>
      <w:r>
        <w:rPr>
          <w:rFonts w:ascii="Times New Roman" w:hAnsi="Times New Roman" w:eastAsia="Times New Roman" w:cs="Times New Roman"/>
        </w:rPr>
        <w:t xml:space="preserve"> </w:t>
      </w:r>
      <w:r>
        <w:rPr>
          <w:rFonts w:ascii="Sylfaen" w:hAnsi="Sylfaen" w:eastAsia="Sylfaen" w:cs="Sylfaen"/>
        </w:rPr>
        <w:t>არის</w:t>
      </w:r>
      <w:r>
        <w:rPr>
          <w:rFonts w:ascii="Times New Roman" w:hAnsi="Times New Roman" w:eastAsia="Times New Roman" w:cs="Times New Roman"/>
        </w:rPr>
        <w:t xml:space="preserve"> </w:t>
      </w:r>
      <w:r>
        <w:rPr>
          <w:rFonts w:ascii="Sylfaen" w:hAnsi="Sylfaen" w:eastAsia="Sylfaen" w:cs="Sylfaen"/>
        </w:rPr>
        <w:t>გველი</w:t>
      </w:r>
      <w:r>
        <w:rPr>
          <w:rFonts w:ascii="Times New Roman" w:hAnsi="Times New Roman" w:eastAsia="Times New Roman" w:cs="Times New Roman"/>
        </w:rPr>
        <w:t xml:space="preserve">, </w:t>
      </w:r>
      <w:r>
        <w:rPr>
          <w:rFonts w:ascii="Sylfaen" w:hAnsi="Sylfaen" w:eastAsia="Sylfaen" w:cs="Sylfaen"/>
        </w:rPr>
        <w:t>ხოლო</w:t>
      </w:r>
      <w:r>
        <w:rPr>
          <w:rFonts w:ascii="Times New Roman" w:hAnsi="Times New Roman" w:eastAsia="Times New Roman" w:cs="Times New Roman"/>
        </w:rPr>
        <w:t xml:space="preserve"> </w:t>
      </w:r>
      <w:r>
        <w:rPr>
          <w:rFonts w:ascii="Sylfaen" w:hAnsi="Sylfaen" w:eastAsia="Sylfaen" w:cs="Sylfaen"/>
        </w:rPr>
        <w:t>ჰეროდია</w:t>
      </w:r>
      <w:r>
        <w:rPr>
          <w:rFonts w:ascii="Times New Roman" w:hAnsi="Times New Roman" w:eastAsia="Times New Roman" w:cs="Times New Roman"/>
        </w:rPr>
        <w:t xml:space="preserve"> — </w:t>
      </w:r>
      <w:r>
        <w:rPr>
          <w:rFonts w:ascii="Sylfaen" w:hAnsi="Sylfaen" w:eastAsia="Sylfaen" w:cs="Sylfaen"/>
        </w:rPr>
        <w:t>პაპობა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ამერიკის</w:t>
      </w:r>
      <w:r>
        <w:rPr>
          <w:rFonts w:ascii="Times New Roman" w:hAnsi="Times New Roman" w:eastAsia="Times New Roman" w:cs="Times New Roman"/>
        </w:rPr>
        <w:t xml:space="preserve"> </w:t>
      </w:r>
      <w:r>
        <w:rPr>
          <w:rFonts w:ascii="Sylfaen" w:hAnsi="Sylfaen" w:eastAsia="Sylfaen" w:cs="Sylfaen"/>
        </w:rPr>
        <w:t>შეერთებული</w:t>
      </w:r>
      <w:r>
        <w:rPr>
          <w:rFonts w:ascii="Times New Roman" w:hAnsi="Times New Roman" w:eastAsia="Times New Roman" w:cs="Times New Roman"/>
        </w:rPr>
        <w:t xml:space="preserve"> </w:t>
      </w:r>
      <w:r>
        <w:rPr>
          <w:rFonts w:ascii="Sylfaen" w:hAnsi="Sylfaen" w:eastAsia="Sylfaen" w:cs="Sylfaen"/>
        </w:rPr>
        <w:t>შტატები</w:t>
      </w:r>
      <w:r>
        <w:rPr>
          <w:rFonts w:ascii="Times New Roman" w:hAnsi="Times New Roman" w:eastAsia="Times New Roman" w:cs="Times New Roman"/>
        </w:rPr>
        <w:t xml:space="preserve"> — </w:t>
      </w:r>
      <w:r>
        <w:rPr>
          <w:rFonts w:ascii="Sylfaen" w:hAnsi="Sylfaen" w:eastAsia="Sylfaen" w:cs="Sylfaen"/>
        </w:rPr>
        <w:t>სალომეა</w:t>
      </w:r>
      <w:r>
        <w:rPr>
          <w:rFonts w:ascii="Times New Roman" w:hAnsi="Times New Roman" w:eastAsia="Times New Roman" w:cs="Times New Roman"/>
        </w:rPr>
        <w:t xml:space="preserve">. </w:t>
      </w:r>
      <w:r>
        <w:rPr>
          <w:rFonts w:ascii="Sylfaen" w:hAnsi="Sylfaen" w:eastAsia="Sylfaen" w:cs="Sylfaen"/>
        </w:rPr>
        <w:t>ჰეროდე</w:t>
      </w:r>
      <w:r>
        <w:rPr>
          <w:rFonts w:ascii="Times New Roman" w:hAnsi="Times New Roman" w:eastAsia="Times New Roman" w:cs="Times New Roman"/>
        </w:rPr>
        <w:t xml:space="preserve"> </w:t>
      </w:r>
      <w:r>
        <w:rPr>
          <w:rFonts w:ascii="Sylfaen" w:hAnsi="Sylfaen" w:eastAsia="Sylfaen" w:cs="Sylfaen"/>
        </w:rPr>
        <w:t>იყო</w:t>
      </w:r>
      <w:r>
        <w:rPr>
          <w:rFonts w:ascii="Times New Roman" w:hAnsi="Times New Roman" w:eastAsia="Times New Roman" w:cs="Times New Roman"/>
        </w:rPr>
        <w:t xml:space="preserve"> </w:t>
      </w:r>
      <w:r>
        <w:rPr>
          <w:rFonts w:ascii="Sylfaen" w:hAnsi="Sylfaen" w:eastAsia="Sylfaen" w:cs="Sylfaen"/>
        </w:rPr>
        <w:t>უკანონო</w:t>
      </w:r>
      <w:r>
        <w:rPr>
          <w:rFonts w:ascii="Times New Roman" w:hAnsi="Times New Roman" w:eastAsia="Times New Roman" w:cs="Times New Roman"/>
        </w:rPr>
        <w:t xml:space="preserve"> </w:t>
      </w:r>
      <w:r>
        <w:rPr>
          <w:rFonts w:ascii="Sylfaen" w:hAnsi="Sylfaen" w:eastAsia="Sylfaen" w:cs="Sylfaen"/>
        </w:rPr>
        <w:t>ქორწინებით</w:t>
      </w:r>
      <w:r>
        <w:rPr>
          <w:rFonts w:ascii="Times New Roman" w:hAnsi="Times New Roman" w:eastAsia="Times New Roman" w:cs="Times New Roman"/>
        </w:rPr>
        <w:t xml:space="preserve"> </w:t>
      </w:r>
      <w:r>
        <w:rPr>
          <w:rFonts w:ascii="Sylfaen" w:hAnsi="Sylfaen" w:eastAsia="Sylfaen" w:cs="Sylfaen"/>
        </w:rPr>
        <w:t>შეკავშირებული</w:t>
      </w:r>
      <w:r>
        <w:rPr>
          <w:rFonts w:ascii="Times New Roman" w:hAnsi="Times New Roman" w:eastAsia="Times New Roman" w:cs="Times New Roman"/>
        </w:rPr>
        <w:t xml:space="preserve">, </w:t>
      </w:r>
      <w:r>
        <w:rPr>
          <w:rFonts w:ascii="Sylfaen" w:hAnsi="Sylfaen" w:eastAsia="Sylfaen" w:cs="Sylfaen"/>
        </w:rPr>
        <w:t>რადგან</w:t>
      </w:r>
      <w:r>
        <w:rPr>
          <w:rFonts w:ascii="Times New Roman" w:hAnsi="Times New Roman" w:eastAsia="Times New Roman" w:cs="Times New Roman"/>
        </w:rPr>
        <w:t xml:space="preserve"> </w:t>
      </w:r>
      <w:r>
        <w:rPr>
          <w:rFonts w:ascii="Sylfaen" w:hAnsi="Sylfaen" w:eastAsia="Sylfaen" w:cs="Sylfaen"/>
        </w:rPr>
        <w:t>იგი</w:t>
      </w:r>
      <w:r>
        <w:rPr>
          <w:rFonts w:ascii="Times New Roman" w:hAnsi="Times New Roman" w:eastAsia="Times New Roman" w:cs="Times New Roman"/>
        </w:rPr>
        <w:t xml:space="preserve"> </w:t>
      </w:r>
      <w:r>
        <w:rPr>
          <w:rFonts w:ascii="Sylfaen" w:hAnsi="Sylfaen" w:eastAsia="Sylfaen" w:cs="Sylfaen"/>
        </w:rPr>
        <w:t>თავისი</w:t>
      </w:r>
      <w:r>
        <w:rPr>
          <w:rFonts w:ascii="Times New Roman" w:hAnsi="Times New Roman" w:eastAsia="Times New Roman" w:cs="Times New Roman"/>
        </w:rPr>
        <w:t xml:space="preserve"> </w:t>
      </w:r>
      <w:r>
        <w:rPr>
          <w:rFonts w:ascii="Sylfaen" w:hAnsi="Sylfaen" w:eastAsia="Sylfaen" w:cs="Sylfaen"/>
        </w:rPr>
        <w:t>ძმის</w:t>
      </w:r>
      <w:r>
        <w:rPr>
          <w:rFonts w:ascii="Times New Roman" w:hAnsi="Times New Roman" w:eastAsia="Times New Roman" w:cs="Times New Roman"/>
        </w:rPr>
        <w:t xml:space="preserve"> </w:t>
      </w:r>
      <w:r>
        <w:rPr>
          <w:rFonts w:ascii="Sylfaen" w:hAnsi="Sylfaen" w:eastAsia="Sylfaen" w:cs="Sylfaen"/>
        </w:rPr>
        <w:t>ცოლზე</w:t>
      </w:r>
      <w:r>
        <w:rPr>
          <w:rFonts w:ascii="Times New Roman" w:hAnsi="Times New Roman" w:eastAsia="Times New Roman" w:cs="Times New Roman"/>
        </w:rPr>
        <w:t xml:space="preserve"> </w:t>
      </w:r>
      <w:r>
        <w:rPr>
          <w:rFonts w:ascii="Sylfaen" w:hAnsi="Sylfaen" w:eastAsia="Sylfaen" w:cs="Sylfaen"/>
        </w:rPr>
        <w:t>იყო</w:t>
      </w:r>
      <w:r>
        <w:rPr>
          <w:rFonts w:ascii="Times New Roman" w:hAnsi="Times New Roman" w:eastAsia="Times New Roman" w:cs="Times New Roman"/>
        </w:rPr>
        <w:t xml:space="preserve"> </w:t>
      </w:r>
      <w:r>
        <w:rPr>
          <w:rFonts w:ascii="Sylfaen" w:hAnsi="Sylfaen" w:eastAsia="Sylfaen" w:cs="Sylfaen"/>
        </w:rPr>
        <w:t>დაქორწინებული</w:t>
      </w:r>
      <w:r>
        <w:rPr>
          <w:rFonts w:ascii="Times New Roman" w:hAnsi="Times New Roman" w:eastAsia="Times New Roman" w:cs="Times New Roman"/>
        </w:rPr>
        <w:t xml:space="preserve">; </w:t>
      </w:r>
      <w:r>
        <w:rPr>
          <w:rFonts w:ascii="Sylfaen" w:hAnsi="Sylfaen" w:eastAsia="Sylfaen" w:cs="Sylfaen"/>
        </w:rPr>
        <w:t>ხოლო</w:t>
      </w:r>
      <w:r>
        <w:rPr>
          <w:rFonts w:ascii="Times New Roman" w:hAnsi="Times New Roman" w:eastAsia="Times New Roman" w:cs="Times New Roman"/>
        </w:rPr>
        <w:t xml:space="preserve"> </w:t>
      </w:r>
      <w:r>
        <w:rPr>
          <w:rFonts w:ascii="Sylfaen" w:hAnsi="Sylfaen" w:eastAsia="Sylfaen" w:cs="Sylfaen"/>
        </w:rPr>
        <w:t>წინასწარმეტყველურ</w:t>
      </w:r>
      <w:r>
        <w:rPr>
          <w:rFonts w:ascii="Times New Roman" w:hAnsi="Times New Roman" w:eastAsia="Times New Roman" w:cs="Times New Roman"/>
        </w:rPr>
        <w:t xml:space="preserve"> </w:t>
      </w:r>
      <w:r>
        <w:rPr>
          <w:rFonts w:ascii="Sylfaen" w:hAnsi="Sylfaen" w:eastAsia="Sylfaen" w:cs="Sylfaen"/>
        </w:rPr>
        <w:t>დონეზე</w:t>
      </w:r>
      <w:r>
        <w:rPr>
          <w:rFonts w:ascii="Times New Roman" w:hAnsi="Times New Roman" w:eastAsia="Times New Roman" w:cs="Times New Roman"/>
        </w:rPr>
        <w:t xml:space="preserve"> </w:t>
      </w:r>
      <w:r>
        <w:rPr>
          <w:rFonts w:ascii="Sylfaen" w:hAnsi="Sylfaen" w:eastAsia="Sylfaen" w:cs="Sylfaen"/>
        </w:rPr>
        <w:t>იგი</w:t>
      </w:r>
      <w:r>
        <w:rPr>
          <w:rFonts w:ascii="Times New Roman" w:hAnsi="Times New Roman" w:eastAsia="Times New Roman" w:cs="Times New Roman"/>
        </w:rPr>
        <w:t xml:space="preserve"> </w:t>
      </w:r>
      <w:r>
        <w:rPr>
          <w:rFonts w:ascii="Sylfaen" w:hAnsi="Sylfaen" w:eastAsia="Sylfaen" w:cs="Sylfaen"/>
        </w:rPr>
        <w:t>სალომესთან</w:t>
      </w:r>
      <w:r>
        <w:rPr>
          <w:rFonts w:ascii="Times New Roman" w:hAnsi="Times New Roman" w:eastAsia="Times New Roman" w:cs="Times New Roman"/>
        </w:rPr>
        <w:t xml:space="preserve"> </w:t>
      </w:r>
      <w:r>
        <w:rPr>
          <w:rFonts w:ascii="Sylfaen" w:hAnsi="Sylfaen" w:eastAsia="Sylfaen" w:cs="Sylfaen"/>
        </w:rPr>
        <w:t>სისხლის</w:t>
      </w:r>
      <w:r>
        <w:rPr>
          <w:rFonts w:ascii="Times New Roman" w:hAnsi="Times New Roman" w:eastAsia="Times New Roman" w:cs="Times New Roman"/>
        </w:rPr>
        <w:t xml:space="preserve"> </w:t>
      </w:r>
      <w:r>
        <w:rPr>
          <w:rFonts w:ascii="Sylfaen" w:hAnsi="Sylfaen" w:eastAsia="Sylfaen" w:cs="Sylfaen"/>
        </w:rPr>
        <w:t>აღრევის</w:t>
      </w:r>
      <w:r>
        <w:rPr>
          <w:rFonts w:ascii="Times New Roman" w:hAnsi="Times New Roman" w:eastAsia="Times New Roman" w:cs="Times New Roman"/>
        </w:rPr>
        <w:t xml:space="preserve"> </w:t>
      </w:r>
      <w:r>
        <w:rPr>
          <w:rFonts w:ascii="Sylfaen" w:hAnsi="Sylfaen" w:eastAsia="Sylfaen" w:cs="Sylfaen"/>
        </w:rPr>
        <w:t>კავშირში</w:t>
      </w:r>
      <w:r>
        <w:rPr>
          <w:rFonts w:ascii="Times New Roman" w:hAnsi="Times New Roman" w:eastAsia="Times New Roman" w:cs="Times New Roman"/>
        </w:rPr>
        <w:t xml:space="preserve"> </w:t>
      </w:r>
      <w:r>
        <w:rPr>
          <w:rFonts w:ascii="Sylfaen" w:hAnsi="Sylfaen" w:eastAsia="Sylfaen" w:cs="Sylfaen"/>
        </w:rPr>
        <w:t>იმყოფებოდა</w:t>
      </w:r>
      <w:r>
        <w:rPr>
          <w:rFonts w:ascii="Times New Roman" w:hAnsi="Times New Roman" w:eastAsia="Times New Roman" w:cs="Times New Roman"/>
        </w:rPr>
        <w:t xml:space="preserve">, </w:t>
      </w:r>
      <w:r>
        <w:rPr>
          <w:rFonts w:ascii="Sylfaen" w:hAnsi="Sylfaen" w:eastAsia="Sylfaen" w:cs="Sylfaen"/>
        </w:rPr>
        <w:t>რადგან</w:t>
      </w:r>
      <w:r>
        <w:rPr>
          <w:rFonts w:ascii="Times New Roman" w:hAnsi="Times New Roman" w:eastAsia="Times New Roman" w:cs="Times New Roman"/>
        </w:rPr>
        <w:t xml:space="preserve"> </w:t>
      </w:r>
      <w:r>
        <w:rPr>
          <w:rFonts w:ascii="Sylfaen" w:hAnsi="Sylfaen" w:eastAsia="Sylfaen" w:cs="Sylfaen"/>
        </w:rPr>
        <w:t>ნათელია</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მისი</w:t>
      </w:r>
      <w:r>
        <w:rPr>
          <w:rFonts w:ascii="Times New Roman" w:hAnsi="Times New Roman" w:eastAsia="Times New Roman" w:cs="Times New Roman"/>
        </w:rPr>
        <w:t xml:space="preserve"> </w:t>
      </w:r>
      <w:r>
        <w:rPr>
          <w:rFonts w:ascii="Sylfaen" w:hAnsi="Sylfaen" w:eastAsia="Sylfaen" w:cs="Sylfaen"/>
        </w:rPr>
        <w:t>ცეკვისას</w:t>
      </w:r>
      <w:r>
        <w:rPr>
          <w:rFonts w:ascii="Times New Roman" w:hAnsi="Times New Roman" w:eastAsia="Times New Roman" w:cs="Times New Roman"/>
        </w:rPr>
        <w:t xml:space="preserve"> </w:t>
      </w:r>
      <w:r>
        <w:rPr>
          <w:rFonts w:ascii="Sylfaen" w:hAnsi="Sylfaen" w:eastAsia="Sylfaen" w:cs="Sylfaen"/>
        </w:rPr>
        <w:t>მისადმი</w:t>
      </w:r>
      <w:r>
        <w:rPr>
          <w:rFonts w:ascii="Times New Roman" w:hAnsi="Times New Roman" w:eastAsia="Times New Roman" w:cs="Times New Roman"/>
        </w:rPr>
        <w:t xml:space="preserve"> </w:t>
      </w:r>
      <w:r>
        <w:rPr>
          <w:rFonts w:ascii="Sylfaen" w:hAnsi="Sylfaen" w:eastAsia="Sylfaen" w:cs="Sylfaen"/>
        </w:rPr>
        <w:t>ვნებით</w:t>
      </w:r>
      <w:r>
        <w:rPr>
          <w:rFonts w:ascii="Times New Roman" w:hAnsi="Times New Roman" w:eastAsia="Times New Roman" w:cs="Times New Roman"/>
        </w:rPr>
        <w:t xml:space="preserve"> </w:t>
      </w:r>
      <w:r>
        <w:rPr>
          <w:rFonts w:ascii="Sylfaen" w:hAnsi="Sylfaen" w:eastAsia="Sylfaen" w:cs="Sylfaen"/>
        </w:rPr>
        <w:t>იყო</w:t>
      </w:r>
      <w:r>
        <w:rPr>
          <w:rFonts w:ascii="Times New Roman" w:hAnsi="Times New Roman" w:eastAsia="Times New Roman" w:cs="Times New Roman"/>
        </w:rPr>
        <w:t xml:space="preserve"> </w:t>
      </w:r>
      <w:r>
        <w:rPr>
          <w:rFonts w:ascii="Sylfaen" w:hAnsi="Sylfaen" w:eastAsia="Sylfaen" w:cs="Sylfaen"/>
        </w:rPr>
        <w:t>აღძრული</w:t>
      </w:r>
      <w:r>
        <w:rPr>
          <w:rFonts w:ascii="Times New Roman" w:hAnsi="Times New Roman" w:eastAsia="Times New Roman" w:cs="Times New Roman"/>
        </w:rPr>
        <w:t xml:space="preserve">. </w:t>
      </w:r>
      <w:r>
        <w:rPr>
          <w:rFonts w:ascii="Sylfaen" w:hAnsi="Sylfaen" w:eastAsia="Sylfaen" w:cs="Sylfaen"/>
        </w:rPr>
        <w:t>გველს</w:t>
      </w:r>
      <w:r>
        <w:rPr>
          <w:rFonts w:ascii="Times New Roman" w:hAnsi="Times New Roman" w:eastAsia="Times New Roman" w:cs="Times New Roman"/>
        </w:rPr>
        <w:t xml:space="preserve"> </w:t>
      </w:r>
      <w:r>
        <w:rPr>
          <w:rFonts w:ascii="Sylfaen" w:hAnsi="Sylfaen" w:eastAsia="Sylfaen" w:cs="Sylfaen"/>
        </w:rPr>
        <w:t>კავშირი</w:t>
      </w:r>
      <w:r>
        <w:rPr>
          <w:rFonts w:ascii="Times New Roman" w:hAnsi="Times New Roman" w:eastAsia="Times New Roman" w:cs="Times New Roman"/>
        </w:rPr>
        <w:t xml:space="preserve"> </w:t>
      </w:r>
      <w:r>
        <w:rPr>
          <w:rFonts w:ascii="Sylfaen" w:hAnsi="Sylfaen" w:eastAsia="Sylfaen" w:cs="Sylfaen"/>
        </w:rPr>
        <w:t>აქვს</w:t>
      </w:r>
      <w:r>
        <w:rPr>
          <w:rFonts w:ascii="Times New Roman" w:hAnsi="Times New Roman" w:eastAsia="Times New Roman" w:cs="Times New Roman"/>
        </w:rPr>
        <w:t xml:space="preserve"> </w:t>
      </w:r>
      <w:r>
        <w:rPr>
          <w:rFonts w:ascii="Sylfaen" w:hAnsi="Sylfaen" w:eastAsia="Sylfaen" w:cs="Sylfaen"/>
        </w:rPr>
        <w:t>როგორც</w:t>
      </w:r>
      <w:r>
        <w:rPr>
          <w:rFonts w:ascii="Times New Roman" w:hAnsi="Times New Roman" w:eastAsia="Times New Roman" w:cs="Times New Roman"/>
        </w:rPr>
        <w:t xml:space="preserve"> </w:t>
      </w:r>
      <w:r>
        <w:rPr>
          <w:rFonts w:ascii="Sylfaen" w:hAnsi="Sylfaen" w:eastAsia="Sylfaen" w:cs="Sylfaen"/>
        </w:rPr>
        <w:t>დედასთან</w:t>
      </w:r>
      <w:r>
        <w:rPr>
          <w:rFonts w:ascii="Times New Roman" w:hAnsi="Times New Roman" w:eastAsia="Times New Roman" w:cs="Times New Roman"/>
        </w:rPr>
        <w:t xml:space="preserve">, </w:t>
      </w:r>
      <w:r>
        <w:rPr>
          <w:rFonts w:ascii="Sylfaen" w:hAnsi="Sylfaen" w:eastAsia="Sylfaen" w:cs="Sylfaen"/>
        </w:rPr>
        <w:t>ისე</w:t>
      </w:r>
      <w:r>
        <w:rPr>
          <w:rFonts w:ascii="Times New Roman" w:hAnsi="Times New Roman" w:eastAsia="Times New Roman" w:cs="Times New Roman"/>
        </w:rPr>
        <w:t xml:space="preserve"> </w:t>
      </w:r>
      <w:r>
        <w:rPr>
          <w:rFonts w:ascii="Sylfaen" w:hAnsi="Sylfaen" w:eastAsia="Sylfaen" w:cs="Sylfaen"/>
        </w:rPr>
        <w:t>ქალიშვილთან</w:t>
      </w:r>
      <w:r>
        <w:rPr>
          <w:rFonts w:ascii="Times New Roman" w:hAnsi="Times New Roman" w:eastAsia="Times New Roman" w:cs="Times New Roman"/>
        </w:rPr>
        <w:t xml:space="preserve">. </w:t>
      </w:r>
      <w:r>
        <w:rPr>
          <w:rFonts w:ascii="Sylfaen" w:hAnsi="Sylfaen" w:eastAsia="Sylfaen" w:cs="Sylfaen"/>
        </w:rPr>
        <w:t>ამის</w:t>
      </w:r>
      <w:r>
        <w:rPr>
          <w:rFonts w:ascii="Times New Roman" w:hAnsi="Times New Roman" w:eastAsia="Times New Roman" w:cs="Times New Roman"/>
        </w:rPr>
        <w:t xml:space="preserve"> </w:t>
      </w:r>
      <w:r>
        <w:rPr>
          <w:rFonts w:ascii="Sylfaen" w:hAnsi="Sylfaen" w:eastAsia="Sylfaen" w:cs="Sylfaen"/>
        </w:rPr>
        <w:t>დანახვა</w:t>
      </w:r>
      <w:r>
        <w:rPr>
          <w:rFonts w:ascii="Times New Roman" w:hAnsi="Times New Roman" w:eastAsia="Times New Roman" w:cs="Times New Roman"/>
        </w:rPr>
        <w:t xml:space="preserve"> </w:t>
      </w:r>
      <w:r>
        <w:rPr>
          <w:rFonts w:ascii="Sylfaen" w:hAnsi="Sylfaen" w:eastAsia="Sylfaen" w:cs="Sylfaen"/>
        </w:rPr>
        <w:t>მნიშვნელოვანია</w:t>
      </w:r>
      <w:r>
        <w:rPr>
          <w:rFonts w:ascii="Times New Roman" w:hAnsi="Times New Roman" w:eastAsia="Times New Roman" w:cs="Times New Roman"/>
        </w:rPr>
        <w:t xml:space="preserve"> </w:t>
      </w:r>
      <w:r>
        <w:rPr>
          <w:rFonts w:ascii="Sylfaen" w:hAnsi="Sylfaen" w:eastAsia="Sylfaen" w:cs="Sylfaen"/>
        </w:rPr>
        <w:t>მაშინ</w:t>
      </w:r>
      <w:r>
        <w:rPr>
          <w:rFonts w:ascii="Times New Roman" w:hAnsi="Times New Roman" w:eastAsia="Times New Roman" w:cs="Times New Roman"/>
        </w:rPr>
        <w:t xml:space="preserve">, </w:t>
      </w:r>
      <w:r>
        <w:rPr>
          <w:rFonts w:ascii="Sylfaen" w:hAnsi="Sylfaen" w:eastAsia="Sylfaen" w:cs="Sylfaen"/>
        </w:rPr>
        <w:t>როცა</w:t>
      </w:r>
      <w:r>
        <w:rPr>
          <w:rFonts w:ascii="Times New Roman" w:hAnsi="Times New Roman" w:eastAsia="Times New Roman" w:cs="Times New Roman"/>
        </w:rPr>
        <w:t xml:space="preserve"> </w:t>
      </w:r>
      <w:r>
        <w:rPr>
          <w:rFonts w:ascii="Sylfaen" w:hAnsi="Sylfaen" w:eastAsia="Sylfaen" w:cs="Sylfaen"/>
        </w:rPr>
        <w:t>განსაზღვრავ</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დასავლური</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აღმოსავლური</w:t>
      </w:r>
      <w:r>
        <w:rPr>
          <w:rFonts w:ascii="Times New Roman" w:hAnsi="Times New Roman" w:eastAsia="Times New Roman" w:cs="Times New Roman"/>
        </w:rPr>
        <w:t xml:space="preserve"> </w:t>
      </w:r>
      <w:r>
        <w:rPr>
          <w:rFonts w:ascii="Sylfaen" w:hAnsi="Sylfaen" w:eastAsia="Sylfaen" w:cs="Sylfaen"/>
        </w:rPr>
        <w:t>რომი</w:t>
      </w:r>
      <w:r>
        <w:rPr>
          <w:rFonts w:ascii="Times New Roman" w:hAnsi="Times New Roman" w:eastAsia="Times New Roman" w:cs="Times New Roman"/>
        </w:rPr>
        <w:t xml:space="preserve">, </w:t>
      </w:r>
      <w:r>
        <w:rPr>
          <w:rFonts w:ascii="Sylfaen" w:hAnsi="Sylfaen" w:eastAsia="Sylfaen" w:cs="Sylfaen"/>
        </w:rPr>
        <w:t>შესაბამისად</w:t>
      </w:r>
      <w:r>
        <w:rPr>
          <w:rFonts w:ascii="Times New Roman" w:hAnsi="Times New Roman" w:eastAsia="Times New Roman" w:cs="Times New Roman"/>
        </w:rPr>
        <w:t xml:space="preserve">, </w:t>
      </w:r>
      <w:r>
        <w:rPr>
          <w:rFonts w:ascii="Sylfaen" w:hAnsi="Sylfaen" w:eastAsia="Sylfaen" w:cs="Sylfaen"/>
        </w:rPr>
        <w:t>წარმოადგენს</w:t>
      </w:r>
      <w:r>
        <w:rPr>
          <w:rFonts w:ascii="Times New Roman" w:hAnsi="Times New Roman" w:eastAsia="Times New Roman" w:cs="Times New Roman"/>
        </w:rPr>
        <w:t xml:space="preserve"> </w:t>
      </w:r>
      <w:r>
        <w:rPr>
          <w:rFonts w:ascii="Sylfaen" w:hAnsi="Sylfaen" w:eastAsia="Sylfaen" w:cs="Sylfaen"/>
        </w:rPr>
        <w:t>საეკლესიო</w:t>
      </w:r>
      <w:r>
        <w:rPr>
          <w:rFonts w:ascii="Times New Roman" w:hAnsi="Times New Roman" w:eastAsia="Times New Roman" w:cs="Times New Roman"/>
        </w:rPr>
        <w:t xml:space="preserve"> </w:t>
      </w:r>
      <w:r>
        <w:rPr>
          <w:rFonts w:ascii="Sylfaen" w:hAnsi="Sylfaen" w:eastAsia="Sylfaen" w:cs="Sylfaen"/>
        </w:rPr>
        <w:t>ხელოვნებასა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სახელმწიფოებრივ</w:t>
      </w:r>
      <w:r>
        <w:rPr>
          <w:rFonts w:ascii="Times New Roman" w:hAnsi="Times New Roman" w:eastAsia="Times New Roman" w:cs="Times New Roman"/>
        </w:rPr>
        <w:t xml:space="preserve"> </w:t>
      </w:r>
      <w:r>
        <w:rPr>
          <w:rFonts w:ascii="Sylfaen" w:hAnsi="Sylfaen" w:eastAsia="Sylfaen" w:cs="Sylfaen"/>
        </w:rPr>
        <w:t>ხელოვნებას</w:t>
      </w:r>
      <w:r>
        <w:rPr>
          <w:rFonts w:ascii="Times New Roman" w:hAnsi="Times New Roman" w:eastAsia="Times New Roman" w:cs="Times New Roman"/>
        </w:rPr>
        <w:t xml:space="preserve">. </w:t>
      </w:r>
      <w:r>
        <w:rPr>
          <w:rFonts w:ascii="Sylfaen" w:hAnsi="Sylfaen" w:eastAsia="Sylfaen" w:cs="Sylfaen"/>
        </w:rPr>
        <w:t>რომმა</w:t>
      </w:r>
      <w:r>
        <w:rPr>
          <w:rFonts w:ascii="Times New Roman" w:hAnsi="Times New Roman" w:eastAsia="Times New Roman" w:cs="Times New Roman"/>
        </w:rPr>
        <w:t xml:space="preserve">, </w:t>
      </w:r>
      <w:r>
        <w:rPr>
          <w:rFonts w:ascii="Sylfaen" w:hAnsi="Sylfaen" w:eastAsia="Sylfaen" w:cs="Sylfaen"/>
        </w:rPr>
        <w:t>ბიბლიური</w:t>
      </w:r>
      <w:r>
        <w:rPr>
          <w:rFonts w:ascii="Times New Roman" w:hAnsi="Times New Roman" w:eastAsia="Times New Roman" w:cs="Times New Roman"/>
        </w:rPr>
        <w:t xml:space="preserve"> </w:t>
      </w:r>
      <w:r>
        <w:rPr>
          <w:rFonts w:ascii="Sylfaen" w:hAnsi="Sylfaen" w:eastAsia="Sylfaen" w:cs="Sylfaen"/>
        </w:rPr>
        <w:t>წინასწარმეტყველების</w:t>
      </w:r>
      <w:r>
        <w:rPr>
          <w:rFonts w:ascii="Times New Roman" w:hAnsi="Times New Roman" w:eastAsia="Times New Roman" w:cs="Times New Roman"/>
        </w:rPr>
        <w:t xml:space="preserve"> </w:t>
      </w:r>
      <w:r>
        <w:rPr>
          <w:rFonts w:ascii="Sylfaen" w:hAnsi="Sylfaen" w:eastAsia="Sylfaen" w:cs="Sylfaen"/>
        </w:rPr>
        <w:t>მეოთხე</w:t>
      </w:r>
      <w:r>
        <w:rPr>
          <w:rFonts w:ascii="Times New Roman" w:hAnsi="Times New Roman" w:eastAsia="Times New Roman" w:cs="Times New Roman"/>
        </w:rPr>
        <w:t xml:space="preserve"> </w:t>
      </w:r>
      <w:r>
        <w:rPr>
          <w:rFonts w:ascii="Sylfaen" w:hAnsi="Sylfaen" w:eastAsia="Sylfaen" w:cs="Sylfaen"/>
        </w:rPr>
        <w:t>სამეფომ</w:t>
      </w:r>
      <w:r>
        <w:rPr>
          <w:rFonts w:ascii="Times New Roman" w:hAnsi="Times New Roman" w:eastAsia="Times New Roman" w:cs="Times New Roman"/>
        </w:rPr>
        <w:t xml:space="preserve">, </w:t>
      </w:r>
      <w:r>
        <w:rPr>
          <w:rFonts w:ascii="Sylfaen" w:hAnsi="Sylfaen" w:eastAsia="Sylfaen" w:cs="Sylfaen"/>
        </w:rPr>
        <w:t>წინასწარმეტყველურად</w:t>
      </w:r>
      <w:r>
        <w:rPr>
          <w:rFonts w:ascii="Times New Roman" w:hAnsi="Times New Roman" w:eastAsia="Times New Roman" w:cs="Times New Roman"/>
        </w:rPr>
        <w:t xml:space="preserve"> </w:t>
      </w:r>
      <w:r>
        <w:rPr>
          <w:rFonts w:ascii="Sylfaen" w:hAnsi="Sylfaen" w:eastAsia="Sylfaen" w:cs="Sylfaen"/>
        </w:rPr>
        <w:t>პაპობა</w:t>
      </w:r>
      <w:r>
        <w:rPr>
          <w:rFonts w:ascii="Times New Roman" w:hAnsi="Times New Roman" w:eastAsia="Times New Roman" w:cs="Times New Roman"/>
        </w:rPr>
        <w:t xml:space="preserve"> </w:t>
      </w:r>
      <w:r>
        <w:rPr>
          <w:rFonts w:ascii="Sylfaen" w:hAnsi="Sylfaen" w:eastAsia="Sylfaen" w:cs="Sylfaen"/>
        </w:rPr>
        <w:t>ტახტზე</w:t>
      </w:r>
      <w:r>
        <w:rPr>
          <w:rFonts w:ascii="Times New Roman" w:hAnsi="Times New Roman" w:eastAsia="Times New Roman" w:cs="Times New Roman"/>
        </w:rPr>
        <w:t xml:space="preserve"> </w:t>
      </w:r>
      <w:r>
        <w:rPr>
          <w:rFonts w:ascii="Sylfaen" w:hAnsi="Sylfaen" w:eastAsia="Sylfaen" w:cs="Sylfaen"/>
        </w:rPr>
        <w:t>დასვა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ამით</w:t>
      </w:r>
      <w:r>
        <w:rPr>
          <w:rFonts w:ascii="Times New Roman" w:hAnsi="Times New Roman" w:eastAsia="Times New Roman" w:cs="Times New Roman"/>
        </w:rPr>
        <w:t xml:space="preserve"> </w:t>
      </w:r>
      <w:r>
        <w:rPr>
          <w:rFonts w:ascii="Sylfaen" w:hAnsi="Sylfaen" w:eastAsia="Sylfaen" w:cs="Sylfaen"/>
        </w:rPr>
        <w:t>წინასახედ</w:t>
      </w:r>
      <w:r>
        <w:rPr>
          <w:rFonts w:ascii="Times New Roman" w:hAnsi="Times New Roman" w:eastAsia="Times New Roman" w:cs="Times New Roman"/>
        </w:rPr>
        <w:t xml:space="preserve"> </w:t>
      </w:r>
      <w:r>
        <w:rPr>
          <w:rFonts w:ascii="Sylfaen" w:hAnsi="Sylfaen" w:eastAsia="Sylfaen" w:cs="Sylfaen"/>
        </w:rPr>
        <w:t>იქცა</w:t>
      </w:r>
      <w:r>
        <w:rPr>
          <w:rFonts w:ascii="Times New Roman" w:hAnsi="Times New Roman" w:eastAsia="Times New Roman" w:cs="Times New Roman"/>
        </w:rPr>
        <w:t xml:space="preserve"> </w:t>
      </w:r>
      <w:r>
        <w:rPr>
          <w:rFonts w:ascii="Sylfaen" w:hAnsi="Sylfaen" w:eastAsia="Sylfaen" w:cs="Sylfaen"/>
        </w:rPr>
        <w:t>ამერიკის</w:t>
      </w:r>
      <w:r>
        <w:rPr>
          <w:rFonts w:ascii="Times New Roman" w:hAnsi="Times New Roman" w:eastAsia="Times New Roman" w:cs="Times New Roman"/>
        </w:rPr>
        <w:t xml:space="preserve"> </w:t>
      </w:r>
      <w:r>
        <w:rPr>
          <w:rFonts w:ascii="Sylfaen" w:hAnsi="Sylfaen" w:eastAsia="Sylfaen" w:cs="Sylfaen"/>
        </w:rPr>
        <w:t>შეერთებული</w:t>
      </w:r>
      <w:r>
        <w:rPr>
          <w:rFonts w:ascii="Times New Roman" w:hAnsi="Times New Roman" w:eastAsia="Times New Roman" w:cs="Times New Roman"/>
        </w:rPr>
        <w:t xml:space="preserve"> </w:t>
      </w:r>
      <w:r>
        <w:rPr>
          <w:rFonts w:ascii="Sylfaen" w:hAnsi="Sylfaen" w:eastAsia="Sylfaen" w:cs="Sylfaen"/>
        </w:rPr>
        <w:t>შტატებისა</w:t>
      </w:r>
      <w:r>
        <w:rPr>
          <w:rFonts w:ascii="Times New Roman" w:hAnsi="Times New Roman" w:eastAsia="Times New Roman" w:cs="Times New Roman"/>
        </w:rPr>
        <w:t xml:space="preserve">, </w:t>
      </w:r>
      <w:r>
        <w:rPr>
          <w:rFonts w:ascii="Sylfaen" w:hAnsi="Sylfaen" w:eastAsia="Sylfaen" w:cs="Sylfaen"/>
        </w:rPr>
        <w:t>რომლებიც</w:t>
      </w:r>
      <w:r>
        <w:rPr>
          <w:rFonts w:ascii="Times New Roman" w:hAnsi="Times New Roman" w:eastAsia="Times New Roman" w:cs="Times New Roman"/>
        </w:rPr>
        <w:t xml:space="preserve"> </w:t>
      </w:r>
      <w:r>
        <w:rPr>
          <w:rFonts w:ascii="Sylfaen" w:hAnsi="Sylfaen" w:eastAsia="Sylfaen" w:cs="Sylfaen"/>
        </w:rPr>
        <w:t>კვლავაც</w:t>
      </w:r>
      <w:r>
        <w:rPr>
          <w:rFonts w:ascii="Times New Roman" w:hAnsi="Times New Roman" w:eastAsia="Times New Roman" w:cs="Times New Roman"/>
        </w:rPr>
        <w:t xml:space="preserve"> </w:t>
      </w:r>
      <w:r>
        <w:rPr>
          <w:rFonts w:ascii="Sylfaen" w:hAnsi="Sylfaen" w:eastAsia="Sylfaen" w:cs="Sylfaen"/>
        </w:rPr>
        <w:t>დასვამენ</w:t>
      </w:r>
      <w:r>
        <w:rPr>
          <w:rFonts w:ascii="Times New Roman" w:hAnsi="Times New Roman" w:eastAsia="Times New Roman" w:cs="Times New Roman"/>
        </w:rPr>
        <w:t xml:space="preserve"> </w:t>
      </w:r>
      <w:r>
        <w:rPr>
          <w:rFonts w:ascii="Sylfaen" w:hAnsi="Sylfaen" w:eastAsia="Sylfaen" w:cs="Sylfaen"/>
        </w:rPr>
        <w:t>პაპობას</w:t>
      </w:r>
      <w:r>
        <w:rPr>
          <w:rFonts w:ascii="Times New Roman" w:hAnsi="Times New Roman" w:eastAsia="Times New Roman" w:cs="Times New Roman"/>
        </w:rPr>
        <w:t xml:space="preserve"> </w:t>
      </w:r>
      <w:r>
        <w:rPr>
          <w:rFonts w:ascii="Sylfaen" w:hAnsi="Sylfaen" w:eastAsia="Sylfaen" w:cs="Sylfaen"/>
        </w:rPr>
        <w:t>ტახტზე</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Нарμιёнаи тадриҷии Руми Ғарбӣ аз соли 330 то 476 намояндаи нармиёнаи тадриҷии Иёлоти Муттаҳида аз соли 1798 то қонуни якшанбе мебошад. Соли «330» ва соли «1798» ҳар ду нишонаҳои роҳи нубувватӣ мебошанд, ки дар китоби Дониёл «вақти муқарраршуда» ё «вақти охир» номида шудаанд. Соли 330 оғози Руми Ғарбӣ ва Шарқиро нишон медиҳад. Поёни ҳар ду таҳқири роҳбари Рум аст, ҳамон тавре ки Қустантин дар оғоз шаҳри Румро таҳқир кард. Соли 476 анҷоми як давраи нубувватӣ буд, ки нишон медиҳад чӣ гуна сохтори сиёсии пурифтихори Рум дар се қадам фурӯ пошид. Даврае, ки бо рад шудани шаҳр дар соли 330 оғоз ёфт, бо таҳқири тамоми сохтори сиёсии онҳо пайгирӣ шуд — ҷумҳурии пуршукӯҳи онҳо, ки мояи асосии ифтихорфурӯшии Руми қадим буд, барҳам дода шуд, ва дар ниҳоят ба соли 476 расид, вақте ки дигар ҳеҷ гоҳ бар Рум ҳокиме аз насли воқеии румӣ нахоҳад буд. Ду хатти Рум, ки аз соли 330 оғоз мешаванд, ва порчае ки дар он ин ду хатт нишон дода шудаанд, ҳамчунин ду хатти нубувватии панҷмоҳаро низ дар бар мегирад. Хатти Руми Ғарбӣ бо таҳқири тадриҷӣ оғоз ва анҷом меёбад. Хатти Руми Шарқӣ бо таҳқири тадриҷӣ дар соли 1449 оғоз ва анҷом меёбад, вақте ки Қустантини охирин барои подшоҳӣ кардан иҷозат пурсид.</w:t>
      </w:r>
    </w:p>
    <w:p>
      <w:pPr>
        <w:pStyle w:val="ArticleBody"/>
        <w:jc w:val="left"/>
      </w:pPr>
      <w:r>
        <w:rPr>
          <w:rFonts w:ascii="Ebrima" w:hAnsi="Ebrima" w:eastAsia="Ebrima" w:cs="Ebrima"/>
        </w:rPr>
        <w:t>ካብቶም</w:t>
      </w:r>
      <w:r>
        <w:rPr>
          <w:rFonts w:ascii="Times New Roman" w:hAnsi="Times New Roman" w:eastAsia="Times New Roman" w:cs="Times New Roman"/>
        </w:rPr>
        <w:t xml:space="preserve"> </w:t>
      </w:r>
      <w:r>
        <w:rPr>
          <w:rFonts w:ascii="Ebrima" w:hAnsi="Ebrima" w:eastAsia="Ebrima" w:cs="Ebrima"/>
        </w:rPr>
        <w:t>ሓሙሽተ</w:t>
      </w:r>
      <w:r>
        <w:rPr>
          <w:rFonts w:ascii="Times New Roman" w:hAnsi="Times New Roman" w:eastAsia="Times New Roman" w:cs="Times New Roman"/>
        </w:rPr>
        <w:t xml:space="preserve"> </w:t>
      </w:r>
      <w:r>
        <w:rPr>
          <w:rFonts w:ascii="Ebrima" w:hAnsi="Ebrima" w:eastAsia="Ebrima" w:cs="Ebrima"/>
        </w:rPr>
        <w:t>ወርሒ</w:t>
      </w:r>
      <w:r>
        <w:rPr>
          <w:rFonts w:ascii="Times New Roman" w:hAnsi="Times New Roman" w:eastAsia="Times New Roman" w:cs="Times New Roman"/>
        </w:rPr>
        <w:t xml:space="preserve"> </w:t>
      </w:r>
      <w:r>
        <w:rPr>
          <w:rFonts w:ascii="Ebrima" w:hAnsi="Ebrima" w:eastAsia="Ebrima" w:cs="Ebrima"/>
        </w:rPr>
        <w:t>ግዜታት</w:t>
      </w:r>
      <w:r>
        <w:rPr>
          <w:rFonts w:ascii="Times New Roman" w:hAnsi="Times New Roman" w:eastAsia="Times New Roman" w:cs="Times New Roman"/>
        </w:rPr>
        <w:t xml:space="preserve"> </w:t>
      </w:r>
      <w:r>
        <w:rPr>
          <w:rFonts w:ascii="Ebrima" w:hAnsi="Ebrima" w:eastAsia="Ebrima" w:cs="Ebrima"/>
        </w:rPr>
        <w:t>ሓደ፡</w:t>
      </w:r>
      <w:r>
        <w:rPr>
          <w:rFonts w:ascii="Times New Roman" w:hAnsi="Times New Roman" w:eastAsia="Times New Roman" w:cs="Times New Roman"/>
        </w:rPr>
        <w:t xml:space="preserve"> </w:t>
      </w:r>
      <w:r>
        <w:rPr>
          <w:rFonts w:ascii="Ebrima" w:hAnsi="Ebrima" w:eastAsia="Ebrima" w:cs="Ebrima"/>
        </w:rPr>
        <w:t>ኣረብ</w:t>
      </w:r>
      <w:r>
        <w:rPr>
          <w:rFonts w:ascii="Times New Roman" w:hAnsi="Times New Roman" w:eastAsia="Times New Roman" w:cs="Times New Roman"/>
        </w:rPr>
        <w:t xml:space="preserve"> </w:t>
      </w:r>
      <w:r>
        <w:rPr>
          <w:rFonts w:ascii="Ebrima" w:hAnsi="Ebrima" w:eastAsia="Ebrima" w:cs="Ebrima"/>
        </w:rPr>
        <w:t>እስልምና</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ትንቢት</w:t>
      </w:r>
      <w:r>
        <w:rPr>
          <w:rFonts w:ascii="Times New Roman" w:hAnsi="Times New Roman" w:eastAsia="Times New Roman" w:cs="Times New Roman"/>
        </w:rPr>
        <w:t xml:space="preserve"> </w:t>
      </w:r>
      <w:r>
        <w:rPr>
          <w:rFonts w:ascii="Ebrima" w:hAnsi="Ebrima" w:eastAsia="Ebrima" w:cs="Ebrima"/>
        </w:rPr>
        <w:t>ትኩረት</w:t>
      </w:r>
      <w:r>
        <w:rPr>
          <w:rFonts w:ascii="Times New Roman" w:hAnsi="Times New Roman" w:eastAsia="Times New Roman" w:cs="Times New Roman"/>
        </w:rPr>
        <w:t xml:space="preserve"> </w:t>
      </w:r>
      <w:r>
        <w:rPr>
          <w:rFonts w:ascii="Ebrima" w:hAnsi="Ebrima" w:eastAsia="Ebrima" w:cs="Ebrima"/>
        </w:rPr>
        <w:t>ዘለዎ</w:t>
      </w:r>
      <w:r>
        <w:rPr>
          <w:rFonts w:ascii="Times New Roman" w:hAnsi="Times New Roman" w:eastAsia="Times New Roman" w:cs="Times New Roman"/>
        </w:rPr>
        <w:t xml:space="preserve"> </w:t>
      </w:r>
      <w:r>
        <w:rPr>
          <w:rFonts w:ascii="Ebrima" w:hAnsi="Ebrima" w:eastAsia="Ebrima" w:cs="Ebrima"/>
        </w:rPr>
        <w:t>መወዳእታኡን</w:t>
      </w:r>
      <w:r>
        <w:rPr>
          <w:rFonts w:ascii="Times New Roman" w:hAnsi="Times New Roman" w:eastAsia="Times New Roman" w:cs="Times New Roman"/>
        </w:rPr>
        <w:t xml:space="preserve"> </w:t>
      </w:r>
      <w:r>
        <w:rPr>
          <w:rFonts w:ascii="Ebrima" w:hAnsi="Ebrima" w:eastAsia="Ebrima" w:cs="Ebrima"/>
        </w:rPr>
        <w:t>ቱርኪ</w:t>
      </w:r>
      <w:r>
        <w:rPr>
          <w:rFonts w:ascii="Times New Roman" w:hAnsi="Times New Roman" w:eastAsia="Times New Roman" w:cs="Times New Roman"/>
        </w:rPr>
        <w:t xml:space="preserve"> </w:t>
      </w:r>
      <w:r>
        <w:rPr>
          <w:rFonts w:ascii="Ebrima" w:hAnsi="Ebrima" w:eastAsia="Ebrima" w:cs="Ebrima"/>
        </w:rPr>
        <w:t>እስልምና</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ብ</w:t>
      </w:r>
      <w:r>
        <w:rPr>
          <w:rFonts w:ascii="Times New Roman" w:hAnsi="Times New Roman" w:eastAsia="Times New Roman" w:cs="Times New Roman"/>
        </w:rPr>
        <w:t xml:space="preserve">782 </w:t>
      </w:r>
      <w:r>
        <w:rPr>
          <w:rFonts w:ascii="Ebrima" w:hAnsi="Ebrima" w:eastAsia="Ebrima" w:cs="Ebrima"/>
        </w:rPr>
        <w:t>መጀመርታኡን</w:t>
      </w:r>
      <w:r>
        <w:rPr>
          <w:rFonts w:ascii="Times New Roman" w:hAnsi="Times New Roman" w:eastAsia="Times New Roman" w:cs="Times New Roman"/>
        </w:rPr>
        <w:t xml:space="preserve"> </w:t>
      </w:r>
      <w:r>
        <w:rPr>
          <w:rFonts w:ascii="Ebrima" w:hAnsi="Ebrima" w:eastAsia="Ebrima" w:cs="Ebrima"/>
        </w:rPr>
        <w:t>ይመርሕ።</w:t>
      </w:r>
      <w:r>
        <w:rPr>
          <w:rFonts w:ascii="Times New Roman" w:hAnsi="Times New Roman" w:eastAsia="Times New Roman" w:cs="Times New Roman"/>
        </w:rPr>
        <w:t xml:space="preserve"> </w:t>
      </w:r>
      <w:r>
        <w:rPr>
          <w:rFonts w:ascii="Ebrima" w:hAnsi="Ebrima" w:eastAsia="Ebrima" w:cs="Ebrima"/>
        </w:rPr>
        <w:t>በታ</w:t>
      </w:r>
      <w:r>
        <w:rPr>
          <w:rFonts w:ascii="Times New Roman" w:hAnsi="Times New Roman" w:eastAsia="Times New Roman" w:cs="Times New Roman"/>
        </w:rPr>
        <w:t xml:space="preserve"> </w:t>
      </w:r>
      <w:r>
        <w:rPr>
          <w:rFonts w:ascii="Ebrima" w:hAnsi="Ebrima" w:eastAsia="Ebrima" w:cs="Ebrima"/>
        </w:rPr>
        <w:t>ዕለት</w:t>
      </w:r>
      <w:r>
        <w:rPr>
          <w:rFonts w:ascii="Times New Roman" w:hAnsi="Times New Roman" w:eastAsia="Times New Roman" w:cs="Times New Roman"/>
        </w:rPr>
        <w:t xml:space="preserve"> </w:t>
      </w:r>
      <w:r>
        <w:rPr>
          <w:rFonts w:ascii="Ebrima" w:hAnsi="Ebrima" w:eastAsia="Ebrima" w:cs="Ebrima"/>
        </w:rPr>
        <w:t>እቲኣ</w:t>
      </w:r>
      <w:r>
        <w:rPr>
          <w:rFonts w:ascii="Times New Roman" w:hAnsi="Times New Roman" w:eastAsia="Times New Roman" w:cs="Times New Roman"/>
        </w:rPr>
        <w:t xml:space="preserve"> </w:t>
      </w:r>
      <w:r>
        <w:rPr>
          <w:rFonts w:ascii="Ebrima" w:hAnsi="Ebrima" w:eastAsia="Ebrima" w:cs="Ebrima"/>
        </w:rPr>
        <w:t>ንግስቲ</w:t>
      </w:r>
      <w:r>
        <w:rPr>
          <w:rFonts w:ascii="Times New Roman" w:hAnsi="Times New Roman" w:eastAsia="Times New Roman" w:cs="Times New Roman"/>
        </w:rPr>
        <w:t xml:space="preserve"> </w:t>
      </w:r>
      <w:r>
        <w:rPr>
          <w:rFonts w:ascii="Ebrima" w:hAnsi="Ebrima" w:eastAsia="Ebrima" w:cs="Ebrima"/>
        </w:rPr>
        <w:t>ኢረኔ</w:t>
      </w:r>
      <w:r>
        <w:rPr>
          <w:rFonts w:ascii="Times New Roman" w:hAnsi="Times New Roman" w:eastAsia="Times New Roman" w:cs="Times New Roman"/>
        </w:rPr>
        <w:t xml:space="preserve"> </w:t>
      </w:r>
      <w:r>
        <w:rPr>
          <w:rFonts w:ascii="Ebrima" w:hAnsi="Ebrima" w:eastAsia="Ebrima" w:cs="Ebrima"/>
        </w:rPr>
        <w:t>ትዋረድ፣</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ምስቲ</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መወዳእታ</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ካልኣይ</w:t>
      </w:r>
      <w:r>
        <w:rPr>
          <w:rFonts w:ascii="Times New Roman" w:hAnsi="Times New Roman" w:eastAsia="Times New Roman" w:cs="Times New Roman"/>
        </w:rPr>
        <w:t xml:space="preserve"> </w:t>
      </w:r>
      <w:r>
        <w:rPr>
          <w:rFonts w:ascii="Ebrima" w:hAnsi="Ebrima" w:eastAsia="Ebrima" w:cs="Ebrima"/>
        </w:rPr>
        <w:t>ትንቢት</w:t>
      </w:r>
      <w:r>
        <w:rPr>
          <w:rFonts w:ascii="Times New Roman" w:hAnsi="Times New Roman" w:eastAsia="Times New Roman" w:cs="Times New Roman"/>
        </w:rPr>
        <w:t xml:space="preserve"> </w:t>
      </w:r>
      <w:r>
        <w:rPr>
          <w:rFonts w:ascii="Ebrima" w:hAnsi="Ebrima" w:eastAsia="Ebrima" w:cs="Ebrima"/>
        </w:rPr>
        <w:t>ሓሙሽተ</w:t>
      </w:r>
      <w:r>
        <w:rPr>
          <w:rFonts w:ascii="Times New Roman" w:hAnsi="Times New Roman" w:eastAsia="Times New Roman" w:cs="Times New Roman"/>
        </w:rPr>
        <w:t xml:space="preserve"> </w:t>
      </w:r>
      <w:r>
        <w:rPr>
          <w:rFonts w:ascii="Ebrima" w:hAnsi="Ebrima" w:eastAsia="Ebrima" w:cs="Ebrima"/>
        </w:rPr>
        <w:t>ወርሒ</w:t>
      </w:r>
      <w:r>
        <w:rPr>
          <w:rFonts w:ascii="Times New Roman" w:hAnsi="Times New Roman" w:eastAsia="Times New Roman" w:cs="Times New Roman"/>
        </w:rPr>
        <w:t xml:space="preserve"> </w:t>
      </w:r>
      <w:r>
        <w:rPr>
          <w:rFonts w:ascii="Ebrima" w:hAnsi="Ebrima" w:eastAsia="Ebrima" w:cs="Ebrima"/>
        </w:rPr>
        <w:t>ዝተፈጸመ</w:t>
      </w:r>
      <w:r>
        <w:rPr>
          <w:rFonts w:ascii="Times New Roman" w:hAnsi="Times New Roman" w:eastAsia="Times New Roman" w:cs="Times New Roman"/>
        </w:rPr>
        <w:t xml:space="preserve"> </w:t>
      </w:r>
      <w:r>
        <w:rPr>
          <w:rFonts w:ascii="Ebrima" w:hAnsi="Ebrima" w:eastAsia="Ebrima" w:cs="Ebrima"/>
        </w:rPr>
        <w:t>ውርደት</w:t>
      </w:r>
      <w:r>
        <w:rPr>
          <w:rFonts w:ascii="Times New Roman" w:hAnsi="Times New Roman" w:eastAsia="Times New Roman" w:cs="Times New Roman"/>
        </w:rPr>
        <w:t xml:space="preserve"> </w:t>
      </w:r>
      <w:r>
        <w:rPr>
          <w:rFonts w:ascii="Ebrima" w:hAnsi="Ebrima" w:eastAsia="Ebrima" w:cs="Ebrima"/>
        </w:rPr>
        <w:t>ኮንስታንቲኖስ</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መወዳእታ</w:t>
      </w:r>
      <w:r>
        <w:rPr>
          <w:rFonts w:ascii="Times New Roman" w:hAnsi="Times New Roman" w:eastAsia="Times New Roman" w:cs="Times New Roman"/>
        </w:rPr>
        <w:t xml:space="preserve"> </w:t>
      </w:r>
      <w:r>
        <w:rPr>
          <w:rFonts w:ascii="Ebrima" w:hAnsi="Ebrima" w:eastAsia="Ebrima" w:cs="Ebrima"/>
        </w:rPr>
        <w:t>ብምስምማዕ</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ክልተ</w:t>
      </w:r>
      <w:r>
        <w:rPr>
          <w:rFonts w:ascii="Times New Roman" w:hAnsi="Times New Roman" w:eastAsia="Times New Roman" w:cs="Times New Roman"/>
        </w:rPr>
        <w:t xml:space="preserve"> </w:t>
      </w:r>
      <w:r>
        <w:rPr>
          <w:rFonts w:ascii="Ebrima" w:hAnsi="Ebrima" w:eastAsia="Ebrima" w:cs="Ebrima"/>
        </w:rPr>
        <w:t>ትንቢታት</w:t>
      </w:r>
      <w:r>
        <w:rPr>
          <w:rFonts w:ascii="Times New Roman" w:hAnsi="Times New Roman" w:eastAsia="Times New Roman" w:cs="Times New Roman"/>
        </w:rPr>
        <w:t xml:space="preserve"> </w:t>
      </w:r>
      <w:r>
        <w:rPr>
          <w:rFonts w:ascii="Ebrima" w:hAnsi="Ebrima" w:eastAsia="Ebrima" w:cs="Ebrima"/>
        </w:rPr>
        <w:t>ሓሙሽተ</w:t>
      </w:r>
      <w:r>
        <w:rPr>
          <w:rFonts w:ascii="Times New Roman" w:hAnsi="Times New Roman" w:eastAsia="Times New Roman" w:cs="Times New Roman"/>
        </w:rPr>
        <w:t xml:space="preserve"> </w:t>
      </w:r>
      <w:r>
        <w:rPr>
          <w:rFonts w:ascii="Ebrima" w:hAnsi="Ebrima" w:eastAsia="Ebrima" w:cs="Ebrima"/>
        </w:rPr>
        <w:t>ወርሒ</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ሓንቲ</w:t>
      </w:r>
      <w:r>
        <w:rPr>
          <w:rFonts w:ascii="Times New Roman" w:hAnsi="Times New Roman" w:eastAsia="Times New Roman" w:cs="Times New Roman"/>
        </w:rPr>
        <w:t xml:space="preserve"> </w:t>
      </w:r>
      <w:r>
        <w:rPr>
          <w:rFonts w:ascii="Ebrima" w:hAnsi="Ebrima" w:eastAsia="Ebrima" w:cs="Ebrima"/>
        </w:rPr>
        <w:t>ትረካ</w:t>
      </w:r>
      <w:r>
        <w:rPr>
          <w:rFonts w:ascii="Times New Roman" w:hAnsi="Times New Roman" w:eastAsia="Times New Roman" w:cs="Times New Roman"/>
        </w:rPr>
        <w:t xml:space="preserve"> </w:t>
      </w:r>
      <w:r>
        <w:rPr>
          <w:rFonts w:ascii="Ebrima" w:hAnsi="Ebrima" w:eastAsia="Ebrima" w:cs="Ebrima"/>
        </w:rPr>
        <w:t>ዓሰርተ</w:t>
      </w:r>
      <w:r>
        <w:rPr>
          <w:rFonts w:ascii="Times New Roman" w:hAnsi="Times New Roman" w:eastAsia="Times New Roman" w:cs="Times New Roman"/>
        </w:rPr>
        <w:t xml:space="preserve"> </w:t>
      </w:r>
      <w:r>
        <w:rPr>
          <w:rFonts w:ascii="Ebrima" w:hAnsi="Ebrima" w:eastAsia="Ebrima" w:cs="Ebrima"/>
        </w:rPr>
        <w:t>ሓሙሽተ</w:t>
      </w:r>
      <w:r>
        <w:rPr>
          <w:rFonts w:ascii="Times New Roman" w:hAnsi="Times New Roman" w:eastAsia="Times New Roman" w:cs="Times New Roman"/>
        </w:rPr>
        <w:t xml:space="preserve"> </w:t>
      </w:r>
      <w:r>
        <w:rPr>
          <w:rFonts w:ascii="Ebrima" w:hAnsi="Ebrima" w:eastAsia="Ebrima" w:cs="Ebrima"/>
        </w:rPr>
        <w:t>ፍቕድታት</w:t>
      </w:r>
      <w:r>
        <w:rPr>
          <w:rFonts w:ascii="Times New Roman" w:hAnsi="Times New Roman" w:eastAsia="Times New Roman" w:cs="Times New Roman"/>
        </w:rPr>
        <w:t xml:space="preserve"> </w:t>
      </w:r>
      <w:r>
        <w:rPr>
          <w:rFonts w:ascii="Ebrima" w:hAnsi="Ebrima" w:eastAsia="Ebrima" w:cs="Ebrima"/>
        </w:rPr>
        <w:t>ውሽጢ።</w:t>
      </w:r>
      <w:r>
        <w:rPr>
          <w:rFonts w:ascii="Times New Roman" w:hAnsi="Times New Roman" w:eastAsia="Times New Roman" w:cs="Times New Roman"/>
        </w:rPr>
        <w:t xml:space="preserve"> </w:t>
      </w:r>
      <w:r>
        <w:rPr>
          <w:rFonts w:ascii="Ebrima" w:hAnsi="Ebrima" w:eastAsia="Ebrima" w:cs="Ebrima"/>
        </w:rPr>
        <w:t>ሓንቲ</w:t>
      </w:r>
      <w:r>
        <w:rPr>
          <w:rFonts w:ascii="Times New Roman" w:hAnsi="Times New Roman" w:eastAsia="Times New Roman" w:cs="Times New Roman"/>
        </w:rPr>
        <w:t xml:space="preserve"> </w:t>
      </w:r>
      <w:r>
        <w:rPr>
          <w:rFonts w:ascii="Ebrima" w:hAnsi="Ebrima" w:eastAsia="Ebrima" w:cs="Ebrima"/>
        </w:rPr>
        <w:t>ታሪኽ</w:t>
      </w:r>
      <w:r>
        <w:rPr>
          <w:rFonts w:ascii="Times New Roman" w:hAnsi="Times New Roman" w:eastAsia="Times New Roman" w:cs="Times New Roman"/>
        </w:rPr>
        <w:t xml:space="preserve"> </w:t>
      </w:r>
      <w:r>
        <w:rPr>
          <w:rFonts w:ascii="Ebrima" w:hAnsi="Ebrima" w:eastAsia="Ebrima" w:cs="Ebrima"/>
        </w:rPr>
        <w:t>እስልምና</w:t>
      </w:r>
      <w:r>
        <w:rPr>
          <w:rFonts w:ascii="Times New Roman" w:hAnsi="Times New Roman" w:eastAsia="Times New Roman" w:cs="Times New Roman"/>
        </w:rPr>
        <w:t xml:space="preserve"> </w:t>
      </w:r>
      <w:r>
        <w:rPr>
          <w:rFonts w:ascii="Ebrima" w:hAnsi="Ebrima" w:eastAsia="Ebrima" w:cs="Ebrima"/>
        </w:rPr>
        <w:t>ዓረብ</w:t>
      </w:r>
      <w:r>
        <w:rPr>
          <w:rFonts w:ascii="Times New Roman" w:hAnsi="Times New Roman" w:eastAsia="Times New Roman" w:cs="Times New Roman"/>
        </w:rPr>
        <w:t xml:space="preserve"> </w:t>
      </w:r>
      <w:r>
        <w:rPr>
          <w:rFonts w:ascii="Ebrima" w:hAnsi="Ebrima" w:eastAsia="Ebrima" w:cs="Ebrima"/>
        </w:rPr>
        <w:t>ትስእል፣</w:t>
      </w:r>
      <w:r>
        <w:rPr>
          <w:rFonts w:ascii="Times New Roman" w:hAnsi="Times New Roman" w:eastAsia="Times New Roman" w:cs="Times New Roman"/>
        </w:rPr>
        <w:t xml:space="preserve"> </w:t>
      </w:r>
      <w:r>
        <w:rPr>
          <w:rFonts w:ascii="Ebrima" w:hAnsi="Ebrima" w:eastAsia="Ebrima" w:cs="Ebrima"/>
        </w:rPr>
        <w:t>እታ</w:t>
      </w:r>
      <w:r>
        <w:rPr>
          <w:rFonts w:ascii="Times New Roman" w:hAnsi="Times New Roman" w:eastAsia="Times New Roman" w:cs="Times New Roman"/>
        </w:rPr>
        <w:t xml:space="preserve"> </w:t>
      </w:r>
      <w:r>
        <w:rPr>
          <w:rFonts w:ascii="Ebrima" w:hAnsi="Ebrima" w:eastAsia="Ebrima" w:cs="Ebrima"/>
        </w:rPr>
        <w:t>ካልእ</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እስልምና</w:t>
      </w:r>
      <w:r>
        <w:rPr>
          <w:rFonts w:ascii="Times New Roman" w:hAnsi="Times New Roman" w:eastAsia="Times New Roman" w:cs="Times New Roman"/>
        </w:rPr>
        <w:t xml:space="preserve"> </w:t>
      </w:r>
      <w:r>
        <w:rPr>
          <w:rFonts w:ascii="Ebrima" w:hAnsi="Ebrima" w:eastAsia="Ebrima" w:cs="Ebrima"/>
        </w:rPr>
        <w:t>ቱርኪ።</w:t>
      </w:r>
      <w:r>
        <w:rPr>
          <w:rFonts w:ascii="Times New Roman" w:hAnsi="Times New Roman" w:eastAsia="Times New Roman" w:cs="Times New Roman"/>
        </w:rPr>
        <w:t xml:space="preserve"> </w:t>
      </w:r>
      <w:r>
        <w:rPr>
          <w:rFonts w:ascii="Ebrima" w:hAnsi="Ebrima" w:eastAsia="Ebrima" w:cs="Ebrima"/>
        </w:rPr>
        <w:t>ክልቲአን</w:t>
      </w:r>
      <w:r>
        <w:rPr>
          <w:rFonts w:ascii="Times New Roman" w:hAnsi="Times New Roman" w:eastAsia="Times New Roman" w:cs="Times New Roman"/>
        </w:rPr>
        <w:t xml:space="preserve"> </w:t>
      </w:r>
      <w:r>
        <w:rPr>
          <w:rFonts w:ascii="Ebrima" w:hAnsi="Ebrima" w:eastAsia="Ebrima" w:cs="Ebrima"/>
        </w:rPr>
        <w:t>ብውርደት</w:t>
      </w:r>
      <w:r>
        <w:rPr>
          <w:rFonts w:ascii="Times New Roman" w:hAnsi="Times New Roman" w:eastAsia="Times New Roman" w:cs="Times New Roman"/>
        </w:rPr>
        <w:t xml:space="preserve"> </w:t>
      </w:r>
      <w:r>
        <w:rPr>
          <w:rFonts w:ascii="Ebrima" w:hAnsi="Ebrima" w:eastAsia="Ebrima" w:cs="Ebrima"/>
        </w:rPr>
        <w:t>ምብራቃዊ</w:t>
      </w:r>
      <w:r>
        <w:rPr>
          <w:rFonts w:ascii="Times New Roman" w:hAnsi="Times New Roman" w:eastAsia="Times New Roman" w:cs="Times New Roman"/>
        </w:rPr>
        <w:t xml:space="preserve"> </w:t>
      </w:r>
      <w:r>
        <w:rPr>
          <w:rFonts w:ascii="Ebrima" w:hAnsi="Ebrima" w:eastAsia="Ebrima" w:cs="Ebrima"/>
        </w:rPr>
        <w:t>ሮማ</w:t>
      </w:r>
      <w:r>
        <w:rPr>
          <w:rFonts w:ascii="Times New Roman" w:hAnsi="Times New Roman" w:eastAsia="Times New Roman" w:cs="Times New Roman"/>
        </w:rPr>
        <w:t xml:space="preserve"> </w:t>
      </w:r>
      <w:r>
        <w:rPr>
          <w:rFonts w:ascii="Ebrima" w:hAnsi="Ebrima" w:eastAsia="Ebrima" w:cs="Ebrima"/>
        </w:rPr>
        <w:t>ይውድኣ።</w:t>
      </w:r>
      <w:r>
        <w:rPr>
          <w:rFonts w:ascii="Times New Roman" w:hAnsi="Times New Roman" w:eastAsia="Times New Roman" w:cs="Times New Roman"/>
        </w:rPr>
        <w:t xml:space="preserve"> </w:t>
      </w:r>
      <w:r>
        <w:rPr>
          <w:rFonts w:ascii="Ebrima" w:hAnsi="Ebrima" w:eastAsia="Ebrima" w:cs="Ebrima"/>
        </w:rPr>
        <w:t>መወዳእታ</w:t>
      </w:r>
      <w:r>
        <w:rPr>
          <w:rFonts w:ascii="Times New Roman" w:hAnsi="Times New Roman" w:eastAsia="Times New Roman" w:cs="Times New Roman"/>
        </w:rPr>
        <w:t xml:space="preserve"> </w:t>
      </w:r>
      <w:r>
        <w:rPr>
          <w:rFonts w:ascii="Ebrima" w:hAnsi="Ebrima" w:eastAsia="Ebrima" w:cs="Ebrima"/>
        </w:rPr>
        <w:t>ሓንቲ</w:t>
      </w:r>
      <w:r>
        <w:rPr>
          <w:rFonts w:ascii="Times New Roman" w:hAnsi="Times New Roman" w:eastAsia="Times New Roman" w:cs="Times New Roman"/>
        </w:rPr>
        <w:t xml:space="preserve"> </w:t>
      </w:r>
      <w:r>
        <w:rPr>
          <w:rFonts w:ascii="Ebrima" w:hAnsi="Ebrima" w:eastAsia="Ebrima" w:cs="Ebrima"/>
        </w:rPr>
        <w:t>ካብተን</w:t>
      </w:r>
      <w:r>
        <w:rPr>
          <w:rFonts w:ascii="Times New Roman" w:hAnsi="Times New Roman" w:eastAsia="Times New Roman" w:cs="Times New Roman"/>
        </w:rPr>
        <w:t xml:space="preserve"> </w:t>
      </w:r>
      <w:r>
        <w:rPr>
          <w:rFonts w:ascii="Ebrima" w:hAnsi="Ebrima" w:eastAsia="Ebrima" w:cs="Ebrima"/>
        </w:rPr>
        <w:t>ትንቢታት</w:t>
      </w:r>
      <w:r>
        <w:rPr>
          <w:rFonts w:ascii="Times New Roman" w:hAnsi="Times New Roman" w:eastAsia="Times New Roman" w:cs="Times New Roman"/>
        </w:rPr>
        <w:t xml:space="preserve"> </w:t>
      </w:r>
      <w:r>
        <w:rPr>
          <w:rFonts w:ascii="Ebrima" w:hAnsi="Ebrima" w:eastAsia="Ebrima" w:cs="Ebrima"/>
        </w:rPr>
        <w:t>ብውርደት</w:t>
      </w:r>
      <w:r>
        <w:rPr>
          <w:rFonts w:ascii="Times New Roman" w:hAnsi="Times New Roman" w:eastAsia="Times New Roman" w:cs="Times New Roman"/>
        </w:rPr>
        <w:t xml:space="preserve"> </w:t>
      </w:r>
      <w:r>
        <w:rPr>
          <w:rFonts w:ascii="Ebrima" w:hAnsi="Ebrima" w:eastAsia="Ebrima" w:cs="Ebrima"/>
        </w:rPr>
        <w:t>ሓንቲ</w:t>
      </w:r>
      <w:r>
        <w:rPr>
          <w:rFonts w:ascii="Times New Roman" w:hAnsi="Times New Roman" w:eastAsia="Times New Roman" w:cs="Times New Roman"/>
        </w:rPr>
        <w:t xml:space="preserve"> </w:t>
      </w:r>
      <w:r>
        <w:rPr>
          <w:rFonts w:ascii="Ebrima" w:hAnsi="Ebrima" w:eastAsia="Ebrima" w:cs="Ebrima"/>
        </w:rPr>
        <w:t>ሰበይቲ</w:t>
      </w:r>
      <w:r>
        <w:rPr>
          <w:rFonts w:ascii="Times New Roman" w:hAnsi="Times New Roman" w:eastAsia="Times New Roman" w:cs="Times New Roman"/>
        </w:rPr>
        <w:t xml:space="preserve"> </w:t>
      </w:r>
      <w:r>
        <w:rPr>
          <w:rFonts w:ascii="Ebrima" w:hAnsi="Ebrima" w:eastAsia="Ebrima" w:cs="Ebrima"/>
        </w:rPr>
        <w:t>ተፈጺሙ፣</w:t>
      </w:r>
      <w:r>
        <w:rPr>
          <w:rFonts w:ascii="Times New Roman" w:hAnsi="Times New Roman" w:eastAsia="Times New Roman" w:cs="Times New Roman"/>
        </w:rPr>
        <w:t xml:space="preserve"> </w:t>
      </w:r>
      <w:r>
        <w:rPr>
          <w:rFonts w:ascii="Ebrima" w:hAnsi="Ebrima" w:eastAsia="Ebrima" w:cs="Ebrima"/>
        </w:rPr>
        <w:t>እታ</w:t>
      </w:r>
      <w:r>
        <w:rPr>
          <w:rFonts w:ascii="Times New Roman" w:hAnsi="Times New Roman" w:eastAsia="Times New Roman" w:cs="Times New Roman"/>
        </w:rPr>
        <w:t xml:space="preserve"> </w:t>
      </w:r>
      <w:r>
        <w:rPr>
          <w:rFonts w:ascii="Ebrima" w:hAnsi="Ebrima" w:eastAsia="Ebrima" w:cs="Ebrima"/>
        </w:rPr>
        <w:t>ካልእ</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ብውርደት</w:t>
      </w:r>
      <w:r>
        <w:rPr>
          <w:rFonts w:ascii="Times New Roman" w:hAnsi="Times New Roman" w:eastAsia="Times New Roman" w:cs="Times New Roman"/>
        </w:rPr>
        <w:t xml:space="preserve"> </w:t>
      </w:r>
      <w:r>
        <w:rPr>
          <w:rFonts w:ascii="Ebrima" w:hAnsi="Ebrima" w:eastAsia="Ebrima" w:cs="Ebrima"/>
        </w:rPr>
        <w:t>ሓደ</w:t>
      </w:r>
      <w:r>
        <w:rPr>
          <w:rFonts w:ascii="Times New Roman" w:hAnsi="Times New Roman" w:eastAsia="Times New Roman" w:cs="Times New Roman"/>
        </w:rPr>
        <w:t xml:space="preserve"> </w:t>
      </w:r>
      <w:r>
        <w:rPr>
          <w:rFonts w:ascii="Ebrima" w:hAnsi="Ebrima" w:eastAsia="Ebrima" w:cs="Ebrima"/>
        </w:rPr>
        <w:t>ሰብኣይ።</w:t>
      </w:r>
      <w:r>
        <w:rPr>
          <w:rFonts w:ascii="Times New Roman" w:hAnsi="Times New Roman" w:eastAsia="Times New Roman" w:cs="Times New Roman"/>
        </w:rPr>
        <w:t xml:space="preserve"> </w:t>
      </w:r>
      <w:r>
        <w:rPr>
          <w:rFonts w:ascii="Ebrima" w:hAnsi="Ebrima" w:eastAsia="Ebrima" w:cs="Ebrima"/>
        </w:rPr>
        <w:t>መስመር</w:t>
      </w:r>
      <w:r>
        <w:rPr>
          <w:rFonts w:ascii="Times New Roman" w:hAnsi="Times New Roman" w:eastAsia="Times New Roman" w:cs="Times New Roman"/>
        </w:rPr>
        <w:t xml:space="preserve"> </w:t>
      </w:r>
      <w:r>
        <w:rPr>
          <w:rFonts w:ascii="Ebrima" w:hAnsi="Ebrima" w:eastAsia="Ebrima" w:cs="Ebrima"/>
        </w:rPr>
        <w:t>ልዕሊ</w:t>
      </w:r>
      <w:r>
        <w:rPr>
          <w:rFonts w:ascii="Times New Roman" w:hAnsi="Times New Roman" w:eastAsia="Times New Roman" w:cs="Times New Roman"/>
        </w:rPr>
        <w:t xml:space="preserve"> </w:t>
      </w:r>
      <w:r>
        <w:rPr>
          <w:rFonts w:ascii="Ebrima" w:hAnsi="Ebrima" w:eastAsia="Ebrima" w:cs="Ebrima"/>
        </w:rPr>
        <w:t>መስመር፡</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ክርስቲያንን</w:t>
      </w:r>
      <w:r>
        <w:rPr>
          <w:rFonts w:ascii="Times New Roman" w:hAnsi="Times New Roman" w:eastAsia="Times New Roman" w:cs="Times New Roman"/>
        </w:rPr>
        <w:t xml:space="preserve"> </w:t>
      </w:r>
      <w:r>
        <w:rPr>
          <w:rFonts w:ascii="Ebrima" w:hAnsi="Ebrima" w:eastAsia="Ebrima" w:cs="Ebrima"/>
        </w:rPr>
        <w:t>መንግስትን</w:t>
      </w:r>
      <w:r>
        <w:rPr>
          <w:rFonts w:ascii="Times New Roman" w:hAnsi="Times New Roman" w:eastAsia="Times New Roman" w:cs="Times New Roman"/>
        </w:rPr>
        <w:t xml:space="preserve"> </w:t>
      </w:r>
      <w:r>
        <w:rPr>
          <w:rFonts w:ascii="Ebrima" w:hAnsi="Ebrima" w:eastAsia="Ebrima" w:cs="Ebrima"/>
        </w:rPr>
        <w:t>ምብራቃዊ</w:t>
      </w:r>
      <w:r>
        <w:rPr>
          <w:rFonts w:ascii="Times New Roman" w:hAnsi="Times New Roman" w:eastAsia="Times New Roman" w:cs="Times New Roman"/>
        </w:rPr>
        <w:t xml:space="preserve"> </w:t>
      </w:r>
      <w:r>
        <w:rPr>
          <w:rFonts w:ascii="Ebrima" w:hAnsi="Ebrima" w:eastAsia="Ebrima" w:cs="Ebrima"/>
        </w:rPr>
        <w:t>ሮማ</w:t>
      </w:r>
      <w:r>
        <w:rPr>
          <w:rFonts w:ascii="Times New Roman" w:hAnsi="Times New Roman" w:eastAsia="Times New Roman" w:cs="Times New Roman"/>
        </w:rPr>
        <w:t xml:space="preserve"> </w:t>
      </w:r>
      <w:r>
        <w:rPr>
          <w:rFonts w:ascii="Ebrima" w:hAnsi="Ebrima" w:eastAsia="Ebrima" w:cs="Ebrima"/>
        </w:rPr>
        <w:t>ዝተዋረደት</w:t>
      </w:r>
      <w:r>
        <w:rPr>
          <w:rFonts w:ascii="Times New Roman" w:hAnsi="Times New Roman" w:eastAsia="Times New Roman" w:cs="Times New Roman"/>
        </w:rPr>
        <w:t xml:space="preserve"> </w:t>
      </w:r>
      <w:r>
        <w:rPr>
          <w:rFonts w:ascii="Ebrima" w:hAnsi="Ebrima" w:eastAsia="Ebrima" w:cs="Ebrima"/>
        </w:rPr>
        <w:t>ምዃና</w:t>
      </w:r>
      <w:r>
        <w:rPr>
          <w:rFonts w:ascii="Times New Roman" w:hAnsi="Times New Roman" w:eastAsia="Times New Roman" w:cs="Times New Roman"/>
        </w:rPr>
        <w:t xml:space="preserve"> </w:t>
      </w:r>
      <w:r>
        <w:rPr>
          <w:rFonts w:ascii="Ebrima" w:hAnsi="Ebrima" w:eastAsia="Ebrima" w:cs="Ebrima"/>
        </w:rPr>
        <w:t>ይልለዩ።</w:t>
      </w:r>
      <w:r>
        <w:rPr>
          <w:rFonts w:ascii="Times New Roman" w:hAnsi="Times New Roman" w:eastAsia="Times New Roman" w:cs="Times New Roman"/>
        </w:rPr>
        <w:t xml:space="preserve"> </w:t>
      </w:r>
      <w:r>
        <w:rPr>
          <w:rFonts w:ascii="Ebrima" w:hAnsi="Ebrima" w:eastAsia="Ebrima" w:cs="Ebrima"/>
        </w:rPr>
        <w:t>ክልቲኡ</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ውርደት፡</w:t>
      </w:r>
      <w:r>
        <w:rPr>
          <w:rFonts w:ascii="Times New Roman" w:hAnsi="Times New Roman" w:eastAsia="Times New Roman" w:cs="Times New Roman"/>
        </w:rPr>
        <w:t xml:space="preserve"> </w:t>
      </w:r>
      <w:r>
        <w:rPr>
          <w:rFonts w:ascii="Ebrima" w:hAnsi="Ebrima" w:eastAsia="Ebrima" w:cs="Ebrima"/>
        </w:rPr>
        <w:t>ብእስልምና</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ቀዳማይ</w:t>
      </w:r>
      <w:r>
        <w:rPr>
          <w:rFonts w:ascii="Times New Roman" w:hAnsi="Times New Roman" w:eastAsia="Times New Roman" w:cs="Times New Roman"/>
        </w:rPr>
        <w:t xml:space="preserve"> </w:t>
      </w:r>
      <w:r>
        <w:rPr>
          <w:rFonts w:ascii="Ebrima" w:hAnsi="Ebrima" w:eastAsia="Ebrima" w:cs="Ebrima"/>
        </w:rPr>
        <w:t>ወይ</w:t>
      </w:r>
      <w:r>
        <w:rPr>
          <w:rFonts w:ascii="Times New Roman" w:hAnsi="Times New Roman" w:eastAsia="Times New Roman" w:cs="Times New Roman"/>
        </w:rPr>
        <w:t xml:space="preserve"> </w:t>
      </w:r>
      <w:r>
        <w:rPr>
          <w:rFonts w:ascii="Ebrima" w:hAnsi="Ebrima" w:eastAsia="Ebrima" w:cs="Ebrima"/>
        </w:rPr>
        <w:t>ይመጽእ።</w:t>
      </w:r>
      <w:r>
        <w:rPr>
          <w:rFonts w:ascii="Times New Roman" w:hAnsi="Times New Roman" w:eastAsia="Times New Roman" w:cs="Times New Roman"/>
        </w:rPr>
        <w:t xml:space="preserve"> </w:t>
      </w:r>
      <w:r>
        <w:rPr>
          <w:rFonts w:ascii="Ebrima" w:hAnsi="Ebrima" w:eastAsia="Ebrima" w:cs="Ebrima"/>
        </w:rPr>
        <w:t>ውርደት</w:t>
      </w:r>
      <w:r>
        <w:rPr>
          <w:rFonts w:ascii="Times New Roman" w:hAnsi="Times New Roman" w:eastAsia="Times New Roman" w:cs="Times New Roman"/>
        </w:rPr>
        <w:t xml:space="preserve"> </w:t>
      </w:r>
      <w:r>
        <w:rPr>
          <w:rFonts w:ascii="Ebrima" w:hAnsi="Ebrima" w:eastAsia="Ebrima" w:cs="Ebrima"/>
        </w:rPr>
        <w:t>ኮንስታንቲኖስ</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መወዳእታ</w:t>
      </w:r>
      <w:r>
        <w:rPr>
          <w:rFonts w:ascii="Times New Roman" w:hAnsi="Times New Roman" w:eastAsia="Times New Roman" w:cs="Times New Roman"/>
        </w:rPr>
        <w:t xml:space="preserve"> </w:t>
      </w:r>
      <w:r>
        <w:rPr>
          <w:rFonts w:ascii="Ebrima" w:hAnsi="Ebrima" w:eastAsia="Ebrima" w:cs="Ebrima"/>
        </w:rPr>
        <w:t>ብ</w:t>
      </w:r>
      <w:r>
        <w:rPr>
          <w:rFonts w:ascii="Times New Roman" w:hAnsi="Times New Roman" w:eastAsia="Times New Roman" w:cs="Times New Roman"/>
        </w:rPr>
        <w:t>1449</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ኣርባዕተ</w:t>
      </w:r>
      <w:r>
        <w:rPr>
          <w:rFonts w:ascii="Times New Roman" w:hAnsi="Times New Roman" w:eastAsia="Times New Roman" w:cs="Times New Roman"/>
        </w:rPr>
        <w:t xml:space="preserve"> </w:t>
      </w:r>
      <w:r>
        <w:rPr>
          <w:rFonts w:ascii="Ebrima" w:hAnsi="Ebrima" w:eastAsia="Ebrima" w:cs="Ebrima"/>
        </w:rPr>
        <w:t>ዓመት</w:t>
      </w:r>
      <w:r>
        <w:rPr>
          <w:rFonts w:ascii="Times New Roman" w:hAnsi="Times New Roman" w:eastAsia="Times New Roman" w:cs="Times New Roman"/>
        </w:rPr>
        <w:t xml:space="preserve"> </w:t>
      </w:r>
      <w:r>
        <w:rPr>
          <w:rFonts w:ascii="Ebrima" w:hAnsi="Ebrima" w:eastAsia="Ebrima" w:cs="Ebrima"/>
        </w:rPr>
        <w:t>ዝኣክል</w:t>
      </w:r>
      <w:r>
        <w:rPr>
          <w:rFonts w:ascii="Times New Roman" w:hAnsi="Times New Roman" w:eastAsia="Times New Roman" w:cs="Times New Roman"/>
        </w:rPr>
        <w:t xml:space="preserve"> </w:t>
      </w:r>
      <w:r>
        <w:rPr>
          <w:rFonts w:ascii="Ebrima" w:hAnsi="Ebrima" w:eastAsia="Ebrima" w:cs="Ebrima"/>
        </w:rPr>
        <w:t>ግዜ</w:t>
      </w:r>
      <w:r>
        <w:rPr>
          <w:rFonts w:ascii="Times New Roman" w:hAnsi="Times New Roman" w:eastAsia="Times New Roman" w:cs="Times New Roman"/>
        </w:rPr>
        <w:t xml:space="preserve"> </w:t>
      </w:r>
      <w:r>
        <w:rPr>
          <w:rFonts w:ascii="Ebrima" w:hAnsi="Ebrima" w:eastAsia="Ebrima" w:cs="Ebrima"/>
        </w:rPr>
        <w:t>ይጅምር፣</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ብ</w:t>
      </w:r>
      <w:r>
        <w:rPr>
          <w:rFonts w:ascii="Times New Roman" w:hAnsi="Times New Roman" w:eastAsia="Times New Roman" w:cs="Times New Roman"/>
        </w:rPr>
        <w:t xml:space="preserve">1453 </w:t>
      </w:r>
      <w:r>
        <w:rPr>
          <w:rFonts w:ascii="Ebrima" w:hAnsi="Ebrima" w:eastAsia="Ebrima" w:cs="Ebrima"/>
        </w:rPr>
        <w:t>ይውዳእ፣</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መናድቕ</w:t>
      </w:r>
      <w:r>
        <w:rPr>
          <w:rFonts w:ascii="Times New Roman" w:hAnsi="Times New Roman" w:eastAsia="Times New Roman" w:cs="Times New Roman"/>
        </w:rPr>
        <w:t xml:space="preserve"> </w:t>
      </w:r>
      <w:r>
        <w:rPr>
          <w:rFonts w:ascii="Ebrima" w:hAnsi="Ebrima" w:eastAsia="Ebrima" w:cs="Ebrima"/>
        </w:rPr>
        <w:t>ኮንስታንቲኖፕል</w:t>
      </w:r>
      <w:r>
        <w:rPr>
          <w:rFonts w:ascii="Times New Roman" w:hAnsi="Times New Roman" w:eastAsia="Times New Roman" w:cs="Times New Roman"/>
        </w:rPr>
        <w:t xml:space="preserve"> </w:t>
      </w:r>
      <w:r>
        <w:rPr>
          <w:rFonts w:ascii="Ebrima" w:hAnsi="Ebrima" w:eastAsia="Ebrima" w:cs="Ebrima"/>
        </w:rPr>
        <w:t>ምስ</w:t>
      </w:r>
      <w:r>
        <w:rPr>
          <w:rFonts w:ascii="Times New Roman" w:hAnsi="Times New Roman" w:eastAsia="Times New Roman" w:cs="Times New Roman"/>
        </w:rPr>
        <w:t xml:space="preserve"> </w:t>
      </w:r>
      <w:r>
        <w:rPr>
          <w:rFonts w:ascii="Ebrima" w:hAnsi="Ebrima" w:eastAsia="Ebrima" w:cs="Ebrima"/>
        </w:rPr>
        <w:t>ወደቐ።</w:t>
      </w:r>
      <w:r>
        <w:rPr>
          <w:rFonts w:ascii="Times New Roman" w:hAnsi="Times New Roman" w:eastAsia="Times New Roman" w:cs="Times New Roman"/>
        </w:rPr>
        <w:t xml:space="preserve"> 1449 </w:t>
      </w:r>
      <w:r>
        <w:rPr>
          <w:rFonts w:ascii="Ebrima" w:hAnsi="Ebrima" w:eastAsia="Ebrima" w:cs="Ebrima"/>
        </w:rPr>
        <w:t>ውርደት</w:t>
      </w:r>
      <w:r>
        <w:rPr>
          <w:rFonts w:ascii="Times New Roman" w:hAnsi="Times New Roman" w:eastAsia="Times New Roman" w:cs="Times New Roman"/>
        </w:rPr>
        <w:t xml:space="preserve"> </w:t>
      </w:r>
      <w:r>
        <w:rPr>
          <w:rFonts w:ascii="Ebrima" w:hAnsi="Ebrima" w:eastAsia="Ebrima" w:cs="Ebrima"/>
        </w:rPr>
        <w:t>ይወክል፣</w:t>
      </w:r>
      <w:r>
        <w:rPr>
          <w:rFonts w:ascii="Times New Roman" w:hAnsi="Times New Roman" w:eastAsia="Times New Roman" w:cs="Times New Roman"/>
        </w:rPr>
        <w:t xml:space="preserve"> 1453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መናድቕ</w:t>
      </w:r>
      <w:r>
        <w:rPr>
          <w:rFonts w:ascii="Times New Roman" w:hAnsi="Times New Roman" w:eastAsia="Times New Roman" w:cs="Times New Roman"/>
        </w:rPr>
        <w:t xml:space="preserve"> </w:t>
      </w:r>
      <w:r>
        <w:rPr>
          <w:rFonts w:ascii="Ebrima" w:hAnsi="Ebrima" w:eastAsia="Ebrima" w:cs="Ebrima"/>
        </w:rPr>
        <w:t>ይወድቕ</w:t>
      </w:r>
      <w:r>
        <w:rPr>
          <w:rFonts w:ascii="Times New Roman" w:hAnsi="Times New Roman" w:eastAsia="Times New Roman" w:cs="Times New Roman"/>
        </w:rPr>
        <w:t xml:space="preserve"> </w:t>
      </w:r>
      <w:r>
        <w:rPr>
          <w:rFonts w:ascii="Ebrima" w:hAnsi="Ebrima" w:eastAsia="Ebrima" w:cs="Ebrima"/>
        </w:rPr>
        <w:t>እሞ</w:t>
      </w:r>
      <w:r>
        <w:rPr>
          <w:rFonts w:ascii="Times New Roman" w:hAnsi="Times New Roman" w:eastAsia="Times New Roman" w:cs="Times New Roman"/>
        </w:rPr>
        <w:t xml:space="preserve"> </w:t>
      </w:r>
      <w:r>
        <w:rPr>
          <w:rFonts w:ascii="Ebrima" w:hAnsi="Ebrima" w:eastAsia="Ebrima" w:cs="Ebrima"/>
        </w:rPr>
        <w:t>ሓንቲ</w:t>
      </w:r>
      <w:r>
        <w:rPr>
          <w:rFonts w:ascii="Times New Roman" w:hAnsi="Times New Roman" w:eastAsia="Times New Roman" w:cs="Times New Roman"/>
        </w:rPr>
        <w:t xml:space="preserve"> </w:t>
      </w:r>
      <w:r>
        <w:rPr>
          <w:rFonts w:ascii="Ebrima" w:hAnsi="Ebrima" w:eastAsia="Ebrima" w:cs="Ebrima"/>
        </w:rPr>
        <w:t>መንግስቲ</w:t>
      </w:r>
      <w:r>
        <w:rPr>
          <w:rFonts w:ascii="Times New Roman" w:hAnsi="Times New Roman" w:eastAsia="Times New Roman" w:cs="Times New Roman"/>
        </w:rPr>
        <w:t xml:space="preserve"> </w:t>
      </w:r>
      <w:r>
        <w:rPr>
          <w:rFonts w:ascii="Ebrima" w:hAnsi="Ebrima" w:eastAsia="Ebrima" w:cs="Ebrima"/>
        </w:rPr>
        <w:t>ትውዳእ።</w:t>
      </w:r>
    </w:p>
    <w:p>
      <w:pPr>
        <w:pStyle w:val="ArticleHeading"/>
        <w:jc w:val="left"/>
      </w:pPr>
      <w:r>
        <w:rPr>
          <w:rFonts w:ascii="Arial" w:hAnsi="Arial" w:eastAsia="Arial" w:cs="Arial"/>
        </w:rPr>
        <w:t>وفاة محمد</w:t>
      </w:r>
    </w:p>
    <w:p>
      <w:pPr>
        <w:pStyle w:val="ArticleBody"/>
        <w:jc w:val="left"/>
      </w:pPr>
      <w:r>
        <w:rPr>
          <w:rFonts w:ascii="Leelawadee UI" w:hAnsi="Leelawadee UI" w:eastAsia="Leelawadee UI" w:cs="Leelawadee UI"/>
        </w:rPr>
        <w:t>លំដាប់ពេលប្រាំខែមួយ</w:t>
      </w:r>
      <w:r>
        <w:rPr>
          <w:rFonts w:ascii="Times New Roman" w:hAnsi="Times New Roman" w:eastAsia="Times New Roman" w:cs="Times New Roman"/>
        </w:rPr>
        <w:t xml:space="preserve"> </w:t>
      </w:r>
      <w:r>
        <w:rPr>
          <w:rFonts w:ascii="Leelawadee UI" w:hAnsi="Leelawadee UI" w:eastAsia="Leelawadee UI" w:cs="Leelawadee UI"/>
        </w:rPr>
        <w:t>ក្នុងចំណោមលំដាប់ពេលប្រាំខែទាំងពីរ</w:t>
      </w:r>
      <w:r>
        <w:rPr>
          <w:rFonts w:ascii="Times New Roman" w:hAnsi="Times New Roman" w:eastAsia="Times New Roman" w:cs="Times New Roman"/>
        </w:rPr>
        <w:t xml:space="preserve"> </w:t>
      </w:r>
      <w:r>
        <w:rPr>
          <w:rFonts w:ascii="Leelawadee UI" w:hAnsi="Leelawadee UI" w:eastAsia="Leelawadee UI" w:cs="Leelawadee UI"/>
        </w:rPr>
        <w:t>ចាប់ផ្ដើមពីមរណភាពរបស់</w:t>
      </w:r>
      <w:r>
        <w:rPr>
          <w:rFonts w:ascii="Times New Roman" w:hAnsi="Times New Roman" w:eastAsia="Times New Roman" w:cs="Times New Roman"/>
        </w:rPr>
        <w:t xml:space="preserve"> Mohammed </w:t>
      </w:r>
      <w:r>
        <w:rPr>
          <w:rFonts w:ascii="Leelawadee UI" w:hAnsi="Leelawadee UI" w:eastAsia="Leelawadee UI" w:cs="Leelawadee UI"/>
        </w:rPr>
        <w:t>ដែលនៅក្នុងខទីដប់មួយ</w:t>
      </w:r>
      <w:r>
        <w:rPr>
          <w:rFonts w:ascii="Times New Roman" w:hAnsi="Times New Roman" w:eastAsia="Times New Roman" w:cs="Times New Roman"/>
        </w:rPr>
        <w:t xml:space="preserve"> </w:t>
      </w:r>
      <w:r>
        <w:rPr>
          <w:rFonts w:ascii="Leelawadee UI" w:hAnsi="Leelawadee UI" w:eastAsia="Leelawadee UI" w:cs="Leelawadee UI"/>
        </w:rPr>
        <w:t>ត្រូវបានកំណត់ថាជា</w:t>
      </w:r>
      <w:r>
        <w:rPr>
          <w:rFonts w:ascii="Times New Roman" w:hAnsi="Times New Roman" w:eastAsia="Times New Roman" w:cs="Times New Roman"/>
        </w:rPr>
        <w:t xml:space="preserve"> «</w:t>
      </w:r>
      <w:r>
        <w:rPr>
          <w:rFonts w:ascii="Leelawadee UI" w:hAnsi="Leelawadee UI" w:eastAsia="Leelawadee UI" w:cs="Leelawadee UI"/>
        </w:rPr>
        <w:t>ស្ដេចដែលគ្រប់គ្រងលើពួកគេ</w:t>
      </w:r>
      <w:r>
        <w:rPr>
          <w:rFonts w:ascii="Times New Roman" w:hAnsi="Times New Roman" w:eastAsia="Times New Roman" w:cs="Times New Roman"/>
        </w:rPr>
        <w:t>»</w:t>
      </w:r>
      <w:r>
        <w:rPr>
          <w:rFonts w:ascii="Leelawadee UI" w:hAnsi="Leelawadee UI" w:eastAsia="Leelawadee UI" w:cs="Leelawadee UI"/>
        </w:rPr>
        <w:t>។</w:t>
      </w:r>
    </w:p>
    <w:p>
      <w:pPr>
        <w:pStyle w:val="ArticleScripture"/>
        <w:jc w:val="left"/>
      </w:pPr>
      <w:r>
        <w:rPr>
          <w:rFonts w:ascii="Times New Roman" w:hAnsi="Times New Roman" w:eastAsia="Times New Roman" w:cs="Times New Roman"/>
        </w:rPr>
        <w:t>Asénun na hari da sira, iha ne'ebé mak anju hosi kuak kle'an la iha rohan; nia naran iha lian hebreu mak Abaddon, maibé iha lian gregu nia naran mak Apollyon.</w:t>
      </w:r>
    </w:p>
    <w:p>
      <w:pPr>
        <w:pStyle w:val="ArticleBody"/>
        <w:jc w:val="left"/>
      </w:pPr>
      <w:r>
        <w:rPr>
          <w:rFonts w:ascii="Times New Roman" w:hAnsi="Times New Roman" w:eastAsia="Times New Roman" w:cs="Times New Roman"/>
        </w:rPr>
        <w:t>ئۇلارنىڭ ئۈستىدىكى پادىشاھ مۇھەممەد ئىدى، چۈنكى ئۇ بىرىنچى ئايەتتە شۇنداق تونۇشتۇرۇلغان؛ شۇڭا ئۇ ئىسلامدىكى باشقا بىر شەخس ئەمەس، بەلكى پادىشاھ مۇھەممەدنىڭ ئۆزىدۇر، ۋە پادىشاھ دېگەن بىر پادىشاھلىقنى بىلدۈرىدۇ، ئىسلام بولسا مۇھەممەدنىڭ پادىشاھلىقىدۇر.</w:t>
      </w:r>
    </w:p>
    <w:p>
      <w:pPr>
        <w:pStyle w:val="ArticleScripture"/>
        <w:jc w:val="left"/>
      </w:pPr>
      <w:r>
        <w:rPr>
          <w:rFonts w:ascii="Times New Roman" w:hAnsi="Times New Roman" w:eastAsia="Times New Roman" w:cs="Times New Roman"/>
        </w:rPr>
        <w:t>Na malayika wa tano akapiga baragumu, nami nikaona nyota ikianguka kutoka mbinguni hadi duniani; naye akapewa ufunguo wa shimo lisilo na mwisho. Akalifungua hilo shimo lisilo na mwisho; na moshi ukapanda kutoka shimoni, kama moshi wa tanuru kubwa; na jua na hewa vikatiwa giza kwa sababu ya moshi wa shimo. Na kutoka katika huo moshi wakatoka nzige juu ya nchi; nao wakapewa uwezo, kama nge wa nchi walivyo na uwezo. Ufunuo 9:1–3.</w:t>
      </w:r>
    </w:p>
    <w:p>
      <w:pPr>
        <w:pStyle w:val="ArticleBody"/>
        <w:jc w:val="left"/>
      </w:pPr>
      <w:r>
        <w:rPr>
          <w:rFonts w:ascii="Times New Roman" w:hAnsi="Times New Roman" w:eastAsia="Times New Roman" w:cs="Times New Roman"/>
        </w:rPr>
        <w:t>ئالەمەقسىنچى ۋە ئىككىنچى ۋايانىڭ ئۈچىنچى ۋايانىڭ ئىچىدە تەكرارلىنىشى، بىرىنچى ۋە ئىككىنچى پەرىشتىنىڭ ئۈچىنچى پەرىشتىنىڭ ئىچىدە تەكرارلىنىشىغا ماس كېلىدۇ. مۇھەممەد، پادىشاھ، تەگى يوق قۇدۇقنى ئېچىش ئۈچۈن ئاچقۇچقا ئىگە قىلىندى، ۋە 9/11 ئۈچىنچى پەرىشتىنىڭ ھوقۇققا ئىگە قىلىنغان ۋاقتىنى كۆرسىتىپ بېرىدۇ. شۇنىڭدىن كېيىن، كۈچلۈك پەرىشتە سۈپىتىدە مەسىھ، بالامنىڭ بىرىنچى زەربىسى پەيغەمبەرلىك تارىخىغا يېتىپ كەلگەندە، تۆۋەنگە چۈشتى. ئاندىن تەگى يوق قۇدۇق ئېچىلدى ۋە ئىسلام يەنە بىر قېتىم دۇنيا تارىخىنىڭ بىر مەزمۇنىغا ئايلاندى. ئاندىن مەسىھ ئۆز خەلقىگە يەرەمىيانىڭ كونا يوللىرىغا قايتىپ بېرىشكە يېتەكلىدى، ۋە ئۈچىنچى ۋايانىڭ ۋە ئۈچىنچى پەرىشتىنىڭ ئۇچۇرى ئاڭلىتىلىشقا باشلىدى. 2015-يىلىدا، ترامپ پرېزىدېنتلىققا نامزات بولۇش نىيىتىنى ئېلان قىلدى، شۇ ئارقىلىق يەرشارىۋى ئەجدەھا كۈچلىرىنى قوزغاتتى، ۋە شۇنىڭدىن كېيىن تەگى يوق قۇدۇق ترامپنى سودوم ۋە مىسىرنىڭ كوچىلىرىدا ئاخىرىدا ئۆلتۈرگەن ئاتېئىزمىنى قويۇپ بەردى. يەكشەنبە قانۇنىدا، يەتتىدىن بولغان سەككىزىنچى بولغان ۋەھشىي ھايۋان تەگى يوق قۇدۇقتىن چىقىدۇ. يۈز قىرىق تۆت مىڭنىڭ مۆھۈرلىنىش ۋاقتىنىڭ باشلىنىشى ۋە ئاخىرلىشىشى، تەگى يوق قۇدۇق كۈچىنىڭ كۆتۈرۈلۈشىنى كۆرسىتىپ بېرىدۇ.</w:t>
      </w:r>
    </w:p>
    <w:p>
      <w:pPr>
        <w:pStyle w:val="ArticleScripture"/>
        <w:jc w:val="left"/>
      </w:pPr>
      <w:r>
        <w:rPr>
          <w:rFonts w:ascii="Times New Roman" w:hAnsi="Times New Roman" w:eastAsia="Times New Roman" w:cs="Times New Roman"/>
        </w:rPr>
        <w:t>تِييرك مەن بئالاقان جانىۋار بار ەدى، ەندى جوق؛ بىراق تۇپسز تۇقىيىقتىن شىسىپ، ھالاكەتكە بارادى. جەر بەتىندە تۇرعاندار—دۇنيەنىڭ نەگىزى سالىنغاننان بەرі اتى تىرىشىلىك كىتابىنا جازىلماغاندار—بار بولغان، ەندى جوق، دەۋىر جەنە بار بولاتىن سول جانىۋاردى كۆرگەندە تاڭ قالادى. اشيلىۋ 17:8</w:t>
      </w:r>
    </w:p>
    <w:p>
      <w:pPr>
        <w:pStyle w:val="ArticleBody"/>
        <w:jc w:val="left"/>
      </w:pPr>
      <w:r>
        <w:rPr>
          <w:rFonts w:ascii="Times New Roman" w:hAnsi="Times New Roman" w:eastAsia="Times New Roman" w:cs="Times New Roman"/>
        </w:rPr>
        <w:t>ئىسلام 9/11 دە تۈۋى يوق ھاڭنى ئاچقان، ھەمدە يەكشەنبە قانۇنى ۋاقتىدا تۈۋى يوق ھاڭنى ئاچىدىغان ئاچقۇچتۇر. مۆھرلەش ۋاقتىنىڭ ئوتتۇرىسىدا، يەرشارىلىشىشنىڭ ئەجدىھا-ۋەھشىسىمۇ تۈۋى يوق ھاڭدىن چىقتى.</w:t>
      </w:r>
    </w:p>
    <w:p>
      <w:pPr>
        <w:pStyle w:val="ArticleScripture"/>
        <w:jc w:val="left"/>
      </w:pPr>
      <w:r>
        <w:rPr>
          <w:rFonts w:ascii="Times New Roman" w:hAnsi="Times New Roman" w:eastAsia="Times New Roman" w:cs="Times New Roman"/>
        </w:rPr>
        <w:t>Na wanapoimaliza ushuhuda wao, yule mnyama apandaye kutoka katika shimo lisilo na mwisho atafanya vita dhidi yao, naye atawashinda na kuwaua. Ufunuo 11:7.</w:t>
      </w:r>
    </w:p>
    <w:p>
      <w:pPr>
        <w:pStyle w:val="ArticleBody"/>
        <w:jc w:val="left"/>
      </w:pPr>
      <w:r>
        <w:rPr>
          <w:rFonts w:ascii="Ebrima" w:hAnsi="Ebrima" w:eastAsia="Ebrima" w:cs="Ebrima"/>
        </w:rPr>
        <w:t>ሦስቱን</w:t>
      </w:r>
      <w:r>
        <w:rPr>
          <w:rFonts w:ascii="Times New Roman" w:hAnsi="Times New Roman" w:eastAsia="Times New Roman" w:cs="Times New Roman"/>
        </w:rPr>
        <w:t xml:space="preserve"> </w:t>
      </w:r>
      <w:r>
        <w:rPr>
          <w:rFonts w:ascii="Ebrima" w:hAnsi="Ebrima" w:eastAsia="Ebrima" w:cs="Ebrima"/>
        </w:rPr>
        <w:t>የመንገድ</w:t>
      </w:r>
      <w:r>
        <w:rPr>
          <w:rFonts w:ascii="Times New Roman" w:hAnsi="Times New Roman" w:eastAsia="Times New Roman" w:cs="Times New Roman"/>
        </w:rPr>
        <w:t xml:space="preserve"> </w:t>
      </w:r>
      <w:r>
        <w:rPr>
          <w:rFonts w:ascii="Ebrima" w:hAnsi="Ebrima" w:eastAsia="Ebrima" w:cs="Ebrima"/>
        </w:rPr>
        <w:t>ምልክቶች</w:t>
      </w:r>
      <w:r>
        <w:rPr>
          <w:rFonts w:ascii="Times New Roman" w:hAnsi="Times New Roman" w:eastAsia="Times New Roman" w:cs="Times New Roman"/>
        </w:rPr>
        <w:t xml:space="preserve"> </w:t>
      </w:r>
      <w:r>
        <w:rPr>
          <w:rFonts w:ascii="Ebrima" w:hAnsi="Ebrima" w:eastAsia="Ebrima" w:cs="Ebrima"/>
        </w:rPr>
        <w:t>የሚከፍት</w:t>
      </w:r>
      <w:r>
        <w:rPr>
          <w:rFonts w:ascii="Times New Roman" w:hAnsi="Times New Roman" w:eastAsia="Times New Roman" w:cs="Times New Roman"/>
        </w:rPr>
        <w:t xml:space="preserve"> </w:t>
      </w:r>
      <w:r>
        <w:rPr>
          <w:rFonts w:ascii="Ebrima" w:hAnsi="Ebrima" w:eastAsia="Ebrima" w:cs="Ebrima"/>
        </w:rPr>
        <w:t>የጥልቁ</w:t>
      </w:r>
      <w:r>
        <w:rPr>
          <w:rFonts w:ascii="Times New Roman" w:hAnsi="Times New Roman" w:eastAsia="Times New Roman" w:cs="Times New Roman"/>
        </w:rPr>
        <w:t xml:space="preserve"> </w:t>
      </w:r>
      <w:r>
        <w:rPr>
          <w:rFonts w:ascii="Ebrima" w:hAnsi="Ebrima" w:eastAsia="Ebrima" w:cs="Ebrima"/>
        </w:rPr>
        <w:t>ጉድጓድ</w:t>
      </w:r>
      <w:r>
        <w:rPr>
          <w:rFonts w:ascii="Times New Roman" w:hAnsi="Times New Roman" w:eastAsia="Times New Roman" w:cs="Times New Roman"/>
        </w:rPr>
        <w:t xml:space="preserve"> </w:t>
      </w:r>
      <w:r>
        <w:rPr>
          <w:rFonts w:ascii="Ebrima" w:hAnsi="Ebrima" w:eastAsia="Ebrima" w:cs="Ebrima"/>
        </w:rPr>
        <w:t>ቁልፍ</w:t>
      </w:r>
      <w:r>
        <w:rPr>
          <w:rFonts w:ascii="Times New Roman" w:hAnsi="Times New Roman" w:eastAsia="Times New Roman" w:cs="Times New Roman"/>
        </w:rPr>
        <w:t xml:space="preserve"> </w:t>
      </w:r>
      <w:r>
        <w:rPr>
          <w:rFonts w:ascii="Ebrima" w:hAnsi="Ebrima" w:eastAsia="Ebrima" w:cs="Ebrima"/>
        </w:rPr>
        <w:t>ለእስልምና</w:t>
      </w:r>
      <w:r>
        <w:rPr>
          <w:rFonts w:ascii="Times New Roman" w:hAnsi="Times New Roman" w:eastAsia="Times New Roman" w:cs="Times New Roman"/>
        </w:rPr>
        <w:t xml:space="preserve"> </w:t>
      </w:r>
      <w:r>
        <w:rPr>
          <w:rFonts w:ascii="Ebrima" w:hAnsi="Ebrima" w:eastAsia="Ebrima" w:cs="Ebrima"/>
        </w:rPr>
        <w:t>መንግሥት</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ለሆነው</w:t>
      </w:r>
      <w:r>
        <w:rPr>
          <w:rFonts w:ascii="Times New Roman" w:hAnsi="Times New Roman" w:eastAsia="Times New Roman" w:cs="Times New Roman"/>
        </w:rPr>
        <w:t xml:space="preserve"> </w:t>
      </w:r>
      <w:r>
        <w:rPr>
          <w:rFonts w:ascii="Ebrima" w:hAnsi="Ebrima" w:eastAsia="Ebrima" w:cs="Ebrima"/>
        </w:rPr>
        <w:t>ለመሐመድ</w:t>
      </w:r>
      <w:r>
        <w:rPr>
          <w:rFonts w:ascii="Times New Roman" w:hAnsi="Times New Roman" w:eastAsia="Times New Roman" w:cs="Times New Roman"/>
        </w:rPr>
        <w:t xml:space="preserve"> </w:t>
      </w:r>
      <w:r>
        <w:rPr>
          <w:rFonts w:ascii="Ebrima" w:hAnsi="Ebrima" w:eastAsia="Ebrima" w:cs="Ebrima"/>
        </w:rPr>
        <w:t>ተሰጠ።</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627 </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ም</w:t>
      </w:r>
      <w:r>
        <w:rPr>
          <w:rFonts w:ascii="Times New Roman" w:hAnsi="Times New Roman" w:eastAsia="Times New Roman" w:cs="Times New Roman"/>
        </w:rPr>
        <w:t xml:space="preserve">. </w:t>
      </w:r>
      <w:r>
        <w:rPr>
          <w:rFonts w:ascii="Ebrima" w:hAnsi="Ebrima" w:eastAsia="Ebrima" w:cs="Ebrima"/>
        </w:rPr>
        <w:t>የኒነዌ</w:t>
      </w:r>
      <w:r>
        <w:rPr>
          <w:rFonts w:ascii="Times New Roman" w:hAnsi="Times New Roman" w:eastAsia="Times New Roman" w:cs="Times New Roman"/>
        </w:rPr>
        <w:t xml:space="preserve"> </w:t>
      </w:r>
      <w:r>
        <w:rPr>
          <w:rFonts w:ascii="Ebrima" w:hAnsi="Ebrima" w:eastAsia="Ebrima" w:cs="Ebrima"/>
        </w:rPr>
        <w:t>ውጊያ</w:t>
      </w:r>
      <w:r>
        <w:rPr>
          <w:rFonts w:ascii="Times New Roman" w:hAnsi="Times New Roman" w:eastAsia="Times New Roman" w:cs="Times New Roman"/>
        </w:rPr>
        <w:t xml:space="preserve"> </w:t>
      </w:r>
      <w:r>
        <w:rPr>
          <w:rFonts w:ascii="Ebrima" w:hAnsi="Ebrima" w:eastAsia="Ebrima" w:cs="Ebrima"/>
        </w:rPr>
        <w:t>የሁለት</w:t>
      </w:r>
      <w:r>
        <w:rPr>
          <w:rFonts w:ascii="Times New Roman" w:hAnsi="Times New Roman" w:eastAsia="Times New Roman" w:cs="Times New Roman"/>
        </w:rPr>
        <w:t xml:space="preserve"> </w:t>
      </w:r>
      <w:r>
        <w:rPr>
          <w:rFonts w:ascii="Ebrima" w:hAnsi="Ebrima" w:eastAsia="Ebrima" w:cs="Ebrima"/>
        </w:rPr>
        <w:t>ኃይሎች</w:t>
      </w:r>
      <w:r>
        <w:rPr>
          <w:rFonts w:ascii="Times New Roman" w:hAnsi="Times New Roman" w:eastAsia="Times New Roman" w:cs="Times New Roman"/>
        </w:rPr>
        <w:t xml:space="preserve"> </w:t>
      </w:r>
      <w:r>
        <w:rPr>
          <w:rFonts w:ascii="Ebrima" w:hAnsi="Ebrima" w:eastAsia="Ebrima" w:cs="Ebrima"/>
        </w:rPr>
        <w:t>መጋጨትን</w:t>
      </w:r>
      <w:r>
        <w:rPr>
          <w:rFonts w:ascii="Times New Roman" w:hAnsi="Times New Roman" w:eastAsia="Times New Roman" w:cs="Times New Roman"/>
        </w:rPr>
        <w:t xml:space="preserve"> </w:t>
      </w:r>
      <w:r>
        <w:rPr>
          <w:rFonts w:ascii="Ebrima" w:hAnsi="Ebrima" w:eastAsia="Ebrima" w:cs="Ebrima"/>
        </w:rPr>
        <w:t>ወክሎ</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የሁለቱንም</w:t>
      </w:r>
      <w:r>
        <w:rPr>
          <w:rFonts w:ascii="Times New Roman" w:hAnsi="Times New Roman" w:eastAsia="Times New Roman" w:cs="Times New Roman"/>
        </w:rPr>
        <w:t xml:space="preserve"> </w:t>
      </w:r>
      <w:r>
        <w:rPr>
          <w:rFonts w:ascii="Ebrima" w:hAnsi="Ebrima" w:eastAsia="Ebrima" w:cs="Ebrima"/>
        </w:rPr>
        <w:t>ተዋጊዎች</w:t>
      </w:r>
      <w:r>
        <w:rPr>
          <w:rFonts w:ascii="Times New Roman" w:hAnsi="Times New Roman" w:eastAsia="Times New Roman" w:cs="Times New Roman"/>
        </w:rPr>
        <w:t xml:space="preserve"> </w:t>
      </w:r>
      <w:r>
        <w:rPr>
          <w:rFonts w:ascii="Ebrima" w:hAnsi="Ebrima" w:eastAsia="Ebrima" w:cs="Ebrima"/>
        </w:rPr>
        <w:t>ኃይል</w:t>
      </w:r>
      <w:r>
        <w:rPr>
          <w:rFonts w:ascii="Times New Roman" w:hAnsi="Times New Roman" w:eastAsia="Times New Roman" w:cs="Times New Roman"/>
        </w:rPr>
        <w:t xml:space="preserve"> </w:t>
      </w:r>
      <w:r>
        <w:rPr>
          <w:rFonts w:ascii="Ebrima" w:hAnsi="Ebrima" w:eastAsia="Ebrima" w:cs="Ebrima"/>
        </w:rPr>
        <w:t>እስኪያሟጥጥ</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አደከመ፣</w:t>
      </w:r>
      <w:r>
        <w:rPr>
          <w:rFonts w:ascii="Times New Roman" w:hAnsi="Times New Roman" w:eastAsia="Times New Roman" w:cs="Times New Roman"/>
        </w:rPr>
        <w:t xml:space="preserve"> </w:t>
      </w:r>
      <w:r>
        <w:rPr>
          <w:rFonts w:ascii="Ebrima" w:hAnsi="Ebrima" w:eastAsia="Ebrima" w:cs="Ebrima"/>
        </w:rPr>
        <w:t>በዚህም</w:t>
      </w:r>
      <w:r>
        <w:rPr>
          <w:rFonts w:ascii="Times New Roman" w:hAnsi="Times New Roman" w:eastAsia="Times New Roman" w:cs="Times New Roman"/>
        </w:rPr>
        <w:t xml:space="preserve"> </w:t>
      </w:r>
      <w:r>
        <w:rPr>
          <w:rFonts w:ascii="Ebrima" w:hAnsi="Ebrima" w:eastAsia="Ebrima" w:cs="Ebrima"/>
        </w:rPr>
        <w:t>እስልምና</w:t>
      </w:r>
      <w:r>
        <w:rPr>
          <w:rFonts w:ascii="Times New Roman" w:hAnsi="Times New Roman" w:eastAsia="Times New Roman" w:cs="Times New Roman"/>
        </w:rPr>
        <w:t xml:space="preserve"> </w:t>
      </w:r>
      <w:r>
        <w:rPr>
          <w:rFonts w:ascii="Ebrima" w:hAnsi="Ebrima" w:eastAsia="Ebrima" w:cs="Ebrima"/>
        </w:rPr>
        <w:t>በፍጥነት</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ኃይል</w:t>
      </w:r>
      <w:r>
        <w:rPr>
          <w:rFonts w:ascii="Times New Roman" w:hAnsi="Times New Roman" w:eastAsia="Times New Roman" w:cs="Times New Roman"/>
        </w:rPr>
        <w:t xml:space="preserve"> </w:t>
      </w:r>
      <w:r>
        <w:rPr>
          <w:rFonts w:ascii="Ebrima" w:hAnsi="Ebrima" w:eastAsia="Ebrima" w:cs="Ebrima"/>
        </w:rPr>
        <w:t>እንዲነሣ</w:t>
      </w:r>
      <w:r>
        <w:rPr>
          <w:rFonts w:ascii="Times New Roman" w:hAnsi="Times New Roman" w:eastAsia="Times New Roman" w:cs="Times New Roman"/>
        </w:rPr>
        <w:t xml:space="preserve"> </w:t>
      </w:r>
      <w:r>
        <w:rPr>
          <w:rFonts w:ascii="Ebrima" w:hAnsi="Ebrima" w:eastAsia="Ebrima" w:cs="Ebrima"/>
        </w:rPr>
        <w:t>አስችሎታል።</w:t>
      </w:r>
      <w:r>
        <w:rPr>
          <w:rFonts w:ascii="Times New Roman" w:hAnsi="Times New Roman" w:eastAsia="Times New Roman" w:cs="Times New Roman"/>
        </w:rPr>
        <w:t xml:space="preserve"> </w:t>
      </w:r>
      <w:r>
        <w:rPr>
          <w:rFonts w:ascii="Ebrima" w:hAnsi="Ebrima" w:eastAsia="Ebrima" w:cs="Ebrima"/>
        </w:rPr>
        <w:t>ቁልፉ</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9/11 </w:t>
      </w:r>
      <w:r>
        <w:rPr>
          <w:rFonts w:ascii="Ebrima" w:hAnsi="Ebrima" w:eastAsia="Ebrima" w:cs="Ebrima"/>
        </w:rPr>
        <w:t>ተዞረ፣</w:t>
      </w:r>
      <w:r>
        <w:rPr>
          <w:rFonts w:ascii="Times New Roman" w:hAnsi="Times New Roman" w:eastAsia="Times New Roman" w:cs="Times New Roman"/>
        </w:rPr>
        <w:t xml:space="preserve"> </w:t>
      </w:r>
      <w:r>
        <w:rPr>
          <w:rFonts w:ascii="Ebrima" w:hAnsi="Ebrima" w:eastAsia="Ebrima" w:cs="Ebrima"/>
        </w:rPr>
        <w:t>የእስልምናም</w:t>
      </w:r>
      <w:r>
        <w:rPr>
          <w:rFonts w:ascii="Times New Roman" w:hAnsi="Times New Roman" w:eastAsia="Times New Roman" w:cs="Times New Roman"/>
        </w:rPr>
        <w:t xml:space="preserve"> </w:t>
      </w:r>
      <w:r>
        <w:rPr>
          <w:rFonts w:ascii="Ebrima" w:hAnsi="Ebrima" w:eastAsia="Ebrima" w:cs="Ebrima"/>
        </w:rPr>
        <w:t>መነሣት</w:t>
      </w:r>
      <w:r>
        <w:rPr>
          <w:rFonts w:ascii="Times New Roman" w:hAnsi="Times New Roman" w:eastAsia="Times New Roman" w:cs="Times New Roman"/>
        </w:rPr>
        <w:t xml:space="preserve"> </w:t>
      </w:r>
      <w:r>
        <w:rPr>
          <w:rFonts w:ascii="Ebrima" w:hAnsi="Ebrima" w:eastAsia="Ebrima" w:cs="Ebrima"/>
        </w:rPr>
        <w:t>ተጀመረ፤</w:t>
      </w:r>
      <w:r>
        <w:rPr>
          <w:rFonts w:ascii="Times New Roman" w:hAnsi="Times New Roman" w:eastAsia="Times New Roman" w:cs="Times New Roman"/>
        </w:rPr>
        <w:t xml:space="preserve"> </w:t>
      </w:r>
      <w:r>
        <w:rPr>
          <w:rFonts w:ascii="Ebrima" w:hAnsi="Ebrima" w:eastAsia="Ebrima" w:cs="Ebrima"/>
        </w:rPr>
        <w:t>ሆኖም</w:t>
      </w:r>
      <w:r>
        <w:rPr>
          <w:rFonts w:ascii="Times New Roman" w:hAnsi="Times New Roman" w:eastAsia="Times New Roman" w:cs="Times New Roman"/>
        </w:rPr>
        <w:t xml:space="preserve"> </w:t>
      </w:r>
      <w:r>
        <w:rPr>
          <w:rFonts w:ascii="Ebrima" w:hAnsi="Ebrima" w:eastAsia="Ebrima" w:cs="Ebrima"/>
        </w:rPr>
        <w:t>ከዚያ</w:t>
      </w:r>
      <w:r>
        <w:rPr>
          <w:rFonts w:ascii="Times New Roman" w:hAnsi="Times New Roman" w:eastAsia="Times New Roman" w:cs="Times New Roman"/>
        </w:rPr>
        <w:t xml:space="preserve"> </w:t>
      </w:r>
      <w:r>
        <w:rPr>
          <w:rFonts w:ascii="Ebrima" w:hAnsi="Ebrima" w:eastAsia="Ebrima" w:cs="Ebrima"/>
        </w:rPr>
        <w:t>ብዙ</w:t>
      </w:r>
      <w:r>
        <w:rPr>
          <w:rFonts w:ascii="Times New Roman" w:hAnsi="Times New Roman" w:eastAsia="Times New Roman" w:cs="Times New Roman"/>
        </w:rPr>
        <w:t xml:space="preserve"> </w:t>
      </w:r>
      <w:r>
        <w:rPr>
          <w:rFonts w:ascii="Ebrima" w:hAnsi="Ebrima" w:eastAsia="Ebrima" w:cs="Ebrima"/>
        </w:rPr>
        <w:t>ሳይቆይ</w:t>
      </w:r>
      <w:r>
        <w:rPr>
          <w:rFonts w:ascii="Times New Roman" w:hAnsi="Times New Roman" w:eastAsia="Times New Roman" w:cs="Times New Roman"/>
        </w:rPr>
        <w:t xml:space="preserve"> </w:t>
      </w:r>
      <w:r>
        <w:rPr>
          <w:rFonts w:ascii="Ebrima" w:hAnsi="Ebrima" w:eastAsia="Ebrima" w:cs="Ebrima"/>
        </w:rPr>
        <w:t>ተገደበ።</w:t>
      </w:r>
      <w:r>
        <w:rPr>
          <w:rFonts w:ascii="Times New Roman" w:hAnsi="Times New Roman" w:eastAsia="Times New Roman" w:cs="Times New Roman"/>
        </w:rPr>
        <w:t xml:space="preserve"> </w:t>
      </w:r>
      <w:r>
        <w:rPr>
          <w:rFonts w:ascii="Ebrima" w:hAnsi="Ebrima" w:eastAsia="Ebrima" w:cs="Ebrima"/>
        </w:rPr>
        <w:t>የኒነዌ</w:t>
      </w:r>
      <w:r>
        <w:rPr>
          <w:rFonts w:ascii="Times New Roman" w:hAnsi="Times New Roman" w:eastAsia="Times New Roman" w:cs="Times New Roman"/>
        </w:rPr>
        <w:t xml:space="preserve"> </w:t>
      </w:r>
      <w:r>
        <w:rPr>
          <w:rFonts w:ascii="Ebrima" w:hAnsi="Ebrima" w:eastAsia="Ebrima" w:cs="Ebrima"/>
        </w:rPr>
        <w:t>ውጊያ</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9/11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ተመስሏል፤</w:t>
      </w:r>
      <w:r>
        <w:rPr>
          <w:rFonts w:ascii="Times New Roman" w:hAnsi="Times New Roman" w:eastAsia="Times New Roman" w:cs="Times New Roman"/>
        </w:rPr>
        <w:t xml:space="preserve"> </w:t>
      </w:r>
      <w:r>
        <w:rPr>
          <w:rFonts w:ascii="Ebrima" w:hAnsi="Ebrima" w:eastAsia="Ebrima" w:cs="Ebrima"/>
        </w:rPr>
        <w:t>ምክንያቱም</w:t>
      </w:r>
      <w:r>
        <w:rPr>
          <w:rFonts w:ascii="Times New Roman" w:hAnsi="Times New Roman" w:eastAsia="Times New Roman" w:cs="Times New Roman"/>
        </w:rPr>
        <w:t xml:space="preserve"> </w:t>
      </w:r>
      <w:r>
        <w:rPr>
          <w:rFonts w:ascii="Ebrima" w:hAnsi="Ebrima" w:eastAsia="Ebrima" w:cs="Ebrima"/>
        </w:rPr>
        <w:t>በዚያ</w:t>
      </w:r>
      <w:r>
        <w:rPr>
          <w:rFonts w:ascii="Times New Roman" w:hAnsi="Times New Roman" w:eastAsia="Times New Roman" w:cs="Times New Roman"/>
        </w:rPr>
        <w:t xml:space="preserve"> </w:t>
      </w:r>
      <w:r>
        <w:rPr>
          <w:rFonts w:ascii="Ebrima" w:hAnsi="Ebrima" w:eastAsia="Ebrima" w:cs="Ebrima"/>
        </w:rPr>
        <w:t>የእስልምና</w:t>
      </w:r>
      <w:r>
        <w:rPr>
          <w:rFonts w:ascii="Times New Roman" w:hAnsi="Times New Roman" w:eastAsia="Times New Roman" w:cs="Times New Roman"/>
        </w:rPr>
        <w:t xml:space="preserve"> </w:t>
      </w:r>
      <w:r>
        <w:rPr>
          <w:rFonts w:ascii="Ebrima" w:hAnsi="Ebrima" w:eastAsia="Ebrima" w:cs="Ebrima"/>
        </w:rPr>
        <w:t>መነሣት</w:t>
      </w:r>
      <w:r>
        <w:rPr>
          <w:rFonts w:ascii="Times New Roman" w:hAnsi="Times New Roman" w:eastAsia="Times New Roman" w:cs="Times New Roman"/>
        </w:rPr>
        <w:t xml:space="preserve"> </w:t>
      </w:r>
      <w:r>
        <w:rPr>
          <w:rFonts w:ascii="Ebrima" w:hAnsi="Ebrima" w:eastAsia="Ebrima" w:cs="Ebrima"/>
        </w:rPr>
        <w:t>የተጀመረው</w:t>
      </w:r>
      <w:r>
        <w:rPr>
          <w:rFonts w:ascii="Times New Roman" w:hAnsi="Times New Roman" w:eastAsia="Times New Roman" w:cs="Times New Roman"/>
        </w:rPr>
        <w:t xml:space="preserve"> </w:t>
      </w:r>
      <w:r>
        <w:rPr>
          <w:rFonts w:ascii="Ebrima" w:hAnsi="Ebrima" w:eastAsia="Ebrima" w:cs="Ebrima"/>
        </w:rPr>
        <w:t>ኃያሉ</w:t>
      </w:r>
      <w:r>
        <w:rPr>
          <w:rFonts w:ascii="Times New Roman" w:hAnsi="Times New Roman" w:eastAsia="Times New Roman" w:cs="Times New Roman"/>
        </w:rPr>
        <w:t xml:space="preserve"> </w:t>
      </w:r>
      <w:r>
        <w:rPr>
          <w:rFonts w:ascii="Ebrima" w:hAnsi="Ebrima" w:eastAsia="Ebrima" w:cs="Ebrima"/>
        </w:rPr>
        <w:t>መልአክ</w:t>
      </w:r>
      <w:r>
        <w:rPr>
          <w:rFonts w:ascii="Times New Roman" w:hAnsi="Times New Roman" w:eastAsia="Times New Roman" w:cs="Times New Roman"/>
        </w:rPr>
        <w:t xml:space="preserve"> </w:t>
      </w:r>
      <w:r>
        <w:rPr>
          <w:rFonts w:ascii="Ebrima" w:hAnsi="Ebrima" w:eastAsia="Ebrima" w:cs="Ebrima"/>
        </w:rPr>
        <w:t>ምድርን</w:t>
      </w:r>
      <w:r>
        <w:rPr>
          <w:rFonts w:ascii="Times New Roman" w:hAnsi="Times New Roman" w:eastAsia="Times New Roman" w:cs="Times New Roman"/>
        </w:rPr>
        <w:t xml:space="preserve"> </w:t>
      </w:r>
      <w:r>
        <w:rPr>
          <w:rFonts w:ascii="Ebrima" w:hAnsi="Ebrima" w:eastAsia="Ebrima" w:cs="Ebrima"/>
        </w:rPr>
        <w:t>በክብሩ</w:t>
      </w:r>
      <w:r>
        <w:rPr>
          <w:rFonts w:ascii="Times New Roman" w:hAnsi="Times New Roman" w:eastAsia="Times New Roman" w:cs="Times New Roman"/>
        </w:rPr>
        <w:t xml:space="preserve"> </w:t>
      </w:r>
      <w:r>
        <w:rPr>
          <w:rFonts w:ascii="Ebrima" w:hAnsi="Ebrima" w:eastAsia="Ebrima" w:cs="Ebrima"/>
        </w:rPr>
        <w:t>ለማብራት</w:t>
      </w:r>
      <w:r>
        <w:rPr>
          <w:rFonts w:ascii="Times New Roman" w:hAnsi="Times New Roman" w:eastAsia="Times New Roman" w:cs="Times New Roman"/>
        </w:rPr>
        <w:t xml:space="preserve"> </w:t>
      </w:r>
      <w:r>
        <w:rPr>
          <w:rFonts w:ascii="Ebrima" w:hAnsi="Ebrima" w:eastAsia="Ebrima" w:cs="Ebrima"/>
        </w:rPr>
        <w:t>በወረደበት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ሲሆን፣</w:t>
      </w:r>
      <w:r>
        <w:rPr>
          <w:rFonts w:ascii="Times New Roman" w:hAnsi="Times New Roman" w:eastAsia="Times New Roman" w:cs="Times New Roman"/>
        </w:rPr>
        <w:t xml:space="preserve"> “</w:t>
      </w:r>
      <w:r>
        <w:rPr>
          <w:rFonts w:ascii="Ebrima" w:hAnsi="Ebrima" w:eastAsia="Ebrima" w:cs="Ebrima"/>
        </w:rPr>
        <w:t>መልእክተኛ</w:t>
      </w:r>
      <w:r>
        <w:rPr>
          <w:rFonts w:ascii="Times New Roman" w:hAnsi="Times New Roman" w:eastAsia="Times New Roman" w:cs="Times New Roman"/>
        </w:rPr>
        <w:t xml:space="preserve">” </w:t>
      </w:r>
      <w:r>
        <w:rPr>
          <w:rFonts w:ascii="Ebrima" w:hAnsi="Ebrima" w:eastAsia="Ebrima" w:cs="Ebrima"/>
        </w:rPr>
        <w:t>ማለት</w:t>
      </w:r>
      <w:r>
        <w:rPr>
          <w:rFonts w:ascii="Times New Roman" w:hAnsi="Times New Roman" w:eastAsia="Times New Roman" w:cs="Times New Roman"/>
        </w:rPr>
        <w:t xml:space="preserve"> </w:t>
      </w:r>
      <w:r>
        <w:rPr>
          <w:rFonts w:ascii="Ebrima" w:hAnsi="Ebrima" w:eastAsia="Ebrima" w:cs="Ebrima"/>
        </w:rPr>
        <w:t>የሆነው</w:t>
      </w:r>
      <w:r>
        <w:rPr>
          <w:rFonts w:ascii="Times New Roman" w:hAnsi="Times New Roman" w:eastAsia="Times New Roman" w:cs="Times New Roman"/>
        </w:rPr>
        <w:t xml:space="preserve"> </w:t>
      </w:r>
      <w:r>
        <w:rPr>
          <w:rFonts w:ascii="Ebrima" w:hAnsi="Ebrima" w:eastAsia="Ebrima" w:cs="Ebrima"/>
        </w:rPr>
        <w:t>ኮከብም</w:t>
      </w:r>
      <w:r>
        <w:rPr>
          <w:rFonts w:ascii="Times New Roman" w:hAnsi="Times New Roman" w:eastAsia="Times New Roman" w:cs="Times New Roman"/>
        </w:rPr>
        <w:t xml:space="preserve"> </w:t>
      </w:r>
      <w:r>
        <w:rPr>
          <w:rFonts w:ascii="Ebrima" w:hAnsi="Ebrima" w:eastAsia="Ebrima" w:cs="Ebrima"/>
        </w:rPr>
        <w:t>ከሰማይ</w:t>
      </w:r>
      <w:r>
        <w:rPr>
          <w:rFonts w:ascii="Times New Roman" w:hAnsi="Times New Roman" w:eastAsia="Times New Roman" w:cs="Times New Roman"/>
        </w:rPr>
        <w:t xml:space="preserve"> </w:t>
      </w:r>
      <w:r>
        <w:rPr>
          <w:rFonts w:ascii="Ebrima" w:hAnsi="Ebrima" w:eastAsia="Ebrima" w:cs="Ebrima"/>
        </w:rPr>
        <w:t>ወደቀ።</w:t>
      </w:r>
      <w:r>
        <w:rPr>
          <w:rFonts w:ascii="Times New Roman" w:hAnsi="Times New Roman" w:eastAsia="Times New Roman" w:cs="Times New Roman"/>
        </w:rPr>
        <w:t xml:space="preserve"> </w:t>
      </w:r>
      <w:r>
        <w:rPr>
          <w:rFonts w:ascii="Ebrima" w:hAnsi="Ebrima" w:eastAsia="Ebrima" w:cs="Ebrima"/>
        </w:rPr>
        <w:t>የኒነዌ</w:t>
      </w:r>
      <w:r>
        <w:rPr>
          <w:rFonts w:ascii="Times New Roman" w:hAnsi="Times New Roman" w:eastAsia="Times New Roman" w:cs="Times New Roman"/>
        </w:rPr>
        <w:t xml:space="preserve"> </w:t>
      </w:r>
      <w:r>
        <w:rPr>
          <w:rFonts w:ascii="Ebrima" w:hAnsi="Ebrima" w:eastAsia="Ebrima" w:cs="Ebrima"/>
        </w:rPr>
        <w:t>ውጊያ</w:t>
      </w:r>
      <w:r>
        <w:rPr>
          <w:rFonts w:ascii="Times New Roman" w:hAnsi="Times New Roman" w:eastAsia="Times New Roman" w:cs="Times New Roman"/>
        </w:rPr>
        <w:t xml:space="preserve"> </w:t>
      </w:r>
      <w:r>
        <w:rPr>
          <w:rFonts w:ascii="Ebrima" w:hAnsi="Ebrima" w:eastAsia="Ebrima" w:cs="Ebrima"/>
        </w:rPr>
        <w:t>በመጨረሻም</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ተመስሏል፤</w:t>
      </w:r>
      <w:r>
        <w:rPr>
          <w:rFonts w:ascii="Times New Roman" w:hAnsi="Times New Roman" w:eastAsia="Times New Roman" w:cs="Times New Roman"/>
        </w:rPr>
        <w:t xml:space="preserve"> </w:t>
      </w:r>
      <w:r>
        <w:rPr>
          <w:rFonts w:ascii="Ebrima" w:hAnsi="Ebrima" w:eastAsia="Ebrima" w:cs="Ebrima"/>
        </w:rPr>
        <w:t>በዚያን</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የእሁድ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ሲመጣ</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የእስልምና</w:t>
      </w:r>
      <w:r>
        <w:rPr>
          <w:rFonts w:ascii="Times New Roman" w:hAnsi="Times New Roman" w:eastAsia="Times New Roman" w:cs="Times New Roman"/>
        </w:rPr>
        <w:t xml:space="preserve"> </w:t>
      </w:r>
      <w:r>
        <w:rPr>
          <w:rFonts w:ascii="Ebrima" w:hAnsi="Ebrima" w:eastAsia="Ebrima" w:cs="Ebrima"/>
        </w:rPr>
        <w:t>ሃይማኖት</w:t>
      </w:r>
      <w:r>
        <w:rPr>
          <w:rFonts w:ascii="Times New Roman" w:hAnsi="Times New Roman" w:eastAsia="Times New Roman" w:cs="Times New Roman"/>
        </w:rPr>
        <w:t xml:space="preserve"> </w:t>
      </w:r>
      <w:r>
        <w:rPr>
          <w:rFonts w:ascii="Ebrima" w:hAnsi="Ebrima" w:eastAsia="Ebrima" w:cs="Ebrima"/>
        </w:rPr>
        <w:t>ጢስ</w:t>
      </w:r>
      <w:r>
        <w:rPr>
          <w:rFonts w:ascii="Times New Roman" w:hAnsi="Times New Roman" w:eastAsia="Times New Roman" w:cs="Times New Roman"/>
        </w:rPr>
        <w:t xml:space="preserve"> </w:t>
      </w:r>
      <w:r>
        <w:rPr>
          <w:rFonts w:ascii="Ebrima" w:hAnsi="Ebrima" w:eastAsia="Ebrima" w:cs="Ebrima"/>
        </w:rPr>
        <w:t>ፀሐይን</w:t>
      </w:r>
      <w:r>
        <w:rPr>
          <w:rFonts w:ascii="Times New Roman" w:hAnsi="Times New Roman" w:eastAsia="Times New Roman" w:cs="Times New Roman"/>
        </w:rPr>
        <w:t xml:space="preserve"> </w:t>
      </w:r>
      <w:r>
        <w:rPr>
          <w:rFonts w:ascii="Ebrima" w:hAnsi="Ebrima" w:eastAsia="Ebrima" w:cs="Ebrima"/>
        </w:rPr>
        <w:t>ሲያጨልም</w:t>
      </w:r>
      <w:r>
        <w:rPr>
          <w:rFonts w:ascii="Times New Roman" w:hAnsi="Times New Roman" w:eastAsia="Times New Roman" w:cs="Times New Roman"/>
        </w:rPr>
        <w:t xml:space="preserve"> </w:t>
      </w:r>
      <w:r>
        <w:rPr>
          <w:rFonts w:ascii="Ebrima" w:hAnsi="Ebrima" w:eastAsia="Ebrima" w:cs="Ebrima"/>
        </w:rPr>
        <w:t>ሁለተኛው</w:t>
      </w:r>
      <w:r>
        <w:rPr>
          <w:rFonts w:ascii="Times New Roman" w:hAnsi="Times New Roman" w:eastAsia="Times New Roman" w:cs="Times New Roman"/>
        </w:rPr>
        <w:t xml:space="preserve"> </w:t>
      </w:r>
      <w:r>
        <w:rPr>
          <w:rFonts w:ascii="Ebrima" w:hAnsi="Ebrima" w:eastAsia="Ebrima" w:cs="Ebrima"/>
        </w:rPr>
        <w:t>የጨለማ</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ይጀምራል።</w:t>
      </w:r>
    </w:p>
    <w:p>
      <w:pPr>
        <w:pStyle w:val="ArticleHeading"/>
        <w:jc w:val="left"/>
      </w:pPr>
      <w:r>
        <w:rPr>
          <w:rFonts w:ascii="Arial" w:hAnsi="Arial" w:eastAsia="Arial" w:cs="Arial"/>
        </w:rPr>
        <w:t>Exeter</w:t>
      </w:r>
    </w:p>
    <w:p>
      <w:pPr>
        <w:pStyle w:val="ArticleBody"/>
        <w:jc w:val="left"/>
      </w:pPr>
      <w:r>
        <w:rPr>
          <w:rFonts w:ascii="Times New Roman" w:hAnsi="Times New Roman" w:eastAsia="Times New Roman" w:cs="Times New Roman"/>
        </w:rPr>
        <w:t>ئامەی ڕۆژی یەکشەممە وەک نموونەیەک دەردەکەوێت کاتێک پەیامی هاواری نیوەشەو بۆ کۆبوونەوەی چادری Exeter گەیشت. ئەوسا دوا جووڵەکانی دامەزراندنی وێنەی ئاژەڵ دەست پێ دەکات. پێکهاتن، یان دامەزراندنی وێنەکە، لە 9/11 دەستی پێکرد، بەڵام لە کۆتایی ماوەکەدا، ماوەی ڕاگەیاندنی هاواری نیوەشەو هەروەها فراکتاڵێکە لە تەواوی ئەو ماوەیەی پێکهاتنی وێنەکە کە لە 9/11 دەستی پێکرد. دەستپێک نوێنەرایەتیی کۆتایی دەکات. ناخۆشی یەکەم نموونەی ناخۆشی سێیەمە، هەروەک چۆن فریشتەی یەکەم نموونەی فریشتەی سێیەمە. جەنگی نەینەوا لە کۆتایی کاتی مۆرکردن، جەنگی نەینەوا لە دەستپێک ناساندن دەکات. جەنگی نەینەوا لە ئامەی ڕۆژی یەکشەممەدا، کۆتایی کاتی مۆرکردنە کە لە 9/11 دەستی پێکرد، بەڵام هەروەها کۆتایی ماوەی ڕاگەیاندنی هاواری نیوەشەوە. بۆیە جەنگی نەینەوا لە دەستپێکی ڕاگەیاندنی هاواری نیوەشەو وەک نموونەیەک دەردەکەوێت، کە هەنگاوە کۆتایییەکان لە پێکهاتنی وێنەی ئاژەڵ لە ویلایەتە یەکگرتووەکانی ئەمریکادا دیاری دەکات، و لە ئامەی ڕۆژی یەکشەممەدا دەستپێکی پێکهاتنی وێنەی ئاژەڵ لە جیهاندا دەست پێ دەکات. نەینەوا ئەو کلیلیەیە کە هێڵە جیاوازەکان هاوتەریب دەکات، ئەو هێڵانەی کە تەواوترین جێبەجێبوونیان لە مێژووی نهێنی ئایەتی چلدا دەدۆزنەوە.</w:t>
      </w:r>
    </w:p>
    <w:p>
      <w:pPr>
        <w:pStyle w:val="ArticleBody"/>
        <w:jc w:val="left"/>
      </w:pPr>
      <w:r>
        <w:rPr>
          <w:rFonts w:ascii="Times New Roman" w:hAnsi="Times New Roman" w:eastAsia="Times New Roman" w:cs="Times New Roman"/>
        </w:rPr>
        <w:t>Ate ni wọ́n óò tẹ̀síwájú sí i nínú àpilẹ̀kọ tí ó kàn.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Ննջված Պատմությունը Քառասուներորդ Համարի — Թիվ Տասնյոթ</dc:title>
  <dc:subject>Aduna de Gñiigu’ Bidxi — Parte Cuatro</dc:subject>
  <dc:creator>Jeff Pippenger</dc:creator>
  <cp:keywords/>
  <dc:description>Generated by ArticleDigger from hidden_history\17_hidden_history.json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