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دەربارەی مێژووی نهێنیی ئایەتی چل ـ ژمارەی بیست‌وچوار</w:t>
      </w:r>
    </w:p>
    <w:p>
      <w:pPr>
        <w:pStyle w:val="ArticleSubtitle"/>
        <w:jc w:val="left"/>
      </w:pPr>
      <w:r>
        <w:rPr>
          <w:rFonts w:ascii="Segoe UI" w:hAnsi="Segoe UI" w:eastAsia="Segoe UI" w:cs="Segoe UI"/>
        </w:rPr>
        <w:t>حزقیال</w:t>
      </w:r>
      <w:r>
        <w:rPr>
          <w:rFonts w:ascii="Arial" w:hAnsi="Arial" w:eastAsia="Arial" w:cs="Arial"/>
        </w:rPr>
        <w:t xml:space="preserve"> </w:t>
      </w:r>
      <w:r>
        <w:rPr>
          <w:rFonts w:ascii="Segoe UI" w:hAnsi="Segoe UI" w:eastAsia="Segoe UI" w:cs="Segoe UI"/>
        </w:rPr>
        <w:t>نمبر</w:t>
      </w:r>
      <w:r>
        <w:rPr>
          <w:rFonts w:ascii="Arial" w:hAnsi="Arial" w:eastAsia="Arial" w:cs="Arial"/>
        </w:rPr>
        <w:t xml:space="preserve"> </w:t>
      </w:r>
      <w:r>
        <w:rPr>
          <w:rFonts w:ascii="Segoe UI" w:hAnsi="Segoe UI" w:eastAsia="Segoe UI" w:cs="Segoe UI"/>
        </w:rPr>
        <w:t>پانچ</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Bu bir neçə məqalə boyunca nəzərdən keçirdiyimiz “Testimonies” əsərinin beşinci cildindən olan parçaya görə, bizə Yezekelə, Yeşayaya və Yəhyaya verilmiş məbəd görüntüsü haqqında məlumat verilir:</w:t>
      </w:r>
    </w:p>
    <w:p>
      <w:pPr>
        <w:pStyle w:val="ArticleScripture"/>
        <w:jc w:val="left"/>
      </w:pPr>
      <w:r>
        <w:rPr>
          <w:rFonts w:ascii="Times New Roman" w:hAnsi="Times New Roman" w:eastAsia="Times New Roman" w:cs="Times New Roman"/>
        </w:rPr>
        <w:t>“ꞌẽva mboꞌepyrã kuéry ore porãrã. Tekotevẽ ñamombarete ñande jerovia Tupã rehe, pórke oĩma ñande renondépe peteĩ ára pyʼahatãva, ohaʼãtava yvypóra kuéra ánga. Cristo, Olivety yvyty ári, omombeʼu jey vaʼekue umi ñembojovake kyhyjepyrã oútava Hembijey mokõihápe mboyve: ‘Pehendúta ñorairõ ha ñorairõ rehegua ñeʼẽngue.’ ‘Tetã opuʼãta tetã rehe, ha mburuvicha guasu rekohápe opuʼãta ambue mburuvicha guasu rekoháre: ha oĩta karuai, mbaʼasy vai, ha yvyryrýi heta hendápe. Koʼãva opaite niko mbaʼasy ñepyrũnte.’ Jepémo koʼã profesía oñekumpli peteĩ hendáicha Jerusalén ñehundípe, oreko peteĩ aplicación hag̃ua hag̃uã iporãve hag̃ua umi ára pahápe.”</w:t>
      </w:r>
    </w:p>
    <w:p>
      <w:pPr>
        <w:pStyle w:val="ArticleHeading"/>
        <w:jc w:val="left"/>
      </w:pPr>
      <w:r>
        <w:rPr>
          <w:rFonts w:ascii="Nirmala UI" w:hAnsi="Nirmala UI" w:eastAsia="Nirmala UI" w:cs="Nirmala UI"/>
        </w:rPr>
        <w:t>ટુન્યૂ</w:t>
      </w:r>
      <w:r>
        <w:rPr>
          <w:rFonts w:ascii="Arial" w:hAnsi="Arial" w:eastAsia="Arial" w:cs="Arial"/>
        </w:rPr>
        <w:t xml:space="preserve"> </w:t>
      </w:r>
      <w:r>
        <w:rPr>
          <w:rFonts w:ascii="Nirmala UI" w:hAnsi="Nirmala UI" w:eastAsia="Nirmala UI" w:cs="Nirmala UI"/>
        </w:rPr>
        <w:t>ઑફ</w:t>
      </w:r>
      <w:r>
        <w:rPr>
          <w:rFonts w:ascii="Arial" w:hAnsi="Arial" w:eastAsia="Arial" w:cs="Arial"/>
        </w:rPr>
        <w:t xml:space="preserve"> </w:t>
      </w:r>
      <w:r>
        <w:rPr>
          <w:rFonts w:ascii="Nirmala UI" w:hAnsi="Nirmala UI" w:eastAsia="Nirmala UI" w:cs="Nirmala UI"/>
        </w:rPr>
        <w:t>અવ</w:t>
      </w:r>
    </w:p>
    <w:p>
      <w:pPr>
        <w:pStyle w:val="ArticleBody"/>
        <w:jc w:val="left"/>
      </w:pPr>
      <w:r>
        <w:rPr>
          <w:rFonts w:ascii="Times New Roman" w:hAnsi="Times New Roman" w:eastAsia="Times New Roman" w:cs="Times New Roman"/>
        </w:rPr>
        <w:t>Tisha B’Av, a ɛkyerɛ sɛ “Av da a ɛtɔ so akron” wɔ Hebri kasa mu no, ne Yudafo da a wɔde kae Asɔredan a edi kan a Babilonfo sɛee no wɔ afe 586 A.Y.B. mu ne Asɔredan a ɛto so abien a Tito sɛee no wɔ afe 70 mu. Saa sɛe no abien no nyinaa sii kalenda da koro no ara so—Hebri bosome Av da a ɛtɔ so akron no mu (a mpɛn pii ɛba Ɔsanaa anaa Ɔsanaa Ɔtofabere mu wɔ Gregorian kalenda no so). Bere a Onuawa White de Yerusalem sɛe no hyia “bere a ɛbɛsɔ nnipa akra ahwɛ” wɔ nna a edi akyiri no mu no, ɔrekyerɛ sɛe ahorow abien a ne nyinaa yɛ mfatoho a ɛda Homeda mmarahyɛ a ɛrebɛba ntɛm no adi.</w:t>
      </w:r>
    </w:p>
    <w:p>
      <w:pPr>
        <w:pStyle w:val="ArticleBody"/>
        <w:jc w:val="left"/>
      </w:pPr>
      <w:r>
        <w:rPr>
          <w:rFonts w:ascii="Times New Roman" w:hAnsi="Times New Roman" w:eastAsia="Times New Roman" w:cs="Times New Roman"/>
        </w:rPr>
        <w:t>Daniel hmun thumhlîk leh pakhat châng sawmruk parukna chuan Sunday dân chu a entîr a, châng sawmruk leh pakhatna nên a inrem tlâng. Ezekiel-ah chuan Jerusalem tihchhiatna hi Sunday dân hunah fimkhur leh âng lo nula sawm pahnihte thenhran dân entîrna atân hman a ni. Ezekiel chu Babulon-a sal anga awm laiin, mak takin Jerusalem-ah hruai kîr a ni a, chutah chuan bung riatna atanga bung sawm leh pakhatna thleng khân chu thenhranna tak chu a hmu thei a ni.</w:t>
      </w:r>
    </w:p>
    <w:p>
      <w:pPr>
        <w:pStyle w:val="ArticleScripture"/>
        <w:jc w:val="left"/>
      </w:pPr>
      <w:r>
        <w:rPr>
          <w:rFonts w:ascii="Ebrima" w:hAnsi="Ebrima" w:eastAsia="Ebrima" w:cs="Ebrima"/>
        </w:rPr>
        <w:t>ⴰⵏⴷ</w:t>
      </w:r>
      <w:r>
        <w:rPr>
          <w:rFonts w:ascii="Times New Roman" w:hAnsi="Times New Roman" w:eastAsia="Times New Roman" w:cs="Times New Roman"/>
        </w:rPr>
        <w:t xml:space="preserve"> </w:t>
      </w:r>
      <w:r>
        <w:rPr>
          <w:rFonts w:ascii="Ebrima" w:hAnsi="Ebrima" w:eastAsia="Ebrima" w:cs="Ebrima"/>
        </w:rPr>
        <w:t>ⵉⵜ</w:t>
      </w:r>
      <w:r>
        <w:rPr>
          <w:rFonts w:ascii="Times New Roman" w:hAnsi="Times New Roman" w:eastAsia="Times New Roman" w:cs="Times New Roman"/>
        </w:rPr>
        <w:t xml:space="preserve"> </w:t>
      </w:r>
      <w:r>
        <w:rPr>
          <w:rFonts w:ascii="Ebrima" w:hAnsi="Ebrima" w:eastAsia="Ebrima" w:cs="Ebrima"/>
        </w:rPr>
        <w:t>ⴽⴰⵎ</w:t>
      </w:r>
      <w:r>
        <w:rPr>
          <w:rFonts w:ascii="Times New Roman" w:hAnsi="Times New Roman" w:eastAsia="Times New Roman" w:cs="Times New Roman"/>
        </w:rPr>
        <w:t xml:space="preserve"> </w:t>
      </w:r>
      <w:r>
        <w:rPr>
          <w:rFonts w:ascii="Ebrima" w:hAnsi="Ebrima" w:eastAsia="Ebrima" w:cs="Ebrima"/>
        </w:rPr>
        <w:t>ⵜⵓ</w:t>
      </w:r>
      <w:r>
        <w:rPr>
          <w:rFonts w:ascii="Times New Roman" w:hAnsi="Times New Roman" w:eastAsia="Times New Roman" w:cs="Times New Roman"/>
        </w:rPr>
        <w:t xml:space="preserve"> </w:t>
      </w:r>
      <w:r>
        <w:rPr>
          <w:rFonts w:ascii="Ebrima" w:hAnsi="Ebrima" w:eastAsia="Ebrima" w:cs="Ebrima"/>
        </w:rPr>
        <w:t>ⴱⴰⵙ</w:t>
      </w:r>
      <w:r>
        <w:rPr>
          <w:rFonts w:ascii="Times New Roman" w:hAnsi="Times New Roman" w:eastAsia="Times New Roman" w:cs="Times New Roman"/>
        </w:rPr>
        <w:t xml:space="preserve"> </w:t>
      </w:r>
      <w:r>
        <w:rPr>
          <w:rFonts w:ascii="Ebrima" w:hAnsi="Ebrima" w:eastAsia="Ebrima" w:cs="Ebrima"/>
        </w:rPr>
        <w:t>ⵉⵏ</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ⵙⵉⵅⵜⵀ</w:t>
      </w:r>
      <w:r>
        <w:rPr>
          <w:rFonts w:ascii="Times New Roman" w:hAnsi="Times New Roman" w:eastAsia="Times New Roman" w:cs="Times New Roman"/>
        </w:rPr>
        <w:t xml:space="preserve"> </w:t>
      </w:r>
      <w:r>
        <w:rPr>
          <w:rFonts w:ascii="Ebrima" w:hAnsi="Ebrima" w:eastAsia="Ebrima" w:cs="Ebrima"/>
        </w:rPr>
        <w:t>ⵢⴻⴰⵔ</w:t>
      </w:r>
      <w:r>
        <w:rPr>
          <w:rFonts w:ascii="Times New Roman" w:hAnsi="Times New Roman" w:eastAsia="Times New Roman" w:cs="Times New Roman"/>
        </w:rPr>
        <w:t xml:space="preserve">, </w:t>
      </w:r>
      <w:r>
        <w:rPr>
          <w:rFonts w:ascii="Ebrima" w:hAnsi="Ebrima" w:eastAsia="Ebrima" w:cs="Ebrima"/>
        </w:rPr>
        <w:t>ⵉⵏ</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ⵙⵉⵅⵜⵀ</w:t>
      </w:r>
      <w:r>
        <w:rPr>
          <w:rFonts w:ascii="Times New Roman" w:hAnsi="Times New Roman" w:eastAsia="Times New Roman" w:cs="Times New Roman"/>
        </w:rPr>
        <w:t xml:space="preserve"> </w:t>
      </w:r>
      <w:r>
        <w:rPr>
          <w:rFonts w:ascii="Ebrima" w:hAnsi="Ebrima" w:eastAsia="Ebrima" w:cs="Ebrima"/>
        </w:rPr>
        <w:t>ⵎⵓⵏⵜⵀ</w:t>
      </w:r>
      <w:r>
        <w:rPr>
          <w:rFonts w:ascii="Times New Roman" w:hAnsi="Times New Roman" w:eastAsia="Times New Roman" w:cs="Times New Roman"/>
        </w:rPr>
        <w:t xml:space="preserve">, </w:t>
      </w:r>
      <w:r>
        <w:rPr>
          <w:rFonts w:ascii="Ebrima" w:hAnsi="Ebrima" w:eastAsia="Ebrima" w:cs="Ebrima"/>
        </w:rPr>
        <w:t>ⵉⵏ</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ⴼⵉⴼⵜⵀ</w:t>
      </w:r>
      <w:r>
        <w:rPr>
          <w:rFonts w:ascii="Times New Roman" w:hAnsi="Times New Roman" w:eastAsia="Times New Roman" w:cs="Times New Roman"/>
        </w:rPr>
        <w:t xml:space="preserve"> </w:t>
      </w:r>
      <w:r>
        <w:rPr>
          <w:rFonts w:ascii="Ebrima" w:hAnsi="Ebrima" w:eastAsia="Ebrima" w:cs="Ebrima"/>
        </w:rPr>
        <w:t>ⴷⴰⵢ</w:t>
      </w:r>
      <w:r>
        <w:rPr>
          <w:rFonts w:ascii="Times New Roman" w:hAnsi="Times New Roman" w:eastAsia="Times New Roman" w:cs="Times New Roman"/>
        </w:rPr>
        <w:t xml:space="preserve"> </w:t>
      </w:r>
      <w:r>
        <w:rPr>
          <w:rFonts w:ascii="Ebrima" w:hAnsi="Ebrima" w:eastAsia="Ebrima" w:cs="Ebrima"/>
        </w:rPr>
        <w:t>ⵓⴼ</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ⵎⵓⵏⵜⵀ</w:t>
      </w:r>
      <w:r>
        <w:rPr>
          <w:rFonts w:ascii="Times New Roman" w:hAnsi="Times New Roman" w:eastAsia="Times New Roman" w:cs="Times New Roman"/>
        </w:rPr>
        <w:t xml:space="preserve">, </w:t>
      </w:r>
      <w:r>
        <w:rPr>
          <w:rFonts w:ascii="Ebrima" w:hAnsi="Ebrima" w:eastAsia="Ebrima" w:cs="Ebrima"/>
        </w:rPr>
        <w:t>ⴰⵙ</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ⵙⴰⵜ</w:t>
      </w:r>
      <w:r>
        <w:rPr>
          <w:rFonts w:ascii="Times New Roman" w:hAnsi="Times New Roman" w:eastAsia="Times New Roman" w:cs="Times New Roman"/>
        </w:rPr>
        <w:t xml:space="preserve"> </w:t>
      </w:r>
      <w:r>
        <w:rPr>
          <w:rFonts w:ascii="Ebrima" w:hAnsi="Ebrima" w:eastAsia="Ebrima" w:cs="Ebrima"/>
        </w:rPr>
        <w:t>ⵉⵏ</w:t>
      </w:r>
      <w:r>
        <w:rPr>
          <w:rFonts w:ascii="Times New Roman" w:hAnsi="Times New Roman" w:eastAsia="Times New Roman" w:cs="Times New Roman"/>
        </w:rPr>
        <w:t xml:space="preserve"> </w:t>
      </w:r>
      <w:r>
        <w:rPr>
          <w:rFonts w:ascii="Ebrima" w:hAnsi="Ebrima" w:eastAsia="Ebrima" w:cs="Ebrima"/>
        </w:rPr>
        <w:t>ⵎⵉⵏⴻ</w:t>
      </w:r>
      <w:r>
        <w:rPr>
          <w:rFonts w:ascii="Times New Roman" w:hAnsi="Times New Roman" w:eastAsia="Times New Roman" w:cs="Times New Roman"/>
        </w:rPr>
        <w:t xml:space="preserve"> </w:t>
      </w:r>
      <w:r>
        <w:rPr>
          <w:rFonts w:ascii="Ebrima" w:hAnsi="Ebrima" w:eastAsia="Ebrima" w:cs="Ebrima"/>
        </w:rPr>
        <w:t>ⵀⵓⵙⴻ</w:t>
      </w:r>
      <w:r>
        <w:rPr>
          <w:rFonts w:ascii="Times New Roman" w:hAnsi="Times New Roman" w:eastAsia="Times New Roman" w:cs="Times New Roman"/>
        </w:rPr>
        <w:t xml:space="preserve">, </w:t>
      </w:r>
      <w:r>
        <w:rPr>
          <w:rFonts w:ascii="Ebrima" w:hAnsi="Ebrima" w:eastAsia="Ebrima" w:cs="Ebrima"/>
        </w:rPr>
        <w:t>ⴰⵏⴷ</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ⴻⵍⴷⴻⵔⵙ</w:t>
      </w:r>
      <w:r>
        <w:rPr>
          <w:rFonts w:ascii="Times New Roman" w:hAnsi="Times New Roman" w:eastAsia="Times New Roman" w:cs="Times New Roman"/>
        </w:rPr>
        <w:t xml:space="preserve"> </w:t>
      </w:r>
      <w:r>
        <w:rPr>
          <w:rFonts w:ascii="Ebrima" w:hAnsi="Ebrima" w:eastAsia="Ebrima" w:cs="Ebrima"/>
        </w:rPr>
        <w:t>ⵓⴼ</w:t>
      </w:r>
      <w:r>
        <w:rPr>
          <w:rFonts w:ascii="Times New Roman" w:hAnsi="Times New Roman" w:eastAsia="Times New Roman" w:cs="Times New Roman"/>
        </w:rPr>
        <w:t xml:space="preserve"> </w:t>
      </w:r>
      <w:r>
        <w:rPr>
          <w:rFonts w:ascii="Ebrima" w:hAnsi="Ebrima" w:eastAsia="Ebrima" w:cs="Ebrima"/>
        </w:rPr>
        <w:t>ⵊⵓⴷⴰⵀ</w:t>
      </w:r>
      <w:r>
        <w:rPr>
          <w:rFonts w:ascii="Times New Roman" w:hAnsi="Times New Roman" w:eastAsia="Times New Roman" w:cs="Times New Roman"/>
        </w:rPr>
        <w:t xml:space="preserve"> </w:t>
      </w:r>
      <w:r>
        <w:rPr>
          <w:rFonts w:ascii="Ebrima" w:hAnsi="Ebrima" w:eastAsia="Ebrima" w:cs="Ebrima"/>
        </w:rPr>
        <w:t>ⵙⴰⵜ</w:t>
      </w:r>
      <w:r>
        <w:rPr>
          <w:rFonts w:ascii="Times New Roman" w:hAnsi="Times New Roman" w:eastAsia="Times New Roman" w:cs="Times New Roman"/>
        </w:rPr>
        <w:t xml:space="preserve"> </w:t>
      </w:r>
      <w:r>
        <w:rPr>
          <w:rFonts w:ascii="Ebrima" w:hAnsi="Ebrima" w:eastAsia="Ebrima" w:cs="Ebrima"/>
        </w:rPr>
        <w:t>ⴱⴻⴼⵓⵔⴻ</w:t>
      </w:r>
      <w:r>
        <w:rPr>
          <w:rFonts w:ascii="Times New Roman" w:hAnsi="Times New Roman" w:eastAsia="Times New Roman" w:cs="Times New Roman"/>
        </w:rPr>
        <w:t xml:space="preserve"> </w:t>
      </w:r>
      <w:r>
        <w:rPr>
          <w:rFonts w:ascii="Ebrima" w:hAnsi="Ebrima" w:eastAsia="Ebrima" w:cs="Ebrima"/>
        </w:rPr>
        <w:t>ⵎⴻ</w:t>
      </w:r>
      <w:r>
        <w:rPr>
          <w:rFonts w:ascii="Times New Roman" w:hAnsi="Times New Roman" w:eastAsia="Times New Roman" w:cs="Times New Roman"/>
        </w:rPr>
        <w:t xml:space="preserve">, </w:t>
      </w:r>
      <w:r>
        <w:rPr>
          <w:rFonts w:ascii="Ebrima" w:hAnsi="Ebrima" w:eastAsia="Ebrima" w:cs="Ebrima"/>
        </w:rPr>
        <w:t>ⵜⵀⴰⵜ</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ⵀⴰⵏⴷ</w:t>
      </w:r>
      <w:r>
        <w:rPr>
          <w:rFonts w:ascii="Times New Roman" w:hAnsi="Times New Roman" w:eastAsia="Times New Roman" w:cs="Times New Roman"/>
        </w:rPr>
        <w:t xml:space="preserve"> </w:t>
      </w:r>
      <w:r>
        <w:rPr>
          <w:rFonts w:ascii="Ebrima" w:hAnsi="Ebrima" w:eastAsia="Ebrima" w:cs="Ebrima"/>
        </w:rPr>
        <w:t>ⵓⴼ</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ⵍⵓⵔⴷ</w:t>
      </w:r>
      <w:r>
        <w:rPr>
          <w:rFonts w:ascii="Times New Roman" w:hAnsi="Times New Roman" w:eastAsia="Times New Roman" w:cs="Times New Roman"/>
        </w:rPr>
        <w:t xml:space="preserve"> </w:t>
      </w:r>
      <w:r>
        <w:rPr>
          <w:rFonts w:ascii="Ebrima" w:hAnsi="Ebrima" w:eastAsia="Ebrima" w:cs="Ebrima"/>
        </w:rPr>
        <w:t>ⴳⵓⴷ</w:t>
      </w:r>
      <w:r>
        <w:rPr>
          <w:rFonts w:ascii="Times New Roman" w:hAnsi="Times New Roman" w:eastAsia="Times New Roman" w:cs="Times New Roman"/>
        </w:rPr>
        <w:t xml:space="preserve"> </w:t>
      </w:r>
      <w:r>
        <w:rPr>
          <w:rFonts w:ascii="Ebrima" w:hAnsi="Ebrima" w:eastAsia="Ebrima" w:cs="Ebrima"/>
        </w:rPr>
        <w:t>ⴼⴻⵍⵍ</w:t>
      </w:r>
      <w:r>
        <w:rPr>
          <w:rFonts w:ascii="Times New Roman" w:hAnsi="Times New Roman" w:eastAsia="Times New Roman" w:cs="Times New Roman"/>
        </w:rPr>
        <w:t xml:space="preserve"> </w:t>
      </w:r>
      <w:r>
        <w:rPr>
          <w:rFonts w:ascii="Ebrima" w:hAnsi="Ebrima" w:eastAsia="Ebrima" w:cs="Ebrima"/>
        </w:rPr>
        <w:t>ⵜⵀⴻⵔⴻ</w:t>
      </w:r>
      <w:r>
        <w:rPr>
          <w:rFonts w:ascii="Times New Roman" w:hAnsi="Times New Roman" w:eastAsia="Times New Roman" w:cs="Times New Roman"/>
        </w:rPr>
        <w:t xml:space="preserve"> </w:t>
      </w:r>
      <w:r>
        <w:rPr>
          <w:rFonts w:ascii="Ebrima" w:hAnsi="Ebrima" w:eastAsia="Ebrima" w:cs="Ebrima"/>
        </w:rPr>
        <w:t>ⵓⵒⵓⵏ</w:t>
      </w:r>
      <w:r>
        <w:rPr>
          <w:rFonts w:ascii="Times New Roman" w:hAnsi="Times New Roman" w:eastAsia="Times New Roman" w:cs="Times New Roman"/>
        </w:rPr>
        <w:t xml:space="preserve"> </w:t>
      </w:r>
      <w:r>
        <w:rPr>
          <w:rFonts w:ascii="Ebrima" w:hAnsi="Ebrima" w:eastAsia="Ebrima" w:cs="Ebrima"/>
        </w:rPr>
        <w:t>ⵎⴻ</w:t>
      </w:r>
      <w:r>
        <w:rPr>
          <w:rFonts w:ascii="Times New Roman" w:hAnsi="Times New Roman" w:eastAsia="Times New Roman" w:cs="Times New Roman"/>
        </w:rPr>
        <w:t xml:space="preserve">. </w:t>
      </w:r>
      <w:r>
        <w:rPr>
          <w:rFonts w:ascii="Ebrima" w:hAnsi="Ebrima" w:eastAsia="Ebrima" w:cs="Ebrima"/>
        </w:rPr>
        <w:t>ⵜⵀⴻⵏ</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ⴱⴻⵀⴻⵍⴷ</w:t>
      </w:r>
      <w:r>
        <w:rPr>
          <w:rFonts w:ascii="Times New Roman" w:hAnsi="Times New Roman" w:eastAsia="Times New Roman" w:cs="Times New Roman"/>
        </w:rPr>
        <w:t xml:space="preserve">, </w:t>
      </w:r>
      <w:r>
        <w:rPr>
          <w:rFonts w:ascii="Ebrima" w:hAnsi="Ebrima" w:eastAsia="Ebrima" w:cs="Ebrima"/>
        </w:rPr>
        <w:t>ⴰⵏⴷ</w:t>
      </w:r>
      <w:r>
        <w:rPr>
          <w:rFonts w:ascii="Times New Roman" w:hAnsi="Times New Roman" w:eastAsia="Times New Roman" w:cs="Times New Roman"/>
        </w:rPr>
        <w:t xml:space="preserve"> </w:t>
      </w:r>
      <w:r>
        <w:rPr>
          <w:rFonts w:ascii="Ebrima" w:hAnsi="Ebrima" w:eastAsia="Ebrima" w:cs="Ebrima"/>
        </w:rPr>
        <w:t>ⵍⵓ</w:t>
      </w:r>
      <w:r>
        <w:rPr>
          <w:rFonts w:ascii="Times New Roman" w:hAnsi="Times New Roman" w:eastAsia="Times New Roman" w:cs="Times New Roman"/>
        </w:rPr>
        <w:t xml:space="preserve"> </w:t>
      </w:r>
      <w:r>
        <w:rPr>
          <w:rFonts w:ascii="Ebrima" w:hAnsi="Ebrima" w:eastAsia="Ebrima" w:cs="Ebrima"/>
        </w:rPr>
        <w:t>ⴰ</w:t>
      </w:r>
      <w:r>
        <w:rPr>
          <w:rFonts w:ascii="Times New Roman" w:hAnsi="Times New Roman" w:eastAsia="Times New Roman" w:cs="Times New Roman"/>
        </w:rPr>
        <w:t xml:space="preserve"> </w:t>
      </w:r>
      <w:r>
        <w:rPr>
          <w:rFonts w:ascii="Ebrima" w:hAnsi="Ebrima" w:eastAsia="Ebrima" w:cs="Ebrima"/>
        </w:rPr>
        <w:t>ⵍⵉⴽⴻⵏⴻⵙⵙ</w:t>
      </w:r>
      <w:r>
        <w:rPr>
          <w:rFonts w:ascii="Times New Roman" w:hAnsi="Times New Roman" w:eastAsia="Times New Roman" w:cs="Times New Roman"/>
        </w:rPr>
        <w:t xml:space="preserve"> </w:t>
      </w:r>
      <w:r>
        <w:rPr>
          <w:rFonts w:ascii="Ebrima" w:hAnsi="Ebrima" w:eastAsia="Ebrima" w:cs="Ebrima"/>
        </w:rPr>
        <w:t>ⴰⵙ</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ⴰⵒⵒⴻⴰⵔⴰⵏⴽⴻ</w:t>
      </w:r>
      <w:r>
        <w:rPr>
          <w:rFonts w:ascii="Times New Roman" w:hAnsi="Times New Roman" w:eastAsia="Times New Roman" w:cs="Times New Roman"/>
        </w:rPr>
        <w:t xml:space="preserve"> </w:t>
      </w:r>
      <w:r>
        <w:rPr>
          <w:rFonts w:ascii="Ebrima" w:hAnsi="Ebrima" w:eastAsia="Ebrima" w:cs="Ebrima"/>
        </w:rPr>
        <w:t>ⵓⴼ</w:t>
      </w:r>
      <w:r>
        <w:rPr>
          <w:rFonts w:ascii="Times New Roman" w:hAnsi="Times New Roman" w:eastAsia="Times New Roman" w:cs="Times New Roman"/>
        </w:rPr>
        <w:t xml:space="preserve"> </w:t>
      </w:r>
      <w:r>
        <w:rPr>
          <w:rFonts w:ascii="Ebrima" w:hAnsi="Ebrima" w:eastAsia="Ebrima" w:cs="Ebrima"/>
        </w:rPr>
        <w:t>ⴼⵉⵔⴻ</w:t>
      </w:r>
      <w:r>
        <w:rPr>
          <w:rFonts w:ascii="Times New Roman" w:hAnsi="Times New Roman" w:eastAsia="Times New Roman" w:cs="Times New Roman"/>
        </w:rPr>
        <w:t xml:space="preserve">: </w:t>
      </w:r>
      <w:r>
        <w:rPr>
          <w:rFonts w:ascii="Ebrima" w:hAnsi="Ebrima" w:eastAsia="Ebrima" w:cs="Ebrima"/>
        </w:rPr>
        <w:t>ⴼⵔⵓⵎ</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ⴰⵒⵒⴻⴰⵔⴰⵏⴽⴻ</w:t>
      </w:r>
      <w:r>
        <w:rPr>
          <w:rFonts w:ascii="Times New Roman" w:hAnsi="Times New Roman" w:eastAsia="Times New Roman" w:cs="Times New Roman"/>
        </w:rPr>
        <w:t xml:space="preserve"> </w:t>
      </w:r>
      <w:r>
        <w:rPr>
          <w:rFonts w:ascii="Ebrima" w:hAnsi="Ebrima" w:eastAsia="Ebrima" w:cs="Ebrima"/>
        </w:rPr>
        <w:t>ⵓⴼ</w:t>
      </w:r>
      <w:r>
        <w:rPr>
          <w:rFonts w:ascii="Times New Roman" w:hAnsi="Times New Roman" w:eastAsia="Times New Roman" w:cs="Times New Roman"/>
        </w:rPr>
        <w:t xml:space="preserve"> </w:t>
      </w:r>
      <w:r>
        <w:rPr>
          <w:rFonts w:ascii="Ebrima" w:hAnsi="Ebrima" w:eastAsia="Ebrima" w:cs="Ebrima"/>
        </w:rPr>
        <w:t>ⵀⵉⵙ</w:t>
      </w:r>
      <w:r>
        <w:rPr>
          <w:rFonts w:ascii="Times New Roman" w:hAnsi="Times New Roman" w:eastAsia="Times New Roman" w:cs="Times New Roman"/>
        </w:rPr>
        <w:t xml:space="preserve"> </w:t>
      </w:r>
      <w:r>
        <w:rPr>
          <w:rFonts w:ascii="Ebrima" w:hAnsi="Ebrima" w:eastAsia="Ebrima" w:cs="Ebrima"/>
        </w:rPr>
        <w:t>ⵍⵓⵉⵏⵙ</w:t>
      </w:r>
      <w:r>
        <w:rPr>
          <w:rFonts w:ascii="Times New Roman" w:hAnsi="Times New Roman" w:eastAsia="Times New Roman" w:cs="Times New Roman"/>
        </w:rPr>
        <w:t xml:space="preserve"> </w:t>
      </w:r>
      <w:r>
        <w:rPr>
          <w:rFonts w:ascii="Ebrima" w:hAnsi="Ebrima" w:eastAsia="Ebrima" w:cs="Ebrima"/>
        </w:rPr>
        <w:t>ⴻⴼⴻⵏ</w:t>
      </w:r>
      <w:r>
        <w:rPr>
          <w:rFonts w:ascii="Times New Roman" w:hAnsi="Times New Roman" w:eastAsia="Times New Roman" w:cs="Times New Roman"/>
        </w:rPr>
        <w:t xml:space="preserve"> </w:t>
      </w:r>
      <w:r>
        <w:rPr>
          <w:rFonts w:ascii="Ebrima" w:hAnsi="Ebrima" w:eastAsia="Ebrima" w:cs="Ebrima"/>
        </w:rPr>
        <w:t>ⴷⵓⵡⵏⵡⴰⵔⴷ</w:t>
      </w:r>
      <w:r>
        <w:rPr>
          <w:rFonts w:ascii="Times New Roman" w:hAnsi="Times New Roman" w:eastAsia="Times New Roman" w:cs="Times New Roman"/>
        </w:rPr>
        <w:t xml:space="preserve">, </w:t>
      </w:r>
      <w:r>
        <w:rPr>
          <w:rFonts w:ascii="Ebrima" w:hAnsi="Ebrima" w:eastAsia="Ebrima" w:cs="Ebrima"/>
        </w:rPr>
        <w:t>ⴼⵉⵔⴻ</w:t>
      </w:r>
      <w:r>
        <w:rPr>
          <w:rFonts w:ascii="Times New Roman" w:hAnsi="Times New Roman" w:eastAsia="Times New Roman" w:cs="Times New Roman"/>
        </w:rPr>
        <w:t xml:space="preserve">; </w:t>
      </w:r>
      <w:r>
        <w:rPr>
          <w:rFonts w:ascii="Ebrima" w:hAnsi="Ebrima" w:eastAsia="Ebrima" w:cs="Ebrima"/>
        </w:rPr>
        <w:t>ⴰⵏⴷ</w:t>
      </w:r>
      <w:r>
        <w:rPr>
          <w:rFonts w:ascii="Times New Roman" w:hAnsi="Times New Roman" w:eastAsia="Times New Roman" w:cs="Times New Roman"/>
        </w:rPr>
        <w:t xml:space="preserve"> </w:t>
      </w:r>
      <w:r>
        <w:rPr>
          <w:rFonts w:ascii="Ebrima" w:hAnsi="Ebrima" w:eastAsia="Ebrima" w:cs="Ebrima"/>
        </w:rPr>
        <w:t>ⴼⵔⵓⵎ</w:t>
      </w:r>
      <w:r>
        <w:rPr>
          <w:rFonts w:ascii="Times New Roman" w:hAnsi="Times New Roman" w:eastAsia="Times New Roman" w:cs="Times New Roman"/>
        </w:rPr>
        <w:t xml:space="preserve"> </w:t>
      </w:r>
      <w:r>
        <w:rPr>
          <w:rFonts w:ascii="Ebrima" w:hAnsi="Ebrima" w:eastAsia="Ebrima" w:cs="Ebrima"/>
        </w:rPr>
        <w:t>ⵀⵉⵙ</w:t>
      </w:r>
      <w:r>
        <w:rPr>
          <w:rFonts w:ascii="Times New Roman" w:hAnsi="Times New Roman" w:eastAsia="Times New Roman" w:cs="Times New Roman"/>
        </w:rPr>
        <w:t xml:space="preserve"> </w:t>
      </w:r>
      <w:r>
        <w:rPr>
          <w:rFonts w:ascii="Ebrima" w:hAnsi="Ebrima" w:eastAsia="Ebrima" w:cs="Ebrima"/>
        </w:rPr>
        <w:t>ⵍⵓⵉⵏⵙ</w:t>
      </w:r>
      <w:r>
        <w:rPr>
          <w:rFonts w:ascii="Times New Roman" w:hAnsi="Times New Roman" w:eastAsia="Times New Roman" w:cs="Times New Roman"/>
        </w:rPr>
        <w:t xml:space="preserve"> </w:t>
      </w:r>
      <w:r>
        <w:rPr>
          <w:rFonts w:ascii="Ebrima" w:hAnsi="Ebrima" w:eastAsia="Ebrima" w:cs="Ebrima"/>
        </w:rPr>
        <w:t>ⴻⴼⴻⵏ</w:t>
      </w:r>
      <w:r>
        <w:rPr>
          <w:rFonts w:ascii="Times New Roman" w:hAnsi="Times New Roman" w:eastAsia="Times New Roman" w:cs="Times New Roman"/>
        </w:rPr>
        <w:t xml:space="preserve"> </w:t>
      </w:r>
      <w:r>
        <w:rPr>
          <w:rFonts w:ascii="Ebrima" w:hAnsi="Ebrima" w:eastAsia="Ebrima" w:cs="Ebrima"/>
        </w:rPr>
        <w:t>ⵓⵒⵡⴰⵔⴷ</w:t>
      </w:r>
      <w:r>
        <w:rPr>
          <w:rFonts w:ascii="Times New Roman" w:hAnsi="Times New Roman" w:eastAsia="Times New Roman" w:cs="Times New Roman"/>
        </w:rPr>
        <w:t xml:space="preserve">, </w:t>
      </w:r>
      <w:r>
        <w:rPr>
          <w:rFonts w:ascii="Ebrima" w:hAnsi="Ebrima" w:eastAsia="Ebrima" w:cs="Ebrima"/>
        </w:rPr>
        <w:t>ⴰⵙ</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ⴰⵒⵒⴻⴰⵔⴰⵏⴽⴻ</w:t>
      </w:r>
      <w:r>
        <w:rPr>
          <w:rFonts w:ascii="Times New Roman" w:hAnsi="Times New Roman" w:eastAsia="Times New Roman" w:cs="Times New Roman"/>
        </w:rPr>
        <w:t xml:space="preserve"> </w:t>
      </w:r>
      <w:r>
        <w:rPr>
          <w:rFonts w:ascii="Ebrima" w:hAnsi="Ebrima" w:eastAsia="Ebrima" w:cs="Ebrima"/>
        </w:rPr>
        <w:t>ⵓⴼ</w:t>
      </w:r>
      <w:r>
        <w:rPr>
          <w:rFonts w:ascii="Times New Roman" w:hAnsi="Times New Roman" w:eastAsia="Times New Roman" w:cs="Times New Roman"/>
        </w:rPr>
        <w:t xml:space="preserve"> </w:t>
      </w:r>
      <w:r>
        <w:rPr>
          <w:rFonts w:ascii="Ebrima" w:hAnsi="Ebrima" w:eastAsia="Ebrima" w:cs="Ebrima"/>
        </w:rPr>
        <w:t>ⴱⵔⵉⴳⵀⵜⵏⴻⵙⵙ</w:t>
      </w:r>
      <w:r>
        <w:rPr>
          <w:rFonts w:ascii="Times New Roman" w:hAnsi="Times New Roman" w:eastAsia="Times New Roman" w:cs="Times New Roman"/>
        </w:rPr>
        <w:t xml:space="preserve">, </w:t>
      </w:r>
      <w:r>
        <w:rPr>
          <w:rFonts w:ascii="Ebrima" w:hAnsi="Ebrima" w:eastAsia="Ebrima" w:cs="Ebrima"/>
        </w:rPr>
        <w:t>ⴰⵙ</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ⴽⵓⵍⵓⵔ</w:t>
      </w:r>
      <w:r>
        <w:rPr>
          <w:rFonts w:ascii="Times New Roman" w:hAnsi="Times New Roman" w:eastAsia="Times New Roman" w:cs="Times New Roman"/>
        </w:rPr>
        <w:t xml:space="preserve"> </w:t>
      </w:r>
      <w:r>
        <w:rPr>
          <w:rFonts w:ascii="Ebrima" w:hAnsi="Ebrima" w:eastAsia="Ebrima" w:cs="Ebrima"/>
        </w:rPr>
        <w:t>ⵓⴼ</w:t>
      </w:r>
      <w:r>
        <w:rPr>
          <w:rFonts w:ascii="Times New Roman" w:hAnsi="Times New Roman" w:eastAsia="Times New Roman" w:cs="Times New Roman"/>
        </w:rPr>
        <w:t xml:space="preserve"> </w:t>
      </w:r>
      <w:r>
        <w:rPr>
          <w:rFonts w:ascii="Ebrima" w:hAnsi="Ebrima" w:eastAsia="Ebrima" w:cs="Ebrima"/>
        </w:rPr>
        <w:t>ⴰⵎⴱⴻⵔ</w:t>
      </w:r>
      <w:r>
        <w:rPr>
          <w:rFonts w:ascii="Times New Roman" w:hAnsi="Times New Roman" w:eastAsia="Times New Roman" w:cs="Times New Roman"/>
        </w:rPr>
        <w:t xml:space="preserve">. </w:t>
      </w:r>
      <w:r>
        <w:rPr>
          <w:rFonts w:ascii="Ebrima" w:hAnsi="Ebrima" w:eastAsia="Ebrima" w:cs="Ebrima"/>
        </w:rPr>
        <w:t>ⴰⵏⴷ</w:t>
      </w:r>
      <w:r>
        <w:rPr>
          <w:rFonts w:ascii="Times New Roman" w:hAnsi="Times New Roman" w:eastAsia="Times New Roman" w:cs="Times New Roman"/>
        </w:rPr>
        <w:t xml:space="preserve"> </w:t>
      </w:r>
      <w:r>
        <w:rPr>
          <w:rFonts w:ascii="Ebrima" w:hAnsi="Ebrima" w:eastAsia="Ebrima" w:cs="Ebrima"/>
        </w:rPr>
        <w:t>ⵀⴻ</w:t>
      </w:r>
      <w:r>
        <w:rPr>
          <w:rFonts w:ascii="Times New Roman" w:hAnsi="Times New Roman" w:eastAsia="Times New Roman" w:cs="Times New Roman"/>
        </w:rPr>
        <w:t xml:space="preserve"> </w:t>
      </w:r>
      <w:r>
        <w:rPr>
          <w:rFonts w:ascii="Ebrima" w:hAnsi="Ebrima" w:eastAsia="Ebrima" w:cs="Ebrima"/>
        </w:rPr>
        <w:t>ⵒⵓⵜ</w:t>
      </w:r>
      <w:r>
        <w:rPr>
          <w:rFonts w:ascii="Times New Roman" w:hAnsi="Times New Roman" w:eastAsia="Times New Roman" w:cs="Times New Roman"/>
        </w:rPr>
        <w:t xml:space="preserve"> </w:t>
      </w:r>
      <w:r>
        <w:rPr>
          <w:rFonts w:ascii="Ebrima" w:hAnsi="Ebrima" w:eastAsia="Ebrima" w:cs="Ebrima"/>
        </w:rPr>
        <w:t>ⴼⵓⵔⵜⵀ</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ⴼⵓⵔⵎ</w:t>
      </w:r>
      <w:r>
        <w:rPr>
          <w:rFonts w:ascii="Times New Roman" w:hAnsi="Times New Roman" w:eastAsia="Times New Roman" w:cs="Times New Roman"/>
        </w:rPr>
        <w:t xml:space="preserve"> </w:t>
      </w:r>
      <w:r>
        <w:rPr>
          <w:rFonts w:ascii="Ebrima" w:hAnsi="Ebrima" w:eastAsia="Ebrima" w:cs="Ebrima"/>
        </w:rPr>
        <w:t>ⵓⴼ</w:t>
      </w:r>
      <w:r>
        <w:rPr>
          <w:rFonts w:ascii="Times New Roman" w:hAnsi="Times New Roman" w:eastAsia="Times New Roman" w:cs="Times New Roman"/>
        </w:rPr>
        <w:t xml:space="preserve"> </w:t>
      </w:r>
      <w:r>
        <w:rPr>
          <w:rFonts w:ascii="Ebrima" w:hAnsi="Ebrima" w:eastAsia="Ebrima" w:cs="Ebrima"/>
        </w:rPr>
        <w:t>ⴰⵏ</w:t>
      </w:r>
      <w:r>
        <w:rPr>
          <w:rFonts w:ascii="Times New Roman" w:hAnsi="Times New Roman" w:eastAsia="Times New Roman" w:cs="Times New Roman"/>
        </w:rPr>
        <w:t xml:space="preserve"> </w:t>
      </w:r>
      <w:r>
        <w:rPr>
          <w:rFonts w:ascii="Ebrima" w:hAnsi="Ebrima" w:eastAsia="Ebrima" w:cs="Ebrima"/>
        </w:rPr>
        <w:t>ⵀⴰⵏⴷ</w:t>
      </w:r>
      <w:r>
        <w:rPr>
          <w:rFonts w:ascii="Times New Roman" w:hAnsi="Times New Roman" w:eastAsia="Times New Roman" w:cs="Times New Roman"/>
        </w:rPr>
        <w:t xml:space="preserve">, </w:t>
      </w:r>
      <w:r>
        <w:rPr>
          <w:rFonts w:ascii="Ebrima" w:hAnsi="Ebrima" w:eastAsia="Ebrima" w:cs="Ebrima"/>
        </w:rPr>
        <w:t>ⴰⵏⴷ</w:t>
      </w:r>
      <w:r>
        <w:rPr>
          <w:rFonts w:ascii="Times New Roman" w:hAnsi="Times New Roman" w:eastAsia="Times New Roman" w:cs="Times New Roman"/>
        </w:rPr>
        <w:t xml:space="preserve"> </w:t>
      </w:r>
      <w:r>
        <w:rPr>
          <w:rFonts w:ascii="Ebrima" w:hAnsi="Ebrima" w:eastAsia="Ebrima" w:cs="Ebrima"/>
        </w:rPr>
        <w:t>ⵜⵓⴽ</w:t>
      </w:r>
      <w:r>
        <w:rPr>
          <w:rFonts w:ascii="Times New Roman" w:hAnsi="Times New Roman" w:eastAsia="Times New Roman" w:cs="Times New Roman"/>
        </w:rPr>
        <w:t xml:space="preserve"> </w:t>
      </w:r>
      <w:r>
        <w:rPr>
          <w:rFonts w:ascii="Ebrima" w:hAnsi="Ebrima" w:eastAsia="Ebrima" w:cs="Ebrima"/>
        </w:rPr>
        <w:t>ⵎⴻ</w:t>
      </w:r>
      <w:r>
        <w:rPr>
          <w:rFonts w:ascii="Times New Roman" w:hAnsi="Times New Roman" w:eastAsia="Times New Roman" w:cs="Times New Roman"/>
        </w:rPr>
        <w:t xml:space="preserve"> </w:t>
      </w:r>
      <w:r>
        <w:rPr>
          <w:rFonts w:ascii="Ebrima" w:hAnsi="Ebrima" w:eastAsia="Ebrima" w:cs="Ebrima"/>
        </w:rPr>
        <w:t>ⴱⵢ</w:t>
      </w:r>
      <w:r>
        <w:rPr>
          <w:rFonts w:ascii="Times New Roman" w:hAnsi="Times New Roman" w:eastAsia="Times New Roman" w:cs="Times New Roman"/>
        </w:rPr>
        <w:t xml:space="preserve"> </w:t>
      </w:r>
      <w:r>
        <w:rPr>
          <w:rFonts w:ascii="Ebrima" w:hAnsi="Ebrima" w:eastAsia="Ebrima" w:cs="Ebrima"/>
        </w:rPr>
        <w:t>ⴰ</w:t>
      </w:r>
      <w:r>
        <w:rPr>
          <w:rFonts w:ascii="Times New Roman" w:hAnsi="Times New Roman" w:eastAsia="Times New Roman" w:cs="Times New Roman"/>
        </w:rPr>
        <w:t xml:space="preserve"> </w:t>
      </w:r>
      <w:r>
        <w:rPr>
          <w:rFonts w:ascii="Ebrima" w:hAnsi="Ebrima" w:eastAsia="Ebrima" w:cs="Ebrima"/>
        </w:rPr>
        <w:t>ⵍⵓⴽ</w:t>
      </w:r>
      <w:r>
        <w:rPr>
          <w:rFonts w:ascii="Times New Roman" w:hAnsi="Times New Roman" w:eastAsia="Times New Roman" w:cs="Times New Roman"/>
        </w:rPr>
        <w:t xml:space="preserve"> </w:t>
      </w:r>
      <w:r>
        <w:rPr>
          <w:rFonts w:ascii="Ebrima" w:hAnsi="Ebrima" w:eastAsia="Ebrima" w:cs="Ebrima"/>
        </w:rPr>
        <w:t>ⵓⴼ</w:t>
      </w:r>
      <w:r>
        <w:rPr>
          <w:rFonts w:ascii="Times New Roman" w:hAnsi="Times New Roman" w:eastAsia="Times New Roman" w:cs="Times New Roman"/>
        </w:rPr>
        <w:t xml:space="preserve"> </w:t>
      </w:r>
      <w:r>
        <w:rPr>
          <w:rFonts w:ascii="Ebrima" w:hAnsi="Ebrima" w:eastAsia="Ebrima" w:cs="Ebrima"/>
        </w:rPr>
        <w:t>ⵎⵉⵏⴻ</w:t>
      </w:r>
      <w:r>
        <w:rPr>
          <w:rFonts w:ascii="Times New Roman" w:hAnsi="Times New Roman" w:eastAsia="Times New Roman" w:cs="Times New Roman"/>
        </w:rPr>
        <w:t xml:space="preserve"> </w:t>
      </w:r>
      <w:r>
        <w:rPr>
          <w:rFonts w:ascii="Ebrima" w:hAnsi="Ebrima" w:eastAsia="Ebrima" w:cs="Ebrima"/>
        </w:rPr>
        <w:t>ⵀⴻⴰⴷ</w:t>
      </w:r>
      <w:r>
        <w:rPr>
          <w:rFonts w:ascii="Times New Roman" w:hAnsi="Times New Roman" w:eastAsia="Times New Roman" w:cs="Times New Roman"/>
        </w:rPr>
        <w:t xml:space="preserve">; </w:t>
      </w:r>
      <w:r>
        <w:rPr>
          <w:rFonts w:ascii="Ebrima" w:hAnsi="Ebrima" w:eastAsia="Ebrima" w:cs="Ebrima"/>
        </w:rPr>
        <w:t>ⴰⵏⴷ</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ⵙⵒⵉⵔⵉⵜ</w:t>
      </w:r>
      <w:r>
        <w:rPr>
          <w:rFonts w:ascii="Times New Roman" w:hAnsi="Times New Roman" w:eastAsia="Times New Roman" w:cs="Times New Roman"/>
        </w:rPr>
        <w:t xml:space="preserve"> </w:t>
      </w:r>
      <w:r>
        <w:rPr>
          <w:rFonts w:ascii="Ebrima" w:hAnsi="Ebrima" w:eastAsia="Ebrima" w:cs="Ebrima"/>
        </w:rPr>
        <w:t>ⵍⵉⴼⵜⴻⴷ</w:t>
      </w:r>
      <w:r>
        <w:rPr>
          <w:rFonts w:ascii="Times New Roman" w:hAnsi="Times New Roman" w:eastAsia="Times New Roman" w:cs="Times New Roman"/>
        </w:rPr>
        <w:t xml:space="preserve"> </w:t>
      </w:r>
      <w:r>
        <w:rPr>
          <w:rFonts w:ascii="Ebrima" w:hAnsi="Ebrima" w:eastAsia="Ebrima" w:cs="Ebrima"/>
        </w:rPr>
        <w:t>ⵎⴻ</w:t>
      </w:r>
      <w:r>
        <w:rPr>
          <w:rFonts w:ascii="Times New Roman" w:hAnsi="Times New Roman" w:eastAsia="Times New Roman" w:cs="Times New Roman"/>
        </w:rPr>
        <w:t xml:space="preserve"> </w:t>
      </w:r>
      <w:r>
        <w:rPr>
          <w:rFonts w:ascii="Ebrima" w:hAnsi="Ebrima" w:eastAsia="Ebrima" w:cs="Ebrima"/>
        </w:rPr>
        <w:t>ⵓⵒ</w:t>
      </w:r>
      <w:r>
        <w:rPr>
          <w:rFonts w:ascii="Times New Roman" w:hAnsi="Times New Roman" w:eastAsia="Times New Roman" w:cs="Times New Roman"/>
        </w:rPr>
        <w:t xml:space="preserve"> </w:t>
      </w:r>
      <w:r>
        <w:rPr>
          <w:rFonts w:ascii="Ebrima" w:hAnsi="Ebrima" w:eastAsia="Ebrima" w:cs="Ebrima"/>
        </w:rPr>
        <w:t>ⴱⴻⵜⵡⴻⴻⵏ</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ⴻⴰⵔⵜⵀ</w:t>
      </w:r>
      <w:r>
        <w:rPr>
          <w:rFonts w:ascii="Times New Roman" w:hAnsi="Times New Roman" w:eastAsia="Times New Roman" w:cs="Times New Roman"/>
        </w:rPr>
        <w:t xml:space="preserve"> </w:t>
      </w:r>
      <w:r>
        <w:rPr>
          <w:rFonts w:ascii="Ebrima" w:hAnsi="Ebrima" w:eastAsia="Ebrima" w:cs="Ebrima"/>
        </w:rPr>
        <w:t>ⴰⵏⴷ</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ⵀⴻⴰⴼⴻⵏ</w:t>
      </w:r>
      <w:r>
        <w:rPr>
          <w:rFonts w:ascii="Times New Roman" w:hAnsi="Times New Roman" w:eastAsia="Times New Roman" w:cs="Times New Roman"/>
        </w:rPr>
        <w:t xml:space="preserve">, </w:t>
      </w:r>
      <w:r>
        <w:rPr>
          <w:rFonts w:ascii="Ebrima" w:hAnsi="Ebrima" w:eastAsia="Ebrima" w:cs="Ebrima"/>
        </w:rPr>
        <w:t>ⴰⵏⴷ</w:t>
      </w:r>
      <w:r>
        <w:rPr>
          <w:rFonts w:ascii="Times New Roman" w:hAnsi="Times New Roman" w:eastAsia="Times New Roman" w:cs="Times New Roman"/>
        </w:rPr>
        <w:t xml:space="preserve"> </w:t>
      </w:r>
      <w:r>
        <w:rPr>
          <w:rFonts w:ascii="Ebrima" w:hAnsi="Ebrima" w:eastAsia="Ebrima" w:cs="Ebrima"/>
        </w:rPr>
        <w:t>ⴱⵔⵓⵓⴳⵀⵜ</w:t>
      </w:r>
      <w:r>
        <w:rPr>
          <w:rFonts w:ascii="Times New Roman" w:hAnsi="Times New Roman" w:eastAsia="Times New Roman" w:cs="Times New Roman"/>
        </w:rPr>
        <w:t xml:space="preserve"> </w:t>
      </w:r>
      <w:r>
        <w:rPr>
          <w:rFonts w:ascii="Ebrima" w:hAnsi="Ebrima" w:eastAsia="Ebrima" w:cs="Ebrima"/>
        </w:rPr>
        <w:t>ⵎⴻ</w:t>
      </w:r>
      <w:r>
        <w:rPr>
          <w:rFonts w:ascii="Times New Roman" w:hAnsi="Times New Roman" w:eastAsia="Times New Roman" w:cs="Times New Roman"/>
        </w:rPr>
        <w:t xml:space="preserve"> </w:t>
      </w:r>
      <w:r>
        <w:rPr>
          <w:rFonts w:ascii="Ebrima" w:hAnsi="Ebrima" w:eastAsia="Ebrima" w:cs="Ebrima"/>
        </w:rPr>
        <w:t>ⵉⵏ</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ⵖⵉⵙⵉⵓⵏⵙ</w:t>
      </w:r>
      <w:r>
        <w:rPr>
          <w:rFonts w:ascii="Times New Roman" w:hAnsi="Times New Roman" w:eastAsia="Times New Roman" w:cs="Times New Roman"/>
        </w:rPr>
        <w:t xml:space="preserve"> </w:t>
      </w:r>
      <w:r>
        <w:rPr>
          <w:rFonts w:ascii="Ebrima" w:hAnsi="Ebrima" w:eastAsia="Ebrima" w:cs="Ebrima"/>
        </w:rPr>
        <w:t>ⵓⴼ</w:t>
      </w:r>
      <w:r>
        <w:rPr>
          <w:rFonts w:ascii="Times New Roman" w:hAnsi="Times New Roman" w:eastAsia="Times New Roman" w:cs="Times New Roman"/>
        </w:rPr>
        <w:t xml:space="preserve"> </w:t>
      </w:r>
      <w:r>
        <w:rPr>
          <w:rFonts w:ascii="Ebrima" w:hAnsi="Ebrima" w:eastAsia="Ebrima" w:cs="Ebrima"/>
        </w:rPr>
        <w:t>ⴳⵓⴷ</w:t>
      </w:r>
      <w:r>
        <w:rPr>
          <w:rFonts w:ascii="Times New Roman" w:hAnsi="Times New Roman" w:eastAsia="Times New Roman" w:cs="Times New Roman"/>
        </w:rPr>
        <w:t xml:space="preserve"> </w:t>
      </w:r>
      <w:r>
        <w:rPr>
          <w:rFonts w:ascii="Ebrima" w:hAnsi="Ebrima" w:eastAsia="Ebrima" w:cs="Ebrima"/>
        </w:rPr>
        <w:t>ⵜⵓ</w:t>
      </w:r>
      <w:r>
        <w:rPr>
          <w:rFonts w:ascii="Times New Roman" w:hAnsi="Times New Roman" w:eastAsia="Times New Roman" w:cs="Times New Roman"/>
        </w:rPr>
        <w:t xml:space="preserve"> </w:t>
      </w:r>
      <w:r>
        <w:rPr>
          <w:rFonts w:ascii="Ebrima" w:hAnsi="Ebrima" w:eastAsia="Ebrima" w:cs="Ebrima"/>
        </w:rPr>
        <w:t>ⵊⴻⵔⵓⵙⴰⵍⴻⵎ</w:t>
      </w:r>
      <w:r>
        <w:rPr>
          <w:rFonts w:ascii="Times New Roman" w:hAnsi="Times New Roman" w:eastAsia="Times New Roman" w:cs="Times New Roman"/>
        </w:rPr>
        <w:t xml:space="preserve">, </w:t>
      </w:r>
      <w:r>
        <w:rPr>
          <w:rFonts w:ascii="Ebrima" w:hAnsi="Ebrima" w:eastAsia="Ebrima" w:cs="Ebrima"/>
        </w:rPr>
        <w:t>ⵜⵓ</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ⴷⵓⵓⵔ</w:t>
      </w:r>
      <w:r>
        <w:rPr>
          <w:rFonts w:ascii="Times New Roman" w:hAnsi="Times New Roman" w:eastAsia="Times New Roman" w:cs="Times New Roman"/>
        </w:rPr>
        <w:t xml:space="preserve"> </w:t>
      </w:r>
      <w:r>
        <w:rPr>
          <w:rFonts w:ascii="Ebrima" w:hAnsi="Ebrima" w:eastAsia="Ebrima" w:cs="Ebrima"/>
        </w:rPr>
        <w:t>ⵓⴼ</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ⵉⵏⵏⴻⵔ</w:t>
      </w:r>
      <w:r>
        <w:rPr>
          <w:rFonts w:ascii="Times New Roman" w:hAnsi="Times New Roman" w:eastAsia="Times New Roman" w:cs="Times New Roman"/>
        </w:rPr>
        <w:t xml:space="preserve"> </w:t>
      </w:r>
      <w:r>
        <w:rPr>
          <w:rFonts w:ascii="Ebrima" w:hAnsi="Ebrima" w:eastAsia="Ebrima" w:cs="Ebrima"/>
        </w:rPr>
        <w:t>ⴳⴰⵜⴻ</w:t>
      </w:r>
      <w:r>
        <w:rPr>
          <w:rFonts w:ascii="Times New Roman" w:hAnsi="Times New Roman" w:eastAsia="Times New Roman" w:cs="Times New Roman"/>
        </w:rPr>
        <w:t xml:space="preserve"> </w:t>
      </w:r>
      <w:r>
        <w:rPr>
          <w:rFonts w:ascii="Ebrima" w:hAnsi="Ebrima" w:eastAsia="Ebrima" w:cs="Ebrima"/>
        </w:rPr>
        <w:t>ⵜⵀⴰⵜ</w:t>
      </w:r>
      <w:r>
        <w:rPr>
          <w:rFonts w:ascii="Times New Roman" w:hAnsi="Times New Roman" w:eastAsia="Times New Roman" w:cs="Times New Roman"/>
        </w:rPr>
        <w:t xml:space="preserve"> </w:t>
      </w:r>
      <w:r>
        <w:rPr>
          <w:rFonts w:ascii="Ebrima" w:hAnsi="Ebrima" w:eastAsia="Ebrima" w:cs="Ebrima"/>
        </w:rPr>
        <w:t>ⵍⵓⵓⴽⴻⵜⵀ</w:t>
      </w:r>
      <w:r>
        <w:rPr>
          <w:rFonts w:ascii="Times New Roman" w:hAnsi="Times New Roman" w:eastAsia="Times New Roman" w:cs="Times New Roman"/>
        </w:rPr>
        <w:t xml:space="preserve"> </w:t>
      </w:r>
      <w:r>
        <w:rPr>
          <w:rFonts w:ascii="Ebrima" w:hAnsi="Ebrima" w:eastAsia="Ebrima" w:cs="Ebrima"/>
        </w:rPr>
        <w:t>ⵜⵓⵡⴰⵔⴷ</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ⵏⵓⵔⵜⵀ</w:t>
      </w:r>
      <w:r>
        <w:rPr>
          <w:rFonts w:ascii="Times New Roman" w:hAnsi="Times New Roman" w:eastAsia="Times New Roman" w:cs="Times New Roman"/>
        </w:rPr>
        <w:t xml:space="preserve">; </w:t>
      </w:r>
      <w:r>
        <w:rPr>
          <w:rFonts w:ascii="Ebrima" w:hAnsi="Ebrima" w:eastAsia="Ebrima" w:cs="Ebrima"/>
        </w:rPr>
        <w:t>ⵡⵀⴻⵔⴻ</w:t>
      </w:r>
      <w:r>
        <w:rPr>
          <w:rFonts w:ascii="Times New Roman" w:hAnsi="Times New Roman" w:eastAsia="Times New Roman" w:cs="Times New Roman"/>
        </w:rPr>
        <w:t xml:space="preserve"> </w:t>
      </w:r>
      <w:r>
        <w:rPr>
          <w:rFonts w:ascii="Ebrima" w:hAnsi="Ebrima" w:eastAsia="Ebrima" w:cs="Ebrima"/>
        </w:rPr>
        <w:t>ⵡⴰⵙ</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ⵙⴻⴰⵜ</w:t>
      </w:r>
      <w:r>
        <w:rPr>
          <w:rFonts w:ascii="Times New Roman" w:hAnsi="Times New Roman" w:eastAsia="Times New Roman" w:cs="Times New Roman"/>
        </w:rPr>
        <w:t xml:space="preserve"> </w:t>
      </w:r>
      <w:r>
        <w:rPr>
          <w:rFonts w:ascii="Ebrima" w:hAnsi="Ebrima" w:eastAsia="Ebrima" w:cs="Ebrima"/>
        </w:rPr>
        <w:t>ⵓⴼ</w:t>
      </w:r>
      <w:r>
        <w:rPr>
          <w:rFonts w:ascii="Times New Roman" w:hAnsi="Times New Roman" w:eastAsia="Times New Roman" w:cs="Times New Roman"/>
        </w:rPr>
        <w:t xml:space="preserve"> </w:t>
      </w:r>
      <w:r>
        <w:rPr>
          <w:rFonts w:ascii="Ebrima" w:hAnsi="Ebrima" w:eastAsia="Ebrima" w:cs="Ebrima"/>
        </w:rPr>
        <w:t>ⵜⵀⴻ</w:t>
      </w:r>
      <w:r>
        <w:rPr>
          <w:rFonts w:ascii="Times New Roman" w:hAnsi="Times New Roman" w:eastAsia="Times New Roman" w:cs="Times New Roman"/>
        </w:rPr>
        <w:t xml:space="preserve"> </w:t>
      </w:r>
      <w:r>
        <w:rPr>
          <w:rFonts w:ascii="Ebrima" w:hAnsi="Ebrima" w:eastAsia="Ebrima" w:cs="Ebrima"/>
        </w:rPr>
        <w:t>ⵉⵎⴰⴳⴻ</w:t>
      </w:r>
      <w:r>
        <w:rPr>
          <w:rFonts w:ascii="Times New Roman" w:hAnsi="Times New Roman" w:eastAsia="Times New Roman" w:cs="Times New Roman"/>
        </w:rPr>
        <w:t xml:space="preserve"> </w:t>
      </w:r>
      <w:r>
        <w:rPr>
          <w:rFonts w:ascii="Ebrima" w:hAnsi="Ebrima" w:eastAsia="Ebrima" w:cs="Ebrima"/>
        </w:rPr>
        <w:t>ⵓⴼ</w:t>
      </w:r>
      <w:r>
        <w:rPr>
          <w:rFonts w:ascii="Times New Roman" w:hAnsi="Times New Roman" w:eastAsia="Times New Roman" w:cs="Times New Roman"/>
        </w:rPr>
        <w:t xml:space="preserve"> </w:t>
      </w:r>
      <w:r>
        <w:rPr>
          <w:rFonts w:ascii="Ebrima" w:hAnsi="Ebrima" w:eastAsia="Ebrima" w:cs="Ebrima"/>
        </w:rPr>
        <w:t>ⵊⴻⴰⵍⵓⵙⵢ</w:t>
      </w:r>
      <w:r>
        <w:rPr>
          <w:rFonts w:ascii="Times New Roman" w:hAnsi="Times New Roman" w:eastAsia="Times New Roman" w:cs="Times New Roman"/>
        </w:rPr>
        <w:t xml:space="preserve">, </w:t>
      </w:r>
      <w:r>
        <w:rPr>
          <w:rFonts w:ascii="Ebrima" w:hAnsi="Ebrima" w:eastAsia="Ebrima" w:cs="Ebrima"/>
        </w:rPr>
        <w:t>ⵡⵀⵉⴽⵀ</w:t>
      </w:r>
      <w:r>
        <w:rPr>
          <w:rFonts w:ascii="Times New Roman" w:hAnsi="Times New Roman" w:eastAsia="Times New Roman" w:cs="Times New Roman"/>
        </w:rPr>
        <w:t xml:space="preserve"> </w:t>
      </w:r>
      <w:r>
        <w:rPr>
          <w:rFonts w:ascii="Ebrima" w:hAnsi="Ebrima" w:eastAsia="Ebrima" w:cs="Ebrima"/>
        </w:rPr>
        <w:t>ⵒⵔⵓⵖⵓⴽⴻⵜⵀ</w:t>
      </w:r>
      <w:r>
        <w:rPr>
          <w:rFonts w:ascii="Times New Roman" w:hAnsi="Times New Roman" w:eastAsia="Times New Roman" w:cs="Times New Roman"/>
        </w:rPr>
        <w:t xml:space="preserve"> </w:t>
      </w:r>
      <w:r>
        <w:rPr>
          <w:rFonts w:ascii="Ebrima" w:hAnsi="Ebrima" w:eastAsia="Ebrima" w:cs="Ebrima"/>
        </w:rPr>
        <w:t>ⵜⵓ</w:t>
      </w:r>
      <w:r>
        <w:rPr>
          <w:rFonts w:ascii="Times New Roman" w:hAnsi="Times New Roman" w:eastAsia="Times New Roman" w:cs="Times New Roman"/>
        </w:rPr>
        <w:t xml:space="preserve"> </w:t>
      </w:r>
      <w:r>
        <w:rPr>
          <w:rFonts w:ascii="Ebrima" w:hAnsi="Ebrima" w:eastAsia="Ebrima" w:cs="Ebrima"/>
        </w:rPr>
        <w:t>ⵊⴻⴰⵍⵓⵙⵢ</w:t>
      </w:r>
      <w:r>
        <w:rPr>
          <w:rFonts w:ascii="Times New Roman" w:hAnsi="Times New Roman" w:eastAsia="Times New Roman" w:cs="Times New Roman"/>
        </w:rPr>
        <w:t xml:space="preserve">. </w:t>
      </w:r>
      <w:r>
        <w:rPr>
          <w:rFonts w:ascii="Ebrima" w:hAnsi="Ebrima" w:eastAsia="Ebrima" w:cs="Ebrima"/>
        </w:rPr>
        <w:t>ⴻⵣⴻⴽⵉⴻⵍ</w:t>
      </w:r>
      <w:r>
        <w:rPr>
          <w:rFonts w:ascii="Times New Roman" w:hAnsi="Times New Roman" w:eastAsia="Times New Roman" w:cs="Times New Roman"/>
        </w:rPr>
        <w:t xml:space="preserve"> 8:1–3.</w:t>
      </w:r>
    </w:p>
    <w:p>
      <w:pPr>
        <w:pStyle w:val="ArticleBody"/>
        <w:jc w:val="left"/>
      </w:pPr>
      <w:r>
        <w:rPr>
          <w:rFonts w:ascii="Times New Roman" w:hAnsi="Times New Roman" w:eastAsia="Times New Roman" w:cs="Times New Roman"/>
        </w:rPr>
        <w:t>Ўттиздин он биринчигичә болған төрт баб айрилишниң баянати болуп, Езәкиял тоққузға шәрһ бәргәндә, Ақсингил Уайт униң пәқәт Вәһий китави йәттиинчи бабтики шу мөһүрләш екәнлигинила әмәс, бәлки Йерусалимниң ахирқи күнләрдә Лаодикийә вәзийитидики Йәттинчи Күн Адвентистлар чирковини билдүридиғанлиғиниму ениқ көрситиду.</w:t>
      </w:r>
    </w:p>
    <w:p>
      <w:pPr>
        <w:pStyle w:val="ArticleScripture"/>
        <w:jc w:val="left"/>
      </w:pPr>
      <w:r>
        <w:rPr>
          <w:rFonts w:ascii="Times New Roman" w:hAnsi="Times New Roman" w:eastAsia="Times New Roman" w:cs="Times New Roman"/>
        </w:rPr>
        <w:t>“Su onggir darjah rohani sorangan, atanapi henteu ngungun kana dosa batur, bakal ditinggalkeun tanpa meterai Allah. Gusti maréntahkeun para utusan-Na, jalma-jalma anu nyepeng pakarang meuncit dina leungeunna: ‘Tuturkeun anjeunna ngaliwatan kota, jeung teunggeul: ulah ngantep panon maranéh arulak, ogé ulah maranéh karunya: peuncitkeun nepi ka tumpes nu kolot jeung nu ngora, boh mojang, boh barudak leutik, jeung awéwé: tapi ulah deukeut ka saurang ogé anu aya tandana; jeung mimitian ti tempat suci Kami. Tuluy maranéhna mimiti ti para kokolot anu aya di hareupeun imah.’”</w:t>
      </w:r>
    </w:p>
    <w:p>
      <w:pPr>
        <w:pStyle w:val="ArticleScripture"/>
        <w:jc w:val="left"/>
      </w:pPr>
      <w:r>
        <w:rPr>
          <w:rFonts w:ascii="Times New Roman" w:hAnsi="Times New Roman" w:eastAsia="Times New Roman" w:cs="Times New Roman"/>
        </w:rPr>
        <w:t>«اینجا می‌بینیم که کلیسا — حرم خداوند — نخستین جایی بود که ضربۀ غضب خدا را احساس کرد. مشایخِ کهن، همانانی که خدا به ایشان نور عظیم عطا کرده بود و به‌منزلۀ پاسدارانِ مصالح روحانیِ قوم ایستاده بودند، به امانتی که به آنان سپرده شده بود خیانت ورزیده بودند. آنان این موضع را اختیار کرده بودند که دیگر لازم نیست در انتظار معجزات و ظهور آشکار قدرت خدا، همچون روزگاران پیشین، باشیم. زمانه دگرگون شده است. این سخنان بی‌ایمانی ایشان را تقویت می‌کند، و می‌گویند: خداوند نه نیکی خواهد کرد و نه بدی. او بیش از آن رحیم است که قوم خود را با داوری مجازات کند. بدین‌سان، «سلامتی و ایمنی» فریادی است که از مردانی برمی‌خیزد که دیگر هرگز آواز خود را چون کرنا بلند نخواهند کرد تا تعدیات قوم خدا و گناهان خاندان یعقوب را به ایشان بنمایانند. این سگانِ گنگ که نمی‌خواستند پارس کنند، همان کسانی‌اند که انتقام عادلانۀ خدای آزرده را احساس می‌کنند. مردان، دوشیزگان، و کودکان خردسال، همگی با هم هلاک می‌شوند.»</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ယုံကြည်သစ္စာရှိသူတို့သည်</w:t>
      </w:r>
      <w:r>
        <w:rPr>
          <w:rFonts w:ascii="Times New Roman" w:hAnsi="Times New Roman" w:eastAsia="Times New Roman" w:cs="Times New Roman"/>
        </w:rPr>
        <w:t xml:space="preserve"> </w:t>
      </w:r>
      <w:r>
        <w:rPr>
          <w:rFonts w:ascii="Myanmar Text" w:hAnsi="Myanmar Text" w:eastAsia="Myanmar Text" w:cs="Myanmar Text"/>
        </w:rPr>
        <w:t>ညည်းတွား၍</w:t>
      </w:r>
      <w:r>
        <w:rPr>
          <w:rFonts w:ascii="Times New Roman" w:hAnsi="Times New Roman" w:eastAsia="Times New Roman" w:cs="Times New Roman"/>
        </w:rPr>
        <w:t xml:space="preserve"> </w:t>
      </w:r>
      <w:r>
        <w:rPr>
          <w:rFonts w:ascii="Myanmar Text" w:hAnsi="Myanmar Text" w:eastAsia="Myanmar Text" w:cs="Myanmar Text"/>
        </w:rPr>
        <w:t>အော်ဟစ်နေကြသည့်</w:t>
      </w:r>
      <w:r>
        <w:rPr>
          <w:rFonts w:ascii="Times New Roman" w:hAnsi="Times New Roman" w:eastAsia="Times New Roman" w:cs="Times New Roman"/>
        </w:rPr>
        <w:t xml:space="preserve"> </w:t>
      </w:r>
      <w:r>
        <w:rPr>
          <w:rFonts w:ascii="Myanmar Text" w:hAnsi="Myanmar Text" w:eastAsia="Myanmar Text" w:cs="Myanmar Text"/>
        </w:rPr>
        <w:t>စက်ဆုပ်ရွံရှာဖွယ်အမှုများမှာ</w:t>
      </w:r>
      <w:r>
        <w:rPr>
          <w:rFonts w:ascii="Times New Roman" w:hAnsi="Times New Roman" w:eastAsia="Times New Roman" w:cs="Times New Roman"/>
        </w:rPr>
        <w:t xml:space="preserve"> </w:t>
      </w:r>
      <w:r>
        <w:rPr>
          <w:rFonts w:ascii="Myanmar Text" w:hAnsi="Myanmar Text" w:eastAsia="Myanmar Text" w:cs="Myanmar Text"/>
        </w:rPr>
        <w:t>အကန့်အသတ်ရှိသော</w:t>
      </w:r>
      <w:r>
        <w:rPr>
          <w:rFonts w:ascii="Times New Roman" w:hAnsi="Times New Roman" w:eastAsia="Times New Roman" w:cs="Times New Roman"/>
        </w:rPr>
        <w:t xml:space="preserve"> </w:t>
      </w:r>
      <w:r>
        <w:rPr>
          <w:rFonts w:ascii="Myanmar Text" w:hAnsi="Myanmar Text" w:eastAsia="Myanmar Text" w:cs="Myanmar Text"/>
        </w:rPr>
        <w:t>လူ့မျက်စိတို့ဖြင့်</w:t>
      </w:r>
      <w:r>
        <w:rPr>
          <w:rFonts w:ascii="Times New Roman" w:hAnsi="Times New Roman" w:eastAsia="Times New Roman" w:cs="Times New Roman"/>
        </w:rPr>
        <w:t xml:space="preserve"> </w:t>
      </w:r>
      <w:r>
        <w:rPr>
          <w:rFonts w:ascii="Myanmar Text" w:hAnsi="Myanmar Text" w:eastAsia="Myanmar Text" w:cs="Myanmar Text"/>
        </w:rPr>
        <w:t>မြင်နိုင်သမျှသာ</w:t>
      </w:r>
      <w:r>
        <w:rPr>
          <w:rFonts w:ascii="Times New Roman" w:hAnsi="Times New Roman" w:eastAsia="Times New Roman" w:cs="Times New Roman"/>
        </w:rPr>
        <w:t xml:space="preserve"> </w:t>
      </w:r>
      <w:r>
        <w:rPr>
          <w:rFonts w:ascii="Myanmar Text" w:hAnsi="Myanmar Text" w:eastAsia="Myanmar Text" w:cs="Myanmar Text"/>
        </w:rPr>
        <w:t>ဖြစ်ကြ၏။</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သန့်ရှင်းစင်ကြယ်၍</w:t>
      </w:r>
      <w:r>
        <w:rPr>
          <w:rFonts w:ascii="Times New Roman" w:hAnsi="Times New Roman" w:eastAsia="Times New Roman" w:cs="Times New Roman"/>
        </w:rPr>
        <w:t xml:space="preserve"> </w:t>
      </w:r>
      <w:r>
        <w:rPr>
          <w:rFonts w:ascii="Myanmar Text" w:hAnsi="Myanmar Text" w:eastAsia="Myanmar Text" w:cs="Myanmar Text"/>
        </w:rPr>
        <w:t>သက်ဝင်မြတ်သော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မနာလိုခြင်းကို</w:t>
      </w:r>
      <w:r>
        <w:rPr>
          <w:rFonts w:ascii="Times New Roman" w:hAnsi="Times New Roman" w:eastAsia="Times New Roman" w:cs="Times New Roman"/>
        </w:rPr>
        <w:t xml:space="preserve"> </w:t>
      </w:r>
      <w:r>
        <w:rPr>
          <w:rFonts w:ascii="Myanmar Text" w:hAnsi="Myanmar Text" w:eastAsia="Myanmar Text" w:cs="Myanmar Text"/>
        </w:rPr>
        <w:t>အကြီးအကျယ်</w:t>
      </w:r>
      <w:r>
        <w:rPr>
          <w:rFonts w:ascii="Times New Roman" w:hAnsi="Times New Roman" w:eastAsia="Times New Roman" w:cs="Times New Roman"/>
        </w:rPr>
        <w:t xml:space="preserve"> </w:t>
      </w:r>
      <w:r>
        <w:rPr>
          <w:rFonts w:ascii="Myanmar Text" w:hAnsi="Myanmar Text" w:eastAsia="Myanmar Text" w:cs="Myanmar Text"/>
        </w:rPr>
        <w:t>လှုံ့ဆော်စေသည့်</w:t>
      </w:r>
      <w:r>
        <w:rPr>
          <w:rFonts w:ascii="Times New Roman" w:hAnsi="Times New Roman" w:eastAsia="Times New Roman" w:cs="Times New Roman"/>
        </w:rPr>
        <w:t xml:space="preserve"> </w:t>
      </w:r>
      <w:r>
        <w:rPr>
          <w:rFonts w:ascii="Myanmar Text" w:hAnsi="Myanmar Text" w:eastAsia="Myanmar Text" w:cs="Myanmar Text"/>
        </w:rPr>
        <w:t>အဆိုးရွားဆုံးသော</w:t>
      </w:r>
      <w:r>
        <w:rPr>
          <w:rFonts w:ascii="Times New Roman" w:hAnsi="Times New Roman" w:eastAsia="Times New Roman" w:cs="Times New Roman"/>
        </w:rPr>
        <w:t xml:space="preserve"> </w:t>
      </w:r>
      <w:r>
        <w:rPr>
          <w:rFonts w:ascii="Myanmar Text" w:hAnsi="Myanmar Text" w:eastAsia="Myanmar Text" w:cs="Myanmar Text"/>
        </w:rPr>
        <w:t>အပြစ်များမှာကား</w:t>
      </w:r>
      <w:r>
        <w:rPr>
          <w:rFonts w:ascii="Times New Roman" w:hAnsi="Times New Roman" w:eastAsia="Times New Roman" w:cs="Times New Roman"/>
        </w:rPr>
        <w:t xml:space="preserve"> </w:t>
      </w:r>
      <w:r>
        <w:rPr>
          <w:rFonts w:ascii="Myanmar Text" w:hAnsi="Myanmar Text" w:eastAsia="Myanmar Text" w:cs="Myanmar Text"/>
        </w:rPr>
        <w:t>မဖော်ပြမထုတ်ဖော်ထားသော</w:t>
      </w:r>
      <w:r>
        <w:rPr>
          <w:rFonts w:ascii="Times New Roman" w:hAnsi="Times New Roman" w:eastAsia="Times New Roman" w:cs="Times New Roman"/>
        </w:rPr>
        <w:t xml:space="preserve"> </w:t>
      </w:r>
      <w:r>
        <w:rPr>
          <w:rFonts w:ascii="Myanmar Text" w:hAnsi="Myanmar Text" w:eastAsia="Myanmar Text" w:cs="Myanmar Text"/>
        </w:rPr>
        <w:t>အရာများ</w:t>
      </w:r>
      <w:r>
        <w:rPr>
          <w:rFonts w:ascii="Times New Roman" w:hAnsi="Times New Roman" w:eastAsia="Times New Roman" w:cs="Times New Roman"/>
        </w:rPr>
        <w:t xml:space="preserve"> </w:t>
      </w:r>
      <w:r>
        <w:rPr>
          <w:rFonts w:ascii="Myanmar Text" w:hAnsi="Myanmar Text" w:eastAsia="Myanmar Text" w:cs="Myanmar Text"/>
        </w:rPr>
        <w:t>ဖြစ်ကြ၏။</w:t>
      </w:r>
      <w:r>
        <w:rPr>
          <w:rFonts w:ascii="Times New Roman" w:hAnsi="Times New Roman" w:eastAsia="Times New Roman" w:cs="Times New Roman"/>
        </w:rPr>
        <w:t xml:space="preserve"> </w:t>
      </w:r>
      <w:r>
        <w:rPr>
          <w:rFonts w:ascii="Myanmar Text" w:hAnsi="Myanmar Text" w:eastAsia="Myanmar Text" w:cs="Myanmar Text"/>
        </w:rPr>
        <w:t>စိတ်နှလုံးတို့ကို</w:t>
      </w:r>
      <w:r>
        <w:rPr>
          <w:rFonts w:ascii="Times New Roman" w:hAnsi="Times New Roman" w:eastAsia="Times New Roman" w:cs="Times New Roman"/>
        </w:rPr>
        <w:t xml:space="preserve"> </w:t>
      </w:r>
      <w:r>
        <w:rPr>
          <w:rFonts w:ascii="Myanmar Text" w:hAnsi="Myanmar Text" w:eastAsia="Myanmar Text" w:cs="Myanmar Text"/>
        </w:rPr>
        <w:t>စူးစမ်းတော်မူသော</w:t>
      </w:r>
      <w:r>
        <w:rPr>
          <w:rFonts w:ascii="Times New Roman" w:hAnsi="Times New Roman" w:eastAsia="Times New Roman" w:cs="Times New Roman"/>
        </w:rPr>
        <w:t xml:space="preserve"> </w:t>
      </w:r>
      <w:r>
        <w:rPr>
          <w:rFonts w:ascii="Myanmar Text" w:hAnsi="Myanmar Text" w:eastAsia="Myanmar Text" w:cs="Myanmar Text"/>
        </w:rPr>
        <w:t>အရှင်မြတ်သည်</w:t>
      </w:r>
      <w:r>
        <w:rPr>
          <w:rFonts w:ascii="Times New Roman" w:hAnsi="Times New Roman" w:eastAsia="Times New Roman" w:cs="Times New Roman"/>
        </w:rPr>
        <w:t xml:space="preserve"> </w:t>
      </w:r>
      <w:r>
        <w:rPr>
          <w:rFonts w:ascii="Myanmar Text" w:hAnsi="Myanmar Text" w:eastAsia="Myanmar Text" w:cs="Myanmar Text"/>
        </w:rPr>
        <w:t>မတရားမှုကို</w:t>
      </w:r>
      <w:r>
        <w:rPr>
          <w:rFonts w:ascii="Times New Roman" w:hAnsi="Times New Roman" w:eastAsia="Times New Roman" w:cs="Times New Roman"/>
        </w:rPr>
        <w:t xml:space="preserve"> </w:t>
      </w:r>
      <w:r>
        <w:rPr>
          <w:rFonts w:ascii="Myanmar Text" w:hAnsi="Myanmar Text" w:eastAsia="Myanmar Text" w:cs="Myanmar Text"/>
        </w:rPr>
        <w:t>ပြုလုပ်သူတို့က</w:t>
      </w:r>
      <w:r>
        <w:rPr>
          <w:rFonts w:ascii="Times New Roman" w:hAnsi="Times New Roman" w:eastAsia="Times New Roman" w:cs="Times New Roman"/>
        </w:rPr>
        <w:t xml:space="preserve"> </w:t>
      </w:r>
      <w:r>
        <w:rPr>
          <w:rFonts w:ascii="Myanmar Text" w:hAnsi="Myanmar Text" w:eastAsia="Myanmar Text" w:cs="Myanmar Text"/>
        </w:rPr>
        <w:t>လျှို့ဝှက်စွာ</w:t>
      </w:r>
      <w:r>
        <w:rPr>
          <w:rFonts w:ascii="Times New Roman" w:hAnsi="Times New Roman" w:eastAsia="Times New Roman" w:cs="Times New Roman"/>
        </w:rPr>
        <w:t xml:space="preserve"> </w:t>
      </w:r>
      <w:r>
        <w:rPr>
          <w:rFonts w:ascii="Myanmar Text" w:hAnsi="Myanmar Text" w:eastAsia="Myanmar Text" w:cs="Myanmar Text"/>
        </w:rPr>
        <w:t>ကျူးလွန်သော</w:t>
      </w:r>
      <w:r>
        <w:rPr>
          <w:rFonts w:ascii="Times New Roman" w:hAnsi="Times New Roman" w:eastAsia="Times New Roman" w:cs="Times New Roman"/>
        </w:rPr>
        <w:t xml:space="preserve"> </w:t>
      </w:r>
      <w:r>
        <w:rPr>
          <w:rFonts w:ascii="Myanmar Text" w:hAnsi="Myanmar Text" w:eastAsia="Myanmar Text" w:cs="Myanmar Text"/>
        </w:rPr>
        <w:t>အပြစ်ရှိသမျှကို</w:t>
      </w:r>
      <w:r>
        <w:rPr>
          <w:rFonts w:ascii="Times New Roman" w:hAnsi="Times New Roman" w:eastAsia="Times New Roman" w:cs="Times New Roman"/>
        </w:rPr>
        <w:t xml:space="preserve"> </w:t>
      </w:r>
      <w:r>
        <w:rPr>
          <w:rFonts w:ascii="Myanmar Text" w:hAnsi="Myanmar Text" w:eastAsia="Myanmar Text" w:cs="Myanmar Text"/>
        </w:rPr>
        <w:t>သိတော်မူ၏။</w:t>
      </w:r>
      <w:r>
        <w:rPr>
          <w:rFonts w:ascii="Times New Roman" w:hAnsi="Times New Roman" w:eastAsia="Times New Roman" w:cs="Times New Roman"/>
        </w:rPr>
        <w:t xml:space="preserve"> </w:t>
      </w:r>
      <w:r>
        <w:rPr>
          <w:rFonts w:ascii="Myanmar Text" w:hAnsi="Myanmar Text" w:eastAsia="Myanmar Text" w:cs="Myanmar Text"/>
        </w:rPr>
        <w:t>ဤသူတို့သည်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လှည့်ဖြားမှုများအတွင်း</w:t>
      </w:r>
      <w:r>
        <w:rPr>
          <w:rFonts w:ascii="Times New Roman" w:hAnsi="Times New Roman" w:eastAsia="Times New Roman" w:cs="Times New Roman"/>
        </w:rPr>
        <w:t xml:space="preserve"> </w:t>
      </w:r>
      <w:r>
        <w:rPr>
          <w:rFonts w:ascii="Myanmar Text" w:hAnsi="Myanmar Text" w:eastAsia="Myanmar Text" w:cs="Myanmar Text"/>
        </w:rPr>
        <w:t>လုံခြုံစိတ်ချသည်ဟု</w:t>
      </w:r>
      <w:r>
        <w:rPr>
          <w:rFonts w:ascii="Times New Roman" w:hAnsi="Times New Roman" w:eastAsia="Times New Roman" w:cs="Times New Roman"/>
        </w:rPr>
        <w:t xml:space="preserve"> </w:t>
      </w:r>
      <w:r>
        <w:rPr>
          <w:rFonts w:ascii="Myanmar Text" w:hAnsi="Myanmar Text" w:eastAsia="Myanmar Text" w:cs="Myanmar Text"/>
        </w:rPr>
        <w:t>ခံစားလာကြပြီး၊</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သည်းခံရှည်လျားတော်မူခြင်းကြောင့်</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မမြင်တော်မူ</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ဆိုကြကာ၊</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မြေကြီးကို</w:t>
      </w:r>
      <w:r>
        <w:rPr>
          <w:rFonts w:ascii="Times New Roman" w:hAnsi="Times New Roman" w:eastAsia="Times New Roman" w:cs="Times New Roman"/>
        </w:rPr>
        <w:t xml:space="preserve"> </w:t>
      </w:r>
      <w:r>
        <w:rPr>
          <w:rFonts w:ascii="Myanmar Text" w:hAnsi="Myanmar Text" w:eastAsia="Myanmar Text" w:cs="Myanmar Text"/>
        </w:rPr>
        <w:t>စွန့်ပစ်တော်မူပြီးဖြစ်သကဲ့သို့</w:t>
      </w:r>
      <w:r>
        <w:rPr>
          <w:rFonts w:ascii="Times New Roman" w:hAnsi="Times New Roman" w:eastAsia="Times New Roman" w:cs="Times New Roman"/>
        </w:rPr>
        <w:t xml:space="preserve"> </w:t>
      </w:r>
      <w:r>
        <w:rPr>
          <w:rFonts w:ascii="Myanmar Text" w:hAnsi="Myanmar Text" w:eastAsia="Myanmar Text" w:cs="Myanmar Text"/>
        </w:rPr>
        <w:t>ပြုမူကြ၏။</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ဟန်ဆောင်မှုကို</w:t>
      </w:r>
      <w:r>
        <w:rPr>
          <w:rFonts w:ascii="Times New Roman" w:hAnsi="Times New Roman" w:eastAsia="Times New Roman" w:cs="Times New Roman"/>
        </w:rPr>
        <w:t xml:space="preserve"> </w:t>
      </w:r>
      <w:r>
        <w:rPr>
          <w:rFonts w:ascii="Myanmar Text" w:hAnsi="Myanmar Text" w:eastAsia="Myanmar Text" w:cs="Myanmar Text"/>
        </w:rPr>
        <w:t>ဖော်ထုတ်တော်မူမည်ဖြစ်ပြီး၊</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အလွန်သတိထား၍</w:t>
      </w:r>
      <w:r>
        <w:rPr>
          <w:rFonts w:ascii="Times New Roman" w:hAnsi="Times New Roman" w:eastAsia="Times New Roman" w:cs="Times New Roman"/>
        </w:rPr>
        <w:t xml:space="preserve"> </w:t>
      </w:r>
      <w:r>
        <w:rPr>
          <w:rFonts w:ascii="Myanmar Text" w:hAnsi="Myanmar Text" w:eastAsia="Myanmar Text" w:cs="Myanmar Text"/>
        </w:rPr>
        <w:t>ဖုံးကွယ်ထားခဲ့သော</w:t>
      </w:r>
      <w:r>
        <w:rPr>
          <w:rFonts w:ascii="Times New Roman" w:hAnsi="Times New Roman" w:eastAsia="Times New Roman" w:cs="Times New Roman"/>
        </w:rPr>
        <w:t xml:space="preserve"> </w:t>
      </w:r>
      <w:r>
        <w:rPr>
          <w:rFonts w:ascii="Myanmar Text" w:hAnsi="Myanmar Text" w:eastAsia="Myanmar Text" w:cs="Myanmar Text"/>
        </w:rPr>
        <w:t>အပြစ်များကို</w:t>
      </w:r>
      <w:r>
        <w:rPr>
          <w:rFonts w:ascii="Times New Roman" w:hAnsi="Times New Roman" w:eastAsia="Times New Roman" w:cs="Times New Roman"/>
        </w:rPr>
        <w:t xml:space="preserve"> </w:t>
      </w:r>
      <w:r>
        <w:rPr>
          <w:rFonts w:ascii="Myanmar Text" w:hAnsi="Myanmar Text" w:eastAsia="Myanmar Text" w:cs="Myanmar Text"/>
        </w:rPr>
        <w:t>အခြားသူတို့ရှေ့တွင်</w:t>
      </w:r>
      <w:r>
        <w:rPr>
          <w:rFonts w:ascii="Times New Roman" w:hAnsi="Times New Roman" w:eastAsia="Times New Roman" w:cs="Times New Roman"/>
        </w:rPr>
        <w:t xml:space="preserve"> </w:t>
      </w:r>
      <w:r>
        <w:rPr>
          <w:rFonts w:ascii="Myanmar Text" w:hAnsi="Myanmar Text" w:eastAsia="Myanmar Text" w:cs="Myanmar Text"/>
        </w:rPr>
        <w:t>ဖွင့်လှစ်ပြတော်မူလိမ့်မည်။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«Ҳеҷ бартарии мартаба, иззат ё ҳикмати дунявӣ, ҳеҷ мақом дар хизмати муқаддас, одамонро аз қурбон кардани усул ҳифз нахоҳад кард, агар онҳо ба дилҳои фиребандаи худ вогузор шаванд. Онҳое ки сазовор ва одил шумурда шудаанд, собит мешаванд, ки саркардагони иртидод ва намунаҳои бепарвоӣ ва суиистифода аз марҳаматҳои Худо мебошанд. Роҳи шариронаи онҳоро Ӯ дигар таҳаммул нахоҳад кард, ва дар ғазаби Худ бо онҳо бе раҳм рафтор мекунад.</w:t>
      </w:r>
    </w:p>
    <w:p>
      <w:pPr>
        <w:pStyle w:val="ArticleScripture"/>
        <w:jc w:val="left"/>
      </w:pPr>
      <w:r>
        <w:rPr>
          <w:rFonts w:ascii="Times New Roman" w:hAnsi="Times New Roman" w:eastAsia="Times New Roman" w:cs="Times New Roman"/>
        </w:rPr>
        <w:t>“Рәбби ұлы нұрға кенелтілген және өзгелерге қызмет еткенде сөздің құдіретін сезінген жандардан Өзінің қатысуын құлықсыздықпен ғана шегіндіреді. Олар бір кезде Оның адал қызметшілері еді, Оның қатысуы мен басшылығына ие болғандар; бірақ олар Одан ауытқып, өзгелерді де адасушылыққа түсірді, сондықтан Құдайдың наразылығына ұшырайды.” Testimonies, volume 5, 211, 212.</w:t>
      </w:r>
    </w:p>
    <w:p>
      <w:pPr>
        <w:pStyle w:val="ArticleBody"/>
        <w:jc w:val="left"/>
      </w:pPr>
      <w:r>
        <w:rPr>
          <w:rFonts w:ascii="Times New Roman" w:hAnsi="Times New Roman" w:eastAsia="Times New Roman" w:cs="Times New Roman"/>
        </w:rPr>
        <w:t>کتێبی تەواوی حەزقیال لە چوارچێوەی وێرانبوونی ئۆرشەلیمدا دانراوە. لە شایەتحاڵی حەزقیالدا ئەو گەمارۆدانی نەبوخەدنەسەر کە ساڵێک و نیوێک بەردەوام بوو، بە شێوەیەکی دیاریکراو نیشانەکرێت؛ بەڵام «بەکارھێنانی ڕاستەوخۆتر»ی هۆشداریی عیسایە لە مەتی بیست‌وچواردا لە ڕۆژانی دواوەدایە. لە حەزقیالدا ئەو هێڵەی ڕاستی لە بەشی بیست‌وچواردا دەبینرێت.</w:t>
      </w:r>
    </w:p>
    <w:p>
      <w:pPr>
        <w:pStyle w:val="ArticleHeading"/>
        <w:jc w:val="left"/>
      </w:pPr>
      <w:r>
        <w:rPr>
          <w:rFonts w:ascii="Arial" w:hAnsi="Arial" w:eastAsia="Arial" w:cs="Arial"/>
        </w:rPr>
        <w:t>١٥ يناير ٥٨٨ ق.م.</w:t>
      </w:r>
    </w:p>
    <w:p>
      <w:pPr>
        <w:pStyle w:val="ArticleScripture"/>
        <w:jc w:val="left"/>
      </w:pP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제구년</w:t>
      </w:r>
      <w:r>
        <w:rPr>
          <w:rFonts w:ascii="Times New Roman" w:hAnsi="Times New Roman" w:eastAsia="Times New Roman" w:cs="Times New Roman"/>
        </w:rPr>
        <w:t xml:space="preserve"> </w:t>
      </w:r>
      <w:r>
        <w:rPr>
          <w:rFonts w:ascii="Malgun Gothic" w:hAnsi="Malgun Gothic" w:eastAsia="Malgun Gothic" w:cs="Malgun Gothic"/>
        </w:rPr>
        <w:t>시월</w:t>
      </w:r>
      <w:r>
        <w:rPr>
          <w:rFonts w:ascii="Times New Roman" w:hAnsi="Times New Roman" w:eastAsia="Times New Roman" w:cs="Times New Roman"/>
        </w:rPr>
        <w:t xml:space="preserve"> </w:t>
      </w:r>
      <w:r>
        <w:rPr>
          <w:rFonts w:ascii="Malgun Gothic" w:hAnsi="Malgun Gothic" w:eastAsia="Malgun Gothic" w:cs="Malgun Gothic"/>
        </w:rPr>
        <w:t>십일에</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말씀이</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임하여</w:t>
      </w:r>
      <w:r>
        <w:rPr>
          <w:rFonts w:ascii="Times New Roman" w:hAnsi="Times New Roman" w:eastAsia="Times New Roman" w:cs="Times New Roman"/>
        </w:rPr>
        <w:t xml:space="preserve"> </w:t>
      </w:r>
      <w:r>
        <w:rPr>
          <w:rFonts w:ascii="Malgun Gothic" w:hAnsi="Malgun Gothic" w:eastAsia="Malgun Gothic" w:cs="Malgun Gothic"/>
        </w:rPr>
        <w:t>이르시되</w:t>
      </w:r>
      <w:r>
        <w:rPr>
          <w:rFonts w:ascii="Times New Roman" w:hAnsi="Times New Roman" w:eastAsia="Times New Roman" w:cs="Times New Roman"/>
        </w:rPr>
        <w:t xml:space="preserve">, </w:t>
      </w:r>
      <w:r>
        <w:rPr>
          <w:rFonts w:ascii="Malgun Gothic" w:hAnsi="Malgun Gothic" w:eastAsia="Malgun Gothic" w:cs="Malgun Gothic"/>
        </w:rPr>
        <w:t>인자야</w:t>
      </w:r>
      <w:r>
        <w:rPr>
          <w:rFonts w:ascii="Times New Roman" w:hAnsi="Times New Roman" w:eastAsia="Times New Roman" w:cs="Times New Roman"/>
        </w:rPr>
        <w:t xml:space="preserve">, </w:t>
      </w:r>
      <w:r>
        <w:rPr>
          <w:rFonts w:ascii="Malgun Gothic" w:hAnsi="Malgun Gothic" w:eastAsia="Malgun Gothic" w:cs="Malgun Gothic"/>
        </w:rPr>
        <w:t>너는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날의</w:t>
      </w:r>
      <w:r>
        <w:rPr>
          <w:rFonts w:ascii="Times New Roman" w:hAnsi="Times New Roman" w:eastAsia="Times New Roman" w:cs="Times New Roman"/>
        </w:rPr>
        <w:t xml:space="preserve"> </w:t>
      </w:r>
      <w:r>
        <w:rPr>
          <w:rFonts w:ascii="Malgun Gothic" w:hAnsi="Malgun Gothic" w:eastAsia="Malgun Gothic" w:cs="Malgun Gothic"/>
        </w:rPr>
        <w:t>이름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날을</w:t>
      </w:r>
      <w:r>
        <w:rPr>
          <w:rFonts w:ascii="Times New Roman" w:hAnsi="Times New Roman" w:eastAsia="Times New Roman" w:cs="Times New Roman"/>
        </w:rPr>
        <w:t xml:space="preserve"> </w:t>
      </w:r>
      <w:r>
        <w:rPr>
          <w:rFonts w:ascii="Malgun Gothic" w:hAnsi="Malgun Gothic" w:eastAsia="Malgun Gothic" w:cs="Malgun Gothic"/>
        </w:rPr>
        <w:t>기록하라</w:t>
      </w:r>
      <w:r>
        <w:rPr>
          <w:rFonts w:ascii="Times New Roman" w:hAnsi="Times New Roman" w:eastAsia="Times New Roman" w:cs="Times New Roman"/>
        </w:rPr>
        <w:t xml:space="preserve">. </w:t>
      </w:r>
      <w:r>
        <w:rPr>
          <w:rFonts w:ascii="Malgun Gothic" w:hAnsi="Malgun Gothic" w:eastAsia="Malgun Gothic" w:cs="Malgun Gothic"/>
        </w:rPr>
        <w:t>바벨론</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날에</w:t>
      </w:r>
      <w:r>
        <w:rPr>
          <w:rFonts w:ascii="Times New Roman" w:hAnsi="Times New Roman" w:eastAsia="Times New Roman" w:cs="Times New Roman"/>
        </w:rPr>
        <w:t xml:space="preserve"> </w:t>
      </w:r>
      <w:r>
        <w:rPr>
          <w:rFonts w:ascii="Malgun Gothic" w:hAnsi="Malgun Gothic" w:eastAsia="Malgun Gothic" w:cs="Malgun Gothic"/>
        </w:rPr>
        <w:t>예루살렘을</w:t>
      </w:r>
      <w:r>
        <w:rPr>
          <w:rFonts w:ascii="Times New Roman" w:hAnsi="Times New Roman" w:eastAsia="Times New Roman" w:cs="Times New Roman"/>
        </w:rPr>
        <w:t xml:space="preserve"> </w:t>
      </w:r>
      <w:r>
        <w:rPr>
          <w:rFonts w:ascii="Malgun Gothic" w:hAnsi="Malgun Gothic" w:eastAsia="Malgun Gothic" w:cs="Malgun Gothic"/>
        </w:rPr>
        <w:t>대적하여</w:t>
      </w:r>
      <w:r>
        <w:rPr>
          <w:rFonts w:ascii="Times New Roman" w:hAnsi="Times New Roman" w:eastAsia="Times New Roman" w:cs="Times New Roman"/>
        </w:rPr>
        <w:t xml:space="preserve"> </w:t>
      </w:r>
      <w:r>
        <w:rPr>
          <w:rFonts w:ascii="Malgun Gothic" w:hAnsi="Malgun Gothic" w:eastAsia="Malgun Gothic" w:cs="Malgun Gothic"/>
        </w:rPr>
        <w:t>진을</w:t>
      </w:r>
      <w:r>
        <w:rPr>
          <w:rFonts w:ascii="Times New Roman" w:hAnsi="Times New Roman" w:eastAsia="Times New Roman" w:cs="Times New Roman"/>
        </w:rPr>
        <w:t xml:space="preserve"> </w:t>
      </w:r>
      <w:r>
        <w:rPr>
          <w:rFonts w:ascii="Malgun Gothic" w:hAnsi="Malgun Gothic" w:eastAsia="Malgun Gothic" w:cs="Malgun Gothic"/>
        </w:rPr>
        <w:t>쳤느니라</w:t>
      </w:r>
      <w:r>
        <w:rPr>
          <w:rFonts w:ascii="Times New Roman" w:hAnsi="Times New Roman" w:eastAsia="Times New Roman" w:cs="Times New Roman"/>
        </w:rPr>
        <w:t xml:space="preserve">. </w:t>
      </w:r>
      <w:r>
        <w:rPr>
          <w:rFonts w:ascii="Malgun Gothic" w:hAnsi="Malgun Gothic" w:eastAsia="Malgun Gothic" w:cs="Malgun Gothic"/>
        </w:rPr>
        <w:t>에스겔</w:t>
      </w:r>
      <w:r>
        <w:rPr>
          <w:rFonts w:ascii="Times New Roman" w:hAnsi="Times New Roman" w:eastAsia="Times New Roman" w:cs="Times New Roman"/>
        </w:rPr>
        <w:t xml:space="preserve"> 24:1, 2.</w:t>
      </w:r>
    </w:p>
    <w:p>
      <w:pPr>
        <w:pStyle w:val="ArticleBody"/>
        <w:jc w:val="left"/>
      </w:pPr>
      <w:r>
        <w:rPr>
          <w:rFonts w:ascii="Times New Roman" w:hAnsi="Times New Roman" w:eastAsia="Times New Roman" w:cs="Times New Roman"/>
        </w:rPr>
        <w:t>به‌موجب این تاریخ، که بر پایهٔ دیگر گواهان کتاب‌مقدسی نیز تثبیت شده است، محاصره‌ای هجده‌ماهه آغاز شد. کلام خداوند که در آن تاریخ بر حزقیال نازل شد، مشتمل بر مَثَلِ شهرِ خون‌آلود بود که با دیگی جوشان به تصویر کشیده شده و آنگاه با آتشی عظیم دنبال می‌شود. این مَثَل به‌روشنی نمایانگر داوری بر اورشلیم است، و در همان فصل نیز در پی آن، همسر حزقیال به‌سببِ ضربه‌ای ناگهانی به آرامگاه سپرده می‌شود، به‌عنوان نمادی از این‌که محاصره‌ای که سرانجام مقدِس را نابود می‌کرد، آغاز شده بود.</w:t>
      </w:r>
    </w:p>
    <w:p>
      <w:pPr>
        <w:pStyle w:val="ArticleScripture"/>
        <w:jc w:val="left"/>
      </w:pPr>
      <w:r>
        <w:rPr>
          <w:rFonts w:ascii="Myanmar Text" w:hAnsi="Myanmar Text" w:eastAsia="Myanmar Text" w:cs="Myanmar Text"/>
        </w:rPr>
        <w:t>တဖန်</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နှုတ်ကပတ်တော်သည်</w:t>
      </w:r>
      <w:r>
        <w:rPr>
          <w:rFonts w:ascii="Times New Roman" w:hAnsi="Times New Roman" w:eastAsia="Times New Roman" w:cs="Times New Roman"/>
        </w:rPr>
        <w:t xml:space="preserve"> </w:t>
      </w:r>
      <w:r>
        <w:rPr>
          <w:rFonts w:ascii="Myanmar Text" w:hAnsi="Myanmar Text" w:eastAsia="Myanmar Text" w:cs="Myanmar Text"/>
        </w:rPr>
        <w:t>ငါ့ထံသို့</w:t>
      </w:r>
      <w:r>
        <w:rPr>
          <w:rFonts w:ascii="Times New Roman" w:hAnsi="Times New Roman" w:eastAsia="Times New Roman" w:cs="Times New Roman"/>
        </w:rPr>
        <w:t xml:space="preserve"> </w:t>
      </w:r>
      <w:r>
        <w:rPr>
          <w:rFonts w:ascii="Myanmar Text" w:hAnsi="Myanmar Text" w:eastAsia="Myanmar Text" w:cs="Myanmar Text"/>
        </w:rPr>
        <w:t>ရောက်လာ၍၊</w:t>
      </w:r>
      <w:r>
        <w:rPr>
          <w:rFonts w:ascii="Times New Roman" w:hAnsi="Times New Roman" w:eastAsia="Times New Roman" w:cs="Times New Roman"/>
        </w:rPr>
        <w:t xml:space="preserve"> </w:t>
      </w:r>
      <w:r>
        <w:rPr>
          <w:rFonts w:ascii="Myanmar Text" w:hAnsi="Myanmar Text" w:eastAsia="Myanmar Text" w:cs="Myanmar Text"/>
        </w:rPr>
        <w:t>လူသား၏သား၊</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မျက်စိနှစ်သက်ရာကို</w:t>
      </w:r>
      <w:r>
        <w:rPr>
          <w:rFonts w:ascii="Times New Roman" w:hAnsi="Times New Roman" w:eastAsia="Times New Roman" w:cs="Times New Roman"/>
        </w:rPr>
        <w:t xml:space="preserve"> </w:t>
      </w:r>
      <w:r>
        <w:rPr>
          <w:rFonts w:ascii="Myanmar Text" w:hAnsi="Myanmar Text" w:eastAsia="Myanmar Text" w:cs="Myanmar Text"/>
        </w:rPr>
        <w:t>တစ်ချက်တည်းဖြင့်</w:t>
      </w:r>
      <w:r>
        <w:rPr>
          <w:rFonts w:ascii="Times New Roman" w:hAnsi="Times New Roman" w:eastAsia="Times New Roman" w:cs="Times New Roman"/>
        </w:rPr>
        <w:t xml:space="preserve"> </w:t>
      </w:r>
      <w:r>
        <w:rPr>
          <w:rFonts w:ascii="Myanmar Text" w:hAnsi="Myanmar Text" w:eastAsia="Myanmar Text" w:cs="Myanmar Text"/>
        </w:rPr>
        <w:t>သင်ထံမှ</w:t>
      </w:r>
      <w:r>
        <w:rPr>
          <w:rFonts w:ascii="Times New Roman" w:hAnsi="Times New Roman" w:eastAsia="Times New Roman" w:cs="Times New Roman"/>
        </w:rPr>
        <w:t xml:space="preserve"> </w:t>
      </w:r>
      <w:r>
        <w:rPr>
          <w:rFonts w:ascii="Myanmar Text" w:hAnsi="Myanmar Text" w:eastAsia="Myanmar Text" w:cs="Myanmar Text"/>
        </w:rPr>
        <w:t>ယူသွားမည်။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မငိုကြွေးရ၊</w:t>
      </w:r>
      <w:r>
        <w:rPr>
          <w:rFonts w:ascii="Times New Roman" w:hAnsi="Times New Roman" w:eastAsia="Times New Roman" w:cs="Times New Roman"/>
        </w:rPr>
        <w:t xml:space="preserve"> </w:t>
      </w:r>
      <w:r>
        <w:rPr>
          <w:rFonts w:ascii="Myanmar Text" w:hAnsi="Myanmar Text" w:eastAsia="Myanmar Text" w:cs="Myanmar Text"/>
        </w:rPr>
        <w:t>မရယ်ရ၊</w:t>
      </w:r>
      <w:r>
        <w:rPr>
          <w:rFonts w:ascii="Times New Roman" w:hAnsi="Times New Roman" w:eastAsia="Times New Roman" w:cs="Times New Roman"/>
        </w:rPr>
        <w:t xml:space="preserve"> </w:t>
      </w:r>
      <w:r>
        <w:rPr>
          <w:rFonts w:ascii="Myanmar Text" w:hAnsi="Myanmar Text" w:eastAsia="Myanmar Text" w:cs="Myanmar Text"/>
        </w:rPr>
        <w:t>မျက်ရည်လည်း</w:t>
      </w:r>
      <w:r>
        <w:rPr>
          <w:rFonts w:ascii="Times New Roman" w:hAnsi="Times New Roman" w:eastAsia="Times New Roman" w:cs="Times New Roman"/>
        </w:rPr>
        <w:t xml:space="preserve"> </w:t>
      </w:r>
      <w:r>
        <w:rPr>
          <w:rFonts w:ascii="Myanmar Text" w:hAnsi="Myanmar Text" w:eastAsia="Myanmar Text" w:cs="Myanmar Text"/>
        </w:rPr>
        <w:t>မစီးရ။</w:t>
      </w:r>
      <w:r>
        <w:rPr>
          <w:rFonts w:ascii="Times New Roman" w:hAnsi="Times New Roman" w:eastAsia="Times New Roman" w:cs="Times New Roman"/>
        </w:rPr>
        <w:t xml:space="preserve"> </w:t>
      </w:r>
      <w:r>
        <w:rPr>
          <w:rFonts w:ascii="Myanmar Text" w:hAnsi="Myanmar Text" w:eastAsia="Myanmar Text" w:cs="Myanmar Text"/>
        </w:rPr>
        <w:t>ငိုကြွေးခြင်းကို</w:t>
      </w:r>
      <w:r>
        <w:rPr>
          <w:rFonts w:ascii="Times New Roman" w:hAnsi="Times New Roman" w:eastAsia="Times New Roman" w:cs="Times New Roman"/>
        </w:rPr>
        <w:t xml:space="preserve"> </w:t>
      </w:r>
      <w:r>
        <w:rPr>
          <w:rFonts w:ascii="Myanmar Text" w:hAnsi="Myanmar Text" w:eastAsia="Myanmar Text" w:cs="Myanmar Text"/>
        </w:rPr>
        <w:t>ချုပ်တည်းလော့။</w:t>
      </w:r>
      <w:r>
        <w:rPr>
          <w:rFonts w:ascii="Times New Roman" w:hAnsi="Times New Roman" w:eastAsia="Times New Roman" w:cs="Times New Roman"/>
        </w:rPr>
        <w:t xml:space="preserve"> </w:t>
      </w:r>
      <w:r>
        <w:rPr>
          <w:rFonts w:ascii="Myanmar Text" w:hAnsi="Myanmar Text" w:eastAsia="Myanmar Text" w:cs="Myanmar Text"/>
        </w:rPr>
        <w:t>သေသူအတွက်</w:t>
      </w:r>
      <w:r>
        <w:rPr>
          <w:rFonts w:ascii="Times New Roman" w:hAnsi="Times New Roman" w:eastAsia="Times New Roman" w:cs="Times New Roman"/>
        </w:rPr>
        <w:t xml:space="preserve"> </w:t>
      </w:r>
      <w:r>
        <w:rPr>
          <w:rFonts w:ascii="Myanmar Text" w:hAnsi="Myanmar Text" w:eastAsia="Myanmar Text" w:cs="Myanmar Text"/>
        </w:rPr>
        <w:t>ငိုပူဆွေးခြင်း</w:t>
      </w:r>
      <w:r>
        <w:rPr>
          <w:rFonts w:ascii="Times New Roman" w:hAnsi="Times New Roman" w:eastAsia="Times New Roman" w:cs="Times New Roman"/>
        </w:rPr>
        <w:t xml:space="preserve"> </w:t>
      </w:r>
      <w:r>
        <w:rPr>
          <w:rFonts w:ascii="Myanmar Text" w:hAnsi="Myanmar Text" w:eastAsia="Myanmar Text" w:cs="Myanmar Text"/>
        </w:rPr>
        <w:t>မပြုနှင့်။</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ခေါင်းပေါင်းကို</w:t>
      </w:r>
      <w:r>
        <w:rPr>
          <w:rFonts w:ascii="Times New Roman" w:hAnsi="Times New Roman" w:eastAsia="Times New Roman" w:cs="Times New Roman"/>
        </w:rPr>
        <w:t xml:space="preserve"> </w:t>
      </w:r>
      <w:r>
        <w:rPr>
          <w:rFonts w:ascii="Myanmar Text" w:hAnsi="Myanmar Text" w:eastAsia="Myanmar Text" w:cs="Myanmar Text"/>
        </w:rPr>
        <w:t>ခေါင်းပေါ်၌</w:t>
      </w:r>
      <w:r>
        <w:rPr>
          <w:rFonts w:ascii="Times New Roman" w:hAnsi="Times New Roman" w:eastAsia="Times New Roman" w:cs="Times New Roman"/>
        </w:rPr>
        <w:t xml:space="preserve"> </w:t>
      </w:r>
      <w:r>
        <w:rPr>
          <w:rFonts w:ascii="Myanmar Text" w:hAnsi="Myanmar Text" w:eastAsia="Myanmar Text" w:cs="Myanmar Text"/>
        </w:rPr>
        <w:t>စည်းလော့။</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ဖိနပ်တို့ကို</w:t>
      </w:r>
      <w:r>
        <w:rPr>
          <w:rFonts w:ascii="Times New Roman" w:hAnsi="Times New Roman" w:eastAsia="Times New Roman" w:cs="Times New Roman"/>
        </w:rPr>
        <w:t xml:space="preserve"> </w:t>
      </w:r>
      <w:r>
        <w:rPr>
          <w:rFonts w:ascii="Myanmar Text" w:hAnsi="Myanmar Text" w:eastAsia="Myanmar Text" w:cs="Myanmar Text"/>
        </w:rPr>
        <w:t>ခြေထောက်ပေါ်၌</w:t>
      </w:r>
      <w:r>
        <w:rPr>
          <w:rFonts w:ascii="Times New Roman" w:hAnsi="Times New Roman" w:eastAsia="Times New Roman" w:cs="Times New Roman"/>
        </w:rPr>
        <w:t xml:space="preserve"> </w:t>
      </w:r>
      <w:r>
        <w:rPr>
          <w:rFonts w:ascii="Myanmar Text" w:hAnsi="Myanmar Text" w:eastAsia="Myanmar Text" w:cs="Myanmar Text"/>
        </w:rPr>
        <w:t>စီးလော့။</w:t>
      </w:r>
      <w:r>
        <w:rPr>
          <w:rFonts w:ascii="Times New Roman" w:hAnsi="Times New Roman" w:eastAsia="Times New Roman" w:cs="Times New Roman"/>
        </w:rPr>
        <w:t xml:space="preserve"> </w:t>
      </w:r>
      <w:r>
        <w:rPr>
          <w:rFonts w:ascii="Myanmar Text" w:hAnsi="Myanmar Text" w:eastAsia="Myanmar Text" w:cs="Myanmar Text"/>
        </w:rPr>
        <w:t>နှုတ်ခမ်းကို</w:t>
      </w:r>
      <w:r>
        <w:rPr>
          <w:rFonts w:ascii="Times New Roman" w:hAnsi="Times New Roman" w:eastAsia="Times New Roman" w:cs="Times New Roman"/>
        </w:rPr>
        <w:t xml:space="preserve"> </w:t>
      </w:r>
      <w:r>
        <w:rPr>
          <w:rFonts w:ascii="Myanmar Text" w:hAnsi="Myanmar Text" w:eastAsia="Myanmar Text" w:cs="Myanmar Text"/>
        </w:rPr>
        <w:t>မဖုံးနှင့်။</w:t>
      </w:r>
      <w:r>
        <w:rPr>
          <w:rFonts w:ascii="Times New Roman" w:hAnsi="Times New Roman" w:eastAsia="Times New Roman" w:cs="Times New Roman"/>
        </w:rPr>
        <w:t xml:space="preserve"> </w:t>
      </w:r>
      <w:r>
        <w:rPr>
          <w:rFonts w:ascii="Myanmar Text" w:hAnsi="Myanmar Text" w:eastAsia="Myanmar Text" w:cs="Myanmar Text"/>
        </w:rPr>
        <w:t>လူတို့ပေးသော</w:t>
      </w:r>
      <w:r>
        <w:rPr>
          <w:rFonts w:ascii="Times New Roman" w:hAnsi="Times New Roman" w:eastAsia="Times New Roman" w:cs="Times New Roman"/>
        </w:rPr>
        <w:t xml:space="preserve"> </w:t>
      </w:r>
      <w:r>
        <w:rPr>
          <w:rFonts w:ascii="Myanmar Text" w:hAnsi="Myanmar Text" w:eastAsia="Myanmar Text" w:cs="Myanmar Text"/>
        </w:rPr>
        <w:t>မုန့်ကို</w:t>
      </w:r>
      <w:r>
        <w:rPr>
          <w:rFonts w:ascii="Times New Roman" w:hAnsi="Times New Roman" w:eastAsia="Times New Roman" w:cs="Times New Roman"/>
        </w:rPr>
        <w:t xml:space="preserve"> </w:t>
      </w:r>
      <w:r>
        <w:rPr>
          <w:rFonts w:ascii="Myanmar Text" w:hAnsi="Myanmar Text" w:eastAsia="Myanmar Text" w:cs="Myanmar Text"/>
        </w:rPr>
        <w:t>မစားနှင့်ဟု</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နံနက်၌</w:t>
      </w:r>
      <w:r>
        <w:rPr>
          <w:rFonts w:ascii="Times New Roman" w:hAnsi="Times New Roman" w:eastAsia="Times New Roman" w:cs="Times New Roman"/>
        </w:rPr>
        <w:t xml:space="preserve"> </w:t>
      </w:r>
      <w:r>
        <w:rPr>
          <w:rFonts w:ascii="Myanmar Text" w:hAnsi="Myanmar Text" w:eastAsia="Myanmar Text" w:cs="Myanmar Text"/>
        </w:rPr>
        <w:t>လူများအား</w:t>
      </w:r>
      <w:r>
        <w:rPr>
          <w:rFonts w:ascii="Times New Roman" w:hAnsi="Times New Roman" w:eastAsia="Times New Roman" w:cs="Times New Roman"/>
        </w:rPr>
        <w:t xml:space="preserve"> </w:t>
      </w:r>
      <w:r>
        <w:rPr>
          <w:rFonts w:ascii="Myanmar Text" w:hAnsi="Myanmar Text" w:eastAsia="Myanmar Text" w:cs="Myanmar Text"/>
        </w:rPr>
        <w:t>ပြောဆိုခဲ့၏။</w:t>
      </w:r>
      <w:r>
        <w:rPr>
          <w:rFonts w:ascii="Times New Roman" w:hAnsi="Times New Roman" w:eastAsia="Times New Roman" w:cs="Times New Roman"/>
        </w:rPr>
        <w:t xml:space="preserve"> </w:t>
      </w:r>
      <w:r>
        <w:rPr>
          <w:rFonts w:ascii="Myanmar Text" w:hAnsi="Myanmar Text" w:eastAsia="Myanmar Text" w:cs="Myanmar Text"/>
        </w:rPr>
        <w:t>ညနေ၌</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မယားသည်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နောက်တစ်နေ့</w:t>
      </w:r>
      <w:r>
        <w:rPr>
          <w:rFonts w:ascii="Times New Roman" w:hAnsi="Times New Roman" w:eastAsia="Times New Roman" w:cs="Times New Roman"/>
        </w:rPr>
        <w:t xml:space="preserve"> </w:t>
      </w:r>
      <w:r>
        <w:rPr>
          <w:rFonts w:ascii="Myanmar Text" w:hAnsi="Myanmar Text" w:eastAsia="Myanmar Text" w:cs="Myanmar Text"/>
        </w:rPr>
        <w:t>နံနက်၌လည်း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အမိန့်တော်ရှိသည့်အတိုင်း</w:t>
      </w:r>
      <w:r>
        <w:rPr>
          <w:rFonts w:ascii="Times New Roman" w:hAnsi="Times New Roman" w:eastAsia="Times New Roman" w:cs="Times New Roman"/>
        </w:rPr>
        <w:t xml:space="preserve"> </w:t>
      </w:r>
      <w:r>
        <w:rPr>
          <w:rFonts w:ascii="Myanmar Text" w:hAnsi="Myanmar Text" w:eastAsia="Myanmar Text" w:cs="Myanmar Text"/>
        </w:rPr>
        <w:t>ပြုခဲ့၏။</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24:15–18</w:t>
      </w:r>
      <w:r>
        <w:rPr>
          <w:rFonts w:ascii="Myanmar Text" w:hAnsi="Myanmar Text" w:eastAsia="Myanmar Text" w:cs="Myanmar Text"/>
        </w:rPr>
        <w:t>။</w:t>
      </w:r>
    </w:p>
    <w:p>
      <w:pPr>
        <w:pStyle w:val="ArticleBody"/>
        <w:jc w:val="left"/>
      </w:pPr>
      <w:r>
        <w:rPr>
          <w:rFonts w:ascii="Times New Roman" w:hAnsi="Times New Roman" w:eastAsia="Times New Roman" w:cs="Times New Roman"/>
        </w:rPr>
        <w:t>Tatakay nakakarin ed palibot nen Ezekiel so inkered da no anto so kabaliksan na’y talinghaga tan so ipatey na asawan to.</w:t>
      </w:r>
    </w:p>
    <w:p>
      <w:pPr>
        <w:pStyle w:val="ArticleScripture"/>
        <w:jc w:val="left"/>
      </w:pPr>
      <w:r>
        <w:rPr>
          <w:rFonts w:ascii="Times New Roman" w:hAnsi="Times New Roman" w:eastAsia="Times New Roman" w:cs="Times New Roman"/>
        </w:rPr>
        <w:t>Шәра айтдылар маған: «Сен не үшін бұлай істеп жатқаныңның біз үшін нені білдіретінін бізге айтпайсың ба?» Сонда мен оларға жауап бердім: Жаратқан Иенің сөзі маған келіп, былай деді: «Исраил үйіне айт: Құдіретті Ие Жаратқан былай дейді: Міне, Мен Өзімнің киелі үйімді, сендердің күш-қуаттарыңның сән-салтанатын, көздеріңнің қалауын, жандарың аяйтын нәрсені арамдаймын; ал өздерің тастап кеткен ұлдарың мен қыздарың семсерден құлайды». Езекиел 24:19–21.</w:t>
      </w:r>
    </w:p>
    <w:p>
      <w:pPr>
        <w:pStyle w:val="ArticleBody"/>
        <w:jc w:val="left"/>
      </w:pPr>
      <w:r>
        <w:rPr>
          <w:rFonts w:ascii="Times New Roman" w:hAnsi="Times New Roman" w:eastAsia="Times New Roman" w:cs="Times New Roman"/>
        </w:rPr>
        <w:t>حزقی‌ێلێ ئافرەت و پەرستگاکە لەو بەشەدا هەردووکیان وەک «ئارەزووی چاوەکانت» ناسێنراون. مێژووناسانێکی کتێبی پیرۆز پێناسە دەکەن کە ئەو گەمارۆیە هەژدە مانگ درێژەی کێشا، لە کاتێکدا گەمارۆکانی سێستیوس و تیتوس لە ساڵی 66 هەتا ساڵی 70 چوار ساڵیان خایاند. ئەگەر کاتەکە بە وردی بژمێررێت، لە یەکەم گەمارۆی سێستیوسەوە هەتا وێرانبوونەکە سێ ساڵ و نیوەیە؛ بەڵام کاتێک «ژماردنی گشتگیر» بەکاربهێنرێت، کە زۆرترین جۆری ژماردنە لە کتێبی پیرۆزدا، ئەوا چوار ساڵە. زانینی ئەوەی کە هەردوو ژماردنەکە دروستن وا دەکات بتوانین هەم سێ ساڵ و نیوە لە سێستیوسەوە بۆ تیتوس ببینین، و هەروەها چوار ساڵیش.</w:t>
      </w:r>
    </w:p>
    <w:p>
      <w:pPr>
        <w:pStyle w:val="ArticleBody"/>
        <w:jc w:val="left"/>
      </w:pPr>
      <w:r>
        <w:rPr>
          <w:rFonts w:ascii="Times New Roman" w:hAnsi="Times New Roman" w:eastAsia="Times New Roman" w:cs="Times New Roman"/>
        </w:rPr>
        <w:t>Беҙҙә Йәкшәмбе ҡануны хаҡында Иерусалимдың ике емерелеүендә ике шаһит бар, һәм ике тарихтың да бөтә нескәлектәре тиҙҙән киләсәк Йәкшәмбе ҡанунына ҡарата ҡулланылырға тейеш, унда Лаодикия Раббының ауыҙынан ҡоҫолоп сығарыла. Навуходоносорҙың ҡамауының башланыуы Иезекиилдең ҡатынының үлеме менән билдәләнә. Уның үлемендә Иезекиилгә асыҡтан-асыҡ матәм тотмаҫҡа бойоролдо, сөнки ул әсирлеккә алып кителгән йәһүдтәрҙең билдәһе ине.</w:t>
      </w:r>
    </w:p>
    <w:p>
      <w:pPr>
        <w:pStyle w:val="ArticleBody"/>
        <w:jc w:val="left"/>
      </w:pPr>
      <w:r>
        <w:rPr>
          <w:rFonts w:ascii="Times New Roman" w:hAnsi="Times New Roman" w:eastAsia="Times New Roman" w:cs="Times New Roman"/>
        </w:rPr>
        <w:t>Tɔstɔŋ-a ɓii naai anii sɔɔnɛ na 66 haa 70, a pɛrɛ nɛ alama na “abomination of desolation,” ka alama nɛ ka naɣi Kristanfɔɔrɛ bii Jerusalem n-ti yɛlɛ.</w:t>
      </w:r>
    </w:p>
    <w:p>
      <w:pPr>
        <w:pStyle w:val="ArticleScripture"/>
        <w:jc w:val="left"/>
      </w:pPr>
      <w:r>
        <w:rPr>
          <w:rFonts w:ascii="Times New Roman" w:hAnsi="Times New Roman" w:eastAsia="Times New Roman" w:cs="Times New Roman"/>
        </w:rPr>
        <w:t>Tati, ndequera pehechávo pe mba’e jeguaru oporomoñehundiha, Daniel maranduhára rehe oñe’ẽva, oñembo’ýva pe tenda marangatupe, (pe omoñe’ẽva, toikuaa hag̃ua:) upérõ umi oĩva Judea-pe toñani yvytykuérape. Mateo 24:15,16.</w:t>
      </w:r>
    </w:p>
    <w:p>
      <w:pPr>
        <w:pStyle w:val="ArticleBody"/>
        <w:jc w:val="left"/>
      </w:pPr>
      <w:r>
        <w:rPr>
          <w:rFonts w:ascii="Nirmala UI" w:hAnsi="Nirmala UI" w:eastAsia="Nirmala UI" w:cs="Nirmala UI"/>
        </w:rPr>
        <w:t>ꯑꯥꯅꯕ</w:t>
      </w:r>
      <w:r>
        <w:rPr>
          <w:rFonts w:ascii="Times New Roman" w:hAnsi="Times New Roman" w:eastAsia="Times New Roman" w:cs="Times New Roman"/>
        </w:rPr>
        <w:t xml:space="preserve"> </w:t>
      </w:r>
      <w:r>
        <w:rPr>
          <w:rFonts w:ascii="Nirmala UI" w:hAnsi="Nirmala UI" w:eastAsia="Nirmala UI" w:cs="Nirmala UI"/>
        </w:rPr>
        <w:t>ꯑꯅꯤꯁꯤꯡ</w:t>
      </w:r>
      <w:r>
        <w:rPr>
          <w:rFonts w:ascii="Times New Roman" w:hAnsi="Times New Roman" w:eastAsia="Times New Roman" w:cs="Times New Roman"/>
        </w:rPr>
        <w:t xml:space="preserve"> </w:t>
      </w:r>
      <w:r>
        <w:rPr>
          <w:rFonts w:ascii="Nirmala UI" w:hAnsi="Nirmala UI" w:eastAsia="Nirmala UI" w:cs="Nirmala UI"/>
        </w:rPr>
        <w:t>ꯃꯔꯛꯑꯗꯨꯅ</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ꯂꯥꯏꯅꯕ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ꯆꯥꯡꯗꯕ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ꯑꯅꯤꯃꯛ</w:t>
      </w:r>
      <w:r>
        <w:rPr>
          <w:rFonts w:ascii="Times New Roman" w:hAnsi="Times New Roman" w:eastAsia="Times New Roman" w:cs="Times New Roman"/>
        </w:rPr>
        <w:t xml:space="preserve"> </w:t>
      </w:r>
      <w:r>
        <w:rPr>
          <w:rFonts w:ascii="Nirmala UI" w:hAnsi="Nirmala UI" w:eastAsia="Nirmala UI" w:cs="Nirmala UI"/>
        </w:rPr>
        <w:t>ꯑꯥꯅꯕ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ꯑꯍꯥꯟꯕꯗ</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ꯌꯥꯎꯋꯤ꯫</w:t>
      </w:r>
      <w:r>
        <w:rPr>
          <w:rFonts w:ascii="Times New Roman" w:hAnsi="Times New Roman" w:eastAsia="Times New Roman" w:cs="Times New Roman"/>
        </w:rPr>
        <w:t xml:space="preserve"> </w:t>
      </w:r>
      <w:r>
        <w:rPr>
          <w:rFonts w:ascii="Nirmala UI" w:hAnsi="Nirmala UI" w:eastAsia="Nirmala UI" w:cs="Nirmala UI"/>
        </w:rPr>
        <w:t>ꯏꯖꯤꯀꯤꯌꯦꯜꯅ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ꯑꯔꯝꯕ</w:t>
      </w:r>
      <w:r>
        <w:rPr>
          <w:rFonts w:ascii="Times New Roman" w:hAnsi="Times New Roman" w:eastAsia="Times New Roman" w:cs="Times New Roman"/>
        </w:rPr>
        <w:t xml:space="preserve"> </w:t>
      </w:r>
      <w:r>
        <w:rPr>
          <w:rFonts w:ascii="Nirmala UI" w:hAnsi="Nirmala UI" w:eastAsia="Nirmala UI" w:cs="Nirmala UI"/>
        </w:rPr>
        <w:t>ꯀꯔꯤꯅꯣ</w:t>
      </w:r>
      <w:r>
        <w:rPr>
          <w:rFonts w:ascii="Times New Roman" w:hAnsi="Times New Roman" w:eastAsia="Times New Roman" w:cs="Times New Roman"/>
        </w:rPr>
        <w:t xml:space="preserve"> </w:t>
      </w:r>
      <w:r>
        <w:rPr>
          <w:rFonts w:ascii="Nirmala UI" w:hAnsi="Nirmala UI" w:eastAsia="Nirmala UI" w:cs="Nirmala UI"/>
        </w:rPr>
        <w:t>ꯍꯥꯌꯕ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ꯁꯟꯗꯣꯛꯄꯥ</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ꯁꯟꯗꯣꯛꯄꯤꯔꯃꯒ</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w:t>
      </w:r>
      <w:r>
        <w:rPr>
          <w:rFonts w:ascii="Nirmala UI" w:hAnsi="Nirmala UI" w:eastAsia="Nirmala UI" w:cs="Nirmala UI"/>
        </w:rPr>
        <w:t>ꯏꯁꯤꯟꯅꯈꯤ꯫</w:t>
      </w:r>
    </w:p>
    <w:p>
      <w:pPr>
        <w:pStyle w:val="ArticleScripture"/>
        <w:jc w:val="left"/>
      </w:pPr>
      <w:r>
        <w:rPr>
          <w:rFonts w:ascii="Times New Roman" w:hAnsi="Times New Roman" w:eastAsia="Times New Roman" w:cs="Times New Roman"/>
        </w:rPr>
        <w:t>Varuhesikeli u nga mbilu ya xikombiso eka n’wina; hilaha hinkwaswo leswi a swi endleke hakona, na n’wina mi ta endla tano; kutani loko leswi swi humelela, mi ta tiva leswaku hi mina Hosi Yehovha. Ezekiele 24:24.</w:t>
      </w:r>
    </w:p>
    <w:p>
      <w:pPr>
        <w:pStyle w:val="ArticleBody"/>
        <w:jc w:val="left"/>
      </w:pPr>
      <w:r>
        <w:rPr>
          <w:rFonts w:ascii="Times New Roman" w:hAnsi="Times New Roman" w:eastAsia="Times New Roman" w:cs="Times New Roman"/>
        </w:rPr>
        <w:t>اوکێل کاخا آتەل ڕەمزا ۆە هەناسێنێکی وێرانییە نزیکەی ئورشەلیم و پەڕستگاکە بوو، و ئەو دواترەی بەندیکردنەکە لە بابڵ. ڕەمزی قێزەونی وێرانکەر، کە دانیال پێی گوتبوو، ئاگادارکردنەوەیەک بوو بۆ ڕاکردن لە وێرانکەییەکە، بەڵام هەردوو گەمارۆکە لە سەرەتادا ڕەمزێکیان هەیە.</w:t>
      </w:r>
    </w:p>
    <w:p>
      <w:pPr>
        <w:pStyle w:val="ArticleBody"/>
        <w:jc w:val="left"/>
      </w:pPr>
      <w:r>
        <w:rPr>
          <w:rFonts w:ascii="Times New Roman" w:hAnsi="Times New Roman" w:eastAsia="Times New Roman" w:cs="Times New Roman"/>
        </w:rPr>
        <w:t>آیینی محاصرہ اُس جلد آنے والے یکشنبہ کے قانون سے پہلے واقع ہوگا، اور حزقی ایل کی بیوی کی موت اس بات کی علامت ہے کہ لاؤدیقیہ کی سیونتھ ڈے ایڈونٹسٹ کلیسیا کو پوری طرح نظرانداز کر دیا گیا ہے؛ جبکہ حزقی ایل ایک لاکھ چوالیس ہزار کی علامت ہے، اور اُس جھنڈے کی علامت ہے جو محاصرہ کے آغاز میں بلند کیا جاتا ہے۔ حزقی ایل بابل کے محاصرہ کے آغاز میں ایک لاکھ چوالیس ہزار کا جھنڈا ہے، اور آغاز میں ویرانی کی مکروہ چیز کی نشانی روم کی “نشانی” ہے۔ ایک نشانی اندرونی تنبیہ سے متعلق ہے اور دوسری بیرونی تنبیہ سے۔ یقینا 66ء میں مسیحیوں کے لیے ایک تنبیہ تھی، لیکن تنبیہی نشانی روم تھا۔ بابل کی ہلاکت میں نشانی حزقی ایل کی بیوی تھی۔ روم اُس طبقہ کی علامت ہے جو حیوان کا نشان قبول کرتے ہیں، اور حزقی ایل اُن لوگوں کی نشانی ہے جو خدا کی مہر قبول کرتے ہیں۔</w:t>
      </w:r>
    </w:p>
    <w:p>
      <w:pPr>
        <w:pStyle w:val="ArticleHeading"/>
        <w:jc w:val="left"/>
      </w:pPr>
      <w:r>
        <w:rPr>
          <w:rFonts w:ascii="Arial" w:hAnsi="Arial" w:eastAsia="Arial" w:cs="Arial"/>
        </w:rPr>
        <w:t>ئاکەمی دوو ماوەیی کۆتایی</w:t>
      </w:r>
    </w:p>
    <w:p>
      <w:pPr>
        <w:pStyle w:val="ArticleBody"/>
        <w:jc w:val="left"/>
      </w:pPr>
      <w:r>
        <w:rPr>
          <w:rFonts w:ascii="Times New Roman" w:hAnsi="Times New Roman" w:eastAsia="Times New Roman" w:cs="Times New Roman"/>
        </w:rPr>
        <w:t>Ang primer nga paglikos nagdugay sing napulo kag walo ka bulan, kag ang ikaduha nga paglikos nagdugay sing apat ka tuig. Ang duha ka paglikos may ila “mas direkta” nga katumanan sa ulihi nga mga adlaw, kag ang duha ka paglikos may diretso nga kaangtanan sa tagna sang tatlo ka gatos kag nubenta kag isa ka tuig kag kinse ka adlaw nga makita sa Pahayag 9:15.</w:t>
      </w:r>
    </w:p>
    <w:p>
      <w:pPr>
        <w:pStyle w:val="ArticleBody"/>
        <w:jc w:val="left"/>
      </w:pPr>
      <w:r>
        <w:rPr>
          <w:rFonts w:ascii="Times New Roman" w:hAnsi="Times New Roman" w:eastAsia="Times New Roman" w:cs="Times New Roman"/>
        </w:rPr>
        <w:t>Ayə vəhyinin doqquzuncu fəslinin onuncu ayəsindəki beş ayın başlanğıcı, otuz səkkiz rəqəmi ilə əlaqələndirilən və İslamın yüksəlişini müəyyən edən dördillik mühasirə ilə kulminasiya nöqtəsinə çatan otuz səkkiz illik bir dövrü nişanlayan bir tarixi ehtiva edirdi. Həmin dördillik mühasirə, (beş ay olan) yüz əlli ilin sona çatdığı və üç yüz doxsan bir il on beş günün başladığı zaman başlanmış tarixdə öz qarşılığını tapır. Bu, 27 iyul 1449-cu ildə başladı və dörd il sonra İslam Konstantinopola qarşı əlli beş günlük bir mühasirə gətirdi; bu mühasirə 29 may 1453-cü ildə sona çatdı.</w:t>
      </w:r>
    </w:p>
    <w:p>
      <w:pPr>
        <w:pStyle w:val="ArticleBody"/>
        <w:jc w:val="left"/>
      </w:pPr>
      <w:r>
        <w:rPr>
          <w:rFonts w:ascii="Times New Roman" w:hAnsi="Times New Roman" w:eastAsia="Times New Roman" w:cs="Times New Roman"/>
        </w:rPr>
        <w:t>Júh tõnûupààt ätsëkënyië yïlyi Julai 27, 1449 nâ, àmàa pël August 11, 1844, kààlìi kù yïlyi ëjääng kɔ̈k bïïk ci lööm kɔ̈k mïth piɔ̈u kɛ̈k apɛi 1840 tɔ̈ 1844, acï lɛ̈k kààlìi kù ci dhiëëth apɛi 1333 tɔ̈ 1337, ku acï lɛ̈k aya kààlìi kù ci yïlyi 1449 tɔ̈ 1453. Kɔ̈k dëët kënë, kɛ̈k yaa kɔ̈k ci ke raan ke raan tɛ̈̈n ë piny nhom ci bëi ke yic, abïk raan lɛ̈k kààlìi kù apɛi ë rot, yenë cï lööm ëjääng kɔ̈k mïth piɔ̈u kɛ̈k apɛi 1840 tɔ̈ 1844, cï bɛn në kärëcë ëtën ëjääng kɔ̈k mïth athiɛɛr. Kɔ̈k dëët kënë abïk nyuɔth dhiëëth apɛi kààlìi kù në kärëcë ëdhiëëth miëët kɛ̈ ye lööm tëm ɣël akïm athiɛɛr. Kààlìi kù apɛi kënë acï nyuɔth aya kuɔny ku dhiëëth Jerusalɛm në 66 ku 70.</w:t>
      </w:r>
    </w:p>
    <w:p>
      <w:pPr>
        <w:pStyle w:val="ArticleBody"/>
        <w:jc w:val="left"/>
      </w:pPr>
      <w:r>
        <w:rPr>
          <w:rFonts w:ascii="Times New Roman" w:hAnsi="Times New Roman" w:eastAsia="Times New Roman" w:cs="Times New Roman"/>
        </w:rPr>
        <w:t>Mpae a ɛwɔ mfie anan no ase a Cestius fii ase wɔ afe 66 mu, na afei ne wiei a Titus de bae wɔ afe 70 mu no, ma wɔnya alpha agyiraehyɛde ne omega agyiraehyɛde ma mfie anan bere no. Saa bere korɔ no nso gyina hɔ ma mfe abiɛsa ne fa, na eyi nso hyia mfe abiɛsa ne fa a ehyɛ nkɔm no, a papafo Roma de tiaa kronkronbea no so.</w:t>
      </w:r>
    </w:p>
    <w:p>
      <w:pPr>
        <w:pStyle w:val="ArticleScripture"/>
        <w:jc w:val="left"/>
      </w:pPr>
      <w:r>
        <w:rPr>
          <w:rFonts w:ascii="Times New Roman" w:hAnsi="Times New Roman" w:eastAsia="Times New Roman" w:cs="Times New Roman"/>
        </w:rPr>
        <w:t>مەبەستی شۆرایەکەی دەرەوەی پەرستگاکە بێڵە، و مەپێوە؛ چونکە ئەوە دراوە بە نەتەوەکان: و شارە پیرۆزەکە چلوو دوو مانگ ژێرپێیان دەکەن. و من هێز دەدەم بە دوو شایەتی من، و ئەوان بۆ هەزار و دوو سەد و شەست ڕۆژ پێغەمبەری دەکەن، لە جولی ژەندەدا بەربەستکراون. ئاشکراکردنەوە 11: 2، 3.</w:t>
      </w:r>
    </w:p>
    <w:p>
      <w:pPr>
        <w:pStyle w:val="ArticleScripture"/>
        <w:jc w:val="left"/>
      </w:pPr>
      <w:r>
        <w:rPr>
          <w:rFonts w:ascii="Times New Roman" w:hAnsi="Times New Roman" w:eastAsia="Times New Roman" w:cs="Times New Roman"/>
        </w:rPr>
        <w:t>Y subirán na espáa filu di eskina, y serán yebáu prisioneros a tó nasiones: y Jerusalén será pisiotiáu po lós Gentiles, hata ke se kumpla lós tiempos di lós Gentiles. Lucas 21:24.</w:t>
      </w:r>
    </w:p>
    <w:p>
      <w:pPr>
        <w:pStyle w:val="ArticleBody"/>
        <w:jc w:val="left"/>
      </w:pPr>
      <w:r>
        <w:rPr>
          <w:rFonts w:ascii="Times New Roman" w:hAnsi="Times New Roman" w:eastAsia="Times New Roman" w:cs="Times New Roman"/>
        </w:rPr>
        <w:t>دەبێت گرنگی بەوە بدرێت کە من لە هەژمارکردنی هەردوو شێوەی «گرتنەخۆ» و «دەرهێنان» بۆ ماوەیەک کە بە هێمای ئەلفای Cestius تا هێمای ئۆمێگای Titus نیشان دراوە، بەکار دەهێنم. ئەمە دیاری دەکات کە دوو بەکارهێنانی کات لەگەڵ یەک مێژوو نیشان دراون. ئێمە پێشتر لەم بنەمایە کتێبییە دا قسەمان کردووە، کاتێک کە (چەندین وتار لەمەوپێش) ماوەی نێوان سەردانی Jesus بۆ Caesarea-Philippi (Panium) و گەشتەکەی بۆ شاخی Transfiguration لەبەرچاو گرت. دوو نووسەری کتێبی پیرۆز شەش ڕۆژ تۆمار دەکەن و یەکێک هەشت ڕۆژ.</w:t>
      </w:r>
    </w:p>
    <w:p>
      <w:pPr>
        <w:pStyle w:val="ArticleScripture"/>
        <w:jc w:val="left"/>
      </w:pPr>
      <w:r>
        <w:rPr>
          <w:rFonts w:ascii="Times New Roman" w:hAnsi="Times New Roman" w:eastAsia="Times New Roman" w:cs="Times New Roman"/>
        </w:rPr>
        <w:t>Chaymanta suqta p’unchawkuna qhipaman Jesúsqa Pedruta, Jacobota, Juan wawqeninta, pusharqanku huk hatun urquman sapallanman. Mateo 17:1.</w:t>
      </w:r>
    </w:p>
    <w:p>
      <w:pPr>
        <w:pStyle w:val="ArticleScripture"/>
        <w:jc w:val="left"/>
      </w:pPr>
      <w:r>
        <w:rPr>
          <w:rFonts w:ascii="Times New Roman" w:hAnsi="Times New Roman" w:eastAsia="Times New Roman" w:cs="Times New Roman"/>
        </w:rPr>
        <w:t>حەوت ڕۆژ دوای ئەوە، عیسا پەترۆس و یعقوب و یۆحەنای لەگەڵ خۆی برد، و تەنها بە خۆیان بەرزییەکی بڵندەوە بردنیان؛ و لەبەردەم ئەوان گۆڕدرای شێوەی خۆی. مارقۆس 9:2.</w:t>
      </w:r>
    </w:p>
    <w:p>
      <w:pPr>
        <w:pStyle w:val="ArticleScripture"/>
        <w:jc w:val="left"/>
      </w:pP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ᎦᎶᏍᏗ</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ᎦᏚᎩ</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ᏂᎦᏪᏍᎬ</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ᏣᏂ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ᏥᎻ</w:t>
      </w:r>
      <w:r>
        <w:rPr>
          <w:rFonts w:ascii="Times New Roman" w:hAnsi="Times New Roman" w:eastAsia="Times New Roman" w:cs="Times New Roman"/>
        </w:rPr>
        <w:t xml:space="preserve"> </w:t>
      </w:r>
      <w:r>
        <w:rPr>
          <w:rFonts w:ascii="Gadugi" w:hAnsi="Gadugi" w:eastAsia="Gadugi" w:cs="Gadugi"/>
        </w:rPr>
        <w:t>ᏚᏘᏅᏎ</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ᎣᏓᎸ</w:t>
      </w:r>
      <w:r>
        <w:rPr>
          <w:rFonts w:ascii="Times New Roman" w:hAnsi="Times New Roman" w:eastAsia="Times New Roman" w:cs="Times New Roman"/>
        </w:rPr>
        <w:t xml:space="preserve"> </w:t>
      </w:r>
      <w:r>
        <w:rPr>
          <w:rFonts w:ascii="Gadugi" w:hAnsi="Gadugi" w:eastAsia="Gadugi" w:cs="Gadugi"/>
        </w:rPr>
        <w:t>ᏭᎶᏎ</w:t>
      </w:r>
      <w:r>
        <w:rPr>
          <w:rFonts w:ascii="Times New Roman" w:hAnsi="Times New Roman" w:eastAsia="Times New Roman" w:cs="Times New Roman"/>
        </w:rPr>
        <w:t xml:space="preserve"> </w:t>
      </w:r>
      <w:r>
        <w:rPr>
          <w:rFonts w:ascii="Gadugi" w:hAnsi="Gadugi" w:eastAsia="Gadugi" w:cs="Gadugi"/>
        </w:rPr>
        <w:t>ᎤᏓᏙᎵᏍᏗᏱ</w:t>
      </w:r>
      <w:r>
        <w:rPr>
          <w:rFonts w:ascii="Times New Roman" w:hAnsi="Times New Roman" w:eastAsia="Times New Roman" w:cs="Times New Roman"/>
        </w:rPr>
        <w:t>. Luke 9:28.</w:t>
      </w:r>
    </w:p>
    <w:p>
      <w:pPr>
        <w:pStyle w:val="ArticleBody"/>
        <w:jc w:val="left"/>
      </w:pPr>
      <w:r>
        <w:rPr>
          <w:rFonts w:ascii="Times New Roman" w:hAnsi="Times New Roman" w:eastAsia="Times New Roman" w:cs="Times New Roman"/>
        </w:rPr>
        <w:t>Թորեհ Երուսաղէմի աւերումը ունի «աւելի անմիջական» կիրարկութիւն վերջին օրերուն, եւ այդ աւերումը երկու վկաներու միջոցով է ներկայացուած՝ Բաբելոնով եւ Հռոմով։ Երկու վկաները կը համապատասխանին իրարու, սակայն կու տան տարբեր եւ էական մարգարէական բնութագրեր՝ ճշմարտութիւնը աւելի զօրեղ կերպով ընդգծելու համար։ Հռոմի կողմէ պաշարումը (66-70) չորս տարի տեւեց, որ նաեւ կը ներկայացնէ երեքուկէս տարի։ Երեքուկէս տարին կը կապուի սրբավայրին եւ զօրքին ոտնակոխ ընուելուն, որ իրականացուեցաւ թէ՛ հեթանոսութեան եւ թէ՛ պապականութեան միջոցով։ Պապականութեան կողմէ ոտնակոխ ընելը տեւեց երեքուկէս խորհրդանշական տարի, ինչպէս նախօրինակուած էր Հռոմի պաշարումին մէջ եղած բառացի երեքուկէս տարով։</w:t>
      </w:r>
    </w:p>
    <w:p>
      <w:pPr>
        <w:pStyle w:val="ArticleBody"/>
        <w:jc w:val="left"/>
      </w:pPr>
      <w:r>
        <w:rPr>
          <w:rFonts w:ascii="Times New Roman" w:hAnsi="Times New Roman" w:eastAsia="Times New Roman" w:cs="Times New Roman"/>
        </w:rPr>
        <w:t>ئەو چوار ساڵە گەمارۆدانەش پەیوەندی هەیە بەو ماوە چوار ساڵیانەی کە پەیوەستن بە هێڵی پێشبینییەکەی ناساندنی بەرزکرانەوەی ئیسلام و دوای ئەوەش بەرزکرانەوەی بزووتنەوەی هەردوو فریشتەی یەکەم و دووەم و پاشان سێیەم. لە سێستیوسەوە بۆ تیتۆس لەگەڵ بازنەی ڕۆمای پاپاییدا یەکدەنیشتێت و هەروەها لەگەڵ بازنەی ئیسلامیش. بازنەی ڕۆما و ئەو سێ ساڵ و نیوەی سێستیوس و تیتۆس لەگەڵ سێ ساڵ و نیوەی هێمایی ڕۆمای پاپاییدا یەکدەنیشتێت، وەک ئەوەی دوو بوونەوەری ڕۆمای بت‌پەرست و ڕۆمای پاپایی دیاری بکات. بازنەی ئیسلام بە هەمان مێژوو پەیوەستە وەک چوار ساڵ تێگەیشتراوە، بەڵام هەروەک لەگەڵ بازنەی ڕۆما لەو مێژووەدا، ئیسلام پەیوەستە بە هێزێکی دووەم کە خۆی لە ژێر بازنەی ئیسلامدایە—ئەویش ئەدڤێنتیزمە. ماوەی سێ ساڵ و نیوە نوێنەرایەتی ڕۆما دەکات لە هەردوو قۆناغەکەیدا، و ماوەی چوار ساڵ نوێنەرایەتی ئیسلام و ئەدڤێنتیزم دەکات. ڕۆمای بت‌پەرست و ڕۆمای پاپایی ناتوانرێن لە ڕووی پێشبینییەوە لێک جیا بکرێنەوە، هەروەها ئیسلام و ئەدڤێنتیزمیش.</w:t>
      </w:r>
    </w:p>
    <w:p>
      <w:pPr>
        <w:pStyle w:val="ArticleBody"/>
        <w:jc w:val="left"/>
      </w:pPr>
      <w:r>
        <w:rPr>
          <w:rFonts w:ascii="Javanese Text" w:hAnsi="Javanese Text" w:eastAsia="Javanese Text" w:cs="Javanese Text"/>
        </w:rPr>
        <w:t>꧋ꦤꦶꦏꦶꦩꦺꦤꦸꦠꦸꦠ꧀</w:t>
      </w:r>
      <w:r>
        <w:rPr>
          <w:rFonts w:ascii="Times New Roman" w:hAnsi="Times New Roman" w:eastAsia="Times New Roman" w:cs="Times New Roman"/>
        </w:rPr>
        <w:t xml:space="preserve"> </w:t>
      </w:r>
      <w:r>
        <w:rPr>
          <w:rFonts w:ascii="Javanese Text" w:hAnsi="Javanese Text" w:eastAsia="Javanese Text" w:cs="Javanese Text"/>
        </w:rPr>
        <w:t>ꦱꦼꦕꦫ</w:t>
      </w:r>
      <w:r>
        <w:rPr>
          <w:rFonts w:ascii="Times New Roman" w:hAnsi="Times New Roman" w:eastAsia="Times New Roman" w:cs="Times New Roman"/>
        </w:rPr>
        <w:t xml:space="preserve"> </w:t>
      </w:r>
      <w:r>
        <w:rPr>
          <w:rFonts w:ascii="Javanese Text" w:hAnsi="Javanese Text" w:eastAsia="Javanese Text" w:cs="Javanese Text"/>
        </w:rPr>
        <w:t>ꦥꦿꦺꦴꦥꦺꦠꦶꦏ꧀</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ꦲꦩꦶ</w:t>
      </w:r>
      <w:r>
        <w:rPr>
          <w:rFonts w:ascii="Times New Roman" w:hAnsi="Times New Roman" w:eastAsia="Times New Roman" w:cs="Times New Roman"/>
        </w:rPr>
        <w:t xml:space="preserve"> </w:t>
      </w:r>
      <w:r>
        <w:rPr>
          <w:rFonts w:ascii="Javanese Text" w:hAnsi="Javanese Text" w:eastAsia="Javanese Text" w:cs="Javanese Text"/>
        </w:rPr>
        <w:t>ꦩꦤꦏ꧀ꦭ</w:t>
      </w:r>
      <w:r>
        <w:rPr>
          <w:rFonts w:ascii="Times New Roman" w:hAnsi="Times New Roman" w:eastAsia="Times New Roman" w:cs="Times New Roman"/>
        </w:rPr>
        <w:t xml:space="preserve"> </w:t>
      </w:r>
      <w:r>
        <w:rPr>
          <w:rFonts w:ascii="Javanese Text" w:hAnsi="Javanese Text" w:eastAsia="Javanese Text" w:cs="Javanese Text"/>
        </w:rPr>
        <w:t>ꦱꦼꦢꦼꦁ</w:t>
      </w:r>
      <w:r>
        <w:rPr>
          <w:rFonts w:ascii="Times New Roman" w:hAnsi="Times New Roman" w:eastAsia="Times New Roman" w:cs="Times New Roman"/>
        </w:rPr>
        <w:t xml:space="preserve"> </w:t>
      </w:r>
      <w:r>
        <w:rPr>
          <w:rFonts w:ascii="Javanese Text" w:hAnsi="Javanese Text" w:eastAsia="Javanese Text" w:cs="Javanese Text"/>
        </w:rPr>
        <w:t>ꦩꦿꦶꦩ꧀ꦧꦒ</w:t>
      </w:r>
      <w:r>
        <w:rPr>
          <w:rFonts w:ascii="Times New Roman" w:hAnsi="Times New Roman" w:eastAsia="Times New Roman" w:cs="Times New Roman"/>
        </w:rPr>
        <w:t xml:space="preserve"> </w:t>
      </w:r>
      <w:r>
        <w:rPr>
          <w:rFonts w:ascii="Javanese Text" w:hAnsi="Javanese Text" w:eastAsia="Javanese Text" w:cs="Javanese Text"/>
        </w:rPr>
        <w:t>ꦥꦼꦚꦼꦫꦁꦏꦼꦥꦸꦁ</w:t>
      </w:r>
      <w:r>
        <w:rPr>
          <w:rFonts w:ascii="Times New Roman" w:hAnsi="Times New Roman" w:eastAsia="Times New Roman" w:cs="Times New Roman"/>
        </w:rPr>
        <w:t xml:space="preserve"> </w:t>
      </w:r>
      <w:r>
        <w:rPr>
          <w:rFonts w:ascii="Javanese Text" w:hAnsi="Javanese Text" w:eastAsia="Javanese Text" w:cs="Javanese Text"/>
        </w:rPr>
        <w:t>ꦧꦧꦶꦭꦺꦴꦤ꧀</w:t>
      </w:r>
      <w:r>
        <w:rPr>
          <w:rFonts w:ascii="Times New Roman" w:hAnsi="Times New Roman" w:eastAsia="Times New Roman" w:cs="Times New Roman"/>
        </w:rPr>
        <w:t xml:space="preserve">, </w:t>
      </w:r>
      <w:r>
        <w:rPr>
          <w:rFonts w:ascii="Javanese Text" w:hAnsi="Javanese Text" w:eastAsia="Javanese Text" w:cs="Javanese Text"/>
        </w:rPr>
        <w:t>ꦲꦤꦩ꧀</w:t>
      </w:r>
      <w:r>
        <w:rPr>
          <w:rFonts w:ascii="Times New Roman" w:hAnsi="Times New Roman" w:eastAsia="Times New Roman" w:cs="Times New Roman"/>
        </w:rPr>
        <w:t xml:space="preserve"> </w:t>
      </w:r>
      <w:r>
        <w:rPr>
          <w:rFonts w:ascii="Javanese Text" w:hAnsi="Javanese Text" w:eastAsia="Javanese Text" w:cs="Javanese Text"/>
        </w:rPr>
        <w:t>ꦱꦼꦠꦸꦒꦭ꧀</w:t>
      </w:r>
      <w:r>
        <w:rPr>
          <w:rFonts w:ascii="Times New Roman" w:hAnsi="Times New Roman" w:eastAsia="Times New Roman" w:cs="Times New Roman"/>
        </w:rPr>
        <w:t xml:space="preserve"> </w:t>
      </w:r>
      <w:r>
        <w:rPr>
          <w:rFonts w:ascii="Javanese Text" w:hAnsi="Javanese Text" w:eastAsia="Javanese Text" w:cs="Javanese Text"/>
        </w:rPr>
        <w:t>ꦥꦃꦩꦤ꧀</w:t>
      </w:r>
      <w:r>
        <w:rPr>
          <w:rFonts w:ascii="Times New Roman" w:hAnsi="Times New Roman" w:eastAsia="Times New Roman" w:cs="Times New Roman"/>
        </w:rPr>
        <w:t xml:space="preserve"> </w:t>
      </w:r>
      <w:r>
        <w:rPr>
          <w:rFonts w:ascii="Javanese Text" w:hAnsi="Javanese Text" w:eastAsia="Javanese Text" w:cs="Javanese Text"/>
        </w:rPr>
        <w:t>ꦧꦼꦧꦼꦮꦫꦤ꧀</w:t>
      </w:r>
      <w:r>
        <w:rPr>
          <w:rFonts w:ascii="Times New Roman" w:hAnsi="Times New Roman" w:eastAsia="Times New Roman" w:cs="Times New Roman"/>
        </w:rPr>
        <w:t xml:space="preserve"> </w:t>
      </w:r>
      <w:r>
        <w:rPr>
          <w:rFonts w:ascii="Javanese Text" w:hAnsi="Javanese Text" w:eastAsia="Javanese Text" w:cs="Javanese Text"/>
        </w:rPr>
        <w:t>ꦮꦺꦏ꧀ꦠꦸ</w:t>
      </w:r>
      <w:r>
        <w:rPr>
          <w:rFonts w:ascii="Times New Roman" w:hAnsi="Times New Roman" w:eastAsia="Times New Roman" w:cs="Times New Roman"/>
        </w:rPr>
        <w:t xml:space="preserve"> </w:t>
      </w:r>
      <w:r>
        <w:rPr>
          <w:rFonts w:ascii="Javanese Text" w:hAnsi="Javanese Text" w:eastAsia="Javanese Text" w:cs="Javanese Text"/>
        </w:rPr>
        <w:t>ꦏꦸꦢꦸ</w:t>
      </w:r>
      <w:r>
        <w:rPr>
          <w:rFonts w:ascii="Times New Roman" w:hAnsi="Times New Roman" w:eastAsia="Times New Roman" w:cs="Times New Roman"/>
        </w:rPr>
        <w:t xml:space="preserve"> </w:t>
      </w:r>
      <w:r>
        <w:rPr>
          <w:rFonts w:ascii="Javanese Text" w:hAnsi="Javanese Text" w:eastAsia="Javanese Text" w:cs="Javanese Text"/>
        </w:rPr>
        <w:t>ꦏꦠꦺꦴꦤ꧀</w:t>
      </w:r>
      <w:r>
        <w:rPr>
          <w:rFonts w:ascii="Times New Roman" w:hAnsi="Times New Roman" w:eastAsia="Times New Roman" w:cs="Times New Roman"/>
        </w:rPr>
        <w:t xml:space="preserve"> </w:t>
      </w:r>
      <w:r>
        <w:rPr>
          <w:rFonts w:ascii="Javanese Text" w:hAnsi="Javanese Text" w:eastAsia="Javanese Text" w:cs="Javanese Text"/>
        </w:rPr>
        <w:t>ꦢꦭꦩ꧀</w:t>
      </w:r>
      <w:r>
        <w:rPr>
          <w:rFonts w:ascii="Times New Roman" w:hAnsi="Times New Roman" w:eastAsia="Times New Roman" w:cs="Times New Roman"/>
        </w:rPr>
        <w:t xml:space="preserve"> </w:t>
      </w:r>
      <w:r>
        <w:rPr>
          <w:rFonts w:ascii="Javanese Text" w:hAnsi="Javanese Text" w:eastAsia="Javanese Text" w:cs="Javanese Text"/>
        </w:rPr>
        <w:t>ꦒꦩ꧀ꦧꦂ</w:t>
      </w:r>
      <w:r>
        <w:rPr>
          <w:rFonts w:ascii="Times New Roman" w:hAnsi="Times New Roman" w:eastAsia="Times New Roman" w:cs="Times New Roman"/>
        </w:rPr>
        <w:t xml:space="preserve"> </w:t>
      </w:r>
      <w:r>
        <w:rPr>
          <w:rFonts w:ascii="Javanese Text" w:hAnsi="Javanese Text" w:eastAsia="Javanese Text" w:cs="Javanese Text"/>
        </w:rPr>
        <w:t>ꦥꦼꦚꦼꦫꦁꦏꦼꦥꦸꦁ</w:t>
      </w:r>
      <w:r>
        <w:rPr>
          <w:rFonts w:ascii="Times New Roman" w:hAnsi="Times New Roman" w:eastAsia="Times New Roman" w:cs="Times New Roman"/>
        </w:rPr>
        <w:t xml:space="preserve"> </w:t>
      </w:r>
      <w:r>
        <w:rPr>
          <w:rFonts w:ascii="Javanese Text" w:hAnsi="Javanese Text" w:eastAsia="Javanese Text" w:cs="Javanese Text"/>
        </w:rPr>
        <w:t>ꦱꦼꦭꦥꦤ꧀ꦧꦼꦭꦱ꧀</w:t>
      </w:r>
      <w:r>
        <w:rPr>
          <w:rFonts w:ascii="Times New Roman" w:hAnsi="Times New Roman" w:eastAsia="Times New Roman" w:cs="Times New Roman"/>
        </w:rPr>
        <w:t xml:space="preserve"> </w:t>
      </w:r>
      <w:r>
        <w:rPr>
          <w:rFonts w:ascii="Javanese Text" w:hAnsi="Javanese Text" w:eastAsia="Javanese Text" w:cs="Javanese Text"/>
        </w:rPr>
        <w:t>ꦮꦸꦭꦤ꧀</w:t>
      </w:r>
      <w:r>
        <w:rPr>
          <w:rFonts w:ascii="Times New Roman" w:hAnsi="Times New Roman" w:eastAsia="Times New Roman" w:cs="Times New Roman"/>
        </w:rPr>
        <w:t xml:space="preserve">. </w:t>
      </w:r>
      <w:r>
        <w:rPr>
          <w:rFonts w:ascii="Javanese Text" w:hAnsi="Javanese Text" w:eastAsia="Javanese Text" w:cs="Javanese Text"/>
        </w:rPr>
        <w:t>ꦏꦭꦶꦃ</w:t>
      </w:r>
      <w:r>
        <w:rPr>
          <w:rFonts w:ascii="Times New Roman" w:hAnsi="Times New Roman" w:eastAsia="Times New Roman" w:cs="Times New Roman"/>
        </w:rPr>
        <w:t xml:space="preserve"> </w:t>
      </w:r>
      <w:r>
        <w:rPr>
          <w:rFonts w:ascii="Javanese Text" w:hAnsi="Javanese Text" w:eastAsia="Javanese Text" w:cs="Javanese Text"/>
        </w:rPr>
        <w:t>ꦥꦼꦫꦮꦏꦶꦭꦤ꧀</w:t>
      </w:r>
      <w:r>
        <w:rPr>
          <w:rFonts w:ascii="Times New Roman" w:hAnsi="Times New Roman" w:eastAsia="Times New Roman" w:cs="Times New Roman"/>
        </w:rPr>
        <w:t xml:space="preserve"> </w:t>
      </w:r>
      <w:r>
        <w:rPr>
          <w:rFonts w:ascii="Javanese Text" w:hAnsi="Javanese Text" w:eastAsia="Javanese Text" w:cs="Javanese Text"/>
        </w:rPr>
        <w:t>ꦮꦺꦏ꧀ꦠꦸ</w:t>
      </w:r>
      <w:r>
        <w:rPr>
          <w:rFonts w:ascii="Times New Roman" w:hAnsi="Times New Roman" w:eastAsia="Times New Roman" w:cs="Times New Roman"/>
        </w:rPr>
        <w:t xml:space="preserve"> </w:t>
      </w:r>
      <w:r>
        <w:rPr>
          <w:rFonts w:ascii="Javanese Text" w:hAnsi="Javanese Text" w:eastAsia="Javanese Text" w:cs="Javanese Text"/>
        </w:rPr>
        <w:t>ꦃꦤꦶꦁ</w:t>
      </w:r>
      <w:r>
        <w:rPr>
          <w:rFonts w:ascii="Times New Roman" w:hAnsi="Times New Roman" w:eastAsia="Times New Roman" w:cs="Times New Roman"/>
        </w:rPr>
        <w:t xml:space="preserve"> </w:t>
      </w:r>
      <w:r>
        <w:rPr>
          <w:rFonts w:ascii="Javanese Text" w:hAnsi="Javanese Text" w:eastAsia="Javanese Text" w:cs="Javanese Text"/>
        </w:rPr>
        <w:t>ꦥꦼꦚꦼꦫꦁꦏꦼꦥꦸꦁ</w:t>
      </w:r>
      <w:r>
        <w:rPr>
          <w:rFonts w:ascii="Times New Roman" w:hAnsi="Times New Roman" w:eastAsia="Times New Roman" w:cs="Times New Roman"/>
        </w:rPr>
        <w:t xml:space="preserve"> </w:t>
      </w:r>
      <w:r>
        <w:rPr>
          <w:rFonts w:ascii="Javanese Text" w:hAnsi="Javanese Text" w:eastAsia="Javanese Text" w:cs="Javanese Text"/>
        </w:rPr>
        <w:t>ꦲꦁꦒꦺꦤ꧀ꦠꦱ꧀</w:t>
      </w:r>
      <w:r>
        <w:rPr>
          <w:rFonts w:ascii="Times New Roman" w:hAnsi="Times New Roman" w:eastAsia="Times New Roman" w:cs="Times New Roman"/>
        </w:rPr>
        <w:t xml:space="preserve"> </w:t>
      </w:r>
      <w:r>
        <w:rPr>
          <w:rFonts w:ascii="Javanese Text" w:hAnsi="Javanese Text" w:eastAsia="Javanese Text" w:cs="Javanese Text"/>
        </w:rPr>
        <w:t>ꦲꦺꦴꦭꦺꦃ</w:t>
      </w:r>
      <w:r>
        <w:rPr>
          <w:rFonts w:ascii="Times New Roman" w:hAnsi="Times New Roman" w:eastAsia="Times New Roman" w:cs="Times New Roman"/>
        </w:rPr>
        <w:t xml:space="preserve"> </w:t>
      </w:r>
      <w:r>
        <w:rPr>
          <w:rFonts w:ascii="Javanese Text" w:hAnsi="Javanese Text" w:eastAsia="Javanese Text" w:cs="Javanese Text"/>
        </w:rPr>
        <w:t>ꦫꦺꦴꦩ</w:t>
      </w:r>
      <w:r>
        <w:rPr>
          <w:rFonts w:ascii="Times New Roman" w:hAnsi="Times New Roman" w:eastAsia="Times New Roman" w:cs="Times New Roman"/>
        </w:rPr>
        <w:t xml:space="preserve">, </w:t>
      </w:r>
      <w:r>
        <w:rPr>
          <w:rFonts w:ascii="Javanese Text" w:hAnsi="Javanese Text" w:eastAsia="Javanese Text" w:cs="Javanese Text"/>
        </w:rPr>
        <w:t>ꦱꦼꦕꦫ</w:t>
      </w:r>
      <w:r>
        <w:rPr>
          <w:rFonts w:ascii="Times New Roman" w:hAnsi="Times New Roman" w:eastAsia="Times New Roman" w:cs="Times New Roman"/>
        </w:rPr>
        <w:t xml:space="preserve"> </w:t>
      </w:r>
      <w:r>
        <w:rPr>
          <w:rFonts w:ascii="Javanese Text" w:hAnsi="Javanese Text" w:eastAsia="Javanese Text" w:cs="Javanese Text"/>
        </w:rPr>
        <w:t>ꦥꦿꦺꦴꦥꦺꦠꦶꦏ꧀</w:t>
      </w:r>
      <w:r>
        <w:rPr>
          <w:rFonts w:ascii="Times New Roman" w:hAnsi="Times New Roman" w:eastAsia="Times New Roman" w:cs="Times New Roman"/>
        </w:rPr>
        <w:t xml:space="preserve"> </w:t>
      </w:r>
      <w:r>
        <w:rPr>
          <w:rFonts w:ascii="Javanese Text" w:hAnsi="Javanese Text" w:eastAsia="Javanese Text" w:cs="Javanese Text"/>
        </w:rPr>
        <w:t>ꦩꦺꦤꦸꦠꦸꦠ꧀</w:t>
      </w:r>
      <w:r>
        <w:rPr>
          <w:rFonts w:ascii="Times New Roman" w:hAnsi="Times New Roman" w:eastAsia="Times New Roman" w:cs="Times New Roman"/>
        </w:rPr>
        <w:t xml:space="preserve"> </w:t>
      </w:r>
      <w:r>
        <w:rPr>
          <w:rFonts w:ascii="Javanese Text" w:hAnsi="Javanese Text" w:eastAsia="Javanese Text" w:cs="Javanese Text"/>
        </w:rPr>
        <w:t>ꦏꦭꦶꦃ</w:t>
      </w:r>
      <w:r>
        <w:rPr>
          <w:rFonts w:ascii="Times New Roman" w:hAnsi="Times New Roman" w:eastAsia="Times New Roman" w:cs="Times New Roman"/>
        </w:rPr>
        <w:t xml:space="preserve"> </w:t>
      </w:r>
      <w:r>
        <w:rPr>
          <w:rFonts w:ascii="Javanese Text" w:hAnsi="Javanese Text" w:eastAsia="Javanese Text" w:cs="Javanese Text"/>
        </w:rPr>
        <w:t>ꦥꦼꦫꦮꦏꦶꦭꦤ꧀</w:t>
      </w:r>
      <w:r>
        <w:rPr>
          <w:rFonts w:ascii="Times New Roman" w:hAnsi="Times New Roman" w:eastAsia="Times New Roman" w:cs="Times New Roman"/>
        </w:rPr>
        <w:t xml:space="preserve"> </w:t>
      </w:r>
      <w:r>
        <w:rPr>
          <w:rFonts w:ascii="Javanese Text" w:hAnsi="Javanese Text" w:eastAsia="Javanese Text" w:cs="Javanese Text"/>
        </w:rPr>
        <w:t>ꦮꦺꦏ꧀ꦠꦸ</w:t>
      </w:r>
      <w:r>
        <w:rPr>
          <w:rFonts w:ascii="Times New Roman" w:hAnsi="Times New Roman" w:eastAsia="Times New Roman" w:cs="Times New Roman"/>
        </w:rPr>
        <w:t xml:space="preserve"> </w:t>
      </w:r>
      <w:r>
        <w:rPr>
          <w:rFonts w:ascii="Javanese Text" w:hAnsi="Javanese Text" w:eastAsia="Javanese Text" w:cs="Javanese Text"/>
        </w:rPr>
        <w:t>ꦃꦤꦶꦁ</w:t>
      </w:r>
      <w:r>
        <w:rPr>
          <w:rFonts w:ascii="Times New Roman" w:hAnsi="Times New Roman" w:eastAsia="Times New Roman" w:cs="Times New Roman"/>
        </w:rPr>
        <w:t xml:space="preserve"> </w:t>
      </w:r>
      <w:r>
        <w:rPr>
          <w:rFonts w:ascii="Javanese Text" w:hAnsi="Javanese Text" w:eastAsia="Javanese Text" w:cs="Javanese Text"/>
        </w:rPr>
        <w:t>ꦥꦼꦚꦼꦫꦁꦏꦼꦥꦸꦁ</w:t>
      </w:r>
      <w:r>
        <w:rPr>
          <w:rFonts w:ascii="Times New Roman" w:hAnsi="Times New Roman" w:eastAsia="Times New Roman" w:cs="Times New Roman"/>
        </w:rPr>
        <w:t xml:space="preserve"> </w:t>
      </w:r>
      <w:r>
        <w:rPr>
          <w:rFonts w:ascii="Javanese Text" w:hAnsi="Javanese Text" w:eastAsia="Javanese Text" w:cs="Javanese Text"/>
        </w:rPr>
        <w:t>ꦲꦁꦒꦺꦤ꧀ꦠꦱ꧀</w:t>
      </w:r>
      <w:r>
        <w:rPr>
          <w:rFonts w:ascii="Times New Roman" w:hAnsi="Times New Roman" w:eastAsia="Times New Roman" w:cs="Times New Roman"/>
        </w:rPr>
        <w:t xml:space="preserve"> </w:t>
      </w:r>
      <w:r>
        <w:rPr>
          <w:rFonts w:ascii="Javanese Text" w:hAnsi="Javanese Text" w:eastAsia="Javanese Text" w:cs="Javanese Text"/>
        </w:rPr>
        <w:t>ꦲꦺꦴꦭꦺꦃ</w:t>
      </w:r>
      <w:r>
        <w:rPr>
          <w:rFonts w:ascii="Times New Roman" w:hAnsi="Times New Roman" w:eastAsia="Times New Roman" w:cs="Times New Roman"/>
        </w:rPr>
        <w:t xml:space="preserve"> </w:t>
      </w:r>
      <w:r>
        <w:rPr>
          <w:rFonts w:ascii="Javanese Text" w:hAnsi="Javanese Text" w:eastAsia="Javanese Text" w:cs="Javanese Text"/>
        </w:rPr>
        <w:t>ꦤꦼꦧꦸꦏꦢ꧀ꦤꦺꦱꦂ</w:t>
      </w:r>
      <w:r>
        <w:rPr>
          <w:rFonts w:ascii="Times New Roman" w:hAnsi="Times New Roman" w:eastAsia="Times New Roman" w:cs="Times New Roman"/>
        </w:rPr>
        <w:t xml:space="preserve">. </w:t>
      </w:r>
      <w:r>
        <w:rPr>
          <w:rFonts w:ascii="Javanese Text" w:hAnsi="Javanese Text" w:eastAsia="Javanese Text" w:cs="Javanese Text"/>
        </w:rPr>
        <w:t>ꦥꦼꦚꦼꦫꦁꦏꦼꦥꦸꦁ</w:t>
      </w:r>
      <w:r>
        <w:rPr>
          <w:rFonts w:ascii="Times New Roman" w:hAnsi="Times New Roman" w:eastAsia="Times New Roman" w:cs="Times New Roman"/>
        </w:rPr>
        <w:t xml:space="preserve"> </w:t>
      </w:r>
      <w:r>
        <w:rPr>
          <w:rFonts w:ascii="Javanese Text" w:hAnsi="Javanese Text" w:eastAsia="Javanese Text" w:cs="Javanese Text"/>
        </w:rPr>
        <w:t>ꦤꦼꦧꦸꦏꦢ꧀ꦤꦺꦱꦂ</w:t>
      </w:r>
      <w:r>
        <w:rPr>
          <w:rFonts w:ascii="Times New Roman" w:hAnsi="Times New Roman" w:eastAsia="Times New Roman" w:cs="Times New Roman"/>
        </w:rPr>
        <w:t xml:space="preserve"> </w:t>
      </w:r>
      <w:r>
        <w:rPr>
          <w:rFonts w:ascii="Javanese Text" w:hAnsi="Javanese Text" w:eastAsia="Javanese Text" w:cs="Javanese Text"/>
        </w:rPr>
        <w:t>ꦱꦼꦭꦥꦤ꧀ꦧꦼꦭꦱ꧀</w:t>
      </w:r>
      <w:r>
        <w:rPr>
          <w:rFonts w:ascii="Times New Roman" w:hAnsi="Times New Roman" w:eastAsia="Times New Roman" w:cs="Times New Roman"/>
        </w:rPr>
        <w:t xml:space="preserve"> </w:t>
      </w:r>
      <w:r>
        <w:rPr>
          <w:rFonts w:ascii="Javanese Text" w:hAnsi="Javanese Text" w:eastAsia="Javanese Text" w:cs="Javanese Text"/>
        </w:rPr>
        <w:t>ꦮꦸꦭꦤ꧀</w:t>
      </w:r>
      <w:r>
        <w:rPr>
          <w:rFonts w:ascii="Times New Roman" w:hAnsi="Times New Roman" w:eastAsia="Times New Roman" w:cs="Times New Roman"/>
        </w:rPr>
        <w:t xml:space="preserve"> </w:t>
      </w:r>
      <w:r>
        <w:rPr>
          <w:rFonts w:ascii="Javanese Text" w:hAnsi="Javanese Text" w:eastAsia="Javanese Text" w:cs="Javanese Text"/>
        </w:rPr>
        <w:t>ꦲꦸꦒ</w:t>
      </w:r>
      <w:r>
        <w:rPr>
          <w:rFonts w:ascii="Times New Roman" w:hAnsi="Times New Roman" w:eastAsia="Times New Roman" w:cs="Times New Roman"/>
        </w:rPr>
        <w:t xml:space="preserve"> </w:t>
      </w:r>
      <w:r>
        <w:rPr>
          <w:rFonts w:ascii="Javanese Text" w:hAnsi="Javanese Text" w:eastAsia="Javanese Text" w:cs="Javanese Text"/>
        </w:rPr>
        <w:t>ꦧꦶꦱ</w:t>
      </w:r>
      <w:r>
        <w:rPr>
          <w:rFonts w:ascii="Times New Roman" w:hAnsi="Times New Roman" w:eastAsia="Times New Roman" w:cs="Times New Roman"/>
        </w:rPr>
        <w:t xml:space="preserve"> </w:t>
      </w:r>
      <w:r>
        <w:rPr>
          <w:rFonts w:ascii="Javanese Text" w:hAnsi="Javanese Text" w:eastAsia="Javanese Text" w:cs="Javanese Text"/>
        </w:rPr>
        <w:t>ꦏꦥꦃꦩꦶ</w:t>
      </w:r>
      <w:r>
        <w:rPr>
          <w:rFonts w:ascii="Times New Roman" w:hAnsi="Times New Roman" w:eastAsia="Times New Roman" w:cs="Times New Roman"/>
        </w:rPr>
        <w:t xml:space="preserve"> </w:t>
      </w:r>
      <w:r>
        <w:rPr>
          <w:rFonts w:ascii="Javanese Text" w:hAnsi="Javanese Text" w:eastAsia="Javanese Text" w:cs="Javanese Text"/>
        </w:rPr>
        <w:t>ꦏꦼꦩ꧀ꦧꦁꦏꦁ</w:t>
      </w:r>
      <w:r>
        <w:rPr>
          <w:rFonts w:ascii="Times New Roman" w:hAnsi="Times New Roman" w:eastAsia="Times New Roman" w:cs="Times New Roman"/>
        </w:rPr>
        <w:t xml:space="preserve"> </w:t>
      </w:r>
      <w:r>
        <w:rPr>
          <w:rFonts w:ascii="Javanese Text" w:hAnsi="Javanese Text" w:eastAsia="Javanese Text" w:cs="Javanese Text"/>
        </w:rPr>
        <w:t>ꦱꦼꦧꦒꦻ</w:t>
      </w:r>
      <w:r>
        <w:rPr>
          <w:rFonts w:ascii="Times New Roman" w:hAnsi="Times New Roman" w:eastAsia="Times New Roman" w:cs="Times New Roman"/>
        </w:rPr>
        <w:t xml:space="preserve"> </w:t>
      </w:r>
      <w:r>
        <w:rPr>
          <w:rFonts w:ascii="Javanese Text" w:hAnsi="Javanese Text" w:eastAsia="Javanese Text" w:cs="Javanese Text"/>
        </w:rPr>
        <w:t>ꦭꦩ꧀ꦧꦁ</w:t>
      </w:r>
      <w:r>
        <w:rPr>
          <w:rFonts w:ascii="Times New Roman" w:hAnsi="Times New Roman" w:eastAsia="Times New Roman" w:cs="Times New Roman"/>
        </w:rPr>
        <w:t xml:space="preserve"> </w:t>
      </w:r>
      <w:r>
        <w:rPr>
          <w:rFonts w:ascii="Javanese Text" w:hAnsi="Javanese Text" w:eastAsia="Javanese Text" w:cs="Javanese Text"/>
        </w:rPr>
        <w:t>ꦱꦠꦸꦁꦒꦭ꧀</w:t>
      </w:r>
      <w:r>
        <w:rPr>
          <w:rFonts w:ascii="Times New Roman" w:hAnsi="Times New Roman" w:eastAsia="Times New Roman" w:cs="Times New Roman"/>
        </w:rPr>
        <w:t xml:space="preserve"> </w:t>
      </w:r>
      <w:r>
        <w:rPr>
          <w:rFonts w:ascii="Javanese Text" w:hAnsi="Javanese Text" w:eastAsia="Javanese Text" w:cs="Javanese Text"/>
        </w:rPr>
        <w:t>ꦠꦲꦸꦤ꧀</w:t>
      </w:r>
      <w:r>
        <w:rPr>
          <w:rFonts w:ascii="Times New Roman" w:hAnsi="Times New Roman" w:eastAsia="Times New Roman" w:cs="Times New Roman"/>
        </w:rPr>
        <w:t xml:space="preserve"> </w:t>
      </w:r>
      <w:r>
        <w:rPr>
          <w:rFonts w:ascii="Javanese Text" w:hAnsi="Javanese Text" w:eastAsia="Javanese Text" w:cs="Javanese Text"/>
        </w:rPr>
        <w:t>ꦱꦼꦠꦼꦔꦃ</w:t>
      </w:r>
      <w:r>
        <w:rPr>
          <w:rFonts w:ascii="Times New Roman" w:hAnsi="Times New Roman" w:eastAsia="Times New Roman" w:cs="Times New Roman"/>
        </w:rPr>
        <w:t xml:space="preserve">. </w:t>
      </w:r>
      <w:r>
        <w:rPr>
          <w:rFonts w:ascii="Javanese Text" w:hAnsi="Javanese Text" w:eastAsia="Javanese Text" w:cs="Javanese Text"/>
        </w:rPr>
        <w:t>ꦱꦼꦭꦥꦤ꧀ꦧꦼꦭꦱ꧀</w:t>
      </w:r>
      <w:r>
        <w:rPr>
          <w:rFonts w:ascii="Times New Roman" w:hAnsi="Times New Roman" w:eastAsia="Times New Roman" w:cs="Times New Roman"/>
        </w:rPr>
        <w:t xml:space="preserve"> </w:t>
      </w:r>
      <w:r>
        <w:rPr>
          <w:rFonts w:ascii="Javanese Text" w:hAnsi="Javanese Text" w:eastAsia="Javanese Text" w:cs="Javanese Text"/>
        </w:rPr>
        <w:t>ꦮꦸꦭꦤ꧀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ꦱꦠꦸꦁꦒꦭ꧀</w:t>
      </w:r>
      <w:r>
        <w:rPr>
          <w:rFonts w:ascii="Times New Roman" w:hAnsi="Times New Roman" w:eastAsia="Times New Roman" w:cs="Times New Roman"/>
        </w:rPr>
        <w:t xml:space="preserve"> </w:t>
      </w:r>
      <w:r>
        <w:rPr>
          <w:rFonts w:ascii="Javanese Text" w:hAnsi="Javanese Text" w:eastAsia="Javanese Text" w:cs="Javanese Text"/>
        </w:rPr>
        <w:t>ꦠꦲꦸꦤ꧀</w:t>
      </w:r>
      <w:r>
        <w:rPr>
          <w:rFonts w:ascii="Times New Roman" w:hAnsi="Times New Roman" w:eastAsia="Times New Roman" w:cs="Times New Roman"/>
        </w:rPr>
        <w:t xml:space="preserve"> </w:t>
      </w:r>
      <w:r>
        <w:rPr>
          <w:rFonts w:ascii="Javanese Text" w:hAnsi="Javanese Text" w:eastAsia="Javanese Text" w:cs="Javanese Text"/>
        </w:rPr>
        <w:t>ꦱꦼꦠꦼꦔꦃ</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ꦱꦼꦠꦼꦔꦃ</w:t>
      </w:r>
      <w:r>
        <w:rPr>
          <w:rFonts w:ascii="Times New Roman" w:hAnsi="Times New Roman" w:eastAsia="Times New Roman" w:cs="Times New Roman"/>
        </w:rPr>
        <w:t xml:space="preserve"> </w:t>
      </w:r>
      <w:r>
        <w:rPr>
          <w:rFonts w:ascii="Javanese Text" w:hAnsi="Javanese Text" w:eastAsia="Javanese Text" w:cs="Javanese Text"/>
        </w:rPr>
        <w:t>ꦩꦤꦺꦃ</w:t>
      </w:r>
      <w:r>
        <w:rPr>
          <w:rFonts w:ascii="Times New Roman" w:hAnsi="Times New Roman" w:eastAsia="Times New Roman" w:cs="Times New Roman"/>
        </w:rPr>
        <w:t xml:space="preserve"> </w:t>
      </w:r>
      <w:r>
        <w:rPr>
          <w:rFonts w:ascii="Javanese Text" w:hAnsi="Javanese Text" w:eastAsia="Javanese Text" w:cs="Javanese Text"/>
        </w:rPr>
        <w:t>ꦧꦶꦱ</w:t>
      </w:r>
      <w:r>
        <w:rPr>
          <w:rFonts w:ascii="Times New Roman" w:hAnsi="Times New Roman" w:eastAsia="Times New Roman" w:cs="Times New Roman"/>
        </w:rPr>
        <w:t xml:space="preserve"> </w:t>
      </w:r>
      <w:r>
        <w:rPr>
          <w:rFonts w:ascii="Javanese Text" w:hAnsi="Javanese Text" w:eastAsia="Javanese Text" w:cs="Javanese Text"/>
        </w:rPr>
        <w:t>ꦏꦶꦤꦠꦏꦺꦤ꧀</w:t>
      </w:r>
      <w:r>
        <w:rPr>
          <w:rFonts w:ascii="Times New Roman" w:hAnsi="Times New Roman" w:eastAsia="Times New Roman" w:cs="Times New Roman"/>
        </w:rPr>
        <w:t xml:space="preserve"> </w:t>
      </w:r>
      <w:r>
        <w:rPr>
          <w:rFonts w:ascii="Javanese Text" w:hAnsi="Javanese Text" w:eastAsia="Javanese Text" w:cs="Javanese Text"/>
        </w:rPr>
        <w:t>ꦱꦼꦧꦒꦻ</w:t>
      </w:r>
      <w:r>
        <w:rPr>
          <w:rFonts w:ascii="Times New Roman" w:hAnsi="Times New Roman" w:eastAsia="Times New Roman" w:cs="Times New Roman"/>
        </w:rPr>
        <w:t xml:space="preserve"> 1.5 </w:t>
      </w:r>
      <w:r>
        <w:rPr>
          <w:rFonts w:ascii="Javanese Text" w:hAnsi="Javanese Text" w:eastAsia="Javanese Text" w:cs="Javanese Text"/>
        </w:rPr>
        <w:t>ꦠꦲꦸꦤ꧀</w:t>
      </w:r>
      <w:r>
        <w:rPr>
          <w:rFonts w:ascii="Times New Roman" w:hAnsi="Times New Roman" w:eastAsia="Times New Roman" w:cs="Times New Roman"/>
        </w:rPr>
        <w:t xml:space="preserve">. </w:t>
      </w:r>
      <w:r>
        <w:rPr>
          <w:rFonts w:ascii="Javanese Text" w:hAnsi="Javanese Text" w:eastAsia="Javanese Text" w:cs="Javanese Text"/>
        </w:rPr>
        <w:t>ꦥꦼꦚꦼꦫꦁꦏꦼꦥꦸꦁ</w:t>
      </w:r>
      <w:r>
        <w:rPr>
          <w:rFonts w:ascii="Times New Roman" w:hAnsi="Times New Roman" w:eastAsia="Times New Roman" w:cs="Times New Roman"/>
        </w:rPr>
        <w:t xml:space="preserve"> </w:t>
      </w:r>
      <w:r>
        <w:rPr>
          <w:rFonts w:ascii="Javanese Text" w:hAnsi="Javanese Text" w:eastAsia="Javanese Text" w:cs="Javanese Text"/>
        </w:rPr>
        <w:t>ꦤꦼꦧꦸꦏꦢ꧀ꦤꦺꦱꦂ</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ꦏꦭꦶꦃ</w:t>
      </w:r>
      <w:r>
        <w:rPr>
          <w:rFonts w:ascii="Times New Roman" w:hAnsi="Times New Roman" w:eastAsia="Times New Roman" w:cs="Times New Roman"/>
        </w:rPr>
        <w:t>-</w:t>
      </w:r>
      <w:r>
        <w:rPr>
          <w:rFonts w:ascii="Javanese Text" w:hAnsi="Javanese Text" w:eastAsia="Javanese Text" w:cs="Javanese Text"/>
        </w:rPr>
        <w:t>ꦏꦭꦶꦃꦤꦺ</w:t>
      </w:r>
      <w:r>
        <w:rPr>
          <w:rFonts w:ascii="Times New Roman" w:hAnsi="Times New Roman" w:eastAsia="Times New Roman" w:cs="Times New Roman"/>
        </w:rPr>
        <w:t xml:space="preserve">, </w:t>
      </w:r>
      <w:r>
        <w:rPr>
          <w:rFonts w:ascii="Javanese Text" w:hAnsi="Javanese Text" w:eastAsia="Javanese Text" w:cs="Javanese Text"/>
        </w:rPr>
        <w:t>ꦱꦼꦭꦥꦤ꧀ꦧꦼꦭꦱ꧀</w:t>
      </w:r>
      <w:r>
        <w:rPr>
          <w:rFonts w:ascii="Times New Roman" w:hAnsi="Times New Roman" w:eastAsia="Times New Roman" w:cs="Times New Roman"/>
        </w:rPr>
        <w:t xml:space="preserve"> </w:t>
      </w:r>
      <w:r>
        <w:rPr>
          <w:rFonts w:ascii="Javanese Text" w:hAnsi="Javanese Text" w:eastAsia="Javanese Text" w:cs="Javanese Text"/>
        </w:rPr>
        <w:t>ꦮꦸꦭꦤ꧀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ꦱꦠꦸ</w:t>
      </w:r>
      <w:r>
        <w:rPr>
          <w:rFonts w:ascii="Times New Roman" w:hAnsi="Times New Roman" w:eastAsia="Times New Roman" w:cs="Times New Roman"/>
        </w:rPr>
        <w:t xml:space="preserve"> </w:t>
      </w:r>
      <w:r>
        <w:rPr>
          <w:rFonts w:ascii="Javanese Text" w:hAnsi="Javanese Text" w:eastAsia="Javanese Text" w:cs="Javanese Text"/>
        </w:rPr>
        <w:t>ꦠꦶꦠꦶꦏ꧀</w:t>
      </w:r>
      <w:r>
        <w:rPr>
          <w:rFonts w:ascii="Times New Roman" w:hAnsi="Times New Roman" w:eastAsia="Times New Roman" w:cs="Times New Roman"/>
        </w:rPr>
        <w:t xml:space="preserve"> </w:t>
      </w:r>
      <w:r>
        <w:rPr>
          <w:rFonts w:ascii="Javanese Text" w:hAnsi="Javanese Text" w:eastAsia="Javanese Text" w:cs="Javanese Text"/>
        </w:rPr>
        <w:t>ꦭꦶꦩ</w:t>
      </w:r>
      <w:r>
        <w:rPr>
          <w:rFonts w:ascii="Times New Roman" w:hAnsi="Times New Roman" w:eastAsia="Times New Roman" w:cs="Times New Roman"/>
        </w:rPr>
        <w:t xml:space="preserve"> (1.5) </w:t>
      </w:r>
      <w:r>
        <w:rPr>
          <w:rFonts w:ascii="Javanese Text" w:hAnsi="Javanese Text" w:eastAsia="Javanese Text" w:cs="Javanese Text"/>
        </w:rPr>
        <w:t>ꦠꦲꦸꦤ꧀</w:t>
      </w:r>
      <w:r>
        <w:rPr>
          <w:rFonts w:ascii="Times New Roman" w:hAnsi="Times New Roman" w:eastAsia="Times New Roman" w:cs="Times New Roman"/>
        </w:rPr>
        <w:t>.</w:t>
      </w:r>
    </w:p>
    <w:p>
      <w:pPr>
        <w:pStyle w:val="ArticleBody"/>
        <w:jc w:val="left"/>
      </w:pPr>
      <w:r>
        <w:rPr>
          <w:rFonts w:ascii="Gadugi" w:hAnsi="Gadugi" w:eastAsia="Gadugi" w:cs="Gadugi"/>
        </w:rPr>
        <w:t>ᎦᏚᎩ</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ᎢᏯᏰᎵ</w:t>
      </w:r>
      <w:r>
        <w:rPr>
          <w:rFonts w:ascii="Times New Roman" w:hAnsi="Times New Roman" w:eastAsia="Times New Roman" w:cs="Times New Roman"/>
        </w:rPr>
        <w:t xml:space="preserve"> </w:t>
      </w:r>
      <w:r>
        <w:rPr>
          <w:rFonts w:ascii="Gadugi" w:hAnsi="Gadugi" w:eastAsia="Gadugi" w:cs="Gadugi"/>
        </w:rPr>
        <w:t>ᏧᏬᏂᏍᎬᎢ</w:t>
      </w:r>
      <w:r>
        <w:rPr>
          <w:rFonts w:ascii="Times New Roman" w:hAnsi="Times New Roman" w:eastAsia="Times New Roman" w:cs="Times New Roman"/>
        </w:rPr>
        <w:t xml:space="preserve"> </w:t>
      </w:r>
      <w:r>
        <w:rPr>
          <w:rFonts w:ascii="Gadugi" w:hAnsi="Gadugi" w:eastAsia="Gadugi" w:cs="Gadugi"/>
        </w:rPr>
        <w:t>ᏥᎷᏏᎵᎻ</w:t>
      </w:r>
      <w:r>
        <w:rPr>
          <w:rFonts w:ascii="Times New Roman" w:hAnsi="Times New Roman" w:eastAsia="Times New Roman" w:cs="Times New Roman"/>
        </w:rPr>
        <w:t xml:space="preserve"> </w:t>
      </w:r>
      <w:r>
        <w:rPr>
          <w:rFonts w:ascii="Gadugi" w:hAnsi="Gadugi" w:eastAsia="Gadugi" w:cs="Gadugi"/>
        </w:rPr>
        <w:t>ᎬᏩᏓᎴᏂᏍᎩ</w:t>
      </w:r>
      <w:r>
        <w:rPr>
          <w:rFonts w:ascii="Times New Roman" w:hAnsi="Times New Roman" w:eastAsia="Times New Roman" w:cs="Times New Roman"/>
        </w:rPr>
        <w:t xml:space="preserve"> </w:t>
      </w:r>
      <w:r>
        <w:rPr>
          <w:rFonts w:ascii="Gadugi" w:hAnsi="Gadugi" w:eastAsia="Gadugi" w:cs="Gadugi"/>
        </w:rPr>
        <w:t>ᎤᎵᎬᏨᎯ</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ᎠᏓᏛᏁᎲᎢ</w:t>
      </w:r>
      <w:r>
        <w:rPr>
          <w:rFonts w:ascii="Times New Roman" w:hAnsi="Times New Roman" w:eastAsia="Times New Roman" w:cs="Times New Roman"/>
        </w:rPr>
        <w:t xml:space="preserve"> </w:t>
      </w:r>
      <w:r>
        <w:rPr>
          <w:rFonts w:ascii="Gadugi" w:hAnsi="Gadugi" w:eastAsia="Gadugi" w:cs="Gadugi"/>
        </w:rPr>
        <w:t>ᎤᏬᏂᏍᎪᎢ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1.5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ᎢᏯᏰᎵ</w:t>
      </w:r>
      <w:r>
        <w:rPr>
          <w:rFonts w:ascii="Times New Roman" w:hAnsi="Times New Roman" w:eastAsia="Times New Roman" w:cs="Times New Roman"/>
        </w:rPr>
        <w:t xml:space="preserve"> </w:t>
      </w:r>
      <w:r>
        <w:rPr>
          <w:rFonts w:ascii="Gadugi" w:hAnsi="Gadugi" w:eastAsia="Gadugi" w:cs="Gadugi"/>
        </w:rPr>
        <w:t>ᎢᏍᎳᎻ</w:t>
      </w:r>
      <w:r>
        <w:rPr>
          <w:rFonts w:ascii="Times New Roman" w:hAnsi="Times New Roman" w:eastAsia="Times New Roman" w:cs="Times New Roman"/>
        </w:rPr>
        <w:t xml:space="preserve"> </w:t>
      </w:r>
      <w:r>
        <w:rPr>
          <w:rFonts w:ascii="Gadugi" w:hAnsi="Gadugi" w:eastAsia="Gadugi" w:cs="Gadugi"/>
        </w:rPr>
        <w:t>ᎤᏬᏂᏍᎪᎢ</w:t>
      </w:r>
      <w:r>
        <w:rPr>
          <w:rFonts w:ascii="Times New Roman" w:hAnsi="Times New Roman" w:eastAsia="Times New Roman" w:cs="Times New Roman"/>
        </w:rPr>
        <w:t xml:space="preserve">. </w:t>
      </w:r>
      <w:r>
        <w:rPr>
          <w:rFonts w:ascii="Gadugi" w:hAnsi="Gadugi" w:eastAsia="Gadugi" w:cs="Gadugi"/>
        </w:rPr>
        <w:t>ᎦᎸᏉᏗ</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ᎠᏍᏆᏂᎪᏙᏗ</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 xml:space="preserve"> </w:t>
      </w:r>
      <w:r>
        <w:rPr>
          <w:rFonts w:ascii="Gadugi" w:hAnsi="Gadugi" w:eastAsia="Gadugi" w:cs="Gadugi"/>
        </w:rPr>
        <w:t>ᎦᏚᎩ</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ᏧᏬᏂᏍᎬᎢ</w:t>
      </w:r>
      <w:r>
        <w:rPr>
          <w:rFonts w:ascii="Times New Roman" w:hAnsi="Times New Roman" w:eastAsia="Times New Roman" w:cs="Times New Roman"/>
        </w:rPr>
        <w:t xml:space="preserve"> </w:t>
      </w:r>
      <w:r>
        <w:rPr>
          <w:rFonts w:ascii="Gadugi" w:hAnsi="Gadugi" w:eastAsia="Gadugi" w:cs="Gadugi"/>
        </w:rPr>
        <w:t>ᏆᏉᎵᏂ</w:t>
      </w:r>
      <w:r>
        <w:rPr>
          <w:rFonts w:ascii="Times New Roman" w:hAnsi="Times New Roman" w:eastAsia="Times New Roman" w:cs="Times New Roman"/>
        </w:rPr>
        <w:t xml:space="preserve"> </w:t>
      </w:r>
      <w:r>
        <w:rPr>
          <w:rFonts w:ascii="Gadugi" w:hAnsi="Gadugi" w:eastAsia="Gadugi" w:cs="Gadugi"/>
        </w:rPr>
        <w:t>ᎠᏓᏙᎵᏍᎪᎢ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ᎦᎸᏉᏗ</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ᎠᏍᏆᏂᎪᏙᏗ</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 xml:space="preserve"> </w:t>
      </w:r>
      <w:r>
        <w:rPr>
          <w:rFonts w:ascii="Gadugi" w:hAnsi="Gadugi" w:eastAsia="Gadugi" w:cs="Gadugi"/>
        </w:rPr>
        <w:t>ᎢᏍᎳᎻ</w:t>
      </w:r>
      <w:r>
        <w:rPr>
          <w:rFonts w:ascii="Times New Roman" w:hAnsi="Times New Roman" w:eastAsia="Times New Roman" w:cs="Times New Roman"/>
        </w:rPr>
        <w:t xml:space="preserve"> </w:t>
      </w:r>
      <w:r>
        <w:rPr>
          <w:rFonts w:ascii="Gadugi" w:hAnsi="Gadugi" w:eastAsia="Gadugi" w:cs="Gadugi"/>
        </w:rPr>
        <w:t>ᎠᏓᏙᎵᏍᎪᎢ</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ᏱᏗᏓᏲᎯᏎᎸ</w:t>
      </w:r>
      <w:r>
        <w:rPr>
          <w:rFonts w:ascii="Times New Roman" w:hAnsi="Times New Roman" w:eastAsia="Times New Roman" w:cs="Times New Roman"/>
        </w:rPr>
        <w:t xml:space="preserve"> </w:t>
      </w:r>
      <w:r>
        <w:rPr>
          <w:rFonts w:ascii="Gadugi" w:hAnsi="Gadugi" w:eastAsia="Gadugi" w:cs="Gadugi"/>
        </w:rPr>
        <w:t>ᏧᏳᎪᏛ</w:t>
      </w:r>
      <w:r>
        <w:rPr>
          <w:rFonts w:ascii="Times New Roman" w:hAnsi="Times New Roman" w:eastAsia="Times New Roman" w:cs="Times New Roman"/>
        </w:rPr>
        <w:t xml:space="preserve"> </w:t>
      </w:r>
      <w:r>
        <w:rPr>
          <w:rFonts w:ascii="Gadugi" w:hAnsi="Gadugi" w:eastAsia="Gadugi" w:cs="Gadugi"/>
        </w:rPr>
        <w:t>ᎢᎬᏁᎸ</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1.5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ᎢᏯᏰᎵ</w:t>
      </w:r>
      <w:r>
        <w:rPr>
          <w:rFonts w:ascii="Times New Roman" w:hAnsi="Times New Roman" w:eastAsia="Times New Roman" w:cs="Times New Roman"/>
        </w:rPr>
        <w:t xml:space="preserve"> </w:t>
      </w:r>
      <w:r>
        <w:rPr>
          <w:rFonts w:ascii="Gadugi" w:hAnsi="Gadugi" w:eastAsia="Gadugi" w:cs="Gadugi"/>
        </w:rPr>
        <w:t>ᎢᏍᎳᎻ</w:t>
      </w:r>
      <w:r>
        <w:rPr>
          <w:rFonts w:ascii="Times New Roman" w:hAnsi="Times New Roman" w:eastAsia="Times New Roman" w:cs="Times New Roman"/>
        </w:rPr>
        <w:t xml:space="preserve"> </w:t>
      </w:r>
      <w:r>
        <w:rPr>
          <w:rFonts w:ascii="Gadugi" w:hAnsi="Gadugi" w:eastAsia="Gadugi" w:cs="Gadugi"/>
        </w:rPr>
        <w:t>ᎠᏓᏙᎵᏍᎬ</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ᎾᏍᎩᏂ</w:t>
      </w:r>
      <w:r>
        <w:rPr>
          <w:rFonts w:ascii="Times New Roman" w:hAnsi="Times New Roman" w:eastAsia="Times New Roman" w:cs="Times New Roman"/>
        </w:rPr>
        <w:t xml:space="preserve"> </w:t>
      </w:r>
      <w:r>
        <w:rPr>
          <w:rFonts w:ascii="Gadugi" w:hAnsi="Gadugi" w:eastAsia="Gadugi" w:cs="Gadugi"/>
        </w:rPr>
        <w:t>ᎤᏓᏅᏖᏗ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ᎤᏟᎢ</w:t>
      </w:r>
      <w:r>
        <w:rPr>
          <w:rFonts w:ascii="Times New Roman" w:hAnsi="Times New Roman" w:eastAsia="Times New Roman" w:cs="Times New Roman"/>
        </w:rPr>
        <w:t xml:space="preserve"> </w:t>
      </w:r>
      <w:r>
        <w:rPr>
          <w:rFonts w:ascii="Gadugi" w:hAnsi="Gadugi" w:eastAsia="Gadugi" w:cs="Gadugi"/>
        </w:rPr>
        <w:t>ᎠᏍᏆᏂᎪᏙᏗ</w:t>
      </w:r>
      <w:r>
        <w:rPr>
          <w:rFonts w:ascii="Times New Roman" w:hAnsi="Times New Roman" w:eastAsia="Times New Roman" w:cs="Times New Roman"/>
        </w:rPr>
        <w:t xml:space="preserve"> </w:t>
      </w:r>
      <w:r>
        <w:rPr>
          <w:rFonts w:ascii="Gadugi" w:hAnsi="Gadugi" w:eastAsia="Gadugi" w:cs="Gadugi"/>
        </w:rPr>
        <w:t>ᎤᏜᏕᏒ</w:t>
      </w:r>
      <w:r>
        <w:rPr>
          <w:rFonts w:ascii="Times New Roman" w:hAnsi="Times New Roman" w:eastAsia="Times New Roman" w:cs="Times New Roman"/>
        </w:rPr>
        <w:t xml:space="preserve"> </w:t>
      </w:r>
      <w:r>
        <w:rPr>
          <w:rFonts w:ascii="Gadugi" w:hAnsi="Gadugi" w:eastAsia="Gadugi" w:cs="Gadugi"/>
        </w:rPr>
        <w:t>ᏓᏓᏛᏁᎸ</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ᎠᏥᏁᎸᎢ</w:t>
      </w:r>
      <w:r>
        <w:rPr>
          <w:rFonts w:ascii="Times New Roman" w:hAnsi="Times New Roman" w:eastAsia="Times New Roman" w:cs="Times New Roman"/>
        </w:rPr>
        <w:t xml:space="preserve"> </w:t>
      </w:r>
      <w:r>
        <w:rPr>
          <w:rFonts w:ascii="Gadugi" w:hAnsi="Gadugi" w:eastAsia="Gadugi" w:cs="Gadugi"/>
        </w:rPr>
        <w:t>ᎦᏅᏍᎬᎢ</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ᎦᎸᏉᏗ</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ᎠᏍᏆᏂᎪᏙᏗ</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ᎤᏩᏒᎯᏍᏗ</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w:t>
      </w:r>
      <w:r>
        <w:rPr>
          <w:rFonts w:ascii="Gadugi" w:hAnsi="Gadugi" w:eastAsia="Gadugi" w:cs="Gadugi"/>
        </w:rPr>
        <w:t>ᏧᏓᏓᏅᏛ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ᏆᏇᎵ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ᎠᏍᏆᏂᎪᏙᏗ</w:t>
      </w:r>
      <w:r>
        <w:rPr>
          <w:rFonts w:ascii="Times New Roman" w:hAnsi="Times New Roman" w:eastAsia="Times New Roman" w:cs="Times New Roman"/>
        </w:rPr>
        <w:t xml:space="preserve"> </w:t>
      </w:r>
      <w:r>
        <w:rPr>
          <w:rFonts w:ascii="Gadugi" w:hAnsi="Gadugi" w:eastAsia="Gadugi" w:cs="Gadugi"/>
        </w:rPr>
        <w:t>ᎢᏍᎳᎻ</w:t>
      </w:r>
      <w:r>
        <w:rPr>
          <w:rFonts w:ascii="Times New Roman" w:hAnsi="Times New Roman" w:eastAsia="Times New Roman" w:cs="Times New Roman"/>
        </w:rPr>
        <w:t xml:space="preserve"> </w:t>
      </w:r>
      <w:r>
        <w:rPr>
          <w:rFonts w:ascii="Gadugi" w:hAnsi="Gadugi" w:eastAsia="Gadugi" w:cs="Gadugi"/>
        </w:rPr>
        <w:t>ᎦᎸᏉᏗ</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ᎠᏍᏆᏂᎪᏙᏗ</w:t>
      </w:r>
      <w:r>
        <w:rPr>
          <w:rFonts w:ascii="Times New Roman" w:hAnsi="Times New Roman" w:eastAsia="Times New Roman" w:cs="Times New Roman"/>
        </w:rPr>
        <w:t xml:space="preserve"> </w:t>
      </w:r>
      <w:r>
        <w:rPr>
          <w:rFonts w:ascii="Gadugi" w:hAnsi="Gadugi" w:eastAsia="Gadugi" w:cs="Gadugi"/>
        </w:rPr>
        <w:t>ᎠᏁᎲ</w:t>
      </w:r>
      <w:r>
        <w:rPr>
          <w:rFonts w:ascii="Times New Roman" w:hAnsi="Times New Roman" w:eastAsia="Times New Roman" w:cs="Times New Roman"/>
        </w:rPr>
        <w:t xml:space="preserve"> </w:t>
      </w:r>
      <w:r>
        <w:rPr>
          <w:rFonts w:ascii="Gadugi" w:hAnsi="Gadugi" w:eastAsia="Gadugi" w:cs="Gadugi"/>
        </w:rPr>
        <w:t>ᎤᏩᏒᎯᏍᏗ</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ᎤᏠᏯᏍᏗ</w:t>
      </w:r>
      <w:r>
        <w:rPr>
          <w:rFonts w:ascii="Times New Roman" w:hAnsi="Times New Roman" w:eastAsia="Times New Roman" w:cs="Times New Roman"/>
        </w:rPr>
        <w:t xml:space="preserve"> </w:t>
      </w:r>
      <w:r>
        <w:rPr>
          <w:rFonts w:ascii="Gadugi" w:hAnsi="Gadugi" w:eastAsia="Gadugi" w:cs="Gadugi"/>
        </w:rPr>
        <w:t>ᏓᏛᏁᎲᎢ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ᎣᏂᎦ</w:t>
      </w:r>
      <w:r>
        <w:rPr>
          <w:rFonts w:ascii="Times New Roman" w:hAnsi="Times New Roman" w:eastAsia="Times New Roman" w:cs="Times New Roman"/>
        </w:rPr>
        <w:t xml:space="preserve"> </w:t>
      </w:r>
      <w:r>
        <w:rPr>
          <w:rFonts w:ascii="Gadugi" w:hAnsi="Gadugi" w:eastAsia="Gadugi" w:cs="Gadugi"/>
        </w:rPr>
        <w:t>ᏥᎷᏏᎵᎻ</w:t>
      </w:r>
      <w:r>
        <w:rPr>
          <w:rFonts w:ascii="Times New Roman" w:hAnsi="Times New Roman" w:eastAsia="Times New Roman" w:cs="Times New Roman"/>
        </w:rPr>
        <w:t xml:space="preserve"> </w:t>
      </w:r>
      <w:r>
        <w:rPr>
          <w:rFonts w:ascii="Gadugi" w:hAnsi="Gadugi" w:eastAsia="Gadugi" w:cs="Gadugi"/>
        </w:rPr>
        <w:t>ᎤᏲᏍᏔᏅ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ᎠᏁᎯᏍᏗ</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ئەو چوار ساڵەی گەمارۆدانی ئۆرشەلیم بە سەردەمی Cestius و Titus کۆتایی هێنانە بە هێڵێکی پێشبینیی کە بە ماوەیەکی سی و هەشت ساڵە دەستی پێکردبوو و بە گەمارۆدانێکی چوار ساڵە کۆتایی هاتبوو، کە نیشانەی بەرزکردنەوەی ئیسلام بوو؛ و دوا ماوەی چوار ساڵە لە هەمان ئەو هێڵەدا، نواندنی بەرزکردنەوەی ئالای یەک سەد و چل و چوار هەزارە.</w:t>
      </w:r>
    </w:p>
    <w:p>
      <w:pPr>
        <w:pStyle w:val="ArticleBody"/>
        <w:jc w:val="left"/>
      </w:pPr>
      <w:r>
        <w:rPr>
          <w:rFonts w:ascii="Times New Roman" w:hAnsi="Times New Roman" w:eastAsia="Times New Roman" w:cs="Times New Roman"/>
        </w:rPr>
        <w:t>Биз бу нәрсиләрни кейинки мақалидә давамлаштуримиз.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دەربارەی مێژووی نهێنیی ئایەتی چل ـ ژمارەی بیست‌وچوار</dc:title>
  <dc:subject>حزقیال نمبر پانچ</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