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চল্লিশতম</w:t>
      </w:r>
      <w:r>
        <w:rPr>
          <w:rFonts w:ascii="Arial" w:hAnsi="Arial" w:eastAsia="Arial" w:cs="Arial"/>
        </w:rPr>
        <w:t xml:space="preserve"> </w:t>
      </w:r>
      <w:r>
        <w:rPr>
          <w:rFonts w:ascii="Nirmala UI" w:hAnsi="Nirmala UI" w:eastAsia="Nirmala UI" w:cs="Nirmala UI"/>
        </w:rPr>
        <w:t>পদ্যের</w:t>
      </w:r>
      <w:r>
        <w:rPr>
          <w:rFonts w:ascii="Arial" w:hAnsi="Arial" w:eastAsia="Arial" w:cs="Arial"/>
        </w:rPr>
        <w:t xml:space="preserve"> </w:t>
      </w:r>
      <w:r>
        <w:rPr>
          <w:rFonts w:ascii="Nirmala UI" w:hAnsi="Nirmala UI" w:eastAsia="Nirmala UI" w:cs="Nirmala UI"/>
        </w:rPr>
        <w:t>গুপ্ত</w:t>
      </w:r>
      <w:r>
        <w:rPr>
          <w:rFonts w:ascii="Arial" w:hAnsi="Arial" w:eastAsia="Arial" w:cs="Arial"/>
        </w:rPr>
        <w:t xml:space="preserve"> </w:t>
      </w:r>
      <w:r>
        <w:rPr>
          <w:rFonts w:ascii="Nirmala UI" w:hAnsi="Nirmala UI" w:eastAsia="Nirmala UI" w:cs="Nirmala UI"/>
        </w:rPr>
        <w:t>ইতিহাস</w:t>
      </w:r>
      <w:r>
        <w:rPr>
          <w:rFonts w:ascii="Arial" w:hAnsi="Arial" w:eastAsia="Arial" w:cs="Arial"/>
        </w:rPr>
        <w:t xml:space="preserve"> — </w:t>
      </w:r>
      <w:r>
        <w:rPr>
          <w:rFonts w:ascii="Nirmala UI" w:hAnsi="Nirmala UI" w:eastAsia="Nirmala UI" w:cs="Nirmala UI"/>
        </w:rPr>
        <w:t>সাতাশ</w:t>
      </w:r>
      <w:r>
        <w:rPr>
          <w:rFonts w:ascii="Arial" w:hAnsi="Arial" w:eastAsia="Arial" w:cs="Arial"/>
        </w:rPr>
        <w:t xml:space="preserve"> </w:t>
      </w:r>
      <w:r>
        <w:rPr>
          <w:rFonts w:ascii="Nirmala UI" w:hAnsi="Nirmala UI" w:eastAsia="Nirmala UI" w:cs="Nirmala UI"/>
        </w:rPr>
        <w:t>নম্বর</w:t>
      </w:r>
    </w:p>
    <w:p>
      <w:pPr>
        <w:pStyle w:val="ArticleSubtitle"/>
        <w:jc w:val="left"/>
      </w:pPr>
      <w:r>
        <w:rPr>
          <w:rFonts w:ascii="Segoe UI" w:hAnsi="Segoe UI" w:eastAsia="Segoe UI" w:cs="Segoe UI"/>
        </w:rPr>
        <w:t>ئزكئل</w:t>
      </w:r>
      <w:r>
        <w:rPr>
          <w:rFonts w:ascii="Arial" w:hAnsi="Arial" w:eastAsia="Arial" w:cs="Arial"/>
        </w:rPr>
        <w:t xml:space="preserve"> </w:t>
      </w:r>
      <w:r>
        <w:rPr>
          <w:rFonts w:ascii="Segoe UI" w:hAnsi="Segoe UI" w:eastAsia="Segoe UI" w:cs="Segoe UI"/>
        </w:rPr>
        <w:t>نمبر</w:t>
      </w:r>
      <w:r>
        <w:rPr>
          <w:rFonts w:ascii="Arial" w:hAnsi="Arial" w:eastAsia="Arial" w:cs="Arial"/>
        </w:rPr>
        <w:t xml:space="preserve"> </w:t>
      </w:r>
      <w:r>
        <w:rPr>
          <w:rFonts w:ascii="Segoe UI" w:hAnsi="Segoe UI" w:eastAsia="Segoe UI" w:cs="Segoe UI"/>
        </w:rPr>
        <w:t>اَٺ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کتابِ حزقی ایل میں تاریخوں کے ‘تیرہ’ حوالہ جات پائے جاتے ہیں؛ ان میں سے چھ یروشلیم سے متعلق ہیں، چھ مصر سے، اور ایک صور سے۔ یہ تمام حوالہ جات بغاوت کے سیاق و سباق میں وارد ہوئے ہیں، جس کی علامت عدد ‘تیرہ’ ہے۔ حزقی ایل کی بیوی کے فالج سے انتقال کے ایک سال بعد، جو تیسرے محاصرے کے آغاز کی علامت تھا، حزقی ایل کو مصر کے خلاف کلام کرنے کا حکم دیا گیا، اور یہ ظاہر کیا گیا کہ وہ چالیس برس تک ویران و سنسان رہے گا۔</w:t>
      </w:r>
    </w:p>
    <w:p>
      <w:pPr>
        <w:pStyle w:val="ArticleScripture"/>
        <w:jc w:val="left"/>
      </w:pPr>
      <w:r>
        <w:rPr>
          <w:rFonts w:ascii="Times New Roman" w:hAnsi="Times New Roman" w:eastAsia="Times New Roman" w:cs="Times New Roman"/>
        </w:rPr>
        <w:t>И избзуми оһа, Мысыр дойды, ойды къыуамгэ къикIуам тхылъым икуэдкIэ; а и къалэхэр, къалэхэм я щIыбжьрэ къыщIэгъэкIам я щIыбжьэм икуэдкIэ, избзумэ хъунущ къырыкIуэ лIэщIыгъуэ бжьы; уэ сэрыIуэнщ мысыр къэралхэм ящыщ, уэ зэришхэнущ ахэр къыщIэдзахэм ящыщ. Ауэ ащыщ Господь Алыхьыр жыпIэ: къырыкIуэ лIэщIыгъуэ бжьы и кIэм уэ сыхуэгъэхьэнущ мысыр къыщIэсарэ, ахэр къыщIэдзахэм ящыщ; уэ Мысыр и пщэдджыжьыгъуэр зэхъуэжынущ, ахэр зыгъэзыхуэныгъэу Патрос щIымафэм, ахэм я псэуныгъэ щIымафэм, къэзгъэзэжынущ; ахэр ар щыпсэунущ къэрал ибжьэфэм хуэдэу. Иезекииль 29:12–14.</w:t>
      </w:r>
    </w:p>
    <w:p>
      <w:pPr>
        <w:pStyle w:val="ArticleBody"/>
        <w:jc w:val="left"/>
      </w:pPr>
      <w:r>
        <w:rPr>
          <w:rFonts w:ascii="Times New Roman" w:hAnsi="Times New Roman" w:eastAsia="Times New Roman" w:cs="Times New Roman"/>
        </w:rPr>
        <w:t>Զաւթումը սկսաւ մ.թ.ա. 588 թուականին, եւ մէկ տարի անց՝ մ.թ.ա. 587 թուականին, Եզեկիէլին պատուիրուեցաւ խօսիլ։ Տասնեօթներորդ համարին մէջ մ.թ.ա. 571 թուականը ցոյց կու տայ, որ Եգիպտոսը պիտի տրուի Բաբելոնին՝ մատուցուած ծառայութիւններուն համար։ Աստուածաշունչի ժամանակագրագէտները մ.թ.ա. 567 թուականէն մինչեւ մ.թ.ա. 527 թուականը կը նկատեն որպէս համարներուն մէջ նշուած քառասունամեայ շրջանը, իսկ մ.թ.ա. 587 թուականին հռչակուած դատաստանի սկզբնական պատգամէն մինչեւ տասնեօթներորդ համարին մէջ եղած այն յայտարարութիւնը՝ մ.թ.ա. 571 թուականին, թէ Տէրը Եգիպտոսը տուած էր Նաբուգոդոնոսորի ձեռքը, մենք կը գտնենք «տասնեօթը տարի» տեւող շրջան մը։</w:t>
      </w:r>
    </w:p>
    <w:p>
      <w:pPr>
        <w:pStyle w:val="ArticleBody"/>
        <w:jc w:val="left"/>
      </w:pPr>
      <w:r>
        <w:rPr>
          <w:rFonts w:ascii="Times New Roman" w:hAnsi="Times New Roman" w:eastAsia="Times New Roman" w:cs="Times New Roman"/>
        </w:rPr>
        <w:t>Mkhumbi wa Nebukhadinezari ukwachita nkhondo yitali, yakusuzga, kulimbana na Ture (kuzingilizga kukakhala vyaka pafupifupi 13, mwakuyana na 586–573 BC). Asilikali ŵakagwira ntchito mwankhongono chomene (mutu uliwose ukachita mphala, ndipo phewa liliwose likaphwanyika chifukwa cha kunyamura mitholo), kweni ŵakapokera yayi malipiro ghakuru panji chuma chakuthanga kufuma ku Ture lenelira. Chifukwa cha ntchito iyi yambura phindu, Chiuta wakatsimikiza kupereka Eguputo kwa Nebukhadinezari kuŵa mphotho (“malipiro”) chifukwa cha ntchito iyo mkhumbi wake ukachita kulimbana na Ture.</w:t>
      </w:r>
    </w:p>
    <w:p>
      <w:pPr>
        <w:pStyle w:val="ArticleScripture"/>
        <w:jc w:val="left"/>
      </w:pPr>
      <w:r>
        <w:rPr>
          <w:rFonts w:ascii="Times New Roman" w:hAnsi="Times New Roman" w:eastAsia="Times New Roman" w:cs="Times New Roman"/>
        </w:rPr>
        <w:t>И в том же доме оставайтесь, ешьте и пейте, что у них есть; ибо трудящийся достоин награды своей. Не переходите из дома в дом. Луки 10:7.</w:t>
      </w:r>
    </w:p>
    <w:p>
      <w:pPr>
        <w:pStyle w:val="ArticleBody"/>
        <w:jc w:val="left"/>
      </w:pPr>
      <w:r>
        <w:rPr>
          <w:rFonts w:ascii="Times New Roman" w:hAnsi="Times New Roman" w:eastAsia="Times New Roman" w:cs="Times New Roman"/>
        </w:rPr>
        <w:t>Alëhtër, Nebukadnetsar xâ Tyre hìr, wa dënâk ôl-sìzh bïrən-sòm, yi Egypt narâ. Mënâ xâ Tyre, yi Jerusalem xâ 586 BC, dënâk yi Tyre-î sìzh bïrən-sòm tamâ, wa dënâk Egypt. Jerusalem xât 586 BC, wa Tyre-î sìzh 586 BC râmâ wa 573 BC-ûn yathâ. Lôm thërteen xâ-râ United States-în neshâ.</w:t>
      </w:r>
    </w:p>
    <w:p>
      <w:pPr>
        <w:pStyle w:val="ArticleBody"/>
        <w:jc w:val="left"/>
      </w:pPr>
      <w:r>
        <w:rPr>
          <w:rFonts w:ascii="Times New Roman" w:hAnsi="Times New Roman" w:eastAsia="Times New Roman" w:cs="Times New Roman"/>
        </w:rPr>
        <w:t>سِستر وایت به ما آگاهی می‌دهد که اورشلیم در کتاب حزقیال نمایندهٔ کلیسای لائودیکیه‌ایِ ادونتیست روز هفتم است، و نبوکدنصر، پادشاه شمال، نمایندهٔ قدرت پاپی در ایام آخر می‌باشد. در تمثیل تاریخیِ باب بیست‌ونهم، «دزدان قوم تو» در ایام آخر که نمایندهٔ روم پاپی هستند، در آن باب سه موجودیت را فتح می‌کنند. نخست اورشلیم را می‌گیرد، سپس صور را، و سرانجام مصر را.</w:t>
      </w:r>
    </w:p>
    <w:p>
      <w:pPr>
        <w:pStyle w:val="ArticleBody"/>
        <w:jc w:val="left"/>
      </w:pPr>
      <w:r>
        <w:rPr>
          <w:rFonts w:ascii="Times New Roman" w:hAnsi="Times New Roman" w:eastAsia="Times New Roman" w:cs="Times New Roman"/>
        </w:rPr>
        <w:t>Ajuzuk yaqala endlwini kaThixo, yaye uphondo lobuProtestanti eUnited States luqala ukoyiswa ngaphambi komthetho weCawa. Uphondo lobuProtestanti obuwexukileyo eUnited States lubandakanya ibandla lamaSeventh-day Adventist laseLawodike, elimele abantu bomnqophiso “wangaphambili” abashiywayo, njengoko kwaba njalo ngoSirayeli wamandulo ngonyaka wama-34 nangoMaProtestanti ngo-1844. Ukudlulwayo kwabo bantu bangaphambili bomnqophiso kaThixo ngo-34 nango-1844 kokubini kumelwe kwimbali yesiprofeto yesiprofeto seminyaka engamawaka amabini anesithathu anamakhulu amabini kaDaniyeli 8:14. Ajuzuk yaqala endlwini kaThixo, yaye uphondo lobuProtestanti lugwetywa ngaphambi kophondo lobuRiphabhlikhi.</w:t>
      </w:r>
    </w:p>
    <w:p>
      <w:pPr>
        <w:pStyle w:val="ArticleScripture"/>
        <w:jc w:val="left"/>
      </w:pPr>
      <w:r>
        <w:rPr>
          <w:rFonts w:ascii="Times New Roman" w:hAnsi="Times New Roman" w:eastAsia="Times New Roman" w:cs="Times New Roman"/>
        </w:rPr>
        <w:t>پادشا چۇ ۋاقتى كەلدىكى، ھۆكۈم خۇدانىڭ ئۆيىدىن باشلىنىشى كېرەك؛ ئەگەر ئۇ ئاۋۋال بىزدىن باشلانسا، خۇدانىڭ ئىنجىلىگە ئىتائەت قىلمايدىغانلارنىڭ ئاقىۋىتى نېمە بولار؟ 1 Peter 4:17.</w:t>
      </w:r>
    </w:p>
    <w:p>
      <w:pPr>
        <w:pStyle w:val="ArticleBody"/>
        <w:jc w:val="left"/>
      </w:pPr>
      <w:r>
        <w:rPr>
          <w:rFonts w:ascii="Times New Roman" w:hAnsi="Times New Roman" w:eastAsia="Times New Roman" w:cs="Times New Roman"/>
        </w:rPr>
        <w:t>Hukumu ya Misri inatajwa kwa mara ya kwanza katika aya ya kwanza ya sura ya ishirini na tisa, na tarehe ya mwisho inayotajwa kuhusiana na Misri na Ezekieli iko katika aya ya “kumi na saba” ya sura hiyo hiyo. Sura hiyo inaonyesha kwamba Rumi ya kisasa kwanza hushinda pembe ya Uprotestanti na kisha Tiro, ambalo linawakilisha pembe ya Urepublicanismu, ambayo hushindwa katika sheria ya Jumapili inayokaribia upesi. Tiro (Marekani) linaposhindwa na Nebukadreza katika sheria ya Jumapili, Misri nayo pia hutolewa mikononi mwake. Wakati huo jeraha la mauti la upapa huponywa. Si kwamba tu jeraha la mauti la upapa huponywa wakati huo, bali Ezekieli anatufahamisha kwamba jambo hili hutokea katika kipindi cha mvua ya masika ya mwisho.</w:t>
      </w:r>
    </w:p>
    <w:p>
      <w:pPr>
        <w:pStyle w:val="ArticleScripture"/>
        <w:jc w:val="left"/>
      </w:pPr>
      <w:r>
        <w:rPr>
          <w:rFonts w:ascii="Times New Roman" w:hAnsi="Times New Roman" w:eastAsia="Times New Roman" w:cs="Times New Roman"/>
        </w:rPr>
        <w:t>در آن روز شاخِ خاندان اسرائیل را به روییدن وامی‌دارم، و در میان ایشان گشایشِ دهان را به تو خواهم بخشید؛ و خواهند دانست که من یهوه هستم. حزقیال 29:21.</w:t>
      </w:r>
    </w:p>
    <w:p>
      <w:pPr>
        <w:pStyle w:val="ArticleHeading"/>
        <w:jc w:val="left"/>
      </w:pPr>
      <w:r>
        <w:rPr>
          <w:rFonts w:ascii="Myanmar Text" w:hAnsi="Myanmar Text" w:eastAsia="Myanmar Text" w:cs="Myanmar Text"/>
        </w:rPr>
        <w:t>ယာကုပ်နှင့်</w:t>
      </w:r>
      <w:r>
        <w:rPr>
          <w:rFonts w:ascii="Arial" w:hAnsi="Arial" w:eastAsia="Arial" w:cs="Arial"/>
        </w:rPr>
        <w:t xml:space="preserve"> </w:t>
      </w:r>
      <w:r>
        <w:rPr>
          <w:rFonts w:ascii="Myanmar Text" w:hAnsi="Myanmar Text" w:eastAsia="Myanmar Text" w:cs="Myanmar Text"/>
        </w:rPr>
        <w:t>ဣသရေလ</w:t>
      </w:r>
    </w:p>
    <w:p>
      <w:pPr>
        <w:pStyle w:val="ArticleBody"/>
        <w:jc w:val="left"/>
      </w:pPr>
      <w:r>
        <w:rPr>
          <w:rFonts w:ascii="Times New Roman" w:hAnsi="Times New Roman" w:eastAsia="Times New Roman" w:cs="Times New Roman"/>
        </w:rPr>
        <w:t>ئىشايا ئىسرائىلنىڭ بىخ چىقىرىپ، گۈللەپ، پۈتكۈل يەر يۈزىنى مېۋە بىلەن تولدۇرىدىغانلىقىنى بايان قىلىدۇ. بىخ چىقىرىش، گۈللەش ۋە مېۋە بېرىشتىن ئىبارەت بۇ ئۈچ باسقۇچنى مەيدانغا كەلتۈرىدىغىنى يامغۇردۇر؛ ۋە ئىشايانىڭ بايانىچە، «قاتتىق شامال» توختىتىلغان چاغدا كېيىنكى يامغۇر كېلىدۇ. ئۇ يەنە شۇنى كۆرسىتىدۇكى، بىخ چىقىرىش، گۈللەش ۋە مېۋە بېرىش دەۋرىدە ياقۇپنىڭ گۇناھلىرى پاكلىنىشى كېرەك؛ «پاكلىنىش» دەپ تەرجىمە قىلىنغان ئىبرانىيچە سۆز بولسا «كەففارەت قىلىنىش» مەنىسىنى بىلدۈرىدۇ.</w:t>
      </w:r>
    </w:p>
    <w:p>
      <w:pPr>
        <w:pStyle w:val="ArticleScripture"/>
        <w:jc w:val="left"/>
      </w:pPr>
      <w:r>
        <w:rPr>
          <w:rFonts w:ascii="Gadugi" w:hAnsi="Gadugi" w:eastAsia="Gadugi" w:cs="Gadugi"/>
        </w:rPr>
        <w:t>ꭹ</w:t>
      </w:r>
      <w:r>
        <w:rPr>
          <w:rFonts w:ascii="Nirmala UI" w:hAnsi="Nirmala UI" w:eastAsia="Nirmala UI" w:cs="Nirmala UI"/>
        </w:rPr>
        <w:t>ꯣꯛꯄꯅ</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ꯄꯨꯠꯂꯛꯄ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ꯃꯥꯔꯨꯠ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ꯅꯣꯡꯄꯣꯛ</w:t>
      </w:r>
      <w:r>
        <w:rPr>
          <w:rFonts w:ascii="Times New Roman" w:hAnsi="Times New Roman" w:eastAsia="Times New Roman" w:cs="Times New Roman"/>
        </w:rPr>
        <w:t xml:space="preserve"> </w:t>
      </w:r>
      <w:r>
        <w:rPr>
          <w:rFonts w:ascii="Nirmala UI" w:hAnsi="Nirmala UI" w:eastAsia="Nirmala UI" w:cs="Nirmala UI"/>
        </w:rPr>
        <w:t>ꯃꯥꯔꯨꯠꯀꯤ</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ꯂꯦꯡꯁꯤꯜꯂꯤ।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ꯌꯥꯀꯣꯕꯀꯤ</w:t>
      </w:r>
      <w:r>
        <w:rPr>
          <w:rFonts w:ascii="Times New Roman" w:hAnsi="Times New Roman" w:eastAsia="Times New Roman" w:cs="Times New Roman"/>
        </w:rPr>
        <w:t xml:space="preserve"> </w:t>
      </w:r>
      <w:r>
        <w:rPr>
          <w:rFonts w:ascii="Nirmala UI" w:hAnsi="Nirmala UI" w:eastAsia="Nirmala UI" w:cs="Nirmala UI"/>
        </w:rPr>
        <w:t>ꯑꯄꯔꯥꯗ</w:t>
      </w:r>
      <w:r>
        <w:rPr>
          <w:rFonts w:ascii="Times New Roman" w:hAnsi="Times New Roman" w:eastAsia="Times New Roman" w:cs="Times New Roman"/>
        </w:rPr>
        <w:t xml:space="preserve"> </w:t>
      </w:r>
      <w:r>
        <w:rPr>
          <w:rFonts w:ascii="Nirmala UI" w:hAnsi="Nirmala UI" w:eastAsia="Nirmala UI" w:cs="Nirmala UI"/>
        </w:rPr>
        <w:t>ꯄꯨꯛꯁꯤꯟꯅꯒꯅꯤ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ꯂꯧꯊꯣꯛꯅꯕꯒꯤ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ꯑꯜꯇꯥꯔꯒꯤ</w:t>
      </w:r>
      <w:r>
        <w:rPr>
          <w:rFonts w:ascii="Times New Roman" w:hAnsi="Times New Roman" w:eastAsia="Times New Roman" w:cs="Times New Roman"/>
        </w:rPr>
        <w:t xml:space="preserve"> </w:t>
      </w:r>
      <w:r>
        <w:rPr>
          <w:rFonts w:ascii="Nirmala UI" w:hAnsi="Nirmala UI" w:eastAsia="Nirmala UI" w:cs="Nirmala UI"/>
        </w:rPr>
        <w:t>ꯅꯨꯡꯁꯤꯡ</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ꯊꯥꯏꯅ</w:t>
      </w:r>
      <w:r>
        <w:rPr>
          <w:rFonts w:ascii="Times New Roman" w:hAnsi="Times New Roman" w:eastAsia="Times New Roman" w:cs="Times New Roman"/>
        </w:rPr>
        <w:t xml:space="preserve"> </w:t>
      </w:r>
      <w:r>
        <w:rPr>
          <w:rFonts w:ascii="Nirmala UI" w:hAnsi="Nirmala UI" w:eastAsia="Nirmala UI" w:cs="Nirmala UI"/>
        </w:rPr>
        <w:t>ꯑꯎꯅ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ꯊꯥꯎꯗꯣꯛꯂꯒ</w:t>
      </w:r>
      <w:r>
        <w:rPr>
          <w:rFonts w:ascii="Times New Roman" w:hAnsi="Times New Roman" w:eastAsia="Times New Roman" w:cs="Times New Roman"/>
        </w:rPr>
        <w:t xml:space="preserve"> </w:t>
      </w:r>
      <w:r>
        <w:rPr>
          <w:rFonts w:ascii="Nirmala UI" w:hAnsi="Nirmala UI" w:eastAsia="Nirmala UI" w:cs="Nirmala UI"/>
        </w:rPr>
        <w:t>ꯈꯣꯠꯄ</w:t>
      </w:r>
      <w:r>
        <w:rPr>
          <w:rFonts w:ascii="Times New Roman" w:hAnsi="Times New Roman" w:eastAsia="Times New Roman" w:cs="Times New Roman"/>
        </w:rPr>
        <w:t xml:space="preserve"> </w:t>
      </w:r>
      <w:r>
        <w:rPr>
          <w:rFonts w:ascii="Nirmala UI" w:hAnsi="Nirmala UI" w:eastAsia="Nirmala UI" w:cs="Nirmala UI"/>
        </w:rPr>
        <w:t>ꯉꯥꯡꯕ</w:t>
      </w:r>
      <w:r>
        <w:rPr>
          <w:rFonts w:ascii="Times New Roman" w:hAnsi="Times New Roman" w:eastAsia="Times New Roman" w:cs="Times New Roman"/>
        </w:rPr>
        <w:t xml:space="preserve"> </w:t>
      </w:r>
      <w:r>
        <w:rPr>
          <w:rFonts w:ascii="Nirmala UI" w:hAnsi="Nirmala UI" w:eastAsia="Nirmala UI" w:cs="Nirmala UI"/>
        </w:rPr>
        <w:t>ꯆꯥꯛꯅꯨꯡꯁꯤꯡ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ꯑꯣꯏꯍꯜꯂꯤꯕ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ꯎꯝꯉꯥꯡꯁꯤꯡ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ꯃꯨꯔꯇꯤꯁꯤꯡ</w:t>
      </w:r>
      <w:r>
        <w:rPr>
          <w:rFonts w:ascii="Times New Roman" w:hAnsi="Times New Roman" w:eastAsia="Times New Roman" w:cs="Times New Roman"/>
        </w:rPr>
        <w:t xml:space="preserve"> </w:t>
      </w:r>
      <w:r>
        <w:rPr>
          <w:rFonts w:ascii="Nirmala UI" w:hAnsi="Nirmala UI" w:eastAsia="Nirmala UI" w:cs="Nirmala UI"/>
        </w:rPr>
        <w:t>ꯂꯦꯡꯂꯤꯕ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Isaiah 27:8, 9.</w:t>
      </w:r>
    </w:p>
    <w:p>
      <w:pPr>
        <w:pStyle w:val="ArticleBody"/>
        <w:jc w:val="left"/>
      </w:pPr>
      <w:r>
        <w:rPr>
          <w:rFonts w:ascii="Myanmar Text" w:hAnsi="Myanmar Text" w:eastAsia="Myanmar Text" w:cs="Myanmar Text"/>
        </w:rPr>
        <w:t>တံခိုးကြမ်းသော</w:t>
      </w:r>
      <w:r>
        <w:rPr>
          <w:rFonts w:ascii="Times New Roman" w:hAnsi="Times New Roman" w:eastAsia="Times New Roman" w:cs="Times New Roman"/>
        </w:rPr>
        <w:t xml:space="preserve"> </w:t>
      </w:r>
      <w:r>
        <w:rPr>
          <w:rFonts w:ascii="Myanmar Text" w:hAnsi="Myanmar Text" w:eastAsia="Myanmar Text" w:cs="Myanmar Text"/>
        </w:rPr>
        <w:t>လေဖြစ်သည့်</w:t>
      </w:r>
      <w:r>
        <w:rPr>
          <w:rFonts w:ascii="Times New Roman" w:hAnsi="Times New Roman" w:eastAsia="Times New Roman" w:cs="Times New Roman"/>
        </w:rPr>
        <w:t xml:space="preserve"> </w:t>
      </w:r>
      <w:r>
        <w:rPr>
          <w:rFonts w:ascii="Myanmar Text" w:hAnsi="Myanmar Text" w:eastAsia="Myanmar Text" w:cs="Myanmar Text"/>
        </w:rPr>
        <w:t>ပဋိပက္ခ၏</w:t>
      </w:r>
      <w:r>
        <w:rPr>
          <w:rFonts w:ascii="Times New Roman" w:hAnsi="Times New Roman" w:eastAsia="Times New Roman" w:cs="Times New Roman"/>
        </w:rPr>
        <w:t xml:space="preserve"> </w:t>
      </w:r>
      <w:r>
        <w:rPr>
          <w:rFonts w:ascii="Myanmar Text" w:hAnsi="Myanmar Text" w:eastAsia="Myanmar Text" w:cs="Myanmar Text"/>
        </w:rPr>
        <w:t>လေလေးပါးကို</w:t>
      </w:r>
      <w:r>
        <w:rPr>
          <w:rFonts w:ascii="Times New Roman" w:hAnsi="Times New Roman" w:eastAsia="Times New Roman" w:cs="Times New Roman"/>
        </w:rPr>
        <w:t xml:space="preserve"> </w:t>
      </w:r>
      <w:r>
        <w:rPr>
          <w:rFonts w:ascii="Myanmar Text" w:hAnsi="Myanmar Text" w:eastAsia="Myanmar Text" w:cs="Myanmar Text"/>
        </w:rPr>
        <w:t>ထိန်းချုပ်ထားသောအခါ၊</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တံဆိပ်ခတ်ခြင်းသည်</w:t>
      </w:r>
      <w:r>
        <w:rPr>
          <w:rFonts w:ascii="Times New Roman" w:hAnsi="Times New Roman" w:eastAsia="Times New Roman" w:cs="Times New Roman"/>
        </w:rPr>
        <w:t xml:space="preserve"> </w:t>
      </w:r>
      <w:r>
        <w:rPr>
          <w:rFonts w:ascii="Myanmar Text" w:hAnsi="Myanmar Text" w:eastAsia="Myanmar Text" w:cs="Myanmar Text"/>
        </w:rPr>
        <w:t>စတင်လာပြီး၊</w:t>
      </w:r>
      <w:r>
        <w:rPr>
          <w:rFonts w:ascii="Times New Roman" w:hAnsi="Times New Roman" w:eastAsia="Times New Roman" w:cs="Times New Roman"/>
        </w:rPr>
        <w:t xml:space="preserve"> </w:t>
      </w:r>
      <w:r>
        <w:rPr>
          <w:rFonts w:ascii="Myanmar Text" w:hAnsi="Myanmar Text" w:eastAsia="Myanmar Text" w:cs="Myanmar Text"/>
        </w:rPr>
        <w:t>အာဒ်ဗင်တစ်ဇင်အတွင်းရှိ</w:t>
      </w:r>
      <w:r>
        <w:rPr>
          <w:rFonts w:ascii="Times New Roman" w:hAnsi="Times New Roman" w:eastAsia="Times New Roman" w:cs="Times New Roman"/>
        </w:rPr>
        <w:t xml:space="preserve"> </w:t>
      </w:r>
      <w:r>
        <w:rPr>
          <w:rFonts w:ascii="Myanmar Text" w:hAnsi="Myanmar Text" w:eastAsia="Myanmar Text" w:cs="Myanmar Text"/>
        </w:rPr>
        <w:t>ပညာရှိများနှင့်</w:t>
      </w:r>
      <w:r>
        <w:rPr>
          <w:rFonts w:ascii="Times New Roman" w:hAnsi="Times New Roman" w:eastAsia="Times New Roman" w:cs="Times New Roman"/>
        </w:rPr>
        <w:t xml:space="preserve"> </w:t>
      </w:r>
      <w:r>
        <w:rPr>
          <w:rFonts w:ascii="Myanmar Text" w:hAnsi="Myanmar Text" w:eastAsia="Myanmar Text" w:cs="Myanmar Text"/>
        </w:rPr>
        <w:t>ဆိုးညစ်သောသူများသည်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ခွဲခြားထားခြင်းခံရကြသည်။</w:t>
      </w:r>
      <w:r>
        <w:rPr>
          <w:rFonts w:ascii="Times New Roman" w:hAnsi="Times New Roman" w:eastAsia="Times New Roman" w:cs="Times New Roman"/>
        </w:rPr>
        <w:t xml:space="preserve"> </w:t>
      </w:r>
      <w:r>
        <w:rPr>
          <w:rFonts w:ascii="Myanmar Text" w:hAnsi="Myanmar Text" w:eastAsia="Myanmar Text" w:cs="Myanmar Text"/>
        </w:rPr>
        <w:t>ဤအရာအားလုံးသည်</w:t>
      </w:r>
      <w:r>
        <w:rPr>
          <w:rFonts w:ascii="Times New Roman" w:hAnsi="Times New Roman" w:eastAsia="Times New Roman" w:cs="Times New Roman"/>
        </w:rPr>
        <w:t xml:space="preserve"> “</w:t>
      </w:r>
      <w:r>
        <w:rPr>
          <w:rFonts w:ascii="Myanmar Text" w:hAnsi="Myanmar Text" w:eastAsia="Myanmar Text" w:cs="Myanmar Text"/>
        </w:rPr>
        <w:t>အရှေ့လေ၏နေ့</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ပြည့်စုံစေခြင်းခံရသည်။</w:t>
      </w:r>
      <w:r>
        <w:rPr>
          <w:rFonts w:ascii="Times New Roman" w:hAnsi="Times New Roman" w:eastAsia="Times New Roman" w:cs="Times New Roman"/>
        </w:rPr>
        <w:t xml:space="preserve"> </w:t>
      </w:r>
      <w:r>
        <w:rPr>
          <w:rFonts w:ascii="Myanmar Text" w:hAnsi="Myanmar Text" w:eastAsia="Myanmar Text" w:cs="Myanmar Text"/>
        </w:rPr>
        <w:t>တံဆိပ်ခတ်ခြင်းကာလသည်</w:t>
      </w:r>
      <w:r>
        <w:rPr>
          <w:rFonts w:ascii="Times New Roman" w:hAnsi="Times New Roman" w:eastAsia="Times New Roman" w:cs="Times New Roman"/>
        </w:rPr>
        <w:t xml:space="preserve"> 9/11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ဖြန့်ကျဲပက်ဖျန်းခြင်းတစ်ရပ်ဖြင့်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ထွက်ပေါ်သောအချိန်၌</w:t>
      </w:r>
      <w:r>
        <w:rPr>
          <w:rFonts w:ascii="Times New Roman" w:hAnsi="Times New Roman" w:eastAsia="Times New Roman" w:cs="Times New Roman"/>
        </w:rPr>
        <w:t xml:space="preserve"> </w:t>
      </w:r>
      <w:r>
        <w:rPr>
          <w:rFonts w:ascii="Myanmar Text" w:hAnsi="Myanmar Text" w:eastAsia="Myanmar Text" w:cs="Myanmar Text"/>
        </w:rPr>
        <w:t>မြေကြီးသည်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အသီးနှင့်</w:t>
      </w:r>
      <w:r>
        <w:rPr>
          <w:rFonts w:ascii="Times New Roman" w:hAnsi="Times New Roman" w:eastAsia="Times New Roman" w:cs="Times New Roman"/>
        </w:rPr>
        <w:t xml:space="preserve"> </w:t>
      </w:r>
      <w:r>
        <w:rPr>
          <w:rFonts w:ascii="Myanmar Text" w:hAnsi="Myanmar Text" w:eastAsia="Myanmar Text" w:cs="Myanmar Text"/>
        </w:rPr>
        <w:t>ပြည့်နှက်လာသဖြင့်</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သွန်းလောင်းခြင်းဖြင့်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တံဆိပ်ခတ်ခြင်းကာလသည်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ကိုက်ညီသည့်</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တိုးတက်သည့်</w:t>
      </w:r>
      <w:r>
        <w:rPr>
          <w:rFonts w:ascii="Times New Roman" w:hAnsi="Times New Roman" w:eastAsia="Times New Roman" w:cs="Times New Roman"/>
        </w:rPr>
        <w:t xml:space="preserve"> </w:t>
      </w:r>
      <w:r>
        <w:rPr>
          <w:rFonts w:ascii="Myanmar Text" w:hAnsi="Myanmar Text" w:eastAsia="Myanmar Text" w:cs="Myanmar Text"/>
        </w:rPr>
        <w:t>သန့်စင်ခြင်းနှင့်</w:t>
      </w:r>
      <w:r>
        <w:rPr>
          <w:rFonts w:ascii="Times New Roman" w:hAnsi="Times New Roman" w:eastAsia="Times New Roman" w:cs="Times New Roman"/>
        </w:rPr>
        <w:t xml:space="preserve"> </w:t>
      </w:r>
      <w:r>
        <w:rPr>
          <w:rFonts w:ascii="Myanmar Text" w:hAnsi="Myanmar Text" w:eastAsia="Myanmar Text" w:cs="Myanmar Text"/>
        </w:rPr>
        <w:t>ဖယ်ရှားရှင်းလင်းခြင်းကာလ</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အဆုံးရက်စွဲများဖြင့်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ဆယ့်ခုနစ်နှစ်ကာလအတွင်း၊</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ဆဋ္ဌမနိုင်ငံကို</w:t>
      </w:r>
      <w:r>
        <w:rPr>
          <w:rFonts w:ascii="Times New Roman" w:hAnsi="Times New Roman" w:eastAsia="Times New Roman" w:cs="Times New Roman"/>
        </w:rPr>
        <w:t xml:space="preserve"> </w:t>
      </w:r>
      <w:r>
        <w:rPr>
          <w:rFonts w:ascii="Myanmar Text" w:hAnsi="Myanmar Text" w:eastAsia="Myanmar Text" w:cs="Myanmar Text"/>
        </w:rPr>
        <w:t>အောင်နိုင်ခြင်း</w:t>
      </w:r>
      <w:r>
        <w:rPr>
          <w:rFonts w:ascii="Times New Roman" w:hAnsi="Times New Roman" w:eastAsia="Times New Roman" w:cs="Times New Roman"/>
        </w:rPr>
        <w:t>—</w:t>
      </w:r>
      <w:r>
        <w:rPr>
          <w:rFonts w:ascii="Myanmar Text" w:hAnsi="Myanmar Text" w:eastAsia="Myanmar Text" w:cs="Myanmar Text"/>
        </w:rPr>
        <w:t>ပရိုတက်စတန်ဝါဒ၏</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သင်္ကေတပြုသော</w:t>
      </w:r>
      <w:r>
        <w:rPr>
          <w:rFonts w:ascii="Times New Roman" w:hAnsi="Times New Roman" w:eastAsia="Times New Roman" w:cs="Times New Roman"/>
        </w:rPr>
        <w:t xml:space="preserve"> </w:t>
      </w:r>
      <w:r>
        <w:rPr>
          <w:rFonts w:ascii="Myanmar Text" w:hAnsi="Myanmar Text" w:eastAsia="Myanmar Text" w:cs="Myanmar Text"/>
        </w:rPr>
        <w:t>ယေရုရှလင်၊</w:t>
      </w:r>
      <w:r>
        <w:rPr>
          <w:rFonts w:ascii="Times New Roman" w:hAnsi="Times New Roman" w:eastAsia="Times New Roman" w:cs="Times New Roman"/>
        </w:rPr>
        <w:t xml:space="preserve"> </w:t>
      </w:r>
      <w:r>
        <w:rPr>
          <w:rFonts w:ascii="Myanmar Text" w:hAnsi="Myanmar Text" w:eastAsia="Myanmar Text" w:cs="Myanmar Text"/>
        </w:rPr>
        <w:t>အရပ်ဘက်အားဖြင့်</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သင်္ကေတနှင့်၊</w:t>
      </w:r>
      <w:r>
        <w:rPr>
          <w:rFonts w:ascii="Times New Roman" w:hAnsi="Times New Roman" w:eastAsia="Times New Roman" w:cs="Times New Roman"/>
        </w:rPr>
        <w:t xml:space="preserve"> </w:t>
      </w:r>
      <w:r>
        <w:rPr>
          <w:rFonts w:ascii="Myanmar Text" w:hAnsi="Myanmar Text" w:eastAsia="Myanmar Text" w:cs="Myanmar Text"/>
        </w:rPr>
        <w:t>ရီပတ်ဘလစ်ကန်ဝါဒ၏</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နိုင်ငံတော်ကို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တိုင်ရာ</w:t>
      </w:r>
      <w:r>
        <w:rPr>
          <w:rFonts w:ascii="Times New Roman" w:hAnsi="Times New Roman" w:eastAsia="Times New Roman" w:cs="Times New Roman"/>
        </w:rPr>
        <w:t>—</w:t>
      </w:r>
      <w:r>
        <w:rPr>
          <w:rFonts w:ascii="Myanmar Text" w:hAnsi="Myanmar Text" w:eastAsia="Myanmar Text" w:cs="Myanmar Text"/>
        </w:rPr>
        <w:t>တို့အားဖြင့်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တိုင်ရာကို</w:t>
      </w:r>
      <w:r>
        <w:rPr>
          <w:rFonts w:ascii="Times New Roman" w:hAnsi="Times New Roman" w:eastAsia="Times New Roman" w:cs="Times New Roman"/>
        </w:rPr>
        <w:t xml:space="preserve"> </w:t>
      </w:r>
      <w:r>
        <w:rPr>
          <w:rFonts w:ascii="Myanmar Text" w:hAnsi="Myanmar Text" w:eastAsia="Myanmar Text" w:cs="Myanmar Text"/>
        </w:rPr>
        <w:t>ဆယ့်သုံးနှစ်</w:t>
      </w:r>
      <w:r>
        <w:rPr>
          <w:rFonts w:ascii="Times New Roman" w:hAnsi="Times New Roman" w:eastAsia="Times New Roman" w:cs="Times New Roman"/>
        </w:rPr>
        <w:t xml:space="preserve"> </w:t>
      </w:r>
      <w:r>
        <w:rPr>
          <w:rFonts w:ascii="Myanmar Text" w:hAnsi="Myanmar Text" w:eastAsia="Myanmar Text" w:cs="Myanmar Text"/>
        </w:rPr>
        <w:t>ပိတ်ဆို့ဝိုင်းထားသောကာလ</w:t>
      </w:r>
      <w:r>
        <w:rPr>
          <w:rFonts w:ascii="Times New Roman" w:hAnsi="Times New Roman" w:eastAsia="Times New Roman" w:cs="Times New Roman"/>
        </w:rPr>
        <w:t xml:space="preserve"> </w:t>
      </w:r>
      <w:r>
        <w:rPr>
          <w:rFonts w:ascii="Myanmar Text" w:hAnsi="Myanmar Text" w:eastAsia="Myanmar Text" w:cs="Myanmar Text"/>
        </w:rPr>
        <w:t>အဆုံးသတ်ပြီးနောက်</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အီဂျစ်အားဖြင့်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ဘုရင်ဆယ်ပါး၏</w:t>
      </w:r>
      <w:r>
        <w:rPr>
          <w:rFonts w:ascii="Times New Roman" w:hAnsi="Times New Roman" w:eastAsia="Times New Roman" w:cs="Times New Roman"/>
        </w:rPr>
        <w:t xml:space="preserve"> </w:t>
      </w:r>
      <w:r>
        <w:rPr>
          <w:rFonts w:ascii="Myanmar Text" w:hAnsi="Myanmar Text" w:eastAsia="Myanmar Text" w:cs="Myanmar Text"/>
        </w:rPr>
        <w:t>သတ္တမနိုင်ငံကို</w:t>
      </w:r>
      <w:r>
        <w:rPr>
          <w:rFonts w:ascii="Times New Roman" w:hAnsi="Times New Roman" w:eastAsia="Times New Roman" w:cs="Times New Roman"/>
        </w:rPr>
        <w:t xml:space="preserve"> </w:t>
      </w:r>
      <w:r>
        <w:rPr>
          <w:rFonts w:ascii="Myanmar Text" w:hAnsi="Myanmar Text" w:eastAsia="Myanmar Text" w:cs="Myanmar Text"/>
        </w:rPr>
        <w:t>အောင်နိုင်ခြင်းသည်</w:t>
      </w:r>
      <w:r>
        <w:rPr>
          <w:rFonts w:ascii="Times New Roman" w:hAnsi="Times New Roman" w:eastAsia="Times New Roman" w:cs="Times New Roman"/>
        </w:rPr>
        <w:t xml:space="preserve"> </w:t>
      </w:r>
      <w:r>
        <w:rPr>
          <w:rFonts w:ascii="Myanmar Text" w:hAnsi="Myanmar Text" w:eastAsia="Myanmar Text" w:cs="Myanmar Text"/>
        </w:rPr>
        <w:t>ဖြစ်ပေါ်လာသည်။</w:t>
      </w:r>
      <w:r>
        <w:rPr>
          <w:rFonts w:ascii="Times New Roman" w:hAnsi="Times New Roman" w:eastAsia="Times New Roman" w:cs="Times New Roman"/>
        </w:rPr>
        <w:t xml:space="preserve"> </w:t>
      </w:r>
      <w:r>
        <w:rPr>
          <w:rFonts w:ascii="Myanmar Text" w:hAnsi="Myanmar Text" w:eastAsia="Myanmar Text" w:cs="Myanmar Text"/>
        </w:rPr>
        <w:t>ယေရုရှလင်၊</w:t>
      </w:r>
      <w:r>
        <w:rPr>
          <w:rFonts w:ascii="Times New Roman" w:hAnsi="Times New Roman" w:eastAsia="Times New Roman" w:cs="Times New Roman"/>
        </w:rPr>
        <w:t xml:space="preserve"> </w:t>
      </w:r>
      <w:r>
        <w:rPr>
          <w:rFonts w:ascii="Myanmar Text" w:hAnsi="Myanmar Text" w:eastAsia="Myanmar Text" w:cs="Myanmar Text"/>
        </w:rPr>
        <w:t>တိုင်ရာနှင့်</w:t>
      </w:r>
      <w:r>
        <w:rPr>
          <w:rFonts w:ascii="Times New Roman" w:hAnsi="Times New Roman" w:eastAsia="Times New Roman" w:cs="Times New Roman"/>
        </w:rPr>
        <w:t xml:space="preserve"> </w:t>
      </w:r>
      <w:r>
        <w:rPr>
          <w:rFonts w:ascii="Myanmar Text" w:hAnsi="Myanmar Text" w:eastAsia="Myanmar Text" w:cs="Myanmar Text"/>
        </w:rPr>
        <w:t>အီဂျစ်တို့ကို</w:t>
      </w:r>
      <w:r>
        <w:rPr>
          <w:rFonts w:ascii="Times New Roman" w:hAnsi="Times New Roman" w:eastAsia="Times New Roman" w:cs="Times New Roman"/>
        </w:rPr>
        <w:t xml:space="preserve"> </w:t>
      </w:r>
      <w:r>
        <w:rPr>
          <w:rFonts w:ascii="Myanmar Text" w:hAnsi="Myanmar Text" w:eastAsia="Myanmar Text" w:cs="Myanmar Text"/>
        </w:rPr>
        <w:t>အောင်နိုင်ခြင်း</w:t>
      </w:r>
      <w:r>
        <w:rPr>
          <w:rFonts w:ascii="Times New Roman" w:hAnsi="Times New Roman" w:eastAsia="Times New Roman" w:cs="Times New Roman"/>
        </w:rPr>
        <w:t xml:space="preserve"> </w:t>
      </w:r>
      <w:r>
        <w:rPr>
          <w:rFonts w:ascii="Myanmar Text" w:hAnsi="Myanmar Text" w:eastAsia="Myanmar Text" w:cs="Myanmar Text"/>
        </w:rPr>
        <w:t>သုံးရပ်သည်</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မျိုးညှင်းပွင့်ထွက်လာ၍</w:t>
      </w:r>
      <w:r>
        <w:rPr>
          <w:rFonts w:ascii="Times New Roman" w:hAnsi="Times New Roman" w:eastAsia="Times New Roman" w:cs="Times New Roman"/>
        </w:rPr>
        <w:t xml:space="preserve"> </w:t>
      </w:r>
      <w:r>
        <w:rPr>
          <w:rFonts w:ascii="Myanmar Text" w:hAnsi="Myanmar Text" w:eastAsia="Myanmar Text" w:cs="Myanmar Text"/>
        </w:rPr>
        <w:t>နှုတ်ဖွင့်ခွင့်ကို</w:t>
      </w:r>
      <w:r>
        <w:rPr>
          <w:rFonts w:ascii="Times New Roman" w:hAnsi="Times New Roman" w:eastAsia="Times New Roman" w:cs="Times New Roman"/>
        </w:rPr>
        <w:t xml:space="preserve"> </w:t>
      </w:r>
      <w:r>
        <w:rPr>
          <w:rFonts w:ascii="Myanmar Text" w:hAnsi="Myanmar Text" w:eastAsia="Myanmar Text" w:cs="Myanmar Text"/>
        </w:rPr>
        <w:t>ပေးအပ်ခံရသောအခါ</w:t>
      </w:r>
      <w:r>
        <w:rPr>
          <w:rFonts w:ascii="Times New Roman" w:hAnsi="Times New Roman" w:eastAsia="Times New Roman" w:cs="Times New Roman"/>
        </w:rPr>
        <w:t xml:space="preserve"> </w:t>
      </w:r>
      <w:r>
        <w:rPr>
          <w:rFonts w:ascii="Myanmar Text" w:hAnsi="Myanmar Text" w:eastAsia="Myanmar Text" w:cs="Myanmar Text"/>
        </w:rPr>
        <w:t>ဖြစ်ပေါ်ကြသည်။</w:t>
      </w:r>
    </w:p>
    <w:p>
      <w:pPr>
        <w:pStyle w:val="ArticleBody"/>
        <w:jc w:val="left"/>
      </w:pPr>
      <w:r>
        <w:rPr>
          <w:rFonts w:ascii="Myanmar Text" w:hAnsi="Myanmar Text" w:eastAsia="Myanmar Text" w:cs="Myanmar Text"/>
        </w:rPr>
        <w:t>ဆရာဝန်မဟုတ်ဘဲ</w:t>
      </w:r>
      <w:r>
        <w:rPr>
          <w:rFonts w:ascii="Times New Roman" w:hAnsi="Times New Roman" w:eastAsia="Times New Roman" w:cs="Times New Roman"/>
        </w:rPr>
        <w:t xml:space="preserve"> </w:t>
      </w:r>
      <w:r>
        <w:rPr>
          <w:rFonts w:ascii="Myanmar Text" w:hAnsi="Myanmar Text" w:eastAsia="Myanmar Text" w:cs="Myanmar Text"/>
        </w:rPr>
        <w:t>ယဇ်ပုရောဟိတ်ဖြစ်သော</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မောနအခြေအနေနှင့်၊</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ဇခရိ၏</w:t>
      </w:r>
      <w:r>
        <w:rPr>
          <w:rFonts w:ascii="Times New Roman" w:hAnsi="Times New Roman" w:eastAsia="Times New Roman" w:cs="Times New Roman"/>
        </w:rPr>
        <w:t xml:space="preserve"> </w:t>
      </w:r>
      <w:r>
        <w:rPr>
          <w:rFonts w:ascii="Myanmar Text" w:hAnsi="Myanmar Text" w:eastAsia="Myanmar Text" w:cs="Myanmar Text"/>
        </w:rPr>
        <w:t>မောနအခြေအနေတို့သည်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အဆုံးသတ်ကြသည်။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အမေရိကန်ပြည်ထောင်စုနှင့်</w:t>
      </w:r>
      <w:r>
        <w:rPr>
          <w:rFonts w:ascii="Times New Roman" w:hAnsi="Times New Roman" w:eastAsia="Times New Roman" w:cs="Times New Roman"/>
        </w:rPr>
        <w:t xml:space="preserve"> </w:t>
      </w:r>
      <w:r>
        <w:rPr>
          <w:rFonts w:ascii="Myanmar Text" w:hAnsi="Myanmar Text" w:eastAsia="Myanmar Text" w:cs="Myanmar Text"/>
        </w:rPr>
        <w:t>ဗာလမ်၏</w:t>
      </w:r>
      <w:r>
        <w:rPr>
          <w:rFonts w:ascii="Times New Roman" w:hAnsi="Times New Roman" w:eastAsia="Times New Roman" w:cs="Times New Roman"/>
        </w:rPr>
        <w:t xml:space="preserve"> </w:t>
      </w:r>
      <w:r>
        <w:rPr>
          <w:rFonts w:ascii="Myanmar Text" w:hAnsi="Myanmar Text" w:eastAsia="Myanmar Text" w:cs="Myanmar Text"/>
        </w:rPr>
        <w:t>မြည်းမ</w:t>
      </w:r>
      <w:r>
        <w:rPr>
          <w:rFonts w:ascii="Times New Roman" w:hAnsi="Times New Roman" w:eastAsia="Times New Roman" w:cs="Times New Roman"/>
        </w:rPr>
        <w:t xml:space="preserve"> </w:t>
      </w:r>
      <w:r>
        <w:rPr>
          <w:rFonts w:ascii="Myanmar Text" w:hAnsi="Myanmar Text" w:eastAsia="Myanmar Text" w:cs="Myanmar Text"/>
        </w:rPr>
        <w:t>နှစ်ရပ်စလုံးက</w:t>
      </w:r>
      <w:r>
        <w:rPr>
          <w:rFonts w:ascii="Times New Roman" w:hAnsi="Times New Roman" w:eastAsia="Times New Roman" w:cs="Times New Roman"/>
        </w:rPr>
        <w:t xml:space="preserve"> </w:t>
      </w:r>
      <w:r>
        <w:rPr>
          <w:rFonts w:ascii="Myanmar Text" w:hAnsi="Myanmar Text" w:eastAsia="Myanmar Text" w:cs="Myanmar Text"/>
        </w:rPr>
        <w:t>ပြောဆိုကြသည်။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ဣသရေလအမျိုးအိမ်တော်အား</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နှုတ်ဖွင့်ခြင်း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ပေးတော်မူသည်။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ယာကုပ်၏</w:t>
      </w:r>
      <w:r>
        <w:rPr>
          <w:rFonts w:ascii="Times New Roman" w:hAnsi="Times New Roman" w:eastAsia="Times New Roman" w:cs="Times New Roman"/>
        </w:rPr>
        <w:t xml:space="preserve"> </w:t>
      </w:r>
      <w:r>
        <w:rPr>
          <w:rFonts w:ascii="Myanmar Text" w:hAnsi="Myanmar Text" w:eastAsia="Myanmar Text" w:cs="Myanmar Text"/>
        </w:rPr>
        <w:t>အပြစ်များသည်</w:t>
      </w:r>
      <w:r>
        <w:rPr>
          <w:rFonts w:ascii="Times New Roman" w:hAnsi="Times New Roman" w:eastAsia="Times New Roman" w:cs="Times New Roman"/>
        </w:rPr>
        <w:t xml:space="preserve"> </w:t>
      </w:r>
      <w:r>
        <w:rPr>
          <w:rFonts w:ascii="Myanmar Text" w:hAnsi="Myanmar Text" w:eastAsia="Myanmar Text" w:cs="Myanmar Text"/>
        </w:rPr>
        <w:t>သန့်စင်ဖယ်ရှားခြင်းကို</w:t>
      </w:r>
      <w:r>
        <w:rPr>
          <w:rFonts w:ascii="Times New Roman" w:hAnsi="Times New Roman" w:eastAsia="Times New Roman" w:cs="Times New Roman"/>
        </w:rPr>
        <w:t xml:space="preserve"> </w:t>
      </w:r>
      <w:r>
        <w:rPr>
          <w:rFonts w:ascii="Myanmar Text" w:hAnsi="Myanmar Text" w:eastAsia="Myanmar Text" w:cs="Myanmar Text"/>
        </w:rPr>
        <w:t>ခံပြီးဖြစ်ကာ၊</w:t>
      </w:r>
      <w:r>
        <w:rPr>
          <w:rFonts w:ascii="Times New Roman" w:hAnsi="Times New Roman" w:eastAsia="Times New Roman" w:cs="Times New Roman"/>
        </w:rPr>
        <w:t xml:space="preserve"> </w:t>
      </w:r>
      <w:r>
        <w:rPr>
          <w:rFonts w:ascii="Myanmar Text" w:hAnsi="Myanmar Text" w:eastAsia="Myanmar Text" w:cs="Myanmar Text"/>
        </w:rPr>
        <w:t>သူ၏အမည်ကို</w:t>
      </w:r>
      <w:r>
        <w:rPr>
          <w:rFonts w:ascii="Times New Roman" w:hAnsi="Times New Roman" w:eastAsia="Times New Roman" w:cs="Times New Roman"/>
        </w:rPr>
        <w:t xml:space="preserve"> </w:t>
      </w:r>
      <w:r>
        <w:rPr>
          <w:rFonts w:ascii="Myanmar Text" w:hAnsi="Myanmar Text" w:eastAsia="Myanmar Text" w:cs="Myanmar Text"/>
        </w:rPr>
        <w:t>ဣသရေလအမျိုးအိမ်တော်ဟု</w:t>
      </w:r>
      <w:r>
        <w:rPr>
          <w:rFonts w:ascii="Times New Roman" w:hAnsi="Times New Roman" w:eastAsia="Times New Roman" w:cs="Times New Roman"/>
        </w:rPr>
        <w:t xml:space="preserve"> </w:t>
      </w:r>
      <w:r>
        <w:rPr>
          <w:rFonts w:ascii="Myanmar Text" w:hAnsi="Myanmar Text" w:eastAsia="Myanmar Text" w:cs="Myanmar Text"/>
        </w:rPr>
        <w:t>ပြောင်းလဲခေါ်ဝေါ်ကြသည်။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ကြေညာသော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ဒံယေလဖြင့်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မောနအခြေအနေ၏</w:t>
      </w:r>
      <w:r>
        <w:rPr>
          <w:rFonts w:ascii="Times New Roman" w:hAnsi="Times New Roman" w:eastAsia="Times New Roman" w:cs="Times New Roman"/>
        </w:rPr>
        <w:t xml:space="preserve"> </w:t>
      </w:r>
      <w:r>
        <w:rPr>
          <w:rFonts w:ascii="Myanmar Text" w:hAnsi="Myanmar Text" w:eastAsia="Myanmar Text" w:cs="Myanmar Text"/>
        </w:rPr>
        <w:t>တတိယသက်သေအားဖြင့်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ပေးအပ်တော်မူပြီး၊</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ပြောဆို၍</w:t>
      </w:r>
      <w:r>
        <w:rPr>
          <w:rFonts w:ascii="Times New Roman" w:hAnsi="Times New Roman" w:eastAsia="Times New Roman" w:cs="Times New Roman"/>
        </w:rPr>
        <w:t xml:space="preserve"> </w:t>
      </w:r>
      <w:r>
        <w:rPr>
          <w:rFonts w:ascii="Myanmar Text" w:hAnsi="Myanmar Text" w:eastAsia="Myanmar Text" w:cs="Myanmar Text"/>
        </w:rPr>
        <w:t>မလိမ်</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ရူပါရုံလည်း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ဇခရိနှင့်</w:t>
      </w:r>
      <w:r>
        <w:rPr>
          <w:rFonts w:ascii="Times New Roman" w:hAnsi="Times New Roman" w:eastAsia="Times New Roman" w:cs="Times New Roman"/>
        </w:rPr>
        <w:t xml:space="preserve"> </w:t>
      </w:r>
      <w:r>
        <w:rPr>
          <w:rFonts w:ascii="Myanmar Text" w:hAnsi="Myanmar Text" w:eastAsia="Myanmar Text" w:cs="Myanmar Text"/>
        </w:rPr>
        <w:t>ဒံယေလတို့သည်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အော်ဟစ်ကြီးမားသော</w:t>
      </w:r>
      <w:r>
        <w:rPr>
          <w:rFonts w:ascii="Times New Roman" w:hAnsi="Times New Roman" w:eastAsia="Times New Roman" w:cs="Times New Roman"/>
        </w:rPr>
        <w:t xml:space="preserve"> </w:t>
      </w:r>
      <w:r>
        <w:rPr>
          <w:rFonts w:ascii="Myanmar Text" w:hAnsi="Myanmar Text" w:eastAsia="Myanmar Text" w:cs="Myanmar Text"/>
        </w:rPr>
        <w:t>ကြေညာချက်နှင့်</w:t>
      </w:r>
      <w:r>
        <w:rPr>
          <w:rFonts w:ascii="Times New Roman" w:hAnsi="Times New Roman" w:eastAsia="Times New Roman" w:cs="Times New Roman"/>
        </w:rPr>
        <w:t xml:space="preserve"> </w:t>
      </w:r>
      <w:r>
        <w:rPr>
          <w:rFonts w:ascii="Myanmar Text" w:hAnsi="Myanmar Text" w:eastAsia="Myanmar Text" w:cs="Myanmar Text"/>
        </w:rPr>
        <w:t>ကိုက်ညီသကဲ့သို့၊</w:t>
      </w:r>
      <w:r>
        <w:rPr>
          <w:rFonts w:ascii="Times New Roman" w:hAnsi="Times New Roman" w:eastAsia="Times New Roman" w:cs="Times New Roman"/>
        </w:rPr>
        <w:t xml:space="preserve"> </w:t>
      </w:r>
      <w:r>
        <w:rPr>
          <w:rFonts w:ascii="Myanmar Text" w:hAnsi="Myanmar Text" w:eastAsia="Myanmar Text" w:cs="Myanmar Text"/>
        </w:rPr>
        <w:t>ယေရမိလည်း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ပထမစိတ်ပျက်ခြင်းမှ</w:t>
      </w:r>
      <w:r>
        <w:rPr>
          <w:rFonts w:ascii="Times New Roman" w:hAnsi="Times New Roman" w:eastAsia="Times New Roman" w:cs="Times New Roman"/>
        </w:rPr>
        <w:t xml:space="preserve"> </w:t>
      </w:r>
      <w:r>
        <w:rPr>
          <w:rFonts w:ascii="Myanmar Text" w:hAnsi="Myanmar Text" w:eastAsia="Myanmar Text" w:cs="Myanmar Text"/>
        </w:rPr>
        <w:t>ပြန်လည်ထမြောက်မည်ဆိုလျှင်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နှုတ်တော်ဖြစ်မည်ဟု</w:t>
      </w:r>
      <w:r>
        <w:rPr>
          <w:rFonts w:ascii="Times New Roman" w:hAnsi="Times New Roman" w:eastAsia="Times New Roman" w:cs="Times New Roman"/>
        </w:rPr>
        <w:t xml:space="preserve"> </w:t>
      </w:r>
      <w:r>
        <w:rPr>
          <w:rFonts w:ascii="Myanmar Text" w:hAnsi="Myanmar Text" w:eastAsia="Myanmar Text" w:cs="Myanmar Text"/>
        </w:rPr>
        <w:t>ကတိပြုခံရသောကြောင့်</w:t>
      </w:r>
      <w:r>
        <w:rPr>
          <w:rFonts w:ascii="Times New Roman" w:hAnsi="Times New Roman" w:eastAsia="Times New Roman" w:cs="Times New Roman"/>
        </w:rPr>
        <w:t xml:space="preserve"> </w:t>
      </w:r>
      <w:r>
        <w:rPr>
          <w:rFonts w:ascii="Myanmar Text" w:hAnsi="Myanmar Text" w:eastAsia="Myanmar Text" w:cs="Myanmar Text"/>
        </w:rPr>
        <w:t>ထိုကြေညာချက်နှင့်</w:t>
      </w:r>
      <w:r>
        <w:rPr>
          <w:rFonts w:ascii="Times New Roman" w:hAnsi="Times New Roman" w:eastAsia="Times New Roman" w:cs="Times New Roman"/>
        </w:rPr>
        <w:t xml:space="preserve"> </w:t>
      </w:r>
      <w:r>
        <w:rPr>
          <w:rFonts w:ascii="Myanmar Text" w:hAnsi="Myanmar Text" w:eastAsia="Myanmar Text" w:cs="Myanmar Text"/>
        </w:rPr>
        <w:t>ကိုက်ညီသည်။</w:t>
      </w:r>
    </w:p>
    <w:p>
      <w:pPr>
        <w:pStyle w:val="ArticleScripture"/>
        <w:jc w:val="left"/>
      </w:pP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असाध्य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होखे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होखब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इहाँ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रहब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अनमोल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होखब</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फिरिह</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15:18, 19</w:t>
      </w:r>
    </w:p>
    <w:p>
      <w:pPr>
        <w:pStyle w:val="ArticleBody"/>
        <w:jc w:val="left"/>
      </w:pPr>
      <w:r>
        <w:rPr>
          <w:rFonts w:ascii="Times New Roman" w:hAnsi="Times New Roman" w:eastAsia="Times New Roman" w:cs="Times New Roman"/>
        </w:rPr>
        <w:t>Yayasa xüntüwü qalltäwiñampiw uñacht’ayi, ukat 9/11 urun ch’iqt’äwix mallkinak mistuyäna, Jacob chachan aliqax jilxatañ qalltäna; ukat qhipharux, kunapachatï Jacoban juchap q’umachatäni ukhaxa, Israel utankirinakax arsupxaniwa. 9/11 urun jallump lurata mallkintañax, sellado pacha tukuyarux yaqha mallkintañwa uñacht’ayi, kunapachatï Israel utankirinakan “wankhupax” mallkintki uka pachan, kawkhantï apostata protestantismon ukhamarak republicanismon wankhunakapax Nabucodonosorampi atipt’atäxi ukhaxa.</w:t>
      </w:r>
    </w:p>
    <w:p>
      <w:pPr>
        <w:pStyle w:val="ArticleBody"/>
        <w:jc w:val="left"/>
      </w:pPr>
      <w:r>
        <w:rPr>
          <w:rFonts w:ascii="Times New Roman" w:hAnsi="Times New Roman" w:eastAsia="Times New Roman" w:cs="Times New Roman"/>
        </w:rPr>
        <w:t>U oṭon jinein, joñan juon jekdõõn̄ in etan Protestantism eo ekkā an jab mol eo ej juon wāween kōntrāst ñan true horn in Protestantism eo, einwōt an Aaron’s rod eo ejjelokjān in budded, im ejjelok wāween juon ibben roḍ ko jet an bwij ko an Israel. Ruo raan ko ilo chapter twenty-nine in Ezekiel rej kwalok jān̄in istorī in an lifting up of the ensign an one hundred and forty-four thousand ilo Sunday law eo emōj an itok kijen.</w:t>
      </w:r>
    </w:p>
    <w:p>
      <w:pPr>
        <w:pStyle w:val="ArticleBody"/>
        <w:jc w:val="left"/>
      </w:pPr>
      <w:r>
        <w:rPr>
          <w:rFonts w:ascii="Javanese Text" w:hAnsi="Javanese Text" w:eastAsia="Javanese Text" w:cs="Javanese Text"/>
        </w:rPr>
        <w:t>ꦥꦿꦺꦴꦱꦺꦱ</w:t>
      </w:r>
      <w:r>
        <w:rPr>
          <w:rFonts w:ascii="Times New Roman" w:hAnsi="Times New Roman" w:eastAsia="Times New Roman" w:cs="Times New Roman"/>
        </w:rPr>
        <w:t xml:space="preserve"> </w:t>
      </w:r>
      <w:r>
        <w:rPr>
          <w:rFonts w:ascii="Javanese Text" w:hAnsi="Javanese Text" w:eastAsia="Javanese Text" w:cs="Javanese Text"/>
        </w:rPr>
        <w:t>ꦥꦸꦤ꧀ꦝꦸꦠ꧀</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lan </w:t>
      </w:r>
      <w:r>
        <w:rPr>
          <w:rFonts w:ascii="Javanese Text" w:hAnsi="Javanese Text" w:eastAsia="Javanese Text" w:cs="Javanese Text"/>
        </w:rPr>
        <w:t>ꦩꦼꦤꦸꦃꦏꦺ</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w:t>
      </w:r>
      <w:r>
        <w:rPr>
          <w:rFonts w:ascii="Javanese Text" w:hAnsi="Javanese Text" w:eastAsia="Javanese Text" w:cs="Javanese Text"/>
        </w:rPr>
        <w:t>ꦮꦺꦴꦃꦤꦺ</w:t>
      </w:r>
      <w:r>
        <w:rPr>
          <w:rFonts w:ascii="Times New Roman" w:hAnsi="Times New Roman" w:eastAsia="Times New Roman" w:cs="Times New Roman"/>
        </w:rPr>
        <w:t xml:space="preserve"> wiwit nalika panyipratan udan pungkasan ing 9/11, kadosdene mangsa Pentakosta wiwit nalika Sang Kristus ngambusaken sawatara tetes dhateng para sakabate, ingkang tumuli nuntun dhateng Pentakosta nalika cawisaning Roh kanthi pepak kalampahan. </w:t>
      </w:r>
      <w:r>
        <w:rPr>
          <w:rFonts w:ascii="Javanese Text" w:hAnsi="Javanese Text" w:eastAsia="Javanese Text" w:cs="Javanese Text"/>
        </w:rPr>
        <w:t>ꦥꦸꦤ꧀ꦝꦸꦠꦤꦶꦁ</w:t>
      </w:r>
      <w:r>
        <w:rPr>
          <w:rFonts w:ascii="Times New Roman" w:hAnsi="Times New Roman" w:eastAsia="Times New Roman" w:cs="Times New Roman"/>
        </w:rPr>
        <w:t xml:space="preserve"> 9/11 ing wiwitaning pangresikan Yakub (sang panyalip), ingkang punika wekdal panyegelan, kanthi pralambang mratelakaken </w:t>
      </w:r>
      <w:r>
        <w:rPr>
          <w:rFonts w:ascii="Javanese Text" w:hAnsi="Javanese Text" w:eastAsia="Javanese Text" w:cs="Javanese Text"/>
        </w:rPr>
        <w:t>ꦥꦸꦤ꧀ꦝꦸꦠꦤꦶꦁ</w:t>
      </w:r>
      <w:r>
        <w:rPr>
          <w:rFonts w:ascii="Times New Roman" w:hAnsi="Times New Roman" w:eastAsia="Times New Roman" w:cs="Times New Roman"/>
        </w:rPr>
        <w:t xml:space="preserve"> brayat Israel (sang pamenang) ing wekdal undhang-undhang Minggu. </w:t>
      </w:r>
      <w:r>
        <w:rPr>
          <w:rFonts w:ascii="Javanese Text" w:hAnsi="Javanese Text" w:eastAsia="Javanese Text" w:cs="Javanese Text"/>
        </w:rPr>
        <w:t>ꦥꦸꦤ꧀ꦝꦸꦠꦤꦶꦁ</w:t>
      </w:r>
      <w:r>
        <w:rPr>
          <w:rFonts w:ascii="Times New Roman" w:hAnsi="Times New Roman" w:eastAsia="Times New Roman" w:cs="Times New Roman"/>
        </w:rPr>
        <w:t xml:space="preserve"> ing wekasan punika maringi pratandha bedanipun antawisipun umat prajanjian kapungkur lan satus patang dasa sekawan ewu, kadosdene cawisaning geni ing Gunung Karmel damel bebédan antawisipun nabi Elia lan para nabi Baal. Bebédan punika kaawakaken lumantar satunggaling golongan ingkang kanthi profetis kagungan isin awit saking piwulang tentrem lan tentrem palsu, dene golongan satunggal malih kanthi profetis kebak kabingahan, lan piyambakipun badhé boten naté isin.</w:t>
      </w:r>
    </w:p>
    <w:p>
      <w:pPr>
        <w:pStyle w:val="ArticleHeading"/>
        <w:jc w:val="left"/>
      </w:pPr>
      <w:r>
        <w:rPr>
          <w:rFonts w:ascii="Arial" w:hAnsi="Arial" w:eastAsia="Arial" w:cs="Arial"/>
        </w:rPr>
        <w:t>Egiptoq soqta p'unchaykuna</w:t>
      </w:r>
    </w:p>
    <w:p>
      <w:pPr>
        <w:pStyle w:val="ArticleBody"/>
        <w:jc w:val="left"/>
      </w:pPr>
      <w:r>
        <w:rPr>
          <w:rFonts w:ascii="Times New Roman" w:hAnsi="Times New Roman" w:eastAsia="Times New Roman" w:cs="Times New Roman"/>
        </w:rPr>
        <w:t>Ezequiel identifica otras cuatro fechas asociadas con Egipto, y dos de esas fechas señalan el año undécimo, y las otras dos fechas señalan el año duodécimo del cautiverio.</w:t>
      </w:r>
    </w:p>
    <w:p>
      <w:pPr>
        <w:pStyle w:val="ArticleHeading"/>
        <w:jc w:val="left"/>
      </w:pPr>
      <w:r>
        <w:rPr>
          <w:rFonts w:ascii="Arial" w:hAnsi="Arial" w:eastAsia="Arial" w:cs="Arial"/>
        </w:rPr>
        <w:t>حصار سال یازدهم</w:t>
      </w:r>
    </w:p>
    <w:p>
      <w:pPr>
        <w:pStyle w:val="ArticleScripture"/>
        <w:jc w:val="left"/>
      </w:pPr>
      <w:r>
        <w:rPr>
          <w:rFonts w:ascii="Times New Roman" w:hAnsi="Times New Roman" w:eastAsia="Times New Roman" w:cs="Times New Roman"/>
        </w:rPr>
        <w:t>Tsir naawí̱ḻ iikáa yáx̱ kusteeyi, táakw áwé yéi x̱at uwagút, aadéi yéi x̱at yeisú, “Haa shuká, Xʼáatʼaakw Fáraho, Mísri aaní khaa jeeyís, has du yeet hás du tláa yeedát x̱wasikóox̱; aa yéi du jee áwé x̱wasikóox̱. Yéi oo sá ijeewú x̱ʼéit yéi aa káa has du aawadláaḵ, i du jee has du yéi adanéin, iikáx̱ sh tóonáx̱ yéi xsixánk, kʼáa aawasháa kʼáa aa yéi xsixánk, at sháade hás kux̱aḵwax̱saa.” Ezekiel 30:20, 21.</w:t>
      </w:r>
    </w:p>
    <w:p>
      <w:pPr>
        <w:pStyle w:val="ArticleScripture"/>
        <w:jc w:val="left"/>
      </w:pPr>
      <w:r>
        <w:rPr>
          <w:rFonts w:ascii="Times New Roman" w:hAnsi="Times New Roman" w:eastAsia="Times New Roman" w:cs="Times New Roman"/>
        </w:rPr>
        <w:t>А одиннадцатый год, в третьем месяце, в первый день месяца, было ко мне слово Господне: сын человеческий! скажи фараону, царю Египетскому, и множеству его: кому ты равен в величии твоём? Иезекииль 31:1, 2.</w:t>
      </w:r>
    </w:p>
    <w:p>
      <w:pPr>
        <w:pStyle w:val="ArticleBody"/>
        <w:jc w:val="left"/>
      </w:pPr>
      <w:r>
        <w:rPr>
          <w:rFonts w:ascii="Times New Roman" w:hAnsi="Times New Roman" w:eastAsia="Times New Roman" w:cs="Times New Roman"/>
        </w:rPr>
        <w:t>Selama taun kasabelas pangasingan, panangan-panangan Mesir jeung Firaun dipatahkeun, sedengkeun panangan-panangan Babul dikuatkeun dina pasal tilu puluh. Dina taun kasabelas dina pasal tilu puluh hiji, runtagna Mesir jeung pangaruhna kana dunya dipidangkeun.</w:t>
      </w:r>
    </w:p>
    <w:p>
      <w:pPr>
        <w:pStyle w:val="ArticleHeading"/>
        <w:jc w:val="left"/>
      </w:pPr>
      <w:r>
        <w:rPr>
          <w:rFonts w:ascii="Arial" w:hAnsi="Arial" w:eastAsia="Arial" w:cs="Arial"/>
        </w:rPr>
        <w:t>عام دوازدەم و رووخانی ئۆرشەلیم</w:t>
      </w:r>
    </w:p>
    <w:p>
      <w:pPr>
        <w:pStyle w:val="ArticleBody"/>
        <w:jc w:val="left"/>
      </w:pP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बत्तीस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ꯊꯥꯗ</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ꯊꯧꯋꯥꯏꯒꯤ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ꯃꯤꯁꯔꯤꯒꯤ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ꯐꯦꯔꯥꯎꯒꯤ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ꯍꯣꯟꯕ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ꯍꯥꯌꯨ</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ꯖꯥꯇꯤꯁꯤꯡꯒꯤ</w:t>
      </w:r>
      <w:r>
        <w:rPr>
          <w:rFonts w:ascii="Times New Roman" w:hAnsi="Times New Roman" w:eastAsia="Times New Roman" w:cs="Times New Roman"/>
        </w:rPr>
        <w:t xml:space="preserve"> </w:t>
      </w:r>
      <w:r>
        <w:rPr>
          <w:rFonts w:ascii="Nirmala UI" w:hAnsi="Nirmala UI" w:eastAsia="Nirmala UI" w:cs="Nirmala UI"/>
        </w:rPr>
        <w:t>ꯃꯔꯧꯁꯥꯡꯒꯤ</w:t>
      </w:r>
      <w:r>
        <w:rPr>
          <w:rFonts w:ascii="Times New Roman" w:hAnsi="Times New Roman" w:eastAsia="Times New Roman" w:cs="Times New Roman"/>
        </w:rPr>
        <w:t xml:space="preserve"> </w:t>
      </w:r>
      <w:r>
        <w:rPr>
          <w:rFonts w:ascii="Nirmala UI" w:hAnsi="Nirmala UI" w:eastAsia="Nirmala UI" w:cs="Nirmala UI"/>
        </w:rPr>
        <w:t>ꯑꯃꯥꯎ</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ꯂꯥꯏꯔꯤ</w:t>
      </w:r>
      <w:r>
        <w:rPr>
          <w:rFonts w:ascii="Times New Roman" w:hAnsi="Times New Roman" w:eastAsia="Times New Roman" w:cs="Times New Roman"/>
        </w:rPr>
        <w:t xml:space="preserve"> </w:t>
      </w:r>
      <w:r>
        <w:rPr>
          <w:rFonts w:ascii="Nirmala UI" w:hAnsi="Nirmala UI" w:eastAsia="Nirmala UI" w:cs="Nirmala UI"/>
        </w:rPr>
        <w:t>ꯑꯃꯒꯨꯝꯅꯤ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ꯏꯄꯥꯛꯁꯤꯡꯒꯤ</w:t>
      </w:r>
      <w:r>
        <w:rPr>
          <w:rFonts w:ascii="Times New Roman" w:hAnsi="Times New Roman" w:eastAsia="Times New Roman" w:cs="Times New Roman"/>
        </w:rPr>
        <w:t xml:space="preserve"> </w:t>
      </w:r>
      <w:r>
        <w:rPr>
          <w:rFonts w:ascii="Nirmala UI" w:hAnsi="Nirmala UI" w:eastAsia="Nirmala UI" w:cs="Nirmala UI"/>
        </w:rPr>
        <w:t>ꯏꯁꯤꯡꯁꯤꯡꯗ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ꯑꯃꯥꯎ</w:t>
      </w:r>
      <w:r>
        <w:rPr>
          <w:rFonts w:ascii="Times New Roman" w:hAnsi="Times New Roman" w:eastAsia="Times New Roman" w:cs="Times New Roman"/>
        </w:rPr>
        <w:t xml:space="preserve"> </w:t>
      </w:r>
      <w:r>
        <w:rPr>
          <w:rFonts w:ascii="Nirmala UI" w:hAnsi="Nirmala UI" w:eastAsia="Nirmala UI" w:cs="Nirmala UI"/>
        </w:rPr>
        <w:t>ꯏꯀꯥꯏ</w:t>
      </w:r>
      <w:r>
        <w:rPr>
          <w:rFonts w:ascii="Times New Roman" w:hAnsi="Times New Roman" w:eastAsia="Times New Roman" w:cs="Times New Roman"/>
        </w:rPr>
        <w:t xml:space="preserve"> </w:t>
      </w:r>
      <w:r>
        <w:rPr>
          <w:rFonts w:ascii="Nirmala UI" w:hAnsi="Nirmala UI" w:eastAsia="Nirmala UI" w:cs="Nirmala UI"/>
        </w:rPr>
        <w:t>ꯑꯃꯒꯨꯝꯅꯤ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ꯇꯨꯔꯦꯜꯁꯤꯡ</w:t>
      </w:r>
      <w:r>
        <w:rPr>
          <w:rFonts w:ascii="Times New Roman" w:hAnsi="Times New Roman" w:eastAsia="Times New Roman" w:cs="Times New Roman"/>
        </w:rPr>
        <w:t xml:space="preserve"> </w:t>
      </w:r>
      <w:r>
        <w:rPr>
          <w:rFonts w:ascii="Nirmala UI" w:hAnsi="Nirmala UI" w:eastAsia="Nirmala UI" w:cs="Nirmala UI"/>
        </w:rPr>
        <w:t>ꯐꯥꯎꯗꯨꯅ</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ꯈꯨꯠꯁꯤꯡꯅ</w:t>
      </w:r>
      <w:r>
        <w:rPr>
          <w:rFonts w:ascii="Times New Roman" w:hAnsi="Times New Roman" w:eastAsia="Times New Roman" w:cs="Times New Roman"/>
        </w:rPr>
        <w:t xml:space="preserve"> </w:t>
      </w:r>
      <w:r>
        <w:rPr>
          <w:rFonts w:ascii="Nirmala UI" w:hAnsi="Nirmala UI" w:eastAsia="Nirmala UI" w:cs="Nirmala UI"/>
        </w:rPr>
        <w:t>ꯏꯁꯤꯡꯁꯤꯡ</w:t>
      </w:r>
      <w:r>
        <w:rPr>
          <w:rFonts w:ascii="Times New Roman" w:hAnsi="Times New Roman" w:eastAsia="Times New Roman" w:cs="Times New Roman"/>
        </w:rPr>
        <w:t xml:space="preserve"> </w:t>
      </w:r>
      <w:r>
        <w:rPr>
          <w:rFonts w:ascii="Nirmala UI" w:hAnsi="Nirmala UI" w:eastAsia="Nirmala UI" w:cs="Nirmala UI"/>
        </w:rPr>
        <w:t>ꯈꯨꯖꯦꯜꯍꯜꯂꯤ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ꯇꯨꯔꯦꯜꯁꯤꯡ</w:t>
      </w:r>
      <w:r>
        <w:rPr>
          <w:rFonts w:ascii="Times New Roman" w:hAnsi="Times New Roman" w:eastAsia="Times New Roman" w:cs="Times New Roman"/>
        </w:rPr>
        <w:t xml:space="preserve"> </w:t>
      </w:r>
      <w:r>
        <w:rPr>
          <w:rFonts w:ascii="Nirmala UI" w:hAnsi="Nirmala UI" w:eastAsia="Nirmala UI" w:cs="Nirmala UI"/>
        </w:rPr>
        <w:t>ꯃꯥꯡꯍꯜꯂꯤ꯫</w:t>
      </w:r>
      <w:r>
        <w:rPr>
          <w:rFonts w:ascii="Times New Roman" w:hAnsi="Times New Roman" w:eastAsia="Times New Roman" w:cs="Times New Roman"/>
        </w:rPr>
        <w:t xml:space="preserve"> </w:t>
      </w:r>
      <w:r>
        <w:rPr>
          <w:rFonts w:ascii="Nirmala UI" w:hAnsi="Nirmala UI" w:eastAsia="Nirmala UI" w:cs="Nirmala UI"/>
        </w:rPr>
        <w:t>ꯃꯁꯤꯒꯨꯝꯅ</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ꯏꯁꯤꯅ</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ꯄꯨꯟꯅ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ꯖꯥꯜ</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ꯖꯥꯜꯗ</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ꯄꯨꯊꯣꯛꯑꯅꯤ꯫</w:t>
      </w:r>
      <w:r>
        <w:rPr>
          <w:rFonts w:ascii="Times New Roman" w:hAnsi="Times New Roman" w:eastAsia="Times New Roman" w:cs="Times New Roman"/>
        </w:rPr>
        <w:t xml:space="preserve"> Ezekiel 32:1–3.</w:t>
      </w:r>
    </w:p>
    <w:p>
      <w:pPr>
        <w:pStyle w:val="ArticleScripture"/>
        <w:jc w:val="left"/>
      </w:pPr>
      <w:r>
        <w:rPr>
          <w:rFonts w:ascii="Times New Roman" w:hAnsi="Times New Roman" w:eastAsia="Times New Roman" w:cs="Times New Roman"/>
        </w:rPr>
        <w:t>Уи хьырма жәылаз аҩнтәаз амзаз жәохәаз амш аҽны, Сыдгьыл Иаҳабы иажәа сахьтә иааит, иҳәан: «Ауаҩы иԥа, Египет ауаа рацәа рзы уҵәыуара, урҭ лареи, абырлаш дшьакыз ажәларқәа рыԥҳацәеи, адгьыл аҵаҟатәи ахәҭақәа рахь икажь, агәара иҿаҵҟа ицо урҭ рыцны». Иезекииль 32:17, 18.</w:t>
      </w:r>
    </w:p>
    <w:p>
      <w:pPr>
        <w:pStyle w:val="ArticleHeading"/>
        <w:jc w:val="left"/>
      </w:pPr>
      <w:r>
        <w:rPr>
          <w:rFonts w:ascii="Arial" w:hAnsi="Arial" w:eastAsia="Arial" w:cs="Arial"/>
        </w:rPr>
        <w:t>Фараон и его множество</w:t>
      </w:r>
    </w:p>
    <w:p>
      <w:pPr>
        <w:pStyle w:val="ArticleBody"/>
        <w:jc w:val="left"/>
      </w:pP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एकतीस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endle leswaku matiko ma rhurhumela hi mpfumawulo wa ku wa ka yena, loko ndzi n’wi xikisa exiheleni a ri na vona lava xikelaka emugodini; kutani mirhi hinkwayo ya Edene, leyi hlawuriweke ni leyinene swinene ya Lebanoni, hinkwavo lava nwaka mati, va ta chaviseriwa ematlhelweni ya le hansi ya misava. Na vona va xikile exiheleni na yena, va ya eka lava dlayiweke hi banga; ni lava a va ri voko ra yena, lava akeke ehansi ka ndzhuti wa yena exikarhi ka vamatiko. Xana u fana na mani hi ndlela leyi eku vangameleni ni le vukulukumbini exikarhi ka mirhi ya Edene? kambe u ta xikisiwa ehansi ni mirhi ya Edene u ya ematlhelweni ya le hansi ya misava; u ta etlela exikarhi ka lava nga yimbangiki ni lava dlayiweke hi banga. Loyi i Faro ni ntshungu wakwe hinkwawo, ku vula Hosi Yehovha. Ezekiele 31:16–18.</w:t>
      </w:r>
    </w:p>
    <w:p>
      <w:pPr>
        <w:pStyle w:val="ArticleBody"/>
        <w:jc w:val="left"/>
      </w:pPr>
      <w:r>
        <w:rPr>
          <w:rFonts w:ascii="Times New Roman" w:hAnsi="Times New Roman" w:eastAsia="Times New Roman" w:cs="Times New Roman"/>
        </w:rPr>
        <w:t>Fuula digdamaa isa Misir irratti labsametti, lakkoofsonni xumuraa boqonnaa soddomii tokoffaa irra deebi’anii bal’isu; akkasumas ibsa xumuraa wal fakkaataa of keessaa qaba.</w:t>
      </w:r>
    </w:p>
    <w:p>
      <w:pPr>
        <w:pStyle w:val="ArticleScripture"/>
        <w:jc w:val="left"/>
      </w:pPr>
      <w:r>
        <w:rPr>
          <w:rFonts w:ascii="Times New Roman" w:hAnsi="Times New Roman" w:eastAsia="Times New Roman" w:cs="Times New Roman"/>
        </w:rPr>
        <w:t>Ban chuŋzawl ramah ka tihriat zo ta; tichuan amah chu chemhmangin an thatte nen thuamlo mi zingah an vulh ang, chu chu Pharaoa leh a mipui zawng zawngte a ni, tiin Lalpa Pathianin a sawi. Ezekiel 32:32.</w:t>
      </w:r>
    </w:p>
    <w:p>
      <w:pPr>
        <w:pStyle w:val="ArticleHeading"/>
        <w:jc w:val="left"/>
      </w:pPr>
      <w:r>
        <w:rPr>
          <w:rFonts w:ascii="Arial" w:hAnsi="Arial" w:eastAsia="Arial" w:cs="Arial"/>
        </w:rPr>
        <w:t>ٱلْعَامُ السَّابِعَ عَشَرَ مِنَ ٱلْفَصْلِ ٱلتَّاسِعِ وَٱلْعِشْرِينَ</w:t>
      </w:r>
    </w:p>
    <w:p>
      <w:pPr>
        <w:pStyle w:val="ArticleBody"/>
        <w:jc w:val="left"/>
      </w:pPr>
      <w:r>
        <w:rPr>
          <w:rFonts w:ascii="Times New Roman" w:hAnsi="Times New Roman" w:eastAsia="Times New Roman" w:cs="Times New Roman"/>
        </w:rPr>
        <w:t>Waxyaabaha taariikhaha ah ee ku jira muddada toddoba iyo tobanka sannadood ee lagu matalay cutubka sagaal iyo labaatanaad waxay tilmaamayaan Nebukadnesar oo Masar qabsanaya, iyo muddada afartan sannadood ah ee baabba’a Masar. Afartan waxay ka dhigan tahay cidlada, taas oo astaan u ah kunka sannadood ee dhulku baabba’an yahay.</w:t>
      </w:r>
    </w:p>
    <w:p>
      <w:pPr>
        <w:pStyle w:val="ArticleScripture"/>
        <w:jc w:val="left"/>
      </w:pPr>
      <w:r>
        <w:rPr>
          <w:rFonts w:ascii="Times New Roman" w:hAnsi="Times New Roman" w:eastAsia="Times New Roman" w:cs="Times New Roman"/>
        </w:rPr>
        <w:t>Niniri la tierra, y he aquí que estaba sin forma y vacía; y los cielos, y no tenían luz. Niniri los montes, y he aquí que temblaban, y todos los collados se estremecían. Niniri, y he aquí que no había hombre, y todas las aves de los cielos habían huido. Niniri, y he aquí que el campo fértil era un desierto, y todas sus ciudades estaban asoladas ante la presencia del Señor y por el ardor de su ira. Porque así ha dicho el Señor: Toda la tierra será asolada; pero no la destruiré del todo. Jeremías 4:23–27.</w:t>
      </w:r>
    </w:p>
    <w:p>
      <w:pPr>
        <w:pStyle w:val="ArticleBody"/>
        <w:jc w:val="left"/>
      </w:pPr>
      <w:r>
        <w:rPr>
          <w:rFonts w:ascii="Times New Roman" w:hAnsi="Times New Roman" w:eastAsia="Times New Roman" w:cs="Times New Roman"/>
        </w:rPr>
        <w:t>Ezikiyeli ishirini na kenda ichirangira imyaka mirongo ine y’ubutayu bwa Misiri, ni ho hagaragazwa umuzuko wa nyuma w’abanyabyaha n’irimbuka ryabo rya nyuma.</w:t>
      </w:r>
    </w:p>
    <w:p>
      <w:pPr>
        <w:pStyle w:val="ArticleScripture"/>
        <w:jc w:val="left"/>
      </w:pPr>
      <w:r>
        <w:rPr>
          <w:rFonts w:ascii="Javanese Text" w:hAnsi="Javanese Text" w:eastAsia="Javanese Text" w:cs="Javanese Text"/>
        </w:rPr>
        <w:t>꧋ꦏꦠꦏꦸꦠꦤ꧀</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ꦥꦱꦼꦴꦁ</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ꦥꦼꦁꦒꦺꦴꦤ꧀</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ꦏꦭꦏꦺꦴꦤ꧀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ꦱꦸꦫꦏ꧀ꦠꦤ꧀</w:t>
      </w:r>
      <w:r>
        <w:rPr>
          <w:rFonts w:ascii="Times New Roman" w:hAnsi="Times New Roman" w:eastAsia="Times New Roman" w:cs="Times New Roman"/>
        </w:rPr>
        <w:t xml:space="preserve"> </w:t>
      </w:r>
      <w:r>
        <w:rPr>
          <w:rFonts w:ascii="Javanese Text" w:hAnsi="Javanese Text" w:eastAsia="Javanese Text" w:cs="Javanese Text"/>
        </w:rPr>
        <w:t>ꦏꦠꦏꦸꦠꦤ꧀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ꦠꦸꦩꦶꦧ</w:t>
      </w:r>
      <w:r>
        <w:rPr>
          <w:rFonts w:ascii="Times New Roman" w:hAnsi="Times New Roman" w:eastAsia="Times New Roman" w:cs="Times New Roman"/>
        </w:rPr>
        <w:t xml:space="preserve"> </w:t>
      </w:r>
      <w:r>
        <w:rPr>
          <w:rFonts w:ascii="Javanese Text" w:hAnsi="Javanese Text" w:eastAsia="Javanese Text" w:cs="Javanese Text"/>
        </w:rPr>
        <w:t>ꦏꦺꦴꦫꦶꦁ</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ꦩꦸꦤ꧀ꦕꦠ꧀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ꦠꦼꦔꦃꦤꦶꦁ</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ꦏꦼꦲꦶꦁꦒꦺꦠ꧀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ꦥꦱꦼꦴꦁ</w:t>
      </w:r>
      <w:r>
        <w:rPr>
          <w:rFonts w:ascii="Times New Roman" w:hAnsi="Times New Roman" w:eastAsia="Times New Roman" w:cs="Times New Roman"/>
        </w:rPr>
        <w:t xml:space="preserve">; </w:t>
      </w:r>
      <w:r>
        <w:rPr>
          <w:rFonts w:ascii="Javanese Text" w:hAnsi="Javanese Text" w:eastAsia="Javanese Text" w:cs="Javanese Text"/>
        </w:rPr>
        <w:t>ꦏꦫꦤ</w:t>
      </w:r>
      <w:r>
        <w:rPr>
          <w:rFonts w:ascii="Times New Roman" w:hAnsi="Times New Roman" w:eastAsia="Times New Roman" w:cs="Times New Roman"/>
        </w:rPr>
        <w:t xml:space="preserve"> </w:t>
      </w:r>
      <w:r>
        <w:rPr>
          <w:rFonts w:ascii="Javanese Text" w:hAnsi="Javanese Text" w:eastAsia="Javanese Text" w:cs="Javanese Text"/>
        </w:rPr>
        <w:t>ꦗꦼꦤ꧀ꦝꦼꦭ</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ꦏꦧꦸꦏ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ꦏꦼꦏꦸꦩ꧀ꦧꦤ꧀</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ꦒꦺꦴꦪꦃ</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ꦲꦫꦧ꧀</w:t>
      </w:r>
      <w:r>
        <w:rPr>
          <w:rFonts w:ascii="Times New Roman" w:hAnsi="Times New Roman" w:eastAsia="Times New Roman" w:cs="Times New Roman"/>
        </w:rPr>
        <w:t xml:space="preserve"> </w:t>
      </w:r>
      <w:r>
        <w:rPr>
          <w:rFonts w:ascii="Javanese Text" w:hAnsi="Javanese Text" w:eastAsia="Javanese Text" w:cs="Javanese Text"/>
        </w:rPr>
        <w:t>ꦏꦠꦸꦩꦿꦥ</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ꦭꦸꦭꦸꦃ</w:t>
      </w:r>
      <w:r>
        <w:rPr>
          <w:rFonts w:ascii="Times New Roman" w:hAnsi="Times New Roman" w:eastAsia="Times New Roman" w:cs="Times New Roman"/>
        </w:rPr>
        <w:t xml:space="preserve"> </w:t>
      </w:r>
      <w:r>
        <w:rPr>
          <w:rFonts w:ascii="Javanese Text" w:hAnsi="Javanese Text" w:eastAsia="Javanese Text" w:cs="Javanese Text"/>
        </w:rPr>
        <w:t>ꦏꦠꦸꦭꦏ꧀ꦏꦺ</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ꦒꦺꦴꦪꦁ</w:t>
      </w:r>
      <w:r>
        <w:rPr>
          <w:rFonts w:ascii="Times New Roman" w:hAnsi="Times New Roman" w:eastAsia="Times New Roman" w:cs="Times New Roman"/>
        </w:rPr>
        <w:t xml:space="preserve"> </w:t>
      </w:r>
      <w:r>
        <w:rPr>
          <w:rFonts w:ascii="Javanese Text" w:hAnsi="Javanese Text" w:eastAsia="Javanese Text" w:cs="Javanese Text"/>
        </w:rPr>
        <w:t>ꦲꦩꦠ꧀</w:t>
      </w:r>
      <w:r>
        <w:rPr>
          <w:rFonts w:ascii="Times New Roman" w:hAnsi="Times New Roman" w:eastAsia="Times New Roman" w:cs="Times New Roman"/>
        </w:rPr>
        <w:t xml:space="preserve"> </w:t>
      </w:r>
      <w:r>
        <w:rPr>
          <w:rFonts w:ascii="Javanese Text" w:hAnsi="Javanese Text" w:eastAsia="Javanese Text" w:cs="Javanese Text"/>
        </w:rPr>
        <w:t>ꦱꦁꦒꦺꦠ꧀</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ꦩꦺꦴꦪꦁ</w:t>
      </w:r>
      <w:r>
        <w:rPr>
          <w:rFonts w:ascii="Times New Roman" w:hAnsi="Times New Roman" w:eastAsia="Times New Roman" w:cs="Times New Roman"/>
        </w:rPr>
        <w:t>-</w:t>
      </w:r>
      <w:r>
        <w:rPr>
          <w:rFonts w:ascii="Javanese Text" w:hAnsi="Javanese Text" w:eastAsia="Javanese Text" w:cs="Javanese Text"/>
        </w:rPr>
        <w:t>ꦲꦪꦸꦤ꧀</w:t>
      </w:r>
      <w:r>
        <w:rPr>
          <w:rFonts w:ascii="Times New Roman" w:hAnsi="Times New Roman" w:eastAsia="Times New Roman" w:cs="Times New Roman"/>
        </w:rPr>
        <w:t xml:space="preserve"> </w:t>
      </w:r>
      <w:r>
        <w:rPr>
          <w:rFonts w:ascii="Javanese Text" w:hAnsi="Javanese Text" w:eastAsia="Javanese Text" w:cs="Javanese Text"/>
        </w:rPr>
        <w:t>ꦩꦸꦤ꧀ꦝꦏ꧀</w:t>
      </w:r>
      <w:r>
        <w:rPr>
          <w:rFonts w:ascii="Times New Roman" w:hAnsi="Times New Roman" w:eastAsia="Times New Roman" w:cs="Times New Roman"/>
        </w:rPr>
        <w:t>-</w:t>
      </w:r>
      <w:r>
        <w:rPr>
          <w:rFonts w:ascii="Javanese Text" w:hAnsi="Javanese Text" w:eastAsia="Javanese Text" w:cs="Javanese Text"/>
        </w:rPr>
        <w:t>ꦩꦤ꧀ꦝꦸꦁ</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 xml:space="preserve"> </w:t>
      </w:r>
      <w:r>
        <w:rPr>
          <w:rFonts w:ascii="Javanese Text" w:hAnsi="Javanese Text" w:eastAsia="Javanese Text" w:cs="Javanese Text"/>
        </w:rPr>
        <w:t>ꦩꦧꦸꦏ꧀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ꦥꦶꦤ꧀ꦝꦃ</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ꦒꦸꦧꦸꦒ꧀</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ꦥꦼꦭꦁꦒꦂꦤꦶꦥꦸꦤ꧀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ꦧꦺꦫꦠ꧀</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w:t>
      </w:r>
      <w:r>
        <w:rPr>
          <w:rFonts w:ascii="Javanese Text" w:hAnsi="Javanese Text" w:eastAsia="Javanese Text" w:cs="Javanese Text"/>
        </w:rPr>
        <w:t>ꦲꦠꦶ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ꦲꦶꦪ</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ꦫꦸꦧꦸꦃ</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ꦠꦏ꧀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ꦧꦁꦏꦶꦠ꧀</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ꦏꦭꦏꦺꦴꦤ꧀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ꦥꦁꦒꦺꦫꦤ꧀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ꦚꦶꦏ꧀ꦱ</w:t>
      </w:r>
      <w:r>
        <w:rPr>
          <w:rFonts w:ascii="Times New Roman" w:hAnsi="Times New Roman" w:eastAsia="Times New Roman" w:cs="Times New Roman"/>
        </w:rPr>
        <w:t xml:space="preserve"> </w:t>
      </w:r>
      <w:r>
        <w:rPr>
          <w:rFonts w:ascii="Javanese Text" w:hAnsi="Javanese Text" w:eastAsia="Javanese Text" w:cs="Javanese Text"/>
        </w:rPr>
        <w:t>ꦥꦱꦸꦏꦤ꧀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ꦲꦸꦁꦒꦸꦭ꧀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ꦫꦗ</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ꦏꦥꦸꦤ꧀ꦥꦸꦭ꧀ꦏꦺ</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ꦠꦮꦤꦤ꧀</w:t>
      </w:r>
      <w:r>
        <w:rPr>
          <w:rFonts w:ascii="Times New Roman" w:hAnsi="Times New Roman" w:eastAsia="Times New Roman" w:cs="Times New Roman"/>
        </w:rPr>
        <w:t xml:space="preserve"> </w:t>
      </w:r>
      <w:r>
        <w:rPr>
          <w:rFonts w:ascii="Javanese Text" w:hAnsi="Javanese Text" w:eastAsia="Javanese Text" w:cs="Javanese Text"/>
        </w:rPr>
        <w:t>ꦏꦥꦸꦤ꧀ꦥꦸꦭ꧀ꦏꦺ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ꦏꦼꦏꦸꦁꦏꦸꦁ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w:t>
      </w:r>
      <w:r>
        <w:rPr>
          <w:rFonts w:ascii="Malgun Gothic" w:hAnsi="Malgun Gothic" w:eastAsia="Malgun Gothic" w:cs="Malgun Gothic"/>
        </w:rPr>
        <w:t>꼌</w:t>
      </w:r>
      <w:r>
        <w:rPr>
          <w:rFonts w:ascii="Javanese Text" w:hAnsi="Javanese Text" w:eastAsia="Javanese Text" w:cs="Javanese Text"/>
        </w:rPr>
        <w:t>ꦤ꧀ꦗꦫ</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ꦱꦼꦮꦶꦱꦺ</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ꦆꦒꦁ</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ꦠꦶꦤ꧀ꦗꦻ</w:t>
      </w:r>
      <w:r>
        <w:rPr>
          <w:rFonts w:ascii="Times New Roman" w:hAnsi="Times New Roman" w:eastAsia="Times New Roman" w:cs="Times New Roman"/>
        </w:rPr>
        <w:t>. Yesaya 24:17–22.</w:t>
      </w:r>
    </w:p>
    <w:p>
      <w:pPr>
        <w:pStyle w:val="ArticleBody"/>
        <w:jc w:val="left"/>
      </w:pPr>
      <w:r>
        <w:rPr>
          <w:rFonts w:ascii="Times New Roman" w:hAnsi="Times New Roman" w:eastAsia="Times New Roman" w:cs="Times New Roman"/>
        </w:rPr>
        <w:t>Ezekieli valinyagä xabari, kää mitimi gateewon gaasowon Egipteera walqabatan walitti qabame, lafaa irratti mul’atu humna bineensa guddaa sanaa badiisa isaa isa dhumaa adda baasa; badiisni kun seera Dilbataa dhihoo dhufu irraa jalqaba, achiis hanga xumura mootummaa waggaa kuma tokkootti, yeroo Egipxoota hamoowwan sanaa badiisni isaanii inni dhumaa raawwatamutti itti fufa.</w:t>
      </w:r>
    </w:p>
    <w:p>
      <w:pPr>
        <w:pStyle w:val="ArticleBody"/>
        <w:jc w:val="left"/>
      </w:pPr>
      <w:r>
        <w:rPr>
          <w:rFonts w:ascii="Times New Roman" w:hAnsi="Times New Roman" w:eastAsia="Times New Roman" w:cs="Times New Roman"/>
        </w:rPr>
        <w:t>Aiwanhulhaq mangistiskʼóhkêwina kiskinwahamâkêwinisihk, awa mîna pithîs awâsisak kîkway kîsikâw sîpiyisihk iskwêwak, êkwa êkwa ka-pîmipahtâsowak êkwa môstîsowak, ka-kî-mîna ka-wîcihitowak ôma kîsikâw, êkwa awa mistikwân sîpiyisihk ôma kîsikâw pîhtokwêwina ka-kî-isi-mâcihoyahk ê-pimipahtâk kîsikâw askiy, namôya êkwa ê-misiwê-pimipahtâk ka-kî-kiskinwahamâkêwinisihk êkwa ê-pîhtokêwina mîna atoskêwinisihk êkwa êkwa kêhtê-ayamihewina kîsikâw pîhtokêwinisihk.</w:t>
      </w:r>
    </w:p>
    <w:p>
      <w:pPr>
        <w:pStyle w:val="ArticleScripture"/>
        <w:jc w:val="left"/>
      </w:pPr>
      <w:r>
        <w:rPr>
          <w:rFonts w:ascii="Times New Roman" w:hAnsi="Times New Roman" w:eastAsia="Times New Roman" w:cs="Times New Roman"/>
        </w:rPr>
        <w:t>И зверь был схвачен, и вместе с ним лжепророк, совершавший перед ним чудеса, которыми он обольстил принявших начертание зверя и поклонявшихся его образу. Оба живыми были брошены в озеро огненное, горящее серою. А прочие были убиты мечом Сидящего на коне, мечом, исходящим из уст Его; и все птицы насытились их плотью. Откровение 19:20, 21.</w:t>
      </w:r>
    </w:p>
    <w:p>
      <w:pPr>
        <w:pStyle w:val="ArticleBody"/>
        <w:jc w:val="left"/>
      </w:pPr>
      <w:r>
        <w:rPr>
          <w:rFonts w:ascii="Times New Roman" w:hAnsi="Times New Roman" w:eastAsia="Times New Roman" w:cs="Times New Roman"/>
        </w:rPr>
        <w:t>La bestia y el falso profeta terminan proféticamente en la segunda venida de Cristo, pero el dragón encuentra su destino mil años después, en la tercera venida de Cristo.</w:t>
      </w:r>
    </w:p>
    <w:p>
      <w:pPr>
        <w:pStyle w:val="ArticleScripture"/>
        <w:jc w:val="left"/>
      </w:pPr>
      <w:r>
        <w:rPr>
          <w:rFonts w:ascii="Times New Roman" w:hAnsi="Times New Roman" w:eastAsia="Times New Roman" w:cs="Times New Roman"/>
        </w:rPr>
        <w:t>Y vi a un ángel que descendía del cielo, teniendo la llave del abismo y una gran cadena en su mano. Y prendió al dragón, la serpiente antigua, que es el Diablo y Satanás, y lo ató por mil años; y lo arrojó al abismo, y lo encerró, y puso su sello sobre él, para que no engañase más a las naciones, hasta que fuesen cumplidos los mil años; y después de esto debe ser desatado por un poco de tiempo. Apocalipsis 20:1–3.</w:t>
      </w:r>
    </w:p>
    <w:p>
      <w:pPr>
        <w:pStyle w:val="ArticleHeading"/>
        <w:jc w:val="left"/>
      </w:pPr>
      <w:r>
        <w:rPr>
          <w:rFonts w:ascii="Arial" w:hAnsi="Arial" w:eastAsia="Arial" w:cs="Arial"/>
        </w:rPr>
        <w:t>Sannadaha Kow iyo Tobnaad iyo Laba iyo Tobnaad</w:t>
      </w:r>
    </w:p>
    <w:p>
      <w:pPr>
        <w:pStyle w:val="ArticleBody"/>
        <w:jc w:val="left"/>
      </w:pPr>
      <w:r>
        <w:rPr>
          <w:rFonts w:ascii="Times New Roman" w:hAnsi="Times New Roman" w:eastAsia="Times New Roman" w:cs="Times New Roman"/>
        </w:rPr>
        <w:t>تہ ‘seventeen’ سالہ دؤر، یِم اَزقئیل تِہ اُنٛد باب اَٹھہ وِہٕ نوہک دۄن تاریٖخَن منٛز مقرَر کٔرمٕت، قیدیٖچ دَہُمہٕ ؤریہہس منز شروٗع گٔیو تہٕ ستہٕ وِشتمہٕ ؤریہہس منز اختتام پذیر گٔیو۔ باب ترٛیٚہ تہٕ اکتیٖسکۍ پیغام یئلہٕ گیارہُمہٕ ؤریہہس منز دِتھ گٔیہِ، تہٕ باب بتیٖس منز یِم دۄن تاریٖخ دِتھ گٔیہِ، تِم بارہُمہٕ ؤریہہس منز دِتھ گٔیہِ۔ یِہ ستہٕرہ سالہ دؤر، یُس دَہُمہٕ ؤریہہس منز، تقریباً یروشلِمچۍ محاصرٕچ شروٗعاتس سۭتۍ، آغٲز گٔیو، تَمہِ پَتہٕ گیارہُمہٕ ؤریہہک دۄن مِصری پیغام آو، یِم باب ترٛیٚہ تہٕ اکتیٖس منز بَیان کٔرمٕت چھِ۔ اَکھ سۭتۍ، گیارہُمہٕ ؤریہہک یِم دۄن پیغام سُنڈے لاکۍ پؠٹھِس تھوڑِ پٮ۪ٹھہٕک اَکھ پیغام نِمایندگی کران چھِ۔ بارہُمہٕ ؤریہہک باقی دۄن مِصری پیغام 586/585 BC منز یروشلِمچۍ تباہی ہٮ۪ندۍ وقتس، یا تَتھ پَتہٕ تھوڑِ ہی دۄرِس منز، واقع گٔیہِ۔</w:t>
      </w:r>
    </w:p>
    <w:p>
      <w:pPr>
        <w:pStyle w:val="ArticleBody"/>
        <w:jc w:val="left"/>
      </w:pP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ᎠᏂᏃᎮᎭ</w:t>
      </w:r>
      <w:r>
        <w:rPr>
          <w:rFonts w:ascii="Times New Roman" w:hAnsi="Times New Roman" w:eastAsia="Times New Roman" w:cs="Times New Roman"/>
        </w:rPr>
        <w:t xml:space="preserve"> </w:t>
      </w:r>
      <w:r>
        <w:rPr>
          <w:rFonts w:ascii="Gadugi" w:hAnsi="Gadugi" w:eastAsia="Gadugi" w:cs="Gadugi"/>
        </w:rPr>
        <w:t>ᎤᎵᏏᎾᏌᏛ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ᏧᏃᏴᎯᏍᏗ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ᏗᏃᎯᏳᎯ</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ᎤᏴᏍᏗ</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ᏓᏍᏆᎸᎮᏍᏗ</w:t>
      </w:r>
      <w:r>
        <w:rPr>
          <w:rFonts w:ascii="Times New Roman" w:hAnsi="Times New Roman" w:eastAsia="Times New Roman" w:cs="Times New Roman"/>
        </w:rPr>
        <w:t xml:space="preserve"> </w:t>
      </w:r>
      <w:r>
        <w:rPr>
          <w:rFonts w:ascii="Gadugi" w:hAnsi="Gadugi" w:eastAsia="Gadugi" w:cs="Gadugi"/>
        </w:rPr>
        <w:t>ᎤᎾᏍᏛ</w:t>
      </w:r>
      <w:r>
        <w:rPr>
          <w:rFonts w:ascii="Times New Roman" w:hAnsi="Times New Roman" w:eastAsia="Times New Roman" w:cs="Times New Roman"/>
        </w:rPr>
        <w:t xml:space="preserve"> </w:t>
      </w:r>
      <w:r>
        <w:rPr>
          <w:rFonts w:ascii="Gadugi" w:hAnsi="Gadugi" w:eastAsia="Gadugi" w:cs="Gadugi"/>
        </w:rPr>
        <w:t>ᏧᎵᏍᏆᏂᎪᏗ</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ᏓᎦᎷᏨᎭ</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ᏥᏂᏓᏍᏗ</w:t>
      </w:r>
      <w:r>
        <w:rPr>
          <w:rFonts w:ascii="Times New Roman" w:hAnsi="Times New Roman" w:eastAsia="Times New Roman" w:cs="Times New Roman"/>
        </w:rPr>
        <w:t xml:space="preserve"> </w:t>
      </w:r>
      <w:r>
        <w:rPr>
          <w:rFonts w:ascii="Gadugi" w:hAnsi="Gadugi" w:eastAsia="Gadugi" w:cs="Gadugi"/>
        </w:rPr>
        <w:t>ᏗᎧᎿᎭᏅᏍᏗ</w:t>
      </w:r>
      <w:r>
        <w:rPr>
          <w:rFonts w:ascii="Times New Roman" w:hAnsi="Times New Roman" w:eastAsia="Times New Roman" w:cs="Times New Roman"/>
        </w:rPr>
        <w:t xml:space="preserve"> </w:t>
      </w:r>
      <w:r>
        <w:rPr>
          <w:rFonts w:ascii="Gadugi" w:hAnsi="Gadugi" w:eastAsia="Gadugi" w:cs="Gadugi"/>
        </w:rPr>
        <w:t>ᏗᎧᏁᎬ</w:t>
      </w:r>
      <w:r>
        <w:rPr>
          <w:rFonts w:ascii="Times New Roman" w:hAnsi="Times New Roman" w:eastAsia="Times New Roman" w:cs="Times New Roman"/>
        </w:rPr>
        <w:t xml:space="preserve">. </w:t>
      </w:r>
      <w:r>
        <w:rPr>
          <w:rFonts w:ascii="Gadugi" w:hAnsi="Gadugi" w:eastAsia="Gadugi" w:cs="Gadugi"/>
        </w:rPr>
        <w:t>ᎢᏥᏈ</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ᎠᏂᏃᎮᎭ</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ᏥᏂᏓᏍᏗ</w:t>
      </w:r>
      <w:r>
        <w:rPr>
          <w:rFonts w:ascii="Times New Roman" w:hAnsi="Times New Roman" w:eastAsia="Times New Roman" w:cs="Times New Roman"/>
        </w:rPr>
        <w:t xml:space="preserve"> </w:t>
      </w:r>
      <w:r>
        <w:rPr>
          <w:rFonts w:ascii="Gadugi" w:hAnsi="Gadugi" w:eastAsia="Gadugi" w:cs="Gadugi"/>
        </w:rPr>
        <w:t>ᏗᎧᎿᎭᏅᏍᏗ</w:t>
      </w:r>
      <w:r>
        <w:rPr>
          <w:rFonts w:ascii="Times New Roman" w:hAnsi="Times New Roman" w:eastAsia="Times New Roman" w:cs="Times New Roman"/>
        </w:rPr>
        <w:t xml:space="preserve"> </w:t>
      </w:r>
      <w:r>
        <w:rPr>
          <w:rFonts w:ascii="Gadugi" w:hAnsi="Gadugi" w:eastAsia="Gadugi" w:cs="Gadugi"/>
        </w:rPr>
        <w:t>ᏗᎧᏁᎬ</w:t>
      </w:r>
      <w:r>
        <w:rPr>
          <w:rFonts w:ascii="Times New Roman" w:hAnsi="Times New Roman" w:eastAsia="Times New Roman" w:cs="Times New Roman"/>
        </w:rPr>
        <w:t xml:space="preserve"> </w:t>
      </w:r>
      <w:r>
        <w:rPr>
          <w:rFonts w:ascii="Gadugi" w:hAnsi="Gadugi" w:eastAsia="Gadugi" w:cs="Gadugi"/>
        </w:rPr>
        <w:t>ᎤᏃᏒ</w:t>
      </w:r>
      <w:r>
        <w:rPr>
          <w:rFonts w:ascii="Times New Roman" w:hAnsi="Times New Roman" w:eastAsia="Times New Roman" w:cs="Times New Roman"/>
        </w:rPr>
        <w:t xml:space="preserve"> </w:t>
      </w:r>
      <w:r>
        <w:rPr>
          <w:rFonts w:ascii="Gadugi" w:hAnsi="Gadugi" w:eastAsia="Gadugi" w:cs="Gadugi"/>
        </w:rPr>
        <w:t>ᎢᏧᏈ</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ᎠᏂᏃᎮᎭ</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ᎤᏁᎳ</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ᏥᏂᏓᏍᏗ</w:t>
      </w:r>
      <w:r>
        <w:rPr>
          <w:rFonts w:ascii="Times New Roman" w:hAnsi="Times New Roman" w:eastAsia="Times New Roman" w:cs="Times New Roman"/>
        </w:rPr>
        <w:t xml:space="preserve"> </w:t>
      </w:r>
      <w:r>
        <w:rPr>
          <w:rFonts w:ascii="Gadugi" w:hAnsi="Gadugi" w:eastAsia="Gadugi" w:cs="Gadugi"/>
        </w:rPr>
        <w:t>ᏗᎧᎿᎭᏅᏍᏗ</w:t>
      </w:r>
      <w:r>
        <w:rPr>
          <w:rFonts w:ascii="Times New Roman" w:hAnsi="Times New Roman" w:eastAsia="Times New Roman" w:cs="Times New Roman"/>
        </w:rPr>
        <w:t xml:space="preserve"> </w:t>
      </w:r>
      <w:r>
        <w:rPr>
          <w:rFonts w:ascii="Gadugi" w:hAnsi="Gadugi" w:eastAsia="Gadugi" w:cs="Gadugi"/>
        </w:rPr>
        <w:t>ᏗᎧᏁᎬ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xml:space="preserve"> </w:t>
      </w:r>
      <w:r>
        <w:rPr>
          <w:rFonts w:ascii="Gadugi" w:hAnsi="Gadugi" w:eastAsia="Gadugi" w:cs="Gadugi"/>
        </w:rPr>
        <w:t>ᏥᎨᏥᏁᎸ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ᏑᏕᎵᎪᎯ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ᎠᏍᏚᏗ</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ᎤᏲᏍᏙᏗ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ᎠᏂᏃᎮᎭ</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ᏥᏂᏓᏍᏗ</w:t>
      </w:r>
      <w:r>
        <w:rPr>
          <w:rFonts w:ascii="Times New Roman" w:hAnsi="Times New Roman" w:eastAsia="Times New Roman" w:cs="Times New Roman"/>
        </w:rPr>
        <w:t xml:space="preserve"> </w:t>
      </w:r>
      <w:r>
        <w:rPr>
          <w:rFonts w:ascii="Gadugi" w:hAnsi="Gadugi" w:eastAsia="Gadugi" w:cs="Gadugi"/>
        </w:rPr>
        <w:t>ᏗᎧᎿᎭᏅᏍᏗ</w:t>
      </w:r>
      <w:r>
        <w:rPr>
          <w:rFonts w:ascii="Times New Roman" w:hAnsi="Times New Roman" w:eastAsia="Times New Roman" w:cs="Times New Roman"/>
        </w:rPr>
        <w:t xml:space="preserve"> </w:t>
      </w:r>
      <w:r>
        <w:rPr>
          <w:rFonts w:ascii="Gadugi" w:hAnsi="Gadugi" w:eastAsia="Gadugi" w:cs="Gadugi"/>
        </w:rPr>
        <w:t>ᏗᎧᏁᎬ</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ᎦᏅᎯᏛ</w:t>
      </w:r>
      <w:r>
        <w:rPr>
          <w:rFonts w:ascii="Times New Roman" w:hAnsi="Times New Roman" w:eastAsia="Times New Roman" w:cs="Times New Roman"/>
        </w:rPr>
        <w:t xml:space="preserve"> </w:t>
      </w:r>
      <w:r>
        <w:rPr>
          <w:rFonts w:ascii="Gadugi" w:hAnsi="Gadugi" w:eastAsia="Gadugi" w:cs="Gadugi"/>
        </w:rPr>
        <w:t>ᎠᏥᏃᎮᏍᎬ</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ᎠᏥᎾᎩ</w:t>
      </w:r>
      <w:r>
        <w:rPr>
          <w:rFonts w:ascii="Times New Roman" w:hAnsi="Times New Roman" w:eastAsia="Times New Roman" w:cs="Times New Roman"/>
        </w:rPr>
        <w:t xml:space="preserve">, </w:t>
      </w:r>
      <w:r>
        <w:rPr>
          <w:rFonts w:ascii="Gadugi" w:hAnsi="Gadugi" w:eastAsia="Gadugi" w:cs="Gadugi"/>
        </w:rPr>
        <w:t>ᎾᎿᎭᏂ</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ᎠᏓᏃᎯᏍᏗ</w:t>
      </w:r>
      <w:r>
        <w:rPr>
          <w:rFonts w:ascii="Times New Roman" w:hAnsi="Times New Roman" w:eastAsia="Times New Roman" w:cs="Times New Roman"/>
        </w:rPr>
        <w:t xml:space="preserve"> </w:t>
      </w:r>
      <w:r>
        <w:rPr>
          <w:rFonts w:ascii="Gadugi" w:hAnsi="Gadugi" w:eastAsia="Gadugi" w:cs="Gadugi"/>
        </w:rPr>
        <w:t>ᎡᎭ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Akɔnkyeɛ a ɛto so mmienu no, bere biara, ɛno akyi no, akɔnkyeɛ a ɛto so mmiɛnsa na edi hɔ.</w:t>
      </w:r>
    </w:p>
    <w:p>
      <w:pPr>
        <w:pStyle w:val="ArticleScripture"/>
        <w:jc w:val="left"/>
      </w:pPr>
      <w:r>
        <w:rPr>
          <w:rFonts w:ascii="Times New Roman" w:hAnsi="Times New Roman" w:eastAsia="Times New Roman" w:cs="Times New Roman"/>
        </w:rPr>
        <w:t>«Қаламмен де, дауыспен де біз жариялауды жаңғыртуға тиіспіз, олардың ретін және бізді үшінші періштенің хабарына алып келетін пайғамбарлықтардың қолданылуын көрсетуіміз керек. Бірінші мен екіншісіз үшінші болуы мүмкін емес. Бұл хабарларды біз дүниеге басылымдарда, баяндамаларда жеткізуге тиіспіз, пайғамбарлық тарих желісінде болған нәрселерді де, болатын нәрселерді де көрсете отырып». Selected Messages, book 2, 104, 105.</w:t>
      </w:r>
    </w:p>
    <w:p>
      <w:pPr>
        <w:pStyle w:val="ArticleBody"/>
        <w:jc w:val="left"/>
      </w:pPr>
      <w:r>
        <w:rPr>
          <w:rFonts w:ascii="Times New Roman" w:hAnsi="Times New Roman" w:eastAsia="Times New Roman" w:cs="Times New Roman"/>
        </w:rPr>
        <w:t>Ամեն երրորդ պատգամի ժամանակ փորձության դուռը փակվում է։ Միացյալ Նահանգների համար փորձության ժամանակը փակվում է Կիրակնօրյա օրենքի ժամանակ, իսկ աշխարհի համար փորձության ժամանակը փակվում է, երբ Միքայելը վեր է կենում։ Երկու փակ դռներն էլ ներկայացնում են երրորդ պատգամը, որին միշտ նախորդում է երկրորդ պատգամը, որը միշտ երկակի պատգամ է։</w:t>
      </w:r>
    </w:p>
    <w:p>
      <w:pPr>
        <w:pStyle w:val="ArticleBody"/>
        <w:jc w:val="left"/>
      </w:pP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ᎤᏂᏔᎳᏚᎯ</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ᎤᎵᏍᏕᎸᏙᏗ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ᎠᏥᏍᏕᎸᏗ</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ᎤᏍᎦᎸᏙᏗ</w:t>
      </w:r>
      <w:r>
        <w:rPr>
          <w:rFonts w:ascii="Times New Roman" w:hAnsi="Times New Roman" w:eastAsia="Times New Roman" w:cs="Times New Roman"/>
        </w:rPr>
        <w:t xml:space="preserve"> </w:t>
      </w:r>
      <w:r>
        <w:rPr>
          <w:rFonts w:ascii="Gadugi" w:hAnsi="Gadugi" w:eastAsia="Gadugi" w:cs="Gadugi"/>
        </w:rPr>
        <w:t>ᎠᏓᏴᎵᏍᎬ</w:t>
      </w:r>
      <w:r>
        <w:rPr>
          <w:rFonts w:ascii="Times New Roman" w:hAnsi="Times New Roman" w:eastAsia="Times New Roman" w:cs="Times New Roman"/>
        </w:rPr>
        <w:t xml:space="preserve"> </w:t>
      </w:r>
      <w:r>
        <w:rPr>
          <w:rFonts w:ascii="Gadugi" w:hAnsi="Gadugi" w:eastAsia="Gadugi" w:cs="Gadugi"/>
        </w:rPr>
        <w:t>ᎠᏥᏍᏆᏂᎪᏗᏍᎬ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ᎠᏕᎶᏆᏍᎬ</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ᎢᏏᎦᎵ</w:t>
      </w:r>
      <w:r>
        <w:rPr>
          <w:rFonts w:ascii="Times New Roman" w:hAnsi="Times New Roman" w:eastAsia="Times New Roman" w:cs="Times New Roman"/>
        </w:rPr>
        <w:t xml:space="preserve"> </w:t>
      </w:r>
      <w:r>
        <w:rPr>
          <w:rFonts w:ascii="Gadugi" w:hAnsi="Gadugi" w:eastAsia="Gadugi" w:cs="Gadugi"/>
        </w:rPr>
        <w:t>ᎢᏧᏁᏤᎸ</w:t>
      </w:r>
      <w:r>
        <w:rPr>
          <w:rFonts w:ascii="Times New Roman" w:hAnsi="Times New Roman" w:eastAsia="Times New Roman" w:cs="Times New Roman"/>
        </w:rPr>
        <w:t xml:space="preserve"> </w:t>
      </w:r>
      <w:r>
        <w:rPr>
          <w:rFonts w:ascii="Gadugi" w:hAnsi="Gadugi" w:eastAsia="Gadugi" w:cs="Gadugi"/>
        </w:rPr>
        <w:t>ᎢᏥᏈᏱ</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ᏦᏍᎪᎯ</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ᎤᏪᎧᏛ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ᎠᏓᏴᎵᏍᎬ</w:t>
      </w:r>
      <w:r>
        <w:rPr>
          <w:rFonts w:ascii="Times New Roman" w:hAnsi="Times New Roman" w:eastAsia="Times New Roman" w:cs="Times New Roman"/>
        </w:rPr>
        <w:t xml:space="preserve"> </w:t>
      </w:r>
      <w:r>
        <w:rPr>
          <w:rFonts w:ascii="Gadugi" w:hAnsi="Gadugi" w:eastAsia="Gadugi" w:cs="Gadugi"/>
        </w:rPr>
        <w:t>ᎠᏥᏍᏆᏂᎪᏗᏍᎬ</w:t>
      </w:r>
      <w:r>
        <w:rPr>
          <w:rFonts w:ascii="Times New Roman" w:hAnsi="Times New Roman" w:eastAsia="Times New Roman" w:cs="Times New Roman"/>
        </w:rPr>
        <w:t xml:space="preserve"> </w:t>
      </w:r>
      <w:r>
        <w:rPr>
          <w:rFonts w:ascii="Gadugi" w:hAnsi="Gadugi" w:eastAsia="Gadugi" w:cs="Gadugi"/>
        </w:rPr>
        <w:t>ᎤᏪᎵᏎᎭ</w:t>
      </w:r>
      <w:r>
        <w:rPr>
          <w:rFonts w:ascii="Times New Roman" w:hAnsi="Times New Roman" w:eastAsia="Times New Roman" w:cs="Times New Roman"/>
        </w:rPr>
        <w:t xml:space="preserve"> </w:t>
      </w:r>
      <w:r>
        <w:rPr>
          <w:rFonts w:ascii="Gadugi" w:hAnsi="Gadugi" w:eastAsia="Gadugi" w:cs="Gadugi"/>
        </w:rPr>
        <w:t>ᎤᏂᏔᎳᏚᎯ</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ᎤᏪᏓᎸᏔᏅ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ᏦᏔᎵ</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ᎠᏕᎶᏆᏍᎬ</w:t>
      </w:r>
      <w:r>
        <w:rPr>
          <w:rFonts w:ascii="Times New Roman" w:hAnsi="Times New Roman" w:eastAsia="Times New Roman" w:cs="Times New Roman"/>
        </w:rPr>
        <w:t xml:space="preserve"> </w:t>
      </w:r>
      <w:r>
        <w:rPr>
          <w:rFonts w:ascii="Gadugi" w:hAnsi="Gadugi" w:eastAsia="Gadugi" w:cs="Gadugi"/>
        </w:rPr>
        <w:t>ᎤᏂᏁᎲ</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ᎤᏍᏆᏂᎪᏗᏍᎬ</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ᎠᏍᏓᏯ</w:t>
      </w:r>
      <w:r>
        <w:rPr>
          <w:rFonts w:ascii="Times New Roman" w:hAnsi="Times New Roman" w:eastAsia="Times New Roman" w:cs="Times New Roman"/>
        </w:rPr>
        <w:t xml:space="preserve"> </w:t>
      </w:r>
      <w:r>
        <w:rPr>
          <w:rFonts w:ascii="Gadugi" w:hAnsi="Gadugi" w:eastAsia="Gadugi" w:cs="Gadugi"/>
        </w:rPr>
        <w:t>ᎤᏁᎷᎬ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ᎠᎵᏍᏕᎸᏙᏗ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 انساني پېښو د پېچلي تعامل د حزقیال څرخونه د بشر لپاره وروستنی خبرداری مشخصوي، چې هماغه د درېیمې فرښتې خبرداری دی؛ او درېیمه فرښته د لومړۍ او دویمې فرښتې له خبرداریو څخه جوړه شوې ده. د یکشنبې د قانون څخه مخکې د نیمې شپې چیغه، او د یکشنبې د قانون څخه وروسته لوړ غږ، د حزقیال په څلورو نېټو کې تمثیل شوی دی، چې د نهه ویشتم فصل د الفا او اومیګا نېټو د «اوولسو» کلونو په منځ کې واقع کېږي؛ هغه نېټې چې د دانیال یوولسم فصل څلوېښتم آیت له پټې تاریخچې سره سمون خوري، لکه څنګه چې د همدې فصل په یوولسم تر شپاړسمو آیتونو کې تمثیل شوې ده.</w:t>
      </w:r>
    </w:p>
    <w:p>
      <w:pPr>
        <w:pStyle w:val="ArticleBody"/>
        <w:jc w:val="left"/>
      </w:pPr>
      <w:r>
        <w:rPr>
          <w:rFonts w:ascii="Times New Roman" w:hAnsi="Times New Roman" w:eastAsia="Times New Roman" w:cs="Times New Roman"/>
        </w:rPr>
        <w:t>Даниярын онынчы бүлүктә, Иезекиел кебек үк, Данияр телсез ителә. Даниярның телсезлеге өч кагылуның уртасында була; беренче һәм өченче кагылулар Җәбраил фәрештәдән килә, ә уртадагы кагылу — Мәсихнең кагылуы. Данияр, Кайсария Филиппи белән хач арасында булган Питер кебек, уртада тора. Уртада Питер, Данияр онынчы бүлүктә күргән кебек үк, данланган Мәсихне күрде. Өч фәрештәнең уртадагасы — икенче хәбәр, һәм ул ике хәбәрнең берләшмәсеннән тора.</w:t>
      </w:r>
    </w:p>
    <w:p>
      <w:pPr>
        <w:pStyle w:val="ArticleHeading"/>
        <w:jc w:val="left"/>
      </w:pPr>
      <w:r>
        <w:rPr>
          <w:rFonts w:ascii="Arial" w:hAnsi="Arial" w:eastAsia="Arial" w:cs="Arial"/>
        </w:rPr>
        <w:t>مياڠ الخامس داري بولن كأمڤت دان 1844</w:t>
      </w:r>
    </w:p>
    <w:p>
      <w:pPr>
        <w:pStyle w:val="ArticleBody"/>
        <w:jc w:val="left"/>
      </w:pPr>
      <w:r>
        <w:rPr>
          <w:rFonts w:ascii="Times New Roman" w:hAnsi="Times New Roman" w:eastAsia="Times New Roman" w:cs="Times New Roman"/>
        </w:rPr>
        <w:t>حزقیێل لە بەشی یەکەم، ئایەتی یەک و دوودا، لە ڕۆژی پێنجەمی مانگی چوارەم دایە، کە هاوتەریبە لەگەڵ ناوەڕاستی بزووتنەوەی مانگی حەوتەم لە ساڵی 1844. حزقیێل لە نێوانی 19ی نیسان و 22ی تشرینی یەکەمی 1844دا لە ناوەڕاستدایە، هەروەک ساموێل سنۆ، پەیامبەری بانگی نیوەشەو لە 1844، کاتێک یەکەم دیدی ڕوونی خۆی بۆ پەیامەکە لە بۆستن پێشکەش کرد، 93 ڕۆژ دوای 19ی نیسان و 93 ڕۆژ پێش ئەوەی دەرگا لە 22ی تشرینی یەکەمی 1844 داخرا. ساموێل سنۆ لە 21ی تەممووزی 1844 لە بۆستن بوو، لە ناوەڕاستی بزووتنەوەی مانگی حەوتەمدا، بێ ئەوەی بزانێت بە شێوەی پێشبینییەتی لەگەڵ پەترۆس لەسەر شاخی دگرگۆڕینی شێوە، حزقیێل لە ساڵی سییەمی خولی حوبیلی هەڤدەهەم، و دەستدانەوەی دووهەمی دانیال لە بینینی ئاوێنەیی بەشی دەدا وەستابوو. 2026 ساڵی چل و حەوتەمی خولی حوبیلی حەفتادەم نیشان دەدات، کە لە 2028 کۆتایی دێت.</w:t>
      </w:r>
    </w:p>
    <w:p>
      <w:pPr>
        <w:pStyle w:val="ArticleHeading"/>
        <w:jc w:val="left"/>
      </w:pPr>
      <w:r>
        <w:rPr>
          <w:rFonts w:ascii="Arial" w:hAnsi="Arial" w:eastAsia="Arial" w:cs="Arial"/>
        </w:rPr>
        <w:t>صُور</w:t>
      </w:r>
    </w:p>
    <w:p>
      <w:pPr>
        <w:pStyle w:val="ArticleBody"/>
        <w:jc w:val="left"/>
      </w:pPr>
      <w:r>
        <w:rPr>
          <w:rFonts w:ascii="Times New Roman" w:hAnsi="Times New Roman" w:eastAsia="Times New Roman" w:cs="Times New Roman"/>
        </w:rPr>
        <w:t>Jusalayim gu nuḍkera biyya Ezk’el siɗisoo taariikhotaatti deebiʼuun keenya dura, jalqaba Tiroos irratti labsame taariikha tokko adda baasuu qabna.</w:t>
      </w:r>
    </w:p>
    <w:p>
      <w:pPr>
        <w:pStyle w:val="ArticleScripture"/>
        <w:jc w:val="left"/>
      </w:pPr>
      <w:r>
        <w:rPr>
          <w:rFonts w:ascii="Times New Roman" w:hAnsi="Times New Roman" w:eastAsia="Times New Roman" w:cs="Times New Roman"/>
        </w:rPr>
        <w:t>ئۇنداق بولدىكى، ئون بىرىنچى يىلى، ئاينىڭ بىرىنچى كۈنىدە، پەرۋەردىگارنىڭ سۆزى ماڭا كېلىپ مۇنداق دېدى: «ئى ئىنسان ئوغلى، چۈنكى تىروس يېرۇسالېمغا قارشى: “ھاھا، خەلقلەرنىڭ دەرۋازىسى بولغان ئۇ شەھەر سۇنۇپتۇ؛ ئۇ ماڭا بۇرۇلدى؛ ئەمدى ئۇ ۋەيران بولغاچقا، مەن تولدۇرىلىمەن” دەپتۇ؛ شۇنىڭ ئۈچۈن رەب پەرۋەردىگار مۇنداق دەيدۇ: “مانا، ئى تىروس، مەن ساڭا قارشىمەن؛ دېڭىز ئۆزىنىڭ دولقۇنلىرىنى ئۆرلىتىپ كەلتۈرگەندەك، كۆپ مىللەتلەرنى ساڭا قارشى ئۆرلىتىپ كەلتۈرىمەن. ئۇلار تىروسنىڭ تاملىرىنى ۋەيران قىلىدۇ، مۇنارلىرىنى يىقىدۇ؛ مەن يەنە ئۇنىڭ توپىسىنى ئۈستىدىن سىيرىپ تاشلاپ، ئۇنى قورام تاشنىڭ چوققىسىدەك قىلىمەن. ئۇ دېڭىز ئوتتۇرىسىدا تور يايىدىغان بىر جاي بولىدۇ؛ چۈنكى بۇنى مەن سۆزلىدىم، — دەيدۇ رەب پەرۋەردىگار؛ — ئۇ مىللەتلەرگە ئولجا بولىدۇ. ئېتىزدىكى ئۇنىڭ قىز شەھەرلىرى قىلىچ بىلەن ئۆلتۈرۈلىدۇ؛ شۇ چاغدا ئۇلار مەننىڭ پەرۋەردىگار ئىكەنلىكىمنى بىلىدۇ. چۈنكى رەب پەرۋەردىگار مۇنداق دەيدۇ: مانا، مەن شىمالدىن بابىل پادىشاھى نىبۇكادنېزارنى، پادىشاھلارنىڭ پادىشاھىنى، ئاتلار بىلەن، جەڭ ھارۋىلىرى بىلەن، ئاتلىقلار بىلەن، قوشۇنلار بىلەن ۋە ناھايىتى كۆپ خەلق بىلەن تىروس ئۈستىگە كەلتۈرىمەن.»</w:t>
      </w:r>
    </w:p>
    <w:p>
      <w:pPr>
        <w:pStyle w:val="ArticleScripture"/>
        <w:jc w:val="left"/>
      </w:pPr>
      <w:r>
        <w:rPr>
          <w:rFonts w:ascii="Times New Roman" w:hAnsi="Times New Roman" w:eastAsia="Times New Roman" w:cs="Times New Roman"/>
        </w:rPr>
        <w:t>Nya mabuay na ayepatayan na siwaw a babbaymo id idi tanap; ya mangaramid siwaw na kuta a maibusor kenka, ya mangitumpok siwaw na taytay a daga a maibusor kenka, ya iyangatna ti kalasagna a maibusor kenka. Ket ipasdekna dagiti al-alia ti gubat a maibusor kadagiti padermo, ket babaen kadagiti wasayna a pukpukawenna dagiti torremo. Gapú iti kinaad-adu dagiti kabalionna, ti tapokda ket abbongannaka; agkintayegto dagiti padermo iti uni dagiti nakasakay iti kaballo, ken dagiti gulong, ken dagiti karuahe, inton sumrek isuna kadagiti ruanganmo, a kas iti pannakasrek dagiti tattao iti maysa a siudad a naburak. Babaen kadagiti kuko dagiti kabalionna, pagarupenanto amin dagiti kalsadam; papatayenna dagiti tattaom babaen ti kampilan, ket dagiti napigsa a garisonmo ket mapukawda agingga iti daga. Ket aramiden da a samsam dagiti kinabaknangmo, ket aramiden da a tiniliwda dagiti pagtagilakmo; ket dadaelenda dagiti padermo, ken dadaelenda dagiti napintas a balbalaymo; ket ibellengda dagiti batbato, ken dagiti kayo, ken ti tapokmo iti tengnga ti danum. Ket pagtalnaekto ti uni dagiti kantam; ket ti ung-uneg dagiti arpam ket saanton a mangngeg. Ket aramidekto nga umaspingka iti tuktok ti bato: agbalinkanto a dissuan dagiti iket; saankanton a mabangon manen: ta siak a Jehova ti nagsao dayta, kuna ti Apo a Dios.</w:t>
      </w:r>
    </w:p>
    <w:p>
      <w:pPr>
        <w:pStyle w:val="ArticleScripture"/>
        <w:jc w:val="left"/>
      </w:pPr>
      <w:r>
        <w:rPr>
          <w:rFonts w:ascii="Times New Roman" w:hAnsi="Times New Roman" w:eastAsia="Times New Roman" w:cs="Times New Roman"/>
        </w:rPr>
        <w:t>دې رَبُ الْاِله تيُروس ته داسې فرمايي: آيا ټاپوګان به ستا د لوېدو په اواز ونه رېږدي، کله چې ټپيان چيغې وهي، کله چې ستا په منځ کې عامه وژنه وشي؟ بيا به د سمندر ټول شهزادګان له خپلو تختونو راکوز شي، خپلې چپنې به کېږدي، او خپل ګنډل شوي کالي به وباسي؛ هغوی به ځانونه په لړزېدو وپوښي؛ پر ځمکه به کښېني، او هره شېبه به ورېږي، او ستا له کبله به حيرانېږي. او هغوی به ستا لپاره نوحه پورته کړي، او تا ته به ووايي: ته څنګه تباه شوې، اې هغه چې د سمندري خلکو له خوا آبادېده، اې نامتو ښار، چې په سمندر کې زورور وې، ته او ستا اوسېدونکي، چې پر ټولو هغو چې په کې اوسېدل خپله وېره به مو اچوله! اوس به د ستا د لوېدو په ورځ ټاپوګان ورېږي؛ هو، هغه ټاپوګان چې په سمندر کې دي ستا په تللو به وارخطا شي. ځکه چې رَبُ الْاِله داسې فرمايي: کله چې زه تا يو وران ښار وګرځوم، لکه هغه ښارونه چې څوک په کې نه اوسي؛ کله چې زه ژورې اوبه پر تا راوخېژوم، او لويې اوبه دې پټې کړي؛ کله چې زه تا له هغو سره ښکته بوځم چې کندې ته کښته کېږي، د پخوانيو زمانو له خلکو سره، او تا د ځمکې په ټيټو ځايونو کې، په هغو ځايونو کې چې له پخوا راهيسې وران دي، له هغو سره چې کندې ته کښته کېږي، کېنوم، څو ته بيا آباد نه شې؛ او زه به د ژونديو په ځمکه کې جلال قائم کړم؛ زه به تا د وېرې يو مثال وګرځوم، او ته به نور نه يې: که څه هم ستا لټون وشي، بيا به هېڅکله بيا ونه موندل شې، رَبُ الْاِله فرمايي. حزقي‌ايل 26:1–21.</w:t>
      </w:r>
    </w:p>
    <w:p>
      <w:pPr>
        <w:pStyle w:val="ArticleBody"/>
        <w:jc w:val="left"/>
      </w:pPr>
      <w:r>
        <w:rPr>
          <w:rFonts w:ascii="Ebrima" w:hAnsi="Ebrima" w:eastAsia="Ebrima" w:cs="Ebrima"/>
        </w:rPr>
        <w:t>የጢሮስ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በተፈረሰችበት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ተነገረ፣</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በሚመጣው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መገልበጡን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ጢሮስ</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ገለበጠች</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ይላታል፤</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የሕዝቡ</w:t>
      </w:r>
      <w:r>
        <w:rPr>
          <w:rFonts w:ascii="Times New Roman" w:hAnsi="Times New Roman" w:eastAsia="Times New Roman" w:cs="Times New Roman"/>
        </w:rPr>
        <w:t xml:space="preserve"> </w:t>
      </w:r>
      <w:r>
        <w:rPr>
          <w:rFonts w:ascii="Ebrima" w:hAnsi="Ebrima" w:eastAsia="Ebrima" w:cs="Ebrima"/>
        </w:rPr>
        <w:t>በሮች</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የሚጠራት</w:t>
      </w:r>
      <w:r>
        <w:rPr>
          <w:rFonts w:ascii="Times New Roman" w:hAnsi="Times New Roman" w:eastAsia="Times New Roman" w:cs="Times New Roman"/>
        </w:rPr>
        <w:t xml:space="preserve"> </w:t>
      </w:r>
      <w:r>
        <w:rPr>
          <w:rFonts w:ascii="Ebrima" w:hAnsi="Ebrima" w:eastAsia="Ebrima" w:cs="Ebrima"/>
        </w:rPr>
        <w:t>የሎዶቅያ</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መሆኗን</w:t>
      </w:r>
      <w:r>
        <w:rPr>
          <w:rFonts w:ascii="Times New Roman" w:hAnsi="Times New Roman" w:eastAsia="Times New Roman" w:cs="Times New Roman"/>
        </w:rPr>
        <w:t xml:space="preserve"> </w:t>
      </w:r>
      <w:r>
        <w:rPr>
          <w:rFonts w:ascii="Ebrima" w:hAnsi="Ebrima" w:eastAsia="Ebrima" w:cs="Ebrima"/>
        </w:rPr>
        <w:t>ትለያለች።</w:t>
      </w:r>
      <w:r>
        <w:rPr>
          <w:rFonts w:ascii="Times New Roman" w:hAnsi="Times New Roman" w:eastAsia="Times New Roman" w:cs="Times New Roman"/>
        </w:rPr>
        <w:t xml:space="preserve"> </w:t>
      </w:r>
      <w:r>
        <w:rPr>
          <w:rFonts w:ascii="Ebrima" w:hAnsi="Ebrima" w:eastAsia="Ebrima" w:cs="Ebrima"/>
        </w:rPr>
        <w:t>ጢሮስ</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ነበረች</w:t>
      </w:r>
      <w:r>
        <w:rPr>
          <w:rFonts w:ascii="Times New Roman" w:hAnsi="Times New Roman" w:eastAsia="Times New Roman" w:cs="Times New Roman"/>
        </w:rPr>
        <w:t xml:space="preserve">” </w:t>
      </w:r>
      <w:r>
        <w:rPr>
          <w:rFonts w:ascii="Ebrima" w:hAnsi="Ebrima" w:eastAsia="Ebrima" w:cs="Ebrima"/>
        </w:rPr>
        <w:t>የሕዝቡ</w:t>
      </w:r>
      <w:r>
        <w:rPr>
          <w:rFonts w:ascii="Times New Roman" w:hAnsi="Times New Roman" w:eastAsia="Times New Roman" w:cs="Times New Roman"/>
        </w:rPr>
        <w:t xml:space="preserve"> </w:t>
      </w:r>
      <w:r>
        <w:rPr>
          <w:rFonts w:ascii="Ebrima" w:hAnsi="Ebrima" w:eastAsia="Ebrima" w:cs="Ebrima"/>
        </w:rPr>
        <w:t>በሮች</w:t>
      </w:r>
      <w:r>
        <w:rPr>
          <w:rFonts w:ascii="Times New Roman" w:hAnsi="Times New Roman" w:eastAsia="Times New Roman" w:cs="Times New Roman"/>
        </w:rPr>
        <w:t xml:space="preserve"> </w:t>
      </w:r>
      <w:r>
        <w:rPr>
          <w:rFonts w:ascii="Ebrima" w:hAnsi="Ebrima" w:eastAsia="Ebrima" w:cs="Ebrima"/>
        </w:rPr>
        <w:t>መሆኗን</w:t>
      </w:r>
      <w:r>
        <w:rPr>
          <w:rFonts w:ascii="Times New Roman" w:hAnsi="Times New Roman" w:eastAsia="Times New Roman" w:cs="Times New Roman"/>
        </w:rPr>
        <w:t xml:space="preserve"> </w:t>
      </w:r>
      <w:r>
        <w:rPr>
          <w:rFonts w:ascii="Ebrima" w:hAnsi="Ebrima" w:eastAsia="Ebrima" w:cs="Ebrima"/>
        </w:rPr>
        <w:t>በአልፎ</w:t>
      </w:r>
      <w:r>
        <w:rPr>
          <w:rFonts w:ascii="Times New Roman" w:hAnsi="Times New Roman" w:eastAsia="Times New Roman" w:cs="Times New Roman"/>
        </w:rPr>
        <w:t xml:space="preserve"> </w:t>
      </w:r>
      <w:r>
        <w:rPr>
          <w:rFonts w:ascii="Ebrima" w:hAnsi="Ebrima" w:eastAsia="Ebrima" w:cs="Ebrima"/>
        </w:rPr>
        <w:t>የተጠቀሰ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ትገልጻለች።</w:t>
      </w:r>
      <w:r>
        <w:rPr>
          <w:rFonts w:ascii="Times New Roman" w:hAnsi="Times New Roman" w:eastAsia="Times New Roman" w:cs="Times New Roman"/>
        </w:rPr>
        <w:t xml:space="preserve"> “</w:t>
      </w:r>
      <w:r>
        <w:rPr>
          <w:rFonts w:ascii="Ebrima" w:hAnsi="Ebrima" w:eastAsia="Ebrima" w:cs="Ebrima"/>
        </w:rPr>
        <w:t>በር</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አቀራረብ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Ve maña qorqqan hám ayttı: Bul jay qanday qorqınıshlı! Bul Qudaydıń úyinen basqa emes, bul ásmannıń qapası eken. Soń Jacob tańerteń erte turıp, basına qoyğan tasın alıp, onı baǵana etip tikledi hám üstine may quydı. Hám ol sol jerdıń atın Bethel dep atadı; biraq áwel ol qalanyń atı Luz edi. Genesis 28:17–19.</w:t>
      </w:r>
    </w:p>
    <w:p>
      <w:pPr>
        <w:pStyle w:val="ArticleBody"/>
        <w:jc w:val="left"/>
      </w:pPr>
      <w:r>
        <w:rPr>
          <w:rFonts w:ascii="Times New Roman" w:hAnsi="Times New Roman" w:eastAsia="Times New Roman" w:cs="Times New Roman"/>
        </w:rPr>
        <w:t>Зуугий гьуэ «Бетхел» мэгъанэщ «Тхьэм и унэ», а Тыр лъытэу фэхъушхэрэм Лаодикэям щыгъэу IуэхущыIэ зэхыхьэхэм и цIыфм зэрыхэтхэрэм зэрыхъуэжыпIэ зэрыщIагъэу, нэфэгъуагъэу къигъуэт. Ауэ махуэм щызэхэтхэм япэщIэу зэрыщытщ псалъэм къэкIуэну зэрыхъуакIэу, Тхьэм ИезекиилькIэ жиIэр: «Сэ уэ сищIэкIуэд, ей Тыр; сэ къысхуэсщIынщ къэрал куэд уэ къыдэкIуэну, тэнджызым и дэгъуэхэр зэрыкъыздэкIуэм хуэдэу. Ахуэдэхэр Тырым и пхъуантIэхэр зэхахынущ, арыкIэ и башняхэр игъэбгъэнунущ».</w:t>
      </w:r>
    </w:p>
    <w:p>
      <w:pPr>
        <w:pStyle w:val="ArticleBody"/>
        <w:jc w:val="left"/>
      </w:pPr>
      <w:r>
        <w:rPr>
          <w:rFonts w:ascii="Nirmala UI" w:hAnsi="Nirmala UI" w:eastAsia="Nirmala UI" w:cs="Nirmala UI"/>
        </w:rPr>
        <w:t>ଫାଟକ</w:t>
      </w:r>
      <w:r>
        <w:rPr>
          <w:rFonts w:ascii="Times New Roman" w:hAnsi="Times New Roman" w:eastAsia="Times New Roman" w:cs="Times New Roman"/>
        </w:rPr>
        <w:t xml:space="preserve"> “</w:t>
      </w:r>
      <w:r>
        <w:rPr>
          <w:rFonts w:ascii="Nirmala UI" w:hAnsi="Nirmala UI" w:eastAsia="Nirmala UI" w:cs="Nirmala UI"/>
        </w:rPr>
        <w:t>ତୀରୁସର</w:t>
      </w:r>
      <w:r>
        <w:rPr>
          <w:rFonts w:ascii="Times New Roman" w:hAnsi="Times New Roman" w:eastAsia="Times New Roman" w:cs="Times New Roman"/>
        </w:rPr>
        <w:t xml:space="preserve"> </w:t>
      </w:r>
      <w:r>
        <w:rPr>
          <w:rFonts w:ascii="Nirmala UI" w:hAnsi="Nirmala UI" w:eastAsia="Nirmala UI" w:cs="Nirmala UI"/>
        </w:rPr>
        <w:t>ପ୍ରାଚୀର</w:t>
      </w:r>
      <w:r>
        <w:rPr>
          <w:rFonts w:ascii="Times New Roman" w:hAnsi="Times New Roman" w:eastAsia="Times New Roman" w:cs="Times New Roman"/>
        </w:rPr>
        <w:t xml:space="preserve">” </w:t>
      </w:r>
      <w:r>
        <w:rPr>
          <w:rFonts w:ascii="Nirmala UI" w:hAnsi="Nirmala UI" w:eastAsia="Nirmala UI" w:cs="Nirmala UI"/>
        </w:rPr>
        <w:t>ତୀରୁସର</w:t>
      </w:r>
      <w:r>
        <w:rPr>
          <w:rFonts w:ascii="Times New Roman" w:hAnsi="Times New Roman" w:eastAsia="Times New Roman" w:cs="Times New Roman"/>
        </w:rPr>
        <w:t xml:space="preserve"> </w:t>
      </w:r>
      <w:r>
        <w:rPr>
          <w:rFonts w:ascii="Nirmala UI" w:hAnsi="Nirmala UI" w:eastAsia="Nirmala UI" w:cs="Nirmala UI"/>
        </w:rPr>
        <w:t>ସୁରକ୍ଷାକୁ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ପ୍ରାଚୀର</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 xml:space="preserve"> </w:t>
      </w:r>
      <w:r>
        <w:rPr>
          <w:rFonts w:ascii="Nirmala UI" w:hAnsi="Nirmala UI" w:eastAsia="Nirmala UI" w:cs="Nirmala UI"/>
        </w:rPr>
        <w:t>ଆଜ୍ଞାର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ଅଟେ।</w:t>
      </w:r>
    </w:p>
    <w:p>
      <w:pPr>
        <w:pStyle w:val="ArticleScripture"/>
        <w:jc w:val="left"/>
      </w:pPr>
      <w:r>
        <w:rPr>
          <w:rFonts w:ascii="Times New Roman" w:hAnsi="Times New Roman" w:eastAsia="Times New Roman" w:cs="Times New Roman"/>
        </w:rPr>
        <w:t>«ولینبی ههنا قوماً فی زمن انحراف عام عن الحق والبر، یسعون إلی إعادة المبادئ التی هی أساس ملکوت الله. إنهم مرمّمو الثَّلْمة التی أُحدِثت فی شریعة الله—السور الذی أقامه حول مختاریه لحمایتهم، والذی تکون طاعتهم لوصایاه فی العدل والحق والطهارة حِرزهم الدائم.» الأنبیاء والملوک، 677.</w:t>
      </w:r>
    </w:p>
    <w:p>
      <w:pPr>
        <w:pStyle w:val="ArticleBody"/>
        <w:jc w:val="left"/>
      </w:pPr>
      <w:r>
        <w:rPr>
          <w:rFonts w:ascii="Nirmala UI" w:hAnsi="Nirmala UI" w:eastAsia="Nirmala UI" w:cs="Nirmala UI"/>
        </w:rPr>
        <w:t>দেউতার</w:t>
      </w:r>
      <w:r>
        <w:rPr>
          <w:rFonts w:ascii="Times New Roman" w:hAnsi="Times New Roman" w:eastAsia="Times New Roman" w:cs="Times New Roman"/>
        </w:rPr>
        <w:t xml:space="preserve"> </w:t>
      </w:r>
      <w:r>
        <w:rPr>
          <w:rFonts w:ascii="Nirmala UI" w:hAnsi="Nirmala UI" w:eastAsia="Nirmala UI" w:cs="Nirmala UI"/>
        </w:rPr>
        <w:t>বিধান</w:t>
      </w:r>
      <w:r>
        <w:rPr>
          <w:rFonts w:ascii="Times New Roman" w:hAnsi="Times New Roman" w:eastAsia="Times New Roman" w:cs="Times New Roman"/>
        </w:rPr>
        <w:t xml:space="preserve"> </w:t>
      </w:r>
      <w:r>
        <w:rPr>
          <w:rFonts w:ascii="Nirmala UI" w:hAnsi="Nirmala UI" w:eastAsia="Nirmala UI" w:cs="Nirmala UI"/>
        </w:rPr>
        <w:t>সুৰক্ষাৰ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প্ৰাচীৰ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বহুবচনত</w:t>
      </w:r>
      <w:r>
        <w:rPr>
          <w:rFonts w:ascii="Times New Roman" w:hAnsi="Times New Roman" w:eastAsia="Times New Roman" w:cs="Times New Roman"/>
        </w:rPr>
        <w:t xml:space="preserve"> “</w:t>
      </w:r>
      <w:r>
        <w:rPr>
          <w:rFonts w:ascii="Nirmala UI" w:hAnsi="Nirmala UI" w:eastAsia="Nirmala UI" w:cs="Nirmala UI"/>
        </w:rPr>
        <w:t>প্ৰাচীৰসমূহ</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সূচায়</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যুক্তৰাষ্ট্ৰৰ</w:t>
      </w:r>
      <w:r>
        <w:rPr>
          <w:rFonts w:ascii="Times New Roman" w:hAnsi="Times New Roman" w:eastAsia="Times New Roman" w:cs="Times New Roman"/>
        </w:rPr>
        <w:t xml:space="preserve"> Republican horn-</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প্ৰতীক</w:t>
      </w:r>
      <w:r>
        <w:rPr>
          <w:rFonts w:ascii="Times New Roman" w:hAnsi="Times New Roman" w:eastAsia="Times New Roman" w:cs="Times New Roman"/>
        </w:rPr>
        <w:t xml:space="preserve"> Tyrus-</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সুৰক্ষা</w:t>
      </w:r>
      <w:r>
        <w:rPr>
          <w:rFonts w:ascii="Times New Roman" w:hAnsi="Times New Roman" w:eastAsia="Times New Roman" w:cs="Times New Roman"/>
        </w:rPr>
        <w:t xml:space="preserve">’ </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সমৃদ্ধি</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সফলতা</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কৰিছিল।</w:t>
      </w:r>
    </w:p>
    <w:p>
      <w:pPr>
        <w:pStyle w:val="ArticleScripture"/>
        <w:jc w:val="left"/>
      </w:pPr>
      <w:r>
        <w:rPr>
          <w:rFonts w:ascii="Times New Roman" w:hAnsi="Times New Roman" w:eastAsia="Times New Roman" w:cs="Times New Roman"/>
        </w:rPr>
        <w:t>«Եւ նա ունէր երկու եղջիւր՝ գառի պէս»։ Գառանման եղջիւրները նշանաւորում են երիտասարդութիւն, անմեղութիւն եւ հեզութիւն՝ լիովին յարմար կերպով ներկայացնելով Միացեալ Նահանգների բնաւորութիւնը, երբ այն մարգարէին ներկայացուեց որպէս «ելնող»՝ 1798 թուականին։ Այն քրիստոնեայ աքսորեալների մէջ, որոնք նախ փախան Ամերիկա եւ ապաստան որոնեցին թագաւորական ճնշումից ու քահանայական անհանդուրժողութիւնից, կային շատեր, որոնք վճռեցին հիմնադրել կառավարութիւն՝ քաղաքացիական եւ կրօնական ազատութեան լայն հիմքի վրայ։ Նրանց հայեացքները արտայայտութիւն գտան Անկախութեան հռչակագրում, որը շարադրում է այն մեծ ճշմարտութիւնը, թէ «բոլոր մարդիկ ստեղծուած են հաւասար» եւ օժտուած են անօտարելի իրաւունքով՝ «կեանքի, ազատութեան եւ երջանկութեան ձգտման»։ Իսկ Սահմանադրութիւնը ժողովրդին երաշխաւորում է ինքնակառավարման իրաւունքը՝ սահմանելով, որ ժողովրդի քուէով ընտրուած ներկայացուցիչները պէտք է օրէնքները սահմանեն եւ գործադրեն։ Տրուեց նաեւ կրօնական հաւատի ազատութիւն, եւ իւրաքանչիւր մարդուն արտօնուեց երկրպագել Աստծուն՝ իր խղճի թելադրանքի համաձայն։ Հանրապետականութիւնը եւ Բողոքականութիւնը դարձան այդ ազգի հիմնարար սկզբունքները։ Այս սկզբունքներն են նրա զօրութեան եւ բարգաւաճման գաղտնիքը։ Քրիստոնեայ աշխարհի ամբողջ տարածքում ճնշուածներն ու ոտնահարուածները հետաքրքրութեամբ եւ յոյսով դարձրել են իրենց հայեացքը դէպի այս երկիրը։ Միլիոնաւորներ որոնել են նրա ափերը, եւ Միացեալ Նահանգները բարձրացել է երկրի ամենահզօր ազգերի շարքը։ …</w:t>
      </w:r>
    </w:p>
    <w:p>
      <w:pPr>
        <w:pStyle w:val="ArticleScripture"/>
        <w:jc w:val="left"/>
      </w:pPr>
      <w:r>
        <w:rPr>
          <w:rFonts w:ascii="Times New Roman" w:hAnsi="Times New Roman" w:eastAsia="Times New Roman" w:cs="Times New Roman"/>
        </w:rPr>
        <w:t>«Символын хурган төстэй эвэрнүүд ба луугийн дуу хоолой нь ийн төлөөлөгдөж буй үндэстний тунхагладаг зүйлс ба бодит үйл ажиллагааны хоорондох хурц зөрчлийг заана. Үндэстний “ярих” явдал гэдэг нь түүний хууль тогтоох болон шүүх эрх мэдэлтнүүдийн үйл ажиллагаа мөн. Ийм үйлдлээрээ тэрээр өөрийн бодлогын үндэс болгон дэвшүүлсэн эрх чөлөөт, энх тайванч зарчмуудыг худал болохыг илчлэх болно. Тэрээр “луугийн адил” ярьж, “анхны араатны бүх эрх мэдлийг” хэрэгжүүлнэ гэсэн эш үзүүллэг нь луу болон ирвэс мэт араатнаар төлөөлөгдсөн үндэстнүүдэд илэрсэн тэвчээргүй байдал ба хавчлагын сүнс хөгжихийг тодорхойгоор зөгнөн хэлж байна. Мөн хоёр эвэртэй араатан “газрыг болон түүн дээр оршин суугчдыг анхны араатанд мөргүүлэх болно” гэсэн мэдэгдэл нь энэ үндэстний эрх мэдэл папын засагт хүндэтгэл өргөх үйлдэл болох ямар нэг мөрдөх ёсыг албадан сахиулахад хэрэгжих ёстойг илтгэнэ.</w:t>
      </w:r>
    </w:p>
    <w:p>
      <w:pPr>
        <w:pStyle w:val="ArticleScripture"/>
        <w:jc w:val="left"/>
      </w:pPr>
      <w:r>
        <w:rPr>
          <w:rFonts w:ascii="Times New Roman" w:hAnsi="Times New Roman" w:eastAsia="Times New Roman" w:cs="Times New Roman"/>
        </w:rPr>
        <w:t>“Ямар нэгэн ийм үйлдэл нь энэ засгийн газрын зарчимд, түүний эрх чөлөөт байгууллын мөн чанарт, Тусгаар тогтнолын тунхаглалын шууд бөгөөд ёслол төгөлдөр мэдэгдлүүдэд, мөн Үндсэн хуульд шууд харшлах болно. Үндэстнийг үндэслэгчид сүмийн зүгээс иргэний эрх мэдлийг ашиглахаас, түүнээс зайлшгүй гарах үр дагавар болох тэвчээргүй байдал ба хавчлагаас сэргийлэхийг мэргэнээр зорьсон. Үндсэн хуульд ‘Конгресс шашин тогтоон байгуулахтай холбоотой ямар ч хууль гаргах ёсгүй, эсхүл түүнийг чөлөөтэй хэрэгжүүлэхийг хориглох ёсгүй’ гэж заасан байдаг, мөн ‘Америкийн Нэгдсэн Улсын дор аливаа албан тушаал буюу нийтийн итгэл хүлээлгэсэн үүрэгт тавигдах мэргэшлийн шаардлага болгон хэзээ ч ямар нэгэн шашны шалгуур шаардагдах ёсгүй’ гэж заасан байдаг. Үндэстний эрх чөлөөний эдгээр баталгааг илт зөрчсөн нөхцөлд л иргэний эрх мэдлээр аливаа шашны зан үйлийг албадан мөрдүүлж болно. Гэвч ийм үйлдлийн үл нийцэл нь бэлгэ тэмдэгт дүрслэгдсэнээс илүү биш юм. Хурганы адил эвэртэй араатан—тунхаглалын хувьд ариун, дөлгөөн, хор хөнөөлгүй атлаа—луу мэт ярьдаг.” Агуу тэмцэл, 441, 442.</w:t>
      </w:r>
    </w:p>
    <w:p>
      <w:pPr>
        <w:pStyle w:val="ArticleBody"/>
        <w:jc w:val="left"/>
      </w:pPr>
      <w:r>
        <w:rPr>
          <w:rFonts w:ascii="Times New Roman" w:hAnsi="Times New Roman" w:eastAsia="Times New Roman" w:cs="Times New Roman"/>
        </w:rPr>
        <w:t>Ամերիկայի Միացյալ Նահանգների հիմքը ներկայացված է Անկախության հռչակագրով և Սահմանադրությամբ, որոնք համապատասխանաբար ներկայացնում են բողոքականությունը և հանրապետականությունը։ Պաշտպանության և բարգավաճման «պարիսպները» հանրապետականությունն ու բողոքականությունն են, և կիրակնօրյա օրենքի ժամանակ թե՛ Անկախության հռչակագրի, թե՛ Սահմանադրության սկզբունքները տապալվում են, որովհետև Նաբուգոդոնոսորը «քո պարիսպների դեմ պատերազմական մեքենաներ պիտի կանգնեցնի, և իր կացիններով պիտի կործանի քո աշտարակները»։</w:t>
      </w:r>
    </w:p>
    <w:p>
      <w:pPr>
        <w:pStyle w:val="ArticleBody"/>
        <w:jc w:val="left"/>
      </w:pPr>
      <w:r>
        <w:rPr>
          <w:rFonts w:ascii="Times New Roman" w:hAnsi="Times New Roman" w:eastAsia="Times New Roman" w:cs="Times New Roman"/>
        </w:rPr>
        <w:t>Al na ley dominical ta destruí tur e “torennan”, y un torre ta un símbolo di un iglesia cu su filosofía fundamental ta representá pa un esfuerzo di hende pa salba su mes. Papia di Nimrod, e gran rebelde y su torre, nos ta haña informado den Prophets and Kings: “Ora cu e torre tabata parcialmente completá, un parti di dje a wordo ocupá como un lugá di biba pa e constructornan; otro apartamentonan, espléndidamente amoblá y adorná, tabata dedicá na nan ídolonan. E pueblo a regosihá den nan éxito, y a alabá e diosenan di plata y oro, y a para nan mes contra e Gobernante di cielo y tera.” Na e ley dominical Tiro ta regosihá cu Jerusalén a wordo derotá, pero apostasía nacional ta sigui pa ruina nacional, y e rey di nort lo deribá e murayanan y torennan di Estados Unidos.</w:t>
      </w:r>
    </w:p>
    <w:p>
      <w:pPr>
        <w:pStyle w:val="ArticleBody"/>
        <w:jc w:val="left"/>
      </w:pPr>
      <w:r>
        <w:rPr>
          <w:rFonts w:ascii="Times New Roman" w:hAnsi="Times New Roman" w:eastAsia="Times New Roman" w:cs="Times New Roman"/>
        </w:rPr>
        <w:t>بۆ ماوەی داهاتوو دەست پێ دەکەین بە باسکردنی شەش بەرواری ئۆرشەلیم لە حیزقیالدا لە وتاری داهاتوودا.</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চল্লিশতম পদ্যের গুপ্ত ইতিহাস — সাতাশ নম্বর</dc:title>
  <dc:subject>ئزكئل نمبر اَٺ</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