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Pusi tunkïr jiskʼa tʼaqan imantat sarnaqäwipa - Kimsa tunka pusini jakhu</w:t>
      </w:r>
    </w:p>
    <w:p>
      <w:pPr>
        <w:pStyle w:val="ArticleSubtitle"/>
        <w:jc w:val="left"/>
      </w:pPr>
      <w:r>
        <w:rPr>
          <w:rFonts w:ascii="Arial" w:hAnsi="Arial" w:eastAsia="Arial" w:cs="Arial"/>
        </w:rPr>
        <w:t>Ezequiel Tunka Phisqani Jakhu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Phisqa imantat phaxsi</w:t>
      </w:r>
    </w:p>
    <w:p>
      <w:pPr>
        <w:pStyle w:val="ArticleBody"/>
        <w:jc w:val="left"/>
      </w:pPr>
      <w:r>
        <w:rPr>
          <w:rFonts w:ascii="Times New Roman" w:hAnsi="Times New Roman" w:eastAsia="Times New Roman" w:cs="Times New Roman"/>
        </w:rPr>
        <w:t>Tunkïr jiskʼa tʼaqan uñachtʼayat Islaman yatiyäwipxa, Josiah Litch chachaw 1838 maran tunka phisqanïr jiskʼa tʼaqan qhanañchat pachampi chiktʼayasin uñtʼayäna. Uka pachanxa, uka profecian yaqhip chiqanakapax Litch chachatakix imantatäskänwa. 1840 maran agosto phaxsit 1 urukamaxa, Litch chachax “phisqa phaxsinaka” sat yatiyäwit 1838 marat qhipat jupar qhanstayatäkäna ukarjamaw jukʼamp phuqhat mä qhanañchäwi qillqat uñtʼayxäna. 1838 maranxa, Apocalipsis libron llätunkïr jaljapan “phisqa phaxsinaka” sat yatiyäwipat mä chiqax Litch chachatakix imantatäskänwa. Phisqa phaxsinaka tuqit profecian imantat chiqapan sellopax 1840 marat nayraw Litch chachataki jistʼaratäna, ukat uka sello jistʼarañaw 1840 marat 1844 marakamax Diosan chʼamapan uñachtʼayasiñap utjayäna.</w:t>
      </w:r>
    </w:p>
    <w:p>
      <w:pPr>
        <w:pStyle w:val="ArticleBody"/>
        <w:jc w:val="left"/>
      </w:pPr>
      <w:r>
        <w:rPr>
          <w:rFonts w:ascii="Times New Roman" w:hAnsi="Times New Roman" w:eastAsia="Times New Roman" w:cs="Times New Roman"/>
        </w:rPr>
        <w:t>Phisqïri jisk'a t'aqankir phisqa phaxsix 2026 marakamaw imantatäna. Elisabetax phisqa phaxsi imantasisin mistkäna ukhaxa, Maríaw jupamp mayachasïna. Maríax phisqa phaxsi imantasiñxa tunka virgen tawaqunakat parlir uñacht'äwimpiw chikachayi, kunattix Maríax, Elisabetat mayjaxa, usur virgen tawaqünwa, Elisabetasti wawanïñatak maranakap pasayxat usur warmïnwa. Uka pä yurïwix mayj mayja tuqit milagronakänwa, ukampis Maríax virgen tawaqünwa. Taqi profetanakaw akapachan tukusiñapat parlapxi, ukat qhipa urunakan Maríax uñacht'ayki uka virgen tawaqunakasti phisqa yatiñani virgen tawaqunakawa; jupanakaw kimsïri angelan Filadelfia unxtäwipaxa, ukat pataka pusi tunka pusini waranqar jakhutäpxiwa. Elisabetampi Maríampix Elisabetan phisqa phaxsi imantasiñap qhipat suxtïri phaxsinw jikisipxi. Phisqïri jisk'a t'aqankir phisqa phaxsix 2026 marakamaw imantatäna.</w:t>
      </w:r>
    </w:p>
    <w:p>
      <w:pPr>
        <w:pStyle w:val="ArticleBody"/>
        <w:jc w:val="left"/>
      </w:pPr>
      <w:r>
        <w:rPr>
          <w:rFonts w:ascii="Times New Roman" w:hAnsi="Times New Roman" w:eastAsia="Times New Roman" w:cs="Times New Roman"/>
        </w:rPr>
        <w:t>Juanax yurkäna ukhaxa, Maríax Nazaret markaruw kutt'xäna, Zacaríasasti janiw amüxänti. Maríax Elisabetampïskänwa, domingo uru imañ kamachin punkux jist'antaskäna ukapachkama, ukapachaw profeciax parli. Zacaríasax amukt'ayatäki uka alfa thakhi chimpüwa, ukhamarak yuqapan yurïwipan parlki uka omega thakhi chimpurakiwa. Zacaríasax qalltan ukhamarak tukuyan utjasa, nayrïr angelarusa kimsïr angelarusa uñacht'ayiwa. Elisabetax payïr angelan yatiyäwipawa, Maríasti phisqa phaxsi imantasïwin tukuyapan Elisabetamp mayachaski uka chika arum arnaqäwin yatiyäwipawa.</w:t>
      </w:r>
    </w:p>
    <w:p>
      <w:pPr>
        <w:pStyle w:val="ArticleBody"/>
        <w:jc w:val="left"/>
      </w:pPr>
      <w:r>
        <w:rPr>
          <w:rFonts w:ascii="Times New Roman" w:hAnsi="Times New Roman" w:eastAsia="Times New Roman" w:cs="Times New Roman"/>
        </w:rPr>
        <w:t>Noé chachana kimsaqallqu jaqinakani familiapaxa phisqa phaxsiwa arca manqhana imantatäna, ukatsti arcaxa Ararat qullu patxaruwa sayt'äna. Chika aruma arnaqäwixa Exeter markanwa payïr angelampi mayachasïna, ukatsti tunka virgen tawaqunakat parlir uñacht'äwi phuqasa, 1844 marana octubre phaxsina 22 urupana punku jist'antasiñapkamawa sarantaskakïna. Maríaxa Exeter markanwa Elisabetampi mayachasïna, ukatsti Juanina yurïwipkamawa sarantaskakïna.</w:t>
      </w:r>
    </w:p>
    <w:p>
      <w:pPr>
        <w:pStyle w:val="ArticleBody"/>
        <w:jc w:val="left"/>
      </w:pPr>
      <w:r>
        <w:rPr>
          <w:rFonts w:ascii="Times New Roman" w:hAnsi="Times New Roman" w:eastAsia="Times New Roman" w:cs="Times New Roman"/>
        </w:rPr>
        <w:t>1838 maran Litch chachat imantatäkäna uka yatiyäwix “phisqa phaxsi” siski uka yatiyäwïnwa. Uka phisqa phaxsinakan imantatäñapax arca manqhankir kimsaqallqu jaqinakampiw uñachtʼayasi; ukax Elisabethan usurïñapan nayrïr phisqa phaxsinakapan imantasitapawa. 1838 maranxa, Tatituw uka phisqa phaxsinakx amparapamp imxataskäna, uka phisqa phaxsinak patxat amparap apaqkäna ukhakama, ukhamatwa Litch chacharux phuqasiñapat tunka uru nayra uka urup qillqat tuqi yatiyañapatak jaytäna. Phisqa phaxsin yatiyäwipan sellopax qhipa urunakan apaqatäki ukhaxa, kunjamtï jichhax qhanstayasiski ukhama, jumax 1844 maran agosto phaxsin 12 urut 17 urukam Exeter markan campamenton apaskäna uka tantachäwin suxta urunakankasktawa, uka suxta urunakarux 1844 maran octubre phaxsin 22 urupankir jistʼantat punkukam suxta tunka suxtani urunakaw arkäna. Paqallqu tunka payani urunakaw utjäna, ukampis uka urunakax mä profecía siqir uchatäki, ukat thakhi chimpunakax sapa mayni jaljatäki ukhaxa, Exeter markan campamenton apaskäna uka tantachäwimp uñachtʼayat marka muyuntäwin chimpupax suxta urunakätap uñjasispawa, uka urunakarusti jistʼantat punkukam suxta tunka suxtani urunakaw arkäna. Profecía tuqitxa, uka pachax 6 6 6 ukhamaw uñachtʼayasi.</w:t>
      </w:r>
    </w:p>
    <w:p>
      <w:pPr>
        <w:pStyle w:val="ArticleBody"/>
        <w:jc w:val="left"/>
      </w:pPr>
      <w:r>
        <w:rPr>
          <w:rFonts w:ascii="Times New Roman" w:hAnsi="Times New Roman" w:eastAsia="Times New Roman" w:cs="Times New Roman"/>
        </w:rPr>
        <w:t>Exeter ukhat octubre phaxsin 22 urukam uñacht’ayatäki uka muyuntäwin sarnaqäwipaxa Cain chachan suxtïr generacionankir Lamech chachampiw uñacht’ayata. Phisqa phaxsit parlki uka profecian sellopa apaqatäxipanxa, ukharpachaw punkuxa jist’antasi. Juk’at juk’atwa jist’antasi, ukampis adventismotakixa uka juk’at juk’at jist’antasiñaxa 9/11 ukanwa qalltäna, muyuntäwinwa tukuyaraki. Muyuntäwixa purinkani ukhaxa, Cain chachat jutir Lamech chacha jan ukax Seth chachat jutir Lamech chacha kunjam chuymanïkänsa ukwa jumaxa uñacht’ayäta. Cain chachat jutir Lamech chachatakixa uka sarnaqäwin jakhupaxa 6 6 6 ukawa, Seth chachat jutir Lamech chachataki ukhamarak atipjir iglesiatakisti 7 7 7 ukarakiwa.</w:t>
      </w:r>
    </w:p>
    <w:p>
      <w:pPr>
        <w:pStyle w:val="ArticleBody"/>
        <w:jc w:val="left"/>
      </w:pPr>
      <w:r>
        <w:rPr>
          <w:rFonts w:ascii="Times New Roman" w:hAnsi="Times New Roman" w:eastAsia="Times New Roman" w:cs="Times New Roman"/>
        </w:rPr>
        <w:t>Pä Lamechampi, 666 jan ukax 777 jakhunakampiraki uñachtʼayatäki uka pä kasta jaqïñan qhanstañapaxa, Nashville markan nina muruqʼunakat utjkäna uka iwxtʼäwi tuqit kunatsa adventistanakax amukïpxäna sasin jisktʼasi ukhaxa, adventismo ukar taqi jaqinakan amuyup uñtayir utjäwinakampiw qallti. Jukʼamp jukʼamp jilxattir uka chʼaxwäwixa, niyaw purini uka domingo uru imañ leyin jistʼantat punkupat nayraqat uñjañjam mä uñachtʼäwiruw tuku; uka jistʼantat punkuxa, uka rampnam makhatasin arcar mantir uywanakampiw nayratpach uñachtʼayatäna. Jukʼamp jukʼamp jilxattir uka uñjañjam iwxtʼäwixa, Carmelo qullun Elíasar kunatï paskäna ukampi, 1844 maran Millerita sartäwimpis nayratpach uñachtʼayatarakïnwa.</w:t>
      </w:r>
    </w:p>
    <w:p>
      <w:pPr>
        <w:pStyle w:val="ArticleHeading"/>
        <w:jc w:val="left"/>
      </w:pPr>
      <w:r>
        <w:rPr>
          <w:rFonts w:ascii="Arial" w:hAnsi="Arial" w:eastAsia="Arial" w:cs="Arial"/>
        </w:rPr>
        <w:t>Muyuntäwin profecía tuqit uttʼäwipa</w:t>
      </w:r>
    </w:p>
    <w:p>
      <w:pPr>
        <w:pStyle w:val="ArticleBody"/>
        <w:jc w:val="left"/>
      </w:pPr>
      <w:r>
        <w:rPr>
          <w:rFonts w:ascii="Times New Roman" w:hAnsi="Times New Roman" w:eastAsia="Times New Roman" w:cs="Times New Roman"/>
        </w:rPr>
        <w:t>Markan t'unjäwipamp tukusir muyuntäwin profecía tuqit wakichäwipaxa mä chimpump qalltir ukhamarak mä chimpump tukusir mä pacha jalja uñacht'ayiwa. Ukaxa mä pacha jalja ukhamarak pachan mä chiqapa uñacht'ayiwa. Uñacht'äwi lurasiñ pacha jaljaxa kunayman tuqitwa uñacht'ayasi. Diosan amuyt'ayata qhanañchäwin aka kasta sapa profecía tuqit wakichäwixa ajjsarkañ animalan chimpupamp tukusir ajjsarkañ animalan uñacht'äwip tuqit yant'äwi pacha nayratpach uñacht'ayiwa.</w:t>
      </w:r>
    </w:p>
    <w:p>
      <w:pPr>
        <w:pStyle w:val="ArticleScripture"/>
        <w:jc w:val="left"/>
      </w:pPr>
      <w:r>
        <w:rPr>
          <w:rFonts w:ascii="Times New Roman" w:hAnsi="Times New Roman" w:eastAsia="Times New Roman" w:cs="Times New Roman"/>
        </w:rPr>
        <w:t>“‘Uka axsarkañ animalatak lurata uñachtʼäwi’ satäkis ukaxa, protestante iglesianakaxa dogmanakap phuqhayañatakix marka apnaqir chʼaman yanaptʼap thaqapxani ukapachan uttʼayasini uka iyawsäwit saranukut protestantismo kastaruw uñachtʼayi. ‘Uka axsarkañ animalan chimpupa’ satäkis ukaxa kun sañ munisa uk qhananchañatakïskiwa.” Jachʼa Chʼaxwäwi, 445.</w:t>
      </w:r>
    </w:p>
    <w:p>
      <w:pPr>
        <w:pStyle w:val="ArticleBody"/>
        <w:jc w:val="left"/>
      </w:pPr>
      <w:r>
        <w:rPr>
          <w:rFonts w:ascii="Times New Roman" w:hAnsi="Times New Roman" w:eastAsia="Times New Roman" w:cs="Times New Roman"/>
        </w:rPr>
        <w:t>Uka pachaxa ajjsarkañ animalataki ukhamarak uka animalar uñtasit jamuqan lurasïwipwa uñachtʼayi; lurasiskir uka jamuqaxa arsutapampi domingo uru imañatak mä kamachi utjayirjamäxi ukhaw uka animalan chimpupa munkir jan munkir katuqañax waytʼasi. Roman munañanïñapan chimpupaxa, Jerusalén markax tukjatäkäna ukhaw Nabucodonosor tuqi nayratpach uñachtʼayatäna. Babiloniäpas Romäpas, muyuntäwin uttʼäwipaxa qhipa urunakan alay tuqinkir reyiruw jukʼamp qhan uñachtʼayaski. Orhanan 1333 marat 1337 marakam muyuntäwipampi, 1449 maran julio phaxsin 27 urupat 1453 maran Constantinopla markar muyuntañkam utjkäna uka pusi maranakampixa, janiw 1840 maran agosto phaxsin 11 urupat 1844 maran octubre phaxsin 22 urupkam utjkäna uka pachak nayratpach uñachtʼayapkiti, jan ukasti uka muyuntäwinakax Biblian profeciapankir inti jalsu thayan wawanakapjam Islaman luräwipwa jukʼamp qhan uñachtʼayapxaraki. Alay tuqinkir reyita (Babilonia jan ukax Roma) ukhamarak inti jalsu thayat parlir amuyuxa, Daniel 11:45 ukan utjki uka “inti jalsu tuqita ukhamarak alay tuqita jutir yatiyäwinaka” satawa.</w:t>
      </w:r>
    </w:p>
    <w:p>
      <w:pPr>
        <w:pStyle w:val="ArticleScripture"/>
        <w:jc w:val="left"/>
      </w:pPr>
      <w:r>
        <w:rPr>
          <w:rFonts w:ascii="Times New Roman" w:hAnsi="Times New Roman" w:eastAsia="Times New Roman" w:cs="Times New Roman"/>
        </w:rPr>
        <w:t>Ukampisa inti jalsu tuqita ukhamaraki alay tuqita jutiri yatiyäwinakaxa juparuxa llakisiyaniwa: ukatwa jupaxa wali phiñasisaxa mistuni, walja jaqinakaru t'unjañataki, q'ala tukjañataki. Daniel 11:44.</w:t>
      </w:r>
    </w:p>
    <w:p>
      <w:pPr>
        <w:pStyle w:val="ArticleBody"/>
        <w:jc w:val="left"/>
      </w:pPr>
      <w:r>
        <w:rPr>
          <w:rFonts w:ascii="Times New Roman" w:hAnsi="Times New Roman" w:eastAsia="Times New Roman" w:cs="Times New Roman"/>
        </w:rPr>
        <w:t>1449 maran julio phaxsin 27 urut 1453 maran Constantinopla markar muyuntapkäna ukapachakam utjki uka pusi maranakaxa, janiw pusi maranakan mä pachak uñachtʼaykiti, jan ukasti, 1448 maran John Palaiologos jiwatapampi mayachtʼataxa, uka pachaxa phisqa maranakampiw uñachtʼayataraki.</w:t>
      </w:r>
    </w:p>
    <w:p>
      <w:pPr>
        <w:pStyle w:val="ArticleBody"/>
        <w:jc w:val="left"/>
      </w:pPr>
      <w:r>
        <w:rPr>
          <w:rFonts w:ascii="Times New Roman" w:hAnsi="Times New Roman" w:eastAsia="Times New Roman" w:cs="Times New Roman"/>
        </w:rPr>
        <w:t>Uka wakichäwixa Jerusalén markan pä kuti tukjatäwipansa, Noé chachan urunakapan utjkäna uka Uma Juicionsa uñacht'ayatawa. Ukaxa Egipto markan nayrïr Pascuankiwa, tukjir angelaxa punkun utjkäna uka wila chimp uñjañapaxa wakiskäna ukhaxa; uka punkuwa Faraonarusa ejercitoparusa qutar irpantäna, inti jalsu tuqinkir thayanakaxa antutatäpkäna ukat umanakaxa arsut uraqir mantañ punku jist'antapkäna ukakama. Uka wakichäwixa Pérgamo iglesian alfa sarnaqäwipankiwa, 313 marat 321 marankir nayrïr domingo uru tuqit kamachikama, ukat Pérgamon omega sarnaqäwipankirakiwa, 533 marankir Justinianon decretopat 538 marankir domingo uru tuqit kamachikama. Pérgamo tuqitxa, chimpuxa mä edictowa jan ukaxa mä decretowa, ukampis paypachawa mä pacha qalltayapxi, uka pachaxa domingo uru tuqit mä kamachimpiwa tukusi.</w:t>
      </w:r>
    </w:p>
    <w:p>
      <w:pPr>
        <w:pStyle w:val="ArticleBody"/>
        <w:jc w:val="left"/>
      </w:pPr>
      <w:r>
        <w:rPr>
          <w:rFonts w:ascii="Times New Roman" w:hAnsi="Times New Roman" w:eastAsia="Times New Roman" w:cs="Times New Roman"/>
        </w:rPr>
        <w:t>Ezequielan Jerusalén marka muyuntäwipana ukhamarak t'unjäwipana utt'äwipaxa janïr Cristox naskäna uka 587 marat 586 marakamänwa: pachan qalltapampi tukuyapampi jakthapisaxa pä maränwa, uka purap jan jakthapisaxa 1.5 maränwa. Profecian yaqha muyuntäwi utt'äwipaxa Panium ch'axwäw saräwin pä marapampirakiw uñacht'ayasi, uka saräwinxa janïr Cristox naskäna uka 200 maran Panium ch'axwäwimpi ukhamarak janïr Cristox naskäna uka 198 maran Sidón marka muyuntäwimpiw utjäna. Ezequielan warmipan jiwañapaxa Lamecan jiwañapampi, Juan Paleólogon jiwañapampi ukhamarak Panium ch'axwäwimpiw chikachasi.</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Pusi tunkïr jiskʼa tʼaqan imantat sarnaqäwipa - Kimsa tunka pusini jakhu</dc:title>
  <dc:subject>Ezequiel Tunka Phisqani Jakhu</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