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Kitapꞌeh Joel ukꞌot te Iglesia Adventista te Vencejlel Vukub Qꞌij ta Laodicea - Waxakeb Ajil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2025-12-09</w:t>
      </w:r>
    </w:p>
    <w:p>
      <w:pPr>
        <w:pStyle w:val="ArticleHeading"/>
        <w:jc w:val="left"/>
      </w:pPr>
      <w:r>
        <w:rPr>
          <w:rFonts w:ascii="Arial" w:hAnsi="Arial" w:eastAsia="Arial" w:cs="Arial"/>
        </w:rPr>
        <w:t>Номер восемь</w:t>
      </w:r>
    </w:p>
    <w:p>
      <w:pPr>
        <w:pStyle w:val="ArticleScripture"/>
        <w:jc w:val="left"/>
      </w:pPr>
      <w:r>
        <w:rPr>
          <w:rFonts w:ascii="Gadugi" w:hAnsi="Gadugi" w:eastAsia="Gadugi" w:cs="Gadugi"/>
        </w:rPr>
        <w:t>ᎦᎪ</w:t>
      </w:r>
      <w:r>
        <w:rPr>
          <w:rFonts w:ascii="Times New Roman" w:hAnsi="Times New Roman" w:eastAsia="Times New Roman" w:cs="Times New Roman"/>
        </w:rPr>
        <w:t xml:space="preserve"> </w:t>
      </w:r>
      <w:r>
        <w:rPr>
          <w:rFonts w:ascii="Gadugi" w:hAnsi="Gadugi" w:eastAsia="Gadugi" w:cs="Gadugi"/>
        </w:rPr>
        <w:t>ᎤᏪᏲᏂᏍᎬ</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ᏙᎦᏕᏲᎲ</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ᎦᎪ</w:t>
      </w:r>
      <w:r>
        <w:rPr>
          <w:rFonts w:ascii="Times New Roman" w:hAnsi="Times New Roman" w:eastAsia="Times New Roman" w:cs="Times New Roman"/>
        </w:rPr>
        <w:t xml:space="preserve"> </w:t>
      </w:r>
      <w:r>
        <w:rPr>
          <w:rFonts w:ascii="Gadugi" w:hAnsi="Gadugi" w:eastAsia="Gadugi" w:cs="Gadugi"/>
        </w:rPr>
        <w:t>ᎤᏬᎵᏤᎵᏍᏗ</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ᏧᏬᎵᏤᎲ</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ᎤᏬᎵᏤᎲ</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ᎠᎾᏗᎲᏍᎬ</w:t>
      </w:r>
      <w:r>
        <w:rPr>
          <w:rFonts w:ascii="Times New Roman" w:hAnsi="Times New Roman" w:eastAsia="Times New Roman" w:cs="Times New Roman"/>
        </w:rPr>
        <w:t xml:space="preserve"> </w:t>
      </w:r>
      <w:r>
        <w:rPr>
          <w:rFonts w:ascii="Gadugi" w:hAnsi="Gadugi" w:eastAsia="Gadugi" w:cs="Gadugi"/>
        </w:rPr>
        <w:t>ᎠᏥᏍᏗ</w:t>
      </w:r>
      <w:r>
        <w:rPr>
          <w:rFonts w:ascii="Times New Roman" w:hAnsi="Times New Roman" w:eastAsia="Times New Roman" w:cs="Times New Roman"/>
        </w:rPr>
        <w:t xml:space="preserve"> </w:t>
      </w:r>
      <w:r>
        <w:rPr>
          <w:rFonts w:ascii="Gadugi" w:hAnsi="Gadugi" w:eastAsia="Gadugi" w:cs="Gadugi"/>
        </w:rPr>
        <w:t>ᎤᎾᏗᏙᎲ</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ᎠᏓᏅᏏᏍᎬ</w:t>
      </w:r>
      <w:r>
        <w:rPr>
          <w:rFonts w:ascii="Times New Roman" w:hAnsi="Times New Roman" w:eastAsia="Times New Roman" w:cs="Times New Roman"/>
        </w:rPr>
        <w:t xml:space="preserve"> </w:t>
      </w:r>
      <w:r>
        <w:rPr>
          <w:rFonts w:ascii="Gadugi" w:hAnsi="Gadugi" w:eastAsia="Gadugi" w:cs="Gadugi"/>
        </w:rPr>
        <w:t>ᎤᎾᏓᏡᎬ</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Çünki hökm hökmün üstünə, hökm hökmün üstünə; sətir sətirin üstünə, sətir sətirin üstünə; burada bir az, orada bir az olmalıdır. Çünki O, bu xalqa kəkələyən dodaqlarla və başqa dillə danışacaqdır. O onlara demişdi: “Yorğunu dincəldəcəyiniz rahatlıq budur, təzələnmə də budur”; lakin onlar eşitmək istəmədilər.</w:t>
      </w:r>
    </w:p>
    <w:p>
      <w:pPr>
        <w:pStyle w:val="ArticleScripture"/>
        <w:jc w:val="left"/>
      </w:pPr>
      <w:r>
        <w:rPr>
          <w:rFonts w:ascii="Times New Roman" w:hAnsi="Times New Roman" w:eastAsia="Times New Roman" w:cs="Times New Roman"/>
        </w:rPr>
        <w:t>Ama Yehova ọrọ si di fun wọn ni ẹ̀kọ́ lórí ẹ̀kọ́, ẹ̀kọ́ lórí ẹ̀kọ́; ìlà lórí ìlà, ìlà lórí ìlà; níbí díẹ̀, níbẹ̀ díẹ̀; kí wọn lè máa lọ, kí wọn sì ṣubú sẹ́yìn, kí a sì fọ́ wọn, kí a dẹ́ wọn mọ́ ìdẹ, kí a sì mú wọn.</w:t>
      </w:r>
    </w:p>
    <w:p>
      <w:pPr>
        <w:pStyle w:val="ArticleScripture"/>
        <w:jc w:val="left"/>
      </w:pPr>
      <w:r>
        <w:rPr>
          <w:rFonts w:ascii="Times New Roman" w:hAnsi="Times New Roman" w:eastAsia="Times New Roman" w:cs="Times New Roman"/>
        </w:rPr>
        <w:t>لهٰذا خداوند کا کلام سنو، اے ٹھٹھا کرنے والو، جو یروشلم میں اس قوم پر حکومت کرتے ہو۔ کیونکہ تم نے کہا ہے، ہم نے موت کے ساتھ عہد باندھا ہے، اور پاتال کے ساتھ ہمارا پیمان ہے؛ جب طغیانی کی کوڑے جیسی آفت گزرے گی تو وہ ہم تک نہ پہنچے گی، کیونکہ ہم نے جھوٹ کو اپنی پناہ گاہ بنایا ہے، اور فریب کے نیچے ہم نے اپنے آپ کو چھپا لیا ہے۔ اس لیے خداوند خدا یوں فرماتا ہے، دیکھو، میں صیون میں بنیاد کے لیے ایک پتھر رکھتا ہوں، آزمایا ہوا پتھر، قیمتی کونے کے سرے کا پتھر، مضبوط بنیاد: جو ایمان لائے گا وہ ہرگز نہ گھبرائے گا۔ اور میں انصاف کو پیمانہ، اور راستبازی کو شاقول ٹھہراؤں گا؛ اور اولے جھوٹ کی پناہ گاہ کو بہا لے جائیں گے، اور پانی چھپنے کی جگہ پر چھا جائیں گے۔ اور موت کے ساتھ تمہارا عہد منسوخ کر دیا جائے گا، اور پاتال کے ساتھ تمہارا پیمان قائم نہ رہے گا؛ جب طغیانی کی کوڑے جیسی آفت گزرے گی، تب تم اس سے پامال کیے جاؤ گے۔ یسعیاہ 28:9–18۔</w:t>
      </w:r>
    </w:p>
    <w:p>
      <w:pPr>
        <w:pStyle w:val="ArticleBody"/>
        <w:jc w:val="left"/>
      </w:pPr>
      <w:r>
        <w:rPr>
          <w:rFonts w:ascii="Times New Roman" w:hAnsi="Times New Roman" w:eastAsia="Times New Roman" w:cs="Times New Roman"/>
        </w:rPr>
        <w:t>Yerushalayimta mandaynaq allaqa nashqok atatnna, Laodicean Seventh-day Adventist beta-kristiyan gitaqot; qassay qurtsumishshay, Isaiah eti “Ephraim sakorite”nne “otti qopho”nne xayis. Pentecostan Peter, qaalay sakorita ashootsi qaalan qajjisayssana giiseyta asaassi zaaris. Wursseta irsha waqtay, tumaanne wordota wursseta irsha qaalayga gidiya. Godappe yiya qaalay ubba laythi nam77a qommo ammanayttota medhisa, nam77u qommoykka woine uyyo. Geeshshida qaalay woy geeshshida woine, Joelan amanettibeenna doonaappe qanxxettidaage.</w:t>
      </w:r>
    </w:p>
    <w:p>
      <w:pPr>
        <w:pStyle w:val="ArticleScripture"/>
        <w:jc w:val="left"/>
      </w:pPr>
      <w:r>
        <w:rPr>
          <w:rFonts w:ascii="Times New Roman" w:hAnsi="Times New Roman" w:eastAsia="Times New Roman" w:cs="Times New Roman"/>
        </w:rPr>
        <w:t>Khyan, ay ay any kràa, na sunsum; na su, mo a monom bobesa nyinaa, esiane bobesa foforo no nti; efisɛ wɔatwa afi mo anom. Yoel 1:5.</w:t>
      </w:r>
    </w:p>
    <w:p>
      <w:pPr>
        <w:pStyle w:val="ArticleBody"/>
        <w:jc w:val="left"/>
      </w:pPr>
      <w:r>
        <w:rPr>
          <w:rFonts w:ascii="Ebrima" w:hAnsi="Ebrima" w:eastAsia="Ebrima" w:cs="Ebrima"/>
        </w:rPr>
        <w:t>በዮኤል</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የወይን</w:t>
      </w:r>
      <w:r>
        <w:rPr>
          <w:rFonts w:ascii="Times New Roman" w:hAnsi="Times New Roman" w:eastAsia="Times New Roman" w:cs="Times New Roman"/>
        </w:rPr>
        <w:t xml:space="preserve"> </w:t>
      </w:r>
      <w:r>
        <w:rPr>
          <w:rFonts w:ascii="Ebrima" w:hAnsi="Ebrima" w:eastAsia="Ebrima" w:cs="Ebrima"/>
        </w:rPr>
        <w:t>ቦታው</w:t>
      </w:r>
      <w:r>
        <w:rPr>
          <w:rFonts w:ascii="Times New Roman" w:hAnsi="Times New Roman" w:eastAsia="Times New Roman" w:cs="Times New Roman"/>
        </w:rPr>
        <w:t xml:space="preserve"> </w:t>
      </w:r>
      <w:r>
        <w:rPr>
          <w:rFonts w:ascii="Ebrima" w:hAnsi="Ebrima" w:eastAsia="Ebrima" w:cs="Ebrima"/>
        </w:rPr>
        <w:t>ክፉ</w:t>
      </w:r>
      <w:r>
        <w:rPr>
          <w:rFonts w:ascii="Times New Roman" w:hAnsi="Times New Roman" w:eastAsia="Times New Roman" w:cs="Times New Roman"/>
        </w:rPr>
        <w:t xml:space="preserve"> </w:t>
      </w:r>
      <w:r>
        <w:rPr>
          <w:rFonts w:ascii="Ebrima" w:hAnsi="Ebrima" w:eastAsia="Ebrima" w:cs="Ebrima"/>
        </w:rPr>
        <w:t>አራሾች፣</w:t>
      </w:r>
      <w:r>
        <w:rPr>
          <w:rFonts w:ascii="Times New Roman" w:hAnsi="Times New Roman" w:eastAsia="Times New Roman" w:cs="Times New Roman"/>
        </w:rPr>
        <w:t xml:space="preserve"> </w:t>
      </w:r>
      <w:r>
        <w:rPr>
          <w:rFonts w:ascii="Ebrima" w:hAnsi="Ebrima" w:eastAsia="Ebrima" w:cs="Ebrima"/>
        </w:rPr>
        <w:t>ላኦዴቅያዊቱን</w:t>
      </w:r>
      <w:r>
        <w:rPr>
          <w:rFonts w:ascii="Times New Roman" w:hAnsi="Times New Roman" w:eastAsia="Times New Roman" w:cs="Times New Roman"/>
        </w:rPr>
        <w:t xml:space="preserve"> </w:t>
      </w:r>
      <w:r>
        <w:rPr>
          <w:rFonts w:ascii="Ebrima" w:hAnsi="Ebrima" w:eastAsia="Ebrima" w:cs="Ebrima"/>
        </w:rPr>
        <w:t>የሰባተኛ</w:t>
      </w:r>
      <w:r>
        <w:rPr>
          <w:rFonts w:ascii="Times New Roman" w:hAnsi="Times New Roman" w:eastAsia="Times New Roman" w:cs="Times New Roman"/>
        </w:rPr>
        <w:t xml:space="preserve"> </w:t>
      </w:r>
      <w:r>
        <w:rPr>
          <w:rFonts w:ascii="Ebrima" w:hAnsi="Ebrima" w:eastAsia="Ebrima" w:cs="Ebrima"/>
        </w:rPr>
        <w:t>ቀን</w:t>
      </w:r>
      <w:r>
        <w:rPr>
          <w:rFonts w:ascii="Times New Roman" w:hAnsi="Times New Roman" w:eastAsia="Times New Roman" w:cs="Times New Roman"/>
        </w:rPr>
        <w:t xml:space="preserve"> </w:t>
      </w:r>
      <w:r>
        <w:rPr>
          <w:rFonts w:ascii="Ebrima" w:hAnsi="Ebrima" w:eastAsia="Ebrima" w:cs="Ebrima"/>
        </w:rPr>
        <w:t>አድቬንቲስት</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ክርስቲያን</w:t>
      </w:r>
      <w:r>
        <w:rPr>
          <w:rFonts w:ascii="Times New Roman" w:hAnsi="Times New Roman" w:eastAsia="Times New Roman" w:cs="Times New Roman"/>
        </w:rPr>
        <w:t xml:space="preserve"> </w:t>
      </w:r>
      <w:r>
        <w:rPr>
          <w:rFonts w:ascii="Ebrima" w:hAnsi="Ebrima" w:eastAsia="Ebrima" w:cs="Ebrima"/>
        </w:rPr>
        <w:t>የሚወክሉት፣</w:t>
      </w:r>
      <w:r>
        <w:rPr>
          <w:rFonts w:ascii="Times New Roman" w:hAnsi="Times New Roman" w:eastAsia="Times New Roman" w:cs="Times New Roman"/>
        </w:rPr>
        <w:t xml:space="preserve"> “</w:t>
      </w:r>
      <w:r>
        <w:rPr>
          <w:rFonts w:ascii="Ebrima" w:hAnsi="Ebrima" w:eastAsia="Ebrima" w:cs="Ebrima"/>
        </w:rPr>
        <w:t>አዲሱ</w:t>
      </w:r>
      <w:r>
        <w:rPr>
          <w:rFonts w:ascii="Times New Roman" w:hAnsi="Times New Roman" w:eastAsia="Times New Roman" w:cs="Times New Roman"/>
        </w:rPr>
        <w:t xml:space="preserve"> </w:t>
      </w:r>
      <w:r>
        <w:rPr>
          <w:rFonts w:ascii="Ebrima" w:hAnsi="Ebrima" w:eastAsia="Ebrima" w:cs="Ebrima"/>
        </w:rPr>
        <w:t>ወይን</w:t>
      </w:r>
      <w:r>
        <w:rPr>
          <w:rFonts w:ascii="Times New Roman" w:hAnsi="Times New Roman" w:eastAsia="Times New Roman" w:cs="Times New Roman"/>
        </w:rPr>
        <w:t xml:space="preserve">” </w:t>
      </w:r>
      <w:r>
        <w:rPr>
          <w:rFonts w:ascii="Ebrima" w:hAnsi="Ebrima" w:eastAsia="Ebrima" w:cs="Ebrima"/>
        </w:rPr>
        <w:t>ከአፋቸው</w:t>
      </w:r>
      <w:r>
        <w:rPr>
          <w:rFonts w:ascii="Times New Roman" w:hAnsi="Times New Roman" w:eastAsia="Times New Roman" w:cs="Times New Roman"/>
        </w:rPr>
        <w:t xml:space="preserve"> “</w:t>
      </w:r>
      <w:r>
        <w:rPr>
          <w:rFonts w:ascii="Ebrima" w:hAnsi="Ebrima" w:eastAsia="Ebrima" w:cs="Ebrima"/>
        </w:rPr>
        <w:t>ተቈርጦ</w:t>
      </w:r>
      <w:r>
        <w:rPr>
          <w:rFonts w:ascii="Times New Roman" w:hAnsi="Times New Roman" w:eastAsia="Times New Roman" w:cs="Times New Roman"/>
        </w:rPr>
        <w:t xml:space="preserve">” </w:t>
      </w:r>
      <w:r>
        <w:rPr>
          <w:rFonts w:ascii="Ebrima" w:hAnsi="Ebrima" w:eastAsia="Ebrima" w:cs="Ebrima"/>
        </w:rPr>
        <w:t>መቈረጡ</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በተያያዘ</w:t>
      </w:r>
      <w:r>
        <w:rPr>
          <w:rFonts w:ascii="Times New Roman" w:hAnsi="Times New Roman" w:eastAsia="Times New Roman" w:cs="Times New Roman"/>
        </w:rPr>
        <w:t xml:space="preserve"> </w:t>
      </w:r>
      <w:r>
        <w:rPr>
          <w:rFonts w:ascii="Ebrima" w:hAnsi="Ebrima" w:eastAsia="Ebrima" w:cs="Ebrima"/>
        </w:rPr>
        <w:t>ተወቅሰው</w:t>
      </w:r>
      <w:r>
        <w:rPr>
          <w:rFonts w:ascii="Times New Roman" w:hAnsi="Times New Roman" w:eastAsia="Times New Roman" w:cs="Times New Roman"/>
        </w:rPr>
        <w:t xml:space="preserve"> </w:t>
      </w:r>
      <w:r>
        <w:rPr>
          <w:rFonts w:ascii="Ebrima" w:hAnsi="Ebrima" w:eastAsia="Ebrima" w:cs="Ebrima"/>
        </w:rPr>
        <w:t>ይፈረድባቸዋል።</w:t>
      </w:r>
      <w:r>
        <w:rPr>
          <w:rFonts w:ascii="Times New Roman" w:hAnsi="Times New Roman" w:eastAsia="Times New Roman" w:cs="Times New Roman"/>
        </w:rPr>
        <w:t xml:space="preserve"> </w:t>
      </w:r>
      <w:r>
        <w:rPr>
          <w:rFonts w:ascii="Ebrima" w:hAnsi="Ebrima" w:eastAsia="Ebrima" w:cs="Ebrima"/>
        </w:rPr>
        <w:t>እግዚአብሔር፣</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w:t>
      </w:r>
      <w:r>
        <w:rPr>
          <w:rFonts w:ascii="Ebrima" w:hAnsi="Ebrima" w:eastAsia="Ebrima" w:cs="Ebrima"/>
        </w:rPr>
        <w:t>መብልና</w:t>
      </w:r>
      <w:r>
        <w:rPr>
          <w:rFonts w:ascii="Times New Roman" w:hAnsi="Times New Roman" w:eastAsia="Times New Roman" w:cs="Times New Roman"/>
        </w:rPr>
        <w:t xml:space="preserve"> </w:t>
      </w:r>
      <w:r>
        <w:rPr>
          <w:rFonts w:ascii="Ebrima" w:hAnsi="Ebrima" w:eastAsia="Ebrima" w:cs="Ebrima"/>
        </w:rPr>
        <w:t>መጠጥ</w:t>
      </w:r>
      <w:r>
        <w:rPr>
          <w:rFonts w:ascii="Times New Roman" w:hAnsi="Times New Roman" w:eastAsia="Times New Roman" w:cs="Times New Roman"/>
        </w:rPr>
        <w:t xml:space="preserve"> </w:t>
      </w:r>
      <w:r>
        <w:rPr>
          <w:rFonts w:ascii="Ebrima" w:hAnsi="Ebrima" w:eastAsia="Ebrima" w:cs="Ebrima"/>
        </w:rPr>
        <w:t>ቍርባን</w:t>
      </w:r>
      <w:r>
        <w:rPr>
          <w:rFonts w:ascii="Times New Roman" w:hAnsi="Times New Roman" w:eastAsia="Times New Roman" w:cs="Times New Roman"/>
        </w:rPr>
        <w:t xml:space="preserve">” </w:t>
      </w:r>
      <w:r>
        <w:rPr>
          <w:rFonts w:ascii="Ebrima" w:hAnsi="Ebrima" w:eastAsia="Ebrima" w:cs="Ebrima"/>
        </w:rPr>
        <w:t>የተመሰለውን</w:t>
      </w:r>
      <w:r>
        <w:rPr>
          <w:rFonts w:ascii="Times New Roman" w:hAnsi="Times New Roman" w:eastAsia="Times New Roman" w:cs="Times New Roman"/>
        </w:rPr>
        <w:t xml:space="preserve"> </w:t>
      </w:r>
      <w:r>
        <w:rPr>
          <w:rFonts w:ascii="Ebrima" w:hAnsi="Ebrima" w:eastAsia="Ebrima" w:cs="Ebrima"/>
        </w:rPr>
        <w:t>በኋለኛው</w:t>
      </w:r>
      <w:r>
        <w:rPr>
          <w:rFonts w:ascii="Times New Roman" w:hAnsi="Times New Roman" w:eastAsia="Times New Roman" w:cs="Times New Roman"/>
        </w:rPr>
        <w:t xml:space="preserve"> </w:t>
      </w:r>
      <w:r>
        <w:rPr>
          <w:rFonts w:ascii="Ebrima" w:hAnsi="Ebrima" w:eastAsia="Ebrima" w:cs="Ebrima"/>
        </w:rPr>
        <w:t>ዝናብ</w:t>
      </w:r>
      <w:r>
        <w:rPr>
          <w:rFonts w:ascii="Times New Roman" w:hAnsi="Times New Roman" w:eastAsia="Times New Roman" w:cs="Times New Roman"/>
        </w:rPr>
        <w:t xml:space="preserve"> </w:t>
      </w:r>
      <w:r>
        <w:rPr>
          <w:rFonts w:ascii="Ebrima" w:hAnsi="Ebrima" w:eastAsia="Ebrima" w:cs="Ebrima"/>
        </w:rPr>
        <w:t>የእግዚአብሔር</w:t>
      </w:r>
      <w:r>
        <w:rPr>
          <w:rFonts w:ascii="Times New Roman" w:hAnsi="Times New Roman" w:eastAsia="Times New Roman" w:cs="Times New Roman"/>
        </w:rPr>
        <w:t xml:space="preserve"> </w:t>
      </w:r>
      <w:r>
        <w:rPr>
          <w:rFonts w:ascii="Ebrima" w:hAnsi="Ebrima" w:eastAsia="Ebrima" w:cs="Ebrima"/>
        </w:rPr>
        <w:t>መንፈስ</w:t>
      </w:r>
      <w:r>
        <w:rPr>
          <w:rFonts w:ascii="Times New Roman" w:hAnsi="Times New Roman" w:eastAsia="Times New Roman" w:cs="Times New Roman"/>
        </w:rPr>
        <w:t xml:space="preserve"> </w:t>
      </w:r>
      <w:r>
        <w:rPr>
          <w:rFonts w:ascii="Ebrima" w:hAnsi="Ebrima" w:eastAsia="Ebrima" w:cs="Ebrima"/>
        </w:rPr>
        <w:t>መፍሰስ፣</w:t>
      </w:r>
      <w:r>
        <w:rPr>
          <w:rFonts w:ascii="Times New Roman" w:hAnsi="Times New Roman" w:eastAsia="Times New Roman" w:cs="Times New Roman"/>
        </w:rPr>
        <w:t xml:space="preserve"> </w:t>
      </w:r>
      <w:r>
        <w:rPr>
          <w:rFonts w:ascii="Ebrima" w:hAnsi="Ebrima" w:eastAsia="Ebrima" w:cs="Ebrima"/>
        </w:rPr>
        <w:t>ከእነዚያ</w:t>
      </w:r>
      <w:r>
        <w:rPr>
          <w:rFonts w:ascii="Times New Roman" w:hAnsi="Times New Roman" w:eastAsia="Times New Roman" w:cs="Times New Roman"/>
        </w:rPr>
        <w:t xml:space="preserve"> </w:t>
      </w:r>
      <w:r>
        <w:rPr>
          <w:rFonts w:ascii="Ebrima" w:hAnsi="Ebrima" w:eastAsia="Ebrima" w:cs="Ebrima"/>
        </w:rPr>
        <w:t>ክፉ</w:t>
      </w:r>
      <w:r>
        <w:rPr>
          <w:rFonts w:ascii="Times New Roman" w:hAnsi="Times New Roman" w:eastAsia="Times New Roman" w:cs="Times New Roman"/>
        </w:rPr>
        <w:t xml:space="preserve"> </w:t>
      </w:r>
      <w:r>
        <w:rPr>
          <w:rFonts w:ascii="Ebrima" w:hAnsi="Ebrima" w:eastAsia="Ebrima" w:cs="Ebrima"/>
        </w:rPr>
        <w:t>ሰካራም</w:t>
      </w:r>
      <w:r>
        <w:rPr>
          <w:rFonts w:ascii="Times New Roman" w:hAnsi="Times New Roman" w:eastAsia="Times New Roman" w:cs="Times New Roman"/>
        </w:rPr>
        <w:t xml:space="preserve"> </w:t>
      </w:r>
      <w:r>
        <w:rPr>
          <w:rFonts w:ascii="Ebrima" w:hAnsi="Ebrima" w:eastAsia="Ebrima" w:cs="Ebrima"/>
        </w:rPr>
        <w:t>አራሾች</w:t>
      </w:r>
      <w:r>
        <w:rPr>
          <w:rFonts w:ascii="Times New Roman" w:hAnsi="Times New Roman" w:eastAsia="Times New Roman" w:cs="Times New Roman"/>
        </w:rPr>
        <w:t xml:space="preserve"> </w:t>
      </w:r>
      <w:r>
        <w:rPr>
          <w:rFonts w:ascii="Ebrima" w:hAnsi="Ebrima" w:eastAsia="Ebrima" w:cs="Ebrima"/>
        </w:rPr>
        <w:t>ቈርጦ</w:t>
      </w:r>
      <w:r>
        <w:rPr>
          <w:rFonts w:ascii="Times New Roman" w:hAnsi="Times New Roman" w:eastAsia="Times New Roman" w:cs="Times New Roman"/>
        </w:rPr>
        <w:t xml:space="preserve"> </w:t>
      </w:r>
      <w:r>
        <w:rPr>
          <w:rFonts w:ascii="Ebrima" w:hAnsi="Ebrima" w:eastAsia="Ebrima" w:cs="Ebrima"/>
        </w:rPr>
        <w:t>ወይም</w:t>
      </w:r>
      <w:r>
        <w:rPr>
          <w:rFonts w:ascii="Times New Roman" w:hAnsi="Times New Roman" w:eastAsia="Times New Roman" w:cs="Times New Roman"/>
        </w:rPr>
        <w:t xml:space="preserve"> </w:t>
      </w:r>
      <w:r>
        <w:rPr>
          <w:rFonts w:ascii="Ebrima" w:hAnsi="Ebrima" w:eastAsia="Ebrima" w:cs="Ebrima"/>
        </w:rPr>
        <w:t>ከልክሎአል።</w:t>
      </w:r>
    </w:p>
    <w:p>
      <w:pPr>
        <w:pStyle w:val="ArticleScripture"/>
        <w:jc w:val="left"/>
      </w:pPr>
      <w:r>
        <w:rPr>
          <w:rFonts w:ascii="Myanmar Text" w:hAnsi="Myanmar Text" w:eastAsia="Myanmar Text" w:cs="Myanmar Text"/>
        </w:rPr>
        <w:t>ပူဇော်သက္ကာအစားအစာနှင့်</w:t>
      </w:r>
      <w:r>
        <w:rPr>
          <w:rFonts w:ascii="Times New Roman" w:hAnsi="Times New Roman" w:eastAsia="Times New Roman" w:cs="Times New Roman"/>
        </w:rPr>
        <w:t xml:space="preserve"> </w:t>
      </w:r>
      <w:r>
        <w:rPr>
          <w:rFonts w:ascii="Myanmar Text" w:hAnsi="Myanmar Text" w:eastAsia="Myanmar Text" w:cs="Myanmar Text"/>
        </w:rPr>
        <w:t>သောက်သုံးပူဇော်သက္ကာကို</w:t>
      </w:r>
      <w:r>
        <w:rPr>
          <w:rFonts w:ascii="Times New Roman" w:hAnsi="Times New Roman" w:eastAsia="Times New Roman" w:cs="Times New Roman"/>
        </w:rPr>
        <w:t xml:space="preserve"> </w:t>
      </w:r>
      <w:r>
        <w:rPr>
          <w:rFonts w:ascii="Myanmar Text" w:hAnsi="Myanmar Text" w:eastAsia="Myanmar Text" w:cs="Myanmar Text"/>
        </w:rPr>
        <w:t>ထာဝရဘုရား၏အိမ်တော်မှ</w:t>
      </w:r>
      <w:r>
        <w:rPr>
          <w:rFonts w:ascii="Times New Roman" w:hAnsi="Times New Roman" w:eastAsia="Times New Roman" w:cs="Times New Roman"/>
        </w:rPr>
        <w:t xml:space="preserve"> </w:t>
      </w:r>
      <w:r>
        <w:rPr>
          <w:rFonts w:ascii="Myanmar Text" w:hAnsi="Myanmar Text" w:eastAsia="Myanmar Text" w:cs="Myanmar Text"/>
        </w:rPr>
        <w:t>ဖြတ်တောက်ခြင်းခံရပြီ။</w:t>
      </w:r>
      <w:r>
        <w:rPr>
          <w:rFonts w:ascii="Times New Roman" w:hAnsi="Times New Roman" w:eastAsia="Times New Roman" w:cs="Times New Roman"/>
        </w:rPr>
        <w:t xml:space="preserve"> </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အမှုတော်ဆောင်</w:t>
      </w:r>
      <w:r>
        <w:rPr>
          <w:rFonts w:ascii="Times New Roman" w:hAnsi="Times New Roman" w:eastAsia="Times New Roman" w:cs="Times New Roman"/>
        </w:rPr>
        <w:t xml:space="preserve"> </w:t>
      </w:r>
      <w:r>
        <w:rPr>
          <w:rFonts w:ascii="Myanmar Text" w:hAnsi="Myanmar Text" w:eastAsia="Myanmar Text" w:cs="Myanmar Text"/>
        </w:rPr>
        <w:t>ယဇ်ပုရောဟိတ်တို့သည်</w:t>
      </w:r>
      <w:r>
        <w:rPr>
          <w:rFonts w:ascii="Times New Roman" w:hAnsi="Times New Roman" w:eastAsia="Times New Roman" w:cs="Times New Roman"/>
        </w:rPr>
        <w:t xml:space="preserve"> </w:t>
      </w:r>
      <w:r>
        <w:rPr>
          <w:rFonts w:ascii="Myanmar Text" w:hAnsi="Myanmar Text" w:eastAsia="Myanmar Text" w:cs="Myanmar Text"/>
        </w:rPr>
        <w:t>ညည်းတွားကြ၏။</w:t>
      </w:r>
      <w:r>
        <w:rPr>
          <w:rFonts w:ascii="Times New Roman" w:hAnsi="Times New Roman" w:eastAsia="Times New Roman" w:cs="Times New Roman"/>
        </w:rPr>
        <w:t xml:space="preserve"> </w:t>
      </w:r>
      <w:r>
        <w:rPr>
          <w:rFonts w:ascii="Myanmar Text" w:hAnsi="Myanmar Text" w:eastAsia="Myanmar Text" w:cs="Myanmar Text"/>
        </w:rPr>
        <w:t>လယ်ပြင်သည်</w:t>
      </w:r>
      <w:r>
        <w:rPr>
          <w:rFonts w:ascii="Times New Roman" w:hAnsi="Times New Roman" w:eastAsia="Times New Roman" w:cs="Times New Roman"/>
        </w:rPr>
        <w:t xml:space="preserve"> </w:t>
      </w:r>
      <w:r>
        <w:rPr>
          <w:rFonts w:ascii="Myanmar Text" w:hAnsi="Myanmar Text" w:eastAsia="Myanmar Text" w:cs="Myanmar Text"/>
        </w:rPr>
        <w:t>ပျက်စီးလျက်ရှိ၏။</w:t>
      </w:r>
      <w:r>
        <w:rPr>
          <w:rFonts w:ascii="Times New Roman" w:hAnsi="Times New Roman" w:eastAsia="Times New Roman" w:cs="Times New Roman"/>
        </w:rPr>
        <w:t xml:space="preserve"> </w:t>
      </w:r>
      <w:r>
        <w:rPr>
          <w:rFonts w:ascii="Myanmar Text" w:hAnsi="Myanmar Text" w:eastAsia="Myanmar Text" w:cs="Myanmar Text"/>
        </w:rPr>
        <w:t>မြေသည်</w:t>
      </w:r>
      <w:r>
        <w:rPr>
          <w:rFonts w:ascii="Times New Roman" w:hAnsi="Times New Roman" w:eastAsia="Times New Roman" w:cs="Times New Roman"/>
        </w:rPr>
        <w:t xml:space="preserve"> </w:t>
      </w:r>
      <w:r>
        <w:rPr>
          <w:rFonts w:ascii="Myanmar Text" w:hAnsi="Myanmar Text" w:eastAsia="Myanmar Text" w:cs="Myanmar Text"/>
        </w:rPr>
        <w:t>ညည်းတွား၏။</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စပါးသည်</w:t>
      </w:r>
      <w:r>
        <w:rPr>
          <w:rFonts w:ascii="Times New Roman" w:hAnsi="Times New Roman" w:eastAsia="Times New Roman" w:cs="Times New Roman"/>
        </w:rPr>
        <w:t xml:space="preserve"> </w:t>
      </w:r>
      <w:r>
        <w:rPr>
          <w:rFonts w:ascii="Myanmar Text" w:hAnsi="Myanmar Text" w:eastAsia="Myanmar Text" w:cs="Myanmar Text"/>
        </w:rPr>
        <w:t>ပျက်စီးသွားပြီ။</w:t>
      </w:r>
      <w:r>
        <w:rPr>
          <w:rFonts w:ascii="Times New Roman" w:hAnsi="Times New Roman" w:eastAsia="Times New Roman" w:cs="Times New Roman"/>
        </w:rPr>
        <w:t xml:space="preserve"> </w:t>
      </w:r>
      <w:r>
        <w:rPr>
          <w:rFonts w:ascii="Myanmar Text" w:hAnsi="Myanmar Text" w:eastAsia="Myanmar Text" w:cs="Myanmar Text"/>
        </w:rPr>
        <w:t>စပျစ်ရည်သစ်သည်</w:t>
      </w:r>
      <w:r>
        <w:rPr>
          <w:rFonts w:ascii="Times New Roman" w:hAnsi="Times New Roman" w:eastAsia="Times New Roman" w:cs="Times New Roman"/>
        </w:rPr>
        <w:t xml:space="preserve"> </w:t>
      </w:r>
      <w:r>
        <w:rPr>
          <w:rFonts w:ascii="Myanmar Text" w:hAnsi="Myanmar Text" w:eastAsia="Myanmar Text" w:cs="Myanmar Text"/>
        </w:rPr>
        <w:t>ခြောက်သွေ့သွားပြီ။</w:t>
      </w:r>
      <w:r>
        <w:rPr>
          <w:rFonts w:ascii="Times New Roman" w:hAnsi="Times New Roman" w:eastAsia="Times New Roman" w:cs="Times New Roman"/>
        </w:rPr>
        <w:t xml:space="preserve"> </w:t>
      </w:r>
      <w:r>
        <w:rPr>
          <w:rFonts w:ascii="Myanmar Text" w:hAnsi="Myanmar Text" w:eastAsia="Myanmar Text" w:cs="Myanmar Text"/>
        </w:rPr>
        <w:t>ဆီသည်</w:t>
      </w:r>
      <w:r>
        <w:rPr>
          <w:rFonts w:ascii="Times New Roman" w:hAnsi="Times New Roman" w:eastAsia="Times New Roman" w:cs="Times New Roman"/>
        </w:rPr>
        <w:t xml:space="preserve"> </w:t>
      </w:r>
      <w:r>
        <w:rPr>
          <w:rFonts w:ascii="Myanmar Text" w:hAnsi="Myanmar Text" w:eastAsia="Myanmar Text" w:cs="Myanmar Text"/>
        </w:rPr>
        <w:t>အားလျော့နည်းလျက်ရှိ၏။</w:t>
      </w:r>
      <w:r>
        <w:rPr>
          <w:rFonts w:ascii="Times New Roman" w:hAnsi="Times New Roman" w:eastAsia="Times New Roman" w:cs="Times New Roman"/>
        </w:rPr>
        <w:t xml:space="preserve"> </w:t>
      </w:r>
      <w:r>
        <w:rPr>
          <w:rFonts w:ascii="Myanmar Text" w:hAnsi="Myanmar Text" w:eastAsia="Myanmar Text" w:cs="Myanmar Text"/>
        </w:rPr>
        <w:t>လယ်သမားတို့၊</w:t>
      </w:r>
      <w:r>
        <w:rPr>
          <w:rFonts w:ascii="Times New Roman" w:hAnsi="Times New Roman" w:eastAsia="Times New Roman" w:cs="Times New Roman"/>
        </w:rPr>
        <w:t xml:space="preserve"> </w:t>
      </w:r>
      <w:r>
        <w:rPr>
          <w:rFonts w:ascii="Myanmar Text" w:hAnsi="Myanmar Text" w:eastAsia="Myanmar Text" w:cs="Myanmar Text"/>
        </w:rPr>
        <w:t>ရှက်ကြလော့။</w:t>
      </w:r>
      <w:r>
        <w:rPr>
          <w:rFonts w:ascii="Times New Roman" w:hAnsi="Times New Roman" w:eastAsia="Times New Roman" w:cs="Times New Roman"/>
        </w:rPr>
        <w:t xml:space="preserve"> </w:t>
      </w:r>
      <w:r>
        <w:rPr>
          <w:rFonts w:ascii="Myanmar Text" w:hAnsi="Myanmar Text" w:eastAsia="Myanmar Text" w:cs="Myanmar Text"/>
        </w:rPr>
        <w:t>စပျစ်ခြံစောင့်တို့၊</w:t>
      </w:r>
      <w:r>
        <w:rPr>
          <w:rFonts w:ascii="Times New Roman" w:hAnsi="Times New Roman" w:eastAsia="Times New Roman" w:cs="Times New Roman"/>
        </w:rPr>
        <w:t xml:space="preserve"> </w:t>
      </w:r>
      <w:r>
        <w:rPr>
          <w:rFonts w:ascii="Myanmar Text" w:hAnsi="Myanmar Text" w:eastAsia="Myanmar Text" w:cs="Myanmar Text"/>
        </w:rPr>
        <w:t>ငိုကြွေးကြလော့။</w:t>
      </w:r>
      <w:r>
        <w:rPr>
          <w:rFonts w:ascii="Times New Roman" w:hAnsi="Times New Roman" w:eastAsia="Times New Roman" w:cs="Times New Roman"/>
        </w:rPr>
        <w:t xml:space="preserve"> </w:t>
      </w:r>
      <w:r>
        <w:rPr>
          <w:rFonts w:ascii="Myanmar Text" w:hAnsi="Myanmar Text" w:eastAsia="Myanmar Text" w:cs="Myanmar Text"/>
        </w:rPr>
        <w:t>ဂျုံနှင့်</w:t>
      </w:r>
      <w:r>
        <w:rPr>
          <w:rFonts w:ascii="Times New Roman" w:hAnsi="Times New Roman" w:eastAsia="Times New Roman" w:cs="Times New Roman"/>
        </w:rPr>
        <w:t xml:space="preserve"> </w:t>
      </w:r>
      <w:r>
        <w:rPr>
          <w:rFonts w:ascii="Myanmar Text" w:hAnsi="Myanmar Text" w:eastAsia="Myanmar Text" w:cs="Myanmar Text"/>
        </w:rPr>
        <w:t>မုယောစပါးအတွက်</w:t>
      </w:r>
      <w:r>
        <w:rPr>
          <w:rFonts w:ascii="Times New Roman" w:hAnsi="Times New Roman" w:eastAsia="Times New Roman" w:cs="Times New Roman"/>
        </w:rPr>
        <w:t xml:space="preserve"> </w:t>
      </w:r>
      <w:r>
        <w:rPr>
          <w:rFonts w:ascii="Myanmar Text" w:hAnsi="Myanmar Text" w:eastAsia="Myanmar Text" w:cs="Myanmar Text"/>
        </w:rPr>
        <w:t>ငိုကြွေးကြလော့။</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လယ်၏</w:t>
      </w:r>
      <w:r>
        <w:rPr>
          <w:rFonts w:ascii="Times New Roman" w:hAnsi="Times New Roman" w:eastAsia="Times New Roman" w:cs="Times New Roman"/>
        </w:rPr>
        <w:t xml:space="preserve"> </w:t>
      </w:r>
      <w:r>
        <w:rPr>
          <w:rFonts w:ascii="Myanmar Text" w:hAnsi="Myanmar Text" w:eastAsia="Myanmar Text" w:cs="Myanmar Text"/>
        </w:rPr>
        <w:t>ရိတ်သိမ်းခြင်းသည်</w:t>
      </w:r>
      <w:r>
        <w:rPr>
          <w:rFonts w:ascii="Times New Roman" w:hAnsi="Times New Roman" w:eastAsia="Times New Roman" w:cs="Times New Roman"/>
        </w:rPr>
        <w:t xml:space="preserve"> </w:t>
      </w:r>
      <w:r>
        <w:rPr>
          <w:rFonts w:ascii="Myanmar Text" w:hAnsi="Myanmar Text" w:eastAsia="Myanmar Text" w:cs="Myanmar Text"/>
        </w:rPr>
        <w:t>ပျက်စီးသွားပြီ။</w:t>
      </w:r>
      <w:r>
        <w:rPr>
          <w:rFonts w:ascii="Times New Roman" w:hAnsi="Times New Roman" w:eastAsia="Times New Roman" w:cs="Times New Roman"/>
        </w:rPr>
        <w:t xml:space="preserve"> </w:t>
      </w:r>
      <w:r>
        <w:rPr>
          <w:rFonts w:ascii="Myanmar Text" w:hAnsi="Myanmar Text" w:eastAsia="Myanmar Text" w:cs="Myanmar Text"/>
        </w:rPr>
        <w:t>စပျစ်နွယ်ပင်သည်</w:t>
      </w:r>
      <w:r>
        <w:rPr>
          <w:rFonts w:ascii="Times New Roman" w:hAnsi="Times New Roman" w:eastAsia="Times New Roman" w:cs="Times New Roman"/>
        </w:rPr>
        <w:t xml:space="preserve"> </w:t>
      </w:r>
      <w:r>
        <w:rPr>
          <w:rFonts w:ascii="Myanmar Text" w:hAnsi="Myanmar Text" w:eastAsia="Myanmar Text" w:cs="Myanmar Text"/>
        </w:rPr>
        <w:t>ခြောက်သွေ့သွားပြီ။</w:t>
      </w:r>
      <w:r>
        <w:rPr>
          <w:rFonts w:ascii="Times New Roman" w:hAnsi="Times New Roman" w:eastAsia="Times New Roman" w:cs="Times New Roman"/>
        </w:rPr>
        <w:t xml:space="preserve"> </w:t>
      </w:r>
      <w:r>
        <w:rPr>
          <w:rFonts w:ascii="Myanmar Text" w:hAnsi="Myanmar Text" w:eastAsia="Myanmar Text" w:cs="Myanmar Text"/>
        </w:rPr>
        <w:t>သင်္ဘောသဖန်းပင်သည်</w:t>
      </w:r>
      <w:r>
        <w:rPr>
          <w:rFonts w:ascii="Times New Roman" w:hAnsi="Times New Roman" w:eastAsia="Times New Roman" w:cs="Times New Roman"/>
        </w:rPr>
        <w:t xml:space="preserve"> </w:t>
      </w:r>
      <w:r>
        <w:rPr>
          <w:rFonts w:ascii="Myanmar Text" w:hAnsi="Myanmar Text" w:eastAsia="Myanmar Text" w:cs="Myanmar Text"/>
        </w:rPr>
        <w:t>အားလျော့နည်းလျက်ရှိ၏။</w:t>
      </w:r>
      <w:r>
        <w:rPr>
          <w:rFonts w:ascii="Times New Roman" w:hAnsi="Times New Roman" w:eastAsia="Times New Roman" w:cs="Times New Roman"/>
        </w:rPr>
        <w:t xml:space="preserve"> </w:t>
      </w:r>
      <w:r>
        <w:rPr>
          <w:rFonts w:ascii="Myanmar Text" w:hAnsi="Myanmar Text" w:eastAsia="Myanmar Text" w:cs="Myanmar Text"/>
        </w:rPr>
        <w:t>သလဲပင်၊</w:t>
      </w:r>
      <w:r>
        <w:rPr>
          <w:rFonts w:ascii="Times New Roman" w:hAnsi="Times New Roman" w:eastAsia="Times New Roman" w:cs="Times New Roman"/>
        </w:rPr>
        <w:t xml:space="preserve"> </w:t>
      </w:r>
      <w:r>
        <w:rPr>
          <w:rFonts w:ascii="Myanmar Text" w:hAnsi="Myanmar Text" w:eastAsia="Myanmar Text" w:cs="Myanmar Text"/>
        </w:rPr>
        <w:t>စွန်ပလွံပင်လည်းကောင်း၊</w:t>
      </w:r>
      <w:r>
        <w:rPr>
          <w:rFonts w:ascii="Times New Roman" w:hAnsi="Times New Roman" w:eastAsia="Times New Roman" w:cs="Times New Roman"/>
        </w:rPr>
        <w:t xml:space="preserve"> </w:t>
      </w:r>
      <w:r>
        <w:rPr>
          <w:rFonts w:ascii="Myanmar Text" w:hAnsi="Myanmar Text" w:eastAsia="Myanmar Text" w:cs="Myanmar Text"/>
        </w:rPr>
        <w:t>ပန်းသီးပင်လည်းကောင်း၊</w:t>
      </w:r>
      <w:r>
        <w:rPr>
          <w:rFonts w:ascii="Times New Roman" w:hAnsi="Times New Roman" w:eastAsia="Times New Roman" w:cs="Times New Roman"/>
        </w:rPr>
        <w:t xml:space="preserve"> </w:t>
      </w:r>
      <w:r>
        <w:rPr>
          <w:rFonts w:ascii="Myanmar Text" w:hAnsi="Myanmar Text" w:eastAsia="Myanmar Text" w:cs="Myanmar Text"/>
        </w:rPr>
        <w:t>လယ်ပြင်ရှိ</w:t>
      </w:r>
      <w:r>
        <w:rPr>
          <w:rFonts w:ascii="Times New Roman" w:hAnsi="Times New Roman" w:eastAsia="Times New Roman" w:cs="Times New Roman"/>
        </w:rPr>
        <w:t xml:space="preserve"> </w:t>
      </w:r>
      <w:r>
        <w:rPr>
          <w:rFonts w:ascii="Myanmar Text" w:hAnsi="Myanmar Text" w:eastAsia="Myanmar Text" w:cs="Myanmar Text"/>
        </w:rPr>
        <w:t>သစ်ပင်အပင်အားလုံးတို့ပင်</w:t>
      </w:r>
      <w:r>
        <w:rPr>
          <w:rFonts w:ascii="Times New Roman" w:hAnsi="Times New Roman" w:eastAsia="Times New Roman" w:cs="Times New Roman"/>
        </w:rPr>
        <w:t xml:space="preserve"> </w:t>
      </w:r>
      <w:r>
        <w:rPr>
          <w:rFonts w:ascii="Myanmar Text" w:hAnsi="Myanmar Text" w:eastAsia="Myanmar Text" w:cs="Myanmar Text"/>
        </w:rPr>
        <w:t>ညှိုးနွမ်းကုန်ကြပြီ။</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လူသားတို့ထံမှ</w:t>
      </w:r>
      <w:r>
        <w:rPr>
          <w:rFonts w:ascii="Times New Roman" w:hAnsi="Times New Roman" w:eastAsia="Times New Roman" w:cs="Times New Roman"/>
        </w:rPr>
        <w:t xml:space="preserve"> </w:t>
      </w:r>
      <w:r>
        <w:rPr>
          <w:rFonts w:ascii="Myanmar Text" w:hAnsi="Myanmar Text" w:eastAsia="Myanmar Text" w:cs="Myanmar Text"/>
        </w:rPr>
        <w:t>ဝမ်းမြောက်ခြင်းသည်</w:t>
      </w:r>
      <w:r>
        <w:rPr>
          <w:rFonts w:ascii="Times New Roman" w:hAnsi="Times New Roman" w:eastAsia="Times New Roman" w:cs="Times New Roman"/>
        </w:rPr>
        <w:t xml:space="preserve"> </w:t>
      </w:r>
      <w:r>
        <w:rPr>
          <w:rFonts w:ascii="Myanmar Text" w:hAnsi="Myanmar Text" w:eastAsia="Myanmar Text" w:cs="Myanmar Text"/>
        </w:rPr>
        <w:t>ညှိုးနွမ်းပျောက်ကွယ်သွားပြီ။</w:t>
      </w:r>
      <w:r>
        <w:rPr>
          <w:rFonts w:ascii="Times New Roman" w:hAnsi="Times New Roman" w:eastAsia="Times New Roman" w:cs="Times New Roman"/>
        </w:rPr>
        <w:t xml:space="preserve"> </w:t>
      </w:r>
      <w:r>
        <w:rPr>
          <w:rFonts w:ascii="Myanmar Text" w:hAnsi="Myanmar Text" w:eastAsia="Myanmar Text" w:cs="Myanmar Text"/>
        </w:rPr>
        <w:t>ယဇ်ပုရောဟိတ်တို့၊</w:t>
      </w:r>
      <w:r>
        <w:rPr>
          <w:rFonts w:ascii="Times New Roman" w:hAnsi="Times New Roman" w:eastAsia="Times New Roman" w:cs="Times New Roman"/>
        </w:rPr>
        <w:t xml:space="preserve"> </w:t>
      </w:r>
      <w:r>
        <w:rPr>
          <w:rFonts w:ascii="Myanmar Text" w:hAnsi="Myanmar Text" w:eastAsia="Myanmar Text" w:cs="Myanmar Text"/>
        </w:rPr>
        <w:t>ခါးပတ်စည်း၍</w:t>
      </w:r>
      <w:r>
        <w:rPr>
          <w:rFonts w:ascii="Times New Roman" w:hAnsi="Times New Roman" w:eastAsia="Times New Roman" w:cs="Times New Roman"/>
        </w:rPr>
        <w:t xml:space="preserve"> </w:t>
      </w:r>
      <w:r>
        <w:rPr>
          <w:rFonts w:ascii="Myanmar Text" w:hAnsi="Myanmar Text" w:eastAsia="Myanmar Text" w:cs="Myanmar Text"/>
        </w:rPr>
        <w:t>ညည်းတွားကြလော့။</w:t>
      </w:r>
      <w:r>
        <w:rPr>
          <w:rFonts w:ascii="Times New Roman" w:hAnsi="Times New Roman" w:eastAsia="Times New Roman" w:cs="Times New Roman"/>
        </w:rPr>
        <w:t xml:space="preserve"> </w:t>
      </w:r>
      <w:r>
        <w:rPr>
          <w:rFonts w:ascii="Myanmar Text" w:hAnsi="Myanmar Text" w:eastAsia="Myanmar Text" w:cs="Myanmar Text"/>
        </w:rPr>
        <w:t>ယဇ်ပလ္လင်၏</w:t>
      </w:r>
      <w:r>
        <w:rPr>
          <w:rFonts w:ascii="Times New Roman" w:hAnsi="Times New Roman" w:eastAsia="Times New Roman" w:cs="Times New Roman"/>
        </w:rPr>
        <w:t xml:space="preserve"> </w:t>
      </w:r>
      <w:r>
        <w:rPr>
          <w:rFonts w:ascii="Myanmar Text" w:hAnsi="Myanmar Text" w:eastAsia="Myanmar Text" w:cs="Myanmar Text"/>
        </w:rPr>
        <w:t>အမှုတော်ဆောင်တို့၊</w:t>
      </w:r>
      <w:r>
        <w:rPr>
          <w:rFonts w:ascii="Times New Roman" w:hAnsi="Times New Roman" w:eastAsia="Times New Roman" w:cs="Times New Roman"/>
        </w:rPr>
        <w:t xml:space="preserve"> </w:t>
      </w:r>
      <w:r>
        <w:rPr>
          <w:rFonts w:ascii="Myanmar Text" w:hAnsi="Myanmar Text" w:eastAsia="Myanmar Text" w:cs="Myanmar Text"/>
        </w:rPr>
        <w:t>ငိုကြွေးကြလော့။</w:t>
      </w:r>
      <w:r>
        <w:rPr>
          <w:rFonts w:ascii="Times New Roman" w:hAnsi="Times New Roman" w:eastAsia="Times New Roman" w:cs="Times New Roman"/>
        </w:rPr>
        <w:t xml:space="preserve"> </w:t>
      </w:r>
      <w:r>
        <w:rPr>
          <w:rFonts w:ascii="Myanmar Text" w:hAnsi="Myanmar Text" w:eastAsia="Myanmar Text" w:cs="Myanmar Text"/>
        </w:rPr>
        <w:t>ငါ၏ဘုရားသခင်၏</w:t>
      </w:r>
      <w:r>
        <w:rPr>
          <w:rFonts w:ascii="Times New Roman" w:hAnsi="Times New Roman" w:eastAsia="Times New Roman" w:cs="Times New Roman"/>
        </w:rPr>
        <w:t xml:space="preserve"> </w:t>
      </w:r>
      <w:r>
        <w:rPr>
          <w:rFonts w:ascii="Myanmar Text" w:hAnsi="Myanmar Text" w:eastAsia="Myanmar Text" w:cs="Myanmar Text"/>
        </w:rPr>
        <w:t>အမှုတော်ဆောင်တို့၊</w:t>
      </w:r>
      <w:r>
        <w:rPr>
          <w:rFonts w:ascii="Times New Roman" w:hAnsi="Times New Roman" w:eastAsia="Times New Roman" w:cs="Times New Roman"/>
        </w:rPr>
        <w:t xml:space="preserve"> </w:t>
      </w:r>
      <w:r>
        <w:rPr>
          <w:rFonts w:ascii="Myanmar Text" w:hAnsi="Myanmar Text" w:eastAsia="Myanmar Text" w:cs="Myanmar Text"/>
        </w:rPr>
        <w:t>လာ၍</w:t>
      </w:r>
      <w:r>
        <w:rPr>
          <w:rFonts w:ascii="Times New Roman" w:hAnsi="Times New Roman" w:eastAsia="Times New Roman" w:cs="Times New Roman"/>
        </w:rPr>
        <w:t xml:space="preserve"> </w:t>
      </w:r>
      <w:r>
        <w:rPr>
          <w:rFonts w:ascii="Myanmar Text" w:hAnsi="Myanmar Text" w:eastAsia="Myanmar Text" w:cs="Myanmar Text"/>
        </w:rPr>
        <w:t>အထုပ်အပိုးအဝတ်ကို</w:t>
      </w:r>
      <w:r>
        <w:rPr>
          <w:rFonts w:ascii="Times New Roman" w:hAnsi="Times New Roman" w:eastAsia="Times New Roman" w:cs="Times New Roman"/>
        </w:rPr>
        <w:t xml:space="preserve"> </w:t>
      </w:r>
      <w:r>
        <w:rPr>
          <w:rFonts w:ascii="Myanmar Text" w:hAnsi="Myanmar Text" w:eastAsia="Myanmar Text" w:cs="Myanmar Text"/>
        </w:rPr>
        <w:t>ဝတ်လျက်</w:t>
      </w:r>
      <w:r>
        <w:rPr>
          <w:rFonts w:ascii="Times New Roman" w:hAnsi="Times New Roman" w:eastAsia="Times New Roman" w:cs="Times New Roman"/>
        </w:rPr>
        <w:t xml:space="preserve"> </w:t>
      </w:r>
      <w:r>
        <w:rPr>
          <w:rFonts w:ascii="Myanmar Text" w:hAnsi="Myanmar Text" w:eastAsia="Myanmar Text" w:cs="Myanmar Text"/>
        </w:rPr>
        <w:t>တစ်ညလုံး</w:t>
      </w:r>
      <w:r>
        <w:rPr>
          <w:rFonts w:ascii="Times New Roman" w:hAnsi="Times New Roman" w:eastAsia="Times New Roman" w:cs="Times New Roman"/>
        </w:rPr>
        <w:t xml:space="preserve"> </w:t>
      </w:r>
      <w:r>
        <w:rPr>
          <w:rFonts w:ascii="Myanmar Text" w:hAnsi="Myanmar Text" w:eastAsia="Myanmar Text" w:cs="Myanmar Text"/>
        </w:rPr>
        <w:t>အိပ်ကြလော့။</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ပူဇော်သက္ကာအစားအစာနှင့်</w:t>
      </w:r>
      <w:r>
        <w:rPr>
          <w:rFonts w:ascii="Times New Roman" w:hAnsi="Times New Roman" w:eastAsia="Times New Roman" w:cs="Times New Roman"/>
        </w:rPr>
        <w:t xml:space="preserve"> </w:t>
      </w:r>
      <w:r>
        <w:rPr>
          <w:rFonts w:ascii="Myanmar Text" w:hAnsi="Myanmar Text" w:eastAsia="Myanmar Text" w:cs="Myanmar Text"/>
        </w:rPr>
        <w:t>သောက်သုံးပူဇော်သက္ကာကို</w:t>
      </w:r>
      <w:r>
        <w:rPr>
          <w:rFonts w:ascii="Times New Roman" w:hAnsi="Times New Roman" w:eastAsia="Times New Roman" w:cs="Times New Roman"/>
        </w:rPr>
        <w:t xml:space="preserve"> </w:t>
      </w:r>
      <w:r>
        <w:rPr>
          <w:rFonts w:ascii="Myanmar Text" w:hAnsi="Myanmar Text" w:eastAsia="Myanmar Text" w:cs="Myanmar Text"/>
        </w:rPr>
        <w:t>သင်တို့၏ဘုရားသခင်၏</w:t>
      </w:r>
      <w:r>
        <w:rPr>
          <w:rFonts w:ascii="Times New Roman" w:hAnsi="Times New Roman" w:eastAsia="Times New Roman" w:cs="Times New Roman"/>
        </w:rPr>
        <w:t xml:space="preserve"> </w:t>
      </w:r>
      <w:r>
        <w:rPr>
          <w:rFonts w:ascii="Myanmar Text" w:hAnsi="Myanmar Text" w:eastAsia="Myanmar Text" w:cs="Myanmar Text"/>
        </w:rPr>
        <w:t>အိမ်တော်မှ</w:t>
      </w:r>
      <w:r>
        <w:rPr>
          <w:rFonts w:ascii="Times New Roman" w:hAnsi="Times New Roman" w:eastAsia="Times New Roman" w:cs="Times New Roman"/>
        </w:rPr>
        <w:t xml:space="preserve"> </w:t>
      </w:r>
      <w:r>
        <w:rPr>
          <w:rFonts w:ascii="Myanmar Text" w:hAnsi="Myanmar Text" w:eastAsia="Myanmar Text" w:cs="Myanmar Text"/>
        </w:rPr>
        <w:t>တားဆီးထားခြင်းရှိ၏။</w:t>
      </w:r>
      <w:r>
        <w:rPr>
          <w:rFonts w:ascii="Times New Roman" w:hAnsi="Times New Roman" w:eastAsia="Times New Roman" w:cs="Times New Roman"/>
        </w:rPr>
        <w:t xml:space="preserve"> </w:t>
      </w:r>
      <w:r>
        <w:rPr>
          <w:rFonts w:ascii="Myanmar Text" w:hAnsi="Myanmar Text" w:eastAsia="Myanmar Text" w:cs="Myanmar Text"/>
        </w:rPr>
        <w:t>အစာရှောင်ခြင်းကို</w:t>
      </w:r>
      <w:r>
        <w:rPr>
          <w:rFonts w:ascii="Times New Roman" w:hAnsi="Times New Roman" w:eastAsia="Times New Roman" w:cs="Times New Roman"/>
        </w:rPr>
        <w:t xml:space="preserve"> </w:t>
      </w:r>
      <w:r>
        <w:rPr>
          <w:rFonts w:ascii="Myanmar Text" w:hAnsi="Myanmar Text" w:eastAsia="Myanmar Text" w:cs="Myanmar Text"/>
        </w:rPr>
        <w:t>သန့်ရှင်းစေကြလော့။</w:t>
      </w:r>
      <w:r>
        <w:rPr>
          <w:rFonts w:ascii="Times New Roman" w:hAnsi="Times New Roman" w:eastAsia="Times New Roman" w:cs="Times New Roman"/>
        </w:rPr>
        <w:t xml:space="preserve"> </w:t>
      </w:r>
      <w:r>
        <w:rPr>
          <w:rFonts w:ascii="Myanmar Text" w:hAnsi="Myanmar Text" w:eastAsia="Myanmar Text" w:cs="Myanmar Text"/>
        </w:rPr>
        <w:t>ဓမ္မစည်းဝေးပွဲကို</w:t>
      </w:r>
      <w:r>
        <w:rPr>
          <w:rFonts w:ascii="Times New Roman" w:hAnsi="Times New Roman" w:eastAsia="Times New Roman" w:cs="Times New Roman"/>
        </w:rPr>
        <w:t xml:space="preserve"> </w:t>
      </w:r>
      <w:r>
        <w:rPr>
          <w:rFonts w:ascii="Myanmar Text" w:hAnsi="Myanmar Text" w:eastAsia="Myanmar Text" w:cs="Myanmar Text"/>
        </w:rPr>
        <w:t>ခေါ်ကြလော့။</w:t>
      </w:r>
      <w:r>
        <w:rPr>
          <w:rFonts w:ascii="Times New Roman" w:hAnsi="Times New Roman" w:eastAsia="Times New Roman" w:cs="Times New Roman"/>
        </w:rPr>
        <w:t xml:space="preserve"> </w:t>
      </w:r>
      <w:r>
        <w:rPr>
          <w:rFonts w:ascii="Myanmar Text" w:hAnsi="Myanmar Text" w:eastAsia="Myanmar Text" w:cs="Myanmar Text"/>
        </w:rPr>
        <w:t>အသက်ကြီးသူတို့နှင့်</w:t>
      </w:r>
      <w:r>
        <w:rPr>
          <w:rFonts w:ascii="Times New Roman" w:hAnsi="Times New Roman" w:eastAsia="Times New Roman" w:cs="Times New Roman"/>
        </w:rPr>
        <w:t xml:space="preserve"> </w:t>
      </w:r>
      <w:r>
        <w:rPr>
          <w:rFonts w:ascii="Myanmar Text" w:hAnsi="Myanmar Text" w:eastAsia="Myanmar Text" w:cs="Myanmar Text"/>
        </w:rPr>
        <w:t>ပြည်သူပြည်သားအပေါင်းတို့ကို</w:t>
      </w:r>
      <w:r>
        <w:rPr>
          <w:rFonts w:ascii="Times New Roman" w:hAnsi="Times New Roman" w:eastAsia="Times New Roman" w:cs="Times New Roman"/>
        </w:rPr>
        <w:t xml:space="preserve"> </w:t>
      </w:r>
      <w:r>
        <w:rPr>
          <w:rFonts w:ascii="Myanmar Text" w:hAnsi="Myanmar Text" w:eastAsia="Myanmar Text" w:cs="Myanmar Text"/>
        </w:rPr>
        <w:t>သင်တို့၏ဘုရားသခင်</w:t>
      </w:r>
      <w:r>
        <w:rPr>
          <w:rFonts w:ascii="Times New Roman" w:hAnsi="Times New Roman" w:eastAsia="Times New Roman" w:cs="Times New Roman"/>
        </w:rPr>
        <w:t xml:space="preserve"> </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အိမ်တော်ထဲသို့</w:t>
      </w:r>
      <w:r>
        <w:rPr>
          <w:rFonts w:ascii="Times New Roman" w:hAnsi="Times New Roman" w:eastAsia="Times New Roman" w:cs="Times New Roman"/>
        </w:rPr>
        <w:t xml:space="preserve"> </w:t>
      </w:r>
      <w:r>
        <w:rPr>
          <w:rFonts w:ascii="Myanmar Text" w:hAnsi="Myanmar Text" w:eastAsia="Myanmar Text" w:cs="Myanmar Text"/>
        </w:rPr>
        <w:t>စုဝေးစေ၍</w:t>
      </w:r>
      <w:r>
        <w:rPr>
          <w:rFonts w:ascii="Times New Roman" w:hAnsi="Times New Roman" w:eastAsia="Times New Roman" w:cs="Times New Roman"/>
        </w:rPr>
        <w:t xml:space="preserve"> </w:t>
      </w:r>
      <w:r>
        <w:rPr>
          <w:rFonts w:ascii="Myanmar Text" w:hAnsi="Myanmar Text" w:eastAsia="Myanmar Text" w:cs="Myanmar Text"/>
        </w:rPr>
        <w:t>ထာဝရဘုရားထံသို့</w:t>
      </w:r>
      <w:r>
        <w:rPr>
          <w:rFonts w:ascii="Times New Roman" w:hAnsi="Times New Roman" w:eastAsia="Times New Roman" w:cs="Times New Roman"/>
        </w:rPr>
        <w:t xml:space="preserve"> </w:t>
      </w:r>
      <w:r>
        <w:rPr>
          <w:rFonts w:ascii="Myanmar Text" w:hAnsi="Myanmar Text" w:eastAsia="Myanmar Text" w:cs="Myanmar Text"/>
        </w:rPr>
        <w:t>ဟစ်ခေါ်ကြလော့။</w:t>
      </w:r>
      <w:r>
        <w:rPr>
          <w:rFonts w:ascii="Times New Roman" w:hAnsi="Times New Roman" w:eastAsia="Times New Roman" w:cs="Times New Roman"/>
        </w:rPr>
        <w:t xml:space="preserve"> </w:t>
      </w:r>
      <w:r>
        <w:rPr>
          <w:rFonts w:ascii="Myanmar Text" w:hAnsi="Myanmar Text" w:eastAsia="Myanmar Text" w:cs="Myanmar Text"/>
        </w:rPr>
        <w:t>အို</w:t>
      </w:r>
      <w:r>
        <w:rPr>
          <w:rFonts w:ascii="Times New Roman" w:hAnsi="Times New Roman" w:eastAsia="Times New Roman" w:cs="Times New Roman"/>
        </w:rPr>
        <w:t xml:space="preserve"> </w:t>
      </w:r>
      <w:r>
        <w:rPr>
          <w:rFonts w:ascii="Myanmar Text" w:hAnsi="Myanmar Text" w:eastAsia="Myanmar Text" w:cs="Myanmar Text"/>
        </w:rPr>
        <w:t>ထိုနေ့ကြောင့်</w:t>
      </w:r>
      <w:r>
        <w:rPr>
          <w:rFonts w:ascii="Times New Roman" w:hAnsi="Times New Roman" w:eastAsia="Times New Roman" w:cs="Times New Roman"/>
        </w:rPr>
        <w:t xml:space="preserve"> </w:t>
      </w:r>
      <w:r>
        <w:rPr>
          <w:rFonts w:ascii="Myanmar Text" w:hAnsi="Myanmar Text" w:eastAsia="Myanmar Text" w:cs="Myanmar Text"/>
        </w:rPr>
        <w:t>အမင်္ဂလာရှိပါစေ။</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ထာဝရဘုရား၏နေ့သည်</w:t>
      </w:r>
      <w:r>
        <w:rPr>
          <w:rFonts w:ascii="Times New Roman" w:hAnsi="Times New Roman" w:eastAsia="Times New Roman" w:cs="Times New Roman"/>
        </w:rPr>
        <w:t xml:space="preserve"> </w:t>
      </w:r>
      <w:r>
        <w:rPr>
          <w:rFonts w:ascii="Myanmar Text" w:hAnsi="Myanmar Text" w:eastAsia="Myanmar Text" w:cs="Myanmar Text"/>
        </w:rPr>
        <w:t>နီးလာပြီ။</w:t>
      </w:r>
      <w:r>
        <w:rPr>
          <w:rFonts w:ascii="Times New Roman" w:hAnsi="Times New Roman" w:eastAsia="Times New Roman" w:cs="Times New Roman"/>
        </w:rPr>
        <w:t xml:space="preserve"> </w:t>
      </w:r>
      <w:r>
        <w:rPr>
          <w:rFonts w:ascii="Myanmar Text" w:hAnsi="Myanmar Text" w:eastAsia="Myanmar Text" w:cs="Myanmar Text"/>
        </w:rPr>
        <w:t>ထိုနေ့သည်</w:t>
      </w:r>
      <w:r>
        <w:rPr>
          <w:rFonts w:ascii="Times New Roman" w:hAnsi="Times New Roman" w:eastAsia="Times New Roman" w:cs="Times New Roman"/>
        </w:rPr>
        <w:t xml:space="preserve"> </w:t>
      </w:r>
      <w:r>
        <w:rPr>
          <w:rFonts w:ascii="Myanmar Text" w:hAnsi="Myanmar Text" w:eastAsia="Myanmar Text" w:cs="Myanmar Text"/>
        </w:rPr>
        <w:t>အနန္တတန်ခိုးရှင်ထံမှ</w:t>
      </w:r>
      <w:r>
        <w:rPr>
          <w:rFonts w:ascii="Times New Roman" w:hAnsi="Times New Roman" w:eastAsia="Times New Roman" w:cs="Times New Roman"/>
        </w:rPr>
        <w:t xml:space="preserve"> </w:t>
      </w:r>
      <w:r>
        <w:rPr>
          <w:rFonts w:ascii="Myanmar Text" w:hAnsi="Myanmar Text" w:eastAsia="Myanmar Text" w:cs="Myanmar Text"/>
        </w:rPr>
        <w:t>ဖျက်ဆီးခြင်းကဲ့သို့</w:t>
      </w:r>
      <w:r>
        <w:rPr>
          <w:rFonts w:ascii="Times New Roman" w:hAnsi="Times New Roman" w:eastAsia="Times New Roman" w:cs="Times New Roman"/>
        </w:rPr>
        <w:t xml:space="preserve"> </w:t>
      </w:r>
      <w:r>
        <w:rPr>
          <w:rFonts w:ascii="Myanmar Text" w:hAnsi="Myanmar Text" w:eastAsia="Myanmar Text" w:cs="Myanmar Text"/>
        </w:rPr>
        <w:t>ရောက်လာလိမ့်မည်။</w:t>
      </w:r>
      <w:r>
        <w:rPr>
          <w:rFonts w:ascii="Times New Roman" w:hAnsi="Times New Roman" w:eastAsia="Times New Roman" w:cs="Times New Roman"/>
        </w:rPr>
        <w:t xml:space="preserve"> </w:t>
      </w:r>
      <w:r>
        <w:rPr>
          <w:rFonts w:ascii="Myanmar Text" w:hAnsi="Myanmar Text" w:eastAsia="Myanmar Text" w:cs="Myanmar Text"/>
        </w:rPr>
        <w:t>အစာသည်</w:t>
      </w:r>
      <w:r>
        <w:rPr>
          <w:rFonts w:ascii="Times New Roman" w:hAnsi="Times New Roman" w:eastAsia="Times New Roman" w:cs="Times New Roman"/>
        </w:rPr>
        <w:t xml:space="preserve"> </w:t>
      </w:r>
      <w:r>
        <w:rPr>
          <w:rFonts w:ascii="Myanmar Text" w:hAnsi="Myanmar Text" w:eastAsia="Myanmar Text" w:cs="Myanmar Text"/>
        </w:rPr>
        <w:t>ငါတို့မျက်စိရှေ့မှ</w:t>
      </w:r>
      <w:r>
        <w:rPr>
          <w:rFonts w:ascii="Times New Roman" w:hAnsi="Times New Roman" w:eastAsia="Times New Roman" w:cs="Times New Roman"/>
        </w:rPr>
        <w:t xml:space="preserve"> </w:t>
      </w:r>
      <w:r>
        <w:rPr>
          <w:rFonts w:ascii="Myanmar Text" w:hAnsi="Myanmar Text" w:eastAsia="Myanmar Text" w:cs="Myanmar Text"/>
        </w:rPr>
        <w:t>ဖြတ်တောက်ခြင်းခံရသည်</w:t>
      </w:r>
      <w:r>
        <w:rPr>
          <w:rFonts w:ascii="Times New Roman" w:hAnsi="Times New Roman" w:eastAsia="Times New Roman" w:cs="Times New Roman"/>
        </w:rPr>
        <w:t xml:space="preserve"> </w:t>
      </w:r>
      <w:r>
        <w:rPr>
          <w:rFonts w:ascii="Myanmar Text" w:hAnsi="Myanmar Text" w:eastAsia="Myanmar Text" w:cs="Myanmar Text"/>
        </w:rPr>
        <w:t>မဟုတ်လော။</w:t>
      </w:r>
      <w:r>
        <w:rPr>
          <w:rFonts w:ascii="Times New Roman" w:hAnsi="Times New Roman" w:eastAsia="Times New Roman" w:cs="Times New Roman"/>
        </w:rPr>
        <w:t xml:space="preserve"> </w:t>
      </w:r>
      <w:r>
        <w:rPr>
          <w:rFonts w:ascii="Myanmar Text" w:hAnsi="Myanmar Text" w:eastAsia="Myanmar Text" w:cs="Myanmar Text"/>
        </w:rPr>
        <w:t>ဟုတ်ပေ၏၊</w:t>
      </w:r>
      <w:r>
        <w:rPr>
          <w:rFonts w:ascii="Times New Roman" w:hAnsi="Times New Roman" w:eastAsia="Times New Roman" w:cs="Times New Roman"/>
        </w:rPr>
        <w:t xml:space="preserve"> </w:t>
      </w:r>
      <w:r>
        <w:rPr>
          <w:rFonts w:ascii="Myanmar Text" w:hAnsi="Myanmar Text" w:eastAsia="Myanmar Text" w:cs="Myanmar Text"/>
        </w:rPr>
        <w:t>ငါတို့၏ဘုရားသခင်၏</w:t>
      </w:r>
      <w:r>
        <w:rPr>
          <w:rFonts w:ascii="Times New Roman" w:hAnsi="Times New Roman" w:eastAsia="Times New Roman" w:cs="Times New Roman"/>
        </w:rPr>
        <w:t xml:space="preserve"> </w:t>
      </w:r>
      <w:r>
        <w:rPr>
          <w:rFonts w:ascii="Myanmar Text" w:hAnsi="Myanmar Text" w:eastAsia="Myanmar Text" w:cs="Myanmar Text"/>
        </w:rPr>
        <w:t>အိမ်တော်မှ</w:t>
      </w:r>
      <w:r>
        <w:rPr>
          <w:rFonts w:ascii="Times New Roman" w:hAnsi="Times New Roman" w:eastAsia="Times New Roman" w:cs="Times New Roman"/>
        </w:rPr>
        <w:t xml:space="preserve"> </w:t>
      </w:r>
      <w:r>
        <w:rPr>
          <w:rFonts w:ascii="Myanmar Text" w:hAnsi="Myanmar Text" w:eastAsia="Myanmar Text" w:cs="Myanmar Text"/>
        </w:rPr>
        <w:t>ဝမ်းမြောက်ခြင်းနှင့်</w:t>
      </w:r>
      <w:r>
        <w:rPr>
          <w:rFonts w:ascii="Times New Roman" w:hAnsi="Times New Roman" w:eastAsia="Times New Roman" w:cs="Times New Roman"/>
        </w:rPr>
        <w:t xml:space="preserve"> </w:t>
      </w:r>
      <w:r>
        <w:rPr>
          <w:rFonts w:ascii="Myanmar Text" w:hAnsi="Myanmar Text" w:eastAsia="Myanmar Text" w:cs="Myanmar Text"/>
        </w:rPr>
        <w:t>ရွှင်လန်းခြင်းလည်း</w:t>
      </w:r>
      <w:r>
        <w:rPr>
          <w:rFonts w:ascii="Times New Roman" w:hAnsi="Times New Roman" w:eastAsia="Times New Roman" w:cs="Times New Roman"/>
        </w:rPr>
        <w:t xml:space="preserve"> </w:t>
      </w:r>
      <w:r>
        <w:rPr>
          <w:rFonts w:ascii="Myanmar Text" w:hAnsi="Myanmar Text" w:eastAsia="Myanmar Text" w:cs="Myanmar Text"/>
        </w:rPr>
        <w:t>ဖြတ်တောက်ခြင်းခံရပြီ။</w:t>
      </w:r>
      <w:r>
        <w:rPr>
          <w:rFonts w:ascii="Times New Roman" w:hAnsi="Times New Roman" w:eastAsia="Times New Roman" w:cs="Times New Roman"/>
        </w:rPr>
        <w:t xml:space="preserve"> </w:t>
      </w:r>
      <w:r>
        <w:rPr>
          <w:rFonts w:ascii="Myanmar Text" w:hAnsi="Myanmar Text" w:eastAsia="Myanmar Text" w:cs="Myanmar Text"/>
        </w:rPr>
        <w:t>ယောလ</w:t>
      </w:r>
      <w:r>
        <w:rPr>
          <w:rFonts w:ascii="Times New Roman" w:hAnsi="Times New Roman" w:eastAsia="Times New Roman" w:cs="Times New Roman"/>
        </w:rPr>
        <w:t xml:space="preserve"> </w:t>
      </w:r>
      <w:r>
        <w:rPr>
          <w:rFonts w:ascii="Myanmar Text" w:hAnsi="Myanmar Text" w:eastAsia="Myanmar Text" w:cs="Myanmar Text"/>
        </w:rPr>
        <w:t>၁</w:t>
      </w:r>
      <w:r>
        <w:rPr>
          <w:rFonts w:ascii="Times New Roman" w:hAnsi="Times New Roman" w:eastAsia="Times New Roman" w:cs="Times New Roman"/>
        </w:rPr>
        <w:t>:</w:t>
      </w:r>
      <w:r>
        <w:rPr>
          <w:rFonts w:ascii="Myanmar Text" w:hAnsi="Myanmar Text" w:eastAsia="Myanmar Text" w:cs="Myanmar Text"/>
        </w:rPr>
        <w:t>၉</w:t>
      </w:r>
      <w:r>
        <w:rPr>
          <w:rFonts w:ascii="Times New Roman" w:hAnsi="Times New Roman" w:eastAsia="Times New Roman" w:cs="Times New Roman"/>
        </w:rPr>
        <w:t>–</w:t>
      </w:r>
      <w:r>
        <w:rPr>
          <w:rFonts w:ascii="Myanmar Text" w:hAnsi="Myanmar Text" w:eastAsia="Myanmar Text" w:cs="Myanmar Text"/>
        </w:rPr>
        <w:t>၁၆။</w:t>
      </w:r>
    </w:p>
    <w:p>
      <w:pPr>
        <w:pStyle w:val="ArticleBody"/>
        <w:jc w:val="left"/>
      </w:pPr>
      <w:r>
        <w:rPr>
          <w:rFonts w:ascii="Times New Roman" w:hAnsi="Times New Roman" w:eastAsia="Times New Roman" w:cs="Times New Roman"/>
        </w:rPr>
        <w:t>Yashayaas “dhamtoota Efreem” kan Yo’el keessatti “damaqani” yeroo, haalli isaan itti dammaqan ergaa roobaa boodaa—kan “wayinii haaraa”tti fakkeeffamee ibsame dha. Inni saba kakuu filatamaa Waaqayyoo irraa dhowwamee ture. “Midhaan” jedhu kutaa sana keessatti jecha waliigalaa kan sanyii nyaataa agarsiisu dha; Dubbiin Waaqayyoo immoo Buddeena Samii ti, akkasumas kutaa sana keessatti inni “badeera.”</w:t>
      </w:r>
    </w:p>
    <w:p>
      <w:pPr>
        <w:pStyle w:val="ArticleBody"/>
        <w:jc w:val="left"/>
      </w:pPr>
      <w:r>
        <w:rPr>
          <w:rFonts w:ascii="Times New Roman" w:hAnsi="Times New Roman" w:eastAsia="Times New Roman" w:cs="Times New Roman"/>
        </w:rPr>
        <w:t>«ڤينو بارو» اداله مسيج كبرن حق يڠ داتڠ پد 9/11. «ڤينو بارو تله منجادي كرينڠ» دان «ترڤوتوس» كران «ڤينو بارو» هاڽ دياكوي اوليه مريكا يڠ كمبالي كڤد جالن-جالن «لاما» يرميا، كران مسيج «بارو» سنتiasa سلارس دڠن مسيج «لاما». ڤركاتاءن يڠ دترجمهن سباݢاي «منجادي كرينڠ» برمقصود «منداڤت مالو» دالم بهاس عبري.</w:t>
      </w:r>
    </w:p>
    <w:p>
      <w:pPr>
        <w:pStyle w:val="ArticleBody"/>
        <w:jc w:val="left"/>
      </w:pPr>
      <w:r>
        <w:rPr>
          <w:rFonts w:ascii="Times New Roman" w:hAnsi="Times New Roman" w:eastAsia="Times New Roman" w:cs="Times New Roman"/>
        </w:rPr>
        <w:t>ئەلنىڭ ۋە پەيغەمبەرلەرنىڭ ئاساسلىق مەۋزۇلىرىنىڭ بىرى «ئۇيالغانلار»دۇر. ئەفرائىمنىڭ مەستلىرى ساختا كېيىنكى يامغۇر ھەققىدىكى ئۇچۇرىدىن ئۇيالىدۇ؛ بۇ ئۇچۇر كۆپىنچە «تىنچلىق ۋە بىخەتەرلىك» ئۇچۇرى دەپ ئاتىلىدۇ. ئاشلىق، يېڭى شاراب ۋە ماي دېگەن ئۈچ بەلگە كېيىنكى يامغۇرنىڭ ئۇچۇرىنى ئىپادىلەيدۇ. كېيىنكى يامغۇر يەنە مۇقەددەس روھنىڭ تۆكۈلۈشى سۈپитидәمۇ تەسۋىرلىنىدۇ.</w:t>
      </w:r>
    </w:p>
    <w:p>
      <w:pPr>
        <w:pStyle w:val="ArticleBody"/>
        <w:jc w:val="left"/>
      </w:pPr>
      <w:r>
        <w:rPr>
          <w:rFonts w:ascii="Times New Roman" w:hAnsi="Times New Roman" w:eastAsia="Times New Roman" w:cs="Times New Roman"/>
        </w:rPr>
        <w:t>Noqaa Hafuura Qulqulluu cubbuu, qajeelummaa fi murtii irratti amansiisuu dha; innis tartiiba sanaanuma. Dubbiin Waaqayyoo cubbuu irratti amansiisa, akkasumas “midhaan” jedhamuun bakka bu’a. “Daadhii wayinii haaraa” qabaachuun warra Hafuura Qulqulluu qabaniif mallattoo ta’a; Hafuuri Qulqulluus “rooba”n akkasumas “wayinii”n bakka bu’a; sababiin isaas “roobni” fi “wayiniin” lamaan isaanii iyyuu ergaa yookaan barsiisa ta’uu isaanii salphaatti mirkaneessuun ni danda’ama.</w:t>
      </w:r>
    </w:p>
    <w:p>
      <w:pPr>
        <w:pStyle w:val="ArticleScripture"/>
        <w:jc w:val="left"/>
      </w:pPr>
      <w:r>
        <w:rPr>
          <w:rFonts w:ascii="Times New Roman" w:hAnsi="Times New Roman" w:eastAsia="Times New Roman" w:cs="Times New Roman"/>
        </w:rPr>
        <w:t>اَمّا مەن سىلەرگە ھەقىقەتنى ئېيتىمەنكى، مېنىڭ كېتىشىم سىلەر ئۈچۈن پايدىلىقتۇر؛ چۈنكى مەن كەتمىسەم، تەسەللى بەرگۈچى سىلەرنىڭ يېنىڭلارغا كەلمەيدۇ؛ ئەمما مەن كەتسەم، ئۇنى سىلەرگە ئەۋەتىمەن. ئۇ كەلگەندە، دۇنيانى گۇناھ، ھەققانىيلىق ۋە ھۆكۈم توغرۇلۇق ئەيىبلەيدۇ: گۇناھ توغرۇلۇق، چۈنكى ئۇلار ماڭا ئىشەنمەيدۇ؛ ھەققانىيلىق توغرۇلۇق، چۈنكى مەن ئاتامنىڭ يېنىغا بارىمەن، سىلەر مېنى ئەمدى كۆرمەيسىلەر؛ ھۆكۈم توغرۇلۇق، چۈنكى بۇ دۇنيانىڭ ھۆكۈمدارى ھۆكۈم قىلىندى. مەننىڭ سىلەرگە ئېيتىدىغان يەنە كۆپ سۆزلەرِم بار، لېكىن ھازىر سىلەر ئۇلارنى كۆتۈرەلمەيسىلەر. بىراق ئۇ، يەنى ھەقىقەت روھى، كەلگەندە، سىلەرنى بارلىق ھەقىقەتكە باشلايدۇ؛ چۈنكى ئۇ ئۆزىدىن سۆزلىمەيدۇ، بەلكى نېمىنى ئاڭلىسا، شۇنى سۆزلەيدۇ؛ ۋە كەلگۈسىدىكى ئىشلارنى سىلەرگە بىلدۈرىدۇ. يۇھاننا 16:7–13.</w:t>
      </w:r>
    </w:p>
    <w:p>
      <w:pPr>
        <w:pStyle w:val="ArticleBody"/>
        <w:jc w:val="left"/>
      </w:pPr>
      <w:r>
        <w:rPr>
          <w:rFonts w:ascii="Times New Roman" w:hAnsi="Times New Roman" w:eastAsia="Times New Roman" w:cs="Times New Roman"/>
        </w:rPr>
        <w:t>ꞌYoel ga “corn” nawa Degei Yaqona ni Kalou, ka sa vakadinadinataka na “ivalavala ca.” Na “yalododonu” sa vakatakilai vei ira era sa sema nodra bula vakatamata kei na bula vakalou ena vuku ni itukutuku ni dina ni gauna oqo ka matataka na “new” (dina ni gauna oqo) “wine” (itukutuku). Na “oil” na ivakatakilakila ni “veilewai,” ni sa yavutaki na “veilewai” ena nodra tiko se sega ni tiko na “oil” vei ira era sa lewai tiko. Na corn, new wine kei na oil nei Joel sa vakatakarakarataka na vakadinadinataki ni ivalavala ca, yalododonu, kei na veilewai. Na veika kece ni cakacaka ni Yalo Tabu me baleta na sova sobu ni uca ni gauna mai muri sa oka kina na dina era na vakatovolei kina na Lotu Avenito mai Laodicea ka tekivu ena 9/11 ni sa vakarota o Joel vei ira me ra “Yadra!”</w:t>
      </w:r>
    </w:p>
    <w:p>
      <w:pPr>
        <w:pStyle w:val="ArticleBody"/>
        <w:jc w:val="left"/>
      </w:pPr>
      <w:r>
        <w:rPr>
          <w:rFonts w:ascii="Times New Roman" w:hAnsi="Times New Roman" w:eastAsia="Times New Roman" w:cs="Times New Roman"/>
        </w:rPr>
        <w:t>ئەو سێ نیشانەی پەیامی بارانی دواوە هاوتای سێ پەیامی فریشتەکان لە مکاشفەی چواردەیە، و «جوتیارەکان» دەبێت «شەرمسار» بن و «ڕەزداران» دەبێت «هاوار بکەن». لە یۆئیلدا گەلی خودا هەرگیز نابێت شەرمسار بن.</w:t>
      </w:r>
    </w:p>
    <w:p>
      <w:pPr>
        <w:pStyle w:val="ArticleScripture"/>
        <w:jc w:val="left"/>
      </w:pPr>
      <w:r>
        <w:rPr>
          <w:rFonts w:ascii="Times New Roman" w:hAnsi="Times New Roman" w:eastAsia="Times New Roman" w:cs="Times New Roman"/>
        </w:rPr>
        <w:t>Ambhĩrĩria nĩ inyuĩ mũkamenya atĩ niĩ ndĩ gatagatĩ ka Isiraeli, na atĩ niĩ nĩ Jehova Ngai wanyu, na ndũrĩ ũngĩ: na andũ akwa matikagĩa na thoni nginya tene. Joeli 2:27.</w:t>
      </w:r>
    </w:p>
    <w:p>
      <w:pPr>
        <w:pStyle w:val="ArticleBody"/>
        <w:jc w:val="left"/>
      </w:pPr>
      <w:r>
        <w:rPr>
          <w:rFonts w:ascii="Leelawadee UI" w:hAnsi="Leelawadee UI" w:eastAsia="Leelawadee UI" w:cs="Leelawadee UI"/>
        </w:rPr>
        <w:t>ឣ្នកថែសួនទំពាំងបាយជូរ</w:t>
      </w:r>
      <w:r>
        <w:rPr>
          <w:rFonts w:ascii="Times New Roman" w:hAnsi="Times New Roman" w:eastAsia="Times New Roman" w:cs="Times New Roman"/>
        </w:rPr>
        <w:t xml:space="preserve"> </w:t>
      </w:r>
      <w:r>
        <w:rPr>
          <w:rFonts w:ascii="Leelawadee UI" w:hAnsi="Leelawadee UI" w:eastAsia="Leelawadee UI" w:cs="Leelawadee UI"/>
        </w:rPr>
        <w:t>និងអ្នកធ្វើការក្នុងចំការទំពាំងបាយជូរ</w:t>
      </w:r>
      <w:r>
        <w:rPr>
          <w:rFonts w:ascii="Times New Roman" w:hAnsi="Times New Roman" w:eastAsia="Times New Roman" w:cs="Times New Roman"/>
        </w:rPr>
        <w:t xml:space="preserve"> </w:t>
      </w:r>
      <w:r>
        <w:rPr>
          <w:rFonts w:ascii="Leelawadee UI" w:hAnsi="Leelawadee UI" w:eastAsia="Leelawadee UI" w:cs="Leelawadee UI"/>
        </w:rPr>
        <w:t>មានសេចក្តីអៀនខ្មាស</w:t>
      </w:r>
      <w:r>
        <w:rPr>
          <w:rFonts w:ascii="Times New Roman" w:hAnsi="Times New Roman" w:eastAsia="Times New Roman" w:cs="Times New Roman"/>
        </w:rPr>
        <w:t xml:space="preserve"> </w:t>
      </w:r>
      <w:r>
        <w:rPr>
          <w:rFonts w:ascii="Leelawadee UI" w:hAnsi="Leelawadee UI" w:eastAsia="Leelawadee UI" w:cs="Leelawadee UI"/>
        </w:rPr>
        <w:t>ហើយស្រែកយំ</w:t>
      </w:r>
      <w:r>
        <w:rPr>
          <w:rFonts w:ascii="Times New Roman" w:hAnsi="Times New Roman" w:eastAsia="Times New Roman" w:cs="Times New Roman"/>
        </w:rPr>
        <w:t xml:space="preserve"> </w:t>
      </w:r>
      <w:r>
        <w:rPr>
          <w:rFonts w:ascii="Leelawadee UI" w:hAnsi="Leelawadee UI" w:eastAsia="Leelawadee UI" w:cs="Leelawadee UI"/>
        </w:rPr>
        <w:t>ពីព្រោះសារព្រះវស្សាចុងក្រោយក្លែងក្លាយ</w:t>
      </w:r>
      <w:r>
        <w:rPr>
          <w:rFonts w:ascii="Times New Roman" w:hAnsi="Times New Roman" w:eastAsia="Times New Roman" w:cs="Times New Roman"/>
        </w:rPr>
        <w:t xml:space="preserve"> </w:t>
      </w:r>
      <w:r>
        <w:rPr>
          <w:rFonts w:ascii="Leelawadee UI" w:hAnsi="Leelawadee UI" w:eastAsia="Leelawadee UI" w:cs="Leelawadee UI"/>
        </w:rPr>
        <w:t>ដែលពួកគេនាំមកនោះ</w:t>
      </w:r>
      <w:r>
        <w:rPr>
          <w:rFonts w:ascii="Times New Roman" w:hAnsi="Times New Roman" w:eastAsia="Times New Roman" w:cs="Times New Roman"/>
        </w:rPr>
        <w:t xml:space="preserve"> </w:t>
      </w:r>
      <w:r>
        <w:rPr>
          <w:rFonts w:ascii="Leelawadee UI" w:hAnsi="Leelawadee UI" w:eastAsia="Leelawadee UI" w:cs="Leelawadee UI"/>
        </w:rPr>
        <w:t>គ្មានអំណាចក្នុងការបង្កើតជីវិតនៅក្នុងចំការទំពាំងបាយជូរ</w:t>
      </w:r>
      <w:r>
        <w:rPr>
          <w:rFonts w:ascii="Times New Roman" w:hAnsi="Times New Roman" w:eastAsia="Times New Roman" w:cs="Times New Roman"/>
        </w:rPr>
        <w:t xml:space="preserve"> </w:t>
      </w:r>
      <w:r>
        <w:rPr>
          <w:rFonts w:ascii="Leelawadee UI" w:hAnsi="Leelawadee UI" w:eastAsia="Leelawadee UI" w:cs="Leelawadee UI"/>
        </w:rPr>
        <w:t>ដែលគេបានប្រគល់ឲ្យពួកគេថែរក្សា។</w:t>
      </w:r>
      <w:r>
        <w:rPr>
          <w:rFonts w:ascii="Times New Roman" w:hAnsi="Times New Roman" w:eastAsia="Times New Roman" w:cs="Times New Roman"/>
        </w:rPr>
        <w:t xml:space="preserve"> Adventism </w:t>
      </w:r>
      <w:r>
        <w:rPr>
          <w:rFonts w:ascii="Leelawadee UI" w:hAnsi="Leelawadee UI" w:eastAsia="Leelawadee UI" w:cs="Leelawadee UI"/>
        </w:rPr>
        <w:t>ដឹងតាមរយៈអ្នកនាងហោរារបស់ពួកគេថា</w:t>
      </w:r>
      <w:r>
        <w:rPr>
          <w:rFonts w:ascii="Times New Roman" w:hAnsi="Times New Roman" w:eastAsia="Times New Roman" w:cs="Times New Roman"/>
        </w:rPr>
        <w:t xml:space="preserve"> </w:t>
      </w:r>
      <w:r>
        <w:rPr>
          <w:rFonts w:ascii="Leelawadee UI" w:hAnsi="Leelawadee UI" w:eastAsia="Leelawadee UI" w:cs="Leelawadee UI"/>
        </w:rPr>
        <w:t>ពួកគេត្រូវបានហៅឲ្យបំពេញបទពិសោធន៍ព្រះវស្សាចុងក្រោយ</w:t>
      </w:r>
      <w:r>
        <w:rPr>
          <w:rFonts w:ascii="Times New Roman" w:hAnsi="Times New Roman" w:eastAsia="Times New Roman" w:cs="Times New Roman"/>
        </w:rPr>
        <w:t xml:space="preserve"> </w:t>
      </w:r>
      <w:r>
        <w:rPr>
          <w:rFonts w:ascii="Leelawadee UI" w:hAnsi="Leelawadee UI" w:eastAsia="Leelawadee UI" w:cs="Leelawadee UI"/>
        </w:rPr>
        <w:t>ប៉ុន្តែផលនៃស្រែចម្ការនានាបានស្វិតក្រៀម។</w:t>
      </w:r>
      <w:r>
        <w:rPr>
          <w:rFonts w:ascii="Times New Roman" w:hAnsi="Times New Roman" w:eastAsia="Times New Roman" w:cs="Times New Roman"/>
        </w:rPr>
        <w:t xml:space="preserve"> </w:t>
      </w:r>
      <w:r>
        <w:rPr>
          <w:rFonts w:ascii="Leelawadee UI" w:hAnsi="Leelawadee UI" w:eastAsia="Leelawadee UI" w:cs="Leelawadee UI"/>
        </w:rPr>
        <w:t>ពួកគេមានសេចក្តីអៀនខ្មាស</w:t>
      </w:r>
      <w:r>
        <w:rPr>
          <w:rFonts w:ascii="Times New Roman" w:hAnsi="Times New Roman" w:eastAsia="Times New Roman" w:cs="Times New Roman"/>
        </w:rPr>
        <w:t xml:space="preserve"> </w:t>
      </w:r>
      <w:r>
        <w:rPr>
          <w:rFonts w:ascii="Leelawadee UI" w:hAnsi="Leelawadee UI" w:eastAsia="Leelawadee UI" w:cs="Leelawadee UI"/>
        </w:rPr>
        <w:t>ហើយយំ</w:t>
      </w:r>
      <w:r>
        <w:rPr>
          <w:rFonts w:ascii="Times New Roman" w:hAnsi="Times New Roman" w:eastAsia="Times New Roman" w:cs="Times New Roman"/>
        </w:rPr>
        <w:t xml:space="preserve"> </w:t>
      </w:r>
      <w:r>
        <w:rPr>
          <w:rFonts w:ascii="Leelawadee UI" w:hAnsi="Leelawadee UI" w:eastAsia="Leelawadee UI" w:cs="Leelawadee UI"/>
        </w:rPr>
        <w:t>ជាពិសេស</w:t>
      </w:r>
      <w:r>
        <w:rPr>
          <w:rFonts w:ascii="Times New Roman" w:hAnsi="Times New Roman" w:eastAsia="Times New Roman" w:cs="Times New Roman"/>
        </w:rPr>
        <w:t xml:space="preserve"> «</w:t>
      </w:r>
      <w:r>
        <w:rPr>
          <w:rFonts w:ascii="Leelawadee UI" w:hAnsi="Leelawadee UI" w:eastAsia="Leelawadee UI" w:cs="Leelawadee UI"/>
        </w:rPr>
        <w:t>សម្រាប់ស្រូវសាលី</w:t>
      </w:r>
      <w:r>
        <w:rPr>
          <w:rFonts w:ascii="Times New Roman" w:hAnsi="Times New Roman" w:eastAsia="Times New Roman" w:cs="Times New Roman"/>
        </w:rPr>
        <w:t xml:space="preserve"> </w:t>
      </w:r>
      <w:r>
        <w:rPr>
          <w:rFonts w:ascii="Leelawadee UI" w:hAnsi="Leelawadee UI" w:eastAsia="Leelawadee UI" w:cs="Leelawadee UI"/>
        </w:rPr>
        <w:t>និងសម្រាប់ស្រូវបារឡេ</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ដង្វាយផលដំបូងនៃ</w:t>
      </w:r>
      <w:r>
        <w:rPr>
          <w:rFonts w:ascii="Times New Roman" w:hAnsi="Times New Roman" w:eastAsia="Times New Roman" w:cs="Times New Roman"/>
        </w:rPr>
        <w:t xml:space="preserve"> «</w:t>
      </w:r>
      <w:r>
        <w:rPr>
          <w:rFonts w:ascii="Leelawadee UI" w:hAnsi="Leelawadee UI" w:eastAsia="Leelawadee UI" w:cs="Leelawadee UI"/>
        </w:rPr>
        <w:t>ស្រូវបារឡេ</w:t>
      </w:r>
      <w:r>
        <w:rPr>
          <w:rFonts w:ascii="Times New Roman" w:hAnsi="Times New Roman" w:eastAsia="Times New Roman" w:cs="Times New Roman"/>
        </w:rPr>
        <w:t xml:space="preserve">» </w:t>
      </w:r>
      <w:r>
        <w:rPr>
          <w:rFonts w:ascii="Leelawadee UI" w:hAnsi="Leelawadee UI" w:eastAsia="Leelawadee UI" w:cs="Leelawadee UI"/>
        </w:rPr>
        <w:t>នៅថ្ងៃនៃការរស់ឡើងវិញរបស់ព្រះគ្រីស្ទ</w:t>
      </w:r>
      <w:r>
        <w:rPr>
          <w:rFonts w:ascii="Times New Roman" w:hAnsi="Times New Roman" w:eastAsia="Times New Roman" w:cs="Times New Roman"/>
        </w:rPr>
        <w:t xml:space="preserve"> </w:t>
      </w:r>
      <w:r>
        <w:rPr>
          <w:rFonts w:ascii="Leelawadee UI" w:hAnsi="Leelawadee UI" w:eastAsia="Leelawadee UI" w:cs="Leelawadee UI"/>
        </w:rPr>
        <w:t>បានចាប់ផ្តើមរដូវកាលប៉ង់ទីកុស្ត</w:t>
      </w:r>
      <w:r>
        <w:rPr>
          <w:rFonts w:ascii="Times New Roman" w:hAnsi="Times New Roman" w:eastAsia="Times New Roman" w:cs="Times New Roman"/>
        </w:rPr>
        <w:t xml:space="preserve"> </w:t>
      </w:r>
      <w:r>
        <w:rPr>
          <w:rFonts w:ascii="Leelawadee UI" w:hAnsi="Leelawadee UI" w:eastAsia="Leelawadee UI" w:cs="Leelawadee UI"/>
        </w:rPr>
        <w:t>ដែលបានបញ្ចប់នៅថ្ងៃប៉ង់ទីកុស្ត</w:t>
      </w:r>
      <w:r>
        <w:rPr>
          <w:rFonts w:ascii="Times New Roman" w:hAnsi="Times New Roman" w:eastAsia="Times New Roman" w:cs="Times New Roman"/>
        </w:rPr>
        <w:t xml:space="preserve"> </w:t>
      </w:r>
      <w:r>
        <w:rPr>
          <w:rFonts w:ascii="Leelawadee UI" w:hAnsi="Leelawadee UI" w:eastAsia="Leelawadee UI" w:cs="Leelawadee UI"/>
        </w:rPr>
        <w:t>ដោយដង្វាយផលដំបូងនៃ</w:t>
      </w:r>
      <w:r>
        <w:rPr>
          <w:rFonts w:ascii="Times New Roman" w:hAnsi="Times New Roman" w:eastAsia="Times New Roman" w:cs="Times New Roman"/>
        </w:rPr>
        <w:t xml:space="preserve"> «</w:t>
      </w:r>
      <w:r>
        <w:rPr>
          <w:rFonts w:ascii="Leelawadee UI" w:hAnsi="Leelawadee UI" w:eastAsia="Leelawadee UI" w:cs="Leelawadee UI"/>
        </w:rPr>
        <w:t>ស្រូវសាលី</w:t>
      </w:r>
      <w:r>
        <w:rPr>
          <w:rFonts w:ascii="Times New Roman" w:hAnsi="Times New Roman" w:eastAsia="Times New Roman" w:cs="Times New Roman"/>
        </w:rPr>
        <w:t xml:space="preserve">» </w:t>
      </w:r>
      <w:r>
        <w:rPr>
          <w:rFonts w:ascii="Leelawadee UI" w:hAnsi="Leelawadee UI" w:eastAsia="Leelawadee UI" w:cs="Leelawadee UI"/>
        </w:rPr>
        <w:t>នៅថ្ងៃប៉ង់ទីកុស្ត។</w:t>
      </w:r>
      <w:r>
        <w:rPr>
          <w:rFonts w:ascii="Times New Roman" w:hAnsi="Times New Roman" w:eastAsia="Times New Roman" w:cs="Times New Roman"/>
        </w:rPr>
        <w:t xml:space="preserve"> </w:t>
      </w:r>
      <w:r>
        <w:rPr>
          <w:rFonts w:ascii="Leelawadee UI" w:hAnsi="Leelawadee UI" w:eastAsia="Leelawadee UI" w:cs="Leelawadee UI"/>
        </w:rPr>
        <w:t>អ្នកស្រវឹងរបស់អេប្រាអ៊ីម</w:t>
      </w:r>
      <w:r>
        <w:rPr>
          <w:rFonts w:ascii="Times New Roman" w:hAnsi="Times New Roman" w:eastAsia="Times New Roman" w:cs="Times New Roman"/>
        </w:rPr>
        <w:t xml:space="preserve"> </w:t>
      </w:r>
      <w:r>
        <w:rPr>
          <w:rFonts w:ascii="Leelawadee UI" w:hAnsi="Leelawadee UI" w:eastAsia="Leelawadee UI" w:cs="Leelawadee UI"/>
        </w:rPr>
        <w:t>មានសេចក្តីអៀនខ្មាស</w:t>
      </w:r>
      <w:r>
        <w:rPr>
          <w:rFonts w:ascii="Times New Roman" w:hAnsi="Times New Roman" w:eastAsia="Times New Roman" w:cs="Times New Roman"/>
        </w:rPr>
        <w:t xml:space="preserve"> </w:t>
      </w:r>
      <w:r>
        <w:rPr>
          <w:rFonts w:ascii="Leelawadee UI" w:hAnsi="Leelawadee UI" w:eastAsia="Leelawadee UI" w:cs="Leelawadee UI"/>
        </w:rPr>
        <w:t>ពីព្រោះពួកគេស្ថិតនៅខាងខុសនៃរដូវកាលប៉ង់ទីកុស្ត</w:t>
      </w:r>
      <w:r>
        <w:rPr>
          <w:rFonts w:ascii="Times New Roman" w:hAnsi="Times New Roman" w:eastAsia="Times New Roman" w:cs="Times New Roman"/>
        </w:rPr>
        <w:t xml:space="preserve"> </w:t>
      </w:r>
      <w:r>
        <w:rPr>
          <w:rFonts w:ascii="Leelawadee UI" w:hAnsi="Leelawadee UI" w:eastAsia="Leelawadee UI" w:cs="Leelawadee UI"/>
        </w:rPr>
        <w:t>ដែលត្រូវបានធ្វើឡើងម្ដងទៀត</w:t>
      </w:r>
      <w:r>
        <w:rPr>
          <w:rFonts w:ascii="Times New Roman" w:hAnsi="Times New Roman" w:eastAsia="Times New Roman" w:cs="Times New Roman"/>
        </w:rPr>
        <w:t xml:space="preserve"> </w:t>
      </w:r>
      <w:r>
        <w:rPr>
          <w:rFonts w:ascii="Leelawadee UI" w:hAnsi="Leelawadee UI" w:eastAsia="Leelawadee UI" w:cs="Leelawadee UI"/>
        </w:rPr>
        <w:t>ចាប់ពី</w:t>
      </w:r>
      <w:r>
        <w:rPr>
          <w:rFonts w:ascii="Times New Roman" w:hAnsi="Times New Roman" w:eastAsia="Times New Roman" w:cs="Times New Roman"/>
        </w:rPr>
        <w:t xml:space="preserve"> 9/11 </w:t>
      </w:r>
      <w:r>
        <w:rPr>
          <w:rFonts w:ascii="Leelawadee UI" w:hAnsi="Leelawadee UI" w:eastAsia="Leelawadee UI" w:cs="Leelawadee UI"/>
        </w:rPr>
        <w:t>រហូតដល់ច្បាប់ថ្ងៃអាទិត្យ</w:t>
      </w:r>
      <w:r>
        <w:rPr>
          <w:rFonts w:ascii="Times New Roman" w:hAnsi="Times New Roman" w:eastAsia="Times New Roman" w:cs="Times New Roman"/>
        </w:rPr>
        <w:t xml:space="preserve"> </w:t>
      </w:r>
      <w:r>
        <w:rPr>
          <w:rFonts w:ascii="Leelawadee UI" w:hAnsi="Leelawadee UI" w:eastAsia="Leelawadee UI" w:cs="Leelawadee UI"/>
        </w:rPr>
        <w:t>នៅពេលដែលព្រះវស្សាចុងក្រោយកំពុងធ្លាក់ចុះ។</w:t>
      </w:r>
    </w:p>
    <w:p>
      <w:pPr>
        <w:pStyle w:val="ArticleScripture"/>
        <w:jc w:val="left"/>
      </w:pPr>
      <w:r>
        <w:rPr>
          <w:rFonts w:ascii="Times New Roman" w:hAnsi="Times New Roman" w:eastAsia="Times New Roman" w:cs="Times New Roman"/>
        </w:rPr>
        <w:t>«Կան շատերը, որ մեծ չափով չընդունեցին վաղ անձրևը։ Նրանք չստացան այն բոլոր օրհնությունները, որ Աստված այսպես նախատեսել էր իրենց համար։ Նրանք ակնկալում են, թե այդ պակասը պիտի լրացվի ուշ անձրևով։ Երբ շնորհի ամենահարուստ առատությունը տրվի, մտադիր են բացել իրենց սրտերը՝ այն ընդունելու համար։ Նրանք սոսկալի սխալ են գործում։ Այն գործը, որ Աստված սկսել է մարդկային սրտում՝ տալով Իր լույսն ու գիտությունը, պետք է անդադար առաջ ընթանա։ Ամեն մի անհատ պետք է գիտակցի իր անձնական անհրաժեշտությունը։ Սիրտը պետք է դատարկվի ամեն տեսակ պղծությունից և մաքրվի Հոգու բնակության համար։ Մեղքի խոստովանությամբ և թողությամբ, ջերմեռանդ աղոթքով և իրենց Աստծուն նվիրումով էր, որ առաջին աշակերտները պատրաստվեցին Սուրբ Հոգու հեղման համար Պենտեկոստեի օրը։ Նույն գործը, միայն ավելի մեծ չափով, պետք է կատարվի այժմ։ Այն ժամանակ մարդկային գործակիցը միայն պետք է խնդրեր օրհնությունը և սպասեր, որ Տերը կատարյալ դարձնի իր վերաբերյալ գործը։ Աշխատանքը սկսողը Աստված է, և Նա էլ պիտի ավարտի Իր գործը՝ մարդուն կատարյալ դարձնելով Հիսուս Քրիստոսում։ Բայց չպետք է լինի վաղ անձրևով ներկայացված շնորհի որևէ անտեսում։ Միայն նրանք, ովքեր ապրում են ըստ իրենց ունեցած լույսի, պիտի ստանան ավելի մեծ լույս։ Եթե մենք օրեցօր չենք առաջադիմում գործուն քրիստոնեական առաքինությունների դրսևորման մեջ, ապա ուշ անձրևում չենք ճանաչի Սուրբ Հոգու հայտնությունները։ Այն կարող է թափվել մեր շուրջբոլորը եղող սրտերի վրա, բայց մենք այն ո՛չ պիտի զանազանենք, ո՛չ էլ ընդունենք»։ Վկանություններ ծառայողներին, 506, 507։</w:t>
      </w:r>
    </w:p>
    <w:p>
      <w:pPr>
        <w:pStyle w:val="ArticleBody"/>
        <w:jc w:val="left"/>
      </w:pPr>
      <w:r>
        <w:rPr>
          <w:rFonts w:ascii="Times New Roman" w:hAnsi="Times New Roman" w:eastAsia="Times New Roman" w:cs="Times New Roman"/>
        </w:rPr>
        <w:t>ꞌPentecostal seasonꞌ Sister White kà a tɔ́ nɛ wɔn, nɛ a “former rain” la yɛ Christ yuurə nɛ ɓa kà ɓa disciples la, nɔ ŋɔ́ ta siəla yaga nɛ ŋɔ́ heavenly meeting la, ŋɔ́ resurrection la zaa. Nɛ a “latter rain” la nɛ wɔn la yɛ Pentecost. Pentecostal season la alpha la, drops bɛɛr kà yuurə nɛ ɓa disciples la yili, nɛ omega la, disciples nɛ kà yuurə nɛ ba la yɛlɛ tongues of fire la zugu kà boorə nɛ world la m-mɛɛ. Holy Spirit la manifestation yɛ beginning la nɛ ending la. Divinity kà Holy Spirit la tɔ nɛ humanity la through message la beginning la, nɛ ending la divinity nɛ humanity yɔɔr la kɔɔm kà yɛ represented by tongues (humanity) nɛ fire (Divinity), nɛ kà Holy Spirit la tɔ nɛ humanity la through message la. Barley first fruit offering la beginning la zɛm kà Christ resurrection la, nɛ two loaves of wheat la Pentecostal first fruit offering la zɛm kà Pentecost.</w:t>
      </w:r>
    </w:p>
    <w:p>
      <w:pPr>
        <w:pStyle w:val="ArticleBody"/>
        <w:jc w:val="left"/>
      </w:pPr>
      <w:r>
        <w:rPr>
          <w:rFonts w:ascii="Times New Roman" w:hAnsi="Times New Roman" w:eastAsia="Times New Roman" w:cs="Times New Roman"/>
        </w:rPr>
        <w:t>Është e vetmja flijim që përfshinte maja, simbol i mëkatit. Bukët ishin të pjekura, duke përfaqësuar kështu largimin e mëkatit, por duke ruajtur të vërtetën se dy bukët e tundura, që përfaqësonin njëqind e dyzet e katër mijët, ishin burra dhe gra që kishin qenë mëkatarë dhe që ishin pastruar nga ato mëkate prej Lajmëtarit të Besëlidhjes në kapitullin tre të Malakisë. Kështu, alfa e stinës së Rrëshajëve përfaqësonte Bukën e Qiellit duke i mësuar dishepujt e Tij, dhe omega e asaj stine i paraqiste po ata dishepuj të simbolizuar si dy bukë të ngritura lart drejt qiellit. Kështu, simboli i hyjnisë dhe njerëzisë i gjuhëve të zjarrit dhe ngritja e flijimit të tundur, që tipifikonte dishepujt duke e çuar mesazhin në botë, bashkohen për të përcaktuar se njëqind e dyzet e katër mijët do të ngrihen lart si një flijim që përfaqëson në mënyrë të përsosur Jezu Krishtin, dhe Jezu Krishti përfaqëson se Hyjnia e bashkuar me njerëzinë nuk mëkaton.</w:t>
      </w:r>
    </w:p>
    <w:p>
      <w:pPr>
        <w:pStyle w:val="ArticleBody"/>
        <w:jc w:val="left"/>
      </w:pPr>
      <w:r>
        <w:rPr>
          <w:rFonts w:ascii="Times New Roman" w:hAnsi="Times New Roman" w:eastAsia="Times New Roman" w:cs="Times New Roman"/>
        </w:rPr>
        <w:t>«Саӊа түмэнни» ыныртыбатах буолан, «Бог» «саӊа түмэнни» кытта «бэлэмнээн биэрбит» «бары туһан» «сайын түмэннэн толоруллуо» диэн күүтэргэ — «улахан алҕас» буолар. Саӊа түмэн — Иеремия суруйбут «былыргы суоллар», ол суоллар 9/11-гэ сылдьыах суол буолан биллэрбиттэр. Бу — «улахан алҕас», онуоһун кытта дьону уларытар күүстээх мөҥүрэһии; ол кинилэри, имэниэххэ, хайаҕа тутуллубут сайын түмэн туһулуута баар диэн саныырга илдьэр, ол гынан баран, кинилэр туһулууларын хатыҥҥа тутуллубут эбитин эрэ булаллар.</w:t>
      </w:r>
    </w:p>
    <w:p>
      <w:pPr>
        <w:pStyle w:val="ArticleBody"/>
        <w:jc w:val="left"/>
      </w:pPr>
      <w:r>
        <w:rPr>
          <w:rFonts w:ascii="Times New Roman" w:hAnsi="Times New Roman" w:eastAsia="Times New Roman" w:cs="Times New Roman"/>
        </w:rPr>
        <w:t>Peter al ashanam, dimtin aniawlawdawlawt lo in hu an zu awm lo chu a fiang takin a sawi a, ni hnuhnung ruahsur lai hun chhunga mi za leh sawmli pali sangkhat an entîrnaa chuan. Zawlnei zawng zawngte khân ni hnuhnung thu an sawi a, Joel chuan “Ephraim zu ruihote” an tho chhuak a, ni hnuhnung ruahsur thiltihtheihna hnuaia vântirhkoh pathumna au nasa puang tura Pathian mite nihna chanvo chu kumkhua atân an lak bo tawh tih hriatna chiang tak hmuhin an hmachhawn tih a hrilh. Mi za leh sawmli pali sangkhatte hi ni hnuhnung ruahsur lai hun chhunga 9/11 atanga Sunday law thlengin siam an ni a, seal an ni bawk. Anni chu Beramno zui zêl, A kalna apiang apiangah amah zuitute an ni.</w:t>
      </w:r>
    </w:p>
    <w:p>
      <w:pPr>
        <w:pStyle w:val="ArticleBody"/>
        <w:jc w:val="left"/>
      </w:pPr>
      <w:r>
        <w:rPr>
          <w:rFonts w:ascii="Times New Roman" w:hAnsi="Times New Roman" w:eastAsia="Times New Roman" w:cs="Times New Roman"/>
        </w:rPr>
        <w:t>پطرس در روز پنطیکاست نمایانگر کسانی است که پیام بارانِ آخر را اعلام می‌کنند؛ پیامی که او آن را بر کتاب یوئیل مبتنی می‌سازد. یهودیانی که در سراسر تاریخ خویش مسئولیت نگاه‌داشتنِ پنطیکاست به ایشان سپرده شده بود، اکنون از سوی پطرس آگاه می‌شدند که آن پنطیکاستی که همهٔ پنطیکاست‌های پیشین به سوی آن اشاره داشتند، اینک در حال تحقق است. یهودیان، همچون مستانِ افرایم، آن‌چنان از شرابِ بابل مست بودند که پطرس و آن یازده تن را، در حالی که پیام بارانِ آخر را در چارچوبِ کتاب یوئیل عرضه می‌کردند، به مستی متهم ساختند. هنگامی که مستانِ افرایم در آیهٔ پنجِ باب نخستِ یوئیل «بیدار» می‌شوند، با فرایندِ آزمایشِ بارانِ آخر روبه‌رو می‌گردند؛ جایی که دو گروه پدید می‌آیند. در این فرایندِ آزمایش، یک گروه پیامِ بارانِ آخر را تشخیص می‌دهد و گروهِ دیگر آن را تشخیص نمی‌دهد.</w:t>
      </w:r>
    </w:p>
    <w:p>
      <w:pPr>
        <w:pStyle w:val="ArticleScripture"/>
        <w:jc w:val="left"/>
      </w:pPr>
      <w:r>
        <w:rPr>
          <w:rFonts w:ascii="Times New Roman" w:hAnsi="Times New Roman" w:eastAsia="Times New Roman" w:cs="Times New Roman"/>
        </w:rPr>
        <w:t>“</w:t>
      </w:r>
      <w:r>
        <w:rPr>
          <w:rFonts w:ascii="MV Boli" w:hAnsi="MV Boli" w:eastAsia="MV Boli" w:cs="MV Boli"/>
        </w:rPr>
        <w:t>އަޅުގަނޑުމެން</w:t>
      </w:r>
      <w:r>
        <w:rPr>
          <w:rFonts w:ascii="Times New Roman" w:hAnsi="Times New Roman" w:eastAsia="Times New Roman" w:cs="Times New Roman"/>
        </w:rPr>
        <w:t xml:space="preserve"> </w:t>
      </w:r>
      <w:r>
        <w:rPr>
          <w:rFonts w:ascii="MV Boli" w:hAnsi="MV Boli" w:eastAsia="MV Boli" w:cs="MV Boli"/>
        </w:rPr>
        <w:t>ފަހުގެ</w:t>
      </w:r>
      <w:r>
        <w:rPr>
          <w:rFonts w:ascii="Times New Roman" w:hAnsi="Times New Roman" w:eastAsia="Times New Roman" w:cs="Times New Roman"/>
        </w:rPr>
        <w:t xml:space="preserve"> </w:t>
      </w:r>
      <w:r>
        <w:rPr>
          <w:rFonts w:ascii="MV Boli" w:hAnsi="MV Boli" w:eastAsia="MV Boli" w:cs="MV Boli"/>
        </w:rPr>
        <w:t>ވާރޭގެ</w:t>
      </w:r>
      <w:r>
        <w:rPr>
          <w:rFonts w:ascii="Times New Roman" w:hAnsi="Times New Roman" w:eastAsia="Times New Roman" w:cs="Times New Roman"/>
        </w:rPr>
        <w:t xml:space="preserve"> </w:t>
      </w:r>
      <w:r>
        <w:rPr>
          <w:rFonts w:ascii="MV Boli" w:hAnsi="MV Boli" w:eastAsia="MV Boli" w:cs="MV Boli"/>
        </w:rPr>
        <w:t>އިންތިޒާރުގައި</w:t>
      </w:r>
      <w:r>
        <w:rPr>
          <w:rFonts w:ascii="Times New Roman" w:hAnsi="Times New Roman" w:eastAsia="Times New Roman" w:cs="Times New Roman"/>
        </w:rPr>
        <w:t xml:space="preserve"> </w:t>
      </w:r>
      <w:r>
        <w:rPr>
          <w:rFonts w:ascii="MV Boli" w:hAnsi="MV Boli" w:eastAsia="MV Boli" w:cs="MV Boli"/>
        </w:rPr>
        <w:t>ތިބެން</w:t>
      </w:r>
      <w:r>
        <w:rPr>
          <w:rFonts w:ascii="Times New Roman" w:hAnsi="Times New Roman" w:eastAsia="Times New Roman" w:cs="Times New Roman"/>
        </w:rPr>
        <w:t xml:space="preserve"> </w:t>
      </w:r>
      <w:r>
        <w:rPr>
          <w:rFonts w:ascii="MV Boli" w:hAnsi="MV Boli" w:eastAsia="MV Boli" w:cs="MV Boli"/>
        </w:rPr>
        <w:t>ނުވާނެ</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އަޅުގަނޑުމެންނަށް</w:t>
      </w:r>
      <w:r>
        <w:rPr>
          <w:rFonts w:ascii="Times New Roman" w:hAnsi="Times New Roman" w:eastAsia="Times New Roman" w:cs="Times New Roman"/>
        </w:rPr>
        <w:t xml:space="preserve"> </w:t>
      </w:r>
      <w:r>
        <w:rPr>
          <w:rFonts w:ascii="MV Boli" w:hAnsi="MV Boli" w:eastAsia="MV Boli" w:cs="MV Boli"/>
        </w:rPr>
        <w:t>ވެއްޓޭ</w:t>
      </w:r>
      <w:r>
        <w:rPr>
          <w:rFonts w:ascii="Times New Roman" w:hAnsi="Times New Roman" w:eastAsia="Times New Roman" w:cs="Times New Roman"/>
        </w:rPr>
        <w:t xml:space="preserve"> </w:t>
      </w:r>
      <w:r>
        <w:rPr>
          <w:rFonts w:ascii="MV Boli" w:hAnsi="MV Boli" w:eastAsia="MV Boli" w:cs="MV Boli"/>
        </w:rPr>
        <w:t>ނިއުމުގެ</w:t>
      </w:r>
      <w:r>
        <w:rPr>
          <w:rFonts w:ascii="Times New Roman" w:hAnsi="Times New Roman" w:eastAsia="Times New Roman" w:cs="Times New Roman"/>
        </w:rPr>
        <w:t xml:space="preserve"> </w:t>
      </w:r>
      <w:r>
        <w:rPr>
          <w:rFonts w:ascii="MV Boli" w:hAnsi="MV Boli" w:eastAsia="MV Boli" w:cs="MV Boli"/>
        </w:rPr>
        <w:t>ތިލަފަތާއި</w:t>
      </w:r>
      <w:r>
        <w:rPr>
          <w:rFonts w:ascii="Times New Roman" w:hAnsi="Times New Roman" w:eastAsia="Times New Roman" w:cs="Times New Roman"/>
        </w:rPr>
        <w:t xml:space="preserve"> </w:t>
      </w:r>
      <w:r>
        <w:rPr>
          <w:rFonts w:ascii="MV Boli" w:hAnsi="MV Boli" w:eastAsia="MV Boli" w:cs="MV Boli"/>
        </w:rPr>
        <w:t>ވާރޭތައް</w:t>
      </w:r>
      <w:r>
        <w:rPr>
          <w:rFonts w:ascii="Times New Roman" w:hAnsi="Times New Roman" w:eastAsia="Times New Roman" w:cs="Times New Roman"/>
        </w:rPr>
        <w:t xml:space="preserve"> </w:t>
      </w:r>
      <w:r>
        <w:rPr>
          <w:rFonts w:ascii="MV Boli" w:hAnsi="MV Boli" w:eastAsia="MV Boli" w:cs="MV Boli"/>
        </w:rPr>
        <w:t>ދަނެގަނެ</w:t>
      </w:r>
      <w:r>
        <w:rPr>
          <w:rFonts w:ascii="Times New Roman" w:hAnsi="Times New Roman" w:eastAsia="Times New Roman" w:cs="Times New Roman"/>
        </w:rPr>
        <w:t xml:space="preserve"> </w:t>
      </w:r>
      <w:r>
        <w:rPr>
          <w:rFonts w:ascii="MV Boli" w:hAnsi="MV Boli" w:eastAsia="MV Boli" w:cs="MV Boli"/>
        </w:rPr>
        <w:t>އެކަން</w:t>
      </w:r>
      <w:r>
        <w:rPr>
          <w:rFonts w:ascii="Times New Roman" w:hAnsi="Times New Roman" w:eastAsia="Times New Roman" w:cs="Times New Roman"/>
        </w:rPr>
        <w:t xml:space="preserve"> </w:t>
      </w:r>
      <w:r>
        <w:rPr>
          <w:rFonts w:ascii="MV Boli" w:hAnsi="MV Boli" w:eastAsia="MV Boli" w:cs="MV Boli"/>
        </w:rPr>
        <w:t>އަމިއްލަކޮށް</w:t>
      </w:r>
      <w:r>
        <w:rPr>
          <w:rFonts w:ascii="Times New Roman" w:hAnsi="Times New Roman" w:eastAsia="Times New Roman" w:cs="Times New Roman"/>
        </w:rPr>
        <w:t xml:space="preserve"> </w:t>
      </w:r>
      <w:r>
        <w:rPr>
          <w:rFonts w:ascii="MV Boli" w:hAnsi="MV Boli" w:eastAsia="MV Boli" w:cs="MV Boli"/>
        </w:rPr>
        <w:t>ހިފާ</w:t>
      </w:r>
      <w:r>
        <w:rPr>
          <w:rFonts w:ascii="Times New Roman" w:hAnsi="Times New Roman" w:eastAsia="Times New Roman" w:cs="Times New Roman"/>
        </w:rPr>
        <w:t xml:space="preserve"> </w:t>
      </w:r>
      <w:r>
        <w:rPr>
          <w:rFonts w:ascii="MV Boli" w:hAnsi="MV Boli" w:eastAsia="MV Boli" w:cs="MV Boli"/>
        </w:rPr>
        <w:t>ހުރި</w:t>
      </w:r>
      <w:r>
        <w:rPr>
          <w:rFonts w:ascii="Times New Roman" w:hAnsi="Times New Roman" w:eastAsia="Times New Roman" w:cs="Times New Roman"/>
        </w:rPr>
        <w:t xml:space="preserve"> </w:t>
      </w:r>
      <w:r>
        <w:rPr>
          <w:rFonts w:ascii="MV Boli" w:hAnsi="MV Boli" w:eastAsia="MV Boli" w:cs="MV Boli"/>
        </w:rPr>
        <w:t>ހުރިހާ</w:t>
      </w:r>
      <w:r>
        <w:rPr>
          <w:rFonts w:ascii="Times New Roman" w:hAnsi="Times New Roman" w:eastAsia="Times New Roman" w:cs="Times New Roman"/>
        </w:rPr>
        <w:t xml:space="preserve"> </w:t>
      </w:r>
      <w:r>
        <w:rPr>
          <w:rFonts w:ascii="MV Boli" w:hAnsi="MV Boli" w:eastAsia="MV Boli" w:cs="MV Boli"/>
        </w:rPr>
        <w:t>މީހުންނަށް</w:t>
      </w:r>
      <w:r>
        <w:rPr>
          <w:rFonts w:ascii="Times New Roman" w:hAnsi="Times New Roman" w:eastAsia="Times New Roman" w:cs="Times New Roman"/>
        </w:rPr>
        <w:t xml:space="preserve"> </w:t>
      </w:r>
      <w:r>
        <w:rPr>
          <w:rFonts w:ascii="MV Boli" w:hAnsi="MV Boli" w:eastAsia="MV Boli" w:cs="MV Boli"/>
        </w:rPr>
        <w:t>އަންނާނެ</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އަޅުގަނޑުމެން</w:t>
      </w:r>
      <w:r>
        <w:rPr>
          <w:rFonts w:ascii="Times New Roman" w:hAnsi="Times New Roman" w:eastAsia="Times New Roman" w:cs="Times New Roman"/>
        </w:rPr>
        <w:t xml:space="preserve"> </w:t>
      </w:r>
      <w:r>
        <w:rPr>
          <w:rFonts w:ascii="MV Boli" w:hAnsi="MV Boli" w:eastAsia="MV Boli" w:cs="MV Boli"/>
        </w:rPr>
        <w:t>ބަރުކަށި</w:t>
      </w:r>
      <w:r>
        <w:rPr>
          <w:rFonts w:ascii="Times New Roman" w:hAnsi="Times New Roman" w:eastAsia="Times New Roman" w:cs="Times New Roman"/>
        </w:rPr>
        <w:t xml:space="preserve"> </w:t>
      </w:r>
      <w:r>
        <w:rPr>
          <w:rFonts w:ascii="MV Boli" w:hAnsi="MV Boli" w:eastAsia="MV Boli" w:cs="MV Boli"/>
        </w:rPr>
        <w:t>ބާކީ</w:t>
      </w:r>
      <w:r>
        <w:rPr>
          <w:rFonts w:ascii="Times New Roman" w:hAnsi="Times New Roman" w:eastAsia="Times New Roman" w:cs="Times New Roman"/>
        </w:rPr>
        <w:t xml:space="preserve"> </w:t>
      </w:r>
      <w:r>
        <w:rPr>
          <w:rFonts w:ascii="MV Boli" w:hAnsi="MV Boli" w:eastAsia="MV Boli" w:cs="MV Boli"/>
        </w:rPr>
        <w:t>އޮތް</w:t>
      </w:r>
      <w:r>
        <w:rPr>
          <w:rFonts w:ascii="Times New Roman" w:hAnsi="Times New Roman" w:eastAsia="Times New Roman" w:cs="Times New Roman"/>
        </w:rPr>
        <w:t xml:space="preserve"> </w:t>
      </w:r>
      <w:r>
        <w:rPr>
          <w:rFonts w:ascii="MV Boli" w:hAnsi="MV Boli" w:eastAsia="MV Boli" w:cs="MV Boli"/>
        </w:rPr>
        <w:t>ބިރުގެ</w:t>
      </w:r>
      <w:r>
        <w:rPr>
          <w:rFonts w:ascii="Times New Roman" w:hAnsi="Times New Roman" w:eastAsia="Times New Roman" w:cs="Times New Roman"/>
        </w:rPr>
        <w:t xml:space="preserve"> </w:t>
      </w:r>
      <w:r>
        <w:rPr>
          <w:rFonts w:ascii="MV Boli" w:hAnsi="MV Boli" w:eastAsia="MV Boli" w:cs="MV Boli"/>
        </w:rPr>
        <w:t>ކުދިކުދި</w:t>
      </w:r>
      <w:r>
        <w:rPr>
          <w:rFonts w:ascii="Times New Roman" w:hAnsi="Times New Roman" w:eastAsia="Times New Roman" w:cs="Times New Roman"/>
        </w:rPr>
        <w:t xml:space="preserve"> </w:t>
      </w:r>
      <w:r>
        <w:rPr>
          <w:rFonts w:ascii="MV Boli" w:hAnsi="MV Boli" w:eastAsia="MV Boli" w:cs="MV Boli"/>
        </w:rPr>
        <w:t>އެއްޗެއް</w:t>
      </w:r>
      <w:r>
        <w:rPr>
          <w:rFonts w:ascii="Times New Roman" w:hAnsi="Times New Roman" w:eastAsia="Times New Roman" w:cs="Times New Roman"/>
        </w:rPr>
        <w:t xml:space="preserve"> </w:t>
      </w:r>
      <w:r>
        <w:rPr>
          <w:rFonts w:ascii="MV Boli" w:hAnsi="MV Boli" w:eastAsia="MV Boli" w:cs="MV Boli"/>
        </w:rPr>
        <w:t>އެކުލަވާލާއިރު</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އެއްބަހި</w:t>
      </w:r>
      <w:r>
        <w:rPr>
          <w:rFonts w:ascii="Times New Roman" w:hAnsi="Times New Roman" w:eastAsia="Times New Roman" w:cs="Times New Roman"/>
        </w:rPr>
        <w:t xml:space="preserve"> </w:t>
      </w:r>
      <w:r>
        <w:rPr>
          <w:rFonts w:ascii="MV Boli" w:hAnsi="MV Boli" w:eastAsia="MV Boli" w:cs="MV Boli"/>
        </w:rPr>
        <w:t>ޔަގީނީ</w:t>
      </w:r>
      <w:r>
        <w:rPr>
          <w:rFonts w:ascii="Times New Roman" w:hAnsi="Times New Roman" w:eastAsia="Times New Roman" w:cs="Times New Roman"/>
        </w:rPr>
        <w:t xml:space="preserve"> </w:t>
      </w:r>
      <w:r>
        <w:rPr>
          <w:rFonts w:ascii="MV Boli" w:hAnsi="MV Boli" w:eastAsia="MV Boli" w:cs="MV Boli"/>
        </w:rPr>
        <w:t>ރަޙުމަތްތައް</w:t>
      </w:r>
      <w:r>
        <w:rPr>
          <w:rFonts w:ascii="Times New Roman" w:hAnsi="Times New Roman" w:eastAsia="Times New Roman" w:cs="Times New Roman"/>
        </w:rPr>
        <w:t xml:space="preserve"> </w:t>
      </w:r>
      <w:r>
        <w:rPr>
          <w:rFonts w:ascii="MV Boli" w:hAnsi="MV Boli" w:eastAsia="MV Boli" w:cs="MV Boli"/>
        </w:rPr>
        <w:t>އަގުކުރާއިރު</w:t>
      </w:r>
      <w:r>
        <w:rPr>
          <w:rFonts w:ascii="Times New Roman" w:hAnsi="Times New Roman" w:eastAsia="Times New Roman" w:cs="Times New Roman"/>
        </w:rPr>
        <w:t xml:space="preserve">، </w:t>
      </w:r>
      <w:r>
        <w:rPr>
          <w:rFonts w:ascii="MV Boli" w:hAnsi="MV Boli" w:eastAsia="MV Boli" w:cs="MV Boli"/>
        </w:rPr>
        <w:t>އެބަހީ</w:t>
      </w:r>
      <w:r>
        <w:rPr>
          <w:rFonts w:ascii="Times New Roman" w:hAnsi="Times New Roman" w:eastAsia="Times New Roman" w:cs="Times New Roman"/>
        </w:rPr>
        <w:t xml:space="preserve"> </w:t>
      </w:r>
      <w:r>
        <w:rPr>
          <w:rFonts w:ascii="MV Boli" w:hAnsi="MV Boli" w:eastAsia="MV Boli" w:cs="MV Boli"/>
        </w:rPr>
        <w:t>އަޅުގަނޑުމެން</w:t>
      </w:r>
      <w:r>
        <w:rPr>
          <w:rFonts w:ascii="Times New Roman" w:hAnsi="Times New Roman" w:eastAsia="Times New Roman" w:cs="Times New Roman"/>
        </w:rPr>
        <w:t xml:space="preserve"> </w:t>
      </w:r>
      <w:r>
        <w:rPr>
          <w:rFonts w:ascii="MV Boli" w:hAnsi="MV Boli" w:eastAsia="MV Boli" w:cs="MV Boli"/>
        </w:rPr>
        <w:t>އެކަލާނގެފާނަށް</w:t>
      </w:r>
      <w:r>
        <w:rPr>
          <w:rFonts w:ascii="Times New Roman" w:hAnsi="Times New Roman" w:eastAsia="Times New Roman" w:cs="Times New Roman"/>
        </w:rPr>
        <w:t xml:space="preserve"> </w:t>
      </w:r>
      <w:r>
        <w:rPr>
          <w:rFonts w:ascii="MV Boli" w:hAnsi="MV Boli" w:eastAsia="MV Boli" w:cs="MV Boli"/>
        </w:rPr>
        <w:t>ޔަގީން</w:t>
      </w:r>
      <w:r>
        <w:rPr>
          <w:rFonts w:ascii="Times New Roman" w:hAnsi="Times New Roman" w:eastAsia="Times New Roman" w:cs="Times New Roman"/>
        </w:rPr>
        <w:t xml:space="preserve"> </w:t>
      </w:r>
      <w:r>
        <w:rPr>
          <w:rFonts w:ascii="MV Boli" w:hAnsi="MV Boli" w:eastAsia="MV Boli" w:cs="MV Boli"/>
        </w:rPr>
        <w:t>ކުރުމަށް</w:t>
      </w:r>
      <w:r>
        <w:rPr>
          <w:rFonts w:ascii="Times New Roman" w:hAnsi="Times New Roman" w:eastAsia="Times New Roman" w:cs="Times New Roman"/>
        </w:rPr>
        <w:t xml:space="preserve"> </w:t>
      </w:r>
      <w:r>
        <w:rPr>
          <w:rFonts w:ascii="MV Boli" w:hAnsi="MV Boli" w:eastAsia="MV Boli" w:cs="MV Boli"/>
        </w:rPr>
        <w:t>ލޯބިވާ</w:t>
      </w:r>
      <w:r>
        <w:rPr>
          <w:rFonts w:ascii="Times New Roman" w:hAnsi="Times New Roman" w:eastAsia="Times New Roman" w:cs="Times New Roman"/>
        </w:rPr>
        <w:t xml:space="preserve"> </w:t>
      </w:r>
      <w:r>
        <w:rPr>
          <w:rFonts w:ascii="MV Boli" w:hAnsi="MV Boli" w:eastAsia="MV Boli" w:cs="MV Boli"/>
        </w:rPr>
        <w:t>އެކަލާނގެފާނުގެ</w:t>
      </w:r>
      <w:r>
        <w:rPr>
          <w:rFonts w:ascii="Times New Roman" w:hAnsi="Times New Roman" w:eastAsia="Times New Roman" w:cs="Times New Roman"/>
        </w:rPr>
        <w:t xml:space="preserve"> </w:t>
      </w:r>
      <w:r>
        <w:rPr>
          <w:rFonts w:ascii="MV Boli" w:hAnsi="MV Boli" w:eastAsia="MV Boli" w:cs="MV Boli"/>
        </w:rPr>
        <w:t>ރަޙުމަތްތައް</w:t>
      </w:r>
      <w:r>
        <w:rPr>
          <w:rFonts w:ascii="Times New Roman" w:hAnsi="Times New Roman" w:eastAsia="Times New Roman" w:cs="Times New Roman"/>
        </w:rPr>
        <w:t xml:space="preserve">، </w:t>
      </w:r>
      <w:r>
        <w:rPr>
          <w:rFonts w:ascii="MV Boli" w:hAnsi="MV Boli" w:eastAsia="MV Boli" w:cs="MV Boli"/>
        </w:rPr>
        <w:t>ދެން</w:t>
      </w:r>
      <w:r>
        <w:rPr>
          <w:rFonts w:ascii="Times New Roman" w:hAnsi="Times New Roman" w:eastAsia="Times New Roman" w:cs="Times New Roman"/>
        </w:rPr>
        <w:t xml:space="preserve"> </w:t>
      </w:r>
      <w:r>
        <w:rPr>
          <w:rFonts w:ascii="MV Boli" w:hAnsi="MV Boli" w:eastAsia="MV Boli" w:cs="MV Boli"/>
        </w:rPr>
        <w:t>ކޮންމެ</w:t>
      </w:r>
      <w:r>
        <w:rPr>
          <w:rFonts w:ascii="Times New Roman" w:hAnsi="Times New Roman" w:eastAsia="Times New Roman" w:cs="Times New Roman"/>
        </w:rPr>
        <w:t xml:space="preserve"> </w:t>
      </w:r>
      <w:r>
        <w:rPr>
          <w:rFonts w:ascii="MV Boli" w:hAnsi="MV Boli" w:eastAsia="MV Boli" w:cs="MV Boli"/>
        </w:rPr>
        <w:t>ވައުދެއް</w:t>
      </w:r>
      <w:r>
        <w:rPr>
          <w:rFonts w:ascii="Times New Roman" w:hAnsi="Times New Roman" w:eastAsia="Times New Roman" w:cs="Times New Roman"/>
        </w:rPr>
        <w:t xml:space="preserve"> </w:t>
      </w:r>
      <w:r>
        <w:rPr>
          <w:rFonts w:ascii="MV Boli" w:hAnsi="MV Boli" w:eastAsia="MV Boli" w:cs="MV Boli"/>
        </w:rPr>
        <w:t>ފުއްދޭނެ</w:t>
      </w:r>
      <w:r>
        <w:rPr>
          <w:rFonts w:ascii="Times New Roman" w:hAnsi="Times New Roman" w:eastAsia="Times New Roman" w:cs="Times New Roman"/>
        </w:rPr>
        <w:t>. ‘</w:t>
      </w:r>
      <w:r>
        <w:rPr>
          <w:rFonts w:ascii="MV Boli" w:hAnsi="MV Boli" w:eastAsia="MV Boli" w:cs="MV Boli"/>
        </w:rPr>
        <w:t>ބިން</w:t>
      </w:r>
      <w:r>
        <w:rPr>
          <w:rFonts w:ascii="Times New Roman" w:hAnsi="Times New Roman" w:eastAsia="Times New Roman" w:cs="Times New Roman"/>
        </w:rPr>
        <w:t xml:space="preserve"> </w:t>
      </w:r>
      <w:r>
        <w:rPr>
          <w:rFonts w:ascii="MV Boli" w:hAnsi="MV Boli" w:eastAsia="MV Boli" w:cs="MV Boli"/>
        </w:rPr>
        <w:t>އޭގެ</w:t>
      </w:r>
      <w:r>
        <w:rPr>
          <w:rFonts w:ascii="Times New Roman" w:hAnsi="Times New Roman" w:eastAsia="Times New Roman" w:cs="Times New Roman"/>
        </w:rPr>
        <w:t xml:space="preserve"> </w:t>
      </w:r>
      <w:r>
        <w:rPr>
          <w:rFonts w:ascii="MV Boli" w:hAnsi="MV Boli" w:eastAsia="MV Boli" w:cs="MV Boli"/>
        </w:rPr>
        <w:t>ފެންނަ</w:t>
      </w:r>
      <w:r>
        <w:rPr>
          <w:rFonts w:ascii="Times New Roman" w:hAnsi="Times New Roman" w:eastAsia="Times New Roman" w:cs="Times New Roman"/>
        </w:rPr>
        <w:t xml:space="preserve"> </w:t>
      </w:r>
      <w:r>
        <w:rPr>
          <w:rFonts w:ascii="MV Boli" w:hAnsi="MV Boli" w:eastAsia="MV Boli" w:cs="MV Boli"/>
        </w:rPr>
        <w:t>ފުޅު</w:t>
      </w:r>
      <w:r>
        <w:rPr>
          <w:rFonts w:ascii="Times New Roman" w:hAnsi="Times New Roman" w:eastAsia="Times New Roman" w:cs="Times New Roman"/>
        </w:rPr>
        <w:t xml:space="preserve"> </w:t>
      </w:r>
      <w:r>
        <w:rPr>
          <w:rFonts w:ascii="MV Boli" w:hAnsi="MV Boli" w:eastAsia="MV Boli" w:cs="MV Boli"/>
        </w:rPr>
        <w:t>ފެންނާ</w:t>
      </w:r>
      <w:r>
        <w:rPr>
          <w:rFonts w:ascii="Times New Roman" w:hAnsi="Times New Roman" w:eastAsia="Times New Roman" w:cs="Times New Roman"/>
        </w:rPr>
        <w:t xml:space="preserve"> </w:t>
      </w:r>
      <w:r>
        <w:rPr>
          <w:rFonts w:ascii="MV Boli" w:hAnsi="MV Boli" w:eastAsia="MV Boli" w:cs="MV Boli"/>
        </w:rPr>
        <w:t>ގޮތަށާއި</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ބަގީޗާއެއް</w:t>
      </w:r>
      <w:r>
        <w:rPr>
          <w:rFonts w:ascii="Times New Roman" w:hAnsi="Times New Roman" w:eastAsia="Times New Roman" w:cs="Times New Roman"/>
        </w:rPr>
        <w:t xml:space="preserve"> </w:t>
      </w:r>
      <w:r>
        <w:rPr>
          <w:rFonts w:ascii="MV Boli" w:hAnsi="MV Boli" w:eastAsia="MV Boli" w:cs="MV Boli"/>
        </w:rPr>
        <w:t>އެއަށް</w:t>
      </w:r>
      <w:r>
        <w:rPr>
          <w:rFonts w:ascii="Times New Roman" w:hAnsi="Times New Roman" w:eastAsia="Times New Roman" w:cs="Times New Roman"/>
        </w:rPr>
        <w:t xml:space="preserve"> </w:t>
      </w:r>
      <w:r>
        <w:rPr>
          <w:rFonts w:ascii="MV Boli" w:hAnsi="MV Boli" w:eastAsia="MV Boli" w:cs="MV Boli"/>
        </w:rPr>
        <w:t>އަޅާ</w:t>
      </w:r>
      <w:r>
        <w:rPr>
          <w:rFonts w:ascii="Times New Roman" w:hAnsi="Times New Roman" w:eastAsia="Times New Roman" w:cs="Times New Roman"/>
        </w:rPr>
        <w:t xml:space="preserve"> </w:t>
      </w:r>
      <w:r>
        <w:rPr>
          <w:rFonts w:ascii="MV Boli" w:hAnsi="MV Boli" w:eastAsia="MV Boli" w:cs="MV Boli"/>
        </w:rPr>
        <w:t>ހުރި</w:t>
      </w:r>
      <w:r>
        <w:rPr>
          <w:rFonts w:ascii="Times New Roman" w:hAnsi="Times New Roman" w:eastAsia="Times New Roman" w:cs="Times New Roman"/>
        </w:rPr>
        <w:t xml:space="preserve"> </w:t>
      </w:r>
      <w:r>
        <w:rPr>
          <w:rFonts w:ascii="MV Boli" w:hAnsi="MV Boli" w:eastAsia="MV Boli" w:cs="MV Boli"/>
        </w:rPr>
        <w:t>އެތިތައް</w:t>
      </w:r>
      <w:r>
        <w:rPr>
          <w:rFonts w:ascii="Times New Roman" w:hAnsi="Times New Roman" w:eastAsia="Times New Roman" w:cs="Times New Roman"/>
        </w:rPr>
        <w:t xml:space="preserve"> </w:t>
      </w:r>
      <w:r>
        <w:rPr>
          <w:rFonts w:ascii="MV Boli" w:hAnsi="MV Boli" w:eastAsia="MV Boli" w:cs="MV Boli"/>
        </w:rPr>
        <w:t>ފަޅާ</w:t>
      </w:r>
      <w:r>
        <w:rPr>
          <w:rFonts w:ascii="Times New Roman" w:hAnsi="Times New Roman" w:eastAsia="Times New Roman" w:cs="Times New Roman"/>
        </w:rPr>
        <w:t xml:space="preserve"> </w:t>
      </w:r>
      <w:r>
        <w:rPr>
          <w:rFonts w:ascii="MV Boli" w:hAnsi="MV Boli" w:eastAsia="MV Boli" w:cs="MV Boli"/>
        </w:rPr>
        <w:t>އެރުވާ</w:t>
      </w:r>
      <w:r>
        <w:rPr>
          <w:rFonts w:ascii="Times New Roman" w:hAnsi="Times New Roman" w:eastAsia="Times New Roman" w:cs="Times New Roman"/>
        </w:rPr>
        <w:t xml:space="preserve"> </w:t>
      </w:r>
      <w:r>
        <w:rPr>
          <w:rFonts w:ascii="MV Boli" w:hAnsi="MV Boli" w:eastAsia="MV Boli" w:cs="MV Boli"/>
        </w:rPr>
        <w:t>ގޮތަށް</w:t>
      </w:r>
      <w:r>
        <w:rPr>
          <w:rFonts w:ascii="Times New Roman" w:hAnsi="Times New Roman" w:eastAsia="Times New Roman" w:cs="Times New Roman"/>
        </w:rPr>
        <w:t xml:space="preserve">، </w:t>
      </w:r>
      <w:r>
        <w:rPr>
          <w:rFonts w:ascii="MV Boli" w:hAnsi="MV Boli" w:eastAsia="MV Boli" w:cs="MV Boli"/>
        </w:rPr>
        <w:t>އެހެންމެ</w:t>
      </w:r>
      <w:r>
        <w:rPr>
          <w:rFonts w:ascii="Times New Roman" w:hAnsi="Times New Roman" w:eastAsia="Times New Roman" w:cs="Times New Roman"/>
        </w:rPr>
        <w:t xml:space="preserve"> </w:t>
      </w:r>
      <w:r>
        <w:rPr>
          <w:rFonts w:ascii="MV Boli" w:hAnsi="MV Boli" w:eastAsia="MV Boli" w:cs="MV Boli"/>
        </w:rPr>
        <w:t>ހުރިހާ</w:t>
      </w:r>
      <w:r>
        <w:rPr>
          <w:rFonts w:ascii="Times New Roman" w:hAnsi="Times New Roman" w:eastAsia="Times New Roman" w:cs="Times New Roman"/>
        </w:rPr>
        <w:t xml:space="preserve"> </w:t>
      </w:r>
      <w:r>
        <w:rPr>
          <w:rFonts w:ascii="MV Boli" w:hAnsi="MV Boli" w:eastAsia="MV Boli" w:cs="MV Boli"/>
        </w:rPr>
        <w:t>ޤައުމެއްގެ</w:t>
      </w:r>
      <w:r>
        <w:rPr>
          <w:rFonts w:ascii="Times New Roman" w:hAnsi="Times New Roman" w:eastAsia="Times New Roman" w:cs="Times New Roman"/>
        </w:rPr>
        <w:t xml:space="preserve"> </w:t>
      </w:r>
      <w:r>
        <w:rPr>
          <w:rFonts w:ascii="MV Boli" w:hAnsi="MV Boli" w:eastAsia="MV Boli" w:cs="MV Boli"/>
        </w:rPr>
        <w:t>ކުރިމަތީގައި</w:t>
      </w:r>
      <w:r>
        <w:rPr>
          <w:rFonts w:ascii="Times New Roman" w:hAnsi="Times New Roman" w:eastAsia="Times New Roman" w:cs="Times New Roman"/>
        </w:rPr>
        <w:t xml:space="preserve"> </w:t>
      </w:r>
      <w:r>
        <w:rPr>
          <w:rFonts w:ascii="MV Boli" w:hAnsi="MV Boli" w:eastAsia="MV Boli" w:cs="MV Boli"/>
        </w:rPr>
        <w:t>ތެދުވެރިކަމާއި</w:t>
      </w:r>
      <w:r>
        <w:rPr>
          <w:rFonts w:ascii="Times New Roman" w:hAnsi="Times New Roman" w:eastAsia="Times New Roman" w:cs="Times New Roman"/>
        </w:rPr>
        <w:t xml:space="preserve"> </w:t>
      </w:r>
      <w:r>
        <w:rPr>
          <w:rFonts w:ascii="MV Boli" w:hAnsi="MV Boli" w:eastAsia="MV Boli" w:cs="MV Boli"/>
        </w:rPr>
        <w:t>ޙަމްދު</w:t>
      </w:r>
      <w:r>
        <w:rPr>
          <w:rFonts w:ascii="Times New Roman" w:hAnsi="Times New Roman" w:eastAsia="Times New Roman" w:cs="Times New Roman"/>
        </w:rPr>
        <w:t xml:space="preserve"> </w:t>
      </w:r>
      <w:r>
        <w:rPr>
          <w:rFonts w:ascii="MV Boli" w:hAnsi="MV Boli" w:eastAsia="MV Boli" w:cs="MV Boli"/>
        </w:rPr>
        <w:t>ފަޅާ</w:t>
      </w:r>
      <w:r>
        <w:rPr>
          <w:rFonts w:ascii="Times New Roman" w:hAnsi="Times New Roman" w:eastAsia="Times New Roman" w:cs="Times New Roman"/>
        </w:rPr>
        <w:t xml:space="preserve"> </w:t>
      </w:r>
      <w:r>
        <w:rPr>
          <w:rFonts w:ascii="MV Boli" w:hAnsi="MV Boli" w:eastAsia="MV Boli" w:cs="MV Boli"/>
        </w:rPr>
        <w:t>އެރުވަން</w:t>
      </w:r>
      <w:r>
        <w:rPr>
          <w:rFonts w:ascii="Times New Roman" w:hAnsi="Times New Roman" w:eastAsia="Times New Roman" w:cs="Times New Roman"/>
        </w:rPr>
        <w:t xml:space="preserve"> </w:t>
      </w:r>
      <w:r>
        <w:rPr>
          <w:rFonts w:ascii="MV Boli" w:hAnsi="MV Boli" w:eastAsia="MV Boli" w:cs="MV Boli"/>
        </w:rPr>
        <w:t>ރައްބުލްއިލާހު</w:t>
      </w:r>
      <w:r>
        <w:rPr>
          <w:rFonts w:ascii="Times New Roman" w:hAnsi="Times New Roman" w:eastAsia="Times New Roman" w:cs="Times New Roman"/>
        </w:rPr>
        <w:t xml:space="preserve"> </w:t>
      </w:r>
      <w:r>
        <w:rPr>
          <w:rFonts w:ascii="MV Boli" w:hAnsi="MV Boli" w:eastAsia="MV Boli" w:cs="MV Boli"/>
        </w:rPr>
        <w:t>ކުރައްވާނެ</w:t>
      </w:r>
      <w:r>
        <w:rPr>
          <w:rFonts w:ascii="Times New Roman" w:hAnsi="Times New Roman" w:eastAsia="Times New Roman" w:cs="Times New Roman"/>
        </w:rPr>
        <w:t xml:space="preserve">.’ Isaiah 61:11. </w:t>
      </w:r>
      <w:r>
        <w:rPr>
          <w:rFonts w:ascii="MV Boli" w:hAnsi="MV Boli" w:eastAsia="MV Boli" w:cs="MV Boli"/>
        </w:rPr>
        <w:t>މުޅި</w:t>
      </w:r>
      <w:r>
        <w:rPr>
          <w:rFonts w:ascii="Times New Roman" w:hAnsi="Times New Roman" w:eastAsia="Times New Roman" w:cs="Times New Roman"/>
        </w:rPr>
        <w:t xml:space="preserve"> </w:t>
      </w:r>
      <w:r>
        <w:rPr>
          <w:rFonts w:ascii="MV Boli" w:hAnsi="MV Boli" w:eastAsia="MV Boli" w:cs="MV Boli"/>
        </w:rPr>
        <w:t>ބިން</w:t>
      </w:r>
      <w:r>
        <w:rPr>
          <w:rFonts w:ascii="Times New Roman" w:hAnsi="Times New Roman" w:eastAsia="Times New Roman" w:cs="Times New Roman"/>
        </w:rPr>
        <w:t xml:space="preserve"> </w:t>
      </w:r>
      <w:r>
        <w:rPr>
          <w:rFonts w:ascii="MV Boli" w:hAnsi="MV Boli" w:eastAsia="MV Boli" w:cs="MV Boli"/>
        </w:rPr>
        <w:t>އެކަލާނގެފާނުގެ</w:t>
      </w:r>
      <w:r>
        <w:rPr>
          <w:rFonts w:ascii="Times New Roman" w:hAnsi="Times New Roman" w:eastAsia="Times New Roman" w:cs="Times New Roman"/>
        </w:rPr>
        <w:t xml:space="preserve"> </w:t>
      </w:r>
      <w:r>
        <w:rPr>
          <w:rFonts w:ascii="MV Boli" w:hAnsi="MV Boli" w:eastAsia="MV Boli" w:cs="MV Boli"/>
        </w:rPr>
        <w:t>މަޖީދުން</w:t>
      </w:r>
      <w:r>
        <w:rPr>
          <w:rFonts w:ascii="Times New Roman" w:hAnsi="Times New Roman" w:eastAsia="Times New Roman" w:cs="Times New Roman"/>
        </w:rPr>
        <w:t xml:space="preserve"> </w:t>
      </w:r>
      <w:r>
        <w:rPr>
          <w:rFonts w:ascii="MV Boli" w:hAnsi="MV Boli" w:eastAsia="MV Boli" w:cs="MV Boli"/>
        </w:rPr>
        <w:t>ފުރިހަމަ</w:t>
      </w:r>
      <w:r>
        <w:rPr>
          <w:rFonts w:ascii="Times New Roman" w:hAnsi="Times New Roman" w:eastAsia="Times New Roman" w:cs="Times New Roman"/>
        </w:rPr>
        <w:t xml:space="preserve"> </w:t>
      </w:r>
      <w:r>
        <w:rPr>
          <w:rFonts w:ascii="MV Boli" w:hAnsi="MV Boli" w:eastAsia="MV Boli" w:cs="MV Boli"/>
        </w:rPr>
        <w:t>ވާންޖެހޭ</w:t>
      </w:r>
      <w:r>
        <w:rPr>
          <w:rFonts w:ascii="Times New Roman" w:hAnsi="Times New Roman" w:eastAsia="Times New Roman" w:cs="Times New Roman"/>
        </w:rPr>
        <w:t>.” The Seventh-day Adventist Bible Commentary, volume 7, 984.</w:t>
      </w:r>
    </w:p>
    <w:p>
      <w:pPr>
        <w:pStyle w:val="ArticleBody"/>
        <w:jc w:val="left"/>
      </w:pPr>
      <w:r>
        <w:rPr>
          <w:rFonts w:ascii="Times New Roman" w:hAnsi="Times New Roman" w:eastAsia="Times New Roman" w:cs="Times New Roman"/>
        </w:rPr>
        <w:t>«Аныҟәара» акәын иаанаго «игәаларшәатәыз, ма адырра еиҭашьҭатәыз» ҳәа, избанзар аҵыхәтәантәи амҩаӡарҭа иазку аацҳара «адырҵәоит» аԥасатәи иԥшьоу аҭоурыхқәа рыла, урҭ аҵыхәтәантәи амҩаӡарҭа аҭоурых иаазырԥшуа. Пиотр Пентекости аамҭазы ունեցած аҭоурых Иоиль иарбаз аҭоурыхтә шьақәгылашьа аҳәаақәа ирҭагӡаны ишьақәыргылан. Иоиль иҿакышьа, Пиотр иахь fulfilment-иараны иаарԥшызи, 1844 шықәсатәи Ацаанӡа Аҳәамҭа аҭоурых азы ҩы шаҳаҭны иҟалоит. Абарҭ хҩык шаҳаҭцәа (урҭ ирыцыз егьырҭгьы) «адырықәҵатәуп» ҳәа, рҭоурых, рҭыԥшьақәгылашьа, аҵыхәтәантәи амҩаӡарҭа аацҳара дыр exemplified-уа аҿырԥштәқәа ҳасабла.</w:t>
      </w:r>
    </w:p>
    <w:p>
      <w:pPr>
        <w:pStyle w:val="ArticleBody"/>
        <w:jc w:val="left"/>
      </w:pPr>
      <w:r>
        <w:rPr>
          <w:rFonts w:ascii="Segoe UI Historic" w:hAnsi="Segoe UI Historic" w:eastAsia="Segoe UI Historic" w:cs="Segoe UI Historic"/>
        </w:rPr>
        <w:t>ܟܕ</w:t>
      </w:r>
      <w:r>
        <w:rPr>
          <w:rFonts w:ascii="Times New Roman" w:hAnsi="Times New Roman" w:eastAsia="Times New Roman" w:cs="Times New Roman"/>
        </w:rPr>
        <w:t xml:space="preserve"> </w:t>
      </w:r>
      <w:r>
        <w:rPr>
          <w:rFonts w:ascii="Segoe UI Historic" w:hAnsi="Segoe UI Historic" w:eastAsia="Segoe UI Historic" w:cs="Segoe UI Historic"/>
        </w:rPr>
        <w:t>ܡܫܝܚܐ</w:t>
      </w:r>
      <w:r>
        <w:rPr>
          <w:rFonts w:ascii="Times New Roman" w:hAnsi="Times New Roman" w:eastAsia="Times New Roman" w:cs="Times New Roman"/>
        </w:rPr>
        <w:t xml:space="preserve"> </w:t>
      </w:r>
      <w:r>
        <w:rPr>
          <w:rFonts w:ascii="Segoe UI Historic" w:hAnsi="Segoe UI Historic" w:eastAsia="Segoe UI Historic" w:cs="Segoe UI Historic"/>
        </w:rPr>
        <w:t>ܢܦܚ</w:t>
      </w:r>
      <w:r>
        <w:rPr>
          <w:rFonts w:ascii="Times New Roman" w:hAnsi="Times New Roman" w:eastAsia="Times New Roman" w:cs="Times New Roman"/>
        </w:rPr>
        <w:t xml:space="preserve"> </w:t>
      </w:r>
      <w:r>
        <w:rPr>
          <w:rFonts w:ascii="Segoe UI Historic" w:hAnsi="Segoe UI Historic" w:eastAsia="Segoe UI Historic" w:cs="Segoe UI Historic"/>
        </w:rPr>
        <w:t>ܥܠ</w:t>
      </w:r>
      <w:r>
        <w:rPr>
          <w:rFonts w:ascii="Times New Roman" w:hAnsi="Times New Roman" w:eastAsia="Times New Roman" w:cs="Times New Roman"/>
        </w:rPr>
        <w:t xml:space="preserve"> </w:t>
      </w:r>
      <w:r>
        <w:rPr>
          <w:rFonts w:ascii="Segoe UI Historic" w:hAnsi="Segoe UI Historic" w:eastAsia="Segoe UI Historic" w:cs="Segoe UI Historic"/>
        </w:rPr>
        <w:t>ܬܠܡܝ</w:t>
      </w:r>
      <w:r>
        <w:rPr>
          <w:rFonts w:ascii="Times New Roman" w:hAnsi="Times New Roman" w:eastAsia="Times New Roman" w:cs="Times New Roman"/>
        </w:rPr>
        <w:t>̈</w:t>
      </w:r>
      <w:r>
        <w:rPr>
          <w:rFonts w:ascii="Segoe UI Historic" w:hAnsi="Segoe UI Historic" w:eastAsia="Segoe UI Historic" w:cs="Segoe UI Historic"/>
        </w:rPr>
        <w:t>ܕܘܗܝ</w:t>
      </w:r>
      <w:r>
        <w:rPr>
          <w:rFonts w:ascii="Times New Roman" w:hAnsi="Times New Roman" w:eastAsia="Times New Roman" w:cs="Times New Roman"/>
        </w:rPr>
        <w:t xml:space="preserve"> </w:t>
      </w:r>
      <w:r>
        <w:rPr>
          <w:rFonts w:ascii="Segoe UI Historic" w:hAnsi="Segoe UI Historic" w:eastAsia="Segoe UI Historic" w:cs="Segoe UI Historic"/>
        </w:rPr>
        <w:t>ܒܬܪ</w:t>
      </w:r>
      <w:r>
        <w:rPr>
          <w:rFonts w:ascii="Times New Roman" w:hAnsi="Times New Roman" w:eastAsia="Times New Roman" w:cs="Times New Roman"/>
        </w:rPr>
        <w:t xml:space="preserve"> </w:t>
      </w:r>
      <w:r>
        <w:rPr>
          <w:rFonts w:ascii="Segoe UI Historic" w:hAnsi="Segoe UI Historic" w:eastAsia="Segoe UI Historic" w:cs="Segoe UI Historic"/>
        </w:rPr>
        <w:t>ܕܣܠܩ</w:t>
      </w:r>
      <w:r>
        <w:rPr>
          <w:rFonts w:ascii="Times New Roman" w:hAnsi="Times New Roman" w:eastAsia="Times New Roman" w:cs="Times New Roman"/>
        </w:rPr>
        <w:t xml:space="preserve"> </w:t>
      </w:r>
      <w:r>
        <w:rPr>
          <w:rFonts w:ascii="Segoe UI Historic" w:hAnsi="Segoe UI Historic" w:eastAsia="Segoe UI Historic" w:cs="Segoe UI Historic"/>
        </w:rPr>
        <w:t>ܘܗܝܕܝܢ</w:t>
      </w:r>
      <w:r>
        <w:rPr>
          <w:rFonts w:ascii="Times New Roman" w:hAnsi="Times New Roman" w:eastAsia="Times New Roman" w:cs="Times New Roman"/>
        </w:rPr>
        <w:t xml:space="preserve"> </w:t>
      </w:r>
      <w:r>
        <w:rPr>
          <w:rFonts w:ascii="Segoe UI Historic" w:hAnsi="Segoe UI Historic" w:eastAsia="Segoe UI Historic" w:cs="Segoe UI Historic"/>
        </w:rPr>
        <w:t>ܗܦܟ</w:t>
      </w:r>
      <w:r>
        <w:rPr>
          <w:rFonts w:ascii="Times New Roman" w:hAnsi="Times New Roman" w:eastAsia="Times New Roman" w:cs="Times New Roman"/>
        </w:rPr>
        <w:t xml:space="preserve">، </w:t>
      </w:r>
      <w:r>
        <w:rPr>
          <w:rFonts w:ascii="Segoe UI Historic" w:hAnsi="Segoe UI Historic" w:eastAsia="Segoe UI Historic" w:cs="Segoe UI Historic"/>
        </w:rPr>
        <w:t>ܗܘܐ</w:t>
      </w:r>
      <w:r>
        <w:rPr>
          <w:rFonts w:ascii="Times New Roman" w:hAnsi="Times New Roman" w:eastAsia="Times New Roman" w:cs="Times New Roman"/>
        </w:rPr>
        <w:t xml:space="preserve"> </w:t>
      </w:r>
      <w:r>
        <w:rPr>
          <w:rFonts w:ascii="Segoe UI Historic" w:hAnsi="Segoe UI Historic" w:eastAsia="Segoe UI Historic" w:cs="Segoe UI Historic"/>
        </w:rPr>
        <w:t>ܗܕܐ</w:t>
      </w:r>
      <w:r>
        <w:rPr>
          <w:rFonts w:ascii="Times New Roman" w:hAnsi="Times New Roman" w:eastAsia="Times New Roman" w:cs="Times New Roman"/>
        </w:rPr>
        <w:t xml:space="preserve"> </w:t>
      </w:r>
      <w:r>
        <w:rPr>
          <w:rFonts w:ascii="Segoe UI Historic" w:hAnsi="Segoe UI Historic" w:eastAsia="Segoe UI Historic" w:cs="Segoe UI Historic"/>
        </w:rPr>
        <w:t>ܐܝܟ</w:t>
      </w:r>
      <w:r>
        <w:rPr>
          <w:rFonts w:ascii="Times New Roman" w:hAnsi="Times New Roman" w:eastAsia="Times New Roman" w:cs="Times New Roman"/>
        </w:rPr>
        <w:t xml:space="preserve"> “</w:t>
      </w:r>
      <w:r>
        <w:rPr>
          <w:rFonts w:ascii="Segoe UI Historic" w:hAnsi="Segoe UI Historic" w:eastAsia="Segoe UI Historic" w:cs="Segoe UI Historic"/>
        </w:rPr>
        <w:t>ܩܠܝܠ</w:t>
      </w:r>
      <w:r>
        <w:rPr>
          <w:rFonts w:ascii="Times New Roman" w:hAnsi="Times New Roman" w:eastAsia="Times New Roman" w:cs="Times New Roman"/>
        </w:rPr>
        <w:t xml:space="preserve"> </w:t>
      </w:r>
      <w:r>
        <w:rPr>
          <w:rFonts w:ascii="Segoe UI Historic" w:hAnsi="Segoe UI Historic" w:eastAsia="Segoe UI Historic" w:cs="Segoe UI Historic"/>
        </w:rPr>
        <w:t>ܢܘܛ</w:t>
      </w:r>
      <w:r>
        <w:rPr>
          <w:rFonts w:ascii="Times New Roman" w:hAnsi="Times New Roman" w:eastAsia="Times New Roman" w:cs="Times New Roman"/>
        </w:rPr>
        <w:t>̈</w:t>
      </w:r>
      <w:r>
        <w:rPr>
          <w:rFonts w:ascii="Segoe UI Historic" w:hAnsi="Segoe UI Historic" w:eastAsia="Segoe UI Historic" w:cs="Segoe UI Historic"/>
        </w:rPr>
        <w:t>ܦܐ</w:t>
      </w:r>
      <w:r>
        <w:rPr>
          <w:rFonts w:ascii="Times New Roman" w:hAnsi="Times New Roman" w:eastAsia="Times New Roman" w:cs="Times New Roman"/>
        </w:rPr>
        <w:t xml:space="preserve">” </w:t>
      </w:r>
      <w:r>
        <w:rPr>
          <w:rFonts w:ascii="Segoe UI Historic" w:hAnsi="Segoe UI Historic" w:eastAsia="Segoe UI Historic" w:cs="Segoe UI Historic"/>
        </w:rPr>
        <w:t>ܩܕܡ</w:t>
      </w:r>
      <w:r>
        <w:rPr>
          <w:rFonts w:ascii="Times New Roman" w:hAnsi="Times New Roman" w:eastAsia="Times New Roman" w:cs="Times New Roman"/>
        </w:rPr>
        <w:t xml:space="preserve"> </w:t>
      </w:r>
      <w:r>
        <w:rPr>
          <w:rFonts w:ascii="Segoe UI Historic" w:hAnsi="Segoe UI Historic" w:eastAsia="Segoe UI Historic" w:cs="Segoe UI Historic"/>
        </w:rPr>
        <w:t>ܫܦܥܐ</w:t>
      </w:r>
      <w:r>
        <w:rPr>
          <w:rFonts w:ascii="Times New Roman" w:hAnsi="Times New Roman" w:eastAsia="Times New Roman" w:cs="Times New Roman"/>
        </w:rPr>
        <w:t xml:space="preserve"> </w:t>
      </w:r>
      <w:r>
        <w:rPr>
          <w:rFonts w:ascii="Segoe UI Historic" w:hAnsi="Segoe UI Historic" w:eastAsia="Segoe UI Historic" w:cs="Segoe UI Historic"/>
        </w:rPr>
        <w:t>ܪܒܐ</w:t>
      </w:r>
      <w:r>
        <w:rPr>
          <w:rFonts w:ascii="Times New Roman" w:hAnsi="Times New Roman" w:eastAsia="Times New Roman" w:cs="Times New Roman"/>
        </w:rPr>
        <w:t xml:space="preserve"> </w:t>
      </w:r>
      <w:r>
        <w:rPr>
          <w:rFonts w:ascii="Segoe UI Historic" w:hAnsi="Segoe UI Historic" w:eastAsia="Segoe UI Historic" w:cs="Segoe UI Historic"/>
        </w:rPr>
        <w:t>ܕܦܢܛܩܘܣܛܐ</w:t>
      </w:r>
      <w:r>
        <w:rPr>
          <w:rFonts w:ascii="Times New Roman" w:hAnsi="Times New Roman" w:eastAsia="Times New Roman" w:cs="Times New Roman"/>
        </w:rPr>
        <w:t xml:space="preserve">. </w:t>
      </w:r>
      <w:r>
        <w:rPr>
          <w:rFonts w:ascii="Segoe UI Historic" w:hAnsi="Segoe UI Historic" w:eastAsia="Segoe UI Historic" w:cs="Segoe UI Historic"/>
        </w:rPr>
        <w:t>ܒܫܘܪܝܐ</w:t>
      </w:r>
      <w:r>
        <w:rPr>
          <w:rFonts w:ascii="Times New Roman" w:hAnsi="Times New Roman" w:eastAsia="Times New Roman" w:cs="Times New Roman"/>
        </w:rPr>
        <w:t xml:space="preserve"> </w:t>
      </w:r>
      <w:r>
        <w:rPr>
          <w:rFonts w:ascii="Segoe UI Historic" w:hAnsi="Segoe UI Historic" w:eastAsia="Segoe UI Historic" w:cs="Segoe UI Historic"/>
        </w:rPr>
        <w:t>ܘܒܚܪܬܐ</w:t>
      </w:r>
      <w:r>
        <w:rPr>
          <w:rFonts w:ascii="Times New Roman" w:hAnsi="Times New Roman" w:eastAsia="Times New Roman" w:cs="Times New Roman"/>
        </w:rPr>
        <w:t xml:space="preserve"> </w:t>
      </w:r>
      <w:r>
        <w:rPr>
          <w:rFonts w:ascii="Segoe UI Historic" w:hAnsi="Segoe UI Historic" w:eastAsia="Segoe UI Historic" w:cs="Segoe UI Historic"/>
        </w:rPr>
        <w:t>ܗܘܬ</w:t>
      </w:r>
      <w:r>
        <w:rPr>
          <w:rFonts w:ascii="Times New Roman" w:hAnsi="Times New Roman" w:eastAsia="Times New Roman" w:cs="Times New Roman"/>
        </w:rPr>
        <w:t xml:space="preserve"> </w:t>
      </w:r>
      <w:r>
        <w:rPr>
          <w:rFonts w:ascii="Segoe UI Historic" w:hAnsi="Segoe UI Historic" w:eastAsia="Segoe UI Historic" w:cs="Segoe UI Historic"/>
        </w:rPr>
        <w:t>ܓܠܝܢܘܬܐ</w:t>
      </w:r>
      <w:r>
        <w:rPr>
          <w:rFonts w:ascii="Times New Roman" w:hAnsi="Times New Roman" w:eastAsia="Times New Roman" w:cs="Times New Roman"/>
        </w:rPr>
        <w:t xml:space="preserve"> </w:t>
      </w:r>
      <w:r>
        <w:rPr>
          <w:rFonts w:ascii="Segoe UI Historic" w:hAnsi="Segoe UI Historic" w:eastAsia="Segoe UI Historic" w:cs="Segoe UI Historic"/>
        </w:rPr>
        <w:t>ܕܪܘܚܐ</w:t>
      </w:r>
      <w:r>
        <w:rPr>
          <w:rFonts w:ascii="Times New Roman" w:hAnsi="Times New Roman" w:eastAsia="Times New Roman" w:cs="Times New Roman"/>
        </w:rPr>
        <w:t xml:space="preserve"> </w:t>
      </w:r>
      <w:r>
        <w:rPr>
          <w:rFonts w:ascii="Segoe UI Historic" w:hAnsi="Segoe UI Historic" w:eastAsia="Segoe UI Historic" w:cs="Segoe UI Historic"/>
        </w:rPr>
        <w:t>ܕܩܘܕܫܐ</w:t>
      </w:r>
      <w:r>
        <w:rPr>
          <w:rFonts w:ascii="Times New Roman" w:hAnsi="Times New Roman" w:eastAsia="Times New Roman" w:cs="Times New Roman"/>
        </w:rPr>
        <w:t xml:space="preserve"> </w:t>
      </w:r>
      <w:r>
        <w:rPr>
          <w:rFonts w:ascii="Segoe UI Historic" w:hAnsi="Segoe UI Historic" w:eastAsia="Segoe UI Historic" w:cs="Segoe UI Historic"/>
        </w:rPr>
        <w:t>ܟܕ</w:t>
      </w:r>
      <w:r>
        <w:rPr>
          <w:rFonts w:ascii="Times New Roman" w:hAnsi="Times New Roman" w:eastAsia="Times New Roman" w:cs="Times New Roman"/>
        </w:rPr>
        <w:t xml:space="preserve"> </w:t>
      </w:r>
      <w:r>
        <w:rPr>
          <w:rFonts w:ascii="Segoe UI Historic" w:hAnsi="Segoe UI Historic" w:eastAsia="Segoe UI Historic" w:cs="Segoe UI Historic"/>
        </w:rPr>
        <w:t>ܡܬܐܫܕ</w:t>
      </w:r>
      <w:r>
        <w:rPr>
          <w:rFonts w:ascii="Times New Roman" w:hAnsi="Times New Roman" w:eastAsia="Times New Roman" w:cs="Times New Roman"/>
        </w:rPr>
        <w:t xml:space="preserve">. </w:t>
      </w:r>
      <w:r>
        <w:rPr>
          <w:rFonts w:ascii="Segoe UI Historic" w:hAnsi="Segoe UI Historic" w:eastAsia="Segoe UI Historic" w:cs="Segoe UI Historic"/>
        </w:rPr>
        <w:t>ܗܢܘܢ</w:t>
      </w:r>
      <w:r>
        <w:rPr>
          <w:rFonts w:ascii="Times New Roman" w:hAnsi="Times New Roman" w:eastAsia="Times New Roman" w:cs="Times New Roman"/>
        </w:rPr>
        <w:t xml:space="preserve"> </w:t>
      </w:r>
      <w:r>
        <w:rPr>
          <w:rFonts w:ascii="Segoe UI Historic" w:hAnsi="Segoe UI Historic" w:eastAsia="Segoe UI Historic" w:cs="Segoe UI Historic"/>
        </w:rPr>
        <w:t>ܩܠܝ</w:t>
      </w:r>
      <w:r>
        <w:rPr>
          <w:rFonts w:ascii="Times New Roman" w:hAnsi="Times New Roman" w:eastAsia="Times New Roman" w:cs="Times New Roman"/>
        </w:rPr>
        <w:t>̈</w:t>
      </w:r>
      <w:r>
        <w:rPr>
          <w:rFonts w:ascii="Segoe UI Historic" w:hAnsi="Segoe UI Historic" w:eastAsia="Segoe UI Historic" w:cs="Segoe UI Historic"/>
        </w:rPr>
        <w:t>ܠܐ</w:t>
      </w:r>
      <w:r>
        <w:rPr>
          <w:rFonts w:ascii="Times New Roman" w:hAnsi="Times New Roman" w:eastAsia="Times New Roman" w:cs="Times New Roman"/>
        </w:rPr>
        <w:t xml:space="preserve"> </w:t>
      </w:r>
      <w:r>
        <w:rPr>
          <w:rFonts w:ascii="Segoe UI Historic" w:hAnsi="Segoe UI Historic" w:eastAsia="Segoe UI Historic" w:cs="Segoe UI Historic"/>
        </w:rPr>
        <w:t>ܢܘܛ</w:t>
      </w:r>
      <w:r>
        <w:rPr>
          <w:rFonts w:ascii="Times New Roman" w:hAnsi="Times New Roman" w:eastAsia="Times New Roman" w:cs="Times New Roman"/>
        </w:rPr>
        <w:t>̈</w:t>
      </w:r>
      <w:r>
        <w:rPr>
          <w:rFonts w:ascii="Segoe UI Historic" w:hAnsi="Segoe UI Historic" w:eastAsia="Segoe UI Historic" w:cs="Segoe UI Historic"/>
        </w:rPr>
        <w:t>ܦܐ</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w:t>
      </w:r>
      <w:r>
        <w:rPr>
          <w:rFonts w:ascii="Segoe UI Historic" w:hAnsi="Segoe UI Historic" w:eastAsia="Segoe UI Historic" w:cs="Segoe UI Historic"/>
        </w:rPr>
        <w:t>ܡܫܝܚܐ</w:t>
      </w:r>
      <w:r>
        <w:rPr>
          <w:rFonts w:ascii="Times New Roman" w:hAnsi="Times New Roman" w:eastAsia="Times New Roman" w:cs="Times New Roman"/>
        </w:rPr>
        <w:t xml:space="preserve"> </w:t>
      </w:r>
      <w:r>
        <w:rPr>
          <w:rFonts w:ascii="Segoe UI Historic" w:hAnsi="Segoe UI Historic" w:eastAsia="Segoe UI Historic" w:cs="Segoe UI Historic"/>
        </w:rPr>
        <w:t>ܠܘܬ</w:t>
      </w:r>
      <w:r>
        <w:rPr>
          <w:rFonts w:ascii="Times New Roman" w:hAnsi="Times New Roman" w:eastAsia="Times New Roman" w:cs="Times New Roman"/>
        </w:rPr>
        <w:t xml:space="preserve"> </w:t>
      </w:r>
      <w:r>
        <w:rPr>
          <w:rFonts w:ascii="Segoe UI Historic" w:hAnsi="Segoe UI Historic" w:eastAsia="Segoe UI Historic" w:cs="Segoe UI Historic"/>
        </w:rPr>
        <w:t>ܬܠܡܝ</w:t>
      </w:r>
      <w:r>
        <w:rPr>
          <w:rFonts w:ascii="Times New Roman" w:hAnsi="Times New Roman" w:eastAsia="Times New Roman" w:cs="Times New Roman"/>
        </w:rPr>
        <w:t>̈</w:t>
      </w:r>
      <w:r>
        <w:rPr>
          <w:rFonts w:ascii="Segoe UI Historic" w:hAnsi="Segoe UI Historic" w:eastAsia="Segoe UI Historic" w:cs="Segoe UI Historic"/>
        </w:rPr>
        <w:t>ܕܘܗܝ</w:t>
      </w:r>
      <w:r>
        <w:rPr>
          <w:rFonts w:ascii="Times New Roman" w:hAnsi="Times New Roman" w:eastAsia="Times New Roman" w:cs="Times New Roman"/>
        </w:rPr>
        <w:t xml:space="preserve"> </w:t>
      </w:r>
      <w:r>
        <w:rPr>
          <w:rFonts w:ascii="Segoe UI Historic" w:hAnsi="Segoe UI Historic" w:eastAsia="Segoe UI Historic" w:cs="Segoe UI Historic"/>
        </w:rPr>
        <w:t>ܐܢܘܢ</w:t>
      </w:r>
      <w:r>
        <w:rPr>
          <w:rFonts w:ascii="Times New Roman" w:hAnsi="Times New Roman" w:eastAsia="Times New Roman" w:cs="Times New Roman"/>
        </w:rPr>
        <w:t xml:space="preserve"> </w:t>
      </w:r>
      <w:r>
        <w:rPr>
          <w:rFonts w:ascii="Segoe UI Historic" w:hAnsi="Segoe UI Historic" w:eastAsia="Segoe UI Historic" w:cs="Segoe UI Historic"/>
        </w:rPr>
        <w:t>ܐܠܦܐ</w:t>
      </w:r>
      <w:r>
        <w:rPr>
          <w:rFonts w:ascii="Times New Roman" w:hAnsi="Times New Roman" w:eastAsia="Times New Roman" w:cs="Times New Roman"/>
        </w:rPr>
        <w:t xml:space="preserve"> </w:t>
      </w:r>
      <w:r>
        <w:rPr>
          <w:rFonts w:ascii="Segoe UI Historic" w:hAnsi="Segoe UI Historic" w:eastAsia="Segoe UI Historic" w:cs="Segoe UI Historic"/>
        </w:rPr>
        <w:t>ܕܙܒܢܐ</w:t>
      </w:r>
      <w:r>
        <w:rPr>
          <w:rFonts w:ascii="Times New Roman" w:hAnsi="Times New Roman" w:eastAsia="Times New Roman" w:cs="Times New Roman"/>
        </w:rPr>
        <w:t xml:space="preserve"> </w:t>
      </w:r>
      <w:r>
        <w:rPr>
          <w:rFonts w:ascii="Segoe UI Historic" w:hAnsi="Segoe UI Historic" w:eastAsia="Segoe UI Historic" w:cs="Segoe UI Historic"/>
        </w:rPr>
        <w:t>ܕܦܢܛܩܘܣܛܐ</w:t>
      </w:r>
      <w:r>
        <w:rPr>
          <w:rFonts w:ascii="Times New Roman" w:hAnsi="Times New Roman" w:eastAsia="Times New Roman" w:cs="Times New Roman"/>
        </w:rPr>
        <w:t xml:space="preserve">، </w:t>
      </w:r>
      <w:r>
        <w:rPr>
          <w:rFonts w:ascii="Segoe UI Historic" w:hAnsi="Segoe UI Historic" w:eastAsia="Segoe UI Historic" w:cs="Segoe UI Historic"/>
        </w:rPr>
        <w:t>ܗܘ</w:t>
      </w:r>
      <w:r>
        <w:rPr>
          <w:rFonts w:ascii="Times New Roman" w:hAnsi="Times New Roman" w:eastAsia="Times New Roman" w:cs="Times New Roman"/>
        </w:rPr>
        <w:t xml:space="preserve"> </w:t>
      </w:r>
      <w:r>
        <w:rPr>
          <w:rFonts w:ascii="Segoe UI Historic" w:hAnsi="Segoe UI Historic" w:eastAsia="Segoe UI Historic" w:cs="Segoe UI Historic"/>
        </w:rPr>
        <w:t>ܕܡܫܬܠܡ</w:t>
      </w:r>
      <w:r>
        <w:rPr>
          <w:rFonts w:ascii="Times New Roman" w:hAnsi="Times New Roman" w:eastAsia="Times New Roman" w:cs="Times New Roman"/>
        </w:rPr>
        <w:t xml:space="preserve"> </w:t>
      </w:r>
      <w:r>
        <w:rPr>
          <w:rFonts w:ascii="Segoe UI Historic" w:hAnsi="Segoe UI Historic" w:eastAsia="Segoe UI Historic" w:cs="Segoe UI Historic"/>
        </w:rPr>
        <w:t>ܒܐܘܡܓܐ</w:t>
      </w:r>
      <w:r>
        <w:rPr>
          <w:rFonts w:ascii="Times New Roman" w:hAnsi="Times New Roman" w:eastAsia="Times New Roman" w:cs="Times New Roman"/>
        </w:rPr>
        <w:t xml:space="preserve"> </w:t>
      </w:r>
      <w:r>
        <w:rPr>
          <w:rFonts w:ascii="Segoe UI Historic" w:hAnsi="Segoe UI Historic" w:eastAsia="Segoe UI Historic" w:cs="Segoe UI Historic"/>
        </w:rPr>
        <w:t>ܘܒܫܦܥܐ</w:t>
      </w:r>
      <w:r>
        <w:rPr>
          <w:rFonts w:ascii="Times New Roman" w:hAnsi="Times New Roman" w:eastAsia="Times New Roman" w:cs="Times New Roman"/>
        </w:rPr>
        <w:t xml:space="preserve"> </w:t>
      </w:r>
      <w:r>
        <w:rPr>
          <w:rFonts w:ascii="Segoe UI Historic" w:hAnsi="Segoe UI Historic" w:eastAsia="Segoe UI Historic" w:cs="Segoe UI Historic"/>
        </w:rPr>
        <w:t>ܕܡܠܬܐ</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w:t>
      </w:r>
      <w:r>
        <w:rPr>
          <w:rFonts w:ascii="Segoe UI Historic" w:hAnsi="Segoe UI Historic" w:eastAsia="Segoe UI Historic" w:cs="Segoe UI Historic"/>
        </w:rPr>
        <w:t>ܬܠܡܝ</w:t>
      </w:r>
      <w:r>
        <w:rPr>
          <w:rFonts w:ascii="Times New Roman" w:hAnsi="Times New Roman" w:eastAsia="Times New Roman" w:cs="Times New Roman"/>
        </w:rPr>
        <w:t>̈</w:t>
      </w:r>
      <w:r>
        <w:rPr>
          <w:rFonts w:ascii="Segoe UI Historic" w:hAnsi="Segoe UI Historic" w:eastAsia="Segoe UI Historic" w:cs="Segoe UI Historic"/>
        </w:rPr>
        <w:t>ܕܐ</w:t>
      </w:r>
      <w:r>
        <w:rPr>
          <w:rFonts w:ascii="Times New Roman" w:hAnsi="Times New Roman" w:eastAsia="Times New Roman" w:cs="Times New Roman"/>
        </w:rPr>
        <w:t xml:space="preserve"> </w:t>
      </w:r>
      <w:r>
        <w:rPr>
          <w:rFonts w:ascii="Segoe UI Historic" w:hAnsi="Segoe UI Historic" w:eastAsia="Segoe UI Historic" w:cs="Segoe UI Historic"/>
        </w:rPr>
        <w:t>ܠܥܠܡܐ</w:t>
      </w:r>
      <w:r>
        <w:rPr>
          <w:rFonts w:ascii="Times New Roman" w:hAnsi="Times New Roman" w:eastAsia="Times New Roman" w:cs="Times New Roman"/>
        </w:rPr>
        <w:t xml:space="preserve">. </w:t>
      </w:r>
      <w:r>
        <w:rPr>
          <w:rFonts w:ascii="Segoe UI Historic" w:hAnsi="Segoe UI Historic" w:eastAsia="Segoe UI Historic" w:cs="Segoe UI Historic"/>
        </w:rPr>
        <w:t>ܐܠܦܐ</w:t>
      </w:r>
      <w:r>
        <w:rPr>
          <w:rFonts w:ascii="Times New Roman" w:hAnsi="Times New Roman" w:eastAsia="Times New Roman" w:cs="Times New Roman"/>
        </w:rPr>
        <w:t xml:space="preserve"> </w:t>
      </w:r>
      <w:r>
        <w:rPr>
          <w:rFonts w:ascii="Segoe UI Historic" w:hAnsi="Segoe UI Historic" w:eastAsia="Segoe UI Historic" w:cs="Segoe UI Historic"/>
        </w:rPr>
        <w:t>ܡܬܪܫܡ</w:t>
      </w:r>
      <w:r>
        <w:rPr>
          <w:rFonts w:ascii="Times New Roman" w:hAnsi="Times New Roman" w:eastAsia="Times New Roman" w:cs="Times New Roman"/>
        </w:rPr>
        <w:t xml:space="preserve"> </w:t>
      </w:r>
      <w:r>
        <w:rPr>
          <w:rFonts w:ascii="Segoe UI Historic" w:hAnsi="Segoe UI Historic" w:eastAsia="Segoe UI Historic" w:cs="Segoe UI Historic"/>
        </w:rPr>
        <w:t>ܒܩܘܪܒܢܐ</w:t>
      </w:r>
      <w:r>
        <w:rPr>
          <w:rFonts w:ascii="Times New Roman" w:hAnsi="Times New Roman" w:eastAsia="Times New Roman" w:cs="Times New Roman"/>
        </w:rPr>
        <w:t xml:space="preserve"> </w:t>
      </w:r>
      <w:r>
        <w:rPr>
          <w:rFonts w:ascii="Segoe UI Historic" w:hAnsi="Segoe UI Historic" w:eastAsia="Segoe UI Historic" w:cs="Segoe UI Historic"/>
        </w:rPr>
        <w:t>ܕܒܘܟܪ</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ܕܣܥܘܪ</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ܘܡܫܬܠܡ</w:t>
      </w:r>
      <w:r>
        <w:rPr>
          <w:rFonts w:ascii="Times New Roman" w:hAnsi="Times New Roman" w:eastAsia="Times New Roman" w:cs="Times New Roman"/>
        </w:rPr>
        <w:t xml:space="preserve"> </w:t>
      </w:r>
      <w:r>
        <w:rPr>
          <w:rFonts w:ascii="Segoe UI Historic" w:hAnsi="Segoe UI Historic" w:eastAsia="Segoe UI Historic" w:cs="Segoe UI Historic"/>
        </w:rPr>
        <w:t>ܒܩܘܪܒܢܐ</w:t>
      </w:r>
      <w:r>
        <w:rPr>
          <w:rFonts w:ascii="Times New Roman" w:hAnsi="Times New Roman" w:eastAsia="Times New Roman" w:cs="Times New Roman"/>
        </w:rPr>
        <w:t xml:space="preserve"> </w:t>
      </w:r>
      <w:r>
        <w:rPr>
          <w:rFonts w:ascii="Segoe UI Historic" w:hAnsi="Segoe UI Historic" w:eastAsia="Segoe UI Historic" w:cs="Segoe UI Historic"/>
        </w:rPr>
        <w:t>ܕܒܘܟܪ</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ܕܚܛ</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ܫܘܪܝܐ</w:t>
      </w:r>
      <w:r>
        <w:rPr>
          <w:rFonts w:ascii="Times New Roman" w:hAnsi="Times New Roman" w:eastAsia="Times New Roman" w:cs="Times New Roman"/>
        </w:rPr>
        <w:t xml:space="preserve"> </w:t>
      </w:r>
      <w:r>
        <w:rPr>
          <w:rFonts w:ascii="Segoe UI Historic" w:hAnsi="Segoe UI Historic" w:eastAsia="Segoe UI Historic" w:cs="Segoe UI Historic"/>
        </w:rPr>
        <w:t>ܕܡܛܪܐ</w:t>
      </w:r>
      <w:r>
        <w:rPr>
          <w:rFonts w:ascii="Times New Roman" w:hAnsi="Times New Roman" w:eastAsia="Times New Roman" w:cs="Times New Roman"/>
        </w:rPr>
        <w:t xml:space="preserve"> </w:t>
      </w:r>
      <w:r>
        <w:rPr>
          <w:rFonts w:ascii="Segoe UI Historic" w:hAnsi="Segoe UI Historic" w:eastAsia="Segoe UI Historic" w:cs="Segoe UI Historic"/>
        </w:rPr>
        <w:t>ܐܚܪܝܐ</w:t>
      </w:r>
      <w:r>
        <w:rPr>
          <w:rFonts w:ascii="Times New Roman" w:hAnsi="Times New Roman" w:eastAsia="Times New Roman" w:cs="Times New Roman"/>
        </w:rPr>
        <w:t xml:space="preserve"> </w:t>
      </w:r>
      <w:r>
        <w:rPr>
          <w:rFonts w:ascii="Segoe UI Historic" w:hAnsi="Segoe UI Historic" w:eastAsia="Segoe UI Historic" w:cs="Segoe UI Historic"/>
        </w:rPr>
        <w:t>ܐܬܪܫܡ</w:t>
      </w:r>
      <w:r>
        <w:rPr>
          <w:rFonts w:ascii="Times New Roman" w:hAnsi="Times New Roman" w:eastAsia="Times New Roman" w:cs="Times New Roman"/>
        </w:rPr>
        <w:t xml:space="preserve"> </w:t>
      </w:r>
      <w:r>
        <w:rPr>
          <w:rFonts w:ascii="Segoe UI Historic" w:hAnsi="Segoe UI Historic" w:eastAsia="Segoe UI Historic" w:cs="Segoe UI Historic"/>
        </w:rPr>
        <w:t>ܒܡܚܬܬܗܘܢ</w:t>
      </w:r>
      <w:r>
        <w:rPr>
          <w:rFonts w:ascii="Times New Roman" w:hAnsi="Times New Roman" w:eastAsia="Times New Roman" w:cs="Times New Roman"/>
        </w:rPr>
        <w:t xml:space="preserve"> </w:t>
      </w:r>
      <w:r>
        <w:rPr>
          <w:rFonts w:ascii="Segoe UI Historic" w:hAnsi="Segoe UI Historic" w:eastAsia="Segoe UI Historic" w:cs="Segoe UI Historic"/>
        </w:rPr>
        <w:t>ܕܒܢܝ</w:t>
      </w:r>
      <w:r>
        <w:rPr>
          <w:rFonts w:ascii="Times New Roman" w:hAnsi="Times New Roman" w:eastAsia="Times New Roman" w:cs="Times New Roman"/>
        </w:rPr>
        <w:t>̈</w:t>
      </w:r>
      <w:r>
        <w:rPr>
          <w:rFonts w:ascii="Segoe UI Historic" w:hAnsi="Segoe UI Historic" w:eastAsia="Segoe UI Historic" w:cs="Segoe UI Historic"/>
        </w:rPr>
        <w:t>ܢܐ</w:t>
      </w:r>
      <w:r>
        <w:rPr>
          <w:rFonts w:ascii="Times New Roman" w:hAnsi="Times New Roman" w:eastAsia="Times New Roman" w:cs="Times New Roman"/>
        </w:rPr>
        <w:t xml:space="preserve"> </w:t>
      </w:r>
      <w:r>
        <w:rPr>
          <w:rFonts w:ascii="Segoe UI Historic" w:hAnsi="Segoe UI Historic" w:eastAsia="Segoe UI Historic" w:cs="Segoe UI Historic"/>
        </w:rPr>
        <w:t>ܪܘܪ</w:t>
      </w:r>
      <w:r>
        <w:rPr>
          <w:rFonts w:ascii="Times New Roman" w:hAnsi="Times New Roman" w:eastAsia="Times New Roman" w:cs="Times New Roman"/>
        </w:rPr>
        <w:t>̈</w:t>
      </w:r>
      <w:r>
        <w:rPr>
          <w:rFonts w:ascii="Segoe UI Historic" w:hAnsi="Segoe UI Historic" w:eastAsia="Segoe UI Historic" w:cs="Segoe UI Historic"/>
        </w:rPr>
        <w:t>ܒܐ</w:t>
      </w:r>
      <w:r>
        <w:rPr>
          <w:rFonts w:ascii="Times New Roman" w:hAnsi="Times New Roman" w:eastAsia="Times New Roman" w:cs="Times New Roman"/>
        </w:rPr>
        <w:t xml:space="preserve"> </w:t>
      </w:r>
      <w:r>
        <w:rPr>
          <w:rFonts w:ascii="Segoe UI Historic" w:hAnsi="Segoe UI Historic" w:eastAsia="Segoe UI Historic" w:cs="Segoe UI Historic"/>
        </w:rPr>
        <w:t>ܕܡܕܝܢܬܐ</w:t>
      </w:r>
      <w:r>
        <w:rPr>
          <w:rFonts w:ascii="Times New Roman" w:hAnsi="Times New Roman" w:eastAsia="Times New Roman" w:cs="Times New Roman"/>
        </w:rPr>
        <w:t xml:space="preserve"> </w:t>
      </w:r>
      <w:r>
        <w:rPr>
          <w:rFonts w:ascii="Segoe UI Historic" w:hAnsi="Segoe UI Historic" w:eastAsia="Segoe UI Historic" w:cs="Segoe UI Historic"/>
        </w:rPr>
        <w:t>ܕܢܝܘ</w:t>
      </w:r>
      <w:r>
        <w:rPr>
          <w:rFonts w:ascii="Times New Roman" w:hAnsi="Times New Roman" w:eastAsia="Times New Roman" w:cs="Times New Roman"/>
        </w:rPr>
        <w:t xml:space="preserve"> </w:t>
      </w:r>
      <w:r>
        <w:rPr>
          <w:rFonts w:ascii="Segoe UI Historic" w:hAnsi="Segoe UI Historic" w:eastAsia="Segoe UI Historic" w:cs="Segoe UI Historic"/>
        </w:rPr>
        <w:t>ܝܘܪܟ</w:t>
      </w:r>
      <w:r>
        <w:rPr>
          <w:rFonts w:ascii="Times New Roman" w:hAnsi="Times New Roman" w:eastAsia="Times New Roman" w:cs="Times New Roman"/>
        </w:rPr>
        <w:t xml:space="preserve"> </w:t>
      </w:r>
      <w:r>
        <w:rPr>
          <w:rFonts w:ascii="Segoe UI Historic" w:hAnsi="Segoe UI Historic" w:eastAsia="Segoe UI Historic" w:cs="Segoe UI Historic"/>
        </w:rPr>
        <w:t>ܒ</w:t>
      </w:r>
      <w:r>
        <w:rPr>
          <w:rFonts w:ascii="Times New Roman" w:hAnsi="Times New Roman" w:eastAsia="Times New Roman" w:cs="Times New Roman"/>
        </w:rPr>
        <w:t xml:space="preserve">ـ 9/11. </w:t>
      </w:r>
      <w:r>
        <w:rPr>
          <w:rFonts w:ascii="Segoe UI Historic" w:hAnsi="Segoe UI Historic" w:eastAsia="Segoe UI Historic" w:cs="Segoe UI Historic"/>
        </w:rPr>
        <w:t>ܗܕܐ</w:t>
      </w:r>
      <w:r>
        <w:rPr>
          <w:rFonts w:ascii="Times New Roman" w:hAnsi="Times New Roman" w:eastAsia="Times New Roman" w:cs="Times New Roman"/>
        </w:rPr>
        <w:t xml:space="preserve"> </w:t>
      </w:r>
      <w:r>
        <w:rPr>
          <w:rFonts w:ascii="Segoe UI Historic" w:hAnsi="Segoe UI Historic" w:eastAsia="Segoe UI Historic" w:cs="Segoe UI Historic"/>
        </w:rPr>
        <w:t>ܡܪܫܡܐ</w:t>
      </w:r>
      <w:r>
        <w:rPr>
          <w:rFonts w:ascii="Times New Roman" w:hAnsi="Times New Roman" w:eastAsia="Times New Roman" w:cs="Times New Roman"/>
        </w:rPr>
        <w:t xml:space="preserve"> </w:t>
      </w:r>
      <w:r>
        <w:rPr>
          <w:rFonts w:ascii="Segoe UI Historic" w:hAnsi="Segoe UI Historic" w:eastAsia="Segoe UI Historic" w:cs="Segoe UI Historic"/>
        </w:rPr>
        <w:t>ܫܘܪܝܐ</w:t>
      </w:r>
      <w:r>
        <w:rPr>
          <w:rFonts w:ascii="Times New Roman" w:hAnsi="Times New Roman" w:eastAsia="Times New Roman" w:cs="Times New Roman"/>
        </w:rPr>
        <w:t xml:space="preserve"> </w:t>
      </w:r>
      <w:r>
        <w:rPr>
          <w:rFonts w:ascii="Segoe UI Historic" w:hAnsi="Segoe UI Historic" w:eastAsia="Segoe UI Historic" w:cs="Segoe UI Historic"/>
        </w:rPr>
        <w:t>ܕܬܫܥܝܬܐ</w:t>
      </w:r>
      <w:r>
        <w:rPr>
          <w:rFonts w:ascii="Times New Roman" w:hAnsi="Times New Roman" w:eastAsia="Times New Roman" w:cs="Times New Roman"/>
        </w:rPr>
        <w:t xml:space="preserve"> </w:t>
      </w:r>
      <w:r>
        <w:rPr>
          <w:rFonts w:ascii="Segoe UI Historic" w:hAnsi="Segoe UI Historic" w:eastAsia="Segoe UI Historic" w:cs="Segoe UI Historic"/>
        </w:rPr>
        <w:t>ܗܝ</w:t>
      </w:r>
      <w:r>
        <w:rPr>
          <w:rFonts w:ascii="Times New Roman" w:hAnsi="Times New Roman" w:eastAsia="Times New Roman" w:cs="Times New Roman"/>
        </w:rPr>
        <w:t xml:space="preserve"> </w:t>
      </w:r>
      <w:r>
        <w:rPr>
          <w:rFonts w:ascii="Segoe UI Historic" w:hAnsi="Segoe UI Historic" w:eastAsia="Segoe UI Historic" w:cs="Segoe UI Historic"/>
        </w:rPr>
        <w:t>ܕܡܘܒܠܐ</w:t>
      </w:r>
      <w:r>
        <w:rPr>
          <w:rFonts w:ascii="Times New Roman" w:hAnsi="Times New Roman" w:eastAsia="Times New Roman" w:cs="Times New Roman"/>
        </w:rPr>
        <w:t xml:space="preserve"> </w:t>
      </w:r>
      <w:r>
        <w:rPr>
          <w:rFonts w:ascii="Segoe UI Historic" w:hAnsi="Segoe UI Historic" w:eastAsia="Segoe UI Historic" w:cs="Segoe UI Historic"/>
        </w:rPr>
        <w:t>ܠܢܡܘܣܐ</w:t>
      </w:r>
      <w:r>
        <w:rPr>
          <w:rFonts w:ascii="Times New Roman" w:hAnsi="Times New Roman" w:eastAsia="Times New Roman" w:cs="Times New Roman"/>
        </w:rPr>
        <w:t xml:space="preserve"> </w:t>
      </w:r>
      <w:r>
        <w:rPr>
          <w:rFonts w:ascii="Segoe UI Historic" w:hAnsi="Segoe UI Historic" w:eastAsia="Segoe UI Historic" w:cs="Segoe UI Historic"/>
        </w:rPr>
        <w:t>ܕܚܕ</w:t>
      </w:r>
      <w:r>
        <w:rPr>
          <w:rFonts w:ascii="Times New Roman" w:hAnsi="Times New Roman" w:eastAsia="Times New Roman" w:cs="Times New Roman"/>
        </w:rPr>
        <w:t xml:space="preserve"> </w:t>
      </w:r>
      <w:r>
        <w:rPr>
          <w:rFonts w:ascii="Segoe UI Historic" w:hAnsi="Segoe UI Historic" w:eastAsia="Segoe UI Historic" w:cs="Segoe UI Historic"/>
        </w:rPr>
        <w:t>ܒܫܒܐ</w:t>
      </w:r>
      <w:r>
        <w:rPr>
          <w:rFonts w:ascii="Times New Roman" w:hAnsi="Times New Roman" w:eastAsia="Times New Roman" w:cs="Times New Roman"/>
        </w:rPr>
        <w:t xml:space="preserve">. 9/11 </w:t>
      </w:r>
      <w:r>
        <w:rPr>
          <w:rFonts w:ascii="Segoe UI Historic" w:hAnsi="Segoe UI Historic" w:eastAsia="Segoe UI Historic" w:cs="Segoe UI Historic"/>
        </w:rPr>
        <w:t>ܡܬܝܨܦ</w:t>
      </w:r>
      <w:r>
        <w:rPr>
          <w:rFonts w:ascii="Times New Roman" w:hAnsi="Times New Roman" w:eastAsia="Times New Roman" w:cs="Times New Roman"/>
        </w:rPr>
        <w:t xml:space="preserve"> </w:t>
      </w:r>
      <w:r>
        <w:rPr>
          <w:rFonts w:ascii="Segoe UI Historic" w:hAnsi="Segoe UI Historic" w:eastAsia="Segoe UI Historic" w:cs="Segoe UI Historic"/>
        </w:rPr>
        <w:t>ܒܩܘܪܒܢܐ</w:t>
      </w:r>
      <w:r>
        <w:rPr>
          <w:rFonts w:ascii="Times New Roman" w:hAnsi="Times New Roman" w:eastAsia="Times New Roman" w:cs="Times New Roman"/>
        </w:rPr>
        <w:t xml:space="preserve"> </w:t>
      </w:r>
      <w:r>
        <w:rPr>
          <w:rFonts w:ascii="Segoe UI Historic" w:hAnsi="Segoe UI Historic" w:eastAsia="Segoe UI Historic" w:cs="Segoe UI Historic"/>
        </w:rPr>
        <w:t>ܕܒܘܟܪ</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ܕܣܥܘܪ</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ܘܢܡܘܣܐ</w:t>
      </w:r>
      <w:r>
        <w:rPr>
          <w:rFonts w:ascii="Times New Roman" w:hAnsi="Times New Roman" w:eastAsia="Times New Roman" w:cs="Times New Roman"/>
        </w:rPr>
        <w:t xml:space="preserve"> </w:t>
      </w:r>
      <w:r>
        <w:rPr>
          <w:rFonts w:ascii="Segoe UI Historic" w:hAnsi="Segoe UI Historic" w:eastAsia="Segoe UI Historic" w:cs="Segoe UI Historic"/>
        </w:rPr>
        <w:t>ܕܚܕ</w:t>
      </w:r>
      <w:r>
        <w:rPr>
          <w:rFonts w:ascii="Times New Roman" w:hAnsi="Times New Roman" w:eastAsia="Times New Roman" w:cs="Times New Roman"/>
        </w:rPr>
        <w:t xml:space="preserve"> </w:t>
      </w:r>
      <w:r>
        <w:rPr>
          <w:rFonts w:ascii="Segoe UI Historic" w:hAnsi="Segoe UI Historic" w:eastAsia="Segoe UI Historic" w:cs="Segoe UI Historic"/>
        </w:rPr>
        <w:t>ܒܫܒܐ</w:t>
      </w:r>
      <w:r>
        <w:rPr>
          <w:rFonts w:ascii="Times New Roman" w:hAnsi="Times New Roman" w:eastAsia="Times New Roman" w:cs="Times New Roman"/>
        </w:rPr>
        <w:t xml:space="preserve"> </w:t>
      </w:r>
      <w:r>
        <w:rPr>
          <w:rFonts w:ascii="Segoe UI Historic" w:hAnsi="Segoe UI Historic" w:eastAsia="Segoe UI Historic" w:cs="Segoe UI Historic"/>
        </w:rPr>
        <w:t>ܗܘ</w:t>
      </w:r>
      <w:r>
        <w:rPr>
          <w:rFonts w:ascii="Times New Roman" w:hAnsi="Times New Roman" w:eastAsia="Times New Roman" w:cs="Times New Roman"/>
        </w:rPr>
        <w:t xml:space="preserve"> </w:t>
      </w:r>
      <w:r>
        <w:rPr>
          <w:rFonts w:ascii="Segoe UI Historic" w:hAnsi="Segoe UI Historic" w:eastAsia="Segoe UI Historic" w:cs="Segoe UI Historic"/>
        </w:rPr>
        <w:t>ܩܘܪܒܢܐ</w:t>
      </w:r>
      <w:r>
        <w:rPr>
          <w:rFonts w:ascii="Times New Roman" w:hAnsi="Times New Roman" w:eastAsia="Times New Roman" w:cs="Times New Roman"/>
        </w:rPr>
        <w:t xml:space="preserve"> </w:t>
      </w:r>
      <w:r>
        <w:rPr>
          <w:rFonts w:ascii="Segoe UI Historic" w:hAnsi="Segoe UI Historic" w:eastAsia="Segoe UI Historic" w:cs="Segoe UI Historic"/>
        </w:rPr>
        <w:t>ܕܒܘܟܪ</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ܕܚܛ</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w:t>
      </w:r>
    </w:p>
    <w:p>
      <w:pPr>
        <w:pStyle w:val="ArticleBody"/>
        <w:jc w:val="left"/>
      </w:pP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ኤፍሬም</w:t>
      </w:r>
      <w:r>
        <w:rPr>
          <w:rFonts w:ascii="Times New Roman" w:hAnsi="Times New Roman" w:eastAsia="Times New Roman" w:cs="Times New Roman"/>
        </w:rPr>
        <w:t xml:space="preserve"> </w:t>
      </w:r>
      <w:r>
        <w:rPr>
          <w:rFonts w:ascii="Ebrima" w:hAnsi="Ebrima" w:eastAsia="Ebrima" w:cs="Ebrima"/>
        </w:rPr>
        <w:t>ሰካራማት፡</w:t>
      </w:r>
      <w:r>
        <w:rPr>
          <w:rFonts w:ascii="Times New Roman" w:hAnsi="Times New Roman" w:eastAsia="Times New Roman" w:cs="Times New Roman"/>
        </w:rPr>
        <w:t xml:space="preserve"> </w:t>
      </w:r>
      <w:r>
        <w:rPr>
          <w:rFonts w:ascii="Ebrima" w:hAnsi="Ebrima" w:eastAsia="Ebrima" w:cs="Ebrima"/>
        </w:rPr>
        <w:t>መንግሥቶም</w:t>
      </w:r>
      <w:r>
        <w:rPr>
          <w:rFonts w:ascii="Times New Roman" w:hAnsi="Times New Roman" w:eastAsia="Times New Roman" w:cs="Times New Roman"/>
        </w:rPr>
        <w:t xml:space="preserve"> </w:t>
      </w:r>
      <w:r>
        <w:rPr>
          <w:rFonts w:ascii="Ebrima" w:hAnsi="Ebrima" w:eastAsia="Ebrima" w:cs="Ebrima"/>
        </w:rPr>
        <w:t>ካብኦም</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ዝውሰድ</w:t>
      </w:r>
      <w:r>
        <w:rPr>
          <w:rFonts w:ascii="Times New Roman" w:hAnsi="Times New Roman" w:eastAsia="Times New Roman" w:cs="Times New Roman"/>
        </w:rPr>
        <w:t xml:space="preserve"> </w:t>
      </w:r>
      <w:r>
        <w:rPr>
          <w:rFonts w:ascii="Ebrima" w:hAnsi="Ebrima" w:eastAsia="Ebrima" w:cs="Ebrima"/>
        </w:rPr>
        <w:t>እሞ</w:t>
      </w:r>
      <w:r>
        <w:rPr>
          <w:rFonts w:ascii="Times New Roman" w:hAnsi="Times New Roman" w:eastAsia="Times New Roman" w:cs="Times New Roman"/>
        </w:rPr>
        <w:t xml:space="preserve"> </w:t>
      </w:r>
      <w:r>
        <w:rPr>
          <w:rFonts w:ascii="Ebrima" w:hAnsi="Ebrima" w:eastAsia="Ebrima" w:cs="Ebrima"/>
        </w:rPr>
        <w:t>ግቡእ</w:t>
      </w:r>
      <w:r>
        <w:rPr>
          <w:rFonts w:ascii="Times New Roman" w:hAnsi="Times New Roman" w:eastAsia="Times New Roman" w:cs="Times New Roman"/>
        </w:rPr>
        <w:t xml:space="preserve"> </w:t>
      </w:r>
      <w:r>
        <w:rPr>
          <w:rFonts w:ascii="Ebrima" w:hAnsi="Ebrima" w:eastAsia="Ebrima" w:cs="Ebrima"/>
        </w:rPr>
        <w:t>ፍረ</w:t>
      </w:r>
      <w:r>
        <w:rPr>
          <w:rFonts w:ascii="Times New Roman" w:hAnsi="Times New Roman" w:eastAsia="Times New Roman" w:cs="Times New Roman"/>
        </w:rPr>
        <w:t xml:space="preserve"> </w:t>
      </w:r>
      <w:r>
        <w:rPr>
          <w:rFonts w:ascii="Ebrima" w:hAnsi="Ebrima" w:eastAsia="Ebrima" w:cs="Ebrima"/>
        </w:rPr>
        <w:t>ንዝፈርዩ</w:t>
      </w:r>
      <w:r>
        <w:rPr>
          <w:rFonts w:ascii="Times New Roman" w:hAnsi="Times New Roman" w:eastAsia="Times New Roman" w:cs="Times New Roman"/>
        </w:rPr>
        <w:t xml:space="preserve"> </w:t>
      </w:r>
      <w:r>
        <w:rPr>
          <w:rFonts w:ascii="Ebrima" w:hAnsi="Ebrima" w:eastAsia="Ebrima" w:cs="Ebrima"/>
        </w:rPr>
        <w:t>ህዝቢ</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ዝውሃብ</w:t>
      </w:r>
      <w:r>
        <w:rPr>
          <w:rFonts w:ascii="Times New Roman" w:hAnsi="Times New Roman" w:eastAsia="Times New Roman" w:cs="Times New Roman"/>
        </w:rPr>
        <w:t xml:space="preserve"> </w:t>
      </w:r>
      <w:r>
        <w:rPr>
          <w:rFonts w:ascii="Ebrima" w:hAnsi="Ebrima" w:eastAsia="Ebrima" w:cs="Ebrima"/>
        </w:rPr>
        <w:t>ናብ</w:t>
      </w:r>
      <w:r>
        <w:rPr>
          <w:rFonts w:ascii="Times New Roman" w:hAnsi="Times New Roman" w:eastAsia="Times New Roman" w:cs="Times New Roman"/>
        </w:rPr>
        <w:t xml:space="preserve"> </w:t>
      </w:r>
      <w:r>
        <w:rPr>
          <w:rFonts w:ascii="Ebrima" w:hAnsi="Ebrima" w:eastAsia="Ebrima" w:cs="Ebrima"/>
        </w:rPr>
        <w:t>ሓቂ</w:t>
      </w:r>
      <w:r>
        <w:rPr>
          <w:rFonts w:ascii="Times New Roman" w:hAnsi="Times New Roman" w:eastAsia="Times New Roman" w:cs="Times New Roman"/>
        </w:rPr>
        <w:t xml:space="preserve"> </w:t>
      </w:r>
      <w:r>
        <w:rPr>
          <w:rFonts w:ascii="Ebrima" w:hAnsi="Ebrima" w:eastAsia="Ebrima" w:cs="Ebrima"/>
        </w:rPr>
        <w:t>ተበራቢሮም</w:t>
      </w:r>
      <w:r>
        <w:rPr>
          <w:rFonts w:ascii="Times New Roman" w:hAnsi="Times New Roman" w:eastAsia="Times New Roman" w:cs="Times New Roman"/>
        </w:rPr>
        <w:t xml:space="preserve"> </w:t>
      </w:r>
      <w:r>
        <w:rPr>
          <w:rFonts w:ascii="Ebrima" w:hAnsi="Ebrima" w:eastAsia="Ebrima" w:cs="Ebrima"/>
        </w:rPr>
        <w:t>ይነቕሑ።</w:t>
      </w:r>
      <w:r>
        <w:rPr>
          <w:rFonts w:ascii="Times New Roman" w:hAnsi="Times New Roman" w:eastAsia="Times New Roman" w:cs="Times New Roman"/>
        </w:rPr>
        <w:t xml:space="preserve"> </w:t>
      </w:r>
      <w:r>
        <w:rPr>
          <w:rFonts w:ascii="Ebrima" w:hAnsi="Ebrima" w:eastAsia="Ebrima" w:cs="Ebrima"/>
        </w:rPr>
        <w:t>ዮኤል፡</w:t>
      </w:r>
      <w:r>
        <w:rPr>
          <w:rFonts w:ascii="Times New Roman" w:hAnsi="Times New Roman" w:eastAsia="Times New Roman" w:cs="Times New Roman"/>
        </w:rPr>
        <w:t xml:space="preserve"> “</w:t>
      </w:r>
      <w:r>
        <w:rPr>
          <w:rFonts w:ascii="Ebrima" w:hAnsi="Ebrima" w:eastAsia="Ebrima" w:cs="Ebrima"/>
        </w:rPr>
        <w:t>መስዋእቲ</w:t>
      </w:r>
      <w:r>
        <w:rPr>
          <w:rFonts w:ascii="Times New Roman" w:hAnsi="Times New Roman" w:eastAsia="Times New Roman" w:cs="Times New Roman"/>
        </w:rPr>
        <w:t xml:space="preserve"> </w:t>
      </w:r>
      <w:r>
        <w:rPr>
          <w:rFonts w:ascii="Ebrima" w:hAnsi="Ebrima" w:eastAsia="Ebrima" w:cs="Ebrima"/>
        </w:rPr>
        <w:t>ብልዒ</w:t>
      </w:r>
      <w:r>
        <w:rPr>
          <w:rFonts w:ascii="Times New Roman" w:hAnsi="Times New Roman" w:eastAsia="Times New Roman" w:cs="Times New Roman"/>
        </w:rPr>
        <w:t>”</w:t>
      </w:r>
      <w:r>
        <w:rPr>
          <w:rFonts w:ascii="Ebrima" w:hAnsi="Ebrima" w:eastAsia="Ebrima" w:cs="Ebrima"/>
        </w:rPr>
        <w:t>ን</w:t>
      </w:r>
      <w:r>
        <w:rPr>
          <w:rFonts w:ascii="Times New Roman" w:hAnsi="Times New Roman" w:eastAsia="Times New Roman" w:cs="Times New Roman"/>
        </w:rPr>
        <w:t xml:space="preserve"> “</w:t>
      </w:r>
      <w:r>
        <w:rPr>
          <w:rFonts w:ascii="Ebrima" w:hAnsi="Ebrima" w:eastAsia="Ebrima" w:cs="Ebrima"/>
        </w:rPr>
        <w:t>መስዋእቲ</w:t>
      </w:r>
      <w:r>
        <w:rPr>
          <w:rFonts w:ascii="Times New Roman" w:hAnsi="Times New Roman" w:eastAsia="Times New Roman" w:cs="Times New Roman"/>
        </w:rPr>
        <w:t xml:space="preserve"> </w:t>
      </w:r>
      <w:r>
        <w:rPr>
          <w:rFonts w:ascii="Ebrima" w:hAnsi="Ebrima" w:eastAsia="Ebrima" w:cs="Ebrima"/>
        </w:rPr>
        <w:t>መስተ</w:t>
      </w:r>
      <w:r>
        <w:rPr>
          <w:rFonts w:ascii="Times New Roman" w:hAnsi="Times New Roman" w:eastAsia="Times New Roman" w:cs="Times New Roman"/>
        </w:rPr>
        <w:t>”</w:t>
      </w:r>
      <w:r>
        <w:rPr>
          <w:rFonts w:ascii="Ebrima" w:hAnsi="Ebrima" w:eastAsia="Ebrima" w:cs="Ebrima"/>
        </w:rPr>
        <w:t>ን</w:t>
      </w:r>
      <w:r>
        <w:rPr>
          <w:rFonts w:ascii="Times New Roman" w:hAnsi="Times New Roman" w:eastAsia="Times New Roman" w:cs="Times New Roman"/>
        </w:rPr>
        <w:t xml:space="preserve"> </w:t>
      </w:r>
      <w:r>
        <w:rPr>
          <w:rFonts w:ascii="Ebrima" w:hAnsi="Ebrima" w:eastAsia="Ebrima" w:cs="Ebrima"/>
        </w:rPr>
        <w:t>ካብ</w:t>
      </w:r>
      <w:r>
        <w:rPr>
          <w:rFonts w:ascii="Times New Roman" w:hAnsi="Times New Roman" w:eastAsia="Times New Roman" w:cs="Times New Roman"/>
        </w:rPr>
        <w:t xml:space="preserve"> </w:t>
      </w:r>
      <w:r>
        <w:rPr>
          <w:rFonts w:ascii="Ebrima" w:hAnsi="Ebrima" w:eastAsia="Ebrima" w:cs="Ebrima"/>
        </w:rPr>
        <w:t>ቤት</w:t>
      </w:r>
      <w:r>
        <w:rPr>
          <w:rFonts w:ascii="Times New Roman" w:hAnsi="Times New Roman" w:eastAsia="Times New Roman" w:cs="Times New Roman"/>
        </w:rPr>
        <w:t xml:space="preserve"> </w:t>
      </w:r>
      <w:r>
        <w:rPr>
          <w:rFonts w:ascii="Ebrima" w:hAnsi="Ebrima" w:eastAsia="Ebrima" w:cs="Ebrima"/>
        </w:rPr>
        <w:t>እግዚኣብሄር</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ዝተቘርጸ፡</w:t>
      </w:r>
      <w:r>
        <w:rPr>
          <w:rFonts w:ascii="Times New Roman" w:hAnsi="Times New Roman" w:eastAsia="Times New Roman" w:cs="Times New Roman"/>
        </w:rPr>
        <w:t xml:space="preserve"> </w:t>
      </w:r>
      <w:r>
        <w:rPr>
          <w:rFonts w:ascii="Ebrima" w:hAnsi="Ebrima" w:eastAsia="Ebrima" w:cs="Ebrima"/>
        </w:rPr>
        <w:t>ከምኡውን</w:t>
      </w:r>
      <w:r>
        <w:rPr>
          <w:rFonts w:ascii="Times New Roman" w:hAnsi="Times New Roman" w:eastAsia="Times New Roman" w:cs="Times New Roman"/>
        </w:rPr>
        <w:t xml:space="preserve"> “</w:t>
      </w:r>
      <w:r>
        <w:rPr>
          <w:rFonts w:ascii="Ebrima" w:hAnsi="Ebrima" w:eastAsia="Ebrima" w:cs="Ebrima"/>
        </w:rPr>
        <w:t>ሓድሽ</w:t>
      </w:r>
      <w:r>
        <w:rPr>
          <w:rFonts w:ascii="Times New Roman" w:hAnsi="Times New Roman" w:eastAsia="Times New Roman" w:cs="Times New Roman"/>
        </w:rPr>
        <w:t xml:space="preserve"> </w:t>
      </w:r>
      <w:r>
        <w:rPr>
          <w:rFonts w:ascii="Ebrima" w:hAnsi="Ebrima" w:eastAsia="Ebrima" w:cs="Ebrima"/>
        </w:rPr>
        <w:t>ወይኒ</w:t>
      </w:r>
      <w:r>
        <w:rPr>
          <w:rFonts w:ascii="Times New Roman" w:hAnsi="Times New Roman" w:eastAsia="Times New Roman" w:cs="Times New Roman"/>
        </w:rPr>
        <w:t xml:space="preserve">” </w:t>
      </w:r>
      <w:r>
        <w:rPr>
          <w:rFonts w:ascii="Ebrima" w:hAnsi="Ebrima" w:eastAsia="Ebrima" w:cs="Ebrima"/>
        </w:rPr>
        <w:t>ካብ</w:t>
      </w:r>
      <w:r>
        <w:rPr>
          <w:rFonts w:ascii="Times New Roman" w:hAnsi="Times New Roman" w:eastAsia="Times New Roman" w:cs="Times New Roman"/>
        </w:rPr>
        <w:t xml:space="preserve"> </w:t>
      </w:r>
      <w:r>
        <w:rPr>
          <w:rFonts w:ascii="Ebrima" w:hAnsi="Ebrima" w:eastAsia="Ebrima" w:cs="Ebrima"/>
        </w:rPr>
        <w:t>ኣፎም</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ዝተቘርጸ</w:t>
      </w:r>
      <w:r>
        <w:rPr>
          <w:rFonts w:ascii="Times New Roman" w:hAnsi="Times New Roman" w:eastAsia="Times New Roman" w:cs="Times New Roman"/>
        </w:rPr>
        <w:t xml:space="preserve"> </w:t>
      </w:r>
      <w:r>
        <w:rPr>
          <w:rFonts w:ascii="Ebrima" w:hAnsi="Ebrima" w:eastAsia="Ebrima" w:cs="Ebrima"/>
        </w:rPr>
        <w:t>ብምግላጽ፡</w:t>
      </w:r>
      <w:r>
        <w:rPr>
          <w:rFonts w:ascii="Times New Roman" w:hAnsi="Times New Roman" w:eastAsia="Times New Roman" w:cs="Times New Roman"/>
        </w:rPr>
        <w:t xml:space="preserve"> </w:t>
      </w:r>
      <w:r>
        <w:rPr>
          <w:rFonts w:ascii="Ebrima" w:hAnsi="Ebrima" w:eastAsia="Ebrima" w:cs="Ebrima"/>
        </w:rPr>
        <w:t>ንምእዛዝ</w:t>
      </w:r>
      <w:r>
        <w:rPr>
          <w:rFonts w:ascii="Times New Roman" w:hAnsi="Times New Roman" w:eastAsia="Times New Roman" w:cs="Times New Roman"/>
        </w:rPr>
        <w:t xml:space="preserve"> </w:t>
      </w:r>
      <w:r>
        <w:rPr>
          <w:rFonts w:ascii="Ebrima" w:hAnsi="Ebrima" w:eastAsia="Ebrima" w:cs="Ebrima"/>
        </w:rPr>
        <w:t>ዘይብሎም</w:t>
      </w:r>
      <w:r>
        <w:rPr>
          <w:rFonts w:ascii="Times New Roman" w:hAnsi="Times New Roman" w:eastAsia="Times New Roman" w:cs="Times New Roman"/>
        </w:rPr>
        <w:t xml:space="preserve"> </w:t>
      </w:r>
      <w:r>
        <w:rPr>
          <w:rFonts w:ascii="Ebrima" w:hAnsi="Ebrima" w:eastAsia="Ebrima" w:cs="Ebrima"/>
        </w:rPr>
        <w:t>ሰካራማት</w:t>
      </w:r>
      <w:r>
        <w:rPr>
          <w:rFonts w:ascii="Times New Roman" w:hAnsi="Times New Roman" w:eastAsia="Times New Roman" w:cs="Times New Roman"/>
        </w:rPr>
        <w:t xml:space="preserve"> </w:t>
      </w:r>
      <w:r>
        <w:rPr>
          <w:rFonts w:ascii="Ebrima" w:hAnsi="Ebrima" w:eastAsia="Ebrima" w:cs="Ebrima"/>
        </w:rPr>
        <w:t>ይገልጽ።</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ሓድሽ</w:t>
      </w:r>
      <w:r>
        <w:rPr>
          <w:rFonts w:ascii="Times New Roman" w:hAnsi="Times New Roman" w:eastAsia="Times New Roman" w:cs="Times New Roman"/>
        </w:rPr>
        <w:t xml:space="preserve"> </w:t>
      </w:r>
      <w:r>
        <w:rPr>
          <w:rFonts w:ascii="Ebrima" w:hAnsi="Ebrima" w:eastAsia="Ebrima" w:cs="Ebrima"/>
        </w:rPr>
        <w:t>ወይኒ</w:t>
      </w:r>
      <w:r>
        <w:rPr>
          <w:rFonts w:ascii="Times New Roman" w:hAnsi="Times New Roman" w:eastAsia="Times New Roman" w:cs="Times New Roman"/>
        </w:rPr>
        <w:t xml:space="preserve">” </w:t>
      </w:r>
      <w:r>
        <w:rPr>
          <w:rFonts w:ascii="Ebrima" w:hAnsi="Ebrima" w:eastAsia="Ebrima" w:cs="Ebrima"/>
        </w:rPr>
        <w:t>ብእብራይስጢ</w:t>
      </w:r>
      <w:r>
        <w:rPr>
          <w:rFonts w:ascii="Times New Roman" w:hAnsi="Times New Roman" w:eastAsia="Times New Roman" w:cs="Times New Roman"/>
        </w:rPr>
        <w:t xml:space="preserve"> </w:t>
      </w:r>
      <w:r>
        <w:rPr>
          <w:rFonts w:ascii="Ebrima" w:hAnsi="Ebrima" w:eastAsia="Ebrima" w:cs="Ebrima"/>
        </w:rPr>
        <w:t>ሓድሽ</w:t>
      </w:r>
      <w:r>
        <w:rPr>
          <w:rFonts w:ascii="Times New Roman" w:hAnsi="Times New Roman" w:eastAsia="Times New Roman" w:cs="Times New Roman"/>
        </w:rPr>
        <w:t xml:space="preserve"> </w:t>
      </w:r>
      <w:r>
        <w:rPr>
          <w:rFonts w:ascii="Ebrima" w:hAnsi="Ebrima" w:eastAsia="Ebrima" w:cs="Ebrima"/>
        </w:rPr>
        <w:t>ዝተጨፍለቐ</w:t>
      </w:r>
      <w:r>
        <w:rPr>
          <w:rFonts w:ascii="Times New Roman" w:hAnsi="Times New Roman" w:eastAsia="Times New Roman" w:cs="Times New Roman"/>
        </w:rPr>
        <w:t xml:space="preserve"> </w:t>
      </w:r>
      <w:r>
        <w:rPr>
          <w:rFonts w:ascii="Ebrima" w:hAnsi="Ebrima" w:eastAsia="Ebrima" w:cs="Ebrima"/>
        </w:rPr>
        <w:t>ጽማቝ</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ወይኒ</w:t>
      </w:r>
      <w:r>
        <w:rPr>
          <w:rFonts w:ascii="Times New Roman" w:hAnsi="Times New Roman" w:eastAsia="Times New Roman" w:cs="Times New Roman"/>
        </w:rPr>
        <w:t xml:space="preserve">” </w:t>
      </w:r>
      <w:r>
        <w:rPr>
          <w:rFonts w:ascii="Ebrima" w:hAnsi="Ebrima" w:eastAsia="Ebrima" w:cs="Ebrima"/>
        </w:rPr>
        <w:t>ግና</w:t>
      </w:r>
      <w:r>
        <w:rPr>
          <w:rFonts w:ascii="Times New Roman" w:hAnsi="Times New Roman" w:eastAsia="Times New Roman" w:cs="Times New Roman"/>
        </w:rPr>
        <w:t xml:space="preserve"> </w:t>
      </w:r>
      <w:r>
        <w:rPr>
          <w:rFonts w:ascii="Ebrima" w:hAnsi="Ebrima" w:eastAsia="Ebrima" w:cs="Ebrima"/>
        </w:rPr>
        <w:t>እቶም</w:t>
      </w:r>
      <w:r>
        <w:rPr>
          <w:rFonts w:ascii="Times New Roman" w:hAnsi="Times New Roman" w:eastAsia="Times New Roman" w:cs="Times New Roman"/>
        </w:rPr>
        <w:t xml:space="preserve"> </w:t>
      </w:r>
      <w:r>
        <w:rPr>
          <w:rFonts w:ascii="Ebrima" w:hAnsi="Ebrima" w:eastAsia="Ebrima" w:cs="Ebrima"/>
        </w:rPr>
        <w:t>ሰካራማት</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ሓምሻይ</w:t>
      </w:r>
      <w:r>
        <w:rPr>
          <w:rFonts w:ascii="Times New Roman" w:hAnsi="Times New Roman" w:eastAsia="Times New Roman" w:cs="Times New Roman"/>
        </w:rPr>
        <w:t xml:space="preserve"> </w:t>
      </w:r>
      <w:r>
        <w:rPr>
          <w:rFonts w:ascii="Ebrima" w:hAnsi="Ebrima" w:eastAsia="Ebrima" w:cs="Ebrima"/>
        </w:rPr>
        <w:t>ቊጽሪ</w:t>
      </w:r>
      <w:r>
        <w:rPr>
          <w:rFonts w:ascii="Times New Roman" w:hAnsi="Times New Roman" w:eastAsia="Times New Roman" w:cs="Times New Roman"/>
        </w:rPr>
        <w:t xml:space="preserve"> </w:t>
      </w:r>
      <w:r>
        <w:rPr>
          <w:rFonts w:ascii="Ebrima" w:hAnsi="Ebrima" w:eastAsia="Ebrima" w:cs="Ebrima"/>
        </w:rPr>
        <w:t>ዝሰትይዎ</w:t>
      </w:r>
      <w:r>
        <w:rPr>
          <w:rFonts w:ascii="Times New Roman" w:hAnsi="Times New Roman" w:eastAsia="Times New Roman" w:cs="Times New Roman"/>
        </w:rPr>
        <w:t xml:space="preserve"> </w:t>
      </w:r>
      <w:r>
        <w:rPr>
          <w:rFonts w:ascii="Ebrima" w:hAnsi="Ebrima" w:eastAsia="Ebrima" w:cs="Ebrima"/>
        </w:rPr>
        <w:t>ዝተበኰለ</w:t>
      </w:r>
      <w:r>
        <w:rPr>
          <w:rFonts w:ascii="Times New Roman" w:hAnsi="Times New Roman" w:eastAsia="Times New Roman" w:cs="Times New Roman"/>
        </w:rPr>
        <w:t xml:space="preserve"> </w:t>
      </w:r>
      <w:r>
        <w:rPr>
          <w:rFonts w:ascii="Ebrima" w:hAnsi="Ebrima" w:eastAsia="Ebrima" w:cs="Ebrima"/>
        </w:rPr>
        <w:t>ጽማቝ</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ክልተ</w:t>
      </w:r>
      <w:r>
        <w:rPr>
          <w:rFonts w:ascii="Times New Roman" w:hAnsi="Times New Roman" w:eastAsia="Times New Roman" w:cs="Times New Roman"/>
        </w:rPr>
        <w:t xml:space="preserve"> </w:t>
      </w:r>
      <w:r>
        <w:rPr>
          <w:rFonts w:ascii="Ebrima" w:hAnsi="Ebrima" w:eastAsia="Ebrima" w:cs="Ebrima"/>
        </w:rPr>
        <w:t>ዓይነት</w:t>
      </w:r>
      <w:r>
        <w:rPr>
          <w:rFonts w:ascii="Times New Roman" w:hAnsi="Times New Roman" w:eastAsia="Times New Roman" w:cs="Times New Roman"/>
        </w:rPr>
        <w:t xml:space="preserve"> </w:t>
      </w:r>
      <w:r>
        <w:rPr>
          <w:rFonts w:ascii="Ebrima" w:hAnsi="Ebrima" w:eastAsia="Ebrima" w:cs="Ebrima"/>
        </w:rPr>
        <w:t>ወይኒ</w:t>
      </w:r>
      <w:r>
        <w:rPr>
          <w:rFonts w:ascii="Times New Roman" w:hAnsi="Times New Roman" w:eastAsia="Times New Roman" w:cs="Times New Roman"/>
        </w:rPr>
        <w:t xml:space="preserve"> </w:t>
      </w:r>
      <w:r>
        <w:rPr>
          <w:rFonts w:ascii="Ebrima" w:hAnsi="Ebrima" w:eastAsia="Ebrima" w:cs="Ebrima"/>
        </w:rPr>
        <w:t>ኣሎ፤</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ትምህርቲ</w:t>
      </w:r>
      <w:r>
        <w:rPr>
          <w:rFonts w:ascii="Times New Roman" w:hAnsi="Times New Roman" w:eastAsia="Times New Roman" w:cs="Times New Roman"/>
        </w:rPr>
        <w:t xml:space="preserve"> </w:t>
      </w:r>
      <w:r>
        <w:rPr>
          <w:rFonts w:ascii="Ebrima" w:hAnsi="Ebrima" w:eastAsia="Ebrima" w:cs="Ebrima"/>
        </w:rPr>
        <w:t>ይውክል፣</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ኣውድ</w:t>
      </w:r>
      <w:r>
        <w:rPr>
          <w:rFonts w:ascii="Times New Roman" w:hAnsi="Times New Roman" w:eastAsia="Times New Roman" w:cs="Times New Roman"/>
        </w:rPr>
        <w:t xml:space="preserve"> </w:t>
      </w:r>
      <w:r>
        <w:rPr>
          <w:rFonts w:ascii="Ebrima" w:hAnsi="Ebrima" w:eastAsia="Ebrima" w:cs="Ebrima"/>
        </w:rPr>
        <w:t>ዮኤል</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ትምህርቲ</w:t>
      </w:r>
      <w:r>
        <w:rPr>
          <w:rFonts w:ascii="Times New Roman" w:hAnsi="Times New Roman" w:eastAsia="Times New Roman" w:cs="Times New Roman"/>
        </w:rPr>
        <w:t xml:space="preserve"> </w:t>
      </w:r>
      <w:r>
        <w:rPr>
          <w:rFonts w:ascii="Ebrima" w:hAnsi="Ebrima" w:eastAsia="Ebrima" w:cs="Ebrima"/>
        </w:rPr>
        <w:t>መልእኽቲ</w:t>
      </w:r>
      <w:r>
        <w:rPr>
          <w:rFonts w:ascii="Times New Roman" w:hAnsi="Times New Roman" w:eastAsia="Times New Roman" w:cs="Times New Roman"/>
        </w:rPr>
        <w:t xml:space="preserve"> </w:t>
      </w:r>
      <w:r>
        <w:rPr>
          <w:rFonts w:ascii="Ebrima" w:hAnsi="Ebrima" w:eastAsia="Ebrima" w:cs="Ebrima"/>
        </w:rPr>
        <w:t>ዝናብ</w:t>
      </w:r>
      <w:r>
        <w:rPr>
          <w:rFonts w:ascii="Times New Roman" w:hAnsi="Times New Roman" w:eastAsia="Times New Roman" w:cs="Times New Roman"/>
        </w:rPr>
        <w:t xml:space="preserve"> </w:t>
      </w:r>
      <w:r>
        <w:rPr>
          <w:rFonts w:ascii="Ebrima" w:hAnsi="Ebrima" w:eastAsia="Ebrima" w:cs="Ebrima"/>
        </w:rPr>
        <w:t>ዳሕረዋይ</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ኤፍሬም</w:t>
      </w:r>
      <w:r>
        <w:rPr>
          <w:rFonts w:ascii="Times New Roman" w:hAnsi="Times New Roman" w:eastAsia="Times New Roman" w:cs="Times New Roman"/>
        </w:rPr>
        <w:t xml:space="preserve"> </w:t>
      </w:r>
      <w:r>
        <w:rPr>
          <w:rFonts w:ascii="Ebrima" w:hAnsi="Ebrima" w:eastAsia="Ebrima" w:cs="Ebrima"/>
        </w:rPr>
        <w:t>ሰካራማት</w:t>
      </w:r>
      <w:r>
        <w:rPr>
          <w:rFonts w:ascii="Times New Roman" w:hAnsi="Times New Roman" w:eastAsia="Times New Roman" w:cs="Times New Roman"/>
        </w:rPr>
        <w:t xml:space="preserve"> </w:t>
      </w:r>
      <w:r>
        <w:rPr>
          <w:rFonts w:ascii="Ebrima" w:hAnsi="Ebrima" w:eastAsia="Ebrima" w:cs="Ebrima"/>
        </w:rPr>
        <w:t>ዝተበኰለ</w:t>
      </w:r>
      <w:r>
        <w:rPr>
          <w:rFonts w:ascii="Times New Roman" w:hAnsi="Times New Roman" w:eastAsia="Times New Roman" w:cs="Times New Roman"/>
        </w:rPr>
        <w:t xml:space="preserve"> </w:t>
      </w:r>
      <w:r>
        <w:rPr>
          <w:rFonts w:ascii="Ebrima" w:hAnsi="Ebrima" w:eastAsia="Ebrima" w:cs="Ebrima"/>
        </w:rPr>
        <w:t>ጽማቝ</w:t>
      </w:r>
      <w:r>
        <w:rPr>
          <w:rFonts w:ascii="Times New Roman" w:hAnsi="Times New Roman" w:eastAsia="Times New Roman" w:cs="Times New Roman"/>
        </w:rPr>
        <w:t xml:space="preserve"> </w:t>
      </w:r>
      <w:r>
        <w:rPr>
          <w:rFonts w:ascii="Ebrima" w:hAnsi="Ebrima" w:eastAsia="Ebrima" w:cs="Ebrima"/>
        </w:rPr>
        <w:t>ይሰትዩ</w:t>
      </w:r>
      <w:r>
        <w:rPr>
          <w:rFonts w:ascii="Times New Roman" w:hAnsi="Times New Roman" w:eastAsia="Times New Roman" w:cs="Times New Roman"/>
        </w:rPr>
        <w:t xml:space="preserve"> </w:t>
      </w:r>
      <w:r>
        <w:rPr>
          <w:rFonts w:ascii="Ebrima" w:hAnsi="Ebrima" w:eastAsia="Ebrima" w:cs="Ebrima"/>
        </w:rPr>
        <w:t>ነይሮም፣</w:t>
      </w:r>
      <w:r>
        <w:rPr>
          <w:rFonts w:ascii="Times New Roman" w:hAnsi="Times New Roman" w:eastAsia="Times New Roman" w:cs="Times New Roman"/>
        </w:rPr>
        <w:t xml:space="preserve"> </w:t>
      </w:r>
      <w:r>
        <w:rPr>
          <w:rFonts w:ascii="Ebrima" w:hAnsi="Ebrima" w:eastAsia="Ebrima" w:cs="Ebrima"/>
        </w:rPr>
        <w:t>ካብቲ</w:t>
      </w:r>
      <w:r>
        <w:rPr>
          <w:rFonts w:ascii="Times New Roman" w:hAnsi="Times New Roman" w:eastAsia="Times New Roman" w:cs="Times New Roman"/>
        </w:rPr>
        <w:t xml:space="preserve"> “</w:t>
      </w:r>
      <w:r>
        <w:rPr>
          <w:rFonts w:ascii="Ebrima" w:hAnsi="Ebrima" w:eastAsia="Ebrima" w:cs="Ebrima"/>
        </w:rPr>
        <w:t>ሓድሽ</w:t>
      </w:r>
      <w:r>
        <w:rPr>
          <w:rFonts w:ascii="Times New Roman" w:hAnsi="Times New Roman" w:eastAsia="Times New Roman" w:cs="Times New Roman"/>
        </w:rPr>
        <w:t xml:space="preserve">” </w:t>
      </w:r>
      <w:r>
        <w:rPr>
          <w:rFonts w:ascii="Ebrima" w:hAnsi="Ebrima" w:eastAsia="Ebrima" w:cs="Ebrima"/>
        </w:rPr>
        <w:t>ሓድሽ</w:t>
      </w:r>
      <w:r>
        <w:rPr>
          <w:rFonts w:ascii="Times New Roman" w:hAnsi="Times New Roman" w:eastAsia="Times New Roman" w:cs="Times New Roman"/>
        </w:rPr>
        <w:t xml:space="preserve"> </w:t>
      </w:r>
      <w:r>
        <w:rPr>
          <w:rFonts w:ascii="Ebrima" w:hAnsi="Ebrima" w:eastAsia="Ebrima" w:cs="Ebrima"/>
        </w:rPr>
        <w:t>ዝተጨፍለቐ</w:t>
      </w:r>
      <w:r>
        <w:rPr>
          <w:rFonts w:ascii="Times New Roman" w:hAnsi="Times New Roman" w:eastAsia="Times New Roman" w:cs="Times New Roman"/>
        </w:rPr>
        <w:t xml:space="preserve"> </w:t>
      </w:r>
      <w:r>
        <w:rPr>
          <w:rFonts w:ascii="Ebrima" w:hAnsi="Ebrima" w:eastAsia="Ebrima" w:cs="Ebrima"/>
        </w:rPr>
        <w:t>ጽማቝ</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ተቘሪጾም</w:t>
      </w:r>
      <w:r>
        <w:rPr>
          <w:rFonts w:ascii="Times New Roman" w:hAnsi="Times New Roman" w:eastAsia="Times New Roman" w:cs="Times New Roman"/>
        </w:rPr>
        <w:t xml:space="preserve">” </w:t>
      </w:r>
      <w:r>
        <w:rPr>
          <w:rFonts w:ascii="Ebrima" w:hAnsi="Ebrima" w:eastAsia="Ebrima" w:cs="Ebrima"/>
        </w:rPr>
        <w:t>እዮም።</w:t>
      </w:r>
      <w:r>
        <w:rPr>
          <w:rFonts w:ascii="Times New Roman" w:hAnsi="Times New Roman" w:eastAsia="Times New Roman" w:cs="Times New Roman"/>
        </w:rPr>
        <w:t xml:space="preserve"> </w:t>
      </w:r>
      <w:r>
        <w:rPr>
          <w:rFonts w:ascii="Ebrima" w:hAnsi="Ebrima" w:eastAsia="Ebrima" w:cs="Ebrima"/>
        </w:rPr>
        <w:t>ክልተ</w:t>
      </w:r>
      <w:r>
        <w:rPr>
          <w:rFonts w:ascii="Times New Roman" w:hAnsi="Times New Roman" w:eastAsia="Times New Roman" w:cs="Times New Roman"/>
        </w:rPr>
        <w:t xml:space="preserve"> </w:t>
      </w:r>
      <w:r>
        <w:rPr>
          <w:rFonts w:ascii="Ebrima" w:hAnsi="Ebrima" w:eastAsia="Ebrima" w:cs="Ebrima"/>
        </w:rPr>
        <w:t>ዓይነት</w:t>
      </w:r>
      <w:r>
        <w:rPr>
          <w:rFonts w:ascii="Times New Roman" w:hAnsi="Times New Roman" w:eastAsia="Times New Roman" w:cs="Times New Roman"/>
        </w:rPr>
        <w:t xml:space="preserve"> </w:t>
      </w:r>
      <w:r>
        <w:rPr>
          <w:rFonts w:ascii="Ebrima" w:hAnsi="Ebrima" w:eastAsia="Ebrima" w:cs="Ebrima"/>
        </w:rPr>
        <w:t>ወይኒ</w:t>
      </w:r>
      <w:r>
        <w:rPr>
          <w:rFonts w:ascii="Times New Roman" w:hAnsi="Times New Roman" w:eastAsia="Times New Roman" w:cs="Times New Roman"/>
        </w:rPr>
        <w:t xml:space="preserve"> </w:t>
      </w:r>
      <w:r>
        <w:rPr>
          <w:rFonts w:ascii="Ebrima" w:hAnsi="Ebrima" w:eastAsia="Ebrima" w:cs="Ebrima"/>
        </w:rPr>
        <w:t>ክልተ</w:t>
      </w:r>
      <w:r>
        <w:rPr>
          <w:rFonts w:ascii="Times New Roman" w:hAnsi="Times New Roman" w:eastAsia="Times New Roman" w:cs="Times New Roman"/>
        </w:rPr>
        <w:t xml:space="preserve"> </w:t>
      </w:r>
      <w:r>
        <w:rPr>
          <w:rFonts w:ascii="Ebrima" w:hAnsi="Ebrima" w:eastAsia="Ebrima" w:cs="Ebrima"/>
        </w:rPr>
        <w:t>መልእኽቲ</w:t>
      </w:r>
      <w:r>
        <w:rPr>
          <w:rFonts w:ascii="Times New Roman" w:hAnsi="Times New Roman" w:eastAsia="Times New Roman" w:cs="Times New Roman"/>
        </w:rPr>
        <w:t xml:space="preserve"> </w:t>
      </w:r>
      <w:r>
        <w:rPr>
          <w:rFonts w:ascii="Ebrima" w:hAnsi="Ebrima" w:eastAsia="Ebrima" w:cs="Ebrima"/>
        </w:rPr>
        <w:t>ዝናብ</w:t>
      </w:r>
      <w:r>
        <w:rPr>
          <w:rFonts w:ascii="Times New Roman" w:hAnsi="Times New Roman" w:eastAsia="Times New Roman" w:cs="Times New Roman"/>
        </w:rPr>
        <w:t xml:space="preserve"> </w:t>
      </w:r>
      <w:r>
        <w:rPr>
          <w:rFonts w:ascii="Ebrima" w:hAnsi="Ebrima" w:eastAsia="Ebrima" w:cs="Ebrima"/>
        </w:rPr>
        <w:t>ዳሕረዋይ</w:t>
      </w:r>
      <w:r>
        <w:rPr>
          <w:rFonts w:ascii="Times New Roman" w:hAnsi="Times New Roman" w:eastAsia="Times New Roman" w:cs="Times New Roman"/>
        </w:rPr>
        <w:t xml:space="preserve"> </w:t>
      </w:r>
      <w:r>
        <w:rPr>
          <w:rFonts w:ascii="Ebrima" w:hAnsi="Ebrima" w:eastAsia="Ebrima" w:cs="Ebrima"/>
        </w:rPr>
        <w:t>ይውክል፣</w:t>
      </w:r>
      <w:r>
        <w:rPr>
          <w:rFonts w:ascii="Times New Roman" w:hAnsi="Times New Roman" w:eastAsia="Times New Roman" w:cs="Times New Roman"/>
        </w:rPr>
        <w:t xml:space="preserve"> </w:t>
      </w:r>
      <w:r>
        <w:rPr>
          <w:rFonts w:ascii="Ebrima" w:hAnsi="Ebrima" w:eastAsia="Ebrima" w:cs="Ebrima"/>
        </w:rPr>
        <w:t>እቶም</w:t>
      </w:r>
      <w:r>
        <w:rPr>
          <w:rFonts w:ascii="Times New Roman" w:hAnsi="Times New Roman" w:eastAsia="Times New Roman" w:cs="Times New Roman"/>
        </w:rPr>
        <w:t xml:space="preserve"> </w:t>
      </w:r>
      <w:r>
        <w:rPr>
          <w:rFonts w:ascii="Ebrima" w:hAnsi="Ebrima" w:eastAsia="Ebrima" w:cs="Ebrima"/>
        </w:rPr>
        <w:t>ሰካራማት</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ካብቲ</w:t>
      </w:r>
      <w:r>
        <w:rPr>
          <w:rFonts w:ascii="Times New Roman" w:hAnsi="Times New Roman" w:eastAsia="Times New Roman" w:cs="Times New Roman"/>
        </w:rPr>
        <w:t xml:space="preserve"> </w:t>
      </w:r>
      <w:r>
        <w:rPr>
          <w:rFonts w:ascii="Ebrima" w:hAnsi="Ebrima" w:eastAsia="Ebrima" w:cs="Ebrima"/>
        </w:rPr>
        <w:t>ንጹህ</w:t>
      </w:r>
      <w:r>
        <w:rPr>
          <w:rFonts w:ascii="Times New Roman" w:hAnsi="Times New Roman" w:eastAsia="Times New Roman" w:cs="Times New Roman"/>
        </w:rPr>
        <w:t xml:space="preserve"> </w:t>
      </w:r>
      <w:r>
        <w:rPr>
          <w:rFonts w:ascii="Ebrima" w:hAnsi="Ebrima" w:eastAsia="Ebrima" w:cs="Ebrima"/>
        </w:rPr>
        <w:t>መልእኽቲ</w:t>
      </w:r>
      <w:r>
        <w:rPr>
          <w:rFonts w:ascii="Times New Roman" w:hAnsi="Times New Roman" w:eastAsia="Times New Roman" w:cs="Times New Roman"/>
        </w:rPr>
        <w:t xml:space="preserve"> “</w:t>
      </w:r>
      <w:r>
        <w:rPr>
          <w:rFonts w:ascii="Ebrima" w:hAnsi="Ebrima" w:eastAsia="Ebrima" w:cs="Ebrima"/>
        </w:rPr>
        <w:t>ተቘሪጾም</w:t>
      </w:r>
      <w:r>
        <w:rPr>
          <w:rFonts w:ascii="Times New Roman" w:hAnsi="Times New Roman" w:eastAsia="Times New Roman" w:cs="Times New Roman"/>
        </w:rPr>
        <w:t xml:space="preserve">” </w:t>
      </w:r>
      <w:r>
        <w:rPr>
          <w:rFonts w:ascii="Ebrima" w:hAnsi="Ebrima" w:eastAsia="Ebrima" w:cs="Ebrima"/>
        </w:rPr>
        <w:t>እዮም።</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“cut off” </w:t>
      </w:r>
      <w:r>
        <w:rPr>
          <w:rFonts w:ascii="Ebrima" w:hAnsi="Ebrima" w:eastAsia="Ebrima" w:cs="Ebrima"/>
        </w:rPr>
        <w:t>ተባሂሉ</w:t>
      </w:r>
      <w:r>
        <w:rPr>
          <w:rFonts w:ascii="Times New Roman" w:hAnsi="Times New Roman" w:eastAsia="Times New Roman" w:cs="Times New Roman"/>
        </w:rPr>
        <w:t xml:space="preserve"> </w:t>
      </w:r>
      <w:r>
        <w:rPr>
          <w:rFonts w:ascii="Ebrima" w:hAnsi="Ebrima" w:eastAsia="Ebrima" w:cs="Ebrima"/>
        </w:rPr>
        <w:t>ዝተተርጐመ</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w:t>
      </w:r>
      <w:r>
        <w:rPr>
          <w:rFonts w:ascii="Ebrima" w:hAnsi="Ebrima" w:eastAsia="Ebrima" w:cs="Ebrima"/>
        </w:rPr>
        <w:t>እብራይስጢ፡</w:t>
      </w:r>
      <w:r>
        <w:rPr>
          <w:rFonts w:ascii="Times New Roman" w:hAnsi="Times New Roman" w:eastAsia="Times New Roman" w:cs="Times New Roman"/>
        </w:rPr>
        <w:t xml:space="preserve"> </w:t>
      </w:r>
      <w:r>
        <w:rPr>
          <w:rFonts w:ascii="Ebrima" w:hAnsi="Ebrima" w:eastAsia="Ebrima" w:cs="Ebrima"/>
        </w:rPr>
        <w:t>ኣብቲ</w:t>
      </w:r>
      <w:r>
        <w:rPr>
          <w:rFonts w:ascii="Times New Roman" w:hAnsi="Times New Roman" w:eastAsia="Times New Roman" w:cs="Times New Roman"/>
        </w:rPr>
        <w:t xml:space="preserve"> </w:t>
      </w:r>
      <w:r>
        <w:rPr>
          <w:rFonts w:ascii="Ebrima" w:hAnsi="Ebrima" w:eastAsia="Ebrima" w:cs="Ebrima"/>
        </w:rPr>
        <w:t>ጥንታዊ</w:t>
      </w:r>
      <w:r>
        <w:rPr>
          <w:rFonts w:ascii="Times New Roman" w:hAnsi="Times New Roman" w:eastAsia="Times New Roman" w:cs="Times New Roman"/>
        </w:rPr>
        <w:t xml:space="preserve"> </w:t>
      </w:r>
      <w:r>
        <w:rPr>
          <w:rFonts w:ascii="Ebrima" w:hAnsi="Ebrima" w:eastAsia="Ebrima" w:cs="Ebrima"/>
        </w:rPr>
        <w:t>ልምዲ</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w:t>
      </w:r>
      <w:r>
        <w:rPr>
          <w:rFonts w:ascii="Ebrima" w:hAnsi="Ebrima" w:eastAsia="Ebrima" w:cs="Ebrima"/>
        </w:rPr>
        <w:t>ኪዳን</w:t>
      </w:r>
      <w:r>
        <w:rPr>
          <w:rFonts w:ascii="Times New Roman" w:hAnsi="Times New Roman" w:eastAsia="Times New Roman" w:cs="Times New Roman"/>
        </w:rPr>
        <w:t xml:space="preserve"> </w:t>
      </w:r>
      <w:r>
        <w:rPr>
          <w:rFonts w:ascii="Ebrima" w:hAnsi="Ebrima" w:eastAsia="Ebrima" w:cs="Ebrima"/>
        </w:rPr>
        <w:t>እንስሳት</w:t>
      </w:r>
      <w:r>
        <w:rPr>
          <w:rFonts w:ascii="Times New Roman" w:hAnsi="Times New Roman" w:eastAsia="Times New Roman" w:cs="Times New Roman"/>
        </w:rPr>
        <w:t xml:space="preserve"> </w:t>
      </w:r>
      <w:r>
        <w:rPr>
          <w:rFonts w:ascii="Ebrima" w:hAnsi="Ebrima" w:eastAsia="Ebrima" w:cs="Ebrima"/>
        </w:rPr>
        <w:t>ቈሪጽካ</w:t>
      </w:r>
      <w:r>
        <w:rPr>
          <w:rFonts w:ascii="Times New Roman" w:hAnsi="Times New Roman" w:eastAsia="Times New Roman" w:cs="Times New Roman"/>
        </w:rPr>
        <w:t xml:space="preserve"> </w:t>
      </w:r>
      <w:r>
        <w:rPr>
          <w:rFonts w:ascii="Ebrima" w:hAnsi="Ebrima" w:eastAsia="Ebrima" w:cs="Ebrima"/>
        </w:rPr>
        <w:t>ብመንጎ</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ክፋላት</w:t>
      </w:r>
      <w:r>
        <w:rPr>
          <w:rFonts w:ascii="Times New Roman" w:hAnsi="Times New Roman" w:eastAsia="Times New Roman" w:cs="Times New Roman"/>
        </w:rPr>
        <w:t xml:space="preserve"> </w:t>
      </w:r>
      <w:r>
        <w:rPr>
          <w:rFonts w:ascii="Ebrima" w:hAnsi="Ebrima" w:eastAsia="Ebrima" w:cs="Ebrima"/>
        </w:rPr>
        <w:t>ምምልላስ</w:t>
      </w:r>
      <w:r>
        <w:rPr>
          <w:rFonts w:ascii="Times New Roman" w:hAnsi="Times New Roman" w:eastAsia="Times New Roman" w:cs="Times New Roman"/>
        </w:rPr>
        <w:t xml:space="preserve"> </w:t>
      </w:r>
      <w:r>
        <w:rPr>
          <w:rFonts w:ascii="Ebrima" w:hAnsi="Ebrima" w:eastAsia="Ebrima" w:cs="Ebrima"/>
        </w:rPr>
        <w:t>ዝተመሠረተ</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ተቘሪጽካ</w:t>
      </w:r>
      <w:r>
        <w:rPr>
          <w:rFonts w:ascii="Times New Roman" w:hAnsi="Times New Roman" w:eastAsia="Times New Roman" w:cs="Times New Roman"/>
        </w:rPr>
        <w:t xml:space="preserve">” </w:t>
      </w:r>
      <w:r>
        <w:rPr>
          <w:rFonts w:ascii="Ebrima" w:hAnsi="Ebrima" w:eastAsia="Ebrima" w:cs="Ebrima"/>
        </w:rPr>
        <w:t>ማለት</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ሕዝቢ</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w:t>
      </w:r>
      <w:r>
        <w:rPr>
          <w:rFonts w:ascii="Ebrima" w:hAnsi="Ebrima" w:eastAsia="Ebrima" w:cs="Ebrima"/>
        </w:rPr>
        <w:t>ኪዳን</w:t>
      </w:r>
      <w:r>
        <w:rPr>
          <w:rFonts w:ascii="Times New Roman" w:hAnsi="Times New Roman" w:eastAsia="Times New Roman" w:cs="Times New Roman"/>
        </w:rPr>
        <w:t xml:space="preserve"> </w:t>
      </w:r>
      <w:r>
        <w:rPr>
          <w:rFonts w:ascii="Ebrima" w:hAnsi="Ebrima" w:eastAsia="Ebrima" w:cs="Ebrima"/>
        </w:rPr>
        <w:t>ኣምላኽ</w:t>
      </w:r>
      <w:r>
        <w:rPr>
          <w:rFonts w:ascii="Times New Roman" w:hAnsi="Times New Roman" w:eastAsia="Times New Roman" w:cs="Times New Roman"/>
        </w:rPr>
        <w:t xml:space="preserve"> </w:t>
      </w:r>
      <w:r>
        <w:rPr>
          <w:rFonts w:ascii="Ebrima" w:hAnsi="Ebrima" w:eastAsia="Ebrima" w:cs="Ebrima"/>
        </w:rPr>
        <w:t>ተነጺግካ</w:t>
      </w:r>
      <w:r>
        <w:rPr>
          <w:rFonts w:ascii="Times New Roman" w:hAnsi="Times New Roman" w:eastAsia="Times New Roman" w:cs="Times New Roman"/>
        </w:rPr>
        <w:t xml:space="preserve"> </w:t>
      </w:r>
      <w:r>
        <w:rPr>
          <w:rFonts w:ascii="Ebrima" w:hAnsi="Ebrima" w:eastAsia="Ebrima" w:cs="Ebrima"/>
        </w:rPr>
        <w:t>ማለት</w:t>
      </w:r>
      <w:r>
        <w:rPr>
          <w:rFonts w:ascii="Times New Roman" w:hAnsi="Times New Roman" w:eastAsia="Times New Roman" w:cs="Times New Roman"/>
        </w:rPr>
        <w:t xml:space="preserve"> </w:t>
      </w:r>
      <w:r>
        <w:rPr>
          <w:rFonts w:ascii="Ebrima" w:hAnsi="Ebrima" w:eastAsia="Ebrima" w:cs="Ebrima"/>
        </w:rPr>
        <w:t>እዩ።</w:t>
      </w:r>
    </w:p>
    <w:p>
      <w:pPr>
        <w:pStyle w:val="ArticleBody"/>
        <w:jc w:val="left"/>
      </w:pPr>
      <w:r>
        <w:rPr>
          <w:rFonts w:ascii="Times New Roman" w:hAnsi="Times New Roman" w:eastAsia="Times New Roman" w:cs="Times New Roman"/>
        </w:rPr>
        <w:t>Jos ningon ne lebook Joel a mangipakilala kadagiti tattao ti Dios iti maudi nga al-aldaw, mangrugi kadagiti Millerita a naiparangay gapu iti pannakailukat ti libro ni Daniel idi 1798, ket agpatingga kadagiti sangagasut ket uppat a pulo ket uppat a ribu a naiparangay gapu iti pannakailukat ti libro ni Daniel idi 1989. Iti rugi, ti pannakaibukbok ti Espiritu Santo ket naisangit iti panawen manipud iti Exeter camp meeting agingga iti pannakaupay idi Oktubre 22, 1844. Dayta nga istoria ket nangtungpal iti pangngarig dagiti sangapulo a birhen iti Mateo beintisingko, a maulit iti isu met laeng a letra iti pakasaritaan dagiti sangagasut ket uppat a pulo ket uppat a ribu.</w:t>
      </w:r>
    </w:p>
    <w:p>
      <w:pPr>
        <w:pStyle w:val="ArticleScripture"/>
        <w:jc w:val="left"/>
      </w:pPr>
      <w:r>
        <w:rPr>
          <w:rFonts w:ascii="Times New Roman" w:hAnsi="Times New Roman" w:eastAsia="Times New Roman" w:cs="Times New Roman"/>
        </w:rPr>
        <w:t>«Матай 25-тӀа итт тӀе зо кхоккха йоIан дӀаьхниг а Адвентистийн къоман хьашташ а гойту». The Great Controversy, 393.</w:t>
      </w:r>
    </w:p>
    <w:p>
      <w:pPr>
        <w:pStyle w:val="ArticleScripture"/>
        <w:jc w:val="left"/>
      </w:pPr>
      <w:r>
        <w:rPr>
          <w:rFonts w:ascii="Times New Roman" w:hAnsi="Times New Roman" w:eastAsia="Times New Roman" w:cs="Times New Roman"/>
        </w:rPr>
        <w:t>«Ndzi tala ku kongomisiwa eka xifaniso xa tintombi ta khume, ntlhanu wa tona a ti tlharihile, kutani ntlhanu ti nga tlharihangiki. Xifaniso lexi xi hetisekile naswona xi ta hetiseka hi ku kongoma ka marito ya xona, hikuva xi ni ku tirhisiwa ko hlawuleka eka nkarhi lowu, naswona, ku fana ni rungula ra ntsumi ya vunharhu, xi hetisekile naswona xi ta ya emahlweni xi va ntiyiso wa nkarhi wa sweswi ku fikela eku heleni ka nkarhi.» Review and Herald, August 19, 1890.</w:t>
      </w:r>
    </w:p>
    <w:p>
      <w:pPr>
        <w:pStyle w:val="ArticleScripture"/>
        <w:jc w:val="left"/>
      </w:pPr>
      <w:r>
        <w:rPr>
          <w:rFonts w:ascii="Times New Roman" w:hAnsi="Times New Roman" w:eastAsia="Times New Roman" w:cs="Times New Roman"/>
        </w:rPr>
        <w:t>“Mayın yaqa pacha juchapi, sallqachakuypi, pantasqapi, wañuy llanthupiña kashan,—puñusqa, puñusqa. Pikunataq sonqonpi nanaywan kashanku paykunata rikch’arichinankupaq? Ima rimaytaq paykunaman chayanman? Yuyaynīqa hamuq p’unchaykunaman apasqa kashan, chay señal qusqa kanqa chaypi: ‘Qhawariy, Qosay hamushan; lloqsiychis paywan tinkuq.’ Ichaqa wakinkuna qhipachisqanku mechankuta hunt’achinankupaq aceiteta jap’inankuta, hinaspan ancha qhipamanta tarinqaku carácter nisqanman, chay aceitewan rikuchisqa kaqman, mana hukman qusqay atikusqanta. Chay aceiteqa Cristopaq aswan allin kawsayninmi. Chayqa carácterta rikuchin, hinaspa carácterqa mana hukman qusqay atikunchu. Mana pipas huk runapaq chayta allinchayta atinkuchu. Sapaq runam kikillanpaq jap’inan llapa jucha q’epikunaq qhelqanmanta pichasqa carácterta.” Bible Echo, 4 de mayo de 1896.</w:t>
      </w:r>
    </w:p>
    <w:p>
      <w:pPr>
        <w:pStyle w:val="ArticleBody"/>
        <w:jc w:val="left"/>
      </w:pPr>
      <w:r>
        <w:rPr>
          <w:rFonts w:ascii="Times New Roman" w:hAnsi="Times New Roman" w:eastAsia="Times New Roman" w:cs="Times New Roman"/>
        </w:rPr>
        <w:t>ھانمى گۇناھتا ياتقان «بىر دۇنيانى ئويغۇتۇش ئۈچۈن» «روھىي ئازاب ھېس قىلىۋاتقان» كىم؟ يۆئېل بۇ سوئالغا جاۋاب بېرىدۇ:</w:t>
      </w:r>
    </w:p>
    <w:p>
      <w:pPr>
        <w:pStyle w:val="ArticleScripture"/>
        <w:jc w:val="left"/>
      </w:pPr>
      <w:r>
        <w:rPr>
          <w:rFonts w:ascii="Times New Roman" w:hAnsi="Times New Roman" w:eastAsia="Times New Roman" w:cs="Times New Roman"/>
        </w:rPr>
        <w:t>And it shall come to pass, that whosoever shall call on the name of the Lord shall be delivered: for in mount Zion and in Jerusalem shall be deliverance, as the Lord hath said, and in the remnant whom the Lord shall call. Joel 2:32.</w:t>
      </w:r>
    </w:p>
    <w:p>
      <w:pPr>
        <w:pStyle w:val="ArticleBody"/>
        <w:jc w:val="left"/>
      </w:pPr>
      <w:r>
        <w:rPr>
          <w:rFonts w:ascii="Times New Roman" w:hAnsi="Times New Roman" w:eastAsia="Times New Roman" w:cs="Times New Roman"/>
        </w:rPr>
        <w:t>Waxaan waxyaalahan ku sii wadi doonnaa maqaalka xiga.</w:t>
      </w:r>
    </w:p>
    <w:p>
      <w:pPr>
        <w:pStyle w:val="ArticleScripture"/>
        <w:jc w:val="left"/>
      </w:pPr>
      <w:r>
        <w:rPr>
          <w:rFonts w:ascii="Times New Roman" w:hAnsi="Times New Roman" w:eastAsia="Times New Roman" w:cs="Times New Roman"/>
        </w:rPr>
        <w:t>بۆ پاشنیوەڕۆی ڕۆژی هەستانەوە، دووان لە قوتابییان لەسەر ڕێگای ئەمائوس بوون، گوندێکی بچووک کە هەشت مایل لە ئۆرشەلیم دوور بوو. ئەم قوتابیانە لە کاری مەسیح دا شوێنێکی دیار و بەرچاو نەیانبوو، بەڵام باوەڕدارانی دڵسۆز و جددی پێی بوون. ئەوان بۆ ئەوە هاتبوونە شار کە جەژنی پەسخە بپارێزن، و بەهۆی ڕووداوەکانی کەمێک پێشتر ڕوویدابوو زۆر سەرلێشێواو بوون. هەواڵی ئەو بەیانییەیان بیستبوو سەبارەت بە لابردنی جەستەی مەسیح لە گۆڕەکە، هەروەها ڕاپۆرتی ئەو ژنانەش کە فریشتەکانیان بینیبوو و عیسايان بینیبوو. ئێستا بۆ ماڵەکانی خۆیان دەگەڕانەوە تاکو بیر لەو شتانە بکەنەوە و نوێژ بکەن. بە خەمباری، گەشتە ئێوارەییەکەیان بەردەوام پێ دەکرد، و لەسەر دیمەنەکانی دادگایی و خاچدانی گفتوگۆیان دەکرد. هەرگیز پێشتر بەو ئاستە تەواو دڵشکستە نەبوون. بێ‌هیوا و بێ‌باوەڕ، لە سێبەری خاچەکەدا دەڕۆیشتن.</w:t>
      </w:r>
    </w:p>
    <w:p>
      <w:pPr>
        <w:pStyle w:val="ArticleScripture"/>
        <w:jc w:val="left"/>
      </w:pPr>
      <w:r>
        <w:rPr>
          <w:rFonts w:ascii="Times New Roman" w:hAnsi="Times New Roman" w:eastAsia="Times New Roman" w:cs="Times New Roman"/>
        </w:rPr>
        <w:t>«گِچَّه سەپەرلىرىدە كۆپ يىراقلاپ كەتмәй تۇرۇپلا، ئۇلارغا بىر ناتونۇش ئادەم قوشۇلدى؛ لېكىن ئۇلار ئۆزلىرىنىڭ قايغۇسى ۋە ئۈمىدسىزلىكىگە شۇنچىلىك چۆكۈپ كەتكەنىدىكەنكى، ئۇنىڭغا دىققەت بىلەن قارىمىدى. ئۇلار سۆھبەتنى داۋاملاشتۇرۇپ، قەلبلىرىدىكى ئوي-پىكىرلەرنى بايان قىلدى. ئۇلار مەسىھ بەرگەن تەلىملەر ھەققىدە مۇلاھىزە يۈرگۈزۈۋاتاتتى، ئەمما بۇ تەلىملەرنى چۈشىنىشكە ئاجىز قالغاندەك كۆرۈنەتتى. يۈز بەرگەن ۋەقەلەر ئۈستىدە سۆزلەشكەندە، ئەيسا ئۇلارغا تەسەللى بېرىشنى قاتتىق ئارزۇ قىلدى. ئۇ ئۇلارنىڭ قايغۇسىنى كۆرگەن ئىدى؛ ئۇ ئۇلارنىڭ زېھنىگە: مۇشۇنداق خارلىنىشقا ئۆزىنى تۇتۇپ بەرگەن بۇ ئادەم راستىنلا مەسىھ بولالامدۇ؟ دېگەن ئوينى كەلتۈرگەن، بىر-بىرىگە زىت ۋە گاڭگىراتقۇچى پىكىرلەرنى چۈشەنگەن ئىدى. ئۇلارنىڭ قايغۇسىنى تۇتۇپ تۇرغىلى بولمىدى، ئۇلار يىغلىدى. ئەيسا ئۇلارنىڭ قەلبلىرىنىڭ مۇھەببەت بىلەن ئۆزىگە باغلانغانلىقىنى بىلەتتى، ۋە ئۇلارنىڭ ياشلىرىنى سۈرتۈپ، ئۇلارنى خۇشاللىق ۋە شاد-خۇراملىق بىلەن تولدۇرۇشنى قاتتىق ئارزۇ قىلدى. بىراق، ئاۋۋال ئۇ ئۇلارغا ھەرگىز ئۇنتۇلمايدىغان سەۋەقلەرنى بېرىشى كېرەك ئىدى.»</w:t>
      </w:r>
    </w:p>
    <w:p>
      <w:pPr>
        <w:pStyle w:val="ArticleScripture"/>
        <w:jc w:val="left"/>
      </w:pPr>
      <w:r>
        <w:rPr>
          <w:rFonts w:ascii="Times New Roman" w:hAnsi="Times New Roman" w:eastAsia="Times New Roman" w:cs="Times New Roman"/>
        </w:rPr>
        <w:t>«Ӯ ба онҳо гуфт: “Ин чӣ гуна гуфтугӯест, ки шумо ҳангоми роҳ рафтан бо якдигар доред, ва ғамгин ҳастед?” Ва яке аз онҳо, ки номаш Клеопас буд, дар ҷавоб ба Ӯ гуфт: “Оё Ту танҳо мусофире дар Ерусалим ҳастӣ, ва аз воқеаҳое ки дар ин рӯзҳо дар он ҷо ба амал омадааст, хабар надорӣ?” Онҳо ба Ӯ аз ноумедии худ нисбат ба Устодашон гуфтанд, “ки пайғамбаре буд тавоно дар амал ва калом назди Худо ва тамоми мардум”; аммо “саркоҳинон ва ҳокимони мо,” гуфтанд онҳо, “Ӯро супурданд, то ба марг маҳкум гардад, ва Ӯро маслуб карданд.” Бо дилҳои сахт озурда аз ноумедӣ ва бо лабони ларзон, онҳо афзуданд: “Мо умед доштем, ки Ӯ ҳамон касе хоҳад буд, ки Исроилро наҷот хоҳад дод; ва ғайр аз ин ҳама, имрӯз рӯзи сеюм аст аз вақте ки ин воқеаҳо рӯй доданд.”»</w:t>
      </w:r>
    </w:p>
    <w:p>
      <w:pPr>
        <w:pStyle w:val="ArticleScripture"/>
        <w:jc w:val="left"/>
      </w:pPr>
      <w:r>
        <w:rPr>
          <w:rFonts w:ascii="Times New Roman" w:hAnsi="Times New Roman" w:eastAsia="Times New Roman" w:cs="Times New Roman"/>
        </w:rPr>
        <w:t>“Xristiñ sözleriniñ şägirtlerdiñ yadına tüspegeni jäne bolıp ötken oqiğalardı aldın ala aytqanına köz jetkizbegeni qanday tañğalarlıq! Olar Onıñ aşıqtağan söziniñ soñğı böligi de birinşi böligi siyaqtı dälme-däl orındalatının, yağni üşinşi küni qayta tiriletinin tüsinbedi. Mine, osı — olar eske saqtauğa tiis bolğan bölik edi. Dindar bastıqtar men bileuşiler bolsa, munı unıtqan joq. ‘Dayındıq küninen keyingi küni bas dindar adamdar men fariseýler Pilatqa jinalıp kelip: “Mırza, ol aldaýşı tirü kezinde: “Üş künnen keyin Men qayta tirilemin”,— dep aytqanı esimizde”,— dedi.’ Matthew 27:62, 63. Biraq şägirtter bul sözderdi eske tüsirmedi.</w:t>
      </w:r>
    </w:p>
    <w:p>
      <w:pPr>
        <w:pStyle w:val="ArticleScripture"/>
        <w:jc w:val="left"/>
      </w:pPr>
      <w:r>
        <w:rPr>
          <w:rFonts w:ascii="Times New Roman" w:hAnsi="Times New Roman" w:eastAsia="Times New Roman" w:cs="Times New Roman"/>
        </w:rPr>
        <w:t>«“Ka awan ku dijo kadakuéra, Ovy, ha py’a mbegue pejerovia hag̃ua opa mba’e umi proféta he’iva’ekue: ndaha’éi piko tekotevẽva Cristo ohasa ko’ã mba’e, ha oike hag̃ua Iglóriape?” Umi disípulo oñemondýi máva piko ko karai pytagua, ha’e hag̃ua oike peve chupekuéra ánga ryepýpe, ha oñe’ẽ hag̃ua péicha mbaretépe, py’aporãme ha mborayhúpe, ha péicha avei jerovia porãme. Peteĩha jey Cristo oñeme’ẽ rire, oñepyrũ hikuái oñandu esperánsape. Heta jey oma’ẽ mbarete hikuái iñirũnguérare, ha oimo’ã Iñe’ẽ ha’ehaite umi ñe’ẽ Cristo he’iva’erãmo’ãva. Hikuái henyhẽ ñemondýigui, ha ikorasõ oñepyrũ ojere vy’a ha ta’ãrõ porã reheve.»</w:t>
      </w:r>
    </w:p>
    <w:p>
      <w:pPr>
        <w:pStyle w:val="ArticleScripture"/>
        <w:jc w:val="left"/>
      </w:pPr>
      <w:r>
        <w:rPr>
          <w:rFonts w:ascii="Times New Roman" w:hAnsi="Times New Roman" w:eastAsia="Times New Roman" w:cs="Times New Roman"/>
        </w:rPr>
        <w:t>«Муса пәйғәмбәрдин, йәни Муқәддәс китап тарихиғаниң һәқиқий Алфасидин башлап, Мәсиһ барлиқ Язмаларда Өзи тоғрилиқ болған ишларни уларға чүшәндүрүп бәрди. Әгәр У алди билән Өзи ким екәнлигини уларға аян қилған болса, уларниң қәлби рази болған болатти. Өзлириниң шатлиғиниң толуқлиғида улар йәнә һечнәрсигә ач болмиған болатти. Әмма уларниң Қедимки Әһдиниң шәкиллири вә пәйғәмбәрликлири арқилиқ Униң һәққидә берилгән гувалиқни чүшиниши зөрүр еди. Уларниң имани мана шу асас үстидә мустәһкәмлиниши керәк еди. Мәсиһ уларни ишәндүрүш үчүн һечқандақ мөҗизә көрсәтмиди, бәлки Униң дәсләпки иши Язмиларни чүшәндүрүш болди. Улар Униң өлүмини барлиқ үмидлириниң вәйран болуши дәп қариған еди. Әнди У пәйғәмбәрләрдин көрситип бәрдики, мана шуниң өзи уларниң имани үчүн әң күчлүк дәлил екән.»</w:t>
      </w:r>
    </w:p>
    <w:p>
      <w:pPr>
        <w:pStyle w:val="ArticleScripture"/>
        <w:jc w:val="left"/>
      </w:pPr>
      <w:r>
        <w:rPr>
          <w:rFonts w:ascii="Times New Roman" w:hAnsi="Times New Roman" w:eastAsia="Times New Roman" w:cs="Times New Roman"/>
        </w:rPr>
        <w:t>«ئۆز شاگردانه وەرگرتنه‌وه‌دا، عیسا گرنگیی عەهدی کۆن وەک شایەتییەک بۆ پەیامی خۆی نیشان دا. ئێستا زۆرێک لەوانەی خۆیان بە مەسیحی دەزانن، عەهدی کۆن فڕێ دەدەنەوە و بانگەشەی ئەوە دەکەن کە ئیتر هیچ سوودێکی نییە. بەڵام ئەمە فێرکردنی مەسیح نییە. هەتا ئەو ئاستە بەهای پێدا کە لە کاتێکدا فەرمووی: “ئەگەر گوێ لە موسا و پێغەمبەران نەگرن، ئەوا باوەڕیان پێ ناکرێت، تەنانەت ئەگەر یەکێک لە مردووان هەستێتەوە.” لۆقا 16:31.»</w:t>
      </w:r>
    </w:p>
    <w:p>
      <w:pPr>
        <w:pStyle w:val="ArticleScripture"/>
        <w:jc w:val="left"/>
      </w:pPr>
      <w:r>
        <w:rPr>
          <w:rFonts w:ascii="Times New Roman" w:hAnsi="Times New Roman" w:eastAsia="Times New Roman" w:cs="Times New Roman"/>
        </w:rPr>
        <w:t>«Это голос Христа говорит через патриархов и пророков, от дней Адама и до заключительных сцен времени. Спаситель открывается в Ветхом Завете столь же ясно, как и в Новом. Именно свет пророческого прошлого с ясностью и красотой раскрывает жизнь Христа и учения Нового Завета. Чудеса Христа служат доказательством Его Божественности; но более сильное доказательство того, что Он есть Искупитель мира, находится в сопоставлении пророчеств Ветхого Завета с историей Нового. »</w:t>
      </w:r>
    </w:p>
    <w:p>
      <w:pPr>
        <w:pStyle w:val="ArticleScripture"/>
        <w:jc w:val="left"/>
      </w:pPr>
      <w:r>
        <w:rPr>
          <w:rFonts w:ascii="Times New Roman" w:hAnsi="Times New Roman" w:eastAsia="Times New Roman" w:cs="Times New Roman"/>
        </w:rPr>
        <w:t>“</w:t>
      </w:r>
      <w:r>
        <w:rPr>
          <w:rFonts w:ascii="Ebrima" w:hAnsi="Ebrima" w:eastAsia="Ebrima" w:cs="Ebrima"/>
        </w:rPr>
        <w:t>የትንቢትን</w:t>
      </w:r>
      <w:r>
        <w:rPr>
          <w:rFonts w:ascii="Times New Roman" w:hAnsi="Times New Roman" w:eastAsia="Times New Roman" w:cs="Times New Roman"/>
        </w:rPr>
        <w:t xml:space="preserve"> </w:t>
      </w:r>
      <w:r>
        <w:rPr>
          <w:rFonts w:ascii="Ebrima" w:hAnsi="Ebrima" w:eastAsia="Ebrima" w:cs="Ebrima"/>
        </w:rPr>
        <w:t>መሠረት</w:t>
      </w:r>
      <w:r>
        <w:rPr>
          <w:rFonts w:ascii="Times New Roman" w:hAnsi="Times New Roman" w:eastAsia="Times New Roman" w:cs="Times New Roman"/>
        </w:rPr>
        <w:t xml:space="preserve"> </w:t>
      </w:r>
      <w:r>
        <w:rPr>
          <w:rFonts w:ascii="Ebrima" w:hAnsi="Ebrima" w:eastAsia="Ebrima" w:cs="Ebrima"/>
        </w:rPr>
        <w:t>አድርጎ</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ለደቀ</w:t>
      </w:r>
      <w:r>
        <w:rPr>
          <w:rFonts w:ascii="Times New Roman" w:hAnsi="Times New Roman" w:eastAsia="Times New Roman" w:cs="Times New Roman"/>
        </w:rPr>
        <w:t xml:space="preserve"> </w:t>
      </w:r>
      <w:r>
        <w:rPr>
          <w:rFonts w:ascii="Ebrima" w:hAnsi="Ebrima" w:eastAsia="Ebrima" w:cs="Ebrima"/>
        </w:rPr>
        <w:t>መዛሙርቱ</w:t>
      </w:r>
      <w:r>
        <w:rPr>
          <w:rFonts w:ascii="Times New Roman" w:hAnsi="Times New Roman" w:eastAsia="Times New Roman" w:cs="Times New Roman"/>
        </w:rPr>
        <w:t xml:space="preserve"> </w:t>
      </w:r>
      <w:r>
        <w:rPr>
          <w:rFonts w:ascii="Ebrima" w:hAnsi="Ebrima" w:eastAsia="Ebrima" w:cs="Ebrima"/>
        </w:rPr>
        <w:t>በሰብአዊነቱ</w:t>
      </w:r>
      <w:r>
        <w:rPr>
          <w:rFonts w:ascii="Times New Roman" w:hAnsi="Times New Roman" w:eastAsia="Times New Roman" w:cs="Times New Roman"/>
        </w:rPr>
        <w:t xml:space="preserve"> </w:t>
      </w:r>
      <w:r>
        <w:rPr>
          <w:rFonts w:ascii="Ebrima" w:hAnsi="Ebrima" w:eastAsia="Ebrima" w:cs="Ebrima"/>
        </w:rPr>
        <w:t>ምን</w:t>
      </w:r>
      <w:r>
        <w:rPr>
          <w:rFonts w:ascii="Times New Roman" w:hAnsi="Times New Roman" w:eastAsia="Times New Roman" w:cs="Times New Roman"/>
        </w:rPr>
        <w:t xml:space="preserve"> </w:t>
      </w:r>
      <w:r>
        <w:rPr>
          <w:rFonts w:ascii="Ebrima" w:hAnsi="Ebrima" w:eastAsia="Ebrima" w:cs="Ebrima"/>
        </w:rPr>
        <w:t>እንደሚሆን</w:t>
      </w:r>
      <w:r>
        <w:rPr>
          <w:rFonts w:ascii="Times New Roman" w:hAnsi="Times New Roman" w:eastAsia="Times New Roman" w:cs="Times New Roman"/>
        </w:rPr>
        <w:t xml:space="preserve"> </w:t>
      </w:r>
      <w:r>
        <w:rPr>
          <w:rFonts w:ascii="Ebrima" w:hAnsi="Ebrima" w:eastAsia="Ebrima" w:cs="Ebrima"/>
        </w:rPr>
        <w:t>ትክክለኛ</w:t>
      </w:r>
      <w:r>
        <w:rPr>
          <w:rFonts w:ascii="Times New Roman" w:hAnsi="Times New Roman" w:eastAsia="Times New Roman" w:cs="Times New Roman"/>
        </w:rPr>
        <w:t xml:space="preserve"> </w:t>
      </w:r>
      <w:r>
        <w:rPr>
          <w:rFonts w:ascii="Ebrima" w:hAnsi="Ebrima" w:eastAsia="Ebrima" w:cs="Ebrima"/>
        </w:rPr>
        <w:t>ግንዛቤ</w:t>
      </w:r>
      <w:r>
        <w:rPr>
          <w:rFonts w:ascii="Times New Roman" w:hAnsi="Times New Roman" w:eastAsia="Times New Roman" w:cs="Times New Roman"/>
        </w:rPr>
        <w:t xml:space="preserve"> </w:t>
      </w:r>
      <w:r>
        <w:rPr>
          <w:rFonts w:ascii="Ebrima" w:hAnsi="Ebrima" w:eastAsia="Ebrima" w:cs="Ebrima"/>
        </w:rPr>
        <w:t>ሰጣቸው።</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ሰዎች</w:t>
      </w:r>
      <w:r>
        <w:rPr>
          <w:rFonts w:ascii="Times New Roman" w:hAnsi="Times New Roman" w:eastAsia="Times New Roman" w:cs="Times New Roman"/>
        </w:rPr>
        <w:t xml:space="preserve"> </w:t>
      </w:r>
      <w:r>
        <w:rPr>
          <w:rFonts w:ascii="Ebrima" w:hAnsi="Ebrima" w:eastAsia="Ebrima" w:cs="Ebrima"/>
        </w:rPr>
        <w:t>ምኞት</w:t>
      </w:r>
      <w:r>
        <w:rPr>
          <w:rFonts w:ascii="Times New Roman" w:hAnsi="Times New Roman" w:eastAsia="Times New Roman" w:cs="Times New Roman"/>
        </w:rPr>
        <w:t xml:space="preserve"> </w:t>
      </w:r>
      <w:r>
        <w:rPr>
          <w:rFonts w:ascii="Ebrima" w:hAnsi="Ebrima" w:eastAsia="Ebrima" w:cs="Ebrima"/>
        </w:rPr>
        <w:t>መሠረት</w:t>
      </w:r>
      <w:r>
        <w:rPr>
          <w:rFonts w:ascii="Times New Roman" w:hAnsi="Times New Roman" w:eastAsia="Times New Roman" w:cs="Times New Roman"/>
        </w:rPr>
        <w:t xml:space="preserve"> </w:t>
      </w:r>
      <w:r>
        <w:rPr>
          <w:rFonts w:ascii="Ebrima" w:hAnsi="Ebrima" w:eastAsia="Ebrima" w:cs="Ebrima"/>
        </w:rPr>
        <w:t>ዙፋኑንና</w:t>
      </w:r>
      <w:r>
        <w:rPr>
          <w:rFonts w:ascii="Times New Roman" w:hAnsi="Times New Roman" w:eastAsia="Times New Roman" w:cs="Times New Roman"/>
        </w:rPr>
        <w:t xml:space="preserve"> </w:t>
      </w:r>
      <w:r>
        <w:rPr>
          <w:rFonts w:ascii="Ebrima" w:hAnsi="Ebrima" w:eastAsia="Ebrima" w:cs="Ebrima"/>
        </w:rPr>
        <w:t>ንጉሣዊ</w:t>
      </w:r>
      <w:r>
        <w:rPr>
          <w:rFonts w:ascii="Times New Roman" w:hAnsi="Times New Roman" w:eastAsia="Times New Roman" w:cs="Times New Roman"/>
        </w:rPr>
        <w:t xml:space="preserve"> </w:t>
      </w:r>
      <w:r>
        <w:rPr>
          <w:rFonts w:ascii="Ebrima" w:hAnsi="Ebrima" w:eastAsia="Ebrima" w:cs="Ebrima"/>
        </w:rPr>
        <w:t>ሥልጣኑን</w:t>
      </w:r>
      <w:r>
        <w:rPr>
          <w:rFonts w:ascii="Times New Roman" w:hAnsi="Times New Roman" w:eastAsia="Times New Roman" w:cs="Times New Roman"/>
        </w:rPr>
        <w:t xml:space="preserve"> </w:t>
      </w:r>
      <w:r>
        <w:rPr>
          <w:rFonts w:ascii="Ebrima" w:hAnsi="Ebrima" w:eastAsia="Ebrima" w:cs="Ebrima"/>
        </w:rPr>
        <w:t>የሚያዝ</w:t>
      </w:r>
      <w:r>
        <w:rPr>
          <w:rFonts w:ascii="Times New Roman" w:hAnsi="Times New Roman" w:eastAsia="Times New Roman" w:cs="Times New Roman"/>
        </w:rPr>
        <w:t xml:space="preserve"> </w:t>
      </w:r>
      <w:r>
        <w:rPr>
          <w:rFonts w:ascii="Ebrima" w:hAnsi="Ebrima" w:eastAsia="Ebrima" w:cs="Ebrima"/>
        </w:rPr>
        <w:t>መሲሕ</w:t>
      </w:r>
      <w:r>
        <w:rPr>
          <w:rFonts w:ascii="Times New Roman" w:hAnsi="Times New Roman" w:eastAsia="Times New Roman" w:cs="Times New Roman"/>
        </w:rPr>
        <w:t xml:space="preserve"> </w:t>
      </w:r>
      <w:r>
        <w:rPr>
          <w:rFonts w:ascii="Ebrima" w:hAnsi="Ebrima" w:eastAsia="Ebrima" w:cs="Ebrima"/>
        </w:rPr>
        <w:t>በመጠበቃቸው</w:t>
      </w:r>
      <w:r>
        <w:rPr>
          <w:rFonts w:ascii="Times New Roman" w:hAnsi="Times New Roman" w:eastAsia="Times New Roman" w:cs="Times New Roman"/>
        </w:rPr>
        <w:t xml:space="preserve"> </w:t>
      </w:r>
      <w:r>
        <w:rPr>
          <w:rFonts w:ascii="Ebrima" w:hAnsi="Ebrima" w:eastAsia="Ebrima" w:cs="Ebrima"/>
        </w:rPr>
        <w:t>ተሳስተው</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ከከፍተኛው</w:t>
      </w:r>
      <w:r>
        <w:rPr>
          <w:rFonts w:ascii="Times New Roman" w:hAnsi="Times New Roman" w:eastAsia="Times New Roman" w:cs="Times New Roman"/>
        </w:rPr>
        <w:t xml:space="preserve"> </w:t>
      </w:r>
      <w:r>
        <w:rPr>
          <w:rFonts w:ascii="Ebrima" w:hAnsi="Ebrima" w:eastAsia="Ebrima" w:cs="Ebrima"/>
        </w:rPr>
        <w:t>ስፍራ</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ሊያዝ</w:t>
      </w:r>
      <w:r>
        <w:rPr>
          <w:rFonts w:ascii="Times New Roman" w:hAnsi="Times New Roman" w:eastAsia="Times New Roman" w:cs="Times New Roman"/>
        </w:rPr>
        <w:t xml:space="preserve"> </w:t>
      </w:r>
      <w:r>
        <w:rPr>
          <w:rFonts w:ascii="Ebrima" w:hAnsi="Ebrima" w:eastAsia="Ebrima" w:cs="Ebrima"/>
        </w:rPr>
        <w:t>የሚችለው</w:t>
      </w:r>
      <w:r>
        <w:rPr>
          <w:rFonts w:ascii="Times New Roman" w:hAnsi="Times New Roman" w:eastAsia="Times New Roman" w:cs="Times New Roman"/>
        </w:rPr>
        <w:t xml:space="preserve"> </w:t>
      </w:r>
      <w:r>
        <w:rPr>
          <w:rFonts w:ascii="Ebrima" w:hAnsi="Ebrima" w:eastAsia="Ebrima" w:cs="Ebrima"/>
        </w:rPr>
        <w:t>ዝቅተኛው</w:t>
      </w:r>
      <w:r>
        <w:rPr>
          <w:rFonts w:ascii="Times New Roman" w:hAnsi="Times New Roman" w:eastAsia="Times New Roman" w:cs="Times New Roman"/>
        </w:rPr>
        <w:t xml:space="preserve"> </w:t>
      </w:r>
      <w:r>
        <w:rPr>
          <w:rFonts w:ascii="Ebrima" w:hAnsi="Ebrima" w:eastAsia="Ebrima" w:cs="Ebrima"/>
        </w:rPr>
        <w:t>ስፍራ</w:t>
      </w:r>
      <w:r>
        <w:rPr>
          <w:rFonts w:ascii="Times New Roman" w:hAnsi="Times New Roman" w:eastAsia="Times New Roman" w:cs="Times New Roman"/>
        </w:rPr>
        <w:t xml:space="preserve"> </w:t>
      </w:r>
      <w:r>
        <w:rPr>
          <w:rFonts w:ascii="Ebrima" w:hAnsi="Ebrima" w:eastAsia="Ebrima" w:cs="Ebrima"/>
        </w:rPr>
        <w:t>መውረዱን</w:t>
      </w:r>
      <w:r>
        <w:rPr>
          <w:rFonts w:ascii="Times New Roman" w:hAnsi="Times New Roman" w:eastAsia="Times New Roman" w:cs="Times New Roman"/>
        </w:rPr>
        <w:t xml:space="preserve"> </w:t>
      </w:r>
      <w:r>
        <w:rPr>
          <w:rFonts w:ascii="Ebrima" w:hAnsi="Ebrima" w:eastAsia="Ebrima" w:cs="Ebrima"/>
        </w:rPr>
        <w:t>በትክክል</w:t>
      </w:r>
      <w:r>
        <w:rPr>
          <w:rFonts w:ascii="Times New Roman" w:hAnsi="Times New Roman" w:eastAsia="Times New Roman" w:cs="Times New Roman"/>
        </w:rPr>
        <w:t xml:space="preserve"> </w:t>
      </w:r>
      <w:r>
        <w:rPr>
          <w:rFonts w:ascii="Ebrima" w:hAnsi="Ebrima" w:eastAsia="Ebrima" w:cs="Ebrima"/>
        </w:rPr>
        <w:t>እንዳያስተውሉ</w:t>
      </w:r>
      <w:r>
        <w:rPr>
          <w:rFonts w:ascii="Times New Roman" w:hAnsi="Times New Roman" w:eastAsia="Times New Roman" w:cs="Times New Roman"/>
        </w:rPr>
        <w:t xml:space="preserve"> </w:t>
      </w:r>
      <w:r>
        <w:rPr>
          <w:rFonts w:ascii="Ebrima" w:hAnsi="Ebrima" w:eastAsia="Ebrima" w:cs="Ebrima"/>
        </w:rPr>
        <w:t>ያደርግ</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የደቀ</w:t>
      </w:r>
      <w:r>
        <w:rPr>
          <w:rFonts w:ascii="Times New Roman" w:hAnsi="Times New Roman" w:eastAsia="Times New Roman" w:cs="Times New Roman"/>
        </w:rPr>
        <w:t xml:space="preserve"> </w:t>
      </w:r>
      <w:r>
        <w:rPr>
          <w:rFonts w:ascii="Ebrima" w:hAnsi="Ebrima" w:eastAsia="Ebrima" w:cs="Ebrima"/>
        </w:rPr>
        <w:t>መዛሙርቱ</w:t>
      </w:r>
      <w:r>
        <w:rPr>
          <w:rFonts w:ascii="Times New Roman" w:hAnsi="Times New Roman" w:eastAsia="Times New Roman" w:cs="Times New Roman"/>
        </w:rPr>
        <w:t xml:space="preserve"> </w:t>
      </w:r>
      <w:r>
        <w:rPr>
          <w:rFonts w:ascii="Ebrima" w:hAnsi="Ebrima" w:eastAsia="Ebrima" w:cs="Ebrima"/>
        </w:rPr>
        <w:t>አሳብ</w:t>
      </w:r>
      <w:r>
        <w:rPr>
          <w:rFonts w:ascii="Times New Roman" w:hAnsi="Times New Roman" w:eastAsia="Times New Roman" w:cs="Times New Roman"/>
        </w:rPr>
        <w:t xml:space="preserve"> </w:t>
      </w:r>
      <w:r>
        <w:rPr>
          <w:rFonts w:ascii="Ebrima" w:hAnsi="Ebrima" w:eastAsia="Ebrima" w:cs="Ebrima"/>
        </w:rPr>
        <w:t>በእያንዳንዱ</w:t>
      </w:r>
      <w:r>
        <w:rPr>
          <w:rFonts w:ascii="Times New Roman" w:hAnsi="Times New Roman" w:eastAsia="Times New Roman" w:cs="Times New Roman"/>
        </w:rPr>
        <w:t xml:space="preserve"> </w:t>
      </w:r>
      <w:r>
        <w:rPr>
          <w:rFonts w:ascii="Ebrima" w:hAnsi="Ebrima" w:eastAsia="Ebrima" w:cs="Ebrima"/>
        </w:rPr>
        <w:t>ዝርዝር</w:t>
      </w:r>
      <w:r>
        <w:rPr>
          <w:rFonts w:ascii="Times New Roman" w:hAnsi="Times New Roman" w:eastAsia="Times New Roman" w:cs="Times New Roman"/>
        </w:rPr>
        <w:t xml:space="preserve"> </w:t>
      </w:r>
      <w:r>
        <w:rPr>
          <w:rFonts w:ascii="Ebrima" w:hAnsi="Ebrima" w:eastAsia="Ebrima" w:cs="Ebrima"/>
        </w:rPr>
        <w:t>ንጹሕና</w:t>
      </w:r>
      <w:r>
        <w:rPr>
          <w:rFonts w:ascii="Times New Roman" w:hAnsi="Times New Roman" w:eastAsia="Times New Roman" w:cs="Times New Roman"/>
        </w:rPr>
        <w:t xml:space="preserve"> </w:t>
      </w:r>
      <w:r>
        <w:rPr>
          <w:rFonts w:ascii="Ebrima" w:hAnsi="Ebrima" w:eastAsia="Ebrima" w:cs="Ebrima"/>
        </w:rPr>
        <w:t>እውነተኛ</w:t>
      </w:r>
      <w:r>
        <w:rPr>
          <w:rFonts w:ascii="Times New Roman" w:hAnsi="Times New Roman" w:eastAsia="Times New Roman" w:cs="Times New Roman"/>
        </w:rPr>
        <w:t xml:space="preserve"> </w:t>
      </w:r>
      <w:r>
        <w:rPr>
          <w:rFonts w:ascii="Ebrima" w:hAnsi="Ebrima" w:eastAsia="Ebrima" w:cs="Ebrima"/>
        </w:rPr>
        <w:t>እንዲሆን</w:t>
      </w:r>
      <w:r>
        <w:rPr>
          <w:rFonts w:ascii="Times New Roman" w:hAnsi="Times New Roman" w:eastAsia="Times New Roman" w:cs="Times New Roman"/>
        </w:rPr>
        <w:t xml:space="preserve"> </w:t>
      </w:r>
      <w:r>
        <w:rPr>
          <w:rFonts w:ascii="Ebrima" w:hAnsi="Ebrima" w:eastAsia="Ebrima" w:cs="Ebrima"/>
        </w:rPr>
        <w:t>ፈለገ።</w:t>
      </w:r>
      <w:r>
        <w:rPr>
          <w:rFonts w:ascii="Times New Roman" w:hAnsi="Times New Roman" w:eastAsia="Times New Roman" w:cs="Times New Roman"/>
        </w:rPr>
        <w:t xml:space="preserve"> </w:t>
      </w:r>
      <w:r>
        <w:rPr>
          <w:rFonts w:ascii="Ebrima" w:hAnsi="Ebrima" w:eastAsia="Ebrima" w:cs="Ebrima"/>
        </w:rPr>
        <w:t>ለእርሱ</w:t>
      </w:r>
      <w:r>
        <w:rPr>
          <w:rFonts w:ascii="Times New Roman" w:hAnsi="Times New Roman" w:eastAsia="Times New Roman" w:cs="Times New Roman"/>
        </w:rPr>
        <w:t xml:space="preserve"> </w:t>
      </w:r>
      <w:r>
        <w:rPr>
          <w:rFonts w:ascii="Ebrima" w:hAnsi="Ebrima" w:eastAsia="Ebrima" w:cs="Ebrima"/>
        </w:rPr>
        <w:t>የተመደበውን</w:t>
      </w:r>
      <w:r>
        <w:rPr>
          <w:rFonts w:ascii="Times New Roman" w:hAnsi="Times New Roman" w:eastAsia="Times New Roman" w:cs="Times New Roman"/>
        </w:rPr>
        <w:t xml:space="preserve"> </w:t>
      </w:r>
      <w:r>
        <w:rPr>
          <w:rFonts w:ascii="Ebrima" w:hAnsi="Ebrima" w:eastAsia="Ebrima" w:cs="Ebrima"/>
        </w:rPr>
        <w:t>የመከራ</w:t>
      </w:r>
      <w:r>
        <w:rPr>
          <w:rFonts w:ascii="Times New Roman" w:hAnsi="Times New Roman" w:eastAsia="Times New Roman" w:cs="Times New Roman"/>
        </w:rPr>
        <w:t xml:space="preserve"> </w:t>
      </w:r>
      <w:r>
        <w:rPr>
          <w:rFonts w:ascii="Ebrima" w:hAnsi="Ebrima" w:eastAsia="Ebrima" w:cs="Ebrima"/>
        </w:rPr>
        <w:t>ጽዋ</w:t>
      </w:r>
      <w:r>
        <w:rPr>
          <w:rFonts w:ascii="Times New Roman" w:hAnsi="Times New Roman" w:eastAsia="Times New Roman" w:cs="Times New Roman"/>
        </w:rPr>
        <w:t xml:space="preserve"> </w:t>
      </w:r>
      <w:r>
        <w:rPr>
          <w:rFonts w:ascii="Ebrima" w:hAnsi="Ebrima" w:eastAsia="Ebrima" w:cs="Ebrima"/>
        </w:rPr>
        <w:t>በተመለከተ</w:t>
      </w:r>
      <w:r>
        <w:rPr>
          <w:rFonts w:ascii="Times New Roman" w:hAnsi="Times New Roman" w:eastAsia="Times New Roman" w:cs="Times New Roman"/>
        </w:rPr>
        <w:t xml:space="preserve"> </w:t>
      </w:r>
      <w:r>
        <w:rPr>
          <w:rFonts w:ascii="Ebrima" w:hAnsi="Ebrima" w:eastAsia="Ebrima" w:cs="Ebrima"/>
        </w:rPr>
        <w:t>እስከሚቻላቸው</w:t>
      </w:r>
      <w:r>
        <w:rPr>
          <w:rFonts w:ascii="Times New Roman" w:hAnsi="Times New Roman" w:eastAsia="Times New Roman" w:cs="Times New Roman"/>
        </w:rPr>
        <w:t xml:space="preserve">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ሊያስተውሉ</w:t>
      </w:r>
      <w:r>
        <w:rPr>
          <w:rFonts w:ascii="Times New Roman" w:hAnsi="Times New Roman" w:eastAsia="Times New Roman" w:cs="Times New Roman"/>
        </w:rPr>
        <w:t xml:space="preserve"> </w:t>
      </w:r>
      <w:r>
        <w:rPr>
          <w:rFonts w:ascii="Ebrima" w:hAnsi="Ebrima" w:eastAsia="Ebrima" w:cs="Ebrima"/>
        </w:rPr>
        <w:t>ይገባቸው</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እስካሁን</w:t>
      </w:r>
      <w:r>
        <w:rPr>
          <w:rFonts w:ascii="Times New Roman" w:hAnsi="Times New Roman" w:eastAsia="Times New Roman" w:cs="Times New Roman"/>
        </w:rPr>
        <w:t xml:space="preserve"> </w:t>
      </w:r>
      <w:r>
        <w:rPr>
          <w:rFonts w:ascii="Ebrima" w:hAnsi="Ebrima" w:eastAsia="Ebrima" w:cs="Ebrima"/>
        </w:rPr>
        <w:t>ሊያስተውሉት</w:t>
      </w:r>
      <w:r>
        <w:rPr>
          <w:rFonts w:ascii="Times New Roman" w:hAnsi="Times New Roman" w:eastAsia="Times New Roman" w:cs="Times New Roman"/>
        </w:rPr>
        <w:t xml:space="preserve"> </w:t>
      </w:r>
      <w:r>
        <w:rPr>
          <w:rFonts w:ascii="Ebrima" w:hAnsi="Ebrima" w:eastAsia="Ebrima" w:cs="Ebrima"/>
        </w:rPr>
        <w:t>ያልቻሉት</w:t>
      </w:r>
      <w:r>
        <w:rPr>
          <w:rFonts w:ascii="Times New Roman" w:hAnsi="Times New Roman" w:eastAsia="Times New Roman" w:cs="Times New Roman"/>
        </w:rPr>
        <w:t xml:space="preserve"> </w:t>
      </w:r>
      <w:r>
        <w:rPr>
          <w:rFonts w:ascii="Ebrima" w:hAnsi="Ebrima" w:eastAsia="Ebrima" w:cs="Ebrima"/>
        </w:rPr>
        <w:t>ያ</w:t>
      </w:r>
      <w:r>
        <w:rPr>
          <w:rFonts w:ascii="Times New Roman" w:hAnsi="Times New Roman" w:eastAsia="Times New Roman" w:cs="Times New Roman"/>
        </w:rPr>
        <w:t xml:space="preserve"> </w:t>
      </w:r>
      <w:r>
        <w:rPr>
          <w:rFonts w:ascii="Ebrima" w:hAnsi="Ebrima" w:eastAsia="Ebrima" w:cs="Ebrima"/>
        </w:rPr>
        <w:t>አስፈሪ</w:t>
      </w:r>
      <w:r>
        <w:rPr>
          <w:rFonts w:ascii="Times New Roman" w:hAnsi="Times New Roman" w:eastAsia="Times New Roman" w:cs="Times New Roman"/>
        </w:rPr>
        <w:t xml:space="preserve"> </w:t>
      </w:r>
      <w:r>
        <w:rPr>
          <w:rFonts w:ascii="Ebrima" w:hAnsi="Ebrima" w:eastAsia="Ebrima" w:cs="Ebrima"/>
        </w:rPr>
        <w:t>ተጋድሎ</w:t>
      </w:r>
      <w:r>
        <w:rPr>
          <w:rFonts w:ascii="Times New Roman" w:hAnsi="Times New Roman" w:eastAsia="Times New Roman" w:cs="Times New Roman"/>
        </w:rPr>
        <w:t xml:space="preserve"> </w:t>
      </w:r>
      <w:r>
        <w:rPr>
          <w:rFonts w:ascii="Ebrima" w:hAnsi="Ebrima" w:eastAsia="Ebrima" w:cs="Ebrima"/>
        </w:rPr>
        <w:t>ዓለም</w:t>
      </w:r>
      <w:r>
        <w:rPr>
          <w:rFonts w:ascii="Times New Roman" w:hAnsi="Times New Roman" w:eastAsia="Times New Roman" w:cs="Times New Roman"/>
        </w:rPr>
        <w:t xml:space="preserve"> </w:t>
      </w:r>
      <w:r>
        <w:rPr>
          <w:rFonts w:ascii="Ebrima" w:hAnsi="Ebrima" w:eastAsia="Ebrima" w:cs="Ebrima"/>
        </w:rPr>
        <w:t>ሳይፈጠር</w:t>
      </w:r>
      <w:r>
        <w:rPr>
          <w:rFonts w:ascii="Times New Roman" w:hAnsi="Times New Roman" w:eastAsia="Times New Roman" w:cs="Times New Roman"/>
        </w:rPr>
        <w:t xml:space="preserve"> </w:t>
      </w:r>
      <w:r>
        <w:rPr>
          <w:rFonts w:ascii="Ebrima" w:hAnsi="Ebrima" w:eastAsia="Ebrima" w:cs="Ebrima"/>
        </w:rPr>
        <w:t>በፊት</w:t>
      </w:r>
      <w:r>
        <w:rPr>
          <w:rFonts w:ascii="Times New Roman" w:hAnsi="Times New Roman" w:eastAsia="Times New Roman" w:cs="Times New Roman"/>
        </w:rPr>
        <w:t xml:space="preserve"> </w:t>
      </w:r>
      <w:r>
        <w:rPr>
          <w:rFonts w:ascii="Ebrima" w:hAnsi="Ebrima" w:eastAsia="Ebrima" w:cs="Ebrima"/>
        </w:rPr>
        <w:t>የተደረገው</w:t>
      </w:r>
      <w:r>
        <w:rPr>
          <w:rFonts w:ascii="Times New Roman" w:hAnsi="Times New Roman" w:eastAsia="Times New Roman" w:cs="Times New Roman"/>
        </w:rPr>
        <w:t xml:space="preserve"> </w:t>
      </w:r>
      <w:r>
        <w:rPr>
          <w:rFonts w:ascii="Ebrima" w:hAnsi="Ebrima" w:eastAsia="Ebrima" w:cs="Ebrima"/>
        </w:rPr>
        <w:t>ኪዳን</w:t>
      </w:r>
      <w:r>
        <w:rPr>
          <w:rFonts w:ascii="Times New Roman" w:hAnsi="Times New Roman" w:eastAsia="Times New Roman" w:cs="Times New Roman"/>
        </w:rPr>
        <w:t xml:space="preserve"> </w:t>
      </w:r>
      <w:r>
        <w:rPr>
          <w:rFonts w:ascii="Ebrima" w:hAnsi="Ebrima" w:eastAsia="Ebrima" w:cs="Ebrima"/>
        </w:rPr>
        <w:t>ፍጻሜ</w:t>
      </w:r>
      <w:r>
        <w:rPr>
          <w:rFonts w:ascii="Times New Roman" w:hAnsi="Times New Roman" w:eastAsia="Times New Roman" w:cs="Times New Roman"/>
        </w:rPr>
        <w:t xml:space="preserve"> </w:t>
      </w:r>
      <w:r>
        <w:rPr>
          <w:rFonts w:ascii="Ebrima" w:hAnsi="Ebrima" w:eastAsia="Ebrima" w:cs="Ebrima"/>
        </w:rPr>
        <w:t>እንደሆነ</w:t>
      </w:r>
      <w:r>
        <w:rPr>
          <w:rFonts w:ascii="Times New Roman" w:hAnsi="Times New Roman" w:eastAsia="Times New Roman" w:cs="Times New Roman"/>
        </w:rPr>
        <w:t xml:space="preserve"> </w:t>
      </w:r>
      <w:r>
        <w:rPr>
          <w:rFonts w:ascii="Ebrima" w:hAnsi="Ebrima" w:eastAsia="Ebrima" w:cs="Ebrima"/>
        </w:rPr>
        <w:t>አሳያቸው።</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መሞት</w:t>
      </w:r>
      <w:r>
        <w:rPr>
          <w:rFonts w:ascii="Times New Roman" w:hAnsi="Times New Roman" w:eastAsia="Times New Roman" w:cs="Times New Roman"/>
        </w:rPr>
        <w:t xml:space="preserve"> </w:t>
      </w:r>
      <w:r>
        <w:rPr>
          <w:rFonts w:ascii="Ebrima" w:hAnsi="Ebrima" w:eastAsia="Ebrima" w:cs="Ebrima"/>
        </w:rPr>
        <w:t>ነበረበት፤</w:t>
      </w:r>
      <w:r>
        <w:rPr>
          <w:rFonts w:ascii="Times New Roman" w:hAnsi="Times New Roman" w:eastAsia="Times New Roman" w:cs="Times New Roman"/>
        </w:rPr>
        <w:t xml:space="preserve"> </w:t>
      </w:r>
      <w:r>
        <w:rPr>
          <w:rFonts w:ascii="Ebrima" w:hAnsi="Ebrima" w:eastAsia="Ebrima" w:cs="Ebrima"/>
        </w:rPr>
        <w:t>ሕግን</w:t>
      </w:r>
      <w:r>
        <w:rPr>
          <w:rFonts w:ascii="Times New Roman" w:hAnsi="Times New Roman" w:eastAsia="Times New Roman" w:cs="Times New Roman"/>
        </w:rPr>
        <w:t xml:space="preserve"> </w:t>
      </w:r>
      <w:r>
        <w:rPr>
          <w:rFonts w:ascii="Ebrima" w:hAnsi="Ebrima" w:eastAsia="Ebrima" w:cs="Ebrima"/>
        </w:rPr>
        <w:t>የሚተላለፍ</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በኃጢአት</w:t>
      </w:r>
      <w:r>
        <w:rPr>
          <w:rFonts w:ascii="Times New Roman" w:hAnsi="Times New Roman" w:eastAsia="Times New Roman" w:cs="Times New Roman"/>
        </w:rPr>
        <w:t xml:space="preserve"> </w:t>
      </w:r>
      <w:r>
        <w:rPr>
          <w:rFonts w:ascii="Ebrima" w:hAnsi="Ebrima" w:eastAsia="Ebrima" w:cs="Ebrima"/>
        </w:rPr>
        <w:t>ከቀጠለ</w:t>
      </w:r>
      <w:r>
        <w:rPr>
          <w:rFonts w:ascii="Times New Roman" w:hAnsi="Times New Roman" w:eastAsia="Times New Roman" w:cs="Times New Roman"/>
        </w:rPr>
        <w:t xml:space="preserve"> </w:t>
      </w:r>
      <w:r>
        <w:rPr>
          <w:rFonts w:ascii="Ebrima" w:hAnsi="Ebrima" w:eastAsia="Ebrima" w:cs="Ebrima"/>
        </w:rPr>
        <w:t>መሞት</w:t>
      </w:r>
      <w:r>
        <w:rPr>
          <w:rFonts w:ascii="Times New Roman" w:hAnsi="Times New Roman" w:eastAsia="Times New Roman" w:cs="Times New Roman"/>
        </w:rPr>
        <w:t xml:space="preserve"> </w:t>
      </w:r>
      <w:r>
        <w:rPr>
          <w:rFonts w:ascii="Ebrima" w:hAnsi="Ebrima" w:eastAsia="Ebrima" w:cs="Ebrima"/>
        </w:rPr>
        <w:t>እንዳለበት</w:t>
      </w:r>
      <w:r>
        <w:rPr>
          <w:rFonts w:ascii="Times New Roman" w:hAnsi="Times New Roman" w:eastAsia="Times New Roman" w:cs="Times New Roman"/>
        </w:rPr>
        <w:t xml:space="preserve"> </w:t>
      </w:r>
      <w:r>
        <w:rPr>
          <w:rFonts w:ascii="Ebrima" w:hAnsi="Ebrima" w:eastAsia="Ebrima" w:cs="Ebrima"/>
        </w:rPr>
        <w:t>እንዲሁ።</w:t>
      </w:r>
      <w:r>
        <w:rPr>
          <w:rFonts w:ascii="Times New Roman" w:hAnsi="Times New Roman" w:eastAsia="Times New Roman" w:cs="Times New Roman"/>
        </w:rPr>
        <w:t xml:space="preserve"> </w:t>
      </w:r>
      <w:r>
        <w:rPr>
          <w:rFonts w:ascii="Ebrima" w:hAnsi="Ebrima" w:eastAsia="Ebrima" w:cs="Ebrima"/>
        </w:rPr>
        <w:t>ይህ</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ሊሆን</w:t>
      </w:r>
      <w:r>
        <w:rPr>
          <w:rFonts w:ascii="Times New Roman" w:hAnsi="Times New Roman" w:eastAsia="Times New Roman" w:cs="Times New Roman"/>
        </w:rPr>
        <w:t xml:space="preserve"> </w:t>
      </w:r>
      <w:r>
        <w:rPr>
          <w:rFonts w:ascii="Ebrima" w:hAnsi="Ebrima" w:eastAsia="Ebrima" w:cs="Ebrima"/>
        </w:rPr>
        <w:t>የሚገባ</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በሽንፈት</w:t>
      </w:r>
      <w:r>
        <w:rPr>
          <w:rFonts w:ascii="Times New Roman" w:hAnsi="Times New Roman" w:eastAsia="Times New Roman" w:cs="Times New Roman"/>
        </w:rPr>
        <w:t xml:space="preserve"> </w:t>
      </w:r>
      <w:r>
        <w:rPr>
          <w:rFonts w:ascii="Ebrima" w:hAnsi="Ebrima" w:eastAsia="Ebrima" w:cs="Ebrima"/>
        </w:rPr>
        <w:t>ሊያበቃ</w:t>
      </w:r>
      <w:r>
        <w:rPr>
          <w:rFonts w:ascii="Times New Roman" w:hAnsi="Times New Roman" w:eastAsia="Times New Roman" w:cs="Times New Roman"/>
        </w:rPr>
        <w:t xml:space="preserve"> </w:t>
      </w:r>
      <w:r>
        <w:rPr>
          <w:rFonts w:ascii="Ebrima" w:hAnsi="Ebrima" w:eastAsia="Ebrima" w:cs="Ebrima"/>
        </w:rPr>
        <w:t>አልነበረም፥</w:t>
      </w:r>
      <w:r>
        <w:rPr>
          <w:rFonts w:ascii="Times New Roman" w:hAnsi="Times New Roman" w:eastAsia="Times New Roman" w:cs="Times New Roman"/>
        </w:rPr>
        <w:t xml:space="preserve"> </w:t>
      </w:r>
      <w:r>
        <w:rPr>
          <w:rFonts w:ascii="Ebrima" w:hAnsi="Ebrima" w:eastAsia="Ebrima" w:cs="Ebrima"/>
        </w:rPr>
        <w:t>በክብራማ፣</w:t>
      </w:r>
      <w:r>
        <w:rPr>
          <w:rFonts w:ascii="Times New Roman" w:hAnsi="Times New Roman" w:eastAsia="Times New Roman" w:cs="Times New Roman"/>
        </w:rPr>
        <w:t xml:space="preserve"> </w:t>
      </w:r>
      <w:r>
        <w:rPr>
          <w:rFonts w:ascii="Ebrima" w:hAnsi="Ebrima" w:eastAsia="Ebrima" w:cs="Ebrima"/>
        </w:rPr>
        <w:t>ዘላለማዊ</w:t>
      </w:r>
      <w:r>
        <w:rPr>
          <w:rFonts w:ascii="Times New Roman" w:hAnsi="Times New Roman" w:eastAsia="Times New Roman" w:cs="Times New Roman"/>
        </w:rPr>
        <w:t xml:space="preserve"> </w:t>
      </w:r>
      <w:r>
        <w:rPr>
          <w:rFonts w:ascii="Ebrima" w:hAnsi="Ebrima" w:eastAsia="Ebrima" w:cs="Ebrima"/>
        </w:rPr>
        <w:t>ድል</w:t>
      </w:r>
      <w:r>
        <w:rPr>
          <w:rFonts w:ascii="Times New Roman" w:hAnsi="Times New Roman" w:eastAsia="Times New Roman" w:cs="Times New Roman"/>
        </w:rPr>
        <w:t xml:space="preserve"> </w:t>
      </w:r>
      <w:r>
        <w:rPr>
          <w:rFonts w:ascii="Ebrima" w:hAnsi="Ebrima" w:eastAsia="Ebrima" w:cs="Ebrima"/>
        </w:rPr>
        <w:t>እንጂ።</w:t>
      </w:r>
      <w:r>
        <w:rPr>
          <w:rFonts w:ascii="Times New Roman" w:hAnsi="Times New Roman" w:eastAsia="Times New Roman" w:cs="Times New Roman"/>
        </w:rPr>
        <w:t xml:space="preserve"> </w:t>
      </w:r>
      <w:r>
        <w:rPr>
          <w:rFonts w:ascii="Ebrima" w:hAnsi="Ebrima" w:eastAsia="Ebrima" w:cs="Ebrima"/>
        </w:rPr>
        <w:t>ኢየሱስ</w:t>
      </w:r>
      <w:r>
        <w:rPr>
          <w:rFonts w:ascii="Times New Roman" w:hAnsi="Times New Roman" w:eastAsia="Times New Roman" w:cs="Times New Roman"/>
        </w:rPr>
        <w:t xml:space="preserve"> </w:t>
      </w:r>
      <w:r>
        <w:rPr>
          <w:rFonts w:ascii="Ebrima" w:hAnsi="Ebrima" w:eastAsia="Ebrima" w:cs="Ebrima"/>
        </w:rPr>
        <w:t>ዓለምን</w:t>
      </w:r>
      <w:r>
        <w:rPr>
          <w:rFonts w:ascii="Times New Roman" w:hAnsi="Times New Roman" w:eastAsia="Times New Roman" w:cs="Times New Roman"/>
        </w:rPr>
        <w:t xml:space="preserve"> </w:t>
      </w:r>
      <w:r>
        <w:rPr>
          <w:rFonts w:ascii="Ebrima" w:hAnsi="Ebrima" w:eastAsia="Ebrima" w:cs="Ebrima"/>
        </w:rPr>
        <w:t>ከኃጢአት</w:t>
      </w:r>
      <w:r>
        <w:rPr>
          <w:rFonts w:ascii="Times New Roman" w:hAnsi="Times New Roman" w:eastAsia="Times New Roman" w:cs="Times New Roman"/>
        </w:rPr>
        <w:t xml:space="preserve"> </w:t>
      </w:r>
      <w:r>
        <w:rPr>
          <w:rFonts w:ascii="Ebrima" w:hAnsi="Ebrima" w:eastAsia="Ebrima" w:cs="Ebrima"/>
        </w:rPr>
        <w:t>ለማዳን</w:t>
      </w:r>
      <w:r>
        <w:rPr>
          <w:rFonts w:ascii="Times New Roman" w:hAnsi="Times New Roman" w:eastAsia="Times New Roman" w:cs="Times New Roman"/>
        </w:rPr>
        <w:t xml:space="preserve"> </w:t>
      </w:r>
      <w:r>
        <w:rPr>
          <w:rFonts w:ascii="Ebrima" w:hAnsi="Ebrima" w:eastAsia="Ebrima" w:cs="Ebrima"/>
        </w:rPr>
        <w:t>ሁሉም</w:t>
      </w:r>
      <w:r>
        <w:rPr>
          <w:rFonts w:ascii="Times New Roman" w:hAnsi="Times New Roman" w:eastAsia="Times New Roman" w:cs="Times New Roman"/>
        </w:rPr>
        <w:t xml:space="preserve"> </w:t>
      </w:r>
      <w:r>
        <w:rPr>
          <w:rFonts w:ascii="Ebrima" w:hAnsi="Ebrima" w:eastAsia="Ebrima" w:cs="Ebrima"/>
        </w:rPr>
        <w:t>ጥረት</w:t>
      </w:r>
      <w:r>
        <w:rPr>
          <w:rFonts w:ascii="Times New Roman" w:hAnsi="Times New Roman" w:eastAsia="Times New Roman" w:cs="Times New Roman"/>
        </w:rPr>
        <w:t xml:space="preserve"> </w:t>
      </w:r>
      <w:r>
        <w:rPr>
          <w:rFonts w:ascii="Ebrima" w:hAnsi="Ebrima" w:eastAsia="Ebrima" w:cs="Ebrima"/>
        </w:rPr>
        <w:t>ሊደረግ</w:t>
      </w:r>
      <w:r>
        <w:rPr>
          <w:rFonts w:ascii="Times New Roman" w:hAnsi="Times New Roman" w:eastAsia="Times New Roman" w:cs="Times New Roman"/>
        </w:rPr>
        <w:t xml:space="preserve"> </w:t>
      </w:r>
      <w:r>
        <w:rPr>
          <w:rFonts w:ascii="Ebrima" w:hAnsi="Ebrima" w:eastAsia="Ebrima" w:cs="Ebrima"/>
        </w:rPr>
        <w:t>እንዳለበት</w:t>
      </w:r>
      <w:r>
        <w:rPr>
          <w:rFonts w:ascii="Times New Roman" w:hAnsi="Times New Roman" w:eastAsia="Times New Roman" w:cs="Times New Roman"/>
        </w:rPr>
        <w:t xml:space="preserve"> </w:t>
      </w:r>
      <w:r>
        <w:rPr>
          <w:rFonts w:ascii="Ebrima" w:hAnsi="Ebrima" w:eastAsia="Ebrima" w:cs="Ebrima"/>
        </w:rPr>
        <w:t>ነገራቸው።</w:t>
      </w:r>
      <w:r>
        <w:rPr>
          <w:rFonts w:ascii="Times New Roman" w:hAnsi="Times New Roman" w:eastAsia="Times New Roman" w:cs="Times New Roman"/>
        </w:rPr>
        <w:t xml:space="preserve"> </w:t>
      </w:r>
      <w:r>
        <w:rPr>
          <w:rFonts w:ascii="Ebrima" w:hAnsi="Ebrima" w:eastAsia="Ebrima" w:cs="Ebrima"/>
        </w:rPr>
        <w:t>ተከታዮቹ</w:t>
      </w:r>
      <w:r>
        <w:rPr>
          <w:rFonts w:ascii="Times New Roman" w:hAnsi="Times New Roman" w:eastAsia="Times New Roman" w:cs="Times New Roman"/>
        </w:rPr>
        <w:t xml:space="preserve"> </w:t>
      </w:r>
      <w:r>
        <w:rPr>
          <w:rFonts w:ascii="Ebrima" w:hAnsi="Ebrima" w:eastAsia="Ebrima" w:cs="Ebrima"/>
        </w:rPr>
        <w:t>እርሱ</w:t>
      </w:r>
      <w:r>
        <w:rPr>
          <w:rFonts w:ascii="Times New Roman" w:hAnsi="Times New Roman" w:eastAsia="Times New Roman" w:cs="Times New Roman"/>
        </w:rPr>
        <w:t xml:space="preserve"> </w:t>
      </w:r>
      <w:r>
        <w:rPr>
          <w:rFonts w:ascii="Ebrima" w:hAnsi="Ebrima" w:eastAsia="Ebrima" w:cs="Ebrima"/>
        </w:rPr>
        <w:t>እንደኖረ</w:t>
      </w:r>
      <w:r>
        <w:rPr>
          <w:rFonts w:ascii="Times New Roman" w:hAnsi="Times New Roman" w:eastAsia="Times New Roman" w:cs="Times New Roman"/>
        </w:rPr>
        <w:t xml:space="preserve"> </w:t>
      </w:r>
      <w:r>
        <w:rPr>
          <w:rFonts w:ascii="Ebrima" w:hAnsi="Ebrima" w:eastAsia="Ebrima" w:cs="Ebrima"/>
        </w:rPr>
        <w:t>ሊኖሩ፣</w:t>
      </w:r>
      <w:r>
        <w:rPr>
          <w:rFonts w:ascii="Times New Roman" w:hAnsi="Times New Roman" w:eastAsia="Times New Roman" w:cs="Times New Roman"/>
        </w:rPr>
        <w:t xml:space="preserve"> </w:t>
      </w:r>
      <w:r>
        <w:rPr>
          <w:rFonts w:ascii="Ebrima" w:hAnsi="Ebrima" w:eastAsia="Ebrima" w:cs="Ebrima"/>
        </w:rPr>
        <w:t>እርሱ</w:t>
      </w:r>
      <w:r>
        <w:rPr>
          <w:rFonts w:ascii="Times New Roman" w:hAnsi="Times New Roman" w:eastAsia="Times New Roman" w:cs="Times New Roman"/>
        </w:rPr>
        <w:t xml:space="preserve"> </w:t>
      </w:r>
      <w:r>
        <w:rPr>
          <w:rFonts w:ascii="Ebrima" w:hAnsi="Ebrima" w:eastAsia="Ebrima" w:cs="Ebrima"/>
        </w:rPr>
        <w:t>እንደሠራ</w:t>
      </w:r>
      <w:r>
        <w:rPr>
          <w:rFonts w:ascii="Times New Roman" w:hAnsi="Times New Roman" w:eastAsia="Times New Roman" w:cs="Times New Roman"/>
        </w:rPr>
        <w:t xml:space="preserve"> </w:t>
      </w:r>
      <w:r>
        <w:rPr>
          <w:rFonts w:ascii="Ebrima" w:hAnsi="Ebrima" w:eastAsia="Ebrima" w:cs="Ebrima"/>
        </w:rPr>
        <w:t>ሊሠሩ፣</w:t>
      </w:r>
      <w:r>
        <w:rPr>
          <w:rFonts w:ascii="Times New Roman" w:hAnsi="Times New Roman" w:eastAsia="Times New Roman" w:cs="Times New Roman"/>
        </w:rPr>
        <w:t xml:space="preserve"> </w:t>
      </w:r>
      <w:r>
        <w:rPr>
          <w:rFonts w:ascii="Ebrima" w:hAnsi="Ebrima" w:eastAsia="Ebrima" w:cs="Ebrima"/>
        </w:rPr>
        <w:t>በጽኑና</w:t>
      </w:r>
      <w:r>
        <w:rPr>
          <w:rFonts w:ascii="Times New Roman" w:hAnsi="Times New Roman" w:eastAsia="Times New Roman" w:cs="Times New Roman"/>
        </w:rPr>
        <w:t xml:space="preserve"> </w:t>
      </w:r>
      <w:r>
        <w:rPr>
          <w:rFonts w:ascii="Ebrima" w:hAnsi="Ebrima" w:eastAsia="Ebrima" w:cs="Ebrima"/>
        </w:rPr>
        <w:t>በማያቋርጥ</w:t>
      </w:r>
      <w:r>
        <w:rPr>
          <w:rFonts w:ascii="Times New Roman" w:hAnsi="Times New Roman" w:eastAsia="Times New Roman" w:cs="Times New Roman"/>
        </w:rPr>
        <w:t xml:space="preserve"> </w:t>
      </w:r>
      <w:r>
        <w:rPr>
          <w:rFonts w:ascii="Ebrima" w:hAnsi="Ebrima" w:eastAsia="Ebrima" w:cs="Ebrima"/>
        </w:rPr>
        <w:t>ትጋት</w:t>
      </w:r>
      <w:r>
        <w:rPr>
          <w:rFonts w:ascii="Times New Roman" w:hAnsi="Times New Roman" w:eastAsia="Times New Roman" w:cs="Times New Roman"/>
        </w:rPr>
        <w:t xml:space="preserve"> </w:t>
      </w:r>
      <w:r>
        <w:rPr>
          <w:rFonts w:ascii="Ebrima" w:hAnsi="Ebrima" w:eastAsia="Ebrima" w:cs="Ebrima"/>
        </w:rPr>
        <w:t>ይገባቸው</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«Acwḥel wayennaɣ Mesyas i yinelmaden-is, yeldi-asen timmi n wallaɣ-nsen iwakken ad fahmen Tira. Yinelmaden ccan, maca ameslay ur yettwaqeṭṭeɛ ara. Awalen n tudert d uɣebbu n ṭṭmana zerrben-d seg yimi n Umseɣlu. Maca allen-nsen mazal ttwaḥebbsent. Mi asen-yeḥka ɣef unqil n Yerusalim, muqqlen ɣer temdint yettwaḥekmen s imeṭṭi. Maca mazal ur ssinen ara anwa i d ameddakkel-nsen deg ubrid. Ur ẓrint ara belli win iɣef meslayen yella yeddu yid-sen; acku Mesyas yewwi awal ɣef yiman-is amzun d amdan niḍen. Ɣilen belli d yiwen seg wid iḥḍren tameɣra tameqqrant, yerna tura yuɣal ɣer uxxam-is. Idduda s leḥder am nitni ɣef yezgaṛen iqesḥanen, tikkwal yettbeddid yid-sen iwakken ad asen-yili cwiṭ n usenfu. Akka i kemmlen abrid-nsen ɣef ubrid n idurar, mi win ara yeddun s tazmert-is ɣer ufus ayeffus n Rebbi s lemɛawna, yerna win i yezmer ad yini: «Akk tazmert tettunefk-iyi deg igenwan d wakal.» Matthew 28:18.»</w:t>
      </w:r>
    </w:p>
    <w:p>
      <w:pPr>
        <w:pStyle w:val="ArticleScripture"/>
        <w:jc w:val="left"/>
      </w:pPr>
      <w:r>
        <w:rPr>
          <w:rFonts w:ascii="Times New Roman" w:hAnsi="Times New Roman" w:eastAsia="Times New Roman" w:cs="Times New Roman"/>
        </w:rPr>
        <w:t>«Җол барасында ҡояш байығайны, һәм юлсылар ял итәсәк урындарына барып еткәнсе, баҫыуҙарҙа эшләүселәр үҙ хеҙмәттәренән киткән ине. Шәкерттәр үҙ йорттарына инергә йыйынғанда, Таныш булмаған Зат юлынан артабан дауам итер кеүек күренде. Әммә шәкерттәр уға тартылды. Уларҙың йәндәре Унан тағы ла күберәк ишетергә ас ине. «Беҙҙең менән ҡал», — тинеләр улар. Ул саҡырыуҙы ҡабул иткәндәй күренмәне, ләкин улар ныҡышып үтенде: «Кискә ауышты, һәм көн дә ныҡ уҙып китте». Христос был ялбарыуға күнде һәм «улар менән ҡалыр өсөн өйгә инде».</w:t>
      </w:r>
    </w:p>
    <w:p>
      <w:pPr>
        <w:pStyle w:val="ArticleScripture"/>
        <w:jc w:val="left"/>
      </w:pPr>
      <w:r>
        <w:rPr>
          <w:rFonts w:ascii="Times New Roman" w:hAnsi="Times New Roman" w:eastAsia="Times New Roman" w:cs="Times New Roman"/>
        </w:rPr>
        <w:t>“Ngganhamunhaŋu djälthirrnydja yolŋuw malaŋuw ga dhiyaŋuny marrtjinawuy walal dhäwu-gurrupanminyawuynydja bäyŋu dhäruk nhäma, walal bäyŋu marŋgithinya nhanŋu dhuwal walalŋgal marrtjinamirrnydja Ŋutuŋu nhakun walŋa-roŋanmiriwnha. Christthu yaka marrtji-gurrupanmirr nhanŋuwuy company yolŋu walalaŋgala ganydjarrlil. Nheŋu marrtji guyaŋa ga djäma walalaŋguny dhuwal nhakun nhanŋu ŋayaŋu-ŋamathirr. Goŋmirriynydja ŋayi gäma gärriny dhäwuŋur dhuwurruŋur wäŋalil, ga märr-ŋamathirra yätjkurru ŋayaŋuny. Yurr bäyŋu yolŋuy walal dhuwal dhä-gatjpu'yunmirrnydja guyaŋanharawnydja djiwarr'puy gäthu'mirriŋuŋur, nhakun walal yaka ŋäŋ'thun nhanŋu bäki ŋorra walalaŋgal, ŋayi marrtjin ŋuli ga dhurrwaraŋur dhaḻ'yun. Dhiyaŋuny romdhu dharrwa yolŋu mala ga gumurr-bakmaram mirithirr yätjkurraŋur. Walal yaka marŋgithirr Christku bulu, bitjan bili nhakun malthunamirr walal marŋgi yaka, ŋayi marrtjinya walalaŋgal dhukarr-ŋu.”</w:t>
      </w:r>
    </w:p>
    <w:p>
      <w:pPr>
        <w:pStyle w:val="ArticleScripture"/>
        <w:jc w:val="left"/>
      </w:pPr>
      <w:r>
        <w:rPr>
          <w:rFonts w:ascii="Times New Roman" w:hAnsi="Times New Roman" w:eastAsia="Times New Roman" w:cs="Times New Roman"/>
        </w:rPr>
        <w:t>«ساده ماښامنۍ ډوډۍ، چې له ډوډۍ څخه برابره ده، ژر چمتو کېږي. هغه د مېلمه مخې ته اېښوول کېږي، چې د مېز په سر کې خپل ځای نیولی دی. اوس هغه خپل لاسونه د خوړو د برکت لپاره غځوي. شاګردان په حیرانتیا شاته کېږي. د هغوی ملګری خپل لاسونه په عین هماغه ډول غځوي لکه څنګه چې به د دوی بادار کول. هغوی بیا ګوري، او ګوري چې د هغه په لاسونو کې د مېخونو نښې دي. دواړه سمدستي چیغه کوي: دا رب عیسی دی! هغه له مړو څخه راپاڅېدلی دی!»</w:t>
      </w:r>
    </w:p>
    <w:p>
      <w:pPr>
        <w:pStyle w:val="ArticleScripture"/>
        <w:jc w:val="left"/>
      </w:pPr>
      <w:r>
        <w:rPr>
          <w:rFonts w:ascii="Times New Roman" w:hAnsi="Times New Roman" w:eastAsia="Times New Roman" w:cs="Times New Roman"/>
        </w:rPr>
        <w:t>«Авыр, Аның хозурида йиқилип сәҗдә қилмақчи болиду, лекин У уларниң көз алдидин ғайиб болған еди. Улар йеқиндала бәдини қәбирдә ятқан Бир Зат турған йәргә қарап, өзара: «У йолда биз билән сөзләшкәндә вә бизгә Муқәддәс Язмиларни чүшәндүрүп бәргәндә, қәлбимиз ичимиздә ялқунлинип кәтмидиму?» — дейишти.»</w:t>
      </w:r>
    </w:p>
    <w:p>
      <w:pPr>
        <w:pStyle w:val="ArticleScripture"/>
        <w:jc w:val="left"/>
      </w:pPr>
      <w:r>
        <w:rPr>
          <w:rFonts w:ascii="Times New Roman" w:hAnsi="Times New Roman" w:eastAsia="Times New Roman" w:cs="Times New Roman"/>
        </w:rPr>
        <w:t>«Но с этой великой вестью, которую им надлежит возвестить, они не могут сидеть и разговаривать. Их усталость и голод исчезли. Они оставляют свою трапезу нетронутой и, исполненные радости, тотчас снова отправляются в путь по той самой дороге, по которой пришли, спеша возвестить эту весть ученикам в городе. На некоторых участках дорога небезопасна, но они взбираются по крутым местам, скользя по гладким камням. Они не видят и не знают, что находятся под защитой Того, Кто шел с ними этой дорогой. С посохом странника в руке они спешат вперед, желая идти быстрее, чем осмеливаются. Они сбиваются с пути, но снова находят его. То бегом, то спотыкаясь, они устремляются вперед, и их невидимый Спутник всю дорогу рядом с ними.»</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ညသည်</w:t>
      </w:r>
      <w:r>
        <w:rPr>
          <w:rFonts w:ascii="Times New Roman" w:hAnsi="Times New Roman" w:eastAsia="Times New Roman" w:cs="Times New Roman"/>
        </w:rPr>
        <w:t xml:space="preserve"> </w:t>
      </w:r>
      <w:r>
        <w:rPr>
          <w:rFonts w:ascii="Myanmar Text" w:hAnsi="Myanmar Text" w:eastAsia="Myanmar Text" w:cs="Myanmar Text"/>
        </w:rPr>
        <w:t>မှောင်မိုက်လျက်ရှိသော်လည်း</w:t>
      </w:r>
      <w:r>
        <w:rPr>
          <w:rFonts w:ascii="Times New Roman" w:hAnsi="Times New Roman" w:eastAsia="Times New Roman" w:cs="Times New Roman"/>
        </w:rPr>
        <w:t xml:space="preserve"> </w:t>
      </w:r>
      <w:r>
        <w:rPr>
          <w:rFonts w:ascii="Myanmar Text" w:hAnsi="Myanmar Text" w:eastAsia="Myanmar Text" w:cs="Myanmar Text"/>
        </w:rPr>
        <w:t>ဖြောင့်မတ်ခြင်း၏</w:t>
      </w:r>
      <w:r>
        <w:rPr>
          <w:rFonts w:ascii="Times New Roman" w:hAnsi="Times New Roman" w:eastAsia="Times New Roman" w:cs="Times New Roman"/>
        </w:rPr>
        <w:t xml:space="preserve"> </w:t>
      </w:r>
      <w:r>
        <w:rPr>
          <w:rFonts w:ascii="Myanmar Text" w:hAnsi="Myanmar Text" w:eastAsia="Myanmar Text" w:cs="Myanmar Text"/>
        </w:rPr>
        <w:t>နေမင်းသည်</w:t>
      </w:r>
      <w:r>
        <w:rPr>
          <w:rFonts w:ascii="Times New Roman" w:hAnsi="Times New Roman" w:eastAsia="Times New Roman" w:cs="Times New Roman"/>
        </w:rPr>
        <w:t xml:space="preserve"> </w:t>
      </w:r>
      <w:r>
        <w:rPr>
          <w:rFonts w:ascii="Myanmar Text" w:hAnsi="Myanmar Text" w:eastAsia="Myanmar Text" w:cs="Myanmar Text"/>
        </w:rPr>
        <w:t>သူတို့အပေါ်၌</w:t>
      </w:r>
      <w:r>
        <w:rPr>
          <w:rFonts w:ascii="Times New Roman" w:hAnsi="Times New Roman" w:eastAsia="Times New Roman" w:cs="Times New Roman"/>
        </w:rPr>
        <w:t xml:space="preserve"> </w:t>
      </w:r>
      <w:r>
        <w:rPr>
          <w:rFonts w:ascii="Myanmar Text" w:hAnsi="Myanmar Text" w:eastAsia="Myanmar Text" w:cs="Myanmar Text"/>
        </w:rPr>
        <w:t>တောက်ပလျက်ရှိသည်။</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စိတ်နှလုံးများသည်</w:t>
      </w:r>
      <w:r>
        <w:rPr>
          <w:rFonts w:ascii="Times New Roman" w:hAnsi="Times New Roman" w:eastAsia="Times New Roman" w:cs="Times New Roman"/>
        </w:rPr>
        <w:t xml:space="preserve"> </w:t>
      </w:r>
      <w:r>
        <w:rPr>
          <w:rFonts w:ascii="Myanmar Text" w:hAnsi="Myanmar Text" w:eastAsia="Myanmar Text" w:cs="Myanmar Text"/>
        </w:rPr>
        <w:t>ဝမ်းမြောက်ခြင်းကြောင့်</w:t>
      </w:r>
      <w:r>
        <w:rPr>
          <w:rFonts w:ascii="Times New Roman" w:hAnsi="Times New Roman" w:eastAsia="Times New Roman" w:cs="Times New Roman"/>
        </w:rPr>
        <w:t xml:space="preserve"> </w:t>
      </w:r>
      <w:r>
        <w:rPr>
          <w:rFonts w:ascii="Myanmar Text" w:hAnsi="Myanmar Text" w:eastAsia="Myanmar Text" w:cs="Myanmar Text"/>
        </w:rPr>
        <w:t>ခုန်လှုပ်လျက်ရှိသည်။</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ကမ္ဘာသစ်တစ်ခုအတွင်း</w:t>
      </w:r>
      <w:r>
        <w:rPr>
          <w:rFonts w:ascii="Times New Roman" w:hAnsi="Times New Roman" w:eastAsia="Times New Roman" w:cs="Times New Roman"/>
        </w:rPr>
        <w:t xml:space="preserve"> </w:t>
      </w:r>
      <w:r>
        <w:rPr>
          <w:rFonts w:ascii="Myanmar Text" w:hAnsi="Myanmar Text" w:eastAsia="Myanmar Text" w:cs="Myanmar Text"/>
        </w:rPr>
        <w:t>ရောက်ရှိနေသကဲ့သို့</w:t>
      </w:r>
      <w:r>
        <w:rPr>
          <w:rFonts w:ascii="Times New Roman" w:hAnsi="Times New Roman" w:eastAsia="Times New Roman" w:cs="Times New Roman"/>
        </w:rPr>
        <w:t xml:space="preserve"> </w:t>
      </w:r>
      <w:r>
        <w:rPr>
          <w:rFonts w:ascii="Myanmar Text" w:hAnsi="Myanmar Text" w:eastAsia="Myanmar Text" w:cs="Myanmar Text"/>
        </w:rPr>
        <w:t>ထင်ရှားသည်။</w:t>
      </w:r>
      <w:r>
        <w:rPr>
          <w:rFonts w:ascii="Times New Roman" w:hAnsi="Times New Roman" w:eastAsia="Times New Roman" w:cs="Times New Roman"/>
        </w:rPr>
        <w:t xml:space="preserve"> </w:t>
      </w:r>
      <w:r>
        <w:rPr>
          <w:rFonts w:ascii="Myanmar Text" w:hAnsi="Myanmar Text" w:eastAsia="Myanmar Text" w:cs="Myanmar Text"/>
        </w:rPr>
        <w:t>ခရစ်တော်သည်</w:t>
      </w:r>
      <w:r>
        <w:rPr>
          <w:rFonts w:ascii="Times New Roman" w:hAnsi="Times New Roman" w:eastAsia="Times New Roman" w:cs="Times New Roman"/>
        </w:rPr>
        <w:t xml:space="preserve"> </w:t>
      </w:r>
      <w:r>
        <w:rPr>
          <w:rFonts w:ascii="Myanmar Text" w:hAnsi="Myanmar Text" w:eastAsia="Myanmar Text" w:cs="Myanmar Text"/>
        </w:rPr>
        <w:t>အသက်ရှင်တော်မူသော</w:t>
      </w:r>
      <w:r>
        <w:rPr>
          <w:rFonts w:ascii="Times New Roman" w:hAnsi="Times New Roman" w:eastAsia="Times New Roman" w:cs="Times New Roman"/>
        </w:rPr>
        <w:t xml:space="preserve"> </w:t>
      </w:r>
      <w:r>
        <w:rPr>
          <w:rFonts w:ascii="Myanmar Text" w:hAnsi="Myanmar Text" w:eastAsia="Myanmar Text" w:cs="Myanmar Text"/>
        </w:rPr>
        <w:t>ကယ်တင်ရှင်ဖြစ်တော်မူသည်။</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ထိုသူတော်အား</w:t>
      </w:r>
      <w:r>
        <w:rPr>
          <w:rFonts w:ascii="Times New Roman" w:hAnsi="Times New Roman" w:eastAsia="Times New Roman" w:cs="Times New Roman"/>
        </w:rPr>
        <w:t xml:space="preserve"> </w:t>
      </w:r>
      <w:r>
        <w:rPr>
          <w:rFonts w:ascii="Myanmar Text" w:hAnsi="Myanmar Text" w:eastAsia="Myanmar Text" w:cs="Myanmar Text"/>
        </w:rPr>
        <w:t>သေဆုံးပြီးသောသူအဖြစ်</w:t>
      </w:r>
      <w:r>
        <w:rPr>
          <w:rFonts w:ascii="Times New Roman" w:hAnsi="Times New Roman" w:eastAsia="Times New Roman" w:cs="Times New Roman"/>
        </w:rPr>
        <w:t xml:space="preserve"> </w:t>
      </w:r>
      <w:r>
        <w:rPr>
          <w:rFonts w:ascii="Myanmar Text" w:hAnsi="Myanmar Text" w:eastAsia="Myanmar Text" w:cs="Myanmar Text"/>
        </w:rPr>
        <w:t>နောင်တရ၍</w:t>
      </w:r>
      <w:r>
        <w:rPr>
          <w:rFonts w:ascii="Times New Roman" w:hAnsi="Times New Roman" w:eastAsia="Times New Roman" w:cs="Times New Roman"/>
        </w:rPr>
        <w:t xml:space="preserve"> </w:t>
      </w:r>
      <w:r>
        <w:rPr>
          <w:rFonts w:ascii="Myanmar Text" w:hAnsi="Myanmar Text" w:eastAsia="Myanmar Text" w:cs="Myanmar Text"/>
        </w:rPr>
        <w:t>မငိုကြွေးကြတော့။</w:t>
      </w:r>
      <w:r>
        <w:rPr>
          <w:rFonts w:ascii="Times New Roman" w:hAnsi="Times New Roman" w:eastAsia="Times New Roman" w:cs="Times New Roman"/>
        </w:rPr>
        <w:t xml:space="preserve"> </w:t>
      </w:r>
      <w:r>
        <w:rPr>
          <w:rFonts w:ascii="Myanmar Text" w:hAnsi="Myanmar Text" w:eastAsia="Myanmar Text" w:cs="Myanmar Text"/>
        </w:rPr>
        <w:t>ခရစ်တော်သည်</w:t>
      </w:r>
      <w:r>
        <w:rPr>
          <w:rFonts w:ascii="Times New Roman" w:hAnsi="Times New Roman" w:eastAsia="Times New Roman" w:cs="Times New Roman"/>
        </w:rPr>
        <w:t xml:space="preserve"> </w:t>
      </w:r>
      <w:r>
        <w:rPr>
          <w:rFonts w:ascii="Myanmar Text" w:hAnsi="Myanmar Text" w:eastAsia="Myanmar Text" w:cs="Myanmar Text"/>
        </w:rPr>
        <w:t>ထမြောက်တော်မူပြီ</w:t>
      </w:r>
      <w:r>
        <w:rPr>
          <w:rFonts w:ascii="Times New Roman" w:hAnsi="Times New Roman" w:eastAsia="Times New Roman" w:cs="Times New Roman"/>
        </w:rPr>
        <w:t>—</w:t>
      </w:r>
      <w:r>
        <w:rPr>
          <w:rFonts w:ascii="Myanmar Text" w:hAnsi="Myanmar Text" w:eastAsia="Myanmar Text" w:cs="Myanmar Text"/>
        </w:rPr>
        <w:t>ဤအကြောင်းကို</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အကြိမ်ကြိမ်</w:t>
      </w:r>
      <w:r>
        <w:rPr>
          <w:rFonts w:ascii="Times New Roman" w:hAnsi="Times New Roman" w:eastAsia="Times New Roman" w:cs="Times New Roman"/>
        </w:rPr>
        <w:t xml:space="preserve"> </w:t>
      </w:r>
      <w:r>
        <w:rPr>
          <w:rFonts w:ascii="Myanmar Text" w:hAnsi="Myanmar Text" w:eastAsia="Myanmar Text" w:cs="Myanmar Text"/>
        </w:rPr>
        <w:t>ပြန်လည်ဆိုကြသည်။</w:t>
      </w:r>
      <w:r>
        <w:rPr>
          <w:rFonts w:ascii="Times New Roman" w:hAnsi="Times New Roman" w:eastAsia="Times New Roman" w:cs="Times New Roman"/>
        </w:rPr>
        <w:t xml:space="preserve"> </w:t>
      </w:r>
      <w:r>
        <w:rPr>
          <w:rFonts w:ascii="Myanmar Text" w:hAnsi="Myanmar Text" w:eastAsia="Myanmar Text" w:cs="Myanmar Text"/>
        </w:rPr>
        <w:t>ဤသည်ပင်</w:t>
      </w:r>
      <w:r>
        <w:rPr>
          <w:rFonts w:ascii="Times New Roman" w:hAnsi="Times New Roman" w:eastAsia="Times New Roman" w:cs="Times New Roman"/>
        </w:rPr>
        <w:t xml:space="preserve"> </w:t>
      </w:r>
      <w:r>
        <w:rPr>
          <w:rFonts w:ascii="Myanmar Text" w:hAnsi="Myanmar Text" w:eastAsia="Myanmar Text" w:cs="Myanmar Text"/>
        </w:rPr>
        <w:t>သူတို့က</w:t>
      </w:r>
      <w:r>
        <w:rPr>
          <w:rFonts w:ascii="Times New Roman" w:hAnsi="Times New Roman" w:eastAsia="Times New Roman" w:cs="Times New Roman"/>
        </w:rPr>
        <w:t xml:space="preserve"> </w:t>
      </w:r>
      <w:r>
        <w:rPr>
          <w:rFonts w:ascii="Myanmar Text" w:hAnsi="Myanmar Text" w:eastAsia="Myanmar Text" w:cs="Myanmar Text"/>
        </w:rPr>
        <w:t>ဝမ်းနည်းပူဆွေးနေသူများထံ</w:t>
      </w:r>
      <w:r>
        <w:rPr>
          <w:rFonts w:ascii="Times New Roman" w:hAnsi="Times New Roman" w:eastAsia="Times New Roman" w:cs="Times New Roman"/>
        </w:rPr>
        <w:t xml:space="preserve"> </w:t>
      </w:r>
      <w:r>
        <w:rPr>
          <w:rFonts w:ascii="Myanmar Text" w:hAnsi="Myanmar Text" w:eastAsia="Myanmar Text" w:cs="Myanmar Text"/>
        </w:rPr>
        <w:t>သယ်ဆောင်သွားသော</w:t>
      </w:r>
      <w:r>
        <w:rPr>
          <w:rFonts w:ascii="Times New Roman" w:hAnsi="Times New Roman" w:eastAsia="Times New Roman" w:cs="Times New Roman"/>
        </w:rPr>
        <w:t xml:space="preserve"> </w:t>
      </w:r>
      <w:r>
        <w:rPr>
          <w:rFonts w:ascii="Myanmar Text" w:hAnsi="Myanmar Text" w:eastAsia="Myanmar Text" w:cs="Myanmar Text"/>
        </w:rPr>
        <w:t>သတင်းစကားဖြစ်သည်။</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ဧမောက်သို့</w:t>
      </w:r>
      <w:r>
        <w:rPr>
          <w:rFonts w:ascii="Times New Roman" w:hAnsi="Times New Roman" w:eastAsia="Times New Roman" w:cs="Times New Roman"/>
        </w:rPr>
        <w:t xml:space="preserve"> </w:t>
      </w:r>
      <w:r>
        <w:rPr>
          <w:rFonts w:ascii="Myanmar Text" w:hAnsi="Myanmar Text" w:eastAsia="Myanmar Text" w:cs="Myanmar Text"/>
        </w:rPr>
        <w:t>သွားရာလမ်းခရီးအကြောင်း</w:t>
      </w:r>
      <w:r>
        <w:rPr>
          <w:rFonts w:ascii="Times New Roman" w:hAnsi="Times New Roman" w:eastAsia="Times New Roman" w:cs="Times New Roman"/>
        </w:rPr>
        <w:t xml:space="preserve"> </w:t>
      </w:r>
      <w:r>
        <w:rPr>
          <w:rFonts w:ascii="Myanmar Text" w:hAnsi="Myanmar Text" w:eastAsia="Myanmar Text" w:cs="Myanmar Text"/>
        </w:rPr>
        <w:t>အံ့ဖွယ်ကောင်းသော</w:t>
      </w:r>
      <w:r>
        <w:rPr>
          <w:rFonts w:ascii="Times New Roman" w:hAnsi="Times New Roman" w:eastAsia="Times New Roman" w:cs="Times New Roman"/>
        </w:rPr>
        <w:t xml:space="preserve"> </w:t>
      </w:r>
      <w:r>
        <w:rPr>
          <w:rFonts w:ascii="Myanmar Text" w:hAnsi="Myanmar Text" w:eastAsia="Myanmar Text" w:cs="Myanmar Text"/>
        </w:rPr>
        <w:t>ပုံပြင်ကို</w:t>
      </w:r>
      <w:r>
        <w:rPr>
          <w:rFonts w:ascii="Times New Roman" w:hAnsi="Times New Roman" w:eastAsia="Times New Roman" w:cs="Times New Roman"/>
        </w:rPr>
        <w:t xml:space="preserve"> </w:t>
      </w:r>
      <w:r>
        <w:rPr>
          <w:rFonts w:ascii="Myanmar Text" w:hAnsi="Myanmar Text" w:eastAsia="Myanmar Text" w:cs="Myanmar Text"/>
        </w:rPr>
        <w:t>ပြောပြရမည်။</w:t>
      </w:r>
      <w:r>
        <w:rPr>
          <w:rFonts w:ascii="Times New Roman" w:hAnsi="Times New Roman" w:eastAsia="Times New Roman" w:cs="Times New Roman"/>
        </w:rPr>
        <w:t xml:space="preserve"> </w:t>
      </w:r>
      <w:r>
        <w:rPr>
          <w:rFonts w:ascii="Myanmar Text" w:hAnsi="Myanmar Text" w:eastAsia="Myanmar Text" w:cs="Myanmar Text"/>
        </w:rPr>
        <w:t>လမ်းခရီး၌</w:t>
      </w:r>
      <w:r>
        <w:rPr>
          <w:rFonts w:ascii="Times New Roman" w:hAnsi="Times New Roman" w:eastAsia="Times New Roman" w:cs="Times New Roman"/>
        </w:rPr>
        <w:t xml:space="preserve"> </w:t>
      </w:r>
      <w:r>
        <w:rPr>
          <w:rFonts w:ascii="Myanmar Text" w:hAnsi="Myanmar Text" w:eastAsia="Myanmar Text" w:cs="Myanmar Text"/>
        </w:rPr>
        <w:t>မည်သူက</w:t>
      </w:r>
      <w:r>
        <w:rPr>
          <w:rFonts w:ascii="Times New Roman" w:hAnsi="Times New Roman" w:eastAsia="Times New Roman" w:cs="Times New Roman"/>
        </w:rPr>
        <w:t xml:space="preserve"> </w:t>
      </w:r>
      <w:r>
        <w:rPr>
          <w:rFonts w:ascii="Myanmar Text" w:hAnsi="Myanmar Text" w:eastAsia="Myanmar Text" w:cs="Myanmar Text"/>
        </w:rPr>
        <w:t>သူတို့နှင့်အတူ</w:t>
      </w:r>
      <w:r>
        <w:rPr>
          <w:rFonts w:ascii="Times New Roman" w:hAnsi="Times New Roman" w:eastAsia="Times New Roman" w:cs="Times New Roman"/>
        </w:rPr>
        <w:t xml:space="preserve"> </w:t>
      </w:r>
      <w:r>
        <w:rPr>
          <w:rFonts w:ascii="Myanmar Text" w:hAnsi="Myanmar Text" w:eastAsia="Myanmar Text" w:cs="Myanmar Text"/>
        </w:rPr>
        <w:t>ပူးပေါင်းလျှောက်ခဲ့သည်ကိုလည်း</w:t>
      </w:r>
      <w:r>
        <w:rPr>
          <w:rFonts w:ascii="Times New Roman" w:hAnsi="Times New Roman" w:eastAsia="Times New Roman" w:cs="Times New Roman"/>
        </w:rPr>
        <w:t xml:space="preserve"> </w:t>
      </w:r>
      <w:r>
        <w:rPr>
          <w:rFonts w:ascii="Myanmar Text" w:hAnsi="Myanmar Text" w:eastAsia="Myanmar Text" w:cs="Myanmar Text"/>
        </w:rPr>
        <w:t>ပြောပြရမည်။</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ကမ္ဘာလောကအား</w:t>
      </w:r>
      <w:r>
        <w:rPr>
          <w:rFonts w:ascii="Times New Roman" w:hAnsi="Times New Roman" w:eastAsia="Times New Roman" w:cs="Times New Roman"/>
        </w:rPr>
        <w:t xml:space="preserve"> </w:t>
      </w:r>
      <w:r>
        <w:rPr>
          <w:rFonts w:ascii="Myanmar Text" w:hAnsi="Myanmar Text" w:eastAsia="Myanmar Text" w:cs="Myanmar Text"/>
        </w:rPr>
        <w:t>ပေးအပ်ခဲ့ဖူးသမျှတွင်</w:t>
      </w:r>
      <w:r>
        <w:rPr>
          <w:rFonts w:ascii="Times New Roman" w:hAnsi="Times New Roman" w:eastAsia="Times New Roman" w:cs="Times New Roman"/>
        </w:rPr>
        <w:t xml:space="preserve"> </w:t>
      </w:r>
      <w:r>
        <w:rPr>
          <w:rFonts w:ascii="Myanmar Text" w:hAnsi="Myanmar Text" w:eastAsia="Myanmar Text" w:cs="Myanmar Text"/>
        </w:rPr>
        <w:t>အကြီးမားဆုံးသော</w:t>
      </w:r>
      <w:r>
        <w:rPr>
          <w:rFonts w:ascii="Times New Roman" w:hAnsi="Times New Roman" w:eastAsia="Times New Roman" w:cs="Times New Roman"/>
        </w:rPr>
        <w:t xml:space="preserve"> </w:t>
      </w:r>
      <w:r>
        <w:rPr>
          <w:rFonts w:ascii="Myanmar Text" w:hAnsi="Myanmar Text" w:eastAsia="Myanmar Text" w:cs="Myanmar Text"/>
        </w:rPr>
        <w:t>သတင်းစကားကို</w:t>
      </w:r>
      <w:r>
        <w:rPr>
          <w:rFonts w:ascii="Times New Roman" w:hAnsi="Times New Roman" w:eastAsia="Times New Roman" w:cs="Times New Roman"/>
        </w:rPr>
        <w:t xml:space="preserve"> </w:t>
      </w:r>
      <w:r>
        <w:rPr>
          <w:rFonts w:ascii="Myanmar Text" w:hAnsi="Myanmar Text" w:eastAsia="Myanmar Text" w:cs="Myanmar Text"/>
        </w:rPr>
        <w:t>သယ်ဆောင်နေကြသည်။</w:t>
      </w:r>
      <w:r>
        <w:rPr>
          <w:rFonts w:ascii="Times New Roman" w:hAnsi="Times New Roman" w:eastAsia="Times New Roman" w:cs="Times New Roman"/>
        </w:rPr>
        <w:t xml:space="preserve"> </w:t>
      </w:r>
      <w:r>
        <w:rPr>
          <w:rFonts w:ascii="Myanmar Text" w:hAnsi="Myanmar Text" w:eastAsia="Myanmar Text" w:cs="Myanmar Text"/>
        </w:rPr>
        <w:t>ယင်းသည်</w:t>
      </w:r>
      <w:r>
        <w:rPr>
          <w:rFonts w:ascii="Times New Roman" w:hAnsi="Times New Roman" w:eastAsia="Times New Roman" w:cs="Times New Roman"/>
        </w:rPr>
        <w:t xml:space="preserve"> </w:t>
      </w:r>
      <w:r>
        <w:rPr>
          <w:rFonts w:ascii="Myanmar Text" w:hAnsi="Myanmar Text" w:eastAsia="Myanmar Text" w:cs="Myanmar Text"/>
        </w:rPr>
        <w:t>ဝမ်းမြောက်ဖွယ်</w:t>
      </w:r>
      <w:r>
        <w:rPr>
          <w:rFonts w:ascii="Times New Roman" w:hAnsi="Times New Roman" w:eastAsia="Times New Roman" w:cs="Times New Roman"/>
        </w:rPr>
        <w:t xml:space="preserve"> </w:t>
      </w:r>
      <w:r>
        <w:rPr>
          <w:rFonts w:ascii="Myanmar Text" w:hAnsi="Myanmar Text" w:eastAsia="Myanmar Text" w:cs="Myanmar Text"/>
        </w:rPr>
        <w:t>သတင်းကောင်း၏</w:t>
      </w:r>
      <w:r>
        <w:rPr>
          <w:rFonts w:ascii="Times New Roman" w:hAnsi="Times New Roman" w:eastAsia="Times New Roman" w:cs="Times New Roman"/>
        </w:rPr>
        <w:t xml:space="preserve"> </w:t>
      </w:r>
      <w:r>
        <w:rPr>
          <w:rFonts w:ascii="Myanmar Text" w:hAnsi="Myanmar Text" w:eastAsia="Myanmar Text" w:cs="Myanmar Text"/>
        </w:rPr>
        <w:t>သတင်းစကားဖြစ်ပြီး</w:t>
      </w:r>
      <w:r>
        <w:rPr>
          <w:rFonts w:ascii="Times New Roman" w:hAnsi="Times New Roman" w:eastAsia="Times New Roman" w:cs="Times New Roman"/>
        </w:rPr>
        <w:t xml:space="preserve"> </w:t>
      </w:r>
      <w:r>
        <w:rPr>
          <w:rFonts w:ascii="Myanmar Text" w:hAnsi="Myanmar Text" w:eastAsia="Myanmar Text" w:cs="Myanmar Text"/>
        </w:rPr>
        <w:t>ကာလအတွက်လည်းကောင်း၊</w:t>
      </w:r>
      <w:r>
        <w:rPr>
          <w:rFonts w:ascii="Times New Roman" w:hAnsi="Times New Roman" w:eastAsia="Times New Roman" w:cs="Times New Roman"/>
        </w:rPr>
        <w:t xml:space="preserve"> </w:t>
      </w:r>
      <w:r>
        <w:rPr>
          <w:rFonts w:ascii="Myanmar Text" w:hAnsi="Myanmar Text" w:eastAsia="Myanmar Text" w:cs="Myanmar Text"/>
        </w:rPr>
        <w:t>န</w:t>
      </w:r>
      <w:r>
        <w:rPr>
          <w:rFonts w:ascii="Nirmala UI" w:hAnsi="Nirmala UI" w:eastAsia="Nirmala UI" w:cs="Nirmala UI"/>
        </w:rPr>
        <w:t>ిత്യത</w:t>
      </w:r>
      <w:r>
        <w:rPr>
          <w:rFonts w:ascii="Myanmar Text" w:hAnsi="Myanmar Text" w:eastAsia="Myanmar Text" w:cs="Myanmar Text"/>
        </w:rPr>
        <w:t>အတွက်လည်းကောင်း</w:t>
      </w:r>
      <w:r>
        <w:rPr>
          <w:rFonts w:ascii="Times New Roman" w:hAnsi="Times New Roman" w:eastAsia="Times New Roman" w:cs="Times New Roman"/>
        </w:rPr>
        <w:t xml:space="preserve"> </w:t>
      </w:r>
      <w:r>
        <w:rPr>
          <w:rFonts w:ascii="Myanmar Text" w:hAnsi="Myanmar Text" w:eastAsia="Myanmar Text" w:cs="Myanmar Text"/>
        </w:rPr>
        <w:t>လူသားမိသားစု၏</w:t>
      </w:r>
      <w:r>
        <w:rPr>
          <w:rFonts w:ascii="Times New Roman" w:hAnsi="Times New Roman" w:eastAsia="Times New Roman" w:cs="Times New Roman"/>
        </w:rPr>
        <w:t xml:space="preserve"> </w:t>
      </w:r>
      <w:r>
        <w:rPr>
          <w:rFonts w:ascii="Myanmar Text" w:hAnsi="Myanmar Text" w:eastAsia="Myanmar Text" w:cs="Myanmar Text"/>
        </w:rPr>
        <w:t>မျှော်လင့်ချက်များ</w:t>
      </w:r>
      <w:r>
        <w:rPr>
          <w:rFonts w:ascii="Times New Roman" w:hAnsi="Times New Roman" w:eastAsia="Times New Roman" w:cs="Times New Roman"/>
        </w:rPr>
        <w:t xml:space="preserve"> </w:t>
      </w:r>
      <w:r>
        <w:rPr>
          <w:rFonts w:ascii="Myanmar Text" w:hAnsi="Myanmar Text" w:eastAsia="Myanmar Text" w:cs="Myanmar Text"/>
        </w:rPr>
        <w:t>အပေါ်</w:t>
      </w:r>
      <w:r>
        <w:rPr>
          <w:rFonts w:ascii="Times New Roman" w:hAnsi="Times New Roman" w:eastAsia="Times New Roman" w:cs="Times New Roman"/>
        </w:rPr>
        <w:t xml:space="preserve"> </w:t>
      </w:r>
      <w:r>
        <w:rPr>
          <w:rFonts w:ascii="Myanmar Text" w:hAnsi="Myanmar Text" w:eastAsia="Myanmar Text" w:cs="Myanmar Text"/>
        </w:rPr>
        <w:t>မူတည်လျက်ရှိသော</w:t>
      </w:r>
      <w:r>
        <w:rPr>
          <w:rFonts w:ascii="Times New Roman" w:hAnsi="Times New Roman" w:eastAsia="Times New Roman" w:cs="Times New Roman"/>
        </w:rPr>
        <w:t xml:space="preserve"> </w:t>
      </w:r>
      <w:r>
        <w:rPr>
          <w:rFonts w:ascii="Myanmar Text" w:hAnsi="Myanmar Text" w:eastAsia="Myanmar Text" w:cs="Myanmar Text"/>
        </w:rPr>
        <w:t>သတင်းစကားဖြစ်သည်။</w:t>
      </w:r>
      <w:r>
        <w:rPr>
          <w:rFonts w:ascii="Times New Roman" w:hAnsi="Times New Roman" w:eastAsia="Times New Roman" w:cs="Times New Roman"/>
        </w:rPr>
        <w:t>” The Desire of Ages, 795–801.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Kitapꞌeh Joel ukꞌot te Iglesia Adventista te Vencejlel Vukub Qꞌij ta Laodicea - Waxakeb Ajil</dc:title>
  <dc:subject/>
  <dc:creator>Jeff Pippenger</dc:creator>
  <cp:keywords/>
  <dc:description>Generated by ArticleDigger from joel\08_joel.json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