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کتابیۆئیل و کڵێسای ئادڤێنتستی رۆژی حەوتەمی لاودیکیا - ژمارە بیست و یەکەم</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2025-12-31</w:t>
      </w:r>
    </w:p>
    <w:p>
      <w:pPr>
        <w:pStyle w:val="ArticleHeading"/>
        <w:jc w:val="left"/>
      </w:pPr>
      <w:r>
        <w:rPr>
          <w:rFonts w:ascii="Arial" w:hAnsi="Arial" w:eastAsia="Arial" w:cs="Arial"/>
        </w:rPr>
        <w:t>بېست و یەکەم</w:t>
      </w:r>
    </w:p>
    <w:p>
      <w:pPr>
        <w:pStyle w:val="ArticleScripture"/>
        <w:jc w:val="left"/>
      </w:pPr>
      <w:r>
        <w:rPr>
          <w:rFonts w:ascii="Times New Roman" w:hAnsi="Times New Roman" w:eastAsia="Times New Roman" w:cs="Times New Roman"/>
        </w:rPr>
        <w:t>Kutoka wakati ambapo dhabihu ya kila siku itaondolewa, na chukizo liletalo ukiwa litawekwa, kutakuwa na siku elfu moja mia mbili na tisini. Danieli 12:11.</w:t>
      </w:r>
    </w:p>
    <w:p>
      <w:pPr>
        <w:pStyle w:val="ArticleBody"/>
        <w:jc w:val="left"/>
      </w:pPr>
      <w:r>
        <w:rPr>
          <w:rFonts w:ascii="Times New Roman" w:hAnsi="Times New Roman" w:eastAsia="Times New Roman" w:cs="Times New Roman"/>
        </w:rPr>
        <w:t>1844-ы шыысыма 22 күнүнэҕэр уоннаан, быһыытынан ырытыллар бэлиэтиир кэмнэрин туһанан пророчествоны өйдөөһүн, ысыннык «бырааппын тылы» сөпкө араарарга баҕарар киһилэргэ, оннук туһаныы иннинэҕи сөпкө туһаныы буолбат. Оннук буоллаҕына, он биирис сүрэхтээх аяттааҕы 1290 сыл символическай кэм быһыытынан 1844 кэнниттэн туһаныллыахтаах; уонна 1844 кэнниттэн бу туһаныы, эбэтэр “кэм” диэн элеменнэрэ суох кэм быһыытынан туһаныы, 1844 иннинэ ырытыллан өйдөммүт быһыытынан ысынныы өйдөбүлүн тирэҕин хааларга иһин. 1290 диэн 30-тан турар кэмни, ону кэнниттэн 1260 кэлэрин көрдөрөр. 1844 иннинэ өйдөбүлэ ол эбит: 508-тэн 538-ҕа дылы 30 сыл антихрист 538-тэн 1798-ҕа дылы хаанныырын саҕалыырыгар бэлэмнэнии кэмин көрдөрөр.</w:t>
      </w:r>
    </w:p>
    <w:p>
      <w:pPr>
        <w:pStyle w:val="ArticleBody"/>
        <w:jc w:val="left"/>
      </w:pPr>
      <w:r>
        <w:rPr>
          <w:rFonts w:ascii="Times New Roman" w:hAnsi="Times New Roman" w:eastAsia="Times New Roman" w:cs="Times New Roman"/>
        </w:rPr>
        <w:t>La transición de 30 años es el tema de Pablo en 2 Tesalonicenses. Pablo no incluye referencia alguna al elemento del “tiempo”, pero identifica las características proféticas del paganismo cediendo paso al papado en esos treinta años. Entonces comenzó el dominio papal. La comprensión histórica, ausente de todo elemento de tiempo, identifica la transición del cuarto reino de la profecía bíblica al quinto reino, seguida por el primero de dos baños de sangre papales, tipificando así la transición del sexto reino a la triple unión del dragón, la bestia y el falso profeta, y el segundo baño de sangre papal.</w:t>
      </w:r>
    </w:p>
    <w:p>
      <w:pPr>
        <w:pStyle w:val="ArticleBody"/>
        <w:jc w:val="left"/>
      </w:pPr>
      <w:r>
        <w:rPr>
          <w:rFonts w:ascii="Times New Roman" w:hAnsi="Times New Roman" w:eastAsia="Times New Roman" w:cs="Times New Roman"/>
        </w:rPr>
        <w:t>سې کاله چمتووالی چې ورپسې یوه نبوي موده راځي، د خدای د هغه تړون بنسټیز سمبول دی چې له یو غوره شوي قوم سره یې کړی دی. د دې دوو قدرتونو لېږدون د هغو سې کلونو په اوږدو کې، چې ورپسې ۱۲۶۰ کاله ځورونه راځي، د مسیح له هغو سې کلونو چمتووالي سره سمون خوري چې ورپسې ۱۲۶۰ ورځې د نجات راځي. د دجال سې کلن چمتووالی د مسیح د سې کلن چمتووالي جعل او تقلید و. د هغو سې کلونو پای يا د مسیح ځواکمنېدل د هغه په بپتسمه کې څرګندوي، او يا په 538 کال کې د دجال ځواکمنېدل. د دجال ځواکمنېدل له هغه اقتصادي او پوځي ملاتړ څخه راپېدا شول چې له مخکیني سلطنت څخه راغی، او هغه قدرت چې پر مسیح توی شو، له هغه مخکیني سلطنت څخه راغی چې هغه دېرش کاله تر دې مخکې پرې ایښی و.</w:t>
      </w:r>
    </w:p>
    <w:p>
      <w:pPr>
        <w:pStyle w:val="ArticleBody"/>
        <w:jc w:val="left"/>
      </w:pPr>
      <w:r>
        <w:rPr>
          <w:rFonts w:ascii="Gadugi" w:hAnsi="Gadugi" w:eastAsia="Gadugi" w:cs="Gadugi"/>
        </w:rPr>
        <w:t>ᎠᏂᏔᎵᏍᎬ</w:t>
      </w:r>
      <w:r>
        <w:rPr>
          <w:rFonts w:ascii="Times New Roman" w:hAnsi="Times New Roman" w:eastAsia="Times New Roman" w:cs="Times New Roman"/>
        </w:rPr>
        <w:t xml:space="preserve"> </w:t>
      </w:r>
      <w:r>
        <w:rPr>
          <w:rFonts w:ascii="Gadugi" w:hAnsi="Gadugi" w:eastAsia="Gadugi" w:cs="Gadugi"/>
        </w:rPr>
        <w:t>ᎢᏳᏓᎴᎩ</w:t>
      </w:r>
      <w:r>
        <w:rPr>
          <w:rFonts w:ascii="Times New Roman" w:hAnsi="Times New Roman" w:eastAsia="Times New Roman" w:cs="Times New Roman"/>
        </w:rPr>
        <w:t xml:space="preserve"> </w:t>
      </w:r>
      <w:r>
        <w:rPr>
          <w:rFonts w:ascii="Gadugi" w:hAnsi="Gadugi" w:eastAsia="Gadugi" w:cs="Gadugi"/>
        </w:rPr>
        <w:t>ᎠᏂᏔᎵᏍᎬ</w:t>
      </w:r>
      <w:r>
        <w:rPr>
          <w:rFonts w:ascii="Times New Roman" w:hAnsi="Times New Roman" w:eastAsia="Times New Roman" w:cs="Times New Roman"/>
        </w:rPr>
        <w:t xml:space="preserve"> </w:t>
      </w:r>
      <w:r>
        <w:rPr>
          <w:rFonts w:ascii="Gadugi" w:hAnsi="Gadugi" w:eastAsia="Gadugi" w:cs="Gadugi"/>
        </w:rPr>
        <w:t>ᎦᏙᎯ</w:t>
      </w:r>
      <w:r>
        <w:rPr>
          <w:rFonts w:ascii="Times New Roman" w:hAnsi="Times New Roman" w:eastAsia="Times New Roman" w:cs="Times New Roman"/>
        </w:rPr>
        <w:t xml:space="preserve"> </w:t>
      </w:r>
      <w:r>
        <w:rPr>
          <w:rFonts w:ascii="Gadugi" w:hAnsi="Gadugi" w:eastAsia="Gadugi" w:cs="Gadugi"/>
        </w:rPr>
        <w:t>ᎤᎵᏂᎩᏛ</w:t>
      </w:r>
      <w:r>
        <w:rPr>
          <w:rFonts w:ascii="Times New Roman" w:hAnsi="Times New Roman" w:eastAsia="Times New Roman" w:cs="Times New Roman"/>
        </w:rPr>
        <w:t xml:space="preserve"> </w:t>
      </w:r>
      <w:r>
        <w:rPr>
          <w:rFonts w:ascii="Gadugi" w:hAnsi="Gadugi" w:eastAsia="Gadugi" w:cs="Gadugi"/>
        </w:rPr>
        <w:t>ᎤᏍᏕᎸᏔᏅᎢ</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 xml:space="preserve"> </w:t>
      </w:r>
      <w:r>
        <w:rPr>
          <w:rFonts w:ascii="Gadugi" w:hAnsi="Gadugi" w:eastAsia="Gadugi" w:cs="Gadugi"/>
        </w:rPr>
        <w:t>ᎤᏃᎯᏳᏗᏱ</w:t>
      </w:r>
      <w:r>
        <w:rPr>
          <w:rFonts w:ascii="Times New Roman" w:hAnsi="Times New Roman" w:eastAsia="Times New Roman" w:cs="Times New Roman"/>
        </w:rPr>
        <w:t xml:space="preserve"> </w:t>
      </w:r>
      <w:r>
        <w:rPr>
          <w:rFonts w:ascii="Gadugi" w:hAnsi="Gadugi" w:eastAsia="Gadugi" w:cs="Gadugi"/>
        </w:rPr>
        <w:t>ᎠᏓᏍᏗᎭ</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ᎠᏂᏔᎵᏍᎬ</w:t>
      </w:r>
      <w:r>
        <w:rPr>
          <w:rFonts w:ascii="Times New Roman" w:hAnsi="Times New Roman" w:eastAsia="Times New Roman" w:cs="Times New Roman"/>
        </w:rPr>
        <w:t xml:space="preserve"> </w:t>
      </w:r>
      <w:r>
        <w:rPr>
          <w:rFonts w:ascii="Gadugi" w:hAnsi="Gadugi" w:eastAsia="Gadugi" w:cs="Gadugi"/>
        </w:rPr>
        <w:t>ᎢᏳᏓᎴᎩ</w:t>
      </w:r>
      <w:r>
        <w:rPr>
          <w:rFonts w:ascii="Times New Roman" w:hAnsi="Times New Roman" w:eastAsia="Times New Roman" w:cs="Times New Roman"/>
        </w:rPr>
        <w:t xml:space="preserve"> </w:t>
      </w:r>
      <w:r>
        <w:rPr>
          <w:rFonts w:ascii="Gadugi" w:hAnsi="Gadugi" w:eastAsia="Gadugi" w:cs="Gadugi"/>
        </w:rPr>
        <w:t>ᎡᏆᎻ</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ᏉᎳ</w:t>
      </w:r>
      <w:r>
        <w:rPr>
          <w:rFonts w:ascii="Times New Roman" w:hAnsi="Times New Roman" w:eastAsia="Times New Roman" w:cs="Times New Roman"/>
        </w:rPr>
        <w:t xml:space="preserve"> </w:t>
      </w:r>
      <w:r>
        <w:rPr>
          <w:rFonts w:ascii="Gadugi" w:hAnsi="Gadugi" w:eastAsia="Gadugi" w:cs="Gadugi"/>
        </w:rPr>
        <w:t>ᎬᏩᏙᎴᎰᎯᏍᏔᏅᎢ</w:t>
      </w:r>
      <w:r>
        <w:rPr>
          <w:rFonts w:ascii="Times New Roman" w:hAnsi="Times New Roman" w:eastAsia="Times New Roman" w:cs="Times New Roman"/>
        </w:rPr>
        <w:t xml:space="preserve"> </w:t>
      </w:r>
      <w:r>
        <w:rPr>
          <w:rFonts w:ascii="Gadugi" w:hAnsi="Gadugi" w:eastAsia="Gadugi" w:cs="Gadugi"/>
        </w:rPr>
        <w:t>ᎠᎯᏉ</w:t>
      </w:r>
      <w:r>
        <w:rPr>
          <w:rFonts w:ascii="Times New Roman" w:hAnsi="Times New Roman" w:eastAsia="Times New Roman" w:cs="Times New Roman"/>
        </w:rPr>
        <w:t xml:space="preserve"> </w:t>
      </w:r>
      <w:r>
        <w:rPr>
          <w:rFonts w:ascii="Gadugi" w:hAnsi="Gadugi" w:eastAsia="Gadugi" w:cs="Gadugi"/>
        </w:rPr>
        <w:t>ᎤᏠᏱ</w:t>
      </w:r>
      <w:r>
        <w:rPr>
          <w:rFonts w:ascii="Times New Roman" w:hAnsi="Times New Roman" w:eastAsia="Times New Roman" w:cs="Times New Roman"/>
        </w:rPr>
        <w:t xml:space="preserve"> </w:t>
      </w:r>
      <w:r>
        <w:rPr>
          <w:rFonts w:ascii="Gadugi" w:hAnsi="Gadugi" w:eastAsia="Gadugi" w:cs="Gadugi"/>
        </w:rPr>
        <w:t>ᎤᏟᎶᏍᏔᏅ</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 xml:space="preserve"> </w:t>
      </w:r>
      <w:r>
        <w:rPr>
          <w:rFonts w:ascii="Gadugi" w:hAnsi="Gadugi" w:eastAsia="Gadugi" w:cs="Gadugi"/>
        </w:rPr>
        <w:t>ᎬᏩᎵᎪᏁᎭ</w:t>
      </w:r>
      <w:r>
        <w:rPr>
          <w:rFonts w:ascii="Ebrima" w:hAnsi="Ebrima" w:eastAsia="Ebrima" w:cs="Ebrima"/>
        </w:rPr>
        <w:t>።</w:t>
      </w:r>
      <w:r>
        <w:rPr>
          <w:rFonts w:ascii="Times New Roman" w:hAnsi="Times New Roman" w:eastAsia="Times New Roman" w:cs="Times New Roman"/>
        </w:rPr>
        <w:t xml:space="preserve"> </w:t>
      </w:r>
      <w:r>
        <w:rPr>
          <w:rFonts w:ascii="Gadugi" w:hAnsi="Gadugi" w:eastAsia="Gadugi" w:cs="Gadugi"/>
        </w:rPr>
        <w:t>ᎡᏆᎻ</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ᏉᎳ</w:t>
      </w:r>
      <w:r>
        <w:rPr>
          <w:rFonts w:ascii="Times New Roman" w:hAnsi="Times New Roman" w:eastAsia="Times New Roman" w:cs="Times New Roman"/>
        </w:rPr>
        <w:t xml:space="preserve"> </w:t>
      </w:r>
      <w:r>
        <w:rPr>
          <w:rFonts w:ascii="Gadugi" w:hAnsi="Gadugi" w:eastAsia="Gadugi" w:cs="Gadugi"/>
        </w:rPr>
        <w:t>ᎦᏚ</w:t>
      </w:r>
      <w:r>
        <w:rPr>
          <w:rFonts w:ascii="Times New Roman" w:hAnsi="Times New Roman" w:eastAsia="Times New Roman" w:cs="Times New Roman"/>
        </w:rPr>
        <w:t xml:space="preserve"> </w:t>
      </w:r>
      <w:r>
        <w:rPr>
          <w:rFonts w:ascii="Gadugi" w:hAnsi="Gadugi" w:eastAsia="Gadugi" w:cs="Gadugi"/>
        </w:rPr>
        <w:t>ᏧᏕᏘᏴᏛ</w:t>
      </w:r>
      <w:r>
        <w:rPr>
          <w:rFonts w:ascii="Times New Roman" w:hAnsi="Times New Roman" w:eastAsia="Times New Roman" w:cs="Times New Roman"/>
        </w:rPr>
        <w:t xml:space="preserve"> </w:t>
      </w:r>
      <w:r>
        <w:rPr>
          <w:rFonts w:ascii="Gadugi" w:hAnsi="Gadugi" w:eastAsia="Gadugi" w:cs="Gadugi"/>
        </w:rPr>
        <w:t>ᎢᏳᏓᎴᎩ</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ᏦᎠᏍᎪᎯ</w:t>
      </w:r>
      <w:r>
        <w:rPr>
          <w:rFonts w:ascii="Times New Roman" w:hAnsi="Times New Roman" w:eastAsia="Times New Roman" w:cs="Times New Roman"/>
        </w:rPr>
        <w:t xml:space="preserve"> </w:t>
      </w:r>
      <w:r>
        <w:rPr>
          <w:rFonts w:ascii="Gadugi" w:hAnsi="Gadugi" w:eastAsia="Gadugi" w:cs="Gadugi"/>
        </w:rPr>
        <w:t>ᏑᏕᏘᏴᏛ</w:t>
      </w:r>
      <w:r>
        <w:rPr>
          <w:rFonts w:ascii="Times New Roman" w:hAnsi="Times New Roman" w:eastAsia="Times New Roman" w:cs="Times New Roman"/>
        </w:rPr>
        <w:t xml:space="preserve"> </w:t>
      </w:r>
      <w:r>
        <w:rPr>
          <w:rFonts w:ascii="Gadugi" w:hAnsi="Gadugi" w:eastAsia="Gadugi" w:cs="Gadugi"/>
        </w:rPr>
        <w:t>ᎠᏛᏅᎢ</w:t>
      </w:r>
      <w:r>
        <w:rPr>
          <w:rFonts w:ascii="Times New Roman" w:hAnsi="Times New Roman" w:eastAsia="Times New Roman" w:cs="Times New Roman"/>
        </w:rPr>
        <w:t xml:space="preserve"> </w:t>
      </w:r>
      <w:r>
        <w:rPr>
          <w:rFonts w:ascii="Gadugi" w:hAnsi="Gadugi" w:eastAsia="Gadugi" w:cs="Gadugi"/>
        </w:rPr>
        <w:t>ᎤᏛᏅᎢ</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ᎪᏢᏍᎬ</w:t>
      </w:r>
      <w:r>
        <w:rPr>
          <w:rFonts w:ascii="Times New Roman" w:hAnsi="Times New Roman" w:eastAsia="Times New Roman" w:cs="Times New Roman"/>
        </w:rPr>
        <w:t xml:space="preserve"> </w:t>
      </w:r>
      <w:r>
        <w:rPr>
          <w:rFonts w:ascii="Gadugi" w:hAnsi="Gadugi" w:eastAsia="Gadugi" w:cs="Gadugi"/>
        </w:rPr>
        <w:t>ᎤᏂᏍᏆᏂᎪᏛ</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ᎪᎯᏍᏗ</w:t>
      </w:r>
      <w:r>
        <w:rPr>
          <w:rFonts w:ascii="Times New Roman" w:hAnsi="Times New Roman" w:eastAsia="Times New Roman" w:cs="Times New Roman"/>
        </w:rPr>
        <w:t xml:space="preserve"> </w:t>
      </w:r>
      <w:r>
        <w:rPr>
          <w:rFonts w:ascii="Gadugi" w:hAnsi="Gadugi" w:eastAsia="Gadugi" w:cs="Gadugi"/>
        </w:rPr>
        <w:t>ᎤᏚᎪᏔᏅ</w:t>
      </w:r>
      <w:r>
        <w:rPr>
          <w:rFonts w:ascii="Times New Roman" w:hAnsi="Times New Roman" w:eastAsia="Times New Roman" w:cs="Times New Roman"/>
        </w:rPr>
        <w:t xml:space="preserve"> </w:t>
      </w:r>
      <w:r>
        <w:rPr>
          <w:rFonts w:ascii="Gadugi" w:hAnsi="Gadugi" w:eastAsia="Gadugi" w:cs="Gadugi"/>
        </w:rPr>
        <w:t>ᎤᏚᎲ</w:t>
      </w:r>
      <w:r>
        <w:rPr>
          <w:rFonts w:ascii="Times New Roman" w:hAnsi="Times New Roman" w:eastAsia="Times New Roman" w:cs="Times New Roman"/>
        </w:rPr>
        <w:t xml:space="preserve"> </w:t>
      </w:r>
      <w:r>
        <w:rPr>
          <w:rFonts w:ascii="Gadugi" w:hAnsi="Gadugi" w:eastAsia="Gadugi" w:cs="Gadugi"/>
        </w:rPr>
        <w:t>ᎤᎵᏍᏆᎸᏗ</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ᎤᏍᏕᎸᏔᏁ</w:t>
      </w:r>
      <w:r>
        <w:rPr>
          <w:rFonts w:ascii="Times New Roman" w:hAnsi="Times New Roman" w:eastAsia="Times New Roman" w:cs="Times New Roman"/>
        </w:rPr>
        <w:t xml:space="preserve"> </w:t>
      </w:r>
      <w:r>
        <w:rPr>
          <w:rFonts w:ascii="Gadugi" w:hAnsi="Gadugi" w:eastAsia="Gadugi" w:cs="Gadugi"/>
        </w:rPr>
        <w:t>ᎡᏆᎻ</w:t>
      </w:r>
      <w:r>
        <w:rPr>
          <w:rFonts w:ascii="Times New Roman" w:hAnsi="Times New Roman" w:eastAsia="Times New Roman" w:cs="Times New Roman"/>
        </w:rPr>
        <w:t xml:space="preserve"> </w:t>
      </w:r>
      <w:r>
        <w:rPr>
          <w:rFonts w:ascii="Gadugi" w:hAnsi="Gadugi" w:eastAsia="Gadugi" w:cs="Gadugi"/>
        </w:rPr>
        <w:t>ᏧᏪᏥ</w:t>
      </w:r>
      <w:r>
        <w:rPr>
          <w:rFonts w:ascii="Times New Roman" w:hAnsi="Times New Roman" w:eastAsia="Times New Roman" w:cs="Times New Roman"/>
        </w:rPr>
        <w:t xml:space="preserve"> </w:t>
      </w:r>
      <w:r>
        <w:rPr>
          <w:rFonts w:ascii="Gadugi" w:hAnsi="Gadugi" w:eastAsia="Gadugi" w:cs="Gadugi"/>
        </w:rPr>
        <w:t>ᎤᎾᎵᏍᏆᏂᎪᏗᏱ</w:t>
      </w:r>
      <w:r>
        <w:rPr>
          <w:rFonts w:ascii="Times New Roman" w:hAnsi="Times New Roman" w:eastAsia="Times New Roman" w:cs="Times New Roman"/>
        </w:rPr>
        <w:t xml:space="preserve"> </w:t>
      </w:r>
      <w:r>
        <w:rPr>
          <w:rFonts w:ascii="Gadugi" w:hAnsi="Gadugi" w:eastAsia="Gadugi" w:cs="Gadugi"/>
        </w:rPr>
        <w:t>ᎢᏳᏃ</w:t>
      </w:r>
      <w:r>
        <w:rPr>
          <w:rFonts w:ascii="Times New Roman" w:hAnsi="Times New Roman" w:eastAsia="Times New Roman" w:cs="Times New Roman"/>
        </w:rPr>
        <w:t xml:space="preserve"> </w:t>
      </w:r>
      <w:r>
        <w:rPr>
          <w:rFonts w:ascii="Gadugi" w:hAnsi="Gadugi" w:eastAsia="Gadugi" w:cs="Gadugi"/>
        </w:rPr>
        <w:t>ᎠᏙᎴᣟᎯᏍᏗ</w:t>
      </w:r>
      <w:r>
        <w:rPr>
          <w:rFonts w:ascii="Times New Roman" w:hAnsi="Times New Roman" w:eastAsia="Times New Roman" w:cs="Times New Roman"/>
        </w:rPr>
        <w:t xml:space="preserve"> </w:t>
      </w:r>
      <w:r>
        <w:rPr>
          <w:rFonts w:ascii="Gadugi" w:hAnsi="Gadugi" w:eastAsia="Gadugi" w:cs="Gadugi"/>
        </w:rPr>
        <w:t>ᎢᏳᏩᏂᏌᏛ</w:t>
      </w:r>
      <w:r>
        <w:rPr>
          <w:rFonts w:ascii="Times New Roman" w:hAnsi="Times New Roman" w:eastAsia="Times New Roman" w:cs="Times New Roman"/>
        </w:rPr>
        <w:t xml:space="preserve"> </w:t>
      </w:r>
      <w:r>
        <w:rPr>
          <w:rFonts w:ascii="Gadugi" w:hAnsi="Gadugi" w:eastAsia="Gadugi" w:cs="Gadugi"/>
        </w:rPr>
        <w:t>ᎢᏥᏈᏱ</w:t>
      </w:r>
      <w:r>
        <w:rPr>
          <w:rFonts w:ascii="Times New Roman" w:hAnsi="Times New Roman" w:eastAsia="Times New Roman" w:cs="Times New Roman"/>
        </w:rPr>
        <w:t xml:space="preserve"> </w:t>
      </w:r>
      <w:r>
        <w:rPr>
          <w:rFonts w:ascii="Gadugi" w:hAnsi="Gadugi" w:eastAsia="Gadugi" w:cs="Gadugi"/>
        </w:rPr>
        <w:t>ᎤᏂᏴᏫᏯᏛ</w:t>
      </w:r>
      <w:r>
        <w:rPr>
          <w:rFonts w:ascii="Times New Roman" w:hAnsi="Times New Roman" w:eastAsia="Times New Roman" w:cs="Times New Roman"/>
        </w:rPr>
        <w:t xml:space="preserve"> </w:t>
      </w:r>
      <w:r>
        <w:rPr>
          <w:rFonts w:ascii="Gadugi" w:hAnsi="Gadugi" w:eastAsia="Gadugi" w:cs="Gadugi"/>
        </w:rPr>
        <w:t>ᎨᏒᎢ</w:t>
      </w:r>
      <w:r>
        <w:rPr>
          <w:rFonts w:ascii="Ebrima" w:hAnsi="Ebrima" w:eastAsia="Ebrima" w:cs="Ebrima"/>
        </w:rPr>
        <w:t>።</w:t>
      </w:r>
      <w:r>
        <w:rPr>
          <w:rFonts w:ascii="Times New Roman" w:hAnsi="Times New Roman" w:eastAsia="Times New Roman" w:cs="Times New Roman"/>
        </w:rPr>
        <w:t xml:space="preserve"> </w:t>
      </w:r>
      <w:r>
        <w:rPr>
          <w:rFonts w:ascii="Gadugi" w:hAnsi="Gadugi" w:eastAsia="Gadugi" w:cs="Gadugi"/>
        </w:rPr>
        <w:t>ᏅᎩ</w:t>
      </w:r>
      <w:r>
        <w:rPr>
          <w:rFonts w:ascii="Times New Roman" w:hAnsi="Times New Roman" w:eastAsia="Times New Roman" w:cs="Times New Roman"/>
        </w:rPr>
        <w:t xml:space="preserve"> </w:t>
      </w:r>
      <w:r>
        <w:rPr>
          <w:rFonts w:ascii="Gadugi" w:hAnsi="Gadugi" w:eastAsia="Gadugi" w:cs="Gadugi"/>
        </w:rPr>
        <w:t>ᏧᏈ</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ᏦᎠᏍᎪᎯ</w:t>
      </w:r>
      <w:r>
        <w:rPr>
          <w:rFonts w:ascii="Times New Roman" w:hAnsi="Times New Roman" w:eastAsia="Times New Roman" w:cs="Times New Roman"/>
        </w:rPr>
        <w:t xml:space="preserve"> </w:t>
      </w:r>
      <w:r>
        <w:rPr>
          <w:rFonts w:ascii="Gadugi" w:hAnsi="Gadugi" w:eastAsia="Gadugi" w:cs="Gadugi"/>
        </w:rPr>
        <w:t>ᏑᏕᏘᏴᏛ</w:t>
      </w:r>
      <w:r>
        <w:rPr>
          <w:rFonts w:ascii="Times New Roman" w:hAnsi="Times New Roman" w:eastAsia="Times New Roman" w:cs="Times New Roman"/>
        </w:rPr>
        <w:t xml:space="preserve"> </w:t>
      </w:r>
      <w:r>
        <w:rPr>
          <w:rFonts w:ascii="Gadugi" w:hAnsi="Gadugi" w:eastAsia="Gadugi" w:cs="Gadugi"/>
        </w:rPr>
        <w:t>ᎠᏏ</w:t>
      </w:r>
      <w:r>
        <w:rPr>
          <w:rFonts w:ascii="Times New Roman" w:hAnsi="Times New Roman" w:eastAsia="Times New Roman" w:cs="Times New Roman"/>
        </w:rPr>
        <w:t xml:space="preserve"> </w:t>
      </w:r>
      <w:r>
        <w:rPr>
          <w:rFonts w:ascii="Gadugi" w:hAnsi="Gadugi" w:eastAsia="Gadugi" w:cs="Gadugi"/>
        </w:rPr>
        <w:t>ᏔᎵᏁ</w:t>
      </w:r>
      <w:r>
        <w:rPr>
          <w:rFonts w:ascii="Times New Roman" w:hAnsi="Times New Roman" w:eastAsia="Times New Roman" w:cs="Times New Roman"/>
        </w:rPr>
        <w:t xml:space="preserve"> </w:t>
      </w:r>
      <w:r>
        <w:rPr>
          <w:rFonts w:ascii="Gadugi" w:hAnsi="Gadugi" w:eastAsia="Gadugi" w:cs="Gadugi"/>
        </w:rPr>
        <w:t>ᎤᏰᎸᏛ</w:t>
      </w:r>
      <w:r>
        <w:rPr>
          <w:rFonts w:ascii="Times New Roman" w:hAnsi="Times New Roman" w:eastAsia="Times New Roman" w:cs="Times New Roman"/>
        </w:rPr>
        <w:t xml:space="preserve"> </w:t>
      </w:r>
      <w:r>
        <w:rPr>
          <w:rFonts w:ascii="Gadugi" w:hAnsi="Gadugi" w:eastAsia="Gadugi" w:cs="Gadugi"/>
        </w:rPr>
        <w:t>ᏗᏟᎶᏍᏗ</w:t>
      </w:r>
      <w:r>
        <w:rPr>
          <w:rFonts w:ascii="Times New Roman" w:hAnsi="Times New Roman" w:eastAsia="Times New Roman" w:cs="Times New Roman"/>
        </w:rPr>
        <w:t xml:space="preserve"> </w:t>
      </w:r>
      <w:r>
        <w:rPr>
          <w:rFonts w:ascii="Gadugi" w:hAnsi="Gadugi" w:eastAsia="Gadugi" w:cs="Gadugi"/>
        </w:rPr>
        <w:t>ᎠᏓᏅᏙ</w:t>
      </w:r>
      <w:r>
        <w:rPr>
          <w:rFonts w:ascii="Times New Roman" w:hAnsi="Times New Roman" w:eastAsia="Times New Roman" w:cs="Times New Roman"/>
        </w:rPr>
        <w:t xml:space="preserve"> </w:t>
      </w:r>
      <w:r>
        <w:rPr>
          <w:rFonts w:ascii="Gadugi" w:hAnsi="Gadugi" w:eastAsia="Gadugi" w:cs="Gadugi"/>
        </w:rPr>
        <w:t>ᎠᎭᏫᏂᎭ</w:t>
      </w:r>
      <w:r>
        <w:rPr>
          <w:rFonts w:ascii="Times New Roman" w:hAnsi="Times New Roman" w:eastAsia="Times New Roman" w:cs="Times New Roman"/>
        </w:rPr>
        <w:t xml:space="preserve">; </w:t>
      </w:r>
      <w:r>
        <w:rPr>
          <w:rFonts w:ascii="Gadugi" w:hAnsi="Gadugi" w:eastAsia="Gadugi" w:cs="Gadugi"/>
        </w:rPr>
        <w:t>ᎢᏳ</w:t>
      </w:r>
      <w:r>
        <w:rPr>
          <w:rFonts w:ascii="Times New Roman" w:hAnsi="Times New Roman" w:eastAsia="Times New Roman" w:cs="Times New Roman"/>
        </w:rPr>
        <w:t xml:space="preserve"> </w:t>
      </w:r>
      <w:r>
        <w:rPr>
          <w:rFonts w:ascii="Gadugi" w:hAnsi="Gadugi" w:eastAsia="Gadugi" w:cs="Gadugi"/>
        </w:rPr>
        <w:t>ᏚᏳᎪᏛ</w:t>
      </w:r>
      <w:r>
        <w:rPr>
          <w:rFonts w:ascii="Times New Roman" w:hAnsi="Times New Roman" w:eastAsia="Times New Roman" w:cs="Times New Roman"/>
        </w:rPr>
        <w:t xml:space="preserve"> </w:t>
      </w:r>
      <w:r>
        <w:rPr>
          <w:rFonts w:ascii="Gadugi" w:hAnsi="Gadugi" w:eastAsia="Gadugi" w:cs="Gadugi"/>
        </w:rPr>
        <w:t>ᎠᏓᏍᏆᏂᎪᏔᏅ</w:t>
      </w:r>
      <w:r>
        <w:rPr>
          <w:rFonts w:ascii="Times New Roman" w:hAnsi="Times New Roman" w:eastAsia="Times New Roman" w:cs="Times New Roman"/>
        </w:rPr>
        <w:t xml:space="preserve"> </w:t>
      </w:r>
      <w:r>
        <w:rPr>
          <w:rFonts w:ascii="Gadugi" w:hAnsi="Gadugi" w:eastAsia="Gadugi" w:cs="Gadugi"/>
        </w:rPr>
        <w:t>ᎨᏎᏍᏗ</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ᏔᎵᏧᏈ</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ᎯᏍᎩ</w:t>
      </w:r>
      <w:r>
        <w:rPr>
          <w:rFonts w:ascii="Times New Roman" w:hAnsi="Times New Roman" w:eastAsia="Times New Roman" w:cs="Times New Roman"/>
        </w:rPr>
        <w:t xml:space="preserve"> </w:t>
      </w:r>
      <w:r>
        <w:rPr>
          <w:rFonts w:ascii="Gadugi" w:hAnsi="Gadugi" w:eastAsia="Gadugi" w:cs="Gadugi"/>
        </w:rPr>
        <w:t>ᏔᎳᏚ</w:t>
      </w:r>
      <w:r>
        <w:rPr>
          <w:rFonts w:ascii="Times New Roman" w:hAnsi="Times New Roman" w:eastAsia="Times New Roman" w:cs="Times New Roman"/>
        </w:rPr>
        <w:t xml:space="preserve"> </w:t>
      </w:r>
      <w:r>
        <w:rPr>
          <w:rFonts w:ascii="Gadugi" w:hAnsi="Gadugi" w:eastAsia="Gadugi" w:cs="Gadugi"/>
        </w:rPr>
        <w:t>ᎯᏍᎩ</w:t>
      </w:r>
      <w:r>
        <w:rPr>
          <w:rFonts w:ascii="Times New Roman" w:hAnsi="Times New Roman" w:eastAsia="Times New Roman" w:cs="Times New Roman"/>
        </w:rPr>
        <w:t xml:space="preserve"> </w:t>
      </w:r>
      <w:r>
        <w:rPr>
          <w:rFonts w:ascii="Gadugi" w:hAnsi="Gadugi" w:eastAsia="Gadugi" w:cs="Gadugi"/>
        </w:rPr>
        <w:t>ᏑᏕᏘᏴᏛ</w:t>
      </w:r>
      <w:r>
        <w:rPr>
          <w:rFonts w:ascii="Times New Roman" w:hAnsi="Times New Roman" w:eastAsia="Times New Roman" w:cs="Times New Roman"/>
        </w:rPr>
        <w:t xml:space="preserve"> </w:t>
      </w:r>
      <w:r>
        <w:rPr>
          <w:rFonts w:ascii="Gadugi" w:hAnsi="Gadugi" w:eastAsia="Gadugi" w:cs="Gadugi"/>
        </w:rPr>
        <w:t>ᎤᏁᎦ</w:t>
      </w:r>
      <w:r>
        <w:rPr>
          <w:rFonts w:ascii="Times New Roman" w:hAnsi="Times New Roman" w:eastAsia="Times New Roman" w:cs="Times New Roman"/>
        </w:rPr>
        <w:t xml:space="preserve"> </w:t>
      </w:r>
      <w:r>
        <w:rPr>
          <w:rFonts w:ascii="Gadugi" w:hAnsi="Gadugi" w:eastAsia="Gadugi" w:cs="Gadugi"/>
        </w:rPr>
        <w:t>ᎤᏟᎶᏍᏛ</w:t>
      </w:r>
      <w:r>
        <w:rPr>
          <w:rFonts w:ascii="Times New Roman" w:hAnsi="Times New Roman" w:eastAsia="Times New Roman" w:cs="Times New Roman"/>
        </w:rPr>
        <w:t xml:space="preserve"> </w:t>
      </w:r>
      <w:r>
        <w:rPr>
          <w:rFonts w:ascii="Gadugi" w:hAnsi="Gadugi" w:eastAsia="Gadugi" w:cs="Gadugi"/>
        </w:rPr>
        <w:t>ᎤᎵᏍᏈᏗ</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 xml:space="preserve"> </w:t>
      </w:r>
      <w:r>
        <w:rPr>
          <w:rFonts w:ascii="Gadugi" w:hAnsi="Gadugi" w:eastAsia="Gadugi" w:cs="Gadugi"/>
        </w:rPr>
        <w:t>ᎠᎦᏔᎲ</w:t>
      </w:r>
      <w:r>
        <w:rPr>
          <w:rFonts w:ascii="Times New Roman" w:hAnsi="Times New Roman" w:eastAsia="Times New Roman" w:cs="Times New Roman"/>
        </w:rPr>
        <w:t xml:space="preserve"> </w:t>
      </w:r>
      <w:r>
        <w:rPr>
          <w:rFonts w:ascii="Gadugi" w:hAnsi="Gadugi" w:eastAsia="Gadugi" w:cs="Gadugi"/>
        </w:rPr>
        <w:t>ᎤᏪᏣᏗ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ᏫᎶ</w:t>
      </w:r>
      <w:r>
        <w:rPr>
          <w:rFonts w:ascii="Times New Roman" w:hAnsi="Times New Roman" w:eastAsia="Times New Roman" w:cs="Times New Roman"/>
        </w:rPr>
        <w:t xml:space="preserve"> </w:t>
      </w:r>
      <w:r>
        <w:rPr>
          <w:rFonts w:ascii="Gadugi" w:hAnsi="Gadugi" w:eastAsia="Gadugi" w:cs="Gadugi"/>
        </w:rPr>
        <w:t>ᎬᏗ</w:t>
      </w:r>
      <w:r>
        <w:rPr>
          <w:rFonts w:ascii="Ebrima" w:hAnsi="Ebrima" w:eastAsia="Ebrima" w:cs="Ebrima"/>
        </w:rPr>
        <w:t>።</w:t>
      </w:r>
      <w:r>
        <w:rPr>
          <w:rFonts w:ascii="Times New Roman" w:hAnsi="Times New Roman" w:eastAsia="Times New Roman" w:cs="Times New Roman"/>
        </w:rPr>
        <w:t xml:space="preserve"> </w:t>
      </w:r>
      <w:r>
        <w:rPr>
          <w:rFonts w:ascii="Gadugi" w:hAnsi="Gadugi" w:eastAsia="Gadugi" w:cs="Gadugi"/>
        </w:rPr>
        <w:t>ᏦᏏᎩᏃ</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215 </w:t>
      </w:r>
      <w:r>
        <w:rPr>
          <w:rFonts w:ascii="Gadugi" w:hAnsi="Gadugi" w:eastAsia="Gadugi" w:cs="Gadugi"/>
        </w:rPr>
        <w:t>ᏑᏕᏘᏴᏛ</w:t>
      </w:r>
      <w:r>
        <w:rPr>
          <w:rFonts w:ascii="Times New Roman" w:hAnsi="Times New Roman" w:eastAsia="Times New Roman" w:cs="Times New Roman"/>
        </w:rPr>
        <w:t xml:space="preserve"> </w:t>
      </w:r>
      <w:r>
        <w:rPr>
          <w:rFonts w:ascii="Gadugi" w:hAnsi="Gadugi" w:eastAsia="Gadugi" w:cs="Gadugi"/>
        </w:rPr>
        <w:t>ᎤᏟ</w:t>
      </w:r>
      <w:r>
        <w:rPr>
          <w:rFonts w:ascii="Times New Roman" w:hAnsi="Times New Roman" w:eastAsia="Times New Roman" w:cs="Times New Roman"/>
        </w:rPr>
        <w:t xml:space="preserve"> </w:t>
      </w:r>
      <w:r>
        <w:rPr>
          <w:rFonts w:ascii="Gadugi" w:hAnsi="Gadugi" w:eastAsia="Gadugi" w:cs="Gadugi"/>
        </w:rPr>
        <w:t>ᎣᏏᏳ</w:t>
      </w:r>
      <w:r>
        <w:rPr>
          <w:rFonts w:ascii="Times New Roman" w:hAnsi="Times New Roman" w:eastAsia="Times New Roman" w:cs="Times New Roman"/>
        </w:rPr>
        <w:t xml:space="preserve"> </w:t>
      </w:r>
      <w:r>
        <w:rPr>
          <w:rFonts w:ascii="Gadugi" w:hAnsi="Gadugi" w:eastAsia="Gadugi" w:cs="Gadugi"/>
        </w:rPr>
        <w:t>ᏫᎶ</w:t>
      </w:r>
      <w:r>
        <w:rPr>
          <w:rFonts w:ascii="Times New Roman" w:hAnsi="Times New Roman" w:eastAsia="Times New Roman" w:cs="Times New Roman"/>
        </w:rPr>
        <w:t xml:space="preserve"> </w:t>
      </w:r>
      <w:r>
        <w:rPr>
          <w:rFonts w:ascii="Gadugi" w:hAnsi="Gadugi" w:eastAsia="Gadugi" w:cs="Gadugi"/>
        </w:rPr>
        <w:t>ᎨᏎᎢ</w:t>
      </w:r>
      <w:r>
        <w:rPr>
          <w:rFonts w:ascii="Times New Roman" w:hAnsi="Times New Roman" w:eastAsia="Times New Roman" w:cs="Times New Roman"/>
        </w:rPr>
        <w:t xml:space="preserve">, </w:t>
      </w:r>
      <w:r>
        <w:rPr>
          <w:rFonts w:ascii="Gadugi" w:hAnsi="Gadugi" w:eastAsia="Gadugi" w:cs="Gadugi"/>
        </w:rPr>
        <w:t>ᎼᏏᏃ</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ᏔᎵᏁ</w:t>
      </w:r>
      <w:r>
        <w:rPr>
          <w:rFonts w:ascii="Times New Roman" w:hAnsi="Times New Roman" w:eastAsia="Times New Roman" w:cs="Times New Roman"/>
        </w:rPr>
        <w:t xml:space="preserve"> 215 </w:t>
      </w:r>
      <w:r>
        <w:rPr>
          <w:rFonts w:ascii="Gadugi" w:hAnsi="Gadugi" w:eastAsia="Gadugi" w:cs="Gadugi"/>
        </w:rPr>
        <w:t>ᏑᏕᏘᏴᏛ</w:t>
      </w:r>
      <w:r>
        <w:rPr>
          <w:rFonts w:ascii="Times New Roman" w:hAnsi="Times New Roman" w:eastAsia="Times New Roman" w:cs="Times New Roman"/>
        </w:rPr>
        <w:t xml:space="preserve"> </w:t>
      </w:r>
      <w:r>
        <w:rPr>
          <w:rFonts w:ascii="Gadugi" w:hAnsi="Gadugi" w:eastAsia="Gadugi" w:cs="Gadugi"/>
        </w:rPr>
        <w:t>ᎤᏲ</w:t>
      </w:r>
      <w:r>
        <w:rPr>
          <w:rFonts w:ascii="Times New Roman" w:hAnsi="Times New Roman" w:eastAsia="Times New Roman" w:cs="Times New Roman"/>
        </w:rPr>
        <w:t xml:space="preserve"> </w:t>
      </w:r>
      <w:r>
        <w:rPr>
          <w:rFonts w:ascii="Gadugi" w:hAnsi="Gadugi" w:eastAsia="Gadugi" w:cs="Gadugi"/>
        </w:rPr>
        <w:t>ᏫᎶ</w:t>
      </w:r>
      <w:r>
        <w:rPr>
          <w:rFonts w:ascii="Times New Roman" w:hAnsi="Times New Roman" w:eastAsia="Times New Roman" w:cs="Times New Roman"/>
        </w:rPr>
        <w:t xml:space="preserve"> </w:t>
      </w:r>
      <w:r>
        <w:rPr>
          <w:rFonts w:ascii="Gadugi" w:hAnsi="Gadugi" w:eastAsia="Gadugi" w:cs="Gadugi"/>
        </w:rPr>
        <w:t>ᎨᏎᎢ</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Ta división umi mokõi período irundy generación rehegua. Umi peteĩha irundy generación ikatu oñemohenda mokõiha irundy generación ári, línea sobre línea, ha upéicha rupi, José ha Moisés, peteĩ alfa ha omega profético, oñeinteraktua peteĩ Faraón alfa-porã ndive ha peteĩ Faraón omega-vai ndive. Heta tesape guasu ikatu oñeguenohẽ ko consideración paralela-gui, ha che katu añemomba’e hag̃uánte hína Abram ñe’ẽre, he’íva pe cuarta generación ohechauka mokõi testígo umi irundy generación rehegua umi 430 áño ryepýpe. Pe representación mokõivegua umi irundy generación rehegua ojejuhu Génesis cuatro ha cinco genealogía-kuérape. Ñahesa’ỹijo jave Caín ha Set-pe pe ñepyrũ ramo pe tuguy renda kuéra ñembyaty rehegua, jajuhu poapy generación oĩha Set guive Noé peve, ha oñemboja’óramo mbytére, oĩha peteĩ representación mokõi período irundy generación rehegua. Kóva ojekuaa umi poapy línea generacional-pe, mokõivéva Set ha Caín rehegua.</w:t>
      </w:r>
    </w:p>
    <w:p>
      <w:pPr>
        <w:pStyle w:val="ArticleBody"/>
        <w:jc w:val="left"/>
      </w:pPr>
      <w:r>
        <w:rPr>
          <w:rFonts w:ascii="Nirmala UI" w:hAnsi="Nirmala UI" w:eastAsia="Nirmala UI" w:cs="Nirmala UI"/>
        </w:rPr>
        <w:t>સર્ગ</w:t>
      </w:r>
      <w:r>
        <w:rPr>
          <w:rFonts w:ascii="Times New Roman" w:hAnsi="Times New Roman" w:eastAsia="Times New Roman" w:cs="Times New Roman"/>
        </w:rPr>
        <w:t xml:space="preserve"> </w:t>
      </w:r>
      <w:r>
        <w:rPr>
          <w:rFonts w:ascii="Nirmala UI" w:hAnsi="Nirmala UI" w:eastAsia="Nirmala UI" w:cs="Nirmala UI"/>
        </w:rPr>
        <w:t>ચાર</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પાંચમાં</w:t>
      </w:r>
      <w:r>
        <w:rPr>
          <w:rFonts w:ascii="Times New Roman" w:hAnsi="Times New Roman" w:eastAsia="Times New Roman" w:cs="Times New Roman"/>
        </w:rPr>
        <w:t xml:space="preserve"> </w:t>
      </w:r>
      <w:r>
        <w:rPr>
          <w:rFonts w:ascii="Nirmala UI" w:hAnsi="Nirmala UI" w:eastAsia="Nirmala UI" w:cs="Nirmala UI"/>
        </w:rPr>
        <w:t>આવેલી</w:t>
      </w:r>
      <w:r>
        <w:rPr>
          <w:rFonts w:ascii="Times New Roman" w:hAnsi="Times New Roman" w:eastAsia="Times New Roman" w:cs="Times New Roman"/>
        </w:rPr>
        <w:t xml:space="preserve"> </w:t>
      </w:r>
      <w:r>
        <w:rPr>
          <w:rFonts w:ascii="Nirmala UI" w:hAnsi="Nirmala UI" w:eastAsia="Nirmala UI" w:cs="Nirmala UI"/>
        </w:rPr>
        <w:t>વંશાવળીઓ</w:t>
      </w:r>
      <w:r>
        <w:rPr>
          <w:rFonts w:ascii="Times New Roman" w:hAnsi="Times New Roman" w:eastAsia="Times New Roman" w:cs="Times New Roman"/>
        </w:rPr>
        <w:t xml:space="preserve"> </w:t>
      </w:r>
      <w:r>
        <w:rPr>
          <w:rFonts w:ascii="Nirmala UI" w:hAnsi="Nirmala UI" w:eastAsia="Nirmala UI" w:cs="Nirmala UI"/>
        </w:rPr>
        <w:t>તેમનાં</w:t>
      </w:r>
      <w:r>
        <w:rPr>
          <w:rFonts w:ascii="Times New Roman" w:hAnsi="Times New Roman" w:eastAsia="Times New Roman" w:cs="Times New Roman"/>
        </w:rPr>
        <w:t xml:space="preserve"> </w:t>
      </w:r>
      <w:r>
        <w:rPr>
          <w:rFonts w:ascii="Nirmala UI" w:hAnsi="Nirmala UI" w:eastAsia="Nirmala UI" w:cs="Nirmala UI"/>
        </w:rPr>
        <w:t>વંશરેખાઓના</w:t>
      </w:r>
      <w:r>
        <w:rPr>
          <w:rFonts w:ascii="Times New Roman" w:hAnsi="Times New Roman" w:eastAsia="Times New Roman" w:cs="Times New Roman"/>
        </w:rPr>
        <w:t xml:space="preserve"> </w:t>
      </w:r>
      <w:r>
        <w:rPr>
          <w:rFonts w:ascii="Nirmala UI" w:hAnsi="Nirmala UI" w:eastAsia="Nirmala UI" w:cs="Nirmala UI"/>
        </w:rPr>
        <w:t>અંતરૂપે</w:t>
      </w:r>
      <w:r>
        <w:rPr>
          <w:rFonts w:ascii="Times New Roman" w:hAnsi="Times New Roman" w:eastAsia="Times New Roman" w:cs="Times New Roman"/>
        </w:rPr>
        <w:t xml:space="preserve"> </w:t>
      </w:r>
      <w:r>
        <w:rPr>
          <w:rFonts w:ascii="Nirmala UI" w:hAnsi="Nirmala UI" w:eastAsia="Nirmala UI" w:cs="Nirmala UI"/>
        </w:rPr>
        <w:t>નોહ</w:t>
      </w:r>
      <w:r>
        <w:rPr>
          <w:rFonts w:ascii="Times New Roman" w:hAnsi="Times New Roman" w:eastAsia="Times New Roman" w:cs="Times New Roman"/>
        </w:rPr>
        <w:t xml:space="preserve"> </w:t>
      </w:r>
      <w:r>
        <w:rPr>
          <w:rFonts w:ascii="Nirmala UI" w:hAnsi="Nirmala UI" w:eastAsia="Nirmala UI" w:cs="Nirmala UI"/>
        </w:rPr>
        <w:t>સાથે</w:t>
      </w:r>
      <w:r>
        <w:rPr>
          <w:rFonts w:ascii="Times New Roman" w:hAnsi="Times New Roman" w:eastAsia="Times New Roman" w:cs="Times New Roman"/>
        </w:rPr>
        <w:t xml:space="preserve"> </w:t>
      </w:r>
      <w:r>
        <w:rPr>
          <w:rFonts w:ascii="Nirmala UI" w:hAnsi="Nirmala UI" w:eastAsia="Nirmala UI" w:cs="Nirmala UI"/>
        </w:rPr>
        <w:t>રજૂ</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નોહ</w:t>
      </w:r>
      <w:r>
        <w:rPr>
          <w:rFonts w:ascii="Times New Roman" w:hAnsi="Times New Roman" w:eastAsia="Times New Roman" w:cs="Times New Roman"/>
        </w:rPr>
        <w:t xml:space="preserve"> </w:t>
      </w:r>
      <w:r>
        <w:rPr>
          <w:rFonts w:ascii="Nirmala UI" w:hAnsi="Nirmala UI" w:eastAsia="Nirmala UI" w:cs="Nirmala UI"/>
        </w:rPr>
        <w:t>માનવજાતિ</w:t>
      </w:r>
      <w:r>
        <w:rPr>
          <w:rFonts w:ascii="Times New Roman" w:hAnsi="Times New Roman" w:eastAsia="Times New Roman" w:cs="Times New Roman"/>
        </w:rPr>
        <w:t xml:space="preserve"> </w:t>
      </w:r>
      <w:r>
        <w:rPr>
          <w:rFonts w:ascii="Nirmala UI" w:hAnsi="Nirmala UI" w:eastAsia="Nirmala UI" w:cs="Nirmala UI"/>
        </w:rPr>
        <w:t>સાથેના</w:t>
      </w:r>
      <w:r>
        <w:rPr>
          <w:rFonts w:ascii="Times New Roman" w:hAnsi="Times New Roman" w:eastAsia="Times New Roman" w:cs="Times New Roman"/>
        </w:rPr>
        <w:t xml:space="preserve"> </w:t>
      </w:r>
      <w:r>
        <w:rPr>
          <w:rFonts w:ascii="Nirmala UI" w:hAnsi="Nirmala UI" w:eastAsia="Nirmala UI" w:cs="Nirmala UI"/>
        </w:rPr>
        <w:t>ઈશ્વરના</w:t>
      </w:r>
      <w:r>
        <w:rPr>
          <w:rFonts w:ascii="Times New Roman" w:hAnsi="Times New Roman" w:eastAsia="Times New Roman" w:cs="Times New Roman"/>
        </w:rPr>
        <w:t xml:space="preserve"> </w:t>
      </w:r>
      <w:r>
        <w:rPr>
          <w:rFonts w:ascii="Nirmala UI" w:hAnsi="Nirmala UI" w:eastAsia="Nirmala UI" w:cs="Nirmala UI"/>
        </w:rPr>
        <w:t>કરારનું</w:t>
      </w:r>
      <w:r>
        <w:rPr>
          <w:rFonts w:ascii="Times New Roman" w:hAnsi="Times New Roman" w:eastAsia="Times New Roman" w:cs="Times New Roman"/>
        </w:rPr>
        <w:t xml:space="preserve"> </w:t>
      </w:r>
      <w:r>
        <w:rPr>
          <w:rFonts w:ascii="Nirmala UI" w:hAnsi="Nirmala UI" w:eastAsia="Nirmala UI" w:cs="Nirmala UI"/>
        </w:rPr>
        <w:t>પ્રતીક</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ઇન્દ્રધનુષ</w:t>
      </w:r>
      <w:r>
        <w:rPr>
          <w:rFonts w:ascii="Times New Roman" w:hAnsi="Times New Roman" w:eastAsia="Times New Roman" w:cs="Times New Roman"/>
        </w:rPr>
        <w:t xml:space="preserve"> </w:t>
      </w:r>
      <w:r>
        <w:rPr>
          <w:rFonts w:ascii="Nirmala UI" w:hAnsi="Nirmala UI" w:eastAsia="Nirmala UI" w:cs="Nirmala UI"/>
        </w:rPr>
        <w:t>દ્વારા</w:t>
      </w:r>
      <w:r>
        <w:rPr>
          <w:rFonts w:ascii="Times New Roman" w:hAnsi="Times New Roman" w:eastAsia="Times New Roman" w:cs="Times New Roman"/>
        </w:rPr>
        <w:t xml:space="preserve"> </w:t>
      </w:r>
      <w:r>
        <w:rPr>
          <w:rFonts w:ascii="Nirmala UI" w:hAnsi="Nirmala UI" w:eastAsia="Nirmala UI" w:cs="Nirmala UI"/>
        </w:rPr>
        <w:t>દર્શાવવામાં</w:t>
      </w:r>
      <w:r>
        <w:rPr>
          <w:rFonts w:ascii="Times New Roman" w:hAnsi="Times New Roman" w:eastAsia="Times New Roman" w:cs="Times New Roman"/>
        </w:rPr>
        <w:t xml:space="preserve"> </w:t>
      </w:r>
      <w:r>
        <w:rPr>
          <w:rFonts w:ascii="Nirmala UI" w:hAnsi="Nirmala UI" w:eastAsia="Nirmala UI" w:cs="Nirmala UI"/>
        </w:rPr>
        <w:t>આવ્યું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અબ્રામ</w:t>
      </w:r>
      <w:r>
        <w:rPr>
          <w:rFonts w:ascii="Times New Roman" w:hAnsi="Times New Roman" w:eastAsia="Times New Roman" w:cs="Times New Roman"/>
        </w:rPr>
        <w:t xml:space="preserve"> </w:t>
      </w:r>
      <w:r>
        <w:rPr>
          <w:rFonts w:ascii="Nirmala UI" w:hAnsi="Nirmala UI" w:eastAsia="Nirmala UI" w:cs="Nirmala UI"/>
        </w:rPr>
        <w:t>પસંદ</w:t>
      </w:r>
      <w:r>
        <w:rPr>
          <w:rFonts w:ascii="Times New Roman" w:hAnsi="Times New Roman" w:eastAsia="Times New Roman" w:cs="Times New Roman"/>
        </w:rPr>
        <w:t xml:space="preserve"> </w:t>
      </w:r>
      <w:r>
        <w:rPr>
          <w:rFonts w:ascii="Nirmala UI" w:hAnsi="Nirmala UI" w:eastAsia="Nirmala UI" w:cs="Nirmala UI"/>
        </w:rPr>
        <w:t>કરાયેલ</w:t>
      </w:r>
      <w:r>
        <w:rPr>
          <w:rFonts w:ascii="Times New Roman" w:hAnsi="Times New Roman" w:eastAsia="Times New Roman" w:cs="Times New Roman"/>
        </w:rPr>
        <w:t xml:space="preserve"> </w:t>
      </w:r>
      <w:r>
        <w:rPr>
          <w:rFonts w:ascii="Nirmala UI" w:hAnsi="Nirmala UI" w:eastAsia="Nirmala UI" w:cs="Nirmala UI"/>
        </w:rPr>
        <w:t>પ્રજા</w:t>
      </w:r>
      <w:r>
        <w:rPr>
          <w:rFonts w:ascii="Times New Roman" w:hAnsi="Times New Roman" w:eastAsia="Times New Roman" w:cs="Times New Roman"/>
        </w:rPr>
        <w:t xml:space="preserve"> </w:t>
      </w:r>
      <w:r>
        <w:rPr>
          <w:rFonts w:ascii="Nirmala UI" w:hAnsi="Nirmala UI" w:eastAsia="Nirmala UI" w:cs="Nirmala UI"/>
        </w:rPr>
        <w:t>સાથેના</w:t>
      </w:r>
      <w:r>
        <w:rPr>
          <w:rFonts w:ascii="Times New Roman" w:hAnsi="Times New Roman" w:eastAsia="Times New Roman" w:cs="Times New Roman"/>
        </w:rPr>
        <w:t xml:space="preserve"> </w:t>
      </w:r>
      <w:r>
        <w:rPr>
          <w:rFonts w:ascii="Nirmala UI" w:hAnsi="Nirmala UI" w:eastAsia="Nirmala UI" w:cs="Nirmala UI"/>
        </w:rPr>
        <w:t>ઈશ્વરના</w:t>
      </w:r>
      <w:r>
        <w:rPr>
          <w:rFonts w:ascii="Times New Roman" w:hAnsi="Times New Roman" w:eastAsia="Times New Roman" w:cs="Times New Roman"/>
        </w:rPr>
        <w:t xml:space="preserve"> </w:t>
      </w:r>
      <w:r>
        <w:rPr>
          <w:rFonts w:ascii="Nirmala UI" w:hAnsi="Nirmala UI" w:eastAsia="Nirmala UI" w:cs="Nirmala UI"/>
        </w:rPr>
        <w:t>કરારનું</w:t>
      </w:r>
      <w:r>
        <w:rPr>
          <w:rFonts w:ascii="Times New Roman" w:hAnsi="Times New Roman" w:eastAsia="Times New Roman" w:cs="Times New Roman"/>
        </w:rPr>
        <w:t xml:space="preserve"> </w:t>
      </w:r>
      <w:r>
        <w:rPr>
          <w:rFonts w:ascii="Nirmala UI" w:hAnsi="Nirmala UI" w:eastAsia="Nirmala UI" w:cs="Nirmala UI"/>
        </w:rPr>
        <w:t>પ્રતીક</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સુન્તન</w:t>
      </w:r>
      <w:r>
        <w:rPr>
          <w:rFonts w:ascii="Times New Roman" w:hAnsi="Times New Roman" w:eastAsia="Times New Roman" w:cs="Times New Roman"/>
        </w:rPr>
        <w:t xml:space="preserve"> </w:t>
      </w:r>
      <w:r>
        <w:rPr>
          <w:rFonts w:ascii="Nirmala UI" w:hAnsi="Nirmala UI" w:eastAsia="Nirmala UI" w:cs="Nirmala UI"/>
        </w:rPr>
        <w:t>દ્વારા</w:t>
      </w:r>
      <w:r>
        <w:rPr>
          <w:rFonts w:ascii="Times New Roman" w:hAnsi="Times New Roman" w:eastAsia="Times New Roman" w:cs="Times New Roman"/>
        </w:rPr>
        <w:t xml:space="preserve"> </w:t>
      </w:r>
      <w:r>
        <w:rPr>
          <w:rFonts w:ascii="Nirmala UI" w:hAnsi="Nirmala UI" w:eastAsia="Nirmala UI" w:cs="Nirmala UI"/>
        </w:rPr>
        <w:t>દર્શાવવામાં</w:t>
      </w:r>
      <w:r>
        <w:rPr>
          <w:rFonts w:ascii="Times New Roman" w:hAnsi="Times New Roman" w:eastAsia="Times New Roman" w:cs="Times New Roman"/>
        </w:rPr>
        <w:t xml:space="preserve"> </w:t>
      </w:r>
      <w:r>
        <w:rPr>
          <w:rFonts w:ascii="Nirmala UI" w:hAnsi="Nirmala UI" w:eastAsia="Nirmala UI" w:cs="Nirmala UI"/>
        </w:rPr>
        <w:t>આવ્યું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બન્ને</w:t>
      </w:r>
      <w:r>
        <w:rPr>
          <w:rFonts w:ascii="Times New Roman" w:hAnsi="Times New Roman" w:eastAsia="Times New Roman" w:cs="Times New Roman"/>
        </w:rPr>
        <w:t xml:space="preserve"> </w:t>
      </w:r>
      <w:r>
        <w:rPr>
          <w:rFonts w:ascii="Nirmala UI" w:hAnsi="Nirmala UI" w:eastAsia="Nirmala UI" w:cs="Nirmala UI"/>
        </w:rPr>
        <w:t>કરારો</w:t>
      </w:r>
      <w:r>
        <w:rPr>
          <w:rFonts w:ascii="Times New Roman" w:hAnsi="Times New Roman" w:eastAsia="Times New Roman" w:cs="Times New Roman"/>
        </w:rPr>
        <w:t xml:space="preserve"> </w:t>
      </w:r>
      <w:r>
        <w:rPr>
          <w:rFonts w:ascii="Nirmala UI" w:hAnsi="Nirmala UI" w:eastAsia="Nirmala UI" w:cs="Nirmala UI"/>
        </w:rPr>
        <w:t>હંમેશા</w:t>
      </w:r>
      <w:r>
        <w:rPr>
          <w:rFonts w:ascii="Times New Roman" w:hAnsi="Times New Roman" w:eastAsia="Times New Roman" w:cs="Times New Roman"/>
        </w:rPr>
        <w:t xml:space="preserve"> </w:t>
      </w:r>
      <w:r>
        <w:rPr>
          <w:rFonts w:ascii="Nirmala UI" w:hAnsi="Nirmala UI" w:eastAsia="Nirmala UI" w:cs="Nirmala UI"/>
        </w:rPr>
        <w:t>પરસ્પર</w:t>
      </w:r>
      <w:r>
        <w:rPr>
          <w:rFonts w:ascii="Times New Roman" w:hAnsi="Times New Roman" w:eastAsia="Times New Roman" w:cs="Times New Roman"/>
        </w:rPr>
        <w:t xml:space="preserve"> </w:t>
      </w:r>
      <w:r>
        <w:rPr>
          <w:rFonts w:ascii="Nirmala UI" w:hAnsi="Nirmala UI" w:eastAsia="Nirmala UI" w:cs="Nirmala UI"/>
        </w:rPr>
        <w:t>જોડાયેલા</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ઉત્પત્તિ</w:t>
      </w:r>
      <w:r>
        <w:rPr>
          <w:rFonts w:ascii="Times New Roman" w:hAnsi="Times New Roman" w:eastAsia="Times New Roman" w:cs="Times New Roman"/>
        </w:rPr>
        <w:t xml:space="preserve"> </w:t>
      </w:r>
      <w:r>
        <w:rPr>
          <w:rFonts w:ascii="Nirmala UI" w:hAnsi="Nirmala UI" w:eastAsia="Nirmala UI" w:cs="Nirmala UI"/>
        </w:rPr>
        <w:t>અધ્યાય</w:t>
      </w:r>
      <w:r>
        <w:rPr>
          <w:rFonts w:ascii="Times New Roman" w:hAnsi="Times New Roman" w:eastAsia="Times New Roman" w:cs="Times New Roman"/>
        </w:rPr>
        <w:t xml:space="preserve"> </w:t>
      </w:r>
      <w:r>
        <w:rPr>
          <w:rFonts w:ascii="Nirmala UI" w:hAnsi="Nirmala UI" w:eastAsia="Nirmala UI" w:cs="Nirmala UI"/>
        </w:rPr>
        <w:t>અગિયારમાં</w:t>
      </w:r>
      <w:r>
        <w:rPr>
          <w:rFonts w:ascii="Times New Roman" w:hAnsi="Times New Roman" w:eastAsia="Times New Roman" w:cs="Times New Roman"/>
        </w:rPr>
        <w:t xml:space="preserve">, </w:t>
      </w:r>
      <w:r>
        <w:rPr>
          <w:rFonts w:ascii="Nirmala UI" w:hAnsi="Nirmala UI" w:eastAsia="Nirmala UI" w:cs="Nirmala UI"/>
        </w:rPr>
        <w:t>જ્યાં</w:t>
      </w:r>
      <w:r>
        <w:rPr>
          <w:rFonts w:ascii="Times New Roman" w:hAnsi="Times New Roman" w:eastAsia="Times New Roman" w:cs="Times New Roman"/>
        </w:rPr>
        <w:t xml:space="preserve"> </w:t>
      </w:r>
      <w:r>
        <w:rPr>
          <w:rFonts w:ascii="Nirmala UI" w:hAnsi="Nirmala UI" w:eastAsia="Nirmala UI" w:cs="Nirmala UI"/>
        </w:rPr>
        <w:t>નોહના</w:t>
      </w:r>
      <w:r>
        <w:rPr>
          <w:rFonts w:ascii="Times New Roman" w:hAnsi="Times New Roman" w:eastAsia="Times New Roman" w:cs="Times New Roman"/>
        </w:rPr>
        <w:t xml:space="preserve"> </w:t>
      </w:r>
      <w:r>
        <w:rPr>
          <w:rFonts w:ascii="Nirmala UI" w:hAnsi="Nirmala UI" w:eastAsia="Nirmala UI" w:cs="Nirmala UI"/>
        </w:rPr>
        <w:t>જળપ્રલય</w:t>
      </w:r>
      <w:r>
        <w:rPr>
          <w:rFonts w:ascii="Times New Roman" w:hAnsi="Times New Roman" w:eastAsia="Times New Roman" w:cs="Times New Roman"/>
        </w:rPr>
        <w:t xml:space="preserve"> </w:t>
      </w:r>
      <w:r>
        <w:rPr>
          <w:rFonts w:ascii="Nirmala UI" w:hAnsi="Nirmala UI" w:eastAsia="Nirmala UI" w:cs="Nirmala UI"/>
        </w:rPr>
        <w:t>પછી</w:t>
      </w:r>
      <w:r>
        <w:rPr>
          <w:rFonts w:ascii="Times New Roman" w:hAnsi="Times New Roman" w:eastAsia="Times New Roman" w:cs="Times New Roman"/>
        </w:rPr>
        <w:t xml:space="preserve"> </w:t>
      </w:r>
      <w:r>
        <w:rPr>
          <w:rFonts w:ascii="Nirmala UI" w:hAnsi="Nirmala UI" w:eastAsia="Nirmala UI" w:cs="Nirmala UI"/>
        </w:rPr>
        <w:t>તરત</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આપણે</w:t>
      </w:r>
      <w:r>
        <w:rPr>
          <w:rFonts w:ascii="Times New Roman" w:hAnsi="Times New Roman" w:eastAsia="Times New Roman" w:cs="Times New Roman"/>
        </w:rPr>
        <w:t xml:space="preserve"> </w:t>
      </w:r>
      <w:r>
        <w:rPr>
          <w:rFonts w:ascii="Nirmala UI" w:hAnsi="Nirmala UI" w:eastAsia="Nirmala UI" w:cs="Nirmala UI"/>
        </w:rPr>
        <w:t>બેબેલનો</w:t>
      </w:r>
      <w:r>
        <w:rPr>
          <w:rFonts w:ascii="Times New Roman" w:hAnsi="Times New Roman" w:eastAsia="Times New Roman" w:cs="Times New Roman"/>
        </w:rPr>
        <w:t xml:space="preserve"> </w:t>
      </w:r>
      <w:r>
        <w:rPr>
          <w:rFonts w:ascii="Nirmala UI" w:hAnsi="Nirmala UI" w:eastAsia="Nirmala UI" w:cs="Nirmala UI"/>
        </w:rPr>
        <w:t>મીનાર</w:t>
      </w:r>
      <w:r>
        <w:rPr>
          <w:rFonts w:ascii="Times New Roman" w:hAnsi="Times New Roman" w:eastAsia="Times New Roman" w:cs="Times New Roman"/>
        </w:rPr>
        <w:t xml:space="preserve"> </w:t>
      </w:r>
      <w:r>
        <w:rPr>
          <w:rFonts w:ascii="Nirmala UI" w:hAnsi="Nirmala UI" w:eastAsia="Nirmala UI" w:cs="Nirmala UI"/>
        </w:rPr>
        <w:t>જોવા</w:t>
      </w:r>
      <w:r>
        <w:rPr>
          <w:rFonts w:ascii="Times New Roman" w:hAnsi="Times New Roman" w:eastAsia="Times New Roman" w:cs="Times New Roman"/>
        </w:rPr>
        <w:t xml:space="preserve"> </w:t>
      </w:r>
      <w:r>
        <w:rPr>
          <w:rFonts w:ascii="Nirmala UI" w:hAnsi="Nirmala UI" w:eastAsia="Nirmala UI" w:cs="Nirmala UI"/>
        </w:rPr>
        <w:t>મળે</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ત્યાં</w:t>
      </w:r>
      <w:r>
        <w:rPr>
          <w:rFonts w:ascii="Times New Roman" w:hAnsi="Times New Roman" w:eastAsia="Times New Roman" w:cs="Times New Roman"/>
        </w:rPr>
        <w:t xml:space="preserve"> </w:t>
      </w:r>
      <w:r>
        <w:rPr>
          <w:rFonts w:ascii="Nirmala UI" w:hAnsi="Nirmala UI" w:eastAsia="Nirmala UI" w:cs="Nirmala UI"/>
        </w:rPr>
        <w:t>અબ્રામ</w:t>
      </w:r>
      <w:r>
        <w:rPr>
          <w:rFonts w:ascii="Times New Roman" w:hAnsi="Times New Roman" w:eastAsia="Times New Roman" w:cs="Times New Roman"/>
        </w:rPr>
        <w:t xml:space="preserve"> </w:t>
      </w:r>
      <w:r>
        <w:rPr>
          <w:rFonts w:ascii="Nirmala UI" w:hAnsi="Nirmala UI" w:eastAsia="Nirmala UI" w:cs="Nirmala UI"/>
        </w:rPr>
        <w:t>સુધી</w:t>
      </w:r>
      <w:r>
        <w:rPr>
          <w:rFonts w:ascii="Times New Roman" w:hAnsi="Times New Roman" w:eastAsia="Times New Roman" w:cs="Times New Roman"/>
        </w:rPr>
        <w:t xml:space="preserve"> </w:t>
      </w:r>
      <w:r>
        <w:rPr>
          <w:rFonts w:ascii="Nirmala UI" w:hAnsi="Nirmala UI" w:eastAsia="Nirmala UI" w:cs="Nirmala UI"/>
        </w:rPr>
        <w:t>લઈ</w:t>
      </w:r>
      <w:r>
        <w:rPr>
          <w:rFonts w:ascii="Times New Roman" w:hAnsi="Times New Roman" w:eastAsia="Times New Roman" w:cs="Times New Roman"/>
        </w:rPr>
        <w:t xml:space="preserve"> </w:t>
      </w:r>
      <w:r>
        <w:rPr>
          <w:rFonts w:ascii="Nirmala UI" w:hAnsi="Nirmala UI" w:eastAsia="Nirmala UI" w:cs="Nirmala UI"/>
        </w:rPr>
        <w:t>જતી</w:t>
      </w:r>
      <w:r>
        <w:rPr>
          <w:rFonts w:ascii="Times New Roman" w:hAnsi="Times New Roman" w:eastAsia="Times New Roman" w:cs="Times New Roman"/>
        </w:rPr>
        <w:t xml:space="preserve"> </w:t>
      </w:r>
      <w:r>
        <w:rPr>
          <w:rFonts w:ascii="Nirmala UI" w:hAnsi="Nirmala UI" w:eastAsia="Nirmala UI" w:cs="Nirmala UI"/>
        </w:rPr>
        <w:t>વંશાવળી</w:t>
      </w:r>
      <w:r>
        <w:rPr>
          <w:rFonts w:ascii="Times New Roman" w:hAnsi="Times New Roman" w:eastAsia="Times New Roman" w:cs="Times New Roman"/>
        </w:rPr>
        <w:t xml:space="preserve"> </w:t>
      </w:r>
      <w:r>
        <w:rPr>
          <w:rFonts w:ascii="Nirmala UI" w:hAnsi="Nirmala UI" w:eastAsia="Nirmala UI" w:cs="Nirmala UI"/>
        </w:rPr>
        <w:t>રજૂ</w:t>
      </w:r>
      <w:r>
        <w:rPr>
          <w:rFonts w:ascii="Times New Roman" w:hAnsi="Times New Roman" w:eastAsia="Times New Roman" w:cs="Times New Roman"/>
        </w:rPr>
        <w:t xml:space="preserve"> </w:t>
      </w:r>
      <w:r>
        <w:rPr>
          <w:rFonts w:ascii="Nirmala UI" w:hAnsi="Nirmala UI" w:eastAsia="Nirmala UI" w:cs="Nirmala UI"/>
        </w:rPr>
        <w:t>કરવામાં</w:t>
      </w:r>
      <w:r>
        <w:rPr>
          <w:rFonts w:ascii="Times New Roman" w:hAnsi="Times New Roman" w:eastAsia="Times New Roman" w:cs="Times New Roman"/>
        </w:rPr>
        <w:t xml:space="preserve"> </w:t>
      </w:r>
      <w:r>
        <w:rPr>
          <w:rFonts w:ascii="Nirmala UI" w:hAnsi="Nirmala UI" w:eastAsia="Nirmala UI" w:cs="Nirmala UI"/>
        </w:rPr>
        <w:t>આવી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અવતરણમાં</w:t>
      </w:r>
      <w:r>
        <w:rPr>
          <w:rFonts w:ascii="Times New Roman" w:hAnsi="Times New Roman" w:eastAsia="Times New Roman" w:cs="Times New Roman"/>
        </w:rPr>
        <w:t xml:space="preserve"> </w:t>
      </w:r>
      <w:r>
        <w:rPr>
          <w:rFonts w:ascii="Nirmala UI" w:hAnsi="Nirmala UI" w:eastAsia="Nirmala UI" w:cs="Nirmala UI"/>
        </w:rPr>
        <w:t>આઠ</w:t>
      </w:r>
      <w:r>
        <w:rPr>
          <w:rFonts w:ascii="Times New Roman" w:hAnsi="Times New Roman" w:eastAsia="Times New Roman" w:cs="Times New Roman"/>
        </w:rPr>
        <w:t xml:space="preserve"> </w:t>
      </w:r>
      <w:r>
        <w:rPr>
          <w:rFonts w:ascii="Nirmala UI" w:hAnsi="Nirmala UI" w:eastAsia="Nirmala UI" w:cs="Nirmala UI"/>
        </w:rPr>
        <w:t>નહીં</w:t>
      </w:r>
      <w:r>
        <w:rPr>
          <w:rFonts w:ascii="Times New Roman" w:hAnsi="Times New Roman" w:eastAsia="Times New Roman" w:cs="Times New Roman"/>
        </w:rPr>
        <w:t xml:space="preserve">, </w:t>
      </w:r>
      <w:r>
        <w:rPr>
          <w:rFonts w:ascii="Nirmala UI" w:hAnsi="Nirmala UI" w:eastAsia="Nirmala UI" w:cs="Nirmala UI"/>
        </w:rPr>
        <w:t>દસ</w:t>
      </w:r>
      <w:r>
        <w:rPr>
          <w:rFonts w:ascii="Times New Roman" w:hAnsi="Times New Roman" w:eastAsia="Times New Roman" w:cs="Times New Roman"/>
        </w:rPr>
        <w:t xml:space="preserve"> </w:t>
      </w:r>
      <w:r>
        <w:rPr>
          <w:rFonts w:ascii="Nirmala UI" w:hAnsi="Nirmala UI" w:eastAsia="Nirmala UI" w:cs="Nirmala UI"/>
        </w:rPr>
        <w:t>પેઢીઓ</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અબ્રામ</w:t>
      </w:r>
      <w:r>
        <w:rPr>
          <w:rFonts w:ascii="Times New Roman" w:hAnsi="Times New Roman" w:eastAsia="Times New Roman" w:cs="Times New Roman"/>
        </w:rPr>
        <w:t xml:space="preserve"> </w:t>
      </w:r>
      <w:r>
        <w:rPr>
          <w:rFonts w:ascii="Nirmala UI" w:hAnsi="Nirmala UI" w:eastAsia="Nirmala UI" w:cs="Nirmala UI"/>
        </w:rPr>
        <w:t>સુધી</w:t>
      </w:r>
      <w:r>
        <w:rPr>
          <w:rFonts w:ascii="Times New Roman" w:hAnsi="Times New Roman" w:eastAsia="Times New Roman" w:cs="Times New Roman"/>
        </w:rPr>
        <w:t xml:space="preserve"> </w:t>
      </w:r>
      <w:r>
        <w:rPr>
          <w:rFonts w:ascii="Nirmala UI" w:hAnsi="Nirmala UI" w:eastAsia="Nirmala UI" w:cs="Nirmala UI"/>
        </w:rPr>
        <w:t>લઈ</w:t>
      </w:r>
      <w:r>
        <w:rPr>
          <w:rFonts w:ascii="Times New Roman" w:hAnsi="Times New Roman" w:eastAsia="Times New Roman" w:cs="Times New Roman"/>
        </w:rPr>
        <w:t xml:space="preserve"> </w:t>
      </w:r>
      <w:r>
        <w:rPr>
          <w:rFonts w:ascii="Nirmala UI" w:hAnsi="Nirmala UI" w:eastAsia="Nirmala UI" w:cs="Nirmala UI"/>
        </w:rPr>
        <w:t>જતું</w:t>
      </w:r>
      <w:r>
        <w:rPr>
          <w:rFonts w:ascii="Times New Roman" w:hAnsi="Times New Roman" w:eastAsia="Times New Roman" w:cs="Times New Roman"/>
        </w:rPr>
        <w:t xml:space="preserve"> </w:t>
      </w:r>
      <w:r>
        <w:rPr>
          <w:rFonts w:ascii="Nirmala UI" w:hAnsi="Nirmala UI" w:eastAsia="Nirmala UI" w:cs="Nirmala UI"/>
        </w:rPr>
        <w:t>અવતરણ</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નોહ</w:t>
      </w:r>
      <w:r>
        <w:rPr>
          <w:rFonts w:ascii="Times New Roman" w:hAnsi="Times New Roman" w:eastAsia="Times New Roman" w:cs="Times New Roman"/>
        </w:rPr>
        <w:t xml:space="preserve"> </w:t>
      </w:r>
      <w:r>
        <w:rPr>
          <w:rFonts w:ascii="Nirmala UI" w:hAnsi="Nirmala UI" w:eastAsia="Nirmala UI" w:cs="Nirmala UI"/>
        </w:rPr>
        <w:t>સુધી</w:t>
      </w:r>
      <w:r>
        <w:rPr>
          <w:rFonts w:ascii="Times New Roman" w:hAnsi="Times New Roman" w:eastAsia="Times New Roman" w:cs="Times New Roman"/>
        </w:rPr>
        <w:t xml:space="preserve"> </w:t>
      </w:r>
      <w:r>
        <w:rPr>
          <w:rFonts w:ascii="Nirmala UI" w:hAnsi="Nirmala UI" w:eastAsia="Nirmala UI" w:cs="Nirmala UI"/>
        </w:rPr>
        <w:t>લઈ</w:t>
      </w:r>
      <w:r>
        <w:rPr>
          <w:rFonts w:ascii="Times New Roman" w:hAnsi="Times New Roman" w:eastAsia="Times New Roman" w:cs="Times New Roman"/>
        </w:rPr>
        <w:t xml:space="preserve"> </w:t>
      </w:r>
      <w:r>
        <w:rPr>
          <w:rFonts w:ascii="Nirmala UI" w:hAnsi="Nirmala UI" w:eastAsia="Nirmala UI" w:cs="Nirmala UI"/>
        </w:rPr>
        <w:t>જતું</w:t>
      </w:r>
      <w:r>
        <w:rPr>
          <w:rFonts w:ascii="Times New Roman" w:hAnsi="Times New Roman" w:eastAsia="Times New Roman" w:cs="Times New Roman"/>
        </w:rPr>
        <w:t xml:space="preserve"> </w:t>
      </w:r>
      <w:r>
        <w:rPr>
          <w:rFonts w:ascii="Nirmala UI" w:hAnsi="Nirmala UI" w:eastAsia="Nirmala UI" w:cs="Nirmala UI"/>
        </w:rPr>
        <w:t>અવતરણ</w:t>
      </w:r>
      <w:r>
        <w:rPr>
          <w:rFonts w:ascii="Times New Roman" w:hAnsi="Times New Roman" w:eastAsia="Times New Roman" w:cs="Times New Roman"/>
        </w:rPr>
        <w:t>—</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બન્નેમાં</w:t>
      </w:r>
      <w:r>
        <w:rPr>
          <w:rFonts w:ascii="Times New Roman" w:hAnsi="Times New Roman" w:eastAsia="Times New Roman" w:cs="Times New Roman"/>
        </w:rPr>
        <w:t xml:space="preserve"> </w:t>
      </w:r>
      <w:r>
        <w:rPr>
          <w:rFonts w:ascii="Nirmala UI" w:hAnsi="Nirmala UI" w:eastAsia="Nirmala UI" w:cs="Nirmala UI"/>
        </w:rPr>
        <w:t>નોહિક</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અબ્રાહામીય</w:t>
      </w:r>
      <w:r>
        <w:rPr>
          <w:rFonts w:ascii="Times New Roman" w:hAnsi="Times New Roman" w:eastAsia="Times New Roman" w:cs="Times New Roman"/>
        </w:rPr>
        <w:t xml:space="preserve"> </w:t>
      </w:r>
      <w:r>
        <w:rPr>
          <w:rFonts w:ascii="Nirmala UI" w:hAnsi="Nirmala UI" w:eastAsia="Nirmala UI" w:cs="Nirmala UI"/>
        </w:rPr>
        <w:t>કરારો</w:t>
      </w:r>
      <w:r>
        <w:rPr>
          <w:rFonts w:ascii="Times New Roman" w:hAnsi="Times New Roman" w:eastAsia="Times New Roman" w:cs="Times New Roman"/>
        </w:rPr>
        <w:t xml:space="preserve"> </w:t>
      </w:r>
      <w:r>
        <w:rPr>
          <w:rFonts w:ascii="Nirmala UI" w:hAnsi="Nirmala UI" w:eastAsia="Nirmala UI" w:cs="Nirmala UI"/>
        </w:rPr>
        <w:t>પ્રતિનિધિત્વ</w:t>
      </w:r>
      <w:r>
        <w:rPr>
          <w:rFonts w:ascii="Times New Roman" w:hAnsi="Times New Roman" w:eastAsia="Times New Roman" w:cs="Times New Roman"/>
        </w:rPr>
        <w:t xml:space="preserve"> </w:t>
      </w:r>
      <w:r>
        <w:rPr>
          <w:rFonts w:ascii="Nirmala UI" w:hAnsi="Nirmala UI" w:eastAsia="Nirmala UI" w:cs="Nirmala UI"/>
        </w:rPr>
        <w:t>પામે</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Chapître onze-ïan, ɔr passage yi kɛrɛ àmán de ndɔndɔ mɔtɔ a nyi, à nà kɛrɛ mɛnyàŋ mɔbɛ à yí mɛnyàŋ mɛsá mìbà yì sùbà màlámà mɔnène.</w:t>
      </w:r>
    </w:p>
    <w:p>
      <w:pPr>
        <w:pStyle w:val="ArticleScripture"/>
        <w:jc w:val="left"/>
      </w:pPr>
      <w:r>
        <w:rPr>
          <w:rFonts w:ascii="Times New Roman" w:hAnsi="Times New Roman" w:eastAsia="Times New Roman" w:cs="Times New Roman"/>
        </w:rPr>
        <w:t>Y Eber vivió treinta y cuatro años, y engendró a Peleg; y vivió Eber, después que engendró a Peleg, cuatrocientos treinta años, y engendró hijos e hijas. Y Peleg vivió treinta años, y engendró a Reu. Génesis 11:16–19.</w:t>
      </w:r>
    </w:p>
    <w:p>
      <w:pPr>
        <w:pStyle w:val="ArticleBody"/>
        <w:jc w:val="left"/>
      </w:pPr>
      <w:r>
        <w:rPr>
          <w:rFonts w:ascii="Times New Roman" w:hAnsi="Times New Roman" w:eastAsia="Times New Roman" w:cs="Times New Roman"/>
        </w:rPr>
        <w:t>اێماژەکردن بە عێبەر یەکەمین ئاماژەی وشەی عیبرییە کە لە کۆتاییدا وەک وشەی عیبری «عیبری» ناسێنرا. لە نەسەبنامەی گەلێکی هەڵبژێردراو، یەکێک لە دە نوێژادەکە ناوی «عیبری» لێنراوە، کە ئەوەش هەمان ناوە کە گەلی هەڵبژێردراو پێی ناسراون. لە سێ ئایەتدا، عێبەر و فەلەگ بەکاردێن بۆ دیاریکردنی جیاوازیی نەژادی عیبریی هەڵبژێردراو. عێبەر واتای «پەڕینەوە» یان «ئەوەی پەڕدەکاتەوە» دەگەیەنێت، و ڕەگی وشەی «عیبری»یە. ئەبرام هێمای ئەوانەیە کە لە بابڵەوە بۆ خاکی وەعدەدراو دەپەڕنەوە. «فەلەگ» واتای «دابەشبوون» یان «لەتبوون» دەبەخشێت، وەک لە پەیدابوون 10:25 ئاماژەی پێکراوە، لەوێدا ئاگادار دەکرێین کە لە ڕۆژگاری فەلەگدا «زەوی دابەش بوو».</w:t>
      </w:r>
    </w:p>
    <w:p>
      <w:pPr>
        <w:pStyle w:val="ArticleBody"/>
        <w:jc w:val="left"/>
      </w:pPr>
      <w:r>
        <w:rPr>
          <w:rFonts w:ascii="Ebrima" w:hAnsi="Ebrima" w:eastAsia="Ebrima" w:cs="Ebrima"/>
        </w:rPr>
        <w:t>ኤበርና</w:t>
      </w:r>
      <w:r>
        <w:rPr>
          <w:rFonts w:ascii="Times New Roman" w:hAnsi="Times New Roman" w:eastAsia="Times New Roman" w:cs="Times New Roman"/>
        </w:rPr>
        <w:t xml:space="preserve"> </w:t>
      </w:r>
      <w:r>
        <w:rPr>
          <w:rFonts w:ascii="Ebrima" w:hAnsi="Ebrima" w:eastAsia="Ebrima" w:cs="Ebrima"/>
        </w:rPr>
        <w:t>ፔሌግ</w:t>
      </w:r>
      <w:r>
        <w:rPr>
          <w:rFonts w:ascii="Times New Roman" w:hAnsi="Times New Roman" w:eastAsia="Times New Roman" w:cs="Times New Roman"/>
        </w:rPr>
        <w:t xml:space="preserve"> </w:t>
      </w:r>
      <w:r>
        <w:rPr>
          <w:rFonts w:ascii="Ebrima" w:hAnsi="Ebrima" w:eastAsia="Ebrima" w:cs="Ebrima"/>
        </w:rPr>
        <w:t>የእውነትን</w:t>
      </w:r>
      <w:r>
        <w:rPr>
          <w:rFonts w:ascii="Times New Roman" w:hAnsi="Times New Roman" w:eastAsia="Times New Roman" w:cs="Times New Roman"/>
        </w:rPr>
        <w:t xml:space="preserve"> </w:t>
      </w:r>
      <w:r>
        <w:rPr>
          <w:rFonts w:ascii="Ebrima" w:hAnsi="Ebrima" w:eastAsia="Ebrima" w:cs="Ebrima"/>
        </w:rPr>
        <w:t>ቃል</w:t>
      </w:r>
      <w:r>
        <w:rPr>
          <w:rFonts w:ascii="Times New Roman" w:hAnsi="Times New Roman" w:eastAsia="Times New Roman" w:cs="Times New Roman"/>
        </w:rPr>
        <w:t xml:space="preserve"> </w:t>
      </w:r>
      <w:r>
        <w:rPr>
          <w:rFonts w:ascii="Ebrima" w:hAnsi="Ebrima" w:eastAsia="Ebrima" w:cs="Ebrima"/>
        </w:rPr>
        <w:t>በትክክል</w:t>
      </w:r>
      <w:r>
        <w:rPr>
          <w:rFonts w:ascii="Times New Roman" w:hAnsi="Times New Roman" w:eastAsia="Times New Roman" w:cs="Times New Roman"/>
        </w:rPr>
        <w:t xml:space="preserve"> </w:t>
      </w:r>
      <w:r>
        <w:rPr>
          <w:rFonts w:ascii="Ebrima" w:hAnsi="Ebrima" w:eastAsia="Ebrima" w:cs="Ebrima"/>
        </w:rPr>
        <w:t>ለሚከፋፍሉ</w:t>
      </w:r>
      <w:r>
        <w:rPr>
          <w:rFonts w:ascii="Times New Roman" w:hAnsi="Times New Roman" w:eastAsia="Times New Roman" w:cs="Times New Roman"/>
        </w:rPr>
        <w:t xml:space="preserve"> </w:t>
      </w:r>
      <w:r>
        <w:rPr>
          <w:rFonts w:ascii="Ebrima" w:hAnsi="Ebrima" w:eastAsia="Ebrima" w:cs="Ebrima"/>
        </w:rPr>
        <w:t>ሰዎች</w:t>
      </w:r>
      <w:r>
        <w:rPr>
          <w:rFonts w:ascii="Times New Roman" w:hAnsi="Times New Roman" w:eastAsia="Times New Roman" w:cs="Times New Roman"/>
        </w:rPr>
        <w:t xml:space="preserve"> </w:t>
      </w:r>
      <w:r>
        <w:rPr>
          <w:rFonts w:ascii="Ebrima" w:hAnsi="Ebrima" w:eastAsia="Ebrima" w:cs="Ebrima"/>
        </w:rPr>
        <w:t>ትንቢታዊ</w:t>
      </w:r>
      <w:r>
        <w:rPr>
          <w:rFonts w:ascii="Times New Roman" w:hAnsi="Times New Roman" w:eastAsia="Times New Roman" w:cs="Times New Roman"/>
        </w:rPr>
        <w:t xml:space="preserve"> </w:t>
      </w:r>
      <w:r>
        <w:rPr>
          <w:rFonts w:ascii="Ebrima" w:hAnsi="Ebrima" w:eastAsia="Ebrima" w:cs="Ebrima"/>
        </w:rPr>
        <w:t>መከፈልን</w:t>
      </w:r>
      <w:r>
        <w:rPr>
          <w:rFonts w:ascii="Times New Roman" w:hAnsi="Times New Roman" w:eastAsia="Times New Roman" w:cs="Times New Roman"/>
        </w:rPr>
        <w:t xml:space="preserve"> </w:t>
      </w:r>
      <w:r>
        <w:rPr>
          <w:rFonts w:ascii="Ebrima" w:hAnsi="Ebrima" w:eastAsia="Ebrima" w:cs="Ebrima"/>
        </w:rPr>
        <w:t>ይወክላሉ።</w:t>
      </w:r>
      <w:r>
        <w:rPr>
          <w:rFonts w:ascii="Times New Roman" w:hAnsi="Times New Roman" w:eastAsia="Times New Roman" w:cs="Times New Roman"/>
        </w:rPr>
        <w:t xml:space="preserve"> </w:t>
      </w:r>
      <w:r>
        <w:rPr>
          <w:rFonts w:ascii="Ebrima" w:hAnsi="Ebrima" w:eastAsia="Ebrima" w:cs="Ebrima"/>
        </w:rPr>
        <w:t>የኖኅ</w:t>
      </w:r>
      <w:r>
        <w:rPr>
          <w:rFonts w:ascii="Times New Roman" w:hAnsi="Times New Roman" w:eastAsia="Times New Roman" w:cs="Times New Roman"/>
        </w:rPr>
        <w:t xml:space="preserve"> </w:t>
      </w:r>
      <w:r>
        <w:rPr>
          <w:rFonts w:ascii="Ebrima" w:hAnsi="Ebrima" w:eastAsia="Ebrima" w:cs="Ebrima"/>
        </w:rPr>
        <w:t>ትውልድ</w:t>
      </w:r>
      <w:r>
        <w:rPr>
          <w:rFonts w:ascii="Times New Roman" w:hAnsi="Times New Roman" w:eastAsia="Times New Roman" w:cs="Times New Roman"/>
        </w:rPr>
        <w:t xml:space="preserve"> </w:t>
      </w:r>
      <w:r>
        <w:rPr>
          <w:rFonts w:ascii="Ebrima" w:hAnsi="Ebrima" w:eastAsia="Ebrima" w:cs="Ebrima"/>
        </w:rPr>
        <w:t>ሁለት</w:t>
      </w:r>
      <w:r>
        <w:rPr>
          <w:rFonts w:ascii="Times New Roman" w:hAnsi="Times New Roman" w:eastAsia="Times New Roman" w:cs="Times New Roman"/>
        </w:rPr>
        <w:t xml:space="preserve"> </w:t>
      </w:r>
      <w:r>
        <w:rPr>
          <w:rFonts w:ascii="Ebrima" w:hAnsi="Ebrima" w:eastAsia="Ebrima" w:cs="Ebrima"/>
        </w:rPr>
        <w:t>የስምንት</w:t>
      </w:r>
      <w:r>
        <w:rPr>
          <w:rFonts w:ascii="Times New Roman" w:hAnsi="Times New Roman" w:eastAsia="Times New Roman" w:cs="Times New Roman"/>
        </w:rPr>
        <w:t xml:space="preserve"> </w:t>
      </w:r>
      <w:r>
        <w:rPr>
          <w:rFonts w:ascii="Ebrima" w:hAnsi="Ebrima" w:eastAsia="Ebrima" w:cs="Ebrima"/>
        </w:rPr>
        <w:t>መስመሮችን</w:t>
      </w:r>
      <w:r>
        <w:rPr>
          <w:rFonts w:ascii="Times New Roman" w:hAnsi="Times New Roman" w:eastAsia="Times New Roman" w:cs="Times New Roman"/>
        </w:rPr>
        <w:t xml:space="preserve"> </w:t>
      </w:r>
      <w:r>
        <w:rPr>
          <w:rFonts w:ascii="Ebrima" w:hAnsi="Ebrima" w:eastAsia="Ebrima" w:cs="Ebrima"/>
        </w:rPr>
        <w:t>አፈራ፤</w:t>
      </w:r>
      <w:r>
        <w:rPr>
          <w:rFonts w:ascii="Times New Roman" w:hAnsi="Times New Roman" w:eastAsia="Times New Roman" w:cs="Times New Roman"/>
        </w:rPr>
        <w:t xml:space="preserve"> </w:t>
      </w:r>
      <w:r>
        <w:rPr>
          <w:rFonts w:ascii="Ebrima" w:hAnsi="Ebrima" w:eastAsia="Ebrima" w:cs="Ebrima"/>
        </w:rPr>
        <w:t>እነዚህም</w:t>
      </w:r>
      <w:r>
        <w:rPr>
          <w:rFonts w:ascii="Times New Roman" w:hAnsi="Times New Roman" w:eastAsia="Times New Roman" w:cs="Times New Roman"/>
        </w:rPr>
        <w:t xml:space="preserve"> </w:t>
      </w:r>
      <w:r>
        <w:rPr>
          <w:rFonts w:ascii="Ebrima" w:hAnsi="Ebrima" w:eastAsia="Ebrima" w:cs="Ebrima"/>
        </w:rPr>
        <w:t>በግብፅ</w:t>
      </w:r>
      <w:r>
        <w:rPr>
          <w:rFonts w:ascii="Times New Roman" w:hAnsi="Times New Roman" w:eastAsia="Times New Roman" w:cs="Times New Roman"/>
        </w:rPr>
        <w:t xml:space="preserve"> </w:t>
      </w:r>
      <w:r>
        <w:rPr>
          <w:rFonts w:ascii="Ebrima" w:hAnsi="Ebrima" w:eastAsia="Ebrima" w:cs="Ebrima"/>
        </w:rPr>
        <w:t>ያለው</w:t>
      </w:r>
      <w:r>
        <w:rPr>
          <w:rFonts w:ascii="Times New Roman" w:hAnsi="Times New Roman" w:eastAsia="Times New Roman" w:cs="Times New Roman"/>
        </w:rPr>
        <w:t xml:space="preserve"> 430 </w:t>
      </w:r>
      <w:r>
        <w:rPr>
          <w:rFonts w:ascii="Ebrima" w:hAnsi="Ebrima" w:eastAsia="Ebrima" w:cs="Ebrima"/>
        </w:rPr>
        <w:t>ዓመት</w:t>
      </w:r>
      <w:r>
        <w:rPr>
          <w:rFonts w:ascii="Times New Roman" w:hAnsi="Times New Roman" w:eastAsia="Times New Roman" w:cs="Times New Roman"/>
        </w:rPr>
        <w:t xml:space="preserve"> </w:t>
      </w:r>
      <w:r>
        <w:rPr>
          <w:rFonts w:ascii="Ebrima" w:hAnsi="Ebrima" w:eastAsia="Ebrima" w:cs="Ebrima"/>
        </w:rPr>
        <w:t>እንደሚወክለው</w:t>
      </w:r>
      <w:r>
        <w:rPr>
          <w:rFonts w:ascii="Times New Roman" w:hAnsi="Times New Roman" w:eastAsia="Times New Roman" w:cs="Times New Roman"/>
        </w:rPr>
        <w:t xml:space="preserve"> </w:t>
      </w:r>
      <w:r>
        <w:rPr>
          <w:rFonts w:ascii="Ebrima" w:hAnsi="Ebrima" w:eastAsia="Ebrima" w:cs="Ebrima"/>
        </w:rPr>
        <w:t>ሁለት</w:t>
      </w:r>
      <w:r>
        <w:rPr>
          <w:rFonts w:ascii="Times New Roman" w:hAnsi="Times New Roman" w:eastAsia="Times New Roman" w:cs="Times New Roman"/>
        </w:rPr>
        <w:t xml:space="preserve"> </w:t>
      </w:r>
      <w:r>
        <w:rPr>
          <w:rFonts w:ascii="Ebrima" w:hAnsi="Ebrima" w:eastAsia="Ebrima" w:cs="Ebrima"/>
        </w:rPr>
        <w:t>የአራት</w:t>
      </w:r>
      <w:r>
        <w:rPr>
          <w:rFonts w:ascii="Times New Roman" w:hAnsi="Times New Roman" w:eastAsia="Times New Roman" w:cs="Times New Roman"/>
        </w:rPr>
        <w:t xml:space="preserve"> </w:t>
      </w:r>
      <w:r>
        <w:rPr>
          <w:rFonts w:ascii="Ebrima" w:hAnsi="Ebrima" w:eastAsia="Ebrima" w:cs="Ebrima"/>
        </w:rPr>
        <w:t>ትውልድ</w:t>
      </w:r>
      <w:r>
        <w:rPr>
          <w:rFonts w:ascii="Times New Roman" w:hAnsi="Times New Roman" w:eastAsia="Times New Roman" w:cs="Times New Roman"/>
        </w:rPr>
        <w:t xml:space="preserve"> </w:t>
      </w:r>
      <w:r>
        <w:rPr>
          <w:rFonts w:ascii="Ebrima" w:hAnsi="Ebrima" w:eastAsia="Ebrima" w:cs="Ebrima"/>
        </w:rPr>
        <w:t>ስብስቦችን</w:t>
      </w:r>
      <w:r>
        <w:rPr>
          <w:rFonts w:ascii="Times New Roman" w:hAnsi="Times New Roman" w:eastAsia="Times New Roman" w:cs="Times New Roman"/>
        </w:rPr>
        <w:t xml:space="preserve"> </w:t>
      </w:r>
      <w:r>
        <w:rPr>
          <w:rFonts w:ascii="Ebrima" w:hAnsi="Ebrima" w:eastAsia="Ebrima" w:cs="Ebrima"/>
        </w:rPr>
        <w:t>ይወክላሉ።</w:t>
      </w:r>
      <w:r>
        <w:rPr>
          <w:rFonts w:ascii="Times New Roman" w:hAnsi="Times New Roman" w:eastAsia="Times New Roman" w:cs="Times New Roman"/>
        </w:rPr>
        <w:t xml:space="preserve"> </w:t>
      </w:r>
      <w:r>
        <w:rPr>
          <w:rFonts w:ascii="Ebrima" w:hAnsi="Ebrima" w:eastAsia="Ebrima" w:cs="Ebrima"/>
        </w:rPr>
        <w:t>የዘፍጥረት</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ትውልድ</w:t>
      </w:r>
      <w:r>
        <w:rPr>
          <w:rFonts w:ascii="Times New Roman" w:hAnsi="Times New Roman" w:eastAsia="Times New Roman" w:cs="Times New Roman"/>
        </w:rPr>
        <w:t xml:space="preserve"> </w:t>
      </w:r>
      <w:r>
        <w:rPr>
          <w:rFonts w:ascii="Ebrima" w:hAnsi="Ebrima" w:eastAsia="Ebrima" w:cs="Ebrima"/>
        </w:rPr>
        <w:t>የተመሰረተው</w:t>
      </w:r>
      <w:r>
        <w:rPr>
          <w:rFonts w:ascii="Times New Roman" w:hAnsi="Times New Roman" w:eastAsia="Times New Roman" w:cs="Times New Roman"/>
        </w:rPr>
        <w:t xml:space="preserve"> </w:t>
      </w:r>
      <w:r>
        <w:rPr>
          <w:rFonts w:ascii="Ebrima" w:hAnsi="Ebrima" w:eastAsia="Ebrima" w:cs="Ebrima"/>
        </w:rPr>
        <w:t>በስምንት</w:t>
      </w:r>
      <w:r>
        <w:rPr>
          <w:rFonts w:ascii="Times New Roman" w:hAnsi="Times New Roman" w:eastAsia="Times New Roman" w:cs="Times New Roman"/>
        </w:rPr>
        <w:t xml:space="preserve"> </w:t>
      </w:r>
      <w:r>
        <w:rPr>
          <w:rFonts w:ascii="Ebrima" w:hAnsi="Ebrima" w:eastAsia="Ebrima" w:cs="Ebrima"/>
        </w:rPr>
        <w:t>ሳይሆን</w:t>
      </w:r>
      <w:r>
        <w:rPr>
          <w:rFonts w:ascii="Times New Roman" w:hAnsi="Times New Roman" w:eastAsia="Times New Roman" w:cs="Times New Roman"/>
        </w:rPr>
        <w:t xml:space="preserve"> </w:t>
      </w:r>
      <w:r>
        <w:rPr>
          <w:rFonts w:ascii="Ebrima" w:hAnsi="Ebrima" w:eastAsia="Ebrima" w:cs="Ebrima"/>
        </w:rPr>
        <w:t>በአሥር</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ምክንያቱም</w:t>
      </w:r>
      <w:r>
        <w:rPr>
          <w:rFonts w:ascii="Times New Roman" w:hAnsi="Times New Roman" w:eastAsia="Times New Roman" w:cs="Times New Roman"/>
        </w:rPr>
        <w:t xml:space="preserve"> </w:t>
      </w:r>
      <w:r>
        <w:rPr>
          <w:rFonts w:ascii="Ebrima" w:hAnsi="Ebrima" w:eastAsia="Ebrima" w:cs="Ebrima"/>
        </w:rPr>
        <w:t>ይህ</w:t>
      </w:r>
      <w:r>
        <w:rPr>
          <w:rFonts w:ascii="Times New Roman" w:hAnsi="Times New Roman" w:eastAsia="Times New Roman" w:cs="Times New Roman"/>
        </w:rPr>
        <w:t xml:space="preserve"> </w:t>
      </w:r>
      <w:r>
        <w:rPr>
          <w:rFonts w:ascii="Ebrima" w:hAnsi="Ebrima" w:eastAsia="Ebrima" w:cs="Ebrima"/>
        </w:rPr>
        <w:t>የተመረጠ</w:t>
      </w:r>
      <w:r>
        <w:rPr>
          <w:rFonts w:ascii="Times New Roman" w:hAnsi="Times New Roman" w:eastAsia="Times New Roman" w:cs="Times New Roman"/>
        </w:rPr>
        <w:t xml:space="preserve"> </w:t>
      </w:r>
      <w:r>
        <w:rPr>
          <w:rFonts w:ascii="Ebrima" w:hAnsi="Ebrima" w:eastAsia="Ebrima" w:cs="Ebrima"/>
        </w:rPr>
        <w:t>ሕዝብ</w:t>
      </w:r>
      <w:r>
        <w:rPr>
          <w:rFonts w:ascii="Times New Roman" w:hAnsi="Times New Roman" w:eastAsia="Times New Roman" w:cs="Times New Roman"/>
        </w:rPr>
        <w:t xml:space="preserve"> </w:t>
      </w:r>
      <w:r>
        <w:rPr>
          <w:rFonts w:ascii="Ebrima" w:hAnsi="Ebrima" w:eastAsia="Ebrima" w:cs="Ebrima"/>
        </w:rPr>
        <w:t>ትውልድ</w:t>
      </w:r>
      <w:r>
        <w:rPr>
          <w:rFonts w:ascii="Times New Roman" w:hAnsi="Times New Roman" w:eastAsia="Times New Roman" w:cs="Times New Roman"/>
        </w:rPr>
        <w:t xml:space="preserve"> </w:t>
      </w:r>
      <w:r>
        <w:rPr>
          <w:rFonts w:ascii="Ebrima" w:hAnsi="Ebrima" w:eastAsia="Ebrima" w:cs="Ebrima"/>
        </w:rPr>
        <w:t>ነውና።</w:t>
      </w:r>
      <w:r>
        <w:rPr>
          <w:rFonts w:ascii="Times New Roman" w:hAnsi="Times New Roman" w:eastAsia="Times New Roman" w:cs="Times New Roman"/>
        </w:rPr>
        <w:t xml:space="preserve"> </w:t>
      </w:r>
      <w:r>
        <w:rPr>
          <w:rFonts w:ascii="Ebrima" w:hAnsi="Ebrima" w:eastAsia="Ebrima" w:cs="Ebrima"/>
        </w:rPr>
        <w:t>የተመረጠው</w:t>
      </w:r>
      <w:r>
        <w:rPr>
          <w:rFonts w:ascii="Times New Roman" w:hAnsi="Times New Roman" w:eastAsia="Times New Roman" w:cs="Times New Roman"/>
        </w:rPr>
        <w:t xml:space="preserve"> </w:t>
      </w:r>
      <w:r>
        <w:rPr>
          <w:rFonts w:ascii="Ebrima" w:hAnsi="Ebrima" w:eastAsia="Ebrima" w:cs="Ebrima"/>
        </w:rPr>
        <w:t>ሕዝብ</w:t>
      </w:r>
      <w:r>
        <w:rPr>
          <w:rFonts w:ascii="Times New Roman" w:hAnsi="Times New Roman" w:eastAsia="Times New Roman" w:cs="Times New Roman"/>
        </w:rPr>
        <w:t xml:space="preserve"> </w:t>
      </w:r>
      <w:r>
        <w:rPr>
          <w:rFonts w:ascii="Ebrima" w:hAnsi="Ebrima" w:eastAsia="Ebrima" w:cs="Ebrima"/>
        </w:rPr>
        <w:t>በሁለት</w:t>
      </w:r>
      <w:r>
        <w:rPr>
          <w:rFonts w:ascii="Times New Roman" w:hAnsi="Times New Roman" w:eastAsia="Times New Roman" w:cs="Times New Roman"/>
        </w:rPr>
        <w:t xml:space="preserve"> </w:t>
      </w:r>
      <w:r>
        <w:rPr>
          <w:rFonts w:ascii="Ebrima" w:hAnsi="Ebrima" w:eastAsia="Ebrima" w:cs="Ebrima"/>
        </w:rPr>
        <w:t>የአምስት</w:t>
      </w:r>
      <w:r>
        <w:rPr>
          <w:rFonts w:ascii="Times New Roman" w:hAnsi="Times New Roman" w:eastAsia="Times New Roman" w:cs="Times New Roman"/>
        </w:rPr>
        <w:t xml:space="preserve"> </w:t>
      </w:r>
      <w:r>
        <w:rPr>
          <w:rFonts w:ascii="Ebrima" w:hAnsi="Ebrima" w:eastAsia="Ebrima" w:cs="Ebrima"/>
        </w:rPr>
        <w:t>ቡድኖች</w:t>
      </w:r>
      <w:r>
        <w:rPr>
          <w:rFonts w:ascii="Times New Roman" w:hAnsi="Times New Roman" w:eastAsia="Times New Roman" w:cs="Times New Roman"/>
        </w:rPr>
        <w:t xml:space="preserve"> </w:t>
      </w:r>
      <w:r>
        <w:rPr>
          <w:rFonts w:ascii="Ebrima" w:hAnsi="Ebrima" w:eastAsia="Ebrima" w:cs="Ebrima"/>
        </w:rPr>
        <w:t>ይከፈላል፤</w:t>
      </w:r>
      <w:r>
        <w:rPr>
          <w:rFonts w:ascii="Times New Roman" w:hAnsi="Times New Roman" w:eastAsia="Times New Roman" w:cs="Times New Roman"/>
        </w:rPr>
        <w:t xml:space="preserve"> </w:t>
      </w:r>
      <w:r>
        <w:rPr>
          <w:rFonts w:ascii="Ebrima" w:hAnsi="Ebrima" w:eastAsia="Ebrima" w:cs="Ebrima"/>
        </w:rPr>
        <w:t>በዚህም</w:t>
      </w:r>
      <w:r>
        <w:rPr>
          <w:rFonts w:ascii="Times New Roman" w:hAnsi="Times New Roman" w:eastAsia="Times New Roman" w:cs="Times New Roman"/>
        </w:rPr>
        <w:t xml:space="preserve"> </w:t>
      </w:r>
      <w:r>
        <w:rPr>
          <w:rFonts w:ascii="Ebrima" w:hAnsi="Ebrima" w:eastAsia="Ebrima" w:cs="Ebrima"/>
        </w:rPr>
        <w:t>ከአሥሩ</w:t>
      </w:r>
      <w:r>
        <w:rPr>
          <w:rFonts w:ascii="Times New Roman" w:hAnsi="Times New Roman" w:eastAsia="Times New Roman" w:cs="Times New Roman"/>
        </w:rPr>
        <w:t xml:space="preserve"> </w:t>
      </w:r>
      <w:r>
        <w:rPr>
          <w:rFonts w:ascii="Ebrima" w:hAnsi="Ebrima" w:eastAsia="Ebrima" w:cs="Ebrima"/>
        </w:rPr>
        <w:t>ደናግል</w:t>
      </w:r>
      <w:r>
        <w:rPr>
          <w:rFonts w:ascii="Times New Roman" w:hAnsi="Times New Roman" w:eastAsia="Times New Roman" w:cs="Times New Roman"/>
        </w:rPr>
        <w:t xml:space="preserve"> </w:t>
      </w:r>
      <w:r>
        <w:rPr>
          <w:rFonts w:ascii="Ebrima" w:hAnsi="Ebrima" w:eastAsia="Ebrima" w:cs="Ebrima"/>
        </w:rPr>
        <w:t>ምሳሌ</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ይስማማል፥</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የእግዚአብሔር</w:t>
      </w:r>
      <w:r>
        <w:rPr>
          <w:rFonts w:ascii="Times New Roman" w:hAnsi="Times New Roman" w:eastAsia="Times New Roman" w:cs="Times New Roman"/>
        </w:rPr>
        <w:t xml:space="preserve"> </w:t>
      </w:r>
      <w:r>
        <w:rPr>
          <w:rFonts w:ascii="Ebrima" w:hAnsi="Ebrima" w:eastAsia="Ebrima" w:cs="Ebrima"/>
        </w:rPr>
        <w:t>የቃል</w:t>
      </w:r>
      <w:r>
        <w:rPr>
          <w:rFonts w:ascii="Times New Roman" w:hAnsi="Times New Roman" w:eastAsia="Times New Roman" w:cs="Times New Roman"/>
        </w:rPr>
        <w:t xml:space="preserve"> </w:t>
      </w:r>
      <w:r>
        <w:rPr>
          <w:rFonts w:ascii="Ebrima" w:hAnsi="Ebrima" w:eastAsia="Ebrima" w:cs="Ebrima"/>
        </w:rPr>
        <w:t>ኪዳን</w:t>
      </w:r>
      <w:r>
        <w:rPr>
          <w:rFonts w:ascii="Times New Roman" w:hAnsi="Times New Roman" w:eastAsia="Times New Roman" w:cs="Times New Roman"/>
        </w:rPr>
        <w:t xml:space="preserve"> </w:t>
      </w:r>
      <w:r>
        <w:rPr>
          <w:rFonts w:ascii="Ebrima" w:hAnsi="Ebrima" w:eastAsia="Ebrima" w:cs="Ebrima"/>
        </w:rPr>
        <w:t>ሕዝብ</w:t>
      </w:r>
      <w:r>
        <w:rPr>
          <w:rFonts w:ascii="Times New Roman" w:hAnsi="Times New Roman" w:eastAsia="Times New Roman" w:cs="Times New Roman"/>
        </w:rPr>
        <w:t xml:space="preserve"> </w:t>
      </w:r>
      <w:r>
        <w:rPr>
          <w:rFonts w:ascii="Ebrima" w:hAnsi="Ebrima" w:eastAsia="Ebrima" w:cs="Ebrima"/>
        </w:rPr>
        <w:t>ምሳሌ</w:t>
      </w:r>
      <w:r>
        <w:rPr>
          <w:rFonts w:ascii="Times New Roman" w:hAnsi="Times New Roman" w:eastAsia="Times New Roman" w:cs="Times New Roman"/>
        </w:rPr>
        <w:t xml:space="preserve"> </w:t>
      </w:r>
      <w:r>
        <w:rPr>
          <w:rFonts w:ascii="Ebrima" w:hAnsi="Ebrima" w:eastAsia="Ebrima" w:cs="Ebrima"/>
        </w:rPr>
        <w:t>ነው።</w:t>
      </w:r>
    </w:p>
    <w:p>
      <w:pPr>
        <w:pStyle w:val="ArticleBody"/>
        <w:jc w:val="left"/>
      </w:pPr>
      <w:r>
        <w:rPr>
          <w:rFonts w:ascii="Times New Roman" w:hAnsi="Times New Roman" w:eastAsia="Times New Roman" w:cs="Times New Roman"/>
        </w:rPr>
        <w:t>Юкъ талкъагъ халкъан насабда, Пелегнин аты ва анъан тарихи еринге ашырывы, Бабил манарасында ер юзю болюнген Китап тарихи анъда, акъыллы я да акъылсыз он къызнын эки сыныфка айрылышыны темсил эте. Онджулю тизимде Пелег бешинджи санды, чюнкю ол онун ортасыдыр. Ибрагимнен темсил этилген Эбер, Ибраний, ярты кечеде саданынъ вакътында эки сыныф айрылгъанда, каршы тарафкъа кечип акъыллы къыз олгъан бир акъылсыз къызны темсил эте. Ат бойынджа биринчи Ибраний олгъан Эбер, ахд бойынджа биринчи Ибраний олгъан Ибрагимни темсил эте. Рабби Ибрагимни Бабилден чакъырып чыкъаргъанда, бу ярты кечедеги сада хабарини темсил этти; бу исе, эркеклерни ве къатынларны Бабилден чыкъармагъа чакъыргъан экинджи мелекнин къуветлендирилювидир.</w:t>
      </w:r>
    </w:p>
    <w:p>
      <w:pPr>
        <w:pStyle w:val="ArticleBody"/>
        <w:jc w:val="left"/>
      </w:pPr>
      <w:r>
        <w:rPr>
          <w:rFonts w:ascii="Times New Roman" w:hAnsi="Times New Roman" w:eastAsia="Times New Roman" w:cs="Times New Roman"/>
        </w:rPr>
        <w:t>Ун тал къызныӊ мәсәли, сынақ есигин жапатұғын Пелегтиӊ бӧлинў сызығы жабылмастан сәл алдын, сыртқа шығыўға шақырыўды кӧрсететұғын Ебер мен Пелег арқалы бейнеленген. Пайғамбарлық байланыста Ебер Пелегтен кейин 430 жыл жасады, ал Пелег 30 жыл жасады. Ибраһимниӊ үш қатлы аҳдиниӊ биринши қадамы Ебер мен Пелег арқалы кӧрсетилди. Ебер мен Пелег арасындағы бӧлинў сызығы еки топ арасындағы шек болғаны сыяқлы, солай етип Ибраһим де сондай болған. Павелдиӊ Ибраһим пайғамбарлығына қосқаны — Пелегтиӊ Ебер пайғамбарлығына қосқаны. Ебер 400 жылды жариялады, бирақ Пелег 430 жылды анықлап кӧрсетті. Сонлықтан Пелег Павелди бейнеледи, сондай-ақ Павелдиӊ 400 жылға 30 жыл қосқаны да, ал Павелдиӊ хизмети Киели китап пайғамбарлығындағы Пелегти анықлаў ушын еди. Павел анықлаған Киели китап пайғамбарлығындағы «Пелег» халықтыӊ нақтыдан руханийға бӧлиниўин бейнеледи.</w:t>
      </w:r>
    </w:p>
    <w:p>
      <w:pPr>
        <w:pStyle w:val="ArticleBody"/>
        <w:jc w:val="left"/>
      </w:pPr>
      <w:r>
        <w:rPr>
          <w:rFonts w:ascii="Ebrima" w:hAnsi="Ebrima" w:eastAsia="Ebrima" w:cs="Ebrima"/>
        </w:rPr>
        <w:t>ሰም</w:t>
      </w:r>
      <w:r>
        <w:rPr>
          <w:rFonts w:ascii="Times New Roman" w:hAnsi="Times New Roman" w:eastAsia="Times New Roman" w:cs="Times New Roman"/>
        </w:rPr>
        <w:t xml:space="preserve"> </w:t>
      </w:r>
      <w:r>
        <w:rPr>
          <w:rFonts w:ascii="Ebrima" w:hAnsi="Ebrima" w:eastAsia="Ebrima" w:cs="Ebrima"/>
        </w:rPr>
        <w:t>እስከ</w:t>
      </w:r>
      <w:r>
        <w:rPr>
          <w:rFonts w:ascii="Times New Roman" w:hAnsi="Times New Roman" w:eastAsia="Times New Roman" w:cs="Times New Roman"/>
        </w:rPr>
        <w:t xml:space="preserve"> </w:t>
      </w:r>
      <w:r>
        <w:rPr>
          <w:rFonts w:ascii="Ebrima" w:hAnsi="Ebrima" w:eastAsia="Ebrima" w:cs="Ebrima"/>
        </w:rPr>
        <w:t>ፈሌግ</w:t>
      </w:r>
      <w:r>
        <w:rPr>
          <w:rFonts w:ascii="Times New Roman" w:hAnsi="Times New Roman" w:eastAsia="Times New Roman" w:cs="Times New Roman"/>
        </w:rPr>
        <w:t xml:space="preserve">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አምስት</w:t>
      </w:r>
      <w:r>
        <w:rPr>
          <w:rFonts w:ascii="Times New Roman" w:hAnsi="Times New Roman" w:eastAsia="Times New Roman" w:cs="Times New Roman"/>
        </w:rPr>
        <w:t xml:space="preserve"> </w:t>
      </w:r>
      <w:r>
        <w:rPr>
          <w:rFonts w:ascii="Ebrima" w:hAnsi="Ebrima" w:eastAsia="Ebrima" w:cs="Ebrima"/>
        </w:rPr>
        <w:t>ትውልዶች</w:t>
      </w:r>
      <w:r>
        <w:rPr>
          <w:rFonts w:ascii="Times New Roman" w:hAnsi="Times New Roman" w:eastAsia="Times New Roman" w:cs="Times New Roman"/>
        </w:rPr>
        <w:t xml:space="preserve"> </w:t>
      </w:r>
      <w:r>
        <w:rPr>
          <w:rFonts w:ascii="Ebrima" w:hAnsi="Ebrima" w:eastAsia="Ebrima" w:cs="Ebrima"/>
        </w:rPr>
        <w:t>ናቸው፤</w:t>
      </w:r>
      <w:r>
        <w:rPr>
          <w:rFonts w:ascii="Times New Roman" w:hAnsi="Times New Roman" w:eastAsia="Times New Roman" w:cs="Times New Roman"/>
        </w:rPr>
        <w:t xml:space="preserve"> </w:t>
      </w:r>
      <w:r>
        <w:rPr>
          <w:rFonts w:ascii="Ebrima" w:hAnsi="Ebrima" w:eastAsia="Ebrima" w:cs="Ebrima"/>
        </w:rPr>
        <w:t>ከሩእ</w:t>
      </w:r>
      <w:r>
        <w:rPr>
          <w:rFonts w:ascii="Times New Roman" w:hAnsi="Times New Roman" w:eastAsia="Times New Roman" w:cs="Times New Roman"/>
        </w:rPr>
        <w:t xml:space="preserve"> </w:t>
      </w:r>
      <w:r>
        <w:rPr>
          <w:rFonts w:ascii="Ebrima" w:hAnsi="Ebrima" w:eastAsia="Ebrima" w:cs="Ebrima"/>
        </w:rPr>
        <w:t>እስከ</w:t>
      </w:r>
      <w:r>
        <w:rPr>
          <w:rFonts w:ascii="Times New Roman" w:hAnsi="Times New Roman" w:eastAsia="Times New Roman" w:cs="Times New Roman"/>
        </w:rPr>
        <w:t xml:space="preserve"> </w:t>
      </w:r>
      <w:r>
        <w:rPr>
          <w:rFonts w:ascii="Ebrima" w:hAnsi="Ebrima" w:eastAsia="Ebrima" w:cs="Ebrima"/>
        </w:rPr>
        <w:t>አብራምም</w:t>
      </w:r>
      <w:r>
        <w:rPr>
          <w:rFonts w:ascii="Times New Roman" w:hAnsi="Times New Roman" w:eastAsia="Times New Roman" w:cs="Times New Roman"/>
        </w:rPr>
        <w:t xml:space="preserve"> </w:t>
      </w:r>
      <w:r>
        <w:rPr>
          <w:rFonts w:ascii="Ebrima" w:hAnsi="Ebrima" w:eastAsia="Ebrima" w:cs="Ebrima"/>
        </w:rPr>
        <w:t>አምስት</w:t>
      </w:r>
      <w:r>
        <w:rPr>
          <w:rFonts w:ascii="Times New Roman" w:hAnsi="Times New Roman" w:eastAsia="Times New Roman" w:cs="Times New Roman"/>
        </w:rPr>
        <w:t xml:space="preserve"> </w:t>
      </w:r>
      <w:r>
        <w:rPr>
          <w:rFonts w:ascii="Ebrima" w:hAnsi="Ebrima" w:eastAsia="Ebrima" w:cs="Ebrima"/>
        </w:rPr>
        <w:t>ናቸው።</w:t>
      </w:r>
    </w:p>
    <w:p>
      <w:pPr>
        <w:pStyle w:val="ArticleScripture"/>
        <w:jc w:val="left"/>
      </w:pPr>
      <w:r>
        <w:rPr>
          <w:rFonts w:ascii="Times New Roman" w:hAnsi="Times New Roman" w:eastAsia="Times New Roman" w:cs="Times New Roman"/>
        </w:rPr>
        <w:t>I màw gàn Abram, “Bò ó dájú pé irú-ọmọ rẹ yóò jẹ́ àlejò ní ilẹ̀ tí kì í ṣe tiwọn, wọn yóò sì máa sìn wọn; wọn yóò sì máa pọ́n wọn lójú fún ọdún ẹgbẹ̀rin.” Jẹ́nẹ́sísì 15:13.</w:t>
      </w:r>
    </w:p>
    <w:p>
      <w:pPr>
        <w:pStyle w:val="ArticleScripture"/>
        <w:jc w:val="left"/>
      </w:pPr>
      <w:r>
        <w:rPr>
          <w:rFonts w:ascii="Times New Roman" w:hAnsi="Times New Roman" w:eastAsia="Times New Roman" w:cs="Times New Roman"/>
        </w:rPr>
        <w:t>Նա իսկ Աբրահամին և նրա սերնդին տրվեցին խոստումները։ Չի ասում՝ «և սերունդներին», իբրև շատերի մասին, այլ իբրև մեկի մասին՝ «և քո սերնդին», որ Քրիստոսն է։ Եվ սա եմ ասում, որ ուխտը, որ Աստծուց նախապես հաստատվել էր Քրիստոսով, այն օրենքը, որ եկավ չորս հարյուր երեսուն տարի հետո, չի կարող անվավեր անել, որպեսզի խոստումը զուր դառնա։ Որովհետև եթե ժառանգությունը օրենքից է, այլևս խոստումից չէ. բայց Աստված այն Աբրահամին տվեց խոստումով։ Գաղատացիներ 3:16–18.</w:t>
      </w:r>
    </w:p>
    <w:p>
      <w:pPr>
        <w:pStyle w:val="ArticleBody"/>
        <w:jc w:val="left"/>
      </w:pPr>
      <w:r>
        <w:rPr>
          <w:rFonts w:ascii="Times New Roman" w:hAnsi="Times New Roman" w:eastAsia="Times New Roman" w:cs="Times New Roman"/>
        </w:rPr>
        <w:t>لە تەمەنی سی ساڵیدا</w:t>
      </w:r>
    </w:p>
    <w:p>
      <w:pPr>
        <w:pStyle w:val="ArticleBody"/>
        <w:jc w:val="left"/>
      </w:pP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सेवा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तीस</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थे।</w:t>
      </w:r>
    </w:p>
    <w:p>
      <w:pPr>
        <w:pStyle w:val="ArticleScripture"/>
        <w:jc w:val="left"/>
      </w:pPr>
      <w:r>
        <w:rPr>
          <w:rFonts w:ascii="Times New Roman" w:hAnsi="Times New Roman" w:eastAsia="Times New Roman" w:cs="Times New Roman"/>
        </w:rPr>
        <w:t>Atan Jesus mismo in rugyan na magin mga treinta anyos, nga (siring han paghunahuna han mga tawo) anak ni Jose, nga anak ni Heli. Lucas 3:23.</w:t>
      </w:r>
    </w:p>
    <w:p>
      <w:pPr>
        <w:pStyle w:val="ArticleBody"/>
        <w:jc w:val="left"/>
      </w:pPr>
      <w:r>
        <w:rPr>
          <w:rFonts w:ascii="Times New Roman" w:hAnsi="Times New Roman" w:eastAsia="Times New Roman" w:cs="Times New Roman"/>
        </w:rPr>
        <w:t>يوسف بدأ أن يخدم فرعون في مصر لما كان عمره ثلاثين سنة.</w:t>
      </w:r>
    </w:p>
    <w:p>
      <w:pPr>
        <w:pStyle w:val="ArticleScripture"/>
        <w:jc w:val="left"/>
      </w:pPr>
      <w:r>
        <w:rPr>
          <w:rFonts w:ascii="Times New Roman" w:hAnsi="Times New Roman" w:eastAsia="Times New Roman" w:cs="Times New Roman"/>
        </w:rPr>
        <w:t>ۋە يۇسۇف مىسىر پادىشاھى فىرئەۋننىڭ ئالدىدا تۇرغان چاغدا ئوتتۇز ياشتا ئىدى. ۋە يۇسۇف فىرئەۋننىڭ ھۇزۇرىدىن چىقىپ، مىسىرنىڭ پۈتۈن زېمىنىنى ئايلىنىپ چىقتى. يارىتىلىش 41:46.</w:t>
      </w:r>
    </w:p>
    <w:p>
      <w:pPr>
        <w:pStyle w:val="ArticleBody"/>
        <w:jc w:val="left"/>
      </w:pPr>
      <w:r>
        <w:rPr>
          <w:rFonts w:ascii="Myanmar Text" w:hAnsi="Myanmar Text" w:eastAsia="Myanmar Text" w:cs="Myanmar Text"/>
        </w:rPr>
        <w:t>နဗီးဧဇကေလသည်</w:t>
      </w:r>
      <w:r>
        <w:rPr>
          <w:rFonts w:ascii="Times New Roman" w:hAnsi="Times New Roman" w:eastAsia="Times New Roman" w:cs="Times New Roman"/>
        </w:rPr>
        <w:t xml:space="preserve"> </w:t>
      </w:r>
      <w:r>
        <w:rPr>
          <w:rFonts w:ascii="Myanmar Text" w:hAnsi="Myanmar Text" w:eastAsia="Myanmar Text" w:cs="Myanmar Text"/>
        </w:rPr>
        <w:t>မိမိအမှုတော်ကို</w:t>
      </w:r>
      <w:r>
        <w:rPr>
          <w:rFonts w:ascii="Times New Roman" w:hAnsi="Times New Roman" w:eastAsia="Times New Roman" w:cs="Times New Roman"/>
        </w:rPr>
        <w:t xml:space="preserve"> </w:t>
      </w:r>
      <w:r>
        <w:rPr>
          <w:rFonts w:ascii="Myanmar Text" w:hAnsi="Myanmar Text" w:eastAsia="Myanmar Text" w:cs="Myanmar Text"/>
        </w:rPr>
        <w:t>စတင်သောအခါ</w:t>
      </w:r>
      <w:r>
        <w:rPr>
          <w:rFonts w:ascii="Times New Roman" w:hAnsi="Times New Roman" w:eastAsia="Times New Roman" w:cs="Times New Roman"/>
        </w:rPr>
        <w:t xml:space="preserve"> </w:t>
      </w:r>
      <w:r>
        <w:rPr>
          <w:rFonts w:ascii="Myanmar Text" w:hAnsi="Myanmar Text" w:eastAsia="Myanmar Text" w:cs="Myanmar Text"/>
        </w:rPr>
        <w:t>အသက်သုံးဆယ်ရှိပြီး၊</w:t>
      </w:r>
      <w:r>
        <w:rPr>
          <w:rFonts w:ascii="Times New Roman" w:hAnsi="Times New Roman" w:eastAsia="Times New Roman" w:cs="Times New Roman"/>
        </w:rPr>
        <w:t xml:space="preserve"> </w:t>
      </w:r>
      <w:r>
        <w:rPr>
          <w:rFonts w:ascii="Myanmar Text" w:hAnsi="Myanmar Text" w:eastAsia="Myanmar Text" w:cs="Myanmar Text"/>
        </w:rPr>
        <w:t>သူ၏အမှုတော်သည်</w:t>
      </w:r>
      <w:r>
        <w:rPr>
          <w:rFonts w:ascii="Times New Roman" w:hAnsi="Times New Roman" w:eastAsia="Times New Roman" w:cs="Times New Roman"/>
        </w:rPr>
        <w:t xml:space="preserve"> </w:t>
      </w:r>
      <w:r>
        <w:rPr>
          <w:rFonts w:ascii="Myanmar Text" w:hAnsi="Myanmar Text" w:eastAsia="Myanmar Text" w:cs="Myanmar Text"/>
        </w:rPr>
        <w:t>နှစ်ဆယ့်နှစ်နှစ်</w:t>
      </w:r>
      <w:r>
        <w:rPr>
          <w:rFonts w:ascii="Times New Roman" w:hAnsi="Times New Roman" w:eastAsia="Times New Roman" w:cs="Times New Roman"/>
        </w:rPr>
        <w:t xml:space="preserve"> </w:t>
      </w:r>
      <w:r>
        <w:rPr>
          <w:rFonts w:ascii="Myanmar Text" w:hAnsi="Myanmar Text" w:eastAsia="Myanmar Text" w:cs="Myanmar Text"/>
        </w:rPr>
        <w:t>ကြာမြင့်ခဲ့သည်။</w:t>
      </w:r>
    </w:p>
    <w:p>
      <w:pPr>
        <w:pStyle w:val="ArticleScripture"/>
        <w:jc w:val="left"/>
      </w:pPr>
      <w:r>
        <w:rPr>
          <w:rFonts w:ascii="Times New Roman" w:hAnsi="Times New Roman" w:eastAsia="Times New Roman" w:cs="Times New Roman"/>
        </w:rPr>
        <w:t>Nau atsakė trečiasis dešimtmetis, ketvirtą mėnesį, penktą mėnesio dieną, kai buvau tarp belaisvių prie Kebaro upės, dangūs atsivėrė, ir aš regėjau Dievo regėjimus. Ezechielio 1:1.</w:t>
      </w:r>
    </w:p>
    <w:p>
      <w:pPr>
        <w:pStyle w:val="ArticleBody"/>
        <w:jc w:val="left"/>
      </w:pPr>
      <w:r>
        <w:rPr>
          <w:rFonts w:ascii="Times New Roman" w:hAnsi="Times New Roman" w:eastAsia="Times New Roman" w:cs="Times New Roman"/>
        </w:rPr>
        <w:t>حزقیئل در نوشته‌های خویش بیش از هر نبیِ دیگر اشارات تاریخی دارد. در نوشته‌های حزقیئل سیزده اشارهٔ مستقیم به تاریخ‌های قابلِ تعیین وجود دارد، و علمای کتاب‌مقدس و مورخان، نادانسته، تأیید می‌کنند که خدمت او بیست‌ودو سال به‌درازا کشید؛ هرچند نمی‌دانند که بیست‌ودو نمادِ صد و چهل و چهار هزار است.</w:t>
      </w:r>
    </w:p>
    <w:p>
      <w:pPr>
        <w:pStyle w:val="ArticleBody"/>
        <w:jc w:val="left"/>
      </w:pPr>
      <w:r>
        <w:rPr>
          <w:rFonts w:ascii="Times New Roman" w:hAnsi="Times New Roman" w:eastAsia="Times New Roman" w:cs="Times New Roman"/>
        </w:rPr>
        <w:t>Ari Tawit yeroo mootii taʼee mootummaa qabate soddomii waggaa ture; waggaa afurtamaafis mootummaa ni bulche.</w:t>
      </w:r>
    </w:p>
    <w:p>
      <w:pPr>
        <w:pStyle w:val="ArticleScripture"/>
        <w:jc w:val="left"/>
      </w:pPr>
      <w:r>
        <w:rPr>
          <w:rFonts w:ascii="Times New Roman" w:hAnsi="Times New Roman" w:eastAsia="Times New Roman" w:cs="Times New Roman"/>
        </w:rPr>
        <w:t>داود هنگامی که به پادشاهی آغاز کرد، سی ساله بود، و چهل سال سلطنت نمود. در حبرون بر یهودا هفت سال و شش ماه پادشاهی کرد؛ و در اورشلیم سی و سه سال بر تمامی اسرائیل و یهودا سلطنت نمود. ۲ سموئیل ۵:۴، ۵</w:t>
      </w:r>
    </w:p>
    <w:p>
      <w:pPr>
        <w:pStyle w:val="ArticleBody"/>
        <w:jc w:val="left"/>
      </w:pPr>
      <w:r>
        <w:rPr>
          <w:rFonts w:ascii="Times New Roman" w:hAnsi="Times New Roman" w:eastAsia="Times New Roman" w:cs="Times New Roman"/>
        </w:rPr>
        <w:t xml:space="preserve">דָּוִדִינ </w:t>
      </w:r>
      <w:r>
        <w:rPr>
          <w:rFonts w:ascii="Segoe UI Historic" w:hAnsi="Segoe UI Historic" w:eastAsia="Segoe UI Historic" w:cs="Segoe UI Historic"/>
        </w:rPr>
        <w:t>ܐܪܒܥܝܢ</w:t>
      </w:r>
      <w:r>
        <w:rPr>
          <w:rFonts w:ascii="Times New Roman" w:hAnsi="Times New Roman" w:eastAsia="Times New Roman" w:cs="Times New Roman"/>
        </w:rPr>
        <w:t xml:space="preserve"> </w:t>
      </w:r>
      <w:r>
        <w:rPr>
          <w:rFonts w:ascii="Segoe UI Historic" w:hAnsi="Segoe UI Historic" w:eastAsia="Segoe UI Historic" w:cs="Segoe UI Historic"/>
        </w:rPr>
        <w:t>ܫܢ</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ܕܡܠܟܘܬܗ</w:t>
      </w:r>
      <w:r>
        <w:rPr>
          <w:rFonts w:ascii="Times New Roman" w:hAnsi="Times New Roman" w:eastAsia="Times New Roman" w:cs="Times New Roman"/>
        </w:rPr>
        <w:t xml:space="preserve"> </w:t>
      </w:r>
      <w:r>
        <w:rPr>
          <w:rFonts w:ascii="Segoe UI Historic" w:hAnsi="Segoe UI Historic" w:eastAsia="Segoe UI Historic" w:cs="Segoe UI Historic"/>
        </w:rPr>
        <w:t>ܗܝ</w:t>
      </w:r>
      <w:r>
        <w:rPr>
          <w:rFonts w:ascii="Times New Roman" w:hAnsi="Times New Roman" w:eastAsia="Times New Roman" w:cs="Times New Roman"/>
        </w:rPr>
        <w:t xml:space="preserve"> </w:t>
      </w:r>
      <w:r>
        <w:rPr>
          <w:rFonts w:ascii="Segoe UI Historic" w:hAnsi="Segoe UI Historic" w:eastAsia="Segoe UI Historic" w:cs="Segoe UI Historic"/>
        </w:rPr>
        <w:t>ܡܢܝܢܐ</w:t>
      </w:r>
      <w:r>
        <w:rPr>
          <w:rFonts w:ascii="Times New Roman" w:hAnsi="Times New Roman" w:eastAsia="Times New Roman" w:cs="Times New Roman"/>
        </w:rPr>
        <w:t xml:space="preserve"> </w:t>
      </w:r>
      <w:r>
        <w:rPr>
          <w:rFonts w:ascii="Segoe UI Historic" w:hAnsi="Segoe UI Historic" w:eastAsia="Segoe UI Historic" w:cs="Segoe UI Historic"/>
        </w:rPr>
        <w:t>ܣܝܡܠܝ</w:t>
      </w:r>
      <w:r>
        <w:rPr>
          <w:rFonts w:ascii="Times New Roman" w:hAnsi="Times New Roman" w:eastAsia="Times New Roman" w:cs="Times New Roman"/>
        </w:rPr>
        <w:t xml:space="preserve">، </w:t>
      </w:r>
      <w:r>
        <w:rPr>
          <w:rFonts w:ascii="Segoe UI Historic" w:hAnsi="Segoe UI Historic" w:eastAsia="Segoe UI Historic" w:cs="Segoe UI Historic"/>
        </w:rPr>
        <w:t>ܘܡܕܬܐ</w:t>
      </w:r>
      <w:r>
        <w:rPr>
          <w:rFonts w:ascii="Times New Roman" w:hAnsi="Times New Roman" w:eastAsia="Times New Roman" w:cs="Times New Roman"/>
        </w:rPr>
        <w:t xml:space="preserve"> </w:t>
      </w:r>
      <w:r>
        <w:rPr>
          <w:rFonts w:ascii="Segoe UI Historic" w:hAnsi="Segoe UI Historic" w:eastAsia="Segoe UI Historic" w:cs="Segoe UI Historic"/>
        </w:rPr>
        <w:t>ܕܐܪܒܥܝܢ</w:t>
      </w:r>
      <w:r>
        <w:rPr>
          <w:rFonts w:ascii="Times New Roman" w:hAnsi="Times New Roman" w:eastAsia="Times New Roman" w:cs="Times New Roman"/>
        </w:rPr>
        <w:t xml:space="preserve"> </w:t>
      </w:r>
      <w:r>
        <w:rPr>
          <w:rFonts w:ascii="Segoe UI Historic" w:hAnsi="Segoe UI Historic" w:eastAsia="Segoe UI Historic" w:cs="Segoe UI Historic"/>
        </w:rPr>
        <w:t>ܐܝܟ</w:t>
      </w:r>
      <w:r>
        <w:rPr>
          <w:rFonts w:ascii="Times New Roman" w:hAnsi="Times New Roman" w:eastAsia="Times New Roman" w:cs="Times New Roman"/>
        </w:rPr>
        <w:t xml:space="preserve"> </w:t>
      </w:r>
      <w:r>
        <w:rPr>
          <w:rFonts w:ascii="Segoe UI Historic" w:hAnsi="Segoe UI Historic" w:eastAsia="Segoe UI Historic" w:cs="Segoe UI Historic"/>
        </w:rPr>
        <w:t>ܐܪܒܥܡܐ</w:t>
      </w:r>
      <w:r>
        <w:rPr>
          <w:rFonts w:ascii="Times New Roman" w:hAnsi="Times New Roman" w:eastAsia="Times New Roman" w:cs="Times New Roman"/>
        </w:rPr>
        <w:t xml:space="preserve"> </w:t>
      </w:r>
      <w:r>
        <w:rPr>
          <w:rFonts w:ascii="Segoe UI Historic" w:hAnsi="Segoe UI Historic" w:eastAsia="Segoe UI Historic" w:cs="Segoe UI Historic"/>
        </w:rPr>
        <w:t>ܘܬܠܬܝܢ</w:t>
      </w:r>
      <w:r>
        <w:rPr>
          <w:rFonts w:ascii="Times New Roman" w:hAnsi="Times New Roman" w:eastAsia="Times New Roman" w:cs="Times New Roman"/>
        </w:rPr>
        <w:t xml:space="preserve"> </w:t>
      </w:r>
      <w:r>
        <w:rPr>
          <w:rFonts w:ascii="Segoe UI Historic" w:hAnsi="Segoe UI Historic" w:eastAsia="Segoe UI Historic" w:cs="Segoe UI Historic"/>
        </w:rPr>
        <w:t>ܫܢ</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ܕܐܒܪܡ</w:t>
      </w:r>
      <w:r>
        <w:rPr>
          <w:rFonts w:ascii="Times New Roman" w:hAnsi="Times New Roman" w:eastAsia="Times New Roman" w:cs="Times New Roman"/>
        </w:rPr>
        <w:t xml:space="preserve"> </w:t>
      </w:r>
      <w:r>
        <w:rPr>
          <w:rFonts w:ascii="Segoe UI Historic" w:hAnsi="Segoe UI Historic" w:eastAsia="Segoe UI Historic" w:cs="Segoe UI Historic"/>
        </w:rPr>
        <w:t>ܘܕܦܘܠܘܣ</w:t>
      </w:r>
      <w:r>
        <w:rPr>
          <w:rFonts w:ascii="Times New Roman" w:hAnsi="Times New Roman" w:eastAsia="Times New Roman" w:cs="Times New Roman"/>
        </w:rPr>
        <w:t xml:space="preserve"> </w:t>
      </w:r>
      <w:r>
        <w:rPr>
          <w:rFonts w:ascii="Segoe UI Historic" w:hAnsi="Segoe UI Historic" w:eastAsia="Segoe UI Historic" w:cs="Segoe UI Historic"/>
        </w:rPr>
        <w:t>ܗܝ</w:t>
      </w:r>
      <w:r>
        <w:rPr>
          <w:rFonts w:ascii="Times New Roman" w:hAnsi="Times New Roman" w:eastAsia="Times New Roman" w:cs="Times New Roman"/>
        </w:rPr>
        <w:t xml:space="preserve">، </w:t>
      </w:r>
      <w:r>
        <w:rPr>
          <w:rFonts w:ascii="Segoe UI Historic" w:hAnsi="Segoe UI Historic" w:eastAsia="Segoe UI Historic" w:cs="Segoe UI Historic"/>
        </w:rPr>
        <w:t>ܡܛܠ</w:t>
      </w:r>
      <w:r>
        <w:rPr>
          <w:rFonts w:ascii="Times New Roman" w:hAnsi="Times New Roman" w:eastAsia="Times New Roman" w:cs="Times New Roman"/>
        </w:rPr>
        <w:t xml:space="preserve"> </w:t>
      </w:r>
      <w:r>
        <w:rPr>
          <w:rFonts w:ascii="Segoe UI Historic" w:hAnsi="Segoe UI Historic" w:eastAsia="Segoe UI Historic" w:cs="Segoe UI Historic"/>
        </w:rPr>
        <w:t>ܕܐܪܒܥܝܢ</w:t>
      </w:r>
      <w:r>
        <w:rPr>
          <w:rFonts w:ascii="Times New Roman" w:hAnsi="Times New Roman" w:eastAsia="Times New Roman" w:cs="Times New Roman"/>
        </w:rPr>
        <w:t xml:space="preserve"> </w:t>
      </w:r>
      <w:r>
        <w:rPr>
          <w:rFonts w:ascii="Segoe UI Historic" w:hAnsi="Segoe UI Historic" w:eastAsia="Segoe UI Historic" w:cs="Segoe UI Historic"/>
        </w:rPr>
        <w:t>ܫܢ</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ܡܬܦܠܓܢ</w:t>
      </w:r>
      <w:r>
        <w:rPr>
          <w:rFonts w:ascii="Times New Roman" w:hAnsi="Times New Roman" w:eastAsia="Times New Roman" w:cs="Times New Roman"/>
        </w:rPr>
        <w:t xml:space="preserve"> </w:t>
      </w:r>
      <w:r>
        <w:rPr>
          <w:rFonts w:ascii="Segoe UI Historic" w:hAnsi="Segoe UI Historic" w:eastAsia="Segoe UI Historic" w:cs="Segoe UI Historic"/>
        </w:rPr>
        <w:t>ܠܬܪܝܢ</w:t>
      </w:r>
      <w:r>
        <w:rPr>
          <w:rFonts w:ascii="Times New Roman" w:hAnsi="Times New Roman" w:eastAsia="Times New Roman" w:cs="Times New Roman"/>
        </w:rPr>
        <w:t xml:space="preserve"> </w:t>
      </w:r>
      <w:r>
        <w:rPr>
          <w:rFonts w:ascii="Segoe UI Historic" w:hAnsi="Segoe UI Historic" w:eastAsia="Segoe UI Historic" w:cs="Segoe UI Historic"/>
        </w:rPr>
        <w:t>ܚܠܩ</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ܫܒܥ</w:t>
      </w:r>
      <w:r>
        <w:rPr>
          <w:rFonts w:ascii="Times New Roman" w:hAnsi="Times New Roman" w:eastAsia="Times New Roman" w:cs="Times New Roman"/>
        </w:rPr>
        <w:t xml:space="preserve"> </w:t>
      </w:r>
      <w:r>
        <w:rPr>
          <w:rFonts w:ascii="Segoe UI Historic" w:hAnsi="Segoe UI Historic" w:eastAsia="Segoe UI Historic" w:cs="Segoe UI Historic"/>
        </w:rPr>
        <w:t>ܘܦܠܓܗ</w:t>
      </w:r>
      <w:r>
        <w:rPr>
          <w:rFonts w:ascii="Times New Roman" w:hAnsi="Times New Roman" w:eastAsia="Times New Roman" w:cs="Times New Roman"/>
        </w:rPr>
        <w:t xml:space="preserve"> </w:t>
      </w:r>
      <w:r>
        <w:rPr>
          <w:rFonts w:ascii="Segoe UI Historic" w:hAnsi="Segoe UI Historic" w:eastAsia="Segoe UI Historic" w:cs="Segoe UI Historic"/>
        </w:rPr>
        <w:t>ܘܬܠܬܝܢ</w:t>
      </w:r>
      <w:r>
        <w:rPr>
          <w:rFonts w:ascii="Times New Roman" w:hAnsi="Times New Roman" w:eastAsia="Times New Roman" w:cs="Times New Roman"/>
        </w:rPr>
        <w:t xml:space="preserve"> </w:t>
      </w:r>
      <w:r>
        <w:rPr>
          <w:rFonts w:ascii="Segoe UI Historic" w:hAnsi="Segoe UI Historic" w:eastAsia="Segoe UI Historic" w:cs="Segoe UI Historic"/>
        </w:rPr>
        <w:t>ܘܬܠܬ</w:t>
      </w:r>
      <w:r>
        <w:rPr>
          <w:rFonts w:ascii="Times New Roman" w:hAnsi="Times New Roman" w:eastAsia="Times New Roman" w:cs="Times New Roman"/>
        </w:rPr>
        <w:t xml:space="preserve">). </w:t>
      </w:r>
      <w:r>
        <w:rPr>
          <w:rFonts w:ascii="Segoe UI Historic" w:hAnsi="Segoe UI Historic" w:eastAsia="Segoe UI Historic" w:cs="Segoe UI Historic"/>
        </w:rPr>
        <w:t>ܬܪܝܢ</w:t>
      </w:r>
      <w:r>
        <w:rPr>
          <w:rFonts w:ascii="Times New Roman" w:hAnsi="Times New Roman" w:eastAsia="Times New Roman" w:cs="Times New Roman"/>
        </w:rPr>
        <w:t xml:space="preserve"> </w:t>
      </w:r>
      <w:r>
        <w:rPr>
          <w:rFonts w:ascii="Segoe UI Historic" w:hAnsi="Segoe UI Historic" w:eastAsia="Segoe UI Historic" w:cs="Segoe UI Historic"/>
        </w:rPr>
        <w:t>ܙܒܢ</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ܕܐܪܒܥܝܢ</w:t>
      </w:r>
      <w:r>
        <w:rPr>
          <w:rFonts w:ascii="Times New Roman" w:hAnsi="Times New Roman" w:eastAsia="Times New Roman" w:cs="Times New Roman"/>
        </w:rPr>
        <w:t xml:space="preserve"> </w:t>
      </w:r>
      <w:r>
        <w:rPr>
          <w:rFonts w:ascii="Segoe UI Historic" w:hAnsi="Segoe UI Historic" w:eastAsia="Segoe UI Historic" w:cs="Segoe UI Historic"/>
        </w:rPr>
        <w:t>ܫܢ</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ܕܡܠܟܘܬܗ</w:t>
      </w:r>
      <w:r>
        <w:rPr>
          <w:rFonts w:ascii="Times New Roman" w:hAnsi="Times New Roman" w:eastAsia="Times New Roman" w:cs="Times New Roman"/>
        </w:rPr>
        <w:t xml:space="preserve"> </w:t>
      </w:r>
      <w:r>
        <w:rPr>
          <w:rFonts w:ascii="Segoe UI Historic" w:hAnsi="Segoe UI Historic" w:eastAsia="Segoe UI Historic" w:cs="Segoe UI Historic"/>
        </w:rPr>
        <w:t>ܕܕܘܝܕ</w:t>
      </w:r>
      <w:r>
        <w:rPr>
          <w:rFonts w:ascii="Times New Roman" w:hAnsi="Times New Roman" w:eastAsia="Times New Roman" w:cs="Times New Roman"/>
        </w:rPr>
        <w:t xml:space="preserve">، </w:t>
      </w:r>
      <w:r>
        <w:rPr>
          <w:rFonts w:ascii="Segoe UI Historic" w:hAnsi="Segoe UI Historic" w:eastAsia="Segoe UI Historic" w:cs="Segoe UI Historic"/>
        </w:rPr>
        <w:t>ܐܝܬ</w:t>
      </w:r>
      <w:r>
        <w:rPr>
          <w:rFonts w:ascii="Times New Roman" w:hAnsi="Times New Roman" w:eastAsia="Times New Roman" w:cs="Times New Roman"/>
        </w:rPr>
        <w:t xml:space="preserve"> </w:t>
      </w:r>
      <w:r>
        <w:rPr>
          <w:rFonts w:ascii="Segoe UI Historic" w:hAnsi="Segoe UI Historic" w:eastAsia="Segoe UI Historic" w:cs="Segoe UI Historic"/>
        </w:rPr>
        <w:t>ܒܗܘܢ</w:t>
      </w:r>
      <w:r>
        <w:rPr>
          <w:rFonts w:ascii="Times New Roman" w:hAnsi="Times New Roman" w:eastAsia="Times New Roman" w:cs="Times New Roman"/>
        </w:rPr>
        <w:t xml:space="preserve"> </w:t>
      </w:r>
      <w:r>
        <w:rPr>
          <w:rFonts w:ascii="Segoe UI Historic" w:hAnsi="Segoe UI Historic" w:eastAsia="Segoe UI Historic" w:cs="Segoe UI Historic"/>
        </w:rPr>
        <w:t>ܚܕܬܐ</w:t>
      </w:r>
      <w:r>
        <w:rPr>
          <w:rFonts w:ascii="Times New Roman" w:hAnsi="Times New Roman" w:eastAsia="Times New Roman" w:cs="Times New Roman"/>
        </w:rPr>
        <w:t xml:space="preserve"> </w:t>
      </w:r>
      <w:r>
        <w:rPr>
          <w:rFonts w:ascii="Segoe UI Historic" w:hAnsi="Segoe UI Historic" w:eastAsia="Segoe UI Historic" w:cs="Segoe UI Historic"/>
        </w:rPr>
        <w:t>ܢܒܝܘܬܝܬܐ</w:t>
      </w:r>
      <w:r>
        <w:rPr>
          <w:rFonts w:ascii="Times New Roman" w:hAnsi="Times New Roman" w:eastAsia="Times New Roman" w:cs="Times New Roman"/>
        </w:rPr>
        <w:t xml:space="preserve"> </w:t>
      </w:r>
      <w:r>
        <w:rPr>
          <w:rFonts w:ascii="Segoe UI Historic" w:hAnsi="Segoe UI Historic" w:eastAsia="Segoe UI Historic" w:cs="Segoe UI Historic"/>
        </w:rPr>
        <w:t>ܡܛܠ</w:t>
      </w:r>
      <w:r>
        <w:rPr>
          <w:rFonts w:ascii="Times New Roman" w:hAnsi="Times New Roman" w:eastAsia="Times New Roman" w:cs="Times New Roman"/>
        </w:rPr>
        <w:t xml:space="preserve"> </w:t>
      </w:r>
      <w:r>
        <w:rPr>
          <w:rFonts w:ascii="Segoe UI Historic" w:hAnsi="Segoe UI Historic" w:eastAsia="Segoe UI Historic" w:cs="Segoe UI Historic"/>
        </w:rPr>
        <w:t>ܕܣܗܕܐ</w:t>
      </w:r>
      <w:r>
        <w:rPr>
          <w:rFonts w:ascii="Times New Roman" w:hAnsi="Times New Roman" w:eastAsia="Times New Roman" w:cs="Times New Roman"/>
        </w:rPr>
        <w:t xml:space="preserve"> </w:t>
      </w:r>
      <w:r>
        <w:rPr>
          <w:rFonts w:ascii="Segoe UI Historic" w:hAnsi="Segoe UI Historic" w:eastAsia="Segoe UI Historic" w:cs="Segoe UI Historic"/>
        </w:rPr>
        <w:t>ܐܚܪܢܐ</w:t>
      </w:r>
      <w:r>
        <w:rPr>
          <w:rFonts w:ascii="Times New Roman" w:hAnsi="Times New Roman" w:eastAsia="Times New Roman" w:cs="Times New Roman"/>
        </w:rPr>
        <w:t xml:space="preserve"> </w:t>
      </w:r>
      <w:r>
        <w:rPr>
          <w:rFonts w:ascii="Segoe UI Historic" w:hAnsi="Segoe UI Historic" w:eastAsia="Segoe UI Historic" w:cs="Segoe UI Historic"/>
        </w:rPr>
        <w:t>ܕܟܬܒܐ</w:t>
      </w:r>
      <w:r>
        <w:rPr>
          <w:rFonts w:ascii="Times New Roman" w:hAnsi="Times New Roman" w:eastAsia="Times New Roman" w:cs="Times New Roman"/>
        </w:rPr>
        <w:t xml:space="preserve"> </w:t>
      </w:r>
      <w:r>
        <w:rPr>
          <w:rFonts w:ascii="Segoe UI Historic" w:hAnsi="Segoe UI Historic" w:eastAsia="Segoe UI Historic" w:cs="Segoe UI Historic"/>
        </w:rPr>
        <w:t>ܩܕܝܫܐ</w:t>
      </w:r>
      <w:r>
        <w:rPr>
          <w:rFonts w:ascii="Times New Roman" w:hAnsi="Times New Roman" w:eastAsia="Times New Roman" w:cs="Times New Roman"/>
        </w:rPr>
        <w:t xml:space="preserve"> </w:t>
      </w:r>
      <w:r>
        <w:rPr>
          <w:rFonts w:ascii="Segoe UI Historic" w:hAnsi="Segoe UI Historic" w:eastAsia="Segoe UI Historic" w:cs="Segoe UI Historic"/>
        </w:rPr>
        <w:t>ܡܣܗܕ</w:t>
      </w:r>
      <w:r>
        <w:rPr>
          <w:rFonts w:ascii="Times New Roman" w:hAnsi="Times New Roman" w:eastAsia="Times New Roman" w:cs="Times New Roman"/>
        </w:rPr>
        <w:t xml:space="preserve"> </w:t>
      </w:r>
      <w:r>
        <w:rPr>
          <w:rFonts w:ascii="Segoe UI Historic" w:hAnsi="Segoe UI Historic" w:eastAsia="Segoe UI Historic" w:cs="Segoe UI Historic"/>
        </w:rPr>
        <w:t>ܠܗܠܝܢ</w:t>
      </w:r>
      <w:r>
        <w:rPr>
          <w:rFonts w:ascii="Times New Roman" w:hAnsi="Times New Roman" w:eastAsia="Times New Roman" w:cs="Times New Roman"/>
        </w:rPr>
        <w:t xml:space="preserve"> </w:t>
      </w:r>
      <w:r>
        <w:rPr>
          <w:rFonts w:ascii="Segoe UI Historic" w:hAnsi="Segoe UI Historic" w:eastAsia="Segoe UI Historic" w:cs="Segoe UI Historic"/>
        </w:rPr>
        <w:t>ܬܪܝܢ</w:t>
      </w:r>
      <w:r>
        <w:rPr>
          <w:rFonts w:ascii="Times New Roman" w:hAnsi="Times New Roman" w:eastAsia="Times New Roman" w:cs="Times New Roman"/>
        </w:rPr>
        <w:t xml:space="preserve"> </w:t>
      </w:r>
      <w:r>
        <w:rPr>
          <w:rFonts w:ascii="Segoe UI Historic" w:hAnsi="Segoe UI Historic" w:eastAsia="Segoe UI Historic" w:cs="Segoe UI Historic"/>
        </w:rPr>
        <w:t>ܙܒܢ</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ܐܝܟ</w:t>
      </w:r>
      <w:r>
        <w:rPr>
          <w:rFonts w:ascii="Times New Roman" w:hAnsi="Times New Roman" w:eastAsia="Times New Roman" w:cs="Times New Roman"/>
        </w:rPr>
        <w:t xml:space="preserve"> </w:t>
      </w:r>
      <w:r>
        <w:rPr>
          <w:rFonts w:ascii="Segoe UI Historic" w:hAnsi="Segoe UI Historic" w:eastAsia="Segoe UI Historic" w:cs="Segoe UI Historic"/>
        </w:rPr>
        <w:t>ܫܒܥ</w:t>
      </w:r>
      <w:r>
        <w:rPr>
          <w:rFonts w:ascii="Times New Roman" w:hAnsi="Times New Roman" w:eastAsia="Times New Roman" w:cs="Times New Roman"/>
        </w:rPr>
        <w:t xml:space="preserve"> </w:t>
      </w:r>
      <w:r>
        <w:rPr>
          <w:rFonts w:ascii="Segoe UI Historic" w:hAnsi="Segoe UI Historic" w:eastAsia="Segoe UI Historic" w:cs="Segoe UI Historic"/>
        </w:rPr>
        <w:t>ܫܢ</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ܘܬܠܬܝܢ</w:t>
      </w:r>
      <w:r>
        <w:rPr>
          <w:rFonts w:ascii="Times New Roman" w:hAnsi="Times New Roman" w:eastAsia="Times New Roman" w:cs="Times New Roman"/>
        </w:rPr>
        <w:t xml:space="preserve"> </w:t>
      </w:r>
      <w:r>
        <w:rPr>
          <w:rFonts w:ascii="Segoe UI Historic" w:hAnsi="Segoe UI Historic" w:eastAsia="Segoe UI Historic" w:cs="Segoe UI Historic"/>
        </w:rPr>
        <w:t>ܘܬܠܬ</w:t>
      </w:r>
      <w:r>
        <w:rPr>
          <w:rFonts w:ascii="Times New Roman" w:hAnsi="Times New Roman" w:eastAsia="Times New Roman" w:cs="Times New Roman"/>
        </w:rPr>
        <w:t xml:space="preserve"> </w:t>
      </w:r>
      <w:r>
        <w:rPr>
          <w:rFonts w:ascii="Segoe UI Historic" w:hAnsi="Segoe UI Historic" w:eastAsia="Segoe UI Historic" w:cs="Segoe UI Historic"/>
        </w:rPr>
        <w:t>ܫܢ</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ܡܢܐ</w:t>
      </w:r>
      <w:r>
        <w:rPr>
          <w:rFonts w:ascii="Times New Roman" w:hAnsi="Times New Roman" w:eastAsia="Times New Roman" w:cs="Times New Roman"/>
        </w:rPr>
        <w:t xml:space="preserve"> </w:t>
      </w:r>
      <w:r>
        <w:rPr>
          <w:rFonts w:ascii="Segoe UI Historic" w:hAnsi="Segoe UI Historic" w:eastAsia="Segoe UI Historic" w:cs="Segoe UI Historic"/>
        </w:rPr>
        <w:t>ܡܫܡܥܝܢ</w:t>
      </w:r>
      <w:r>
        <w:rPr>
          <w:rFonts w:ascii="Times New Roman" w:hAnsi="Times New Roman" w:eastAsia="Times New Roman" w:cs="Times New Roman"/>
        </w:rPr>
        <w:t xml:space="preserve"> </w:t>
      </w:r>
      <w:r>
        <w:rPr>
          <w:rFonts w:ascii="Segoe UI Historic" w:hAnsi="Segoe UI Historic" w:eastAsia="Segoe UI Historic" w:cs="Segoe UI Historic"/>
        </w:rPr>
        <w:t>ܗܢܘܢ</w:t>
      </w:r>
      <w:r>
        <w:rPr>
          <w:rFonts w:ascii="Times New Roman" w:hAnsi="Times New Roman" w:eastAsia="Times New Roman" w:cs="Times New Roman"/>
        </w:rPr>
        <w:t xml:space="preserve"> </w:t>
      </w:r>
      <w:r>
        <w:rPr>
          <w:rFonts w:ascii="Segoe UI Historic" w:hAnsi="Segoe UI Historic" w:eastAsia="Segoe UI Historic" w:cs="Segoe UI Historic"/>
        </w:rPr>
        <w:t>ܫܬܐ</w:t>
      </w:r>
      <w:r>
        <w:rPr>
          <w:rFonts w:ascii="Times New Roman" w:hAnsi="Times New Roman" w:eastAsia="Times New Roman" w:cs="Times New Roman"/>
        </w:rPr>
        <w:t xml:space="preserve"> </w:t>
      </w:r>
      <w:r>
        <w:rPr>
          <w:rFonts w:ascii="Segoe UI Historic" w:hAnsi="Segoe UI Historic" w:eastAsia="Segoe UI Historic" w:cs="Segoe UI Historic"/>
        </w:rPr>
        <w:t>ܝܪ</w:t>
      </w:r>
      <w:r>
        <w:rPr>
          <w:rFonts w:ascii="Times New Roman" w:hAnsi="Times New Roman" w:eastAsia="Times New Roman" w:cs="Times New Roman"/>
        </w:rPr>
        <w:t>̈</w:t>
      </w:r>
      <w:r>
        <w:rPr>
          <w:rFonts w:ascii="Segoe UI Historic" w:hAnsi="Segoe UI Historic" w:eastAsia="Segoe UI Historic" w:cs="Segoe UI Historic"/>
        </w:rPr>
        <w:t>ܚܐ</w:t>
      </w:r>
      <w:r>
        <w:rPr>
          <w:rFonts w:ascii="Times New Roman" w:hAnsi="Times New Roman" w:eastAsia="Times New Roman" w:cs="Times New Roman"/>
        </w:rPr>
        <w:t xml:space="preserve"> </w:t>
      </w:r>
      <w:r>
        <w:rPr>
          <w:rFonts w:ascii="Segoe UI Historic" w:hAnsi="Segoe UI Historic" w:eastAsia="Segoe UI Historic" w:cs="Segoe UI Historic"/>
        </w:rPr>
        <w:t>ܝܬܝܪ</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ܒܫܡܘܐܝܠ</w:t>
      </w:r>
      <w:r>
        <w:rPr>
          <w:rFonts w:ascii="Times New Roman" w:hAnsi="Times New Roman" w:eastAsia="Times New Roman" w:cs="Times New Roman"/>
        </w:rPr>
        <w:t xml:space="preserve"> </w:t>
      </w:r>
      <w:r>
        <w:rPr>
          <w:rFonts w:ascii="Segoe UI Historic" w:hAnsi="Segoe UI Historic" w:eastAsia="Segoe UI Historic" w:cs="Segoe UI Historic"/>
        </w:rPr>
        <w:t>ܕܬܪܝܢ</w:t>
      </w:r>
      <w:r>
        <w:rPr>
          <w:rFonts w:ascii="Times New Roman" w:hAnsi="Times New Roman" w:eastAsia="Times New Roman" w:cs="Times New Roman"/>
        </w:rPr>
        <w:t xml:space="preserve">، </w:t>
      </w:r>
      <w:r>
        <w:rPr>
          <w:rFonts w:ascii="Segoe UI Historic" w:hAnsi="Segoe UI Historic" w:eastAsia="Segoe UI Historic" w:cs="Segoe UI Historic"/>
        </w:rPr>
        <w:t>ܘܐܝܟܢܐ</w:t>
      </w:r>
      <w:r>
        <w:rPr>
          <w:rFonts w:ascii="Times New Roman" w:hAnsi="Times New Roman" w:eastAsia="Times New Roman" w:cs="Times New Roman"/>
        </w:rPr>
        <w:t xml:space="preserve"> </w:t>
      </w:r>
      <w:r>
        <w:rPr>
          <w:rFonts w:ascii="Segoe UI Historic" w:hAnsi="Segoe UI Historic" w:eastAsia="Segoe UI Historic" w:cs="Segoe UI Historic"/>
        </w:rPr>
        <w:t>ܫܒܥ</w:t>
      </w:r>
      <w:r>
        <w:rPr>
          <w:rFonts w:ascii="Times New Roman" w:hAnsi="Times New Roman" w:eastAsia="Times New Roman" w:cs="Times New Roman"/>
        </w:rPr>
        <w:t xml:space="preserve"> </w:t>
      </w:r>
      <w:r>
        <w:rPr>
          <w:rFonts w:ascii="Segoe UI Historic" w:hAnsi="Segoe UI Historic" w:eastAsia="Segoe UI Historic" w:cs="Segoe UI Historic"/>
        </w:rPr>
        <w:t>ܘܦܠܓܗ</w:t>
      </w:r>
      <w:r>
        <w:rPr>
          <w:rFonts w:ascii="Times New Roman" w:hAnsi="Times New Roman" w:eastAsia="Times New Roman" w:cs="Times New Roman"/>
        </w:rPr>
        <w:t xml:space="preserve"> </w:t>
      </w:r>
      <w:r>
        <w:rPr>
          <w:rFonts w:ascii="Segoe UI Historic" w:hAnsi="Segoe UI Historic" w:eastAsia="Segoe UI Historic" w:cs="Segoe UI Historic"/>
        </w:rPr>
        <w:t>ܘܬܠܬܝܢ</w:t>
      </w:r>
      <w:r>
        <w:rPr>
          <w:rFonts w:ascii="Times New Roman" w:hAnsi="Times New Roman" w:eastAsia="Times New Roman" w:cs="Times New Roman"/>
        </w:rPr>
        <w:t xml:space="preserve"> </w:t>
      </w:r>
      <w:r>
        <w:rPr>
          <w:rFonts w:ascii="Segoe UI Historic" w:hAnsi="Segoe UI Historic" w:eastAsia="Segoe UI Historic" w:cs="Segoe UI Historic"/>
        </w:rPr>
        <w:t>ܘܬܠܬ</w:t>
      </w:r>
      <w:r>
        <w:rPr>
          <w:rFonts w:ascii="Times New Roman" w:hAnsi="Times New Roman" w:eastAsia="Times New Roman" w:cs="Times New Roman"/>
        </w:rPr>
        <w:t xml:space="preserve"> </w:t>
      </w:r>
      <w:r>
        <w:rPr>
          <w:rFonts w:ascii="Segoe UI Historic" w:hAnsi="Segoe UI Historic" w:eastAsia="Segoe UI Historic" w:cs="Segoe UI Historic"/>
        </w:rPr>
        <w:t>ܫܘܝܢ</w:t>
      </w:r>
      <w:r>
        <w:rPr>
          <w:rFonts w:ascii="Times New Roman" w:hAnsi="Times New Roman" w:eastAsia="Times New Roman" w:cs="Times New Roman"/>
        </w:rPr>
        <w:t xml:space="preserve"> </w:t>
      </w:r>
      <w:r>
        <w:rPr>
          <w:rFonts w:ascii="Segoe UI Historic" w:hAnsi="Segoe UI Historic" w:eastAsia="Segoe UI Historic" w:cs="Segoe UI Historic"/>
        </w:rPr>
        <w:t>ܐܪܒܥܝܢ</w:t>
      </w:r>
      <w:r>
        <w:rPr>
          <w:rFonts w:ascii="Times New Roman" w:hAnsi="Times New Roman" w:eastAsia="Times New Roman" w:cs="Times New Roman"/>
        </w:rPr>
        <w:t xml:space="preserve">؟ </w:t>
      </w:r>
      <w:r>
        <w:rPr>
          <w:rFonts w:ascii="Segoe UI Historic" w:hAnsi="Segoe UI Historic" w:eastAsia="Segoe UI Historic" w:cs="Segoe UI Historic"/>
        </w:rPr>
        <w:t>ܐܝܬ</w:t>
      </w:r>
      <w:r>
        <w:rPr>
          <w:rFonts w:ascii="Times New Roman" w:hAnsi="Times New Roman" w:eastAsia="Times New Roman" w:cs="Times New Roman"/>
        </w:rPr>
        <w:t xml:space="preserve"> </w:t>
      </w:r>
      <w:r>
        <w:rPr>
          <w:rFonts w:ascii="Segoe UI Historic" w:hAnsi="Segoe UI Historic" w:eastAsia="Segoe UI Historic" w:cs="Segoe UI Historic"/>
        </w:rPr>
        <w:t>ܗܪܟܐ</w:t>
      </w:r>
      <w:r>
        <w:rPr>
          <w:rFonts w:ascii="Times New Roman" w:hAnsi="Times New Roman" w:eastAsia="Times New Roman" w:cs="Times New Roman"/>
        </w:rPr>
        <w:t xml:space="preserve"> </w:t>
      </w:r>
      <w:r>
        <w:rPr>
          <w:rFonts w:ascii="Segoe UI Historic" w:hAnsi="Segoe UI Historic" w:eastAsia="Segoe UI Historic" w:cs="Segoe UI Historic"/>
        </w:rPr>
        <w:t>ܚܕ</w:t>
      </w:r>
      <w:r>
        <w:rPr>
          <w:rFonts w:ascii="Times New Roman" w:hAnsi="Times New Roman" w:eastAsia="Times New Roman" w:cs="Times New Roman"/>
        </w:rPr>
        <w:t xml:space="preserve"> </w:t>
      </w:r>
      <w:r>
        <w:rPr>
          <w:rFonts w:ascii="Segoe UI Historic" w:hAnsi="Segoe UI Historic" w:eastAsia="Segoe UI Historic" w:cs="Segoe UI Historic"/>
        </w:rPr>
        <w:t>ܥܘܠܐܒܐ</w:t>
      </w:r>
      <w:r>
        <w:rPr>
          <w:rFonts w:ascii="Times New Roman" w:hAnsi="Times New Roman" w:eastAsia="Times New Roman" w:cs="Times New Roman"/>
        </w:rPr>
        <w:t xml:space="preserve"> </w:t>
      </w:r>
      <w:r>
        <w:rPr>
          <w:rFonts w:ascii="Segoe UI Historic" w:hAnsi="Segoe UI Historic" w:eastAsia="Segoe UI Historic" w:cs="Segoe UI Historic"/>
        </w:rPr>
        <w:t>ܕܫܬܐ</w:t>
      </w:r>
      <w:r>
        <w:rPr>
          <w:rFonts w:ascii="Times New Roman" w:hAnsi="Times New Roman" w:eastAsia="Times New Roman" w:cs="Times New Roman"/>
        </w:rPr>
        <w:t xml:space="preserve"> </w:t>
      </w:r>
      <w:r>
        <w:rPr>
          <w:rFonts w:ascii="Segoe UI Historic" w:hAnsi="Segoe UI Historic" w:eastAsia="Segoe UI Historic" w:cs="Segoe UI Historic"/>
        </w:rPr>
        <w:t>ܝܪ</w:t>
      </w:r>
      <w:r>
        <w:rPr>
          <w:rFonts w:ascii="Times New Roman" w:hAnsi="Times New Roman" w:eastAsia="Times New Roman" w:cs="Times New Roman"/>
        </w:rPr>
        <w:t>̈</w:t>
      </w:r>
      <w:r>
        <w:rPr>
          <w:rFonts w:ascii="Segoe UI Historic" w:hAnsi="Segoe UI Historic" w:eastAsia="Segoe UI Historic" w:cs="Segoe UI Historic"/>
        </w:rPr>
        <w:t>ܚܐ</w:t>
      </w:r>
      <w:r>
        <w:rPr>
          <w:rFonts w:ascii="Times New Roman" w:hAnsi="Times New Roman" w:eastAsia="Times New Roman" w:cs="Times New Roman"/>
        </w:rPr>
        <w:t xml:space="preserve"> </w:t>
      </w:r>
      <w:r>
        <w:rPr>
          <w:rFonts w:ascii="Segoe UI Historic" w:hAnsi="Segoe UI Historic" w:eastAsia="Segoe UI Historic" w:cs="Segoe UI Historic"/>
        </w:rPr>
        <w:t>ܕܘܠܐ</w:t>
      </w:r>
      <w:r>
        <w:rPr>
          <w:rFonts w:ascii="Times New Roman" w:hAnsi="Times New Roman" w:eastAsia="Times New Roman" w:cs="Times New Roman"/>
        </w:rPr>
        <w:t xml:space="preserve"> </w:t>
      </w:r>
      <w:r>
        <w:rPr>
          <w:rFonts w:ascii="Segoe UI Historic" w:hAnsi="Segoe UI Historic" w:eastAsia="Segoe UI Historic" w:cs="Segoe UI Historic"/>
        </w:rPr>
        <w:t>ܠܗ</w:t>
      </w:r>
      <w:r>
        <w:rPr>
          <w:rFonts w:ascii="Times New Roman" w:hAnsi="Times New Roman" w:eastAsia="Times New Roman" w:cs="Times New Roman"/>
        </w:rPr>
        <w:t xml:space="preserve"> </w:t>
      </w:r>
      <w:r>
        <w:rPr>
          <w:rFonts w:ascii="Segoe UI Historic" w:hAnsi="Segoe UI Historic" w:eastAsia="Segoe UI Historic" w:cs="Segoe UI Historic"/>
        </w:rPr>
        <w:t>ܕܢܡܠܠ</w:t>
      </w:r>
      <w:r>
        <w:rPr>
          <w:rFonts w:ascii="Times New Roman" w:hAnsi="Times New Roman" w:eastAsia="Times New Roman" w:cs="Times New Roman"/>
        </w:rPr>
        <w:t xml:space="preserve"> </w:t>
      </w:r>
      <w:r>
        <w:rPr>
          <w:rFonts w:ascii="Segoe UI Historic" w:hAnsi="Segoe UI Historic" w:eastAsia="Segoe UI Historic" w:cs="Segoe UI Historic"/>
        </w:rPr>
        <w:t>ܥܠ</w:t>
      </w:r>
      <w:r>
        <w:rPr>
          <w:rFonts w:ascii="Times New Roman" w:hAnsi="Times New Roman" w:eastAsia="Times New Roman" w:cs="Times New Roman"/>
        </w:rPr>
        <w:t xml:space="preserve"> </w:t>
      </w:r>
      <w:r>
        <w:rPr>
          <w:rFonts w:ascii="Segoe UI Historic" w:hAnsi="Segoe UI Historic" w:eastAsia="Segoe UI Historic" w:cs="Segoe UI Historic"/>
        </w:rPr>
        <w:t>ܚܕܐ</w:t>
      </w:r>
      <w:r>
        <w:rPr>
          <w:rFonts w:ascii="Times New Roman" w:hAnsi="Times New Roman" w:eastAsia="Times New Roman" w:cs="Times New Roman"/>
        </w:rPr>
        <w:t xml:space="preserve"> </w:t>
      </w:r>
      <w:r>
        <w:rPr>
          <w:rFonts w:ascii="Segoe UI Historic" w:hAnsi="Segoe UI Historic" w:eastAsia="Segoe UI Historic" w:cs="Segoe UI Historic"/>
        </w:rPr>
        <w:t>ܫܪܪܐ</w:t>
      </w:r>
      <w:r>
        <w:rPr>
          <w:rFonts w:ascii="Times New Roman" w:hAnsi="Times New Roman" w:eastAsia="Times New Roman" w:cs="Times New Roman"/>
        </w:rPr>
        <w:t xml:space="preserve"> </w:t>
      </w:r>
      <w:r>
        <w:rPr>
          <w:rFonts w:ascii="Segoe UI Historic" w:hAnsi="Segoe UI Historic" w:eastAsia="Segoe UI Historic" w:cs="Segoe UI Historic"/>
        </w:rPr>
        <w:t>ܢܒܝܘܬܝܬܐ</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E os dias em que Davi reinou sobre Israel foram quarenta anos; sete anos reinou em Hebrom, e trinta e três anos reinou em Jerusalém. 1 Reis 2:11.</w:t>
      </w:r>
    </w:p>
    <w:p>
      <w:pPr>
        <w:pStyle w:val="ArticleBody"/>
        <w:jc w:val="left"/>
      </w:pPr>
      <w:r>
        <w:rPr>
          <w:rFonts w:ascii="Times New Roman" w:hAnsi="Times New Roman" w:eastAsia="Times New Roman" w:cs="Times New Roman"/>
        </w:rPr>
        <w:t>22 nimer yehon simbolik min Diviniti i kombineit wetem humanity, mo ministri blong Ezekiel i lasem twenti-tu yia. Foatin yia blong Joseph i divaed long tufala taem blong seven yia, wik blong kavenan blong Christ i divaed long tufala sem mak 1260-dei taem, mo foati yia blong rul blong David i brok long tufala taem, wetem wan adisonal simbol we i joenem tufala taem ya.</w:t>
      </w:r>
    </w:p>
    <w:p>
      <w:pPr>
        <w:pStyle w:val="ArticleBody"/>
        <w:jc w:val="left"/>
      </w:pPr>
      <w:r>
        <w:rPr>
          <w:rFonts w:ascii="Times New Roman" w:hAnsi="Times New Roman" w:eastAsia="Times New Roman" w:cs="Times New Roman"/>
        </w:rPr>
        <w:t>یَسوعُ هُوَ النَّبِيُّ وَالْكَاهِنُ وَالْمَلِكُ. وَفِي الأَيَّامِ الأَخِيرَةِ سَيَرْفَعُ كَنِيسَتَهُ الظَّافِرَةَ رَايَةً، وَتُمَثَّلُ تِلْكَ الْكَنِيسَةُ بِالْمَسِيحِ، النَّبِيِّ وَالْكَاهِنِ وَالْمَلِكِ، الَّذِي جَمَعَ لَاهُوتَهُ بِالْبَشَرِ، الْمُمَثَّلِينَ بِحَزْقِيَالَ النَّبِيِّ، وَيُوسُفَ الْكَاهِنِ، وَدَاوُدَ الْمَلِكِ. وَتُمَثِّلُ الرُّمُوزُ الأَرْبَعَةُ الثَّلاَثَةَ الأَفَاضِلَ فِي الأُتُونِ الَّذِي أُحْمِيَ سَبْعَ مَرَّاتٍ فَوْقَ الْمُعْتَادِ، ثُمَّ ظَهَرَ الرَّابِعُ، وَكَانَ كَابْنِ اللهِ. وَكَانَ الْعَالَمُ كُلُّهُ مُمَثَّلاً فِي احْتِفَالِ تِمْثَالِ نَبُوخَذْنَصَّرَ الذَّهَبِيِّ، وَقَدْ رَأَى الْجَمِيعُ الْكَنِيسَةَ الظَّافِرَةَ مُؤَلَّفَةً مِنْ نَبِيٍّ بَشَرِيٍّ، وَكَاهِنٍ بَشَرِيٍّ، وَمَلِكٍ بَشَرِيٍّ، تَسْنُدُهُمُ الشَّخْصِيَّةُ الإِلَهِيَّةُ الرَّابِعَةُ.</w:t>
      </w:r>
    </w:p>
    <w:p>
      <w:pPr>
        <w:pStyle w:val="ArticleScripture"/>
        <w:jc w:val="left"/>
      </w:pPr>
      <w:r>
        <w:rPr>
          <w:rFonts w:ascii="Times New Roman" w:hAnsi="Times New Roman" w:eastAsia="Times New Roman" w:cs="Times New Roman"/>
        </w:rPr>
        <w:t>«Шайтан дүйнөнү туткунга алды. Ал буркандык ишембини киргизип, ага көрүнүштө өтө чоң маани берип жатат. Ал бул буркандык ишемби үчүн христиан дүйнөсүнүн урмат-сыйын Теңирдин Ишембисинен уурдап алды. Дүйнө салтка, адам чыгарган осуятка таазим кылууда. Небухаданасар Дура түздүгүндө өзүнүн алтын айкелин орнотуп, ошону менен өзүн көтөргөндөй эле, Шайтан да өзүн ушул жалган ишемби аркылуу көтөрөт, анткени ал үчүн асмандын белгилерин уурдап алган». Review and Herald, March 8, 1898.</w:t>
      </w:r>
    </w:p>
    <w:p>
      <w:pPr>
        <w:pStyle w:val="ArticleHeading"/>
        <w:jc w:val="left"/>
      </w:pPr>
      <w:r>
        <w:rPr>
          <w:rFonts w:ascii="Arial" w:hAnsi="Arial" w:eastAsia="Arial" w:cs="Arial"/>
        </w:rPr>
        <w:t>A Namba Fo</w:t>
      </w:r>
    </w:p>
    <w:p>
      <w:pPr>
        <w:pStyle w:val="ArticleBody"/>
        <w:jc w:val="left"/>
      </w:pPr>
      <w:r>
        <w:rPr>
          <w:rFonts w:ascii="Nirmala UI" w:hAnsi="Nirmala UI" w:eastAsia="Nirmala UI" w:cs="Nirmala UI"/>
        </w:rPr>
        <w:t>प्रायोगिक</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स्तर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चालीस</w:t>
      </w:r>
      <w:r>
        <w:rPr>
          <w:rFonts w:ascii="Times New Roman" w:hAnsi="Times New Roman" w:eastAsia="Times New Roman" w:cs="Times New Roman"/>
        </w:rPr>
        <w:t xml:space="preserve">, </w:t>
      </w:r>
      <w:r>
        <w:rPr>
          <w:rFonts w:ascii="Nirmala UI" w:hAnsi="Nirmala UI" w:eastAsia="Nirmala UI" w:cs="Nirmala UI"/>
        </w:rPr>
        <w:t>अब्राम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दशमांश</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चालीस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दशमांश</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भविष्यवाणीगत</w:t>
      </w:r>
      <w:r>
        <w:rPr>
          <w:rFonts w:ascii="Times New Roman" w:hAnsi="Times New Roman" w:eastAsia="Times New Roman" w:cs="Times New Roman"/>
        </w:rPr>
        <w:t xml:space="preserve"> </w:t>
      </w:r>
      <w:r>
        <w:rPr>
          <w:rFonts w:ascii="Nirmala UI" w:hAnsi="Nirmala UI" w:eastAsia="Nirmala UI" w:cs="Nirmala UI"/>
        </w:rPr>
        <w:t>विशेषता</w:t>
      </w:r>
      <w:r>
        <w:rPr>
          <w:rFonts w:ascii="Times New Roman" w:hAnsi="Times New Roman" w:eastAsia="Times New Roman" w:cs="Times New Roman"/>
        </w:rPr>
        <w:t xml:space="preserve"> </w:t>
      </w:r>
      <w:r>
        <w:rPr>
          <w:rFonts w:ascii="Nirmala UI" w:hAnsi="Nirmala UI" w:eastAsia="Nirmala UI" w:cs="Nirmala UI"/>
        </w:rPr>
        <w:t>संख्या</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पाई</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चालीस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प्रतीकवाद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अनुरूप</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चाहिए</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चालीस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प्रतीकवाद</w:t>
      </w:r>
      <w:r>
        <w:rPr>
          <w:rFonts w:ascii="Times New Roman" w:hAnsi="Times New Roman" w:eastAsia="Times New Roman" w:cs="Times New Roman"/>
        </w:rPr>
        <w:t xml:space="preserve">, </w:t>
      </w:r>
      <w:r>
        <w:rPr>
          <w:rFonts w:ascii="Nirmala UI" w:hAnsi="Nirmala UI" w:eastAsia="Nirmala UI" w:cs="Nirmala UI"/>
        </w:rPr>
        <w:t>बदले</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प्रतीकवाद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अनुरूप</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चाहिए।</w:t>
      </w:r>
      <w:r>
        <w:rPr>
          <w:rFonts w:ascii="Times New Roman" w:hAnsi="Times New Roman" w:eastAsia="Times New Roman" w:cs="Times New Roman"/>
        </w:rPr>
        <w:t xml:space="preserve"> </w:t>
      </w:r>
      <w:r>
        <w:rPr>
          <w:rFonts w:ascii="Nirmala UI" w:hAnsi="Nirmala UI" w:eastAsia="Nirmala UI" w:cs="Nirmala UI"/>
        </w:rPr>
        <w:t>संदर्भ</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अनुसार</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प्रायः</w:t>
      </w:r>
      <w:r>
        <w:rPr>
          <w:rFonts w:ascii="Times New Roman" w:hAnsi="Times New Roman" w:eastAsia="Times New Roman" w:cs="Times New Roman"/>
        </w:rPr>
        <w:t xml:space="preserve"> “</w:t>
      </w:r>
      <w:r>
        <w:rPr>
          <w:rFonts w:ascii="Nirmala UI" w:hAnsi="Nirmala UI" w:eastAsia="Nirmala UI" w:cs="Nirmala UI"/>
        </w:rPr>
        <w:t>सर्वव्यापी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परिचित</w:t>
      </w:r>
      <w:r>
        <w:rPr>
          <w:rFonts w:ascii="Times New Roman" w:hAnsi="Times New Roman" w:eastAsia="Times New Roman" w:cs="Times New Roman"/>
        </w:rPr>
        <w:t xml:space="preserve"> </w:t>
      </w:r>
      <w:r>
        <w:rPr>
          <w:rFonts w:ascii="Nirmala UI" w:hAnsi="Nirmala UI" w:eastAsia="Nirmala UI" w:cs="Nirmala UI"/>
        </w:rPr>
        <w:t>समझ</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प्रगति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कुछ</w:t>
      </w:r>
      <w:r>
        <w:rPr>
          <w:rFonts w:ascii="Times New Roman" w:hAnsi="Times New Roman" w:eastAsia="Times New Roman" w:cs="Times New Roman"/>
        </w:rPr>
        <w:t xml:space="preserve"> </w:t>
      </w:r>
      <w:r>
        <w:rPr>
          <w:rFonts w:ascii="Nirmala UI" w:hAnsi="Nirmala UI" w:eastAsia="Nirmala UI" w:cs="Nirmala UI"/>
        </w:rPr>
        <w:t>संदर्भों</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क्रमिक</w:t>
      </w:r>
      <w:r>
        <w:rPr>
          <w:rFonts w:ascii="Times New Roman" w:hAnsi="Times New Roman" w:eastAsia="Times New Roman" w:cs="Times New Roman"/>
        </w:rPr>
        <w:t xml:space="preserve"> </w:t>
      </w:r>
      <w:r>
        <w:rPr>
          <w:rFonts w:ascii="Nirmala UI" w:hAnsi="Nirmala UI" w:eastAsia="Nirmala UI" w:cs="Nirmala UI"/>
        </w:rPr>
        <w:t>विनाश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w:t>
      </w:r>
    </w:p>
    <w:p>
      <w:pPr>
        <w:pStyle w:val="ArticleBody"/>
        <w:jc w:val="left"/>
      </w:pPr>
      <w:r>
        <w:rPr>
          <w:rFonts w:ascii="Times New Roman" w:hAnsi="Times New Roman" w:eastAsia="Times New Roman" w:cs="Times New Roman"/>
        </w:rPr>
        <w:t>הארבע הראשונות מבין שבע החצוצרות מייצגות את ההרס ההדרגתי של רומא המערבית. רומא המזרחית בקונסטנטינופול הסתיימה בכניעה לארבעת הסולטאנים העות׳מאניים. שורה על גבי שורה, רומא המזרחית והמערבית התפוררו בהדרגה לאורך ארבע תקופות, המיוצגות על־ידי ארבע חצוצרות, ובד בבד הוכנעו גם בידי האסלאם של החצוצרה החמישית והשישית. יחד, שני הקווים מזהים את נפילתה של רומא לאורך ארבעה דורות של חצוצרות, בעוד שמלחמה מסלימה עם האסלאם מובילה אל הקץ הסופי, כאשר ארבעת הסולטאנים של האסלאם נוטלים עליונות על הממלכה. תולדות המערב והמזרח החלו עם חלוקת הקיסרות בידי קונסטנטינוס בשנת 330.</w:t>
      </w:r>
    </w:p>
    <w:p>
      <w:pPr>
        <w:pStyle w:val="ArticleBody"/>
        <w:jc w:val="left"/>
      </w:pPr>
      <w:r>
        <w:rPr>
          <w:rFonts w:ascii="Times New Roman" w:hAnsi="Times New Roman" w:eastAsia="Times New Roman" w:cs="Times New Roman"/>
        </w:rPr>
        <w:t>Ppatu turumpetakun qaliñchanku 330 watapi Roma occidentalpi, hinaspata pichqa kaq, suqta kaq turumpetakuna rikuchinku chay atiyta Roma orientalta urmachiqta; chay Roma orientalpas 330 watapi qallarisqalla karqan. Roma orientalwan Roma occidentalwan iskayninku yanaparqanku papal atiyniyta kay pachapa tronomampi churay llamk'aypi 538 watapi; chayrayku, Roma occidentalpa hinaspa orientalpa iskay siqiñkuna rikuchinku Estados Unidospa iskay waqrankunata, paymi Domingo leypi papal atiyniyta yapamanta kay pachapa tronoman kutichin. Roma occidentalqa iglesia-kamaypa unanchaqninmi profetiku tupanakuypi, Roma orientaltaq estadopa-kamaypa unanchaqninmi.</w:t>
      </w:r>
    </w:p>
    <w:p>
      <w:pPr>
        <w:pStyle w:val="ArticleBody"/>
        <w:jc w:val="left"/>
      </w:pPr>
      <w:r>
        <w:rPr>
          <w:rFonts w:ascii="Times New Roman" w:hAnsi="Times New Roman" w:eastAsia="Times New Roman" w:cs="Times New Roman"/>
        </w:rPr>
        <w:t>ئيوه ماق صَروپ وستيَن رۆمَنْ هَمِين قي شَرڤه كِرايه، ماق صَروپ پاپالي رۆمَنْ ژي هاتيه دَرخِستن. بَسْت پێ كَلِيسايا شاگردان، يا كُو ب ئێفەسُس هاتيه نُونارتن، سێ كَلِيسايێن ئێكەم دِگەهنە كَلِيسايا چارەم، يا كُو پاپاتيه‌يه ل سەرا 538 هەتا 1798. ل كۆتابا ئاشكراكرنێ سيزدەهەمان، پاپاتى وەكوو حوكمكارى‌كە هاتيه ناسكرن كُو بۆ 42 هەیڤان حوكم دكەت، پشتى برينَا وێ يا مەرگبار، يا 1798، ل ياسايا يەكشەمێ دەرمان دبیت. «دەم ئێدى نينه» پشتى 1844، ژبەر وێ چەهل و دوو هەیڤان هێمايەكە ژ بۆ ماوەيا چەوساندنێ ژ ياسايا يەكشەمێ هەتا ميخائيل را دبەستەت. پێشەنگان تێگەهشتبون كُو كَلِيسا، مُهر و كەرەنایان سێ هێڵێن مێژوويى نيشان دەدەن كُو ب هاوشێوەيى لەگەل يەكدی دچن. دانانا شاهدييا پێشبينييى يا رۆماى وەستێ ل سەر هێلا رۆماى رۆژهەلاتێ و هێلا رۆماى پاپالى، كاربردێكا پێشبينييى نەبوو كُو ميلەريتێن پێ به‌كار بينابا؛ لێ ئەو تەكنيك هيچ يەك ژ تێگەهشتنێن وان يێن سەقامگير ناكەتە ناكۆك.</w:t>
      </w:r>
    </w:p>
    <w:p>
      <w:pPr>
        <w:pStyle w:val="ArticleBody"/>
        <w:jc w:val="left"/>
      </w:pPr>
      <w:r>
        <w:rPr>
          <w:rFonts w:ascii="Times New Roman" w:hAnsi="Times New Roman" w:eastAsia="Times New Roman" w:cs="Times New Roman"/>
        </w:rPr>
        <w:t>Satr üstüne satr, ilk dörd karnay, bäşinji we altynjy karnaylar tarapyndan şekillendirilen taryhyň üstüne ýerleşdirilmelidir; soňra bolsa ilkinji üç ýygnagyň çyzygy, dördünji ýygnak tarapyndan şekillendirilen papalyk yzarlama döwrüne alyp barýar. Birinji çyzykda dört karnay, ikinji çyzykda dört soltan, üçünji çyzykda bolsa dört ýygnak bar. “Dört” sany bütin dünýäni aňladýar, emma ol şol bir wagtda raýatlyk ýa-da dini häkimiýetiniň yzygiderli ýok edilmegini hem aňladýar. Onuň nämäni aňladýandygy bolsa kontekst tarapyndan kesgitlenýär.</w:t>
      </w:r>
    </w:p>
    <w:p>
      <w:pPr>
        <w:pStyle w:val="ArticleBody"/>
        <w:jc w:val="left"/>
      </w:pPr>
      <w:r>
        <w:rPr>
          <w:rFonts w:ascii="Times New Roman" w:hAnsi="Times New Roman" w:eastAsia="Times New Roman" w:cs="Times New Roman"/>
        </w:rPr>
        <w:t>Emthethweni weSabatha samSonto, amandla obupapa ayabuyiselwa. Ngokokuqala lapho ubupapa bunikwa amandla, kwaba nesikhathi sokulungiselela seminyaka engamashumi amathathu. Emasontweni amane okuqala, ibandla lesine lingubupapa, kanti ibandla lokuqala laliyabafundi, elimelelwa njenge-Efesu. Izizukulwane ezintathu zokuqala zebandla lobuKristu zaholela ebandleni lesine laseThiyathira, elimelelwa nguJezebeli. Lapho usufika eThiyathira, ngo-538, kwashaywa umthetho weSabatha samSonto eMkhandlwini wase-Orleans, ngaleyo ndlela kukhonjiswa umthetho weSabatha samSonto e-United States, lapho kuphulukiswa inxeba elibulalayo lango-1798.</w:t>
      </w:r>
    </w:p>
    <w:p>
      <w:pPr>
        <w:pStyle w:val="ArticleBody"/>
        <w:jc w:val="left"/>
      </w:pPr>
      <w:r>
        <w:rPr>
          <w:rFonts w:ascii="Times New Roman" w:hAnsi="Times New Roman" w:eastAsia="Times New Roman" w:cs="Times New Roman"/>
        </w:rPr>
        <w:t xml:space="preserve">1798 </w:t>
      </w:r>
      <w:r>
        <w:rPr>
          <w:rFonts w:ascii="MV Boli" w:hAnsi="MV Boli" w:eastAsia="MV Boli" w:cs="MV Boli"/>
        </w:rPr>
        <w:t>އިން</w:t>
      </w:r>
      <w:r>
        <w:rPr>
          <w:rFonts w:ascii="Times New Roman" w:hAnsi="Times New Roman" w:eastAsia="Times New Roman" w:cs="Times New Roman"/>
        </w:rPr>
        <w:t xml:space="preserve"> </w:t>
      </w:r>
      <w:r>
        <w:rPr>
          <w:rFonts w:ascii="MV Boli" w:hAnsi="MV Boli" w:eastAsia="MV Boli" w:cs="MV Boli"/>
        </w:rPr>
        <w:t>ފެށިގެން</w:t>
      </w:r>
      <w:r>
        <w:rPr>
          <w:rFonts w:ascii="Times New Roman" w:hAnsi="Times New Roman" w:eastAsia="Times New Roman" w:cs="Times New Roman"/>
        </w:rPr>
        <w:t xml:space="preserve">، </w:t>
      </w:r>
      <w:r>
        <w:rPr>
          <w:rFonts w:ascii="MV Boli" w:hAnsi="MV Boli" w:eastAsia="MV Boli" w:cs="MV Boli"/>
        </w:rPr>
        <w:t>ޔުނައިޓެޑް</w:t>
      </w:r>
      <w:r>
        <w:rPr>
          <w:rFonts w:ascii="Times New Roman" w:hAnsi="Times New Roman" w:eastAsia="Times New Roman" w:cs="Times New Roman"/>
        </w:rPr>
        <w:t xml:space="preserve"> </w:t>
      </w:r>
      <w:r>
        <w:rPr>
          <w:rFonts w:ascii="MV Boli" w:hAnsi="MV Boli" w:eastAsia="MV Boli" w:cs="MV Boli"/>
        </w:rPr>
        <w:t>ސްޓޭޓްސް</w:t>
      </w:r>
      <w:r>
        <w:rPr>
          <w:rFonts w:ascii="Times New Roman" w:hAnsi="Times New Roman" w:eastAsia="Times New Roman" w:cs="Times New Roman"/>
        </w:rPr>
        <w:t xml:space="preserve"> </w:t>
      </w:r>
      <w:r>
        <w:rPr>
          <w:rFonts w:ascii="MV Boli" w:hAnsi="MV Boli" w:eastAsia="MV Boli" w:cs="MV Boli"/>
        </w:rPr>
        <w:t>ގައި</w:t>
      </w:r>
      <w:r>
        <w:rPr>
          <w:rFonts w:ascii="Times New Roman" w:hAnsi="Times New Roman" w:eastAsia="Times New Roman" w:cs="Times New Roman"/>
        </w:rPr>
        <w:t xml:space="preserve"> </w:t>
      </w:r>
      <w:r>
        <w:rPr>
          <w:rFonts w:ascii="MV Boli" w:hAnsi="MV Boli" w:eastAsia="MV Boli" w:cs="MV Boli"/>
        </w:rPr>
        <w:t>ސަންޑޭ</w:t>
      </w:r>
      <w:r>
        <w:rPr>
          <w:rFonts w:ascii="Times New Roman" w:hAnsi="Times New Roman" w:eastAsia="Times New Roman" w:cs="Times New Roman"/>
        </w:rPr>
        <w:t xml:space="preserve"> </w:t>
      </w:r>
      <w:r>
        <w:rPr>
          <w:rFonts w:ascii="MV Boli" w:hAnsi="MV Boli" w:eastAsia="MV Boli" w:cs="MV Boli"/>
        </w:rPr>
        <w:t>ޤާނޫނު</w:t>
      </w:r>
      <w:r>
        <w:rPr>
          <w:rFonts w:ascii="Times New Roman" w:hAnsi="Times New Roman" w:eastAsia="Times New Roman" w:cs="Times New Roman"/>
        </w:rPr>
        <w:t xml:space="preserve"> </w:t>
      </w:r>
      <w:r>
        <w:rPr>
          <w:rFonts w:ascii="MV Boli" w:hAnsi="MV Boli" w:eastAsia="MV Boli" w:cs="MV Boli"/>
        </w:rPr>
        <w:t>އަންނަ</w:t>
      </w:r>
      <w:r>
        <w:rPr>
          <w:rFonts w:ascii="Times New Roman" w:hAnsi="Times New Roman" w:eastAsia="Times New Roman" w:cs="Times New Roman"/>
        </w:rPr>
        <w:t xml:space="preserve"> </w:t>
      </w:r>
      <w:r>
        <w:rPr>
          <w:rFonts w:ascii="MV Boli" w:hAnsi="MV Boli" w:eastAsia="MV Boli" w:cs="MV Boli"/>
        </w:rPr>
        <w:t>ހަމައަށް</w:t>
      </w:r>
      <w:r>
        <w:rPr>
          <w:rFonts w:ascii="Times New Roman" w:hAnsi="Times New Roman" w:eastAsia="Times New Roman" w:cs="Times New Roman"/>
        </w:rPr>
        <w:t xml:space="preserve"> </w:t>
      </w:r>
      <w:r>
        <w:rPr>
          <w:rFonts w:ascii="MV Boli" w:hAnsi="MV Boli" w:eastAsia="MV Boli" w:cs="MV Boli"/>
        </w:rPr>
        <w:t>ހުރި</w:t>
      </w:r>
      <w:r>
        <w:rPr>
          <w:rFonts w:ascii="Times New Roman" w:hAnsi="Times New Roman" w:eastAsia="Times New Roman" w:cs="Times New Roman"/>
        </w:rPr>
        <w:t xml:space="preserve"> </w:t>
      </w:r>
      <w:r>
        <w:rPr>
          <w:rFonts w:ascii="MV Boli" w:hAnsi="MV Boli" w:eastAsia="MV Boli" w:cs="MV Boli"/>
        </w:rPr>
        <w:t>ތާރީޚު</w:t>
      </w:r>
      <w:r>
        <w:rPr>
          <w:rFonts w:ascii="Times New Roman" w:hAnsi="Times New Roman" w:eastAsia="Times New Roman" w:cs="Times New Roman"/>
        </w:rPr>
        <w:t xml:space="preserve"> </w:t>
      </w:r>
      <w:r>
        <w:rPr>
          <w:rFonts w:ascii="MV Boli" w:hAnsi="MV Boli" w:eastAsia="MV Boli" w:cs="MV Boli"/>
        </w:rPr>
        <w:t>ދެއްކެވެނީ</w:t>
      </w:r>
      <w:r>
        <w:rPr>
          <w:rFonts w:ascii="Times New Roman" w:hAnsi="Times New Roman" w:eastAsia="Times New Roman" w:cs="Times New Roman"/>
        </w:rPr>
        <w:t xml:space="preserve"> </w:t>
      </w:r>
      <w:r>
        <w:rPr>
          <w:rFonts w:ascii="MV Boli" w:hAnsi="MV Boli" w:eastAsia="MV Boli" w:cs="MV Boli"/>
        </w:rPr>
        <w:t>ފުރަތަމަ</w:t>
      </w:r>
      <w:r>
        <w:rPr>
          <w:rFonts w:ascii="Times New Roman" w:hAnsi="Times New Roman" w:eastAsia="Times New Roman" w:cs="Times New Roman"/>
        </w:rPr>
        <w:t xml:space="preserve"> </w:t>
      </w:r>
      <w:r>
        <w:rPr>
          <w:rFonts w:ascii="MV Boli" w:hAnsi="MV Boli" w:eastAsia="MV Boli" w:cs="MV Boli"/>
        </w:rPr>
        <w:t>ހަތަރު</w:t>
      </w:r>
      <w:r>
        <w:rPr>
          <w:rFonts w:ascii="Times New Roman" w:hAnsi="Times New Roman" w:eastAsia="Times New Roman" w:cs="Times New Roman"/>
        </w:rPr>
        <w:t xml:space="preserve"> </w:t>
      </w:r>
      <w:r>
        <w:rPr>
          <w:rFonts w:ascii="MV Boli" w:hAnsi="MV Boli" w:eastAsia="MV Boli" w:cs="MV Boli"/>
        </w:rPr>
        <w:t>ބިޔަ</w:t>
      </w:r>
      <w:r>
        <w:rPr>
          <w:rFonts w:ascii="Times New Roman" w:hAnsi="Times New Roman" w:eastAsia="Times New Roman" w:cs="Times New Roman"/>
        </w:rPr>
        <w:t xml:space="preserve"> </w:t>
      </w:r>
      <w:r>
        <w:rPr>
          <w:rFonts w:ascii="MV Boli" w:hAnsi="MV Boli" w:eastAsia="MV Boli" w:cs="MV Boli"/>
        </w:rPr>
        <w:t>އެކްލީސިޔާތަކުންނެވެ</w:t>
      </w:r>
      <w:r>
        <w:rPr>
          <w:rFonts w:ascii="Times New Roman" w:hAnsi="Times New Roman" w:eastAsia="Times New Roman" w:cs="Times New Roman"/>
        </w:rPr>
        <w:t xml:space="preserve">. </w:t>
      </w:r>
      <w:r>
        <w:rPr>
          <w:rFonts w:ascii="MV Boli" w:hAnsi="MV Boli" w:eastAsia="MV Boli" w:cs="MV Boli"/>
        </w:rPr>
        <w:t>ހަތަރުވަނަ</w:t>
      </w:r>
      <w:r>
        <w:rPr>
          <w:rFonts w:ascii="Times New Roman" w:hAnsi="Times New Roman" w:eastAsia="Times New Roman" w:cs="Times New Roman"/>
        </w:rPr>
        <w:t xml:space="preserve"> </w:t>
      </w:r>
      <w:r>
        <w:rPr>
          <w:rFonts w:ascii="MV Boli" w:hAnsi="MV Boli" w:eastAsia="MV Boli" w:cs="MV Boli"/>
        </w:rPr>
        <w:t>އެކްލީސިޔާ</w:t>
      </w:r>
      <w:r>
        <w:rPr>
          <w:rFonts w:ascii="Times New Roman" w:hAnsi="Times New Roman" w:eastAsia="Times New Roman" w:cs="Times New Roman"/>
        </w:rPr>
        <w:t xml:space="preserve">، </w:t>
      </w:r>
      <w:r>
        <w:rPr>
          <w:rFonts w:ascii="MV Boli" w:hAnsi="MV Boli" w:eastAsia="MV Boli" w:cs="MV Boli"/>
        </w:rPr>
        <w:t>އެބަހީ</w:t>
      </w:r>
      <w:r>
        <w:rPr>
          <w:rFonts w:ascii="Times New Roman" w:hAnsi="Times New Roman" w:eastAsia="Times New Roman" w:cs="Times New Roman"/>
        </w:rPr>
        <w:t xml:space="preserve"> </w:t>
      </w:r>
      <w:r>
        <w:rPr>
          <w:rFonts w:ascii="MV Boli" w:hAnsi="MV Boli" w:eastAsia="MV Boli" w:cs="MV Boli"/>
        </w:rPr>
        <w:t>ތަޔަތީރާ</w:t>
      </w:r>
      <w:r>
        <w:rPr>
          <w:rFonts w:ascii="Times New Roman" w:hAnsi="Times New Roman" w:eastAsia="Times New Roman" w:cs="Times New Roman"/>
        </w:rPr>
        <w:t xml:space="preserve">، </w:t>
      </w:r>
      <w:r>
        <w:rPr>
          <w:rFonts w:ascii="MV Boli" w:hAnsi="MV Boli" w:eastAsia="MV Boli" w:cs="MV Boli"/>
        </w:rPr>
        <w:t>މަންޒަރުކުރަނީ</w:t>
      </w:r>
      <w:r>
        <w:rPr>
          <w:rFonts w:ascii="Times New Roman" w:hAnsi="Times New Roman" w:eastAsia="Times New Roman" w:cs="Times New Roman"/>
        </w:rPr>
        <w:t xml:space="preserve"> </w:t>
      </w:r>
      <w:r>
        <w:rPr>
          <w:rFonts w:ascii="MV Boli" w:hAnsi="MV Boli" w:eastAsia="MV Boli" w:cs="MV Boli"/>
        </w:rPr>
        <w:t>ސަންޑޭ</w:t>
      </w:r>
      <w:r>
        <w:rPr>
          <w:rFonts w:ascii="Times New Roman" w:hAnsi="Times New Roman" w:eastAsia="Times New Roman" w:cs="Times New Roman"/>
        </w:rPr>
        <w:t xml:space="preserve"> </w:t>
      </w:r>
      <w:r>
        <w:rPr>
          <w:rFonts w:ascii="MV Boli" w:hAnsi="MV Boli" w:eastAsia="MV Boli" w:cs="MV Boli"/>
        </w:rPr>
        <w:t>ޤާނޫނާއި</w:t>
      </w:r>
      <w:r>
        <w:rPr>
          <w:rFonts w:ascii="Times New Roman" w:hAnsi="Times New Roman" w:eastAsia="Times New Roman" w:cs="Times New Roman"/>
        </w:rPr>
        <w:t xml:space="preserve">، </w:t>
      </w:r>
      <w:r>
        <w:rPr>
          <w:rFonts w:ascii="MV Boli" w:hAnsi="MV Boli" w:eastAsia="MV Boli" w:cs="MV Boli"/>
        </w:rPr>
        <w:t>އެއަށް</w:t>
      </w:r>
      <w:r>
        <w:rPr>
          <w:rFonts w:ascii="Times New Roman" w:hAnsi="Times New Roman" w:eastAsia="Times New Roman" w:cs="Times New Roman"/>
        </w:rPr>
        <w:t xml:space="preserve"> </w:t>
      </w:r>
      <w:r>
        <w:rPr>
          <w:rFonts w:ascii="MV Boli" w:hAnsi="MV Boli" w:eastAsia="MV Boli" w:cs="MV Boli"/>
        </w:rPr>
        <w:t>ފަހު</w:t>
      </w:r>
      <w:r>
        <w:rPr>
          <w:rFonts w:ascii="Times New Roman" w:hAnsi="Times New Roman" w:eastAsia="Times New Roman" w:cs="Times New Roman"/>
        </w:rPr>
        <w:t xml:space="preserve"> </w:t>
      </w:r>
      <w:r>
        <w:rPr>
          <w:rFonts w:ascii="MV Boli" w:hAnsi="MV Boli" w:eastAsia="MV Boli" w:cs="MV Boli"/>
        </w:rPr>
        <w:t>އަންނަ</w:t>
      </w:r>
      <w:r>
        <w:rPr>
          <w:rFonts w:ascii="Times New Roman" w:hAnsi="Times New Roman" w:eastAsia="Times New Roman" w:cs="Times New Roman"/>
        </w:rPr>
        <w:t xml:space="preserve"> </w:t>
      </w:r>
      <w:r>
        <w:rPr>
          <w:rFonts w:ascii="MV Boli" w:hAnsi="MV Boli" w:eastAsia="MV Boli" w:cs="MV Boli"/>
        </w:rPr>
        <w:t>ޕޭޕަލް</w:t>
      </w:r>
      <w:r>
        <w:rPr>
          <w:rFonts w:ascii="Times New Roman" w:hAnsi="Times New Roman" w:eastAsia="Times New Roman" w:cs="Times New Roman"/>
        </w:rPr>
        <w:t xml:space="preserve"> </w:t>
      </w:r>
      <w:r>
        <w:rPr>
          <w:rFonts w:ascii="MV Boli" w:hAnsi="MV Boli" w:eastAsia="MV Boli" w:cs="MV Boli"/>
        </w:rPr>
        <w:t>އުނދަގޫ</w:t>
      </w:r>
      <w:r>
        <w:rPr>
          <w:rFonts w:ascii="Times New Roman" w:hAnsi="Times New Roman" w:eastAsia="Times New Roman" w:cs="Times New Roman"/>
        </w:rPr>
        <w:t xml:space="preserve"> </w:t>
      </w:r>
      <w:r>
        <w:rPr>
          <w:rFonts w:ascii="MV Boli" w:hAnsi="MV Boli" w:eastAsia="MV Boli" w:cs="MV Boli"/>
        </w:rPr>
        <w:t>އަނިޔާއެވެ</w:t>
      </w:r>
      <w:r>
        <w:rPr>
          <w:rFonts w:ascii="Times New Roman" w:hAnsi="Times New Roman" w:eastAsia="Times New Roman" w:cs="Times New Roman"/>
        </w:rPr>
        <w:t xml:space="preserve">. </w:t>
      </w:r>
      <w:r>
        <w:rPr>
          <w:rFonts w:ascii="MV Boli" w:hAnsi="MV Boli" w:eastAsia="MV Boli" w:cs="MV Boli"/>
        </w:rPr>
        <w:t>ފުރަތަމަ</w:t>
      </w:r>
      <w:r>
        <w:rPr>
          <w:rFonts w:ascii="Times New Roman" w:hAnsi="Times New Roman" w:eastAsia="Times New Roman" w:cs="Times New Roman"/>
        </w:rPr>
        <w:t xml:space="preserve"> </w:t>
      </w:r>
      <w:r>
        <w:rPr>
          <w:rFonts w:ascii="MV Boli" w:hAnsi="MV Boli" w:eastAsia="MV Boli" w:cs="MV Boli"/>
        </w:rPr>
        <w:t>އެކްލީސިޔާ</w:t>
      </w:r>
      <w:r>
        <w:rPr>
          <w:rFonts w:ascii="Times New Roman" w:hAnsi="Times New Roman" w:eastAsia="Times New Roman" w:cs="Times New Roman"/>
        </w:rPr>
        <w:t xml:space="preserve">، </w:t>
      </w:r>
      <w:r>
        <w:rPr>
          <w:rFonts w:ascii="MV Boli" w:hAnsi="MV Boli" w:eastAsia="MV Boli" w:cs="MV Boli"/>
        </w:rPr>
        <w:t>އެބަހީ</w:t>
      </w:r>
      <w:r>
        <w:rPr>
          <w:rFonts w:ascii="Times New Roman" w:hAnsi="Times New Roman" w:eastAsia="Times New Roman" w:cs="Times New Roman"/>
        </w:rPr>
        <w:t xml:space="preserve"> </w:t>
      </w:r>
      <w:r>
        <w:rPr>
          <w:rFonts w:ascii="MV Boli" w:hAnsi="MV Boli" w:eastAsia="MV Boli" w:cs="MV Boli"/>
        </w:rPr>
        <w:t>އެފެސަސް</w:t>
      </w:r>
      <w:r>
        <w:rPr>
          <w:rFonts w:ascii="Times New Roman" w:hAnsi="Times New Roman" w:eastAsia="Times New Roman" w:cs="Times New Roman"/>
        </w:rPr>
        <w:t xml:space="preserve">، </w:t>
      </w:r>
      <w:r>
        <w:rPr>
          <w:rFonts w:ascii="MV Boli" w:hAnsi="MV Boli" w:eastAsia="MV Boli" w:cs="MV Boli"/>
        </w:rPr>
        <w:t>އިބަ</w:t>
      </w:r>
      <w:r>
        <w:rPr>
          <w:rFonts w:ascii="Times New Roman" w:hAnsi="Times New Roman" w:eastAsia="Times New Roman" w:cs="Times New Roman"/>
        </w:rPr>
        <w:t xml:space="preserve"> </w:t>
      </w:r>
      <w:r>
        <w:rPr>
          <w:rFonts w:ascii="MV Boli" w:hAnsi="MV Boli" w:eastAsia="MV Boli" w:cs="MV Boli"/>
        </w:rPr>
        <w:t>ފުރަތަމަ</w:t>
      </w:r>
      <w:r>
        <w:rPr>
          <w:rFonts w:ascii="Times New Roman" w:hAnsi="Times New Roman" w:eastAsia="Times New Roman" w:cs="Times New Roman"/>
        </w:rPr>
        <w:t xml:space="preserve"> </w:t>
      </w:r>
      <w:r>
        <w:rPr>
          <w:rFonts w:ascii="MV Boli" w:hAnsi="MV Boli" w:eastAsia="MV Boli" w:cs="MV Boli"/>
        </w:rPr>
        <w:t>ލޯބި</w:t>
      </w:r>
      <w:r>
        <w:rPr>
          <w:rFonts w:ascii="Times New Roman" w:hAnsi="Times New Roman" w:eastAsia="Times New Roman" w:cs="Times New Roman"/>
        </w:rPr>
        <w:t xml:space="preserve"> </w:t>
      </w:r>
      <w:r>
        <w:rPr>
          <w:rFonts w:ascii="MV Boli" w:hAnsi="MV Boli" w:eastAsia="MV Boli" w:cs="MV Boli"/>
        </w:rPr>
        <w:t>ގެއްލުނު</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އެކްލީސިޔާ</w:t>
      </w:r>
      <w:r>
        <w:rPr>
          <w:rFonts w:ascii="Times New Roman" w:hAnsi="Times New Roman" w:eastAsia="Times New Roman" w:cs="Times New Roman"/>
        </w:rPr>
        <w:t xml:space="preserve">، </w:t>
      </w:r>
      <w:r>
        <w:rPr>
          <w:rFonts w:ascii="MV Boli" w:hAnsi="MV Boli" w:eastAsia="MV Boli" w:cs="MV Boli"/>
        </w:rPr>
        <w:t>ނިމުމަށް</w:t>
      </w:r>
      <w:r>
        <w:rPr>
          <w:rFonts w:ascii="Times New Roman" w:hAnsi="Times New Roman" w:eastAsia="Times New Roman" w:cs="Times New Roman"/>
        </w:rPr>
        <w:t xml:space="preserve"> </w:t>
      </w:r>
      <w:r>
        <w:rPr>
          <w:rFonts w:ascii="MV Boli" w:hAnsi="MV Boli" w:eastAsia="MV Boli" w:cs="MV Boli"/>
        </w:rPr>
        <w:t>ދިޔަ</w:t>
      </w:r>
      <w:r>
        <w:rPr>
          <w:rFonts w:ascii="Times New Roman" w:hAnsi="Times New Roman" w:eastAsia="Times New Roman" w:cs="Times New Roman"/>
        </w:rPr>
        <w:t xml:space="preserve"> </w:t>
      </w:r>
      <w:r>
        <w:rPr>
          <w:rFonts w:ascii="MV Boli" w:hAnsi="MV Boli" w:eastAsia="MV Boli" w:cs="MV Boli"/>
        </w:rPr>
        <w:t>ހަތަރު</w:t>
      </w:r>
      <w:r>
        <w:rPr>
          <w:rFonts w:ascii="Times New Roman" w:hAnsi="Times New Roman" w:eastAsia="Times New Roman" w:cs="Times New Roman"/>
        </w:rPr>
        <w:t>-</w:t>
      </w:r>
      <w:r>
        <w:rPr>
          <w:rFonts w:ascii="MV Boli" w:hAnsi="MV Boli" w:eastAsia="MV Boli" w:cs="MV Boli"/>
        </w:rPr>
        <w:t>ދަރަޖައިގެ</w:t>
      </w:r>
      <w:r>
        <w:rPr>
          <w:rFonts w:ascii="Times New Roman" w:hAnsi="Times New Roman" w:eastAsia="Times New Roman" w:cs="Times New Roman"/>
        </w:rPr>
        <w:t xml:space="preserve"> </w:t>
      </w:r>
      <w:r>
        <w:rPr>
          <w:rFonts w:ascii="MV Boli" w:hAnsi="MV Boli" w:eastAsia="MV Boli" w:cs="MV Boli"/>
        </w:rPr>
        <w:t>ތަރައްގީވެގެން</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ހަލާކުގެ</w:t>
      </w:r>
      <w:r>
        <w:rPr>
          <w:rFonts w:ascii="Times New Roman" w:hAnsi="Times New Roman" w:eastAsia="Times New Roman" w:cs="Times New Roman"/>
        </w:rPr>
        <w:t xml:space="preserve"> </w:t>
      </w:r>
      <w:r>
        <w:rPr>
          <w:rFonts w:ascii="MV Boli" w:hAnsi="MV Boli" w:eastAsia="MV Boli" w:cs="MV Boli"/>
        </w:rPr>
        <w:t>ނިމުމުގައި</w:t>
      </w:r>
      <w:r>
        <w:rPr>
          <w:rFonts w:ascii="Times New Roman" w:hAnsi="Times New Roman" w:eastAsia="Times New Roman" w:cs="Times New Roman"/>
        </w:rPr>
        <w:t xml:space="preserve">، </w:t>
      </w:r>
      <w:r>
        <w:rPr>
          <w:rFonts w:ascii="MV Boli" w:hAnsi="MV Boli" w:eastAsia="MV Boli" w:cs="MV Boli"/>
        </w:rPr>
        <w:t>ތަޔަތީރާގެ</w:t>
      </w:r>
      <w:r>
        <w:rPr>
          <w:rFonts w:ascii="Times New Roman" w:hAnsi="Times New Roman" w:eastAsia="Times New Roman" w:cs="Times New Roman"/>
        </w:rPr>
        <w:t xml:space="preserve"> </w:t>
      </w:r>
      <w:r>
        <w:rPr>
          <w:rFonts w:ascii="MV Boli" w:hAnsi="MV Boli" w:eastAsia="MV Boli" w:cs="MV Boli"/>
        </w:rPr>
        <w:t>ސަންޑޭ</w:t>
      </w:r>
      <w:r>
        <w:rPr>
          <w:rFonts w:ascii="Times New Roman" w:hAnsi="Times New Roman" w:eastAsia="Times New Roman" w:cs="Times New Roman"/>
        </w:rPr>
        <w:t xml:space="preserve"> </w:t>
      </w:r>
      <w:r>
        <w:rPr>
          <w:rFonts w:ascii="MV Boli" w:hAnsi="MV Boli" w:eastAsia="MV Boli" w:cs="MV Boli"/>
        </w:rPr>
        <w:t>ޤާނޫނުގައި</w:t>
      </w:r>
      <w:r>
        <w:rPr>
          <w:rFonts w:ascii="Times New Roman" w:hAnsi="Times New Roman" w:eastAsia="Times New Roman" w:cs="Times New Roman"/>
        </w:rPr>
        <w:t xml:space="preserve">، </w:t>
      </w:r>
      <w:r>
        <w:rPr>
          <w:rFonts w:ascii="MV Boli" w:hAnsi="MV Boli" w:eastAsia="MV Boli" w:cs="MV Boli"/>
        </w:rPr>
        <w:t>މަތިވިއެވެ</w:t>
      </w:r>
      <w:r>
        <w:rPr>
          <w:rFonts w:ascii="Times New Roman" w:hAnsi="Times New Roman" w:eastAsia="Times New Roman" w:cs="Times New Roman"/>
        </w:rPr>
        <w:t xml:space="preserve">. </w:t>
      </w:r>
      <w:r>
        <w:rPr>
          <w:rFonts w:ascii="MV Boli" w:hAnsi="MV Boli" w:eastAsia="MV Boli" w:cs="MV Boli"/>
        </w:rPr>
        <w:t>ތަޔަތީރާގެ</w:t>
      </w:r>
      <w:r>
        <w:rPr>
          <w:rFonts w:ascii="Times New Roman" w:hAnsi="Times New Roman" w:eastAsia="Times New Roman" w:cs="Times New Roman"/>
        </w:rPr>
        <w:t xml:space="preserve"> </w:t>
      </w:r>
      <w:r>
        <w:rPr>
          <w:rFonts w:ascii="MV Boli" w:hAnsi="MV Boli" w:eastAsia="MV Boli" w:cs="MV Boli"/>
        </w:rPr>
        <w:t>ސަންޑޭ</w:t>
      </w:r>
      <w:r>
        <w:rPr>
          <w:rFonts w:ascii="Times New Roman" w:hAnsi="Times New Roman" w:eastAsia="Times New Roman" w:cs="Times New Roman"/>
        </w:rPr>
        <w:t xml:space="preserve"> </w:t>
      </w:r>
      <w:r>
        <w:rPr>
          <w:rFonts w:ascii="MV Boli" w:hAnsi="MV Boli" w:eastAsia="MV Boli" w:cs="MV Boli"/>
        </w:rPr>
        <w:t>ޤާނޫނަށް</w:t>
      </w:r>
      <w:r>
        <w:rPr>
          <w:rFonts w:ascii="Times New Roman" w:hAnsi="Times New Roman" w:eastAsia="Times New Roman" w:cs="Times New Roman"/>
        </w:rPr>
        <w:t xml:space="preserve"> </w:t>
      </w:r>
      <w:r>
        <w:rPr>
          <w:rFonts w:ascii="MV Boli" w:hAnsi="MV Boli" w:eastAsia="MV Boli" w:cs="MV Boli"/>
        </w:rPr>
        <w:t>މަގުފަހިކުރާ</w:t>
      </w:r>
      <w:r>
        <w:rPr>
          <w:rFonts w:ascii="Times New Roman" w:hAnsi="Times New Roman" w:eastAsia="Times New Roman" w:cs="Times New Roman"/>
        </w:rPr>
        <w:t xml:space="preserve"> </w:t>
      </w:r>
      <w:r>
        <w:rPr>
          <w:rFonts w:ascii="MV Boli" w:hAnsi="MV Boli" w:eastAsia="MV Boli" w:cs="MV Boli"/>
        </w:rPr>
        <w:t>ޖީލު</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ޕަރގަމޮސްގެ</w:t>
      </w:r>
      <w:r>
        <w:rPr>
          <w:rFonts w:ascii="Times New Roman" w:hAnsi="Times New Roman" w:eastAsia="Times New Roman" w:cs="Times New Roman"/>
        </w:rPr>
        <w:t xml:space="preserve"> </w:t>
      </w:r>
      <w:r>
        <w:rPr>
          <w:rFonts w:ascii="MV Boli" w:hAnsi="MV Boli" w:eastAsia="MV Boli" w:cs="MV Boli"/>
        </w:rPr>
        <w:t>ތިންވަނަ</w:t>
      </w:r>
      <w:r>
        <w:rPr>
          <w:rFonts w:ascii="Times New Roman" w:hAnsi="Times New Roman" w:eastAsia="Times New Roman" w:cs="Times New Roman"/>
        </w:rPr>
        <w:t xml:space="preserve"> </w:t>
      </w:r>
      <w:r>
        <w:rPr>
          <w:rFonts w:ascii="MV Boli" w:hAnsi="MV Boli" w:eastAsia="MV Boli" w:cs="MV Boli"/>
        </w:rPr>
        <w:t>ޖީލެވެ</w:t>
      </w:r>
      <w:r>
        <w:rPr>
          <w:rFonts w:ascii="Times New Roman" w:hAnsi="Times New Roman" w:eastAsia="Times New Roman" w:cs="Times New Roman"/>
        </w:rPr>
        <w:t xml:space="preserve">. </w:t>
      </w:r>
      <w:r>
        <w:rPr>
          <w:rFonts w:ascii="MV Boli" w:hAnsi="MV Boli" w:eastAsia="MV Boli" w:cs="MV Boli"/>
        </w:rPr>
        <w:t>ތަޔަތީރާ</w:t>
      </w:r>
      <w:r>
        <w:rPr>
          <w:rFonts w:ascii="Times New Roman" w:hAnsi="Times New Roman" w:eastAsia="Times New Roman" w:cs="Times New Roman"/>
        </w:rPr>
        <w:t xml:space="preserve"> </w:t>
      </w:r>
      <w:r>
        <w:rPr>
          <w:rFonts w:ascii="MV Boli" w:hAnsi="MV Boli" w:eastAsia="MV Boli" w:cs="MV Boli"/>
        </w:rPr>
        <w:t>މަންޒަރުކުރަނީ</w:t>
      </w:r>
      <w:r>
        <w:rPr>
          <w:rFonts w:ascii="Times New Roman" w:hAnsi="Times New Roman" w:eastAsia="Times New Roman" w:cs="Times New Roman"/>
        </w:rPr>
        <w:t xml:space="preserve"> </w:t>
      </w:r>
      <w:r>
        <w:rPr>
          <w:rFonts w:ascii="MV Boli" w:hAnsi="MV Boli" w:eastAsia="MV Boli" w:cs="MV Boli"/>
        </w:rPr>
        <w:t>ސަންޑޭ</w:t>
      </w:r>
      <w:r>
        <w:rPr>
          <w:rFonts w:ascii="Times New Roman" w:hAnsi="Times New Roman" w:eastAsia="Times New Roman" w:cs="Times New Roman"/>
        </w:rPr>
        <w:t xml:space="preserve"> </w:t>
      </w:r>
      <w:r>
        <w:rPr>
          <w:rFonts w:ascii="MV Boli" w:hAnsi="MV Boli" w:eastAsia="MV Boli" w:cs="MV Boli"/>
        </w:rPr>
        <w:t>ޤާނޫނު</w:t>
      </w:r>
      <w:r>
        <w:rPr>
          <w:rFonts w:ascii="Times New Roman" w:hAnsi="Times New Roman" w:eastAsia="Times New Roman" w:cs="Times New Roman"/>
        </w:rPr>
        <w:t xml:space="preserve"> </w:t>
      </w:r>
      <w:r>
        <w:rPr>
          <w:rFonts w:ascii="MV Boli" w:hAnsi="MV Boli" w:eastAsia="MV Boli" w:cs="MV Boli"/>
        </w:rPr>
        <w:t>އިން</w:t>
      </w:r>
      <w:r>
        <w:rPr>
          <w:rFonts w:ascii="Times New Roman" w:hAnsi="Times New Roman" w:eastAsia="Times New Roman" w:cs="Times New Roman"/>
        </w:rPr>
        <w:t xml:space="preserve"> </w:t>
      </w:r>
      <w:r>
        <w:rPr>
          <w:rFonts w:ascii="MV Boli" w:hAnsi="MV Boli" w:eastAsia="MV Boli" w:cs="MV Boli"/>
        </w:rPr>
        <w:t>ފެށިގެން</w:t>
      </w:r>
      <w:r>
        <w:rPr>
          <w:rFonts w:ascii="Times New Roman" w:hAnsi="Times New Roman" w:eastAsia="Times New Roman" w:cs="Times New Roman"/>
        </w:rPr>
        <w:t xml:space="preserve"> </w:t>
      </w:r>
      <w:r>
        <w:rPr>
          <w:rFonts w:ascii="MV Boli" w:hAnsi="MV Boli" w:eastAsia="MV Boli" w:cs="MV Boli"/>
        </w:rPr>
        <w:t>އިމްތިޙާނުގެ</w:t>
      </w:r>
      <w:r>
        <w:rPr>
          <w:rFonts w:ascii="Times New Roman" w:hAnsi="Times New Roman" w:eastAsia="Times New Roman" w:cs="Times New Roman"/>
        </w:rPr>
        <w:t xml:space="preserve"> </w:t>
      </w:r>
      <w:r>
        <w:rPr>
          <w:rFonts w:ascii="MV Boli" w:hAnsi="MV Boli" w:eastAsia="MV Boli" w:cs="MV Boli"/>
        </w:rPr>
        <w:t>މުއްދަތު</w:t>
      </w:r>
      <w:r>
        <w:rPr>
          <w:rFonts w:ascii="Times New Roman" w:hAnsi="Times New Roman" w:eastAsia="Times New Roman" w:cs="Times New Roman"/>
        </w:rPr>
        <w:t xml:space="preserve"> </w:t>
      </w:r>
      <w:r>
        <w:rPr>
          <w:rFonts w:ascii="MV Boli" w:hAnsi="MV Boli" w:eastAsia="MV Boli" w:cs="MV Boli"/>
        </w:rPr>
        <w:t>ނިމެންދެން</w:t>
      </w:r>
      <w:r>
        <w:rPr>
          <w:rFonts w:ascii="Times New Roman" w:hAnsi="Times New Roman" w:eastAsia="Times New Roman" w:cs="Times New Roman"/>
        </w:rPr>
        <w:t xml:space="preserve"> </w:t>
      </w:r>
      <w:r>
        <w:rPr>
          <w:rFonts w:ascii="MV Boli" w:hAnsi="MV Boli" w:eastAsia="MV Boli" w:cs="MV Boli"/>
        </w:rPr>
        <w:t>ހުރި</w:t>
      </w:r>
      <w:r>
        <w:rPr>
          <w:rFonts w:ascii="Times New Roman" w:hAnsi="Times New Roman" w:eastAsia="Times New Roman" w:cs="Times New Roman"/>
        </w:rPr>
        <w:t xml:space="preserve"> </w:t>
      </w:r>
      <w:r>
        <w:rPr>
          <w:rFonts w:ascii="MV Boli" w:hAnsi="MV Boli" w:eastAsia="MV Boli" w:cs="MV Boli"/>
        </w:rPr>
        <w:t>ދައުރު</w:t>
      </w:r>
      <w:r>
        <w:rPr>
          <w:rFonts w:ascii="Times New Roman" w:hAnsi="Times New Roman" w:eastAsia="Times New Roman" w:cs="Times New Roman"/>
        </w:rPr>
        <w:t xml:space="preserve"> </w:t>
      </w:r>
      <w:r>
        <w:rPr>
          <w:rFonts w:ascii="MV Boli" w:hAnsi="MV Boli" w:eastAsia="MV Boli" w:cs="MV Boli"/>
        </w:rPr>
        <w:t>ކަމަށެވެ</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ޕަރގަމޮސް</w:t>
      </w:r>
      <w:r>
        <w:rPr>
          <w:rFonts w:ascii="Times New Roman" w:hAnsi="Times New Roman" w:eastAsia="Times New Roman" w:cs="Times New Roman"/>
        </w:rPr>
        <w:t xml:space="preserve"> </w:t>
      </w:r>
      <w:r>
        <w:rPr>
          <w:rFonts w:ascii="MV Boli" w:hAnsi="MV Boli" w:eastAsia="MV Boli" w:cs="MV Boli"/>
        </w:rPr>
        <w:t>މަންޒަރުކުރަނީ</w:t>
      </w:r>
      <w:r>
        <w:rPr>
          <w:rFonts w:ascii="Times New Roman" w:hAnsi="Times New Roman" w:eastAsia="Times New Roman" w:cs="Times New Roman"/>
        </w:rPr>
        <w:t xml:space="preserve"> </w:t>
      </w:r>
      <w:r>
        <w:rPr>
          <w:rFonts w:ascii="MV Boli" w:hAnsi="MV Boli" w:eastAsia="MV Boli" w:cs="MV Boli"/>
        </w:rPr>
        <w:t>ތަޔަތީރާއަށް</w:t>
      </w:r>
      <w:r>
        <w:rPr>
          <w:rFonts w:ascii="Times New Roman" w:hAnsi="Times New Roman" w:eastAsia="Times New Roman" w:cs="Times New Roman"/>
        </w:rPr>
        <w:t xml:space="preserve"> </w:t>
      </w:r>
      <w:r>
        <w:rPr>
          <w:rFonts w:ascii="MV Boli" w:hAnsi="MV Boli" w:eastAsia="MV Boli" w:cs="MV Boli"/>
        </w:rPr>
        <w:t>މަގުފަހިކުރާ</w:t>
      </w:r>
      <w:r>
        <w:rPr>
          <w:rFonts w:ascii="Times New Roman" w:hAnsi="Times New Roman" w:eastAsia="Times New Roman" w:cs="Times New Roman"/>
        </w:rPr>
        <w:t xml:space="preserve"> </w:t>
      </w:r>
      <w:r>
        <w:rPr>
          <w:rFonts w:ascii="MV Boli" w:hAnsi="MV Boli" w:eastAsia="MV Boli" w:cs="MV Boli"/>
        </w:rPr>
        <w:t>ތިންވަނަ</w:t>
      </w:r>
      <w:r>
        <w:rPr>
          <w:rFonts w:ascii="Times New Roman" w:hAnsi="Times New Roman" w:eastAsia="Times New Roman" w:cs="Times New Roman"/>
        </w:rPr>
        <w:t xml:space="preserve"> </w:t>
      </w:r>
      <w:r>
        <w:rPr>
          <w:rFonts w:ascii="MV Boli" w:hAnsi="MV Boli" w:eastAsia="MV Boli" w:cs="MV Boli"/>
        </w:rPr>
        <w:t>ޖީލުގެ</w:t>
      </w:r>
      <w:r>
        <w:rPr>
          <w:rFonts w:ascii="Times New Roman" w:hAnsi="Times New Roman" w:eastAsia="Times New Roman" w:cs="Times New Roman"/>
        </w:rPr>
        <w:t xml:space="preserve"> </w:t>
      </w:r>
      <w:r>
        <w:rPr>
          <w:rFonts w:ascii="MV Boli" w:hAnsi="MV Boli" w:eastAsia="MV Boli" w:cs="MV Boli"/>
        </w:rPr>
        <w:t>ސުލްހަވެރިކަމެވެ</w:t>
      </w:r>
      <w:r>
        <w:rPr>
          <w:rFonts w:ascii="Times New Roman" w:hAnsi="Times New Roman" w:eastAsia="Times New Roman" w:cs="Times New Roman"/>
        </w:rPr>
        <w:t xml:space="preserve">. </w:t>
      </w:r>
      <w:r>
        <w:rPr>
          <w:rFonts w:ascii="MV Boli" w:hAnsi="MV Boli" w:eastAsia="MV Boli" w:cs="MV Boli"/>
        </w:rPr>
        <w:t>ޕަރގަމޮސްގެ</w:t>
      </w:r>
      <w:r>
        <w:rPr>
          <w:rFonts w:ascii="Times New Roman" w:hAnsi="Times New Roman" w:eastAsia="Times New Roman" w:cs="Times New Roman"/>
        </w:rPr>
        <w:t xml:space="preserve"> </w:t>
      </w:r>
      <w:r>
        <w:rPr>
          <w:rFonts w:ascii="MV Boli" w:hAnsi="MV Boli" w:eastAsia="MV Boli" w:cs="MV Boli"/>
        </w:rPr>
        <w:t>ތިންވަނަ</w:t>
      </w:r>
      <w:r>
        <w:rPr>
          <w:rFonts w:ascii="Times New Roman" w:hAnsi="Times New Roman" w:eastAsia="Times New Roman" w:cs="Times New Roman"/>
        </w:rPr>
        <w:t xml:space="preserve"> </w:t>
      </w:r>
      <w:r>
        <w:rPr>
          <w:rFonts w:ascii="MV Boli" w:hAnsi="MV Boli" w:eastAsia="MV Boli" w:cs="MV Boli"/>
        </w:rPr>
        <w:t>ޖީލާއި</w:t>
      </w:r>
      <w:r>
        <w:rPr>
          <w:rFonts w:ascii="Times New Roman" w:hAnsi="Times New Roman" w:eastAsia="Times New Roman" w:cs="Times New Roman"/>
        </w:rPr>
        <w:t xml:space="preserve">، </w:t>
      </w:r>
      <w:r>
        <w:rPr>
          <w:rFonts w:ascii="MV Boli" w:hAnsi="MV Boli" w:eastAsia="MV Boli" w:cs="MV Boli"/>
        </w:rPr>
        <w:t>އެއިން</w:t>
      </w:r>
      <w:r>
        <w:rPr>
          <w:rFonts w:ascii="Times New Roman" w:hAnsi="Times New Roman" w:eastAsia="Times New Roman" w:cs="Times New Roman"/>
        </w:rPr>
        <w:t xml:space="preserve"> </w:t>
      </w:r>
      <w:r>
        <w:rPr>
          <w:rFonts w:ascii="MV Boli" w:hAnsi="MV Boli" w:eastAsia="MV Boli" w:cs="MV Boli"/>
        </w:rPr>
        <w:t>މަންޒަރުކުރެވޭ</w:t>
      </w:r>
      <w:r>
        <w:rPr>
          <w:rFonts w:ascii="Times New Roman" w:hAnsi="Times New Roman" w:eastAsia="Times New Roman" w:cs="Times New Roman"/>
        </w:rPr>
        <w:t xml:space="preserve"> </w:t>
      </w:r>
      <w:r>
        <w:rPr>
          <w:rFonts w:ascii="MV Boli" w:hAnsi="MV Boli" w:eastAsia="MV Boli" w:cs="MV Boli"/>
        </w:rPr>
        <w:t>ސުލްހަވެރިކަން</w:t>
      </w:r>
      <w:r>
        <w:rPr>
          <w:rFonts w:ascii="Times New Roman" w:hAnsi="Times New Roman" w:eastAsia="Times New Roman" w:cs="Times New Roman"/>
        </w:rPr>
        <w:t xml:space="preserve">، </w:t>
      </w:r>
      <w:r>
        <w:rPr>
          <w:rFonts w:ascii="MV Boli" w:hAnsi="MV Boli" w:eastAsia="MV Boli" w:cs="MV Boli"/>
        </w:rPr>
        <w:t>ފުރަތަމަ</w:t>
      </w:r>
      <w:r>
        <w:rPr>
          <w:rFonts w:ascii="Times New Roman" w:hAnsi="Times New Roman" w:eastAsia="Times New Roman" w:cs="Times New Roman"/>
        </w:rPr>
        <w:t xml:space="preserve"> </w:t>
      </w:r>
      <w:r>
        <w:rPr>
          <w:rFonts w:ascii="MV Boli" w:hAnsi="MV Boli" w:eastAsia="MV Boli" w:cs="MV Boli"/>
        </w:rPr>
        <w:t>ފުއްދުނީ</w:t>
      </w:r>
      <w:r>
        <w:rPr>
          <w:rFonts w:ascii="Times New Roman" w:hAnsi="Times New Roman" w:eastAsia="Times New Roman" w:cs="Times New Roman"/>
        </w:rPr>
        <w:t xml:space="preserve"> </w:t>
      </w:r>
      <w:r>
        <w:rPr>
          <w:rFonts w:ascii="MV Boli" w:hAnsi="MV Boli" w:eastAsia="MV Boli" w:cs="MV Boli"/>
        </w:rPr>
        <w:t>ކޮންސްޓަންޓީންގެ</w:t>
      </w:r>
      <w:r>
        <w:rPr>
          <w:rFonts w:ascii="Times New Roman" w:hAnsi="Times New Roman" w:eastAsia="Times New Roman" w:cs="Times New Roman"/>
        </w:rPr>
        <w:t xml:space="preserve"> </w:t>
      </w:r>
      <w:r>
        <w:rPr>
          <w:rFonts w:ascii="MV Boli" w:hAnsi="MV Boli" w:eastAsia="MV Boli" w:cs="MV Boli"/>
        </w:rPr>
        <w:t>ޒަމާނުގައެވެ</w:t>
      </w:r>
      <w:r>
        <w:rPr>
          <w:rFonts w:ascii="Times New Roman" w:hAnsi="Times New Roman" w:eastAsia="Times New Roman" w:cs="Times New Roman"/>
        </w:rPr>
        <w:t xml:space="preserve">؛ 321 </w:t>
      </w:r>
      <w:r>
        <w:rPr>
          <w:rFonts w:ascii="MV Boli" w:hAnsi="MV Boli" w:eastAsia="MV Boli" w:cs="MV Boli"/>
        </w:rPr>
        <w:t>ގައި</w:t>
      </w:r>
      <w:r>
        <w:rPr>
          <w:rFonts w:ascii="Times New Roman" w:hAnsi="Times New Roman" w:eastAsia="Times New Roman" w:cs="Times New Roman"/>
        </w:rPr>
        <w:t xml:space="preserve"> </w:t>
      </w:r>
      <w:r>
        <w:rPr>
          <w:rFonts w:ascii="MV Boli" w:hAnsi="MV Boli" w:eastAsia="MV Boli" w:cs="MV Boli"/>
        </w:rPr>
        <w:t>އޭނާ</w:t>
      </w:r>
      <w:r>
        <w:rPr>
          <w:rFonts w:ascii="Times New Roman" w:hAnsi="Times New Roman" w:eastAsia="Times New Roman" w:cs="Times New Roman"/>
        </w:rPr>
        <w:t xml:space="preserve"> </w:t>
      </w:r>
      <w:r>
        <w:rPr>
          <w:rFonts w:ascii="MV Boli" w:hAnsi="MV Boli" w:eastAsia="MV Boli" w:cs="MV Boli"/>
        </w:rPr>
        <w:t>ފާއިތުވެދިނީ</w:t>
      </w:r>
      <w:r>
        <w:rPr>
          <w:rFonts w:ascii="Times New Roman" w:hAnsi="Times New Roman" w:eastAsia="Times New Roman" w:cs="Times New Roman"/>
        </w:rPr>
        <w:t xml:space="preserve"> </w:t>
      </w:r>
      <w:r>
        <w:rPr>
          <w:rFonts w:ascii="MV Boli" w:hAnsi="MV Boli" w:eastAsia="MV Boli" w:cs="MV Boli"/>
        </w:rPr>
        <w:t>ފުރަތަމަ</w:t>
      </w:r>
      <w:r>
        <w:rPr>
          <w:rFonts w:ascii="Times New Roman" w:hAnsi="Times New Roman" w:eastAsia="Times New Roman" w:cs="Times New Roman"/>
        </w:rPr>
        <w:t xml:space="preserve"> </w:t>
      </w:r>
      <w:r>
        <w:rPr>
          <w:rFonts w:ascii="MV Boli" w:hAnsi="MV Boli" w:eastAsia="MV Boli" w:cs="MV Boli"/>
        </w:rPr>
        <w:t>ސަންޑޭ</w:t>
      </w:r>
      <w:r>
        <w:rPr>
          <w:rFonts w:ascii="Times New Roman" w:hAnsi="Times New Roman" w:eastAsia="Times New Roman" w:cs="Times New Roman"/>
        </w:rPr>
        <w:t xml:space="preserve"> </w:t>
      </w:r>
      <w:r>
        <w:rPr>
          <w:rFonts w:ascii="MV Boli" w:hAnsi="MV Boli" w:eastAsia="MV Boli" w:cs="MV Boli"/>
        </w:rPr>
        <w:t>ޤާނޫނެވެ</w:t>
      </w:r>
      <w:r>
        <w:rPr>
          <w:rFonts w:ascii="Times New Roman" w:hAnsi="Times New Roman" w:eastAsia="Times New Roman" w:cs="Times New Roman"/>
        </w:rPr>
        <w:t xml:space="preserve">. </w:t>
      </w:r>
      <w:r>
        <w:rPr>
          <w:rFonts w:ascii="MV Boli" w:hAnsi="MV Boli" w:eastAsia="MV Boli" w:cs="MV Boli"/>
        </w:rPr>
        <w:t>ޔުނައިޓެޑް</w:t>
      </w:r>
      <w:r>
        <w:rPr>
          <w:rFonts w:ascii="Times New Roman" w:hAnsi="Times New Roman" w:eastAsia="Times New Roman" w:cs="Times New Roman"/>
        </w:rPr>
        <w:t xml:space="preserve"> </w:t>
      </w:r>
      <w:r>
        <w:rPr>
          <w:rFonts w:ascii="MV Boli" w:hAnsi="MV Boli" w:eastAsia="MV Boli" w:cs="MV Boli"/>
        </w:rPr>
        <w:t>ސްޓޭޓްސް</w:t>
      </w:r>
      <w:r>
        <w:rPr>
          <w:rFonts w:ascii="Times New Roman" w:hAnsi="Times New Roman" w:eastAsia="Times New Roman" w:cs="Times New Roman"/>
        </w:rPr>
        <w:t xml:space="preserve"> </w:t>
      </w:r>
      <w:r>
        <w:rPr>
          <w:rFonts w:ascii="MV Boli" w:hAnsi="MV Boli" w:eastAsia="MV Boli" w:cs="MV Boli"/>
        </w:rPr>
        <w:t>ފެށުނީ</w:t>
      </w:r>
      <w:r>
        <w:rPr>
          <w:rFonts w:ascii="Times New Roman" w:hAnsi="Times New Roman" w:eastAsia="Times New Roman" w:cs="Times New Roman"/>
        </w:rPr>
        <w:t xml:space="preserve"> </w:t>
      </w:r>
      <w:r>
        <w:rPr>
          <w:rFonts w:ascii="MV Boli" w:hAnsi="MV Boli" w:eastAsia="MV Boli" w:cs="MV Boli"/>
        </w:rPr>
        <w:t>އެފެސަސްގެ</w:t>
      </w:r>
      <w:r>
        <w:rPr>
          <w:rFonts w:ascii="Times New Roman" w:hAnsi="Times New Roman" w:eastAsia="Times New Roman" w:cs="Times New Roman"/>
        </w:rPr>
        <w:t xml:space="preserve"> </w:t>
      </w:r>
      <w:r>
        <w:rPr>
          <w:rFonts w:ascii="MV Boli" w:hAnsi="MV Boli" w:eastAsia="MV Boli" w:cs="MV Boli"/>
        </w:rPr>
        <w:t>ލެމްބު</w:t>
      </w:r>
      <w:r>
        <w:rPr>
          <w:rFonts w:ascii="Times New Roman" w:hAnsi="Times New Roman" w:eastAsia="Times New Roman" w:cs="Times New Roman"/>
        </w:rPr>
        <w:t xml:space="preserve"> </w:t>
      </w:r>
      <w:r>
        <w:rPr>
          <w:rFonts w:ascii="MV Boli" w:hAnsi="MV Boli" w:eastAsia="MV Boli" w:cs="MV Boli"/>
        </w:rPr>
        <w:t>ކަމުގައެވެ</w:t>
      </w:r>
      <w:r>
        <w:rPr>
          <w:rFonts w:ascii="Times New Roman" w:hAnsi="Times New Roman" w:eastAsia="Times New Roman" w:cs="Times New Roman"/>
        </w:rPr>
        <w:t xml:space="preserve">؛ </w:t>
      </w:r>
      <w:r>
        <w:rPr>
          <w:rFonts w:ascii="MV Boli" w:hAnsi="MV Boli" w:eastAsia="MV Boli" w:cs="MV Boli"/>
        </w:rPr>
        <w:t>ނަމަވެސް</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ތަޔަތީރާ</w:t>
      </w:r>
      <w:r>
        <w:rPr>
          <w:rFonts w:ascii="Times New Roman" w:hAnsi="Times New Roman" w:eastAsia="Times New Roman" w:cs="Times New Roman"/>
        </w:rPr>
        <w:t xml:space="preserve"> </w:t>
      </w:r>
      <w:r>
        <w:rPr>
          <w:rFonts w:ascii="MV Boli" w:hAnsi="MV Boli" w:eastAsia="MV Boli" w:cs="MV Boli"/>
        </w:rPr>
        <w:t>އަލުން</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ތަޚުތުގައި</w:t>
      </w:r>
      <w:r>
        <w:rPr>
          <w:rFonts w:ascii="Times New Roman" w:hAnsi="Times New Roman" w:eastAsia="Times New Roman" w:cs="Times New Roman"/>
        </w:rPr>
        <w:t xml:space="preserve"> </w:t>
      </w:r>
      <w:r>
        <w:rPr>
          <w:rFonts w:ascii="MV Boli" w:hAnsi="MV Boli" w:eastAsia="MV Boli" w:cs="MV Boli"/>
        </w:rPr>
        <w:t>ބެހެއްޓުމުން</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ދަންނަނީ</w:t>
      </w:r>
      <w:r>
        <w:rPr>
          <w:rFonts w:ascii="Times New Roman" w:hAnsi="Times New Roman" w:eastAsia="Times New Roman" w:cs="Times New Roman"/>
        </w:rPr>
        <w:t xml:space="preserve"> </w:t>
      </w:r>
      <w:r>
        <w:rPr>
          <w:rFonts w:ascii="MV Boli" w:hAnsi="MV Boli" w:eastAsia="MV Boli" w:cs="MV Boli"/>
        </w:rPr>
        <w:t>ޑްރެގަނެއް</w:t>
      </w:r>
      <w:r>
        <w:rPr>
          <w:rFonts w:ascii="Times New Roman" w:hAnsi="Times New Roman" w:eastAsia="Times New Roman" w:cs="Times New Roman"/>
        </w:rPr>
        <w:t xml:space="preserve"> </w:t>
      </w:r>
      <w:r>
        <w:rPr>
          <w:rFonts w:ascii="MV Boli" w:hAnsi="MV Boli" w:eastAsia="MV Boli" w:cs="MV Boli"/>
        </w:rPr>
        <w:t>ފަދައިންނެވެ</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Экани уставул Нью-Ёркзон йат1әриг1ән хи угенни Апокалипсисалъул т1оцебесеб унго рукъалъул вач1иялда бихьизабула. Библияйалъул пайхамарлъиялъул анлъабилеб падишахлъиялъул угенни уген г1уц1арулеб унго тухумалда т1ад бараб, ва гьел ахиралда ккола якшанбе къануналде, гьенир ракьалъул жанивалъ аждаха к1алъай г1адин к1алъала. Ахирисеб тухум бихьизабулеб буго аждаха, ай, хъат1лъи жо, Эденалъул бақчаялда бук1аралъул г1адин; ва гьеб сабабалдалъун Яхья Ч1ах1иясулги Г1исаасулги бугеб борхараб Исраилалъул ахирисеб тухумалде абуна: «махщелазул тухум».</w:t>
      </w:r>
    </w:p>
    <w:p>
      <w:pPr>
        <w:pStyle w:val="ArticleBody"/>
        <w:jc w:val="left"/>
      </w:pPr>
      <w:r>
        <w:rPr>
          <w:rFonts w:ascii="Nirmala UI" w:hAnsi="Nirmala UI" w:eastAsia="Nirmala UI" w:cs="Nirmala UI"/>
        </w:rPr>
        <w:t>அந்</w:t>
      </w:r>
      <w:r>
        <w:rPr>
          <w:rFonts w:ascii="Times New Roman" w:hAnsi="Times New Roman" w:eastAsia="Times New Roman" w:cs="Times New Roman"/>
        </w:rPr>
        <w:t xml:space="preserve"> </w:t>
      </w:r>
      <w:r>
        <w:rPr>
          <w:rFonts w:ascii="Nirmala UI" w:hAnsi="Nirmala UI" w:eastAsia="Nirmala UI" w:cs="Nirmala UI"/>
        </w:rPr>
        <w:t>நான்காவது</w:t>
      </w:r>
      <w:r>
        <w:rPr>
          <w:rFonts w:ascii="Times New Roman" w:hAnsi="Times New Roman" w:eastAsia="Times New Roman" w:cs="Times New Roman"/>
        </w:rPr>
        <w:t xml:space="preserve"> </w:t>
      </w:r>
      <w:r>
        <w:rPr>
          <w:rFonts w:ascii="Nirmala UI" w:hAnsi="Nirmala UI" w:eastAsia="Nirmala UI" w:cs="Nirmala UI"/>
        </w:rPr>
        <w:t>மற்றும்</w:t>
      </w:r>
      <w:r>
        <w:rPr>
          <w:rFonts w:ascii="Times New Roman" w:hAnsi="Times New Roman" w:eastAsia="Times New Roman" w:cs="Times New Roman"/>
        </w:rPr>
        <w:t xml:space="preserve"> </w:t>
      </w:r>
      <w:r>
        <w:rPr>
          <w:rFonts w:ascii="Nirmala UI" w:hAnsi="Nirmala UI" w:eastAsia="Nirmala UI" w:cs="Nirmala UI"/>
        </w:rPr>
        <w:t>இறுதியான</w:t>
      </w:r>
      <w:r>
        <w:rPr>
          <w:rFonts w:ascii="Times New Roman" w:hAnsi="Times New Roman" w:eastAsia="Times New Roman" w:cs="Times New Roman"/>
        </w:rPr>
        <w:t xml:space="preserve"> </w:t>
      </w:r>
      <w:r>
        <w:rPr>
          <w:rFonts w:ascii="Nirmala UI" w:hAnsi="Nirmala UI" w:eastAsia="Nirmala UI" w:cs="Nirmala UI"/>
        </w:rPr>
        <w:t>தலைமுறை</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புறம்</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இலட்சத்து</w:t>
      </w:r>
      <w:r>
        <w:rPr>
          <w:rFonts w:ascii="Times New Roman" w:hAnsi="Times New Roman" w:eastAsia="Times New Roman" w:cs="Times New Roman"/>
        </w:rPr>
        <w:t xml:space="preserve"> </w:t>
      </w:r>
      <w:r>
        <w:rPr>
          <w:rFonts w:ascii="Nirmala UI" w:hAnsi="Nirmala UI" w:eastAsia="Nirmala UI" w:cs="Nirmala UI"/>
        </w:rPr>
        <w:t>நாற்பத்திநான்காயிரத்தைச்</w:t>
      </w:r>
      <w:r>
        <w:rPr>
          <w:rFonts w:ascii="Times New Roman" w:hAnsi="Times New Roman" w:eastAsia="Times New Roman" w:cs="Times New Roman"/>
        </w:rPr>
        <w:t xml:space="preserve"> </w:t>
      </w:r>
      <w:r>
        <w:rPr>
          <w:rFonts w:ascii="Nirmala UI" w:hAnsi="Nirmala UI" w:eastAsia="Nirmala UI" w:cs="Nirmala UI"/>
        </w:rPr>
        <w:t>சுட்டிக்காட்டும்</w:t>
      </w:r>
      <w:r>
        <w:rPr>
          <w:rFonts w:ascii="Times New Roman" w:hAnsi="Times New Roman" w:eastAsia="Times New Roman" w:cs="Times New Roman"/>
        </w:rPr>
        <w:t xml:space="preserve"> “</w:t>
      </w:r>
      <w:r>
        <w:rPr>
          <w:rFonts w:ascii="Nirmala UI" w:hAnsi="Nirmala UI" w:eastAsia="Nirmala UI" w:cs="Nirmala UI"/>
        </w:rPr>
        <w:t>தேர்ந்தெடுக்கப்பட்ட</w:t>
      </w:r>
      <w:r>
        <w:rPr>
          <w:rFonts w:ascii="Times New Roman" w:hAnsi="Times New Roman" w:eastAsia="Times New Roman" w:cs="Times New Roman"/>
        </w:rPr>
        <w:t xml:space="preserve"> </w:t>
      </w:r>
      <w:r>
        <w:rPr>
          <w:rFonts w:ascii="Nirmala UI" w:hAnsi="Nirmala UI" w:eastAsia="Nirmala UI" w:cs="Nirmala UI"/>
        </w:rPr>
        <w:t>தலைமுறை</w:t>
      </w:r>
      <w:r>
        <w:rPr>
          <w:rFonts w:ascii="Times New Roman" w:hAnsi="Times New Roman" w:eastAsia="Times New Roman" w:cs="Times New Roman"/>
        </w:rPr>
        <w:t>”</w:t>
      </w:r>
      <w:r>
        <w:rPr>
          <w:rFonts w:ascii="Nirmala UI" w:hAnsi="Nirmala UI" w:eastAsia="Nirmala UI" w:cs="Nirmala UI"/>
        </w:rPr>
        <w:t>யாகவோ</w:t>
      </w:r>
      <w:r>
        <w:rPr>
          <w:rFonts w:ascii="Times New Roman" w:hAnsi="Times New Roman" w:eastAsia="Times New Roman" w:cs="Times New Roman"/>
        </w:rPr>
        <w:t xml:space="preserve">, </w:t>
      </w:r>
      <w:r>
        <w:rPr>
          <w:rFonts w:ascii="Nirmala UI" w:hAnsi="Nirmala UI" w:eastAsia="Nirmala UI" w:cs="Nirmala UI"/>
        </w:rPr>
        <w:t>அல்லது</w:t>
      </w:r>
      <w:r>
        <w:rPr>
          <w:rFonts w:ascii="Times New Roman" w:hAnsi="Times New Roman" w:eastAsia="Times New Roman" w:cs="Times New Roman"/>
        </w:rPr>
        <w:t xml:space="preserve"> </w:t>
      </w:r>
      <w:r>
        <w:rPr>
          <w:rFonts w:ascii="Nirmala UI" w:hAnsi="Nirmala UI" w:eastAsia="Nirmala UI" w:cs="Nirmala UI"/>
        </w:rPr>
        <w:t>அதற்கான</w:t>
      </w:r>
      <w:r>
        <w:rPr>
          <w:rFonts w:ascii="Times New Roman" w:hAnsi="Times New Roman" w:eastAsia="Times New Roman" w:cs="Times New Roman"/>
        </w:rPr>
        <w:t xml:space="preserve"> </w:t>
      </w:r>
      <w:r>
        <w:rPr>
          <w:rFonts w:ascii="Nirmala UI" w:hAnsi="Nirmala UI" w:eastAsia="Nirmala UI" w:cs="Nirmala UI"/>
        </w:rPr>
        <w:t>எதிர்</w:t>
      </w:r>
      <w:r>
        <w:rPr>
          <w:rFonts w:ascii="Times New Roman" w:hAnsi="Times New Roman" w:eastAsia="Times New Roman" w:cs="Times New Roman"/>
        </w:rPr>
        <w:t xml:space="preserve"> </w:t>
      </w:r>
      <w:r>
        <w:rPr>
          <w:rFonts w:ascii="Nirmala UI" w:hAnsi="Nirmala UI" w:eastAsia="Nirmala UI" w:cs="Nirmala UI"/>
        </w:rPr>
        <w:t>வகையாகிய</w:t>
      </w:r>
      <w:r>
        <w:rPr>
          <w:rFonts w:ascii="Times New Roman" w:hAnsi="Times New Roman" w:eastAsia="Times New Roman" w:cs="Times New Roman"/>
        </w:rPr>
        <w:t xml:space="preserve"> </w:t>
      </w:r>
      <w:r>
        <w:rPr>
          <w:rFonts w:ascii="Nirmala UI" w:hAnsi="Nirmala UI" w:eastAsia="Nirmala UI" w:cs="Nirmala UI"/>
        </w:rPr>
        <w:t>விரோதப்</w:t>
      </w:r>
      <w:r>
        <w:rPr>
          <w:rFonts w:ascii="Times New Roman" w:hAnsi="Times New Roman" w:eastAsia="Times New Roman" w:cs="Times New Roman"/>
        </w:rPr>
        <w:t xml:space="preserve"> </w:t>
      </w:r>
      <w:r>
        <w:rPr>
          <w:rFonts w:ascii="Nirmala UI" w:hAnsi="Nirmala UI" w:eastAsia="Nirmala UI" w:cs="Nirmala UI"/>
        </w:rPr>
        <w:t>பாம்புகளின்</w:t>
      </w:r>
      <w:r>
        <w:rPr>
          <w:rFonts w:ascii="Times New Roman" w:hAnsi="Times New Roman" w:eastAsia="Times New Roman" w:cs="Times New Roman"/>
        </w:rPr>
        <w:t xml:space="preserve"> </w:t>
      </w:r>
      <w:r>
        <w:rPr>
          <w:rFonts w:ascii="Nirmala UI" w:hAnsi="Nirmala UI" w:eastAsia="Nirmala UI" w:cs="Nirmala UI"/>
        </w:rPr>
        <w:t>தலைமுறையாகவோ</w:t>
      </w:r>
      <w:r>
        <w:rPr>
          <w:rFonts w:ascii="Times New Roman" w:hAnsi="Times New Roman" w:eastAsia="Times New Roman" w:cs="Times New Roman"/>
        </w:rPr>
        <w:t xml:space="preserve"> </w:t>
      </w:r>
      <w:r>
        <w:rPr>
          <w:rFonts w:ascii="Nirmala UI" w:hAnsi="Nirmala UI" w:eastAsia="Nirmala UI" w:cs="Nirmala UI"/>
        </w:rPr>
        <w:t>இருக்கிறது</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வகுப்பு</w:t>
      </w:r>
      <w:r>
        <w:rPr>
          <w:rFonts w:ascii="Times New Roman" w:hAnsi="Times New Roman" w:eastAsia="Times New Roman" w:cs="Times New Roman"/>
        </w:rPr>
        <w:t xml:space="preserve"> </w:t>
      </w:r>
      <w:r>
        <w:rPr>
          <w:rFonts w:ascii="Nirmala UI" w:hAnsi="Nirmala UI" w:eastAsia="Nirmala UI" w:cs="Nirmala UI"/>
        </w:rPr>
        <w:t>கிறிஸ்துவின்</w:t>
      </w:r>
      <w:r>
        <w:rPr>
          <w:rFonts w:ascii="Times New Roman" w:hAnsi="Times New Roman" w:eastAsia="Times New Roman" w:cs="Times New Roman"/>
        </w:rPr>
        <w:t xml:space="preserve"> </w:t>
      </w:r>
      <w:r>
        <w:rPr>
          <w:rFonts w:ascii="Nirmala UI" w:hAnsi="Nirmala UI" w:eastAsia="Nirmala UI" w:cs="Nirmala UI"/>
        </w:rPr>
        <w:t>சாயலை</w:t>
      </w:r>
      <w:r>
        <w:rPr>
          <w:rFonts w:ascii="Times New Roman" w:hAnsi="Times New Roman" w:eastAsia="Times New Roman" w:cs="Times New Roman"/>
        </w:rPr>
        <w:t xml:space="preserve"> </w:t>
      </w:r>
      <w:r>
        <w:rPr>
          <w:rFonts w:ascii="Nirmala UI" w:hAnsi="Nirmala UI" w:eastAsia="Nirmala UI" w:cs="Nirmala UI"/>
        </w:rPr>
        <w:t>உருவாக்கியுள்ளது</w:t>
      </w:r>
      <w:r>
        <w:rPr>
          <w:rFonts w:ascii="Times New Roman" w:hAnsi="Times New Roman" w:eastAsia="Times New Roman" w:cs="Times New Roman"/>
        </w:rPr>
        <w:t xml:space="preserve">; </w:t>
      </w:r>
      <w:r>
        <w:rPr>
          <w:rFonts w:ascii="Nirmala UI" w:hAnsi="Nirmala UI" w:eastAsia="Nirmala UI" w:cs="Nirmala UI"/>
        </w:rPr>
        <w:t>மற்றது</w:t>
      </w:r>
      <w:r>
        <w:rPr>
          <w:rFonts w:ascii="Times New Roman" w:hAnsi="Times New Roman" w:eastAsia="Times New Roman" w:cs="Times New Roman"/>
        </w:rPr>
        <w:t xml:space="preserve"> </w:t>
      </w:r>
      <w:r>
        <w:rPr>
          <w:rFonts w:ascii="Nirmala UI" w:hAnsi="Nirmala UI" w:eastAsia="Nirmala UI" w:cs="Nirmala UI"/>
        </w:rPr>
        <w:t>மிருகத்தின்</w:t>
      </w:r>
      <w:r>
        <w:rPr>
          <w:rFonts w:ascii="Times New Roman" w:hAnsi="Times New Roman" w:eastAsia="Times New Roman" w:cs="Times New Roman"/>
        </w:rPr>
        <w:t>—</w:t>
      </w:r>
      <w:r>
        <w:rPr>
          <w:rFonts w:ascii="Nirmala UI" w:hAnsi="Nirmala UI" w:eastAsia="Nirmala UI" w:cs="Nirmala UI"/>
        </w:rPr>
        <w:t>அதாவது</w:t>
      </w:r>
      <w:r>
        <w:rPr>
          <w:rFonts w:ascii="Times New Roman" w:hAnsi="Times New Roman" w:eastAsia="Times New Roman" w:cs="Times New Roman"/>
        </w:rPr>
        <w:t xml:space="preserve"> </w:t>
      </w:r>
      <w:r>
        <w:rPr>
          <w:rFonts w:ascii="Nirmala UI" w:hAnsi="Nirmala UI" w:eastAsia="Nirmala UI" w:cs="Nirmala UI"/>
        </w:rPr>
        <w:t>பாம்பின்</w:t>
      </w:r>
      <w:r>
        <w:rPr>
          <w:rFonts w:ascii="Times New Roman" w:hAnsi="Times New Roman" w:eastAsia="Times New Roman" w:cs="Times New Roman"/>
        </w:rPr>
        <w:t>—</w:t>
      </w:r>
      <w:r>
        <w:rPr>
          <w:rFonts w:ascii="Nirmala UI" w:hAnsi="Nirmala UI" w:eastAsia="Nirmala UI" w:cs="Nirmala UI"/>
        </w:rPr>
        <w:t>சாயலை</w:t>
      </w:r>
      <w:r>
        <w:rPr>
          <w:rFonts w:ascii="Times New Roman" w:hAnsi="Times New Roman" w:eastAsia="Times New Roman" w:cs="Times New Roman"/>
        </w:rPr>
        <w:t xml:space="preserve"> </w:t>
      </w:r>
      <w:r>
        <w:rPr>
          <w:rFonts w:ascii="Nirmala UI" w:hAnsi="Nirmala UI" w:eastAsia="Nirmala UI" w:cs="Nirmala UI"/>
        </w:rPr>
        <w:t>உருவாக்கியுள்ளது</w:t>
      </w:r>
      <w:r>
        <w:rPr>
          <w:rFonts w:ascii="Times New Roman" w:hAnsi="Times New Roman" w:eastAsia="Times New Roman" w:cs="Times New Roman"/>
        </w:rPr>
        <w:t xml:space="preserve">. </w:t>
      </w:r>
      <w:r>
        <w:rPr>
          <w:rFonts w:ascii="Nirmala UI" w:hAnsi="Nirmala UI" w:eastAsia="Nirmala UI" w:cs="Nirmala UI"/>
        </w:rPr>
        <w:t>விரோதப்</w:t>
      </w:r>
      <w:r>
        <w:rPr>
          <w:rFonts w:ascii="Times New Roman" w:hAnsi="Times New Roman" w:eastAsia="Times New Roman" w:cs="Times New Roman"/>
        </w:rPr>
        <w:t xml:space="preserve"> </w:t>
      </w:r>
      <w:r>
        <w:rPr>
          <w:rFonts w:ascii="Nirmala UI" w:hAnsi="Nirmala UI" w:eastAsia="Nirmala UI" w:cs="Nirmala UI"/>
        </w:rPr>
        <w:t>பாம்புகளின்</w:t>
      </w:r>
      <w:r>
        <w:rPr>
          <w:rFonts w:ascii="Times New Roman" w:hAnsi="Times New Roman" w:eastAsia="Times New Roman" w:cs="Times New Roman"/>
        </w:rPr>
        <w:t xml:space="preserve"> </w:t>
      </w:r>
      <w:r>
        <w:rPr>
          <w:rFonts w:ascii="Nirmala UI" w:hAnsi="Nirmala UI" w:eastAsia="Nirmala UI" w:cs="Nirmala UI"/>
        </w:rPr>
        <w:t>தலைமுறை</w:t>
      </w:r>
      <w:r>
        <w:rPr>
          <w:rFonts w:ascii="Times New Roman" w:hAnsi="Times New Roman" w:eastAsia="Times New Roman" w:cs="Times New Roman"/>
        </w:rPr>
        <w:t xml:space="preserve">, </w:t>
      </w:r>
      <w:r>
        <w:rPr>
          <w:rFonts w:ascii="Nirmala UI" w:hAnsi="Nirmala UI" w:eastAsia="Nirmala UI" w:cs="Nirmala UI"/>
        </w:rPr>
        <w:t>தேவனுடைய</w:t>
      </w:r>
      <w:r>
        <w:rPr>
          <w:rFonts w:ascii="Times New Roman" w:hAnsi="Times New Roman" w:eastAsia="Times New Roman" w:cs="Times New Roman"/>
        </w:rPr>
        <w:t xml:space="preserve"> </w:t>
      </w:r>
      <w:r>
        <w:rPr>
          <w:rFonts w:ascii="Nirmala UI" w:hAnsi="Nirmala UI" w:eastAsia="Nirmala UI" w:cs="Nirmala UI"/>
        </w:rPr>
        <w:t>வார்த்தையில்</w:t>
      </w:r>
      <w:r>
        <w:rPr>
          <w:rFonts w:ascii="Times New Roman" w:hAnsi="Times New Roman" w:eastAsia="Times New Roman" w:cs="Times New Roman"/>
        </w:rPr>
        <w:t xml:space="preserve"> </w:t>
      </w:r>
      <w:r>
        <w:rPr>
          <w:rFonts w:ascii="Nirmala UI" w:hAnsi="Nirmala UI" w:eastAsia="Nirmala UI" w:cs="Nirmala UI"/>
        </w:rPr>
        <w:t>நான்கு</w:t>
      </w:r>
      <w:r>
        <w:rPr>
          <w:rFonts w:ascii="Times New Roman" w:hAnsi="Times New Roman" w:eastAsia="Times New Roman" w:cs="Times New Roman"/>
        </w:rPr>
        <w:t xml:space="preserve"> </w:t>
      </w:r>
      <w:r>
        <w:rPr>
          <w:rFonts w:ascii="Nirmala UI" w:hAnsi="Nirmala UI" w:eastAsia="Nirmala UI" w:cs="Nirmala UI"/>
        </w:rPr>
        <w:t>முறை</w:t>
      </w:r>
      <w:r>
        <w:rPr>
          <w:rFonts w:ascii="Times New Roman" w:hAnsi="Times New Roman" w:eastAsia="Times New Roman" w:cs="Times New Roman"/>
        </w:rPr>
        <w:t xml:space="preserve"> </w:t>
      </w:r>
      <w:r>
        <w:rPr>
          <w:rFonts w:ascii="Nirmala UI" w:hAnsi="Nirmala UI" w:eastAsia="Nirmala UI" w:cs="Nirmala UI"/>
        </w:rPr>
        <w:t>நேரடியாக</w:t>
      </w:r>
      <w:r>
        <w:rPr>
          <w:rFonts w:ascii="Times New Roman" w:hAnsi="Times New Roman" w:eastAsia="Times New Roman" w:cs="Times New Roman"/>
        </w:rPr>
        <w:t xml:space="preserve"> </w:t>
      </w:r>
      <w:r>
        <w:rPr>
          <w:rFonts w:ascii="Nirmala UI" w:hAnsi="Nirmala UI" w:eastAsia="Nirmala UI" w:cs="Nirmala UI"/>
        </w:rPr>
        <w:t>முன்வைக்கப்படுகிறது</w:t>
      </w:r>
      <w:r>
        <w:rPr>
          <w:rFonts w:ascii="Times New Roman" w:hAnsi="Times New Roman" w:eastAsia="Times New Roman" w:cs="Times New Roman"/>
        </w:rPr>
        <w:t xml:space="preserve">. </w:t>
      </w:r>
      <w:r>
        <w:rPr>
          <w:rFonts w:ascii="Nirmala UI" w:hAnsi="Nirmala UI" w:eastAsia="Nirmala UI" w:cs="Nirmala UI"/>
        </w:rPr>
        <w:t>ஒவ்வொரு</w:t>
      </w:r>
      <w:r>
        <w:rPr>
          <w:rFonts w:ascii="Times New Roman" w:hAnsi="Times New Roman" w:eastAsia="Times New Roman" w:cs="Times New Roman"/>
        </w:rPr>
        <w:t xml:space="preserve"> </w:t>
      </w:r>
      <w:r>
        <w:rPr>
          <w:rFonts w:ascii="Nirmala UI" w:hAnsi="Nirmala UI" w:eastAsia="Nirmala UI" w:cs="Nirmala UI"/>
        </w:rPr>
        <w:t>குறிப்பிடுதலிலும்</w:t>
      </w:r>
      <w:r>
        <w:rPr>
          <w:rFonts w:ascii="Times New Roman" w:hAnsi="Times New Roman" w:eastAsia="Times New Roman" w:cs="Times New Roman"/>
        </w:rPr>
        <w:t xml:space="preserve"> </w:t>
      </w:r>
      <w:r>
        <w:rPr>
          <w:rFonts w:ascii="Nirmala UI" w:hAnsi="Nirmala UI" w:eastAsia="Nirmala UI" w:cs="Nirmala UI"/>
        </w:rPr>
        <w:t>அதன்</w:t>
      </w:r>
      <w:r>
        <w:rPr>
          <w:rFonts w:ascii="Times New Roman" w:hAnsi="Times New Roman" w:eastAsia="Times New Roman" w:cs="Times New Roman"/>
        </w:rPr>
        <w:t xml:space="preserve"> </w:t>
      </w:r>
      <w:r>
        <w:rPr>
          <w:rFonts w:ascii="Nirmala UI" w:hAnsi="Nirmala UI" w:eastAsia="Nirmala UI" w:cs="Nirmala UI"/>
        </w:rPr>
        <w:t>சூழல்</w:t>
      </w:r>
      <w:r>
        <w:rPr>
          <w:rFonts w:ascii="Times New Roman" w:hAnsi="Times New Roman" w:eastAsia="Times New Roman" w:cs="Times New Roman"/>
        </w:rPr>
        <w:t xml:space="preserve"> </w:t>
      </w:r>
      <w:r>
        <w:rPr>
          <w:rFonts w:ascii="Nirmala UI" w:hAnsi="Nirmala UI" w:eastAsia="Nirmala UI" w:cs="Nirmala UI"/>
        </w:rPr>
        <w:t>வேறுபட்டதாக</w:t>
      </w:r>
      <w:r>
        <w:rPr>
          <w:rFonts w:ascii="Times New Roman" w:hAnsi="Times New Roman" w:eastAsia="Times New Roman" w:cs="Times New Roman"/>
        </w:rPr>
        <w:t xml:space="preserve"> </w:t>
      </w:r>
      <w:r>
        <w:rPr>
          <w:rFonts w:ascii="Nirmala UI" w:hAnsi="Nirmala UI" w:eastAsia="Nirmala UI" w:cs="Nirmala UI"/>
        </w:rPr>
        <w:t>இருக்கிறது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Geerarsa inni baayʼeen Fariisotaa fi Saduuqotaa cuuphaa isaa bira dhufan yommuu arge, akkana isaaniin jedhe: Yaa sanyii bofa summii, dheekkamsa dhufu sana jalaa akka baqattan eenyutu isin akeekkachiise? Maatewos 3:7.</w:t>
      </w:r>
    </w:p>
    <w:p>
      <w:pPr>
        <w:pStyle w:val="ArticleBody"/>
        <w:jc w:val="left"/>
      </w:pPr>
      <w:r>
        <w:rPr>
          <w:rFonts w:ascii="Nirmala UI" w:hAnsi="Nirmala UI" w:eastAsia="Nirmala UI" w:cs="Nirmala UI"/>
        </w:rPr>
        <w:t>തീർച്ചയായും</w:t>
      </w:r>
      <w:r>
        <w:rPr>
          <w:rFonts w:ascii="Times New Roman" w:hAnsi="Times New Roman" w:eastAsia="Times New Roman" w:cs="Times New Roman"/>
        </w:rPr>
        <w:t xml:space="preserve"> “</w:t>
      </w:r>
      <w:r>
        <w:rPr>
          <w:rFonts w:ascii="Nirmala UI" w:hAnsi="Nirmala UI" w:eastAsia="Nirmala UI" w:cs="Nirmala UI"/>
        </w:rPr>
        <w:t>വൈപ്പർ</w:t>
      </w:r>
      <w:r>
        <w:rPr>
          <w:rFonts w:ascii="Times New Roman" w:hAnsi="Times New Roman" w:eastAsia="Times New Roman" w:cs="Times New Roman"/>
        </w:rPr>
        <w:t xml:space="preserve"> </w:t>
      </w:r>
      <w:r>
        <w:rPr>
          <w:rFonts w:ascii="Nirmala UI" w:hAnsi="Nirmala UI" w:eastAsia="Nirmala UI" w:cs="Nirmala UI"/>
        </w:rPr>
        <w:t>പാമ്പുകളുടെ</w:t>
      </w:r>
      <w:r>
        <w:rPr>
          <w:rFonts w:ascii="Times New Roman" w:hAnsi="Times New Roman" w:eastAsia="Times New Roman" w:cs="Times New Roman"/>
        </w:rPr>
        <w:t xml:space="preserve"> </w:t>
      </w:r>
      <w:r>
        <w:rPr>
          <w:rFonts w:ascii="Nirmala UI" w:hAnsi="Nirmala UI" w:eastAsia="Nirmala UI" w:cs="Nirmala UI"/>
        </w:rPr>
        <w:t>സന്തതി</w:t>
      </w:r>
      <w:r>
        <w:rPr>
          <w:rFonts w:ascii="Times New Roman" w:hAnsi="Times New Roman" w:eastAsia="Times New Roman" w:cs="Times New Roman"/>
        </w:rPr>
        <w:t xml:space="preserve">” </w:t>
      </w:r>
      <w:r>
        <w:rPr>
          <w:rFonts w:ascii="Nirmala UI" w:hAnsi="Nirmala UI" w:eastAsia="Nirmala UI" w:cs="Nirmala UI"/>
        </w:rPr>
        <w:t>എന്നത്</w:t>
      </w:r>
      <w:r>
        <w:rPr>
          <w:rFonts w:ascii="Times New Roman" w:hAnsi="Times New Roman" w:eastAsia="Times New Roman" w:cs="Times New Roman"/>
        </w:rPr>
        <w:t xml:space="preserve"> </w:t>
      </w:r>
      <w:r>
        <w:rPr>
          <w:rFonts w:ascii="Nirmala UI" w:hAnsi="Nirmala UI" w:eastAsia="Nirmala UI" w:cs="Nirmala UI"/>
        </w:rPr>
        <w:t>യോഹന്നാൻ</w:t>
      </w:r>
      <w:r>
        <w:rPr>
          <w:rFonts w:ascii="Times New Roman" w:hAnsi="Times New Roman" w:eastAsia="Times New Roman" w:cs="Times New Roman"/>
        </w:rPr>
        <w:t xml:space="preserve"> </w:t>
      </w:r>
      <w:r>
        <w:rPr>
          <w:rFonts w:ascii="Nirmala UI" w:hAnsi="Nirmala UI" w:eastAsia="Nirmala UI" w:cs="Nirmala UI"/>
        </w:rPr>
        <w:t>ഇഷ്ടപ്പെടാത്ത</w:t>
      </w:r>
      <w:r>
        <w:rPr>
          <w:rFonts w:ascii="Times New Roman" w:hAnsi="Times New Roman" w:eastAsia="Times New Roman" w:cs="Times New Roman"/>
        </w:rPr>
        <w:t xml:space="preserve"> </w:t>
      </w:r>
      <w:r>
        <w:rPr>
          <w:rFonts w:ascii="Nirmala UI" w:hAnsi="Nirmala UI" w:eastAsia="Nirmala UI" w:cs="Nirmala UI"/>
        </w:rPr>
        <w:t>ചില</w:t>
      </w:r>
      <w:r>
        <w:rPr>
          <w:rFonts w:ascii="Times New Roman" w:hAnsi="Times New Roman" w:eastAsia="Times New Roman" w:cs="Times New Roman"/>
        </w:rPr>
        <w:t xml:space="preserve"> </w:t>
      </w:r>
      <w:r>
        <w:rPr>
          <w:rFonts w:ascii="Nirmala UI" w:hAnsi="Nirmala UI" w:eastAsia="Nirmala UI" w:cs="Nirmala UI"/>
        </w:rPr>
        <w:t>മതവിഭാഗങ്ങളിലുള്ള</w:t>
      </w:r>
      <w:r>
        <w:rPr>
          <w:rFonts w:ascii="Times New Roman" w:hAnsi="Times New Roman" w:eastAsia="Times New Roman" w:cs="Times New Roman"/>
        </w:rPr>
        <w:t xml:space="preserve"> </w:t>
      </w:r>
      <w:r>
        <w:rPr>
          <w:rFonts w:ascii="Nirmala UI" w:hAnsi="Nirmala UI" w:eastAsia="Nirmala UI" w:cs="Nirmala UI"/>
        </w:rPr>
        <w:t>ആളുകളെ</w:t>
      </w:r>
      <w:r>
        <w:rPr>
          <w:rFonts w:ascii="Times New Roman" w:hAnsi="Times New Roman" w:eastAsia="Times New Roman" w:cs="Times New Roman"/>
        </w:rPr>
        <w:t xml:space="preserve"> </w:t>
      </w:r>
      <w:r>
        <w:rPr>
          <w:rFonts w:ascii="Nirmala UI" w:hAnsi="Nirmala UI" w:eastAsia="Nirmala UI" w:cs="Nirmala UI"/>
        </w:rPr>
        <w:t>കുറിച്ചുള്ള</w:t>
      </w:r>
      <w:r>
        <w:rPr>
          <w:rFonts w:ascii="Times New Roman" w:hAnsi="Times New Roman" w:eastAsia="Times New Roman" w:cs="Times New Roman"/>
        </w:rPr>
        <w:t xml:space="preserve"> </w:t>
      </w:r>
      <w:r>
        <w:rPr>
          <w:rFonts w:ascii="Nirmala UI" w:hAnsi="Nirmala UI" w:eastAsia="Nirmala UI" w:cs="Nirmala UI"/>
        </w:rPr>
        <w:t>ഏതാനും</w:t>
      </w:r>
      <w:r>
        <w:rPr>
          <w:rFonts w:ascii="Times New Roman" w:hAnsi="Times New Roman" w:eastAsia="Times New Roman" w:cs="Times New Roman"/>
        </w:rPr>
        <w:t xml:space="preserve"> </w:t>
      </w:r>
      <w:r>
        <w:rPr>
          <w:rFonts w:ascii="Nirmala UI" w:hAnsi="Nirmala UI" w:eastAsia="Nirmala UI" w:cs="Nirmala UI"/>
        </w:rPr>
        <w:t>നിന്ദാപരമായ</w:t>
      </w:r>
      <w:r>
        <w:rPr>
          <w:rFonts w:ascii="Times New Roman" w:hAnsi="Times New Roman" w:eastAsia="Times New Roman" w:cs="Times New Roman"/>
        </w:rPr>
        <w:t xml:space="preserve"> </w:t>
      </w:r>
      <w:r>
        <w:rPr>
          <w:rFonts w:ascii="Nirmala UI" w:hAnsi="Nirmala UI" w:eastAsia="Nirmala UI" w:cs="Nirmala UI"/>
        </w:rPr>
        <w:t>പരാമർശങ്ങൾ</w:t>
      </w:r>
      <w:r>
        <w:rPr>
          <w:rFonts w:ascii="Times New Roman" w:hAnsi="Times New Roman" w:eastAsia="Times New Roman" w:cs="Times New Roman"/>
        </w:rPr>
        <w:t xml:space="preserve"> </w:t>
      </w:r>
      <w:r>
        <w:rPr>
          <w:rFonts w:ascii="Nirmala UI" w:hAnsi="Nirmala UI" w:eastAsia="Nirmala UI" w:cs="Nirmala UI"/>
        </w:rPr>
        <w:t>മാത്രമായിരുന്നുവെങ്കിൽ</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പ്രയോഗത്തെക്കുറിച്ച്</w:t>
      </w:r>
      <w:r>
        <w:rPr>
          <w:rFonts w:ascii="Times New Roman" w:hAnsi="Times New Roman" w:eastAsia="Times New Roman" w:cs="Times New Roman"/>
        </w:rPr>
        <w:t xml:space="preserve"> </w:t>
      </w:r>
      <w:r>
        <w:rPr>
          <w:rFonts w:ascii="Nirmala UI" w:hAnsi="Nirmala UI" w:eastAsia="Nirmala UI" w:cs="Nirmala UI"/>
        </w:rPr>
        <w:t>പറയാനൊന്നും</w:t>
      </w:r>
      <w:r>
        <w:rPr>
          <w:rFonts w:ascii="Times New Roman" w:hAnsi="Times New Roman" w:eastAsia="Times New Roman" w:cs="Times New Roman"/>
        </w:rPr>
        <w:t xml:space="preserve"> </w:t>
      </w:r>
      <w:r>
        <w:rPr>
          <w:rFonts w:ascii="Nirmala UI" w:hAnsi="Nirmala UI" w:eastAsia="Nirmala UI" w:cs="Nirmala UI"/>
        </w:rPr>
        <w:t>ഉണ്ടായിരിക്കുകയില്ലായിരുന്നു</w:t>
      </w:r>
      <w:r>
        <w:rPr>
          <w:rFonts w:ascii="Times New Roman" w:hAnsi="Times New Roman" w:eastAsia="Times New Roman" w:cs="Times New Roman"/>
        </w:rPr>
        <w:t xml:space="preserve">. </w:t>
      </w:r>
      <w:r>
        <w:rPr>
          <w:rFonts w:ascii="Nirmala UI" w:hAnsi="Nirmala UI" w:eastAsia="Nirmala UI" w:cs="Nirmala UI"/>
        </w:rPr>
        <w:t>എന്നാൽ</w:t>
      </w:r>
      <w:r>
        <w:rPr>
          <w:rFonts w:ascii="Times New Roman" w:hAnsi="Times New Roman" w:eastAsia="Times New Roman" w:cs="Times New Roman"/>
        </w:rPr>
        <w:t xml:space="preserve"> </w:t>
      </w:r>
      <w:r>
        <w:rPr>
          <w:rFonts w:ascii="Nirmala UI" w:hAnsi="Nirmala UI" w:eastAsia="Nirmala UI" w:cs="Nirmala UI"/>
        </w:rPr>
        <w:t>ദൈവത്തിന്റെ</w:t>
      </w:r>
      <w:r>
        <w:rPr>
          <w:rFonts w:ascii="Times New Roman" w:hAnsi="Times New Roman" w:eastAsia="Times New Roman" w:cs="Times New Roman"/>
        </w:rPr>
        <w:t xml:space="preserve"> </w:t>
      </w:r>
      <w:r>
        <w:rPr>
          <w:rFonts w:ascii="Nirmala UI" w:hAnsi="Nirmala UI" w:eastAsia="Nirmala UI" w:cs="Nirmala UI"/>
        </w:rPr>
        <w:t>വചനത്തിലെ</w:t>
      </w:r>
      <w:r>
        <w:rPr>
          <w:rFonts w:ascii="Times New Roman" w:hAnsi="Times New Roman" w:eastAsia="Times New Roman" w:cs="Times New Roman"/>
        </w:rPr>
        <w:t xml:space="preserve"> </w:t>
      </w:r>
      <w:r>
        <w:rPr>
          <w:rFonts w:ascii="Nirmala UI" w:hAnsi="Nirmala UI" w:eastAsia="Nirmala UI" w:cs="Nirmala UI"/>
        </w:rPr>
        <w:t>ഓരോ</w:t>
      </w:r>
      <w:r>
        <w:rPr>
          <w:rFonts w:ascii="Times New Roman" w:hAnsi="Times New Roman" w:eastAsia="Times New Roman" w:cs="Times New Roman"/>
        </w:rPr>
        <w:t xml:space="preserve"> </w:t>
      </w:r>
      <w:r>
        <w:rPr>
          <w:rFonts w:ascii="Nirmala UI" w:hAnsi="Nirmala UI" w:eastAsia="Nirmala UI" w:cs="Nirmala UI"/>
        </w:rPr>
        <w:t>വാക്കും</w:t>
      </w:r>
      <w:r>
        <w:rPr>
          <w:rFonts w:ascii="Times New Roman" w:hAnsi="Times New Roman" w:eastAsia="Times New Roman" w:cs="Times New Roman"/>
        </w:rPr>
        <w:t xml:space="preserve"> </w:t>
      </w:r>
      <w:r>
        <w:rPr>
          <w:rFonts w:ascii="Nirmala UI" w:hAnsi="Nirmala UI" w:eastAsia="Nirmala UI" w:cs="Nirmala UI"/>
        </w:rPr>
        <w:t>വിശുദ്ധമാണ്</w:t>
      </w:r>
      <w:r>
        <w:rPr>
          <w:rFonts w:ascii="Times New Roman" w:hAnsi="Times New Roman" w:eastAsia="Times New Roman" w:cs="Times New Roman"/>
        </w:rPr>
        <w:t xml:space="preserve">; </w:t>
      </w:r>
      <w:r>
        <w:rPr>
          <w:rFonts w:ascii="Nirmala UI" w:hAnsi="Nirmala UI" w:eastAsia="Nirmala UI" w:cs="Nirmala UI"/>
        </w:rPr>
        <w:t>അതിനാൽ</w:t>
      </w:r>
      <w:r>
        <w:rPr>
          <w:rFonts w:ascii="Times New Roman" w:hAnsi="Times New Roman" w:eastAsia="Times New Roman" w:cs="Times New Roman"/>
        </w:rPr>
        <w:t xml:space="preserve"> </w:t>
      </w:r>
      <w:r>
        <w:rPr>
          <w:rFonts w:ascii="Nirmala UI" w:hAnsi="Nirmala UI" w:eastAsia="Nirmala UI" w:cs="Nirmala UI"/>
        </w:rPr>
        <w:t>യോഹന്നാൻ</w:t>
      </w:r>
      <w:r>
        <w:rPr>
          <w:rFonts w:ascii="Times New Roman" w:hAnsi="Times New Roman" w:eastAsia="Times New Roman" w:cs="Times New Roman"/>
        </w:rPr>
        <w:t xml:space="preserve"> </w:t>
      </w:r>
      <w:r>
        <w:rPr>
          <w:rFonts w:ascii="Nirmala UI" w:hAnsi="Nirmala UI" w:eastAsia="Nirmala UI" w:cs="Nirmala UI"/>
        </w:rPr>
        <w:t>സദ്ദൂക്യർക്കും</w:t>
      </w:r>
      <w:r>
        <w:rPr>
          <w:rFonts w:ascii="Times New Roman" w:hAnsi="Times New Roman" w:eastAsia="Times New Roman" w:cs="Times New Roman"/>
        </w:rPr>
        <w:t xml:space="preserve"> </w:t>
      </w:r>
      <w:r>
        <w:rPr>
          <w:rFonts w:ascii="Nirmala UI" w:hAnsi="Nirmala UI" w:eastAsia="Nirmala UI" w:cs="Nirmala UI"/>
        </w:rPr>
        <w:t>പരീശന്മാർക്കും</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നിർദ്ദിഷ്ടമായ</w:t>
      </w:r>
      <w:r>
        <w:rPr>
          <w:rFonts w:ascii="Times New Roman" w:hAnsi="Times New Roman" w:eastAsia="Times New Roman" w:cs="Times New Roman"/>
        </w:rPr>
        <w:t xml:space="preserve"> </w:t>
      </w:r>
      <w:r>
        <w:rPr>
          <w:rFonts w:ascii="Nirmala UI" w:hAnsi="Nirmala UI" w:eastAsia="Nirmala UI" w:cs="Nirmala UI"/>
        </w:rPr>
        <w:t>പേർ</w:t>
      </w:r>
      <w:r>
        <w:rPr>
          <w:rFonts w:ascii="Times New Roman" w:hAnsi="Times New Roman" w:eastAsia="Times New Roman" w:cs="Times New Roman"/>
        </w:rPr>
        <w:t xml:space="preserve"> </w:t>
      </w:r>
      <w:r>
        <w:rPr>
          <w:rFonts w:ascii="Nirmala UI" w:hAnsi="Nirmala UI" w:eastAsia="Nirmala UI" w:cs="Nirmala UI"/>
        </w:rPr>
        <w:t>ഏല്പിക്കുകയായിരുന്നു</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പേർ</w:t>
      </w:r>
      <w:r>
        <w:rPr>
          <w:rFonts w:ascii="Times New Roman" w:hAnsi="Times New Roman" w:eastAsia="Times New Roman" w:cs="Times New Roman"/>
        </w:rPr>
        <w:t xml:space="preserve"> </w:t>
      </w:r>
      <w:r>
        <w:rPr>
          <w:rFonts w:ascii="Nirmala UI" w:hAnsi="Nirmala UI" w:eastAsia="Nirmala UI" w:cs="Nirmala UI"/>
        </w:rPr>
        <w:t>പ്രസ്താവിക്കപ്പെട്ടിരിക്കുന്ന</w:t>
      </w:r>
      <w:r>
        <w:rPr>
          <w:rFonts w:ascii="Times New Roman" w:hAnsi="Times New Roman" w:eastAsia="Times New Roman" w:cs="Times New Roman"/>
        </w:rPr>
        <w:t xml:space="preserve"> </w:t>
      </w:r>
      <w:r>
        <w:rPr>
          <w:rFonts w:ascii="Nirmala UI" w:hAnsi="Nirmala UI" w:eastAsia="Nirmala UI" w:cs="Nirmala UI"/>
        </w:rPr>
        <w:t>ഭാഗത്തിന്റെ</w:t>
      </w:r>
      <w:r>
        <w:rPr>
          <w:rFonts w:ascii="Times New Roman" w:hAnsi="Times New Roman" w:eastAsia="Times New Roman" w:cs="Times New Roman"/>
        </w:rPr>
        <w:t xml:space="preserve"> </w:t>
      </w:r>
      <w:r>
        <w:rPr>
          <w:rFonts w:ascii="Nirmala UI" w:hAnsi="Nirmala UI" w:eastAsia="Nirmala UI" w:cs="Nirmala UI"/>
        </w:rPr>
        <w:t>സന്ദർഭംകൊണ്ടുതന്നെ</w:t>
      </w:r>
      <w:r>
        <w:rPr>
          <w:rFonts w:ascii="Times New Roman" w:hAnsi="Times New Roman" w:eastAsia="Times New Roman" w:cs="Times New Roman"/>
        </w:rPr>
        <w:t xml:space="preserve"> </w:t>
      </w:r>
      <w:r>
        <w:rPr>
          <w:rFonts w:ascii="Nirmala UI" w:hAnsi="Nirmala UI" w:eastAsia="Nirmala UI" w:cs="Nirmala UI"/>
        </w:rPr>
        <w:t>പ്രവാചകപരമായി</w:t>
      </w:r>
      <w:r>
        <w:rPr>
          <w:rFonts w:ascii="Times New Roman" w:hAnsi="Times New Roman" w:eastAsia="Times New Roman" w:cs="Times New Roman"/>
        </w:rPr>
        <w:t xml:space="preserve"> </w:t>
      </w:r>
      <w:r>
        <w:rPr>
          <w:rFonts w:ascii="Nirmala UI" w:hAnsi="Nirmala UI" w:eastAsia="Nirmala UI" w:cs="Nirmala UI"/>
        </w:rPr>
        <w:t>നിർവചിക്കപ്പെടുന്നു</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ഭാഗത്തിൽ</w:t>
      </w:r>
      <w:r>
        <w:rPr>
          <w:rFonts w:ascii="Times New Roman" w:hAnsi="Times New Roman" w:eastAsia="Times New Roman" w:cs="Times New Roman"/>
        </w:rPr>
        <w:t xml:space="preserve"> </w:t>
      </w:r>
      <w:r>
        <w:rPr>
          <w:rFonts w:ascii="Nirmala UI" w:hAnsi="Nirmala UI" w:eastAsia="Nirmala UI" w:cs="Nirmala UI"/>
        </w:rPr>
        <w:t>യോഹന്നാൻ</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ശുശ്രൂഷ</w:t>
      </w:r>
      <w:r>
        <w:rPr>
          <w:rFonts w:ascii="Times New Roman" w:hAnsi="Times New Roman" w:eastAsia="Times New Roman" w:cs="Times New Roman"/>
        </w:rPr>
        <w:t xml:space="preserve"> </w:t>
      </w:r>
      <w:r>
        <w:rPr>
          <w:rFonts w:ascii="Nirmala UI" w:hAnsi="Nirmala UI" w:eastAsia="Nirmala UI" w:cs="Nirmala UI"/>
        </w:rPr>
        <w:t>നിർവഹിക്കുന്നവനായി</w:t>
      </w:r>
      <w:r>
        <w:rPr>
          <w:rFonts w:ascii="Times New Roman" w:hAnsi="Times New Roman" w:eastAsia="Times New Roman" w:cs="Times New Roman"/>
        </w:rPr>
        <w:t xml:space="preserve"> </w:t>
      </w:r>
      <w:r>
        <w:rPr>
          <w:rFonts w:ascii="Nirmala UI" w:hAnsi="Nirmala UI" w:eastAsia="Nirmala UI" w:cs="Nirmala UI"/>
        </w:rPr>
        <w:t>തിരിച്ചറിയപ്പെടുന്നു</w:t>
      </w:r>
      <w:r>
        <w:rPr>
          <w:rFonts w:ascii="Times New Roman" w:hAnsi="Times New Roman" w:eastAsia="Times New Roman" w:cs="Times New Roman"/>
        </w:rPr>
        <w:t xml:space="preserve">; </w:t>
      </w:r>
      <w:r>
        <w:rPr>
          <w:rFonts w:ascii="Nirmala UI" w:hAnsi="Nirmala UI" w:eastAsia="Nirmala UI" w:cs="Nirmala UI"/>
        </w:rPr>
        <w:t>തുടർന്ന്</w:t>
      </w:r>
      <w:r>
        <w:rPr>
          <w:rFonts w:ascii="Times New Roman" w:hAnsi="Times New Roman" w:eastAsia="Times New Roman" w:cs="Times New Roman"/>
        </w:rPr>
        <w:t xml:space="preserve"> </w:t>
      </w:r>
      <w:r>
        <w:rPr>
          <w:rFonts w:ascii="Nirmala UI" w:hAnsi="Nirmala UI" w:eastAsia="Nirmala UI" w:cs="Nirmala UI"/>
        </w:rPr>
        <w:t>സദ്ദൂക്യരും</w:t>
      </w:r>
      <w:r>
        <w:rPr>
          <w:rFonts w:ascii="Times New Roman" w:hAnsi="Times New Roman" w:eastAsia="Times New Roman" w:cs="Times New Roman"/>
        </w:rPr>
        <w:t xml:space="preserve"> </w:t>
      </w:r>
      <w:r>
        <w:rPr>
          <w:rFonts w:ascii="Nirmala UI" w:hAnsi="Nirmala UI" w:eastAsia="Nirmala UI" w:cs="Nirmala UI"/>
        </w:rPr>
        <w:t>പരീശന്മാരും</w:t>
      </w:r>
      <w:r>
        <w:rPr>
          <w:rFonts w:ascii="Times New Roman" w:hAnsi="Times New Roman" w:eastAsia="Times New Roman" w:cs="Times New Roman"/>
        </w:rPr>
        <w:t xml:space="preserve"> </w:t>
      </w:r>
      <w:r>
        <w:rPr>
          <w:rFonts w:ascii="Nirmala UI" w:hAnsi="Nirmala UI" w:eastAsia="Nirmala UI" w:cs="Nirmala UI"/>
        </w:rPr>
        <w:t>വിവരണത്തിലേക്ക്</w:t>
      </w:r>
      <w:r>
        <w:rPr>
          <w:rFonts w:ascii="Times New Roman" w:hAnsi="Times New Roman" w:eastAsia="Times New Roman" w:cs="Times New Roman"/>
        </w:rPr>
        <w:t xml:space="preserve"> </w:t>
      </w:r>
      <w:r>
        <w:rPr>
          <w:rFonts w:ascii="Nirmala UI" w:hAnsi="Nirmala UI" w:eastAsia="Nirmala UI" w:cs="Nirmala UI"/>
        </w:rPr>
        <w:t>പ്രവേശിക്കുന്നു</w:t>
      </w:r>
      <w:r>
        <w:rPr>
          <w:rFonts w:ascii="Times New Roman" w:hAnsi="Times New Roman" w:eastAsia="Times New Roman" w:cs="Times New Roman"/>
        </w:rPr>
        <w:t xml:space="preserve">. </w:t>
      </w:r>
      <w:r>
        <w:rPr>
          <w:rFonts w:ascii="Nirmala UI" w:hAnsi="Nirmala UI" w:eastAsia="Nirmala UI" w:cs="Nirmala UI"/>
        </w:rPr>
        <w:t>ആരംഭവാക്യങ്ങളിൽ</w:t>
      </w:r>
      <w:r>
        <w:rPr>
          <w:rFonts w:ascii="Times New Roman" w:hAnsi="Times New Roman" w:eastAsia="Times New Roman" w:cs="Times New Roman"/>
        </w:rPr>
        <w:t xml:space="preserve"> </w:t>
      </w:r>
      <w:r>
        <w:rPr>
          <w:rFonts w:ascii="Nirmala UI" w:hAnsi="Nirmala UI" w:eastAsia="Nirmala UI" w:cs="Nirmala UI"/>
        </w:rPr>
        <w:t>യോഹന്നാൻ</w:t>
      </w:r>
      <w:r>
        <w:rPr>
          <w:rFonts w:ascii="Times New Roman" w:hAnsi="Times New Roman" w:eastAsia="Times New Roman" w:cs="Times New Roman"/>
        </w:rPr>
        <w:t xml:space="preserve"> </w:t>
      </w:r>
      <w:r>
        <w:rPr>
          <w:rFonts w:ascii="Nirmala UI" w:hAnsi="Nirmala UI" w:eastAsia="Nirmala UI" w:cs="Nirmala UI"/>
        </w:rPr>
        <w:t>യെശയ്യാവിന്റെ</w:t>
      </w:r>
      <w:r>
        <w:rPr>
          <w:rFonts w:ascii="Times New Roman" w:hAnsi="Times New Roman" w:eastAsia="Times New Roman" w:cs="Times New Roman"/>
        </w:rPr>
        <w:t xml:space="preserve"> “</w:t>
      </w:r>
      <w:r>
        <w:rPr>
          <w:rFonts w:ascii="Nirmala UI" w:hAnsi="Nirmala UI" w:eastAsia="Nirmala UI" w:cs="Nirmala UI"/>
        </w:rPr>
        <w:t>മരുഭൂമിയിലെ</w:t>
      </w:r>
      <w:r>
        <w:rPr>
          <w:rFonts w:ascii="Times New Roman" w:hAnsi="Times New Roman" w:eastAsia="Times New Roman" w:cs="Times New Roman"/>
        </w:rPr>
        <w:t xml:space="preserve"> </w:t>
      </w:r>
      <w:r>
        <w:rPr>
          <w:rFonts w:ascii="Nirmala UI" w:hAnsi="Nirmala UI" w:eastAsia="Nirmala UI" w:cs="Nirmala UI"/>
        </w:rPr>
        <w:t>ശബ്ദം</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തിരിച്ചറിയപ്പെടുന്നു</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In us dies came John de Baptist, preekin in de wilderness of Judaea, an saying, Repent ye: for de kingdom of heaven is at hand.</w:t>
      </w:r>
    </w:p>
    <w:p>
      <w:pPr>
        <w:pStyle w:val="ArticleScripture"/>
        <w:jc w:val="left"/>
      </w:pPr>
      <w:r>
        <w:rPr>
          <w:rFonts w:ascii="Times New Roman" w:hAnsi="Times New Roman" w:eastAsia="Times New Roman" w:cs="Times New Roman"/>
        </w:rPr>
        <w:t>Ayatgaán nyi yáani yuut nríi Esaias dyáa, yiníi,</w:t>
      </w:r>
    </w:p>
    <w:p>
      <w:pPr>
        <w:pStyle w:val="ArticleScripture"/>
        <w:jc w:val="left"/>
      </w:pPr>
      <w:r>
        <w:rPr>
          <w:rFonts w:ascii="Times New Roman" w:hAnsi="Times New Roman" w:eastAsia="Times New Roman" w:cs="Times New Roman"/>
        </w:rPr>
        <w:t>Ankheh n yig yiqqaren deg lberri: Heggit abrid i Mass, seggemt iberdan-is.</w:t>
      </w:r>
    </w:p>
    <w:p>
      <w:pPr>
        <w:pStyle w:val="ArticleScripture"/>
        <w:jc w:val="left"/>
      </w:pPr>
      <w:r>
        <w:rPr>
          <w:rFonts w:ascii="Times New Roman" w:hAnsi="Times New Roman" w:eastAsia="Times New Roman" w:cs="Times New Roman"/>
        </w:rPr>
        <w:t>Y Juan mismo tenía su vestidura de pelo de camello, y un cinto de cuero alrededor de sus lomos; y su alimento era langostas y miel silvestre.</w:t>
      </w:r>
    </w:p>
    <w:p>
      <w:pPr>
        <w:pStyle w:val="ArticleScripture"/>
        <w:jc w:val="left"/>
      </w:pPr>
      <w:r>
        <w:rPr>
          <w:rFonts w:ascii="Times New Roman" w:hAnsi="Times New Roman" w:eastAsia="Times New Roman" w:cs="Times New Roman"/>
        </w:rPr>
        <w:t>Tad apae luserh em Yerusalem, ambita Judæa gant holl vro-dro d’ar Yordan, hag e oant badezet gantañ er Yordan, o anzav o fec’hedoù. Met pa welas kalz a Farizianed ha Saduseaned o tont d’e vadeziant, e lavaras dezho: O lignez naered-wiber, piv en deus ho reizhet da dec’hel kuit diouzh ar gounnar da zont? Matthew 3:2–7.</w:t>
      </w:r>
    </w:p>
    <w:p>
      <w:pPr>
        <w:pStyle w:val="ArticleBody"/>
        <w:jc w:val="left"/>
      </w:pPr>
      <w:r>
        <w:rPr>
          <w:rFonts w:ascii="Times New Roman" w:hAnsi="Times New Roman" w:eastAsia="Times New Roman" w:cs="Times New Roman"/>
        </w:rPr>
        <w:t>El linaje postrero del antiguo Israel es llamado «generación de víboras» por un profeta que salió del desierto. Juan es el profeta que cumplió la función del mensajero de Malaquías, quien preparó el camino para el Mensajero del Pacto, y fue también la voz en el desierto identificada por Isaías.</w:t>
      </w:r>
    </w:p>
    <w:p>
      <w:pPr>
        <w:pStyle w:val="ArticleBody"/>
        <w:jc w:val="left"/>
      </w:pPr>
      <w:r>
        <w:rPr>
          <w:rFonts w:ascii="Times New Roman" w:hAnsi="Times New Roman" w:eastAsia="Times New Roman" w:cs="Times New Roman"/>
        </w:rPr>
        <w:t>لە ئەگەر «گێڵاس» وەک هێمایەک لەبەرچاو بگرین، دەبینین کە ئەوان «ئیدعای باوەڕ» پێشکەش دەکەن. یەکەم ئاماژەکە لەگەڵ ئادەم و حەوّا دێت، کە بە گێڵاسی هەنجیر نادادپەروەریی خۆیان داپۆشی. پێشتر جلّی ڕووناکییان لەبەرکردبوو، جلّی ڕاستودروستی، بەڵام کاتێک ئەوە لەناوچوو، تێگەیشتن کە بێپەردەن. ئەوە وێنەی لاودیکیایەکانە، ئەوانەی وا دەزانن هەموو ئەوەی پێویستیان پێیە ئەوەیە خۆیان لەپشت «گێڵاسی ئیدعای باوەڕ» بشارنەوە، و هەموو شتێک باش دەبێت. لە پاشتر لە ناو دەقەکەدا، یۆحەننا ڕاستەوخۆ دژ بەو جولەکە لاودیکیاییانە دەدوێت کە متمانەیان بە خوێنڕەچەڵەکی ئەبراهیم هەیە بۆ ئەوەی ڕزگارییان بدات، چونکە لەخۆباییبوونیان تەنها گێڵاسی بەتاڵی ئیدعای باوەڕ بوو. جلّی مرۆڤ نیشانەی ئەوەیە کە ئەو کێیە.</w:t>
      </w:r>
    </w:p>
    <w:p>
      <w:pPr>
        <w:pStyle w:val="ArticleBody"/>
        <w:jc w:val="left"/>
      </w:pPr>
      <w:r>
        <w:rPr>
          <w:rFonts w:ascii="Times New Roman" w:hAnsi="Times New Roman" w:eastAsia="Times New Roman" w:cs="Times New Roman"/>
        </w:rPr>
        <w:t>Ibiti ni ishushanyo cy’abantu n’icy’ubwami, kandi imbuto, ishami, urubuto, ubutaka, amazi, umuzi ndetse by’umwihariko amababi byose bihagarariye ibimenyetso byihariye by’ubuhanuzi buri kimwe ukwacyo; nyamara ayo kuri yose ahujwe n’ibindi bimenyetso bihagarariwe mu mirongo itandukanye y’ubuhanuzi ikoresha ibimenyetso by’ubuhanuzi bigize “igiti.” Birumvikana ko ishushanyo rya mbere ry’ubuhanuzi ry’igiti ari uko rihagarariye ikigeragezo cy’ubuzima cyangwa urupfu.</w:t>
      </w:r>
    </w:p>
    <w:p>
      <w:pPr>
        <w:pStyle w:val="ArticleBody"/>
        <w:jc w:val="left"/>
      </w:pPr>
      <w:r>
        <w:rPr>
          <w:rFonts w:ascii="Times New Roman" w:hAnsi="Times New Roman" w:eastAsia="Times New Roman" w:cs="Times New Roman"/>
        </w:rPr>
        <w:t>John-ən xəbərdarlığı onun geyindiyi paltarlar və yediyi qida ilə təmsil olunur. Qədim İsrailin əvvəlindəki manna və ya axırda olan Göydən Enmiş Çörək kimi peyğəmbərlik qidası yeyilməlidir. Bu qida yeyilməli olan peyğəmbərlik sınaq xəbəri­ni təmsil edir, çünki o, Məsihin bədəni və Onun qanıdır. John-un geyindiyi paltarlar və yediyi qida Məsih üçün yolu hazırlayan xəbəri və xəbərçini müəyyən edir. John, Bazar günü qanunu zamanı Öz məbədinə qəflətən gələn Əhdin Xəbərçisi olan Məsih üçün yolu hazırlayan son xəbərçini təmsil edir. Bu baş verdikdə, həm də Laodikeyalılar və alaq otları olan ağılsız bakirələr, John səhradan çıxıb göründüyü vaxtda fariseylər və sadukeylər kimi, İbrahimin əhd xalqı olduqlarını iddia edənlərin son dördüncü nəslini təmsil edirlər.</w:t>
      </w:r>
    </w:p>
    <w:p>
      <w:pPr>
        <w:pStyle w:val="ArticleBody"/>
        <w:jc w:val="left"/>
      </w:pPr>
      <w:r>
        <w:rPr>
          <w:rFonts w:ascii="Times New Roman" w:hAnsi="Times New Roman" w:eastAsia="Times New Roman" w:cs="Times New Roman"/>
        </w:rPr>
        <w:t>يوحنا كان يلبس شعر الإبل، ومنطقةً من جلدٍ تشتمل على وصلةِ تسخيرٍ، كما تكون لدوابّ الزرع مع النير. وكان يأكل، ولذلك كانت رسالته من الجراد، وهو رمزٌ رئيسيّ للإسلام في الأسفار المقدسة، وكان يمزج رسالته عن الإسلام بالعسل.</w:t>
      </w:r>
    </w:p>
    <w:p>
      <w:pPr>
        <w:pStyle w:val="ArticleScripture"/>
        <w:jc w:val="left"/>
      </w:pPr>
      <w:r>
        <w:rPr>
          <w:rFonts w:ascii="Times New Roman" w:hAnsi="Times New Roman" w:eastAsia="Times New Roman" w:cs="Times New Roman"/>
        </w:rPr>
        <w:t>Y la casa de Israel llamó su nombre Maná; y era como semilla de cilantro, blanco; y su sabor era como hojuelas hechas con miel. Éxodo 16:31.</w:t>
      </w:r>
    </w:p>
    <w:p>
      <w:pPr>
        <w:pStyle w:val="ArticleBody"/>
        <w:jc w:val="left"/>
      </w:pPr>
      <w:r>
        <w:rPr>
          <w:rFonts w:ascii="Times New Roman" w:hAnsi="Times New Roman" w:eastAsia="Times New Roman" w:cs="Times New Roman"/>
        </w:rPr>
        <w:t>المنّ رمزٌ لكلمة الله، وكان طعمه كالعسل، وهو ما يحدّده الأنبياء بوصفه طعم الرسالة التي يُمثَّلون آكلين لها. لقد جاء يوحنا برسالة الإسلام كما تمثّلها الجراد، ومنطقةٌ من جلد الجمل وشعر الجمل. والجراد والجمل كلاهما رمزان للإسلام. وكانت تلك الرسالة، رسالة الإسلام، ممزوجةً باستنارة كلمة الله التي يُمثَّل لها بـ «العسل».</w:t>
      </w:r>
    </w:p>
    <w:p>
      <w:pPr>
        <w:pStyle w:val="ArticleScripture"/>
        <w:jc w:val="left"/>
      </w:pPr>
      <w:r>
        <w:rPr>
          <w:rFonts w:ascii="Sans Serif Collection" w:hAnsi="Sans Serif Collection" w:eastAsia="Sans Serif Collection" w:cs="Sans Serif Collection"/>
        </w:rPr>
        <w:t>ꨀꩉꨁ</w:t>
      </w:r>
      <w:r>
        <w:rPr>
          <w:rFonts w:ascii="Times New Roman" w:hAnsi="Times New Roman" w:eastAsia="Times New Roman" w:cs="Times New Roman"/>
        </w:rPr>
        <w:t xml:space="preserve"> </w:t>
      </w:r>
      <w:r>
        <w:rPr>
          <w:rFonts w:ascii="Sans Serif Collection" w:hAnsi="Sans Serif Collection" w:eastAsia="Sans Serif Collection" w:cs="Sans Serif Collection"/>
        </w:rPr>
        <w:t>ꨍꨔꨌ</w:t>
      </w:r>
      <w:r>
        <w:rPr>
          <w:rFonts w:ascii="Times New Roman" w:hAnsi="Times New Roman" w:eastAsia="Times New Roman" w:cs="Times New Roman"/>
        </w:rPr>
        <w:t xml:space="preserve"> </w:t>
      </w:r>
      <w:r>
        <w:rPr>
          <w:rFonts w:ascii="Sans Serif Collection" w:hAnsi="Sans Serif Collection" w:eastAsia="Sans Serif Collection" w:cs="Sans Serif Collection"/>
        </w:rPr>
        <w:t>ꨐꨣꨊꨕꨓ</w:t>
      </w:r>
      <w:r>
        <w:rPr>
          <w:rFonts w:ascii="Times New Roman" w:hAnsi="Times New Roman" w:eastAsia="Times New Roman" w:cs="Times New Roman"/>
        </w:rPr>
        <w:t xml:space="preserve">, </w:t>
      </w:r>
      <w:r>
        <w:rPr>
          <w:rFonts w:ascii="Sans Serif Collection" w:hAnsi="Sans Serif Collection" w:eastAsia="Sans Serif Collection" w:cs="Sans Serif Collection"/>
        </w:rPr>
        <w:t>ꨀꨓ</w:t>
      </w:r>
      <w:r>
        <w:rPr>
          <w:rFonts w:ascii="Times New Roman" w:hAnsi="Times New Roman" w:eastAsia="Times New Roman" w:cs="Times New Roman"/>
        </w:rPr>
        <w:t xml:space="preserve"> </w:t>
      </w:r>
      <w:r>
        <w:rPr>
          <w:rFonts w:ascii="Sans Serif Collection" w:hAnsi="Sans Serif Collection" w:eastAsia="Sans Serif Collection" w:cs="Sans Serif Collection"/>
        </w:rPr>
        <w:t>ꨕꨘꨔꨌ</w:t>
      </w:r>
      <w:r>
        <w:rPr>
          <w:rFonts w:ascii="Times New Roman" w:hAnsi="Times New Roman" w:eastAsia="Times New Roman" w:cs="Times New Roman"/>
        </w:rPr>
        <w:t xml:space="preserve"> </w:t>
      </w:r>
      <w:r>
        <w:rPr>
          <w:rFonts w:ascii="Sans Serif Collection" w:hAnsi="Sans Serif Collection" w:eastAsia="Sans Serif Collection" w:cs="Sans Serif Collection"/>
        </w:rPr>
        <w:t>ꨀꨋꨔꨁ</w:t>
      </w:r>
      <w:r>
        <w:rPr>
          <w:rFonts w:ascii="Times New Roman" w:hAnsi="Times New Roman" w:eastAsia="Times New Roman" w:cs="Times New Roman"/>
        </w:rPr>
        <w:t xml:space="preserve"> </w:t>
      </w:r>
      <w:r>
        <w:rPr>
          <w:rFonts w:ascii="Sans Serif Collection" w:hAnsi="Sans Serif Collection" w:eastAsia="Sans Serif Collection" w:cs="Sans Serif Collection"/>
        </w:rPr>
        <w:t>ꨄꨒꨘꨓ</w:t>
      </w:r>
      <w:r>
        <w:rPr>
          <w:rFonts w:ascii="Times New Roman" w:hAnsi="Times New Roman" w:eastAsia="Times New Roman" w:cs="Times New Roman"/>
        </w:rPr>
        <w:t xml:space="preserve"> </w:t>
      </w:r>
      <w:r>
        <w:rPr>
          <w:rFonts w:ascii="Sans Serif Collection" w:hAnsi="Sans Serif Collection" w:eastAsia="Sans Serif Collection" w:cs="Sans Serif Collection"/>
        </w:rPr>
        <w:t>ꨄꨔꨟꨓ</w:t>
      </w:r>
      <w:r>
        <w:rPr>
          <w:rFonts w:ascii="Times New Roman" w:hAnsi="Times New Roman" w:eastAsia="Times New Roman" w:cs="Times New Roman"/>
        </w:rPr>
        <w:t xml:space="preserve">; </w:t>
      </w:r>
      <w:r>
        <w:rPr>
          <w:rFonts w:ascii="Sans Serif Collection" w:hAnsi="Sans Serif Collection" w:eastAsia="Sans Serif Collection" w:cs="Sans Serif Collection"/>
        </w:rPr>
        <w:t>ꨑꨙꨗ</w:t>
      </w:r>
      <w:r>
        <w:rPr>
          <w:rFonts w:ascii="Times New Roman" w:hAnsi="Times New Roman" w:eastAsia="Times New Roman" w:cs="Times New Roman"/>
        </w:rPr>
        <w:t xml:space="preserve">, </w:t>
      </w:r>
      <w:r>
        <w:rPr>
          <w:rFonts w:ascii="Sans Serif Collection" w:hAnsi="Sans Serif Collection" w:eastAsia="Sans Serif Collection" w:cs="Sans Serif Collection"/>
        </w:rPr>
        <w:t>ꨆꨘꨓ</w:t>
      </w:r>
      <w:r>
        <w:rPr>
          <w:rFonts w:ascii="Times New Roman" w:hAnsi="Times New Roman" w:eastAsia="Times New Roman" w:cs="Times New Roman"/>
        </w:rPr>
        <w:t xml:space="preserve"> </w:t>
      </w:r>
      <w:r>
        <w:rPr>
          <w:rFonts w:ascii="Sans Serif Collection" w:hAnsi="Sans Serif Collection" w:eastAsia="Sans Serif Collection" w:cs="Sans Serif Collection"/>
        </w:rPr>
        <w:t>ꨀꨃꨘ</w:t>
      </w:r>
      <w:r>
        <w:rPr>
          <w:rFonts w:ascii="Times New Roman" w:hAnsi="Times New Roman" w:eastAsia="Times New Roman" w:cs="Times New Roman"/>
        </w:rPr>
        <w:t xml:space="preserve">, </w:t>
      </w:r>
      <w:r>
        <w:rPr>
          <w:rFonts w:ascii="Sans Serif Collection" w:hAnsi="Sans Serif Collection" w:eastAsia="Sans Serif Collection" w:cs="Sans Serif Collection"/>
        </w:rPr>
        <w:t>ꨀꨓ</w:t>
      </w:r>
      <w:r>
        <w:rPr>
          <w:rFonts w:ascii="Times New Roman" w:hAnsi="Times New Roman" w:eastAsia="Times New Roman" w:cs="Times New Roman"/>
        </w:rPr>
        <w:t xml:space="preserve"> </w:t>
      </w:r>
      <w:r>
        <w:rPr>
          <w:rFonts w:ascii="Sans Serif Collection" w:hAnsi="Sans Serif Collection" w:eastAsia="Sans Serif Collection" w:cs="Sans Serif Collection"/>
        </w:rPr>
        <w:t>ꨕꨔꨓꨗ</w:t>
      </w:r>
      <w:r>
        <w:rPr>
          <w:rFonts w:ascii="Times New Roman" w:hAnsi="Times New Roman" w:eastAsia="Times New Roman" w:cs="Times New Roman"/>
        </w:rPr>
        <w:t xml:space="preserve"> </w:t>
      </w:r>
      <w:r>
        <w:rPr>
          <w:rFonts w:ascii="Sans Serif Collection" w:hAnsi="Sans Serif Collection" w:eastAsia="Sans Serif Collection" w:cs="Sans Serif Collection"/>
        </w:rPr>
        <w:t>ꨈꨓ</w:t>
      </w:r>
      <w:r>
        <w:rPr>
          <w:rFonts w:ascii="Times New Roman" w:hAnsi="Times New Roman" w:eastAsia="Times New Roman" w:cs="Times New Roman"/>
        </w:rPr>
        <w:t xml:space="preserve"> </w:t>
      </w:r>
      <w:r>
        <w:rPr>
          <w:rFonts w:ascii="Sans Serif Collection" w:hAnsi="Sans Serif Collection" w:eastAsia="Sans Serif Collection" w:cs="Sans Serif Collection"/>
        </w:rPr>
        <w:t>ꨕꨙꨔꨟꨓ</w:t>
      </w:r>
      <w:r>
        <w:rPr>
          <w:rFonts w:ascii="Times New Roman" w:hAnsi="Times New Roman" w:eastAsia="Times New Roman" w:cs="Times New Roman"/>
        </w:rPr>
        <w:t xml:space="preserve"> </w:t>
      </w:r>
      <w:r>
        <w:rPr>
          <w:rFonts w:ascii="Sans Serif Collection" w:hAnsi="Sans Serif Collection" w:eastAsia="Sans Serif Collection" w:cs="Sans Serif Collection"/>
        </w:rPr>
        <w:t>ꨆꨔꨒꨓꨕ</w:t>
      </w:r>
      <w:r>
        <w:rPr>
          <w:rFonts w:ascii="Times New Roman" w:hAnsi="Times New Roman" w:eastAsia="Times New Roman" w:cs="Times New Roman"/>
        </w:rPr>
        <w:t xml:space="preserve">, </w:t>
      </w:r>
      <w:r>
        <w:rPr>
          <w:rFonts w:ascii="Sans Serif Collection" w:hAnsi="Sans Serif Collection" w:eastAsia="Sans Serif Collection" w:cs="Sans Serif Collection"/>
        </w:rPr>
        <w:t>ꨄꨣꨓꨔ</w:t>
      </w:r>
      <w:r>
        <w:rPr>
          <w:rFonts w:ascii="Times New Roman" w:hAnsi="Times New Roman" w:eastAsia="Times New Roman" w:cs="Times New Roman"/>
        </w:rPr>
        <w:t xml:space="preserve"> </w:t>
      </w:r>
      <w:r>
        <w:rPr>
          <w:rFonts w:ascii="Sans Serif Collection" w:hAnsi="Sans Serif Collection" w:eastAsia="Sans Serif Collection" w:cs="Sans Serif Collection"/>
        </w:rPr>
        <w:t>ꨀꨓ</w:t>
      </w:r>
      <w:r>
        <w:rPr>
          <w:rFonts w:ascii="Times New Roman" w:hAnsi="Times New Roman" w:eastAsia="Times New Roman" w:cs="Times New Roman"/>
        </w:rPr>
        <w:t xml:space="preserve"> </w:t>
      </w:r>
      <w:r>
        <w:rPr>
          <w:rFonts w:ascii="Sans Serif Collection" w:hAnsi="Sans Serif Collection" w:eastAsia="Sans Serif Collection" w:cs="Sans Serif Collection"/>
        </w:rPr>
        <w:t>ꨕꨔꨓꨗ</w:t>
      </w:r>
      <w:r>
        <w:rPr>
          <w:rFonts w:ascii="Times New Roman" w:hAnsi="Times New Roman" w:eastAsia="Times New Roman" w:cs="Times New Roman"/>
        </w:rPr>
        <w:t xml:space="preserve"> </w:t>
      </w:r>
      <w:r>
        <w:rPr>
          <w:rFonts w:ascii="Sans Serif Collection" w:hAnsi="Sans Serif Collection" w:eastAsia="Sans Serif Collection" w:cs="Sans Serif Collection"/>
        </w:rPr>
        <w:t>ꨋꨘꨒꨉꨗ</w:t>
      </w:r>
      <w:r>
        <w:rPr>
          <w:rFonts w:ascii="Times New Roman" w:hAnsi="Times New Roman" w:eastAsia="Times New Roman" w:cs="Times New Roman"/>
        </w:rPr>
        <w:t xml:space="preserve"> </w:t>
      </w:r>
      <w:r>
        <w:rPr>
          <w:rFonts w:ascii="Sans Serif Collection" w:hAnsi="Sans Serif Collection" w:eastAsia="Sans Serif Collection" w:cs="Sans Serif Collection"/>
        </w:rPr>
        <w:t>ꨒꨕꨘ</w:t>
      </w:r>
      <w:r>
        <w:rPr>
          <w:rFonts w:ascii="Times New Roman" w:hAnsi="Times New Roman" w:eastAsia="Times New Roman" w:cs="Times New Roman"/>
        </w:rPr>
        <w:t xml:space="preserve"> </w:t>
      </w:r>
      <w:r>
        <w:rPr>
          <w:rFonts w:ascii="Sans Serif Collection" w:hAnsi="Sans Serif Collection" w:eastAsia="Sans Serif Collection" w:cs="Sans Serif Collection"/>
        </w:rPr>
        <w:t>ꨀꨙꨉꨔꨓ</w:t>
      </w:r>
      <w:r>
        <w:rPr>
          <w:rFonts w:ascii="Times New Roman" w:hAnsi="Times New Roman" w:eastAsia="Times New Roman" w:cs="Times New Roman"/>
        </w:rPr>
        <w:t xml:space="preserve"> </w:t>
      </w:r>
      <w:r>
        <w:rPr>
          <w:rFonts w:ascii="Sans Serif Collection" w:hAnsi="Sans Serif Collection" w:eastAsia="Sans Serif Collection" w:cs="Sans Serif Collection"/>
        </w:rPr>
        <w:t>ꨀꨚꨔꨌ</w:t>
      </w:r>
      <w:r>
        <w:rPr>
          <w:rFonts w:ascii="Times New Roman" w:hAnsi="Times New Roman" w:eastAsia="Times New Roman" w:cs="Times New Roman"/>
        </w:rPr>
        <w:t xml:space="preserve"> </w:t>
      </w:r>
      <w:r>
        <w:rPr>
          <w:rFonts w:ascii="Sans Serif Collection" w:hAnsi="Sans Serif Collection" w:eastAsia="Sans Serif Collection" w:cs="Sans Serif Collection"/>
        </w:rPr>
        <w:t>ꨇꨘꨓ</w:t>
      </w:r>
      <w:r>
        <w:rPr>
          <w:rFonts w:ascii="Times New Roman" w:hAnsi="Times New Roman" w:eastAsia="Times New Roman" w:cs="Times New Roman"/>
        </w:rPr>
        <w:t>. 1 Samuel 14:29.</w:t>
      </w:r>
    </w:p>
    <w:p>
      <w:pPr>
        <w:pStyle w:val="ArticleBody"/>
        <w:jc w:val="left"/>
      </w:pPr>
      <w:r>
        <w:rPr>
          <w:rFonts w:ascii="Times New Roman" w:hAnsi="Times New Roman" w:eastAsia="Times New Roman" w:cs="Times New Roman"/>
        </w:rPr>
        <w:t>يوحنا لم يكن يمثّل مجرّد رسالة الإسلام، بل جاء من البرية كما جاء إيليا، ولم يأكل يوحنا عسلاً فحسب، بل أكل عسلاً بريًّا، لأنه، كما كان الحال مع المسيح، لم يتدرّب في مؤسسات ذلك العصر التي كان لها عسل رسالتها الخاص، الممثَّل بخمير الفريسيين والصدوقيين. لقد أكل يوحنا عسلاً من البرية، لأنه تدرّب بالروح القدس خارج المؤسسات الدينية في أيامه. وكان الحزام المعتاد في تلك الحقبة يشتمل على آلية مفصلية كان الشخص يربط بها ثوبَه المصنوع من شعر الجمل. وهذا المفصل يمثّل يوحنا، الذي كان نقطة التحوّل من المقدس الأرضي إلى المقدس السماوي.</w:t>
      </w:r>
    </w:p>
    <w:p>
      <w:pPr>
        <w:pStyle w:val="ArticleScripture"/>
        <w:jc w:val="left"/>
      </w:pPr>
      <w:r>
        <w:rPr>
          <w:rFonts w:ascii="Times New Roman" w:hAnsi="Times New Roman" w:eastAsia="Times New Roman" w:cs="Times New Roman"/>
        </w:rPr>
        <w:t>«O profeta João foi o elo de ligação entre as duas dispensações. Como representante de Deus, ele se apresentou para mostrar a relação da lei e dos profetas com a dispensação cristã. Ele era a luz menor, à qual se seguiria uma maior. A mente de João foi iluminada pelo Espírito Santo, para que ele derramasse luz sobre o seu povo; mas nenhuma outra luz jamais brilhou nem jamais brilhará tão claramente sobre o homem caído como aquela que emana do ensino e do exemplo de Jesus. Cristo e a Sua missão tinham sido compreendidos apenas obscuramente, conforme eram tipificados nos sacrifícios sombrios. Nem mesmo João havia compreendido plenamente a vida futura e imortal por meio do Salvador.» The Desire of Ages, 220.</w:t>
      </w:r>
    </w:p>
    <w:p>
      <w:pPr>
        <w:pStyle w:val="ArticleBody"/>
        <w:jc w:val="left"/>
      </w:pPr>
      <w:r>
        <w:rPr>
          <w:rFonts w:ascii="Times New Roman" w:hAnsi="Times New Roman" w:eastAsia="Times New Roman" w:cs="Times New Roman"/>
        </w:rPr>
        <w:t>Yuhanna’nın menteşeli giysisi, Mesih’in vaftizinin tam noktasında tanıtılır; bu vaftiz, Yuhanna’nın vaftiz etmekte olduğu yerin temsil ettiği dönüm noktasıydı. O yerin adı Bethabara idi; anlamı “geçit”tir ve bu, eski İsrail’in, tıpkı Yuhanna’nın yaptığı gibi, çölde çıktıktan sonra Vaat Edilmiş Topraklar’a girdiği yerin ta kendisidir.</w:t>
      </w:r>
    </w:p>
    <w:p>
      <w:pPr>
        <w:pStyle w:val="ArticleBody"/>
        <w:jc w:val="left"/>
      </w:pPr>
      <w:r>
        <w:rPr>
          <w:rFonts w:ascii="Nirmala UI" w:hAnsi="Nirmala UI" w:eastAsia="Nirmala UI" w:cs="Nirmala UI"/>
        </w:rPr>
        <w:t>ਸਵਭਾਵਕ</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ਯੂਹੰਨਾ</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ਨੁਮਾਇੰਦਗੀ</w:t>
      </w:r>
      <w:r>
        <w:rPr>
          <w:rFonts w:ascii="Times New Roman" w:hAnsi="Times New Roman" w:eastAsia="Times New Roman" w:cs="Times New Roman"/>
        </w:rPr>
        <w:t xml:space="preserve"> </w:t>
      </w:r>
      <w:r>
        <w:rPr>
          <w:rFonts w:ascii="Nirmala UI" w:hAnsi="Nirmala UI" w:eastAsia="Nirmala UI" w:cs="Nirmala UI"/>
        </w:rPr>
        <w:t>ਕਰ</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ਲੱਖ</w:t>
      </w:r>
      <w:r>
        <w:rPr>
          <w:rFonts w:ascii="Times New Roman" w:hAnsi="Times New Roman" w:eastAsia="Times New Roman" w:cs="Times New Roman"/>
        </w:rPr>
        <w:t xml:space="preserve"> </w:t>
      </w:r>
      <w:r>
        <w:rPr>
          <w:rFonts w:ascii="Nirmala UI" w:hAnsi="Nirmala UI" w:eastAsia="Nirmala UI" w:cs="Nirmala UI"/>
        </w:rPr>
        <w:t>ਚੁਆਲੀ</w:t>
      </w:r>
      <w:r>
        <w:rPr>
          <w:rFonts w:ascii="Times New Roman" w:hAnsi="Times New Roman" w:eastAsia="Times New Roman" w:cs="Times New Roman"/>
        </w:rPr>
        <w:t xml:space="preserve"> </w:t>
      </w:r>
      <w:r>
        <w:rPr>
          <w:rFonts w:ascii="Nirmala UI" w:hAnsi="Nirmala UI" w:eastAsia="Nirmala UI" w:cs="Nirmala UI"/>
        </w:rPr>
        <w:t>ਹਜ਼ਾਰਾਂ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ਚਲਹੇਰ</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ਅਸੀਂ</w:t>
      </w:r>
      <w:r>
        <w:rPr>
          <w:rFonts w:ascii="Times New Roman" w:hAnsi="Times New Roman" w:eastAsia="Times New Roman" w:cs="Times New Roman"/>
        </w:rPr>
        <w:t xml:space="preserve"> </w:t>
      </w:r>
      <w:r>
        <w:rPr>
          <w:rFonts w:ascii="Nirmala UI" w:hAnsi="Nirmala UI" w:eastAsia="Nirmala UI" w:cs="Nirmala UI"/>
        </w:rPr>
        <w:t>ਕੇਵਲ</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ਗੱਲ</w:t>
      </w:r>
      <w:r>
        <w:rPr>
          <w:rFonts w:ascii="Times New Roman" w:hAnsi="Times New Roman" w:eastAsia="Times New Roman" w:cs="Times New Roman"/>
        </w:rPr>
        <w:t xml:space="preserve"> </w:t>
      </w:r>
      <w:r>
        <w:rPr>
          <w:rFonts w:ascii="Nirmala UI" w:hAnsi="Nirmala UI" w:eastAsia="Nirmala UI" w:cs="Nirmala UI"/>
        </w:rPr>
        <w:t>ਦਰਸਾ</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ਯਿਸੂ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ਬਪਤਿਸਮਾ</w:t>
      </w:r>
      <w:r>
        <w:rPr>
          <w:rFonts w:ascii="Times New Roman" w:hAnsi="Times New Roman" w:eastAsia="Times New Roman" w:cs="Times New Roman"/>
        </w:rPr>
        <w:t xml:space="preserve"> </w:t>
      </w:r>
      <w:r>
        <w:rPr>
          <w:rFonts w:ascii="Nirmala UI" w:hAnsi="Nirmala UI" w:eastAsia="Nirmala UI" w:cs="Nirmala UI"/>
        </w:rPr>
        <w:t>ਲਿਆ</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ਪੀੜ੍ਹੀ</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ਯੂਹੰਨਾ</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ਸੱਪਾਂ</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ਪੀੜ੍ਹੀ</w:t>
      </w:r>
      <w:r>
        <w:rPr>
          <w:rFonts w:ascii="Times New Roman" w:hAnsi="Times New Roman" w:eastAsia="Times New Roman" w:cs="Times New Roman"/>
        </w:rPr>
        <w:t xml:space="preserve">” </w:t>
      </w:r>
      <w:r>
        <w:rPr>
          <w:rFonts w:ascii="Nirmala UI" w:hAnsi="Nirmala UI" w:eastAsia="Nirmala UI" w:cs="Nirmala UI"/>
        </w:rPr>
        <w:t>ਕਿਹਾ।</w:t>
      </w:r>
      <w:r>
        <w:rPr>
          <w:rFonts w:ascii="Times New Roman" w:hAnsi="Times New Roman" w:eastAsia="Times New Roman" w:cs="Times New Roman"/>
        </w:rPr>
        <w:t xml:space="preserve"> </w:t>
      </w:r>
      <w:r>
        <w:rPr>
          <w:rFonts w:ascii="Nirmala UI" w:hAnsi="Nirmala UI" w:eastAsia="Nirmala UI" w:cs="Nirmala UI"/>
        </w:rPr>
        <w:t>ਯਿਸੂ</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ਦਸ</w:t>
      </w:r>
      <w:r>
        <w:rPr>
          <w:rFonts w:ascii="Times New Roman" w:hAnsi="Times New Roman" w:eastAsia="Times New Roman" w:cs="Times New Roman"/>
        </w:rPr>
        <w:t xml:space="preserve"> </w:t>
      </w:r>
      <w:r>
        <w:rPr>
          <w:rFonts w:ascii="Nirmala UI" w:hAnsi="Nirmala UI" w:eastAsia="Nirmala UI" w:cs="Nirmala UI"/>
        </w:rPr>
        <w:t>ਹੁਕਮਾਂ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ਵਿਵਸਥਾ</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ਮਹਿਮਾ</w:t>
      </w:r>
      <w:r>
        <w:rPr>
          <w:rFonts w:ascii="Times New Roman" w:hAnsi="Times New Roman" w:eastAsia="Times New Roman" w:cs="Times New Roman"/>
        </w:rPr>
        <w:t xml:space="preserve"> </w:t>
      </w:r>
      <w:r>
        <w:rPr>
          <w:rFonts w:ascii="Nirmala UI" w:hAnsi="Nirmala UI" w:eastAsia="Nirmala UI" w:cs="Nirmala UI"/>
        </w:rPr>
        <w:t>ਦੇਣ</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ਆਇਆ</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ਬਾਈਬਲ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ਹਰ</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ਸ਼ਬਦ</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ਪ੍ਰੇਰਿਆ</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ਪ੍ਰਾਚੀਨ</w:t>
      </w:r>
      <w:r>
        <w:rPr>
          <w:rFonts w:ascii="Times New Roman" w:hAnsi="Times New Roman" w:eastAsia="Times New Roman" w:cs="Times New Roman"/>
        </w:rPr>
        <w:t xml:space="preserve"> </w:t>
      </w:r>
      <w:r>
        <w:rPr>
          <w:rFonts w:ascii="Nirmala UI" w:hAnsi="Nirmala UI" w:eastAsia="Nirmala UI" w:cs="Nirmala UI"/>
        </w:rPr>
        <w:t>ਇਸਰਾਏਲ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ਆਖਰੀ</w:t>
      </w:r>
      <w:r>
        <w:rPr>
          <w:rFonts w:ascii="Times New Roman" w:hAnsi="Times New Roman" w:eastAsia="Times New Roman" w:cs="Times New Roman"/>
        </w:rPr>
        <w:t xml:space="preserve"> </w:t>
      </w:r>
      <w:r>
        <w:rPr>
          <w:rFonts w:ascii="Nirmala UI" w:hAnsi="Nirmala UI" w:eastAsia="Nirmala UI" w:cs="Nirmala UI"/>
        </w:rPr>
        <w:t>ਪੀੜ੍ਹੀ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ਸੱਪਾਂ</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ਪੀੜ੍ਹੀ</w:t>
      </w:r>
      <w:r>
        <w:rPr>
          <w:rFonts w:ascii="Times New Roman" w:hAnsi="Times New Roman" w:eastAsia="Times New Roman" w:cs="Times New Roman"/>
        </w:rPr>
        <w:t xml:space="preserve"> </w:t>
      </w:r>
      <w:r>
        <w:rPr>
          <w:rFonts w:ascii="Nirmala UI" w:hAnsi="Nirmala UI" w:eastAsia="Nirmala UI" w:cs="Nirmala UI"/>
        </w:rPr>
        <w:t>ਕਹਿੰਦਾ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ਤਰ੍ਹਾਂ</w:t>
      </w:r>
      <w:r>
        <w:rPr>
          <w:rFonts w:ascii="Times New Roman" w:hAnsi="Times New Roman" w:eastAsia="Times New Roman" w:cs="Times New Roman"/>
        </w:rPr>
        <w:t xml:space="preserve"> </w:t>
      </w:r>
      <w:r>
        <w:rPr>
          <w:rFonts w:ascii="Nirmala UI" w:hAnsi="Nirmala UI" w:eastAsia="Nirmala UI" w:cs="Nirmala UI"/>
        </w:rPr>
        <w:t>ਜਾਣਦਾ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ਦੂਜਾ</w:t>
      </w:r>
      <w:r>
        <w:rPr>
          <w:rFonts w:ascii="Times New Roman" w:hAnsi="Times New Roman" w:eastAsia="Times New Roman" w:cs="Times New Roman"/>
        </w:rPr>
        <w:t xml:space="preserve"> </w:t>
      </w:r>
      <w:r>
        <w:rPr>
          <w:rFonts w:ascii="Nirmala UI" w:hAnsi="Nirmala UI" w:eastAsia="Nirmala UI" w:cs="Nirmala UI"/>
        </w:rPr>
        <w:t>ਹੁਕਮ</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ਪਹਿਚਾਣ</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ਤੀਜੀ</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ਚੌਥੀ</w:t>
      </w:r>
      <w:r>
        <w:rPr>
          <w:rFonts w:ascii="Times New Roman" w:hAnsi="Times New Roman" w:eastAsia="Times New Roman" w:cs="Times New Roman"/>
        </w:rPr>
        <w:t xml:space="preserve"> </w:t>
      </w:r>
      <w:r>
        <w:rPr>
          <w:rFonts w:ascii="Nirmala UI" w:hAnsi="Nirmala UI" w:eastAsia="Nirmala UI" w:cs="Nirmala UI"/>
        </w:rPr>
        <w:t>ਪੀੜ੍ਹੀਆਂ</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ਹੈ।</w:t>
      </w:r>
    </w:p>
    <w:p>
      <w:pPr>
        <w:pStyle w:val="ArticleBody"/>
        <w:jc w:val="left"/>
      </w:pPr>
      <w:r>
        <w:rPr>
          <w:rFonts w:ascii="Times New Roman" w:hAnsi="Times New Roman" w:eastAsia="Times New Roman" w:cs="Times New Roman"/>
        </w:rPr>
        <w:t>ХӀоттийнчу а, диъанчу а тӀаьхьенаш ю прогрессивни суд, цу диъанчу тӀаьхьенца чекхболу, иза ехархойн тӀаьхье ю. Христосан маьлха тӀедуьйнаӀар 9/11-ца типологически гойту. Лаодикинский «Seventh-day Adventist» тӀаьхье цу хенан долчу хьалха шен чаккхенан тӀаьхьенехь бу. Яхьяс фарисейнна а, саддукейнна а дийцар Лаодикинский хабар дара.</w:t>
      </w:r>
    </w:p>
    <w:p>
      <w:pPr>
        <w:pStyle w:val="ArticleScripture"/>
        <w:jc w:val="left"/>
      </w:pPr>
      <w:r>
        <w:rPr>
          <w:rFonts w:ascii="Times New Roman" w:hAnsi="Times New Roman" w:eastAsia="Times New Roman" w:cs="Times New Roman"/>
        </w:rPr>
        <w:t>Lakin o, çoxlu fəriseylərin və saddukilərin onun vəftizinə gəldiyini görəndə, onlara dedi,</w:t>
      </w:r>
    </w:p>
    <w:p>
      <w:pPr>
        <w:pStyle w:val="ArticleScripture"/>
        <w:jc w:val="left"/>
      </w:pPr>
      <w:r>
        <w:rPr>
          <w:rFonts w:ascii="Times New Roman" w:hAnsi="Times New Roman" w:eastAsia="Times New Roman" w:cs="Times New Roman"/>
        </w:rPr>
        <w:t>ئەی نەوەی مارە ژەهراویەکان، کێ ئاگاداری کردوون بەڕاکەن لە تووڕەییەکەی داهاتوو؟</w:t>
      </w:r>
    </w:p>
    <w:p>
      <w:pPr>
        <w:pStyle w:val="ArticleScripture"/>
        <w:jc w:val="left"/>
      </w:pPr>
      <w:r>
        <w:rPr>
          <w:rFonts w:ascii="Times New Roman" w:hAnsi="Times New Roman" w:eastAsia="Times New Roman" w:cs="Times New Roman"/>
        </w:rPr>
        <w:t>Gəlin, tövbəyə layiq bəhrələr gətirin; və öz-özünüzə deməyin: “Bizim atamız İbrahimdir.”</w:t>
      </w:r>
    </w:p>
    <w:p>
      <w:pPr>
        <w:pStyle w:val="ArticleScripture"/>
        <w:jc w:val="left"/>
      </w:pPr>
      <w:r>
        <w:rPr>
          <w:rFonts w:ascii="Times New Roman" w:hAnsi="Times New Roman" w:eastAsia="Times New Roman" w:cs="Times New Roman"/>
        </w:rPr>
        <w:t>кайӊарга айтам: Кудай бу таштардан Ибраһимге балдар жарата алат.</w:t>
      </w:r>
    </w:p>
    <w:p>
      <w:pPr>
        <w:pStyle w:val="ArticleScripture"/>
        <w:jc w:val="left"/>
      </w:pPr>
      <w:r>
        <w:rPr>
          <w:rFonts w:ascii="Times New Roman" w:hAnsi="Times New Roman" w:eastAsia="Times New Roman" w:cs="Times New Roman"/>
        </w:rPr>
        <w:t>دا اکنون ته‌پروکیشَ تِشە خێ درەختون ریشَه بن آغشته بیه؛ پس هر درەختی که نِه میوەی نیک باره، بریده بیه و در آتش انداخته بیه. من شما ره به آب، بَهرِ توبه تعمید دِهَم؛ اما او که پس از من آیه، از من تواناتر هسته، که من شایسته نِه‌اَم کفش‌هایش ره برگیرم؛ او شما ره به روح‌القدس و به آتش تعمید خواد دِهَد. او که بادبیزنَش در دستَش هسته، خرمنگاهِ خویش ره به تمامی پاک خواد کرد، و گندمِ خویش ره به انبار فراهم خواد آورد؛ اما کاه ره به آتشی خاموشی‌ناپذیر خواد سوزانید.</w:t>
      </w:r>
    </w:p>
    <w:p>
      <w:pPr>
        <w:pStyle w:val="ArticleScripture"/>
        <w:jc w:val="left"/>
      </w:pPr>
      <w:r>
        <w:rPr>
          <w:rFonts w:ascii="Times New Roman" w:hAnsi="Times New Roman" w:eastAsia="Times New Roman" w:cs="Times New Roman"/>
        </w:rPr>
        <w:t>Иисус Джон унашта дайчаз Галилейас изи Иордан, вилла аьтто. Матай 3:7–13.</w:t>
      </w:r>
    </w:p>
    <w:p>
      <w:pPr>
        <w:pStyle w:val="ArticleBody"/>
        <w:jc w:val="left"/>
      </w:pPr>
      <w:r>
        <w:rPr>
          <w:rFonts w:ascii="Times New Roman" w:hAnsi="Times New Roman" w:eastAsia="Times New Roman" w:cs="Times New Roman"/>
        </w:rPr>
        <w:t>عیسی از جلیل آمد؛ جایی که نمادِ نقطهٔ عطفی است در هماهنگی با لولای کمرِ یوحنا و معنای بیت‌عباره. آنگاه کارِ یوحنا در آماده ساختنِ راه، به کارِ مسیح در استوار ساختنِ عهد دگرگون شده بود. آن سی سالِ آمادگی به پایان رسیده بود و آن سه سال و نیمِ پیش و پس از صلیب آغاز شده بود.</w:t>
      </w:r>
    </w:p>
    <w:p>
      <w:pPr>
        <w:pStyle w:val="ArticleBody"/>
        <w:jc w:val="left"/>
      </w:pPr>
      <w:r>
        <w:rPr>
          <w:rFonts w:ascii="Times New Roman" w:hAnsi="Times New Roman" w:eastAsia="Times New Roman" w:cs="Times New Roman"/>
        </w:rPr>
        <w:t>Yohannis ujumaan inni magaalaa Yerusaalem barbadaaʼuu irratti dheekkamsa dhufuuf jiru keessaa akeekkachiisa ture; barbadaan sunis akkasuma dhuma addunyaa fi dhaʼicha torban isa dhumaa bakka buʼa. Ujumaan akeekkachiisaa sun keessatti Islaamaatiin marfamee ture, akkasumas nama hojii irra oolchuun isaa qofa ergamaa Milkiyaas kan karaa qopheessu, fi sagalee Isaayyaas gammoojjii keessaa taʼe qofa utuu hin taʼin, ujumaa Eliyaasis raawwateen dhihaate; jechuunis uffanni Yohannis akkuma kan Eliyaas wajjin wal fakkaatu, ujumaan Yohannisis akkuma ujumaa Eliyaas wajjin wal fakkaata ture.</w:t>
      </w:r>
    </w:p>
    <w:p>
      <w:pPr>
        <w:pStyle w:val="ArticleScripture"/>
        <w:jc w:val="left"/>
      </w:pPr>
      <w:r>
        <w:rPr>
          <w:rFonts w:ascii="Malgun Gothic" w:hAnsi="Malgun Gothic" w:eastAsia="Malgun Gothic" w:cs="Malgun Gothic"/>
        </w:rPr>
        <w:t>이르되</w:t>
      </w:r>
      <w:r>
        <w:rPr>
          <w:rFonts w:ascii="Times New Roman" w:hAnsi="Times New Roman" w:eastAsia="Times New Roman" w:cs="Times New Roman"/>
        </w:rPr>
        <w:t xml:space="preserve"> </w:t>
      </w:r>
      <w:r>
        <w:rPr>
          <w:rFonts w:ascii="Malgun Gothic" w:hAnsi="Malgun Gothic" w:eastAsia="Malgun Gothic" w:cs="Malgun Gothic"/>
        </w:rPr>
        <w:t>너희를</w:t>
      </w:r>
      <w:r>
        <w:rPr>
          <w:rFonts w:ascii="Times New Roman" w:hAnsi="Times New Roman" w:eastAsia="Times New Roman" w:cs="Times New Roman"/>
        </w:rPr>
        <w:t xml:space="preserve"> </w:t>
      </w:r>
      <w:r>
        <w:rPr>
          <w:rFonts w:ascii="Malgun Gothic" w:hAnsi="Malgun Gothic" w:eastAsia="Malgun Gothic" w:cs="Malgun Gothic"/>
        </w:rPr>
        <w:t>맞으러</w:t>
      </w:r>
      <w:r>
        <w:rPr>
          <w:rFonts w:ascii="Times New Roman" w:hAnsi="Times New Roman" w:eastAsia="Times New Roman" w:cs="Times New Roman"/>
        </w:rPr>
        <w:t xml:space="preserve"> </w:t>
      </w:r>
      <w:r>
        <w:rPr>
          <w:rFonts w:ascii="Malgun Gothic" w:hAnsi="Malgun Gothic" w:eastAsia="Malgun Gothic" w:cs="Malgun Gothic"/>
        </w:rPr>
        <w:t>올라와</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말을</w:t>
      </w:r>
      <w:r>
        <w:rPr>
          <w:rFonts w:ascii="Times New Roman" w:hAnsi="Times New Roman" w:eastAsia="Times New Roman" w:cs="Times New Roman"/>
        </w:rPr>
        <w:t xml:space="preserve"> </w:t>
      </w:r>
      <w:r>
        <w:rPr>
          <w:rFonts w:ascii="Malgun Gothic" w:hAnsi="Malgun Gothic" w:eastAsia="Malgun Gothic" w:cs="Malgun Gothic"/>
        </w:rPr>
        <w:t>너희에게</w:t>
      </w:r>
      <w:r>
        <w:rPr>
          <w:rFonts w:ascii="Times New Roman" w:hAnsi="Times New Roman" w:eastAsia="Times New Roman" w:cs="Times New Roman"/>
        </w:rPr>
        <w:t xml:space="preserve"> </w:t>
      </w:r>
      <w:r>
        <w:rPr>
          <w:rFonts w:ascii="Malgun Gothic" w:hAnsi="Malgun Gothic" w:eastAsia="Malgun Gothic" w:cs="Malgun Gothic"/>
        </w:rPr>
        <w:t>전한</w:t>
      </w:r>
      <w:r>
        <w:rPr>
          <w:rFonts w:ascii="Times New Roman" w:hAnsi="Times New Roman" w:eastAsia="Times New Roman" w:cs="Times New Roman"/>
        </w:rPr>
        <w:t xml:space="preserve"> </w:t>
      </w:r>
      <w:r>
        <w:rPr>
          <w:rFonts w:ascii="Malgun Gothic" w:hAnsi="Malgun Gothic" w:eastAsia="Malgun Gothic" w:cs="Malgun Gothic"/>
        </w:rPr>
        <w:t>자가</w:t>
      </w:r>
      <w:r>
        <w:rPr>
          <w:rFonts w:ascii="Times New Roman" w:hAnsi="Times New Roman" w:eastAsia="Times New Roman" w:cs="Times New Roman"/>
        </w:rPr>
        <w:t xml:space="preserve"> </w:t>
      </w:r>
      <w:r>
        <w:rPr>
          <w:rFonts w:ascii="Malgun Gothic" w:hAnsi="Malgun Gothic" w:eastAsia="Malgun Gothic" w:cs="Malgun Gothic"/>
        </w:rPr>
        <w:t>어떠한</w:t>
      </w:r>
      <w:r>
        <w:rPr>
          <w:rFonts w:ascii="Times New Roman" w:hAnsi="Times New Roman" w:eastAsia="Times New Roman" w:cs="Times New Roman"/>
        </w:rPr>
        <w:t xml:space="preserve"> </w:t>
      </w:r>
      <w:r>
        <w:rPr>
          <w:rFonts w:ascii="Malgun Gothic" w:hAnsi="Malgun Gothic" w:eastAsia="Malgun Gothic" w:cs="Malgun Gothic"/>
        </w:rPr>
        <w:t>사람이더냐</w:t>
      </w:r>
      <w:r>
        <w:rPr>
          <w:rFonts w:ascii="Times New Roman" w:hAnsi="Times New Roman" w:eastAsia="Times New Roman" w:cs="Times New Roman"/>
        </w:rPr>
        <w:t xml:space="preserve">? </w:t>
      </w:r>
      <w:r>
        <w:rPr>
          <w:rFonts w:ascii="Malgun Gothic" w:hAnsi="Malgun Gothic" w:eastAsia="Malgun Gothic" w:cs="Malgun Gothic"/>
        </w:rPr>
        <w:t>하니</w:t>
      </w:r>
      <w:r>
        <w:rPr>
          <w:rFonts w:ascii="Times New Roman" w:hAnsi="Times New Roman" w:eastAsia="Times New Roman" w:cs="Times New Roman"/>
        </w:rPr>
        <w:t xml:space="preserve">, </w:t>
      </w:r>
      <w:r>
        <w:rPr>
          <w:rFonts w:ascii="Malgun Gothic" w:hAnsi="Malgun Gothic" w:eastAsia="Malgun Gothic" w:cs="Malgun Gothic"/>
        </w:rPr>
        <w:t>그들이</w:t>
      </w:r>
      <w:r>
        <w:rPr>
          <w:rFonts w:ascii="Times New Roman" w:hAnsi="Times New Roman" w:eastAsia="Times New Roman" w:cs="Times New Roman"/>
        </w:rPr>
        <w:t xml:space="preserve"> </w:t>
      </w:r>
      <w:r>
        <w:rPr>
          <w:rFonts w:ascii="Malgun Gothic" w:hAnsi="Malgun Gothic" w:eastAsia="Malgun Gothic" w:cs="Malgun Gothic"/>
        </w:rPr>
        <w:t>그에게</w:t>
      </w:r>
      <w:r>
        <w:rPr>
          <w:rFonts w:ascii="Times New Roman" w:hAnsi="Times New Roman" w:eastAsia="Times New Roman" w:cs="Times New Roman"/>
        </w:rPr>
        <w:t xml:space="preserve"> </w:t>
      </w:r>
      <w:r>
        <w:rPr>
          <w:rFonts w:ascii="Malgun Gothic" w:hAnsi="Malgun Gothic" w:eastAsia="Malgun Gothic" w:cs="Malgun Gothic"/>
        </w:rPr>
        <w:t>대답하되</w:t>
      </w:r>
      <w:r>
        <w:rPr>
          <w:rFonts w:ascii="Times New Roman" w:hAnsi="Times New Roman" w:eastAsia="Times New Roman" w:cs="Times New Roman"/>
        </w:rPr>
        <w:t xml:space="preserve"> </w:t>
      </w:r>
      <w:r>
        <w:rPr>
          <w:rFonts w:ascii="Malgun Gothic" w:hAnsi="Malgun Gothic" w:eastAsia="Malgun Gothic" w:cs="Malgun Gothic"/>
        </w:rPr>
        <w:t>그는</w:t>
      </w:r>
      <w:r>
        <w:rPr>
          <w:rFonts w:ascii="Times New Roman" w:hAnsi="Times New Roman" w:eastAsia="Times New Roman" w:cs="Times New Roman"/>
        </w:rPr>
        <w:t xml:space="preserve"> </w:t>
      </w:r>
      <w:r>
        <w:rPr>
          <w:rFonts w:ascii="Malgun Gothic" w:hAnsi="Malgun Gothic" w:eastAsia="Malgun Gothic" w:cs="Malgun Gothic"/>
        </w:rPr>
        <w:t>털이</w:t>
      </w:r>
      <w:r>
        <w:rPr>
          <w:rFonts w:ascii="Times New Roman" w:hAnsi="Times New Roman" w:eastAsia="Times New Roman" w:cs="Times New Roman"/>
        </w:rPr>
        <w:t xml:space="preserve"> </w:t>
      </w:r>
      <w:r>
        <w:rPr>
          <w:rFonts w:ascii="Malgun Gothic" w:hAnsi="Malgun Gothic" w:eastAsia="Malgun Gothic" w:cs="Malgun Gothic"/>
        </w:rPr>
        <w:t>많은</w:t>
      </w:r>
      <w:r>
        <w:rPr>
          <w:rFonts w:ascii="Times New Roman" w:hAnsi="Times New Roman" w:eastAsia="Times New Roman" w:cs="Times New Roman"/>
        </w:rPr>
        <w:t xml:space="preserve"> </w:t>
      </w:r>
      <w:r>
        <w:rPr>
          <w:rFonts w:ascii="Malgun Gothic" w:hAnsi="Malgun Gothic" w:eastAsia="Malgun Gothic" w:cs="Malgun Gothic"/>
        </w:rPr>
        <w:t>사람이며</w:t>
      </w:r>
      <w:r>
        <w:rPr>
          <w:rFonts w:ascii="Times New Roman" w:hAnsi="Times New Roman" w:eastAsia="Times New Roman" w:cs="Times New Roman"/>
        </w:rPr>
        <w:t xml:space="preserve"> </w:t>
      </w:r>
      <w:r>
        <w:rPr>
          <w:rFonts w:ascii="Malgun Gothic" w:hAnsi="Malgun Gothic" w:eastAsia="Malgun Gothic" w:cs="Malgun Gothic"/>
        </w:rPr>
        <w:t>허리에</w:t>
      </w:r>
      <w:r>
        <w:rPr>
          <w:rFonts w:ascii="Times New Roman" w:hAnsi="Times New Roman" w:eastAsia="Times New Roman" w:cs="Times New Roman"/>
        </w:rPr>
        <w:t xml:space="preserve"> </w:t>
      </w:r>
      <w:r>
        <w:rPr>
          <w:rFonts w:ascii="Malgun Gothic" w:hAnsi="Malgun Gothic" w:eastAsia="Malgun Gothic" w:cs="Malgun Gothic"/>
        </w:rPr>
        <w:t>가죽</w:t>
      </w:r>
      <w:r>
        <w:rPr>
          <w:rFonts w:ascii="Times New Roman" w:hAnsi="Times New Roman" w:eastAsia="Times New Roman" w:cs="Times New Roman"/>
        </w:rPr>
        <w:t xml:space="preserve"> </w:t>
      </w:r>
      <w:r>
        <w:rPr>
          <w:rFonts w:ascii="Malgun Gothic" w:hAnsi="Malgun Gothic" w:eastAsia="Malgun Gothic" w:cs="Malgun Gothic"/>
        </w:rPr>
        <w:t>띠를</w:t>
      </w:r>
      <w:r>
        <w:rPr>
          <w:rFonts w:ascii="Times New Roman" w:hAnsi="Times New Roman" w:eastAsia="Times New Roman" w:cs="Times New Roman"/>
        </w:rPr>
        <w:t xml:space="preserve"> </w:t>
      </w:r>
      <w:r>
        <w:rPr>
          <w:rFonts w:ascii="Malgun Gothic" w:hAnsi="Malgun Gothic" w:eastAsia="Malgun Gothic" w:cs="Malgun Gothic"/>
        </w:rPr>
        <w:t>띠었더이다</w:t>
      </w:r>
      <w:r>
        <w:rPr>
          <w:rFonts w:ascii="Times New Roman" w:hAnsi="Times New Roman" w:eastAsia="Times New Roman" w:cs="Times New Roman"/>
        </w:rPr>
        <w:t xml:space="preserve">. </w:t>
      </w:r>
      <w:r>
        <w:rPr>
          <w:rFonts w:ascii="Malgun Gothic" w:hAnsi="Malgun Gothic" w:eastAsia="Malgun Gothic" w:cs="Malgun Gothic"/>
        </w:rPr>
        <w:t>하매</w:t>
      </w:r>
      <w:r>
        <w:rPr>
          <w:rFonts w:ascii="Times New Roman" w:hAnsi="Times New Roman" w:eastAsia="Times New Roman" w:cs="Times New Roman"/>
        </w:rPr>
        <w:t xml:space="preserve">, </w:t>
      </w:r>
      <w:r>
        <w:rPr>
          <w:rFonts w:ascii="Malgun Gothic" w:hAnsi="Malgun Gothic" w:eastAsia="Malgun Gothic" w:cs="Malgun Gothic"/>
        </w:rPr>
        <w:t>그가</w:t>
      </w:r>
      <w:r>
        <w:rPr>
          <w:rFonts w:ascii="Times New Roman" w:hAnsi="Times New Roman" w:eastAsia="Times New Roman" w:cs="Times New Roman"/>
        </w:rPr>
        <w:t xml:space="preserve"> </w:t>
      </w:r>
      <w:r>
        <w:rPr>
          <w:rFonts w:ascii="Malgun Gothic" w:hAnsi="Malgun Gothic" w:eastAsia="Malgun Gothic" w:cs="Malgun Gothic"/>
        </w:rPr>
        <w:t>이르되</w:t>
      </w:r>
      <w:r>
        <w:rPr>
          <w:rFonts w:ascii="Times New Roman" w:hAnsi="Times New Roman" w:eastAsia="Times New Roman" w:cs="Times New Roman"/>
        </w:rPr>
        <w:t xml:space="preserve"> </w:t>
      </w:r>
      <w:r>
        <w:rPr>
          <w:rFonts w:ascii="Malgun Gothic" w:hAnsi="Malgun Gothic" w:eastAsia="Malgun Gothic" w:cs="Malgun Gothic"/>
        </w:rPr>
        <w:t>그는</w:t>
      </w:r>
      <w:r>
        <w:rPr>
          <w:rFonts w:ascii="Times New Roman" w:hAnsi="Times New Roman" w:eastAsia="Times New Roman" w:cs="Times New Roman"/>
        </w:rPr>
        <w:t xml:space="preserve"> </w:t>
      </w:r>
      <w:r>
        <w:rPr>
          <w:rFonts w:ascii="Malgun Gothic" w:hAnsi="Malgun Gothic" w:eastAsia="Malgun Gothic" w:cs="Malgun Gothic"/>
        </w:rPr>
        <w:t>디셉</w:t>
      </w:r>
      <w:r>
        <w:rPr>
          <w:rFonts w:ascii="Times New Roman" w:hAnsi="Times New Roman" w:eastAsia="Times New Roman" w:cs="Times New Roman"/>
        </w:rPr>
        <w:t xml:space="preserve"> </w:t>
      </w:r>
      <w:r>
        <w:rPr>
          <w:rFonts w:ascii="Malgun Gothic" w:hAnsi="Malgun Gothic" w:eastAsia="Malgun Gothic" w:cs="Malgun Gothic"/>
        </w:rPr>
        <w:t>사람</w:t>
      </w:r>
      <w:r>
        <w:rPr>
          <w:rFonts w:ascii="Times New Roman" w:hAnsi="Times New Roman" w:eastAsia="Times New Roman" w:cs="Times New Roman"/>
        </w:rPr>
        <w:t xml:space="preserve"> </w:t>
      </w:r>
      <w:r>
        <w:rPr>
          <w:rFonts w:ascii="Malgun Gothic" w:hAnsi="Malgun Gothic" w:eastAsia="Malgun Gothic" w:cs="Malgun Gothic"/>
        </w:rPr>
        <w:t>엘리야로다</w:t>
      </w:r>
      <w:r>
        <w:rPr>
          <w:rFonts w:ascii="Times New Roman" w:hAnsi="Times New Roman" w:eastAsia="Times New Roman" w:cs="Times New Roman"/>
        </w:rPr>
        <w:t xml:space="preserve">. </w:t>
      </w:r>
      <w:r>
        <w:rPr>
          <w:rFonts w:ascii="Malgun Gothic" w:hAnsi="Malgun Gothic" w:eastAsia="Malgun Gothic" w:cs="Malgun Gothic"/>
        </w:rPr>
        <w:t>열왕기하</w:t>
      </w:r>
      <w:r>
        <w:rPr>
          <w:rFonts w:ascii="Times New Roman" w:hAnsi="Times New Roman" w:eastAsia="Times New Roman" w:cs="Times New Roman"/>
        </w:rPr>
        <w:t xml:space="preserve"> 1:7, 8.</w:t>
      </w:r>
    </w:p>
    <w:p>
      <w:pPr>
        <w:pStyle w:val="ArticleBody"/>
        <w:jc w:val="left"/>
      </w:pPr>
      <w:r>
        <w:rPr>
          <w:rFonts w:ascii="Times New Roman" w:hAnsi="Times New Roman" w:eastAsia="Times New Roman" w:cs="Times New Roman"/>
        </w:rPr>
        <w:t>Be John mey, Elias mey, “manera de hombre piha paʼe he?” hikuái ñeporandúrõ, oñembohováita chupekuéra: “kuimbaʼe avaroguy hague, ha ipy’a ári ojokua hag̃ua peteĩ ku’akuaha piregua.” Juan rembiapo ministerial seis mése pukukue ojehechauka pe pasáhepe, upépe pe última ha irundyha generación ojekuaa porã ha oñemyesakã hag̃ua he’iséva. Pe marandu Laodicéape guarã, oñeme’ẽva chupekuéra, oñemoĩ directamente umi oñemboheráva Tupã pactopegua tavayguakuéra rehe; omomarandu chupekuéra pe pochy oútavare, ojehechaukaháicha peteĩ hacha oinupãva yvyramáta rapokuére. Pe marandúpe avei oikeva’ekue Cristo omohu’ãtaha pe prueba rembiapo oñepyrũva’ekue Juan ndive. Upe rire Mateo-pe, Jesús avei oñe’ẽ umi hudíore “mbói ra’y ñemoñare” ramo, ha ojapyhy jey pe tema Juan omoñepyrũva’ekue peteĩ yvyramáta oñekytĩ rehegua, ha omyesakã mba’érepa.</w:t>
      </w:r>
    </w:p>
    <w:p>
      <w:pPr>
        <w:pStyle w:val="ArticleScripture"/>
        <w:jc w:val="left"/>
      </w:pPr>
      <w:r>
        <w:rPr>
          <w:rFonts w:ascii="Times New Roman" w:hAnsi="Times New Roman" w:eastAsia="Times New Roman" w:cs="Times New Roman"/>
        </w:rPr>
        <w:t>درخت را یا نیکو سازید و میوه‌اش را نیکو، یا درخت را فاسد سازید و میوه‌اش را فاسد؛ زیرا درخت از میوه‌اش شناخته می‌شود. ای نسل افعیان، شما که شریرید، چگونه می‌توانید سخنان نیکو بگویید؟ زیرا دهان از فزونیِ دل سخن می‌گوید. مرد نیکو از گنجِ نیکوی دل، چیزهای نیکو بیرون می‌آورد؛ و مرد شریر از گنجِ شریر، چیزهای شریر بیرون می‌آورد. لیکن به شما می‌گویم که مردم از هر سخنِ باطل که بگویند، در روز داوری حساب آن را خواهند داد. زیرا به سخنانت عادل شمرده خواهی شد، و به سخنانت محکوم خواهی گردید. متی ۱۲:‏۳۳–۳۷.</w:t>
      </w:r>
    </w:p>
    <w:p>
      <w:pPr>
        <w:pStyle w:val="ArticleBody"/>
        <w:jc w:val="left"/>
      </w:pPr>
      <w:r>
        <w:rPr>
          <w:rFonts w:ascii="Times New Roman" w:hAnsi="Times New Roman" w:eastAsia="Times New Roman" w:cs="Times New Roman"/>
        </w:rPr>
        <w:t>Në përputhje me urdhërimin e dytë, dita e gjykimit është në brezin e katërt. Gjykimi bazohet mbi mesazhin që ne flasim, dhe ai mesazh del nga zemrat tona. Është mesazhi që ne flasim ai që e përcakton nëse jemi “brezi i zgjedhur” i Pjetrit apo një “brez nepërkash”. Secila klasë shfaqet në përfundim të një procesi sprove, kur Krishti, si njeriu me furçën e pluhurit, pastron dyshemenë e Tij. Ashtu si me vajin në shëmbëlltyrën e dhjetë virgjëreshave, mesazhi përfaqësohet ose nga një zemër e ligë ose nga një zemër e mirë. Referenca e Krishtit shton se ky brez nepërkash, që është brezi i katërt dhe i fundit, kërkon një shenjë, dhe e vetmja shenjë që do t’u jepej ishte shenja e Jonait.</w:t>
      </w:r>
    </w:p>
    <w:p>
      <w:pPr>
        <w:pStyle w:val="ArticleScripture"/>
        <w:jc w:val="left"/>
      </w:pPr>
      <w:r>
        <w:rPr>
          <w:rFonts w:ascii="Times New Roman" w:hAnsi="Times New Roman" w:eastAsia="Times New Roman" w:cs="Times New Roman"/>
        </w:rPr>
        <w:t>تی وقتاں کجھ عالم تے فریسیاں نے جواب دِتا تے آکھیا، اُستاد، اسیں تُساں کولوں اک نِشانی ویکھنی چاہندے ہاں۔ پر اُس نے اوہناں نوں جواب دِتا تے آکھیا، اِک شریر تے زناکار نسل نِشانی دی تلاش وچ رہندی اے؛ پر اوہنوں کوئی نِشانی نہ دِتی جاوے گی، سوائے نبی یونس دی نِشانی دے۔ کیوں جو جیویں یونس تِن دِن تے تِن راتاں مچھ دی ڈھیڈ وچ ریا، تیویں ابنِ آدم وی تِن دِن تے تِن راتاں زمین دے دل وچ رہے گا۔ نینوہ دے لوک عدالت وچ اِس نسل دے نال اُٹھن گے تے اِس اُتے الزام لاون گے، اِس لئی جو اوہ یونس دی منادی اُتے توبہ کر گئے سن؛ تے ویکھو، یونس توں وڈا اتھے موجود اے۔ دک</w:t>
      </w:r>
      <w:r>
        <w:rPr>
          <w:rFonts w:ascii="Nirmala UI" w:hAnsi="Nirmala UI" w:eastAsia="Nirmala UI" w:cs="Nirmala UI"/>
        </w:rPr>
        <w:t>्ख</w:t>
      </w:r>
      <w:r>
        <w:rPr>
          <w:rFonts w:ascii="Times New Roman" w:hAnsi="Times New Roman" w:eastAsia="Times New Roman" w:cs="Times New Roman"/>
        </w:rPr>
        <w:t>ن دی راج ماتا عدالت وچ اِس نسل دے نال اُٹھے گی تے اِس اُتے الزام لاوے گی، کیوں جو اوہ سلیمان دی حکمت سُنن لئی زمین دے انتہائی حصیاں توں آئی سی؛ تے ویکھو، سلیمان توں وڈا اتھے موجود اے۔ متی 12:38–42۔</w:t>
      </w:r>
    </w:p>
    <w:p>
      <w:pPr>
        <w:pStyle w:val="ArticleBody"/>
        <w:jc w:val="left"/>
      </w:pPr>
      <w:r>
        <w:rPr>
          <w:rFonts w:ascii="Times New Roman" w:hAnsi="Times New Roman" w:eastAsia="Times New Roman" w:cs="Times New Roman"/>
        </w:rPr>
        <w:t>Cristo aludió a los judíos como una generación de víboras, y utiliza ilustraciones de juicio como el mensaje de Jonás y el mensaje de la sabiduría de Salomón. Jesús está identificando, por el contexto y con dos testigos, que la generación de víboras es la cuarta generación, pues en la cuarta generación es donde se lleva a cabo el juicio.</w:t>
      </w:r>
    </w:p>
    <w:p>
      <w:pPr>
        <w:pStyle w:val="ArticleBody"/>
        <w:jc w:val="left"/>
      </w:pPr>
      <w:r>
        <w:rPr>
          <w:rFonts w:ascii="Nirmala UI" w:hAnsi="Nirmala UI" w:eastAsia="Nirmala UI" w:cs="Nirmala UI"/>
        </w:rPr>
        <w:t>ੲ</w:t>
      </w:r>
      <w:r>
        <w:rPr>
          <w:rFonts w:ascii="Times New Roman" w:hAnsi="Times New Roman" w:eastAsia="Times New Roman" w:cs="Times New Roman"/>
        </w:rPr>
        <w:t>ک سو چالیہݨ تے چار ہزار اخیر دے دِناں دا نِشان، یا جھنڈا ہن، جیویں خدا دی شریعت تے سبت وی نِشان ہن۔ یوناہ دا نِشان قیامت دا نِشان اے، جیہڑا مسیح دے زمانے وچ یہودیاں لئی اوہدا بپتسمہ سی، جدوں روحُ القدس کبوتر دی صورت وچ اُتّریا۔ یوناہ دے معنیٰ “کبوتر” نیں۔ یوناہ، یوحنا مکاشفہ نویس، دانی ایل، یوسف تے لعزر، اُناں اک سو چالیہݨ تے چار ہزارت دا پتہ دیندے نیں، جیہڑے ساڑھے تِن دِن گلی وچ مردہ پئے رہݨ توں بعد زندہ کِیتے جاندے نیں۔ اوہدے بعد اُناں نے لاؤدیکیہ والیاں توں فیلادلفیہ والیاں وال بدلݨا اے، ایس طرح اوہ ستاں وچوں اوہ اَٹھواں بن جاندے نیں۔ یوناہ بپتسمے دی نمائندگی کردا اے، کیوں جو اوہنوں پانی وچ سُٹیا گیا تے جدوں مچھ نے اوہنوں نگل لیا تاں اوہ علامتی طور تے مر گیا۔ فیر اوہ زندہ کِیتا گیا، جیویں یوحنا زندہ بچیا جدوں اوہنوں کھولدے تیل وچوں کڈھیا گیا، تے جیویں دانی ایل زندہ نکلیا جدوں اوہنوں شیراں دی کھوہ وچوں کڈھیا گیا، تے جیویں یوسف نوں کھڈ وچوں کڈھیا گیا، تے جیویں لعزر، جیہڑا مسیح دے زمانے وچ مُہر لَݨ والا معجزہ سی۔ یہودی یوناہ دے نِشان نوں، جیہڑا مسیح دی قیامت نال ظاہر ہوندا اے، اوہناں نوں اونّا صاف نہ نظر آیا، جِنّاں ایڈونٹ ازم نوں 9/11 دا نِشان نظر آندا اے، جیہڑا یوناہ دا نِشان اے۔</w:t>
      </w:r>
    </w:p>
    <w:p>
      <w:pPr>
        <w:pStyle w:val="ArticleBody"/>
        <w:jc w:val="left"/>
      </w:pPr>
      <w:r>
        <w:rPr>
          <w:rFonts w:ascii="Times New Roman" w:hAnsi="Times New Roman" w:eastAsia="Times New Roman" w:cs="Times New Roman"/>
        </w:rPr>
        <w:t>Anecdana acaana maqaala itti aanu keessatti itti fufna.</w:t>
      </w:r>
    </w:p>
    <w:p>
      <w:pPr>
        <w:pStyle w:val="ArticleScripture"/>
        <w:jc w:val="left"/>
      </w:pPr>
      <w:r>
        <w:rPr>
          <w:rFonts w:ascii="Times New Roman" w:hAnsi="Times New Roman" w:eastAsia="Times New Roman" w:cs="Times New Roman"/>
        </w:rPr>
        <w:t>“</w:t>
      </w:r>
      <w:r>
        <w:rPr>
          <w:rFonts w:ascii="Nirmala UI" w:hAnsi="Nirmala UI" w:eastAsia="Nirmala UI" w:cs="Nirmala UI"/>
        </w:rPr>
        <w:t>ईश्वरका</w:t>
      </w:r>
      <w:r>
        <w:rPr>
          <w:rFonts w:ascii="Times New Roman" w:hAnsi="Times New Roman" w:eastAsia="Times New Roman" w:cs="Times New Roman"/>
        </w:rPr>
        <w:t xml:space="preserve"> </w:t>
      </w:r>
      <w:r>
        <w:rPr>
          <w:rFonts w:ascii="Nirmala UI" w:hAnsi="Nirmala UI" w:eastAsia="Nirmala UI" w:cs="Nirmala UI"/>
        </w:rPr>
        <w:t>जनतासमक्ष</w:t>
      </w:r>
      <w:r>
        <w:rPr>
          <w:rFonts w:ascii="Times New Roman" w:hAnsi="Times New Roman" w:eastAsia="Times New Roman" w:cs="Times New Roman"/>
        </w:rPr>
        <w:t xml:space="preserve">, </w:t>
      </w:r>
      <w:r>
        <w:rPr>
          <w:rFonts w:ascii="Nirmala UI" w:hAnsi="Nirmala UI" w:eastAsia="Nirmala UI" w:cs="Nirmala UI"/>
        </w:rPr>
        <w:t>नजिक</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टाढा</w:t>
      </w:r>
      <w:r>
        <w:rPr>
          <w:rFonts w:ascii="Times New Roman" w:hAnsi="Times New Roman" w:eastAsia="Times New Roman" w:cs="Times New Roman"/>
        </w:rPr>
        <w:t xml:space="preserve"> </w:t>
      </w:r>
      <w:r>
        <w:rPr>
          <w:rFonts w:ascii="Nirmala UI" w:hAnsi="Nirmala UI" w:eastAsia="Nirmala UI" w:cs="Nirmala UI"/>
        </w:rPr>
        <w:t>दुवैतिर</w:t>
      </w:r>
      <w:r>
        <w:rPr>
          <w:rFonts w:ascii="Times New Roman" w:hAnsi="Times New Roman" w:eastAsia="Times New Roman" w:cs="Times New Roman"/>
        </w:rPr>
        <w:t xml:space="preserve">,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आउन</w:t>
      </w:r>
      <w:r>
        <w:rPr>
          <w:rFonts w:ascii="Times New Roman" w:hAnsi="Times New Roman" w:eastAsia="Times New Roman" w:cs="Times New Roman"/>
        </w:rPr>
        <w:t xml:space="preserve"> </w:t>
      </w:r>
      <w:r>
        <w:rPr>
          <w:rFonts w:ascii="Nirmala UI" w:hAnsi="Nirmala UI" w:eastAsia="Nirmala UI" w:cs="Nirmala UI"/>
        </w:rPr>
        <w:t>लागिरहेको</w:t>
      </w:r>
      <w:r>
        <w:rPr>
          <w:rFonts w:ascii="Times New Roman" w:hAnsi="Times New Roman" w:eastAsia="Times New Roman" w:cs="Times New Roman"/>
        </w:rPr>
        <w:t xml:space="preserve"> </w:t>
      </w:r>
      <w:r>
        <w:rPr>
          <w:rFonts w:ascii="Nirmala UI" w:hAnsi="Nirmala UI" w:eastAsia="Nirmala UI" w:cs="Nirmala UI"/>
        </w:rPr>
        <w:t>चेतावनीको</w:t>
      </w:r>
      <w:r>
        <w:rPr>
          <w:rFonts w:ascii="Times New Roman" w:hAnsi="Times New Roman" w:eastAsia="Times New Roman" w:cs="Times New Roman"/>
        </w:rPr>
        <w:t xml:space="preserve"> </w:t>
      </w:r>
      <w:r>
        <w:rPr>
          <w:rFonts w:ascii="Nirmala UI" w:hAnsi="Nirmala UI" w:eastAsia="Nirmala UI" w:cs="Nirmala UI"/>
        </w:rPr>
        <w:t>भार</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स्वर्गदूतको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सन्देशलाई</w:t>
      </w:r>
      <w:r>
        <w:rPr>
          <w:rFonts w:ascii="Times New Roman" w:hAnsi="Times New Roman" w:eastAsia="Times New Roman" w:cs="Times New Roman"/>
        </w:rPr>
        <w:t xml:space="preserve"> </w:t>
      </w:r>
      <w:r>
        <w:rPr>
          <w:rFonts w:ascii="Nirmala UI" w:hAnsi="Nirmala UI" w:eastAsia="Nirmala UI" w:cs="Nirmala UI"/>
        </w:rPr>
        <w:t>बुझ्न</w:t>
      </w:r>
      <w:r>
        <w:rPr>
          <w:rFonts w:ascii="Times New Roman" w:hAnsi="Times New Roman" w:eastAsia="Times New Roman" w:cs="Times New Roman"/>
        </w:rPr>
        <w:t xml:space="preserve"> </w:t>
      </w:r>
      <w:r>
        <w:rPr>
          <w:rFonts w:ascii="Nirmala UI" w:hAnsi="Nirmala UI" w:eastAsia="Nirmala UI" w:cs="Nirmala UI"/>
        </w:rPr>
        <w:t>खोज्नेहरूलाई</w:t>
      </w:r>
      <w:r>
        <w:rPr>
          <w:rFonts w:ascii="Times New Roman" w:hAnsi="Times New Roman" w:eastAsia="Times New Roman" w:cs="Times New Roman"/>
        </w:rPr>
        <w:t xml:space="preserve"> </w:t>
      </w:r>
      <w:r>
        <w:rPr>
          <w:rFonts w:ascii="Nirmala UI" w:hAnsi="Nirmala UI" w:eastAsia="Nirmala UI" w:cs="Nirmala UI"/>
        </w:rPr>
        <w:t>प्रभुले</w:t>
      </w:r>
      <w:r>
        <w:rPr>
          <w:rFonts w:ascii="Times New Roman" w:hAnsi="Times New Roman" w:eastAsia="Times New Roman" w:cs="Times New Roman"/>
        </w:rPr>
        <w:t xml:space="preserve"> </w:t>
      </w:r>
      <w:r>
        <w:rPr>
          <w:rFonts w:ascii="Nirmala UI" w:hAnsi="Nirmala UI" w:eastAsia="Nirmala UI" w:cs="Nirmala UI"/>
        </w:rPr>
        <w:t>वचनको</w:t>
      </w:r>
      <w:r>
        <w:rPr>
          <w:rFonts w:ascii="Times New Roman" w:hAnsi="Times New Roman" w:eastAsia="Times New Roman" w:cs="Times New Roman"/>
        </w:rPr>
        <w:t xml:space="preserve"> </w:t>
      </w:r>
      <w:r>
        <w:rPr>
          <w:rFonts w:ascii="Nirmala UI" w:hAnsi="Nirmala UI" w:eastAsia="Nirmala UI" w:cs="Nirmala UI"/>
        </w:rPr>
        <w:t>यस्तो</w:t>
      </w:r>
      <w:r>
        <w:rPr>
          <w:rFonts w:ascii="Times New Roman" w:hAnsi="Times New Roman" w:eastAsia="Times New Roman" w:cs="Times New Roman"/>
        </w:rPr>
        <w:t xml:space="preserve"> </w:t>
      </w:r>
      <w:r>
        <w:rPr>
          <w:rFonts w:ascii="Nirmala UI" w:hAnsi="Nirmala UI" w:eastAsia="Nirmala UI" w:cs="Nirmala UI"/>
        </w:rPr>
        <w:t>प्रयोग</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अगुवाइ</w:t>
      </w:r>
      <w:r>
        <w:rPr>
          <w:rFonts w:ascii="Times New Roman" w:hAnsi="Times New Roman" w:eastAsia="Times New Roman" w:cs="Times New Roman"/>
        </w:rPr>
        <w:t xml:space="preserve"> </w:t>
      </w:r>
      <w:r>
        <w:rPr>
          <w:rFonts w:ascii="Nirmala UI" w:hAnsi="Nirmala UI" w:eastAsia="Nirmala UI" w:cs="Nirmala UI"/>
        </w:rPr>
        <w:t>गर्नुहुने</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आधारलाई</w:t>
      </w:r>
      <w:r>
        <w:rPr>
          <w:rFonts w:ascii="Times New Roman" w:hAnsi="Times New Roman" w:eastAsia="Times New Roman" w:cs="Times New Roman"/>
        </w:rPr>
        <w:t xml:space="preserve"> </w:t>
      </w:r>
      <w:r>
        <w:rPr>
          <w:rFonts w:ascii="Nirmala UI" w:hAnsi="Nirmala UI" w:eastAsia="Nirmala UI" w:cs="Nirmala UI"/>
        </w:rPr>
        <w:t>कमजोर</w:t>
      </w:r>
      <w:r>
        <w:rPr>
          <w:rFonts w:ascii="Times New Roman" w:hAnsi="Times New Roman" w:eastAsia="Times New Roman" w:cs="Times New Roman"/>
        </w:rPr>
        <w:t xml:space="preserve"> </w:t>
      </w:r>
      <w:r>
        <w:rPr>
          <w:rFonts w:ascii="Nirmala UI" w:hAnsi="Nirmala UI" w:eastAsia="Nirmala UI" w:cs="Nirmala UI"/>
        </w:rPr>
        <w:t>पारोस्</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स्तम्भहरू</w:t>
      </w:r>
      <w:r>
        <w:rPr>
          <w:rFonts w:ascii="Times New Roman" w:hAnsi="Times New Roman" w:eastAsia="Times New Roman" w:cs="Times New Roman"/>
        </w:rPr>
        <w:t xml:space="preserve"> </w:t>
      </w:r>
      <w:r>
        <w:rPr>
          <w:rFonts w:ascii="Nirmala UI" w:hAnsi="Nirmala UI" w:eastAsia="Nirmala UI" w:cs="Nirmala UI"/>
        </w:rPr>
        <w:t>हटाओस्</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सेभेन्थ</w:t>
      </w:r>
      <w:r>
        <w:rPr>
          <w:rFonts w:ascii="Times New Roman" w:hAnsi="Times New Roman" w:eastAsia="Times New Roman" w:cs="Times New Roman"/>
        </w:rPr>
        <w:t>-</w:t>
      </w:r>
      <w:r>
        <w:rPr>
          <w:rFonts w:ascii="Nirmala UI" w:hAnsi="Nirmala UI" w:eastAsia="Nirmala UI" w:cs="Nirmala UI"/>
        </w:rPr>
        <w:t>डे</w:t>
      </w:r>
      <w:r>
        <w:rPr>
          <w:rFonts w:ascii="Times New Roman" w:hAnsi="Times New Roman" w:eastAsia="Times New Roman" w:cs="Times New Roman"/>
        </w:rPr>
        <w:t xml:space="preserve"> </w:t>
      </w:r>
      <w:r>
        <w:rPr>
          <w:rFonts w:ascii="Nirmala UI" w:hAnsi="Nirmala UI" w:eastAsia="Nirmala UI" w:cs="Nirmala UI"/>
        </w:rPr>
        <w:t>एड्भेन्टिस्टहरूलाई</w:t>
      </w:r>
      <w:r>
        <w:rPr>
          <w:rFonts w:ascii="Times New Roman" w:hAnsi="Times New Roman" w:eastAsia="Times New Roman" w:cs="Times New Roman"/>
        </w:rPr>
        <w:t xml:space="preserve"> </w:t>
      </w:r>
      <w:r>
        <w:rPr>
          <w:rFonts w:ascii="Nirmala UI" w:hAnsi="Nirmala UI" w:eastAsia="Nirmala UI" w:cs="Nirmala UI"/>
        </w:rPr>
        <w:t>आज</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त्यही</w:t>
      </w:r>
      <w:r>
        <w:rPr>
          <w:rFonts w:ascii="Times New Roman" w:hAnsi="Times New Roman" w:eastAsia="Times New Roman" w:cs="Times New Roman"/>
        </w:rPr>
        <w:t xml:space="preserve"> </w:t>
      </w:r>
      <w:r>
        <w:rPr>
          <w:rFonts w:ascii="Nirmala UI" w:hAnsi="Nirmala UI" w:eastAsia="Nirmala UI" w:cs="Nirmala UI"/>
        </w:rPr>
        <w:t>बनाएको</w:t>
      </w:r>
      <w:r>
        <w:rPr>
          <w:rFonts w:ascii="Times New Roman" w:hAnsi="Times New Roman" w:eastAsia="Times New Roman" w:cs="Times New Roman"/>
        </w:rPr>
        <w:t xml:space="preserve"> </w:t>
      </w:r>
      <w:r>
        <w:rPr>
          <w:rFonts w:ascii="Nirmala UI" w:hAnsi="Nirmala UI" w:eastAsia="Nirmala UI" w:cs="Nirmala UI"/>
        </w:rPr>
        <w:t>विश्वासलाई</w:t>
      </w:r>
      <w:r>
        <w:rPr>
          <w:rFonts w:ascii="Times New Roman" w:hAnsi="Times New Roman" w:eastAsia="Times New Roman" w:cs="Times New Roman"/>
        </w:rPr>
        <w:t xml:space="preserve"> </w:t>
      </w:r>
      <w:r>
        <w:rPr>
          <w:rFonts w:ascii="Nirmala UI" w:hAnsi="Nirmala UI" w:eastAsia="Nirmala UI" w:cs="Nirmala UI"/>
        </w:rPr>
        <w:t>धानेका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वचनमा</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भविष्यवाणीको</w:t>
      </w:r>
      <w:r>
        <w:rPr>
          <w:rFonts w:ascii="Times New Roman" w:hAnsi="Times New Roman" w:eastAsia="Times New Roman" w:cs="Times New Roman"/>
        </w:rPr>
        <w:t xml:space="preserve"> </w:t>
      </w:r>
      <w:r>
        <w:rPr>
          <w:rFonts w:ascii="Nirmala UI" w:hAnsi="Nirmala UI" w:eastAsia="Nirmala UI" w:cs="Nirmala UI"/>
        </w:rPr>
        <w:t>रेखाअनुसार</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अघि</w:t>
      </w:r>
      <w:r>
        <w:rPr>
          <w:rFonts w:ascii="Times New Roman" w:hAnsi="Times New Roman" w:eastAsia="Times New Roman" w:cs="Times New Roman"/>
        </w:rPr>
        <w:t xml:space="preserve"> </w:t>
      </w:r>
      <w:r>
        <w:rPr>
          <w:rFonts w:ascii="Nirmala UI" w:hAnsi="Nirmala UI" w:eastAsia="Nirmala UI" w:cs="Nirmala UI"/>
        </w:rPr>
        <w:t>बढ्दै</w:t>
      </w:r>
      <w:r>
        <w:rPr>
          <w:rFonts w:ascii="Times New Roman" w:hAnsi="Times New Roman" w:eastAsia="Times New Roman" w:cs="Times New Roman"/>
        </w:rPr>
        <w:t xml:space="preserve"> </w:t>
      </w:r>
      <w:r>
        <w:rPr>
          <w:rFonts w:ascii="Nirmala UI" w:hAnsi="Nirmala UI" w:eastAsia="Nirmala UI" w:cs="Nirmala UI"/>
        </w:rPr>
        <w:t>जाँदा</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क्रमअनुसार</w:t>
      </w:r>
      <w:r>
        <w:rPr>
          <w:rFonts w:ascii="Times New Roman" w:hAnsi="Times New Roman" w:eastAsia="Times New Roman" w:cs="Times New Roman"/>
        </w:rPr>
        <w:t xml:space="preserve"> </w:t>
      </w:r>
      <w:r>
        <w:rPr>
          <w:rFonts w:ascii="Nirmala UI" w:hAnsi="Nirmala UI" w:eastAsia="Nirmala UI" w:cs="Nirmala UI"/>
        </w:rPr>
        <w:t>खुल्दै</w:t>
      </w:r>
      <w:r>
        <w:rPr>
          <w:rFonts w:ascii="Times New Roman" w:hAnsi="Times New Roman" w:eastAsia="Times New Roman" w:cs="Times New Roman"/>
        </w:rPr>
        <w:t xml:space="preserve"> </w:t>
      </w:r>
      <w:r>
        <w:rPr>
          <w:rFonts w:ascii="Nirmala UI" w:hAnsi="Nirmala UI" w:eastAsia="Nirmala UI" w:cs="Nirmala UI"/>
        </w:rPr>
        <w:t>आएका</w:t>
      </w:r>
      <w:r>
        <w:rPr>
          <w:rFonts w:ascii="Times New Roman" w:hAnsi="Times New Roman" w:eastAsia="Times New Roman" w:cs="Times New Roman"/>
        </w:rPr>
        <w:t xml:space="preserve"> </w:t>
      </w:r>
      <w:r>
        <w:rPr>
          <w:rFonts w:ascii="Nirmala UI" w:hAnsi="Nirmala UI" w:eastAsia="Nirmala UI" w:cs="Nirmala UI"/>
        </w:rPr>
        <w:t>सत्यहरू</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अनन्त</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आज</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विगतमा</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अनुभवको</w:t>
      </w:r>
      <w:r>
        <w:rPr>
          <w:rFonts w:ascii="Times New Roman" w:hAnsi="Times New Roman" w:eastAsia="Times New Roman" w:cs="Times New Roman"/>
        </w:rPr>
        <w:t xml:space="preserve"> </w:t>
      </w:r>
      <w:r>
        <w:rPr>
          <w:rFonts w:ascii="Nirmala UI" w:hAnsi="Nirmala UI" w:eastAsia="Nirmala UI" w:cs="Nirmala UI"/>
        </w:rPr>
        <w:t>इतिहासमा</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पाइलामा</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भूमिमा</w:t>
      </w:r>
      <w:r>
        <w:rPr>
          <w:rFonts w:ascii="Times New Roman" w:hAnsi="Times New Roman" w:eastAsia="Times New Roman" w:cs="Times New Roman"/>
        </w:rPr>
        <w:t xml:space="preserve"> </w:t>
      </w:r>
      <w:r>
        <w:rPr>
          <w:rFonts w:ascii="Nirmala UI" w:hAnsi="Nirmala UI" w:eastAsia="Nirmala UI" w:cs="Nirmala UI"/>
        </w:rPr>
        <w:t>हिँडेका</w:t>
      </w:r>
      <w:r>
        <w:rPr>
          <w:rFonts w:ascii="Times New Roman" w:hAnsi="Times New Roman" w:eastAsia="Times New Roman" w:cs="Times New Roman"/>
        </w:rPr>
        <w:t xml:space="preserve">, </w:t>
      </w:r>
      <w:r>
        <w:rPr>
          <w:rFonts w:ascii="Nirmala UI" w:hAnsi="Nirmala UI" w:eastAsia="Nirmala UI" w:cs="Nirmala UI"/>
        </w:rPr>
        <w:t>भविष्यवाणीहरूमा</w:t>
      </w:r>
      <w:r>
        <w:rPr>
          <w:rFonts w:ascii="Times New Roman" w:hAnsi="Times New Roman" w:eastAsia="Times New Roman" w:cs="Times New Roman"/>
        </w:rPr>
        <w:t xml:space="preserve"> </w:t>
      </w:r>
      <w:r>
        <w:rPr>
          <w:rFonts w:ascii="Nirmala UI" w:hAnsi="Nirmala UI" w:eastAsia="Nirmala UI" w:cs="Nirmala UI"/>
        </w:rPr>
        <w:t>सत्यको</w:t>
      </w:r>
      <w:r>
        <w:rPr>
          <w:rFonts w:ascii="Times New Roman" w:hAnsi="Times New Roman" w:eastAsia="Times New Roman" w:cs="Times New Roman"/>
        </w:rPr>
        <w:t xml:space="preserve"> </w:t>
      </w:r>
      <w:r>
        <w:rPr>
          <w:rFonts w:ascii="Nirmala UI" w:hAnsi="Nirmala UI" w:eastAsia="Nirmala UI" w:cs="Nirmala UI"/>
        </w:rPr>
        <w:t>शृङ्खला</w:t>
      </w:r>
      <w:r>
        <w:rPr>
          <w:rFonts w:ascii="Times New Roman" w:hAnsi="Times New Roman" w:eastAsia="Times New Roman" w:cs="Times New Roman"/>
        </w:rPr>
        <w:t xml:space="preserve"> </w:t>
      </w:r>
      <w:r>
        <w:rPr>
          <w:rFonts w:ascii="Nirmala UI" w:hAnsi="Nirmala UI" w:eastAsia="Nirmala UI" w:cs="Nirmala UI"/>
        </w:rPr>
        <w:t>देखेका</w:t>
      </w:r>
      <w:r>
        <w:rPr>
          <w:rFonts w:ascii="Times New Roman" w:hAnsi="Times New Roman" w:eastAsia="Times New Roman" w:cs="Times New Roman"/>
        </w:rPr>
        <w:t xml:space="preserve"> </w:t>
      </w:r>
      <w:r>
        <w:rPr>
          <w:rFonts w:ascii="Nirmala UI" w:hAnsi="Nirmala UI" w:eastAsia="Nirmala UI" w:cs="Nirmala UI"/>
        </w:rPr>
        <w:t>मानिसहरू</w:t>
      </w:r>
      <w:r>
        <w:rPr>
          <w:rFonts w:ascii="Times New Roman" w:hAnsi="Times New Roman" w:eastAsia="Times New Roman" w:cs="Times New Roman"/>
        </w:rPr>
        <w:t xml:space="preserve">, </w:t>
      </w:r>
      <w:r>
        <w:rPr>
          <w:rFonts w:ascii="Nirmala UI" w:hAnsi="Nirmala UI" w:eastAsia="Nirmala UI" w:cs="Nirmala UI"/>
        </w:rPr>
        <w:t>प्रकाशको</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किरणलाई</w:t>
      </w:r>
      <w:r>
        <w:rPr>
          <w:rFonts w:ascii="Times New Roman" w:hAnsi="Times New Roman" w:eastAsia="Times New Roman" w:cs="Times New Roman"/>
        </w:rPr>
        <w:t xml:space="preserve"> </w:t>
      </w:r>
      <w:r>
        <w:rPr>
          <w:rFonts w:ascii="Nirmala UI" w:hAnsi="Nirmala UI" w:eastAsia="Nirmala UI" w:cs="Nirmala UI"/>
        </w:rPr>
        <w:t>स्वीकार</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पालन</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तयार</w:t>
      </w:r>
      <w:r>
        <w:rPr>
          <w:rFonts w:ascii="Times New Roman" w:hAnsi="Times New Roman" w:eastAsia="Times New Roman" w:cs="Times New Roman"/>
        </w:rPr>
        <w:t xml:space="preserve"> </w:t>
      </w:r>
      <w:r>
        <w:rPr>
          <w:rFonts w:ascii="Nirmala UI" w:hAnsi="Nirmala UI" w:eastAsia="Nirmala UI" w:cs="Nirmala UI"/>
        </w:rPr>
        <w:t>पारिएका</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तिनीहरू</w:t>
      </w:r>
      <w:r>
        <w:rPr>
          <w:rFonts w:ascii="Times New Roman" w:hAnsi="Times New Roman" w:eastAsia="Times New Roman" w:cs="Times New Roman"/>
        </w:rPr>
        <w:t xml:space="preserve"> </w:t>
      </w:r>
      <w:r>
        <w:rPr>
          <w:rFonts w:ascii="Nirmala UI" w:hAnsi="Nirmala UI" w:eastAsia="Nirmala UI" w:cs="Nirmala UI"/>
        </w:rPr>
        <w:t>प्रार्थना</w:t>
      </w:r>
      <w:r>
        <w:rPr>
          <w:rFonts w:ascii="Times New Roman" w:hAnsi="Times New Roman" w:eastAsia="Times New Roman" w:cs="Times New Roman"/>
        </w:rPr>
        <w:t xml:space="preserve"> </w:t>
      </w:r>
      <w:r>
        <w:rPr>
          <w:rFonts w:ascii="Nirmala UI" w:hAnsi="Nirmala UI" w:eastAsia="Nirmala UI" w:cs="Nirmala UI"/>
        </w:rPr>
        <w:t>गरिरहेका</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उपवास</w:t>
      </w:r>
      <w:r>
        <w:rPr>
          <w:rFonts w:ascii="Times New Roman" w:hAnsi="Times New Roman" w:eastAsia="Times New Roman" w:cs="Times New Roman"/>
        </w:rPr>
        <w:t xml:space="preserve"> </w:t>
      </w:r>
      <w:r>
        <w:rPr>
          <w:rFonts w:ascii="Nirmala UI" w:hAnsi="Nirmala UI" w:eastAsia="Nirmala UI" w:cs="Nirmala UI"/>
        </w:rPr>
        <w:t>बसिरहेका</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खोजिरहेका</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गुप्त</w:t>
      </w:r>
      <w:r>
        <w:rPr>
          <w:rFonts w:ascii="Times New Roman" w:hAnsi="Times New Roman" w:eastAsia="Times New Roman" w:cs="Times New Roman"/>
        </w:rPr>
        <w:t xml:space="preserve"> </w:t>
      </w:r>
      <w:r>
        <w:rPr>
          <w:rFonts w:ascii="Nirmala UI" w:hAnsi="Nirmala UI" w:eastAsia="Nirmala UI" w:cs="Nirmala UI"/>
        </w:rPr>
        <w:t>धनझैँ</w:t>
      </w:r>
      <w:r>
        <w:rPr>
          <w:rFonts w:ascii="Times New Roman" w:hAnsi="Times New Roman" w:eastAsia="Times New Roman" w:cs="Times New Roman"/>
        </w:rPr>
        <w:t xml:space="preserve"> </w:t>
      </w:r>
      <w:r>
        <w:rPr>
          <w:rFonts w:ascii="Nirmala UI" w:hAnsi="Nirmala UI" w:eastAsia="Nirmala UI" w:cs="Nirmala UI"/>
        </w:rPr>
        <w:t>सत्यको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खनिरहेका</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जान्दछौँ</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आत्माले</w:t>
      </w:r>
      <w:r>
        <w:rPr>
          <w:rFonts w:ascii="Times New Roman" w:hAnsi="Times New Roman" w:eastAsia="Times New Roman" w:cs="Times New Roman"/>
        </w:rPr>
        <w:t xml:space="preserve"> </w:t>
      </w:r>
      <w:r>
        <w:rPr>
          <w:rFonts w:ascii="Nirmala UI" w:hAnsi="Nirmala UI" w:eastAsia="Nirmala UI" w:cs="Nirmala UI"/>
        </w:rPr>
        <w:t>हामीलाई</w:t>
      </w:r>
      <w:r>
        <w:rPr>
          <w:rFonts w:ascii="Times New Roman" w:hAnsi="Times New Roman" w:eastAsia="Times New Roman" w:cs="Times New Roman"/>
        </w:rPr>
        <w:t xml:space="preserve"> </w:t>
      </w:r>
      <w:r>
        <w:rPr>
          <w:rFonts w:ascii="Nirmala UI" w:hAnsi="Nirmala UI" w:eastAsia="Nirmala UI" w:cs="Nirmala UI"/>
        </w:rPr>
        <w:t>शिक्षा</w:t>
      </w:r>
      <w:r>
        <w:rPr>
          <w:rFonts w:ascii="Times New Roman" w:hAnsi="Times New Roman" w:eastAsia="Times New Roman" w:cs="Times New Roman"/>
        </w:rPr>
        <w:t xml:space="preserve"> </w:t>
      </w:r>
      <w:r>
        <w:rPr>
          <w:rFonts w:ascii="Nirmala UI" w:hAnsi="Nirmala UI" w:eastAsia="Nirmala UI" w:cs="Nirmala UI"/>
        </w:rPr>
        <w:t>दिँदै</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अगुवाइ</w:t>
      </w:r>
      <w:r>
        <w:rPr>
          <w:rFonts w:ascii="Times New Roman" w:hAnsi="Times New Roman" w:eastAsia="Times New Roman" w:cs="Times New Roman"/>
        </w:rPr>
        <w:t xml:space="preserve"> </w:t>
      </w:r>
      <w:r>
        <w:rPr>
          <w:rFonts w:ascii="Nirmala UI" w:hAnsi="Nirmala UI" w:eastAsia="Nirmala UI" w:cs="Nirmala UI"/>
        </w:rPr>
        <w:t>गर्दै</w:t>
      </w:r>
      <w:r>
        <w:rPr>
          <w:rFonts w:ascii="Times New Roman" w:hAnsi="Times New Roman" w:eastAsia="Times New Roman" w:cs="Times New Roman"/>
        </w:rPr>
        <w:t xml:space="preserve"> </w:t>
      </w:r>
      <w:r>
        <w:rPr>
          <w:rFonts w:ascii="Nirmala UI" w:hAnsi="Nirmala UI" w:eastAsia="Nirmala UI" w:cs="Nirmala UI"/>
        </w:rPr>
        <w:t>हुनुहुन्थ्यो।</w:t>
      </w:r>
      <w:r>
        <w:rPr>
          <w:rFonts w:ascii="Times New Roman" w:hAnsi="Times New Roman" w:eastAsia="Times New Roman" w:cs="Times New Roman"/>
        </w:rPr>
        <w:t xml:space="preserve"> </w:t>
      </w:r>
      <w:r>
        <w:rPr>
          <w:rFonts w:ascii="Nirmala UI" w:hAnsi="Nirmala UI" w:eastAsia="Nirmala UI" w:cs="Nirmala UI"/>
        </w:rPr>
        <w:t>धेरै</w:t>
      </w:r>
      <w:r>
        <w:rPr>
          <w:rFonts w:ascii="Times New Roman" w:hAnsi="Times New Roman" w:eastAsia="Times New Roman" w:cs="Times New Roman"/>
        </w:rPr>
        <w:t xml:space="preserve"> </w:t>
      </w:r>
      <w:r>
        <w:rPr>
          <w:rFonts w:ascii="Nirmala UI" w:hAnsi="Nirmala UI" w:eastAsia="Nirmala UI" w:cs="Nirmala UI"/>
        </w:rPr>
        <w:t>सिद्धान्तहरू</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गरिए</w:t>
      </w:r>
      <w:r>
        <w:rPr>
          <w:rFonts w:ascii="Times New Roman" w:hAnsi="Times New Roman" w:eastAsia="Times New Roman" w:cs="Times New Roman"/>
        </w:rPr>
        <w:t xml:space="preserve">, </w:t>
      </w:r>
      <w:r>
        <w:rPr>
          <w:rFonts w:ascii="Nirmala UI" w:hAnsi="Nirmala UI" w:eastAsia="Nirmala UI" w:cs="Nirmala UI"/>
        </w:rPr>
        <w:t>जसमा</w:t>
      </w:r>
      <w:r>
        <w:rPr>
          <w:rFonts w:ascii="Times New Roman" w:hAnsi="Times New Roman" w:eastAsia="Times New Roman" w:cs="Times New Roman"/>
        </w:rPr>
        <w:t xml:space="preserve"> </w:t>
      </w:r>
      <w:r>
        <w:rPr>
          <w:rFonts w:ascii="Nirmala UI" w:hAnsi="Nirmala UI" w:eastAsia="Nirmala UI" w:cs="Nirmala UI"/>
        </w:rPr>
        <w:t>सत्यको</w:t>
      </w:r>
      <w:r>
        <w:rPr>
          <w:rFonts w:ascii="Times New Roman" w:hAnsi="Times New Roman" w:eastAsia="Times New Roman" w:cs="Times New Roman"/>
        </w:rPr>
        <w:t xml:space="preserve"> </w:t>
      </w:r>
      <w:r>
        <w:rPr>
          <w:rFonts w:ascii="Nirmala UI" w:hAnsi="Nirmala UI" w:eastAsia="Nirmala UI" w:cs="Nirmala UI"/>
        </w:rPr>
        <w:t>आभास</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यस्ता</w:t>
      </w:r>
      <w:r>
        <w:rPr>
          <w:rFonts w:ascii="Times New Roman" w:hAnsi="Times New Roman" w:eastAsia="Times New Roman" w:cs="Times New Roman"/>
        </w:rPr>
        <w:t xml:space="preserve"> </w:t>
      </w:r>
      <w:r>
        <w:rPr>
          <w:rFonts w:ascii="Nirmala UI" w:hAnsi="Nirmala UI" w:eastAsia="Nirmala UI" w:cs="Nirmala UI"/>
        </w:rPr>
        <w:t>प्रकारले</w:t>
      </w:r>
      <w:r>
        <w:rPr>
          <w:rFonts w:ascii="Times New Roman" w:hAnsi="Times New Roman" w:eastAsia="Times New Roman" w:cs="Times New Roman"/>
        </w:rPr>
        <w:t xml:space="preserve"> </w:t>
      </w:r>
      <w:r>
        <w:rPr>
          <w:rFonts w:ascii="Nirmala UI" w:hAnsi="Nirmala UI" w:eastAsia="Nirmala UI" w:cs="Nirmala UI"/>
        </w:rPr>
        <w:t>गलत</w:t>
      </w:r>
      <w:r>
        <w:rPr>
          <w:rFonts w:ascii="Times New Roman" w:hAnsi="Times New Roman" w:eastAsia="Times New Roman" w:cs="Times New Roman"/>
        </w:rPr>
        <w:t xml:space="preserve"> </w:t>
      </w:r>
      <w:r>
        <w:rPr>
          <w:rFonts w:ascii="Nirmala UI" w:hAnsi="Nirmala UI" w:eastAsia="Nirmala UI" w:cs="Nirmala UI"/>
        </w:rPr>
        <w:t>व्याख्या</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गलत</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धर्मशास्त्रीय</w:t>
      </w:r>
      <w:r>
        <w:rPr>
          <w:rFonts w:ascii="Times New Roman" w:hAnsi="Times New Roman" w:eastAsia="Times New Roman" w:cs="Times New Roman"/>
        </w:rPr>
        <w:t xml:space="preserve"> </w:t>
      </w:r>
      <w:r>
        <w:rPr>
          <w:rFonts w:ascii="Nirmala UI" w:hAnsi="Nirmala UI" w:eastAsia="Nirmala UI" w:cs="Nirmala UI"/>
        </w:rPr>
        <w:t>पदहरूसँग</w:t>
      </w:r>
      <w:r>
        <w:rPr>
          <w:rFonts w:ascii="Times New Roman" w:hAnsi="Times New Roman" w:eastAsia="Times New Roman" w:cs="Times New Roman"/>
        </w:rPr>
        <w:t xml:space="preserve"> </w:t>
      </w:r>
      <w:r>
        <w:rPr>
          <w:rFonts w:ascii="Nirmala UI" w:hAnsi="Nirmala UI" w:eastAsia="Nirmala UI" w:cs="Nirmala UI"/>
        </w:rPr>
        <w:t>मिसाइएका</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तिनले</w:t>
      </w:r>
      <w:r>
        <w:rPr>
          <w:rFonts w:ascii="Times New Roman" w:hAnsi="Times New Roman" w:eastAsia="Times New Roman" w:cs="Times New Roman"/>
        </w:rPr>
        <w:t xml:space="preserve"> </w:t>
      </w:r>
      <w:r>
        <w:rPr>
          <w:rFonts w:ascii="Nirmala UI" w:hAnsi="Nirmala UI" w:eastAsia="Nirmala UI" w:cs="Nirmala UI"/>
        </w:rPr>
        <w:t>खतरनाक</w:t>
      </w:r>
      <w:r>
        <w:rPr>
          <w:rFonts w:ascii="Times New Roman" w:hAnsi="Times New Roman" w:eastAsia="Times New Roman" w:cs="Times New Roman"/>
        </w:rPr>
        <w:t xml:space="preserve"> </w:t>
      </w:r>
      <w:r>
        <w:rPr>
          <w:rFonts w:ascii="Nirmala UI" w:hAnsi="Nirmala UI" w:eastAsia="Nirmala UI" w:cs="Nirmala UI"/>
        </w:rPr>
        <w:t>भ्रमहरूतर्फ</w:t>
      </w:r>
      <w:r>
        <w:rPr>
          <w:rFonts w:ascii="Times New Roman" w:hAnsi="Times New Roman" w:eastAsia="Times New Roman" w:cs="Times New Roman"/>
        </w:rPr>
        <w:t xml:space="preserve"> </w:t>
      </w:r>
      <w:r>
        <w:rPr>
          <w:rFonts w:ascii="Nirmala UI" w:hAnsi="Nirmala UI" w:eastAsia="Nirmala UI" w:cs="Nirmala UI"/>
        </w:rPr>
        <w:t>डोर्</w:t>
      </w:r>
      <w:r>
        <w:rPr>
          <w:rFonts w:ascii="Times New Roman" w:hAnsi="Times New Roman" w:eastAsia="Times New Roman" w:cs="Times New Roman"/>
        </w:rPr>
        <w:t>‍</w:t>
      </w:r>
      <w:r>
        <w:rPr>
          <w:rFonts w:ascii="Nirmala UI" w:hAnsi="Nirmala UI" w:eastAsia="Nirmala UI" w:cs="Nirmala UI"/>
        </w:rPr>
        <w:t>याए।</w:t>
      </w:r>
      <w:r>
        <w:rPr>
          <w:rFonts w:ascii="Times New Roman" w:hAnsi="Times New Roman" w:eastAsia="Times New Roman" w:cs="Times New Roman"/>
        </w:rPr>
        <w:t xml:space="preserve"> </w:t>
      </w:r>
      <w:r>
        <w:rPr>
          <w:rFonts w:ascii="Nirmala UI" w:hAnsi="Nirmala UI" w:eastAsia="Nirmala UI" w:cs="Nirmala UI"/>
        </w:rPr>
        <w:t>सत्यको</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कसरी</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गरियो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आत्माद्वारा</w:t>
      </w:r>
      <w:r>
        <w:rPr>
          <w:rFonts w:ascii="Times New Roman" w:hAnsi="Times New Roman" w:eastAsia="Times New Roman" w:cs="Times New Roman"/>
        </w:rPr>
        <w:t xml:space="preserve"> </w:t>
      </w:r>
      <w:r>
        <w:rPr>
          <w:rFonts w:ascii="Nirmala UI" w:hAnsi="Nirmala UI" w:eastAsia="Nirmala UI" w:cs="Nirmala UI"/>
        </w:rPr>
        <w:t>त्यसमा</w:t>
      </w:r>
      <w:r>
        <w:rPr>
          <w:rFonts w:ascii="Times New Roman" w:hAnsi="Times New Roman" w:eastAsia="Times New Roman" w:cs="Times New Roman"/>
        </w:rPr>
        <w:t xml:space="preserve"> </w:t>
      </w:r>
      <w:r>
        <w:rPr>
          <w:rFonts w:ascii="Nirmala UI" w:hAnsi="Nirmala UI" w:eastAsia="Nirmala UI" w:cs="Nirmala UI"/>
        </w:rPr>
        <w:t>कसरी</w:t>
      </w:r>
      <w:r>
        <w:rPr>
          <w:rFonts w:ascii="Times New Roman" w:hAnsi="Times New Roman" w:eastAsia="Times New Roman" w:cs="Times New Roman"/>
        </w:rPr>
        <w:t xml:space="preserve"> </w:t>
      </w:r>
      <w:r>
        <w:rPr>
          <w:rFonts w:ascii="Nirmala UI" w:hAnsi="Nirmala UI" w:eastAsia="Nirmala UI" w:cs="Nirmala UI"/>
        </w:rPr>
        <w:t>छाप</w:t>
      </w:r>
      <w:r>
        <w:rPr>
          <w:rFonts w:ascii="Times New Roman" w:hAnsi="Times New Roman" w:eastAsia="Times New Roman" w:cs="Times New Roman"/>
        </w:rPr>
        <w:t xml:space="preserve"> </w:t>
      </w:r>
      <w:r>
        <w:rPr>
          <w:rFonts w:ascii="Nirmala UI" w:hAnsi="Nirmala UI" w:eastAsia="Nirmala UI" w:cs="Nirmala UI"/>
        </w:rPr>
        <w:t>लगाइयो</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अत्यन्त</w:t>
      </w:r>
      <w:r>
        <w:rPr>
          <w:rFonts w:ascii="Times New Roman" w:hAnsi="Times New Roman" w:eastAsia="Times New Roman" w:cs="Times New Roman"/>
        </w:rPr>
        <w:t xml:space="preserve"> </w:t>
      </w:r>
      <w:r>
        <w:rPr>
          <w:rFonts w:ascii="Nirmala UI" w:hAnsi="Nirmala UI" w:eastAsia="Nirmala UI" w:cs="Nirmala UI"/>
        </w:rPr>
        <w:t>राम्रोसँग</w:t>
      </w:r>
      <w:r>
        <w:rPr>
          <w:rFonts w:ascii="Times New Roman" w:hAnsi="Times New Roman" w:eastAsia="Times New Roman" w:cs="Times New Roman"/>
        </w:rPr>
        <w:t xml:space="preserve"> </w:t>
      </w:r>
      <w:r>
        <w:rPr>
          <w:rFonts w:ascii="Nirmala UI" w:hAnsi="Nirmala UI" w:eastAsia="Nirmala UI" w:cs="Nirmala UI"/>
        </w:rPr>
        <w:t>जान्दछौँ।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सधैँ</w:t>
      </w:r>
      <w:r>
        <w:rPr>
          <w:rFonts w:ascii="Times New Roman" w:hAnsi="Times New Roman" w:eastAsia="Times New Roman" w:cs="Times New Roman"/>
        </w:rPr>
        <w:t xml:space="preserve"> </w:t>
      </w:r>
      <w:r>
        <w:rPr>
          <w:rFonts w:ascii="Nirmala UI" w:hAnsi="Nirmala UI" w:eastAsia="Nirmala UI" w:cs="Nirmala UI"/>
        </w:rPr>
        <w:t>आवाजहरू</w:t>
      </w:r>
      <w:r>
        <w:rPr>
          <w:rFonts w:ascii="Times New Roman" w:hAnsi="Times New Roman" w:eastAsia="Times New Roman" w:cs="Times New Roman"/>
        </w:rPr>
        <w:t xml:space="preserve"> </w:t>
      </w:r>
      <w:r>
        <w:rPr>
          <w:rFonts w:ascii="Nirmala UI" w:hAnsi="Nirmala UI" w:eastAsia="Nirmala UI" w:cs="Nirmala UI"/>
        </w:rPr>
        <w:t>सुनिन्थे</w:t>
      </w:r>
      <w:r>
        <w:rPr>
          <w:rFonts w:ascii="Times New Roman" w:hAnsi="Times New Roman" w:eastAsia="Times New Roman" w:cs="Times New Roman"/>
        </w:rPr>
        <w:t>,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w:t>
      </w:r>
      <w:r>
        <w:rPr>
          <w:rFonts w:ascii="Nirmala UI" w:hAnsi="Nirmala UI" w:eastAsia="Nirmala UI" w:cs="Nirmala UI"/>
        </w:rPr>
        <w:t>मसँग</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पछि</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चेतावनीहरू</w:t>
      </w:r>
      <w:r>
        <w:rPr>
          <w:rFonts w:ascii="Times New Roman" w:hAnsi="Times New Roman" w:eastAsia="Times New Roman" w:cs="Times New Roman"/>
        </w:rPr>
        <w:t xml:space="preserve"> </w:t>
      </w:r>
      <w:r>
        <w:rPr>
          <w:rFonts w:ascii="Nirmala UI" w:hAnsi="Nirmala UI" w:eastAsia="Nirmala UI" w:cs="Nirmala UI"/>
        </w:rPr>
        <w:t>आए</w:t>
      </w:r>
      <w:r>
        <w:rPr>
          <w:rFonts w:ascii="Times New Roman" w:hAnsi="Times New Roman" w:eastAsia="Times New Roman" w:cs="Times New Roman"/>
        </w:rPr>
        <w:t>,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तिनीहरूका</w:t>
      </w:r>
      <w:r>
        <w:rPr>
          <w:rFonts w:ascii="Times New Roman" w:hAnsi="Times New Roman" w:eastAsia="Times New Roman" w:cs="Times New Roman"/>
        </w:rPr>
        <w:t xml:space="preserve"> </w:t>
      </w:r>
      <w:r>
        <w:rPr>
          <w:rFonts w:ascii="Nirmala UI" w:hAnsi="Nirmala UI" w:eastAsia="Nirmala UI" w:cs="Nirmala UI"/>
        </w:rPr>
        <w:t>पछि</w:t>
      </w:r>
      <w:r>
        <w:rPr>
          <w:rFonts w:ascii="Times New Roman" w:hAnsi="Times New Roman" w:eastAsia="Times New Roman" w:cs="Times New Roman"/>
        </w:rPr>
        <w:t xml:space="preserve"> </w:t>
      </w:r>
      <w:r>
        <w:rPr>
          <w:rFonts w:ascii="Nirmala UI" w:hAnsi="Nirmala UI" w:eastAsia="Nirmala UI" w:cs="Nirmala UI"/>
        </w:rPr>
        <w:t>नलाग।</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तिनीहरूलाई</w:t>
      </w:r>
      <w:r>
        <w:rPr>
          <w:rFonts w:ascii="Times New Roman" w:hAnsi="Times New Roman" w:eastAsia="Times New Roman" w:cs="Times New Roman"/>
        </w:rPr>
        <w:t xml:space="preserve"> </w:t>
      </w:r>
      <w:r>
        <w:rPr>
          <w:rFonts w:ascii="Nirmala UI" w:hAnsi="Nirmala UI" w:eastAsia="Nirmala UI" w:cs="Nirmala UI"/>
        </w:rPr>
        <w:t>पठाएको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तिनीहरू</w:t>
      </w:r>
      <w:r>
        <w:rPr>
          <w:rFonts w:ascii="Times New Roman" w:hAnsi="Times New Roman" w:eastAsia="Times New Roman" w:cs="Times New Roman"/>
        </w:rPr>
        <w:t xml:space="preserve"> </w:t>
      </w:r>
      <w:r>
        <w:rPr>
          <w:rFonts w:ascii="Nirmala UI" w:hAnsi="Nirmala UI" w:eastAsia="Nirmala UI" w:cs="Nirmala UI"/>
        </w:rPr>
        <w:t>दौडिए।</w:t>
      </w:r>
      <w:r>
        <w:rPr>
          <w:rFonts w:ascii="Times New Roman" w:hAnsi="Times New Roman" w:eastAsia="Times New Roman" w:cs="Times New Roman"/>
        </w:rPr>
        <w:t>’ (</w:t>
      </w:r>
      <w:r>
        <w:rPr>
          <w:rFonts w:ascii="Nirmala UI" w:hAnsi="Nirmala UI" w:eastAsia="Nirmala UI" w:cs="Nirmala UI"/>
        </w:rPr>
        <w:t>यर्मिया</w:t>
      </w:r>
      <w:r>
        <w:rPr>
          <w:rFonts w:ascii="Times New Roman" w:hAnsi="Times New Roman" w:eastAsia="Times New Roman" w:cs="Times New Roman"/>
        </w:rPr>
        <w:t xml:space="preserve"> 23:21 </w:t>
      </w:r>
      <w:r>
        <w:rPr>
          <w:rFonts w:ascii="Nirmala UI" w:hAnsi="Nirmala UI" w:eastAsia="Nirmala UI" w:cs="Nirmala UI"/>
        </w:rPr>
        <w:t>हेर्नुहोस्।</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“دەستپێشخەرییەکانی مەسیح دیار و نیشاندار بوون، و ئاگەیاندنەکانی ئەو لەبارەی ئەوەی کە ڕاستییە چییە زۆر سەرسوڕهێنەر بوون. خاڵ بە خاڵ لەلایەن یەزدانی ئاسمان دامەزرا. ئەوەی لەو کاتەدا ڕاستی بوو، ئەمڕۆش ڕاستییە. بەڵام دەنگەکان واز ناهێنن لەوەی ببیسترێن—‘ئەمە ڕاستییە. من ڕووناکیی نوێم هەیە.’ بەڵام ئەم ڕووناکییە نوێیانە لە هێڵەکانی پێشبینییدا لە ئەنجامی بەکاربردنی هەڵەی وشە و بەهەڵادانی گەلی خودا دەرکەوتوو دەبن بەبێ ئەوەی لەنگەرێک هەبێت کە بیانگرێت. ئەگەر خوێندکاری وشە ئەو ڕاستیانە وەربگرێت کە خودا لە ڕێبەرییەکانی گەلەکەیدا ئاشکرای کردوون، و ئەم ڕاستیانە بۆ خۆی بەکاربهێنێت، هەرس بکات، و بیانهێنێتە ناو ژیانی کردەیی خۆی، ئەوا ئەوان کەناڵی زیندووی ڕووناکی دەبوون. بەڵام ئەوانەی خۆیان تەرخان کردووە بۆ لێکۆڵینەوەی تیۆرییە نوێکان، تێکەڵەیەک لە ڕاستی و هەڵەیان پێکەوە هەیە، و دوای هەوڵدان بۆ ئەوەی ئەم شتانە گرنگ و دیار بکەن، سەلماندوویانە کە شەمعەکەیان لە سەرقاڵی ئیلاهی داگیرساندووە، و لە تاریکییەدا کوژاوەتەوە.” Selected Messages, book 2, 103, 104.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کتابیۆئیل و کڵێسای ئادڤێنتستی رۆژی حەوتەمی لاودیکیا - ژمارە بیست و یەکەم</dc:title>
  <dc:subject/>
  <dc:creator>Jeff Pippenger</dc:creator>
  <cp:keywords/>
  <dc:description>Generated by ArticleDigger from joel\21_joel.json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