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Roma patkam pacha rikch’ayninta ñawpaqta churan - Huk ñiqin</w:t>
      </w:r>
    </w:p>
    <w:p>
      <w:pPr>
        <w:pStyle w:val="ArticleSubtitle"/>
        <w:jc w:val="left"/>
      </w:pPr>
      <w:r>
        <w:rPr>
          <w:rFonts w:ascii="Segoe UI" w:hAnsi="Segoe UI" w:eastAsia="Segoe UI" w:cs="Segoe UI"/>
        </w:rPr>
        <w:t>خصوصی</w:t>
      </w:r>
      <w:r>
        <w:rPr>
          <w:rFonts w:ascii="Arial" w:hAnsi="Arial" w:eastAsia="Arial" w:cs="Arial"/>
        </w:rPr>
        <w:t xml:space="preserve"> </w:t>
      </w:r>
      <w:r>
        <w:rPr>
          <w:rFonts w:ascii="Segoe UI" w:hAnsi="Segoe UI" w:eastAsia="Segoe UI" w:cs="Segoe UI"/>
        </w:rPr>
        <w:t>تعبیر</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2024-06-28</w:t>
      </w:r>
    </w:p>
    <w:p>
      <w:pPr>
        <w:pStyle w:val="ArticleScripture"/>
        <w:jc w:val="left"/>
      </w:pPr>
      <w:r>
        <w:rPr>
          <w:rFonts w:ascii="Times New Roman" w:hAnsi="Times New Roman" w:eastAsia="Times New Roman" w:cs="Times New Roman"/>
        </w:rPr>
        <w:t>Na tiemponan ey, adu la riribuk no umalsa a maibusor ya no ari no abagatan; tan pati siakaman so saralak nen totoom no managpaltog no karawtan iray a mangitandoro ed sirmata, balet agda ontuloy. Daniel 11:14.</w:t>
      </w:r>
    </w:p>
    <w:p>
      <w:pPr>
        <w:pStyle w:val="ArticleBody"/>
        <w:jc w:val="left"/>
      </w:pPr>
      <w:r>
        <w:rPr>
          <w:rFonts w:ascii="Times New Roman" w:hAnsi="Times New Roman" w:eastAsia="Times New Roman" w:cs="Times New Roman"/>
        </w:rPr>
        <w:t>Ang pulong nga “doktrina” sa konteksto sa Kristiyanidad nagrepresentar sa natukod nga mga kamatuoran sa Biblia. Ang nagkalainlaing mga organisasyong nagaangkon nga Kristiyano adunay nagkalainlaing hugpong sa ilang gihubit nga mga doktrinang biblikal, apan usa lamang ang Kamatuoran. Ang kalainan tali sa “hingpit nga kamatuoran” ug “pluralismo” usa ka hilisgutan nga gawas sa atong pagatugotan karong higayona.</w:t>
      </w:r>
    </w:p>
    <w:p>
      <w:pPr>
        <w:pStyle w:val="ArticleScripture"/>
        <w:jc w:val="left"/>
      </w:pPr>
      <w:r>
        <w:rPr>
          <w:rFonts w:ascii="Times New Roman" w:hAnsi="Times New Roman" w:eastAsia="Times New Roman" w:cs="Times New Roman"/>
        </w:rPr>
        <w:t>پِیلاطُس نے اُس سے کہا، پس کیا تُو بادشاہ ہے؟ یسوع نے جواب دیا، تُو خود کہتا ہے کہ مَیں بادشاہ ہوں۔ مَیں اِسی لیے پیدا ہوا، اور اِسی سبب سے دنیا میں آیا، تاکہ حق کی گواہی دوں۔ ہر وہ شخص جو حق کی طرف سے ہے، میری آواز سنتا ہے۔ پِیلاطُس نے اُس سے کہا، حق کیا ہے؟ اور یہ کہہ کر وہ پھر یہودیوں کے پاس باہر گیا، اور اُن سے کہا، مَیں اُس میں کچھ بھی قصور نہیں پاتا۔ یوحنا 18:37، 38۔</w:t>
      </w:r>
    </w:p>
    <w:p>
      <w:pPr>
        <w:pStyle w:val="ArticleBody"/>
        <w:jc w:val="left"/>
      </w:pPr>
      <w:r>
        <w:rPr>
          <w:rFonts w:ascii="Times New Roman" w:hAnsi="Times New Roman" w:eastAsia="Times New Roman" w:cs="Times New Roman"/>
        </w:rPr>
        <w:t>Асахьақиқәт — Анцәа Иажәа ауп; уи Иара Ибжьы ауп, иара убас Христос Иара ихаҭа ауп.</w:t>
      </w:r>
    </w:p>
    <w:p>
      <w:pPr>
        <w:pStyle w:val="ArticleScripture"/>
        <w:jc w:val="left"/>
      </w:pPr>
      <w:r>
        <w:rPr>
          <w:rFonts w:ascii="Times New Roman" w:hAnsi="Times New Roman" w:eastAsia="Times New Roman" w:cs="Times New Roman"/>
        </w:rPr>
        <w:t>“</w:t>
      </w:r>
      <w:r>
        <w:rPr>
          <w:rFonts w:ascii="Segoe UI Historic" w:hAnsi="Segoe UI Historic" w:eastAsia="Segoe UI Historic" w:cs="Segoe UI Historic"/>
        </w:rPr>
        <w:t>ܙܕܩ</w:t>
      </w:r>
      <w:r>
        <w:rPr>
          <w:rFonts w:ascii="Times New Roman" w:hAnsi="Times New Roman" w:eastAsia="Times New Roman" w:cs="Times New Roman"/>
        </w:rPr>
        <w:t xml:space="preserve"> </w:t>
      </w:r>
      <w:r>
        <w:rPr>
          <w:rFonts w:ascii="Segoe UI Historic" w:hAnsi="Segoe UI Historic" w:eastAsia="Segoe UI Historic" w:cs="Segoe UI Historic"/>
        </w:rPr>
        <w:t>ܠܢ</w:t>
      </w:r>
      <w:r>
        <w:rPr>
          <w:rFonts w:ascii="Times New Roman" w:hAnsi="Times New Roman" w:eastAsia="Times New Roman" w:cs="Times New Roman"/>
        </w:rPr>
        <w:t xml:space="preserve"> </w:t>
      </w:r>
      <w:r>
        <w:rPr>
          <w:rFonts w:ascii="Segoe UI Historic" w:hAnsi="Segoe UI Historic" w:eastAsia="Segoe UI Historic" w:cs="Segoe UI Historic"/>
        </w:rPr>
        <w:t>ܕܢܕܥ</w:t>
      </w:r>
      <w:r>
        <w:rPr>
          <w:rFonts w:ascii="Times New Roman" w:hAnsi="Times New Roman" w:eastAsia="Times New Roman" w:cs="Times New Roman"/>
        </w:rPr>
        <w:t xml:space="preserve"> </w:t>
      </w:r>
      <w:r>
        <w:rPr>
          <w:rFonts w:ascii="Segoe UI Historic" w:hAnsi="Segoe UI Historic" w:eastAsia="Segoe UI Historic" w:cs="Segoe UI Historic"/>
        </w:rPr>
        <w:t>ܒܢܦܫܢ</w:t>
      </w:r>
      <w:r>
        <w:rPr>
          <w:rFonts w:ascii="Times New Roman" w:hAnsi="Times New Roman" w:eastAsia="Times New Roman" w:cs="Times New Roman"/>
        </w:rPr>
        <w:t xml:space="preserve"> </w:t>
      </w:r>
      <w:r>
        <w:rPr>
          <w:rFonts w:ascii="Segoe UI Historic" w:hAnsi="Segoe UI Historic" w:eastAsia="Segoe UI Historic" w:cs="Segoe UI Historic"/>
        </w:rPr>
        <w:t>ܡܢܐ</w:t>
      </w:r>
      <w:r>
        <w:rPr>
          <w:rFonts w:ascii="Times New Roman" w:hAnsi="Times New Roman" w:eastAsia="Times New Roman" w:cs="Times New Roman"/>
        </w:rPr>
        <w:t xml:space="preserve"> </w:t>
      </w:r>
      <w:r>
        <w:rPr>
          <w:rFonts w:ascii="Segoe UI Historic" w:hAnsi="Segoe UI Historic" w:eastAsia="Segoe UI Historic" w:cs="Segoe UI Historic"/>
        </w:rPr>
        <w:t>ܗܘ</w:t>
      </w:r>
      <w:r>
        <w:rPr>
          <w:rFonts w:ascii="Times New Roman" w:hAnsi="Times New Roman" w:eastAsia="Times New Roman" w:cs="Times New Roman"/>
        </w:rPr>
        <w:t xml:space="preserve"> </w:t>
      </w:r>
      <w:r>
        <w:rPr>
          <w:rFonts w:ascii="Segoe UI Historic" w:hAnsi="Segoe UI Historic" w:eastAsia="Segoe UI Historic" w:cs="Segoe UI Historic"/>
        </w:rPr>
        <w:t>ܕܡܫܬܡܠܐ</w:t>
      </w:r>
      <w:r>
        <w:rPr>
          <w:rFonts w:ascii="Times New Roman" w:hAnsi="Times New Roman" w:eastAsia="Times New Roman" w:cs="Times New Roman"/>
        </w:rPr>
        <w:t xml:space="preserve"> </w:t>
      </w:r>
      <w:r>
        <w:rPr>
          <w:rFonts w:ascii="Segoe UI Historic" w:hAnsi="Segoe UI Historic" w:eastAsia="Segoe UI Historic" w:cs="Segoe UI Historic"/>
        </w:rPr>
        <w:t>ܒܟܪܣܛܝܢܘܬܐ</w:t>
      </w:r>
      <w:r>
        <w:rPr>
          <w:rFonts w:ascii="Times New Roman" w:hAnsi="Times New Roman" w:eastAsia="Times New Roman" w:cs="Times New Roman"/>
        </w:rPr>
        <w:t xml:space="preserve">، </w:t>
      </w:r>
      <w:r>
        <w:rPr>
          <w:rFonts w:ascii="Segoe UI Historic" w:hAnsi="Segoe UI Historic" w:eastAsia="Segoe UI Historic" w:cs="Segoe UI Historic"/>
        </w:rPr>
        <w:t>ܡܢܐ</w:t>
      </w:r>
      <w:r>
        <w:rPr>
          <w:rFonts w:ascii="Times New Roman" w:hAnsi="Times New Roman" w:eastAsia="Times New Roman" w:cs="Times New Roman"/>
        </w:rPr>
        <w:t xml:space="preserve"> </w:t>
      </w:r>
      <w:r>
        <w:rPr>
          <w:rFonts w:ascii="Segoe UI Historic" w:hAnsi="Segoe UI Historic" w:eastAsia="Segoe UI Historic" w:cs="Segoe UI Historic"/>
        </w:rPr>
        <w:t>ܗܝ</w:t>
      </w:r>
      <w:r>
        <w:rPr>
          <w:rFonts w:ascii="Times New Roman" w:hAnsi="Times New Roman" w:eastAsia="Times New Roman" w:cs="Times New Roman"/>
        </w:rPr>
        <w:t xml:space="preserve"> </w:t>
      </w:r>
      <w:r>
        <w:rPr>
          <w:rFonts w:ascii="Segoe UI Historic" w:hAnsi="Segoe UI Historic" w:eastAsia="Segoe UI Historic" w:cs="Segoe UI Historic"/>
        </w:rPr>
        <w:t>ܫܪܪܐ</w:t>
      </w:r>
      <w:r>
        <w:rPr>
          <w:rFonts w:ascii="Times New Roman" w:hAnsi="Times New Roman" w:eastAsia="Times New Roman" w:cs="Times New Roman"/>
        </w:rPr>
        <w:t xml:space="preserve">، </w:t>
      </w:r>
      <w:r>
        <w:rPr>
          <w:rFonts w:ascii="Segoe UI Historic" w:hAnsi="Segoe UI Historic" w:eastAsia="Segoe UI Historic" w:cs="Segoe UI Historic"/>
        </w:rPr>
        <w:t>ܡܢܐ</w:t>
      </w:r>
      <w:r>
        <w:rPr>
          <w:rFonts w:ascii="Times New Roman" w:hAnsi="Times New Roman" w:eastAsia="Times New Roman" w:cs="Times New Roman"/>
        </w:rPr>
        <w:t xml:space="preserve"> </w:t>
      </w:r>
      <w:r>
        <w:rPr>
          <w:rFonts w:ascii="Segoe UI Historic" w:hAnsi="Segoe UI Historic" w:eastAsia="Segoe UI Historic" w:cs="Segoe UI Historic"/>
        </w:rPr>
        <w:t>ܗܝ</w:t>
      </w:r>
      <w:r>
        <w:rPr>
          <w:rFonts w:ascii="Times New Roman" w:hAnsi="Times New Roman" w:eastAsia="Times New Roman" w:cs="Times New Roman"/>
        </w:rPr>
        <w:t xml:space="preserve"> </w:t>
      </w:r>
      <w:r>
        <w:rPr>
          <w:rFonts w:ascii="Segoe UI Historic" w:hAnsi="Segoe UI Historic" w:eastAsia="Segoe UI Historic" w:cs="Segoe UI Historic"/>
        </w:rPr>
        <w:t>ܗܝܡܢܘܬܐ</w:t>
      </w:r>
      <w:r>
        <w:rPr>
          <w:rFonts w:ascii="Times New Roman" w:hAnsi="Times New Roman" w:eastAsia="Times New Roman" w:cs="Times New Roman"/>
        </w:rPr>
        <w:t xml:space="preserve"> </w:t>
      </w:r>
      <w:r>
        <w:rPr>
          <w:rFonts w:ascii="Segoe UI Historic" w:hAnsi="Segoe UI Historic" w:eastAsia="Segoe UI Historic" w:cs="Segoe UI Historic"/>
        </w:rPr>
        <w:t>ܕܩܒܠܢ</w:t>
      </w:r>
      <w:r>
        <w:rPr>
          <w:rFonts w:ascii="Times New Roman" w:hAnsi="Times New Roman" w:eastAsia="Times New Roman" w:cs="Times New Roman"/>
        </w:rPr>
        <w:t xml:space="preserve">، </w:t>
      </w:r>
      <w:r>
        <w:rPr>
          <w:rFonts w:ascii="Segoe UI Historic" w:hAnsi="Segoe UI Historic" w:eastAsia="Segoe UI Historic" w:cs="Segoe UI Historic"/>
        </w:rPr>
        <w:t>ܘܡܢܐ</w:t>
      </w:r>
      <w:r>
        <w:rPr>
          <w:rFonts w:ascii="Times New Roman" w:hAnsi="Times New Roman" w:eastAsia="Times New Roman" w:cs="Times New Roman"/>
        </w:rPr>
        <w:t xml:space="preserve"> </w:t>
      </w:r>
      <w:r>
        <w:rPr>
          <w:rFonts w:ascii="Segoe UI Historic" w:hAnsi="Segoe UI Historic" w:eastAsia="Segoe UI Historic" w:cs="Segoe UI Historic"/>
        </w:rPr>
        <w:t>ܐܢܘܢ</w:t>
      </w:r>
      <w:r>
        <w:rPr>
          <w:rFonts w:ascii="Times New Roman" w:hAnsi="Times New Roman" w:eastAsia="Times New Roman" w:cs="Times New Roman"/>
        </w:rPr>
        <w:t xml:space="preserve"> </w:t>
      </w:r>
      <w:r>
        <w:rPr>
          <w:rFonts w:ascii="Segoe UI Historic" w:hAnsi="Segoe UI Historic" w:eastAsia="Segoe UI Historic" w:cs="Segoe UI Historic"/>
        </w:rPr>
        <w:t>ܢܡܘ</w:t>
      </w:r>
      <w:r>
        <w:rPr>
          <w:rFonts w:ascii="Times New Roman" w:hAnsi="Times New Roman" w:eastAsia="Times New Roman" w:cs="Times New Roman"/>
        </w:rPr>
        <w:t>̈</w:t>
      </w:r>
      <w:r>
        <w:rPr>
          <w:rFonts w:ascii="Segoe UI Historic" w:hAnsi="Segoe UI Historic" w:eastAsia="Segoe UI Historic" w:cs="Segoe UI Historic"/>
        </w:rPr>
        <w:t>ܣܐ</w:t>
      </w:r>
      <w:r>
        <w:rPr>
          <w:rFonts w:ascii="Times New Roman" w:hAnsi="Times New Roman" w:eastAsia="Times New Roman" w:cs="Times New Roman"/>
        </w:rPr>
        <w:t xml:space="preserve"> </w:t>
      </w:r>
      <w:r>
        <w:rPr>
          <w:rFonts w:ascii="Segoe UI Historic" w:hAnsi="Segoe UI Historic" w:eastAsia="Segoe UI Historic" w:cs="Segoe UI Historic"/>
        </w:rPr>
        <w:t>ܕܟܬܒܐ</w:t>
      </w:r>
      <w:r>
        <w:rPr>
          <w:rFonts w:ascii="Times New Roman" w:hAnsi="Times New Roman" w:eastAsia="Times New Roman" w:cs="Times New Roman"/>
        </w:rPr>
        <w:t xml:space="preserve"> </w:t>
      </w:r>
      <w:r>
        <w:rPr>
          <w:rFonts w:ascii="Segoe UI Historic" w:hAnsi="Segoe UI Historic" w:eastAsia="Segoe UI Historic" w:cs="Segoe UI Historic"/>
        </w:rPr>
        <w:t>ܩܕܝܫܐ</w:t>
      </w:r>
      <w:r>
        <w:rPr>
          <w:rFonts w:ascii="Times New Roman" w:hAnsi="Times New Roman" w:eastAsia="Times New Roman" w:cs="Times New Roman"/>
        </w:rPr>
        <w:t>—</w:t>
      </w:r>
      <w:r>
        <w:rPr>
          <w:rFonts w:ascii="Segoe UI Historic" w:hAnsi="Segoe UI Historic" w:eastAsia="Segoe UI Historic" w:cs="Segoe UI Historic"/>
        </w:rPr>
        <w:t>ܢܡܘ</w:t>
      </w:r>
      <w:r>
        <w:rPr>
          <w:rFonts w:ascii="Times New Roman" w:hAnsi="Times New Roman" w:eastAsia="Times New Roman" w:cs="Times New Roman"/>
        </w:rPr>
        <w:t>̈</w:t>
      </w:r>
      <w:r>
        <w:rPr>
          <w:rFonts w:ascii="Segoe UI Historic" w:hAnsi="Segoe UI Historic" w:eastAsia="Segoe UI Historic" w:cs="Segoe UI Historic"/>
        </w:rPr>
        <w:t>ܣܐ</w:t>
      </w:r>
      <w:r>
        <w:rPr>
          <w:rFonts w:ascii="Times New Roman" w:hAnsi="Times New Roman" w:eastAsia="Times New Roman" w:cs="Times New Roman"/>
        </w:rPr>
        <w:t xml:space="preserve"> </w:t>
      </w:r>
      <w:r>
        <w:rPr>
          <w:rFonts w:ascii="Segoe UI Historic" w:hAnsi="Segoe UI Historic" w:eastAsia="Segoe UI Historic" w:cs="Segoe UI Historic"/>
        </w:rPr>
        <w:t>ܕܐܬܝܗܒܘ</w:t>
      </w:r>
      <w:r>
        <w:rPr>
          <w:rFonts w:ascii="Times New Roman" w:hAnsi="Times New Roman" w:eastAsia="Times New Roman" w:cs="Times New Roman"/>
        </w:rPr>
        <w:t xml:space="preserve"> </w:t>
      </w:r>
      <w:r>
        <w:rPr>
          <w:rFonts w:ascii="Segoe UI Historic" w:hAnsi="Segoe UI Historic" w:eastAsia="Segoe UI Historic" w:cs="Segoe UI Historic"/>
        </w:rPr>
        <w:t>ܠܢ</w:t>
      </w:r>
      <w:r>
        <w:rPr>
          <w:rFonts w:ascii="Times New Roman" w:hAnsi="Times New Roman" w:eastAsia="Times New Roman" w:cs="Times New Roman"/>
        </w:rPr>
        <w:t xml:space="preserve"> </w:t>
      </w:r>
      <w:r>
        <w:rPr>
          <w:rFonts w:ascii="Segoe UI Historic" w:hAnsi="Segoe UI Historic" w:eastAsia="Segoe UI Historic" w:cs="Segoe UI Historic"/>
        </w:rPr>
        <w:t>ܡܢ</w:t>
      </w:r>
      <w:r>
        <w:rPr>
          <w:rFonts w:ascii="Times New Roman" w:hAnsi="Times New Roman" w:eastAsia="Times New Roman" w:cs="Times New Roman"/>
        </w:rPr>
        <w:t xml:space="preserve"> </w:t>
      </w:r>
      <w:r>
        <w:rPr>
          <w:rFonts w:ascii="Segoe UI Historic" w:hAnsi="Segoe UI Historic" w:eastAsia="Segoe UI Historic" w:cs="Segoe UI Historic"/>
        </w:rPr>
        <w:t>ܫܘܠܛܢܐ</w:t>
      </w:r>
      <w:r>
        <w:rPr>
          <w:rFonts w:ascii="Times New Roman" w:hAnsi="Times New Roman" w:eastAsia="Times New Roman" w:cs="Times New Roman"/>
        </w:rPr>
        <w:t xml:space="preserve"> </w:t>
      </w:r>
      <w:r>
        <w:rPr>
          <w:rFonts w:ascii="Segoe UI Historic" w:hAnsi="Segoe UI Historic" w:eastAsia="Segoe UI Historic" w:cs="Segoe UI Historic"/>
        </w:rPr>
        <w:t>ܥܠܝܐ</w:t>
      </w:r>
      <w:r>
        <w:rPr>
          <w:rFonts w:ascii="Times New Roman" w:hAnsi="Times New Roman" w:eastAsia="Times New Roman" w:cs="Times New Roman"/>
        </w:rPr>
        <w:t xml:space="preserve"> </w:t>
      </w:r>
      <w:r>
        <w:rPr>
          <w:rFonts w:ascii="Segoe UI Historic" w:hAnsi="Segoe UI Historic" w:eastAsia="Segoe UI Historic" w:cs="Segoe UI Historic"/>
        </w:rPr>
        <w:t>ܡܟܠ</w:t>
      </w:r>
      <w:r>
        <w:rPr>
          <w:rFonts w:ascii="Times New Roman" w:hAnsi="Times New Roman" w:eastAsia="Times New Roman" w:cs="Times New Roman"/>
        </w:rPr>
        <w:t xml:space="preserve">. </w:t>
      </w:r>
      <w:r>
        <w:rPr>
          <w:rFonts w:ascii="Segoe UI Historic" w:hAnsi="Segoe UI Historic" w:eastAsia="Segoe UI Historic" w:cs="Segoe UI Historic"/>
        </w:rPr>
        <w:t>ܣܓܝ</w:t>
      </w:r>
      <w:r>
        <w:rPr>
          <w:rFonts w:ascii="Times New Roman" w:hAnsi="Times New Roman" w:eastAsia="Times New Roman" w:cs="Times New Roman"/>
        </w:rPr>
        <w:t>̈</w:t>
      </w:r>
      <w:r>
        <w:rPr>
          <w:rFonts w:ascii="Segoe UI Historic" w:hAnsi="Segoe UI Historic" w:eastAsia="Segoe UI Historic" w:cs="Segoe UI Historic"/>
        </w:rPr>
        <w:t>ܐܐ</w:t>
      </w:r>
      <w:r>
        <w:rPr>
          <w:rFonts w:ascii="Times New Roman" w:hAnsi="Times New Roman" w:eastAsia="Times New Roman" w:cs="Times New Roman"/>
        </w:rPr>
        <w:t xml:space="preserve"> </w:t>
      </w:r>
      <w:r>
        <w:rPr>
          <w:rFonts w:ascii="Segoe UI Historic" w:hAnsi="Segoe UI Historic" w:eastAsia="Segoe UI Historic" w:cs="Segoe UI Historic"/>
        </w:rPr>
        <w:t>ܐܝܬ</w:t>
      </w:r>
      <w:r>
        <w:rPr>
          <w:rFonts w:ascii="Times New Roman" w:hAnsi="Times New Roman" w:eastAsia="Times New Roman" w:cs="Times New Roman"/>
        </w:rPr>
        <w:t xml:space="preserve"> </w:t>
      </w:r>
      <w:r>
        <w:rPr>
          <w:rFonts w:ascii="Segoe UI Historic" w:hAnsi="Segoe UI Historic" w:eastAsia="Segoe UI Historic" w:cs="Segoe UI Historic"/>
        </w:rPr>
        <w:t>ܕܡܗܝܡܢܝܢ</w:t>
      </w:r>
      <w:r>
        <w:rPr>
          <w:rFonts w:ascii="Times New Roman" w:hAnsi="Times New Roman" w:eastAsia="Times New Roman" w:cs="Times New Roman"/>
        </w:rPr>
        <w:t xml:space="preserve"> </w:t>
      </w:r>
      <w:r>
        <w:rPr>
          <w:rFonts w:ascii="Segoe UI Historic" w:hAnsi="Segoe UI Historic" w:eastAsia="Segoe UI Historic" w:cs="Segoe UI Historic"/>
        </w:rPr>
        <w:t>ܕܠܐ</w:t>
      </w:r>
      <w:r>
        <w:rPr>
          <w:rFonts w:ascii="Times New Roman" w:hAnsi="Times New Roman" w:eastAsia="Times New Roman" w:cs="Times New Roman"/>
        </w:rPr>
        <w:t xml:space="preserve"> </w:t>
      </w:r>
      <w:r>
        <w:rPr>
          <w:rFonts w:ascii="Segoe UI Historic" w:hAnsi="Segoe UI Historic" w:eastAsia="Segoe UI Historic" w:cs="Segoe UI Historic"/>
        </w:rPr>
        <w:t>ܥܠܬܐ</w:t>
      </w:r>
      <w:r>
        <w:rPr>
          <w:rFonts w:ascii="Times New Roman" w:hAnsi="Times New Roman" w:eastAsia="Times New Roman" w:cs="Times New Roman"/>
        </w:rPr>
        <w:t xml:space="preserve"> </w:t>
      </w:r>
      <w:r>
        <w:rPr>
          <w:rFonts w:ascii="Segoe UI Historic" w:hAnsi="Segoe UI Historic" w:eastAsia="Segoe UI Historic" w:cs="Segoe UI Historic"/>
        </w:rPr>
        <w:t>ܕܢܣܡܟܘܢ</w:t>
      </w:r>
      <w:r>
        <w:rPr>
          <w:rFonts w:ascii="Times New Roman" w:hAnsi="Times New Roman" w:eastAsia="Times New Roman" w:cs="Times New Roman"/>
        </w:rPr>
        <w:t xml:space="preserve"> </w:t>
      </w:r>
      <w:r>
        <w:rPr>
          <w:rFonts w:ascii="Segoe UI Historic" w:hAnsi="Segoe UI Historic" w:eastAsia="Segoe UI Historic" w:cs="Segoe UI Historic"/>
        </w:rPr>
        <w:t>ܥܠܝܗ</w:t>
      </w:r>
      <w:r>
        <w:rPr>
          <w:rFonts w:ascii="Times New Roman" w:hAnsi="Times New Roman" w:eastAsia="Times New Roman" w:cs="Times New Roman"/>
        </w:rPr>
        <w:t xml:space="preserve">̇ </w:t>
      </w:r>
      <w:r>
        <w:rPr>
          <w:rFonts w:ascii="Segoe UI Historic" w:hAnsi="Segoe UI Historic" w:eastAsia="Segoe UI Historic" w:cs="Segoe UI Historic"/>
        </w:rPr>
        <w:t>ܗܝܡܢܘܬܗܘܢ</w:t>
      </w:r>
      <w:r>
        <w:rPr>
          <w:rFonts w:ascii="Times New Roman" w:hAnsi="Times New Roman" w:eastAsia="Times New Roman" w:cs="Times New Roman"/>
        </w:rPr>
        <w:t xml:space="preserve">، </w:t>
      </w:r>
      <w:r>
        <w:rPr>
          <w:rFonts w:ascii="Segoe UI Historic" w:hAnsi="Segoe UI Historic" w:eastAsia="Segoe UI Historic" w:cs="Segoe UI Historic"/>
        </w:rPr>
        <w:t>ܘܕܠܐ</w:t>
      </w:r>
      <w:r>
        <w:rPr>
          <w:rFonts w:ascii="Times New Roman" w:hAnsi="Times New Roman" w:eastAsia="Times New Roman" w:cs="Times New Roman"/>
        </w:rPr>
        <w:t xml:space="preserve"> </w:t>
      </w:r>
      <w:r>
        <w:rPr>
          <w:rFonts w:ascii="Segoe UI Historic" w:hAnsi="Segoe UI Historic" w:eastAsia="Segoe UI Historic" w:cs="Segoe UI Historic"/>
        </w:rPr>
        <w:t>ܣܗܕܘ</w:t>
      </w:r>
      <w:r>
        <w:rPr>
          <w:rFonts w:ascii="Times New Roman" w:hAnsi="Times New Roman" w:eastAsia="Times New Roman" w:cs="Times New Roman"/>
        </w:rPr>
        <w:t>̈</w:t>
      </w:r>
      <w:r>
        <w:rPr>
          <w:rFonts w:ascii="Segoe UI Historic" w:hAnsi="Segoe UI Historic" w:eastAsia="Segoe UI Historic" w:cs="Segoe UI Historic"/>
        </w:rPr>
        <w:t>ܬܐ</w:t>
      </w:r>
      <w:r>
        <w:rPr>
          <w:rFonts w:ascii="Times New Roman" w:hAnsi="Times New Roman" w:eastAsia="Times New Roman" w:cs="Times New Roman"/>
        </w:rPr>
        <w:t xml:space="preserve"> </w:t>
      </w:r>
      <w:r>
        <w:rPr>
          <w:rFonts w:ascii="Segoe UI Historic" w:hAnsi="Segoe UI Historic" w:eastAsia="Segoe UI Historic" w:cs="Segoe UI Historic"/>
        </w:rPr>
        <w:t>ܡܣܦܩ</w:t>
      </w:r>
      <w:r>
        <w:rPr>
          <w:rFonts w:ascii="Times New Roman" w:hAnsi="Times New Roman" w:eastAsia="Times New Roman" w:cs="Times New Roman"/>
        </w:rPr>
        <w:t>̈</w:t>
      </w:r>
      <w:r>
        <w:rPr>
          <w:rFonts w:ascii="Segoe UI Historic" w:hAnsi="Segoe UI Historic" w:eastAsia="Segoe UI Historic" w:cs="Segoe UI Historic"/>
        </w:rPr>
        <w:t>ܢܝܬܐ</w:t>
      </w:r>
      <w:r>
        <w:rPr>
          <w:rFonts w:ascii="Times New Roman" w:hAnsi="Times New Roman" w:eastAsia="Times New Roman" w:cs="Times New Roman"/>
        </w:rPr>
        <w:t xml:space="preserve"> </w:t>
      </w:r>
      <w:r>
        <w:rPr>
          <w:rFonts w:ascii="Segoe UI Historic" w:hAnsi="Segoe UI Historic" w:eastAsia="Segoe UI Historic" w:cs="Segoe UI Historic"/>
        </w:rPr>
        <w:t>ܥܠ</w:t>
      </w:r>
      <w:r>
        <w:rPr>
          <w:rFonts w:ascii="Times New Roman" w:hAnsi="Times New Roman" w:eastAsia="Times New Roman" w:cs="Times New Roman"/>
        </w:rPr>
        <w:t xml:space="preserve"> </w:t>
      </w:r>
      <w:r>
        <w:rPr>
          <w:rFonts w:ascii="Segoe UI Historic" w:hAnsi="Segoe UI Historic" w:eastAsia="Segoe UI Historic" w:cs="Segoe UI Historic"/>
        </w:rPr>
        <w:t>ܫܪܪܗ</w:t>
      </w:r>
      <w:r>
        <w:rPr>
          <w:rFonts w:ascii="Times New Roman" w:hAnsi="Times New Roman" w:eastAsia="Times New Roman" w:cs="Times New Roman"/>
        </w:rPr>
        <w:t xml:space="preserve">̇ </w:t>
      </w:r>
      <w:r>
        <w:rPr>
          <w:rFonts w:ascii="Segoe UI Historic" w:hAnsi="Segoe UI Historic" w:eastAsia="Segoe UI Historic" w:cs="Segoe UI Historic"/>
        </w:rPr>
        <w:t>ܕܡܠܬܐ</w:t>
      </w:r>
      <w:r>
        <w:rPr>
          <w:rFonts w:ascii="Times New Roman" w:hAnsi="Times New Roman" w:eastAsia="Times New Roman" w:cs="Times New Roman"/>
        </w:rPr>
        <w:t xml:space="preserve">. </w:t>
      </w:r>
      <w:r>
        <w:rPr>
          <w:rFonts w:ascii="Segoe UI Historic" w:hAnsi="Segoe UI Historic" w:eastAsia="Segoe UI Historic" w:cs="Segoe UI Historic"/>
        </w:rPr>
        <w:t>ܐܢ</w:t>
      </w:r>
      <w:r>
        <w:rPr>
          <w:rFonts w:ascii="Times New Roman" w:hAnsi="Times New Roman" w:eastAsia="Times New Roman" w:cs="Times New Roman"/>
        </w:rPr>
        <w:t xml:space="preserve"> </w:t>
      </w:r>
      <w:r>
        <w:rPr>
          <w:rFonts w:ascii="Segoe UI Historic" w:hAnsi="Segoe UI Historic" w:eastAsia="Segoe UI Historic" w:cs="Segoe UI Historic"/>
        </w:rPr>
        <w:t>ܡܬܩܪܒܐ</w:t>
      </w:r>
      <w:r>
        <w:rPr>
          <w:rFonts w:ascii="Times New Roman" w:hAnsi="Times New Roman" w:eastAsia="Times New Roman" w:cs="Times New Roman"/>
        </w:rPr>
        <w:t xml:space="preserve"> </w:t>
      </w:r>
      <w:r>
        <w:rPr>
          <w:rFonts w:ascii="Segoe UI Historic" w:hAnsi="Segoe UI Historic" w:eastAsia="Segoe UI Historic" w:cs="Segoe UI Historic"/>
        </w:rPr>
        <w:t>ܪܥܝܢܐ</w:t>
      </w:r>
      <w:r>
        <w:rPr>
          <w:rFonts w:ascii="Times New Roman" w:hAnsi="Times New Roman" w:eastAsia="Times New Roman" w:cs="Times New Roman"/>
        </w:rPr>
        <w:t xml:space="preserve"> </w:t>
      </w:r>
      <w:r>
        <w:rPr>
          <w:rFonts w:ascii="Segoe UI Historic" w:hAnsi="Segoe UI Historic" w:eastAsia="Segoe UI Historic" w:cs="Segoe UI Historic"/>
        </w:rPr>
        <w:t>ܕܡܫܬܘܐ</w:t>
      </w:r>
      <w:r>
        <w:rPr>
          <w:rFonts w:ascii="Times New Roman" w:hAnsi="Times New Roman" w:eastAsia="Times New Roman" w:cs="Times New Roman"/>
        </w:rPr>
        <w:t xml:space="preserve"> </w:t>
      </w:r>
      <w:r>
        <w:rPr>
          <w:rFonts w:ascii="Segoe UI Historic" w:hAnsi="Segoe UI Historic" w:eastAsia="Segoe UI Historic" w:cs="Segoe UI Historic"/>
        </w:rPr>
        <w:t>ܥܡ</w:t>
      </w:r>
      <w:r>
        <w:rPr>
          <w:rFonts w:ascii="Times New Roman" w:hAnsi="Times New Roman" w:eastAsia="Times New Roman" w:cs="Times New Roman"/>
        </w:rPr>
        <w:t xml:space="preserve"> </w:t>
      </w:r>
      <w:r>
        <w:rPr>
          <w:rFonts w:ascii="Segoe UI Historic" w:hAnsi="Segoe UI Historic" w:eastAsia="Segoe UI Historic" w:cs="Segoe UI Historic"/>
        </w:rPr>
        <w:t>ܚܘ</w:t>
      </w:r>
      <w:r>
        <w:rPr>
          <w:rFonts w:ascii="Times New Roman" w:hAnsi="Times New Roman" w:eastAsia="Times New Roman" w:cs="Times New Roman"/>
        </w:rPr>
        <w:t>̈</w:t>
      </w:r>
      <w:r>
        <w:rPr>
          <w:rFonts w:ascii="Segoe UI Historic" w:hAnsi="Segoe UI Historic" w:eastAsia="Segoe UI Historic" w:cs="Segoe UI Historic"/>
        </w:rPr>
        <w:t>ܫܒܝܗܘܢ</w:t>
      </w:r>
      <w:r>
        <w:rPr>
          <w:rFonts w:ascii="Times New Roman" w:hAnsi="Times New Roman" w:eastAsia="Times New Roman" w:cs="Times New Roman"/>
        </w:rPr>
        <w:t xml:space="preserve"> </w:t>
      </w:r>
      <w:r>
        <w:rPr>
          <w:rFonts w:ascii="Segoe UI Historic" w:hAnsi="Segoe UI Historic" w:eastAsia="Segoe UI Historic" w:cs="Segoe UI Historic"/>
        </w:rPr>
        <w:t>ܕܡܢ</w:t>
      </w:r>
      <w:r>
        <w:rPr>
          <w:rFonts w:ascii="Times New Roman" w:hAnsi="Times New Roman" w:eastAsia="Times New Roman" w:cs="Times New Roman"/>
        </w:rPr>
        <w:t xml:space="preserve"> </w:t>
      </w:r>
      <w:r>
        <w:rPr>
          <w:rFonts w:ascii="Segoe UI Historic" w:hAnsi="Segoe UI Historic" w:eastAsia="Segoe UI Historic" w:cs="Segoe UI Historic"/>
        </w:rPr>
        <w:t>ܩܕܝܡ</w:t>
      </w:r>
      <w:r>
        <w:rPr>
          <w:rFonts w:ascii="Times New Roman" w:hAnsi="Times New Roman" w:eastAsia="Times New Roman" w:cs="Times New Roman"/>
        </w:rPr>
        <w:t xml:space="preserve">، </w:t>
      </w:r>
      <w:r>
        <w:rPr>
          <w:rFonts w:ascii="Segoe UI Historic" w:hAnsi="Segoe UI Historic" w:eastAsia="Segoe UI Historic" w:cs="Segoe UI Historic"/>
        </w:rPr>
        <w:t>ܡܛܝܒܝܢ</w:t>
      </w:r>
      <w:r>
        <w:rPr>
          <w:rFonts w:ascii="Times New Roman" w:hAnsi="Times New Roman" w:eastAsia="Times New Roman" w:cs="Times New Roman"/>
        </w:rPr>
        <w:t xml:space="preserve"> </w:t>
      </w:r>
      <w:r>
        <w:rPr>
          <w:rFonts w:ascii="Segoe UI Historic" w:hAnsi="Segoe UI Historic" w:eastAsia="Segoe UI Historic" w:cs="Segoe UI Historic"/>
        </w:rPr>
        <w:t>ܐܢܘܢ</w:t>
      </w:r>
      <w:r>
        <w:rPr>
          <w:rFonts w:ascii="Times New Roman" w:hAnsi="Times New Roman" w:eastAsia="Times New Roman" w:cs="Times New Roman"/>
        </w:rPr>
        <w:t xml:space="preserve"> </w:t>
      </w:r>
      <w:r>
        <w:rPr>
          <w:rFonts w:ascii="Segoe UI Historic" w:hAnsi="Segoe UI Historic" w:eastAsia="Segoe UI Historic" w:cs="Segoe UI Historic"/>
        </w:rPr>
        <w:t>ܟܠܗܘܢ</w:t>
      </w:r>
      <w:r>
        <w:rPr>
          <w:rFonts w:ascii="Times New Roman" w:hAnsi="Times New Roman" w:eastAsia="Times New Roman" w:cs="Times New Roman"/>
        </w:rPr>
        <w:t xml:space="preserve"> </w:t>
      </w:r>
      <w:r>
        <w:rPr>
          <w:rFonts w:ascii="Segoe UI Historic" w:hAnsi="Segoe UI Historic" w:eastAsia="Segoe UI Historic" w:cs="Segoe UI Historic"/>
        </w:rPr>
        <w:t>ܕܢܩܒܠܘܢܗ</w:t>
      </w:r>
      <w:r>
        <w:rPr>
          <w:rFonts w:ascii="Times New Roman" w:hAnsi="Times New Roman" w:eastAsia="Times New Roman" w:cs="Times New Roman"/>
        </w:rPr>
        <w:t xml:space="preserve">̇. </w:t>
      </w:r>
      <w:r>
        <w:rPr>
          <w:rFonts w:ascii="Segoe UI Historic" w:hAnsi="Segoe UI Historic" w:eastAsia="Segoe UI Historic" w:cs="Segoe UI Historic"/>
        </w:rPr>
        <w:t>ܠܐ</w:t>
      </w:r>
      <w:r>
        <w:rPr>
          <w:rFonts w:ascii="Times New Roman" w:hAnsi="Times New Roman" w:eastAsia="Times New Roman" w:cs="Times New Roman"/>
        </w:rPr>
        <w:t xml:space="preserve"> </w:t>
      </w:r>
      <w:r>
        <w:rPr>
          <w:rFonts w:ascii="Segoe UI Historic" w:hAnsi="Segoe UI Historic" w:eastAsia="Segoe UI Historic" w:cs="Segoe UI Historic"/>
        </w:rPr>
        <w:t>ܡܣܬܟܠܝܢ</w:t>
      </w:r>
      <w:r>
        <w:rPr>
          <w:rFonts w:ascii="Times New Roman" w:hAnsi="Times New Roman" w:eastAsia="Times New Roman" w:cs="Times New Roman"/>
        </w:rPr>
        <w:t xml:space="preserve"> </w:t>
      </w:r>
      <w:r>
        <w:rPr>
          <w:rFonts w:ascii="Segoe UI Historic" w:hAnsi="Segoe UI Historic" w:eastAsia="Segoe UI Historic" w:cs="Segoe UI Historic"/>
        </w:rPr>
        <w:t>ܡܢ</w:t>
      </w:r>
      <w:r>
        <w:rPr>
          <w:rFonts w:ascii="Times New Roman" w:hAnsi="Times New Roman" w:eastAsia="Times New Roman" w:cs="Times New Roman"/>
        </w:rPr>
        <w:t xml:space="preserve"> </w:t>
      </w:r>
      <w:r>
        <w:rPr>
          <w:rFonts w:ascii="Segoe UI Historic" w:hAnsi="Segoe UI Historic" w:eastAsia="Segoe UI Historic" w:cs="Segoe UI Historic"/>
        </w:rPr>
        <w:t>ܥܠܬܐ</w:t>
      </w:r>
      <w:r>
        <w:rPr>
          <w:rFonts w:ascii="Times New Roman" w:hAnsi="Times New Roman" w:eastAsia="Times New Roman" w:cs="Times New Roman"/>
        </w:rPr>
        <w:t xml:space="preserve"> </w:t>
      </w:r>
      <w:r>
        <w:rPr>
          <w:rFonts w:ascii="Segoe UI Historic" w:hAnsi="Segoe UI Historic" w:eastAsia="Segoe UI Historic" w:cs="Segoe UI Historic"/>
        </w:rPr>
        <w:t>ܠܬܘܠܕܬܐ</w:t>
      </w:r>
      <w:r>
        <w:rPr>
          <w:rFonts w:ascii="Times New Roman" w:hAnsi="Times New Roman" w:eastAsia="Times New Roman" w:cs="Times New Roman"/>
        </w:rPr>
        <w:t xml:space="preserve">؛ </w:t>
      </w:r>
      <w:r>
        <w:rPr>
          <w:rFonts w:ascii="Segoe UI Historic" w:hAnsi="Segoe UI Historic" w:eastAsia="Segoe UI Historic" w:cs="Segoe UI Historic"/>
        </w:rPr>
        <w:t>ܗܝܡܢܘܬܗܘܢ</w:t>
      </w:r>
      <w:r>
        <w:rPr>
          <w:rFonts w:ascii="Times New Roman" w:hAnsi="Times New Roman" w:eastAsia="Times New Roman" w:cs="Times New Roman"/>
        </w:rPr>
        <w:t xml:space="preserve"> </w:t>
      </w:r>
      <w:r>
        <w:rPr>
          <w:rFonts w:ascii="Segoe UI Historic" w:hAnsi="Segoe UI Historic" w:eastAsia="Segoe UI Historic" w:cs="Segoe UI Historic"/>
        </w:rPr>
        <w:t>ܠܝܬ</w:t>
      </w:r>
      <w:r>
        <w:rPr>
          <w:rFonts w:ascii="Times New Roman" w:hAnsi="Times New Roman" w:eastAsia="Times New Roman" w:cs="Times New Roman"/>
        </w:rPr>
        <w:t xml:space="preserve"> </w:t>
      </w:r>
      <w:r>
        <w:rPr>
          <w:rFonts w:ascii="Segoe UI Historic" w:hAnsi="Segoe UI Historic" w:eastAsia="Segoe UI Historic" w:cs="Segoe UI Historic"/>
        </w:rPr>
        <w:t>ܠܗ</w:t>
      </w:r>
      <w:r>
        <w:rPr>
          <w:rFonts w:ascii="Times New Roman" w:hAnsi="Times New Roman" w:eastAsia="Times New Roman" w:cs="Times New Roman"/>
        </w:rPr>
        <w:t xml:space="preserve">̇ </w:t>
      </w:r>
      <w:r>
        <w:rPr>
          <w:rFonts w:ascii="Segoe UI Historic" w:hAnsi="Segoe UI Historic" w:eastAsia="Segoe UI Historic" w:cs="Segoe UI Historic"/>
        </w:rPr>
        <w:t>ܫܬܐܣܬܐ</w:t>
      </w:r>
      <w:r>
        <w:rPr>
          <w:rFonts w:ascii="Times New Roman" w:hAnsi="Times New Roman" w:eastAsia="Times New Roman" w:cs="Times New Roman"/>
        </w:rPr>
        <w:t xml:space="preserve"> </w:t>
      </w:r>
      <w:r>
        <w:rPr>
          <w:rFonts w:ascii="Segoe UI Historic" w:hAnsi="Segoe UI Historic" w:eastAsia="Segoe UI Historic" w:cs="Segoe UI Historic"/>
        </w:rPr>
        <w:t>ܫܪܝܪܬܐ</w:t>
      </w:r>
      <w:r>
        <w:rPr>
          <w:rFonts w:ascii="Times New Roman" w:hAnsi="Times New Roman" w:eastAsia="Times New Roman" w:cs="Times New Roman"/>
        </w:rPr>
        <w:t xml:space="preserve">، </w:t>
      </w:r>
      <w:r>
        <w:rPr>
          <w:rFonts w:ascii="Segoe UI Historic" w:hAnsi="Segoe UI Historic" w:eastAsia="Segoe UI Historic" w:cs="Segoe UI Historic"/>
        </w:rPr>
        <w:t>ܘܒܙܒܢܐ</w:t>
      </w:r>
      <w:r>
        <w:rPr>
          <w:rFonts w:ascii="Times New Roman" w:hAnsi="Times New Roman" w:eastAsia="Times New Roman" w:cs="Times New Roman"/>
        </w:rPr>
        <w:t xml:space="preserve"> </w:t>
      </w:r>
      <w:r>
        <w:rPr>
          <w:rFonts w:ascii="Segoe UI Historic" w:hAnsi="Segoe UI Historic" w:eastAsia="Segoe UI Historic" w:cs="Segoe UI Historic"/>
        </w:rPr>
        <w:t>ܕܢܣܝܘܢܐ</w:t>
      </w:r>
      <w:r>
        <w:rPr>
          <w:rFonts w:ascii="Times New Roman" w:hAnsi="Times New Roman" w:eastAsia="Times New Roman" w:cs="Times New Roman"/>
        </w:rPr>
        <w:t xml:space="preserve"> </w:t>
      </w:r>
      <w:r>
        <w:rPr>
          <w:rFonts w:ascii="Segoe UI Historic" w:hAnsi="Segoe UI Historic" w:eastAsia="Segoe UI Historic" w:cs="Segoe UI Historic"/>
        </w:rPr>
        <w:t>ܢܫܟܚܘܢ</w:t>
      </w:r>
      <w:r>
        <w:rPr>
          <w:rFonts w:ascii="Times New Roman" w:hAnsi="Times New Roman" w:eastAsia="Times New Roman" w:cs="Times New Roman"/>
        </w:rPr>
        <w:t xml:space="preserve"> </w:t>
      </w:r>
      <w:r>
        <w:rPr>
          <w:rFonts w:ascii="Segoe UI Historic" w:hAnsi="Segoe UI Historic" w:eastAsia="Segoe UI Historic" w:cs="Segoe UI Historic"/>
        </w:rPr>
        <w:t>ܕܒܢܘ</w:t>
      </w:r>
      <w:r>
        <w:rPr>
          <w:rFonts w:ascii="Times New Roman" w:hAnsi="Times New Roman" w:eastAsia="Times New Roman" w:cs="Times New Roman"/>
        </w:rPr>
        <w:t xml:space="preserve"> </w:t>
      </w:r>
      <w:r>
        <w:rPr>
          <w:rFonts w:ascii="Segoe UI Historic" w:hAnsi="Segoe UI Historic" w:eastAsia="Segoe UI Historic" w:cs="Segoe UI Historic"/>
        </w:rPr>
        <w:t>ܥܠ</w:t>
      </w:r>
      <w:r>
        <w:rPr>
          <w:rFonts w:ascii="Times New Roman" w:hAnsi="Times New Roman" w:eastAsia="Times New Roman" w:cs="Times New Roman"/>
        </w:rPr>
        <w:t xml:space="preserve"> </w:t>
      </w:r>
      <w:r>
        <w:rPr>
          <w:rFonts w:ascii="Segoe UI Historic" w:hAnsi="Segoe UI Historic" w:eastAsia="Segoe UI Historic" w:cs="Segoe UI Historic"/>
        </w:rPr>
        <w:t>ܚܠܐ</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«Koĩva oñembohyru ha ovyʼa hag̃ua ijehegui koʼág̃a oguerekóva kuatiakuéra marangatu rehegua arandu ndaiporãmbáivante rehe, ha opensáva upéva hague iporãva isalvasiónrã, oĩ hína peteĩ jejavy vaietereívape opytuʼúva. Heta oĩ ndojejapopáiva hag̃ua argumento Escritura-pegua rehe, ikatu hag̃uáicha ohechakuaa jejavy, ha ombojevypa hag̃ua opa tradición ha superstición oñembohasáva añeteguáramo. Satanás omoingéma hembiapo rehegua apytuʼũrã Tupã ñemombaʼérape, omongyʼa hag̃ua pe evangelio Cristo rehegua isãsópe. Hetaite umi heʼíva ogueroviaha pe añetegua koʼág̃agua, ndoikuaái mbaʼépa omoheñói pe jerovia yma oñemeʼẽ vaʼekue umi santo-kuérape—Cristo pende pype, pe gloria jeroviaha. Haʼekuéra opensa odefendeha umi ypykue techaukaha, ha katu hakuʼỹ ha ndoguerekói interés. Ndoikuaái mbaʼéichapa oñembojoaju vaʼerã ijehasápe ha oguereko hag̃ua pe mborayhu ha jerovia rekopotĩ añetéva. Ndahaʼéi hikuái estudiante Biblia rehegua hiʼaguĩva, síno iñateʼỹ ha ndojesarekóiva. Oñepyrũ vove iñambue jey hag̃ua opina umi pasaje Escritura-pegua rehe, koʼãva, noñemoarandúiva peteĩ propósito rehehápe ha ndojekuaáiva porã mbaʼépa oguerovia, ojei pe añeteguágui. Jaikuaauka vaʼerã opavavépe tekotevẽha ohekakuaa kyreʼỹme pe añetegua Tupãguiúva, oikuaa hag̃ua añetehápe haʼeha oikuaáva mbaʼépa hína pe añetegua. Oĩ heʼíva oguerekoha heta arandu, ha ovyʼáva ijestado rehe, ndaipóri jave hesekuéra tembiaporã rehe kyreʼỹve, ndaipóri jave mborayhu hakuvéva Tupã rehe, ni umi ánga Cristo omano hague rehehápe, umi arakaʼeve ndoikuaáirõ guare Tupãicha. Haʼekuéra nomoñeʼẽi la Biblia [ikatu hag̃uáicha] omoingekuaa iñanga pype pe ikaraku ha hykue porã. Nohendúi hikuái upéva haʼeha Tupã ñeʼẽ oñeʼẽva chupekuéra. Péro, jajapose hag̃ua ñantende pe tape salvación rehegua, jahechase hag̃ua pe kuarahy tekojoja rehegua rendy osẽva, tekotevẽ ñahesaʼỹijo Escritura-kuéra peteĩ propósito rehehápe, umi promesa ha profecía Biblia-pegua omimbi porãgui gloria reheve pe Tupã rembiaporã guasu ñepysyrõ rehegua ári, koʼã añetegua tuicháva noñentendeporãi gueteri hag̃ua». The 1888 Materials, 403.</w:t>
      </w:r>
    </w:p>
    <w:p>
      <w:pPr>
        <w:pStyle w:val="ArticleBody"/>
        <w:jc w:val="left"/>
      </w:pPr>
      <w:r>
        <w:rPr>
          <w:rFonts w:ascii="Times New Roman" w:hAnsi="Times New Roman" w:eastAsia="Times New Roman" w:cs="Times New Roman"/>
        </w:rPr>
        <w:t>Bize, bu öğretilerin neler olduğunu ve bu gerçekleri nasıl sunacağımızı, temellendireceğimizi ve savunacağımızı bilmek zorunludur.</w:t>
      </w:r>
    </w:p>
    <w:p>
      <w:pPr>
        <w:pStyle w:val="ArticleScripture"/>
        <w:jc w:val="left"/>
      </w:pPr>
      <w:r>
        <w:rPr>
          <w:rFonts w:ascii="Times New Roman" w:hAnsi="Times New Roman" w:eastAsia="Times New Roman" w:cs="Times New Roman"/>
        </w:rPr>
        <w:t>“Vakatahili kwetu hivi sasa kwamba yeyote atalazimika kusimama peke yake; lakini ikiwa Mungu amewahi kunena kwa kinywa changu, wakati utakuja tutakapofikishwa mbele ya mabaraza na mbele ya maelfu kwa ajili ya jina lake, na kila mmoja atalazimika kutoa sababu ya imani yake. Ndipo ukosoaji mkali kabisa utakuja juu ya kila msimamo ambao umechukuliwa kwa ajili ya kweli. Basi yatupasa kulisoma Neno la Mungu, ili tupate kujua kwa nini tunaamini mafundisho tunayoyatetea. Imetupasa kuzichunguza kwa makini sana kauli zilizo hai za Yehova.” Review and Herald, December 18, 1888.</w:t>
      </w:r>
    </w:p>
    <w:p>
      <w:pPr>
        <w:pStyle w:val="ArticleBody"/>
        <w:jc w:val="left"/>
      </w:pPr>
      <w:r>
        <w:rPr>
          <w:rFonts w:ascii="Times New Roman" w:hAnsi="Times New Roman" w:eastAsia="Times New Roman" w:cs="Times New Roman"/>
        </w:rPr>
        <w:t>Agar “minglab odamlar” huzuriga olib chiqiladigan bo‘lsalar, so‘nggi kunlarda haqiqat himoyachilarining ayrimlari televizion yoki veb-efirlar kabi vositalarda haqiqatni himoya qilishga majbur bo‘lishlari ayon. Aks holda, yuz qirq to‘rt mingning bergan guvohligiga minglab odamlar qanday guvoh bo‘la olardi? Biz targ‘ib qilayotgan ta’limotlar e’tiqodimizning asosini belgilab beradi.</w:t>
      </w:r>
    </w:p>
    <w:p>
      <w:pPr>
        <w:pStyle w:val="ArticleScripture"/>
        <w:jc w:val="left"/>
      </w:pPr>
      <w:r>
        <w:rPr>
          <w:rFonts w:ascii="Times New Roman" w:hAnsi="Times New Roman" w:eastAsia="Times New Roman" w:cs="Times New Roman"/>
        </w:rPr>
        <w:t>“Gerejaning a’zolari yakka tartibda sinovdan o‘tkazilib, sinaladilar. Ular shunday vaziyatlarga qo‘yiladilarki, ularda haqiqatga guvohlik berishga majbur bo‘ladilar. Ko‘plar kengashlar oldida va sudlarda, ehtimol alohida va yolg‘iz holda, so‘zlashga chaqiriladilar. Bu tang holatda ularga yordam bergan bo‘lar edi bo‘lgan tajribani ular qo‘lga kiritishni e’tiborsiz qoldirdilar, va ularning jonlari boy berilgan imkoniyatlar hamda e’tiborsiz qoldirilgan imtiyozlar uchun pushaymonlik bilan yuklangan.” Testimonies, 5-jild, 463.</w:t>
      </w:r>
    </w:p>
    <w:p>
      <w:pPr>
        <w:pStyle w:val="ArticleBody"/>
        <w:jc w:val="left"/>
      </w:pPr>
      <w:r>
        <w:rPr>
          <w:rFonts w:ascii="Times New Roman" w:hAnsi="Times New Roman" w:eastAsia="Times New Roman" w:cs="Times New Roman"/>
        </w:rPr>
        <w:t>Aŋmaren Saŋsãa mɛ nɛ pɛrrak yel kà, n kaŋa, tɛrɛ nɛn nàaŋa mɛ kaŋa nàaŋi nàaŋa tɔgɔr nà nàaŋi 144,000 la, n yaa nàŋa bɛ n tɛrɛ nɛŋ mɛ nɛ mɛrɛ bɛrɛn nɛn kà aŋmaren Saŋsãa kà nɛŋa. Tɔŋɔr mɛ nàaŋa bɛrɛ bɛrɛ kà aŋmaren nɛŋa nàaŋi nàaŋa yìlɛ nɛmɛn bɛrɛ mɛ nɛ nɛŋa tɛrɛ bɛrɛ la, Aŋmaren mɛ yɔɔr mɛrɛrɛr bɛrɛ bɛ nɛŋa nàaŋi nɛrɛrɛr aŋmaren Saŋsãa mɛ.</w:t>
      </w:r>
    </w:p>
    <w:p>
      <w:pPr>
        <w:pStyle w:val="ArticleScripture"/>
        <w:jc w:val="left"/>
      </w:pPr>
      <w:r>
        <w:rPr>
          <w:rFonts w:ascii="Times New Roman" w:hAnsi="Times New Roman" w:eastAsia="Times New Roman" w:cs="Times New Roman"/>
        </w:rPr>
        <w:t>“خداس وارگاں امُک نانجا بحث يا اٿل-پٿل ناهئ هجڻ، اینہ کنہ قطعی ثبوت سمجهڻ نَه گهرجي تہ هو سالم عقيدي تي مضبوطي سان قائم آهن. ڈڄڻ جو سبب آهي تہ شايد هو سچ ۽ خطا جي وچ ۾ چٽي تمیز نٿا ڪن. جڏهن ڪتابِ مقدس جي جاچ پڙتال سان ڪو نئون سوال پيدا نٿو ٿئي، جڏهن راءِ جو ڪو اختلاف اٿي نٿو، جيڪو ماڻهن کي پاڻ لاءِ بائبل ڳولهڻ تي آمادہ ڪري، تہ جيئن پڪ ڪن تہ سچ انهن وٽ ئي آهي، تڏهن اڄ بہ، جيئن قديم زماني ۾ هو، گهڻا ماڻهو روايت کي پڪڙي ويهندا ۽ ان جي پرستش ڪندا جنهن کي هو ڄاڻندا ئي ناهن.”</w:t>
      </w:r>
    </w:p>
    <w:p>
      <w:pPr>
        <w:pStyle w:val="ArticleScripture"/>
        <w:jc w:val="left"/>
      </w:pPr>
      <w:r>
        <w:rPr>
          <w:rFonts w:ascii="Times New Roman" w:hAnsi="Times New Roman" w:eastAsia="Times New Roman" w:cs="Times New Roman"/>
        </w:rPr>
        <w:t>«Мага ушул көрсөтүлдү: азыркы чындыкты билебиз деп ырастаган көптөр өздөрү эмнеге ишенерин билишпейт. Алар өз ишениминин далилдерин түшүнүшпөйт. Алар азыркы учур үчүн аткарылып жаткан иштин маанисин туура баалашпайт. Сыноо убагы келгенде, азыр башкаларга насаат айтып жүргөн кээ бир адамдар өздөрү карманган көз караштарды текшерип көрүп, көп нерселер боюнча канааттандырарлык себеп келтире албастыгын табышат. Ушундай сындан өтмөйүнчө, алар өздөрүнүн канчалык чоң сабатсыз экенин билишкен эмес. Ошондой эле жыйында да өздөрү эмнеге ишенерин түшүнөбүз деп жөн эле болжоп жүргөндөр көп; бирок талаш-тартыш чыкмайынча, алар өздөрүнүн алсыздыгын билишпейт. Өздөрү сыяктуу ишенимдегилерден бөлүнүп, өз ишенимин түшүндүрүү үчүн жалгыз жана өз алдынча турууга мажбур болушканда, алар чындык катары кабыл алган нерселер тууралуу түшүнүктөрү канчалык чаташ экенин көрүп, таң калышат. Чындыгында, биздин арабызда тирүү Кудайдан алыстоo болуп, адамдарга бурулуу, Кудайдын даанышмандыгынын ордуна адамдык даанышмандыкты коюу орун алган.»</w:t>
      </w:r>
    </w:p>
    <w:p>
      <w:pPr>
        <w:pStyle w:val="ArticleScripture"/>
        <w:jc w:val="left"/>
      </w:pPr>
      <w:r>
        <w:rPr>
          <w:rFonts w:ascii="Times New Roman" w:hAnsi="Times New Roman" w:eastAsia="Times New Roman" w:cs="Times New Roman"/>
        </w:rPr>
        <w:t>«</w:t>
      </w:r>
      <w:r>
        <w:rPr>
          <w:rFonts w:ascii="Ebrima" w:hAnsi="Ebrima" w:eastAsia="Ebrima" w:cs="Ebrima"/>
        </w:rPr>
        <w:t>እግዚአብሔር</w:t>
      </w:r>
      <w:r>
        <w:rPr>
          <w:rFonts w:ascii="Times New Roman" w:hAnsi="Times New Roman" w:eastAsia="Times New Roman" w:cs="Times New Roman"/>
        </w:rPr>
        <w:t xml:space="preserve"> </w:t>
      </w:r>
      <w:r>
        <w:rPr>
          <w:rFonts w:ascii="Ebrima" w:hAnsi="Ebrima" w:eastAsia="Ebrima" w:cs="Ebrima"/>
        </w:rPr>
        <w:t>ሕዝቡን</w:t>
      </w:r>
      <w:r>
        <w:rPr>
          <w:rFonts w:ascii="Times New Roman" w:hAnsi="Times New Roman" w:eastAsia="Times New Roman" w:cs="Times New Roman"/>
        </w:rPr>
        <w:t xml:space="preserve"> </w:t>
      </w:r>
      <w:r>
        <w:rPr>
          <w:rFonts w:ascii="Ebrima" w:hAnsi="Ebrima" w:eastAsia="Ebrima" w:cs="Ebrima"/>
        </w:rPr>
        <w:t>ያነሣሣል፤</w:t>
      </w:r>
      <w:r>
        <w:rPr>
          <w:rFonts w:ascii="Times New Roman" w:hAnsi="Times New Roman" w:eastAsia="Times New Roman" w:cs="Times New Roman"/>
        </w:rPr>
        <w:t xml:space="preserve"> </w:t>
      </w:r>
      <w:r>
        <w:rPr>
          <w:rFonts w:ascii="Ebrima" w:hAnsi="Ebrima" w:eastAsia="Ebrima" w:cs="Ebrima"/>
        </w:rPr>
        <w:t>ሌሎች</w:t>
      </w:r>
      <w:r>
        <w:rPr>
          <w:rFonts w:ascii="Times New Roman" w:hAnsi="Times New Roman" w:eastAsia="Times New Roman" w:cs="Times New Roman"/>
        </w:rPr>
        <w:t xml:space="preserve"> </w:t>
      </w:r>
      <w:r>
        <w:rPr>
          <w:rFonts w:ascii="Ebrima" w:hAnsi="Ebrima" w:eastAsia="Ebrima" w:cs="Ebrima"/>
        </w:rPr>
        <w:t>መንገዶች</w:t>
      </w:r>
      <w:r>
        <w:rPr>
          <w:rFonts w:ascii="Times New Roman" w:hAnsi="Times New Roman" w:eastAsia="Times New Roman" w:cs="Times New Roman"/>
        </w:rPr>
        <w:t xml:space="preserve"> </w:t>
      </w:r>
      <w:r>
        <w:rPr>
          <w:rFonts w:ascii="Ebrima" w:hAnsi="Ebrima" w:eastAsia="Ebrima" w:cs="Ebrima"/>
        </w:rPr>
        <w:t>ካልተሳኩ</w:t>
      </w:r>
      <w:r>
        <w:rPr>
          <w:rFonts w:ascii="Times New Roman" w:hAnsi="Times New Roman" w:eastAsia="Times New Roman" w:cs="Times New Roman"/>
        </w:rPr>
        <w:t xml:space="preserve"> </w:t>
      </w:r>
      <w:r>
        <w:rPr>
          <w:rFonts w:ascii="Ebrima" w:hAnsi="Ebrima" w:eastAsia="Ebrima" w:cs="Ebrima"/>
        </w:rPr>
        <w:t>ግን</w:t>
      </w:r>
      <w:r>
        <w:rPr>
          <w:rFonts w:ascii="Times New Roman" w:hAnsi="Times New Roman" w:eastAsia="Times New Roman" w:cs="Times New Roman"/>
        </w:rPr>
        <w:t xml:space="preserve"> </w:t>
      </w:r>
      <w:r>
        <w:rPr>
          <w:rFonts w:ascii="Ebrima" w:hAnsi="Ebrima" w:eastAsia="Ebrima" w:cs="Ebrima"/>
        </w:rPr>
        <w:t>መናፍቃን</w:t>
      </w:r>
      <w:r>
        <w:rPr>
          <w:rFonts w:ascii="Times New Roman" w:hAnsi="Times New Roman" w:eastAsia="Times New Roman" w:cs="Times New Roman"/>
        </w:rPr>
        <w:t xml:space="preserve"> </w:t>
      </w:r>
      <w:r>
        <w:rPr>
          <w:rFonts w:ascii="Ebrima" w:hAnsi="Ebrima" w:eastAsia="Ebrima" w:cs="Ebrima"/>
        </w:rPr>
        <w:t>በመካከላቸው</w:t>
      </w:r>
      <w:r>
        <w:rPr>
          <w:rFonts w:ascii="Times New Roman" w:hAnsi="Times New Roman" w:eastAsia="Times New Roman" w:cs="Times New Roman"/>
        </w:rPr>
        <w:t xml:space="preserve"> </w:t>
      </w:r>
      <w:r>
        <w:rPr>
          <w:rFonts w:ascii="Ebrima" w:hAnsi="Ebrima" w:eastAsia="Ebrima" w:cs="Ebrima"/>
        </w:rPr>
        <w:t>ይገባሉ፣</w:t>
      </w:r>
      <w:r>
        <w:rPr>
          <w:rFonts w:ascii="Times New Roman" w:hAnsi="Times New Roman" w:eastAsia="Times New Roman" w:cs="Times New Roman"/>
        </w:rPr>
        <w:t xml:space="preserve"> </w:t>
      </w:r>
      <w:r>
        <w:rPr>
          <w:rFonts w:ascii="Ebrima" w:hAnsi="Ebrima" w:eastAsia="Ebrima" w:cs="Ebrima"/>
        </w:rPr>
        <w:t>እነርሱም</w:t>
      </w:r>
      <w:r>
        <w:rPr>
          <w:rFonts w:ascii="Times New Roman" w:hAnsi="Times New Roman" w:eastAsia="Times New Roman" w:cs="Times New Roman"/>
        </w:rPr>
        <w:t xml:space="preserve"> </w:t>
      </w:r>
      <w:r>
        <w:rPr>
          <w:rFonts w:ascii="Ebrima" w:hAnsi="Ebrima" w:eastAsia="Ebrima" w:cs="Ebrima"/>
        </w:rPr>
        <w:t>ገለባውን</w:t>
      </w:r>
      <w:r>
        <w:rPr>
          <w:rFonts w:ascii="Times New Roman" w:hAnsi="Times New Roman" w:eastAsia="Times New Roman" w:cs="Times New Roman"/>
        </w:rPr>
        <w:t xml:space="preserve"> </w:t>
      </w:r>
      <w:r>
        <w:rPr>
          <w:rFonts w:ascii="Ebrima" w:hAnsi="Ebrima" w:eastAsia="Ebrima" w:cs="Ebrima"/>
        </w:rPr>
        <w:t>ከስንዴው</w:t>
      </w:r>
      <w:r>
        <w:rPr>
          <w:rFonts w:ascii="Times New Roman" w:hAnsi="Times New Roman" w:eastAsia="Times New Roman" w:cs="Times New Roman"/>
        </w:rPr>
        <w:t xml:space="preserve"> </w:t>
      </w:r>
      <w:r>
        <w:rPr>
          <w:rFonts w:ascii="Ebrima" w:hAnsi="Ebrima" w:eastAsia="Ebrima" w:cs="Ebrima"/>
        </w:rPr>
        <w:t>በመለየት</w:t>
      </w:r>
      <w:r>
        <w:rPr>
          <w:rFonts w:ascii="Times New Roman" w:hAnsi="Times New Roman" w:eastAsia="Times New Roman" w:cs="Times New Roman"/>
        </w:rPr>
        <w:t xml:space="preserve"> </w:t>
      </w:r>
      <w:r>
        <w:rPr>
          <w:rFonts w:ascii="Ebrima" w:hAnsi="Ebrima" w:eastAsia="Ebrima" w:cs="Ebrima"/>
        </w:rPr>
        <w:t>ይነጥሯቸዋል።</w:t>
      </w:r>
      <w:r>
        <w:rPr>
          <w:rFonts w:ascii="Times New Roman" w:hAnsi="Times New Roman" w:eastAsia="Times New Roman" w:cs="Times New Roman"/>
        </w:rPr>
        <w:t xml:space="preserve"> </w:t>
      </w:r>
      <w:r>
        <w:rPr>
          <w:rFonts w:ascii="Ebrima" w:hAnsi="Ebrima" w:eastAsia="Ebrima" w:cs="Ebrima"/>
        </w:rPr>
        <w:t>ጌታ</w:t>
      </w:r>
      <w:r>
        <w:rPr>
          <w:rFonts w:ascii="Times New Roman" w:hAnsi="Times New Roman" w:eastAsia="Times New Roman" w:cs="Times New Roman"/>
        </w:rPr>
        <w:t xml:space="preserve"> </w:t>
      </w:r>
      <w:r>
        <w:rPr>
          <w:rFonts w:ascii="Ebrima" w:hAnsi="Ebrima" w:eastAsia="Ebrima" w:cs="Ebrima"/>
        </w:rPr>
        <w:t>ቃሉን</w:t>
      </w:r>
      <w:r>
        <w:rPr>
          <w:rFonts w:ascii="Times New Roman" w:hAnsi="Times New Roman" w:eastAsia="Times New Roman" w:cs="Times New Roman"/>
        </w:rPr>
        <w:t xml:space="preserve"> </w:t>
      </w:r>
      <w:r>
        <w:rPr>
          <w:rFonts w:ascii="Ebrima" w:hAnsi="Ebrima" w:eastAsia="Ebrima" w:cs="Ebrima"/>
        </w:rPr>
        <w:t>የሚያምኑ</w:t>
      </w:r>
      <w:r>
        <w:rPr>
          <w:rFonts w:ascii="Times New Roman" w:hAnsi="Times New Roman" w:eastAsia="Times New Roman" w:cs="Times New Roman"/>
        </w:rPr>
        <w:t xml:space="preserve"> </w:t>
      </w:r>
      <w:r>
        <w:rPr>
          <w:rFonts w:ascii="Ebrima" w:hAnsi="Ebrima" w:eastAsia="Ebrima" w:cs="Ebrima"/>
        </w:rPr>
        <w:t>ሁሉ</w:t>
      </w:r>
      <w:r>
        <w:rPr>
          <w:rFonts w:ascii="Times New Roman" w:hAnsi="Times New Roman" w:eastAsia="Times New Roman" w:cs="Times New Roman"/>
        </w:rPr>
        <w:t xml:space="preserve"> </w:t>
      </w:r>
      <w:r>
        <w:rPr>
          <w:rFonts w:ascii="Ebrima" w:hAnsi="Ebrima" w:eastAsia="Ebrima" w:cs="Ebrima"/>
        </w:rPr>
        <w:t>ከእንቅልፍ</w:t>
      </w:r>
      <w:r>
        <w:rPr>
          <w:rFonts w:ascii="Times New Roman" w:hAnsi="Times New Roman" w:eastAsia="Times New Roman" w:cs="Times New Roman"/>
        </w:rPr>
        <w:t xml:space="preserve"> </w:t>
      </w:r>
      <w:r>
        <w:rPr>
          <w:rFonts w:ascii="Ebrima" w:hAnsi="Ebrima" w:eastAsia="Ebrima" w:cs="Ebrima"/>
        </w:rPr>
        <w:t>እንዲነቁ</w:t>
      </w:r>
      <w:r>
        <w:rPr>
          <w:rFonts w:ascii="Times New Roman" w:hAnsi="Times New Roman" w:eastAsia="Times New Roman" w:cs="Times New Roman"/>
        </w:rPr>
        <w:t xml:space="preserve"> </w:t>
      </w:r>
      <w:r>
        <w:rPr>
          <w:rFonts w:ascii="Ebrima" w:hAnsi="Ebrima" w:eastAsia="Ebrima" w:cs="Ebrima"/>
        </w:rPr>
        <w:t>ይጠራል።</w:t>
      </w:r>
      <w:r>
        <w:rPr>
          <w:rFonts w:ascii="Times New Roman" w:hAnsi="Times New Roman" w:eastAsia="Times New Roman" w:cs="Times New Roman"/>
        </w:rPr>
        <w:t xml:space="preserve"> </w:t>
      </w:r>
      <w:r>
        <w:rPr>
          <w:rFonts w:ascii="Ebrima" w:hAnsi="Ebrima" w:eastAsia="Ebrima" w:cs="Ebrima"/>
        </w:rPr>
        <w:t>ለዚህ</w:t>
      </w:r>
      <w:r>
        <w:rPr>
          <w:rFonts w:ascii="Times New Roman" w:hAnsi="Times New Roman" w:eastAsia="Times New Roman" w:cs="Times New Roman"/>
        </w:rPr>
        <w:t xml:space="preserve"> </w:t>
      </w:r>
      <w:r>
        <w:rPr>
          <w:rFonts w:ascii="Ebrima" w:hAnsi="Ebrima" w:eastAsia="Ebrima" w:cs="Ebrima"/>
        </w:rPr>
        <w:t>ዘመን</w:t>
      </w:r>
      <w:r>
        <w:rPr>
          <w:rFonts w:ascii="Times New Roman" w:hAnsi="Times New Roman" w:eastAsia="Times New Roman" w:cs="Times New Roman"/>
        </w:rPr>
        <w:t xml:space="preserve"> </w:t>
      </w:r>
      <w:r>
        <w:rPr>
          <w:rFonts w:ascii="Ebrima" w:hAnsi="Ebrima" w:eastAsia="Ebrima" w:cs="Ebrima"/>
        </w:rPr>
        <w:t>የሚስማማ</w:t>
      </w:r>
      <w:r>
        <w:rPr>
          <w:rFonts w:ascii="Times New Roman" w:hAnsi="Times New Roman" w:eastAsia="Times New Roman" w:cs="Times New Roman"/>
        </w:rPr>
        <w:t xml:space="preserve"> </w:t>
      </w:r>
      <w:r>
        <w:rPr>
          <w:rFonts w:ascii="Ebrima" w:hAnsi="Ebrima" w:eastAsia="Ebrima" w:cs="Ebrima"/>
        </w:rPr>
        <w:t>ውድ</w:t>
      </w:r>
      <w:r>
        <w:rPr>
          <w:rFonts w:ascii="Times New Roman" w:hAnsi="Times New Roman" w:eastAsia="Times New Roman" w:cs="Times New Roman"/>
        </w:rPr>
        <w:t xml:space="preserve"> </w:t>
      </w:r>
      <w:r>
        <w:rPr>
          <w:rFonts w:ascii="Ebrima" w:hAnsi="Ebrima" w:eastAsia="Ebrima" w:cs="Ebrima"/>
        </w:rPr>
        <w:t>ብርሃን</w:t>
      </w:r>
      <w:r>
        <w:rPr>
          <w:rFonts w:ascii="Times New Roman" w:hAnsi="Times New Roman" w:eastAsia="Times New Roman" w:cs="Times New Roman"/>
        </w:rPr>
        <w:t xml:space="preserve"> </w:t>
      </w:r>
      <w:r>
        <w:rPr>
          <w:rFonts w:ascii="Ebrima" w:hAnsi="Ebrima" w:eastAsia="Ebrima" w:cs="Ebrima"/>
        </w:rPr>
        <w:t>መጥቶአል።</w:t>
      </w:r>
      <w:r>
        <w:rPr>
          <w:rFonts w:ascii="Times New Roman" w:hAnsi="Times New Roman" w:eastAsia="Times New Roman" w:cs="Times New Roman"/>
        </w:rPr>
        <w:t xml:space="preserve"> </w:t>
      </w:r>
      <w:r>
        <w:rPr>
          <w:rFonts w:ascii="Ebrima" w:hAnsi="Ebrima" w:eastAsia="Ebrima" w:cs="Ebrima"/>
        </w:rPr>
        <w:t>ይህም</w:t>
      </w:r>
      <w:r>
        <w:rPr>
          <w:rFonts w:ascii="Times New Roman" w:hAnsi="Times New Roman" w:eastAsia="Times New Roman" w:cs="Times New Roman"/>
        </w:rPr>
        <w:t xml:space="preserve"> </w:t>
      </w:r>
      <w:r>
        <w:rPr>
          <w:rFonts w:ascii="Ebrima" w:hAnsi="Ebrima" w:eastAsia="Ebrima" w:cs="Ebrima"/>
        </w:rPr>
        <w:t>በላያችን</w:t>
      </w:r>
      <w:r>
        <w:rPr>
          <w:rFonts w:ascii="Times New Roman" w:hAnsi="Times New Roman" w:eastAsia="Times New Roman" w:cs="Times New Roman"/>
        </w:rPr>
        <w:t xml:space="preserve"> </w:t>
      </w:r>
      <w:r>
        <w:rPr>
          <w:rFonts w:ascii="Ebrima" w:hAnsi="Ebrima" w:eastAsia="Ebrima" w:cs="Ebrima"/>
        </w:rPr>
        <w:t>በቅርብ</w:t>
      </w:r>
      <w:r>
        <w:rPr>
          <w:rFonts w:ascii="Times New Roman" w:hAnsi="Times New Roman" w:eastAsia="Times New Roman" w:cs="Times New Roman"/>
        </w:rPr>
        <w:t xml:space="preserve"> </w:t>
      </w:r>
      <w:r>
        <w:rPr>
          <w:rFonts w:ascii="Ebrima" w:hAnsi="Ebrima" w:eastAsia="Ebrima" w:cs="Ebrima"/>
        </w:rPr>
        <w:t>የተደረቡትን</w:t>
      </w:r>
      <w:r>
        <w:rPr>
          <w:rFonts w:ascii="Times New Roman" w:hAnsi="Times New Roman" w:eastAsia="Times New Roman" w:cs="Times New Roman"/>
        </w:rPr>
        <w:t xml:space="preserve"> </w:t>
      </w:r>
      <w:r>
        <w:rPr>
          <w:rFonts w:ascii="Ebrima" w:hAnsi="Ebrima" w:eastAsia="Ebrima" w:cs="Ebrima"/>
        </w:rPr>
        <w:t>አደጋዎች</w:t>
      </w:r>
      <w:r>
        <w:rPr>
          <w:rFonts w:ascii="Times New Roman" w:hAnsi="Times New Roman" w:eastAsia="Times New Roman" w:cs="Times New Roman"/>
        </w:rPr>
        <w:t xml:space="preserve"> </w:t>
      </w:r>
      <w:r>
        <w:rPr>
          <w:rFonts w:ascii="Ebrima" w:hAnsi="Ebrima" w:eastAsia="Ebrima" w:cs="Ebrima"/>
        </w:rPr>
        <w:t>የሚያሳይ</w:t>
      </w:r>
      <w:r>
        <w:rPr>
          <w:rFonts w:ascii="Times New Roman" w:hAnsi="Times New Roman" w:eastAsia="Times New Roman" w:cs="Times New Roman"/>
        </w:rPr>
        <w:t xml:space="preserve"> </w:t>
      </w:r>
      <w:r>
        <w:rPr>
          <w:rFonts w:ascii="Ebrima" w:hAnsi="Ebrima" w:eastAsia="Ebrima" w:cs="Ebrima"/>
        </w:rPr>
        <w:t>የመጽሐፍ</w:t>
      </w:r>
      <w:r>
        <w:rPr>
          <w:rFonts w:ascii="Times New Roman" w:hAnsi="Times New Roman" w:eastAsia="Times New Roman" w:cs="Times New Roman"/>
        </w:rPr>
        <w:t xml:space="preserve"> </w:t>
      </w:r>
      <w:r>
        <w:rPr>
          <w:rFonts w:ascii="Ebrima" w:hAnsi="Ebrima" w:eastAsia="Ebrima" w:cs="Ebrima"/>
        </w:rPr>
        <w:t>ቅዱስ</w:t>
      </w:r>
      <w:r>
        <w:rPr>
          <w:rFonts w:ascii="Times New Roman" w:hAnsi="Times New Roman" w:eastAsia="Times New Roman" w:cs="Times New Roman"/>
        </w:rPr>
        <w:t xml:space="preserve"> </w:t>
      </w:r>
      <w:r>
        <w:rPr>
          <w:rFonts w:ascii="Ebrima" w:hAnsi="Ebrima" w:eastAsia="Ebrima" w:cs="Ebrima"/>
        </w:rPr>
        <w:t>እውነት</w:t>
      </w:r>
      <w:r>
        <w:rPr>
          <w:rFonts w:ascii="Times New Roman" w:hAnsi="Times New Roman" w:eastAsia="Times New Roman" w:cs="Times New Roman"/>
        </w:rPr>
        <w:t xml:space="preserve"> </w:t>
      </w:r>
      <w:r>
        <w:rPr>
          <w:rFonts w:ascii="Ebrima" w:hAnsi="Ebrima" w:eastAsia="Ebrima" w:cs="Ebrima"/>
        </w:rPr>
        <w:t>ነው።</w:t>
      </w:r>
      <w:r>
        <w:rPr>
          <w:rFonts w:ascii="Times New Roman" w:hAnsi="Times New Roman" w:eastAsia="Times New Roman" w:cs="Times New Roman"/>
        </w:rPr>
        <w:t xml:space="preserve"> </w:t>
      </w:r>
      <w:r>
        <w:rPr>
          <w:rFonts w:ascii="Ebrima" w:hAnsi="Ebrima" w:eastAsia="Ebrima" w:cs="Ebrima"/>
        </w:rPr>
        <w:t>ይህ</w:t>
      </w:r>
      <w:r>
        <w:rPr>
          <w:rFonts w:ascii="Times New Roman" w:hAnsi="Times New Roman" w:eastAsia="Times New Roman" w:cs="Times New Roman"/>
        </w:rPr>
        <w:t xml:space="preserve"> </w:t>
      </w:r>
      <w:r>
        <w:rPr>
          <w:rFonts w:ascii="Ebrima" w:hAnsi="Ebrima" w:eastAsia="Ebrima" w:cs="Ebrima"/>
        </w:rPr>
        <w:t>ብርሃን</w:t>
      </w:r>
      <w:r>
        <w:rPr>
          <w:rFonts w:ascii="Times New Roman" w:hAnsi="Times New Roman" w:eastAsia="Times New Roman" w:cs="Times New Roman"/>
        </w:rPr>
        <w:t xml:space="preserve"> </w:t>
      </w:r>
      <w:r>
        <w:rPr>
          <w:rFonts w:ascii="Ebrima" w:hAnsi="Ebrima" w:eastAsia="Ebrima" w:cs="Ebrima"/>
        </w:rPr>
        <w:t>መጽሐፍ</w:t>
      </w:r>
      <w:r>
        <w:rPr>
          <w:rFonts w:ascii="Times New Roman" w:hAnsi="Times New Roman" w:eastAsia="Times New Roman" w:cs="Times New Roman"/>
        </w:rPr>
        <w:t xml:space="preserve"> </w:t>
      </w:r>
      <w:r>
        <w:rPr>
          <w:rFonts w:ascii="Ebrima" w:hAnsi="Ebrima" w:eastAsia="Ebrima" w:cs="Ebrima"/>
        </w:rPr>
        <w:t>ቅዱሳትን</w:t>
      </w:r>
      <w:r>
        <w:rPr>
          <w:rFonts w:ascii="Times New Roman" w:hAnsi="Times New Roman" w:eastAsia="Times New Roman" w:cs="Times New Roman"/>
        </w:rPr>
        <w:t xml:space="preserve"> </w:t>
      </w:r>
      <w:r>
        <w:rPr>
          <w:rFonts w:ascii="Ebrima" w:hAnsi="Ebrima" w:eastAsia="Ebrima" w:cs="Ebrima"/>
        </w:rPr>
        <w:t>በትጋት</w:t>
      </w:r>
      <w:r>
        <w:rPr>
          <w:rFonts w:ascii="Times New Roman" w:hAnsi="Times New Roman" w:eastAsia="Times New Roman" w:cs="Times New Roman"/>
        </w:rPr>
        <w:t xml:space="preserve"> </w:t>
      </w:r>
      <w:r>
        <w:rPr>
          <w:rFonts w:ascii="Ebrima" w:hAnsi="Ebrima" w:eastAsia="Ebrima" w:cs="Ebrima"/>
        </w:rPr>
        <w:t>እንድናጠና</w:t>
      </w:r>
      <w:r>
        <w:rPr>
          <w:rFonts w:ascii="Times New Roman" w:hAnsi="Times New Roman" w:eastAsia="Times New Roman" w:cs="Times New Roman"/>
        </w:rPr>
        <w:t xml:space="preserve"> </w:t>
      </w:r>
      <w:r>
        <w:rPr>
          <w:rFonts w:ascii="Ebrima" w:hAnsi="Ebrima" w:eastAsia="Ebrima" w:cs="Ebrima"/>
        </w:rPr>
        <w:t>እና</w:t>
      </w:r>
      <w:r>
        <w:rPr>
          <w:rFonts w:ascii="Times New Roman" w:hAnsi="Times New Roman" w:eastAsia="Times New Roman" w:cs="Times New Roman"/>
        </w:rPr>
        <w:t xml:space="preserve"> </w:t>
      </w:r>
      <w:r>
        <w:rPr>
          <w:rFonts w:ascii="Ebrima" w:hAnsi="Ebrima" w:eastAsia="Ebrima" w:cs="Ebrima"/>
        </w:rPr>
        <w:t>የምንይዛቸውን</w:t>
      </w:r>
      <w:r>
        <w:rPr>
          <w:rFonts w:ascii="Times New Roman" w:hAnsi="Times New Roman" w:eastAsia="Times New Roman" w:cs="Times New Roman"/>
        </w:rPr>
        <w:t xml:space="preserve"> </w:t>
      </w:r>
      <w:r>
        <w:rPr>
          <w:rFonts w:ascii="Ebrima" w:hAnsi="Ebrima" w:eastAsia="Ebrima" w:cs="Ebrima"/>
        </w:rPr>
        <w:t>አቋሞች</w:t>
      </w:r>
      <w:r>
        <w:rPr>
          <w:rFonts w:ascii="Times New Roman" w:hAnsi="Times New Roman" w:eastAsia="Times New Roman" w:cs="Times New Roman"/>
        </w:rPr>
        <w:t xml:space="preserve"> </w:t>
      </w:r>
      <w:r>
        <w:rPr>
          <w:rFonts w:ascii="Ebrima" w:hAnsi="Ebrima" w:eastAsia="Ebrima" w:cs="Ebrima"/>
        </w:rPr>
        <w:t>እጅግ</w:t>
      </w:r>
      <w:r>
        <w:rPr>
          <w:rFonts w:ascii="Times New Roman" w:hAnsi="Times New Roman" w:eastAsia="Times New Roman" w:cs="Times New Roman"/>
        </w:rPr>
        <w:t xml:space="preserve"> </w:t>
      </w:r>
      <w:r>
        <w:rPr>
          <w:rFonts w:ascii="Ebrima" w:hAnsi="Ebrima" w:eastAsia="Ebrima" w:cs="Ebrima"/>
        </w:rPr>
        <w:t>በጥልቅ</w:t>
      </w:r>
      <w:r>
        <w:rPr>
          <w:rFonts w:ascii="Times New Roman" w:hAnsi="Times New Roman" w:eastAsia="Times New Roman" w:cs="Times New Roman"/>
        </w:rPr>
        <w:t xml:space="preserve"> </w:t>
      </w:r>
      <w:r>
        <w:rPr>
          <w:rFonts w:ascii="Ebrima" w:hAnsi="Ebrima" w:eastAsia="Ebrima" w:cs="Ebrima"/>
        </w:rPr>
        <w:t>እንድንመረምር</w:t>
      </w:r>
      <w:r>
        <w:rPr>
          <w:rFonts w:ascii="Times New Roman" w:hAnsi="Times New Roman" w:eastAsia="Times New Roman" w:cs="Times New Roman"/>
        </w:rPr>
        <w:t xml:space="preserve"> </w:t>
      </w:r>
      <w:r>
        <w:rPr>
          <w:rFonts w:ascii="Ebrima" w:hAnsi="Ebrima" w:eastAsia="Ebrima" w:cs="Ebrima"/>
        </w:rPr>
        <w:t>ሊመራን</w:t>
      </w:r>
      <w:r>
        <w:rPr>
          <w:rFonts w:ascii="Times New Roman" w:hAnsi="Times New Roman" w:eastAsia="Times New Roman" w:cs="Times New Roman"/>
        </w:rPr>
        <w:t xml:space="preserve"> </w:t>
      </w:r>
      <w:r>
        <w:rPr>
          <w:rFonts w:ascii="Ebrima" w:hAnsi="Ebrima" w:eastAsia="Ebrima" w:cs="Ebrima"/>
        </w:rPr>
        <w:t>ይገባል።</w:t>
      </w:r>
      <w:r>
        <w:rPr>
          <w:rFonts w:ascii="Times New Roman" w:hAnsi="Times New Roman" w:eastAsia="Times New Roman" w:cs="Times New Roman"/>
        </w:rPr>
        <w:t xml:space="preserve"> </w:t>
      </w:r>
      <w:r>
        <w:rPr>
          <w:rFonts w:ascii="Ebrima" w:hAnsi="Ebrima" w:eastAsia="Ebrima" w:cs="Ebrima"/>
        </w:rPr>
        <w:t>እግዚአብሔር</w:t>
      </w:r>
      <w:r>
        <w:rPr>
          <w:rFonts w:ascii="Times New Roman" w:hAnsi="Times New Roman" w:eastAsia="Times New Roman" w:cs="Times New Roman"/>
        </w:rPr>
        <w:t xml:space="preserve"> </w:t>
      </w:r>
      <w:r>
        <w:rPr>
          <w:rFonts w:ascii="Ebrima" w:hAnsi="Ebrima" w:eastAsia="Ebrima" w:cs="Ebrima"/>
        </w:rPr>
        <w:t>የእውነት</w:t>
      </w:r>
      <w:r>
        <w:rPr>
          <w:rFonts w:ascii="Times New Roman" w:hAnsi="Times New Roman" w:eastAsia="Times New Roman" w:cs="Times New Roman"/>
        </w:rPr>
        <w:t xml:space="preserve"> </w:t>
      </w:r>
      <w:r>
        <w:rPr>
          <w:rFonts w:ascii="Ebrima" w:hAnsi="Ebrima" w:eastAsia="Ebrima" w:cs="Ebrima"/>
        </w:rPr>
        <w:t>ገጽታዎችና</w:t>
      </w:r>
      <w:r>
        <w:rPr>
          <w:rFonts w:ascii="Times New Roman" w:hAnsi="Times New Roman" w:eastAsia="Times New Roman" w:cs="Times New Roman"/>
        </w:rPr>
        <w:t xml:space="preserve"> </w:t>
      </w:r>
      <w:r>
        <w:rPr>
          <w:rFonts w:ascii="Ebrima" w:hAnsi="Ebrima" w:eastAsia="Ebrima" w:cs="Ebrima"/>
        </w:rPr>
        <w:t>አቋሞች</w:t>
      </w:r>
      <w:r>
        <w:rPr>
          <w:rFonts w:ascii="Times New Roman" w:hAnsi="Times New Roman" w:eastAsia="Times New Roman" w:cs="Times New Roman"/>
        </w:rPr>
        <w:t xml:space="preserve"> </w:t>
      </w:r>
      <w:r>
        <w:rPr>
          <w:rFonts w:ascii="Ebrima" w:hAnsi="Ebrima" w:eastAsia="Ebrima" w:cs="Ebrima"/>
        </w:rPr>
        <w:t>ሁሉ</w:t>
      </w:r>
      <w:r>
        <w:rPr>
          <w:rFonts w:ascii="Times New Roman" w:hAnsi="Times New Roman" w:eastAsia="Times New Roman" w:cs="Times New Roman"/>
        </w:rPr>
        <w:t xml:space="preserve"> </w:t>
      </w:r>
      <w:r>
        <w:rPr>
          <w:rFonts w:ascii="Ebrima" w:hAnsi="Ebrima" w:eastAsia="Ebrima" w:cs="Ebrima"/>
        </w:rPr>
        <w:t>በጸሎትና</w:t>
      </w:r>
      <w:r>
        <w:rPr>
          <w:rFonts w:ascii="Times New Roman" w:hAnsi="Times New Roman" w:eastAsia="Times New Roman" w:cs="Times New Roman"/>
        </w:rPr>
        <w:t xml:space="preserve"> </w:t>
      </w:r>
      <w:r>
        <w:rPr>
          <w:rFonts w:ascii="Ebrima" w:hAnsi="Ebrima" w:eastAsia="Ebrima" w:cs="Ebrima"/>
        </w:rPr>
        <w:t>በጾም</w:t>
      </w:r>
      <w:r>
        <w:rPr>
          <w:rFonts w:ascii="Times New Roman" w:hAnsi="Times New Roman" w:eastAsia="Times New Roman" w:cs="Times New Roman"/>
        </w:rPr>
        <w:t xml:space="preserve"> </w:t>
      </w:r>
      <w:r>
        <w:rPr>
          <w:rFonts w:ascii="Ebrima" w:hAnsi="Ebrima" w:eastAsia="Ebrima" w:cs="Ebrima"/>
        </w:rPr>
        <w:t>በተሞላ</w:t>
      </w:r>
      <w:r>
        <w:rPr>
          <w:rFonts w:ascii="Times New Roman" w:hAnsi="Times New Roman" w:eastAsia="Times New Roman" w:cs="Times New Roman"/>
        </w:rPr>
        <w:t xml:space="preserve"> </w:t>
      </w:r>
      <w:r>
        <w:rPr>
          <w:rFonts w:ascii="Ebrima" w:hAnsi="Ebrima" w:eastAsia="Ebrima" w:cs="Ebrima"/>
        </w:rPr>
        <w:t>ሁኔታ</w:t>
      </w:r>
      <w:r>
        <w:rPr>
          <w:rFonts w:ascii="Times New Roman" w:hAnsi="Times New Roman" w:eastAsia="Times New Roman" w:cs="Times New Roman"/>
        </w:rPr>
        <w:t xml:space="preserve"> </w:t>
      </w:r>
      <w:r>
        <w:rPr>
          <w:rFonts w:ascii="Ebrima" w:hAnsi="Ebrima" w:eastAsia="Ebrima" w:cs="Ebrima"/>
        </w:rPr>
        <w:t>ፈጽሞ</w:t>
      </w:r>
      <w:r>
        <w:rPr>
          <w:rFonts w:ascii="Times New Roman" w:hAnsi="Times New Roman" w:eastAsia="Times New Roman" w:cs="Times New Roman"/>
        </w:rPr>
        <w:t xml:space="preserve"> </w:t>
      </w:r>
      <w:r>
        <w:rPr>
          <w:rFonts w:ascii="Ebrima" w:hAnsi="Ebrima" w:eastAsia="Ebrima" w:cs="Ebrima"/>
        </w:rPr>
        <w:t>እና</w:t>
      </w:r>
      <w:r>
        <w:rPr>
          <w:rFonts w:ascii="Times New Roman" w:hAnsi="Times New Roman" w:eastAsia="Times New Roman" w:cs="Times New Roman"/>
        </w:rPr>
        <w:t xml:space="preserve"> </w:t>
      </w:r>
      <w:r>
        <w:rPr>
          <w:rFonts w:ascii="Ebrima" w:hAnsi="Ebrima" w:eastAsia="Ebrima" w:cs="Ebrima"/>
        </w:rPr>
        <w:t>በጽናት</w:t>
      </w:r>
      <w:r>
        <w:rPr>
          <w:rFonts w:ascii="Times New Roman" w:hAnsi="Times New Roman" w:eastAsia="Times New Roman" w:cs="Times New Roman"/>
        </w:rPr>
        <w:t xml:space="preserve"> </w:t>
      </w:r>
      <w:r>
        <w:rPr>
          <w:rFonts w:ascii="Ebrima" w:hAnsi="Ebrima" w:eastAsia="Ebrima" w:cs="Ebrima"/>
        </w:rPr>
        <w:t>እንዲመረመሩ</w:t>
      </w:r>
      <w:r>
        <w:rPr>
          <w:rFonts w:ascii="Times New Roman" w:hAnsi="Times New Roman" w:eastAsia="Times New Roman" w:cs="Times New Roman"/>
        </w:rPr>
        <w:t xml:space="preserve"> </w:t>
      </w:r>
      <w:r>
        <w:rPr>
          <w:rFonts w:ascii="Ebrima" w:hAnsi="Ebrima" w:eastAsia="Ebrima" w:cs="Ebrima"/>
        </w:rPr>
        <w:t>ይፈልጋል።</w:t>
      </w:r>
      <w:r>
        <w:rPr>
          <w:rFonts w:ascii="Times New Roman" w:hAnsi="Times New Roman" w:eastAsia="Times New Roman" w:cs="Times New Roman"/>
        </w:rPr>
        <w:t xml:space="preserve"> </w:t>
      </w:r>
      <w:r>
        <w:rPr>
          <w:rFonts w:ascii="Ebrima" w:hAnsi="Ebrima" w:eastAsia="Ebrima" w:cs="Ebrima"/>
        </w:rPr>
        <w:t>አማኞች</w:t>
      </w:r>
      <w:r>
        <w:rPr>
          <w:rFonts w:ascii="Times New Roman" w:hAnsi="Times New Roman" w:eastAsia="Times New Roman" w:cs="Times New Roman"/>
        </w:rPr>
        <w:t xml:space="preserve"> </w:t>
      </w:r>
      <w:r>
        <w:rPr>
          <w:rFonts w:ascii="Ebrima" w:hAnsi="Ebrima" w:eastAsia="Ebrima" w:cs="Ebrima"/>
        </w:rPr>
        <w:t>እውነትን</w:t>
      </w:r>
      <w:r>
        <w:rPr>
          <w:rFonts w:ascii="Times New Roman" w:hAnsi="Times New Roman" w:eastAsia="Times New Roman" w:cs="Times New Roman"/>
        </w:rPr>
        <w:t xml:space="preserve"> </w:t>
      </w:r>
      <w:r>
        <w:rPr>
          <w:rFonts w:ascii="Ebrima" w:hAnsi="Ebrima" w:eastAsia="Ebrima" w:cs="Ebrima"/>
        </w:rPr>
        <w:t>የሚያቋቁመው</w:t>
      </w:r>
      <w:r>
        <w:rPr>
          <w:rFonts w:ascii="Times New Roman" w:hAnsi="Times New Roman" w:eastAsia="Times New Roman" w:cs="Times New Roman"/>
        </w:rPr>
        <w:t xml:space="preserve"> </w:t>
      </w:r>
      <w:r>
        <w:rPr>
          <w:rFonts w:ascii="Ebrima" w:hAnsi="Ebrima" w:eastAsia="Ebrima" w:cs="Ebrima"/>
        </w:rPr>
        <w:t>ምን</w:t>
      </w:r>
      <w:r>
        <w:rPr>
          <w:rFonts w:ascii="Times New Roman" w:hAnsi="Times New Roman" w:eastAsia="Times New Roman" w:cs="Times New Roman"/>
        </w:rPr>
        <w:t xml:space="preserve"> </w:t>
      </w:r>
      <w:r>
        <w:rPr>
          <w:rFonts w:ascii="Ebrima" w:hAnsi="Ebrima" w:eastAsia="Ebrima" w:cs="Ebrima"/>
        </w:rPr>
        <w:t>እንደሆነ</w:t>
      </w:r>
      <w:r>
        <w:rPr>
          <w:rFonts w:ascii="Times New Roman" w:hAnsi="Times New Roman" w:eastAsia="Times New Roman" w:cs="Times New Roman"/>
        </w:rPr>
        <w:t xml:space="preserve"> </w:t>
      </w:r>
      <w:r>
        <w:rPr>
          <w:rFonts w:ascii="Ebrima" w:hAnsi="Ebrima" w:eastAsia="Ebrima" w:cs="Ebrima"/>
        </w:rPr>
        <w:t>በግምትና</w:t>
      </w:r>
      <w:r>
        <w:rPr>
          <w:rFonts w:ascii="Times New Roman" w:hAnsi="Times New Roman" w:eastAsia="Times New Roman" w:cs="Times New Roman"/>
        </w:rPr>
        <w:t xml:space="preserve"> </w:t>
      </w:r>
      <w:r>
        <w:rPr>
          <w:rFonts w:ascii="Ebrima" w:hAnsi="Ebrima" w:eastAsia="Ebrima" w:cs="Ebrima"/>
        </w:rPr>
        <w:t>በግልጽ</w:t>
      </w:r>
      <w:r>
        <w:rPr>
          <w:rFonts w:ascii="Times New Roman" w:hAnsi="Times New Roman" w:eastAsia="Times New Roman" w:cs="Times New Roman"/>
        </w:rPr>
        <w:t xml:space="preserve"> </w:t>
      </w:r>
      <w:r>
        <w:rPr>
          <w:rFonts w:ascii="Ebrima" w:hAnsi="Ebrima" w:eastAsia="Ebrima" w:cs="Ebrima"/>
        </w:rPr>
        <w:t>ባልሆኑ</w:t>
      </w:r>
      <w:r>
        <w:rPr>
          <w:rFonts w:ascii="Times New Roman" w:hAnsi="Times New Roman" w:eastAsia="Times New Roman" w:cs="Times New Roman"/>
        </w:rPr>
        <w:t xml:space="preserve"> </w:t>
      </w:r>
      <w:r>
        <w:rPr>
          <w:rFonts w:ascii="Ebrima" w:hAnsi="Ebrima" w:eastAsia="Ebrima" w:cs="Ebrima"/>
        </w:rPr>
        <w:t>ሐሳቦች</w:t>
      </w:r>
      <w:r>
        <w:rPr>
          <w:rFonts w:ascii="Times New Roman" w:hAnsi="Times New Roman" w:eastAsia="Times New Roman" w:cs="Times New Roman"/>
        </w:rPr>
        <w:t xml:space="preserve"> </w:t>
      </w:r>
      <w:r>
        <w:rPr>
          <w:rFonts w:ascii="Ebrima" w:hAnsi="Ebrima" w:eastAsia="Ebrima" w:cs="Ebrima"/>
        </w:rPr>
        <w:t>ላይ</w:t>
      </w:r>
      <w:r>
        <w:rPr>
          <w:rFonts w:ascii="Times New Roman" w:hAnsi="Times New Roman" w:eastAsia="Times New Roman" w:cs="Times New Roman"/>
        </w:rPr>
        <w:t xml:space="preserve"> </w:t>
      </w:r>
      <w:r>
        <w:rPr>
          <w:rFonts w:ascii="Ebrima" w:hAnsi="Ebrima" w:eastAsia="Ebrima" w:cs="Ebrima"/>
        </w:rPr>
        <w:t>ሊያርፉ</w:t>
      </w:r>
      <w:r>
        <w:rPr>
          <w:rFonts w:ascii="Times New Roman" w:hAnsi="Times New Roman" w:eastAsia="Times New Roman" w:cs="Times New Roman"/>
        </w:rPr>
        <w:t xml:space="preserve"> </w:t>
      </w:r>
      <w:r>
        <w:rPr>
          <w:rFonts w:ascii="Ebrima" w:hAnsi="Ebrima" w:eastAsia="Ebrima" w:cs="Ebrima"/>
        </w:rPr>
        <w:t>አይገባቸውም።</w:t>
      </w:r>
      <w:r>
        <w:rPr>
          <w:rFonts w:ascii="Times New Roman" w:hAnsi="Times New Roman" w:eastAsia="Times New Roman" w:cs="Times New Roman"/>
        </w:rPr>
        <w:t xml:space="preserve"> </w:t>
      </w:r>
      <w:r>
        <w:rPr>
          <w:rFonts w:ascii="Ebrima" w:hAnsi="Ebrima" w:eastAsia="Ebrima" w:cs="Ebrima"/>
        </w:rPr>
        <w:t>እምነታቸው</w:t>
      </w:r>
      <w:r>
        <w:rPr>
          <w:rFonts w:ascii="Times New Roman" w:hAnsi="Times New Roman" w:eastAsia="Times New Roman" w:cs="Times New Roman"/>
        </w:rPr>
        <w:t xml:space="preserve"> </w:t>
      </w:r>
      <w:r>
        <w:rPr>
          <w:rFonts w:ascii="Ebrima" w:hAnsi="Ebrima" w:eastAsia="Ebrima" w:cs="Ebrima"/>
        </w:rPr>
        <w:t>በእግዚአብሔር</w:t>
      </w:r>
      <w:r>
        <w:rPr>
          <w:rFonts w:ascii="Times New Roman" w:hAnsi="Times New Roman" w:eastAsia="Times New Roman" w:cs="Times New Roman"/>
        </w:rPr>
        <w:t xml:space="preserve"> </w:t>
      </w:r>
      <w:r>
        <w:rPr>
          <w:rFonts w:ascii="Ebrima" w:hAnsi="Ebrima" w:eastAsia="Ebrima" w:cs="Ebrima"/>
        </w:rPr>
        <w:t>ቃል</w:t>
      </w:r>
      <w:r>
        <w:rPr>
          <w:rFonts w:ascii="Times New Roman" w:hAnsi="Times New Roman" w:eastAsia="Times New Roman" w:cs="Times New Roman"/>
        </w:rPr>
        <w:t xml:space="preserve"> </w:t>
      </w:r>
      <w:r>
        <w:rPr>
          <w:rFonts w:ascii="Ebrima" w:hAnsi="Ebrima" w:eastAsia="Ebrima" w:cs="Ebrima"/>
        </w:rPr>
        <w:t>ላይ</w:t>
      </w:r>
      <w:r>
        <w:rPr>
          <w:rFonts w:ascii="Times New Roman" w:hAnsi="Times New Roman" w:eastAsia="Times New Roman" w:cs="Times New Roman"/>
        </w:rPr>
        <w:t xml:space="preserve"> </w:t>
      </w:r>
      <w:r>
        <w:rPr>
          <w:rFonts w:ascii="Ebrima" w:hAnsi="Ebrima" w:eastAsia="Ebrima" w:cs="Ebrima"/>
        </w:rPr>
        <w:t>ጽኑ</w:t>
      </w:r>
      <w:r>
        <w:rPr>
          <w:rFonts w:ascii="Times New Roman" w:hAnsi="Times New Roman" w:eastAsia="Times New Roman" w:cs="Times New Roman"/>
        </w:rPr>
        <w:t xml:space="preserve"> </w:t>
      </w:r>
      <w:r>
        <w:rPr>
          <w:rFonts w:ascii="Ebrima" w:hAnsi="Ebrima" w:eastAsia="Ebrima" w:cs="Ebrima"/>
        </w:rPr>
        <w:t>መሠረት</w:t>
      </w:r>
      <w:r>
        <w:rPr>
          <w:rFonts w:ascii="Times New Roman" w:hAnsi="Times New Roman" w:eastAsia="Times New Roman" w:cs="Times New Roman"/>
        </w:rPr>
        <w:t xml:space="preserve"> </w:t>
      </w:r>
      <w:r>
        <w:rPr>
          <w:rFonts w:ascii="Ebrima" w:hAnsi="Ebrima" w:eastAsia="Ebrima" w:cs="Ebrima"/>
        </w:rPr>
        <w:t>ሊኖረው</w:t>
      </w:r>
      <w:r>
        <w:rPr>
          <w:rFonts w:ascii="Times New Roman" w:hAnsi="Times New Roman" w:eastAsia="Times New Roman" w:cs="Times New Roman"/>
        </w:rPr>
        <w:t xml:space="preserve"> </w:t>
      </w:r>
      <w:r>
        <w:rPr>
          <w:rFonts w:ascii="Ebrima" w:hAnsi="Ebrima" w:eastAsia="Ebrima" w:cs="Ebrima"/>
        </w:rPr>
        <w:t>ይገባል፥</w:t>
      </w:r>
      <w:r>
        <w:rPr>
          <w:rFonts w:ascii="Times New Roman" w:hAnsi="Times New Roman" w:eastAsia="Times New Roman" w:cs="Times New Roman"/>
        </w:rPr>
        <w:t xml:space="preserve"> </w:t>
      </w:r>
      <w:r>
        <w:rPr>
          <w:rFonts w:ascii="Ebrima" w:hAnsi="Ebrima" w:eastAsia="Ebrima" w:cs="Ebrima"/>
        </w:rPr>
        <w:t>እንዲሁም</w:t>
      </w:r>
      <w:r>
        <w:rPr>
          <w:rFonts w:ascii="Times New Roman" w:hAnsi="Times New Roman" w:eastAsia="Times New Roman" w:cs="Times New Roman"/>
        </w:rPr>
        <w:t xml:space="preserve"> </w:t>
      </w:r>
      <w:r>
        <w:rPr>
          <w:rFonts w:ascii="Ebrima" w:hAnsi="Ebrima" w:eastAsia="Ebrima" w:cs="Ebrima"/>
        </w:rPr>
        <w:t>የፈተናው</w:t>
      </w:r>
      <w:r>
        <w:rPr>
          <w:rFonts w:ascii="Times New Roman" w:hAnsi="Times New Roman" w:eastAsia="Times New Roman" w:cs="Times New Roman"/>
        </w:rPr>
        <w:t xml:space="preserve"> </w:t>
      </w:r>
      <w:r>
        <w:rPr>
          <w:rFonts w:ascii="Ebrima" w:hAnsi="Ebrima" w:eastAsia="Ebrima" w:cs="Ebrima"/>
        </w:rPr>
        <w:t>ጊዜ</w:t>
      </w:r>
      <w:r>
        <w:rPr>
          <w:rFonts w:ascii="Times New Roman" w:hAnsi="Times New Roman" w:eastAsia="Times New Roman" w:cs="Times New Roman"/>
        </w:rPr>
        <w:t xml:space="preserve"> </w:t>
      </w:r>
      <w:r>
        <w:rPr>
          <w:rFonts w:ascii="Ebrima" w:hAnsi="Ebrima" w:eastAsia="Ebrima" w:cs="Ebrima"/>
        </w:rPr>
        <w:t>ሲመጣ</w:t>
      </w:r>
      <w:r>
        <w:rPr>
          <w:rFonts w:ascii="Times New Roman" w:hAnsi="Times New Roman" w:eastAsia="Times New Roman" w:cs="Times New Roman"/>
        </w:rPr>
        <w:t xml:space="preserve"> </w:t>
      </w:r>
      <w:r>
        <w:rPr>
          <w:rFonts w:ascii="Ebrima" w:hAnsi="Ebrima" w:eastAsia="Ebrima" w:cs="Ebrima"/>
        </w:rPr>
        <w:t>እና</w:t>
      </w:r>
      <w:r>
        <w:rPr>
          <w:rFonts w:ascii="Times New Roman" w:hAnsi="Times New Roman" w:eastAsia="Times New Roman" w:cs="Times New Roman"/>
        </w:rPr>
        <w:t xml:space="preserve"> </w:t>
      </w:r>
      <w:r>
        <w:rPr>
          <w:rFonts w:ascii="Ebrima" w:hAnsi="Ebrima" w:eastAsia="Ebrima" w:cs="Ebrima"/>
        </w:rPr>
        <w:t>ስለ</w:t>
      </w:r>
      <w:r>
        <w:rPr>
          <w:rFonts w:ascii="Times New Roman" w:hAnsi="Times New Roman" w:eastAsia="Times New Roman" w:cs="Times New Roman"/>
        </w:rPr>
        <w:t xml:space="preserve"> </w:t>
      </w:r>
      <w:r>
        <w:rPr>
          <w:rFonts w:ascii="Ebrima" w:hAnsi="Ebrima" w:eastAsia="Ebrima" w:cs="Ebrima"/>
        </w:rPr>
        <w:t>እምነታቸው</w:t>
      </w:r>
      <w:r>
        <w:rPr>
          <w:rFonts w:ascii="Times New Roman" w:hAnsi="Times New Roman" w:eastAsia="Times New Roman" w:cs="Times New Roman"/>
        </w:rPr>
        <w:t xml:space="preserve"> </w:t>
      </w:r>
      <w:r>
        <w:rPr>
          <w:rFonts w:ascii="Ebrima" w:hAnsi="Ebrima" w:eastAsia="Ebrima" w:cs="Ebrima"/>
        </w:rPr>
        <w:t>መልስ</w:t>
      </w:r>
      <w:r>
        <w:rPr>
          <w:rFonts w:ascii="Times New Roman" w:hAnsi="Times New Roman" w:eastAsia="Times New Roman" w:cs="Times New Roman"/>
        </w:rPr>
        <w:t xml:space="preserve"> </w:t>
      </w:r>
      <w:r>
        <w:rPr>
          <w:rFonts w:ascii="Ebrima" w:hAnsi="Ebrima" w:eastAsia="Ebrima" w:cs="Ebrima"/>
        </w:rPr>
        <w:t>እንዲሰጡ</w:t>
      </w:r>
      <w:r>
        <w:rPr>
          <w:rFonts w:ascii="Times New Roman" w:hAnsi="Times New Roman" w:eastAsia="Times New Roman" w:cs="Times New Roman"/>
        </w:rPr>
        <w:t xml:space="preserve"> </w:t>
      </w:r>
      <w:r>
        <w:rPr>
          <w:rFonts w:ascii="Ebrima" w:hAnsi="Ebrima" w:eastAsia="Ebrima" w:cs="Ebrima"/>
        </w:rPr>
        <w:t>በሸንጎዎች</w:t>
      </w:r>
      <w:r>
        <w:rPr>
          <w:rFonts w:ascii="Times New Roman" w:hAnsi="Times New Roman" w:eastAsia="Times New Roman" w:cs="Times New Roman"/>
        </w:rPr>
        <w:t xml:space="preserve"> </w:t>
      </w:r>
      <w:r>
        <w:rPr>
          <w:rFonts w:ascii="Ebrima" w:hAnsi="Ebrima" w:eastAsia="Ebrima" w:cs="Ebrima"/>
        </w:rPr>
        <w:t>ፊት</w:t>
      </w:r>
      <w:r>
        <w:rPr>
          <w:rFonts w:ascii="Times New Roman" w:hAnsi="Times New Roman" w:eastAsia="Times New Roman" w:cs="Times New Roman"/>
        </w:rPr>
        <w:t xml:space="preserve"> </w:t>
      </w:r>
      <w:r>
        <w:rPr>
          <w:rFonts w:ascii="Ebrima" w:hAnsi="Ebrima" w:eastAsia="Ebrima" w:cs="Ebrima"/>
        </w:rPr>
        <w:t>ሲቀርቡ፣</w:t>
      </w:r>
      <w:r>
        <w:rPr>
          <w:rFonts w:ascii="Times New Roman" w:hAnsi="Times New Roman" w:eastAsia="Times New Roman" w:cs="Times New Roman"/>
        </w:rPr>
        <w:t xml:space="preserve"> </w:t>
      </w:r>
      <w:r>
        <w:rPr>
          <w:rFonts w:ascii="Ebrima" w:hAnsi="Ebrima" w:eastAsia="Ebrima" w:cs="Ebrima"/>
        </w:rPr>
        <w:t>በእነርሱ</w:t>
      </w:r>
      <w:r>
        <w:rPr>
          <w:rFonts w:ascii="Times New Roman" w:hAnsi="Times New Roman" w:eastAsia="Times New Roman" w:cs="Times New Roman"/>
        </w:rPr>
        <w:t xml:space="preserve"> </w:t>
      </w:r>
      <w:r>
        <w:rPr>
          <w:rFonts w:ascii="Ebrima" w:hAnsi="Ebrima" w:eastAsia="Ebrima" w:cs="Ebrima"/>
        </w:rPr>
        <w:t>ውስጥ</w:t>
      </w:r>
      <w:r>
        <w:rPr>
          <w:rFonts w:ascii="Times New Roman" w:hAnsi="Times New Roman" w:eastAsia="Times New Roman" w:cs="Times New Roman"/>
        </w:rPr>
        <w:t xml:space="preserve"> </w:t>
      </w:r>
      <w:r>
        <w:rPr>
          <w:rFonts w:ascii="Ebrima" w:hAnsi="Ebrima" w:eastAsia="Ebrima" w:cs="Ebrima"/>
        </w:rPr>
        <w:t>ስላለችው</w:t>
      </w:r>
      <w:r>
        <w:rPr>
          <w:rFonts w:ascii="Times New Roman" w:hAnsi="Times New Roman" w:eastAsia="Times New Roman" w:cs="Times New Roman"/>
        </w:rPr>
        <w:t xml:space="preserve"> </w:t>
      </w:r>
      <w:r>
        <w:rPr>
          <w:rFonts w:ascii="Ebrima" w:hAnsi="Ebrima" w:eastAsia="Ebrima" w:cs="Ebrima"/>
        </w:rPr>
        <w:t>ተስፋ</w:t>
      </w:r>
      <w:r>
        <w:rPr>
          <w:rFonts w:ascii="Times New Roman" w:hAnsi="Times New Roman" w:eastAsia="Times New Roman" w:cs="Times New Roman"/>
        </w:rPr>
        <w:t xml:space="preserve"> </w:t>
      </w:r>
      <w:r>
        <w:rPr>
          <w:rFonts w:ascii="Ebrima" w:hAnsi="Ebrima" w:eastAsia="Ebrima" w:cs="Ebrima"/>
        </w:rPr>
        <w:t>ምክንያት</w:t>
      </w:r>
      <w:r>
        <w:rPr>
          <w:rFonts w:ascii="Times New Roman" w:hAnsi="Times New Roman" w:eastAsia="Times New Roman" w:cs="Times New Roman"/>
        </w:rPr>
        <w:t xml:space="preserve"> </w:t>
      </w:r>
      <w:r>
        <w:rPr>
          <w:rFonts w:ascii="Ebrima" w:hAnsi="Ebrima" w:eastAsia="Ebrima" w:cs="Ebrima"/>
        </w:rPr>
        <w:t>በትሕትናና</w:t>
      </w:r>
      <w:r>
        <w:rPr>
          <w:rFonts w:ascii="Times New Roman" w:hAnsi="Times New Roman" w:eastAsia="Times New Roman" w:cs="Times New Roman"/>
        </w:rPr>
        <w:t xml:space="preserve"> </w:t>
      </w:r>
      <w:r>
        <w:rPr>
          <w:rFonts w:ascii="Ebrima" w:hAnsi="Ebrima" w:eastAsia="Ebrima" w:cs="Ebrima"/>
        </w:rPr>
        <w:t>በፍርሃት</w:t>
      </w:r>
      <w:r>
        <w:rPr>
          <w:rFonts w:ascii="Times New Roman" w:hAnsi="Times New Roman" w:eastAsia="Times New Roman" w:cs="Times New Roman"/>
        </w:rPr>
        <w:t xml:space="preserve"> </w:t>
      </w:r>
      <w:r>
        <w:rPr>
          <w:rFonts w:ascii="Ebrima" w:hAnsi="Ebrima" w:eastAsia="Ebrima" w:cs="Ebrima"/>
        </w:rPr>
        <w:t>ማቅረብ</w:t>
      </w:r>
      <w:r>
        <w:rPr>
          <w:rFonts w:ascii="Times New Roman" w:hAnsi="Times New Roman" w:eastAsia="Times New Roman" w:cs="Times New Roman"/>
        </w:rPr>
        <w:t xml:space="preserve"> </w:t>
      </w:r>
      <w:r>
        <w:rPr>
          <w:rFonts w:ascii="Ebrima" w:hAnsi="Ebrima" w:eastAsia="Ebrima" w:cs="Ebrima"/>
        </w:rPr>
        <w:t>እንዲችሉ።</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w:t>
      </w:r>
      <w:r>
        <w:rPr>
          <w:rFonts w:ascii="Nirmala UI" w:hAnsi="Nirmala UI" w:eastAsia="Nirmala UI" w:cs="Nirmala UI"/>
        </w:rPr>
        <w:t>जागृत</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जागृत</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जागृत</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विषय</w:t>
      </w:r>
      <w:r>
        <w:rPr>
          <w:rFonts w:ascii="Times New Roman" w:hAnsi="Times New Roman" w:eastAsia="Times New Roman" w:cs="Times New Roman"/>
        </w:rPr>
        <w:t xml:space="preserve"> </w:t>
      </w:r>
      <w:r>
        <w:rPr>
          <w:rFonts w:ascii="Nirmala UI" w:hAnsi="Nirmala UI" w:eastAsia="Nirmala UI" w:cs="Nirmala UI"/>
        </w:rPr>
        <w:t>हम</w:t>
      </w:r>
      <w:r>
        <w:rPr>
          <w:rFonts w:ascii="Times New Roman" w:hAnsi="Times New Roman" w:eastAsia="Times New Roman" w:cs="Times New Roman"/>
        </w:rPr>
        <w:t xml:space="preserve"> </w:t>
      </w:r>
      <w:r>
        <w:rPr>
          <w:rFonts w:ascii="Nirmala UI" w:hAnsi="Nirmala UI" w:eastAsia="Nirmala UI" w:cs="Nirmala UI"/>
        </w:rPr>
        <w:t>संसार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सामने</w:t>
      </w:r>
      <w:r>
        <w:rPr>
          <w:rFonts w:ascii="Times New Roman" w:hAnsi="Times New Roman" w:eastAsia="Times New Roman" w:cs="Times New Roman"/>
        </w:rPr>
        <w:t xml:space="preserve"> </w:t>
      </w:r>
      <w:r>
        <w:rPr>
          <w:rFonts w:ascii="Nirmala UI" w:hAnsi="Nirmala UI" w:eastAsia="Nirmala UI" w:cs="Nirmala UI"/>
        </w:rPr>
        <w:t>प्रस्तुत</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हमारे</w:t>
      </w:r>
      <w:r>
        <w:rPr>
          <w:rFonts w:ascii="Times New Roman" w:hAnsi="Times New Roman" w:eastAsia="Times New Roman" w:cs="Times New Roman"/>
        </w:rPr>
        <w:t xml:space="preserve"> </w:t>
      </w:r>
      <w:r>
        <w:rPr>
          <w:rFonts w:ascii="Nirmala UI" w:hAnsi="Nirmala UI" w:eastAsia="Nirmala UI" w:cs="Nirmala UI"/>
        </w:rPr>
        <w:t>लिए</w:t>
      </w:r>
      <w:r>
        <w:rPr>
          <w:rFonts w:ascii="Times New Roman" w:hAnsi="Times New Roman" w:eastAsia="Times New Roman" w:cs="Times New Roman"/>
        </w:rPr>
        <w:t xml:space="preserve"> </w:t>
      </w:r>
      <w:r>
        <w:rPr>
          <w:rFonts w:ascii="Nirmala UI" w:hAnsi="Nirmala UI" w:eastAsia="Nirmala UI" w:cs="Nirmala UI"/>
        </w:rPr>
        <w:t>जीवित</w:t>
      </w:r>
      <w:r>
        <w:rPr>
          <w:rFonts w:ascii="Times New Roman" w:hAnsi="Times New Roman" w:eastAsia="Times New Roman" w:cs="Times New Roman"/>
        </w:rPr>
        <w:t xml:space="preserve"> </w:t>
      </w:r>
      <w:r>
        <w:rPr>
          <w:rFonts w:ascii="Nirmala UI" w:hAnsi="Nirmala UI" w:eastAsia="Nirmala UI" w:cs="Nirmala UI"/>
        </w:rPr>
        <w:t>वास्तविकता</w:t>
      </w:r>
      <w:r>
        <w:rPr>
          <w:rFonts w:ascii="Times New Roman" w:hAnsi="Times New Roman" w:eastAsia="Times New Roman" w:cs="Times New Roman"/>
        </w:rPr>
        <w:t xml:space="preserve"> </w:t>
      </w:r>
      <w:r>
        <w:rPr>
          <w:rFonts w:ascii="Nirmala UI" w:hAnsi="Nirmala UI" w:eastAsia="Nirmala UI" w:cs="Nirmala UI"/>
        </w:rPr>
        <w:t>होने</w:t>
      </w:r>
      <w:r>
        <w:rPr>
          <w:rFonts w:ascii="Times New Roman" w:hAnsi="Times New Roman" w:eastAsia="Times New Roman" w:cs="Times New Roman"/>
        </w:rPr>
        <w:t xml:space="preserve"> </w:t>
      </w:r>
      <w:r>
        <w:rPr>
          <w:rFonts w:ascii="Nirmala UI" w:hAnsi="Nirmala UI" w:eastAsia="Nirmala UI" w:cs="Nirmala UI"/>
        </w:rPr>
        <w:t>चाहिए।</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महत्वपूर्ण</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सिद्धांतों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हम</w:t>
      </w:r>
      <w:r>
        <w:rPr>
          <w:rFonts w:ascii="Times New Roman" w:hAnsi="Times New Roman" w:eastAsia="Times New Roman" w:cs="Times New Roman"/>
        </w:rPr>
        <w:t xml:space="preserve"> </w:t>
      </w:r>
      <w:r>
        <w:rPr>
          <w:rFonts w:ascii="Nirmala UI" w:hAnsi="Nirmala UI" w:eastAsia="Nirmala UI" w:cs="Nirmala UI"/>
        </w:rPr>
        <w:t>विश्वास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मूलभूत</w:t>
      </w:r>
      <w:r>
        <w:rPr>
          <w:rFonts w:ascii="Times New Roman" w:hAnsi="Times New Roman" w:eastAsia="Times New Roman" w:cs="Times New Roman"/>
        </w:rPr>
        <w:t xml:space="preserve"> </w:t>
      </w:r>
      <w:r>
        <w:rPr>
          <w:rFonts w:ascii="Nirmala UI" w:hAnsi="Nirmala UI" w:eastAsia="Nirmala UI" w:cs="Nirmala UI"/>
        </w:rPr>
        <w:t>अनुच्छेद</w:t>
      </w:r>
      <w:r>
        <w:rPr>
          <w:rFonts w:ascii="Times New Roman" w:hAnsi="Times New Roman" w:eastAsia="Times New Roman" w:cs="Times New Roman"/>
        </w:rPr>
        <w:t xml:space="preserve"> </w:t>
      </w:r>
      <w:r>
        <w:rPr>
          <w:rFonts w:ascii="Nirmala UI" w:hAnsi="Nirmala UI" w:eastAsia="Nirmala UI" w:cs="Nirmala UI"/>
        </w:rPr>
        <w:t>मानते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उनकी</w:t>
      </w:r>
      <w:r>
        <w:rPr>
          <w:rFonts w:ascii="Times New Roman" w:hAnsi="Times New Roman" w:eastAsia="Times New Roman" w:cs="Times New Roman"/>
        </w:rPr>
        <w:t xml:space="preserve"> </w:t>
      </w:r>
      <w:r>
        <w:rPr>
          <w:rFonts w:ascii="Nirmala UI" w:hAnsi="Nirmala UI" w:eastAsia="Nirmala UI" w:cs="Nirmala UI"/>
        </w:rPr>
        <w:t>रक्षा</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हम</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कभी</w:t>
      </w:r>
      <w:r>
        <w:rPr>
          <w:rFonts w:ascii="Times New Roman" w:hAnsi="Times New Roman" w:eastAsia="Times New Roman" w:cs="Times New Roman"/>
        </w:rPr>
        <w:t xml:space="preserve"> </w:t>
      </w:r>
      <w:r>
        <w:rPr>
          <w:rFonts w:ascii="Nirmala UI" w:hAnsi="Nirmala UI" w:eastAsia="Nirmala UI" w:cs="Nirmala UI"/>
        </w:rPr>
        <w:t>ऐसे</w:t>
      </w:r>
      <w:r>
        <w:rPr>
          <w:rFonts w:ascii="Times New Roman" w:hAnsi="Times New Roman" w:eastAsia="Times New Roman" w:cs="Times New Roman"/>
        </w:rPr>
        <w:t xml:space="preserve"> </w:t>
      </w:r>
      <w:r>
        <w:rPr>
          <w:rFonts w:ascii="Nirmala UI" w:hAnsi="Nirmala UI" w:eastAsia="Nirmala UI" w:cs="Nirmala UI"/>
        </w:rPr>
        <w:t>तर्कों</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उपयोग</w:t>
      </w:r>
      <w:r>
        <w:rPr>
          <w:rFonts w:ascii="Times New Roman" w:hAnsi="Times New Roman" w:eastAsia="Times New Roman" w:cs="Times New Roman"/>
        </w:rPr>
        <w:t xml:space="preserve"> </w:t>
      </w:r>
      <w:r>
        <w:rPr>
          <w:rFonts w:ascii="Nirmala UI" w:hAnsi="Nirmala UI" w:eastAsia="Nirmala UI" w:cs="Nirmala UI"/>
        </w:rPr>
        <w:t>करने</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पूर्णतः</w:t>
      </w:r>
      <w:r>
        <w:rPr>
          <w:rFonts w:ascii="Times New Roman" w:hAnsi="Times New Roman" w:eastAsia="Times New Roman" w:cs="Times New Roman"/>
        </w:rPr>
        <w:t xml:space="preserve"> </w:t>
      </w:r>
      <w:r>
        <w:rPr>
          <w:rFonts w:ascii="Nirmala UI" w:hAnsi="Nirmala UI" w:eastAsia="Nirmala UI" w:cs="Nirmala UI"/>
        </w:rPr>
        <w:t>सुदृढ़</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ऐसे</w:t>
      </w:r>
      <w:r>
        <w:rPr>
          <w:rFonts w:ascii="Times New Roman" w:hAnsi="Times New Roman" w:eastAsia="Times New Roman" w:cs="Times New Roman"/>
        </w:rPr>
        <w:t xml:space="preserve"> </w:t>
      </w:r>
      <w:r>
        <w:rPr>
          <w:rFonts w:ascii="Nirmala UI" w:hAnsi="Nirmala UI" w:eastAsia="Nirmala UI" w:cs="Nirmala UI"/>
        </w:rPr>
        <w:t>तर्क</w:t>
      </w:r>
      <w:r>
        <w:rPr>
          <w:rFonts w:ascii="Times New Roman" w:hAnsi="Times New Roman" w:eastAsia="Times New Roman" w:cs="Times New Roman"/>
        </w:rPr>
        <w:t xml:space="preserve"> </w:t>
      </w:r>
      <w:r>
        <w:rPr>
          <w:rFonts w:ascii="Nirmala UI" w:hAnsi="Nirmala UI" w:eastAsia="Nirmala UI" w:cs="Nirmala UI"/>
        </w:rPr>
        <w:t>विरोधी</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चुप</w:t>
      </w:r>
      <w:r>
        <w:rPr>
          <w:rFonts w:ascii="Times New Roman" w:hAnsi="Times New Roman" w:eastAsia="Times New Roman" w:cs="Times New Roman"/>
        </w:rPr>
        <w:t xml:space="preserve"> </w:t>
      </w:r>
      <w:r>
        <w:rPr>
          <w:rFonts w:ascii="Nirmala UI" w:hAnsi="Nirmala UI" w:eastAsia="Nirmala UI" w:cs="Nirmala UI"/>
        </w:rPr>
        <w:t>कराने</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सफल</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सकते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परंतु</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सत्य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आदर</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हमें</w:t>
      </w:r>
      <w:r>
        <w:rPr>
          <w:rFonts w:ascii="Times New Roman" w:hAnsi="Times New Roman" w:eastAsia="Times New Roman" w:cs="Times New Roman"/>
        </w:rPr>
        <w:t xml:space="preserve"> </w:t>
      </w:r>
      <w:r>
        <w:rPr>
          <w:rFonts w:ascii="Nirmala UI" w:hAnsi="Nirmala UI" w:eastAsia="Nirmala UI" w:cs="Nirmala UI"/>
        </w:rPr>
        <w:t>सुदृढ़</w:t>
      </w:r>
      <w:r>
        <w:rPr>
          <w:rFonts w:ascii="Times New Roman" w:hAnsi="Times New Roman" w:eastAsia="Times New Roman" w:cs="Times New Roman"/>
        </w:rPr>
        <w:t xml:space="preserve"> </w:t>
      </w:r>
      <w:r>
        <w:rPr>
          <w:rFonts w:ascii="Nirmala UI" w:hAnsi="Nirmala UI" w:eastAsia="Nirmala UI" w:cs="Nirmala UI"/>
        </w:rPr>
        <w:t>तर्क</w:t>
      </w:r>
      <w:r>
        <w:rPr>
          <w:rFonts w:ascii="Times New Roman" w:hAnsi="Times New Roman" w:eastAsia="Times New Roman" w:cs="Times New Roman"/>
        </w:rPr>
        <w:t xml:space="preserve"> </w:t>
      </w:r>
      <w:r>
        <w:rPr>
          <w:rFonts w:ascii="Nirmala UI" w:hAnsi="Nirmala UI" w:eastAsia="Nirmala UI" w:cs="Nirmala UI"/>
        </w:rPr>
        <w:t>प्रस्तुत</w:t>
      </w:r>
      <w:r>
        <w:rPr>
          <w:rFonts w:ascii="Times New Roman" w:hAnsi="Times New Roman" w:eastAsia="Times New Roman" w:cs="Times New Roman"/>
        </w:rPr>
        <w:t xml:space="preserve"> </w:t>
      </w:r>
      <w:r>
        <w:rPr>
          <w:rFonts w:ascii="Nirmala UI" w:hAnsi="Nirmala UI" w:eastAsia="Nirmala UI" w:cs="Nirmala UI"/>
        </w:rPr>
        <w:t>करने</w:t>
      </w:r>
      <w:r>
        <w:rPr>
          <w:rFonts w:ascii="Times New Roman" w:hAnsi="Times New Roman" w:eastAsia="Times New Roman" w:cs="Times New Roman"/>
        </w:rPr>
        <w:t xml:space="preserve"> </w:t>
      </w:r>
      <w:r>
        <w:rPr>
          <w:rFonts w:ascii="Nirmala UI" w:hAnsi="Nirmala UI" w:eastAsia="Nirmala UI" w:cs="Nirmala UI"/>
        </w:rPr>
        <w:t>चाहिए</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केवल</w:t>
      </w:r>
      <w:r>
        <w:rPr>
          <w:rFonts w:ascii="Times New Roman" w:hAnsi="Times New Roman" w:eastAsia="Times New Roman" w:cs="Times New Roman"/>
        </w:rPr>
        <w:t xml:space="preserve"> </w:t>
      </w:r>
      <w:r>
        <w:rPr>
          <w:rFonts w:ascii="Nirmala UI" w:hAnsi="Nirmala UI" w:eastAsia="Nirmala UI" w:cs="Nirmala UI"/>
        </w:rPr>
        <w:t>हमारे</w:t>
      </w:r>
      <w:r>
        <w:rPr>
          <w:rFonts w:ascii="Times New Roman" w:hAnsi="Times New Roman" w:eastAsia="Times New Roman" w:cs="Times New Roman"/>
        </w:rPr>
        <w:t xml:space="preserve"> </w:t>
      </w:r>
      <w:r>
        <w:rPr>
          <w:rFonts w:ascii="Nirmala UI" w:hAnsi="Nirmala UI" w:eastAsia="Nirmala UI" w:cs="Nirmala UI"/>
        </w:rPr>
        <w:t>विरोधियों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निःशब्द</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बल्कि</w:t>
      </w:r>
      <w:r>
        <w:rPr>
          <w:rFonts w:ascii="Times New Roman" w:hAnsi="Times New Roman" w:eastAsia="Times New Roman" w:cs="Times New Roman"/>
        </w:rPr>
        <w:t xml:space="preserve"> </w:t>
      </w:r>
      <w:r>
        <w:rPr>
          <w:rFonts w:ascii="Nirmala UI" w:hAnsi="Nirmala UI" w:eastAsia="Nirmala UI" w:cs="Nirmala UI"/>
        </w:rPr>
        <w:t>अत्यंत</w:t>
      </w:r>
      <w:r>
        <w:rPr>
          <w:rFonts w:ascii="Times New Roman" w:hAnsi="Times New Roman" w:eastAsia="Times New Roman" w:cs="Times New Roman"/>
        </w:rPr>
        <w:t xml:space="preserve"> </w:t>
      </w:r>
      <w:r>
        <w:rPr>
          <w:rFonts w:ascii="Nirmala UI" w:hAnsi="Nirmala UI" w:eastAsia="Nirmala UI" w:cs="Nirmala UI"/>
        </w:rPr>
        <w:t>निकट</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कठोरतम</w:t>
      </w:r>
      <w:r>
        <w:rPr>
          <w:rFonts w:ascii="Times New Roman" w:hAnsi="Times New Roman" w:eastAsia="Times New Roman" w:cs="Times New Roman"/>
        </w:rPr>
        <w:t xml:space="preserve"> </w:t>
      </w:r>
      <w:r>
        <w:rPr>
          <w:rFonts w:ascii="Nirmala UI" w:hAnsi="Nirmala UI" w:eastAsia="Nirmala UI" w:cs="Nirmala UI"/>
        </w:rPr>
        <w:t>परीक्षण</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सह</w:t>
      </w:r>
      <w:r>
        <w:rPr>
          <w:rFonts w:ascii="Times New Roman" w:hAnsi="Times New Roman" w:eastAsia="Times New Roman" w:cs="Times New Roman"/>
        </w:rPr>
        <w:t xml:space="preserve"> </w:t>
      </w:r>
      <w:r>
        <w:rPr>
          <w:rFonts w:ascii="Nirmala UI" w:hAnsi="Nirmala UI" w:eastAsia="Nirmala UI" w:cs="Nirmala UI"/>
        </w:rPr>
        <w:t>सकें।</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वाद</w:t>
      </w:r>
      <w:r>
        <w:rPr>
          <w:rFonts w:ascii="Times New Roman" w:hAnsi="Times New Roman" w:eastAsia="Times New Roman" w:cs="Times New Roman"/>
        </w:rPr>
        <w:t>-</w:t>
      </w:r>
      <w:r>
        <w:rPr>
          <w:rFonts w:ascii="Nirmala UI" w:hAnsi="Nirmala UI" w:eastAsia="Nirmala UI" w:cs="Nirmala UI"/>
        </w:rPr>
        <w:t>विवाद</w:t>
      </w:r>
      <w:r>
        <w:rPr>
          <w:rFonts w:ascii="Times New Roman" w:hAnsi="Times New Roman" w:eastAsia="Times New Roman" w:cs="Times New Roman"/>
        </w:rPr>
        <w:t xml:space="preserve"> </w:t>
      </w:r>
      <w:r>
        <w:rPr>
          <w:rFonts w:ascii="Nirmala UI" w:hAnsi="Nirmala UI" w:eastAsia="Nirmala UI" w:cs="Nirmala UI"/>
        </w:rPr>
        <w:t>करनेवाले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रूप</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शिक्षित</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चुके</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उनके</w:t>
      </w:r>
      <w:r>
        <w:rPr>
          <w:rFonts w:ascii="Times New Roman" w:hAnsi="Times New Roman" w:eastAsia="Times New Roman" w:cs="Times New Roman"/>
        </w:rPr>
        <w:t xml:space="preserve"> </w:t>
      </w:r>
      <w:r>
        <w:rPr>
          <w:rFonts w:ascii="Nirmala UI" w:hAnsi="Nirmala UI" w:eastAsia="Nirmala UI" w:cs="Nirmala UI"/>
        </w:rPr>
        <w:t>विषय</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बड़ा</w:t>
      </w:r>
      <w:r>
        <w:rPr>
          <w:rFonts w:ascii="Times New Roman" w:hAnsi="Times New Roman" w:eastAsia="Times New Roman" w:cs="Times New Roman"/>
        </w:rPr>
        <w:t xml:space="preserve"> </w:t>
      </w:r>
      <w:r>
        <w:rPr>
          <w:rFonts w:ascii="Nirmala UI" w:hAnsi="Nirmala UI" w:eastAsia="Nirmala UI" w:cs="Nirmala UI"/>
        </w:rPr>
        <w:t>खतरा</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वचन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निष्पक्षता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साथ</w:t>
      </w:r>
      <w:r>
        <w:rPr>
          <w:rFonts w:ascii="Times New Roman" w:hAnsi="Times New Roman" w:eastAsia="Times New Roman" w:cs="Times New Roman"/>
        </w:rPr>
        <w:t xml:space="preserve"> </w:t>
      </w:r>
      <w:r>
        <w:rPr>
          <w:rFonts w:ascii="Nirmala UI" w:hAnsi="Nirmala UI" w:eastAsia="Nirmala UI" w:cs="Nirmala UI"/>
        </w:rPr>
        <w:t>व्यवहार</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किसी</w:t>
      </w:r>
      <w:r>
        <w:rPr>
          <w:rFonts w:ascii="Times New Roman" w:hAnsi="Times New Roman" w:eastAsia="Times New Roman" w:cs="Times New Roman"/>
        </w:rPr>
        <w:t xml:space="preserve"> </w:t>
      </w:r>
      <w:r>
        <w:rPr>
          <w:rFonts w:ascii="Nirmala UI" w:hAnsi="Nirmala UI" w:eastAsia="Nirmala UI" w:cs="Nirmala UI"/>
        </w:rPr>
        <w:t>विरोधी</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सामना</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हमारा</w:t>
      </w:r>
      <w:r>
        <w:rPr>
          <w:rFonts w:ascii="Times New Roman" w:hAnsi="Times New Roman" w:eastAsia="Times New Roman" w:cs="Times New Roman"/>
        </w:rPr>
        <w:t xml:space="preserve"> </w:t>
      </w:r>
      <w:r>
        <w:rPr>
          <w:rFonts w:ascii="Nirmala UI" w:hAnsi="Nirmala UI" w:eastAsia="Nirmala UI" w:cs="Nirmala UI"/>
        </w:rPr>
        <w:t>गंभीर</w:t>
      </w:r>
      <w:r>
        <w:rPr>
          <w:rFonts w:ascii="Times New Roman" w:hAnsi="Times New Roman" w:eastAsia="Times New Roman" w:cs="Times New Roman"/>
        </w:rPr>
        <w:t xml:space="preserve"> </w:t>
      </w:r>
      <w:r>
        <w:rPr>
          <w:rFonts w:ascii="Nirmala UI" w:hAnsi="Nirmala UI" w:eastAsia="Nirmala UI" w:cs="Nirmala UI"/>
        </w:rPr>
        <w:t>प्रयत्न</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होना</w:t>
      </w:r>
      <w:r>
        <w:rPr>
          <w:rFonts w:ascii="Times New Roman" w:hAnsi="Times New Roman" w:eastAsia="Times New Roman" w:cs="Times New Roman"/>
        </w:rPr>
        <w:t xml:space="preserve"> </w:t>
      </w:r>
      <w:r>
        <w:rPr>
          <w:rFonts w:ascii="Nirmala UI" w:hAnsi="Nirmala UI" w:eastAsia="Nirmala UI" w:cs="Nirmala UI"/>
        </w:rPr>
        <w:t>चाहिए</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हम</w:t>
      </w:r>
      <w:r>
        <w:rPr>
          <w:rFonts w:ascii="Times New Roman" w:hAnsi="Times New Roman" w:eastAsia="Times New Roman" w:cs="Times New Roman"/>
        </w:rPr>
        <w:t xml:space="preserve"> </w:t>
      </w:r>
      <w:r>
        <w:rPr>
          <w:rFonts w:ascii="Nirmala UI" w:hAnsi="Nirmala UI" w:eastAsia="Nirmala UI" w:cs="Nirmala UI"/>
        </w:rPr>
        <w:t>विषयों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ऐसी</w:t>
      </w:r>
      <w:r>
        <w:rPr>
          <w:rFonts w:ascii="Times New Roman" w:hAnsi="Times New Roman" w:eastAsia="Times New Roman" w:cs="Times New Roman"/>
        </w:rPr>
        <w:t xml:space="preserve"> </w:t>
      </w:r>
      <w:r>
        <w:rPr>
          <w:rFonts w:ascii="Nirmala UI" w:hAnsi="Nirmala UI" w:eastAsia="Nirmala UI" w:cs="Nirmala UI"/>
        </w:rPr>
        <w:t>रीति</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प्रस्तुत</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मन</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दृढ़</w:t>
      </w:r>
      <w:r>
        <w:rPr>
          <w:rFonts w:ascii="Times New Roman" w:hAnsi="Times New Roman" w:eastAsia="Times New Roman" w:cs="Times New Roman"/>
        </w:rPr>
        <w:t xml:space="preserve"> </w:t>
      </w:r>
      <w:r>
        <w:rPr>
          <w:rFonts w:ascii="Nirmala UI" w:hAnsi="Nirmala UI" w:eastAsia="Nirmala UI" w:cs="Nirmala UI"/>
        </w:rPr>
        <w:t>विश्वास</w:t>
      </w:r>
      <w:r>
        <w:rPr>
          <w:rFonts w:ascii="Times New Roman" w:hAnsi="Times New Roman" w:eastAsia="Times New Roman" w:cs="Times New Roman"/>
        </w:rPr>
        <w:t xml:space="preserve"> </w:t>
      </w:r>
      <w:r>
        <w:rPr>
          <w:rFonts w:ascii="Nirmala UI" w:hAnsi="Nirmala UI" w:eastAsia="Nirmala UI" w:cs="Nirmala UI"/>
        </w:rPr>
        <w:t>उत्पन्न</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केवल</w:t>
      </w:r>
      <w:r>
        <w:rPr>
          <w:rFonts w:ascii="Times New Roman" w:hAnsi="Times New Roman" w:eastAsia="Times New Roman" w:cs="Times New Roman"/>
        </w:rPr>
        <w:t xml:space="preserve"> </w:t>
      </w:r>
      <w:r>
        <w:rPr>
          <w:rFonts w:ascii="Nirmala UI" w:hAnsi="Nirmala UI" w:eastAsia="Nirmala UI" w:cs="Nirmala UI"/>
        </w:rPr>
        <w:t>विश्वासी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आश्वस्त</w:t>
      </w:r>
      <w:r>
        <w:rPr>
          <w:rFonts w:ascii="Times New Roman" w:hAnsi="Times New Roman" w:eastAsia="Times New Roman" w:cs="Times New Roman"/>
        </w:rPr>
        <w:t xml:space="preserve"> </w:t>
      </w:r>
      <w:r>
        <w:rPr>
          <w:rFonts w:ascii="Nirmala UI" w:hAnsi="Nirmala UI" w:eastAsia="Nirmala UI" w:cs="Nirmala UI"/>
        </w:rPr>
        <w:t>करने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प्रयत्न</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«Що б не становив собою інтелектуальний поступ людини, нехай вона ні на мить не думає, що немає потреби в ґрунтовному й безперервному дослідженні Писань задля більшого світла. Як народ, ми покликані кожен зокрема бути дослідниками пророцтва. Ми повинні пильнувати з ревністю, щоб розпізнати будь-який промінь світла, який Бог відкриє нам. Ми маємо вловлювати перші проблиски істини; і через молитовне дослідження може бути здобуте ясніше світло, яке можна представити іншим». Testimonies, volume 5, 708.</w:t>
      </w:r>
    </w:p>
    <w:p>
      <w:pPr>
        <w:pStyle w:val="ArticleBody"/>
        <w:jc w:val="left"/>
      </w:pPr>
      <w:r>
        <w:rPr>
          <w:rFonts w:ascii="Times New Roman" w:hAnsi="Times New Roman" w:eastAsia="Times New Roman" w:cs="Times New Roman"/>
        </w:rPr>
        <w:t>Aykachi rimay yachaqkuna nisqakuna, qhipakamaypi pachak chusku chunka tawa waranqa runakunaman tukukuqkunaqa, kay allpapi kamachiq atiykunawan tinkunakusqankumanta ñawpaqta, sapa sapankuta “pruebapi churakusaq, qawachikusaq” kanku; chay allpapi kamachiqkunaqa manaqa aswan pisiña hamuq domingo kamachiy sasachakuyta hinaspa qatiykachayta apamunku. Ñawpaqtaqa, Diosmi cheqaqkuna­ta “rikcharichinqa.” Puñuq ñust’akunaqa suyay unaychakusqan pachapi urmasqanku puñuymanta “rikcharichisqa” kanqaku. Sichus mana rikcharinqakuchu, Diospa 2023 watapa julio killamantapacha qelqasqa artikulokunawan rikuchisqan willakuywan, chayqa Diosqa “qhencha yachachikuykunata” “paykuna ukhupi yaykunanpaq” saqinqa; chaymi trigo hinaspa cizaña t’aqanakuyta tukuchinqa, huk sifting nisqa ch’uyanchay rurayninwan. Kunanqa chay sifting nisqa ch’uyanchay ruraypiñam kashanchik.</w:t>
      </w:r>
    </w:p>
    <w:p>
      <w:pPr>
        <w:pStyle w:val="ArticleBody"/>
        <w:jc w:val="left"/>
      </w:pPr>
      <w:r>
        <w:rPr>
          <w:rFonts w:ascii="Nirmala UI" w:hAnsi="Nirmala UI" w:eastAsia="Nirmala UI" w:cs="Nirmala UI"/>
        </w:rPr>
        <w:t>आधुनिक</w:t>
      </w:r>
      <w:r>
        <w:rPr>
          <w:rFonts w:ascii="Times New Roman" w:hAnsi="Times New Roman" w:eastAsia="Times New Roman" w:cs="Times New Roman"/>
        </w:rPr>
        <w:t xml:space="preserve"> </w:t>
      </w:r>
      <w:r>
        <w:rPr>
          <w:rFonts w:ascii="Nirmala UI" w:hAnsi="Nirmala UI" w:eastAsia="Nirmala UI" w:cs="Nirmala UI"/>
        </w:rPr>
        <w:t>रोम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सही</w:t>
      </w:r>
      <w:r>
        <w:rPr>
          <w:rFonts w:ascii="Times New Roman" w:hAnsi="Times New Roman" w:eastAsia="Times New Roman" w:cs="Times New Roman"/>
        </w:rPr>
        <w:t xml:space="preserve"> </w:t>
      </w:r>
      <w:r>
        <w:rPr>
          <w:rFonts w:ascii="Nirmala UI" w:hAnsi="Nirmala UI" w:eastAsia="Nirmala UI" w:cs="Nirmala UI"/>
        </w:rPr>
        <w:t>पहचान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विषय</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विवाद</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अनुसरण</w:t>
      </w:r>
      <w:r>
        <w:rPr>
          <w:rFonts w:ascii="Times New Roman" w:hAnsi="Times New Roman" w:eastAsia="Times New Roman" w:cs="Times New Roman"/>
        </w:rPr>
        <w:t xml:space="preserve"> </w:t>
      </w:r>
      <w:r>
        <w:rPr>
          <w:rFonts w:ascii="Nirmala UI" w:hAnsi="Nirmala UI" w:eastAsia="Nirmala UI" w:cs="Nirmala UI"/>
        </w:rPr>
        <w:t>करने</w:t>
      </w:r>
      <w:r>
        <w:rPr>
          <w:rFonts w:ascii="Times New Roman" w:hAnsi="Times New Roman" w:eastAsia="Times New Roman" w:cs="Times New Roman"/>
        </w:rPr>
        <w:t xml:space="preserve"> </w:t>
      </w:r>
      <w:r>
        <w:rPr>
          <w:rFonts w:ascii="Nirmala UI" w:hAnsi="Nirmala UI" w:eastAsia="Nirmala UI" w:cs="Nirmala UI"/>
        </w:rPr>
        <w:t>वालों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सामने</w:t>
      </w:r>
      <w:r>
        <w:rPr>
          <w:rFonts w:ascii="Times New Roman" w:hAnsi="Times New Roman" w:eastAsia="Times New Roman" w:cs="Times New Roman"/>
        </w:rPr>
        <w:t xml:space="preserve"> </w:t>
      </w:r>
      <w:r>
        <w:rPr>
          <w:rFonts w:ascii="Nirmala UI" w:hAnsi="Nirmala UI" w:eastAsia="Nirmala UI" w:cs="Nirmala UI"/>
        </w:rPr>
        <w:t>तीन</w:t>
      </w:r>
      <w:r>
        <w:rPr>
          <w:rFonts w:ascii="Times New Roman" w:hAnsi="Times New Roman" w:eastAsia="Times New Roman" w:cs="Times New Roman"/>
        </w:rPr>
        <w:t xml:space="preserve"> </w:t>
      </w:r>
      <w:r>
        <w:rPr>
          <w:rFonts w:ascii="Nirmala UI" w:hAnsi="Nirmala UI" w:eastAsia="Nirmala UI" w:cs="Nirmala UI"/>
        </w:rPr>
        <w:t>विकल्प</w:t>
      </w:r>
      <w:r>
        <w:rPr>
          <w:rFonts w:ascii="Times New Roman" w:hAnsi="Times New Roman" w:eastAsia="Times New Roman" w:cs="Times New Roman"/>
        </w:rPr>
        <w:t xml:space="preserve"> </w:t>
      </w:r>
      <w:r>
        <w:rPr>
          <w:rFonts w:ascii="Nirmala UI" w:hAnsi="Nirmala UI" w:eastAsia="Nirmala UI" w:cs="Nirmala UI"/>
        </w:rPr>
        <w:t>उपलब्ध</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विकल्प</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संयुक्त</w:t>
      </w:r>
      <w:r>
        <w:rPr>
          <w:rFonts w:ascii="Times New Roman" w:hAnsi="Times New Roman" w:eastAsia="Times New Roman" w:cs="Times New Roman"/>
        </w:rPr>
        <w:t xml:space="preserve"> </w:t>
      </w:r>
      <w:r>
        <w:rPr>
          <w:rFonts w:ascii="Nirmala UI" w:hAnsi="Nirmala UI" w:eastAsia="Nirmala UI" w:cs="Nirmala UI"/>
        </w:rPr>
        <w:t>राज्य</w:t>
      </w:r>
      <w:r>
        <w:rPr>
          <w:rFonts w:ascii="Times New Roman" w:hAnsi="Times New Roman" w:eastAsia="Times New Roman" w:cs="Times New Roman"/>
        </w:rPr>
        <w:t xml:space="preserve"> </w:t>
      </w:r>
      <w:r>
        <w:rPr>
          <w:rFonts w:ascii="Nirmala UI" w:hAnsi="Nirmala UI" w:eastAsia="Nirmala UI" w:cs="Nirmala UI"/>
        </w:rPr>
        <w:t>अमेरिका</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आधुनिक</w:t>
      </w:r>
      <w:r>
        <w:rPr>
          <w:rFonts w:ascii="Times New Roman" w:hAnsi="Times New Roman" w:eastAsia="Times New Roman" w:cs="Times New Roman"/>
        </w:rPr>
        <w:t xml:space="preserve"> </w:t>
      </w:r>
      <w:r>
        <w:rPr>
          <w:rFonts w:ascii="Nirmala UI" w:hAnsi="Nirmala UI" w:eastAsia="Nirmala UI" w:cs="Nirmala UI"/>
        </w:rPr>
        <w:t>रोम</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दूसरा</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पोपीय</w:t>
      </w:r>
      <w:r>
        <w:rPr>
          <w:rFonts w:ascii="Times New Roman" w:hAnsi="Times New Roman" w:eastAsia="Times New Roman" w:cs="Times New Roman"/>
        </w:rPr>
        <w:t xml:space="preserve"> </w:t>
      </w:r>
      <w:r>
        <w:rPr>
          <w:rFonts w:ascii="Nirmala UI" w:hAnsi="Nirmala UI" w:eastAsia="Nirmala UI" w:cs="Nirmala UI"/>
        </w:rPr>
        <w:t>शक्ति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आधुनिक</w:t>
      </w:r>
      <w:r>
        <w:rPr>
          <w:rFonts w:ascii="Times New Roman" w:hAnsi="Times New Roman" w:eastAsia="Times New Roman" w:cs="Times New Roman"/>
        </w:rPr>
        <w:t xml:space="preserve"> </w:t>
      </w:r>
      <w:r>
        <w:rPr>
          <w:rFonts w:ascii="Nirmala UI" w:hAnsi="Nirmala UI" w:eastAsia="Nirmala UI" w:cs="Nirmala UI"/>
        </w:rPr>
        <w:t>रोम</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तीसरा</w:t>
      </w:r>
      <w:r>
        <w:rPr>
          <w:rFonts w:ascii="Times New Roman" w:hAnsi="Times New Roman" w:eastAsia="Times New Roman" w:cs="Times New Roman"/>
        </w:rPr>
        <w:t xml:space="preserve"> </w:t>
      </w:r>
      <w:r>
        <w:rPr>
          <w:rFonts w:ascii="Nirmala UI" w:hAnsi="Nirmala UI" w:eastAsia="Nirmala UI" w:cs="Nirmala UI"/>
        </w:rPr>
        <w:t>विकल्प</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उपर्युक्त</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मत</w:t>
      </w:r>
      <w:r>
        <w:rPr>
          <w:rFonts w:ascii="Times New Roman" w:hAnsi="Times New Roman" w:eastAsia="Times New Roman" w:cs="Times New Roman"/>
        </w:rPr>
        <w:t xml:space="preserve"> </w:t>
      </w:r>
      <w:r>
        <w:rPr>
          <w:rFonts w:ascii="Nirmala UI" w:hAnsi="Nirmala UI" w:eastAsia="Nirmala UI" w:cs="Nirmala UI"/>
        </w:rPr>
        <w:t>असत्य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दानिय्येल</w:t>
      </w:r>
      <w:r>
        <w:rPr>
          <w:rFonts w:ascii="Times New Roman" w:hAnsi="Times New Roman" w:eastAsia="Times New Roman" w:cs="Times New Roman"/>
        </w:rPr>
        <w:t xml:space="preserve"> </w:t>
      </w:r>
      <w:r>
        <w:rPr>
          <w:rFonts w:ascii="Nirmala UI" w:hAnsi="Nirmala UI" w:eastAsia="Nirmala UI" w:cs="Nirmala UI"/>
        </w:rPr>
        <w:t>अध्याय</w:t>
      </w:r>
      <w:r>
        <w:rPr>
          <w:rFonts w:ascii="Times New Roman" w:hAnsi="Times New Roman" w:eastAsia="Times New Roman" w:cs="Times New Roman"/>
        </w:rPr>
        <w:t xml:space="preserve"> </w:t>
      </w:r>
      <w:r>
        <w:rPr>
          <w:rFonts w:ascii="Nirmala UI" w:hAnsi="Nirmala UI" w:eastAsia="Nirmala UI" w:cs="Nirmala UI"/>
        </w:rPr>
        <w:t>ग्यारह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पद</w:t>
      </w:r>
      <w:r>
        <w:rPr>
          <w:rFonts w:ascii="Times New Roman" w:hAnsi="Times New Roman" w:eastAsia="Times New Roman" w:cs="Times New Roman"/>
        </w:rPr>
        <w:t xml:space="preserve"> </w:t>
      </w:r>
      <w:r>
        <w:rPr>
          <w:rFonts w:ascii="Nirmala UI" w:hAnsi="Nirmala UI" w:eastAsia="Nirmala UI" w:cs="Nirmala UI"/>
        </w:rPr>
        <w:t>चौदह</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दर्शन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स्थिर</w:t>
      </w:r>
      <w:r>
        <w:rPr>
          <w:rFonts w:ascii="Times New Roman" w:hAnsi="Times New Roman" w:eastAsia="Times New Roman" w:cs="Times New Roman"/>
        </w:rPr>
        <w:t xml:space="preserve"> </w:t>
      </w:r>
      <w:r>
        <w:rPr>
          <w:rFonts w:ascii="Nirmala UI" w:hAnsi="Nirmala UI" w:eastAsia="Nirmala UI" w:cs="Nirmala UI"/>
        </w:rPr>
        <w:t>करने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लिए</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ऊँचा</w:t>
      </w:r>
      <w:r>
        <w:rPr>
          <w:rFonts w:ascii="Times New Roman" w:hAnsi="Times New Roman" w:eastAsia="Times New Roman" w:cs="Times New Roman"/>
        </w:rPr>
        <w:t xml:space="preserve"> </w:t>
      </w:r>
      <w:r>
        <w:rPr>
          <w:rFonts w:ascii="Nirmala UI" w:hAnsi="Nirmala UI" w:eastAsia="Nirmala UI" w:cs="Nirmala UI"/>
        </w:rPr>
        <w:t>उठाने</w:t>
      </w:r>
      <w:r>
        <w:rPr>
          <w:rFonts w:ascii="Times New Roman" w:hAnsi="Times New Roman" w:eastAsia="Times New Roman" w:cs="Times New Roman"/>
        </w:rPr>
        <w:t xml:space="preserve"> </w:t>
      </w:r>
      <w:r>
        <w:rPr>
          <w:rFonts w:ascii="Nirmala UI" w:hAnsi="Nirmala UI" w:eastAsia="Nirmala UI" w:cs="Nirmala UI"/>
        </w:rPr>
        <w:t>वाले</w:t>
      </w:r>
      <w:r>
        <w:rPr>
          <w:rFonts w:ascii="Times New Roman" w:hAnsi="Times New Roman" w:eastAsia="Times New Roman" w:cs="Times New Roman"/>
        </w:rPr>
        <w:t xml:space="preserve">, </w:t>
      </w:r>
      <w:r>
        <w:rPr>
          <w:rFonts w:ascii="Nirmala UI" w:hAnsi="Nirmala UI" w:eastAsia="Nirmala UI" w:cs="Nirmala UI"/>
        </w:rPr>
        <w:t>गिर</w:t>
      </w:r>
      <w:r>
        <w:rPr>
          <w:rFonts w:ascii="Times New Roman" w:hAnsi="Times New Roman" w:eastAsia="Times New Roman" w:cs="Times New Roman"/>
        </w:rPr>
        <w:t xml:space="preserve"> </w:t>
      </w:r>
      <w:r>
        <w:rPr>
          <w:rFonts w:ascii="Nirmala UI" w:hAnsi="Nirmala UI" w:eastAsia="Nirmala UI" w:cs="Nirmala UI"/>
        </w:rPr>
        <w:t>पड़ने</w:t>
      </w:r>
      <w:r>
        <w:rPr>
          <w:rFonts w:ascii="Times New Roman" w:hAnsi="Times New Roman" w:eastAsia="Times New Roman" w:cs="Times New Roman"/>
        </w:rPr>
        <w:t xml:space="preserve"> </w:t>
      </w:r>
      <w:r>
        <w:rPr>
          <w:rFonts w:ascii="Nirmala UI" w:hAnsi="Nirmala UI" w:eastAsia="Nirmala UI" w:cs="Nirmala UI"/>
        </w:rPr>
        <w:t>वाले</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दानिय्येल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प्रजा</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लुटेरों</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किसी</w:t>
      </w:r>
      <w:r>
        <w:rPr>
          <w:rFonts w:ascii="Times New Roman" w:hAnsi="Times New Roman" w:eastAsia="Times New Roman" w:cs="Times New Roman"/>
        </w:rPr>
        <w:t xml:space="preserve"> </w:t>
      </w:r>
      <w:r>
        <w:rPr>
          <w:rFonts w:ascii="Nirmala UI" w:hAnsi="Nirmala UI" w:eastAsia="Nirmala UI" w:cs="Nirmala UI"/>
        </w:rPr>
        <w:t>अन्य</w:t>
      </w:r>
      <w:r>
        <w:rPr>
          <w:rFonts w:ascii="Times New Roman" w:hAnsi="Times New Roman" w:eastAsia="Times New Roman" w:cs="Times New Roman"/>
        </w:rPr>
        <w:t xml:space="preserve"> </w:t>
      </w:r>
      <w:r>
        <w:rPr>
          <w:rFonts w:ascii="Nirmala UI" w:hAnsi="Nirmala UI" w:eastAsia="Nirmala UI" w:cs="Nirmala UI"/>
        </w:rPr>
        <w:t>शक्ति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है।</w:t>
      </w:r>
    </w:p>
    <w:p>
      <w:pPr>
        <w:pStyle w:val="ArticleBody"/>
        <w:jc w:val="left"/>
      </w:pPr>
      <w:r>
        <w:rPr>
          <w:rFonts w:ascii="Times New Roman" w:hAnsi="Times New Roman" w:eastAsia="Times New Roman" w:cs="Times New Roman"/>
        </w:rPr>
        <w:t>دیڤم که دابەشبوونەوەکە لەبارەی ئەوەی کە «ڕۆمای مۆدێرن» هێزی پاپایەتییە یان ویلایەتە یەکگرتووەکانی ئەمریکا، ڕێگەی پێدراوە بۆ ئەوەی لەناو ئەم بزوتنەوەیەدا بهێندرێتە ناو، بە مەبەستی ئەوەی گەلەکەی ناچار بکات وشەی پێشبینیی خۆی بخوێننەوە و لێبکۆڵنەوە. خودا ئەم ناکۆکییەی هێناوەتە ئاراوە وەک دەربڕینێک لە میهرەبانیی خۆی. دیڤم کە ئەم جیاوازییە زیاتر پەیوەندیدارە بە ئامادەکردنی گەلەکەی بۆ قەیرانی داهاتوو، نەک تەنها بە ناساندنی ئەوەی کێ ڕاستە و کێ هەڵەیە سەبارەت بە «ڕۆمای مۆدێرن». ئەم ناکۆکییە ڕێگەی پێدرا و لەلایەن خوداوە داڕێژرا، بۆ ئەوەی بۆ هەر کەسێک کە بیەوێت ببینێت، ڕوون بکاتەوە کە تێگەیشتنی کەسیی خۆیان لە وشەی پێشبینیی ئەو ناتەواوە یان هەڵەیە. بۆیە ئەم ناکۆکییە بەڵگەیەکە لەسەر میهرەبانیی خودا.</w:t>
      </w:r>
    </w:p>
    <w:p>
      <w:pPr>
        <w:pStyle w:val="ArticleBody"/>
        <w:jc w:val="left"/>
      </w:pPr>
      <w:r>
        <w:rPr>
          <w:rFonts w:ascii="Gadugi" w:hAnsi="Gadugi" w:eastAsia="Gadugi" w:cs="Gadugi"/>
        </w:rPr>
        <w:t>ᏗᏓᏂᏴᏫᏯᏍᏗ</w:t>
      </w:r>
      <w:r>
        <w:rPr>
          <w:rFonts w:ascii="Times New Roman" w:hAnsi="Times New Roman" w:eastAsia="Times New Roman" w:cs="Times New Roman"/>
        </w:rPr>
        <w:t xml:space="preserve"> </w:t>
      </w:r>
      <w:r>
        <w:rPr>
          <w:rFonts w:ascii="Gadugi" w:hAnsi="Gadugi" w:eastAsia="Gadugi" w:cs="Gadugi"/>
        </w:rPr>
        <w:t>ᎥᏝ</w:t>
      </w:r>
      <w:r>
        <w:rPr>
          <w:rFonts w:ascii="Times New Roman" w:hAnsi="Times New Roman" w:eastAsia="Times New Roman" w:cs="Times New Roman"/>
        </w:rPr>
        <w:t xml:space="preserve"> </w:t>
      </w:r>
      <w:r>
        <w:rPr>
          <w:rFonts w:ascii="Gadugi" w:hAnsi="Gadugi" w:eastAsia="Gadugi" w:cs="Gadugi"/>
        </w:rPr>
        <w:t>ᎤᏩᏒ</w:t>
      </w:r>
      <w:r>
        <w:rPr>
          <w:rFonts w:ascii="Times New Roman" w:hAnsi="Times New Roman" w:eastAsia="Times New Roman" w:cs="Times New Roman"/>
        </w:rPr>
        <w:t xml:space="preserve"> </w:t>
      </w:r>
      <w:r>
        <w:rPr>
          <w:rFonts w:ascii="Gadugi" w:hAnsi="Gadugi" w:eastAsia="Gadugi" w:cs="Gadugi"/>
        </w:rPr>
        <w:t>ᎤᏓᏙᎴᎰᏒ</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ᎦᎪ</w:t>
      </w:r>
      <w:r>
        <w:rPr>
          <w:rFonts w:ascii="Times New Roman" w:hAnsi="Times New Roman" w:eastAsia="Times New Roman" w:cs="Times New Roman"/>
        </w:rPr>
        <w:t xml:space="preserve"> </w:t>
      </w:r>
      <w:r>
        <w:rPr>
          <w:rFonts w:ascii="Gadugi" w:hAnsi="Gadugi" w:eastAsia="Gadugi" w:cs="Gadugi"/>
        </w:rPr>
        <w:t>ᎠᏍᎦᏂᎩ</w:t>
      </w:r>
      <w:r>
        <w:rPr>
          <w:rFonts w:ascii="Times New Roman" w:hAnsi="Times New Roman" w:eastAsia="Times New Roman" w:cs="Times New Roman"/>
        </w:rPr>
        <w:t xml:space="preserve"> </w:t>
      </w:r>
      <w:r>
        <w:rPr>
          <w:rFonts w:ascii="Gadugi" w:hAnsi="Gadugi" w:eastAsia="Gadugi" w:cs="Gadugi"/>
        </w:rPr>
        <w:t>ᎤᏂᏴᏫ</w:t>
      </w:r>
      <w:r>
        <w:rPr>
          <w:rFonts w:ascii="Times New Roman" w:hAnsi="Times New Roman" w:eastAsia="Times New Roman" w:cs="Times New Roman"/>
        </w:rPr>
        <w:t xml:space="preserve"> </w:t>
      </w:r>
      <w:r>
        <w:rPr>
          <w:rFonts w:ascii="Gadugi" w:hAnsi="Gadugi" w:eastAsia="Gadugi" w:cs="Gadugi"/>
        </w:rPr>
        <w:t>ᎨᏒ</w:t>
      </w:r>
      <w:r>
        <w:rPr>
          <w:rFonts w:ascii="Times New Roman" w:hAnsi="Times New Roman" w:eastAsia="Times New Roman" w:cs="Times New Roman"/>
        </w:rPr>
        <w:t xml:space="preserve"> </w:t>
      </w:r>
      <w:r>
        <w:rPr>
          <w:rFonts w:ascii="Gadugi" w:hAnsi="Gadugi" w:eastAsia="Gadugi" w:cs="Gadugi"/>
        </w:rPr>
        <w:t>ᎤᏂᏤᎵᎦ</w:t>
      </w:r>
      <w:r>
        <w:rPr>
          <w:rFonts w:ascii="Times New Roman" w:hAnsi="Times New Roman" w:eastAsia="Times New Roman" w:cs="Times New Roman"/>
        </w:rPr>
        <w:t xml:space="preserve"> </w:t>
      </w:r>
      <w:r>
        <w:rPr>
          <w:rFonts w:ascii="Gadugi" w:hAnsi="Gadugi" w:eastAsia="Gadugi" w:cs="Gadugi"/>
        </w:rPr>
        <w:t>ᎤᏂᎦᏘᏱ</w:t>
      </w:r>
      <w:r>
        <w:rPr>
          <w:rFonts w:ascii="Times New Roman" w:hAnsi="Times New Roman" w:eastAsia="Times New Roman" w:cs="Times New Roman"/>
        </w:rPr>
        <w:t xml:space="preserve"> </w:t>
      </w:r>
      <w:r>
        <w:rPr>
          <w:rFonts w:ascii="Gadugi" w:hAnsi="Gadugi" w:eastAsia="Gadugi" w:cs="Gadugi"/>
        </w:rPr>
        <w:t>ᎤᏂᏚᎾᏓᏂᎪᎯᎯᏍᎩ</w:t>
      </w:r>
      <w:r>
        <w:rPr>
          <w:rFonts w:ascii="Times New Roman" w:hAnsi="Times New Roman" w:eastAsia="Times New Roman" w:cs="Times New Roman"/>
        </w:rPr>
        <w:t xml:space="preserve"> </w:t>
      </w:r>
      <w:r>
        <w:rPr>
          <w:rFonts w:ascii="Gadugi" w:hAnsi="Gadugi" w:eastAsia="Gadugi" w:cs="Gadugi"/>
        </w:rPr>
        <w:t>ᎤᏂᎪᏩᏘᏍᎬ</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ᎬᏂᏛ</w:t>
      </w:r>
      <w:r>
        <w:rPr>
          <w:rFonts w:ascii="Times New Roman" w:hAnsi="Times New Roman" w:eastAsia="Times New Roman" w:cs="Times New Roman"/>
        </w:rPr>
        <w:t xml:space="preserve"> </w:t>
      </w:r>
      <w:r>
        <w:rPr>
          <w:rFonts w:ascii="Gadugi" w:hAnsi="Gadugi" w:eastAsia="Gadugi" w:cs="Gadugi"/>
        </w:rPr>
        <w:t>ᎨᏒᎢ</w:t>
      </w:r>
      <w:r>
        <w:rPr>
          <w:rFonts w:ascii="Times New Roman" w:hAnsi="Times New Roman" w:eastAsia="Times New Roman" w:cs="Times New Roman"/>
        </w:rPr>
        <w:t xml:space="preserve">, </w:t>
      </w:r>
      <w:r>
        <w:rPr>
          <w:rFonts w:ascii="Gadugi" w:hAnsi="Gadugi" w:eastAsia="Gadugi" w:cs="Gadugi"/>
        </w:rPr>
        <w:t>ᎠᏎᏃ</w:t>
      </w:r>
      <w:r>
        <w:rPr>
          <w:rFonts w:ascii="Times New Roman" w:hAnsi="Times New Roman" w:eastAsia="Times New Roman" w:cs="Times New Roman"/>
        </w:rPr>
        <w:t xml:space="preserve"> </w:t>
      </w:r>
      <w:r>
        <w:rPr>
          <w:rFonts w:ascii="Gadugi" w:hAnsi="Gadugi" w:eastAsia="Gadugi" w:cs="Gadugi"/>
        </w:rPr>
        <w:t>ᎾᏍᏉ</w:t>
      </w:r>
      <w:r>
        <w:rPr>
          <w:rFonts w:ascii="Times New Roman" w:hAnsi="Times New Roman" w:eastAsia="Times New Roman" w:cs="Times New Roman"/>
        </w:rPr>
        <w:t xml:space="preserve"> </w:t>
      </w:r>
      <w:r>
        <w:rPr>
          <w:rFonts w:ascii="Gadugi" w:hAnsi="Gadugi" w:eastAsia="Gadugi" w:cs="Gadugi"/>
        </w:rPr>
        <w:t>ᎯᎠ</w:t>
      </w:r>
      <w:r>
        <w:rPr>
          <w:rFonts w:ascii="Times New Roman" w:hAnsi="Times New Roman" w:eastAsia="Times New Roman" w:cs="Times New Roman"/>
        </w:rPr>
        <w:t xml:space="preserve"> </w:t>
      </w:r>
      <w:r>
        <w:rPr>
          <w:rFonts w:ascii="Gadugi" w:hAnsi="Gadugi" w:eastAsia="Gadugi" w:cs="Gadugi"/>
        </w:rPr>
        <w:t>ᎤᏍᏗ</w:t>
      </w:r>
      <w:r>
        <w:rPr>
          <w:rFonts w:ascii="Times New Roman" w:hAnsi="Times New Roman" w:eastAsia="Times New Roman" w:cs="Times New Roman"/>
        </w:rPr>
        <w:t xml:space="preserve"> </w:t>
      </w:r>
      <w:r>
        <w:rPr>
          <w:rFonts w:ascii="Gadugi" w:hAnsi="Gadugi" w:eastAsia="Gadugi" w:cs="Gadugi"/>
        </w:rPr>
        <w:t>ᎢᎬᏱᏍᏗ</w:t>
      </w:r>
      <w:r>
        <w:rPr>
          <w:rFonts w:ascii="Times New Roman" w:hAnsi="Times New Roman" w:eastAsia="Times New Roman" w:cs="Times New Roman"/>
        </w:rPr>
        <w:t xml:space="preserve"> </w:t>
      </w:r>
      <w:r>
        <w:rPr>
          <w:rFonts w:ascii="Gadugi" w:hAnsi="Gadugi" w:eastAsia="Gadugi" w:cs="Gadugi"/>
        </w:rPr>
        <w:t>ᎢᏳᏍᏗ</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ᎤᏪᏥ</w:t>
      </w:r>
      <w:r>
        <w:rPr>
          <w:rFonts w:ascii="Times New Roman" w:hAnsi="Times New Roman" w:eastAsia="Times New Roman" w:cs="Times New Roman"/>
        </w:rPr>
        <w:t xml:space="preserve"> </w:t>
      </w:r>
      <w:r>
        <w:rPr>
          <w:rFonts w:ascii="Gadugi" w:hAnsi="Gadugi" w:eastAsia="Gadugi" w:cs="Gadugi"/>
        </w:rPr>
        <w:t>ᎦᎵᏉᎩ</w:t>
      </w:r>
      <w:r>
        <w:rPr>
          <w:rFonts w:ascii="Times New Roman" w:hAnsi="Times New Roman" w:eastAsia="Times New Roman" w:cs="Times New Roman"/>
        </w:rPr>
        <w:t xml:space="preserve"> </w:t>
      </w:r>
      <w:r>
        <w:rPr>
          <w:rFonts w:ascii="Gadugi" w:hAnsi="Gadugi" w:eastAsia="Gadugi" w:cs="Gadugi"/>
        </w:rPr>
        <w:t>ᏧᏕᏲᏗ</w:t>
      </w:r>
      <w:r>
        <w:rPr>
          <w:rFonts w:ascii="Times New Roman" w:hAnsi="Times New Roman" w:eastAsia="Times New Roman" w:cs="Times New Roman"/>
        </w:rPr>
        <w:t xml:space="preserve">, </w:t>
      </w:r>
      <w:r>
        <w:rPr>
          <w:rFonts w:ascii="Gadugi" w:hAnsi="Gadugi" w:eastAsia="Gadugi" w:cs="Gadugi"/>
        </w:rPr>
        <w:t>ᎤᏪᏥ</w:t>
      </w:r>
      <w:r>
        <w:rPr>
          <w:rFonts w:ascii="Times New Roman" w:hAnsi="Times New Roman" w:eastAsia="Times New Roman" w:cs="Times New Roman"/>
        </w:rPr>
        <w:t xml:space="preserve"> </w:t>
      </w:r>
      <w:r>
        <w:rPr>
          <w:rFonts w:ascii="Gadugi" w:hAnsi="Gadugi" w:eastAsia="Gadugi" w:cs="Gadugi"/>
        </w:rPr>
        <w:t>ᎦᎵᏉᎩ</w:t>
      </w:r>
      <w:r>
        <w:rPr>
          <w:rFonts w:ascii="Times New Roman" w:hAnsi="Times New Roman" w:eastAsia="Times New Roman" w:cs="Times New Roman"/>
        </w:rPr>
        <w:t xml:space="preserve"> </w:t>
      </w:r>
      <w:r>
        <w:rPr>
          <w:rFonts w:ascii="Gadugi" w:hAnsi="Gadugi" w:eastAsia="Gadugi" w:cs="Gadugi"/>
        </w:rPr>
        <w:t>ᏧᏕᏲᏗ</w:t>
      </w:r>
      <w:r>
        <w:rPr>
          <w:rFonts w:ascii="Times New Roman" w:hAnsi="Times New Roman" w:eastAsia="Times New Roman" w:cs="Times New Roman"/>
        </w:rPr>
        <w:t xml:space="preserve">” </w:t>
      </w:r>
      <w:r>
        <w:rPr>
          <w:rFonts w:ascii="Gadugi" w:hAnsi="Gadugi" w:eastAsia="Gadugi" w:cs="Gadugi"/>
        </w:rPr>
        <w:t>ᎠᏉᏯ</w:t>
      </w:r>
      <w:r>
        <w:rPr>
          <w:rFonts w:ascii="Times New Roman" w:hAnsi="Times New Roman" w:eastAsia="Times New Roman" w:cs="Times New Roman"/>
        </w:rPr>
        <w:t xml:space="preserve"> </w:t>
      </w:r>
      <w:r>
        <w:rPr>
          <w:rFonts w:ascii="Gadugi" w:hAnsi="Gadugi" w:eastAsia="Gadugi" w:cs="Gadugi"/>
        </w:rPr>
        <w:t>ᎢᎦᏛ</w:t>
      </w:r>
      <w:r>
        <w:rPr>
          <w:rFonts w:ascii="Times New Roman" w:hAnsi="Times New Roman" w:eastAsia="Times New Roman" w:cs="Times New Roman"/>
        </w:rPr>
        <w:t xml:space="preserve"> </w:t>
      </w:r>
      <w:r>
        <w:rPr>
          <w:rFonts w:ascii="Gadugi" w:hAnsi="Gadugi" w:eastAsia="Gadugi" w:cs="Gadugi"/>
        </w:rPr>
        <w:t>ᎢᏧᎳ</w:t>
      </w:r>
      <w:r>
        <w:rPr>
          <w:rFonts w:ascii="Times New Roman" w:hAnsi="Times New Roman" w:eastAsia="Times New Roman" w:cs="Times New Roman"/>
        </w:rPr>
        <w:t xml:space="preserve"> </w:t>
      </w:r>
      <w:r>
        <w:rPr>
          <w:rFonts w:ascii="Gadugi" w:hAnsi="Gadugi" w:eastAsia="Gadugi" w:cs="Gadugi"/>
        </w:rPr>
        <w:t>ᎠᏂᏍᏓᏱᏗᏍᎬ</w:t>
      </w:r>
      <w:r>
        <w:rPr>
          <w:rFonts w:ascii="Times New Roman" w:hAnsi="Times New Roman" w:eastAsia="Times New Roman" w:cs="Times New Roman"/>
        </w:rPr>
        <w:t xml:space="preserve"> </w:t>
      </w:r>
      <w:r>
        <w:rPr>
          <w:rFonts w:ascii="Gadugi" w:hAnsi="Gadugi" w:eastAsia="Gadugi" w:cs="Gadugi"/>
        </w:rPr>
        <w:t>ᎤᏂᏲᎯᏎᎲ</w:t>
      </w:r>
      <w:r>
        <w:rPr>
          <w:rFonts w:ascii="Times New Roman" w:hAnsi="Times New Roman" w:eastAsia="Times New Roman" w:cs="Times New Roman"/>
        </w:rPr>
        <w:t xml:space="preserve"> </w:t>
      </w:r>
      <w:r>
        <w:rPr>
          <w:rFonts w:ascii="Gadugi" w:hAnsi="Gadugi" w:eastAsia="Gadugi" w:cs="Gadugi"/>
        </w:rPr>
        <w:t>ᏚᏳᎪᏛ</w:t>
      </w:r>
      <w:r>
        <w:rPr>
          <w:rFonts w:ascii="Times New Roman" w:hAnsi="Times New Roman" w:eastAsia="Times New Roman" w:cs="Times New Roman"/>
        </w:rPr>
        <w:t xml:space="preserve"> </w:t>
      </w:r>
      <w:r>
        <w:rPr>
          <w:rFonts w:ascii="Gadugi" w:hAnsi="Gadugi" w:eastAsia="Gadugi" w:cs="Gadugi"/>
        </w:rPr>
        <w:t>ᎠᏥᏍᏆᎸᎡᎭ</w:t>
      </w:r>
      <w:r>
        <w:rPr>
          <w:rFonts w:ascii="Times New Roman" w:hAnsi="Times New Roman" w:eastAsia="Times New Roman" w:cs="Times New Roman"/>
        </w:rPr>
        <w:t xml:space="preserve"> </w:t>
      </w:r>
      <w:r>
        <w:rPr>
          <w:rFonts w:ascii="Gadugi" w:hAnsi="Gadugi" w:eastAsia="Gadugi" w:cs="Gadugi"/>
        </w:rPr>
        <w:t>ᏱᎩ</w:t>
      </w:r>
      <w:r>
        <w:rPr>
          <w:rFonts w:ascii="Times New Roman" w:hAnsi="Times New Roman" w:eastAsia="Times New Roman" w:cs="Times New Roman"/>
        </w:rPr>
        <w:t xml:space="preserve">. </w:t>
      </w:r>
      <w:r>
        <w:rPr>
          <w:rFonts w:ascii="Gadugi" w:hAnsi="Gadugi" w:eastAsia="Gadugi" w:cs="Gadugi"/>
        </w:rPr>
        <w:t>ᎤᏙᎯᏳᎯ</w:t>
      </w:r>
      <w:r>
        <w:rPr>
          <w:rFonts w:ascii="Times New Roman" w:hAnsi="Times New Roman" w:eastAsia="Times New Roman" w:cs="Times New Roman"/>
        </w:rPr>
        <w:t xml:space="preserve"> </w:t>
      </w:r>
      <w:r>
        <w:rPr>
          <w:rFonts w:ascii="Gadugi" w:hAnsi="Gadugi" w:eastAsia="Gadugi" w:cs="Gadugi"/>
        </w:rPr>
        <w:t>ᎠᏙᎴᎰᏍᎩ</w:t>
      </w:r>
      <w:r>
        <w:rPr>
          <w:rFonts w:ascii="Times New Roman" w:hAnsi="Times New Roman" w:eastAsia="Times New Roman" w:cs="Times New Roman"/>
        </w:rPr>
        <w:t xml:space="preserve"> </w:t>
      </w:r>
      <w:r>
        <w:rPr>
          <w:rFonts w:ascii="Gadugi" w:hAnsi="Gadugi" w:eastAsia="Gadugi" w:cs="Gadugi"/>
        </w:rPr>
        <w:t>ᏗᎦᏘᏯ</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ᎤᏪᏥ</w:t>
      </w:r>
      <w:r>
        <w:rPr>
          <w:rFonts w:ascii="Times New Roman" w:hAnsi="Times New Roman" w:eastAsia="Times New Roman" w:cs="Times New Roman"/>
        </w:rPr>
        <w:t xml:space="preserve"> </w:t>
      </w:r>
      <w:r>
        <w:rPr>
          <w:rFonts w:ascii="Gadugi" w:hAnsi="Gadugi" w:eastAsia="Gadugi" w:cs="Gadugi"/>
        </w:rPr>
        <w:t>ᎦᎵᏉᎩ</w:t>
      </w:r>
      <w:r>
        <w:rPr>
          <w:rFonts w:ascii="Times New Roman" w:hAnsi="Times New Roman" w:eastAsia="Times New Roman" w:cs="Times New Roman"/>
        </w:rPr>
        <w:t xml:space="preserve"> </w:t>
      </w:r>
      <w:r>
        <w:rPr>
          <w:rFonts w:ascii="Gadugi" w:hAnsi="Gadugi" w:eastAsia="Gadugi" w:cs="Gadugi"/>
        </w:rPr>
        <w:t>ᏧᏕᏲᏗ</w:t>
      </w:r>
      <w:r>
        <w:rPr>
          <w:rFonts w:ascii="Times New Roman" w:hAnsi="Times New Roman" w:eastAsia="Times New Roman" w:cs="Times New Roman"/>
        </w:rPr>
        <w:t xml:space="preserve">, </w:t>
      </w:r>
      <w:r>
        <w:rPr>
          <w:rFonts w:ascii="Gadugi" w:hAnsi="Gadugi" w:eastAsia="Gadugi" w:cs="Gadugi"/>
        </w:rPr>
        <w:t>ᎤᏪᏥ</w:t>
      </w:r>
      <w:r>
        <w:rPr>
          <w:rFonts w:ascii="Times New Roman" w:hAnsi="Times New Roman" w:eastAsia="Times New Roman" w:cs="Times New Roman"/>
        </w:rPr>
        <w:t xml:space="preserve"> </w:t>
      </w:r>
      <w:r>
        <w:rPr>
          <w:rFonts w:ascii="Gadugi" w:hAnsi="Gadugi" w:eastAsia="Gadugi" w:cs="Gadugi"/>
        </w:rPr>
        <w:t>ᎦᎵᏉᎩ</w:t>
      </w:r>
      <w:r>
        <w:rPr>
          <w:rFonts w:ascii="Times New Roman" w:hAnsi="Times New Roman" w:eastAsia="Times New Roman" w:cs="Times New Roman"/>
        </w:rPr>
        <w:t xml:space="preserve"> </w:t>
      </w:r>
      <w:r>
        <w:rPr>
          <w:rFonts w:ascii="Gadugi" w:hAnsi="Gadugi" w:eastAsia="Gadugi" w:cs="Gadugi"/>
        </w:rPr>
        <w:t>ᏧᏕᏲᏗ</w:t>
      </w:r>
      <w:r>
        <w:rPr>
          <w:rFonts w:ascii="Times New Roman" w:hAnsi="Times New Roman" w:eastAsia="Times New Roman" w:cs="Times New Roman"/>
        </w:rPr>
        <w:t xml:space="preserve">” </w:t>
      </w:r>
      <w:r>
        <w:rPr>
          <w:rFonts w:ascii="Gadugi" w:hAnsi="Gadugi" w:eastAsia="Gadugi" w:cs="Gadugi"/>
        </w:rPr>
        <w:t>ᎠᏉᏯ</w:t>
      </w:r>
      <w:r>
        <w:rPr>
          <w:rFonts w:ascii="Times New Roman" w:hAnsi="Times New Roman" w:eastAsia="Times New Roman" w:cs="Times New Roman"/>
        </w:rPr>
        <w:t xml:space="preserve"> </w:t>
      </w:r>
      <w:r>
        <w:rPr>
          <w:rFonts w:ascii="Gadugi" w:hAnsi="Gadugi" w:eastAsia="Gadugi" w:cs="Gadugi"/>
        </w:rPr>
        <w:t>ᎤᏠᏯᏍᏗᎭ</w:t>
      </w:r>
      <w:r>
        <w:rPr>
          <w:rFonts w:ascii="Times New Roman" w:hAnsi="Times New Roman" w:eastAsia="Times New Roman" w:cs="Times New Roman"/>
        </w:rPr>
        <w:t xml:space="preserve"> </w:t>
      </w:r>
      <w:r>
        <w:rPr>
          <w:rFonts w:ascii="Gadugi" w:hAnsi="Gadugi" w:eastAsia="Gadugi" w:cs="Gadugi"/>
        </w:rPr>
        <w:t>ᎤᏍᏗ</w:t>
      </w:r>
      <w:r>
        <w:rPr>
          <w:rFonts w:ascii="Times New Roman" w:hAnsi="Times New Roman" w:eastAsia="Times New Roman" w:cs="Times New Roman"/>
        </w:rPr>
        <w:t xml:space="preserve"> </w:t>
      </w:r>
      <w:r>
        <w:rPr>
          <w:rFonts w:ascii="Gadugi" w:hAnsi="Gadugi" w:eastAsia="Gadugi" w:cs="Gadugi"/>
        </w:rPr>
        <w:t>ᎤᏓᏙᎴᎰᏍᎬ</w:t>
      </w:r>
      <w:r>
        <w:rPr>
          <w:rFonts w:ascii="Times New Roman" w:hAnsi="Times New Roman" w:eastAsia="Times New Roman" w:cs="Times New Roman"/>
        </w:rPr>
        <w:t xml:space="preserve"> </w:t>
      </w:r>
      <w:r>
        <w:rPr>
          <w:rFonts w:ascii="Gadugi" w:hAnsi="Gadugi" w:eastAsia="Gadugi" w:cs="Gadugi"/>
        </w:rPr>
        <w:t>ᎠᎵᏍᏕᎸᏙᏗ</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ᏗᎾᏍᎩ</w:t>
      </w:r>
      <w:r>
        <w:rPr>
          <w:rFonts w:ascii="Times New Roman" w:hAnsi="Times New Roman" w:eastAsia="Times New Roman" w:cs="Times New Roman"/>
        </w:rPr>
        <w:t xml:space="preserve"> </w:t>
      </w:r>
      <w:r>
        <w:rPr>
          <w:rFonts w:ascii="Gadugi" w:hAnsi="Gadugi" w:eastAsia="Gadugi" w:cs="Gadugi"/>
        </w:rPr>
        <w:t>ᎠᏎᎲ</w:t>
      </w:r>
      <w:r>
        <w:rPr>
          <w:rFonts w:ascii="Times New Roman" w:hAnsi="Times New Roman" w:eastAsia="Times New Roman" w:cs="Times New Roman"/>
        </w:rPr>
        <w:t xml:space="preserve"> </w:t>
      </w:r>
      <w:r>
        <w:rPr>
          <w:rFonts w:ascii="Gadugi" w:hAnsi="Gadugi" w:eastAsia="Gadugi" w:cs="Gadugi"/>
        </w:rPr>
        <w:t>ᎤᏰᎸᏛ</w:t>
      </w:r>
      <w:r>
        <w:rPr>
          <w:rFonts w:ascii="Times New Roman" w:hAnsi="Times New Roman" w:eastAsia="Times New Roman" w:cs="Times New Roman"/>
        </w:rPr>
        <w:t xml:space="preserve"> </w:t>
      </w:r>
      <w:r>
        <w:rPr>
          <w:rFonts w:ascii="Gadugi" w:hAnsi="Gadugi" w:eastAsia="Gadugi" w:cs="Gadugi"/>
        </w:rPr>
        <w:t>ᏓᎪᏩᏘᏍᎬ</w:t>
      </w:r>
      <w:r>
        <w:rPr>
          <w:rFonts w:ascii="Times New Roman" w:hAnsi="Times New Roman" w:eastAsia="Times New Roman" w:cs="Times New Roman"/>
        </w:rPr>
        <w:t xml:space="preserve"> </w:t>
      </w:r>
      <w:r>
        <w:rPr>
          <w:rFonts w:ascii="Gadugi" w:hAnsi="Gadugi" w:eastAsia="Gadugi" w:cs="Gadugi"/>
        </w:rPr>
        <w:t>ᎠᏥᏩᏛᎯᏙᏗ</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ᎤᎾᏓᏔᎯᏍᎬ</w:t>
      </w:r>
      <w:r>
        <w:rPr>
          <w:rFonts w:ascii="Times New Roman" w:hAnsi="Times New Roman" w:eastAsia="Times New Roman" w:cs="Times New Roman"/>
        </w:rPr>
        <w:t xml:space="preserve"> </w:t>
      </w:r>
      <w:r>
        <w:rPr>
          <w:rFonts w:ascii="Gadugi" w:hAnsi="Gadugi" w:eastAsia="Gadugi" w:cs="Gadugi"/>
        </w:rPr>
        <w:t>ᎤᏣᎳᎩ</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ᎠᏥᏃᎯᏰᏍᎬ</w:t>
      </w:r>
      <w:r>
        <w:rPr>
          <w:rFonts w:ascii="Times New Roman" w:hAnsi="Times New Roman" w:eastAsia="Times New Roman" w:cs="Times New Roman"/>
        </w:rPr>
        <w:t xml:space="preserve">. </w:t>
      </w:r>
      <w:r>
        <w:rPr>
          <w:rFonts w:ascii="Gadugi" w:hAnsi="Gadugi" w:eastAsia="Gadugi" w:cs="Gadugi"/>
        </w:rPr>
        <w:t>ᏦᎢ</w:t>
      </w:r>
      <w:r>
        <w:rPr>
          <w:rFonts w:ascii="Times New Roman" w:hAnsi="Times New Roman" w:eastAsia="Times New Roman" w:cs="Times New Roman"/>
        </w:rPr>
        <w:t xml:space="preserve"> </w:t>
      </w:r>
      <w:r>
        <w:rPr>
          <w:rFonts w:ascii="Gadugi" w:hAnsi="Gadugi" w:eastAsia="Gadugi" w:cs="Gadugi"/>
        </w:rPr>
        <w:t>ᎤᏓᏑᏴᎢ</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ᎤᏪᏥ</w:t>
      </w:r>
      <w:r>
        <w:rPr>
          <w:rFonts w:ascii="Times New Roman" w:hAnsi="Times New Roman" w:eastAsia="Times New Roman" w:cs="Times New Roman"/>
        </w:rPr>
        <w:t xml:space="preserve"> </w:t>
      </w:r>
      <w:r>
        <w:rPr>
          <w:rFonts w:ascii="Gadugi" w:hAnsi="Gadugi" w:eastAsia="Gadugi" w:cs="Gadugi"/>
        </w:rPr>
        <w:t>ᎦᎵᏉᎩ</w:t>
      </w:r>
      <w:r>
        <w:rPr>
          <w:rFonts w:ascii="Times New Roman" w:hAnsi="Times New Roman" w:eastAsia="Times New Roman" w:cs="Times New Roman"/>
        </w:rPr>
        <w:t xml:space="preserve"> </w:t>
      </w:r>
      <w:r>
        <w:rPr>
          <w:rFonts w:ascii="Gadugi" w:hAnsi="Gadugi" w:eastAsia="Gadugi" w:cs="Gadugi"/>
        </w:rPr>
        <w:t>ᏧᏕᏲᏗ</w:t>
      </w:r>
      <w:r>
        <w:rPr>
          <w:rFonts w:ascii="Times New Roman" w:hAnsi="Times New Roman" w:eastAsia="Times New Roman" w:cs="Times New Roman"/>
        </w:rPr>
        <w:t xml:space="preserve">” </w:t>
      </w:r>
      <w:r>
        <w:rPr>
          <w:rFonts w:ascii="Gadugi" w:hAnsi="Gadugi" w:eastAsia="Gadugi" w:cs="Gadugi"/>
        </w:rPr>
        <w:t>ᎠᏉᏯ</w:t>
      </w:r>
      <w:r>
        <w:rPr>
          <w:rFonts w:ascii="Times New Roman" w:hAnsi="Times New Roman" w:eastAsia="Times New Roman" w:cs="Times New Roman"/>
        </w:rPr>
        <w:t xml:space="preserve"> </w:t>
      </w:r>
      <w:r>
        <w:rPr>
          <w:rFonts w:ascii="Gadugi" w:hAnsi="Gadugi" w:eastAsia="Gadugi" w:cs="Gadugi"/>
        </w:rPr>
        <w:t>ᎠᏆᏛᏂᏍᎬ</w:t>
      </w:r>
      <w:r>
        <w:rPr>
          <w:rFonts w:ascii="Times New Roman" w:hAnsi="Times New Roman" w:eastAsia="Times New Roman" w:cs="Times New Roman"/>
        </w:rPr>
        <w:t xml:space="preserve"> </w:t>
      </w:r>
      <w:r>
        <w:rPr>
          <w:rFonts w:ascii="Gadugi" w:hAnsi="Gadugi" w:eastAsia="Gadugi" w:cs="Gadugi"/>
        </w:rPr>
        <w:t>ᎠᏎ</w:t>
      </w:r>
      <w:r>
        <w:rPr>
          <w:rFonts w:ascii="Times New Roman" w:hAnsi="Times New Roman" w:eastAsia="Times New Roman" w:cs="Times New Roman"/>
        </w:rPr>
        <w:t xml:space="preserve"> </w:t>
      </w:r>
      <w:r>
        <w:rPr>
          <w:rFonts w:ascii="Gadugi" w:hAnsi="Gadugi" w:eastAsia="Gadugi" w:cs="Gadugi"/>
        </w:rPr>
        <w:t>ᏚᏳᎪᏗ</w:t>
      </w:r>
      <w:r>
        <w:rPr>
          <w:rFonts w:ascii="Times New Roman" w:hAnsi="Times New Roman" w:eastAsia="Times New Roman" w:cs="Times New Roman"/>
        </w:rPr>
        <w:t xml:space="preserve"> </w:t>
      </w:r>
      <w:r>
        <w:rPr>
          <w:rFonts w:ascii="Gadugi" w:hAnsi="Gadugi" w:eastAsia="Gadugi" w:cs="Gadugi"/>
        </w:rPr>
        <w:t>ᏂᎨᏒ</w:t>
      </w:r>
      <w:r>
        <w:rPr>
          <w:rFonts w:ascii="Times New Roman" w:hAnsi="Times New Roman" w:eastAsia="Times New Roman" w:cs="Times New Roman"/>
        </w:rPr>
        <w:t xml:space="preserve"> </w:t>
      </w:r>
      <w:r>
        <w:rPr>
          <w:rFonts w:ascii="Gadugi" w:hAnsi="Gadugi" w:eastAsia="Gadugi" w:cs="Gadugi"/>
        </w:rPr>
        <w:t>ᏥᏰᎵ</w:t>
      </w:r>
      <w:r>
        <w:rPr>
          <w:rFonts w:ascii="Times New Roman" w:hAnsi="Times New Roman" w:eastAsia="Times New Roman" w:cs="Times New Roman"/>
        </w:rPr>
        <w:t xml:space="preserve"> </w:t>
      </w:r>
      <w:r>
        <w:rPr>
          <w:rFonts w:ascii="Gadugi" w:hAnsi="Gadugi" w:eastAsia="Gadugi" w:cs="Gadugi"/>
        </w:rPr>
        <w:t>ᎬᏁᎭ</w:t>
      </w:r>
      <w:r>
        <w:rPr>
          <w:rFonts w:ascii="Times New Roman" w:hAnsi="Times New Roman" w:eastAsia="Times New Roman" w:cs="Times New Roman"/>
        </w:rPr>
        <w:t xml:space="preserve"> </w:t>
      </w:r>
      <w:r>
        <w:rPr>
          <w:rFonts w:ascii="Gadugi" w:hAnsi="Gadugi" w:eastAsia="Gadugi" w:cs="Gadugi"/>
        </w:rPr>
        <w:t>ᎯᎠ</w:t>
      </w:r>
      <w:r>
        <w:rPr>
          <w:rFonts w:ascii="Times New Roman" w:hAnsi="Times New Roman" w:eastAsia="Times New Roman" w:cs="Times New Roman"/>
        </w:rPr>
        <w:t xml:space="preserve"> </w:t>
      </w:r>
      <w:r>
        <w:rPr>
          <w:rFonts w:ascii="Gadugi" w:hAnsi="Gadugi" w:eastAsia="Gadugi" w:cs="Gadugi"/>
        </w:rPr>
        <w:t>ᎪᎯ</w:t>
      </w:r>
      <w:r>
        <w:rPr>
          <w:rFonts w:ascii="Times New Roman" w:hAnsi="Times New Roman" w:eastAsia="Times New Roman" w:cs="Times New Roman"/>
        </w:rPr>
        <w:t xml:space="preserve"> </w:t>
      </w:r>
      <w:r>
        <w:rPr>
          <w:rFonts w:ascii="Gadugi" w:hAnsi="Gadugi" w:eastAsia="Gadugi" w:cs="Gadugi"/>
        </w:rPr>
        <w:t>ᎢᎦ</w:t>
      </w:r>
      <w:r>
        <w:rPr>
          <w:rFonts w:ascii="Times New Roman" w:hAnsi="Times New Roman" w:eastAsia="Times New Roman" w:cs="Times New Roman"/>
        </w:rPr>
        <w:t xml:space="preserve"> </w:t>
      </w:r>
      <w:r>
        <w:rPr>
          <w:rFonts w:ascii="Gadugi" w:hAnsi="Gadugi" w:eastAsia="Gadugi" w:cs="Gadugi"/>
        </w:rPr>
        <w:t>ᏗᏓᏂᏴᏫᏯᏍᏗ</w:t>
      </w:r>
      <w:r>
        <w:rPr>
          <w:rFonts w:ascii="Times New Roman" w:hAnsi="Times New Roman" w:eastAsia="Times New Roman" w:cs="Times New Roman"/>
        </w:rPr>
        <w:t xml:space="preserve"> </w:t>
      </w:r>
      <w:r>
        <w:rPr>
          <w:rFonts w:ascii="Gadugi" w:hAnsi="Gadugi" w:eastAsia="Gadugi" w:cs="Gadugi"/>
        </w:rPr>
        <w:t>ᎠᏓᏡᎬᎢ</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ᎨᏒ</w:t>
      </w:r>
      <w:r>
        <w:rPr>
          <w:rFonts w:ascii="Times New Roman" w:hAnsi="Times New Roman" w:eastAsia="Times New Roman" w:cs="Times New Roman"/>
        </w:rPr>
        <w:t xml:space="preserve"> </w:t>
      </w:r>
      <w:r>
        <w:rPr>
          <w:rFonts w:ascii="Gadugi" w:hAnsi="Gadugi" w:eastAsia="Gadugi" w:cs="Gadugi"/>
        </w:rPr>
        <w:t>ᎦᎶᏁᏛ</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ᎤᏙᎯᏳᎯ</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ᎦᎶᏁᏛ</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ᎠᎵᏉᎩᏍᎩ</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ᎠᎵᏍᎪᎸᏗ</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ᏦᎢ</w:t>
      </w:r>
      <w:r>
        <w:rPr>
          <w:rFonts w:ascii="Times New Roman" w:hAnsi="Times New Roman" w:eastAsia="Times New Roman" w:cs="Times New Roman"/>
        </w:rPr>
        <w:t xml:space="preserve"> </w:t>
      </w:r>
      <w:r>
        <w:rPr>
          <w:rFonts w:ascii="Gadugi" w:hAnsi="Gadugi" w:eastAsia="Gadugi" w:cs="Gadugi"/>
        </w:rPr>
        <w:t>ᎢᏳᏍᏗ</w:t>
      </w:r>
      <w:r>
        <w:rPr>
          <w:rFonts w:ascii="Times New Roman" w:hAnsi="Times New Roman" w:eastAsia="Times New Roman" w:cs="Times New Roman"/>
        </w:rPr>
        <w:t xml:space="preserve"> </w:t>
      </w:r>
      <w:r>
        <w:rPr>
          <w:rFonts w:ascii="Gadugi" w:hAnsi="Gadugi" w:eastAsia="Gadugi" w:cs="Gadugi"/>
        </w:rPr>
        <w:t>ᎠᏙᎴᎰᏍᎬ</w:t>
      </w:r>
      <w:r>
        <w:rPr>
          <w:rFonts w:ascii="Times New Roman" w:hAnsi="Times New Roman" w:eastAsia="Times New Roman" w:cs="Times New Roman"/>
        </w:rPr>
        <w:t xml:space="preserve"> </w:t>
      </w:r>
      <w:r>
        <w:rPr>
          <w:rFonts w:ascii="Gadugi" w:hAnsi="Gadugi" w:eastAsia="Gadugi" w:cs="Gadugi"/>
        </w:rPr>
        <w:t>ᎠᏓᏁᎸᎢ</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Ñe'ẽrã pahápe umi oguerekóva peteĩ entendimiento vai versículo catorce Daniel once-pegua rehegua ojehechakuaáta omopyenda hague iposición doctrinal peteĩ interpretación privada ári.</w:t>
      </w:r>
    </w:p>
    <w:p>
      <w:pPr>
        <w:pStyle w:val="ArticleScripture"/>
        <w:jc w:val="left"/>
      </w:pPr>
      <w:r>
        <w:rPr>
          <w:rFonts w:ascii="Times New Roman" w:hAnsi="Times New Roman" w:eastAsia="Times New Roman" w:cs="Times New Roman"/>
        </w:rPr>
        <w:t>Ñuqanchikpas aswan cheqaq profeciapa siminta charinchik; chayman uyarispa allinta ruwankichik, tutayasqa cheqapi k’anchay hina lliphichiqman hina, p’unchay paqarinankama, ch’aska qhuyllur sonqoykichikpi lluqsinankama: Ñawpaqta kayta yachaspaykichik, Qellqapi ima profeciapas mana pichus sapallan tantiyasqanman hinachu. Profeciaqa manam runapa munayninmantachu ñawpa p’unchawkunapi hamurqa; astawankari Diospa ch’uya runankuna Rimayta rimarqanku Santo Espíritu pusasqan kaspa. 2 Pedro 1:19–21.</w:t>
      </w:r>
    </w:p>
    <w:p>
      <w:pPr>
        <w:pStyle w:val="ArticleBody"/>
        <w:jc w:val="left"/>
      </w:pPr>
      <w:r>
        <w:rPr>
          <w:rFonts w:ascii="Times New Roman" w:hAnsi="Times New Roman" w:eastAsia="Times New Roman" w:cs="Times New Roman"/>
        </w:rPr>
        <w:t>Sa kontrobersiya bahin sa bersikulo katorse, usa ka pananglitan sa akong nasabtan nga “kinaugalingong paghubad” makita diha sa The Great Controversy.</w:t>
      </w:r>
    </w:p>
    <w:p>
      <w:pPr>
        <w:pStyle w:val="ArticleScripture"/>
        <w:jc w:val="left"/>
      </w:pPr>
      <w:r>
        <w:rPr>
          <w:rFonts w:ascii="Times New Roman" w:hAnsi="Times New Roman" w:eastAsia="Times New Roman" w:cs="Times New Roman"/>
        </w:rPr>
        <w:t>«Քանի որ շաբաթը ողջ քրիստոնեական աշխարհում դարձել է վեճի առանձնահատուկ կետ, և կրոնական ու աշխարհիկ իշխանությունները միավորվել են կիրակիի պահպանումը պարտադրելու համար, ապա մի փոքր փոքրամասնության համառ մերժումը՝ տեղի տալու ժողովրդական պահանջին, նրանց կդարձնի համընդհանուր անեծքի առարկա։ Կպնդվի, թե այն քչերը, որոնք կանգնում են եկեղեցու հաստատության և պետության օրենքի դեմ, չպետք է հանդուրժվեն, և թե ավելի լավ է, որ նրանք տառապեն, քան թե ամբողջ ազգերը մատնվեն խառնակության ու անօրենության։ Նույն այս փաստարկը շատ դարեր առաջ Քրիստոսի դեմ առաջ քաշեցին «ժողովրդի իշխանավորները»։ «Մեզ համար օգտակար է,— ասաց խորամանկ Կայիափան,— որ մեկ մարդ մեռնի ժողովրդի համար, և որ ամբողջ ազգը չկորչի»։ Հովհաննես 11:50։ Այս փաստարկը վճռական կթվա, և ի վերջո հրամանագիր կարձակվի չորրորդ պատվիրանի շաբաթը սրբագործողների դեմ՝ նրանց հռչակելով ամենածանր պատժին արժանի և ժողովրդին որոշ ժամանակ անց ազատություն տալով նրանց մահվան մատնելու։ Հին Աշխարհում հռոմեականությունը և Նոր Աշխարհում հավատուրաց բողոքականությունը նման ընթացք կորդեգրեն նրանց նկատմամբ, ովքեր պատվում են բոլոր աստվածային պատվիրանները»։ Մեծ պայքար, 615։</w:t>
      </w:r>
    </w:p>
    <w:p>
      <w:pPr>
        <w:pStyle w:val="ArticleBody"/>
        <w:jc w:val="left"/>
      </w:pPr>
      <w:r>
        <w:rPr>
          <w:rFonts w:ascii="Times New Roman" w:hAnsi="Times New Roman" w:eastAsia="Times New Roman" w:cs="Times New Roman"/>
        </w:rPr>
        <w:t>«Քրիստոնեական աշխարհը» ներկայացնում է քրիստոնյաների համաշխարհային համայնքը կամ քրիստոնեական մեծամասնություն ունեցող երկրների և մշակույթների հավաքական ամբողջությունը։ Այս տերմինը հաճախ գործածվում է նշելու աշխարհի այն հատվածները, որտեղ քրիստոնեությունը գերակշռող կրոնն է և նշանակալի կերպով ազդել է մշակույթի, օրենքների և հասարակական նորմերի վրա։ Քրիստոնեական աշխարհը ներառում է քրիստոնեության համաշխարհային տարածումը՝ իր հետևորդների, մշակութային ազդեցության և պատմական նշանակության առումով։ Առանց հեռացնելու այն կրկնությունները, որոնք առկա են Ellen White CD-ROM-ում, «Քրիստոնեական աշխարհ» բառը հանդիպում է հարյուր յոթանասունվեց անգամ։ Աշխարհագրական առումով Քույր Ուայթը ցույց է տալիս, որ քրիստոնեական աշխարհն ընդհանուր առմամբ ներկայացնում է Եվրոպան և Ամերիկաները։ Քույր Ուայթի համատեքստում Եվրոպան նույնացվում է որպես Հին աշխարհ, իսկ Ամերիկաները՝ Նոր աշխարհ։</w:t>
      </w:r>
    </w:p>
    <w:p>
      <w:pPr>
        <w:pStyle w:val="ArticleScripture"/>
        <w:jc w:val="left"/>
      </w:pPr>
      <w:r>
        <w:rPr>
          <w:rFonts w:ascii="Times New Roman" w:hAnsi="Times New Roman" w:eastAsia="Times New Roman" w:cs="Times New Roman"/>
        </w:rPr>
        <w:t>“Алам сыҳти мӕргъути қъӕлӕсӕнтӕй æвдисæг уыд ‘зæххылæй кæнынмæ.’ Æндæр хæстытæ æмбæртæнæй бацæуын нæй, фæлæ æнæвдисæг æмвæзад, мӕнæ фыдӕлдæр æвдисгæуæг бæстæй æрцæуын хъуыддæр уæд царддзы, æмæ аккагæй æмæ тыныгъæй рæвдз уæд. Уæдæй, уый не ‘Иуырæссы дунейы’ къахдзæф, фыддæр кæнынц, бæркад æмæ тохы нæцæйты астæу уырныну нæй — уыцы тæрхонæй, ‘адæмты, æмæ бирæгъты, æмæ бæстытæ, æмæ æвзæгты’ хъæздыг морæй. Уый хъæуыд уæд Кæсæг континентæй агурын.”</w:t>
      </w:r>
    </w:p>
    <w:p>
      <w:pPr>
        <w:pStyle w:val="ArticleScripture"/>
        <w:jc w:val="left"/>
      </w:pPr>
      <w:r>
        <w:rPr>
          <w:rFonts w:ascii="Times New Roman" w:hAnsi="Times New Roman" w:eastAsia="Times New Roman" w:cs="Times New Roman"/>
        </w:rPr>
        <w:t>«1798-ին Նոր աշխարհի ո՞ր ազգն էր բարձրանում ի զորություն՝ ուժի և մեծության խոստում տալով և գրավելով աշխարհի ուշադրությունը։ Խորհրդանիշի կիրառությունը հարցի տեղ չի թողնում։ Մի ազգ, և միայն մեկը, համապատասխանում է այս մարգարեության բնութագրերին. այն անվրեպ կերպով մատնանշում է Ամերիկայի Միացյալ Նահանգները»։ The Great Controversy, 441.</w:t>
      </w:r>
    </w:p>
    <w:p>
      <w:pPr>
        <w:pStyle w:val="ArticleBody"/>
        <w:jc w:val="left"/>
      </w:pPr>
      <w:r>
        <w:rPr>
          <w:rFonts w:ascii="Myanmar Text" w:hAnsi="Myanmar Text" w:eastAsia="Myanmar Text" w:cs="Myanmar Text"/>
        </w:rPr>
        <w:t>ဝေဖန်သုံးသပ်လျက်ရှိသော</w:t>
      </w:r>
      <w:r>
        <w:rPr>
          <w:rFonts w:ascii="Times New Roman" w:hAnsi="Times New Roman" w:eastAsia="Times New Roman" w:cs="Times New Roman"/>
        </w:rPr>
        <w:t xml:space="preserve"> </w:t>
      </w:r>
      <w:r>
        <w:rPr>
          <w:rFonts w:ascii="Myanmar Text" w:hAnsi="Myanmar Text" w:eastAsia="Myanmar Text" w:cs="Myanmar Text"/>
        </w:rPr>
        <w:t>စာပိုဒ်အတွင်းရှိ</w:t>
      </w:r>
      <w:r>
        <w:rPr>
          <w:rFonts w:ascii="Times New Roman" w:hAnsi="Times New Roman" w:eastAsia="Times New Roman" w:cs="Times New Roman"/>
        </w:rPr>
        <w:t xml:space="preserve"> </w:t>
      </w:r>
      <w:r>
        <w:rPr>
          <w:rFonts w:ascii="Myanmar Text" w:hAnsi="Myanmar Text" w:eastAsia="Myanmar Text" w:cs="Myanmar Text"/>
        </w:rPr>
        <w:t>နောက်ဆုံးဝါကျကို</w:t>
      </w:r>
      <w:r>
        <w:rPr>
          <w:rFonts w:ascii="Times New Roman" w:hAnsi="Times New Roman" w:eastAsia="Times New Roman" w:cs="Times New Roman"/>
        </w:rPr>
        <w:t xml:space="preserve"> “</w:t>
      </w:r>
      <w:r>
        <w:rPr>
          <w:rFonts w:ascii="Myanmar Text" w:hAnsi="Myanmar Text" w:eastAsia="Myanmar Text" w:cs="Myanmar Text"/>
        </w:rPr>
        <w:t>ကမ္ဘာဟောင်း၌</w:t>
      </w:r>
      <w:r>
        <w:rPr>
          <w:rFonts w:ascii="Times New Roman" w:hAnsi="Times New Roman" w:eastAsia="Times New Roman" w:cs="Times New Roman"/>
        </w:rPr>
        <w:t xml:space="preserve"> </w:t>
      </w:r>
      <w:r>
        <w:rPr>
          <w:rFonts w:ascii="Myanmar Text" w:hAnsi="Myanmar Text" w:eastAsia="Myanmar Text" w:cs="Myanmar Text"/>
        </w:rPr>
        <w:t>ရောမကက်သလစ်ဝါဒနှင့်</w:t>
      </w:r>
      <w:r>
        <w:rPr>
          <w:rFonts w:ascii="Times New Roman" w:hAnsi="Times New Roman" w:eastAsia="Times New Roman" w:cs="Times New Roman"/>
        </w:rPr>
        <w:t xml:space="preserve"> </w:t>
      </w:r>
      <w:r>
        <w:rPr>
          <w:rFonts w:ascii="Myanmar Text" w:hAnsi="Myanmar Text" w:eastAsia="Myanmar Text" w:cs="Myanmar Text"/>
        </w:rPr>
        <w:t>ကမ္ဘာသစ်၌</w:t>
      </w:r>
      <w:r>
        <w:rPr>
          <w:rFonts w:ascii="Times New Roman" w:hAnsi="Times New Roman" w:eastAsia="Times New Roman" w:cs="Times New Roman"/>
        </w:rPr>
        <w:t xml:space="preserve"> </w:t>
      </w:r>
      <w:r>
        <w:rPr>
          <w:rFonts w:ascii="Myanmar Text" w:hAnsi="Myanmar Text" w:eastAsia="Myanmar Text" w:cs="Myanmar Text"/>
        </w:rPr>
        <w:t>ဖောက်ပြန်သွားသော</w:t>
      </w:r>
      <w:r>
        <w:rPr>
          <w:rFonts w:ascii="Times New Roman" w:hAnsi="Times New Roman" w:eastAsia="Times New Roman" w:cs="Times New Roman"/>
        </w:rPr>
        <w:t xml:space="preserve"> </w:t>
      </w:r>
      <w:r>
        <w:rPr>
          <w:rFonts w:ascii="Myanmar Text" w:hAnsi="Myanmar Text" w:eastAsia="Myanmar Text" w:cs="Myanmar Text"/>
        </w:rPr>
        <w:t>ပရိုတက်စတင့်ဝါဒ</w:t>
      </w:r>
      <w:r>
        <w:rPr>
          <w:rFonts w:ascii="Times New Roman" w:hAnsi="Times New Roman" w:eastAsia="Times New Roman" w:cs="Times New Roman"/>
        </w:rPr>
        <w:t xml:space="preserve">” </w:t>
      </w:r>
      <w:r>
        <w:rPr>
          <w:rFonts w:ascii="Myanmar Text" w:hAnsi="Myanmar Text" w:eastAsia="Myanmar Text" w:cs="Myanmar Text"/>
        </w:rPr>
        <w:t>ဟူသော</w:t>
      </w:r>
      <w:r>
        <w:rPr>
          <w:rFonts w:ascii="Times New Roman" w:hAnsi="Times New Roman" w:eastAsia="Times New Roman" w:cs="Times New Roman"/>
        </w:rPr>
        <w:t xml:space="preserve"> </w:t>
      </w:r>
      <w:r>
        <w:rPr>
          <w:rFonts w:ascii="Myanmar Text" w:hAnsi="Myanmar Text" w:eastAsia="Myanmar Text" w:cs="Myanmar Text"/>
        </w:rPr>
        <w:t>စကားရပ်သည်</w:t>
      </w:r>
      <w:r>
        <w:rPr>
          <w:rFonts w:ascii="Times New Roman" w:hAnsi="Times New Roman" w:eastAsia="Times New Roman" w:cs="Times New Roman"/>
        </w:rPr>
        <w:t xml:space="preserve"> “</w:t>
      </w:r>
      <w:r>
        <w:rPr>
          <w:rFonts w:ascii="Myanmar Text" w:hAnsi="Myanmar Text" w:eastAsia="Myanmar Text" w:cs="Myanmar Text"/>
        </w:rPr>
        <w:t>ကမ္ဘာဟောင်း၏</w:t>
      </w:r>
      <w:r>
        <w:rPr>
          <w:rFonts w:ascii="Times New Roman" w:hAnsi="Times New Roman" w:eastAsia="Times New Roman" w:cs="Times New Roman"/>
        </w:rPr>
        <w:t xml:space="preserve"> </w:t>
      </w:r>
      <w:r>
        <w:rPr>
          <w:rFonts w:ascii="Myanmar Text" w:hAnsi="Myanmar Text" w:eastAsia="Myanmar Text" w:cs="Myanmar Text"/>
        </w:rPr>
        <w:t>ရောမကက်သလစ်ဝါဒ</w:t>
      </w:r>
      <w:r>
        <w:rPr>
          <w:rFonts w:ascii="Times New Roman" w:hAnsi="Times New Roman" w:eastAsia="Times New Roman" w:cs="Times New Roman"/>
        </w:rPr>
        <w:t xml:space="preserve">” </w:t>
      </w:r>
      <w:r>
        <w:rPr>
          <w:rFonts w:ascii="Myanmar Text" w:hAnsi="Myanmar Text" w:eastAsia="Myanmar Text" w:cs="Myanmar Text"/>
        </w:rPr>
        <w:t>ကို</w:t>
      </w:r>
      <w:r>
        <w:rPr>
          <w:rFonts w:ascii="Times New Roman" w:hAnsi="Times New Roman" w:eastAsia="Times New Roman" w:cs="Times New Roman"/>
        </w:rPr>
        <w:t xml:space="preserve"> </w:t>
      </w:r>
      <w:r>
        <w:rPr>
          <w:rFonts w:ascii="Myanmar Text" w:hAnsi="Myanmar Text" w:eastAsia="Myanmar Text" w:cs="Myanmar Text"/>
        </w:rPr>
        <w:t>အမှောင်ခေတ်အတွင်းရှိ</w:t>
      </w:r>
      <w:r>
        <w:rPr>
          <w:rFonts w:ascii="Times New Roman" w:hAnsi="Times New Roman" w:eastAsia="Times New Roman" w:cs="Times New Roman"/>
        </w:rPr>
        <w:t xml:space="preserve"> </w:t>
      </w:r>
      <w:r>
        <w:rPr>
          <w:rFonts w:ascii="Myanmar Text" w:hAnsi="Myanmar Text" w:eastAsia="Myanmar Text" w:cs="Myanmar Text"/>
        </w:rPr>
        <w:t>ပာပါစီအား</w:t>
      </w:r>
      <w:r>
        <w:rPr>
          <w:rFonts w:ascii="Times New Roman" w:hAnsi="Times New Roman" w:eastAsia="Times New Roman" w:cs="Times New Roman"/>
        </w:rPr>
        <w:t xml:space="preserve"> </w:t>
      </w:r>
      <w:r>
        <w:rPr>
          <w:rFonts w:ascii="Myanmar Text" w:hAnsi="Myanmar Text" w:eastAsia="Myanmar Text" w:cs="Myanmar Text"/>
        </w:rPr>
        <w:t>ညွှန်ပြခြင်းဖြစ်ပြီး၊</w:t>
      </w:r>
      <w:r>
        <w:rPr>
          <w:rFonts w:ascii="Times New Roman" w:hAnsi="Times New Roman" w:eastAsia="Times New Roman" w:cs="Times New Roman"/>
        </w:rPr>
        <w:t xml:space="preserve"> “</w:t>
      </w:r>
      <w:r>
        <w:rPr>
          <w:rFonts w:ascii="Myanmar Text" w:hAnsi="Myanmar Text" w:eastAsia="Myanmar Text" w:cs="Myanmar Text"/>
        </w:rPr>
        <w:t>ကမ္ဘာသစ်၌</w:t>
      </w:r>
      <w:r>
        <w:rPr>
          <w:rFonts w:ascii="Times New Roman" w:hAnsi="Times New Roman" w:eastAsia="Times New Roman" w:cs="Times New Roman"/>
        </w:rPr>
        <w:t xml:space="preserve"> </w:t>
      </w:r>
      <w:r>
        <w:rPr>
          <w:rFonts w:ascii="Myanmar Text" w:hAnsi="Myanmar Text" w:eastAsia="Myanmar Text" w:cs="Myanmar Text"/>
        </w:rPr>
        <w:t>ဖောက်ပြန်သွားသော</w:t>
      </w:r>
      <w:r>
        <w:rPr>
          <w:rFonts w:ascii="Times New Roman" w:hAnsi="Times New Roman" w:eastAsia="Times New Roman" w:cs="Times New Roman"/>
        </w:rPr>
        <w:t xml:space="preserve"> </w:t>
      </w:r>
      <w:r>
        <w:rPr>
          <w:rFonts w:ascii="Myanmar Text" w:hAnsi="Myanmar Text" w:eastAsia="Myanmar Text" w:cs="Myanmar Text"/>
        </w:rPr>
        <w:t>ပရိုတက်စတင့်ဝါဒ</w:t>
      </w:r>
      <w:r>
        <w:rPr>
          <w:rFonts w:ascii="Times New Roman" w:hAnsi="Times New Roman" w:eastAsia="Times New Roman" w:cs="Times New Roman"/>
        </w:rPr>
        <w:t xml:space="preserve">” </w:t>
      </w:r>
      <w:r>
        <w:rPr>
          <w:rFonts w:ascii="Myanmar Text" w:hAnsi="Myanmar Text" w:eastAsia="Myanmar Text" w:cs="Myanmar Text"/>
        </w:rPr>
        <w:t>ဟူသော</w:t>
      </w:r>
      <w:r>
        <w:rPr>
          <w:rFonts w:ascii="Times New Roman" w:hAnsi="Times New Roman" w:eastAsia="Times New Roman" w:cs="Times New Roman"/>
        </w:rPr>
        <w:t xml:space="preserve"> </w:t>
      </w:r>
      <w:r>
        <w:rPr>
          <w:rFonts w:ascii="Myanmar Text" w:hAnsi="Myanmar Text" w:eastAsia="Myanmar Text" w:cs="Myanmar Text"/>
        </w:rPr>
        <w:t>စကားရပ်ဖြင့်</w:t>
      </w:r>
      <w:r>
        <w:rPr>
          <w:rFonts w:ascii="Times New Roman" w:hAnsi="Times New Roman" w:eastAsia="Times New Roman" w:cs="Times New Roman"/>
        </w:rPr>
        <w:t xml:space="preserve"> </w:t>
      </w:r>
      <w:r>
        <w:rPr>
          <w:rFonts w:ascii="Myanmar Text" w:hAnsi="Myanmar Text" w:eastAsia="Myanmar Text" w:cs="Myanmar Text"/>
        </w:rPr>
        <w:t>ကိုယ်စားပြုထားသည့်</w:t>
      </w:r>
      <w:r>
        <w:rPr>
          <w:rFonts w:ascii="Times New Roman" w:hAnsi="Times New Roman" w:eastAsia="Times New Roman" w:cs="Times New Roman"/>
        </w:rPr>
        <w:t xml:space="preserve"> </w:t>
      </w:r>
      <w:r>
        <w:rPr>
          <w:rFonts w:ascii="Myanmar Text" w:hAnsi="Myanmar Text" w:eastAsia="Myanmar Text" w:cs="Myanmar Text"/>
        </w:rPr>
        <w:t>ခေတ်သစ်ရောမအဖြစ်</w:t>
      </w:r>
      <w:r>
        <w:rPr>
          <w:rFonts w:ascii="Times New Roman" w:hAnsi="Times New Roman" w:eastAsia="Times New Roman" w:cs="Times New Roman"/>
        </w:rPr>
        <w:t xml:space="preserve"> </w:t>
      </w:r>
      <w:r>
        <w:rPr>
          <w:rFonts w:ascii="Myanmar Text" w:hAnsi="Myanmar Text" w:eastAsia="Myanmar Text" w:cs="Myanmar Text"/>
        </w:rPr>
        <w:t>အမေရိကန်ပြည်ထောင်စု</w:t>
      </w:r>
      <w:r>
        <w:rPr>
          <w:rFonts w:ascii="Times New Roman" w:hAnsi="Times New Roman" w:eastAsia="Times New Roman" w:cs="Times New Roman"/>
        </w:rPr>
        <w:t xml:space="preserve"> (</w:t>
      </w:r>
      <w:r>
        <w:rPr>
          <w:rFonts w:ascii="Myanmar Text" w:hAnsi="Myanmar Text" w:eastAsia="Myanmar Text" w:cs="Myanmar Text"/>
        </w:rPr>
        <w:t>ဖောက်ပြန်သွားသော</w:t>
      </w:r>
      <w:r>
        <w:rPr>
          <w:rFonts w:ascii="Times New Roman" w:hAnsi="Times New Roman" w:eastAsia="Times New Roman" w:cs="Times New Roman"/>
        </w:rPr>
        <w:t xml:space="preserve"> </w:t>
      </w:r>
      <w:r>
        <w:rPr>
          <w:rFonts w:ascii="Myanmar Text" w:hAnsi="Myanmar Text" w:eastAsia="Myanmar Text" w:cs="Myanmar Text"/>
        </w:rPr>
        <w:t>ပရိုတက်စတင့်ဝါဒ</w:t>
      </w:r>
      <w:r>
        <w:rPr>
          <w:rFonts w:ascii="Times New Roman" w:hAnsi="Times New Roman" w:eastAsia="Times New Roman" w:cs="Times New Roman"/>
        </w:rPr>
        <w:t xml:space="preserve">) </w:t>
      </w:r>
      <w:r>
        <w:rPr>
          <w:rFonts w:ascii="Myanmar Text" w:hAnsi="Myanmar Text" w:eastAsia="Myanmar Text" w:cs="Myanmar Text"/>
        </w:rPr>
        <w:t>ကို</w:t>
      </w:r>
      <w:r>
        <w:rPr>
          <w:rFonts w:ascii="Times New Roman" w:hAnsi="Times New Roman" w:eastAsia="Times New Roman" w:cs="Times New Roman"/>
        </w:rPr>
        <w:t xml:space="preserve"> </w:t>
      </w:r>
      <w:r>
        <w:rPr>
          <w:rFonts w:ascii="Myanmar Text" w:hAnsi="Myanmar Text" w:eastAsia="Myanmar Text" w:cs="Myanmar Text"/>
        </w:rPr>
        <w:t>သတ်မှတ်ဖော်ပြနေသည်ဟု</w:t>
      </w:r>
      <w:r>
        <w:rPr>
          <w:rFonts w:ascii="Times New Roman" w:hAnsi="Times New Roman" w:eastAsia="Times New Roman" w:cs="Times New Roman"/>
        </w:rPr>
        <w:t xml:space="preserve"> </w:t>
      </w:r>
      <w:r>
        <w:rPr>
          <w:rFonts w:ascii="Myanmar Text" w:hAnsi="Myanmar Text" w:eastAsia="Myanmar Text" w:cs="Myanmar Text"/>
        </w:rPr>
        <w:t>အကြံပြုရန်</w:t>
      </w:r>
      <w:r>
        <w:rPr>
          <w:rFonts w:ascii="Times New Roman" w:hAnsi="Times New Roman" w:eastAsia="Times New Roman" w:cs="Times New Roman"/>
        </w:rPr>
        <w:t xml:space="preserve"> </w:t>
      </w:r>
      <w:r>
        <w:rPr>
          <w:rFonts w:ascii="Myanmar Text" w:hAnsi="Myanmar Text" w:eastAsia="Myanmar Text" w:cs="Myanmar Text"/>
        </w:rPr>
        <w:t>အသုံးပြုလာခဲ့ကြသည်။</w:t>
      </w:r>
      <w:r>
        <w:rPr>
          <w:rFonts w:ascii="Times New Roman" w:hAnsi="Times New Roman" w:eastAsia="Times New Roman" w:cs="Times New Roman"/>
        </w:rPr>
        <w:t xml:space="preserve"> “</w:t>
      </w:r>
      <w:r>
        <w:rPr>
          <w:rFonts w:ascii="Myanmar Text" w:hAnsi="Myanmar Text" w:eastAsia="Myanmar Text" w:cs="Myanmar Text"/>
        </w:rPr>
        <w:t>ဟောင်း</w:t>
      </w:r>
      <w:r>
        <w:rPr>
          <w:rFonts w:ascii="Times New Roman" w:hAnsi="Times New Roman" w:eastAsia="Times New Roman" w:cs="Times New Roman"/>
        </w:rPr>
        <w:t xml:space="preserve">” </w:t>
      </w:r>
      <w:r>
        <w:rPr>
          <w:rFonts w:ascii="Myanmar Text" w:hAnsi="Myanmar Text" w:eastAsia="Myanmar Text" w:cs="Myanmar Text"/>
        </w:rPr>
        <w:t>ကို</w:t>
      </w:r>
      <w:r>
        <w:rPr>
          <w:rFonts w:ascii="Times New Roman" w:hAnsi="Times New Roman" w:eastAsia="Times New Roman" w:cs="Times New Roman"/>
        </w:rPr>
        <w:t xml:space="preserve"> </w:t>
      </w:r>
      <w:r>
        <w:rPr>
          <w:rFonts w:ascii="Myanmar Text" w:hAnsi="Myanmar Text" w:eastAsia="Myanmar Text" w:cs="Myanmar Text"/>
        </w:rPr>
        <w:t>အတိတ်သမိုင်းဟု</w:t>
      </w:r>
      <w:r>
        <w:rPr>
          <w:rFonts w:ascii="Times New Roman" w:hAnsi="Times New Roman" w:eastAsia="Times New Roman" w:cs="Times New Roman"/>
        </w:rPr>
        <w:t xml:space="preserve"> </w:t>
      </w:r>
      <w:r>
        <w:rPr>
          <w:rFonts w:ascii="Myanmar Text" w:hAnsi="Myanmar Text" w:eastAsia="Myanmar Text" w:cs="Myanmar Text"/>
        </w:rPr>
        <w:t>သတ်မှတ်ကြပြီး၊</w:t>
      </w:r>
      <w:r>
        <w:rPr>
          <w:rFonts w:ascii="Times New Roman" w:hAnsi="Times New Roman" w:eastAsia="Times New Roman" w:cs="Times New Roman"/>
        </w:rPr>
        <w:t xml:space="preserve"> “</w:t>
      </w:r>
      <w:r>
        <w:rPr>
          <w:rFonts w:ascii="Myanmar Text" w:hAnsi="Myanmar Text" w:eastAsia="Myanmar Text" w:cs="Myanmar Text"/>
        </w:rPr>
        <w:t>သစ်</w:t>
      </w:r>
      <w:r>
        <w:rPr>
          <w:rFonts w:ascii="Times New Roman" w:hAnsi="Times New Roman" w:eastAsia="Times New Roman" w:cs="Times New Roman"/>
        </w:rPr>
        <w:t xml:space="preserve">” </w:t>
      </w:r>
      <w:r>
        <w:rPr>
          <w:rFonts w:ascii="Myanmar Text" w:hAnsi="Myanmar Text" w:eastAsia="Myanmar Text" w:cs="Myanmar Text"/>
        </w:rPr>
        <w:t>ကို</w:t>
      </w:r>
      <w:r>
        <w:rPr>
          <w:rFonts w:ascii="Times New Roman" w:hAnsi="Times New Roman" w:eastAsia="Times New Roman" w:cs="Times New Roman"/>
        </w:rPr>
        <w:t xml:space="preserve"> </w:t>
      </w:r>
      <w:r>
        <w:rPr>
          <w:rFonts w:ascii="Myanmar Text" w:hAnsi="Myanmar Text" w:eastAsia="Myanmar Text" w:cs="Myanmar Text"/>
        </w:rPr>
        <w:t>မော်ဒန်</w:t>
      </w:r>
      <w:r>
        <w:rPr>
          <w:rFonts w:ascii="Times New Roman" w:hAnsi="Times New Roman" w:eastAsia="Times New Roman" w:cs="Times New Roman"/>
        </w:rPr>
        <w:t xml:space="preserve"> </w:t>
      </w:r>
      <w:r>
        <w:rPr>
          <w:rFonts w:ascii="Myanmar Text" w:hAnsi="Myanmar Text" w:eastAsia="Myanmar Text" w:cs="Myanmar Text"/>
        </w:rPr>
        <w:t>သို့မဟုတ်</w:t>
      </w:r>
      <w:r>
        <w:rPr>
          <w:rFonts w:ascii="Times New Roman" w:hAnsi="Times New Roman" w:eastAsia="Times New Roman" w:cs="Times New Roman"/>
        </w:rPr>
        <w:t xml:space="preserve"> </w:t>
      </w:r>
      <w:r>
        <w:rPr>
          <w:rFonts w:ascii="Myanmar Text" w:hAnsi="Myanmar Text" w:eastAsia="Myanmar Text" w:cs="Myanmar Text"/>
        </w:rPr>
        <w:t>လက်ရှိသမိုင်းဟု</w:t>
      </w:r>
      <w:r>
        <w:rPr>
          <w:rFonts w:ascii="Times New Roman" w:hAnsi="Times New Roman" w:eastAsia="Times New Roman" w:cs="Times New Roman"/>
        </w:rPr>
        <w:t xml:space="preserve"> </w:t>
      </w:r>
      <w:r>
        <w:rPr>
          <w:rFonts w:ascii="Myanmar Text" w:hAnsi="Myanmar Text" w:eastAsia="Myanmar Text" w:cs="Myanmar Text"/>
        </w:rPr>
        <w:t>သတ်မှတ်ကြသည်။</w:t>
      </w:r>
      <w:r>
        <w:rPr>
          <w:rFonts w:ascii="Times New Roman" w:hAnsi="Times New Roman" w:eastAsia="Times New Roman" w:cs="Times New Roman"/>
        </w:rPr>
        <w:t xml:space="preserve"> </w:t>
      </w:r>
      <w:r>
        <w:rPr>
          <w:rFonts w:ascii="Myanmar Text" w:hAnsi="Myanmar Text" w:eastAsia="Myanmar Text" w:cs="Myanmar Text"/>
        </w:rPr>
        <w:t>ထိုသို့</w:t>
      </w:r>
      <w:r>
        <w:rPr>
          <w:rFonts w:ascii="Times New Roman" w:hAnsi="Times New Roman" w:eastAsia="Times New Roman" w:cs="Times New Roman"/>
        </w:rPr>
        <w:t xml:space="preserve"> </w:t>
      </w:r>
      <w:r>
        <w:rPr>
          <w:rFonts w:ascii="Myanmar Text" w:hAnsi="Myanmar Text" w:eastAsia="Myanmar Text" w:cs="Myanmar Text"/>
        </w:rPr>
        <w:t>အသုံးချဖော်ပြခြင်းသည်</w:t>
      </w:r>
      <w:r>
        <w:rPr>
          <w:rFonts w:ascii="Times New Roman" w:hAnsi="Times New Roman" w:eastAsia="Times New Roman" w:cs="Times New Roman"/>
        </w:rPr>
        <w:t xml:space="preserve"> </w:t>
      </w:r>
      <w:r>
        <w:rPr>
          <w:rFonts w:ascii="Myanmar Text" w:hAnsi="Myanmar Text" w:eastAsia="Myanmar Text" w:cs="Myanmar Text"/>
        </w:rPr>
        <w:t>ခရစ်ယာန်လောကနှင့်</w:t>
      </w:r>
      <w:r>
        <w:rPr>
          <w:rFonts w:ascii="Times New Roman" w:hAnsi="Times New Roman" w:eastAsia="Times New Roman" w:cs="Times New Roman"/>
        </w:rPr>
        <w:t xml:space="preserve"> </w:t>
      </w:r>
      <w:r>
        <w:rPr>
          <w:rFonts w:ascii="Myanmar Text" w:hAnsi="Myanmar Text" w:eastAsia="Myanmar Text" w:cs="Myanmar Text"/>
        </w:rPr>
        <w:t>ကမ္ဘာဟောင်းနှင့်</w:t>
      </w:r>
      <w:r>
        <w:rPr>
          <w:rFonts w:ascii="Times New Roman" w:hAnsi="Times New Roman" w:eastAsia="Times New Roman" w:cs="Times New Roman"/>
        </w:rPr>
        <w:t xml:space="preserve"> </w:t>
      </w:r>
      <w:r>
        <w:rPr>
          <w:rFonts w:ascii="Myanmar Text" w:hAnsi="Myanmar Text" w:eastAsia="Myanmar Text" w:cs="Myanmar Text"/>
        </w:rPr>
        <w:t>ကမ္ဘာသစ်တို့အပေါ်</w:t>
      </w:r>
      <w:r>
        <w:rPr>
          <w:rFonts w:ascii="Times New Roman" w:hAnsi="Times New Roman" w:eastAsia="Times New Roman" w:cs="Times New Roman"/>
        </w:rPr>
        <w:t xml:space="preserve"> Sister White </w:t>
      </w:r>
      <w:r>
        <w:rPr>
          <w:rFonts w:ascii="Myanmar Text" w:hAnsi="Myanmar Text" w:eastAsia="Myanmar Text" w:cs="Myanmar Text"/>
        </w:rPr>
        <w:t>၏</w:t>
      </w:r>
      <w:r>
        <w:rPr>
          <w:rFonts w:ascii="Times New Roman" w:hAnsi="Times New Roman" w:eastAsia="Times New Roman" w:cs="Times New Roman"/>
        </w:rPr>
        <w:t xml:space="preserve"> </w:t>
      </w:r>
      <w:r>
        <w:rPr>
          <w:rFonts w:ascii="Myanmar Text" w:hAnsi="Myanmar Text" w:eastAsia="Myanmar Text" w:cs="Myanmar Text"/>
        </w:rPr>
        <w:t>တည်ငြိမ်စွာ</w:t>
      </w:r>
      <w:r>
        <w:rPr>
          <w:rFonts w:ascii="Times New Roman" w:hAnsi="Times New Roman" w:eastAsia="Times New Roman" w:cs="Times New Roman"/>
        </w:rPr>
        <w:t xml:space="preserve"> </w:t>
      </w:r>
      <w:r>
        <w:rPr>
          <w:rFonts w:ascii="Myanmar Text" w:hAnsi="Myanmar Text" w:eastAsia="Myanmar Text" w:cs="Myanmar Text"/>
        </w:rPr>
        <w:t>ထူထောင်ထားသော</w:t>
      </w:r>
      <w:r>
        <w:rPr>
          <w:rFonts w:ascii="Times New Roman" w:hAnsi="Times New Roman" w:eastAsia="Times New Roman" w:cs="Times New Roman"/>
        </w:rPr>
        <w:t xml:space="preserve"> </w:t>
      </w:r>
      <w:r>
        <w:rPr>
          <w:rFonts w:ascii="Myanmar Text" w:hAnsi="Myanmar Text" w:eastAsia="Myanmar Text" w:cs="Myanmar Text"/>
        </w:rPr>
        <w:t>နားလည်ချက်ကို</w:t>
      </w:r>
      <w:r>
        <w:rPr>
          <w:rFonts w:ascii="Times New Roman" w:hAnsi="Times New Roman" w:eastAsia="Times New Roman" w:cs="Times New Roman"/>
        </w:rPr>
        <w:t xml:space="preserve"> </w:t>
      </w:r>
      <w:r>
        <w:rPr>
          <w:rFonts w:ascii="Myanmar Text" w:hAnsi="Myanmar Text" w:eastAsia="Myanmar Text" w:cs="Myanmar Text"/>
        </w:rPr>
        <w:t>လွဲချော်ကွေ့ကောက်စေသည်။</w:t>
      </w:r>
    </w:p>
    <w:p>
      <w:pPr>
        <w:pStyle w:val="ArticleBody"/>
        <w:jc w:val="left"/>
      </w:pPr>
      <w:r>
        <w:rPr>
          <w:rFonts w:ascii="Times New Roman" w:hAnsi="Times New Roman" w:eastAsia="Times New Roman" w:cs="Times New Roman"/>
        </w:rPr>
        <w:t>A loske kay a mangusar iti sasao kas maipapan iti napalabas ken masakbayan a pakasaritaan, mangtedda iti “maysa a naisina a panangipatarus” a situtulnog a mangsungbat iti kayat a sawen ni Sister White. Ti ibagbaga ket ti “Daan a Lubong” ket itakderna ti napalabas a pakasaritaan ken ti “Baro” ket itakderna ti moderno wenno agdama a pakasaritaan (Baro).</w:t>
      </w:r>
    </w:p>
    <w:p>
      <w:pPr>
        <w:pStyle w:val="ArticleBody"/>
        <w:jc w:val="left"/>
      </w:pPr>
      <w:r>
        <w:rPr>
          <w:rFonts w:ascii="Nirmala UI" w:hAnsi="Nirmala UI" w:eastAsia="Nirmala UI" w:cs="Nirmala UI"/>
        </w:rPr>
        <w:t>अंश</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कहा</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w:t>
      </w:r>
      <w:r>
        <w:rPr>
          <w:rFonts w:ascii="Nirmala UI" w:hAnsi="Nirmala UI" w:eastAsia="Nirmala UI" w:cs="Nirmala UI"/>
        </w:rPr>
        <w:t>पछ्याउदै</w:t>
      </w:r>
      <w:r>
        <w:rPr>
          <w:rFonts w:ascii="Times New Roman" w:hAnsi="Times New Roman" w:eastAsia="Times New Roman" w:cs="Times New Roman"/>
        </w:rPr>
        <w:t xml:space="preserve"> </w:t>
      </w:r>
      <w:r>
        <w:rPr>
          <w:rFonts w:ascii="Nirmala UI" w:hAnsi="Nirmala UI" w:eastAsia="Nirmala UI" w:cs="Nirmala UI"/>
        </w:rPr>
        <w:t>जानेछ।</w:t>
      </w:r>
      <w:r>
        <w:rPr>
          <w:rFonts w:ascii="Times New Roman" w:hAnsi="Times New Roman" w:eastAsia="Times New Roman" w:cs="Times New Roman"/>
        </w:rPr>
        <w:t xml:space="preserve">” </w:t>
      </w:r>
      <w:r>
        <w:rPr>
          <w:rFonts w:ascii="Nirmala UI" w:hAnsi="Nirmala UI" w:eastAsia="Nirmala UI" w:cs="Nirmala UI"/>
        </w:rPr>
        <w:t>रोमनवाद</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धर्मत्यागी</w:t>
      </w:r>
      <w:r>
        <w:rPr>
          <w:rFonts w:ascii="Times New Roman" w:hAnsi="Times New Roman" w:eastAsia="Times New Roman" w:cs="Times New Roman"/>
        </w:rPr>
        <w:t xml:space="preserve"> </w:t>
      </w:r>
      <w:r>
        <w:rPr>
          <w:rFonts w:ascii="Nirmala UI" w:hAnsi="Nirmala UI" w:eastAsia="Nirmala UI" w:cs="Nirmala UI"/>
        </w:rPr>
        <w:t>प्रोटेस्टेन्टवादले</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सबै</w:t>
      </w:r>
      <w:r>
        <w:rPr>
          <w:rFonts w:ascii="Times New Roman" w:hAnsi="Times New Roman" w:eastAsia="Times New Roman" w:cs="Times New Roman"/>
        </w:rPr>
        <w:t xml:space="preserve"> </w:t>
      </w:r>
      <w:r>
        <w:rPr>
          <w:rFonts w:ascii="Nirmala UI" w:hAnsi="Nirmala UI" w:eastAsia="Nirmala UI" w:cs="Nirmala UI"/>
        </w:rPr>
        <w:t>दैवी</w:t>
      </w:r>
      <w:r>
        <w:rPr>
          <w:rFonts w:ascii="Times New Roman" w:hAnsi="Times New Roman" w:eastAsia="Times New Roman" w:cs="Times New Roman"/>
        </w:rPr>
        <w:t xml:space="preserve"> </w:t>
      </w:r>
      <w:r>
        <w:rPr>
          <w:rFonts w:ascii="Nirmala UI" w:hAnsi="Nirmala UI" w:eastAsia="Nirmala UI" w:cs="Nirmala UI"/>
        </w:rPr>
        <w:t>आज्ञाहरूलाई</w:t>
      </w:r>
      <w:r>
        <w:rPr>
          <w:rFonts w:ascii="Times New Roman" w:hAnsi="Times New Roman" w:eastAsia="Times New Roman" w:cs="Times New Roman"/>
        </w:rPr>
        <w:t xml:space="preserve"> </w:t>
      </w:r>
      <w:r>
        <w:rPr>
          <w:rFonts w:ascii="Nirmala UI" w:hAnsi="Nirmala UI" w:eastAsia="Nirmala UI" w:cs="Nirmala UI"/>
        </w:rPr>
        <w:t>आदर</w:t>
      </w:r>
      <w:r>
        <w:rPr>
          <w:rFonts w:ascii="Times New Roman" w:hAnsi="Times New Roman" w:eastAsia="Times New Roman" w:cs="Times New Roman"/>
        </w:rPr>
        <w:t xml:space="preserve"> </w:t>
      </w:r>
      <w:r>
        <w:rPr>
          <w:rFonts w:ascii="Nirmala UI" w:hAnsi="Nirmala UI" w:eastAsia="Nirmala UI" w:cs="Nirmala UI"/>
        </w:rPr>
        <w:t>गर्नेहरूप्रति</w:t>
      </w:r>
      <w:r>
        <w:rPr>
          <w:rFonts w:ascii="Times New Roman" w:hAnsi="Times New Roman" w:eastAsia="Times New Roman" w:cs="Times New Roman"/>
        </w:rPr>
        <w:t xml:space="preserve"> </w:t>
      </w:r>
      <w:r>
        <w:rPr>
          <w:rFonts w:ascii="Nirmala UI" w:hAnsi="Nirmala UI" w:eastAsia="Nirmala UI" w:cs="Nirmala UI"/>
        </w:rPr>
        <w:t>समान</w:t>
      </w:r>
      <w:r>
        <w:rPr>
          <w:rFonts w:ascii="Times New Roman" w:hAnsi="Times New Roman" w:eastAsia="Times New Roman" w:cs="Times New Roman"/>
        </w:rPr>
        <w:t xml:space="preserve"> </w:t>
      </w:r>
      <w:r>
        <w:rPr>
          <w:rFonts w:ascii="Nirmala UI" w:hAnsi="Nirmala UI" w:eastAsia="Nirmala UI" w:cs="Nirmala UI"/>
        </w:rPr>
        <w:t>मार्ग</w:t>
      </w:r>
      <w:r>
        <w:rPr>
          <w:rFonts w:ascii="Times New Roman" w:hAnsi="Times New Roman" w:eastAsia="Times New Roman" w:cs="Times New Roman"/>
        </w:rPr>
        <w:t xml:space="preserve"> </w:t>
      </w:r>
      <w:r>
        <w:rPr>
          <w:rFonts w:ascii="Nirmala UI" w:hAnsi="Nirmala UI" w:eastAsia="Nirmala UI" w:cs="Nirmala UI"/>
        </w:rPr>
        <w:t>पछ्याउनेछन्।</w:t>
      </w:r>
      <w:r>
        <w:rPr>
          <w:rFonts w:ascii="Times New Roman" w:hAnsi="Times New Roman" w:eastAsia="Times New Roman" w:cs="Times New Roman"/>
        </w:rPr>
        <w:t xml:space="preserve">” </w:t>
      </w:r>
      <w:r>
        <w:rPr>
          <w:rFonts w:ascii="Nirmala UI" w:hAnsi="Nirmala UI" w:eastAsia="Nirmala UI" w:cs="Nirmala UI"/>
        </w:rPr>
        <w:t>उक्त</w:t>
      </w:r>
      <w:r>
        <w:rPr>
          <w:rFonts w:ascii="Times New Roman" w:hAnsi="Times New Roman" w:eastAsia="Times New Roman" w:cs="Times New Roman"/>
        </w:rPr>
        <w:t xml:space="preserve"> </w:t>
      </w:r>
      <w:r>
        <w:rPr>
          <w:rFonts w:ascii="Nirmala UI" w:hAnsi="Nirmala UI" w:eastAsia="Nirmala UI" w:cs="Nirmala UI"/>
        </w:rPr>
        <w:t>अंशमा</w:t>
      </w:r>
      <w:r>
        <w:rPr>
          <w:rFonts w:ascii="Times New Roman" w:hAnsi="Times New Roman" w:eastAsia="Times New Roman" w:cs="Times New Roman"/>
        </w:rPr>
        <w:t xml:space="preserve"> </w:t>
      </w:r>
      <w:r>
        <w:rPr>
          <w:rFonts w:ascii="Nirmala UI" w:hAnsi="Nirmala UI" w:eastAsia="Nirmala UI" w:cs="Nirmala UI"/>
        </w:rPr>
        <w:t>पुरानो</w:t>
      </w:r>
      <w:r>
        <w:rPr>
          <w:rFonts w:ascii="Times New Roman" w:hAnsi="Times New Roman" w:eastAsia="Times New Roman" w:cs="Times New Roman"/>
        </w:rPr>
        <w:t xml:space="preserve"> </w:t>
      </w:r>
      <w:r>
        <w:rPr>
          <w:rFonts w:ascii="Nirmala UI" w:hAnsi="Nirmala UI" w:eastAsia="Nirmala UI" w:cs="Nirmala UI"/>
        </w:rPr>
        <w:t>संसार</w:t>
      </w:r>
      <w:r>
        <w:rPr>
          <w:rFonts w:ascii="Times New Roman" w:hAnsi="Times New Roman" w:eastAsia="Times New Roman" w:cs="Times New Roman"/>
        </w:rPr>
        <w:t xml:space="preserve"> </w:t>
      </w:r>
      <w:r>
        <w:rPr>
          <w:rFonts w:ascii="Nirmala UI" w:hAnsi="Nirmala UI" w:eastAsia="Nirmala UI" w:cs="Nirmala UI"/>
        </w:rPr>
        <w:t>युरोप</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नयाँ</w:t>
      </w:r>
      <w:r>
        <w:rPr>
          <w:rFonts w:ascii="Times New Roman" w:hAnsi="Times New Roman" w:eastAsia="Times New Roman" w:cs="Times New Roman"/>
        </w:rPr>
        <w:t xml:space="preserve"> </w:t>
      </w:r>
      <w:r>
        <w:rPr>
          <w:rFonts w:ascii="Nirmala UI" w:hAnsi="Nirmala UI" w:eastAsia="Nirmala UI" w:cs="Nirmala UI"/>
        </w:rPr>
        <w:t>संसार</w:t>
      </w:r>
      <w:r>
        <w:rPr>
          <w:rFonts w:ascii="Times New Roman" w:hAnsi="Times New Roman" w:eastAsia="Times New Roman" w:cs="Times New Roman"/>
        </w:rPr>
        <w:t xml:space="preserve"> </w:t>
      </w:r>
      <w:r>
        <w:rPr>
          <w:rFonts w:ascii="Nirmala UI" w:hAnsi="Nirmala UI" w:eastAsia="Nirmala UI" w:cs="Nirmala UI"/>
        </w:rPr>
        <w:t>अमेरिकाहरू</w:t>
      </w:r>
      <w:r>
        <w:rPr>
          <w:rFonts w:ascii="Times New Roman" w:hAnsi="Times New Roman" w:eastAsia="Times New Roman" w:cs="Times New Roman"/>
        </w:rPr>
        <w:t xml:space="preserve"> </w:t>
      </w:r>
      <w:r>
        <w:rPr>
          <w:rFonts w:ascii="Nirmala UI" w:hAnsi="Nirmala UI" w:eastAsia="Nirmala UI" w:cs="Nirmala UI"/>
        </w:rPr>
        <w:t>हुन्।</w:t>
      </w:r>
      <w:r>
        <w:rPr>
          <w:rFonts w:ascii="Times New Roman" w:hAnsi="Times New Roman" w:eastAsia="Times New Roman" w:cs="Times New Roman"/>
        </w:rPr>
        <w:t xml:space="preserve"> </w:t>
      </w:r>
      <w:r>
        <w:rPr>
          <w:rFonts w:ascii="Nirmala UI" w:hAnsi="Nirmala UI" w:eastAsia="Nirmala UI" w:cs="Nirmala UI"/>
        </w:rPr>
        <w:t>सिस्टर</w:t>
      </w:r>
      <w:r>
        <w:rPr>
          <w:rFonts w:ascii="Times New Roman" w:hAnsi="Times New Roman" w:eastAsia="Times New Roman" w:cs="Times New Roman"/>
        </w:rPr>
        <w:t xml:space="preserve"> </w:t>
      </w:r>
      <w:r>
        <w:rPr>
          <w:rFonts w:ascii="Nirmala UI" w:hAnsi="Nirmala UI" w:eastAsia="Nirmala UI" w:cs="Nirmala UI"/>
        </w:rPr>
        <w:t>ह्वाइटले</w:t>
      </w:r>
      <w:r>
        <w:rPr>
          <w:rFonts w:ascii="Times New Roman" w:hAnsi="Times New Roman" w:eastAsia="Times New Roman" w:cs="Times New Roman"/>
        </w:rPr>
        <w:t xml:space="preserve"> </w:t>
      </w:r>
      <w:r>
        <w:rPr>
          <w:rFonts w:ascii="Nirmala UI" w:hAnsi="Nirmala UI" w:eastAsia="Nirmala UI" w:cs="Nirmala UI"/>
        </w:rPr>
        <w:t>शिक्षा</w:t>
      </w:r>
      <w:r>
        <w:rPr>
          <w:rFonts w:ascii="Times New Roman" w:hAnsi="Times New Roman" w:eastAsia="Times New Roman" w:cs="Times New Roman"/>
        </w:rPr>
        <w:t xml:space="preserve"> </w:t>
      </w:r>
      <w:r>
        <w:rPr>
          <w:rFonts w:ascii="Nirmala UI" w:hAnsi="Nirmala UI" w:eastAsia="Nirmala UI" w:cs="Nirmala UI"/>
        </w:rPr>
        <w:t>दिनुहुन्छ</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सम्पूर्ण</w:t>
      </w:r>
      <w:r>
        <w:rPr>
          <w:rFonts w:ascii="Times New Roman" w:hAnsi="Times New Roman" w:eastAsia="Times New Roman" w:cs="Times New Roman"/>
        </w:rPr>
        <w:t xml:space="preserve"> </w:t>
      </w:r>
      <w:r>
        <w:rPr>
          <w:rFonts w:ascii="Nirmala UI" w:hAnsi="Nirmala UI" w:eastAsia="Nirmala UI" w:cs="Nirmala UI"/>
        </w:rPr>
        <w:t>संसार</w:t>
      </w:r>
      <w:r>
        <w:rPr>
          <w:rFonts w:ascii="Times New Roman" w:hAnsi="Times New Roman" w:eastAsia="Times New Roman" w:cs="Times New Roman"/>
        </w:rPr>
        <w:t xml:space="preserve"> </w:t>
      </w:r>
      <w:r>
        <w:rPr>
          <w:rFonts w:ascii="Nirmala UI" w:hAnsi="Nirmala UI" w:eastAsia="Nirmala UI" w:cs="Nirmala UI"/>
        </w:rPr>
        <w:t>आइतबारको</w:t>
      </w:r>
      <w:r>
        <w:rPr>
          <w:rFonts w:ascii="Times New Roman" w:hAnsi="Times New Roman" w:eastAsia="Times New Roman" w:cs="Times New Roman"/>
        </w:rPr>
        <w:t xml:space="preserve"> </w:t>
      </w:r>
      <w:r>
        <w:rPr>
          <w:rFonts w:ascii="Nirmala UI" w:hAnsi="Nirmala UI" w:eastAsia="Nirmala UI" w:cs="Nirmala UI"/>
        </w:rPr>
        <w:t>व्यवस्थाको</w:t>
      </w:r>
      <w:r>
        <w:rPr>
          <w:rFonts w:ascii="Times New Roman" w:hAnsi="Times New Roman" w:eastAsia="Times New Roman" w:cs="Times New Roman"/>
        </w:rPr>
        <w:t xml:space="preserve"> </w:t>
      </w:r>
      <w:r>
        <w:rPr>
          <w:rFonts w:ascii="Nirmala UI" w:hAnsi="Nirmala UI" w:eastAsia="Nirmala UI" w:cs="Nirmala UI"/>
        </w:rPr>
        <w:t>परीक्षासँग</w:t>
      </w:r>
      <w:r>
        <w:rPr>
          <w:rFonts w:ascii="Times New Roman" w:hAnsi="Times New Roman" w:eastAsia="Times New Roman" w:cs="Times New Roman"/>
        </w:rPr>
        <w:t xml:space="preserve"> </w:t>
      </w:r>
      <w:r>
        <w:rPr>
          <w:rFonts w:ascii="Nirmala UI" w:hAnsi="Nirmala UI" w:eastAsia="Nirmala UI" w:cs="Nirmala UI"/>
        </w:rPr>
        <w:t>सामना</w:t>
      </w:r>
      <w:r>
        <w:rPr>
          <w:rFonts w:ascii="Times New Roman" w:hAnsi="Times New Roman" w:eastAsia="Times New Roman" w:cs="Times New Roman"/>
        </w:rPr>
        <w:t xml:space="preserve"> </w:t>
      </w:r>
      <w:r>
        <w:rPr>
          <w:rFonts w:ascii="Nirmala UI" w:hAnsi="Nirmala UI" w:eastAsia="Nirmala UI" w:cs="Nirmala UI"/>
        </w:rPr>
        <w:t>गर्नुपर्नेछ</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युरोपमा</w:t>
      </w:r>
      <w:r>
        <w:rPr>
          <w:rFonts w:ascii="Times New Roman" w:hAnsi="Times New Roman" w:eastAsia="Times New Roman" w:cs="Times New Roman"/>
        </w:rPr>
        <w:t xml:space="preserve"> </w:t>
      </w:r>
      <w:r>
        <w:rPr>
          <w:rFonts w:ascii="Nirmala UI" w:hAnsi="Nirmala UI" w:eastAsia="Nirmala UI" w:cs="Nirmala UI"/>
        </w:rPr>
        <w:t>हुने</w:t>
      </w:r>
      <w:r>
        <w:rPr>
          <w:rFonts w:ascii="Times New Roman" w:hAnsi="Times New Roman" w:eastAsia="Times New Roman" w:cs="Times New Roman"/>
        </w:rPr>
        <w:t xml:space="preserve"> </w:t>
      </w:r>
      <w:r>
        <w:rPr>
          <w:rFonts w:ascii="Nirmala UI" w:hAnsi="Nirmala UI" w:eastAsia="Nirmala UI" w:cs="Nirmala UI"/>
        </w:rPr>
        <w:t>सतावटहरूमा</w:t>
      </w:r>
      <w:r>
        <w:rPr>
          <w:rFonts w:ascii="Times New Roman" w:hAnsi="Times New Roman" w:eastAsia="Times New Roman" w:cs="Times New Roman"/>
        </w:rPr>
        <w:t xml:space="preserve"> </w:t>
      </w:r>
      <w:r>
        <w:rPr>
          <w:rFonts w:ascii="Nirmala UI" w:hAnsi="Nirmala UI" w:eastAsia="Nirmala UI" w:cs="Nirmala UI"/>
        </w:rPr>
        <w:t>रोमनवादले</w:t>
      </w:r>
      <w:r>
        <w:rPr>
          <w:rFonts w:ascii="Times New Roman" w:hAnsi="Times New Roman" w:eastAsia="Times New Roman" w:cs="Times New Roman"/>
        </w:rPr>
        <w:t xml:space="preserve"> </w:t>
      </w:r>
      <w:r>
        <w:rPr>
          <w:rFonts w:ascii="Nirmala UI" w:hAnsi="Nirmala UI" w:eastAsia="Nirmala UI" w:cs="Nirmala UI"/>
        </w:rPr>
        <w:t>अगुवाइ</w:t>
      </w:r>
      <w:r>
        <w:rPr>
          <w:rFonts w:ascii="Times New Roman" w:hAnsi="Times New Roman" w:eastAsia="Times New Roman" w:cs="Times New Roman"/>
        </w:rPr>
        <w:t xml:space="preserve"> </w:t>
      </w:r>
      <w:r>
        <w:rPr>
          <w:rFonts w:ascii="Nirmala UI" w:hAnsi="Nirmala UI" w:eastAsia="Nirmala UI" w:cs="Nirmala UI"/>
        </w:rPr>
        <w:t>गर्नेछ</w:t>
      </w:r>
      <w:r>
        <w:rPr>
          <w:rFonts w:ascii="Times New Roman" w:hAnsi="Times New Roman" w:eastAsia="Times New Roman" w:cs="Times New Roman"/>
        </w:rPr>
        <w:t xml:space="preserve"> </w:t>
      </w:r>
      <w:r>
        <w:rPr>
          <w:rFonts w:ascii="Nirmala UI" w:hAnsi="Nirmala UI" w:eastAsia="Nirmala UI" w:cs="Nirmala UI"/>
        </w:rPr>
        <w:t>तथा</w:t>
      </w:r>
      <w:r>
        <w:rPr>
          <w:rFonts w:ascii="Times New Roman" w:hAnsi="Times New Roman" w:eastAsia="Times New Roman" w:cs="Times New Roman"/>
        </w:rPr>
        <w:t xml:space="preserve"> </w:t>
      </w:r>
      <w:r>
        <w:rPr>
          <w:rFonts w:ascii="Nirmala UI" w:hAnsi="Nirmala UI" w:eastAsia="Nirmala UI" w:cs="Nirmala UI"/>
        </w:rPr>
        <w:t>अमेरिकाहरूमा</w:t>
      </w:r>
      <w:r>
        <w:rPr>
          <w:rFonts w:ascii="Times New Roman" w:hAnsi="Times New Roman" w:eastAsia="Times New Roman" w:cs="Times New Roman"/>
        </w:rPr>
        <w:t xml:space="preserve"> </w:t>
      </w:r>
      <w:r>
        <w:rPr>
          <w:rFonts w:ascii="Nirmala UI" w:hAnsi="Nirmala UI" w:eastAsia="Nirmala UI" w:cs="Nirmala UI"/>
        </w:rPr>
        <w:t>हुने</w:t>
      </w:r>
      <w:r>
        <w:rPr>
          <w:rFonts w:ascii="Times New Roman" w:hAnsi="Times New Roman" w:eastAsia="Times New Roman" w:cs="Times New Roman"/>
        </w:rPr>
        <w:t xml:space="preserve"> </w:t>
      </w:r>
      <w:r>
        <w:rPr>
          <w:rFonts w:ascii="Nirmala UI" w:hAnsi="Nirmala UI" w:eastAsia="Nirmala UI" w:cs="Nirmala UI"/>
        </w:rPr>
        <w:t>सतावटहरूमा</w:t>
      </w:r>
      <w:r>
        <w:rPr>
          <w:rFonts w:ascii="Times New Roman" w:hAnsi="Times New Roman" w:eastAsia="Times New Roman" w:cs="Times New Roman"/>
        </w:rPr>
        <w:t xml:space="preserve"> </w:t>
      </w:r>
      <w:r>
        <w:rPr>
          <w:rFonts w:ascii="Nirmala UI" w:hAnsi="Nirmala UI" w:eastAsia="Nirmala UI" w:cs="Nirmala UI"/>
        </w:rPr>
        <w:t>धर्मत्यागी</w:t>
      </w:r>
      <w:r>
        <w:rPr>
          <w:rFonts w:ascii="Times New Roman" w:hAnsi="Times New Roman" w:eastAsia="Times New Roman" w:cs="Times New Roman"/>
        </w:rPr>
        <w:t xml:space="preserve"> </w:t>
      </w:r>
      <w:r>
        <w:rPr>
          <w:rFonts w:ascii="Nirmala UI" w:hAnsi="Nirmala UI" w:eastAsia="Nirmala UI" w:cs="Nirmala UI"/>
        </w:rPr>
        <w:t>प्रोटेस्टेन्टवादले</w:t>
      </w:r>
      <w:r>
        <w:rPr>
          <w:rFonts w:ascii="Times New Roman" w:hAnsi="Times New Roman" w:eastAsia="Times New Roman" w:cs="Times New Roman"/>
        </w:rPr>
        <w:t xml:space="preserve"> </w:t>
      </w:r>
      <w:r>
        <w:rPr>
          <w:rFonts w:ascii="Nirmala UI" w:hAnsi="Nirmala UI" w:eastAsia="Nirmala UI" w:cs="Nirmala UI"/>
        </w:rPr>
        <w:t>अगुवाइ</w:t>
      </w:r>
      <w:r>
        <w:rPr>
          <w:rFonts w:ascii="Times New Roman" w:hAnsi="Times New Roman" w:eastAsia="Times New Roman" w:cs="Times New Roman"/>
        </w:rPr>
        <w:t xml:space="preserve"> </w:t>
      </w:r>
      <w:r>
        <w:rPr>
          <w:rFonts w:ascii="Nirmala UI" w:hAnsi="Nirmala UI" w:eastAsia="Nirmala UI" w:cs="Nirmala UI"/>
        </w:rPr>
        <w:t>गर्नेछ।</w:t>
      </w:r>
      <w:r>
        <w:rPr>
          <w:rFonts w:ascii="Times New Roman" w:hAnsi="Times New Roman" w:eastAsia="Times New Roman" w:cs="Times New Roman"/>
        </w:rPr>
        <w:t xml:space="preserve"> </w:t>
      </w:r>
      <w:r>
        <w:rPr>
          <w:rFonts w:ascii="Nirmala UI" w:hAnsi="Nirmala UI" w:eastAsia="Nirmala UI" w:cs="Nirmala UI"/>
        </w:rPr>
        <w:t>अमेरिकाहरू</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युरोप</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ख्रीष्टेण्डम</w:t>
      </w:r>
      <w:r>
        <w:rPr>
          <w:rFonts w:ascii="Times New Roman" w:hAnsi="Times New Roman" w:eastAsia="Times New Roman" w:cs="Times New Roman"/>
        </w:rPr>
        <w:t xml:space="preserve">” </w:t>
      </w:r>
      <w:r>
        <w:rPr>
          <w:rFonts w:ascii="Nirmala UI" w:hAnsi="Nirmala UI" w:eastAsia="Nirmala UI" w:cs="Nirmala UI"/>
        </w:rPr>
        <w:t>भनेर</w:t>
      </w:r>
      <w:r>
        <w:rPr>
          <w:rFonts w:ascii="Times New Roman" w:hAnsi="Times New Roman" w:eastAsia="Times New Roman" w:cs="Times New Roman"/>
        </w:rPr>
        <w:t xml:space="preserve"> </w:t>
      </w:r>
      <w:r>
        <w:rPr>
          <w:rFonts w:ascii="Nirmala UI" w:hAnsi="Nirmala UI" w:eastAsia="Nirmala UI" w:cs="Nirmala UI"/>
        </w:rPr>
        <w:t>परिभाषित</w:t>
      </w:r>
      <w:r>
        <w:rPr>
          <w:rFonts w:ascii="Times New Roman" w:hAnsi="Times New Roman" w:eastAsia="Times New Roman" w:cs="Times New Roman"/>
        </w:rPr>
        <w:t xml:space="preserve"> </w:t>
      </w:r>
      <w:r>
        <w:rPr>
          <w:rFonts w:ascii="Nirmala UI" w:hAnsi="Nirmala UI" w:eastAsia="Nirmala UI" w:cs="Nirmala UI"/>
        </w:rPr>
        <w:t>गरिएका</w:t>
      </w:r>
      <w:r>
        <w:rPr>
          <w:rFonts w:ascii="Times New Roman" w:hAnsi="Times New Roman" w:eastAsia="Times New Roman" w:cs="Times New Roman"/>
        </w:rPr>
        <w:t xml:space="preserve"> </w:t>
      </w:r>
      <w:r>
        <w:rPr>
          <w:rFonts w:ascii="Nirmala UI" w:hAnsi="Nirmala UI" w:eastAsia="Nirmala UI" w:cs="Nirmala UI"/>
        </w:rPr>
        <w:t>हुन्।</w:t>
      </w:r>
      <w:r>
        <w:rPr>
          <w:rFonts w:ascii="Times New Roman" w:hAnsi="Times New Roman" w:eastAsia="Times New Roman" w:cs="Times New Roman"/>
        </w:rPr>
        <w:t xml:space="preserve"> </w:t>
      </w:r>
      <w:r>
        <w:rPr>
          <w:rFonts w:ascii="Nirmala UI" w:hAnsi="Nirmala UI" w:eastAsia="Nirmala UI" w:cs="Nirmala UI"/>
        </w:rPr>
        <w:t>रोमनवाद</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धर्मत्यागी</w:t>
      </w:r>
      <w:r>
        <w:rPr>
          <w:rFonts w:ascii="Times New Roman" w:hAnsi="Times New Roman" w:eastAsia="Times New Roman" w:cs="Times New Roman"/>
        </w:rPr>
        <w:t xml:space="preserve"> </w:t>
      </w:r>
      <w:r>
        <w:rPr>
          <w:rFonts w:ascii="Nirmala UI" w:hAnsi="Nirmala UI" w:eastAsia="Nirmala UI" w:cs="Nirmala UI"/>
        </w:rPr>
        <w:t>प्रोटेस्टेन्टवाद</w:t>
      </w:r>
      <w:r>
        <w:rPr>
          <w:rFonts w:ascii="Times New Roman" w:hAnsi="Times New Roman" w:eastAsia="Times New Roman" w:cs="Times New Roman"/>
        </w:rPr>
        <w:t xml:space="preserve"> </w:t>
      </w:r>
      <w:r>
        <w:rPr>
          <w:rFonts w:ascii="Nirmala UI" w:hAnsi="Nirmala UI" w:eastAsia="Nirmala UI" w:cs="Nirmala UI"/>
        </w:rPr>
        <w:t>दुवैले</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सबै</w:t>
      </w:r>
      <w:r>
        <w:rPr>
          <w:rFonts w:ascii="Times New Roman" w:hAnsi="Times New Roman" w:eastAsia="Times New Roman" w:cs="Times New Roman"/>
        </w:rPr>
        <w:t xml:space="preserve"> </w:t>
      </w:r>
      <w:r>
        <w:rPr>
          <w:rFonts w:ascii="Nirmala UI" w:hAnsi="Nirmala UI" w:eastAsia="Nirmala UI" w:cs="Nirmala UI"/>
        </w:rPr>
        <w:t>दैवी</w:t>
      </w:r>
      <w:r>
        <w:rPr>
          <w:rFonts w:ascii="Times New Roman" w:hAnsi="Times New Roman" w:eastAsia="Times New Roman" w:cs="Times New Roman"/>
        </w:rPr>
        <w:t xml:space="preserve"> </w:t>
      </w:r>
      <w:r>
        <w:rPr>
          <w:rFonts w:ascii="Nirmala UI" w:hAnsi="Nirmala UI" w:eastAsia="Nirmala UI" w:cs="Nirmala UI"/>
        </w:rPr>
        <w:t>आज्ञाहरूलाई</w:t>
      </w:r>
      <w:r>
        <w:rPr>
          <w:rFonts w:ascii="Times New Roman" w:hAnsi="Times New Roman" w:eastAsia="Times New Roman" w:cs="Times New Roman"/>
        </w:rPr>
        <w:t xml:space="preserve"> </w:t>
      </w:r>
      <w:r>
        <w:rPr>
          <w:rFonts w:ascii="Nirmala UI" w:hAnsi="Nirmala UI" w:eastAsia="Nirmala UI" w:cs="Nirmala UI"/>
        </w:rPr>
        <w:t>आदर</w:t>
      </w:r>
      <w:r>
        <w:rPr>
          <w:rFonts w:ascii="Times New Roman" w:hAnsi="Times New Roman" w:eastAsia="Times New Roman" w:cs="Times New Roman"/>
        </w:rPr>
        <w:t xml:space="preserve"> </w:t>
      </w:r>
      <w:r>
        <w:rPr>
          <w:rFonts w:ascii="Nirmala UI" w:hAnsi="Nirmala UI" w:eastAsia="Nirmala UI" w:cs="Nirmala UI"/>
        </w:rPr>
        <w:t>गर्नेहरूप्रति</w:t>
      </w:r>
      <w:r>
        <w:rPr>
          <w:rFonts w:ascii="Times New Roman" w:hAnsi="Times New Roman" w:eastAsia="Times New Roman" w:cs="Times New Roman"/>
        </w:rPr>
        <w:t xml:space="preserve"> </w:t>
      </w:r>
      <w:r>
        <w:rPr>
          <w:rFonts w:ascii="Nirmala UI" w:hAnsi="Nirmala UI" w:eastAsia="Nirmala UI" w:cs="Nirmala UI"/>
        </w:rPr>
        <w:t>समान</w:t>
      </w:r>
      <w:r>
        <w:rPr>
          <w:rFonts w:ascii="Times New Roman" w:hAnsi="Times New Roman" w:eastAsia="Times New Roman" w:cs="Times New Roman"/>
        </w:rPr>
        <w:t xml:space="preserve"> </w:t>
      </w:r>
      <w:r>
        <w:rPr>
          <w:rFonts w:ascii="Nirmala UI" w:hAnsi="Nirmala UI" w:eastAsia="Nirmala UI" w:cs="Nirmala UI"/>
        </w:rPr>
        <w:t>मार्ग</w:t>
      </w:r>
      <w:r>
        <w:rPr>
          <w:rFonts w:ascii="Times New Roman" w:hAnsi="Times New Roman" w:eastAsia="Times New Roman" w:cs="Times New Roman"/>
        </w:rPr>
        <w:t xml:space="preserve"> </w:t>
      </w:r>
      <w:r>
        <w:rPr>
          <w:rFonts w:ascii="Nirmala UI" w:hAnsi="Nirmala UI" w:eastAsia="Nirmala UI" w:cs="Nirmala UI"/>
        </w:rPr>
        <w:t>पछ्याउनेछन्।</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«ها نَتْبُع» لامعنا مستقبلي عملين قوه‌ين، ونحويًّا مستحيل اقتراح إنّ الرومانيّة من العالم القديم هي القوّة البابويّة تاعت العصور المظلمة. الاضطهاد لي تديرو الزوز قوى هو بصيغة المستقبل. تعريف العبارة هو «ها نَتْبُع»، ومعناها يتبع أو يلاحق حاجة بنيّة تحقيقها أو بلوغها. وتوحي بعمل مستقبلي يكون فيه فرد ولا مجموعة ملتزمين بالسعي النشيط وراء غاية ولا هدف.</w:t>
      </w:r>
    </w:p>
    <w:p>
      <w:pPr>
        <w:pStyle w:val="ArticleBody"/>
        <w:jc w:val="left"/>
      </w:pPr>
      <w:r>
        <w:rPr>
          <w:rFonts w:ascii="Nirmala UI" w:hAnsi="Nirmala UI" w:eastAsia="Nirmala UI" w:cs="Nirmala UI"/>
        </w:rPr>
        <w:t>साकेयांश</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विभिन्न</w:t>
      </w:r>
      <w:r>
        <w:rPr>
          <w:rFonts w:ascii="Times New Roman" w:hAnsi="Times New Roman" w:eastAsia="Times New Roman" w:cs="Times New Roman"/>
        </w:rPr>
        <w:t xml:space="preserve"> </w:t>
      </w:r>
      <w:r>
        <w:rPr>
          <w:rFonts w:ascii="Nirmala UI" w:hAnsi="Nirmala UI" w:eastAsia="Nirmala UI" w:cs="Nirmala UI"/>
        </w:rPr>
        <w:t>सन्दर्भसभमे</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कएल</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सकैत</w:t>
      </w:r>
      <w:r>
        <w:rPr>
          <w:rFonts w:ascii="Times New Roman" w:hAnsi="Times New Roman" w:eastAsia="Times New Roman" w:cs="Times New Roman"/>
        </w:rPr>
        <w:t xml:space="preserve"> </w:t>
      </w:r>
      <w:r>
        <w:rPr>
          <w:rFonts w:ascii="Nirmala UI" w:hAnsi="Nirmala UI" w:eastAsia="Nirmala UI" w:cs="Nirmala UI"/>
        </w:rPr>
        <w:t>अछि</w:t>
      </w:r>
      <w:r>
        <w:rPr>
          <w:rFonts w:ascii="Times New Roman" w:hAnsi="Times New Roman" w:eastAsia="Times New Roman" w:cs="Times New Roman"/>
        </w:rPr>
        <w:t xml:space="preserve">: “She will pursue a career in medicine,” </w:t>
      </w:r>
      <w:r>
        <w:rPr>
          <w:rFonts w:ascii="Nirmala UI" w:hAnsi="Nirmala UI" w:eastAsia="Nirmala UI" w:cs="Nirmala UI"/>
        </w:rPr>
        <w:t>अर्थात्</w:t>
      </w:r>
      <w:r>
        <w:rPr>
          <w:rFonts w:ascii="Times New Roman" w:hAnsi="Times New Roman" w:eastAsia="Times New Roman" w:cs="Times New Roman"/>
        </w:rPr>
        <w:t xml:space="preserve"> </w:t>
      </w:r>
      <w:r>
        <w:rPr>
          <w:rFonts w:ascii="Nirmala UI" w:hAnsi="Nirmala UI" w:eastAsia="Nirmala UI" w:cs="Nirmala UI"/>
        </w:rPr>
        <w:t>ओ</w:t>
      </w:r>
      <w:r>
        <w:rPr>
          <w:rFonts w:ascii="Times New Roman" w:hAnsi="Times New Roman" w:eastAsia="Times New Roman" w:cs="Times New Roman"/>
        </w:rPr>
        <w:t xml:space="preserve"> </w:t>
      </w:r>
      <w:r>
        <w:rPr>
          <w:rFonts w:ascii="Nirmala UI" w:hAnsi="Nirmala UI" w:eastAsia="Nirmala UI" w:cs="Nirmala UI"/>
        </w:rPr>
        <w:t>चिकित्सा</w:t>
      </w:r>
      <w:r>
        <w:rPr>
          <w:rFonts w:ascii="Times New Roman" w:hAnsi="Times New Roman" w:eastAsia="Times New Roman" w:cs="Times New Roman"/>
        </w:rPr>
        <w:t>-</w:t>
      </w:r>
      <w:r>
        <w:rPr>
          <w:rFonts w:ascii="Nirmala UI" w:hAnsi="Nirmala UI" w:eastAsia="Nirmala UI" w:cs="Nirmala UI"/>
        </w:rPr>
        <w:t>क्षेत्रमे</w:t>
      </w:r>
      <w:r>
        <w:rPr>
          <w:rFonts w:ascii="Times New Roman" w:hAnsi="Times New Roman" w:eastAsia="Times New Roman" w:cs="Times New Roman"/>
        </w:rPr>
        <w:t xml:space="preserve"> </w:t>
      </w:r>
      <w:r>
        <w:rPr>
          <w:rFonts w:ascii="Nirmala UI" w:hAnsi="Nirmala UI" w:eastAsia="Nirmala UI" w:cs="Nirmala UI"/>
        </w:rPr>
        <w:t>एकटा</w:t>
      </w:r>
      <w:r>
        <w:rPr>
          <w:rFonts w:ascii="Times New Roman" w:hAnsi="Times New Roman" w:eastAsia="Times New Roman" w:cs="Times New Roman"/>
        </w:rPr>
        <w:t xml:space="preserve"> </w:t>
      </w:r>
      <w:r>
        <w:rPr>
          <w:rFonts w:ascii="Nirmala UI" w:hAnsi="Nirmala UI" w:eastAsia="Nirmala UI" w:cs="Nirmala UI"/>
        </w:rPr>
        <w:t>व्यावसायिक</w:t>
      </w:r>
      <w:r>
        <w:rPr>
          <w:rFonts w:ascii="Times New Roman" w:hAnsi="Times New Roman" w:eastAsia="Times New Roman" w:cs="Times New Roman"/>
        </w:rPr>
        <w:t xml:space="preserve"> </w:t>
      </w:r>
      <w:r>
        <w:rPr>
          <w:rFonts w:ascii="Nirmala UI" w:hAnsi="Nirmala UI" w:eastAsia="Nirmala UI" w:cs="Nirmala UI"/>
        </w:rPr>
        <w:t>विशेषज्ञ</w:t>
      </w:r>
      <w:r>
        <w:rPr>
          <w:rFonts w:ascii="Times New Roman" w:hAnsi="Times New Roman" w:eastAsia="Times New Roman" w:cs="Times New Roman"/>
        </w:rPr>
        <w:t xml:space="preserve"> </w:t>
      </w:r>
      <w:r>
        <w:rPr>
          <w:rFonts w:ascii="Nirmala UI" w:hAnsi="Nirmala UI" w:eastAsia="Nirmala UI" w:cs="Nirmala UI"/>
        </w:rPr>
        <w:t>बनबाक</w:t>
      </w:r>
      <w:r>
        <w:rPr>
          <w:rFonts w:ascii="Times New Roman" w:hAnsi="Times New Roman" w:eastAsia="Times New Roman" w:cs="Times New Roman"/>
        </w:rPr>
        <w:t xml:space="preserve"> </w:t>
      </w:r>
      <w:r>
        <w:rPr>
          <w:rFonts w:ascii="Nirmala UI" w:hAnsi="Nirmala UI" w:eastAsia="Nirmala UI" w:cs="Nirmala UI"/>
        </w:rPr>
        <w:t>दिस</w:t>
      </w:r>
      <w:r>
        <w:rPr>
          <w:rFonts w:ascii="Times New Roman" w:hAnsi="Times New Roman" w:eastAsia="Times New Roman" w:cs="Times New Roman"/>
        </w:rPr>
        <w:t xml:space="preserve"> </w:t>
      </w:r>
      <w:r>
        <w:rPr>
          <w:rFonts w:ascii="Nirmala UI" w:hAnsi="Nirmala UI" w:eastAsia="Nirmala UI" w:cs="Nirmala UI"/>
        </w:rPr>
        <w:t>प्रयास</w:t>
      </w:r>
      <w:r>
        <w:rPr>
          <w:rFonts w:ascii="Times New Roman" w:hAnsi="Times New Roman" w:eastAsia="Times New Roman" w:cs="Times New Roman"/>
        </w:rPr>
        <w:t xml:space="preserve"> </w:t>
      </w:r>
      <w:r>
        <w:rPr>
          <w:rFonts w:ascii="Nirmala UI" w:hAnsi="Nirmala UI" w:eastAsia="Nirmala UI" w:cs="Nirmala UI"/>
        </w:rPr>
        <w:t>करबाक</w:t>
      </w:r>
      <w:r>
        <w:rPr>
          <w:rFonts w:ascii="Times New Roman" w:hAnsi="Times New Roman" w:eastAsia="Times New Roman" w:cs="Times New Roman"/>
        </w:rPr>
        <w:t xml:space="preserve"> </w:t>
      </w:r>
      <w:r>
        <w:rPr>
          <w:rFonts w:ascii="Nirmala UI" w:hAnsi="Nirmala UI" w:eastAsia="Nirmala UI" w:cs="Nirmala UI"/>
        </w:rPr>
        <w:t>योजना</w:t>
      </w:r>
      <w:r>
        <w:rPr>
          <w:rFonts w:ascii="Times New Roman" w:hAnsi="Times New Roman" w:eastAsia="Times New Roman" w:cs="Times New Roman"/>
        </w:rPr>
        <w:t xml:space="preserve"> </w:t>
      </w:r>
      <w:r>
        <w:rPr>
          <w:rFonts w:ascii="Nirmala UI" w:hAnsi="Nirmala UI" w:eastAsia="Nirmala UI" w:cs="Nirmala UI"/>
        </w:rPr>
        <w:t>रखैत</w:t>
      </w:r>
      <w:r>
        <w:rPr>
          <w:rFonts w:ascii="Times New Roman" w:hAnsi="Times New Roman" w:eastAsia="Times New Roman" w:cs="Times New Roman"/>
        </w:rPr>
        <w:t xml:space="preserve"> </w:t>
      </w:r>
      <w:r>
        <w:rPr>
          <w:rFonts w:ascii="Nirmala UI" w:hAnsi="Nirmala UI" w:eastAsia="Nirmala UI" w:cs="Nirmala UI"/>
        </w:rPr>
        <w:t>अछि।</w:t>
      </w:r>
      <w:r>
        <w:rPr>
          <w:rFonts w:ascii="Times New Roman" w:hAnsi="Times New Roman" w:eastAsia="Times New Roman" w:cs="Times New Roman"/>
        </w:rPr>
        <w:t xml:space="preserve"> “He will pursue a degree in engineering,” </w:t>
      </w:r>
      <w:r>
        <w:rPr>
          <w:rFonts w:ascii="Nirmala UI" w:hAnsi="Nirmala UI" w:eastAsia="Nirmala UI" w:cs="Nirmala UI"/>
        </w:rPr>
        <w:t>एहि</w:t>
      </w:r>
      <w:r>
        <w:rPr>
          <w:rFonts w:ascii="Times New Roman" w:hAnsi="Times New Roman" w:eastAsia="Times New Roman" w:cs="Times New Roman"/>
        </w:rPr>
        <w:t xml:space="preserve"> </w:t>
      </w:r>
      <w:r>
        <w:rPr>
          <w:rFonts w:ascii="Nirmala UI" w:hAnsi="Nirmala UI" w:eastAsia="Nirmala UI" w:cs="Nirmala UI"/>
        </w:rPr>
        <w:t>बातक</w:t>
      </w:r>
      <w:r>
        <w:rPr>
          <w:rFonts w:ascii="Times New Roman" w:hAnsi="Times New Roman" w:eastAsia="Times New Roman" w:cs="Times New Roman"/>
        </w:rPr>
        <w:t xml:space="preserve"> </w:t>
      </w:r>
      <w:r>
        <w:rPr>
          <w:rFonts w:ascii="Nirmala UI" w:hAnsi="Nirmala UI" w:eastAsia="Nirmala UI" w:cs="Nirmala UI"/>
        </w:rPr>
        <w:t>संकेत</w:t>
      </w:r>
      <w:r>
        <w:rPr>
          <w:rFonts w:ascii="Times New Roman" w:hAnsi="Times New Roman" w:eastAsia="Times New Roman" w:cs="Times New Roman"/>
        </w:rPr>
        <w:t xml:space="preserve"> </w:t>
      </w:r>
      <w:r>
        <w:rPr>
          <w:rFonts w:ascii="Nirmala UI" w:hAnsi="Nirmala UI" w:eastAsia="Nirmala UI" w:cs="Nirmala UI"/>
        </w:rPr>
        <w:t>दैत</w:t>
      </w:r>
      <w:r>
        <w:rPr>
          <w:rFonts w:ascii="Times New Roman" w:hAnsi="Times New Roman" w:eastAsia="Times New Roman" w:cs="Times New Roman"/>
        </w:rPr>
        <w:t xml:space="preserve"> </w:t>
      </w:r>
      <w:r>
        <w:rPr>
          <w:rFonts w:ascii="Nirmala UI" w:hAnsi="Nirmala UI" w:eastAsia="Nirmala UI" w:cs="Nirmala UI"/>
        </w:rPr>
        <w:t>अछि</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ओ</w:t>
      </w:r>
      <w:r>
        <w:rPr>
          <w:rFonts w:ascii="Times New Roman" w:hAnsi="Times New Roman" w:eastAsia="Times New Roman" w:cs="Times New Roman"/>
        </w:rPr>
        <w:t xml:space="preserve"> </w:t>
      </w:r>
      <w:r>
        <w:rPr>
          <w:rFonts w:ascii="Nirmala UI" w:hAnsi="Nirmala UI" w:eastAsia="Nirmala UI" w:cs="Nirmala UI"/>
        </w:rPr>
        <w:t>उच्च</w:t>
      </w:r>
      <w:r>
        <w:rPr>
          <w:rFonts w:ascii="Times New Roman" w:hAnsi="Times New Roman" w:eastAsia="Times New Roman" w:cs="Times New Roman"/>
        </w:rPr>
        <w:t xml:space="preserve"> </w:t>
      </w:r>
      <w:r>
        <w:rPr>
          <w:rFonts w:ascii="Nirmala UI" w:hAnsi="Nirmala UI" w:eastAsia="Nirmala UI" w:cs="Nirmala UI"/>
        </w:rPr>
        <w:t>शैक्षिक</w:t>
      </w:r>
      <w:r>
        <w:rPr>
          <w:rFonts w:ascii="Times New Roman" w:hAnsi="Times New Roman" w:eastAsia="Times New Roman" w:cs="Times New Roman"/>
        </w:rPr>
        <w:t xml:space="preserve"> </w:t>
      </w:r>
      <w:r>
        <w:rPr>
          <w:rFonts w:ascii="Nirmala UI" w:hAnsi="Nirmala UI" w:eastAsia="Nirmala UI" w:cs="Nirmala UI"/>
        </w:rPr>
        <w:t>संस्थानमे</w:t>
      </w:r>
      <w:r>
        <w:rPr>
          <w:rFonts w:ascii="Times New Roman" w:hAnsi="Times New Roman" w:eastAsia="Times New Roman" w:cs="Times New Roman"/>
        </w:rPr>
        <w:t xml:space="preserve"> </w:t>
      </w:r>
      <w:r>
        <w:rPr>
          <w:rFonts w:ascii="Nirmala UI" w:hAnsi="Nirmala UI" w:eastAsia="Nirmala UI" w:cs="Nirmala UI"/>
        </w:rPr>
        <w:t>अभियांत्रिकी</w:t>
      </w:r>
      <w:r>
        <w:rPr>
          <w:rFonts w:ascii="Times New Roman" w:hAnsi="Times New Roman" w:eastAsia="Times New Roman" w:cs="Times New Roman"/>
        </w:rPr>
        <w:t xml:space="preserve"> </w:t>
      </w:r>
      <w:r>
        <w:rPr>
          <w:rFonts w:ascii="Nirmala UI" w:hAnsi="Nirmala UI" w:eastAsia="Nirmala UI" w:cs="Nirmala UI"/>
        </w:rPr>
        <w:t>विषयमे</w:t>
      </w:r>
      <w:r>
        <w:rPr>
          <w:rFonts w:ascii="Times New Roman" w:hAnsi="Times New Roman" w:eastAsia="Times New Roman" w:cs="Times New Roman"/>
        </w:rPr>
        <w:t xml:space="preserve"> </w:t>
      </w:r>
      <w:r>
        <w:rPr>
          <w:rFonts w:ascii="Nirmala UI" w:hAnsi="Nirmala UI" w:eastAsia="Nirmala UI" w:cs="Nirmala UI"/>
        </w:rPr>
        <w:t>अध्ययन</w:t>
      </w:r>
      <w:r>
        <w:rPr>
          <w:rFonts w:ascii="Times New Roman" w:hAnsi="Times New Roman" w:eastAsia="Times New Roman" w:cs="Times New Roman"/>
        </w:rPr>
        <w:t xml:space="preserve"> </w:t>
      </w:r>
      <w:r>
        <w:rPr>
          <w:rFonts w:ascii="Nirmala UI" w:hAnsi="Nirmala UI" w:eastAsia="Nirmala UI" w:cs="Nirmala UI"/>
        </w:rPr>
        <w:t>करबाक</w:t>
      </w:r>
      <w:r>
        <w:rPr>
          <w:rFonts w:ascii="Times New Roman" w:hAnsi="Times New Roman" w:eastAsia="Times New Roman" w:cs="Times New Roman"/>
        </w:rPr>
        <w:t xml:space="preserve"> </w:t>
      </w:r>
      <w:r>
        <w:rPr>
          <w:rFonts w:ascii="Nirmala UI" w:hAnsi="Nirmala UI" w:eastAsia="Nirmala UI" w:cs="Nirmala UI"/>
        </w:rPr>
        <w:t>अभिप्राय</w:t>
      </w:r>
      <w:r>
        <w:rPr>
          <w:rFonts w:ascii="Times New Roman" w:hAnsi="Times New Roman" w:eastAsia="Times New Roman" w:cs="Times New Roman"/>
        </w:rPr>
        <w:t xml:space="preserve"> </w:t>
      </w:r>
      <w:r>
        <w:rPr>
          <w:rFonts w:ascii="Nirmala UI" w:hAnsi="Nirmala UI" w:eastAsia="Nirmala UI" w:cs="Nirmala UI"/>
        </w:rPr>
        <w:t>रखैत</w:t>
      </w:r>
      <w:r>
        <w:rPr>
          <w:rFonts w:ascii="Times New Roman" w:hAnsi="Times New Roman" w:eastAsia="Times New Roman" w:cs="Times New Roman"/>
        </w:rPr>
        <w:t xml:space="preserve"> </w:t>
      </w:r>
      <w:r>
        <w:rPr>
          <w:rFonts w:ascii="Nirmala UI" w:hAnsi="Nirmala UI" w:eastAsia="Nirmala UI" w:cs="Nirmala UI"/>
        </w:rPr>
        <w:t>अछि।</w:t>
      </w:r>
      <w:r>
        <w:rPr>
          <w:rFonts w:ascii="Times New Roman" w:hAnsi="Times New Roman" w:eastAsia="Times New Roman" w:cs="Times New Roman"/>
        </w:rPr>
        <w:t xml:space="preserve"> “The team will pursue the project until completion,” </w:t>
      </w:r>
      <w:r>
        <w:rPr>
          <w:rFonts w:ascii="Nirmala UI" w:hAnsi="Nirmala UI" w:eastAsia="Nirmala UI" w:cs="Nirmala UI"/>
        </w:rPr>
        <w:t>एहि</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ई</w:t>
      </w:r>
      <w:r>
        <w:rPr>
          <w:rFonts w:ascii="Times New Roman" w:hAnsi="Times New Roman" w:eastAsia="Times New Roman" w:cs="Times New Roman"/>
        </w:rPr>
        <w:t xml:space="preserve"> </w:t>
      </w:r>
      <w:r>
        <w:rPr>
          <w:rFonts w:ascii="Nirmala UI" w:hAnsi="Nirmala UI" w:eastAsia="Nirmala UI" w:cs="Nirmala UI"/>
        </w:rPr>
        <w:t>सूचित</w:t>
      </w:r>
      <w:r>
        <w:rPr>
          <w:rFonts w:ascii="Times New Roman" w:hAnsi="Times New Roman" w:eastAsia="Times New Roman" w:cs="Times New Roman"/>
        </w:rPr>
        <w:t xml:space="preserve"> </w:t>
      </w:r>
      <w:r>
        <w:rPr>
          <w:rFonts w:ascii="Nirmala UI" w:hAnsi="Nirmala UI" w:eastAsia="Nirmala UI" w:cs="Nirmala UI"/>
        </w:rPr>
        <w:t>होइत</w:t>
      </w:r>
      <w:r>
        <w:rPr>
          <w:rFonts w:ascii="Times New Roman" w:hAnsi="Times New Roman" w:eastAsia="Times New Roman" w:cs="Times New Roman"/>
        </w:rPr>
        <w:t xml:space="preserve"> </w:t>
      </w:r>
      <w:r>
        <w:rPr>
          <w:rFonts w:ascii="Nirmala UI" w:hAnsi="Nirmala UI" w:eastAsia="Nirmala UI" w:cs="Nirmala UI"/>
        </w:rPr>
        <w:t>अछि</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दल</w:t>
      </w:r>
      <w:r>
        <w:rPr>
          <w:rFonts w:ascii="Times New Roman" w:hAnsi="Times New Roman" w:eastAsia="Times New Roman" w:cs="Times New Roman"/>
        </w:rPr>
        <w:t xml:space="preserve"> </w:t>
      </w:r>
      <w:r>
        <w:rPr>
          <w:rFonts w:ascii="Nirmala UI" w:hAnsi="Nirmala UI" w:eastAsia="Nirmala UI" w:cs="Nirmala UI"/>
        </w:rPr>
        <w:t>परियोजनापर</w:t>
      </w:r>
      <w:r>
        <w:rPr>
          <w:rFonts w:ascii="Times New Roman" w:hAnsi="Times New Roman" w:eastAsia="Times New Roman" w:cs="Times New Roman"/>
        </w:rPr>
        <w:t xml:space="preserve"> </w:t>
      </w:r>
      <w:r>
        <w:rPr>
          <w:rFonts w:ascii="Nirmala UI" w:hAnsi="Nirmala UI" w:eastAsia="Nirmala UI" w:cs="Nirmala UI"/>
        </w:rPr>
        <w:t>ताबत्</w:t>
      </w:r>
      <w:r>
        <w:rPr>
          <w:rFonts w:ascii="Times New Roman" w:hAnsi="Times New Roman" w:eastAsia="Times New Roman" w:cs="Times New Roman"/>
        </w:rPr>
        <w:t xml:space="preserve"> </w:t>
      </w:r>
      <w:r>
        <w:rPr>
          <w:rFonts w:ascii="Nirmala UI" w:hAnsi="Nirmala UI" w:eastAsia="Nirmala UI" w:cs="Nirmala UI"/>
        </w:rPr>
        <w:t>काज</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रहत</w:t>
      </w:r>
      <w:r>
        <w:rPr>
          <w:rFonts w:ascii="Times New Roman" w:hAnsi="Times New Roman" w:eastAsia="Times New Roman" w:cs="Times New Roman"/>
        </w:rPr>
        <w:t xml:space="preserve">, </w:t>
      </w:r>
      <w:r>
        <w:rPr>
          <w:rFonts w:ascii="Nirmala UI" w:hAnsi="Nirmala UI" w:eastAsia="Nirmala UI" w:cs="Nirmala UI"/>
        </w:rPr>
        <w:t>जाबत</w:t>
      </w:r>
      <w:r>
        <w:rPr>
          <w:rFonts w:ascii="Times New Roman" w:hAnsi="Times New Roman" w:eastAsia="Times New Roman" w:cs="Times New Roman"/>
        </w:rPr>
        <w:t xml:space="preserve"> </w:t>
      </w:r>
      <w:r>
        <w:rPr>
          <w:rFonts w:ascii="Nirmala UI" w:hAnsi="Nirmala UI" w:eastAsia="Nirmala UI" w:cs="Nirmala UI"/>
        </w:rPr>
        <w:t>ओ</w:t>
      </w:r>
      <w:r>
        <w:rPr>
          <w:rFonts w:ascii="Times New Roman" w:hAnsi="Times New Roman" w:eastAsia="Times New Roman" w:cs="Times New Roman"/>
        </w:rPr>
        <w:t xml:space="preserve"> </w:t>
      </w:r>
      <w:r>
        <w:rPr>
          <w:rFonts w:ascii="Nirmala UI" w:hAnsi="Nirmala UI" w:eastAsia="Nirmala UI" w:cs="Nirmala UI"/>
        </w:rPr>
        <w:t>पूर्ण</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भऽ</w:t>
      </w:r>
      <w:r>
        <w:rPr>
          <w:rFonts w:ascii="Times New Roman" w:hAnsi="Times New Roman" w:eastAsia="Times New Roman" w:cs="Times New Roman"/>
        </w:rPr>
        <w:t xml:space="preserve"> </w:t>
      </w:r>
      <w:r>
        <w:rPr>
          <w:rFonts w:ascii="Nirmala UI" w:hAnsi="Nirmala UI" w:eastAsia="Nirmala UI" w:cs="Nirmala UI"/>
        </w:rPr>
        <w:t>जाइत।</w:t>
      </w:r>
      <w:r>
        <w:rPr>
          <w:rFonts w:ascii="Times New Roman" w:hAnsi="Times New Roman" w:eastAsia="Times New Roman" w:cs="Times New Roman"/>
        </w:rPr>
        <w:t xml:space="preserve"> “They will pursue legal action against the company,” </w:t>
      </w:r>
      <w:r>
        <w:rPr>
          <w:rFonts w:ascii="Nirmala UI" w:hAnsi="Nirmala UI" w:eastAsia="Nirmala UI" w:cs="Nirmala UI"/>
        </w:rPr>
        <w:t>अर्थात्</w:t>
      </w:r>
      <w:r>
        <w:rPr>
          <w:rFonts w:ascii="Times New Roman" w:hAnsi="Times New Roman" w:eastAsia="Times New Roman" w:cs="Times New Roman"/>
        </w:rPr>
        <w:t xml:space="preserve"> </w:t>
      </w:r>
      <w:r>
        <w:rPr>
          <w:rFonts w:ascii="Nirmala UI" w:hAnsi="Nirmala UI" w:eastAsia="Nirmala UI" w:cs="Nirmala UI"/>
        </w:rPr>
        <w:t>हुनका</w:t>
      </w:r>
      <w:r>
        <w:rPr>
          <w:rFonts w:ascii="Times New Roman" w:hAnsi="Times New Roman" w:eastAsia="Times New Roman" w:cs="Times New Roman"/>
        </w:rPr>
        <w:t xml:space="preserve"> </w:t>
      </w:r>
      <w:r>
        <w:rPr>
          <w:rFonts w:ascii="Nirmala UI" w:hAnsi="Nirmala UI" w:eastAsia="Nirmala UI" w:cs="Nirmala UI"/>
        </w:rPr>
        <w:t>लोकनि</w:t>
      </w:r>
      <w:r>
        <w:rPr>
          <w:rFonts w:ascii="Times New Roman" w:hAnsi="Times New Roman" w:eastAsia="Times New Roman" w:cs="Times New Roman"/>
        </w:rPr>
        <w:t xml:space="preserve"> </w:t>
      </w:r>
      <w:r>
        <w:rPr>
          <w:rFonts w:ascii="Nirmala UI" w:hAnsi="Nirmala UI" w:eastAsia="Nirmala UI" w:cs="Nirmala UI"/>
        </w:rPr>
        <w:t>कोनो</w:t>
      </w:r>
      <w:r>
        <w:rPr>
          <w:rFonts w:ascii="Times New Roman" w:hAnsi="Times New Roman" w:eastAsia="Times New Roman" w:cs="Times New Roman"/>
        </w:rPr>
        <w:t xml:space="preserve"> </w:t>
      </w:r>
      <w:r>
        <w:rPr>
          <w:rFonts w:ascii="Nirmala UI" w:hAnsi="Nirmala UI" w:eastAsia="Nirmala UI" w:cs="Nirmala UI"/>
        </w:rPr>
        <w:t>शिकायतक</w:t>
      </w:r>
      <w:r>
        <w:rPr>
          <w:rFonts w:ascii="Times New Roman" w:hAnsi="Times New Roman" w:eastAsia="Times New Roman" w:cs="Times New Roman"/>
        </w:rPr>
        <w:t xml:space="preserve"> </w:t>
      </w:r>
      <w:r>
        <w:rPr>
          <w:rFonts w:ascii="Nirmala UI" w:hAnsi="Nirmala UI" w:eastAsia="Nirmala UI" w:cs="Nirmala UI"/>
        </w:rPr>
        <w:t>समाधान</w:t>
      </w:r>
      <w:r>
        <w:rPr>
          <w:rFonts w:ascii="Times New Roman" w:hAnsi="Times New Roman" w:eastAsia="Times New Roman" w:cs="Times New Roman"/>
        </w:rPr>
        <w:t xml:space="preserve"> </w:t>
      </w:r>
      <w:r>
        <w:rPr>
          <w:rFonts w:ascii="Nirmala UI" w:hAnsi="Nirmala UI" w:eastAsia="Nirmala UI" w:cs="Nirmala UI"/>
        </w:rPr>
        <w:t>करबाक</w:t>
      </w:r>
      <w:r>
        <w:rPr>
          <w:rFonts w:ascii="Times New Roman" w:hAnsi="Times New Roman" w:eastAsia="Times New Roman" w:cs="Times New Roman"/>
        </w:rPr>
        <w:t xml:space="preserve"> </w:t>
      </w:r>
      <w:r>
        <w:rPr>
          <w:rFonts w:ascii="Nirmala UI" w:hAnsi="Nirmala UI" w:eastAsia="Nirmala UI" w:cs="Nirmala UI"/>
        </w:rPr>
        <w:t>अथवा</w:t>
      </w:r>
      <w:r>
        <w:rPr>
          <w:rFonts w:ascii="Times New Roman" w:hAnsi="Times New Roman" w:eastAsia="Times New Roman" w:cs="Times New Roman"/>
        </w:rPr>
        <w:t xml:space="preserve"> </w:t>
      </w:r>
      <w:r>
        <w:rPr>
          <w:rFonts w:ascii="Nirmala UI" w:hAnsi="Nirmala UI" w:eastAsia="Nirmala UI" w:cs="Nirmala UI"/>
        </w:rPr>
        <w:t>न्याय</w:t>
      </w:r>
      <w:r>
        <w:rPr>
          <w:rFonts w:ascii="Times New Roman" w:hAnsi="Times New Roman" w:eastAsia="Times New Roman" w:cs="Times New Roman"/>
        </w:rPr>
        <w:t xml:space="preserve"> </w:t>
      </w:r>
      <w:r>
        <w:rPr>
          <w:rFonts w:ascii="Nirmala UI" w:hAnsi="Nirmala UI" w:eastAsia="Nirmala UI" w:cs="Nirmala UI"/>
        </w:rPr>
        <w:t>प्राप्त</w:t>
      </w:r>
      <w:r>
        <w:rPr>
          <w:rFonts w:ascii="Times New Roman" w:hAnsi="Times New Roman" w:eastAsia="Times New Roman" w:cs="Times New Roman"/>
        </w:rPr>
        <w:t xml:space="preserve"> </w:t>
      </w:r>
      <w:r>
        <w:rPr>
          <w:rFonts w:ascii="Nirmala UI" w:hAnsi="Nirmala UI" w:eastAsia="Nirmala UI" w:cs="Nirmala UI"/>
        </w:rPr>
        <w:t>करबाक</w:t>
      </w:r>
      <w:r>
        <w:rPr>
          <w:rFonts w:ascii="Times New Roman" w:hAnsi="Times New Roman" w:eastAsia="Times New Roman" w:cs="Times New Roman"/>
        </w:rPr>
        <w:t xml:space="preserve"> </w:t>
      </w:r>
      <w:r>
        <w:rPr>
          <w:rFonts w:ascii="Nirmala UI" w:hAnsi="Nirmala UI" w:eastAsia="Nirmala UI" w:cs="Nirmala UI"/>
        </w:rPr>
        <w:t>उद्देश्यसँ</w:t>
      </w:r>
      <w:r>
        <w:rPr>
          <w:rFonts w:ascii="Times New Roman" w:hAnsi="Times New Roman" w:eastAsia="Times New Roman" w:cs="Times New Roman"/>
        </w:rPr>
        <w:t xml:space="preserve"> </w:t>
      </w:r>
      <w:r>
        <w:rPr>
          <w:rFonts w:ascii="Nirmala UI" w:hAnsi="Nirmala UI" w:eastAsia="Nirmala UI" w:cs="Nirmala UI"/>
        </w:rPr>
        <w:t>कम्पनीक</w:t>
      </w:r>
      <w:r>
        <w:rPr>
          <w:rFonts w:ascii="Times New Roman" w:hAnsi="Times New Roman" w:eastAsia="Times New Roman" w:cs="Times New Roman"/>
        </w:rPr>
        <w:t xml:space="preserve"> </w:t>
      </w:r>
      <w:r>
        <w:rPr>
          <w:rFonts w:ascii="Nirmala UI" w:hAnsi="Nirmala UI" w:eastAsia="Nirmala UI" w:cs="Nirmala UI"/>
        </w:rPr>
        <w:t>विरुद्ध</w:t>
      </w:r>
      <w:r>
        <w:rPr>
          <w:rFonts w:ascii="Times New Roman" w:hAnsi="Times New Roman" w:eastAsia="Times New Roman" w:cs="Times New Roman"/>
        </w:rPr>
        <w:t xml:space="preserve"> </w:t>
      </w:r>
      <w:r>
        <w:rPr>
          <w:rFonts w:ascii="Nirmala UI" w:hAnsi="Nirmala UI" w:eastAsia="Nirmala UI" w:cs="Nirmala UI"/>
        </w:rPr>
        <w:t>विधिसम्मत</w:t>
      </w:r>
      <w:r>
        <w:rPr>
          <w:rFonts w:ascii="Times New Roman" w:hAnsi="Times New Roman" w:eastAsia="Times New Roman" w:cs="Times New Roman"/>
        </w:rPr>
        <w:t xml:space="preserve"> </w:t>
      </w:r>
      <w:r>
        <w:rPr>
          <w:rFonts w:ascii="Nirmala UI" w:hAnsi="Nirmala UI" w:eastAsia="Nirmala UI" w:cs="Nirmala UI"/>
        </w:rPr>
        <w:t>कदम</w:t>
      </w:r>
      <w:r>
        <w:rPr>
          <w:rFonts w:ascii="Times New Roman" w:hAnsi="Times New Roman" w:eastAsia="Times New Roman" w:cs="Times New Roman"/>
        </w:rPr>
        <w:t xml:space="preserve"> </w:t>
      </w:r>
      <w:r>
        <w:rPr>
          <w:rFonts w:ascii="Nirmala UI" w:hAnsi="Nirmala UI" w:eastAsia="Nirmala UI" w:cs="Nirmala UI"/>
        </w:rPr>
        <w:t>उठेबाक</w:t>
      </w:r>
      <w:r>
        <w:rPr>
          <w:rFonts w:ascii="Times New Roman" w:hAnsi="Times New Roman" w:eastAsia="Times New Roman" w:cs="Times New Roman"/>
        </w:rPr>
        <w:t xml:space="preserve"> </w:t>
      </w:r>
      <w:r>
        <w:rPr>
          <w:rFonts w:ascii="Nirmala UI" w:hAnsi="Nirmala UI" w:eastAsia="Nirmala UI" w:cs="Nirmala UI"/>
        </w:rPr>
        <w:t>अभिप्राय</w:t>
      </w:r>
      <w:r>
        <w:rPr>
          <w:rFonts w:ascii="Times New Roman" w:hAnsi="Times New Roman" w:eastAsia="Times New Roman" w:cs="Times New Roman"/>
        </w:rPr>
        <w:t xml:space="preserve"> </w:t>
      </w:r>
      <w:r>
        <w:rPr>
          <w:rFonts w:ascii="Nirmala UI" w:hAnsi="Nirmala UI" w:eastAsia="Nirmala UI" w:cs="Nirmala UI"/>
        </w:rPr>
        <w:t>रखैत</w:t>
      </w:r>
      <w:r>
        <w:rPr>
          <w:rFonts w:ascii="Times New Roman" w:hAnsi="Times New Roman" w:eastAsia="Times New Roman" w:cs="Times New Roman"/>
        </w:rPr>
        <w:t xml:space="preserve"> </w:t>
      </w:r>
      <w:r>
        <w:rPr>
          <w:rFonts w:ascii="Nirmala UI" w:hAnsi="Nirmala UI" w:eastAsia="Nirmala UI" w:cs="Nirmala UI"/>
        </w:rPr>
        <w:t>छथि।</w:t>
      </w:r>
      <w:r>
        <w:rPr>
          <w:rFonts w:ascii="Times New Roman" w:hAnsi="Times New Roman" w:eastAsia="Times New Roman" w:cs="Times New Roman"/>
        </w:rPr>
        <w:t xml:space="preserve"> </w:t>
      </w:r>
      <w:r>
        <w:rPr>
          <w:rFonts w:ascii="Nirmala UI" w:hAnsi="Nirmala UI" w:eastAsia="Nirmala UI" w:cs="Nirmala UI"/>
        </w:rPr>
        <w:t>समग्र</w:t>
      </w:r>
      <w:r>
        <w:rPr>
          <w:rFonts w:ascii="Times New Roman" w:hAnsi="Times New Roman" w:eastAsia="Times New Roman" w:cs="Times New Roman"/>
        </w:rPr>
        <w:t xml:space="preserve"> </w:t>
      </w:r>
      <w:r>
        <w:rPr>
          <w:rFonts w:ascii="Nirmala UI" w:hAnsi="Nirmala UI" w:eastAsia="Nirmala UI" w:cs="Nirmala UI"/>
        </w:rPr>
        <w:t>रूपेँ</w:t>
      </w:r>
      <w:r>
        <w:rPr>
          <w:rFonts w:ascii="Times New Roman" w:hAnsi="Times New Roman" w:eastAsia="Times New Roman" w:cs="Times New Roman"/>
        </w:rPr>
        <w:t xml:space="preserve">, “will pursue” </w:t>
      </w:r>
      <w:r>
        <w:rPr>
          <w:rFonts w:ascii="Nirmala UI" w:hAnsi="Nirmala UI" w:eastAsia="Nirmala UI" w:cs="Nirmala UI"/>
        </w:rPr>
        <w:t>भविष्यमे</w:t>
      </w:r>
      <w:r>
        <w:rPr>
          <w:rFonts w:ascii="Times New Roman" w:hAnsi="Times New Roman" w:eastAsia="Times New Roman" w:cs="Times New Roman"/>
        </w:rPr>
        <w:t xml:space="preserve"> </w:t>
      </w:r>
      <w:r>
        <w:rPr>
          <w:rFonts w:ascii="Nirmala UI" w:hAnsi="Nirmala UI" w:eastAsia="Nirmala UI" w:cs="Nirmala UI"/>
        </w:rPr>
        <w:t>कोनो</w:t>
      </w:r>
      <w:r>
        <w:rPr>
          <w:rFonts w:ascii="Times New Roman" w:hAnsi="Times New Roman" w:eastAsia="Times New Roman" w:cs="Times New Roman"/>
        </w:rPr>
        <w:t xml:space="preserve"> </w:t>
      </w:r>
      <w:r>
        <w:rPr>
          <w:rFonts w:ascii="Nirmala UI" w:hAnsi="Nirmala UI" w:eastAsia="Nirmala UI" w:cs="Nirmala UI"/>
        </w:rPr>
        <w:t>विशिष्ट</w:t>
      </w:r>
      <w:r>
        <w:rPr>
          <w:rFonts w:ascii="Times New Roman" w:hAnsi="Times New Roman" w:eastAsia="Times New Roman" w:cs="Times New Roman"/>
        </w:rPr>
        <w:t xml:space="preserve"> </w:t>
      </w:r>
      <w:r>
        <w:rPr>
          <w:rFonts w:ascii="Nirmala UI" w:hAnsi="Nirmala UI" w:eastAsia="Nirmala UI" w:cs="Nirmala UI"/>
        </w:rPr>
        <w:t>लक्ष्य</w:t>
      </w:r>
      <w:r>
        <w:rPr>
          <w:rFonts w:ascii="Times New Roman" w:hAnsi="Times New Roman" w:eastAsia="Times New Roman" w:cs="Times New Roman"/>
        </w:rPr>
        <w:t xml:space="preserve"> </w:t>
      </w:r>
      <w:r>
        <w:rPr>
          <w:rFonts w:ascii="Nirmala UI" w:hAnsi="Nirmala UI" w:eastAsia="Nirmala UI" w:cs="Nirmala UI"/>
        </w:rPr>
        <w:t>अथवा</w:t>
      </w:r>
      <w:r>
        <w:rPr>
          <w:rFonts w:ascii="Times New Roman" w:hAnsi="Times New Roman" w:eastAsia="Times New Roman" w:cs="Times New Roman"/>
        </w:rPr>
        <w:t xml:space="preserve"> </w:t>
      </w:r>
      <w:r>
        <w:rPr>
          <w:rFonts w:ascii="Nirmala UI" w:hAnsi="Nirmala UI" w:eastAsia="Nirmala UI" w:cs="Nirmala UI"/>
        </w:rPr>
        <w:t>परिणाम</w:t>
      </w:r>
      <w:r>
        <w:rPr>
          <w:rFonts w:ascii="Times New Roman" w:hAnsi="Times New Roman" w:eastAsia="Times New Roman" w:cs="Times New Roman"/>
        </w:rPr>
        <w:t xml:space="preserve"> </w:t>
      </w:r>
      <w:r>
        <w:rPr>
          <w:rFonts w:ascii="Nirmala UI" w:hAnsi="Nirmala UI" w:eastAsia="Nirmala UI" w:cs="Nirmala UI"/>
        </w:rPr>
        <w:t>प्राप्त</w:t>
      </w:r>
      <w:r>
        <w:rPr>
          <w:rFonts w:ascii="Times New Roman" w:hAnsi="Times New Roman" w:eastAsia="Times New Roman" w:cs="Times New Roman"/>
        </w:rPr>
        <w:t xml:space="preserve"> </w:t>
      </w:r>
      <w:r>
        <w:rPr>
          <w:rFonts w:ascii="Nirmala UI" w:hAnsi="Nirmala UI" w:eastAsia="Nirmala UI" w:cs="Nirmala UI"/>
        </w:rPr>
        <w:t>करबाक</w:t>
      </w:r>
      <w:r>
        <w:rPr>
          <w:rFonts w:ascii="Times New Roman" w:hAnsi="Times New Roman" w:eastAsia="Times New Roman" w:cs="Times New Roman"/>
        </w:rPr>
        <w:t xml:space="preserve"> </w:t>
      </w:r>
      <w:r>
        <w:rPr>
          <w:rFonts w:ascii="Nirmala UI" w:hAnsi="Nirmala UI" w:eastAsia="Nirmala UI" w:cs="Nirmala UI"/>
        </w:rPr>
        <w:t>लेल</w:t>
      </w:r>
      <w:r>
        <w:rPr>
          <w:rFonts w:ascii="Times New Roman" w:hAnsi="Times New Roman" w:eastAsia="Times New Roman" w:cs="Times New Roman"/>
        </w:rPr>
        <w:t xml:space="preserve"> </w:t>
      </w:r>
      <w:r>
        <w:rPr>
          <w:rFonts w:ascii="Nirmala UI" w:hAnsi="Nirmala UI" w:eastAsia="Nirmala UI" w:cs="Nirmala UI"/>
        </w:rPr>
        <w:t>दृढ़संकल्प</w:t>
      </w:r>
      <w:r>
        <w:rPr>
          <w:rFonts w:ascii="Times New Roman" w:hAnsi="Times New Roman" w:eastAsia="Times New Roman" w:cs="Times New Roman"/>
        </w:rPr>
        <w:t xml:space="preserve">, </w:t>
      </w:r>
      <w:r>
        <w:rPr>
          <w:rFonts w:ascii="Nirmala UI" w:hAnsi="Nirmala UI" w:eastAsia="Nirmala UI" w:cs="Nirmala UI"/>
        </w:rPr>
        <w:t>प्रतिबद्धता</w:t>
      </w:r>
      <w:r>
        <w:rPr>
          <w:rFonts w:ascii="Times New Roman" w:hAnsi="Times New Roman" w:eastAsia="Times New Roman" w:cs="Times New Roman"/>
        </w:rPr>
        <w:t xml:space="preserve">, </w:t>
      </w:r>
      <w:r>
        <w:rPr>
          <w:rFonts w:ascii="Nirmala UI" w:hAnsi="Nirmala UI" w:eastAsia="Nirmala UI" w:cs="Nirmala UI"/>
        </w:rPr>
        <w:t>आ</w:t>
      </w:r>
      <w:r>
        <w:rPr>
          <w:rFonts w:ascii="Times New Roman" w:hAnsi="Times New Roman" w:eastAsia="Times New Roman" w:cs="Times New Roman"/>
        </w:rPr>
        <w:t xml:space="preserve"> </w:t>
      </w:r>
      <w:r>
        <w:rPr>
          <w:rFonts w:ascii="Nirmala UI" w:hAnsi="Nirmala UI" w:eastAsia="Nirmala UI" w:cs="Nirmala UI"/>
        </w:rPr>
        <w:t>स्पष्ट</w:t>
      </w:r>
      <w:r>
        <w:rPr>
          <w:rFonts w:ascii="Times New Roman" w:hAnsi="Times New Roman" w:eastAsia="Times New Roman" w:cs="Times New Roman"/>
        </w:rPr>
        <w:t xml:space="preserve"> </w:t>
      </w:r>
      <w:r>
        <w:rPr>
          <w:rFonts w:ascii="Nirmala UI" w:hAnsi="Nirmala UI" w:eastAsia="Nirmala UI" w:cs="Nirmala UI"/>
        </w:rPr>
        <w:t>अभिप्रायकेँ</w:t>
      </w:r>
      <w:r>
        <w:rPr>
          <w:rFonts w:ascii="Times New Roman" w:hAnsi="Times New Roman" w:eastAsia="Times New Roman" w:cs="Times New Roman"/>
        </w:rPr>
        <w:t xml:space="preserve"> </w:t>
      </w:r>
      <w:r>
        <w:rPr>
          <w:rFonts w:ascii="Nirmala UI" w:hAnsi="Nirmala UI" w:eastAsia="Nirmala UI" w:cs="Nirmala UI"/>
        </w:rPr>
        <w:t>सूचित</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अछि।</w:t>
      </w:r>
    </w:p>
    <w:p>
      <w:pPr>
        <w:pStyle w:val="ArticleBody"/>
        <w:jc w:val="left"/>
      </w:pPr>
      <w:r>
        <w:rPr>
          <w:rFonts w:ascii="Times New Roman" w:hAnsi="Times New Roman" w:eastAsia="Times New Roman" w:cs="Times New Roman"/>
        </w:rPr>
        <w:t>Ñi chumgelu fütra adkintun, ñi kelluai tañi kimeltuwün mew fey ta Romanismo mew Küme Fücha Mapu mew müley füta küpan nütram ka müten, fey tüfa müleluwün mew mütrümtungey kiñe tablón reke ñi küme witralngeal kiñe weda apolikan tripel aplikasion prophecy ñi. Feypi ta tripel aplikasion Roma ñi rupan pagano Roma, feymew papal Roma, ka feychi Estados Unidos kom ta küla Roma ñi külafüchagechi küme. Kiñe müte niey tañi ka feypilu weda apolikan tüfachi müley shortly after September 11, 2001, müten mew kiñe trokiñ trürürpüyi ta movimiento mew Joel libro ñi fütra.</w:t>
      </w:r>
    </w:p>
    <w:p>
      <w:pPr>
        <w:pStyle w:val="ArticleBody"/>
        <w:jc w:val="left"/>
      </w:pPr>
      <w:r>
        <w:rPr>
          <w:rFonts w:ascii="Javanese Text" w:hAnsi="Javanese Text" w:eastAsia="Javanese Text" w:cs="Javanese Text"/>
        </w:rPr>
        <w:t>꧋ꦥꦼꦫ꧀ꦠꦼꦤ꧀ꦠꦁꦔꦤ꧀</w:t>
      </w:r>
      <w:r>
        <w:rPr>
          <w:rFonts w:ascii="Times New Roman" w:hAnsi="Times New Roman" w:eastAsia="Times New Roman" w:cs="Times New Roman"/>
        </w:rPr>
        <w:t xml:space="preserve"> </w:t>
      </w:r>
      <w:r>
        <w:rPr>
          <w:rFonts w:ascii="Javanese Text" w:hAnsi="Javanese Text" w:eastAsia="Javanese Text" w:cs="Javanese Text"/>
        </w:rPr>
        <w:t>ꦲꦶꦏꦸ</w:t>
      </w:r>
      <w:r>
        <w:rPr>
          <w:rFonts w:ascii="Times New Roman" w:hAnsi="Times New Roman" w:eastAsia="Times New Roman" w:cs="Times New Roman"/>
        </w:rPr>
        <w:t xml:space="preserve"> </w:t>
      </w:r>
      <w:r>
        <w:rPr>
          <w:rFonts w:ascii="Javanese Text" w:hAnsi="Javanese Text" w:eastAsia="Javanese Text" w:cs="Javanese Text"/>
        </w:rPr>
        <w:t>ꦏꦼꦩꦸꦢꦶꦪꦤ꧀</w:t>
      </w:r>
      <w:r>
        <w:rPr>
          <w:rFonts w:ascii="Times New Roman" w:hAnsi="Times New Roman" w:eastAsia="Times New Roman" w:cs="Times New Roman"/>
        </w:rPr>
        <w:t xml:space="preserve"> </w:t>
      </w:r>
      <w:r>
        <w:rPr>
          <w:rFonts w:ascii="Javanese Text" w:hAnsi="Javanese Text" w:eastAsia="Javanese Text" w:cs="Javanese Text"/>
        </w:rPr>
        <w:t>ꦩꦸꦭꦻ</w:t>
      </w:r>
      <w:r>
        <w:rPr>
          <w:rFonts w:ascii="Times New Roman" w:hAnsi="Times New Roman" w:eastAsia="Times New Roman" w:cs="Times New Roman"/>
        </w:rPr>
        <w:t xml:space="preserve"> </w:t>
      </w:r>
      <w:r>
        <w:rPr>
          <w:rFonts w:ascii="Javanese Text" w:hAnsi="Javanese Text" w:eastAsia="Javanese Text" w:cs="Javanese Text"/>
        </w:rPr>
        <w:t>ꦲꦶꦁ</w:t>
      </w:r>
      <w:r>
        <w:rPr>
          <w:rFonts w:ascii="Times New Roman" w:hAnsi="Times New Roman" w:eastAsia="Times New Roman" w:cs="Times New Roman"/>
        </w:rPr>
        <w:t xml:space="preserve"> </w:t>
      </w:r>
      <w:r>
        <w:rPr>
          <w:rFonts w:ascii="Javanese Text" w:hAnsi="Javanese Text" w:eastAsia="Javanese Text" w:cs="Javanese Text"/>
        </w:rPr>
        <w:t>ꦱꦸꦱꦸꦫꦸꦔꦤ꧀</w:t>
      </w:r>
      <w:r>
        <w:rPr>
          <w:rFonts w:ascii="Times New Roman" w:hAnsi="Times New Roman" w:eastAsia="Times New Roman" w:cs="Times New Roman"/>
        </w:rPr>
        <w:t xml:space="preserve"> </w:t>
      </w:r>
      <w:r>
        <w:rPr>
          <w:rFonts w:ascii="Javanese Text" w:hAnsi="Javanese Text" w:eastAsia="Javanese Text" w:cs="Javanese Text"/>
        </w:rPr>
        <w:t>ꦏꦼꦩ꧀ꦥ꧀</w:t>
      </w:r>
      <w:r>
        <w:rPr>
          <w:rFonts w:ascii="Times New Roman" w:hAnsi="Times New Roman" w:eastAsia="Times New Roman" w:cs="Times New Roman"/>
        </w:rPr>
        <w:t xml:space="preserve"> </w:t>
      </w:r>
      <w:r>
        <w:rPr>
          <w:rFonts w:ascii="Javanese Text" w:hAnsi="Javanese Text" w:eastAsia="Javanese Text" w:cs="Javanese Text"/>
        </w:rPr>
        <w:t>ꦲꦶꦁ</w:t>
      </w:r>
      <w:r>
        <w:rPr>
          <w:rFonts w:ascii="Times New Roman" w:hAnsi="Times New Roman" w:eastAsia="Times New Roman" w:cs="Times New Roman"/>
        </w:rPr>
        <w:t xml:space="preserve"> </w:t>
      </w:r>
      <w:r>
        <w:rPr>
          <w:rFonts w:ascii="Javanese Text" w:hAnsi="Javanese Text" w:eastAsia="Javanese Text" w:cs="Javanese Text"/>
        </w:rPr>
        <w:t>ꦏꦤꦢꦃ</w:t>
      </w:r>
      <w:r>
        <w:rPr>
          <w:rFonts w:ascii="Times New Roman" w:hAnsi="Times New Roman" w:eastAsia="Times New Roman" w:cs="Times New Roman"/>
        </w:rPr>
        <w:t xml:space="preserve">, </w:t>
      </w:r>
      <w:r>
        <w:rPr>
          <w:rFonts w:ascii="Javanese Text" w:hAnsi="Javanese Text" w:eastAsia="Javanese Text" w:cs="Javanese Text"/>
        </w:rPr>
        <w:t>ꦲꦤ꧀ꦢꦲꦶ</w:t>
      </w:r>
      <w:r>
        <w:rPr>
          <w:rFonts w:ascii="Times New Roman" w:hAnsi="Times New Roman" w:eastAsia="Times New Roman" w:cs="Times New Roman"/>
        </w:rPr>
        <w:t xml:space="preserve"> </w:t>
      </w:r>
      <w:r>
        <w:rPr>
          <w:rFonts w:ascii="Javanese Text" w:hAnsi="Javanese Text" w:eastAsia="Javanese Text" w:cs="Javanese Text"/>
        </w:rPr>
        <w:t>ꦥꦼꦤꦼꦫꦥꦤ꧀</w:t>
      </w:r>
      <w:r>
        <w:rPr>
          <w:rFonts w:ascii="Times New Roman" w:hAnsi="Times New Roman" w:eastAsia="Times New Roman" w:cs="Times New Roman"/>
        </w:rPr>
        <w:t xml:space="preserve"> </w:t>
      </w:r>
      <w:r>
        <w:rPr>
          <w:rFonts w:ascii="Javanese Text" w:hAnsi="Javanese Text" w:eastAsia="Javanese Text" w:cs="Javanese Text"/>
        </w:rPr>
        <w:t>ꦠꦼꦭꦸ</w:t>
      </w:r>
      <w:r>
        <w:rPr>
          <w:rFonts w:ascii="Times New Roman" w:hAnsi="Times New Roman" w:eastAsia="Times New Roman" w:cs="Times New Roman"/>
        </w:rPr>
        <w:t xml:space="preserve"> </w:t>
      </w:r>
      <w:r>
        <w:rPr>
          <w:rFonts w:ascii="Javanese Text" w:hAnsi="Javanese Text" w:eastAsia="Javanese Text" w:cs="Javanese Text"/>
        </w:rPr>
        <w:t>ꦥꦶꦁ</w:t>
      </w:r>
      <w:r>
        <w:rPr>
          <w:rFonts w:ascii="Times New Roman" w:hAnsi="Times New Roman" w:eastAsia="Times New Roman" w:cs="Times New Roman"/>
        </w:rPr>
        <w:t xml:space="preserve"> </w:t>
      </w:r>
      <w:r>
        <w:rPr>
          <w:rFonts w:ascii="Javanese Text" w:hAnsi="Javanese Text" w:eastAsia="Javanese Text" w:cs="Javanese Text"/>
        </w:rPr>
        <w:t>ꦲꦶꦁ</w:t>
      </w:r>
      <w:r>
        <w:rPr>
          <w:rFonts w:ascii="Times New Roman" w:hAnsi="Times New Roman" w:eastAsia="Times New Roman" w:cs="Times New Roman"/>
        </w:rPr>
        <w:t xml:space="preserve"> </w:t>
      </w:r>
      <w:r>
        <w:rPr>
          <w:rFonts w:ascii="Javanese Text" w:hAnsi="Javanese Text" w:eastAsia="Javanese Text" w:cs="Javanese Text"/>
        </w:rPr>
        <w:t>ꦠꦼꦭꦸ</w:t>
      </w:r>
      <w:r>
        <w:rPr>
          <w:rFonts w:ascii="Times New Roman" w:hAnsi="Times New Roman" w:eastAsia="Times New Roman" w:cs="Times New Roman"/>
        </w:rPr>
        <w:t xml:space="preserve"> </w:t>
      </w:r>
      <w:r>
        <w:rPr>
          <w:rFonts w:ascii="Javanese Text" w:hAnsi="Javanese Text" w:eastAsia="Javanese Text" w:cs="Javanese Text"/>
        </w:rPr>
        <w:t>ꦕꦼꦠꦲ꧀</w:t>
      </w:r>
      <w:r>
        <w:rPr>
          <w:rFonts w:ascii="Times New Roman" w:hAnsi="Times New Roman" w:eastAsia="Times New Roman" w:cs="Times New Roman"/>
        </w:rPr>
        <w:t xml:space="preserve"> </w:t>
      </w:r>
      <w:r>
        <w:rPr>
          <w:rFonts w:ascii="Javanese Text" w:hAnsi="Javanese Text" w:eastAsia="Javanese Text" w:cs="Javanese Text"/>
        </w:rPr>
        <w:t>ꦲꦶꦏꦸ</w:t>
      </w:r>
      <w:r>
        <w:rPr>
          <w:rFonts w:ascii="Times New Roman" w:hAnsi="Times New Roman" w:eastAsia="Times New Roman" w:cs="Times New Roman"/>
        </w:rPr>
        <w:t xml:space="preserve"> </w:t>
      </w:r>
      <w:r>
        <w:rPr>
          <w:rFonts w:ascii="Javanese Text" w:hAnsi="Javanese Text" w:eastAsia="Javanese Text" w:cs="Javanese Text"/>
        </w:rPr>
        <w:t>ꦢꦶꦒꦧꦸꦁꦏꦺ</w:t>
      </w:r>
      <w:r>
        <w:rPr>
          <w:rFonts w:ascii="Times New Roman" w:hAnsi="Times New Roman" w:eastAsia="Times New Roman" w:cs="Times New Roman"/>
        </w:rPr>
        <w:t xml:space="preserve"> </w:t>
      </w:r>
      <w:r>
        <w:rPr>
          <w:rFonts w:ascii="Javanese Text" w:hAnsi="Javanese Text" w:eastAsia="Javanese Text" w:cs="Javanese Text"/>
        </w:rPr>
        <w:t>ꦗꦼꦫꦺꦴ</w:t>
      </w:r>
      <w:r>
        <w:rPr>
          <w:rFonts w:ascii="Times New Roman" w:hAnsi="Times New Roman" w:eastAsia="Times New Roman" w:cs="Times New Roman"/>
        </w:rPr>
        <w:t xml:space="preserve"> </w:t>
      </w:r>
      <w:r>
        <w:rPr>
          <w:rFonts w:ascii="Javanese Text" w:hAnsi="Javanese Text" w:eastAsia="Javanese Text" w:cs="Javanese Text"/>
        </w:rPr>
        <w:t>ꦧꦸꦏꦸ</w:t>
      </w:r>
      <w:r>
        <w:rPr>
          <w:rFonts w:ascii="Times New Roman" w:hAnsi="Times New Roman" w:eastAsia="Times New Roman" w:cs="Times New Roman"/>
        </w:rPr>
        <w:t xml:space="preserve"> </w:t>
      </w:r>
      <w:r>
        <w:rPr>
          <w:rFonts w:ascii="Javanese Text" w:hAnsi="Javanese Text" w:eastAsia="Javanese Text" w:cs="Javanese Text"/>
        </w:rPr>
        <w:t>ꦪꦺꦴꦌꦭ꧀</w:t>
      </w:r>
      <w:r>
        <w:rPr>
          <w:rFonts w:ascii="Times New Roman" w:hAnsi="Times New Roman" w:eastAsia="Times New Roman" w:cs="Times New Roman"/>
        </w:rPr>
        <w:t xml:space="preserve"> </w:t>
      </w:r>
      <w:r>
        <w:rPr>
          <w:rFonts w:ascii="Javanese Text" w:hAnsi="Javanese Text" w:eastAsia="Javanese Text" w:cs="Javanese Text"/>
        </w:rPr>
        <w:t>ꦏꦁꦒꦺ</w:t>
      </w:r>
      <w:r>
        <w:rPr>
          <w:rFonts w:ascii="Times New Roman" w:hAnsi="Times New Roman" w:eastAsia="Times New Roman" w:cs="Times New Roman"/>
        </w:rPr>
        <w:t xml:space="preserve"> </w:t>
      </w:r>
      <w:r>
        <w:rPr>
          <w:rFonts w:ascii="Javanese Text" w:hAnsi="Javanese Text" w:eastAsia="Javanese Text" w:cs="Javanese Text"/>
        </w:rPr>
        <w:t>ꦲꦶꦚ꧀ꦱꦁꦏꦼꦤ꧀</w:t>
      </w:r>
      <w:r>
        <w:rPr>
          <w:rFonts w:ascii="Times New Roman" w:hAnsi="Times New Roman" w:eastAsia="Times New Roman" w:cs="Times New Roman"/>
        </w:rPr>
        <w:t xml:space="preserve"> </w:t>
      </w:r>
      <w:r>
        <w:rPr>
          <w:rFonts w:ascii="Javanese Text" w:hAnsi="Javanese Text" w:eastAsia="Javanese Text" w:cs="Javanese Text"/>
        </w:rPr>
        <w:t>ꦮꦺꦴꦤ꧀ꦠꦼꦤ꧀</w:t>
      </w:r>
      <w:r>
        <w:rPr>
          <w:rFonts w:ascii="Times New Roman" w:hAnsi="Times New Roman" w:eastAsia="Times New Roman" w:cs="Times New Roman"/>
        </w:rPr>
        <w:t xml:space="preserve"> </w:t>
      </w:r>
      <w:r>
        <w:rPr>
          <w:rFonts w:ascii="Javanese Text" w:hAnsi="Javanese Text" w:eastAsia="Javanese Text" w:cs="Javanese Text"/>
        </w:rPr>
        <w:t>ꦆꦱ꧀ꦭꦩ꧀</w:t>
      </w:r>
      <w:r>
        <w:rPr>
          <w:rFonts w:ascii="Times New Roman" w:hAnsi="Times New Roman" w:eastAsia="Times New Roman" w:cs="Times New Roman"/>
        </w:rPr>
        <w:t xml:space="preserve"> </w:t>
      </w:r>
      <w:r>
        <w:rPr>
          <w:rFonts w:ascii="Javanese Text" w:hAnsi="Javanese Text" w:eastAsia="Javanese Text" w:cs="Javanese Text"/>
        </w:rPr>
        <w:t>ꦲꦶꦁ</w:t>
      </w:r>
      <w:r>
        <w:rPr>
          <w:rFonts w:ascii="Times New Roman" w:hAnsi="Times New Roman" w:eastAsia="Times New Roman" w:cs="Times New Roman"/>
        </w:rPr>
        <w:t xml:space="preserve"> </w:t>
      </w:r>
      <w:r>
        <w:rPr>
          <w:rFonts w:ascii="Javanese Text" w:hAnsi="Javanese Text" w:eastAsia="Javanese Text" w:cs="Javanese Text"/>
        </w:rPr>
        <w:t>ꦕꦼꦠꦲ꧀</w:t>
      </w:r>
      <w:r>
        <w:rPr>
          <w:rFonts w:ascii="Times New Roman" w:hAnsi="Times New Roman" w:eastAsia="Times New Roman" w:cs="Times New Roman"/>
        </w:rPr>
        <w:t xml:space="preserve"> </w:t>
      </w:r>
      <w:r>
        <w:rPr>
          <w:rFonts w:ascii="Javanese Text" w:hAnsi="Javanese Text" w:eastAsia="Javanese Text" w:cs="Javanese Text"/>
        </w:rPr>
        <w:t>ꦏꦠꦶꦒ</w:t>
      </w:r>
      <w:r>
        <w:rPr>
          <w:rFonts w:ascii="Times New Roman" w:hAnsi="Times New Roman" w:eastAsia="Times New Roman" w:cs="Times New Roman"/>
        </w:rPr>
        <w:t xml:space="preserve"> </w:t>
      </w:r>
      <w:r>
        <w:rPr>
          <w:rFonts w:ascii="Javanese Text" w:hAnsi="Javanese Text" w:eastAsia="Javanese Text" w:cs="Javanese Text"/>
        </w:rPr>
        <w:t>ꦲꦶꦏꦸ</w:t>
      </w:r>
      <w:r>
        <w:rPr>
          <w:rFonts w:ascii="Times New Roman" w:hAnsi="Times New Roman" w:eastAsia="Times New Roman" w:cs="Times New Roman"/>
        </w:rPr>
        <w:t xml:space="preserve"> </w:t>
      </w:r>
      <w:r>
        <w:rPr>
          <w:rFonts w:ascii="Javanese Text" w:hAnsi="Javanese Text" w:eastAsia="Javanese Text" w:cs="Javanese Text"/>
        </w:rPr>
        <w:t>ꦥꦸꦤꦶꦏ</w:t>
      </w:r>
      <w:r>
        <w:rPr>
          <w:rFonts w:ascii="Times New Roman" w:hAnsi="Times New Roman" w:eastAsia="Times New Roman" w:cs="Times New Roman"/>
        </w:rPr>
        <w:t xml:space="preserve"> </w:t>
      </w:r>
      <w:r>
        <w:rPr>
          <w:rFonts w:ascii="Javanese Text" w:hAnsi="Javanese Text" w:eastAsia="Javanese Text" w:cs="Javanese Text"/>
        </w:rPr>
        <w:t>ꦧꦁꦱ</w:t>
      </w:r>
      <w:r>
        <w:rPr>
          <w:rFonts w:ascii="Times New Roman" w:hAnsi="Times New Roman" w:eastAsia="Times New Roman" w:cs="Times New Roman"/>
        </w:rPr>
        <w:t xml:space="preserve"> </w:t>
      </w:r>
      <w:r>
        <w:rPr>
          <w:rFonts w:ascii="Javanese Text" w:hAnsi="Javanese Text" w:eastAsia="Javanese Text" w:cs="Javanese Text"/>
        </w:rPr>
        <w:t>ꦏꦁ</w:t>
      </w:r>
      <w:r>
        <w:rPr>
          <w:rFonts w:ascii="Times New Roman" w:hAnsi="Times New Roman" w:eastAsia="Times New Roman" w:cs="Times New Roman"/>
        </w:rPr>
        <w:t xml:space="preserve"> </w:t>
      </w:r>
      <w:r>
        <w:rPr>
          <w:rFonts w:ascii="Javanese Text" w:hAnsi="Javanese Text" w:eastAsia="Javanese Text" w:cs="Javanese Text"/>
        </w:rPr>
        <w:t>ꦢꦠꦼꦁ</w:t>
      </w:r>
      <w:r>
        <w:rPr>
          <w:rFonts w:ascii="Times New Roman" w:hAnsi="Times New Roman" w:eastAsia="Times New Roman" w:cs="Times New Roman"/>
        </w:rPr>
        <w:t xml:space="preserve"> </w:t>
      </w:r>
      <w:r>
        <w:rPr>
          <w:rFonts w:ascii="Javanese Text" w:hAnsi="Javanese Text" w:eastAsia="Javanese Text" w:cs="Javanese Text"/>
        </w:rPr>
        <w:t>ꦩꦼꦭꦮꦤ꧀</w:t>
      </w:r>
      <w:r>
        <w:rPr>
          <w:rFonts w:ascii="Times New Roman" w:hAnsi="Times New Roman" w:eastAsia="Times New Roman" w:cs="Times New Roman"/>
        </w:rPr>
        <w:t xml:space="preserve"> </w:t>
      </w:r>
      <w:r>
        <w:rPr>
          <w:rFonts w:ascii="Javanese Text" w:hAnsi="Javanese Text" w:eastAsia="Javanese Text" w:cs="Javanese Text"/>
        </w:rPr>
        <w:t>ꦠꦤꦃ</w:t>
      </w:r>
      <w:r>
        <w:rPr>
          <w:rFonts w:ascii="Times New Roman" w:hAnsi="Times New Roman" w:eastAsia="Times New Roman" w:cs="Times New Roman"/>
        </w:rPr>
        <w:t xml:space="preserve"> </w:t>
      </w:r>
      <w:r>
        <w:rPr>
          <w:rFonts w:ascii="Javanese Text" w:hAnsi="Javanese Text" w:eastAsia="Javanese Text" w:cs="Javanese Text"/>
        </w:rPr>
        <w:t>ꦲꦶꦁ</w:t>
      </w:r>
      <w:r>
        <w:rPr>
          <w:rFonts w:ascii="Times New Roman" w:hAnsi="Times New Roman" w:eastAsia="Times New Roman" w:cs="Times New Roman"/>
        </w:rPr>
        <w:t xml:space="preserve"> </w:t>
      </w:r>
      <w:r>
        <w:rPr>
          <w:rFonts w:ascii="Javanese Text" w:hAnsi="Javanese Text" w:eastAsia="Javanese Text" w:cs="Javanese Text"/>
        </w:rPr>
        <w:t>ꦄꦪꦠ꧀</w:t>
      </w:r>
      <w:r>
        <w:rPr>
          <w:rFonts w:ascii="Times New Roman" w:hAnsi="Times New Roman" w:eastAsia="Times New Roman" w:cs="Times New Roman"/>
        </w:rPr>
        <w:t xml:space="preserve"> </w:t>
      </w:r>
      <w:r>
        <w:rPr>
          <w:rFonts w:ascii="Javanese Text" w:hAnsi="Javanese Text" w:eastAsia="Javanese Text" w:cs="Javanese Text"/>
        </w:rPr>
        <w:t>ꦲꦼꦤꦼꦩ꧀</w:t>
      </w:r>
      <w:r>
        <w:rPr>
          <w:rFonts w:ascii="Times New Roman" w:hAnsi="Times New Roman" w:eastAsia="Times New Roman" w:cs="Times New Roman"/>
        </w:rPr>
        <w:t xml:space="preserve"> </w:t>
      </w:r>
      <w:r>
        <w:rPr>
          <w:rFonts w:ascii="Javanese Text" w:hAnsi="Javanese Text" w:eastAsia="Javanese Text" w:cs="Javanese Text"/>
        </w:rPr>
        <w:t>ꦧꦁꦱ꧀</w:t>
      </w:r>
      <w:r>
        <w:rPr>
          <w:rFonts w:ascii="Times New Roman" w:hAnsi="Times New Roman" w:eastAsia="Times New Roman" w:cs="Times New Roman"/>
        </w:rPr>
        <w:t xml:space="preserve"> </w:t>
      </w:r>
      <w:r>
        <w:rPr>
          <w:rFonts w:ascii="Javanese Text" w:hAnsi="Javanese Text" w:eastAsia="Javanese Text" w:cs="Javanese Text"/>
        </w:rPr>
        <w:t>ꦲꦶꦏꦸ</w:t>
      </w:r>
      <w:r>
        <w:rPr>
          <w:rFonts w:ascii="Times New Roman" w:hAnsi="Times New Roman" w:eastAsia="Times New Roman" w:cs="Times New Roman"/>
        </w:rPr>
        <w:t xml:space="preserve"> </w:t>
      </w:r>
      <w:r>
        <w:rPr>
          <w:rFonts w:ascii="Javanese Text" w:hAnsi="Javanese Text" w:eastAsia="Javanese Text" w:cs="Javanese Text"/>
        </w:rPr>
        <w:t>ꦥꦥꦭ꧀</w:t>
      </w:r>
      <w:r>
        <w:rPr>
          <w:rFonts w:ascii="Times New Roman" w:hAnsi="Times New Roman" w:eastAsia="Times New Roman" w:cs="Times New Roman"/>
        </w:rPr>
        <w:t xml:space="preserve"> </w:t>
      </w:r>
      <w:r>
        <w:rPr>
          <w:rFonts w:ascii="Javanese Text" w:hAnsi="Javanese Text" w:eastAsia="Javanese Text" w:cs="Javanese Text"/>
        </w:rPr>
        <w:t>ꦫꦺꦴꦩ</w:t>
      </w:r>
      <w:r>
        <w:rPr>
          <w:rFonts w:ascii="Times New Roman" w:hAnsi="Times New Roman" w:eastAsia="Times New Roman" w:cs="Times New Roman"/>
        </w:rPr>
        <w:t xml:space="preserve">, </w:t>
      </w:r>
      <w:r>
        <w:rPr>
          <w:rFonts w:ascii="Javanese Text" w:hAnsi="Javanese Text" w:eastAsia="Javanese Text" w:cs="Javanese Text"/>
        </w:rPr>
        <w:t>ꦤꦩꦸꦁ</w:t>
      </w:r>
      <w:r>
        <w:rPr>
          <w:rFonts w:ascii="Times New Roman" w:hAnsi="Times New Roman" w:eastAsia="Times New Roman" w:cs="Times New Roman"/>
        </w:rPr>
        <w:t xml:space="preserve"> </w:t>
      </w:r>
      <w:r>
        <w:rPr>
          <w:rFonts w:ascii="Javanese Text" w:hAnsi="Javanese Text" w:eastAsia="Javanese Text" w:cs="Javanese Text"/>
        </w:rPr>
        <w:t>ꦱꦮꦶꦗꦶꦤꦶꦁ</w:t>
      </w:r>
      <w:r>
        <w:rPr>
          <w:rFonts w:ascii="Times New Roman" w:hAnsi="Times New Roman" w:eastAsia="Times New Roman" w:cs="Times New Roman"/>
        </w:rPr>
        <w:t xml:space="preserve"> </w:t>
      </w:r>
      <w:r>
        <w:rPr>
          <w:rFonts w:ascii="Javanese Text" w:hAnsi="Javanese Text" w:eastAsia="Javanese Text" w:cs="Javanese Text"/>
        </w:rPr>
        <w:t>ꦥꦿꦠꦺꦭ</w:t>
      </w:r>
      <w:r>
        <w:rPr>
          <w:rFonts w:ascii="Times New Roman" w:hAnsi="Times New Roman" w:eastAsia="Times New Roman" w:cs="Times New Roman"/>
        </w:rPr>
        <w:t xml:space="preserve"> </w:t>
      </w:r>
      <w:r>
        <w:rPr>
          <w:rFonts w:ascii="Javanese Text" w:hAnsi="Javanese Text" w:eastAsia="Javanese Text" w:cs="Javanese Text"/>
        </w:rPr>
        <w:t>ꦥꦿꦶꦧꦢꦶ</w:t>
      </w:r>
      <w:r>
        <w:rPr>
          <w:rFonts w:ascii="Times New Roman" w:hAnsi="Times New Roman" w:eastAsia="Times New Roman" w:cs="Times New Roman"/>
        </w:rPr>
        <w:t xml:space="preserve"> </w:t>
      </w:r>
      <w:r>
        <w:rPr>
          <w:rFonts w:ascii="Javanese Text" w:hAnsi="Javanese Text" w:eastAsia="Javanese Text" w:cs="Javanese Text"/>
        </w:rPr>
        <w:t>ꦢꦶꦥꦿꦮꦺꦲꦏꦺ</w:t>
      </w:r>
      <w:r>
        <w:rPr>
          <w:rFonts w:ascii="Times New Roman" w:hAnsi="Times New Roman" w:eastAsia="Times New Roman" w:cs="Times New Roman"/>
        </w:rPr>
        <w:t xml:space="preserve">, </w:t>
      </w:r>
      <w:r>
        <w:rPr>
          <w:rFonts w:ascii="Javanese Text" w:hAnsi="Javanese Text" w:eastAsia="Javanese Text" w:cs="Javanese Text"/>
        </w:rPr>
        <w:t>ꦏꦁ</w:t>
      </w:r>
      <w:r>
        <w:rPr>
          <w:rFonts w:ascii="Times New Roman" w:hAnsi="Times New Roman" w:eastAsia="Times New Roman" w:cs="Times New Roman"/>
        </w:rPr>
        <w:t xml:space="preserve"> </w:t>
      </w:r>
      <w:r>
        <w:rPr>
          <w:rFonts w:ascii="Javanese Text" w:hAnsi="Javanese Text" w:eastAsia="Javanese Text" w:cs="Javanese Text"/>
        </w:rPr>
        <w:t>ꦔꦏꦸ</w:t>
      </w:r>
      <w:r>
        <w:rPr>
          <w:rFonts w:ascii="Times New Roman" w:hAnsi="Times New Roman" w:eastAsia="Times New Roman" w:cs="Times New Roman"/>
        </w:rPr>
        <w:t xml:space="preserve"> </w:t>
      </w:r>
      <w:r>
        <w:rPr>
          <w:rFonts w:ascii="Javanese Text" w:hAnsi="Javanese Text" w:eastAsia="Javanese Text" w:cs="Javanese Text"/>
        </w:rPr>
        <w:t>ꦮꦺꦴꦤ꧀ꦠꦼꦤ꧀</w:t>
      </w:r>
      <w:r>
        <w:rPr>
          <w:rFonts w:ascii="Times New Roman" w:hAnsi="Times New Roman" w:eastAsia="Times New Roman" w:cs="Times New Roman"/>
        </w:rPr>
        <w:t xml:space="preserve"> </w:t>
      </w:r>
      <w:r>
        <w:rPr>
          <w:rFonts w:ascii="Javanese Text" w:hAnsi="Javanese Text" w:eastAsia="Javanese Text" w:cs="Javanese Text"/>
        </w:rPr>
        <w:t>ꦧꦁꦱ</w:t>
      </w:r>
      <w:r>
        <w:rPr>
          <w:rFonts w:ascii="Times New Roman" w:hAnsi="Times New Roman" w:eastAsia="Times New Roman" w:cs="Times New Roman"/>
        </w:rPr>
        <w:t xml:space="preserve"> </w:t>
      </w:r>
      <w:r>
        <w:rPr>
          <w:rFonts w:ascii="Javanese Text" w:hAnsi="Javanese Text" w:eastAsia="Javanese Text" w:cs="Javanese Text"/>
        </w:rPr>
        <w:t>ꦲꦶꦏꦸ</w:t>
      </w:r>
      <w:r>
        <w:rPr>
          <w:rFonts w:ascii="Times New Roman" w:hAnsi="Times New Roman" w:eastAsia="Times New Roman" w:cs="Times New Roman"/>
        </w:rPr>
        <w:t xml:space="preserve"> </w:t>
      </w:r>
      <w:r>
        <w:rPr>
          <w:rFonts w:ascii="Javanese Text" w:hAnsi="Javanese Text" w:eastAsia="Javanese Text" w:cs="Javanese Text"/>
        </w:rPr>
        <w:t>ꦆꦱ꧀ꦭꦩ꧀꧉</w:t>
      </w:r>
      <w:r>
        <w:rPr>
          <w:rFonts w:ascii="Times New Roman" w:hAnsi="Times New Roman" w:eastAsia="Times New Roman" w:cs="Times New Roman"/>
        </w:rPr>
        <w:t xml:space="preserve"> </w:t>
      </w:r>
      <w:r>
        <w:rPr>
          <w:rFonts w:ascii="Javanese Text" w:hAnsi="Javanese Text" w:eastAsia="Javanese Text" w:cs="Javanese Text"/>
        </w:rPr>
        <w:t>ꦥꦼꦤꦼꦫꦥꦤ꧀</w:t>
      </w:r>
      <w:r>
        <w:rPr>
          <w:rFonts w:ascii="Times New Roman" w:hAnsi="Times New Roman" w:eastAsia="Times New Roman" w:cs="Times New Roman"/>
        </w:rPr>
        <w:t xml:space="preserve"> </w:t>
      </w:r>
      <w:r>
        <w:rPr>
          <w:rFonts w:ascii="Javanese Text" w:hAnsi="Javanese Text" w:eastAsia="Javanese Text" w:cs="Javanese Text"/>
        </w:rPr>
        <w:t>ꦠꦼꦭꦸ</w:t>
      </w:r>
      <w:r>
        <w:rPr>
          <w:rFonts w:ascii="Times New Roman" w:hAnsi="Times New Roman" w:eastAsia="Times New Roman" w:cs="Times New Roman"/>
        </w:rPr>
        <w:t xml:space="preserve"> </w:t>
      </w:r>
      <w:r>
        <w:rPr>
          <w:rFonts w:ascii="Javanese Text" w:hAnsi="Javanese Text" w:eastAsia="Javanese Text" w:cs="Javanese Text"/>
        </w:rPr>
        <w:t>ꦥꦶꦁ</w:t>
      </w:r>
      <w:r>
        <w:rPr>
          <w:rFonts w:ascii="Times New Roman" w:hAnsi="Times New Roman" w:eastAsia="Times New Roman" w:cs="Times New Roman"/>
        </w:rPr>
        <w:t xml:space="preserve"> </w:t>
      </w:r>
      <w:r>
        <w:rPr>
          <w:rFonts w:ascii="Javanese Text" w:hAnsi="Javanese Text" w:eastAsia="Javanese Text" w:cs="Javanese Text"/>
        </w:rPr>
        <w:t>ꦠꦼꦭꦸ</w:t>
      </w:r>
      <w:r>
        <w:rPr>
          <w:rFonts w:ascii="Times New Roman" w:hAnsi="Times New Roman" w:eastAsia="Times New Roman" w:cs="Times New Roman"/>
        </w:rPr>
        <w:t xml:space="preserve"> </w:t>
      </w:r>
      <w:r>
        <w:rPr>
          <w:rFonts w:ascii="Javanese Text" w:hAnsi="Javanese Text" w:eastAsia="Javanese Text" w:cs="Javanese Text"/>
        </w:rPr>
        <w:t>ꦕꦼꦠꦲ꧀</w:t>
      </w:r>
      <w:r>
        <w:rPr>
          <w:rFonts w:ascii="Times New Roman" w:hAnsi="Times New Roman" w:eastAsia="Times New Roman" w:cs="Times New Roman"/>
        </w:rPr>
        <w:t xml:space="preserve"> </w:t>
      </w:r>
      <w:r>
        <w:rPr>
          <w:rFonts w:ascii="Javanese Text" w:hAnsi="Javanese Text" w:eastAsia="Javanese Text" w:cs="Javanese Text"/>
        </w:rPr>
        <w:t>ꦲꦶꦏꦸ</w:t>
      </w:r>
      <w:r>
        <w:rPr>
          <w:rFonts w:ascii="Times New Roman" w:hAnsi="Times New Roman" w:eastAsia="Times New Roman" w:cs="Times New Roman"/>
        </w:rPr>
        <w:t xml:space="preserve"> </w:t>
      </w:r>
      <w:r>
        <w:rPr>
          <w:rFonts w:ascii="Javanese Text" w:hAnsi="Javanese Text" w:eastAsia="Javanese Text" w:cs="Javanese Text"/>
        </w:rPr>
        <w:t>ꦏꦃ</w:t>
      </w:r>
      <w:r>
        <w:rPr>
          <w:rFonts w:ascii="Times New Roman" w:hAnsi="Times New Roman" w:eastAsia="Times New Roman" w:cs="Times New Roman"/>
        </w:rPr>
        <w:t xml:space="preserve"> </w:t>
      </w:r>
      <w:r>
        <w:rPr>
          <w:rFonts w:ascii="Javanese Text" w:hAnsi="Javanese Text" w:eastAsia="Javanese Text" w:cs="Javanese Text"/>
        </w:rPr>
        <w:t>ꦔꦸꦒꦸꦃꦏꦺ</w:t>
      </w:r>
      <w:r>
        <w:rPr>
          <w:rFonts w:ascii="Times New Roman" w:hAnsi="Times New Roman" w:eastAsia="Times New Roman" w:cs="Times New Roman"/>
        </w:rPr>
        <w:t xml:space="preserve"> </w:t>
      </w:r>
      <w:r>
        <w:rPr>
          <w:rFonts w:ascii="Javanese Text" w:hAnsi="Javanese Text" w:eastAsia="Javanese Text" w:cs="Javanese Text"/>
        </w:rPr>
        <w:t>ꦆꦱ꧀ꦭꦩ꧀</w:t>
      </w:r>
      <w:r>
        <w:rPr>
          <w:rFonts w:ascii="Times New Roman" w:hAnsi="Times New Roman" w:eastAsia="Times New Roman" w:cs="Times New Roman"/>
        </w:rPr>
        <w:t xml:space="preserve"> </w:t>
      </w:r>
      <w:r>
        <w:rPr>
          <w:rFonts w:ascii="Javanese Text" w:hAnsi="Javanese Text" w:eastAsia="Javanese Text" w:cs="Javanese Text"/>
        </w:rPr>
        <w:t>ꦱꦼꦧꦒꦻ</w:t>
      </w:r>
      <w:r>
        <w:rPr>
          <w:rFonts w:ascii="Times New Roman" w:hAnsi="Times New Roman" w:eastAsia="Times New Roman" w:cs="Times New Roman"/>
        </w:rPr>
        <w:t xml:space="preserve"> </w:t>
      </w:r>
      <w:r>
        <w:rPr>
          <w:rFonts w:ascii="Javanese Text" w:hAnsi="Javanese Text" w:eastAsia="Javanese Text" w:cs="Javanese Text"/>
        </w:rPr>
        <w:t>ꦏꦼꦏꦸꦮꦠꦤ꧀</w:t>
      </w:r>
      <w:r>
        <w:rPr>
          <w:rFonts w:ascii="Times New Roman" w:hAnsi="Times New Roman" w:eastAsia="Times New Roman" w:cs="Times New Roman"/>
        </w:rPr>
        <w:t xml:space="preserve"> </w:t>
      </w:r>
      <w:r>
        <w:rPr>
          <w:rFonts w:ascii="Javanese Text" w:hAnsi="Javanese Text" w:eastAsia="Javanese Text" w:cs="Javanese Text"/>
        </w:rPr>
        <w:t>ꦠꦁꦒꦭ꧀</w:t>
      </w:r>
      <w:r>
        <w:rPr>
          <w:rFonts w:ascii="Times New Roman" w:hAnsi="Times New Roman" w:eastAsia="Times New Roman" w:cs="Times New Roman"/>
        </w:rPr>
        <w:t xml:space="preserve"> 11 </w:t>
      </w:r>
      <w:r>
        <w:rPr>
          <w:rFonts w:ascii="Javanese Text" w:hAnsi="Javanese Text" w:eastAsia="Javanese Text" w:cs="Javanese Text"/>
        </w:rPr>
        <w:t>ꦱꦼꦥ꧀ꦠꦺꦩ꧀ꦧꦼꦂ</w:t>
      </w:r>
      <w:r>
        <w:rPr>
          <w:rFonts w:ascii="Times New Roman" w:hAnsi="Times New Roman" w:eastAsia="Times New Roman" w:cs="Times New Roman"/>
        </w:rPr>
        <w:t xml:space="preserve"> 2001, </w:t>
      </w:r>
      <w:r>
        <w:rPr>
          <w:rFonts w:ascii="Javanese Text" w:hAnsi="Javanese Text" w:eastAsia="Javanese Text" w:cs="Javanese Text"/>
        </w:rPr>
        <w:t>ꦭꦤ꧀</w:t>
      </w:r>
      <w:r>
        <w:rPr>
          <w:rFonts w:ascii="Times New Roman" w:hAnsi="Times New Roman" w:eastAsia="Times New Roman" w:cs="Times New Roman"/>
        </w:rPr>
        <w:t xml:space="preserve"> </w:t>
      </w:r>
      <w:r>
        <w:rPr>
          <w:rFonts w:ascii="Javanese Text" w:hAnsi="Javanese Text" w:eastAsia="Javanese Text" w:cs="Javanese Text"/>
        </w:rPr>
        <w:t>ꦥꦿꦠꦺꦭ</w:t>
      </w:r>
      <w:r>
        <w:rPr>
          <w:rFonts w:ascii="Times New Roman" w:hAnsi="Times New Roman" w:eastAsia="Times New Roman" w:cs="Times New Roman"/>
        </w:rPr>
        <w:t xml:space="preserve"> </w:t>
      </w:r>
      <w:r>
        <w:rPr>
          <w:rFonts w:ascii="Javanese Text" w:hAnsi="Javanese Text" w:eastAsia="Javanese Text" w:cs="Javanese Text"/>
        </w:rPr>
        <w:t>ꦥꦿꦶꦧꦢꦶ</w:t>
      </w:r>
      <w:r>
        <w:rPr>
          <w:rFonts w:ascii="Times New Roman" w:hAnsi="Times New Roman" w:eastAsia="Times New Roman" w:cs="Times New Roman"/>
        </w:rPr>
        <w:t xml:space="preserve"> </w:t>
      </w:r>
      <w:r>
        <w:rPr>
          <w:rFonts w:ascii="Javanese Text" w:hAnsi="Javanese Text" w:eastAsia="Javanese Text" w:cs="Javanese Text"/>
        </w:rPr>
        <w:t>ꦲꦤ꧀ꦪꦂ</w:t>
      </w:r>
      <w:r>
        <w:rPr>
          <w:rFonts w:ascii="Times New Roman" w:hAnsi="Times New Roman" w:eastAsia="Times New Roman" w:cs="Times New Roman"/>
        </w:rPr>
        <w:t xml:space="preserve"> </w:t>
      </w:r>
      <w:r>
        <w:rPr>
          <w:rFonts w:ascii="Javanese Text" w:hAnsi="Javanese Text" w:eastAsia="Javanese Text" w:cs="Javanese Text"/>
        </w:rPr>
        <w:t>ꦲꦶꦏꦸ</w:t>
      </w:r>
      <w:r>
        <w:rPr>
          <w:rFonts w:ascii="Times New Roman" w:hAnsi="Times New Roman" w:eastAsia="Times New Roman" w:cs="Times New Roman"/>
        </w:rPr>
        <w:t xml:space="preserve"> </w:t>
      </w:r>
      <w:r>
        <w:rPr>
          <w:rFonts w:ascii="Javanese Text" w:hAnsi="Javanese Text" w:eastAsia="Javanese Text" w:cs="Javanese Text"/>
        </w:rPr>
        <w:t>ꦠꦼꦒꦸꦃ</w:t>
      </w:r>
      <w:r>
        <w:rPr>
          <w:rFonts w:ascii="Times New Roman" w:hAnsi="Times New Roman" w:eastAsia="Times New Roman" w:cs="Times New Roman"/>
        </w:rPr>
        <w:t xml:space="preserve"> </w:t>
      </w:r>
      <w:r>
        <w:rPr>
          <w:rFonts w:ascii="Javanese Text" w:hAnsi="Javanese Text" w:eastAsia="Javanese Text" w:cs="Javanese Text"/>
        </w:rPr>
        <w:t>ꦩꦼꦏ꧀ꦱꦏꦺ</w:t>
      </w:r>
      <w:r>
        <w:rPr>
          <w:rFonts w:ascii="Times New Roman" w:hAnsi="Times New Roman" w:eastAsia="Times New Roman" w:cs="Times New Roman"/>
        </w:rPr>
        <w:t xml:space="preserve"> </w:t>
      </w:r>
      <w:r>
        <w:rPr>
          <w:rFonts w:ascii="Javanese Text" w:hAnsi="Javanese Text" w:eastAsia="Javanese Text" w:cs="Javanese Text"/>
        </w:rPr>
        <w:t>ꦲꦤꦺꦴꦏꦺ</w:t>
      </w:r>
      <w:r>
        <w:rPr>
          <w:rFonts w:ascii="Times New Roman" w:hAnsi="Times New Roman" w:eastAsia="Times New Roman" w:cs="Times New Roman"/>
        </w:rPr>
        <w:t xml:space="preserve"> </w:t>
      </w:r>
      <w:r>
        <w:rPr>
          <w:rFonts w:ascii="Javanese Text" w:hAnsi="Javanese Text" w:eastAsia="Javanese Text" w:cs="Javanese Text"/>
        </w:rPr>
        <w:t>ꦏꦼꦏꦸꦮꦠꦤ꧀</w:t>
      </w:r>
      <w:r>
        <w:rPr>
          <w:rFonts w:ascii="Times New Roman" w:hAnsi="Times New Roman" w:eastAsia="Times New Roman" w:cs="Times New Roman"/>
        </w:rPr>
        <w:t xml:space="preserve"> </w:t>
      </w:r>
      <w:r>
        <w:rPr>
          <w:rFonts w:ascii="Javanese Text" w:hAnsi="Javanese Text" w:eastAsia="Javanese Text" w:cs="Javanese Text"/>
        </w:rPr>
        <w:t>ꦥꦥꦭ꧀</w:t>
      </w:r>
      <w:r>
        <w:rPr>
          <w:rFonts w:ascii="Times New Roman" w:hAnsi="Times New Roman" w:eastAsia="Times New Roman" w:cs="Times New Roman"/>
        </w:rPr>
        <w:t xml:space="preserve"> </w:t>
      </w:r>
      <w:r>
        <w:rPr>
          <w:rFonts w:ascii="Javanese Text" w:hAnsi="Javanese Text" w:eastAsia="Javanese Text" w:cs="Javanese Text"/>
        </w:rPr>
        <w:t>ꦲꦶꦁ</w:t>
      </w:r>
      <w:r>
        <w:rPr>
          <w:rFonts w:ascii="Times New Roman" w:hAnsi="Times New Roman" w:eastAsia="Times New Roman" w:cs="Times New Roman"/>
        </w:rPr>
        <w:t xml:space="preserve"> </w:t>
      </w:r>
      <w:r>
        <w:rPr>
          <w:rFonts w:ascii="Javanese Text" w:hAnsi="Javanese Text" w:eastAsia="Javanese Text" w:cs="Javanese Text"/>
        </w:rPr>
        <w:t>ꦪꦺꦴꦌꦭ꧀</w:t>
      </w:r>
      <w:r>
        <w:rPr>
          <w:rFonts w:ascii="Times New Roman" w:hAnsi="Times New Roman" w:eastAsia="Times New Roman" w:cs="Times New Roman"/>
        </w:rPr>
        <w:t xml:space="preserve"> </w:t>
      </w:r>
      <w:r>
        <w:rPr>
          <w:rFonts w:ascii="Javanese Text" w:hAnsi="Javanese Text" w:eastAsia="Javanese Text" w:cs="Javanese Text"/>
        </w:rPr>
        <w:t>ꦧꦁꦱ꧀</w:t>
      </w:r>
      <w:r>
        <w:rPr>
          <w:rFonts w:ascii="Times New Roman" w:hAnsi="Times New Roman" w:eastAsia="Times New Roman" w:cs="Times New Roman"/>
        </w:rPr>
        <w:t xml:space="preserve"> </w:t>
      </w:r>
      <w:r>
        <w:rPr>
          <w:rFonts w:ascii="Javanese Text" w:hAnsi="Javanese Text" w:eastAsia="Javanese Text" w:cs="Javanese Text"/>
        </w:rPr>
        <w:t>ꦲꦺꦴꦤꦺ</w:t>
      </w:r>
      <w:r>
        <w:rPr>
          <w:rFonts w:ascii="Times New Roman" w:hAnsi="Times New Roman" w:eastAsia="Times New Roman" w:cs="Times New Roman"/>
        </w:rPr>
        <w:t xml:space="preserve"> </w:t>
      </w:r>
      <w:r>
        <w:rPr>
          <w:rFonts w:ascii="Javanese Text" w:hAnsi="Javanese Text" w:eastAsia="Javanese Text" w:cs="Javanese Text"/>
        </w:rPr>
        <w:t>ꦱꦼꦠꦸꦤꦼ</w:t>
      </w:r>
      <w:r>
        <w:rPr>
          <w:rFonts w:ascii="Times New Roman" w:hAnsi="Times New Roman" w:eastAsia="Times New Roman" w:cs="Times New Roman"/>
        </w:rPr>
        <w:t xml:space="preserve"> </w:t>
      </w:r>
      <w:r>
        <w:rPr>
          <w:rFonts w:ascii="Javanese Text" w:hAnsi="Javanese Text" w:eastAsia="Javanese Text" w:cs="Javanese Text"/>
        </w:rPr>
        <w:t>ꦆꦱ꧀ꦭꦩ꧀꧉</w:t>
      </w:r>
      <w:r>
        <w:rPr>
          <w:rFonts w:ascii="Times New Roman" w:hAnsi="Times New Roman" w:eastAsia="Times New Roman" w:cs="Times New Roman"/>
        </w:rPr>
        <w:t xml:space="preserve"> </w:t>
      </w:r>
      <w:r>
        <w:rPr>
          <w:rFonts w:ascii="Javanese Text" w:hAnsi="Javanese Text" w:eastAsia="Javanese Text" w:cs="Javanese Text"/>
        </w:rPr>
        <w:t>ꦱꦮꦶꦗꦶꦤꦶꦁ</w:t>
      </w:r>
      <w:r>
        <w:rPr>
          <w:rFonts w:ascii="Times New Roman" w:hAnsi="Times New Roman" w:eastAsia="Times New Roman" w:cs="Times New Roman"/>
        </w:rPr>
        <w:t xml:space="preserve"> </w:t>
      </w:r>
      <w:r>
        <w:rPr>
          <w:rFonts w:ascii="Javanese Text" w:hAnsi="Javanese Text" w:eastAsia="Javanese Text" w:cs="Javanese Text"/>
        </w:rPr>
        <w:t>ꦥꦿꦠꦺꦭ</w:t>
      </w:r>
      <w:r>
        <w:rPr>
          <w:rFonts w:ascii="Times New Roman" w:hAnsi="Times New Roman" w:eastAsia="Times New Roman" w:cs="Times New Roman"/>
        </w:rPr>
        <w:t xml:space="preserve"> </w:t>
      </w:r>
      <w:r>
        <w:rPr>
          <w:rFonts w:ascii="Javanese Text" w:hAnsi="Javanese Text" w:eastAsia="Javanese Text" w:cs="Javanese Text"/>
        </w:rPr>
        <w:t>ꦥꦿꦶꦧꦢꦶ</w:t>
      </w:r>
      <w:r>
        <w:rPr>
          <w:rFonts w:ascii="Times New Roman" w:hAnsi="Times New Roman" w:eastAsia="Times New Roman" w:cs="Times New Roman"/>
        </w:rPr>
        <w:t xml:space="preserve"> </w:t>
      </w:r>
      <w:r>
        <w:rPr>
          <w:rFonts w:ascii="Javanese Text" w:hAnsi="Javanese Text" w:eastAsia="Javanese Text" w:cs="Javanese Text"/>
        </w:rPr>
        <w:t>ꦏꦁ</w:t>
      </w:r>
      <w:r>
        <w:rPr>
          <w:rFonts w:ascii="Times New Roman" w:hAnsi="Times New Roman" w:eastAsia="Times New Roman" w:cs="Times New Roman"/>
        </w:rPr>
        <w:t xml:space="preserve"> </w:t>
      </w:r>
      <w:r>
        <w:rPr>
          <w:rFonts w:ascii="Javanese Text" w:hAnsi="Javanese Text" w:eastAsia="Javanese Text" w:cs="Javanese Text"/>
        </w:rPr>
        <w:t>ꦤꦺꦴꦭꦏ꧀</w:t>
      </w:r>
      <w:r>
        <w:rPr>
          <w:rFonts w:ascii="Times New Roman" w:hAnsi="Times New Roman" w:eastAsia="Times New Roman" w:cs="Times New Roman"/>
        </w:rPr>
        <w:t xml:space="preserve"> </w:t>
      </w:r>
      <w:r>
        <w:rPr>
          <w:rFonts w:ascii="Javanese Text" w:hAnsi="Javanese Text" w:eastAsia="Javanese Text" w:cs="Javanese Text"/>
        </w:rPr>
        <w:t>ꦥꦼꦔꦼꦤꦭꦤ꧀</w:t>
      </w:r>
      <w:r>
        <w:rPr>
          <w:rFonts w:ascii="Times New Roman" w:hAnsi="Times New Roman" w:eastAsia="Times New Roman" w:cs="Times New Roman"/>
        </w:rPr>
        <w:t xml:space="preserve"> </w:t>
      </w:r>
      <w:r>
        <w:rPr>
          <w:rFonts w:ascii="Javanese Text" w:hAnsi="Javanese Text" w:eastAsia="Javanese Text" w:cs="Javanese Text"/>
        </w:rPr>
        <w:t>ꦏꦁ</w:t>
      </w:r>
      <w:r>
        <w:rPr>
          <w:rFonts w:ascii="Times New Roman" w:hAnsi="Times New Roman" w:eastAsia="Times New Roman" w:cs="Times New Roman"/>
        </w:rPr>
        <w:t xml:space="preserve"> </w:t>
      </w:r>
      <w:r>
        <w:rPr>
          <w:rFonts w:ascii="Javanese Text" w:hAnsi="Javanese Text" w:eastAsia="Javanese Text" w:cs="Javanese Text"/>
        </w:rPr>
        <w:t>ꦧꦼꦤꦼꦂ</w:t>
      </w:r>
      <w:r>
        <w:rPr>
          <w:rFonts w:ascii="Times New Roman" w:hAnsi="Times New Roman" w:eastAsia="Times New Roman" w:cs="Times New Roman"/>
        </w:rPr>
        <w:t xml:space="preserve"> </w:t>
      </w:r>
      <w:r>
        <w:rPr>
          <w:rFonts w:ascii="Javanese Text" w:hAnsi="Javanese Text" w:eastAsia="Javanese Text" w:cs="Javanese Text"/>
        </w:rPr>
        <w:t>ꦊꦏꦼꦱꦤ꧀</w:t>
      </w:r>
      <w:r>
        <w:rPr>
          <w:rFonts w:ascii="Times New Roman" w:hAnsi="Times New Roman" w:eastAsia="Times New Roman" w:cs="Times New Roman"/>
        </w:rPr>
        <w:t xml:space="preserve"> </w:t>
      </w:r>
      <w:r>
        <w:rPr>
          <w:rFonts w:ascii="Javanese Text" w:hAnsi="Javanese Text" w:eastAsia="Javanese Text" w:cs="Javanese Text"/>
        </w:rPr>
        <w:t>ꦥꦥꦭ꧀</w:t>
      </w:r>
      <w:r>
        <w:rPr>
          <w:rFonts w:ascii="Times New Roman" w:hAnsi="Times New Roman" w:eastAsia="Times New Roman" w:cs="Times New Roman"/>
        </w:rPr>
        <w:t xml:space="preserve"> </w:t>
      </w:r>
      <w:r>
        <w:rPr>
          <w:rFonts w:ascii="Javanese Text" w:hAnsi="Javanese Text" w:eastAsia="Javanese Text" w:cs="Javanese Text"/>
        </w:rPr>
        <w:t>ꦲꦶꦁ</w:t>
      </w:r>
      <w:r>
        <w:rPr>
          <w:rFonts w:ascii="Times New Roman" w:hAnsi="Times New Roman" w:eastAsia="Times New Roman" w:cs="Times New Roman"/>
        </w:rPr>
        <w:t xml:space="preserve"> </w:t>
      </w:r>
      <w:r>
        <w:rPr>
          <w:rFonts w:ascii="Javanese Text" w:hAnsi="Javanese Text" w:eastAsia="Javanese Text" w:cs="Javanese Text"/>
        </w:rPr>
        <w:t>ꦧꦸꦏꦸ</w:t>
      </w:r>
      <w:r>
        <w:rPr>
          <w:rFonts w:ascii="Times New Roman" w:hAnsi="Times New Roman" w:eastAsia="Times New Roman" w:cs="Times New Roman"/>
        </w:rPr>
        <w:t xml:space="preserve"> </w:t>
      </w:r>
      <w:r>
        <w:rPr>
          <w:rFonts w:ascii="Javanese Text" w:hAnsi="Javanese Text" w:eastAsia="Javanese Text" w:cs="Javanese Text"/>
        </w:rPr>
        <w:t>ꦪꦺꦴꦌꦭ꧀</w:t>
      </w:r>
      <w:r>
        <w:rPr>
          <w:rFonts w:ascii="Times New Roman" w:hAnsi="Times New Roman" w:eastAsia="Times New Roman" w:cs="Times New Roman"/>
        </w:rPr>
        <w:t xml:space="preserve"> </w:t>
      </w:r>
      <w:r>
        <w:rPr>
          <w:rFonts w:ascii="Javanese Text" w:hAnsi="Javanese Text" w:eastAsia="Javanese Text" w:cs="Javanese Text"/>
        </w:rPr>
        <w:t>ꦢꦶꦏꦸꦮꦠ꧀ꦏꦺ</w:t>
      </w:r>
      <w:r>
        <w:rPr>
          <w:rFonts w:ascii="Times New Roman" w:hAnsi="Times New Roman" w:eastAsia="Times New Roman" w:cs="Times New Roman"/>
        </w:rPr>
        <w:t xml:space="preserve"> </w:t>
      </w:r>
      <w:r>
        <w:rPr>
          <w:rFonts w:ascii="Javanese Text" w:hAnsi="Javanese Text" w:eastAsia="Javanese Text" w:cs="Javanese Text"/>
        </w:rPr>
        <w:t>ꦢꦺꦤꦶꦁ</w:t>
      </w:r>
      <w:r>
        <w:rPr>
          <w:rFonts w:ascii="Times New Roman" w:hAnsi="Times New Roman" w:eastAsia="Times New Roman" w:cs="Times New Roman"/>
        </w:rPr>
        <w:t xml:space="preserve"> </w:t>
      </w:r>
      <w:r>
        <w:rPr>
          <w:rFonts w:ascii="Javanese Text" w:hAnsi="Javanese Text" w:eastAsia="Javanese Text" w:cs="Javanese Text"/>
        </w:rPr>
        <w:t>ꦥꦼꦤꦼꦫꦥꦤ꧀</w:t>
      </w:r>
      <w:r>
        <w:rPr>
          <w:rFonts w:ascii="Times New Roman" w:hAnsi="Times New Roman" w:eastAsia="Times New Roman" w:cs="Times New Roman"/>
        </w:rPr>
        <w:t xml:space="preserve"> </w:t>
      </w:r>
      <w:r>
        <w:rPr>
          <w:rFonts w:ascii="Javanese Text" w:hAnsi="Javanese Text" w:eastAsia="Javanese Text" w:cs="Javanese Text"/>
        </w:rPr>
        <w:t>ꦏꦁ</w:t>
      </w:r>
      <w:r>
        <w:rPr>
          <w:rFonts w:ascii="Times New Roman" w:hAnsi="Times New Roman" w:eastAsia="Times New Roman" w:cs="Times New Roman"/>
        </w:rPr>
        <w:t xml:space="preserve"> </w:t>
      </w:r>
      <w:r>
        <w:rPr>
          <w:rFonts w:ascii="Javanese Text" w:hAnsi="Javanese Text" w:eastAsia="Javanese Text" w:cs="Javanese Text"/>
        </w:rPr>
        <w:t>ꦏꦭꦶꦫꦸ</w:t>
      </w:r>
      <w:r>
        <w:rPr>
          <w:rFonts w:ascii="Times New Roman" w:hAnsi="Times New Roman" w:eastAsia="Times New Roman" w:cs="Times New Roman"/>
        </w:rPr>
        <w:t xml:space="preserve"> </w:t>
      </w:r>
      <w:r>
        <w:rPr>
          <w:rFonts w:ascii="Javanese Text" w:hAnsi="Javanese Text" w:eastAsia="Javanese Text" w:cs="Javanese Text"/>
        </w:rPr>
        <w:t>ꦲꦶꦁ</w:t>
      </w:r>
      <w:r>
        <w:rPr>
          <w:rFonts w:ascii="Times New Roman" w:hAnsi="Times New Roman" w:eastAsia="Times New Roman" w:cs="Times New Roman"/>
        </w:rPr>
        <w:t xml:space="preserve"> </w:t>
      </w:r>
      <w:r>
        <w:rPr>
          <w:rFonts w:ascii="Javanese Text" w:hAnsi="Javanese Text" w:eastAsia="Javanese Text" w:cs="Javanese Text"/>
        </w:rPr>
        <w:t>ꦠꦼꦭꦸ</w:t>
      </w:r>
      <w:r>
        <w:rPr>
          <w:rFonts w:ascii="Times New Roman" w:hAnsi="Times New Roman" w:eastAsia="Times New Roman" w:cs="Times New Roman"/>
        </w:rPr>
        <w:t xml:space="preserve"> </w:t>
      </w:r>
      <w:r>
        <w:rPr>
          <w:rFonts w:ascii="Javanese Text" w:hAnsi="Javanese Text" w:eastAsia="Javanese Text" w:cs="Javanese Text"/>
        </w:rPr>
        <w:t>ꦕꦼꦠꦲ꧀꧉</w:t>
      </w:r>
      <w:r>
        <w:rPr>
          <w:rFonts w:ascii="Times New Roman" w:hAnsi="Times New Roman" w:eastAsia="Times New Roman" w:cs="Times New Roman"/>
        </w:rPr>
        <w:t xml:space="preserve"> </w:t>
      </w:r>
      <w:r>
        <w:rPr>
          <w:rFonts w:ascii="Javanese Text" w:hAnsi="Javanese Text" w:eastAsia="Javanese Text" w:cs="Javanese Text"/>
        </w:rPr>
        <w:t>ꦱꦏꦶꦤꦶ</w:t>
      </w:r>
      <w:r>
        <w:rPr>
          <w:rFonts w:ascii="Times New Roman" w:hAnsi="Times New Roman" w:eastAsia="Times New Roman" w:cs="Times New Roman"/>
        </w:rPr>
        <w:t xml:space="preserve">, </w:t>
      </w:r>
      <w:r>
        <w:rPr>
          <w:rFonts w:ascii="Javanese Text" w:hAnsi="Javanese Text" w:eastAsia="Javanese Text" w:cs="Javanese Text"/>
        </w:rPr>
        <w:t>ꦱꦮꦶꦗꦶꦤꦶꦁ</w:t>
      </w:r>
      <w:r>
        <w:rPr>
          <w:rFonts w:ascii="Times New Roman" w:hAnsi="Times New Roman" w:eastAsia="Times New Roman" w:cs="Times New Roman"/>
        </w:rPr>
        <w:t xml:space="preserve"> </w:t>
      </w:r>
      <w:r>
        <w:rPr>
          <w:rFonts w:ascii="Javanese Text" w:hAnsi="Javanese Text" w:eastAsia="Javanese Text" w:cs="Javanese Text"/>
        </w:rPr>
        <w:t>ꦥꦿꦠꦺꦭ</w:t>
      </w:r>
      <w:r>
        <w:rPr>
          <w:rFonts w:ascii="Times New Roman" w:hAnsi="Times New Roman" w:eastAsia="Times New Roman" w:cs="Times New Roman"/>
        </w:rPr>
        <w:t xml:space="preserve"> </w:t>
      </w:r>
      <w:r>
        <w:rPr>
          <w:rFonts w:ascii="Javanese Text" w:hAnsi="Javanese Text" w:eastAsia="Javanese Text" w:cs="Javanese Text"/>
        </w:rPr>
        <w:t>ꦥꦿꦶꦧꦢꦶ</w:t>
      </w:r>
      <w:r>
        <w:rPr>
          <w:rFonts w:ascii="Times New Roman" w:hAnsi="Times New Roman" w:eastAsia="Times New Roman" w:cs="Times New Roman"/>
        </w:rPr>
        <w:t xml:space="preserve"> </w:t>
      </w:r>
      <w:r>
        <w:rPr>
          <w:rFonts w:ascii="Javanese Text" w:hAnsi="Javanese Text" w:eastAsia="Javanese Text" w:cs="Javanese Text"/>
        </w:rPr>
        <w:t>ꦏꦁ</w:t>
      </w:r>
      <w:r>
        <w:rPr>
          <w:rFonts w:ascii="Times New Roman" w:hAnsi="Times New Roman" w:eastAsia="Times New Roman" w:cs="Times New Roman"/>
        </w:rPr>
        <w:t xml:space="preserve"> </w:t>
      </w:r>
      <w:r>
        <w:rPr>
          <w:rFonts w:ascii="Javanese Text" w:hAnsi="Javanese Text" w:eastAsia="Javanese Text" w:cs="Javanese Text"/>
        </w:rPr>
        <w:t>ꦩꦶꦁꦒꦶꦂꦏꦺ</w:t>
      </w:r>
      <w:r>
        <w:rPr>
          <w:rFonts w:ascii="Times New Roman" w:hAnsi="Times New Roman" w:eastAsia="Times New Roman" w:cs="Times New Roman"/>
        </w:rPr>
        <w:t xml:space="preserve"> </w:t>
      </w:r>
      <w:r>
        <w:rPr>
          <w:rFonts w:ascii="Javanese Text" w:hAnsi="Javanese Text" w:eastAsia="Javanese Text" w:cs="Javanese Text"/>
        </w:rPr>
        <w:t>ꦏꦼꦏꦸꦮꦠꦤ꧀</w:t>
      </w:r>
      <w:r>
        <w:rPr>
          <w:rFonts w:ascii="Times New Roman" w:hAnsi="Times New Roman" w:eastAsia="Times New Roman" w:cs="Times New Roman"/>
        </w:rPr>
        <w:t xml:space="preserve"> </w:t>
      </w:r>
      <w:r>
        <w:rPr>
          <w:rFonts w:ascii="Javanese Text" w:hAnsi="Javanese Text" w:eastAsia="Javanese Text" w:cs="Javanese Text"/>
        </w:rPr>
        <w:t>ꦥꦥꦭ꧀</w:t>
      </w:r>
      <w:r>
        <w:rPr>
          <w:rFonts w:ascii="Times New Roman" w:hAnsi="Times New Roman" w:eastAsia="Times New Roman" w:cs="Times New Roman"/>
        </w:rPr>
        <w:t xml:space="preserve"> </w:t>
      </w:r>
      <w:r>
        <w:rPr>
          <w:rFonts w:ascii="Javanese Text" w:hAnsi="Javanese Text" w:eastAsia="Javanese Text" w:cs="Javanese Text"/>
        </w:rPr>
        <w:t>ꦏꦁꦒꦺ</w:t>
      </w:r>
      <w:r>
        <w:rPr>
          <w:rFonts w:ascii="Times New Roman" w:hAnsi="Times New Roman" w:eastAsia="Times New Roman" w:cs="Times New Roman"/>
        </w:rPr>
        <w:t xml:space="preserve"> </w:t>
      </w:r>
      <w:r>
        <w:rPr>
          <w:rFonts w:ascii="Javanese Text" w:hAnsi="Javanese Text" w:eastAsia="Javanese Text" w:cs="Javanese Text"/>
        </w:rPr>
        <w:t>ꦄꦩꦼꦫꦶꦏ</w:t>
      </w:r>
      <w:r>
        <w:rPr>
          <w:rFonts w:ascii="Times New Roman" w:hAnsi="Times New Roman" w:eastAsia="Times New Roman" w:cs="Times New Roman"/>
        </w:rPr>
        <w:t xml:space="preserve"> </w:t>
      </w:r>
      <w:r>
        <w:rPr>
          <w:rFonts w:ascii="Javanese Text" w:hAnsi="Javanese Text" w:eastAsia="Javanese Text" w:cs="Javanese Text"/>
        </w:rPr>
        <w:t>ꦱꦼꦫꦶꦏꦠ꧀</w:t>
      </w:r>
      <w:r>
        <w:rPr>
          <w:rFonts w:ascii="Times New Roman" w:hAnsi="Times New Roman" w:eastAsia="Times New Roman" w:cs="Times New Roman"/>
        </w:rPr>
        <w:t xml:space="preserve"> </w:t>
      </w:r>
      <w:r>
        <w:rPr>
          <w:rFonts w:ascii="Javanese Text" w:hAnsi="Javanese Text" w:eastAsia="Javanese Text" w:cs="Javanese Text"/>
        </w:rPr>
        <w:t>ꦱꦼꦢꦁ</w:t>
      </w:r>
      <w:r>
        <w:rPr>
          <w:rFonts w:ascii="Times New Roman" w:hAnsi="Times New Roman" w:eastAsia="Times New Roman" w:cs="Times New Roman"/>
        </w:rPr>
        <w:t xml:space="preserve"> </w:t>
      </w:r>
      <w:r>
        <w:rPr>
          <w:rFonts w:ascii="Javanese Text" w:hAnsi="Javanese Text" w:eastAsia="Javanese Text" w:cs="Javanese Text"/>
        </w:rPr>
        <w:t>ꦢꦶꦥꦿꦮꦺꦲꦏꦺ꧉</w:t>
      </w:r>
    </w:p>
    <w:p>
      <w:pPr>
        <w:pStyle w:val="ArticleScripture"/>
        <w:jc w:val="left"/>
      </w:pPr>
      <w:r>
        <w:rPr>
          <w:rFonts w:ascii="Times New Roman" w:hAnsi="Times New Roman" w:eastAsia="Times New Roman" w:cs="Times New Roman"/>
        </w:rPr>
        <w:t>هغه څه چې شوي دي، هماغه دي چې به وشي؛ او هغه څه چې ترسره شوي دي، هماغه دي چې به ترسره شي؛ او د لمر لاندې هېڅ نوی شی نشته. آیا داسې څه شته چې د هغه په اړه وویل شي: وګوره، دا نوی دی؟ دا له پخوا زمانو راهیسې لا موجود و، هغه چې زموږ نه مخکې و. واعظ ۱:۹، ۱۰</w:t>
      </w:r>
    </w:p>
    <w:p>
      <w:pPr>
        <w:pStyle w:val="ArticleBody"/>
        <w:jc w:val="left"/>
      </w:pPr>
      <w:r>
        <w:rPr>
          <w:rFonts w:ascii="Times New Roman" w:hAnsi="Times New Roman" w:eastAsia="Times New Roman" w:cs="Times New Roman"/>
        </w:rPr>
        <w:t>اعتراضاتِ ایامِ آخر شاملِ تکرارِ اعتراضاتِ کهن است، و در بابِ یازدهمِ دانیال، منازعۀ اوریاه اسمیت وجود دارد که تفسیرِ شخصیِ خود را بر نمادِ پادشاهِ شمال تحمیل کرد. او بدین‌سان برداشتی از بابِ یازدهمِ دانیال ساخت که جز تاریکی ثمری نداشت. در این ایامِ آخر، اعتراضاتی که تکرار می‌شوند، به‌ویژه ثمرۀ به‌کار بستنِ تفسیرهای شخصی بر حقیقتِ استوار را آشکار می‌سازند. این همان کاری است که اسمیت در کتابِ خود، دانیال و مکاشفه، انجام داد. این همان چیزی است که در منازعۀ مربوط به کتابِ یوئیل انجام شد، و همین پویایی‌ها نیز به کار گرفته می‌شود هنگامی که یک بند از کشمکش عظیم از تعریفِ موجود در جهان و نیز در نوشته‌های الن وایت دربارهٔ این‌که «مسیحیت» نمایندۀ چیست، اجتناب می‌کند، همراه با ردِّ قواعدِ بنیادینِ دستورِ زبان که نشان می‌دهند عبارتِ «تعقیب خواهد کرد» بیانگرِ رویدادی در آینده است. از آن نقطۀ ارجاع، سپس مفهومِ معیوبِ این‌که «جهانِ کهن» تاریخِ قدرتِ پاپی از 538 تا 1798 است، به کار گرفته می‌شود تا بر ضدِّ فهمِ تثبیت‌شدۀ تعریفِ کاربردِ سه‌گانۀ نبوت استدلال شود.</w:t>
      </w:r>
    </w:p>
    <w:p>
      <w:pPr>
        <w:pStyle w:val="ArticleScripture"/>
        <w:jc w:val="left"/>
      </w:pPr>
      <w:r>
        <w:rPr>
          <w:rFonts w:ascii="Times New Roman" w:hAnsi="Times New Roman" w:eastAsia="Times New Roman" w:cs="Times New Roman"/>
        </w:rPr>
        <w:t>“Taŋaza ciri koju Allah ya bayyana a cikin tarihin annabci cewa za ta cika a da, ta cika; kuma duk abin da har yanzu yake zuwa a tsarinsa zai kasance. Daniyel, annabin Allah, yana tsaye a matsayinsa. Yahaya yana tsaye a matsayinsa. A cikin Wahayin Yahaya, Zakin kabilar Yahuza ya buɗe wa masu nazarin annabci littafin Daniyel, kuma ta haka Daniyel yana tsaye a matsayinsa. Yana ba da shaidarsa, wato abin da Ubangiji ya bayyana masa cikin wahayi game da manyan al’amura masu ban tsoro da ɗaukaka waɗanda dole ne mu sani yayin da muke tsaye a kan ainihin ƙofar cikarsu.”</w:t>
      </w:r>
    </w:p>
    <w:p>
      <w:pPr>
        <w:pStyle w:val="ArticleScripture"/>
        <w:jc w:val="left"/>
      </w:pPr>
      <w:r>
        <w:rPr>
          <w:rFonts w:ascii="Times New Roman" w:hAnsi="Times New Roman" w:eastAsia="Times New Roman" w:cs="Times New Roman"/>
        </w:rPr>
        <w:t>«Տարեգրության և մարգարեության մեջ Աստծո Խոսքը ներկայացնում է ճշմարտության և մոլորության միջև երկարատև հակամարտությունը։ Այդ հակամարտությունը դեռևս շարունակվում է։ Այն բաները, որ եղել են, պիտի կրկնվեն։ Հին վեճերը պիտի վերակենդանանան, և նոր տեսություններ պիտի անընդհատ առաջ գան։ Բայց Աստծո ժողովուրդը, որ իր հավատքով և մարգարեության կատարման մեջ իր դերն է ունեցել առաջին, երկրորդ և երրորդ հրեշտակների պատգամների հռչակման գործում, գիտի, թե որտեղ է կանգնած։ Նրանք ունեն մի փորձառություն, որ ավելի թանկարժեք է, քան ընտիր ոսկին։ Նրանք պիտի կանգնեն ժայռի պես հաստատ՝ իրենց վստահության սկզբը մինչև վերջ անսասան պահելով»։ Selected Messages, գիրք 2, 109.</w:t>
      </w:r>
    </w:p>
    <w:p>
      <w:pPr>
        <w:pStyle w:val="ArticleBody"/>
        <w:jc w:val="left"/>
      </w:pPr>
      <w:r>
        <w:rPr>
          <w:rFonts w:ascii="Times New Roman" w:hAnsi="Times New Roman" w:eastAsia="Times New Roman" w:cs="Times New Roman"/>
        </w:rPr>
        <w:t>Siostra White z łatwością wykazuje, że Pawłowy „początek ich ufności” oznacza podstawowe prawdy adwentyzmu. Milleryci nauczali, że „zbójcy twego ludu” byli mocarstwem papieskim, a od roku 1989 ruch stu czterdziestu czterech tysięcy wielokrotnie wskazywał to samo rozumienie tego symbolu, jakie mieli milleryci. Obecnie istnieje „nowa teoria” co do tego, kim są „zbójcy twego ludu”, i odnowiła ona dawny spór w tym sensie, że posługuje się błędną identyfikacją utrwalonego symbolu proroczego, aby zbudować model proroczy wzniesiony na piasku. Czy była to prywatna interpretacja Smitha, czy fałszywe zastosowanie narodu w pierwszym rozdziale Joela, czy utożsamienie Stanów Zjednoczonych z Nowożytnym Rzymem — wszystkie te trzy błędy godzą w prawidłowe rozumienie papieskiego Rzymu w dniach ostatecznych, a czyniąc to, godzą w symbol, który ustanawia proroczą wizję określającą, czy lud Boży zginie, czy będzie żył.</w:t>
      </w:r>
    </w:p>
    <w:p>
      <w:pPr>
        <w:pStyle w:val="ArticleBody"/>
        <w:jc w:val="left"/>
      </w:pPr>
      <w:r>
        <w:rPr>
          <w:rFonts w:ascii="Times New Roman" w:hAnsi="Times New Roman" w:eastAsia="Times New Roman" w:cs="Times New Roman"/>
        </w:rPr>
        <w:t>Ыропаҿы аԥеиԥштә Романизм, Амերիկақәа рҿы апостазиазтә Протестантизмгьы, «ишьҭашәарыцалоит» Саббат ныҟәызгоцәеи ирышьҭоу аԥсажәара, аиԥшьоу аҭоурых зегьы иалагӡаны ишыҟалаз еиԥш.</w:t>
      </w:r>
    </w:p>
    <w:p>
      <w:pPr>
        <w:pStyle w:val="ArticleScripture"/>
        <w:jc w:val="left"/>
      </w:pPr>
      <w:r>
        <w:rPr>
          <w:rFonts w:ascii="Times New Roman" w:hAnsi="Times New Roman" w:eastAsia="Times New Roman" w:cs="Times New Roman"/>
        </w:rPr>
        <w:t>“Alua verup amukuk iner akanu i kótye nga ilot-En; ya ke bukur akwapengakan kaija, heresies ikadukokin akipi oni, na abu silt-em, na akelakar chaff kotere wheat. Ekalesia akuwarito ngin kangina atupit akiro-En ebe epedori akijul akipi konyek. Eceset ngolo kitela etyang ngakipi, ngolo egelegela ngesi nguna ngina. Ece Bible truth, na ikanyit nguna perils ngulu iyokino ngolo iponi akipi. Eceset ngesi ekotere ngina kede adakatar akiyeng ngakiro nu Ekripchan, ka akitejen ebe ngina most critical nguna positions ngulu ikotoma. Alua edolita ebe ngulu bearings ka positions nu truth ikisiliget akimorikina ka akiyeng ngolo adolokin, kede aisis na fasting. Ngulu believers emamei ajokan itunganan nguna suppositions ka ideas ngulu ilodiar ebe aneni ngina truth.” Gospel Workers, 299.</w:t>
      </w:r>
    </w:p>
    <w:p>
      <w:pPr>
        <w:pStyle w:val="ArticleBody"/>
        <w:jc w:val="left"/>
      </w:pPr>
      <w:r>
        <w:rPr>
          <w:rFonts w:ascii="Times New Roman" w:hAnsi="Times New Roman" w:eastAsia="Times New Roman" w:cs="Times New Roman"/>
        </w:rPr>
        <w:t>Waɗannan tunane-tunane za mu ci gaba da su a talifi na gaba.</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Roma patkam pacha rikch’ayninta ñawpaqta churan - Huk ñiqin</dc:title>
  <dc:subject>خصوصی تعبیر</dc:subject>
  <dc:creator>Jeff Pippenger</dc:creator>
  <cp:keywords/>
  <dc:description>Generated by ArticleDigger from modern_rome\01_modern_rome.json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