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Пять</w:t>
      </w:r>
    </w:p>
    <w:p>
      <w:pPr>
        <w:pStyle w:val="ArticleSubtitle"/>
        <w:jc w:val="left"/>
      </w:pPr>
      <w:r>
        <w:rPr>
          <w:rFonts w:ascii="Arial" w:hAnsi="Arial" w:eastAsia="Arial" w:cs="Arial"/>
        </w:rPr>
        <w:t>Ena'awwe Pubbikkinakkoofhako: Taamoom Maasin Ikittookko Ishanooli Itobat Ahoowaoli Pi Yimmi'li achaffa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jechuun isaanii keessaa prophecy keessatti isaanii keessatti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Daniel cöörüñe, 2-nci baptağı metallardan tüzülgen heýkelden başlap 11-nci baptağı patyşalar arasındaki çetin qaqtışlarğa çenli öz keşenelerinde ötüp barýan “gaýtalap we giňeldip açmak” prinsipini örüp, ajaýyp pygamberlik beýanatyny ýazýar. Şu çarçuwa içinde täsirli bir delil ýüze çykýar: b. e. öň 31-nji ýyldaky Aktium söweşi, b. e. öň 30-njy ýylda Müsüriň ýykylmagy bilen jemlenip, Daniel 11:25, 26-nyň aýgytly berjaý boluşy hökmünde durýar hem-de butparaz Rimiň 360 ýyllyk agalygynyň daňyny alamatlandyrýar.</w:t>
      </w:r>
    </w:p>
    <w:p>
      <w:pPr>
        <w:pStyle w:val="ArticleBody"/>
        <w:jc w:val="left"/>
      </w:pPr>
      <w:r>
        <w:rPr>
          <w:rFonts w:ascii="Ebrima" w:hAnsi="Ebrima" w:eastAsia="Ebrima" w:cs="Ebrima"/>
        </w:rPr>
        <w:t>ዳንኤል</w:t>
      </w:r>
      <w:r>
        <w:rPr>
          <w:rFonts w:ascii="Times New Roman" w:hAnsi="Times New Roman" w:eastAsia="Times New Roman" w:cs="Times New Roman"/>
        </w:rPr>
        <w:t xml:space="preserve"> 11 </w:t>
      </w:r>
      <w:r>
        <w:rPr>
          <w:rFonts w:ascii="Ebrima" w:hAnsi="Ebrima" w:eastAsia="Ebrima" w:cs="Ebrima"/>
        </w:rPr>
        <w:t>ከእ</w:t>
      </w:r>
      <w:r>
        <w:rPr>
          <w:rFonts w:ascii="Times New Roman" w:hAnsi="Times New Roman" w:eastAsia="Times New Roman" w:cs="Times New Roman"/>
        </w:rPr>
        <w:t>.</w:t>
      </w:r>
      <w:r>
        <w:rPr>
          <w:rFonts w:ascii="Ebrima" w:hAnsi="Ebrima" w:eastAsia="Ebrima" w:cs="Ebrima"/>
        </w:rPr>
        <w:t>ኤ</w:t>
      </w:r>
      <w:r>
        <w:rPr>
          <w:rFonts w:ascii="Times New Roman" w:hAnsi="Times New Roman" w:eastAsia="Times New Roman" w:cs="Times New Roman"/>
        </w:rPr>
        <w:t>.</w:t>
      </w:r>
      <w:r>
        <w:rPr>
          <w:rFonts w:ascii="Ebrima" w:hAnsi="Ebrima" w:eastAsia="Ebrima" w:cs="Ebrima"/>
        </w:rPr>
        <w:t>አ</w:t>
      </w:r>
      <w:r>
        <w:rPr>
          <w:rFonts w:ascii="Times New Roman" w:hAnsi="Times New Roman" w:eastAsia="Times New Roman" w:cs="Times New Roman"/>
        </w:rPr>
        <w:t xml:space="preserve">. 323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በታላቁ</w:t>
      </w:r>
      <w:r>
        <w:rPr>
          <w:rFonts w:ascii="Times New Roman" w:hAnsi="Times New Roman" w:eastAsia="Times New Roman" w:cs="Times New Roman"/>
        </w:rPr>
        <w:t xml:space="preserve"> </w:t>
      </w:r>
      <w:r>
        <w:rPr>
          <w:rFonts w:ascii="Ebrima" w:hAnsi="Ebrima" w:eastAsia="Ebrima" w:cs="Ebrima"/>
        </w:rPr>
        <w:t>እስክንድር</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የተነሱና</w:t>
      </w:r>
      <w:r>
        <w:rPr>
          <w:rFonts w:ascii="Times New Roman" w:hAnsi="Times New Roman" w:eastAsia="Times New Roman" w:cs="Times New Roman"/>
        </w:rPr>
        <w:t xml:space="preserve"> </w:t>
      </w:r>
      <w:r>
        <w:rPr>
          <w:rFonts w:ascii="Ebrima" w:hAnsi="Ebrima" w:eastAsia="Ebrima" w:cs="Ebrima"/>
        </w:rPr>
        <w:t>የወደቁ</w:t>
      </w:r>
      <w:r>
        <w:rPr>
          <w:rFonts w:ascii="Times New Roman" w:hAnsi="Times New Roman" w:eastAsia="Times New Roman" w:cs="Times New Roman"/>
        </w:rPr>
        <w:t xml:space="preserve"> </w:t>
      </w:r>
      <w:r>
        <w:rPr>
          <w:rFonts w:ascii="Ebrima" w:hAnsi="Ebrima" w:eastAsia="Ebrima" w:cs="Ebrima"/>
        </w:rPr>
        <w:t>መንግሥታትን</w:t>
      </w:r>
      <w:r>
        <w:rPr>
          <w:rFonts w:ascii="Times New Roman" w:hAnsi="Times New Roman" w:eastAsia="Times New Roman" w:cs="Times New Roman"/>
        </w:rPr>
        <w:t xml:space="preserve"> </w:t>
      </w:r>
      <w:r>
        <w:rPr>
          <w:rFonts w:ascii="Ebrima" w:hAnsi="Ebrima" w:eastAsia="Ebrima" w:cs="Ebrima"/>
        </w:rPr>
        <w:t>በመግለጽ</w:t>
      </w:r>
      <w:r>
        <w:rPr>
          <w:rFonts w:ascii="Times New Roman" w:hAnsi="Times New Roman" w:eastAsia="Times New Roman" w:cs="Times New Roman"/>
        </w:rPr>
        <w:t xml:space="preserve"> </w:t>
      </w:r>
      <w:r>
        <w:rPr>
          <w:rFonts w:ascii="Ebrima" w:hAnsi="Ebrima" w:eastAsia="Ebrima" w:cs="Ebrima"/>
        </w:rPr>
        <w:t>ይጀምራል።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14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ለውጥ</w:t>
      </w:r>
      <w:r>
        <w:rPr>
          <w:rFonts w:ascii="Times New Roman" w:hAnsi="Times New Roman" w:eastAsia="Times New Roman" w:cs="Times New Roman"/>
        </w:rPr>
        <w:t xml:space="preserve"> </w:t>
      </w:r>
      <w:r>
        <w:rPr>
          <w:rFonts w:ascii="Ebrima" w:hAnsi="Ebrima" w:eastAsia="Ebrima" w:cs="Ebrima"/>
        </w:rPr>
        <w:t>ይከሰታል።</w:t>
      </w:r>
      <w:r>
        <w:rPr>
          <w:rFonts w:ascii="Times New Roman" w:hAnsi="Times New Roman" w:eastAsia="Times New Roman" w:cs="Times New Roman"/>
        </w:rPr>
        <w:t xml:space="preserve"> </w:t>
      </w:r>
      <w:r>
        <w:rPr>
          <w:rFonts w:ascii="Ebrima" w:hAnsi="Ebrima" w:eastAsia="Ebrima" w:cs="Ebrima"/>
        </w:rPr>
        <w:t>ከእ</w:t>
      </w:r>
      <w:r>
        <w:rPr>
          <w:rFonts w:ascii="Times New Roman" w:hAnsi="Times New Roman" w:eastAsia="Times New Roman" w:cs="Times New Roman"/>
        </w:rPr>
        <w:t>.</w:t>
      </w:r>
      <w:r>
        <w:rPr>
          <w:rFonts w:ascii="Ebrima" w:hAnsi="Ebrima" w:eastAsia="Ebrima" w:cs="Ebrima"/>
        </w:rPr>
        <w:t>ኤ</w:t>
      </w:r>
      <w:r>
        <w:rPr>
          <w:rFonts w:ascii="Times New Roman" w:hAnsi="Times New Roman" w:eastAsia="Times New Roman" w:cs="Times New Roman"/>
        </w:rPr>
        <w:t>.</w:t>
      </w:r>
      <w:r>
        <w:rPr>
          <w:rFonts w:ascii="Ebrima" w:hAnsi="Ebrima" w:eastAsia="Ebrima" w:cs="Ebrima"/>
        </w:rPr>
        <w:t>አ</w:t>
      </w:r>
      <w:r>
        <w:rPr>
          <w:rFonts w:ascii="Times New Roman" w:hAnsi="Times New Roman" w:eastAsia="Times New Roman" w:cs="Times New Roman"/>
        </w:rPr>
        <w:t xml:space="preserve">. 200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አካባቢ፣</w:t>
      </w:r>
      <w:r>
        <w:rPr>
          <w:rFonts w:ascii="Times New Roman" w:hAnsi="Times New Roman" w:eastAsia="Times New Roman" w:cs="Times New Roman"/>
        </w:rPr>
        <w:t xml:space="preserve"> </w:t>
      </w:r>
      <w:r>
        <w:rPr>
          <w:rFonts w:ascii="Ebrima" w:hAnsi="Ebrima" w:eastAsia="Ebrima" w:cs="Ebrima"/>
        </w:rPr>
        <w:t>አንቲዮክስ</w:t>
      </w:r>
      <w:r>
        <w:rPr>
          <w:rFonts w:ascii="Times New Roman" w:hAnsi="Times New Roman" w:eastAsia="Times New Roman" w:cs="Times New Roman"/>
        </w:rPr>
        <w:t xml:space="preserve"> </w:t>
      </w:r>
      <w:r>
        <w:rPr>
          <w:rFonts w:ascii="Ebrima" w:hAnsi="Ebrima" w:eastAsia="Ebrima" w:cs="Ebrima"/>
        </w:rPr>
        <w:t>ሦስተኛ</w:t>
      </w:r>
      <w:r>
        <w:rPr>
          <w:rFonts w:ascii="Times New Roman" w:hAnsi="Times New Roman" w:eastAsia="Times New Roman" w:cs="Times New Roman"/>
        </w:rPr>
        <w:t xml:space="preserve"> (</w:t>
      </w:r>
      <w:r>
        <w:rPr>
          <w:rFonts w:ascii="Ebrima" w:hAnsi="Ebrima" w:eastAsia="Ebrima" w:cs="Ebrima"/>
        </w:rPr>
        <w:t>ማግኑስ</w:t>
      </w:r>
      <w:r>
        <w:rPr>
          <w:rFonts w:ascii="Times New Roman" w:hAnsi="Times New Roman" w:eastAsia="Times New Roman" w:cs="Times New Roman"/>
        </w:rPr>
        <w:t xml:space="preserve">) </w:t>
      </w:r>
      <w:r>
        <w:rPr>
          <w:rFonts w:ascii="Ebrima" w:hAnsi="Ebrima" w:eastAsia="Ebrima" w:cs="Ebrima"/>
        </w:rPr>
        <w:t>ከሕፃኑ</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ጶሎሜዎስ</w:t>
      </w:r>
      <w:r>
        <w:rPr>
          <w:rFonts w:ascii="Times New Roman" w:hAnsi="Times New Roman" w:eastAsia="Times New Roman" w:cs="Times New Roman"/>
        </w:rPr>
        <w:t xml:space="preserve"> </w:t>
      </w:r>
      <w:r>
        <w:rPr>
          <w:rFonts w:ascii="Ebrima" w:hAnsi="Ebrima" w:eastAsia="Ebrima" w:cs="Ebrima"/>
        </w:rPr>
        <w:t>አምስተኛ</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ለፓኒየም</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ሲዘጋጅ፣</w:t>
      </w:r>
      <w:r>
        <w:rPr>
          <w:rFonts w:ascii="Times New Roman" w:hAnsi="Times New Roman" w:eastAsia="Times New Roman" w:cs="Times New Roman"/>
        </w:rPr>
        <w:t xml:space="preserve"> </w:t>
      </w:r>
      <w:r>
        <w:rPr>
          <w:rFonts w:ascii="Ebrima" w:hAnsi="Ebrima" w:eastAsia="Ebrima" w:cs="Ebrima"/>
        </w:rPr>
        <w:t>ሮማ</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የሕዝብህ</w:t>
      </w:r>
      <w:r>
        <w:rPr>
          <w:rFonts w:ascii="Times New Roman" w:hAnsi="Times New Roman" w:eastAsia="Times New Roman" w:cs="Times New Roman"/>
        </w:rPr>
        <w:t xml:space="preserve"> </w:t>
      </w:r>
      <w:r>
        <w:rPr>
          <w:rFonts w:ascii="Ebrima" w:hAnsi="Ebrima" w:eastAsia="Ebrima" w:cs="Ebrima"/>
        </w:rPr>
        <w:t>አጥፊዎች</w:t>
      </w:r>
      <w:r>
        <w:rPr>
          <w:rFonts w:ascii="Times New Roman" w:hAnsi="Times New Roman" w:eastAsia="Times New Roman" w:cs="Times New Roman"/>
        </w:rPr>
        <w:t xml:space="preserve">” </w:t>
      </w:r>
      <w:r>
        <w:rPr>
          <w:rFonts w:ascii="Ebrima" w:hAnsi="Ebrima" w:eastAsia="Ebrima" w:cs="Ebrima"/>
        </w:rPr>
        <w:t>ገብታለች</w:t>
      </w:r>
      <w:r>
        <w:rPr>
          <w:rFonts w:ascii="Times New Roman" w:hAnsi="Times New Roman" w:eastAsia="Times New Roman" w:cs="Times New Roman"/>
        </w:rPr>
        <w:t xml:space="preserve"> </w:t>
      </w:r>
      <w:r>
        <w:rPr>
          <w:rFonts w:ascii="Ebrima" w:hAnsi="Ebrima" w:eastAsia="Ebrima" w:cs="Ebrima"/>
        </w:rPr>
        <w:t>እንጂ</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ተራ</w:t>
      </w:r>
      <w:r>
        <w:rPr>
          <w:rFonts w:ascii="Times New Roman" w:hAnsi="Times New Roman" w:eastAsia="Times New Roman" w:cs="Times New Roman"/>
        </w:rPr>
        <w:t xml:space="preserve"> </w:t>
      </w:r>
      <w:r>
        <w:rPr>
          <w:rFonts w:ascii="Ebrima" w:hAnsi="Ebrima" w:eastAsia="Ebrima" w:cs="Ebrima"/>
        </w:rPr>
        <w:t>ተመልካች</w:t>
      </w:r>
      <w:r>
        <w:rPr>
          <w:rFonts w:ascii="Times New Roman" w:hAnsi="Times New Roman" w:eastAsia="Times New Roman" w:cs="Times New Roman"/>
        </w:rPr>
        <w:t xml:space="preserve"> </w:t>
      </w:r>
      <w:r>
        <w:rPr>
          <w:rFonts w:ascii="Ebrima" w:hAnsi="Ebrima" w:eastAsia="Ebrima" w:cs="Ebrima"/>
        </w:rPr>
        <w:t>አልነበረችም።</w:t>
      </w:r>
      <w:r>
        <w:rPr>
          <w:rFonts w:ascii="Times New Roman" w:hAnsi="Times New Roman" w:eastAsia="Times New Roman" w:cs="Times New Roman"/>
        </w:rPr>
        <w:t xml:space="preserve"> </w:t>
      </w:r>
      <w:r>
        <w:rPr>
          <w:rFonts w:ascii="Ebrima" w:hAnsi="Ebrima" w:eastAsia="Ebrima" w:cs="Ebrima"/>
        </w:rPr>
        <w:t>ሮማ</w:t>
      </w:r>
      <w:r>
        <w:rPr>
          <w:rFonts w:ascii="Times New Roman" w:hAnsi="Times New Roman" w:eastAsia="Times New Roman" w:cs="Times New Roman"/>
        </w:rPr>
        <w:t xml:space="preserve"> </w:t>
      </w:r>
      <w:r>
        <w:rPr>
          <w:rFonts w:ascii="Ebrima" w:hAnsi="Ebrima" w:eastAsia="Ebrima" w:cs="Ebrima"/>
        </w:rPr>
        <w:t>በሄለናዊ</w:t>
      </w:r>
      <w:r>
        <w:rPr>
          <w:rFonts w:ascii="Times New Roman" w:hAnsi="Times New Roman" w:eastAsia="Times New Roman" w:cs="Times New Roman"/>
        </w:rPr>
        <w:t xml:space="preserve"> </w:t>
      </w:r>
      <w:r>
        <w:rPr>
          <w:rFonts w:ascii="Ebrima" w:hAnsi="Ebrima" w:eastAsia="Ebrima" w:cs="Ebrima"/>
        </w:rPr>
        <w:t>ሁከት</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የግብፅን</w:t>
      </w:r>
      <w:r>
        <w:rPr>
          <w:rFonts w:ascii="Times New Roman" w:hAnsi="Times New Roman" w:eastAsia="Times New Roman" w:cs="Times New Roman"/>
        </w:rPr>
        <w:t xml:space="preserve"> </w:t>
      </w:r>
      <w:r>
        <w:rPr>
          <w:rFonts w:ascii="Ebrima" w:hAnsi="Ebrima" w:eastAsia="Ebrima" w:cs="Ebrima"/>
        </w:rPr>
        <w:t>የስንዴ</w:t>
      </w:r>
      <w:r>
        <w:rPr>
          <w:rFonts w:ascii="Times New Roman" w:hAnsi="Times New Roman" w:eastAsia="Times New Roman" w:cs="Times New Roman"/>
        </w:rPr>
        <w:t xml:space="preserve"> </w:t>
      </w:r>
      <w:r>
        <w:rPr>
          <w:rFonts w:ascii="Ebrima" w:hAnsi="Ebrima" w:eastAsia="Ebrima" w:cs="Ebrima"/>
        </w:rPr>
        <w:t>አቅርቦት</w:t>
      </w:r>
      <w:r>
        <w:rPr>
          <w:rFonts w:ascii="Times New Roman" w:hAnsi="Times New Roman" w:eastAsia="Times New Roman" w:cs="Times New Roman"/>
        </w:rPr>
        <w:t xml:space="preserve"> </w:t>
      </w:r>
      <w:r>
        <w:rPr>
          <w:rFonts w:ascii="Ebrima" w:hAnsi="Ebrima" w:eastAsia="Ebrima" w:cs="Ebrima"/>
        </w:rPr>
        <w:t>ለማረጋገጥ</w:t>
      </w:r>
      <w:r>
        <w:rPr>
          <w:rFonts w:ascii="Times New Roman" w:hAnsi="Times New Roman" w:eastAsia="Times New Roman" w:cs="Times New Roman"/>
        </w:rPr>
        <w:t xml:space="preserve"> </w:t>
      </w:r>
      <w:r>
        <w:rPr>
          <w:rFonts w:ascii="Ebrima" w:hAnsi="Ebrima" w:eastAsia="Ebrima" w:cs="Ebrima"/>
        </w:rPr>
        <w:t>በመጨነቅ፣</w:t>
      </w:r>
      <w:r>
        <w:rPr>
          <w:rFonts w:ascii="Times New Roman" w:hAnsi="Times New Roman" w:eastAsia="Times New Roman" w:cs="Times New Roman"/>
        </w:rPr>
        <w:t xml:space="preserve"> </w:t>
      </w:r>
      <w:r>
        <w:rPr>
          <w:rFonts w:ascii="Ebrima" w:hAnsi="Ebrima" w:eastAsia="Ebrima" w:cs="Ebrima"/>
        </w:rPr>
        <w:t>በሁለተኛው</w:t>
      </w:r>
      <w:r>
        <w:rPr>
          <w:rFonts w:ascii="Times New Roman" w:hAnsi="Times New Roman" w:eastAsia="Times New Roman" w:cs="Times New Roman"/>
        </w:rPr>
        <w:t xml:space="preserve"> </w:t>
      </w:r>
      <w:r>
        <w:rPr>
          <w:rFonts w:ascii="Ebrima" w:hAnsi="Ebrima" w:eastAsia="Ebrima" w:cs="Ebrima"/>
        </w:rPr>
        <w:t>የመቄዶንያ</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እ</w:t>
      </w:r>
      <w:r>
        <w:rPr>
          <w:rFonts w:ascii="Times New Roman" w:hAnsi="Times New Roman" w:eastAsia="Times New Roman" w:cs="Times New Roman"/>
        </w:rPr>
        <w:t>.</w:t>
      </w:r>
      <w:r>
        <w:rPr>
          <w:rFonts w:ascii="Ebrima" w:hAnsi="Ebrima" w:eastAsia="Ebrima" w:cs="Ebrima"/>
        </w:rPr>
        <w:t>ኤ</w:t>
      </w:r>
      <w:r>
        <w:rPr>
          <w:rFonts w:ascii="Times New Roman" w:hAnsi="Times New Roman" w:eastAsia="Times New Roman" w:cs="Times New Roman"/>
        </w:rPr>
        <w:t>.</w:t>
      </w:r>
      <w:r>
        <w:rPr>
          <w:rFonts w:ascii="Ebrima" w:hAnsi="Ebrima" w:eastAsia="Ebrima" w:cs="Ebrima"/>
        </w:rPr>
        <w:t>አ</w:t>
      </w:r>
      <w:r>
        <w:rPr>
          <w:rFonts w:ascii="Times New Roman" w:hAnsi="Times New Roman" w:eastAsia="Times New Roman" w:cs="Times New Roman"/>
        </w:rPr>
        <w:t xml:space="preserve">. 200–197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ተጽእኖዋን</w:t>
      </w:r>
      <w:r>
        <w:rPr>
          <w:rFonts w:ascii="Times New Roman" w:hAnsi="Times New Roman" w:eastAsia="Times New Roman" w:cs="Times New Roman"/>
        </w:rPr>
        <w:t xml:space="preserve"> </w:t>
      </w:r>
      <w:r>
        <w:rPr>
          <w:rFonts w:ascii="Ebrima" w:hAnsi="Ebrima" w:eastAsia="Ebrima" w:cs="Ebrima"/>
        </w:rPr>
        <w:t>አሳይታ</w:t>
      </w:r>
      <w:r>
        <w:rPr>
          <w:rFonts w:ascii="Times New Roman" w:hAnsi="Times New Roman" w:eastAsia="Times New Roman" w:cs="Times New Roman"/>
        </w:rPr>
        <w:t xml:space="preserve"> </w:t>
      </w:r>
      <w:r>
        <w:rPr>
          <w:rFonts w:ascii="Ebrima" w:hAnsi="Ebrima" w:eastAsia="Ebrima" w:cs="Ebrima"/>
        </w:rPr>
        <w:t>ለትንቢታዊ</w:t>
      </w:r>
      <w:r>
        <w:rPr>
          <w:rFonts w:ascii="Times New Roman" w:hAnsi="Times New Roman" w:eastAsia="Times New Roman" w:cs="Times New Roman"/>
        </w:rPr>
        <w:t xml:space="preserve"> </w:t>
      </w:r>
      <w:r>
        <w:rPr>
          <w:rFonts w:ascii="Ebrima" w:hAnsi="Ebrima" w:eastAsia="Ebrima" w:cs="Ebrima"/>
        </w:rPr>
        <w:t>ሚናዋ</w:t>
      </w:r>
      <w:r>
        <w:rPr>
          <w:rFonts w:ascii="Times New Roman" w:hAnsi="Times New Roman" w:eastAsia="Times New Roman" w:cs="Times New Roman"/>
        </w:rPr>
        <w:t xml:space="preserve"> </w:t>
      </w:r>
      <w:r>
        <w:rPr>
          <w:rFonts w:ascii="Ebrima" w:hAnsi="Ebrima" w:eastAsia="Ebrima" w:cs="Ebrima"/>
        </w:rPr>
        <w:t>መድረኩን</w:t>
      </w:r>
      <w:r>
        <w:rPr>
          <w:rFonts w:ascii="Times New Roman" w:hAnsi="Times New Roman" w:eastAsia="Times New Roman" w:cs="Times New Roman"/>
        </w:rPr>
        <w:t xml:space="preserve"> </w:t>
      </w:r>
      <w:r>
        <w:rPr>
          <w:rFonts w:ascii="Ebrima" w:hAnsi="Ebrima" w:eastAsia="Ebrima" w:cs="Ebrima"/>
        </w:rPr>
        <w:t>አዘጋጀች።</w:t>
      </w:r>
    </w:p>
    <w:p>
      <w:pPr>
        <w:pStyle w:val="ArticleHeading"/>
        <w:jc w:val="left"/>
      </w:pPr>
      <w:r>
        <w:rPr>
          <w:rFonts w:ascii="Arial" w:hAnsi="Arial" w:eastAsia="Arial" w:cs="Arial"/>
        </w:rPr>
        <w:t>Rim du yahûdiyan serwerî kirin</w:t>
      </w:r>
    </w:p>
    <w:p>
      <w:pPr>
        <w:pStyle w:val="ArticleBody"/>
        <w:jc w:val="left"/>
      </w:pPr>
      <w:r>
        <w:rPr>
          <w:rFonts w:ascii="Times New Roman" w:hAnsi="Times New Roman" w:eastAsia="Times New Roman" w:cs="Times New Roman"/>
        </w:rPr>
        <w:t>63 q.y. yılına gəlib çatdıqda, 16-cı ayə Pompeyin Qüdsə hücum edib Ən Müqəddəs Məqama daxil olması və “gözəl diyara” Roma hakimiyyətini bərqərar etməsi ilə yerinə yetir. Buradan etibarən 17-dən 22-yə qədər olan ayələr Roma şəxsiyyətlərinin ardıcıllığını izləyir: Pompeyin şərq yürüşləri, Yuli Sezarın fəthləri və q.y. 44-cü ildə sui-qəsd nəticəsində öldürülməsi, Avqust Sezarın vergi toplama ilə səciyyələnən hakimiyyəti (Luka 2:1-də qeyd olunduğu kimi) və bunun b.e. 14-cü ildə sona çatması, eləcə də “əhdin hökmdarı”nın sındırıldığı b.e. 31-ci ildə Məsihin çarmıxa çəkilməsinə nəzarət edən Tiberi. Qüdsdəki Pompeydən b.e. 70-ci ildə Qüdsdəki Titə qədər uzanan peyğəmbərlik xətti, Romanın Allahın xalqı üzərində hökmranlıq xəttini ortaya qoyur.</w:t>
      </w:r>
    </w:p>
    <w:p>
      <w:pPr>
        <w:pStyle w:val="ArticleBody"/>
        <w:jc w:val="left"/>
      </w:pPr>
      <w:r>
        <w:rPr>
          <w:rFonts w:ascii="Ebrima" w:hAnsi="Ebrima" w:eastAsia="Ebrima" w:cs="Ebrima"/>
        </w:rPr>
        <w:t>የጀመረው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ሮማዊ</w:t>
      </w:r>
      <w:r>
        <w:rPr>
          <w:rFonts w:ascii="Times New Roman" w:hAnsi="Times New Roman" w:eastAsia="Times New Roman" w:cs="Times New Roman"/>
        </w:rPr>
        <w:t xml:space="preserve"> </w:t>
      </w:r>
      <w:r>
        <w:rPr>
          <w:rFonts w:ascii="Ebrima" w:hAnsi="Ebrima" w:eastAsia="Ebrima" w:cs="Ebrima"/>
        </w:rPr>
        <w:t>ጄኔራል</w:t>
      </w:r>
      <w:r>
        <w:rPr>
          <w:rFonts w:ascii="Times New Roman" w:hAnsi="Times New Roman" w:eastAsia="Times New Roman" w:cs="Times New Roman"/>
        </w:rPr>
        <w:t xml:space="preserve"> </w:t>
      </w:r>
      <w:r>
        <w:rPr>
          <w:rFonts w:ascii="Ebrima" w:hAnsi="Ebrima" w:eastAsia="Ebrima" w:cs="Ebrima"/>
        </w:rPr>
        <w:t>መቅደሱን</w:t>
      </w:r>
      <w:r>
        <w:rPr>
          <w:rFonts w:ascii="Times New Roman" w:hAnsi="Times New Roman" w:eastAsia="Times New Roman" w:cs="Times New Roman"/>
        </w:rPr>
        <w:t xml:space="preserve"> </w:t>
      </w:r>
      <w:r>
        <w:rPr>
          <w:rFonts w:ascii="Ebrima" w:hAnsi="Ebrima" w:eastAsia="Ebrima" w:cs="Ebrima"/>
        </w:rPr>
        <w:t>በማርከስ</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የተፈጸመውም</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ሮማዊ</w:t>
      </w:r>
      <w:r>
        <w:rPr>
          <w:rFonts w:ascii="Times New Roman" w:hAnsi="Times New Roman" w:eastAsia="Times New Roman" w:cs="Times New Roman"/>
        </w:rPr>
        <w:t xml:space="preserve"> </w:t>
      </w:r>
      <w:r>
        <w:rPr>
          <w:rFonts w:ascii="Ebrima" w:hAnsi="Ebrima" w:eastAsia="Ebrima" w:cs="Ebrima"/>
        </w:rPr>
        <w:t>ጄኔራል</w:t>
      </w:r>
      <w:r>
        <w:rPr>
          <w:rFonts w:ascii="Times New Roman" w:hAnsi="Times New Roman" w:eastAsia="Times New Roman" w:cs="Times New Roman"/>
        </w:rPr>
        <w:t xml:space="preserve"> </w:t>
      </w:r>
      <w:r>
        <w:rPr>
          <w:rFonts w:ascii="Ebrima" w:hAnsi="Ebrima" w:eastAsia="Ebrima" w:cs="Ebrima"/>
        </w:rPr>
        <w:t>መቅደሱን</w:t>
      </w:r>
      <w:r>
        <w:rPr>
          <w:rFonts w:ascii="Times New Roman" w:hAnsi="Times New Roman" w:eastAsia="Times New Roman" w:cs="Times New Roman"/>
        </w:rPr>
        <w:t xml:space="preserve"> </w:t>
      </w:r>
      <w:r>
        <w:rPr>
          <w:rFonts w:ascii="Ebrima" w:hAnsi="Ebrima" w:eastAsia="Ebrima" w:cs="Ebrima"/>
        </w:rPr>
        <w:t>በማጥፋት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የአልፋና</w:t>
      </w:r>
      <w:r>
        <w:rPr>
          <w:rFonts w:ascii="Times New Roman" w:hAnsi="Times New Roman" w:eastAsia="Times New Roman" w:cs="Times New Roman"/>
        </w:rPr>
        <w:t xml:space="preserve"> </w:t>
      </w:r>
      <w:r>
        <w:rPr>
          <w:rFonts w:ascii="Ebrima" w:hAnsi="Ebrima" w:eastAsia="Ebrima" w:cs="Ebrima"/>
        </w:rPr>
        <w:t>ኦሜጋ</w:t>
      </w:r>
      <w:r>
        <w:rPr>
          <w:rFonts w:ascii="Times New Roman" w:hAnsi="Times New Roman" w:eastAsia="Times New Roman" w:cs="Times New Roman"/>
        </w:rPr>
        <w:t xml:space="preserve"> </w:t>
      </w:r>
      <w:r>
        <w:rPr>
          <w:rFonts w:ascii="Ebrima" w:hAnsi="Ebrima" w:eastAsia="Ebrima" w:cs="Ebrima"/>
        </w:rPr>
        <w:t>ፊርማ</w:t>
      </w:r>
      <w:r>
        <w:rPr>
          <w:rFonts w:ascii="Times New Roman" w:hAnsi="Times New Roman" w:eastAsia="Times New Roman" w:cs="Times New Roman"/>
        </w:rPr>
        <w:t xml:space="preserve"> </w:t>
      </w:r>
      <w:r>
        <w:rPr>
          <w:rFonts w:ascii="Ebrima" w:hAnsi="Ebrima" w:eastAsia="Ebrima" w:cs="Ebrima"/>
        </w:rPr>
        <w:t>ይሰጣል።</w:t>
      </w:r>
      <w:r>
        <w:rPr>
          <w:rFonts w:ascii="Times New Roman" w:hAnsi="Times New Roman" w:eastAsia="Times New Roman" w:cs="Times New Roman"/>
        </w:rPr>
        <w:t xml:space="preserve"> </w:t>
      </w:r>
      <w:r>
        <w:rPr>
          <w:rFonts w:ascii="Ebrima" w:hAnsi="Ebrima" w:eastAsia="Ebrima" w:cs="Ebrima"/>
        </w:rPr>
        <w:t>በመርከስ</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በጥፋት</w:t>
      </w:r>
      <w:r>
        <w:rPr>
          <w:rFonts w:ascii="Times New Roman" w:hAnsi="Times New Roman" w:eastAsia="Times New Roman" w:cs="Times New Roman"/>
        </w:rPr>
        <w:t xml:space="preserve"> </w:t>
      </w:r>
      <w:r>
        <w:rPr>
          <w:rFonts w:ascii="Ebrima" w:hAnsi="Ebrima" w:eastAsia="Ebrima" w:cs="Ebrima"/>
        </w:rPr>
        <w:t>የሚያበቃው</w:t>
      </w:r>
      <w:r>
        <w:rPr>
          <w:rFonts w:ascii="Times New Roman" w:hAnsi="Times New Roman" w:eastAsia="Times New Roman" w:cs="Times New Roman"/>
        </w:rPr>
        <w:t xml:space="preserve"> </w:t>
      </w:r>
      <w:r>
        <w:rPr>
          <w:rFonts w:ascii="Ebrima" w:hAnsi="Ebrima" w:eastAsia="Ebrima" w:cs="Ebrima"/>
        </w:rPr>
        <w:t>ታሪካዊ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አፍርሱት፣</w:t>
      </w:r>
      <w:r>
        <w:rPr>
          <w:rFonts w:ascii="Times New Roman" w:hAnsi="Times New Roman" w:eastAsia="Times New Roman" w:cs="Times New Roman"/>
        </w:rPr>
        <w:t xml:space="preserve"> </w:t>
      </w:r>
      <w:r>
        <w:rPr>
          <w:rFonts w:ascii="Ebrima" w:hAnsi="Ebrima" w:eastAsia="Ebrima" w:cs="Ebrima"/>
        </w:rPr>
        <w:t>በሦስት</w:t>
      </w:r>
      <w:r>
        <w:rPr>
          <w:rFonts w:ascii="Times New Roman" w:hAnsi="Times New Roman" w:eastAsia="Times New Roman" w:cs="Times New Roman"/>
        </w:rPr>
        <w:t xml:space="preserve"> </w:t>
      </w:r>
      <w:r>
        <w:rPr>
          <w:rFonts w:ascii="Ebrima" w:hAnsi="Ebrima" w:eastAsia="Ebrima" w:cs="Ebrima"/>
        </w:rPr>
        <w:t>ቀንም</w:t>
      </w:r>
      <w:r>
        <w:rPr>
          <w:rFonts w:ascii="Times New Roman" w:hAnsi="Times New Roman" w:eastAsia="Times New Roman" w:cs="Times New Roman"/>
        </w:rPr>
        <w:t xml:space="preserve"> </w:t>
      </w:r>
      <w:r>
        <w:rPr>
          <w:rFonts w:ascii="Ebrima" w:hAnsi="Ebrima" w:eastAsia="Ebrima" w:cs="Ebrima"/>
        </w:rPr>
        <w:t>አቆመዋለሁ</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አንዱን</w:t>
      </w:r>
      <w:r>
        <w:rPr>
          <w:rFonts w:ascii="Times New Roman" w:hAnsi="Times New Roman" w:eastAsia="Times New Roman" w:cs="Times New Roman"/>
        </w:rPr>
        <w:t xml:space="preserve"> </w:t>
      </w:r>
      <w:r>
        <w:rPr>
          <w:rFonts w:ascii="Ebrima" w:hAnsi="Ebrima" w:eastAsia="Ebrima" w:cs="Ebrima"/>
        </w:rPr>
        <w:t>የተረከሰውንና</w:t>
      </w:r>
      <w:r>
        <w:rPr>
          <w:rFonts w:ascii="Times New Roman" w:hAnsi="Times New Roman" w:eastAsia="Times New Roman" w:cs="Times New Roman"/>
        </w:rPr>
        <w:t xml:space="preserve"> </w:t>
      </w:r>
      <w:r>
        <w:rPr>
          <w:rFonts w:ascii="Ebrima" w:hAnsi="Ebrima" w:eastAsia="Ebrima" w:cs="Ebrima"/>
        </w:rPr>
        <w:t>የተጠፋውን</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ይዟል።</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ከዕብራይስጥ</w:t>
      </w:r>
      <w:r>
        <w:rPr>
          <w:rFonts w:ascii="Times New Roman" w:hAnsi="Times New Roman" w:eastAsia="Times New Roman" w:cs="Times New Roman"/>
        </w:rPr>
        <w:t xml:space="preserve"> </w:t>
      </w:r>
      <w:r>
        <w:rPr>
          <w:rFonts w:ascii="Ebrima" w:hAnsi="Ebrima" w:eastAsia="Ebrima" w:cs="Ebrima"/>
        </w:rPr>
        <w:t>ፊደላት</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የአሥራ</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ፊደል</w:t>
      </w:r>
      <w:r>
        <w:rPr>
          <w:rFonts w:ascii="Times New Roman" w:hAnsi="Times New Roman" w:eastAsia="Times New Roman" w:cs="Times New Roman"/>
        </w:rPr>
        <w:t xml:space="preserve"> </w:t>
      </w:r>
      <w:r>
        <w:rPr>
          <w:rFonts w:ascii="Ebrima" w:hAnsi="Ebrima" w:eastAsia="Ebrima" w:cs="Ebrima"/>
        </w:rPr>
        <w:t>የተሠራች</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Pompey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Titus </w:t>
      </w:r>
      <w:r>
        <w:rPr>
          <w:rFonts w:ascii="Ebrima" w:hAnsi="Ebrima" w:eastAsia="Ebrima" w:cs="Ebrima"/>
        </w:rPr>
        <w:t>የሚያበቃው</w:t>
      </w:r>
      <w:r>
        <w:rPr>
          <w:rFonts w:ascii="Times New Roman" w:hAnsi="Times New Roman" w:eastAsia="Times New Roman" w:cs="Times New Roman"/>
        </w:rPr>
        <w:t xml:space="preserve"> </w:t>
      </w:r>
      <w:r>
        <w:rPr>
          <w:rFonts w:ascii="Ebrima" w:hAnsi="Ebrima" w:eastAsia="Ebrima" w:cs="Ebrima"/>
        </w:rPr>
        <w:t>መስመርም፣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ኪዳኑን</w:t>
      </w:r>
      <w:r>
        <w:rPr>
          <w:rFonts w:ascii="Times New Roman" w:hAnsi="Times New Roman" w:eastAsia="Times New Roman" w:cs="Times New Roman"/>
        </w:rPr>
        <w:t xml:space="preserve"> </w:t>
      </w:r>
      <w:r>
        <w:rPr>
          <w:rFonts w:ascii="Ebrima" w:hAnsi="Ebrima" w:eastAsia="Ebrima" w:cs="Ebrima"/>
        </w:rPr>
        <w:t>ሊያጸና</w:t>
      </w:r>
      <w:r>
        <w:rPr>
          <w:rFonts w:ascii="Times New Roman" w:hAnsi="Times New Roman" w:eastAsia="Times New Roman" w:cs="Times New Roman"/>
        </w:rPr>
        <w:t xml:space="preserve"> </w:t>
      </w:r>
      <w:r>
        <w:rPr>
          <w:rFonts w:ascii="Ebrima" w:hAnsi="Ebrima" w:eastAsia="Ebrima" w:cs="Ebrima"/>
        </w:rPr>
        <w:t>በመጣበት</w:t>
      </w:r>
      <w:r>
        <w:rPr>
          <w:rFonts w:ascii="Times New Roman" w:hAnsi="Times New Roman" w:eastAsia="Times New Roman" w:cs="Times New Roman"/>
        </w:rPr>
        <w:t xml:space="preserve"> </w:t>
      </w:r>
      <w:r>
        <w:rPr>
          <w:rFonts w:ascii="Ebrima" w:hAnsi="Ebrima" w:eastAsia="Ebrima" w:cs="Ebrima"/>
        </w:rPr>
        <w:t>ሳምንት</w:t>
      </w:r>
      <w:r>
        <w:rPr>
          <w:rFonts w:ascii="Times New Roman" w:hAnsi="Times New Roman" w:eastAsia="Times New Roman" w:cs="Times New Roman"/>
        </w:rPr>
        <w:t xml:space="preserve"> </w:t>
      </w:r>
      <w:r>
        <w:rPr>
          <w:rFonts w:ascii="Ebrima" w:hAnsi="Ebrima" w:eastAsia="Ebrima" w:cs="Ebrima"/>
        </w:rPr>
        <w:t>በትክክለኛው</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በተተከሉት</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መስቀሎች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መካከለኛው</w:t>
      </w:r>
      <w:r>
        <w:rPr>
          <w:rFonts w:ascii="Times New Roman" w:hAnsi="Times New Roman" w:eastAsia="Times New Roman" w:cs="Times New Roman"/>
        </w:rPr>
        <w:t xml:space="preserve"> </w:t>
      </w:r>
      <w:r>
        <w:rPr>
          <w:rFonts w:ascii="Ebrima" w:hAnsi="Ebrima" w:eastAsia="Ebrima" w:cs="Ebrima"/>
        </w:rPr>
        <w:t>መስቀል</w:t>
      </w:r>
      <w:r>
        <w:rPr>
          <w:rFonts w:ascii="Times New Roman" w:hAnsi="Times New Roman" w:eastAsia="Times New Roman" w:cs="Times New Roman"/>
        </w:rPr>
        <w:t xml:space="preserve"> </w:t>
      </w:r>
      <w:r>
        <w:rPr>
          <w:rFonts w:ascii="Ebrima" w:hAnsi="Ebrima" w:eastAsia="Ebrima" w:cs="Ebrima"/>
        </w:rPr>
        <w:t>የሚወከል</w:t>
      </w:r>
      <w:r>
        <w:rPr>
          <w:rFonts w:ascii="Times New Roman" w:hAnsi="Times New Roman" w:eastAsia="Times New Roman" w:cs="Times New Roman"/>
        </w:rPr>
        <w:t xml:space="preserve"> </w:t>
      </w:r>
      <w:r>
        <w:rPr>
          <w:rFonts w:ascii="Ebrima" w:hAnsi="Ebrima" w:eastAsia="Ebrima" w:cs="Ebrima"/>
        </w:rPr>
        <w:t>መካከለኛ</w:t>
      </w:r>
      <w:r>
        <w:rPr>
          <w:rFonts w:ascii="Times New Roman" w:hAnsi="Times New Roman" w:eastAsia="Times New Roman" w:cs="Times New Roman"/>
        </w:rPr>
        <w:t xml:space="preserve"> </w:t>
      </w:r>
      <w:r>
        <w:rPr>
          <w:rFonts w:ascii="Ebrima" w:hAnsi="Ebrima" w:eastAsia="Ebrima" w:cs="Ebrima"/>
        </w:rPr>
        <w:t>የቤተ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ያካትታል።</w:t>
      </w:r>
      <w:r>
        <w:rPr>
          <w:rFonts w:ascii="Times New Roman" w:hAnsi="Times New Roman" w:eastAsia="Times New Roman" w:cs="Times New Roman"/>
        </w:rPr>
        <w:t xml:space="preserve"> </w:t>
      </w:r>
      <w:r>
        <w:rPr>
          <w:rFonts w:ascii="Ebrima" w:hAnsi="Ebrima" w:eastAsia="Ebrima" w:cs="Ebrima"/>
        </w:rPr>
        <w:t>ከአሥራ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ሀያ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ጥቅሶች</w:t>
      </w:r>
      <w:r>
        <w:rPr>
          <w:rFonts w:ascii="Times New Roman" w:hAnsi="Times New Roman" w:eastAsia="Times New Roman" w:cs="Times New Roman"/>
        </w:rPr>
        <w:t xml:space="preserve"> </w:t>
      </w:r>
      <w:r>
        <w:rPr>
          <w:rFonts w:ascii="Ebrima" w:hAnsi="Ebrima" w:eastAsia="Ebrima" w:cs="Ebrima"/>
        </w:rPr>
        <w:t>የእውነትን</w:t>
      </w:r>
      <w:r>
        <w:rPr>
          <w:rFonts w:ascii="Times New Roman" w:hAnsi="Times New Roman" w:eastAsia="Times New Roman" w:cs="Times New Roman"/>
        </w:rPr>
        <w:t xml:space="preserve"> </w:t>
      </w:r>
      <w:r>
        <w:rPr>
          <w:rFonts w:ascii="Ebrima" w:hAnsi="Ebrima" w:eastAsia="Ebrima" w:cs="Ebrima"/>
        </w:rPr>
        <w:t>ፊርማ</w:t>
      </w:r>
      <w:r>
        <w:rPr>
          <w:rFonts w:ascii="Times New Roman" w:hAnsi="Times New Roman" w:eastAsia="Times New Roman" w:cs="Times New Roman"/>
        </w:rPr>
        <w:t xml:space="preserve"> </w:t>
      </w:r>
      <w:r>
        <w:rPr>
          <w:rFonts w:ascii="Ebrima" w:hAnsi="Ebrima" w:eastAsia="Ebrima" w:cs="Ebrima"/>
        </w:rPr>
        <w:t>የተሸከመ</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በእነዚህ</w:t>
      </w:r>
      <w:r>
        <w:rPr>
          <w:rFonts w:ascii="Times New Roman" w:hAnsi="Times New Roman" w:eastAsia="Times New Roman" w:cs="Times New Roman"/>
        </w:rPr>
        <w:t xml:space="preserve"> </w:t>
      </w:r>
      <w:r>
        <w:rPr>
          <w:rFonts w:ascii="Ebrima" w:hAnsi="Ebrima" w:eastAsia="Ebrima" w:cs="Ebrima"/>
        </w:rPr>
        <w:t>ጥቅሶች</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መስመሮች</w:t>
      </w:r>
      <w:r>
        <w:rPr>
          <w:rFonts w:ascii="Times New Roman" w:hAnsi="Times New Roman" w:eastAsia="Times New Roman" w:cs="Times New Roman"/>
        </w:rPr>
        <w:t xml:space="preserve"> </w:t>
      </w:r>
      <w:r>
        <w:rPr>
          <w:rFonts w:ascii="Ebrima" w:hAnsi="Ebrima" w:eastAsia="Ebrima" w:cs="Ebrima"/>
        </w:rPr>
        <w:t>ቢኖሩም፣</w:t>
      </w:r>
      <w:r>
        <w:rPr>
          <w:rFonts w:ascii="Times New Roman" w:hAnsi="Times New Roman" w:eastAsia="Times New Roman" w:cs="Times New Roman"/>
        </w:rPr>
        <w:t xml:space="preserve"> </w:t>
      </w:r>
      <w:r>
        <w:rPr>
          <w:rFonts w:ascii="Ebrima" w:hAnsi="Ebrima" w:eastAsia="Ebrima" w:cs="Ebrima"/>
        </w:rPr>
        <w:t>የመስመሩ</w:t>
      </w:r>
      <w:r>
        <w:rPr>
          <w:rFonts w:ascii="Times New Roman" w:hAnsi="Times New Roman" w:eastAsia="Times New Roman" w:cs="Times New Roman"/>
        </w:rPr>
        <w:t xml:space="preserve"> </w:t>
      </w:r>
      <w:r>
        <w:rPr>
          <w:rFonts w:ascii="Ebrima" w:hAnsi="Ebrima" w:eastAsia="Ebrima" w:cs="Ebrima"/>
        </w:rPr>
        <w:t>ዋና</w:t>
      </w:r>
      <w:r>
        <w:rPr>
          <w:rFonts w:ascii="Times New Roman" w:hAnsi="Times New Roman" w:eastAsia="Times New Roman" w:cs="Times New Roman"/>
        </w:rPr>
        <w:t xml:space="preserve"> </w:t>
      </w:r>
      <w:r>
        <w:rPr>
          <w:rFonts w:ascii="Ebrima" w:hAnsi="Ebrima" w:eastAsia="Ebrima" w:cs="Ebrima"/>
        </w:rPr>
        <w:t>ጭብጥ</w:t>
      </w:r>
      <w:r>
        <w:rPr>
          <w:rFonts w:ascii="Times New Roman" w:hAnsi="Times New Roman" w:eastAsia="Times New Roman" w:cs="Times New Roman"/>
        </w:rPr>
        <w:t xml:space="preserve"> </w:t>
      </w:r>
      <w:r>
        <w:rPr>
          <w:rFonts w:ascii="Ebrima" w:hAnsi="Ebrima" w:eastAsia="Ebrima" w:cs="Ebrima"/>
        </w:rPr>
        <w:t>በአይሁድ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የሮም</w:t>
      </w:r>
      <w:r>
        <w:rPr>
          <w:rFonts w:ascii="Times New Roman" w:hAnsi="Times New Roman" w:eastAsia="Times New Roman" w:cs="Times New Roman"/>
        </w:rPr>
        <w:t xml:space="preserve"> </w:t>
      </w:r>
      <w:r>
        <w:rPr>
          <w:rFonts w:ascii="Ebrima" w:hAnsi="Ebrima" w:eastAsia="Ebrima" w:cs="Ebrima"/>
        </w:rPr>
        <w:t>በላይነት</w:t>
      </w:r>
      <w:r>
        <w:rPr>
          <w:rFonts w:ascii="Times New Roman" w:hAnsi="Times New Roman" w:eastAsia="Times New Roman" w:cs="Times New Roman"/>
        </w:rPr>
        <w:t xml:space="preserve"> </w:t>
      </w:r>
      <w:r>
        <w:rPr>
          <w:rFonts w:ascii="Ebrima" w:hAnsi="Ebrima" w:eastAsia="Ebrima" w:cs="Ebrima"/>
        </w:rPr>
        <w:t>ነው።</w:t>
      </w:r>
    </w:p>
    <w:p>
      <w:pPr>
        <w:pStyle w:val="ArticleHeading"/>
        <w:jc w:val="left"/>
      </w:pPr>
      <w:r>
        <w:rPr>
          <w:rFonts w:ascii="Arial" w:hAnsi="Arial" w:eastAsia="Arial" w:cs="Arial"/>
        </w:rPr>
        <w:t>اتحادن ۽ معاھدن</w:t>
      </w:r>
    </w:p>
    <w:p>
      <w:pPr>
        <w:pStyle w:val="ArticleBody"/>
        <w:jc w:val="left"/>
      </w:pPr>
      <w:r>
        <w:rPr>
          <w:rFonts w:ascii="Times New Roman" w:hAnsi="Times New Roman" w:eastAsia="Times New Roman" w:cs="Times New Roman"/>
        </w:rPr>
        <w:t>23-րդ համարը «կրկնում և ընդարձակում է»՝ վերադառնալով մ.թ.ա. 161–158 թվականներին, երբ հրեաները, Հուդա Մակաբեոսի առաջնորդությամբ, դաշինք կնքեցին Հռոմի հետ (Ա Մակաբայեցիներ 8)։ Սա ընդգծում է Հռոմի կայսրաշինության առանձնահատուկ ռազմավարությունը՝ նվաճում պայմանագրերի և դաշինքների միջոցով, մի մեթոդ, որ տարբերվում էր նրա նախորդներից։ 24-րդ համարը եզրափակում է այս փուլը՝ նշելով, որ Հռոմը «իր հնարքները կանխամտածելու էր ամրոցների դեմ, մինչև մի ժամանակ»։</w:t>
      </w:r>
    </w:p>
    <w:p>
      <w:pPr>
        <w:pStyle w:val="ArticleScripture"/>
        <w:jc w:val="left"/>
      </w:pP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ᱥᱟᱹᱛᱟᱢ</w:t>
      </w:r>
      <w:r>
        <w:rPr>
          <w:rFonts w:ascii="Times New Roman" w:hAnsi="Times New Roman" w:eastAsia="Times New Roman" w:cs="Times New Roman"/>
        </w:rPr>
        <w:t xml:space="preserve"> </w:t>
      </w:r>
      <w:r>
        <w:rPr>
          <w:rFonts w:ascii="Nirmala UI" w:hAnsi="Nirmala UI" w:eastAsia="Nirmala UI" w:cs="Nirmala UI"/>
        </w:rPr>
        <w:t>ᱚᱱᱟᱠᱚ</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ᱦᱚᱪ</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ᱠᱟᱯᱚᱴ</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ᱠᱟᱹᱢᱤᱭᱟ</w:t>
      </w:r>
      <w:r>
        <w:rPr>
          <w:rFonts w:ascii="Times New Roman" w:hAnsi="Times New Roman" w:eastAsia="Times New Roman" w:cs="Times New Roman"/>
        </w:rPr>
        <w:t xml:space="preserve">; </w:t>
      </w:r>
      <w:r>
        <w:rPr>
          <w:rFonts w:ascii="Nirmala UI" w:hAnsi="Nirmala UI" w:eastAsia="Nirmala UI" w:cs="Nirmala UI"/>
        </w:rPr>
        <w:t>ᱚᱠᱟᱛᱮ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ᱩᱯᱟᱨ</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ᱠᱟᱴᱤᱡ</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ᱵᱟᱹᱲᱛᱤ</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ᱥᱟᱱᱛᱤ</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ᱯᱨᱚᱵᱤᱱᱥ</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ᱥᱟᱨᱣᱟᱨᱛᱟ</w:t>
      </w:r>
      <w:r>
        <w:rPr>
          <w:rFonts w:ascii="Times New Roman" w:hAnsi="Times New Roman" w:eastAsia="Times New Roman" w:cs="Times New Roman"/>
        </w:rPr>
        <w:t xml:space="preserve"> </w:t>
      </w:r>
      <w:r>
        <w:rPr>
          <w:rFonts w:ascii="Nirmala UI" w:hAnsi="Nirmala UI" w:eastAsia="Nirmala UI" w:cs="Nirmala UI"/>
        </w:rPr>
        <w:t>ᱡᱟᱭᱜᱟ</w:t>
      </w:r>
      <w:r>
        <w:rPr>
          <w:rFonts w:ascii="Times New Roman" w:hAnsi="Times New Roman" w:eastAsia="Times New Roman" w:cs="Times New Roman"/>
        </w:rPr>
        <w:t xml:space="preserve"> </w:t>
      </w:r>
      <w:r>
        <w:rPr>
          <w:rFonts w:ascii="Nirmala UI" w:hAnsi="Nirmala UI" w:eastAsia="Nirmala UI" w:cs="Nirmala UI"/>
        </w:rPr>
        <w:t>ᱨᱮᱦᱚᱸ</w:t>
      </w:r>
      <w:r>
        <w:rPr>
          <w:rFonts w:ascii="Times New Roman" w:hAnsi="Times New Roman" w:eastAsia="Times New Roman" w:cs="Times New Roman"/>
        </w:rPr>
        <w:t xml:space="preserve"> </w:t>
      </w:r>
      <w:r>
        <w:rPr>
          <w:rFonts w:ascii="Nirmala UI" w:hAnsi="Nirmala UI" w:eastAsia="Nirmala UI" w:cs="Nirmala UI"/>
        </w:rPr>
        <w:t>ᱥᱮᱱ</w:t>
      </w:r>
      <w:r>
        <w:rPr>
          <w:rFonts w:ascii="Times New Roman" w:hAnsi="Times New Roman" w:eastAsia="Times New Roman" w:cs="Times New Roman"/>
        </w:rPr>
        <w:t xml:space="preserve"> </w:t>
      </w:r>
      <w:r>
        <w:rPr>
          <w:rFonts w:ascii="Nirmala UI" w:hAnsi="Nirmala UI" w:eastAsia="Nirmala UI" w:cs="Nirmala UI"/>
        </w:rPr>
        <w:t>ᱟᱸᱜᱟ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ᱠᱟᱢ</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ᱠᱟᱢᱤᱭᱟ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ᱟᱯᱩᱠᱚ</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ᱠᱟᱫᱟ</w:t>
      </w:r>
      <w:r>
        <w:rPr>
          <w:rFonts w:ascii="Times New Roman" w:hAnsi="Times New Roman" w:eastAsia="Times New Roman" w:cs="Times New Roman"/>
        </w:rPr>
        <w:t xml:space="preserve">, </w:t>
      </w:r>
      <w:r>
        <w:rPr>
          <w:rFonts w:ascii="Nirmala UI" w:hAnsi="Nirmala UI" w:eastAsia="Nirmala UI" w:cs="Nirmala UI"/>
        </w:rPr>
        <w:t>ᱱᱟᱦᱚᱸᱜ</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ᱟᱯᱩᱼᱦᱟᱨᱟᱢ</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ᱩᱫᱽᱨᱟᱹᱣ</w:t>
      </w:r>
      <w:r>
        <w:rPr>
          <w:rFonts w:ascii="Times New Roman" w:hAnsi="Times New Roman" w:eastAsia="Times New Roman" w:cs="Times New Roman"/>
        </w:rPr>
        <w:t xml:space="preserve">, </w:t>
      </w:r>
      <w:r>
        <w:rPr>
          <w:rFonts w:ascii="Nirmala UI" w:hAnsi="Nirmala UI" w:eastAsia="Nirmala UI" w:cs="Nirmala UI"/>
        </w:rPr>
        <w:t>ᱞᱩᱴ</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ᱫᱷᱚᱱ</w:t>
      </w:r>
      <w:r>
        <w:rPr>
          <w:rFonts w:ascii="Times New Roman" w:hAnsi="Times New Roman" w:eastAsia="Times New Roman" w:cs="Times New Roman"/>
        </w:rPr>
        <w:t xml:space="preserve"> </w:t>
      </w:r>
      <w:r>
        <w:rPr>
          <w:rFonts w:ascii="Nirmala UI" w:hAnsi="Nirmala UI" w:eastAsia="Nirmala UI" w:cs="Nirmala UI"/>
        </w:rPr>
        <w:t>ᱚᱱᱟᱠᱚ</w:t>
      </w:r>
      <w:r>
        <w:rPr>
          <w:rFonts w:ascii="Times New Roman" w:hAnsi="Times New Roman" w:eastAsia="Times New Roman" w:cs="Times New Roman"/>
        </w:rPr>
        <w:t xml:space="preserve"> </w:t>
      </w:r>
      <w:r>
        <w:rPr>
          <w:rFonts w:ascii="Nirmala UI" w:hAnsi="Nirmala UI" w:eastAsia="Nirmala UI" w:cs="Nirmala UI"/>
        </w:rPr>
        <w:t>ᱛᱟᱞᱟᱨᱮ</w:t>
      </w:r>
      <w:r>
        <w:rPr>
          <w:rFonts w:ascii="Times New Roman" w:hAnsi="Times New Roman" w:eastAsia="Times New Roman" w:cs="Times New Roman"/>
        </w:rPr>
        <w:t xml:space="preserve"> </w:t>
      </w:r>
      <w:r>
        <w:rPr>
          <w:rFonts w:ascii="Nirmala UI" w:hAnsi="Nirmala UI" w:eastAsia="Nirmala UI" w:cs="Nirmala UI"/>
        </w:rPr>
        <w:t>ᱪᱷᱤᱱᱫᱟᱹᱣᱼᱟ</w:t>
      </w:r>
      <w:r>
        <w:rPr>
          <w:rFonts w:ascii="Times New Roman" w:hAnsi="Times New Roman" w:eastAsia="Times New Roman" w:cs="Times New Roman"/>
        </w:rPr>
        <w:t xml:space="preserve">; </w:t>
      </w:r>
      <w:r>
        <w:rPr>
          <w:rFonts w:ascii="Nirmala UI" w:hAnsi="Nirmala UI" w:eastAsia="Nirmala UI" w:cs="Nirmala UI"/>
        </w:rPr>
        <w:t>ᱦᱮᱸ</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ᱫᱲᱮ</w:t>
      </w:r>
      <w:r>
        <w:rPr>
          <w:rFonts w:ascii="Times New Roman" w:hAnsi="Times New Roman" w:eastAsia="Times New Roman" w:cs="Times New Roman"/>
        </w:rPr>
        <w:t xml:space="preserve"> </w:t>
      </w:r>
      <w:r>
        <w:rPr>
          <w:rFonts w:ascii="Nirmala UI" w:hAnsi="Nirmala UI" w:eastAsia="Nirmala UI" w:cs="Nirmala UI"/>
        </w:rPr>
        <w:t>ᱠᱤᱞᱞᱟ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ᱵᱤᱨᱩᱫᱷᱨᱮ</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ᱡᱚᱡᱚᱢ</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ᱟᱹᱭᱩᱨ</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Daniel 11:23, 24.</w:t>
      </w:r>
    </w:p>
    <w:p>
      <w:pPr>
        <w:pStyle w:val="ArticleHeading"/>
        <w:jc w:val="left"/>
      </w:pPr>
      <w:r>
        <w:rPr>
          <w:rFonts w:ascii="Arial" w:hAnsi="Arial" w:eastAsia="Arial" w:cs="Arial"/>
        </w:rPr>
        <w:t>لأجلِ وقتٍ</w:t>
      </w:r>
    </w:p>
    <w:p>
      <w:pPr>
        <w:pStyle w:val="ArticleBody"/>
        <w:jc w:val="left"/>
      </w:pPr>
      <w:r>
        <w:rPr>
          <w:rFonts w:ascii="Nirmala UI" w:hAnsi="Nirmala UI" w:eastAsia="Nirmala UI" w:cs="Nirmala UI"/>
        </w:rPr>
        <w:t>ᱚᱱᱚᱞ</w:t>
      </w:r>
      <w:r>
        <w:rPr>
          <w:rFonts w:ascii="Times New Roman" w:hAnsi="Times New Roman" w:eastAsia="Times New Roman" w:cs="Times New Roman"/>
        </w:rPr>
        <w:t xml:space="preserve"> “against”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ᱟᱱᱩᱣᱟᱹᱫ</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ᱟᱹᱲᱟᱹ</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“from” </w:t>
      </w:r>
      <w:r>
        <w:rPr>
          <w:rFonts w:ascii="Nirmala UI" w:hAnsi="Nirmala UI" w:eastAsia="Nirmala UI" w:cs="Nirmala UI"/>
        </w:rPr>
        <w:t>ᱟᱹᱲᱟᱹ</w:t>
      </w:r>
      <w:r>
        <w:rPr>
          <w:rFonts w:ascii="Times New Roman" w:hAnsi="Times New Roman" w:eastAsia="Times New Roman" w:cs="Times New Roman"/>
        </w:rPr>
        <w:t xml:space="preserve"> </w:t>
      </w:r>
      <w:r>
        <w:rPr>
          <w:rFonts w:ascii="Nirmala UI" w:hAnsi="Nirmala UI" w:eastAsia="Nirmala UI" w:cs="Nirmala UI"/>
        </w:rPr>
        <w:t>ᱞᱮᱠᱟᱛᱮᱦᱚ</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ᱮᱢᱟᱜᱼᱟ।</w:t>
      </w:r>
      <w:r>
        <w:rPr>
          <w:rFonts w:ascii="Times New Roman" w:hAnsi="Times New Roman" w:eastAsia="Times New Roman" w:cs="Times New Roman"/>
        </w:rPr>
        <w:t xml:space="preserve"> Rome </w:t>
      </w:r>
      <w:r>
        <w:rPr>
          <w:rFonts w:ascii="Nirmala UI" w:hAnsi="Nirmala UI" w:eastAsia="Nirmala UI" w:cs="Nirmala UI"/>
        </w:rPr>
        <w:t>ᱟᱡᱟᱜ</w:t>
      </w:r>
      <w:r>
        <w:rPr>
          <w:rFonts w:ascii="Times New Roman" w:hAnsi="Times New Roman" w:eastAsia="Times New Roman" w:cs="Times New Roman"/>
        </w:rPr>
        <w:t xml:space="preserve"> </w:t>
      </w:r>
      <w:r>
        <w:rPr>
          <w:rFonts w:ascii="Nirmala UI" w:hAnsi="Nirmala UI" w:eastAsia="Nirmala UI" w:cs="Nirmala UI"/>
        </w:rPr>
        <w:t>ᱡᱚᱱᱛᱨᱚᱠᱚ</w:t>
      </w:r>
      <w:r>
        <w:rPr>
          <w:rFonts w:ascii="Times New Roman" w:hAnsi="Times New Roman" w:eastAsia="Times New Roman" w:cs="Times New Roman"/>
        </w:rPr>
        <w:t xml:space="preserve"> “from”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ᱟᱹᱭᱩᱨ</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“from” </w:t>
      </w:r>
      <w:r>
        <w:rPr>
          <w:rFonts w:ascii="Nirmala UI" w:hAnsi="Nirmala UI" w:eastAsia="Nirmala UI" w:cs="Nirmala UI"/>
        </w:rPr>
        <w:t>ᱟᱹᱲᱟᱹᱫᱚ</w:t>
      </w:r>
      <w:r>
        <w:rPr>
          <w:rFonts w:ascii="Times New Roman" w:hAnsi="Times New Roman" w:eastAsia="Times New Roman" w:cs="Times New Roman"/>
        </w:rPr>
        <w:t xml:space="preserve"> Rome </w:t>
      </w:r>
      <w:r>
        <w:rPr>
          <w:rFonts w:ascii="Nirmala UI" w:hAnsi="Nirmala UI" w:eastAsia="Nirmala UI" w:cs="Nirmala UI"/>
        </w:rPr>
        <w:t>ᱱᱟᱜᱟᱨ</w:t>
      </w:r>
      <w:r>
        <w:rPr>
          <w:rFonts w:ascii="Times New Roman" w:hAnsi="Times New Roman" w:eastAsia="Times New Roman" w:cs="Times New Roman"/>
        </w:rPr>
        <w:t>—</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ᱥᱟᱢᱨᱟᱡᱽᱭᱚᱨ</w:t>
      </w:r>
      <w:r>
        <w:rPr>
          <w:rFonts w:ascii="Times New Roman" w:hAnsi="Times New Roman" w:eastAsia="Times New Roman" w:cs="Times New Roman"/>
        </w:rPr>
        <w:t xml:space="preserve"> </w:t>
      </w:r>
      <w:r>
        <w:rPr>
          <w:rFonts w:ascii="Nirmala UI" w:hAnsi="Nirmala UI" w:eastAsia="Nirmala UI" w:cs="Nirmala UI"/>
        </w:rPr>
        <w:t>ᱨᱟᱡᱱᱚᱭᱛᱤᱠ</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ᱥᱟᱹᱢᱨᱤᱠ</w:t>
      </w:r>
      <w:r>
        <w:rPr>
          <w:rFonts w:ascii="Times New Roman" w:hAnsi="Times New Roman" w:eastAsia="Times New Roman" w:cs="Times New Roman"/>
        </w:rPr>
        <w:t xml:space="preserve"> </w:t>
      </w:r>
      <w:r>
        <w:rPr>
          <w:rFonts w:ascii="Nirmala UI" w:hAnsi="Nirmala UI" w:eastAsia="Nirmala UI" w:cs="Nirmala UI"/>
        </w:rPr>
        <w:t>ᱦᱤᱭᱟᱹ</w:t>
      </w:r>
      <w:r>
        <w:rPr>
          <w:rFonts w:ascii="Times New Roman" w:hAnsi="Times New Roman" w:eastAsia="Times New Roman" w:cs="Times New Roman"/>
        </w:rPr>
        <w:t>—</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ᱟᱡᱟᱜ</w:t>
      </w:r>
      <w:r>
        <w:rPr>
          <w:rFonts w:ascii="Times New Roman" w:hAnsi="Times New Roman" w:eastAsia="Times New Roman" w:cs="Times New Roman"/>
        </w:rPr>
        <w:t xml:space="preserve"> </w:t>
      </w:r>
      <w:r>
        <w:rPr>
          <w:rFonts w:ascii="Nirmala UI" w:hAnsi="Nirmala UI" w:eastAsia="Nirmala UI" w:cs="Nirmala UI"/>
        </w:rPr>
        <w:t>ᱠᱚᱥᱚᱞᱠᱚᱨ</w:t>
      </w:r>
      <w:r>
        <w:rPr>
          <w:rFonts w:ascii="Times New Roman" w:hAnsi="Times New Roman" w:eastAsia="Times New Roman" w:cs="Times New Roman"/>
        </w:rPr>
        <w:t xml:space="preserve"> </w:t>
      </w:r>
      <w:r>
        <w:rPr>
          <w:rFonts w:ascii="Nirmala UI" w:hAnsi="Nirmala UI" w:eastAsia="Nirmala UI" w:cs="Nirmala UI"/>
        </w:rPr>
        <w:t>ᱵᱮᱥ</w:t>
      </w:r>
      <w:r>
        <w:rPr>
          <w:rFonts w:ascii="Times New Roman" w:hAnsi="Times New Roman" w:eastAsia="Times New Roman" w:cs="Times New Roman"/>
        </w:rPr>
        <w:t xml:space="preserve"> </w:t>
      </w:r>
      <w:r>
        <w:rPr>
          <w:rFonts w:ascii="Nirmala UI" w:hAnsi="Nirmala UI" w:eastAsia="Nirmala UI" w:cs="Nirmala UI"/>
        </w:rPr>
        <w:t>ᱞᱮᱠᱟᱛᱮ</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“time”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ᱵᱷᱟᱵᱤᱥᱭᱚᱫᱽᱵᱟᱱᱤ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360 </w:t>
      </w:r>
      <w:r>
        <w:rPr>
          <w:rFonts w:ascii="Nirmala UI" w:hAnsi="Nirmala UI" w:eastAsia="Nirmala UI" w:cs="Nirmala UI"/>
        </w:rPr>
        <w:t>ᱵᱚᱪᱷᱚᱨ</w:t>
      </w:r>
      <w:r>
        <w:rPr>
          <w:rFonts w:ascii="Times New Roman" w:hAnsi="Times New Roman" w:eastAsia="Times New Roman" w:cs="Times New Roman"/>
        </w:rPr>
        <w:t xml:space="preserve"> </w:t>
      </w:r>
      <w:r>
        <w:rPr>
          <w:rFonts w:ascii="Nirmala UI" w:hAnsi="Nirmala UI" w:eastAsia="Nirmala UI" w:cs="Nirmala UI"/>
        </w:rPr>
        <w:t>ᱦᱚᱭᱟ</w:t>
      </w:r>
      <w:r>
        <w:rPr>
          <w:rFonts w:ascii="Times New Roman" w:hAnsi="Times New Roman" w:eastAsia="Times New Roman" w:cs="Times New Roman"/>
        </w:rPr>
        <w:t xml:space="preserve">, 30 BC </w:t>
      </w:r>
      <w:r>
        <w:rPr>
          <w:rFonts w:ascii="Nirmala UI" w:hAnsi="Nirmala UI" w:eastAsia="Nirmala UI" w:cs="Nirmala UI"/>
        </w:rPr>
        <w:t>ᱨᱮ</w:t>
      </w:r>
      <w:r>
        <w:rPr>
          <w:rFonts w:ascii="Times New Roman" w:hAnsi="Times New Roman" w:eastAsia="Times New Roman" w:cs="Times New Roman"/>
        </w:rPr>
        <w:t xml:space="preserve"> Actium </w:t>
      </w:r>
      <w:r>
        <w:rPr>
          <w:rFonts w:ascii="Nirmala UI" w:hAnsi="Nirmala UI" w:eastAsia="Nirmala UI" w:cs="Nirmala UI"/>
        </w:rPr>
        <w:t>ᱛᱟᱭᱚᱢ</w:t>
      </w:r>
      <w:r>
        <w:rPr>
          <w:rFonts w:ascii="Times New Roman" w:hAnsi="Times New Roman" w:eastAsia="Times New Roman" w:cs="Times New Roman"/>
        </w:rPr>
        <w:t xml:space="preserve"> Egypt </w:t>
      </w:r>
      <w:r>
        <w:rPr>
          <w:rFonts w:ascii="Nirmala UI" w:hAnsi="Nirmala UI" w:eastAsia="Nirmala UI" w:cs="Nirmala UI"/>
        </w:rPr>
        <w:t>ᱩᱭᱩᱨ</w:t>
      </w:r>
      <w:r>
        <w:rPr>
          <w:rFonts w:ascii="Times New Roman" w:hAnsi="Times New Roman" w:eastAsia="Times New Roman" w:cs="Times New Roman"/>
        </w:rPr>
        <w:t xml:space="preserve"> </w:t>
      </w:r>
      <w:r>
        <w:rPr>
          <w:rFonts w:ascii="Nirmala UI" w:hAnsi="Nirmala UI" w:eastAsia="Nirmala UI" w:cs="Nirmala UI"/>
        </w:rPr>
        <w:t>ᱠᱷᱟᱱ</w:t>
      </w:r>
      <w:r>
        <w:rPr>
          <w:rFonts w:ascii="Times New Roman" w:hAnsi="Times New Roman" w:eastAsia="Times New Roman" w:cs="Times New Roman"/>
        </w:rPr>
        <w:t xml:space="preserve"> </w:t>
      </w:r>
      <w:r>
        <w:rPr>
          <w:rFonts w:ascii="Nirmala UI" w:hAnsi="Nirmala UI" w:eastAsia="Nirmala UI" w:cs="Nirmala UI"/>
        </w:rPr>
        <w:t>ᱮᱦᱚᱵᱚᱜᱼᱟ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330 </w:t>
      </w:r>
      <w:r>
        <w:rPr>
          <w:rFonts w:ascii="Nirmala UI" w:hAnsi="Nirmala UI" w:eastAsia="Nirmala UI" w:cs="Nirmala UI"/>
        </w:rPr>
        <w:t>ᱥᱟᱞ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Constantine Rome </w:t>
      </w:r>
      <w:r>
        <w:rPr>
          <w:rFonts w:ascii="Nirmala UI" w:hAnsi="Nirmala UI" w:eastAsia="Nirmala UI" w:cs="Nirmala UI"/>
        </w:rPr>
        <w:t>ᱛᱟᱭᱚᱢ</w:t>
      </w:r>
      <w:r>
        <w:rPr>
          <w:rFonts w:ascii="Times New Roman" w:hAnsi="Times New Roman" w:eastAsia="Times New Roman" w:cs="Times New Roman"/>
        </w:rPr>
        <w:t xml:space="preserve"> Constantinople </w:t>
      </w:r>
      <w:r>
        <w:rPr>
          <w:rFonts w:ascii="Nirmala UI" w:hAnsi="Nirmala UI" w:eastAsia="Nirmala UI" w:cs="Nirmala UI"/>
        </w:rPr>
        <w:t>ᱥᱟᱠᱟᱢ</w:t>
      </w:r>
      <w:r>
        <w:rPr>
          <w:rFonts w:ascii="Times New Roman" w:hAnsi="Times New Roman" w:eastAsia="Times New Roman" w:cs="Times New Roman"/>
        </w:rPr>
        <w:t xml:space="preserve"> </w:t>
      </w:r>
      <w:r>
        <w:rPr>
          <w:rFonts w:ascii="Nirmala UI" w:hAnsi="Nirmala UI" w:eastAsia="Nirmala UI" w:cs="Nirmala UI"/>
        </w:rPr>
        <w:t>ᱠᱷᱟᱱ</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ᱯᱩᱨᱟᱹᱣᱟ</w:t>
      </w:r>
      <w:r>
        <w:rPr>
          <w:rFonts w:ascii="Leelawadee UI" w:hAnsi="Leelawadee UI" w:eastAsia="Leelawadee UI" w:cs="Leelawadee UI"/>
        </w:rPr>
        <w:t>។</w:t>
      </w:r>
    </w:p>
    <w:p>
      <w:pPr>
        <w:pStyle w:val="ArticleBody"/>
        <w:jc w:val="left"/>
      </w:pPr>
      <w:r>
        <w:rPr>
          <w:rFonts w:ascii="Times New Roman" w:hAnsi="Times New Roman" w:eastAsia="Times New Roman" w:cs="Times New Roman"/>
        </w:rPr>
        <w:t>25 ńú 26-le ẹsẹ̀ náà tọ́ka sí Actium fúnra rẹ̀.</w:t>
      </w:r>
    </w:p>
    <w:p>
      <w:pPr>
        <w:pStyle w:val="ArticleScripture"/>
        <w:jc w:val="left"/>
      </w:pPr>
      <w:r>
        <w:rPr>
          <w:rFonts w:ascii="Times New Roman" w:hAnsi="Times New Roman" w:eastAsia="Times New Roman" w:cs="Times New Roman"/>
        </w:rPr>
        <w:t>Ka kay bagnosenna ti pannakabalinna ken ti kinaturnosna a maibusor iti ari ti abagatan agraman ti maysa a dakkel nga armada; ket ti ari ti abagatan mabagnosto met a maikabil iti gubat agraman ti maysa a naindaklan unay ken napigsa nga armada; ngem saanto a makatakder: ta agpanunotda iti maibusor kenkuana a panangallilaw. Wen, dagidiay mangan iti bingay ti taraonna isu ti mangdadael kenkuana, ket ti armadana aglaylayabanto: ket adu ti matnag a napapatay. Daniel 11:25, 26.</w:t>
      </w:r>
    </w:p>
    <w:p>
      <w:pPr>
        <w:pStyle w:val="ArticleBody"/>
        <w:jc w:val="left"/>
      </w:pPr>
      <w:r>
        <w:rPr>
          <w:rFonts w:ascii="Times New Roman" w:hAnsi="Times New Roman" w:eastAsia="Times New Roman" w:cs="Times New Roman"/>
        </w:rPr>
        <w:t xml:space="preserve">31 BC </w:t>
      </w:r>
      <w:r>
        <w:rPr>
          <w:rFonts w:ascii="Microsoft YaHei" w:hAnsi="Microsoft YaHei" w:eastAsia="Microsoft YaHei" w:cs="Microsoft YaHei"/>
        </w:rPr>
        <w:t>日亞</w:t>
      </w:r>
      <w:r>
        <w:rPr>
          <w:rFonts w:ascii="Times New Roman" w:hAnsi="Times New Roman" w:eastAsia="Times New Roman" w:cs="Times New Roman"/>
        </w:rPr>
        <w:t>,</w:t>
      </w:r>
      <w:r>
        <w:rPr>
          <w:rFonts w:ascii="Microsoft YaHei" w:hAnsi="Microsoft YaHei" w:eastAsia="Microsoft YaHei" w:cs="Microsoft YaHei"/>
        </w:rPr>
        <w:t>羅馬之「北方王」之代表屋大維</w:t>
      </w:r>
      <w:r>
        <w:rPr>
          <w:rFonts w:ascii="Times New Roman" w:hAnsi="Times New Roman" w:eastAsia="Times New Roman" w:cs="Times New Roman"/>
        </w:rPr>
        <w:t>,</w:t>
      </w:r>
      <w:r>
        <w:rPr>
          <w:rFonts w:ascii="Microsoft YaHei" w:hAnsi="Microsoft YaHei" w:eastAsia="Microsoft YaHei" w:cs="Microsoft YaHei"/>
        </w:rPr>
        <w:t>會聚其軍勢</w:t>
      </w:r>
      <w:r>
        <w:rPr>
          <w:rFonts w:ascii="Times New Roman" w:hAnsi="Times New Roman" w:eastAsia="Times New Roman" w:cs="Times New Roman"/>
        </w:rPr>
        <w:t>,</w:t>
      </w:r>
      <w:r>
        <w:rPr>
          <w:rFonts w:ascii="Microsoft YaHei" w:hAnsi="Microsoft YaHei" w:eastAsia="Microsoft YaHei" w:cs="Microsoft YaHei"/>
        </w:rPr>
        <w:t>攻擊埃及之「南方王」革流巴大拉</w:t>
      </w:r>
      <w:r>
        <w:rPr>
          <w:rFonts w:ascii="Times New Roman" w:hAnsi="Times New Roman" w:eastAsia="Times New Roman" w:cs="Times New Roman"/>
        </w:rPr>
        <w:t>,</w:t>
      </w:r>
      <w:r>
        <w:rPr>
          <w:rFonts w:ascii="Microsoft YaHei" w:hAnsi="Microsoft YaHei" w:eastAsia="Microsoft YaHei" w:cs="Microsoft YaHei"/>
        </w:rPr>
        <w:t>於一場空前之海戰中交鋒</w:t>
      </w:r>
      <w:r>
        <w:rPr>
          <w:rFonts w:ascii="Times New Roman" w:hAnsi="Times New Roman" w:eastAsia="Times New Roman" w:cs="Times New Roman"/>
        </w:rPr>
        <w:t>.</w:t>
      </w:r>
      <w:r>
        <w:rPr>
          <w:rFonts w:ascii="Microsoft YaHei" w:hAnsi="Microsoft YaHei" w:eastAsia="Microsoft YaHei" w:cs="Microsoft YaHei"/>
        </w:rPr>
        <w:t>安多尼與革流巴大拉之「極大極強之軍」遂告挫敗</w:t>
      </w:r>
      <w:r>
        <w:rPr>
          <w:rFonts w:ascii="Times New Roman" w:hAnsi="Times New Roman" w:eastAsia="Times New Roman" w:cs="Times New Roman"/>
        </w:rPr>
        <w:t>,</w:t>
      </w:r>
      <w:r>
        <w:rPr>
          <w:rFonts w:ascii="Microsoft YaHei" w:hAnsi="Microsoft YaHei" w:eastAsia="Microsoft YaHei" w:cs="Microsoft YaHei"/>
        </w:rPr>
        <w:t>為謀略之「機關」（亞基帕之戰術）及背叛所敗壞</w:t>
      </w:r>
      <w:r>
        <w:rPr>
          <w:rFonts w:ascii="Times New Roman" w:hAnsi="Times New Roman" w:eastAsia="Times New Roman" w:cs="Times New Roman"/>
        </w:rPr>
        <w:t>——</w:t>
      </w:r>
      <w:r>
        <w:rPr>
          <w:rFonts w:ascii="Microsoft YaHei" w:hAnsi="Microsoft YaHei" w:eastAsia="Microsoft YaHei" w:cs="Microsoft YaHei"/>
        </w:rPr>
        <w:t>安多尼盟友之離叛</w:t>
      </w:r>
      <w:r>
        <w:rPr>
          <w:rFonts w:ascii="Times New Roman" w:hAnsi="Times New Roman" w:eastAsia="Times New Roman" w:cs="Times New Roman"/>
        </w:rPr>
        <w:t>,</w:t>
      </w:r>
      <w:r>
        <w:rPr>
          <w:rFonts w:ascii="Microsoft YaHei" w:hAnsi="Microsoft YaHei" w:eastAsia="Microsoft YaHei" w:cs="Microsoft YaHei"/>
        </w:rPr>
        <w:t>並革流巴大拉於戰中之退走</w:t>
      </w:r>
      <w:r>
        <w:rPr>
          <w:rFonts w:ascii="Times New Roman" w:hAnsi="Times New Roman" w:eastAsia="Times New Roman" w:cs="Times New Roman"/>
        </w:rPr>
        <w:t>.</w:t>
      </w:r>
      <w:r>
        <w:rPr>
          <w:rFonts w:ascii="Microsoft YaHei" w:hAnsi="Microsoft YaHei" w:eastAsia="Microsoft YaHei" w:cs="Microsoft YaHei"/>
        </w:rPr>
        <w:t>至</w:t>
      </w:r>
      <w:r>
        <w:rPr>
          <w:rFonts w:ascii="Times New Roman" w:hAnsi="Times New Roman" w:eastAsia="Times New Roman" w:cs="Times New Roman"/>
        </w:rPr>
        <w:t xml:space="preserve"> 30 BC,</w:t>
      </w:r>
      <w:r>
        <w:rPr>
          <w:rFonts w:ascii="Microsoft YaHei" w:hAnsi="Microsoft YaHei" w:eastAsia="Microsoft YaHei" w:cs="Microsoft YaHei"/>
        </w:rPr>
        <w:t>埃及成為羅馬一省</w:t>
      </w:r>
      <w:r>
        <w:rPr>
          <w:rFonts w:ascii="Times New Roman" w:hAnsi="Times New Roman" w:eastAsia="Times New Roman" w:cs="Times New Roman"/>
        </w:rPr>
        <w:t>,</w:t>
      </w:r>
      <w:r>
        <w:rPr>
          <w:rFonts w:ascii="Microsoft YaHei" w:hAnsi="Microsoft YaHei" w:eastAsia="Microsoft YaHei" w:cs="Microsoft YaHei"/>
        </w:rPr>
        <w:t>遂開啟異教羅馬無可爭衡之統治</w:t>
      </w:r>
      <w:r>
        <w:rPr>
          <w:rFonts w:ascii="Times New Roman" w:hAnsi="Times New Roman" w:eastAsia="Times New Roman" w:cs="Times New Roman"/>
        </w:rPr>
        <w:t>.</w:t>
      </w:r>
      <w:r>
        <w:rPr>
          <w:rFonts w:ascii="Microsoft YaHei" w:hAnsi="Microsoft YaHei" w:eastAsia="Microsoft YaHei" w:cs="Microsoft YaHei"/>
        </w:rPr>
        <w:t>自</w:t>
      </w:r>
      <w:r>
        <w:rPr>
          <w:rFonts w:ascii="Times New Roman" w:hAnsi="Times New Roman" w:eastAsia="Times New Roman" w:cs="Times New Roman"/>
        </w:rPr>
        <w:t xml:space="preserve"> 30 BC </w:t>
      </w:r>
      <w:r>
        <w:rPr>
          <w:rFonts w:ascii="Microsoft YaHei" w:hAnsi="Microsoft YaHei" w:eastAsia="Microsoft YaHei" w:cs="Microsoft YaHei"/>
        </w:rPr>
        <w:t>至</w:t>
      </w:r>
      <w:r>
        <w:rPr>
          <w:rFonts w:ascii="Times New Roman" w:hAnsi="Times New Roman" w:eastAsia="Times New Roman" w:cs="Times New Roman"/>
        </w:rPr>
        <w:t xml:space="preserve"> 330,</w:t>
      </w:r>
      <w:r>
        <w:rPr>
          <w:rFonts w:ascii="Microsoft YaHei" w:hAnsi="Microsoft YaHei" w:eastAsia="Microsoft YaHei" w:cs="Microsoft YaHei"/>
        </w:rPr>
        <w:t>此三百六十年之時期</w:t>
      </w:r>
      <w:r>
        <w:rPr>
          <w:rFonts w:ascii="Times New Roman" w:hAnsi="Times New Roman" w:eastAsia="Times New Roman" w:cs="Times New Roman"/>
        </w:rPr>
        <w:t>,</w:t>
      </w:r>
      <w:r>
        <w:rPr>
          <w:rFonts w:ascii="Microsoft YaHei" w:hAnsi="Microsoft YaHei" w:eastAsia="Microsoft YaHei" w:cs="Microsoft YaHei"/>
        </w:rPr>
        <w:t>與羅馬之霸權相符</w:t>
      </w:r>
      <w:r>
        <w:rPr>
          <w:rFonts w:ascii="Times New Roman" w:hAnsi="Times New Roman" w:eastAsia="Times New Roman" w:cs="Times New Roman"/>
        </w:rPr>
        <w:t>,</w:t>
      </w:r>
      <w:r>
        <w:rPr>
          <w:rFonts w:ascii="Microsoft YaHei" w:hAnsi="Microsoft YaHei" w:eastAsia="Microsoft YaHei" w:cs="Microsoft YaHei"/>
        </w:rPr>
        <w:t>其中心立於本來之保障之地</w:t>
      </w:r>
      <w:r>
        <w:rPr>
          <w:rFonts w:ascii="Times New Roman" w:hAnsi="Times New Roman" w:eastAsia="Times New Roman" w:cs="Times New Roman"/>
        </w:rPr>
        <w:t>,</w:t>
      </w:r>
      <w:r>
        <w:rPr>
          <w:rFonts w:ascii="Microsoft YaHei" w:hAnsi="Microsoft YaHei" w:eastAsia="Microsoft YaHei" w:cs="Microsoft YaHei"/>
        </w:rPr>
        <w:t>直到君士坦丁之遷移「使保障之地傾倒」</w:t>
      </w:r>
      <w:r>
        <w:rPr>
          <w:rFonts w:ascii="Times New Roman" w:hAnsi="Times New Roman" w:eastAsia="Times New Roman" w:cs="Times New Roman"/>
        </w:rPr>
        <w:t>,</w:t>
      </w:r>
      <w:r>
        <w:rPr>
          <w:rFonts w:ascii="Microsoft YaHei" w:hAnsi="Microsoft YaHei" w:eastAsia="Microsoft YaHei" w:cs="Microsoft YaHei"/>
        </w:rPr>
        <w:t>正如但以理書</w:t>
      </w:r>
      <w:r>
        <w:rPr>
          <w:rFonts w:ascii="Times New Roman" w:hAnsi="Times New Roman" w:eastAsia="Times New Roman" w:cs="Times New Roman"/>
        </w:rPr>
        <w:t xml:space="preserve"> 8:11 </w:t>
      </w:r>
      <w:r>
        <w:rPr>
          <w:rFonts w:ascii="Microsoft YaHei" w:hAnsi="Microsoft YaHei" w:eastAsia="Microsoft YaHei" w:cs="Microsoft YaHei"/>
        </w:rPr>
        <w:t>所預言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Ari, na magnifikana ho amin’ny Andrianan’ny tafika aza izy, ary taminy no nanesorana ny fanatitra isan’andro, ary narodana ny toerana misy ny fitoeram-pahamasinany. Daniela 8:11.</w:t>
      </w:r>
    </w:p>
    <w:p>
      <w:pPr>
        <w:pStyle w:val="ArticleBody"/>
        <w:jc w:val="left"/>
      </w:pPr>
      <w:r>
        <w:rPr>
          <w:rFonts w:ascii="Times New Roman" w:hAnsi="Times New Roman" w:eastAsia="Times New Roman" w:cs="Times New Roman"/>
        </w:rPr>
        <w:t>عندما تخلّى قسطنطين عن مدينة روما لصالح مدينة القسطنطينية، ترك فراغًا في السلطة في مدينة روما، مما أتاح للكنيسة البابوية أن تتبوأ كرسي السلطة الذي تمثله مدينة روما. وقد حقق ذلك الفعل ما ورد في الآية الثانية من رؤيا 13.</w:t>
      </w:r>
    </w:p>
    <w:p>
      <w:pPr>
        <w:pStyle w:val="ArticleScripture"/>
        <w:jc w:val="left"/>
      </w:pPr>
      <w:r>
        <w:rPr>
          <w:rFonts w:ascii="Times New Roman" w:hAnsi="Times New Roman" w:eastAsia="Times New Roman" w:cs="Times New Roman"/>
        </w:rPr>
        <w:t>Y la bestia que vi era semejante a un leopardo, y sus pies, como pies de oso, y su boca, como boca de león; y el dragón le dio su poder, y su trono, y grande autoridad. Apocalipsis 13:2.</w:t>
      </w:r>
    </w:p>
    <w:p>
      <w:pPr>
        <w:pStyle w:val="ArticleBody"/>
        <w:jc w:val="left"/>
      </w:pPr>
      <w:r>
        <w:rPr>
          <w:rFonts w:ascii="Times New Roman" w:hAnsi="Times New Roman" w:eastAsia="Times New Roman" w:cs="Times New Roman"/>
        </w:rPr>
        <w:t>دانیال ۸دە، دوو وشەی جیاوازی عیبری، کە هەردووکیان بە «پیرۆزگا» وەرگێڕدراون، چیرۆکی پیرۆزگا لە پەرتووکی دانیالدا لە یەکدی جیا دەکەن. پەرتووکی دانیال شەڕێک لەنێوان مەسیح و شەیتان نیشان دەدات، وەک لە نوێنەرانی زەویینەی مەسیح و شەیتاندا وێنا کراوە. بابڵ، نوێنەری زەویینەی شەیتان، لە دەستپێکی دانیالدا ئۆرشەلیم دەبەزێنێت، و ئۆرشەلیم لە ئایەتی چل و پێنجی بەشی یانزەدا بابڵ دەبەزێنێت. ئەو شانشینانەی کە بە شارەکانی ئۆرشەلیم و بابڵ نوێنەرایەتی دەکرێن، «پیرۆزگاکانی هێز»ن. هەردوو شارەکانی بابڵ و ئۆرشەلیم پیرۆزگای هێزن، و هەریەکەیان خاوەنی پەرستگای خۆیەتی لە ناو شارەکەدا. پەرستگای پانتھیۆن لە شاری ڕۆم دایە، و پەرستگاکەی ئۆرشەلیم هاوتای ئەوەیە لە گێڕانەوەی پێشبینییەکەدا. بابڵ و شاری ڕۆم ساختەی ئۆرشەلیمن.</w:t>
      </w:r>
    </w:p>
    <w:p>
      <w:pPr>
        <w:pStyle w:val="ArticleBody"/>
        <w:jc w:val="left"/>
      </w:pPr>
      <w:r>
        <w:rPr>
          <w:rFonts w:ascii="Times New Roman" w:hAnsi="Times New Roman" w:eastAsia="Times New Roman" w:cs="Times New Roman"/>
        </w:rPr>
        <w:t>Sa Daniel 8, an dua a Hebreo a balikas ket “miqdash” iti bersikulo 11, a sadino ti bassit a sara (pagano a Roma) ket ipababa na ti “disso ti santuario na” (ti ili ti Roma), idi inakar ni Constantine iti sabali a pagtaengan idi 330. Ti sabali a balikas ket “qodesh” iti bersikulo 13, 14, a sadino ti santuario ti Dios ket urayenna ti pannakadalusna kalpasan ti 2300 nga aldaw. Uray no agpadada a naipatarus a kas santuario, ti “miqdash” ket mabalin a mangibagi wenno mangirepresentar iti kuta ti Dios wenno iti pagano a kuta, ngem ti “qodesh” ket mausar laeng iti Biblia a mangibagi iti santuario ti Dios.</w:t>
      </w:r>
    </w:p>
    <w:p>
      <w:pPr>
        <w:pStyle w:val="ArticleBody"/>
        <w:jc w:val="left"/>
      </w:pPr>
      <w:r>
        <w:rPr>
          <w:rFonts w:ascii="Microsoft YaHei" w:hAnsi="Microsoft YaHei" w:eastAsia="Microsoft YaHei" w:cs="Microsoft YaHei"/>
        </w:rPr>
        <w:t>丹以理书</w:t>
      </w:r>
      <w:r>
        <w:rPr>
          <w:rFonts w:ascii="Times New Roman" w:hAnsi="Times New Roman" w:eastAsia="Times New Roman" w:cs="Times New Roman"/>
        </w:rPr>
        <w:t xml:space="preserve"> 11:31 </w:t>
      </w:r>
      <w:r>
        <w:rPr>
          <w:rFonts w:ascii="Microsoft YaHei" w:hAnsi="Microsoft YaHei" w:eastAsia="Microsoft YaHei" w:cs="Microsoft YaHei"/>
        </w:rPr>
        <w:t>中所说的</w:t>
      </w:r>
      <w:r>
        <w:rPr>
          <w:rFonts w:ascii="Times New Roman" w:hAnsi="Times New Roman" w:eastAsia="Times New Roman" w:cs="Times New Roman"/>
        </w:rPr>
        <w:t>“</w:t>
      </w:r>
      <w:r>
        <w:rPr>
          <w:rFonts w:ascii="Microsoft YaHei" w:hAnsi="Microsoft YaHei" w:eastAsia="Microsoft YaHei" w:cs="Microsoft YaHei"/>
        </w:rPr>
        <w:t>保障的圣所</w:t>
      </w:r>
      <w:r>
        <w:rPr>
          <w:rFonts w:ascii="Times New Roman" w:hAnsi="Times New Roman" w:eastAsia="Times New Roman" w:cs="Times New Roman"/>
        </w:rPr>
        <w:t>”</w:t>
      </w:r>
      <w:r>
        <w:rPr>
          <w:rFonts w:ascii="Microsoft YaHei" w:hAnsi="Microsoft YaHei" w:eastAsia="Microsoft YaHei" w:cs="Microsoft YaHei"/>
        </w:rPr>
        <w:t>（罗马城）被玷污了</w:t>
      </w:r>
      <w:r>
        <w:rPr>
          <w:rFonts w:ascii="Times New Roman" w:hAnsi="Times New Roman" w:eastAsia="Times New Roman" w:cs="Times New Roman"/>
        </w:rPr>
        <w:t>,</w:t>
      </w:r>
      <w:r>
        <w:rPr>
          <w:rFonts w:ascii="Microsoft YaHei" w:hAnsi="Microsoft YaHei" w:eastAsia="Microsoft YaHei" w:cs="Microsoft YaHei"/>
        </w:rPr>
        <w:t>因为蛮族和汪达尔人把战争带到了罗马城</w:t>
      </w:r>
      <w:r>
        <w:rPr>
          <w:rFonts w:ascii="Times New Roman" w:hAnsi="Times New Roman" w:eastAsia="Times New Roman" w:cs="Times New Roman"/>
        </w:rPr>
        <w:t>.</w:t>
      </w:r>
      <w:r>
        <w:rPr>
          <w:rFonts w:ascii="Microsoft YaHei" w:hAnsi="Microsoft YaHei" w:eastAsia="Microsoft YaHei" w:cs="Microsoft YaHei"/>
        </w:rPr>
        <w:t>这节经文中的</w:t>
      </w:r>
      <w:r>
        <w:rPr>
          <w:rFonts w:ascii="Times New Roman" w:hAnsi="Times New Roman" w:eastAsia="Times New Roman" w:cs="Times New Roman"/>
        </w:rPr>
        <w:t>“</w:t>
      </w:r>
      <w:r>
        <w:rPr>
          <w:rFonts w:ascii="Microsoft YaHei" w:hAnsi="Microsoft YaHei" w:eastAsia="Microsoft YaHei" w:cs="Microsoft YaHei"/>
        </w:rPr>
        <w:t>军兵</w:t>
      </w:r>
      <w:r>
        <w:rPr>
          <w:rFonts w:ascii="Times New Roman" w:hAnsi="Times New Roman" w:eastAsia="Times New Roman" w:cs="Times New Roman"/>
        </w:rPr>
        <w:t>”</w:t>
      </w:r>
      <w:r>
        <w:rPr>
          <w:rFonts w:ascii="Microsoft YaHei" w:hAnsi="Microsoft YaHei" w:eastAsia="Microsoft YaHei" w:cs="Microsoft YaHei"/>
        </w:rPr>
        <w:t>始于</w:t>
      </w:r>
      <w:r>
        <w:rPr>
          <w:rFonts w:ascii="Times New Roman" w:hAnsi="Times New Roman" w:eastAsia="Times New Roman" w:cs="Times New Roman"/>
        </w:rPr>
        <w:t xml:space="preserve"> 496 </w:t>
      </w:r>
      <w:r>
        <w:rPr>
          <w:rFonts w:ascii="Microsoft YaHei" w:hAnsi="Microsoft YaHei" w:eastAsia="Microsoft YaHei" w:cs="Microsoft YaHei"/>
        </w:rPr>
        <w:t>年的克洛维</w:t>
      </w:r>
      <w:r>
        <w:rPr>
          <w:rFonts w:ascii="Times New Roman" w:hAnsi="Times New Roman" w:eastAsia="Times New Roman" w:cs="Times New Roman"/>
        </w:rPr>
        <w:t>,</w:t>
      </w:r>
      <w:r>
        <w:rPr>
          <w:rFonts w:ascii="Microsoft YaHei" w:hAnsi="Microsoft YaHei" w:eastAsia="Microsoft YaHei" w:cs="Microsoft YaHei"/>
        </w:rPr>
        <w:t>并持续发展</w:t>
      </w:r>
      <w:r>
        <w:rPr>
          <w:rFonts w:ascii="Times New Roman" w:hAnsi="Times New Roman" w:eastAsia="Times New Roman" w:cs="Times New Roman"/>
        </w:rPr>
        <w:t>,</w:t>
      </w:r>
      <w:r>
        <w:rPr>
          <w:rFonts w:ascii="Microsoft YaHei" w:hAnsi="Microsoft YaHei" w:eastAsia="Microsoft YaHei" w:cs="Microsoft YaHei"/>
        </w:rPr>
        <w:t>直到</w:t>
      </w:r>
      <w:r>
        <w:rPr>
          <w:rFonts w:ascii="Times New Roman" w:hAnsi="Times New Roman" w:eastAsia="Times New Roman" w:cs="Times New Roman"/>
        </w:rPr>
        <w:t xml:space="preserve"> 538 </w:t>
      </w:r>
      <w:r>
        <w:rPr>
          <w:rFonts w:ascii="Microsoft YaHei" w:hAnsi="Microsoft YaHei" w:eastAsia="Microsoft YaHei" w:cs="Microsoft YaHei"/>
        </w:rPr>
        <w:t>年教皇罗马完全兴起</w:t>
      </w:r>
      <w:r>
        <w:rPr>
          <w:rFonts w:ascii="Times New Roman" w:hAnsi="Times New Roman" w:eastAsia="Times New Roman" w:cs="Times New Roman"/>
        </w:rPr>
        <w:t>,</w:t>
      </w:r>
      <w:r>
        <w:rPr>
          <w:rFonts w:ascii="Microsoft YaHei" w:hAnsi="Microsoft YaHei" w:eastAsia="Microsoft YaHei" w:cs="Microsoft YaHei"/>
        </w:rPr>
        <w:t>那时东哥特人被逐出该城</w:t>
      </w:r>
      <w:r>
        <w:rPr>
          <w:rFonts w:ascii="Times New Roman" w:hAnsi="Times New Roman" w:eastAsia="Times New Roman" w:cs="Times New Roman"/>
        </w:rPr>
        <w:t>.</w:t>
      </w:r>
    </w:p>
    <w:p>
      <w:pPr>
        <w:pStyle w:val="ArticleBody"/>
        <w:jc w:val="left"/>
      </w:pPr>
      <w:r>
        <w:rPr>
          <w:rFonts w:ascii="Gadugi" w:hAnsi="Gadugi" w:eastAsia="Gadugi" w:cs="Gadugi"/>
        </w:rPr>
        <w:t>ᎠᎦᏙᎯᏳᎯ</w:t>
      </w:r>
      <w:r>
        <w:rPr>
          <w:rFonts w:ascii="Times New Roman" w:hAnsi="Times New Roman" w:eastAsia="Times New Roman" w:cs="Times New Roman"/>
        </w:rPr>
        <w:t xml:space="preserve"> </w:t>
      </w:r>
      <w:r>
        <w:rPr>
          <w:rFonts w:ascii="Gadugi" w:hAnsi="Gadugi" w:eastAsia="Gadugi" w:cs="Gadugi"/>
        </w:rPr>
        <w:t>ᎤᏪᏥᏍᏗ</w:t>
      </w:r>
      <w:r>
        <w:rPr>
          <w:rFonts w:ascii="Times New Roman" w:hAnsi="Times New Roman" w:eastAsia="Times New Roman" w:cs="Times New Roman"/>
        </w:rPr>
        <w:t xml:space="preserve"> </w:t>
      </w:r>
      <w:r>
        <w:rPr>
          <w:rFonts w:ascii="Gadugi" w:hAnsi="Gadugi" w:eastAsia="Gadugi" w:cs="Gadugi"/>
        </w:rPr>
        <w:t>ᎠᎦᏃᎮᏍᏗ</w:t>
      </w:r>
      <w:r>
        <w:rPr>
          <w:rFonts w:ascii="Times New Roman" w:hAnsi="Times New Roman" w:eastAsia="Times New Roman" w:cs="Times New Roman"/>
        </w:rPr>
        <w:t xml:space="preserve"> </w:t>
      </w:r>
      <w:r>
        <w:rPr>
          <w:rFonts w:ascii="Gadugi" w:hAnsi="Gadugi" w:eastAsia="Gadugi" w:cs="Gadugi"/>
        </w:rPr>
        <w:t>ᎠᎧᏟᎶᏍᏔᏅᎢ</w:t>
      </w:r>
      <w:r>
        <w:rPr>
          <w:rFonts w:ascii="Times New Roman" w:hAnsi="Times New Roman" w:eastAsia="Times New Roman" w:cs="Times New Roman"/>
        </w:rPr>
        <w:t xml:space="preserve"> </w:t>
      </w:r>
      <w:r>
        <w:rPr>
          <w:rFonts w:ascii="Gadugi" w:hAnsi="Gadugi" w:eastAsia="Gadugi" w:cs="Gadugi"/>
        </w:rPr>
        <w:t>ᎠᎦᏟᎶᏍᏔᏅᎢ</w:t>
      </w:r>
      <w:r>
        <w:rPr>
          <w:rFonts w:ascii="Times New Roman" w:hAnsi="Times New Roman" w:eastAsia="Times New Roman" w:cs="Times New Roman"/>
        </w:rPr>
        <w:t xml:space="preserve"> 330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ᎠᏍᏆᎸᎢᏍᎬ</w:t>
      </w:r>
      <w:r>
        <w:rPr>
          <w:rFonts w:ascii="Times New Roman" w:hAnsi="Times New Roman" w:eastAsia="Times New Roman" w:cs="Times New Roman"/>
        </w:rPr>
        <w:t xml:space="preserve"> </w:t>
      </w:r>
      <w:r>
        <w:rPr>
          <w:rFonts w:ascii="Gadugi" w:hAnsi="Gadugi" w:eastAsia="Gadugi" w:cs="Gadugi"/>
        </w:rPr>
        <w:t>ᎤᏪᏯᏔᏅᎯ</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ᎬᏩᏍᏗ</w:t>
      </w:r>
      <w:r>
        <w:rPr>
          <w:rFonts w:ascii="Times New Roman" w:hAnsi="Times New Roman" w:eastAsia="Times New Roman" w:cs="Times New Roman"/>
        </w:rPr>
        <w:t xml:space="preserve"> 30 </w:t>
      </w:r>
      <w:r>
        <w:rPr>
          <w:rFonts w:ascii="Gadugi" w:hAnsi="Gadugi" w:eastAsia="Gadugi" w:cs="Gadugi"/>
        </w:rPr>
        <w:t>ᎤᏪᏥᏍᏗᎢ</w:t>
      </w:r>
      <w:r>
        <w:rPr>
          <w:rFonts w:ascii="Times New Roman" w:hAnsi="Times New Roman" w:eastAsia="Times New Roman" w:cs="Times New Roman"/>
        </w:rPr>
        <w:t xml:space="preserve"> </w:t>
      </w:r>
      <w:r>
        <w:rPr>
          <w:rFonts w:ascii="Gadugi" w:hAnsi="Gadugi" w:eastAsia="Gadugi" w:cs="Gadugi"/>
        </w:rPr>
        <w:t>ᎨᏥᏍᏛ</w:t>
      </w:r>
      <w:r>
        <w:rPr>
          <w:rFonts w:ascii="Times New Roman" w:hAnsi="Times New Roman" w:eastAsia="Times New Roman" w:cs="Times New Roman"/>
        </w:rPr>
        <w:t xml:space="preserve"> “</w:t>
      </w:r>
      <w:r>
        <w:rPr>
          <w:rFonts w:ascii="Gadugi" w:hAnsi="Gadugi" w:eastAsia="Gadugi" w:cs="Gadugi"/>
        </w:rPr>
        <w:t>ᏥᏗᎻ</w:t>
      </w:r>
      <w:r>
        <w:rPr>
          <w:rFonts w:ascii="Times New Roman" w:hAnsi="Times New Roman" w:eastAsia="Times New Roman" w:cs="Times New Roman"/>
        </w:rPr>
        <w:t xml:space="preserve"> </w:t>
      </w:r>
      <w:r>
        <w:rPr>
          <w:rFonts w:ascii="Gadugi" w:hAnsi="Gadugi" w:eastAsia="Gadugi" w:cs="Gadugi"/>
        </w:rPr>
        <w:t>ᎤᏣᏤᎵ</w:t>
      </w:r>
      <w:r>
        <w:rPr>
          <w:rFonts w:ascii="Times New Roman" w:hAnsi="Times New Roman" w:eastAsia="Times New Roman" w:cs="Times New Roman"/>
        </w:rPr>
        <w:t xml:space="preserve"> </w:t>
      </w:r>
      <w:r>
        <w:rPr>
          <w:rFonts w:ascii="Gadugi" w:hAnsi="Gadugi" w:eastAsia="Gadugi" w:cs="Gadugi"/>
        </w:rPr>
        <w:t>ᏥᎦᏥᎳ</w:t>
      </w:r>
      <w:r>
        <w:rPr>
          <w:rFonts w:ascii="Times New Roman" w:hAnsi="Times New Roman" w:eastAsia="Times New Roman" w:cs="Times New Roman"/>
        </w:rPr>
        <w:t xml:space="preserve">” </w:t>
      </w:r>
      <w:r>
        <w:rPr>
          <w:rFonts w:ascii="Gadugi" w:hAnsi="Gadugi" w:eastAsia="Gadugi" w:cs="Gadugi"/>
        </w:rPr>
        <w:t>ᎬᏂᎨᏒ</w:t>
      </w:r>
      <w:r>
        <w:rPr>
          <w:rFonts w:ascii="Times New Roman" w:hAnsi="Times New Roman" w:eastAsia="Times New Roman" w:cs="Times New Roman"/>
        </w:rPr>
        <w:t xml:space="preserve"> </w:t>
      </w:r>
      <w:r>
        <w:rPr>
          <w:rFonts w:ascii="Gadugi" w:hAnsi="Gadugi" w:eastAsia="Gadugi" w:cs="Gadugi"/>
        </w:rPr>
        <w:t>ᏩᏂᏓᎵᏍ</w:t>
      </w:r>
      <w:r>
        <w:rPr>
          <w:rFonts w:ascii="Times New Roman" w:hAnsi="Times New Roman" w:eastAsia="Times New Roman" w:cs="Times New Roman"/>
        </w:rPr>
        <w:t xml:space="preserve"> </w:t>
      </w:r>
      <w:r>
        <w:rPr>
          <w:rFonts w:ascii="Gadugi" w:hAnsi="Gadugi" w:eastAsia="Gadugi" w:cs="Gadugi"/>
        </w:rPr>
        <w:t>ᎨᏂᏏᎵᎦ</w:t>
      </w:r>
      <w:r>
        <w:rPr>
          <w:rFonts w:ascii="Times New Roman" w:hAnsi="Times New Roman" w:eastAsia="Times New Roman" w:cs="Times New Roman"/>
        </w:rPr>
        <w:t xml:space="preserve"> </w:t>
      </w:r>
      <w:r>
        <w:rPr>
          <w:rFonts w:ascii="Gadugi" w:hAnsi="Gadugi" w:eastAsia="Gadugi" w:cs="Gadugi"/>
        </w:rPr>
        <w:t>ᎠᏂᎾᏝᎢ</w:t>
      </w:r>
      <w:r>
        <w:rPr>
          <w:rFonts w:ascii="Times New Roman" w:hAnsi="Times New Roman" w:eastAsia="Times New Roman" w:cs="Times New Roman"/>
        </w:rPr>
        <w:t xml:space="preserve">, 455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ᏣᎳᎩ</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ᎤᏂᏍᎦᏅᎢ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ᎤᎦᏙᎯᏳᎯ</w:t>
      </w:r>
      <w:r>
        <w:rPr>
          <w:rFonts w:ascii="Times New Roman" w:hAnsi="Times New Roman" w:eastAsia="Times New Roman" w:cs="Times New Roman"/>
        </w:rPr>
        <w:t xml:space="preserve"> </w:t>
      </w:r>
      <w:r>
        <w:rPr>
          <w:rFonts w:ascii="Gadugi" w:hAnsi="Gadugi" w:eastAsia="Gadugi" w:cs="Gadugi"/>
        </w:rPr>
        <w:t>ᏭᏕᏘᏴᎲ</w:t>
      </w:r>
      <w:r>
        <w:rPr>
          <w:rFonts w:ascii="Times New Roman" w:hAnsi="Times New Roman" w:eastAsia="Times New Roman" w:cs="Times New Roman"/>
        </w:rPr>
        <w:t xml:space="preserve"> </w:t>
      </w:r>
      <w:r>
        <w:rPr>
          <w:rFonts w:ascii="Gadugi" w:hAnsi="Gadugi" w:eastAsia="Gadugi" w:cs="Gadugi"/>
        </w:rPr>
        <w:t>ᏭᎦᏙᎯᏳᎯ</w:t>
      </w:r>
      <w:r>
        <w:rPr>
          <w:rFonts w:ascii="Times New Roman" w:hAnsi="Times New Roman" w:eastAsia="Times New Roman" w:cs="Times New Roman"/>
        </w:rPr>
        <w:t xml:space="preserve"> </w:t>
      </w:r>
      <w:r>
        <w:rPr>
          <w:rFonts w:ascii="Gadugi" w:hAnsi="Gadugi" w:eastAsia="Gadugi" w:cs="Gadugi"/>
        </w:rPr>
        <w:t>ᏭᏍᏆᎸᎢ</w:t>
      </w:r>
      <w:r>
        <w:rPr>
          <w:rFonts w:ascii="Times New Roman" w:hAnsi="Times New Roman" w:eastAsia="Times New Roman" w:cs="Times New Roman"/>
        </w:rPr>
        <w:t xml:space="preserve"> </w:t>
      </w:r>
      <w:r>
        <w:rPr>
          <w:rFonts w:ascii="Gadugi" w:hAnsi="Gadugi" w:eastAsia="Gadugi" w:cs="Gadugi"/>
        </w:rPr>
        <w:t>ᏭᏕᏘᏴᎲ</w:t>
      </w:r>
      <w:r>
        <w:rPr>
          <w:rFonts w:ascii="Times New Roman" w:hAnsi="Times New Roman" w:eastAsia="Times New Roman" w:cs="Times New Roman"/>
        </w:rPr>
        <w:t xml:space="preserve"> </w:t>
      </w:r>
      <w:r>
        <w:rPr>
          <w:rFonts w:ascii="Gadugi" w:hAnsi="Gadugi" w:eastAsia="Gadugi" w:cs="Gadugi"/>
        </w:rPr>
        <w:t>ᏧᏜᏏᏕᏫ</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ᏆᏆᎵ</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ᎤᎴᎯᏌᏅ</w:t>
      </w:r>
      <w:r>
        <w:rPr>
          <w:rFonts w:ascii="Times New Roman" w:hAnsi="Times New Roman" w:eastAsia="Times New Roman" w:cs="Times New Roman"/>
        </w:rPr>
        <w:t xml:space="preserve">, 538 </w:t>
      </w:r>
      <w:r>
        <w:rPr>
          <w:rFonts w:ascii="Gadugi" w:hAnsi="Gadugi" w:eastAsia="Gadugi" w:cs="Gadugi"/>
        </w:rPr>
        <w:t>ᎤᏕᏘᏴᏛ</w:t>
      </w:r>
      <w:r>
        <w:rPr>
          <w:rFonts w:ascii="Times New Roman" w:hAnsi="Times New Roman" w:eastAsia="Times New Roman" w:cs="Times New Roman"/>
        </w:rPr>
        <w:t xml:space="preserve"> 1798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ᎤᏤᎵᎬ</w:t>
      </w:r>
      <w:r>
        <w:rPr>
          <w:rFonts w:ascii="Times New Roman" w:hAnsi="Times New Roman" w:eastAsia="Times New Roman" w:cs="Times New Roman"/>
        </w:rPr>
        <w:t xml:space="preserve"> </w:t>
      </w:r>
      <w:r>
        <w:rPr>
          <w:rFonts w:ascii="Gadugi" w:hAnsi="Gadugi" w:eastAsia="Gadugi" w:cs="Gadugi"/>
        </w:rPr>
        <w:t>ᎤᏭᎪᏔᏅ</w:t>
      </w:r>
      <w:r>
        <w:rPr>
          <w:rFonts w:ascii="Times New Roman" w:hAnsi="Times New Roman" w:eastAsia="Times New Roman" w:cs="Times New Roman"/>
        </w:rPr>
        <w:t xml:space="preserve">; 1260 </w:t>
      </w:r>
      <w:r>
        <w:rPr>
          <w:rFonts w:ascii="Gadugi" w:hAnsi="Gadugi" w:eastAsia="Gadugi" w:cs="Gadugi"/>
        </w:rPr>
        <w:t>ᎢᏳᏕᏘᏴᏛ</w:t>
      </w:r>
      <w:r>
        <w:rPr>
          <w:rFonts w:ascii="Times New Roman" w:hAnsi="Times New Roman" w:eastAsia="Times New Roman" w:cs="Times New Roman"/>
        </w:rPr>
        <w:t xml:space="preserve"> </w:t>
      </w:r>
      <w:r>
        <w:rPr>
          <w:rFonts w:ascii="Gadugi" w:hAnsi="Gadugi" w:eastAsia="Gadugi" w:cs="Gadugi"/>
        </w:rPr>
        <w:t>ᎬᏗᏍᎬ</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ᏂᏆᎵᏯᏂ</w:t>
      </w:r>
      <w:r>
        <w:rPr>
          <w:rFonts w:ascii="Times New Roman" w:hAnsi="Times New Roman" w:eastAsia="Times New Roman" w:cs="Times New Roman"/>
        </w:rPr>
        <w:t xml:space="preserve"> </w:t>
      </w:r>
      <w:r>
        <w:rPr>
          <w:rFonts w:ascii="Gadugi" w:hAnsi="Gadugi" w:eastAsia="Gadugi" w:cs="Gadugi"/>
        </w:rPr>
        <w:t>ᎠᏥᎦᏔᎲᎯ</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ᏇᎵᏓᎢᏯ</w:t>
      </w:r>
      <w:r>
        <w:rPr>
          <w:rFonts w:ascii="Times New Roman" w:hAnsi="Times New Roman" w:eastAsia="Times New Roman" w:cs="Times New Roman"/>
        </w:rPr>
        <w:t xml:space="preserve"> </w:t>
      </w:r>
      <w:r>
        <w:rPr>
          <w:rFonts w:ascii="Gadugi" w:hAnsi="Gadugi" w:eastAsia="Gadugi" w:cs="Gadugi"/>
        </w:rPr>
        <w:t>ᏈᏯᏍ</w:t>
      </w:r>
      <w:r>
        <w:rPr>
          <w:rFonts w:ascii="Times New Roman" w:hAnsi="Times New Roman" w:eastAsia="Times New Roman" w:cs="Times New Roman"/>
        </w:rPr>
        <w:t xml:space="preserve"> VI </w:t>
      </w:r>
      <w:r>
        <w:rPr>
          <w:rFonts w:ascii="Gadugi" w:hAnsi="Gadugi" w:eastAsia="Gadugi" w:cs="Gadugi"/>
        </w:rPr>
        <w:t>ᎤᏂᏴᎲᎢ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ᎤᏲᎱᏍᏗ</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ᎠᏥᏁᎸᎢ</w:t>
      </w:r>
      <w:r>
        <w:rPr>
          <w:rFonts w:ascii="Times New Roman" w:hAnsi="Times New Roman" w:eastAsia="Times New Roman" w:cs="Times New Roman"/>
        </w:rPr>
        <w:t xml:space="preserve"> “</w:t>
      </w:r>
      <w:r>
        <w:rPr>
          <w:rFonts w:ascii="Gadugi" w:hAnsi="Gadugi" w:eastAsia="Gadugi" w:cs="Gadugi"/>
        </w:rPr>
        <w:t>ᎠᎩᎾᏫᏍᎩ</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30 BC </w:t>
      </w:r>
      <w:r>
        <w:rPr>
          <w:rFonts w:ascii="Gadugi" w:hAnsi="Gadugi" w:eastAsia="Gadugi" w:cs="Gadugi"/>
        </w:rPr>
        <w:t>ᎠᏓᏰᎸ</w:t>
      </w:r>
      <w:r>
        <w:rPr>
          <w:rFonts w:ascii="Times New Roman" w:hAnsi="Times New Roman" w:eastAsia="Times New Roman" w:cs="Times New Roman"/>
        </w:rPr>
        <w:t xml:space="preserve"> 330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360 </w:t>
      </w:r>
      <w:r>
        <w:rPr>
          <w:rFonts w:ascii="Gadugi" w:hAnsi="Gadugi" w:eastAsia="Gadugi" w:cs="Gadugi"/>
        </w:rPr>
        <w:t>ᎢᏳᏕᏘᏴᏛ</w:t>
      </w:r>
      <w:r>
        <w:rPr>
          <w:rFonts w:ascii="Times New Roman" w:hAnsi="Times New Roman" w:eastAsia="Times New Roman" w:cs="Times New Roman"/>
        </w:rPr>
        <w:t xml:space="preserve"> </w:t>
      </w:r>
      <w:r>
        <w:rPr>
          <w:rFonts w:ascii="Gadugi" w:hAnsi="Gadugi" w:eastAsia="Gadugi" w:cs="Gadugi"/>
        </w:rPr>
        <w:t>ᏆᎦᏂ</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1260 </w:t>
      </w:r>
      <w:r>
        <w:rPr>
          <w:rFonts w:ascii="Gadugi" w:hAnsi="Gadugi" w:eastAsia="Gadugi" w:cs="Gadugi"/>
        </w:rPr>
        <w:t>ᎢᏳᏕᏘᏴᏛ</w:t>
      </w:r>
      <w:r>
        <w:rPr>
          <w:rFonts w:ascii="Times New Roman" w:hAnsi="Times New Roman" w:eastAsia="Times New Roman" w:cs="Times New Roman"/>
        </w:rPr>
        <w:t xml:space="preserve"> </w:t>
      </w:r>
      <w:r>
        <w:rPr>
          <w:rFonts w:ascii="Gadugi" w:hAnsi="Gadugi" w:eastAsia="Gadugi" w:cs="Gadugi"/>
        </w:rPr>
        <w:t>ᏆᏆᎵ</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ᎤᏠᏯᏍᏗ</w:t>
      </w:r>
      <w:r>
        <w:rPr>
          <w:rFonts w:ascii="Times New Roman" w:hAnsi="Times New Roman" w:eastAsia="Times New Roman" w:cs="Times New Roman"/>
        </w:rPr>
        <w:t xml:space="preserve"> </w:t>
      </w:r>
      <w:r>
        <w:rPr>
          <w:rFonts w:ascii="Gadugi" w:hAnsi="Gadugi" w:eastAsia="Gadugi" w:cs="Gadugi"/>
        </w:rPr>
        <w:t>ᎤᏰᎸᏛᎢ</w:t>
      </w:r>
      <w:r>
        <w:rPr>
          <w:rFonts w:ascii="Times New Roman" w:hAnsi="Times New Roman" w:eastAsia="Times New Roman" w:cs="Times New Roman"/>
        </w:rPr>
        <w:t xml:space="preserve">; </w:t>
      </w:r>
      <w:r>
        <w:rPr>
          <w:rFonts w:ascii="Gadugi" w:hAnsi="Gadugi" w:eastAsia="Gadugi" w:cs="Gadugi"/>
        </w:rPr>
        <w:t>ᎠᏂᏔᎵᎯ</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w:t>
      </w:r>
      <w:r>
        <w:rPr>
          <w:rFonts w:ascii="Gadugi" w:hAnsi="Gadugi" w:eastAsia="Gadugi" w:cs="Gadugi"/>
        </w:rPr>
        <w:t>ᎤᎾ</w:t>
      </w:r>
      <w:r>
        <w:rPr>
          <w:rFonts w:ascii="Ebrima" w:hAnsi="Ebrima" w:eastAsia="Ebrima" w:cs="Ebrima"/>
        </w:rPr>
        <w:t>ጀመ</w:t>
      </w:r>
      <w:r>
        <w:rPr>
          <w:rFonts w:ascii="Gadugi" w:hAnsi="Gadugi" w:eastAsia="Gadugi" w:cs="Gadugi"/>
        </w:rPr>
        <w:t>ᎢᏍᏗᎭ</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ᎠᏍᏓᏱ</w:t>
      </w:r>
      <w:r>
        <w:rPr>
          <w:rFonts w:ascii="Times New Roman" w:hAnsi="Times New Roman" w:eastAsia="Times New Roman" w:cs="Times New Roman"/>
        </w:rPr>
        <w:t xml:space="preserve"> </w:t>
      </w:r>
      <w:r>
        <w:rPr>
          <w:rFonts w:ascii="Gadugi" w:hAnsi="Gadugi" w:eastAsia="Gadugi" w:cs="Gadugi"/>
        </w:rPr>
        <w:t>ᎤᏓᏅᏖᎸᎯ</w:t>
      </w:r>
      <w:r>
        <w:rPr>
          <w:rFonts w:ascii="Times New Roman" w:hAnsi="Times New Roman" w:eastAsia="Times New Roman" w:cs="Times New Roman"/>
        </w:rPr>
        <w:t xml:space="preserve"> </w:t>
      </w:r>
      <w:r>
        <w:rPr>
          <w:rFonts w:ascii="Gadugi" w:hAnsi="Gadugi" w:eastAsia="Gadugi" w:cs="Gadugi"/>
        </w:rPr>
        <w:t>ᎤᏮᏔᏅ</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ᎢᏥᏈᏱ</w:t>
      </w:r>
      <w:r>
        <w:rPr>
          <w:rFonts w:ascii="Times New Roman" w:hAnsi="Times New Roman" w:eastAsia="Times New Roman" w:cs="Times New Roman"/>
        </w:rPr>
        <w:t xml:space="preserve">, </w:t>
      </w:r>
      <w:r>
        <w:rPr>
          <w:rFonts w:ascii="Gadugi" w:hAnsi="Gadugi" w:eastAsia="Gadugi" w:cs="Gadugi"/>
        </w:rPr>
        <w:t>ᎠᏍᏘᎪᏥ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Ñemburuvicha pyahu “yvate guigua mburuvicha” osẽ pe ayvu 40-pe. Ary 1989-pe, papakuéra rendota, oñembojoajúva kañyhápe Reagan rembiapo Estados Unidos ndive (oñembojoguáva kárro ñorairõrã, ygára ha kavaju ári oĩva kuéra rehe), omboguejy Unión Soviética-pe, “yvy gotyo guigua mburuvicha”-pe (ateísmo/komunismo). Ayvu 41 ohechauka papakuéra rendota ogana hag̃ua pe “yvy porãite” — ombohasávo protestante Estados Unidos-pe católico Estados Unidos-rã — ha ayvukuéra 42 ha 43 ohechauka Naciones Unidas, Egipto rupive oñerrepresentáva, oñemoĩha peteĩ joaju mbohapyetévape poguýpe, oguerekóva Naciones Unidas-pe (dragón), Vaticano-pe (mymba ñarõ), ha Estados Unidos-pe (maranduhára japu), omboguatáva ko yvy ape ári Armagedón gotyo. Ayvu 45 opredise ko pu’aka paha, “avave pytyvõ’ỹre”, iñembyai ojekuera jeyva’ekue ayvu 41-pe, ha upéicharõ jepe, ipaha oñembotyma ayvu 45-pe.</w:t>
      </w:r>
    </w:p>
    <w:p>
      <w:pPr>
        <w:pStyle w:val="ArticleBody"/>
        <w:jc w:val="left"/>
      </w:pPr>
      <w:r>
        <w:rPr>
          <w:rFonts w:ascii="Nirmala UI" w:hAnsi="Nirmala UI" w:eastAsia="Nirmala UI" w:cs="Nirmala UI"/>
        </w:rPr>
        <w:t>अक्तियम</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31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25, 26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केंद्र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w:t>
      </w:r>
      <w:r>
        <w:rPr>
          <w:rFonts w:ascii="Nirmala UI" w:hAnsi="Nirmala UI" w:eastAsia="Nirmala UI" w:cs="Nirmala UI"/>
        </w:rPr>
        <w:t>गढ़</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360-</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सावधानीसूचक</w:t>
      </w:r>
      <w:r>
        <w:rPr>
          <w:rFonts w:ascii="Times New Roman" w:hAnsi="Times New Roman" w:eastAsia="Times New Roman" w:cs="Times New Roman"/>
        </w:rPr>
        <w:t xml:space="preserve"> </w:t>
      </w:r>
      <w:r>
        <w:rPr>
          <w:rFonts w:ascii="Nirmala UI" w:hAnsi="Nirmala UI" w:eastAsia="Nirmala UI" w:cs="Nirmala UI"/>
        </w:rPr>
        <w:t>टिप्पणी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इकतीस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बाईस</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चौबीस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चौबीस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इकतीस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द्विभागीय</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हुआ।</w:t>
      </w:r>
    </w:p>
    <w:p>
      <w:pPr>
        <w:pStyle w:val="ArticleBody"/>
        <w:jc w:val="left"/>
      </w:pPr>
      <w:r>
        <w:rPr>
          <w:rFonts w:ascii="Times New Roman" w:hAnsi="Times New Roman" w:eastAsia="Times New Roman" w:cs="Times New Roman"/>
        </w:rPr>
        <w:t>“Haŋẖáŋna iháŋyaŋpi” wašteglake kta kiŋ hé owáŋna 360 wičháȟpi owáŋyaŋg yuhá yel year 330 ektá. Wólak̇a kin ektá verse twenty-seven heháŋ verse thirty-one oyáteẖaŋka él last phrase kiŋ hé, papal power kiŋ, abomination that maketh desolate eyápi na 538 ektá throne él oúŋspe kte šniyela, hé pagan Rome kiŋ ówičhake na itȟókaǧapi he, three hundred and sixty years of supreme rule kiŋ owáŋna él, na heháŋ two hundred and eight years of a progressive fall kiŋ él iyáye.</w:t>
      </w:r>
    </w:p>
    <w:p>
      <w:pPr>
        <w:pStyle w:val="ArticleBody"/>
        <w:jc w:val="left"/>
      </w:pPr>
      <w:r>
        <w:rPr>
          <w:rFonts w:ascii="Times New Roman" w:hAnsi="Times New Roman" w:eastAsia="Times New Roman" w:cs="Times New Roman"/>
        </w:rPr>
        <w:t>لەبەر ئەوە «کات»ی ئایەتی بیست و چوار لە ساڵی 31 پ.ز دەست پێ دەکات بە زیادبوونی پاشای باشوور بۆ ناو دەسەڵاتی پاشای باکوور، و لە ساڵی 330دا کۆتایی دێت بە دابەشبوونی پاشای باکوور بۆ ڕۆژهەڵات و ڕۆژئاوا. لە 330 هەتا 538 ڕۆمای بەتپەرست بە شێوەیەکی پێشکەوتوو هەڵدەوەشێتەوە. ئەو ناساندنە پێشبینییانەی پەیوەست بە هەنگاوە جیاوازەکانی ڕووخانی ڕۆمای بەتپەرست، ئەو لەنگەرە پێشبینییانەن کە خوێندکاری پێشبینی لە ڕێگەی ئەوانەوە دەتوانێت وشەی پێشبینیی خودا بناسێت. بە تەواوبوونی ئایەتی چواردەی دانیال یازدە، ڕۆما بینینەکە دادەمەزرێنێت، و یەکێک لەو ڕێگایانەی کە بەم شێوەیە ئەو کارە دەکات، لە ڕێگەی ڕووخانەوەی خۆیەتی. ئایەتەکە دەڵێت: «هەروەها تاڵانکەرانی گەلەکەت بەرز دەبنەوە بۆ ئەوەی بینینەکە دابمەزرێنن؛ بەڵام دەکەون.»</w:t>
      </w:r>
    </w:p>
    <w:p>
      <w:pPr>
        <w:pStyle w:val="ArticleBody"/>
        <w:jc w:val="left"/>
      </w:pPr>
      <w:r>
        <w:rPr>
          <w:rFonts w:ascii="Times New Roman" w:hAnsi="Times New Roman" w:eastAsia="Times New Roman" w:cs="Times New Roman"/>
        </w:rPr>
        <w:t>Uqrom echanekwa nezvikepe zveChittimu, uye mushure maizvozvo ikarwisa zasi, zvakanga zvisina kufanana nezvakare kana nezvakazotevera, nokuti kubva pano zvichienda mberi kudonha kwesimba reUqrom ndiko kuri kuratidzwa. Matarumbeta mana okutanga ematarumbeta manomwe eZvakazarurwa anowanikwa muchitsauko chechisere anotsanangura zvakananga masimba mana makuru akazopedzisira aunza Uqrom hweKumadokero kumagumo pakasvika 476. Chiono chinosimbiswa apo makororo avanhu vako vanozvikudza vozowira pasi. Chiono chechiporofita chinoratidzwa pamusoro pehurongwa hwekudonha kweUqrom. Uqrom hwechihedheni hweKumadokero hwakawa kubva muna 330 kusvika muna 538. Uqrom hwePapa hwakawa muna 1798. Munhoroondo yetarumbeta rechishanu nerechitanhatu, Uqrom hweKumabvazuva hwakawira kuvaTuruki veOttoman muna 1453. Kudonha kutatu ikoko chikamu chechiono chinosimbiswa nemakororo avanhu vako.</w:t>
      </w:r>
    </w:p>
    <w:p>
      <w:pPr>
        <w:pStyle w:val="ArticleBody"/>
        <w:jc w:val="left"/>
      </w:pPr>
      <w:r>
        <w:rPr>
          <w:rFonts w:ascii="Times New Roman" w:hAnsi="Times New Roman" w:eastAsia="Times New Roman" w:cs="Times New Roman"/>
        </w:rPr>
        <w:t>ئایت دەڵێت: «هەروەها تاڵانکەرانی گەلەکەت خۆیان بەرز دەکەنەوە بۆ ئەوەی بینینەکە دابمەزرێنن؛ بەڵام دەکەون.» لە 31 پ.ز. تاکو 330 ڕۆمای بەت‌پەرست «خۆیان بەرز کردەوە» لە باڵادەستییان بەسەر جیهاندا. لە 330 تاکو 538 ڕۆمای بەت‌پەرست داکشا بۆ ئەوەی پیاوی گوناه لە پەرستگای خودا دابنیشێت و بانگەشەی ئەوە بکات کە خۆی خودایە. لە 538 تاکو 1798 هێزی پاپایەتی «خۆیان بەرز کردەوە»، و لە 1798 کەوتن. لە 31 پ.ز. تاکو 330 ڕۆمای ڕۆژئاوا «بەرز بووەوە» بەوەی ناوەندی ئیمپراتۆریەتی ڕۆمان بوو، و لە 330 تاکو 476 کەوت. لە 330 کۆنستانتین ئەوەی بەرز کردەوە کە قوستەنتینیە ناوەندی ڕۆمای ڕۆژهەڵاتە، و لە 1453 ڕۆمای ڕۆژهەڵات کەوت. ماوەکانی ئەو نوێنەرایەتییە جیاوازانەی ڕۆما، هەر یەکێکیان ماوەیەکی هەیە کە تێیدا ڕۆما خۆی بەرز دەکاتەوە، پاشان ماوەیەک دێت کە کەوتنی پیشان دەدات، چونکە «تاڵانکەرانی گەلەکەت خۆیان بەرز دەکەنەوە بۆ ئەوەی بینینەکە دابمەزرێنن؛ بەڵام دەکەون.»</w:t>
      </w:r>
    </w:p>
    <w:p>
      <w:pPr>
        <w:pStyle w:val="ArticleBody"/>
        <w:jc w:val="left"/>
      </w:pPr>
      <w:r>
        <w:rPr>
          <w:rFonts w:ascii="Times New Roman" w:hAnsi="Times New Roman" w:eastAsia="Times New Roman" w:cs="Times New Roman"/>
        </w:rPr>
        <w:t>יוברית ייִוואָרט, וואָס ווערט איבערגעזעצט ווי „גזלנים“, איז בעסער איבערצוזעצן ווי „דורכברעכער“, ווײַל דאָס שטימט נענטער מיטן עיקר־באַדײַט פֿון דעם שורש — דורכברעכן אָדער צעברעכן סדר — rather than strictly „גזלנים“ (וואָס מיינט גניבה). דער טערמין ווײַזט אָן אויף אַזעלכע וואָס צעברעכן גרענעצן, חוקים אָדער בּריתות, נישט נאָר אַזעלכע וואָס גנבֿענען סחורה. רוים איז דער דורכברעכער אין ביבלישער נבואה, כאָטש אין פסוק פערצן ווערט עס איבערגעזעצט ווי „גזלנים“. אין דניאל קאַפּיטל צוויי איז רוים דאָס אײַזערנע מלכות, און דערנאָך, אין קאַפּיטל זיבן, איז דאָס פערטע חיה אויך רוים.</w:t>
      </w:r>
    </w:p>
    <w:p>
      <w:pPr>
        <w:pStyle w:val="ArticleScripture"/>
        <w:jc w:val="left"/>
      </w:pPr>
      <w:r>
        <w:rPr>
          <w:rFonts w:ascii="Times New Roman" w:hAnsi="Times New Roman" w:eastAsia="Times New Roman" w:cs="Times New Roman"/>
        </w:rPr>
        <w:t>Después de esto miré en las visiones de la noche, y he aquí una cuarta bestia, espantosa y terrible y en gran manera fuerte; la cual tenía unos dientes grandes de hierro: devoraba y desmenuzaba, y hollaba las sobras con sus pies; y era muy diferente de todas las bestias que fueron antes de ella; y tenía diez cuernos. Daniel 7:7.</w:t>
      </w:r>
    </w:p>
    <w:p>
      <w:pPr>
        <w:pStyle w:val="ArticleBody"/>
        <w:jc w:val="left"/>
      </w:pPr>
      <w:r>
        <w:rPr>
          <w:rFonts w:ascii="Times New Roman" w:hAnsi="Times New Roman" w:eastAsia="Times New Roman" w:cs="Times New Roman"/>
        </w:rPr>
        <w:t>Аԥшьбатәи ажәытәхьан—Римоу—«ахәҭа» зубқәа амоуп, избанзар иара ауп аҩбатәи ахыбзараҿы ахәҭа еиԥш иаарԥшыз уаԥшьтәи аҳра. Аиҳәамҭа хәбаҿы Римтәи аԥшьатәи ажәытәхьан «аиқәшәшәауеит», аиқәшәшәараан «иахьынхазгьы иашьапқәа рыла иԥсаҟоит». Римтәи ажәытәхьан ахәҭа аҳра ауп, аиқәшәшәарақәеи ихьынхаз аԥсаҟрақәеи рхазинеигьы рыҟазшьа аԥыжәара аус еиҿыркаауеит. Ажәытә Израиль иақәыргылоз аԥыжәара «дыргак»ын.</w:t>
      </w:r>
    </w:p>
    <w:p>
      <w:pPr>
        <w:pStyle w:val="ArticleScripture"/>
        <w:jc w:val="left"/>
      </w:pPr>
      <w:r>
        <w:rPr>
          <w:rFonts w:ascii="Times New Roman" w:hAnsi="Times New Roman" w:eastAsia="Times New Roman" w:cs="Times New Roman"/>
        </w:rPr>
        <w:t>Zoram allin ñakay pacha kay maldicionkuna qampaq hamunqaku, qatiq sutin purinqaku, tariykusunkiku, tukusqa kanan kama; imaraykuchus mana uyarisqankichu Tayta Diosniykipa rimayninta, paypa kamachikuyninkunata, estatutonkuna ima qampaq kamachisqanta waqaychanaykipaq. Chaykunaqa qampi, hinallataq mirayniykipipas wiñaypaq señal hina, manchaypaq musphachiq hina kanqaku. Imaraykuchus mana sirvirqankichu Tayta Diosniykita kusikuyniyuqwan, sonqomanta kusisqa kaywan, llapa imakunapa achka kayninrayku; chayrayku servinkiku enemigosniykikunata, Tayta Diospa qampaq kachamusqankunata, yarqaypi, unuyaypi, q’ala karapi, llapa imapa pisiyninpi; paytaq fierro yugota kunkaykipi churapusunkiku, tukuchinankama. Tayta Diosqa karumanta qampaq suyu­ta apamunqa, kay pachapa tukukuyninmantapacha, anka phawarisqan hina usqhaylla hamuq; huk suyu, rimayninta mana entiendenaykipaq; sinchi uya­niyuq suyu, machu runata mana yupaychaq, wayna runatapas mana khuyapayakuq. Deuteronomio 28:45–50.</w:t>
      </w:r>
    </w:p>
    <w:p>
      <w:pPr>
        <w:pStyle w:val="ArticleBody"/>
        <w:jc w:val="left"/>
      </w:pPr>
      <w:r>
        <w:rPr>
          <w:rFonts w:ascii="Times New Roman" w:hAnsi="Times New Roman" w:eastAsia="Times New Roman" w:cs="Times New Roman"/>
        </w:rPr>
        <w:t>لعنت‌هایی که بر اسرائیلِ باستان به‌سبب عصیان ایشان وارد آمد، «آیتی و شگفتی، و بر ذریت تو تا ابد» است. مقدر بود که این لعنت به‌وسیلهٔ «امتی سخت‌چهره» بر ایشان آورده شود. آن وحشِ دندان‌آهنین که در فصل هفتم «خُرد می‌کند و باقی‌مانده را پایمال می‌سازد»، همان پادشاهیِ چهارم نیز هست که از تقسیم پادشاهیِ اسکندر پدید می‌آید؛ و همان‌گونه که در تثنیه نزد موسی آمده است، آن پادشاهی امتی است که زبانش برای اسرائیلِ باستان نامفهوم بود. پادشاهیِ روم در فصل هشتمِ دانیال، امتی سخت‌چهره و امتی با زبانی دیگر است.</w:t>
      </w:r>
    </w:p>
    <w:p>
      <w:pPr>
        <w:pStyle w:val="ArticleScripture"/>
        <w:jc w:val="left"/>
      </w:pPr>
      <w:r>
        <w:rPr>
          <w:rFonts w:ascii="Times New Roman" w:hAnsi="Times New Roman" w:eastAsia="Times New Roman" w:cs="Times New Roman"/>
        </w:rPr>
        <w:t>Aya taş kırıldıktan sonra onun yerine dördünün çıkması, ulustan dört krallığın yükseleceği, fakat onun kudretiyle olmayacağı anlamına gelir. Ve onların krallığının son zamanında, suç işleyenler tam ölçüsüne eriştiğinde, çehresi sert, karanlık sözleri anlayan bir kral ortaya çıkacaktır. Daniel 8:22, 23.</w:t>
      </w:r>
    </w:p>
    <w:p>
      <w:pPr>
        <w:pStyle w:val="ArticleBody"/>
        <w:jc w:val="left"/>
      </w:pPr>
      <w:r>
        <w:rPr>
          <w:rFonts w:ascii="Times New Roman" w:hAnsi="Times New Roman" w:eastAsia="Times New Roman" w:cs="Times New Roman"/>
        </w:rPr>
        <w:t>“Ang mga tulisan (mga manlalabag) ng iyong bayan” ang nagpapatibay sa pangitain; itinataas nila ang kanilang sarili at sila’y nababagsak. Ang ikaapat na kahariang bakal ay ang paganong Roma na nagharing kataas-taasan nang itinataas nila ang kanilang sarili, ngunit ang kanilang pangwakas na pagbagsak ay naging isang makahulang katangiang nagpapatibay sa pangitain. Sila ay mga manlalabag sapagkat niyuyurakan nila ang bayan ng Diyos sa pamamagitan ng pag-uusig.</w:t>
      </w:r>
    </w:p>
    <w:p>
      <w:pPr>
        <w:pStyle w:val="ArticleBody"/>
        <w:jc w:val="left"/>
      </w:pPr>
      <w:r>
        <w:rPr>
          <w:rFonts w:ascii="Times New Roman" w:hAnsi="Times New Roman" w:eastAsia="Times New Roman" w:cs="Times New Roman"/>
        </w:rPr>
        <w:t>Yaticha kay yachachikuyta qatiq qillqapi rikuchisunchik.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Пять</dc:title>
  <dc:subject>Ena'awwe Pubbikkinakkoofhako: Taamoom Maasin Ikittookko Ishanooli Itobat Ahoowaoli Pi Yimmi'li achaffa keessaa jechuun isaanii keessaa jechuun isaanii keessaa jechuun isaanii keessaa jechuun isaanii keessaa jechuun isaanii keessaa jechuun isaanii keessaa </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