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پانیوم — شمارهٔ هشت</w:t>
      </w:r>
    </w:p>
    <w:p>
      <w:pPr>
        <w:pStyle w:val="ArticleSubtitle"/>
        <w:jc w:val="left"/>
      </w:pPr>
      <w:r>
        <w:rPr>
          <w:rFonts w:ascii="Arial" w:hAnsi="Arial" w:eastAsia="Arial" w:cs="Arial"/>
        </w:rPr>
        <w:t>Tisri n Takatut Tis Kradúutt</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2025-03-17</w:t>
      </w:r>
    </w:p>
    <w:p>
      <w:pPr>
        <w:pStyle w:val="ArticleBody"/>
        <w:jc w:val="left"/>
      </w:pPr>
      <w:r>
        <w:rPr>
          <w:rFonts w:ascii="Nirmala UI" w:hAnsi="Nirmala UI" w:eastAsia="Nirmala UI" w:cs="Nirmala UI"/>
        </w:rPr>
        <w:t>ସେଲ୍ୟୁକସ୍</w:t>
      </w:r>
      <w:r>
        <w:rPr>
          <w:rFonts w:ascii="Times New Roman" w:hAnsi="Times New Roman" w:eastAsia="Times New Roman" w:cs="Times New Roman"/>
        </w:rPr>
        <w:t xml:space="preserve"> III </w:t>
      </w:r>
      <w:r>
        <w:rPr>
          <w:rFonts w:ascii="Nirmala UI" w:hAnsi="Nirmala UI" w:eastAsia="Nirmala UI" w:cs="Nirmala UI"/>
        </w:rPr>
        <w:t>ସେରାଉନୁସ୍</w:t>
      </w:r>
      <w:r>
        <w:rPr>
          <w:rFonts w:ascii="Times New Roman" w:hAnsi="Times New Roman" w:eastAsia="Times New Roman" w:cs="Times New Roman"/>
        </w:rPr>
        <w:t xml:space="preserve">, </w:t>
      </w:r>
      <w:r>
        <w:rPr>
          <w:rFonts w:ascii="Nirmala UI" w:hAnsi="Nirmala UI" w:eastAsia="Nirmala UI" w:cs="Nirmala UI"/>
        </w:rPr>
        <w:t>୨୨୬</w:t>
      </w:r>
      <w:r>
        <w:rPr>
          <w:rFonts w:ascii="Times New Roman" w:hAnsi="Times New Roman" w:eastAsia="Times New Roman" w:cs="Times New Roman"/>
        </w:rPr>
        <w:t xml:space="preserve"> </w:t>
      </w:r>
      <w:r>
        <w:rPr>
          <w:rFonts w:ascii="Nirmala UI" w:hAnsi="Nirmala UI" w:eastAsia="Nirmala UI" w:cs="Nirmala UI"/>
        </w:rPr>
        <w:t>ଠାରୁ</w:t>
      </w:r>
      <w:r>
        <w:rPr>
          <w:rFonts w:ascii="Times New Roman" w:hAnsi="Times New Roman" w:eastAsia="Times New Roman" w:cs="Times New Roman"/>
        </w:rPr>
        <w:t xml:space="preserve"> </w:t>
      </w:r>
      <w:r>
        <w:rPr>
          <w:rFonts w:ascii="Nirmala UI" w:hAnsi="Nirmala UI" w:eastAsia="Nirmala UI" w:cs="Nirmala UI"/>
        </w:rPr>
        <w:t>୨୨୩</w:t>
      </w:r>
      <w:r>
        <w:rPr>
          <w:rFonts w:ascii="Times New Roman" w:hAnsi="Times New Roman" w:eastAsia="Times New Roman" w:cs="Times New Roman"/>
        </w:rPr>
        <w:t xml:space="preserve"> </w:t>
      </w:r>
      <w:r>
        <w:rPr>
          <w:rFonts w:ascii="Nirmala UI" w:hAnsi="Nirmala UI" w:eastAsia="Nirmala UI" w:cs="Nirmala UI"/>
        </w:rPr>
        <w:t>ଖ୍ରୀ</w:t>
      </w:r>
      <w:r>
        <w:rPr>
          <w:rFonts w:ascii="Times New Roman" w:hAnsi="Times New Roman" w:eastAsia="Times New Roman" w:cs="Times New Roman"/>
        </w:rPr>
        <w:t xml:space="preserve">. </w:t>
      </w:r>
      <w:r>
        <w:rPr>
          <w:rFonts w:ascii="Nirmala UI" w:hAnsi="Nirmala UI" w:eastAsia="Nirmala UI" w:cs="Nirmala UI"/>
        </w:rPr>
        <w:t>ପୂ</w:t>
      </w:r>
      <w:r>
        <w:rPr>
          <w:rFonts w:ascii="Times New Roman" w:hAnsi="Times New Roman" w:eastAsia="Times New Roman" w:cs="Times New Roman"/>
        </w:rPr>
        <w:t xml:space="preserve">. </w:t>
      </w:r>
      <w:r>
        <w:rPr>
          <w:rFonts w:ascii="Nirmala UI" w:hAnsi="Nirmala UI" w:eastAsia="Nirmala UI" w:cs="Nirmala UI"/>
        </w:rPr>
        <w:t>ପର୍ଯ୍ୟନ୍ତ</w:t>
      </w:r>
      <w:r>
        <w:rPr>
          <w:rFonts w:ascii="Times New Roman" w:hAnsi="Times New Roman" w:eastAsia="Times New Roman" w:cs="Times New Roman"/>
        </w:rPr>
        <w:t xml:space="preserve"> </w:t>
      </w:r>
      <w:r>
        <w:rPr>
          <w:rFonts w:ascii="Nirmala UI" w:hAnsi="Nirmala UI" w:eastAsia="Nirmala UI" w:cs="Nirmala UI"/>
        </w:rPr>
        <w:t>ସ୍ୱଳ୍ପ</w:t>
      </w:r>
      <w:r>
        <w:rPr>
          <w:rFonts w:ascii="Times New Roman" w:hAnsi="Times New Roman" w:eastAsia="Times New Roman" w:cs="Times New Roman"/>
        </w:rPr>
        <w:t xml:space="preserve"> </w:t>
      </w:r>
      <w:r>
        <w:rPr>
          <w:rFonts w:ascii="Nirmala UI" w:hAnsi="Nirmala UI" w:eastAsia="Nirmala UI" w:cs="Nirmala UI"/>
        </w:rPr>
        <w:t>ସମୟ</w:t>
      </w:r>
      <w:r>
        <w:rPr>
          <w:rFonts w:ascii="Times New Roman" w:hAnsi="Times New Roman" w:eastAsia="Times New Roman" w:cs="Times New Roman"/>
        </w:rPr>
        <w:t xml:space="preserve"> </w:t>
      </w:r>
      <w:r>
        <w:rPr>
          <w:rFonts w:ascii="Nirmala UI" w:hAnsi="Nirmala UI" w:eastAsia="Nirmala UI" w:cs="Nirmala UI"/>
        </w:rPr>
        <w:t>ପାଇଁ</w:t>
      </w:r>
      <w:r>
        <w:rPr>
          <w:rFonts w:ascii="Times New Roman" w:hAnsi="Times New Roman" w:eastAsia="Times New Roman" w:cs="Times New Roman"/>
        </w:rPr>
        <w:t xml:space="preserve"> </w:t>
      </w:r>
      <w:r>
        <w:rPr>
          <w:rFonts w:ascii="Nirmala UI" w:hAnsi="Nirmala UI" w:eastAsia="Nirmala UI" w:cs="Nirmala UI"/>
        </w:rPr>
        <w:t>ରାଜା</w:t>
      </w:r>
      <w:r>
        <w:rPr>
          <w:rFonts w:ascii="Times New Roman" w:hAnsi="Times New Roman" w:eastAsia="Times New Roman" w:cs="Times New Roman"/>
        </w:rPr>
        <w:t xml:space="preserve"> </w:t>
      </w:r>
      <w:r>
        <w:rPr>
          <w:rFonts w:ascii="Nirmala UI" w:hAnsi="Nirmala UI" w:eastAsia="Nirmala UI" w:cs="Nirmala UI"/>
        </w:rPr>
        <w:t>ଭାବେ</w:t>
      </w:r>
      <w:r>
        <w:rPr>
          <w:rFonts w:ascii="Times New Roman" w:hAnsi="Times New Roman" w:eastAsia="Times New Roman" w:cs="Times New Roman"/>
        </w:rPr>
        <w:t xml:space="preserve"> </w:t>
      </w:r>
      <w:r>
        <w:rPr>
          <w:rFonts w:ascii="Nirmala UI" w:hAnsi="Nirmala UI" w:eastAsia="Nirmala UI" w:cs="Nirmala UI"/>
        </w:rPr>
        <w:t>ଶାସନ</w:t>
      </w:r>
      <w:r>
        <w:rPr>
          <w:rFonts w:ascii="Times New Roman" w:hAnsi="Times New Roman" w:eastAsia="Times New Roman" w:cs="Times New Roman"/>
        </w:rPr>
        <w:t xml:space="preserve"> </w:t>
      </w:r>
      <w:r>
        <w:rPr>
          <w:rFonts w:ascii="Nirmala UI" w:hAnsi="Nirmala UI" w:eastAsia="Nirmala UI" w:cs="Nirmala UI"/>
        </w:rPr>
        <w:t>କଲେ</w:t>
      </w:r>
      <w:r>
        <w:rPr>
          <w:rFonts w:ascii="Times New Roman" w:hAnsi="Times New Roman" w:eastAsia="Times New Roman" w:cs="Times New Roman"/>
        </w:rPr>
        <w:t xml:space="preserve">, </w:t>
      </w:r>
      <w:r>
        <w:rPr>
          <w:rFonts w:ascii="Nirmala UI" w:hAnsi="Nirmala UI" w:eastAsia="Nirmala UI" w:cs="Nirmala UI"/>
        </w:rPr>
        <w:t>ତା</w:t>
      </w:r>
      <w:r>
        <w:rPr>
          <w:rFonts w:ascii="Times New Roman" w:hAnsi="Times New Roman" w:eastAsia="Times New Roman" w:cs="Times New Roman"/>
        </w:rPr>
        <w:t>’</w:t>
      </w:r>
      <w:r>
        <w:rPr>
          <w:rFonts w:ascii="Nirmala UI" w:hAnsi="Nirmala UI" w:eastAsia="Nirmala UI" w:cs="Nirmala UI"/>
        </w:rPr>
        <w:t>ପରେ</w:t>
      </w:r>
      <w:r>
        <w:rPr>
          <w:rFonts w:ascii="Times New Roman" w:hAnsi="Times New Roman" w:eastAsia="Times New Roman" w:cs="Times New Roman"/>
        </w:rPr>
        <w:t xml:space="preserve"> </w:t>
      </w:r>
      <w:r>
        <w:rPr>
          <w:rFonts w:ascii="Nirmala UI" w:hAnsi="Nirmala UI" w:eastAsia="Nirmala UI" w:cs="Nirmala UI"/>
        </w:rPr>
        <w:t>ସେ</w:t>
      </w:r>
      <w:r>
        <w:rPr>
          <w:rFonts w:ascii="Times New Roman" w:hAnsi="Times New Roman" w:eastAsia="Times New Roman" w:cs="Times New Roman"/>
        </w:rPr>
        <w:t xml:space="preserve"> </w:t>
      </w:r>
      <w:r>
        <w:rPr>
          <w:rFonts w:ascii="Nirmala UI" w:hAnsi="Nirmala UI" w:eastAsia="Nirmala UI" w:cs="Nirmala UI"/>
        </w:rPr>
        <w:t>ହତ୍ୟା</w:t>
      </w:r>
      <w:r>
        <w:rPr>
          <w:rFonts w:ascii="Times New Roman" w:hAnsi="Times New Roman" w:eastAsia="Times New Roman" w:cs="Times New Roman"/>
        </w:rPr>
        <w:t xml:space="preserve"> </w:t>
      </w:r>
      <w:r>
        <w:rPr>
          <w:rFonts w:ascii="Nirmala UI" w:hAnsi="Nirmala UI" w:eastAsia="Nirmala UI" w:cs="Nirmala UI"/>
        </w:rPr>
        <w:t>କରାଯାଇଥିଲେ</w:t>
      </w:r>
      <w:r>
        <w:rPr>
          <w:rFonts w:ascii="Times New Roman" w:hAnsi="Times New Roman" w:eastAsia="Times New Roman" w:cs="Times New Roman"/>
        </w:rPr>
        <w:t xml:space="preserve"> </w:t>
      </w:r>
      <w:r>
        <w:rPr>
          <w:rFonts w:ascii="Nirmala UI" w:hAnsi="Nirmala UI" w:eastAsia="Nirmala UI" w:cs="Nirmala UI"/>
        </w:rPr>
        <w:t>କିମ୍ବା</w:t>
      </w:r>
      <w:r>
        <w:rPr>
          <w:rFonts w:ascii="Times New Roman" w:hAnsi="Times New Roman" w:eastAsia="Times New Roman" w:cs="Times New Roman"/>
        </w:rPr>
        <w:t xml:space="preserve"> </w:t>
      </w:r>
      <w:r>
        <w:rPr>
          <w:rFonts w:ascii="Nirmala UI" w:hAnsi="Nirmala UI" w:eastAsia="Nirmala UI" w:cs="Nirmala UI"/>
        </w:rPr>
        <w:t>ରହସ୍ୟମୟ</w:t>
      </w:r>
      <w:r>
        <w:rPr>
          <w:rFonts w:ascii="Times New Roman" w:hAnsi="Times New Roman" w:eastAsia="Times New Roman" w:cs="Times New Roman"/>
        </w:rPr>
        <w:t xml:space="preserve"> </w:t>
      </w:r>
      <w:r>
        <w:rPr>
          <w:rFonts w:ascii="Nirmala UI" w:hAnsi="Nirmala UI" w:eastAsia="Nirmala UI" w:cs="Nirmala UI"/>
        </w:rPr>
        <w:t>ପରିସ୍ଥିତିରେ</w:t>
      </w:r>
      <w:r>
        <w:rPr>
          <w:rFonts w:ascii="Times New Roman" w:hAnsi="Times New Roman" w:eastAsia="Times New Roman" w:cs="Times New Roman"/>
        </w:rPr>
        <w:t xml:space="preserve"> </w:t>
      </w:r>
      <w:r>
        <w:rPr>
          <w:rFonts w:ascii="Nirmala UI" w:hAnsi="Nirmala UI" w:eastAsia="Nirmala UI" w:cs="Nirmala UI"/>
        </w:rPr>
        <w:t>ମୃତ୍ୟୁବରଣ</w:t>
      </w:r>
      <w:r>
        <w:rPr>
          <w:rFonts w:ascii="Times New Roman" w:hAnsi="Times New Roman" w:eastAsia="Times New Roman" w:cs="Times New Roman"/>
        </w:rPr>
        <w:t xml:space="preserve"> </w:t>
      </w:r>
      <w:r>
        <w:rPr>
          <w:rFonts w:ascii="Nirmala UI" w:hAnsi="Nirmala UI" w:eastAsia="Nirmala UI" w:cs="Nirmala UI"/>
        </w:rPr>
        <w:t>କରିଥିଲେ।</w:t>
      </w:r>
      <w:r>
        <w:rPr>
          <w:rFonts w:ascii="Times New Roman" w:hAnsi="Times New Roman" w:eastAsia="Times New Roman" w:cs="Times New Roman"/>
        </w:rPr>
        <w:t xml:space="preserve"> </w:t>
      </w:r>
      <w:r>
        <w:rPr>
          <w:rFonts w:ascii="Nirmala UI" w:hAnsi="Nirmala UI" w:eastAsia="Nirmala UI" w:cs="Nirmala UI"/>
        </w:rPr>
        <w:t>ସେଲ୍ୟୁକସ୍</w:t>
      </w:r>
      <w:r>
        <w:rPr>
          <w:rFonts w:ascii="Times New Roman" w:hAnsi="Times New Roman" w:eastAsia="Times New Roman" w:cs="Times New Roman"/>
        </w:rPr>
        <w:t xml:space="preserve"> III, </w:t>
      </w:r>
      <w:r>
        <w:rPr>
          <w:rFonts w:ascii="Nirmala UI" w:hAnsi="Nirmala UI" w:eastAsia="Nirmala UI" w:cs="Nirmala UI"/>
        </w:rPr>
        <w:t>ଆଣ୍ଟିଓକସ୍</w:t>
      </w:r>
      <w:r>
        <w:rPr>
          <w:rFonts w:ascii="Times New Roman" w:hAnsi="Times New Roman" w:eastAsia="Times New Roman" w:cs="Times New Roman"/>
        </w:rPr>
        <w:t xml:space="preserve"> III</w:t>
      </w:r>
      <w:r>
        <w:rPr>
          <w:rFonts w:ascii="Nirmala UI" w:hAnsi="Nirmala UI" w:eastAsia="Nirmala UI" w:cs="Nirmala UI"/>
        </w:rPr>
        <w:t>ଙ୍କର</w:t>
      </w:r>
      <w:r>
        <w:rPr>
          <w:rFonts w:ascii="Times New Roman" w:hAnsi="Times New Roman" w:eastAsia="Times New Roman" w:cs="Times New Roman"/>
        </w:rPr>
        <w:t xml:space="preserve"> </w:t>
      </w:r>
      <w:r>
        <w:rPr>
          <w:rFonts w:ascii="Nirmala UI" w:hAnsi="Nirmala UI" w:eastAsia="Nirmala UI" w:cs="Nirmala UI"/>
        </w:rPr>
        <w:t>ତତ୍କ୍ଷଣାତ୍</w:t>
      </w:r>
      <w:r>
        <w:rPr>
          <w:rFonts w:ascii="Times New Roman" w:hAnsi="Times New Roman" w:eastAsia="Times New Roman" w:cs="Times New Roman"/>
        </w:rPr>
        <w:t xml:space="preserve"> </w:t>
      </w:r>
      <w:r>
        <w:rPr>
          <w:rFonts w:ascii="Nirmala UI" w:hAnsi="Nirmala UI" w:eastAsia="Nirmala UI" w:cs="Nirmala UI"/>
        </w:rPr>
        <w:t>ପୂର୍ବସୁରୀ</w:t>
      </w:r>
      <w:r>
        <w:rPr>
          <w:rFonts w:ascii="Times New Roman" w:hAnsi="Times New Roman" w:eastAsia="Times New Roman" w:cs="Times New Roman"/>
        </w:rPr>
        <w:t xml:space="preserve"> </w:t>
      </w:r>
      <w:r>
        <w:rPr>
          <w:rFonts w:ascii="Nirmala UI" w:hAnsi="Nirmala UI" w:eastAsia="Nirmala UI" w:cs="Nirmala UI"/>
        </w:rPr>
        <w:t>ଥିଲେ।</w:t>
      </w:r>
      <w:r>
        <w:rPr>
          <w:rFonts w:ascii="Times New Roman" w:hAnsi="Times New Roman" w:eastAsia="Times New Roman" w:cs="Times New Roman"/>
        </w:rPr>
        <w:t xml:space="preserve"> </w:t>
      </w:r>
      <w:r>
        <w:rPr>
          <w:rFonts w:ascii="Nirmala UI" w:hAnsi="Nirmala UI" w:eastAsia="Nirmala UI" w:cs="Nirmala UI"/>
        </w:rPr>
        <w:t>ଏହି</w:t>
      </w:r>
      <w:r>
        <w:rPr>
          <w:rFonts w:ascii="Times New Roman" w:hAnsi="Times New Roman" w:eastAsia="Times New Roman" w:cs="Times New Roman"/>
        </w:rPr>
        <w:t xml:space="preserve"> </w:t>
      </w:r>
      <w:r>
        <w:rPr>
          <w:rFonts w:ascii="Nirmala UI" w:hAnsi="Nirmala UI" w:eastAsia="Nirmala UI" w:cs="Nirmala UI"/>
        </w:rPr>
        <w:t>ଦୁଇ</w:t>
      </w:r>
      <w:r>
        <w:rPr>
          <w:rFonts w:ascii="Times New Roman" w:hAnsi="Times New Roman" w:eastAsia="Times New Roman" w:cs="Times New Roman"/>
        </w:rPr>
        <w:t xml:space="preserve"> </w:t>
      </w:r>
      <w:r>
        <w:rPr>
          <w:rFonts w:ascii="Nirmala UI" w:hAnsi="Nirmala UI" w:eastAsia="Nirmala UI" w:cs="Nirmala UI"/>
        </w:rPr>
        <w:t>ଭାଇ</w:t>
      </w:r>
      <w:r>
        <w:rPr>
          <w:rFonts w:ascii="Times New Roman" w:hAnsi="Times New Roman" w:eastAsia="Times New Roman" w:cs="Times New Roman"/>
        </w:rPr>
        <w:t xml:space="preserve"> </w:t>
      </w:r>
      <w:r>
        <w:rPr>
          <w:rFonts w:ascii="Nirmala UI" w:hAnsi="Nirmala UI" w:eastAsia="Nirmala UI" w:cs="Nirmala UI"/>
        </w:rPr>
        <w:t>ପଦ</w:t>
      </w:r>
      <w:r>
        <w:rPr>
          <w:rFonts w:ascii="Times New Roman" w:hAnsi="Times New Roman" w:eastAsia="Times New Roman" w:cs="Times New Roman"/>
        </w:rPr>
        <w:t xml:space="preserve"> </w:t>
      </w:r>
      <w:r>
        <w:rPr>
          <w:rFonts w:ascii="Nirmala UI" w:hAnsi="Nirmala UI" w:eastAsia="Nirmala UI" w:cs="Nirmala UI"/>
        </w:rPr>
        <w:t>ଦଶର</w:t>
      </w:r>
      <w:r>
        <w:rPr>
          <w:rFonts w:ascii="Times New Roman" w:hAnsi="Times New Roman" w:eastAsia="Times New Roman" w:cs="Times New Roman"/>
        </w:rPr>
        <w:t xml:space="preserve"> “</w:t>
      </w:r>
      <w:r>
        <w:rPr>
          <w:rFonts w:ascii="Nirmala UI" w:hAnsi="Nirmala UI" w:eastAsia="Nirmala UI" w:cs="Nirmala UI"/>
        </w:rPr>
        <w:t>ପୁତ୍ରମାନଙ୍କୁ</w:t>
      </w:r>
      <w:r>
        <w:rPr>
          <w:rFonts w:ascii="Times New Roman" w:hAnsi="Times New Roman" w:eastAsia="Times New Roman" w:cs="Times New Roman"/>
        </w:rPr>
        <w:t xml:space="preserve">” </w:t>
      </w:r>
      <w:r>
        <w:rPr>
          <w:rFonts w:ascii="Nirmala UI" w:hAnsi="Nirmala UI" w:eastAsia="Nirmala UI" w:cs="Nirmala UI"/>
        </w:rPr>
        <w:t>ପ୍ରତିନିଧିତ୍ୱ</w:t>
      </w:r>
      <w:r>
        <w:rPr>
          <w:rFonts w:ascii="Times New Roman" w:hAnsi="Times New Roman" w:eastAsia="Times New Roman" w:cs="Times New Roman"/>
        </w:rPr>
        <w:t xml:space="preserve"> </w:t>
      </w:r>
      <w:r>
        <w:rPr>
          <w:rFonts w:ascii="Nirmala UI" w:hAnsi="Nirmala UI" w:eastAsia="Nirmala UI" w:cs="Nirmala UI"/>
        </w:rPr>
        <w:t>କରନ୍ତି</w:t>
      </w:r>
      <w:r>
        <w:rPr>
          <w:rFonts w:ascii="Times New Roman" w:hAnsi="Times New Roman" w:eastAsia="Times New Roman" w:cs="Times New Roman"/>
        </w:rPr>
        <w:t xml:space="preserve">, </w:t>
      </w:r>
      <w:r>
        <w:rPr>
          <w:rFonts w:ascii="Nirmala UI" w:hAnsi="Nirmala UI" w:eastAsia="Nirmala UI" w:cs="Nirmala UI"/>
        </w:rPr>
        <w:t>ଏବଂ</w:t>
      </w:r>
      <w:r>
        <w:rPr>
          <w:rFonts w:ascii="Times New Roman" w:hAnsi="Times New Roman" w:eastAsia="Times New Roman" w:cs="Times New Roman"/>
        </w:rPr>
        <w:t xml:space="preserve"> </w:t>
      </w:r>
      <w:r>
        <w:rPr>
          <w:rFonts w:ascii="Nirmala UI" w:hAnsi="Nirmala UI" w:eastAsia="Nirmala UI" w:cs="Nirmala UI"/>
        </w:rPr>
        <w:t>୧୯୮୯</w:t>
      </w:r>
      <w:r>
        <w:rPr>
          <w:rFonts w:ascii="Times New Roman" w:hAnsi="Times New Roman" w:eastAsia="Times New Roman" w:cs="Times New Roman"/>
        </w:rPr>
        <w:t xml:space="preserve"> </w:t>
      </w:r>
      <w:r>
        <w:rPr>
          <w:rFonts w:ascii="Nirmala UI" w:hAnsi="Nirmala UI" w:eastAsia="Nirmala UI" w:cs="Nirmala UI"/>
        </w:rPr>
        <w:t>ମସିହାରେ</w:t>
      </w:r>
      <w:r>
        <w:rPr>
          <w:rFonts w:ascii="Times New Roman" w:hAnsi="Times New Roman" w:eastAsia="Times New Roman" w:cs="Times New Roman"/>
        </w:rPr>
        <w:t xml:space="preserve"> </w:t>
      </w:r>
      <w:r>
        <w:rPr>
          <w:rFonts w:ascii="Nirmala UI" w:hAnsi="Nirmala UI" w:eastAsia="Nirmala UI" w:cs="Nirmala UI"/>
        </w:rPr>
        <w:t>ସେମାନେ</w:t>
      </w:r>
      <w:r>
        <w:rPr>
          <w:rFonts w:ascii="Times New Roman" w:hAnsi="Times New Roman" w:eastAsia="Times New Roman" w:cs="Times New Roman"/>
        </w:rPr>
        <w:t xml:space="preserve"> </w:t>
      </w:r>
      <w:r>
        <w:rPr>
          <w:rFonts w:ascii="Nirmala UI" w:hAnsi="Nirmala UI" w:eastAsia="Nirmala UI" w:cs="Nirmala UI"/>
        </w:rPr>
        <w:t>ରେଗାନ୍</w:t>
      </w:r>
      <w:r>
        <w:rPr>
          <w:rFonts w:ascii="Times New Roman" w:hAnsi="Times New Roman" w:eastAsia="Times New Roman" w:cs="Times New Roman"/>
        </w:rPr>
        <w:t xml:space="preserve"> </w:t>
      </w:r>
      <w:r>
        <w:rPr>
          <w:rFonts w:ascii="Nirmala UI" w:hAnsi="Nirmala UI" w:eastAsia="Nirmala UI" w:cs="Nirmala UI"/>
        </w:rPr>
        <w:t>ଏବଂ</w:t>
      </w:r>
      <w:r>
        <w:rPr>
          <w:rFonts w:ascii="Times New Roman" w:hAnsi="Times New Roman" w:eastAsia="Times New Roman" w:cs="Times New Roman"/>
        </w:rPr>
        <w:t xml:space="preserve"> </w:t>
      </w:r>
      <w:r>
        <w:rPr>
          <w:rFonts w:ascii="Nirmala UI" w:hAnsi="Nirmala UI" w:eastAsia="Nirmala UI" w:cs="Nirmala UI"/>
        </w:rPr>
        <w:t>ବୁଶ୍</w:t>
      </w:r>
      <w:r>
        <w:rPr>
          <w:rFonts w:ascii="Times New Roman" w:hAnsi="Times New Roman" w:eastAsia="Times New Roman" w:cs="Times New Roman"/>
        </w:rPr>
        <w:t>‌</w:t>
      </w:r>
      <w:r>
        <w:rPr>
          <w:rFonts w:ascii="Nirmala UI" w:hAnsi="Nirmala UI" w:eastAsia="Nirmala UI" w:cs="Nirmala UI"/>
        </w:rPr>
        <w:t>ଙ୍କୁ</w:t>
      </w:r>
      <w:r>
        <w:rPr>
          <w:rFonts w:ascii="Times New Roman" w:hAnsi="Times New Roman" w:eastAsia="Times New Roman" w:cs="Times New Roman"/>
        </w:rPr>
        <w:t xml:space="preserve"> </w:t>
      </w:r>
      <w:r>
        <w:rPr>
          <w:rFonts w:ascii="Nirmala UI" w:hAnsi="Nirmala UI" w:eastAsia="Nirmala UI" w:cs="Nirmala UI"/>
        </w:rPr>
        <w:t>ପ୍ରତିନିଧିତ୍ୱ</w:t>
      </w:r>
      <w:r>
        <w:rPr>
          <w:rFonts w:ascii="Times New Roman" w:hAnsi="Times New Roman" w:eastAsia="Times New Roman" w:cs="Times New Roman"/>
        </w:rPr>
        <w:t xml:space="preserve"> </w:t>
      </w:r>
      <w:r>
        <w:rPr>
          <w:rFonts w:ascii="Nirmala UI" w:hAnsi="Nirmala UI" w:eastAsia="Nirmala UI" w:cs="Nirmala UI"/>
        </w:rPr>
        <w:t>କରନ୍ତି।</w:t>
      </w:r>
    </w:p>
    <w:p>
      <w:pPr>
        <w:pStyle w:val="ArticleScripture"/>
        <w:jc w:val="left"/>
      </w:pPr>
      <w:r>
        <w:rPr>
          <w:rFonts w:ascii="Times New Roman" w:hAnsi="Times New Roman" w:eastAsia="Times New Roman" w:cs="Times New Roman"/>
        </w:rPr>
        <w:t>Empero sus hijos se alzarán y reunirán una multitud de grandes fuerzas; y uno ciertamente vendrá, e irrumpirá y pasará adelante; luego volverá y se enfurecerá hasta su fortaleza. Daniel 11:10.</w:t>
      </w:r>
    </w:p>
    <w:p>
      <w:pPr>
        <w:pStyle w:val="ArticleBody"/>
        <w:jc w:val="left"/>
      </w:pPr>
      <w:r>
        <w:rPr>
          <w:rFonts w:ascii="Nirmala UI" w:hAnsi="Nirmala UI" w:eastAsia="Nirmala UI" w:cs="Nirmala UI"/>
        </w:rPr>
        <w:t>ᱫᱟᱥ</w:t>
      </w:r>
      <w:r>
        <w:rPr>
          <w:rFonts w:ascii="Times New Roman" w:hAnsi="Times New Roman" w:eastAsia="Times New Roman" w:cs="Times New Roman"/>
        </w:rPr>
        <w:t xml:space="preserve"> </w:t>
      </w:r>
      <w:r>
        <w:rPr>
          <w:rFonts w:ascii="Nirmala UI" w:hAnsi="Nirmala UI" w:eastAsia="Nirmala UI" w:cs="Nirmala UI"/>
        </w:rPr>
        <w:t>ᱱᱚᱢᱵᱚᱨ</w:t>
      </w:r>
      <w:r>
        <w:rPr>
          <w:rFonts w:ascii="Times New Roman" w:hAnsi="Times New Roman" w:eastAsia="Times New Roman" w:cs="Times New Roman"/>
        </w:rPr>
        <w:t xml:space="preserve"> </w:t>
      </w:r>
      <w:r>
        <w:rPr>
          <w:rFonts w:ascii="Nirmala UI" w:hAnsi="Nirmala UI" w:eastAsia="Nirmala UI" w:cs="Nirmala UI"/>
        </w:rPr>
        <w:t>ᱟᱭᱟᱹᱛ</w:t>
      </w:r>
      <w:r>
        <w:rPr>
          <w:rFonts w:ascii="Times New Roman" w:hAnsi="Times New Roman" w:eastAsia="Times New Roman" w:cs="Times New Roman"/>
        </w:rPr>
        <w:t xml:space="preserve"> </w:t>
      </w:r>
      <w:r>
        <w:rPr>
          <w:rFonts w:ascii="Nirmala UI" w:hAnsi="Nirmala UI" w:eastAsia="Nirmala UI" w:cs="Nirmala UI"/>
        </w:rPr>
        <w:t>ᱛᱮᱥᱟᱨ</w:t>
      </w:r>
      <w:r>
        <w:rPr>
          <w:rFonts w:ascii="Times New Roman" w:hAnsi="Times New Roman" w:eastAsia="Times New Roman" w:cs="Times New Roman"/>
        </w:rPr>
        <w:t xml:space="preserve"> </w:t>
      </w:r>
      <w:r>
        <w:rPr>
          <w:rFonts w:ascii="Nirmala UI" w:hAnsi="Nirmala UI" w:eastAsia="Nirmala UI" w:cs="Nirmala UI"/>
        </w:rPr>
        <w:t>ᱨᱮᱠᱷᱟ</w:t>
      </w:r>
      <w:r>
        <w:rPr>
          <w:rFonts w:ascii="Times New Roman" w:hAnsi="Times New Roman" w:eastAsia="Times New Roman" w:cs="Times New Roman"/>
        </w:rPr>
        <w:t xml:space="preserve"> </w:t>
      </w:r>
      <w:r>
        <w:rPr>
          <w:rFonts w:ascii="Nirmala UI" w:hAnsi="Nirmala UI" w:eastAsia="Nirmala UI" w:cs="Nirmala UI"/>
        </w:rPr>
        <w:t>ᱠᱟᱱᱟ</w:t>
      </w:r>
      <w:r>
        <w:rPr>
          <w:rFonts w:ascii="Times New Roman" w:hAnsi="Times New Roman" w:eastAsia="Times New Roman" w:cs="Times New Roman"/>
        </w:rPr>
        <w:t xml:space="preserve">, </w:t>
      </w:r>
      <w:r>
        <w:rPr>
          <w:rFonts w:ascii="Nirmala UI" w:hAnsi="Nirmala UI" w:eastAsia="Nirmala UI" w:cs="Nirmala UI"/>
        </w:rPr>
        <w:t>ᱟᱨ</w:t>
      </w:r>
      <w:r>
        <w:rPr>
          <w:rFonts w:ascii="Times New Roman" w:hAnsi="Times New Roman" w:eastAsia="Times New Roman" w:cs="Times New Roman"/>
        </w:rPr>
        <w:t xml:space="preserve"> </w:t>
      </w:r>
      <w:r>
        <w:rPr>
          <w:rFonts w:ascii="Nirmala UI" w:hAnsi="Nirmala UI" w:eastAsia="Nirmala UI" w:cs="Nirmala UI"/>
        </w:rPr>
        <w:t>ᱮᱱᱟ</w:t>
      </w:r>
      <w:r>
        <w:rPr>
          <w:rFonts w:ascii="Times New Roman" w:hAnsi="Times New Roman" w:eastAsia="Times New Roman" w:cs="Times New Roman"/>
        </w:rPr>
        <w:t xml:space="preserve"> 1989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ᱢᱩᱪᱟᱹᱛ</w:t>
      </w:r>
      <w:r>
        <w:rPr>
          <w:rFonts w:ascii="Times New Roman" w:hAnsi="Times New Roman" w:eastAsia="Times New Roman" w:cs="Times New Roman"/>
        </w:rPr>
        <w:t xml:space="preserve"> </w:t>
      </w:r>
      <w:r>
        <w:rPr>
          <w:rFonts w:ascii="Nirmala UI" w:hAnsi="Nirmala UI" w:eastAsia="Nirmala UI" w:cs="Nirmala UI"/>
        </w:rPr>
        <w:t>ᱚᱠᱛᱚ</w:t>
      </w:r>
      <w:r>
        <w:rPr>
          <w:rFonts w:ascii="Times New Roman" w:hAnsi="Times New Roman" w:eastAsia="Times New Roman" w:cs="Times New Roman"/>
        </w:rPr>
        <w:t xml:space="preserve">” </w:t>
      </w:r>
      <w:r>
        <w:rPr>
          <w:rFonts w:ascii="Nirmala UI" w:hAnsi="Nirmala UI" w:eastAsia="Nirmala UI" w:cs="Nirmala UI"/>
        </w:rPr>
        <w:t>ᱠᱚ</w:t>
      </w:r>
      <w:r>
        <w:rPr>
          <w:rFonts w:ascii="Times New Roman" w:hAnsi="Times New Roman" w:eastAsia="Times New Roman" w:cs="Times New Roman"/>
        </w:rPr>
        <w:t xml:space="preserve"> </w:t>
      </w:r>
      <w:r>
        <w:rPr>
          <w:rFonts w:ascii="Nirmala UI" w:hAnsi="Nirmala UI" w:eastAsia="Nirmala UI" w:cs="Nirmala UI"/>
        </w:rPr>
        <w:t>ᱩᱯᱩᱨᱩᱢᱟᱹᱜᱼᱟ।</w:t>
      </w:r>
      <w:r>
        <w:rPr>
          <w:rFonts w:ascii="Times New Roman" w:hAnsi="Times New Roman" w:eastAsia="Times New Roman" w:cs="Times New Roman"/>
        </w:rPr>
        <w:t xml:space="preserve"> </w:t>
      </w:r>
      <w:r>
        <w:rPr>
          <w:rFonts w:ascii="Nirmala UI" w:hAnsi="Nirmala UI" w:eastAsia="Nirmala UI" w:cs="Nirmala UI"/>
        </w:rPr>
        <w:t>ᱮᱱᱟ</w:t>
      </w:r>
      <w:r>
        <w:rPr>
          <w:rFonts w:ascii="Times New Roman" w:hAnsi="Times New Roman" w:eastAsia="Times New Roman" w:cs="Times New Roman"/>
        </w:rPr>
        <w:t xml:space="preserve"> </w:t>
      </w:r>
      <w:r>
        <w:rPr>
          <w:rFonts w:ascii="Nirmala UI" w:hAnsi="Nirmala UI" w:eastAsia="Nirmala UI" w:cs="Nirmala UI"/>
        </w:rPr>
        <w:t>ᱮᱠᱟᱫᱚᱠ</w:t>
      </w:r>
      <w:r>
        <w:rPr>
          <w:rFonts w:ascii="Times New Roman" w:hAnsi="Times New Roman" w:eastAsia="Times New Roman" w:cs="Times New Roman"/>
        </w:rPr>
        <w:t xml:space="preserve"> </w:t>
      </w:r>
      <w:r>
        <w:rPr>
          <w:rFonts w:ascii="Nirmala UI" w:hAnsi="Nirmala UI" w:eastAsia="Nirmala UI" w:cs="Nirmala UI"/>
        </w:rPr>
        <w:t>ᱵᱟᱹᱨᱚ</w:t>
      </w:r>
      <w:r>
        <w:rPr>
          <w:rFonts w:ascii="Times New Roman" w:hAnsi="Times New Roman" w:eastAsia="Times New Roman" w:cs="Times New Roman"/>
        </w:rPr>
        <w:t xml:space="preserve"> </w:t>
      </w:r>
      <w:r>
        <w:rPr>
          <w:rFonts w:ascii="Nirmala UI" w:hAnsi="Nirmala UI" w:eastAsia="Nirmala UI" w:cs="Nirmala UI"/>
        </w:rPr>
        <w:t>ᱠᱷᱚᱱ</w:t>
      </w:r>
      <w:r>
        <w:rPr>
          <w:rFonts w:ascii="Times New Roman" w:hAnsi="Times New Roman" w:eastAsia="Times New Roman" w:cs="Times New Roman"/>
        </w:rPr>
        <w:t xml:space="preserve"> </w:t>
      </w:r>
      <w:r>
        <w:rPr>
          <w:rFonts w:ascii="Nirmala UI" w:hAnsi="Nirmala UI" w:eastAsia="Nirmala UI" w:cs="Nirmala UI"/>
        </w:rPr>
        <w:t>ᱢᱚᱠᱟ</w:t>
      </w:r>
      <w:r>
        <w:rPr>
          <w:rFonts w:ascii="Times New Roman" w:hAnsi="Times New Roman" w:eastAsia="Times New Roman" w:cs="Times New Roman"/>
        </w:rPr>
        <w:t xml:space="preserve"> </w:t>
      </w:r>
      <w:r>
        <w:rPr>
          <w:rFonts w:ascii="Nirmala UI" w:hAnsi="Nirmala UI" w:eastAsia="Nirmala UI" w:cs="Nirmala UI"/>
        </w:rPr>
        <w:t>ᱟᱨᱟᱞ</w:t>
      </w:r>
      <w:r>
        <w:rPr>
          <w:rFonts w:ascii="Times New Roman" w:hAnsi="Times New Roman" w:eastAsia="Times New Roman" w:cs="Times New Roman"/>
        </w:rPr>
        <w:t xml:space="preserve"> </w:t>
      </w:r>
      <w:r>
        <w:rPr>
          <w:rFonts w:ascii="Nirmala UI" w:hAnsi="Nirmala UI" w:eastAsia="Nirmala UI" w:cs="Nirmala UI"/>
        </w:rPr>
        <w:t>ᱠᱷᱚᱱ</w:t>
      </w:r>
      <w:r>
        <w:rPr>
          <w:rFonts w:ascii="Times New Roman" w:hAnsi="Times New Roman" w:eastAsia="Times New Roman" w:cs="Times New Roman"/>
        </w:rPr>
        <w:t xml:space="preserve"> </w:t>
      </w:r>
      <w:r>
        <w:rPr>
          <w:rFonts w:ascii="Nirmala UI" w:hAnsi="Nirmala UI" w:eastAsia="Nirmala UI" w:cs="Nirmala UI"/>
        </w:rPr>
        <w:t>ᱪᱟᱞᱤᱥ</w:t>
      </w:r>
      <w:r>
        <w:rPr>
          <w:rFonts w:ascii="Times New Roman" w:hAnsi="Times New Roman" w:eastAsia="Times New Roman" w:cs="Times New Roman"/>
        </w:rPr>
        <w:t xml:space="preserve"> </w:t>
      </w:r>
      <w:r>
        <w:rPr>
          <w:rFonts w:ascii="Nirmala UI" w:hAnsi="Nirmala UI" w:eastAsia="Nirmala UI" w:cs="Nirmala UI"/>
        </w:rPr>
        <w:t>ᱟᱭᱟᱹᱛ</w:t>
      </w:r>
      <w:r>
        <w:rPr>
          <w:rFonts w:ascii="Times New Roman" w:hAnsi="Times New Roman" w:eastAsia="Times New Roman" w:cs="Times New Roman"/>
        </w:rPr>
        <w:t xml:space="preserve"> </w:t>
      </w:r>
      <w:r>
        <w:rPr>
          <w:rFonts w:ascii="Nirmala UI" w:hAnsi="Nirmala UI" w:eastAsia="Nirmala UI" w:cs="Nirmala UI"/>
        </w:rPr>
        <w:t>ᱟᱨ</w:t>
      </w:r>
      <w:r>
        <w:rPr>
          <w:rFonts w:ascii="Times New Roman" w:hAnsi="Times New Roman" w:eastAsia="Times New Roman" w:cs="Times New Roman"/>
        </w:rPr>
        <w:t xml:space="preserve"> </w:t>
      </w:r>
      <w:r>
        <w:rPr>
          <w:rFonts w:ascii="Nirmala UI" w:hAnsi="Nirmala UI" w:eastAsia="Nirmala UI" w:cs="Nirmala UI"/>
        </w:rPr>
        <w:t>ᱭᱮᱥᱟᱭᱟ</w:t>
      </w:r>
      <w:r>
        <w:rPr>
          <w:rFonts w:ascii="Times New Roman" w:hAnsi="Times New Roman" w:eastAsia="Times New Roman" w:cs="Times New Roman"/>
        </w:rPr>
        <w:t xml:space="preserve"> 8:8 </w:t>
      </w:r>
      <w:r>
        <w:rPr>
          <w:rFonts w:ascii="Nirmala UI" w:hAnsi="Nirmala UI" w:eastAsia="Nirmala UI" w:cs="Nirmala UI"/>
        </w:rPr>
        <w:t>ᱥᱟᱶ</w:t>
      </w:r>
      <w:r>
        <w:rPr>
          <w:rFonts w:ascii="Times New Roman" w:hAnsi="Times New Roman" w:eastAsia="Times New Roman" w:cs="Times New Roman"/>
        </w:rPr>
        <w:t xml:space="preserve"> </w:t>
      </w:r>
      <w:r>
        <w:rPr>
          <w:rFonts w:ascii="Nirmala UI" w:hAnsi="Nirmala UI" w:eastAsia="Nirmala UI" w:cs="Nirmala UI"/>
        </w:rPr>
        <w:t>ᱡᱳᱲᱮᱛᱼᱟ।</w:t>
      </w:r>
      <w:r>
        <w:rPr>
          <w:rFonts w:ascii="Times New Roman" w:hAnsi="Times New Roman" w:eastAsia="Times New Roman" w:cs="Times New Roman"/>
        </w:rPr>
        <w:t xml:space="preserve"> </w:t>
      </w:r>
      <w:r>
        <w:rPr>
          <w:rFonts w:ascii="Nirmala UI" w:hAnsi="Nirmala UI" w:eastAsia="Nirmala UI" w:cs="Nirmala UI"/>
        </w:rPr>
        <w:t>ᱱᱚᱣᱟ</w:t>
      </w:r>
      <w:r>
        <w:rPr>
          <w:rFonts w:ascii="Times New Roman" w:hAnsi="Times New Roman" w:eastAsia="Times New Roman" w:cs="Times New Roman"/>
        </w:rPr>
        <w:t xml:space="preserve"> </w:t>
      </w:r>
      <w:r>
        <w:rPr>
          <w:rFonts w:ascii="Nirmala UI" w:hAnsi="Nirmala UI" w:eastAsia="Nirmala UI" w:cs="Nirmala UI"/>
        </w:rPr>
        <w:t>ᱯᱮ</w:t>
      </w:r>
      <w:r>
        <w:rPr>
          <w:rFonts w:ascii="Times New Roman" w:hAnsi="Times New Roman" w:eastAsia="Times New Roman" w:cs="Times New Roman"/>
        </w:rPr>
        <w:t xml:space="preserve"> </w:t>
      </w:r>
      <w:r>
        <w:rPr>
          <w:rFonts w:ascii="Nirmala UI" w:hAnsi="Nirmala UI" w:eastAsia="Nirmala UI" w:cs="Nirmala UI"/>
        </w:rPr>
        <w:t>ᱟᱭᱟᱹᱛ</w:t>
      </w:r>
      <w:r>
        <w:rPr>
          <w:rFonts w:ascii="Times New Roman" w:hAnsi="Times New Roman" w:eastAsia="Times New Roman" w:cs="Times New Roman"/>
        </w:rPr>
        <w:t xml:space="preserve"> </w:t>
      </w:r>
      <w:r>
        <w:rPr>
          <w:rFonts w:ascii="Nirmala UI" w:hAnsi="Nirmala UI" w:eastAsia="Nirmala UI" w:cs="Nirmala UI"/>
        </w:rPr>
        <w:t>ᱨᱮᱭᱟᱜ</w:t>
      </w:r>
      <w:r>
        <w:rPr>
          <w:rFonts w:ascii="Times New Roman" w:hAnsi="Times New Roman" w:eastAsia="Times New Roman" w:cs="Times New Roman"/>
        </w:rPr>
        <w:t xml:space="preserve"> </w:t>
      </w:r>
      <w:r>
        <w:rPr>
          <w:rFonts w:ascii="Nirmala UI" w:hAnsi="Nirmala UI" w:eastAsia="Nirmala UI" w:cs="Nirmala UI"/>
        </w:rPr>
        <w:t>ᱥᱚᱢᱵᱚᱱᱫᱷ</w:t>
      </w:r>
      <w:r>
        <w:rPr>
          <w:rFonts w:ascii="Times New Roman" w:hAnsi="Times New Roman" w:eastAsia="Times New Roman" w:cs="Times New Roman"/>
        </w:rPr>
        <w:t xml:space="preserve"> </w:t>
      </w:r>
      <w:r>
        <w:rPr>
          <w:rFonts w:ascii="Nirmala UI" w:hAnsi="Nirmala UI" w:eastAsia="Nirmala UI" w:cs="Nirmala UI"/>
        </w:rPr>
        <w:t>ᱱᱚᱣᱟ</w:t>
      </w:r>
      <w:r>
        <w:rPr>
          <w:rFonts w:ascii="Times New Roman" w:hAnsi="Times New Roman" w:eastAsia="Times New Roman" w:cs="Times New Roman"/>
        </w:rPr>
        <w:t xml:space="preserve"> </w:t>
      </w:r>
      <w:r>
        <w:rPr>
          <w:rFonts w:ascii="Nirmala UI" w:hAnsi="Nirmala UI" w:eastAsia="Nirmala UI" w:cs="Nirmala UI"/>
        </w:rPr>
        <w:t>ᱪᱤᱱᱦᱟᱹᱭᱼᱟ</w:t>
      </w:r>
      <w:r>
        <w:rPr>
          <w:rFonts w:ascii="Times New Roman" w:hAnsi="Times New Roman" w:eastAsia="Times New Roman" w:cs="Times New Roman"/>
        </w:rPr>
        <w:t xml:space="preserve"> </w:t>
      </w:r>
      <w:r>
        <w:rPr>
          <w:rFonts w:ascii="Nirmala UI" w:hAnsi="Nirmala UI" w:eastAsia="Nirmala UI" w:cs="Nirmala UI"/>
        </w:rPr>
        <w:t>ᱡᱮ</w:t>
      </w:r>
      <w:r>
        <w:rPr>
          <w:rFonts w:ascii="Times New Roman" w:hAnsi="Times New Roman" w:eastAsia="Times New Roman" w:cs="Times New Roman"/>
        </w:rPr>
        <w:t xml:space="preserve"> </w:t>
      </w:r>
      <w:r>
        <w:rPr>
          <w:rFonts w:ascii="Nirmala UI" w:hAnsi="Nirmala UI" w:eastAsia="Nirmala UI" w:cs="Nirmala UI"/>
        </w:rPr>
        <w:t>ᱟᱭᱟᱹᱛ</w:t>
      </w:r>
      <w:r>
        <w:rPr>
          <w:rFonts w:ascii="Times New Roman" w:hAnsi="Times New Roman" w:eastAsia="Times New Roman" w:cs="Times New Roman"/>
        </w:rPr>
        <w:t xml:space="preserve"> 11 </w:t>
      </w:r>
      <w:r>
        <w:rPr>
          <w:rFonts w:ascii="Nirmala UI" w:hAnsi="Nirmala UI" w:eastAsia="Nirmala UI" w:cs="Nirmala UI"/>
        </w:rPr>
        <w:t>ᱱᱤᱛᱚᱜ</w:t>
      </w:r>
      <w:r>
        <w:rPr>
          <w:rFonts w:ascii="Times New Roman" w:hAnsi="Times New Roman" w:eastAsia="Times New Roman" w:cs="Times New Roman"/>
        </w:rPr>
        <w:t xml:space="preserve"> </w:t>
      </w:r>
      <w:r>
        <w:rPr>
          <w:rFonts w:ascii="Nirmala UI" w:hAnsi="Nirmala UI" w:eastAsia="Nirmala UI" w:cs="Nirmala UI"/>
        </w:rPr>
        <w:t>ᱩᱠᱨᱮᱱᱤᱭᱟᱹᱱ</w:t>
      </w:r>
      <w:r>
        <w:rPr>
          <w:rFonts w:ascii="Times New Roman" w:hAnsi="Times New Roman" w:eastAsia="Times New Roman" w:cs="Times New Roman"/>
        </w:rPr>
        <w:t xml:space="preserve"> </w:t>
      </w:r>
      <w:r>
        <w:rPr>
          <w:rFonts w:ascii="Nirmala UI" w:hAnsi="Nirmala UI" w:eastAsia="Nirmala UI" w:cs="Nirmala UI"/>
        </w:rPr>
        <w:t>ᱡᱩᱫᱽᱫᱷ</w:t>
      </w:r>
      <w:r>
        <w:rPr>
          <w:rFonts w:ascii="Times New Roman" w:hAnsi="Times New Roman" w:eastAsia="Times New Roman" w:cs="Times New Roman"/>
        </w:rPr>
        <w:t xml:space="preserve"> </w:t>
      </w:r>
      <w:r>
        <w:rPr>
          <w:rFonts w:ascii="Nirmala UI" w:hAnsi="Nirmala UI" w:eastAsia="Nirmala UI" w:cs="Nirmala UI"/>
        </w:rPr>
        <w:t>ᱠᱚ</w:t>
      </w:r>
      <w:r>
        <w:rPr>
          <w:rFonts w:ascii="Times New Roman" w:hAnsi="Times New Roman" w:eastAsia="Times New Roman" w:cs="Times New Roman"/>
        </w:rPr>
        <w:t xml:space="preserve"> </w:t>
      </w:r>
      <w:r>
        <w:rPr>
          <w:rFonts w:ascii="Nirmala UI" w:hAnsi="Nirmala UI" w:eastAsia="Nirmala UI" w:cs="Nirmala UI"/>
        </w:rPr>
        <w:t>ᱩᱯᱩᱨᱩᱢᱟᱹᱜᱼᱟ</w:t>
      </w:r>
      <w:r>
        <w:rPr>
          <w:rFonts w:ascii="Times New Roman" w:hAnsi="Times New Roman" w:eastAsia="Times New Roman" w:cs="Times New Roman"/>
        </w:rPr>
        <w:t xml:space="preserve">, </w:t>
      </w:r>
      <w:r>
        <w:rPr>
          <w:rFonts w:ascii="Nirmala UI" w:hAnsi="Nirmala UI" w:eastAsia="Nirmala UI" w:cs="Nirmala UI"/>
        </w:rPr>
        <w:t>ᱚᱱᱰᱮ</w:t>
      </w:r>
      <w:r>
        <w:rPr>
          <w:rFonts w:ascii="Times New Roman" w:hAnsi="Times New Roman" w:eastAsia="Times New Roman" w:cs="Times New Roman"/>
        </w:rPr>
        <w:t xml:space="preserve"> </w:t>
      </w:r>
      <w:r>
        <w:rPr>
          <w:rFonts w:ascii="Nirmala UI" w:hAnsi="Nirmala UI" w:eastAsia="Nirmala UI" w:cs="Nirmala UI"/>
        </w:rPr>
        <w:t>ᱯᱩᱛᱤᱱ</w:t>
      </w:r>
      <w:r>
        <w:rPr>
          <w:rFonts w:ascii="Times New Roman" w:hAnsi="Times New Roman" w:eastAsia="Times New Roman" w:cs="Times New Roman"/>
        </w:rPr>
        <w:t xml:space="preserve"> </w:t>
      </w:r>
      <w:r>
        <w:rPr>
          <w:rFonts w:ascii="Nirmala UI" w:hAnsi="Nirmala UI" w:eastAsia="Nirmala UI" w:cs="Nirmala UI"/>
        </w:rPr>
        <w:t>ᱟᱨ</w:t>
      </w:r>
      <w:r>
        <w:rPr>
          <w:rFonts w:ascii="Times New Roman" w:hAnsi="Times New Roman" w:eastAsia="Times New Roman" w:cs="Times New Roman"/>
        </w:rPr>
        <w:t xml:space="preserve"> </w:t>
      </w:r>
      <w:r>
        <w:rPr>
          <w:rFonts w:ascii="Nirmala UI" w:hAnsi="Nirmala UI" w:eastAsia="Nirmala UI" w:cs="Nirmala UI"/>
        </w:rPr>
        <w:t>ᱡᱮᱞᱮᱱᱥᱠᱤ</w:t>
      </w:r>
      <w:r>
        <w:rPr>
          <w:rFonts w:ascii="Times New Roman" w:hAnsi="Times New Roman" w:eastAsia="Times New Roman" w:cs="Times New Roman"/>
        </w:rPr>
        <w:t xml:space="preserve"> </w:t>
      </w:r>
      <w:r>
        <w:rPr>
          <w:rFonts w:ascii="Nirmala UI" w:hAnsi="Nirmala UI" w:eastAsia="Nirmala UI" w:cs="Nirmala UI"/>
        </w:rPr>
        <w:t>ᱡᱚᱛᱚ</w:t>
      </w:r>
      <w:r>
        <w:rPr>
          <w:rFonts w:ascii="Times New Roman" w:hAnsi="Times New Roman" w:eastAsia="Times New Roman" w:cs="Times New Roman"/>
        </w:rPr>
        <w:t xml:space="preserve"> </w:t>
      </w:r>
      <w:r>
        <w:rPr>
          <w:rFonts w:ascii="Nirmala UI" w:hAnsi="Nirmala UI" w:eastAsia="Nirmala UI" w:cs="Nirmala UI"/>
        </w:rPr>
        <w:t>ᱵᱤᱨᱳᱫᱷᱤ</w:t>
      </w:r>
      <w:r>
        <w:rPr>
          <w:rFonts w:ascii="Times New Roman" w:hAnsi="Times New Roman" w:eastAsia="Times New Roman" w:cs="Times New Roman"/>
        </w:rPr>
        <w:t xml:space="preserve"> </w:t>
      </w:r>
      <w:r>
        <w:rPr>
          <w:rFonts w:ascii="Nirmala UI" w:hAnsi="Nirmala UI" w:eastAsia="Nirmala UI" w:cs="Nirmala UI"/>
        </w:rPr>
        <w:t>ᱨᱩᱯ</w:t>
      </w:r>
      <w:r>
        <w:rPr>
          <w:rFonts w:ascii="Times New Roman" w:hAnsi="Times New Roman" w:eastAsia="Times New Roman" w:cs="Times New Roman"/>
        </w:rPr>
        <w:t xml:space="preserve">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ᱢᱮᱱᱟᱜ</w:t>
      </w:r>
      <w:r>
        <w:rPr>
          <w:rFonts w:ascii="Times New Roman" w:hAnsi="Times New Roman" w:eastAsia="Times New Roman" w:cs="Times New Roman"/>
        </w:rPr>
        <w:t xml:space="preserve"> </w:t>
      </w:r>
      <w:r>
        <w:rPr>
          <w:rFonts w:ascii="Nirmala UI" w:hAnsi="Nirmala UI" w:eastAsia="Nirmala UI" w:cs="Nirmala UI"/>
        </w:rPr>
        <w:t>ᱟᱠᱟᱱᱟ</w:t>
      </w:r>
      <w:r>
        <w:rPr>
          <w:rFonts w:ascii="Times New Roman" w:hAnsi="Times New Roman" w:eastAsia="Times New Roman" w:cs="Times New Roman"/>
        </w:rPr>
        <w:t xml:space="preserve">, </w:t>
      </w:r>
      <w:r>
        <w:rPr>
          <w:rFonts w:ascii="Nirmala UI" w:hAnsi="Nirmala UI" w:eastAsia="Nirmala UI" w:cs="Nirmala UI"/>
        </w:rPr>
        <w:t>ᱚᱠᱚᱭ</w:t>
      </w:r>
      <w:r>
        <w:rPr>
          <w:rFonts w:ascii="Times New Roman" w:hAnsi="Times New Roman" w:eastAsia="Times New Roman" w:cs="Times New Roman"/>
        </w:rPr>
        <w:t xml:space="preserve"> </w:t>
      </w:r>
      <w:r>
        <w:rPr>
          <w:rFonts w:ascii="Nirmala UI" w:hAnsi="Nirmala UI" w:eastAsia="Nirmala UI" w:cs="Nirmala UI"/>
        </w:rPr>
        <w:t>ᱨᱟᱯᱷᱤᱭᱟ</w:t>
      </w:r>
      <w:r>
        <w:rPr>
          <w:rFonts w:ascii="Times New Roman" w:hAnsi="Times New Roman" w:eastAsia="Times New Roman" w:cs="Times New Roman"/>
        </w:rPr>
        <w:t xml:space="preserve"> </w:t>
      </w:r>
      <w:r>
        <w:rPr>
          <w:rFonts w:ascii="Nirmala UI" w:hAnsi="Nirmala UI" w:eastAsia="Nirmala UI" w:cs="Nirmala UI"/>
        </w:rPr>
        <w:t>ᱡᱩᱫᱽᱫᱷ</w:t>
      </w:r>
      <w:r>
        <w:rPr>
          <w:rFonts w:ascii="Times New Roman" w:hAnsi="Times New Roman" w:eastAsia="Times New Roman" w:cs="Times New Roman"/>
        </w:rPr>
        <w:t xml:space="preserve">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ᱩᱯᱩᱨᱩᱢ</w:t>
      </w:r>
      <w:r>
        <w:rPr>
          <w:rFonts w:ascii="Times New Roman" w:hAnsi="Times New Roman" w:eastAsia="Times New Roman" w:cs="Times New Roman"/>
        </w:rPr>
        <w:t xml:space="preserve"> </w:t>
      </w:r>
      <w:r>
        <w:rPr>
          <w:rFonts w:ascii="Nirmala UI" w:hAnsi="Nirmala UI" w:eastAsia="Nirmala UI" w:cs="Nirmala UI"/>
        </w:rPr>
        <w:t>ᱟᱠᱟᱱᱟ</w:t>
      </w:r>
      <w:r>
        <w:rPr>
          <w:rFonts w:ascii="Times New Roman" w:hAnsi="Times New Roman" w:eastAsia="Times New Roman" w:cs="Times New Roman"/>
        </w:rPr>
        <w:t xml:space="preserve"> </w:t>
      </w:r>
      <w:r>
        <w:rPr>
          <w:rFonts w:ascii="Nirmala UI" w:hAnsi="Nirmala UI" w:eastAsia="Nirmala UI" w:cs="Nirmala UI"/>
        </w:rPr>
        <w:t>ᱚᱠᱟ</w:t>
      </w:r>
      <w:r>
        <w:rPr>
          <w:rFonts w:ascii="Times New Roman" w:hAnsi="Times New Roman" w:eastAsia="Times New Roman" w:cs="Times New Roman"/>
        </w:rPr>
        <w:t xml:space="preserve"> </w:t>
      </w:r>
      <w:r>
        <w:rPr>
          <w:rFonts w:ascii="Nirmala UI" w:hAnsi="Nirmala UI" w:eastAsia="Nirmala UI" w:cs="Nirmala UI"/>
        </w:rPr>
        <w:t>ᱟᱭᱟᱹᱛ</w:t>
      </w:r>
      <w:r>
        <w:rPr>
          <w:rFonts w:ascii="Times New Roman" w:hAnsi="Times New Roman" w:eastAsia="Times New Roman" w:cs="Times New Roman"/>
        </w:rPr>
        <w:t xml:space="preserve"> 11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ᱥᱟᱡᱟᱣ</w:t>
      </w:r>
      <w:r>
        <w:rPr>
          <w:rFonts w:ascii="Times New Roman" w:hAnsi="Times New Roman" w:eastAsia="Times New Roman" w:cs="Times New Roman"/>
        </w:rPr>
        <w:t xml:space="preserve"> </w:t>
      </w:r>
      <w:r>
        <w:rPr>
          <w:rFonts w:ascii="Nirmala UI" w:hAnsi="Nirmala UI" w:eastAsia="Nirmala UI" w:cs="Nirmala UI"/>
        </w:rPr>
        <w:t>ᱟᱠᱟᱱᱟ।</w:t>
      </w:r>
      <w:r>
        <w:rPr>
          <w:rFonts w:ascii="Times New Roman" w:hAnsi="Times New Roman" w:eastAsia="Times New Roman" w:cs="Times New Roman"/>
        </w:rPr>
        <w:t xml:space="preserve"> </w:t>
      </w:r>
      <w:r>
        <w:rPr>
          <w:rFonts w:ascii="Nirmala UI" w:hAnsi="Nirmala UI" w:eastAsia="Nirmala UI" w:cs="Nirmala UI"/>
        </w:rPr>
        <w:t>ᱟᱭᱟᱹᱛ</w:t>
      </w:r>
      <w:r>
        <w:rPr>
          <w:rFonts w:ascii="Times New Roman" w:hAnsi="Times New Roman" w:eastAsia="Times New Roman" w:cs="Times New Roman"/>
        </w:rPr>
        <w:t xml:space="preserve"> 12 </w:t>
      </w:r>
      <w:r>
        <w:rPr>
          <w:rFonts w:ascii="Nirmala UI" w:hAnsi="Nirmala UI" w:eastAsia="Nirmala UI" w:cs="Nirmala UI"/>
        </w:rPr>
        <w:t>ᱩᱠᱨᱮᱱᱤᱭᱟᱹᱱ</w:t>
      </w:r>
      <w:r>
        <w:rPr>
          <w:rFonts w:ascii="Times New Roman" w:hAnsi="Times New Roman" w:eastAsia="Times New Roman" w:cs="Times New Roman"/>
        </w:rPr>
        <w:t xml:space="preserve"> </w:t>
      </w:r>
      <w:r>
        <w:rPr>
          <w:rFonts w:ascii="Nirmala UI" w:hAnsi="Nirmala UI" w:eastAsia="Nirmala UI" w:cs="Nirmala UI"/>
        </w:rPr>
        <w:t>ᱡᱩᱫᱽᱫᱷ</w:t>
      </w:r>
      <w:r>
        <w:rPr>
          <w:rFonts w:ascii="Times New Roman" w:hAnsi="Times New Roman" w:eastAsia="Times New Roman" w:cs="Times New Roman"/>
        </w:rPr>
        <w:t xml:space="preserve"> </w:t>
      </w:r>
      <w:r>
        <w:rPr>
          <w:rFonts w:ascii="Nirmala UI" w:hAnsi="Nirmala UI" w:eastAsia="Nirmala UI" w:cs="Nirmala UI"/>
        </w:rPr>
        <w:t>ᱨᱮᱭᱟᱜ</w:t>
      </w:r>
      <w:r>
        <w:rPr>
          <w:rFonts w:ascii="Times New Roman" w:hAnsi="Times New Roman" w:eastAsia="Times New Roman" w:cs="Times New Roman"/>
        </w:rPr>
        <w:t xml:space="preserve"> </w:t>
      </w:r>
      <w:r>
        <w:rPr>
          <w:rFonts w:ascii="Nirmala UI" w:hAnsi="Nirmala UI" w:eastAsia="Nirmala UI" w:cs="Nirmala UI"/>
        </w:rPr>
        <w:t>ᱛᱟᱭᱚᱢ</w:t>
      </w:r>
      <w:r>
        <w:rPr>
          <w:rFonts w:ascii="Times New Roman" w:hAnsi="Times New Roman" w:eastAsia="Times New Roman" w:cs="Times New Roman"/>
        </w:rPr>
        <w:t xml:space="preserve"> </w:t>
      </w:r>
      <w:r>
        <w:rPr>
          <w:rFonts w:ascii="Nirmala UI" w:hAnsi="Nirmala UI" w:eastAsia="Nirmala UI" w:cs="Nirmala UI"/>
        </w:rPr>
        <w:t>ᱟᱨ</w:t>
      </w:r>
      <w:r>
        <w:rPr>
          <w:rFonts w:ascii="Times New Roman" w:hAnsi="Times New Roman" w:eastAsia="Times New Roman" w:cs="Times New Roman"/>
        </w:rPr>
        <w:t xml:space="preserve"> </w:t>
      </w:r>
      <w:r>
        <w:rPr>
          <w:rFonts w:ascii="Nirmala UI" w:hAnsi="Nirmala UI" w:eastAsia="Nirmala UI" w:cs="Nirmala UI"/>
        </w:rPr>
        <w:t>ᱯᱩᱛᱤᱱ</w:t>
      </w:r>
      <w:r>
        <w:rPr>
          <w:rFonts w:ascii="Times New Roman" w:hAnsi="Times New Roman" w:eastAsia="Times New Roman" w:cs="Times New Roman"/>
        </w:rPr>
        <w:t xml:space="preserve"> </w:t>
      </w:r>
      <w:r>
        <w:rPr>
          <w:rFonts w:ascii="Nirmala UI" w:hAnsi="Nirmala UI" w:eastAsia="Nirmala UI" w:cs="Nirmala UI"/>
        </w:rPr>
        <w:t>ᱨᱮᱭᱟᱜ</w:t>
      </w:r>
      <w:r>
        <w:rPr>
          <w:rFonts w:ascii="Times New Roman" w:hAnsi="Times New Roman" w:eastAsia="Times New Roman" w:cs="Times New Roman"/>
        </w:rPr>
        <w:t xml:space="preserve"> </w:t>
      </w:r>
      <w:r>
        <w:rPr>
          <w:rFonts w:ascii="Nirmala UI" w:hAnsi="Nirmala UI" w:eastAsia="Nirmala UI" w:cs="Nirmala UI"/>
        </w:rPr>
        <w:t>ᱜᱟᱛᱮ</w:t>
      </w:r>
      <w:r>
        <w:rPr>
          <w:rFonts w:ascii="Times New Roman" w:hAnsi="Times New Roman" w:eastAsia="Times New Roman" w:cs="Times New Roman"/>
        </w:rPr>
        <w:t xml:space="preserve"> </w:t>
      </w:r>
      <w:r>
        <w:rPr>
          <w:rFonts w:ascii="Nirmala UI" w:hAnsi="Nirmala UI" w:eastAsia="Nirmala UI" w:cs="Nirmala UI"/>
        </w:rPr>
        <w:t>ᱠᱚ</w:t>
      </w:r>
      <w:r>
        <w:rPr>
          <w:rFonts w:ascii="Times New Roman" w:hAnsi="Times New Roman" w:eastAsia="Times New Roman" w:cs="Times New Roman"/>
        </w:rPr>
        <w:t xml:space="preserve"> </w:t>
      </w:r>
      <w:r>
        <w:rPr>
          <w:rFonts w:ascii="Nirmala UI" w:hAnsi="Nirmala UI" w:eastAsia="Nirmala UI" w:cs="Nirmala UI"/>
        </w:rPr>
        <w:t>ᱩᱯᱩᱨᱩᱢᱟᱹᱜᱼᱟ।</w:t>
      </w:r>
      <w:r>
        <w:rPr>
          <w:rFonts w:ascii="Times New Roman" w:hAnsi="Times New Roman" w:eastAsia="Times New Roman" w:cs="Times New Roman"/>
        </w:rPr>
        <w:t xml:space="preserve"> </w:t>
      </w:r>
      <w:r>
        <w:rPr>
          <w:rFonts w:ascii="Nirmala UI" w:hAnsi="Nirmala UI" w:eastAsia="Nirmala UI" w:cs="Nirmala UI"/>
        </w:rPr>
        <w:t>ᱟᱭᱟᱹᱛ</w:t>
      </w:r>
      <w:r>
        <w:rPr>
          <w:rFonts w:ascii="Times New Roman" w:hAnsi="Times New Roman" w:eastAsia="Times New Roman" w:cs="Times New Roman"/>
        </w:rPr>
        <w:t xml:space="preserve"> 13 </w:t>
      </w:r>
      <w:r>
        <w:rPr>
          <w:rFonts w:ascii="Nirmala UI" w:hAnsi="Nirmala UI" w:eastAsia="Nirmala UI" w:cs="Nirmala UI"/>
        </w:rPr>
        <w:t>ᱠᱷᱚᱱ</w:t>
      </w:r>
      <w:r>
        <w:rPr>
          <w:rFonts w:ascii="Times New Roman" w:hAnsi="Times New Roman" w:eastAsia="Times New Roman" w:cs="Times New Roman"/>
        </w:rPr>
        <w:t xml:space="preserve"> 15 </w:t>
      </w:r>
      <w:r>
        <w:rPr>
          <w:rFonts w:ascii="Nirmala UI" w:hAnsi="Nirmala UI" w:eastAsia="Nirmala UI" w:cs="Nirmala UI"/>
        </w:rPr>
        <w:t>ᱫᱷᱟᱣᱤᱡ</w:t>
      </w:r>
      <w:r>
        <w:rPr>
          <w:rFonts w:ascii="Times New Roman" w:hAnsi="Times New Roman" w:eastAsia="Times New Roman" w:cs="Times New Roman"/>
        </w:rPr>
        <w:t xml:space="preserve"> </w:t>
      </w:r>
      <w:r>
        <w:rPr>
          <w:rFonts w:ascii="Nirmala UI" w:hAnsi="Nirmala UI" w:eastAsia="Nirmala UI" w:cs="Nirmala UI"/>
        </w:rPr>
        <w:t>ᱯᱟᱱᱤᱭᱩᱢ</w:t>
      </w:r>
      <w:r>
        <w:rPr>
          <w:rFonts w:ascii="Times New Roman" w:hAnsi="Times New Roman" w:eastAsia="Times New Roman" w:cs="Times New Roman"/>
        </w:rPr>
        <w:t xml:space="preserve"> </w:t>
      </w:r>
      <w:r>
        <w:rPr>
          <w:rFonts w:ascii="Nirmala UI" w:hAnsi="Nirmala UI" w:eastAsia="Nirmala UI" w:cs="Nirmala UI"/>
        </w:rPr>
        <w:t>ᱡᱩᱫᱽᱫᱷ</w:t>
      </w:r>
      <w:r>
        <w:rPr>
          <w:rFonts w:ascii="Times New Roman" w:hAnsi="Times New Roman" w:eastAsia="Times New Roman" w:cs="Times New Roman"/>
        </w:rPr>
        <w:t xml:space="preserve"> </w:t>
      </w:r>
      <w:r>
        <w:rPr>
          <w:rFonts w:ascii="Nirmala UI" w:hAnsi="Nirmala UI" w:eastAsia="Nirmala UI" w:cs="Nirmala UI"/>
        </w:rPr>
        <w:t>ᱠᱟᱱᱟ।</w:t>
      </w:r>
    </w:p>
    <w:p>
      <w:pPr>
        <w:pStyle w:val="ArticleBody"/>
        <w:jc w:val="left"/>
      </w:pPr>
      <w:r>
        <w:rPr>
          <w:rFonts w:ascii="Times New Roman" w:hAnsi="Times New Roman" w:eastAsia="Times New Roman" w:cs="Times New Roman"/>
        </w:rPr>
        <w:t>Ayinhloko yendimana yeshumi “isikhathi sokuphela,” futhi ngokuvumelana nezimiso ezihambisana nokwembulwa kweqiniso “ngesikhathi sokuphela,” le ndimana, nakuba iyindimana eyodwa kuphela, imele inqwaba yemigqa yesiprofetho. Indimana yeshumi ikhomba ukuqala komlando ofihlekile wendimana yamashumi amane, ophawula ukuqala komnyakazo wengelosi yesithathu kanye nokubekwa uphawu kwabeyikhulu namashumi amane nane ezinkulungwane.</w:t>
      </w:r>
    </w:p>
    <w:p>
      <w:pPr>
        <w:pStyle w:val="ArticleBody"/>
        <w:jc w:val="left"/>
      </w:pPr>
      <w:r>
        <w:rPr>
          <w:rFonts w:ascii="Times New Roman" w:hAnsi="Times New Roman" w:eastAsia="Times New Roman" w:cs="Times New Roman"/>
        </w:rPr>
        <w:t>ئايەتى لوۋىيىلەر يىگىرمە ئالتىدەكى يەتتە ۋاقىتنى، ئىشايا يەتتىنچى بابتا باشلىنىدىغان كۆرۈنۈشتە تونۇشتۇرۇلغاندەك، بىر-بىرىگە باغلايدۇ. بۇ باغلىنىش ئىلاھىيەت بىلەن ئىنسانىيەتنىڭ قوشۇلۇشىنى كۆرسىتىدۇ؛ بۇ بولسا ئىسلامنىڭ ئۈچىنچى ۋايى بولغان يەتتىنچى كارناينىڭ ساداسى چېلىنغان مەزگىلدە، تەقۋالىق سىرىنىڭ تاماملىنىشىدۇر.</w:t>
      </w:r>
    </w:p>
    <w:p>
      <w:pPr>
        <w:pStyle w:val="ArticleBody"/>
        <w:jc w:val="left"/>
      </w:pPr>
      <w:r>
        <w:rPr>
          <w:rFonts w:ascii="Nirmala UI" w:hAnsi="Nirmala UI" w:eastAsia="Nirmala UI" w:cs="Nirmala UI"/>
        </w:rPr>
        <w:t>ᱟᱹᱨ</w:t>
      </w:r>
      <w:r>
        <w:rPr>
          <w:rFonts w:ascii="Times New Roman" w:hAnsi="Times New Roman" w:eastAsia="Times New Roman" w:cs="Times New Roman"/>
        </w:rPr>
        <w:t xml:space="preserve"> </w:t>
      </w:r>
      <w:r>
        <w:rPr>
          <w:rFonts w:ascii="Nirmala UI" w:hAnsi="Nirmala UI" w:eastAsia="Nirmala UI" w:cs="Nirmala UI"/>
        </w:rPr>
        <w:t>ᱵᱚᱱᱚᱵᱤᱠ</w:t>
      </w:r>
      <w:r>
        <w:rPr>
          <w:rFonts w:ascii="Times New Roman" w:hAnsi="Times New Roman" w:eastAsia="Times New Roman" w:cs="Times New Roman"/>
        </w:rPr>
        <w:t xml:space="preserve"> 1989 </w:t>
      </w:r>
      <w:r>
        <w:rPr>
          <w:rFonts w:ascii="Nirmala UI" w:hAnsi="Nirmala UI" w:eastAsia="Nirmala UI" w:cs="Nirmala UI"/>
        </w:rPr>
        <w:t>ᱫᱚ</w:t>
      </w:r>
      <w:r>
        <w:rPr>
          <w:rFonts w:ascii="Times New Roman" w:hAnsi="Times New Roman" w:eastAsia="Times New Roman" w:cs="Times New Roman"/>
        </w:rPr>
        <w:t xml:space="preserve"> </w:t>
      </w:r>
      <w:r>
        <w:rPr>
          <w:rFonts w:ascii="Nirmala UI" w:hAnsi="Nirmala UI" w:eastAsia="Nirmala UI" w:cs="Nirmala UI"/>
        </w:rPr>
        <w:t>ᱪᱟᱵᱟ</w:t>
      </w:r>
      <w:r>
        <w:rPr>
          <w:rFonts w:ascii="Times New Roman" w:hAnsi="Times New Roman" w:eastAsia="Times New Roman" w:cs="Times New Roman"/>
        </w:rPr>
        <w:t xml:space="preserve"> </w:t>
      </w:r>
      <w:r>
        <w:rPr>
          <w:rFonts w:ascii="Nirmala UI" w:hAnsi="Nirmala UI" w:eastAsia="Nirmala UI" w:cs="Nirmala UI"/>
        </w:rPr>
        <w:t>ᱥᱚᱢᱚᱭ</w:t>
      </w:r>
      <w:r>
        <w:rPr>
          <w:rFonts w:ascii="Times New Roman" w:hAnsi="Times New Roman" w:eastAsia="Times New Roman" w:cs="Times New Roman"/>
        </w:rPr>
        <w:t xml:space="preserve"> </w:t>
      </w:r>
      <w:r>
        <w:rPr>
          <w:rFonts w:ascii="Nirmala UI" w:hAnsi="Nirmala UI" w:eastAsia="Nirmala UI" w:cs="Nirmala UI"/>
        </w:rPr>
        <w:t>ᱛᱮ</w:t>
      </w:r>
      <w:r>
        <w:rPr>
          <w:rFonts w:ascii="Times New Roman" w:hAnsi="Times New Roman" w:eastAsia="Times New Roman" w:cs="Times New Roman"/>
        </w:rPr>
        <w:t xml:space="preserve"> </w:t>
      </w:r>
      <w:r>
        <w:rPr>
          <w:rFonts w:ascii="Nirmala UI" w:hAnsi="Nirmala UI" w:eastAsia="Nirmala UI" w:cs="Nirmala UI"/>
        </w:rPr>
        <w:t>ᱪᱤᱱᱦᱟᱹᱭᱟ</w:t>
      </w:r>
      <w:r>
        <w:rPr>
          <w:rFonts w:ascii="Times New Roman" w:hAnsi="Times New Roman" w:eastAsia="Times New Roman" w:cs="Times New Roman"/>
        </w:rPr>
        <w:t xml:space="preserve">, </w:t>
      </w:r>
      <w:r>
        <w:rPr>
          <w:rFonts w:ascii="Nirmala UI" w:hAnsi="Nirmala UI" w:eastAsia="Nirmala UI" w:cs="Nirmala UI"/>
        </w:rPr>
        <w:t>ᱟᱨ</w:t>
      </w:r>
      <w:r>
        <w:rPr>
          <w:rFonts w:ascii="Times New Roman" w:hAnsi="Times New Roman" w:eastAsia="Times New Roman" w:cs="Times New Roman"/>
        </w:rPr>
        <w:t xml:space="preserve"> </w:t>
      </w:r>
      <w:r>
        <w:rPr>
          <w:rFonts w:ascii="Nirmala UI" w:hAnsi="Nirmala UI" w:eastAsia="Nirmala UI" w:cs="Nirmala UI"/>
        </w:rPr>
        <w:t>ᱞᱮᱵᱤᱭᱟᱠᱚᱥ</w:t>
      </w:r>
      <w:r>
        <w:rPr>
          <w:rFonts w:ascii="Times New Roman" w:hAnsi="Times New Roman" w:eastAsia="Times New Roman" w:cs="Times New Roman"/>
        </w:rPr>
        <w:t xml:space="preserve"> 26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ᱥᱟᱛ</w:t>
      </w:r>
      <w:r>
        <w:rPr>
          <w:rFonts w:ascii="Times New Roman" w:hAnsi="Times New Roman" w:eastAsia="Times New Roman" w:cs="Times New Roman"/>
        </w:rPr>
        <w:t xml:space="preserve"> </w:t>
      </w:r>
      <w:r>
        <w:rPr>
          <w:rFonts w:ascii="Nirmala UI" w:hAnsi="Nirmala UI" w:eastAsia="Nirmala UI" w:cs="Nirmala UI"/>
        </w:rPr>
        <w:t>ᱥᱚᱢᱚᱭ</w:t>
      </w:r>
      <w:r>
        <w:rPr>
          <w:rFonts w:ascii="Times New Roman" w:hAnsi="Times New Roman" w:eastAsia="Times New Roman" w:cs="Times New Roman"/>
        </w:rPr>
        <w:t xml:space="preserve"> </w:t>
      </w:r>
      <w:r>
        <w:rPr>
          <w:rFonts w:ascii="Nirmala UI" w:hAnsi="Nirmala UI" w:eastAsia="Nirmala UI" w:cs="Nirmala UI"/>
        </w:rPr>
        <w:t>ᱥᱟᱶ</w:t>
      </w:r>
      <w:r>
        <w:rPr>
          <w:rFonts w:ascii="Times New Roman" w:hAnsi="Times New Roman" w:eastAsia="Times New Roman" w:cs="Times New Roman"/>
        </w:rPr>
        <w:t xml:space="preserve"> </w:t>
      </w:r>
      <w:r>
        <w:rPr>
          <w:rFonts w:ascii="Nirmala UI" w:hAnsi="Nirmala UI" w:eastAsia="Nirmala UI" w:cs="Nirmala UI"/>
        </w:rPr>
        <w:t>ᱡᱚᱲᱟᱣ</w:t>
      </w:r>
      <w:r>
        <w:rPr>
          <w:rFonts w:ascii="Times New Roman" w:hAnsi="Times New Roman" w:eastAsia="Times New Roman" w:cs="Times New Roman"/>
        </w:rPr>
        <w:t xml:space="preserve"> </w:t>
      </w:r>
      <w:r>
        <w:rPr>
          <w:rFonts w:ascii="Nirmala UI" w:hAnsi="Nirmala UI" w:eastAsia="Nirmala UI" w:cs="Nirmala UI"/>
        </w:rPr>
        <w:t>ᱦᱚᱛᱮ</w:t>
      </w:r>
      <w:r>
        <w:rPr>
          <w:rFonts w:ascii="Times New Roman" w:hAnsi="Times New Roman" w:eastAsia="Times New Roman" w:cs="Times New Roman"/>
        </w:rPr>
        <w:t xml:space="preserve">, </w:t>
      </w:r>
      <w:r>
        <w:rPr>
          <w:rFonts w:ascii="Nirmala UI" w:hAnsi="Nirmala UI" w:eastAsia="Nirmala UI" w:cs="Nirmala UI"/>
        </w:rPr>
        <w:t>ᱱᱚᱣᱟ</w:t>
      </w:r>
      <w:r>
        <w:rPr>
          <w:rFonts w:ascii="Times New Roman" w:hAnsi="Times New Roman" w:eastAsia="Times New Roman" w:cs="Times New Roman"/>
        </w:rPr>
        <w:t xml:space="preserve"> </w:t>
      </w:r>
      <w:r>
        <w:rPr>
          <w:rFonts w:ascii="Nirmala UI" w:hAnsi="Nirmala UI" w:eastAsia="Nirmala UI" w:cs="Nirmala UI"/>
        </w:rPr>
        <w:t>ᱣᱤᱞᱞᱤᱭᱟᱢ</w:t>
      </w:r>
      <w:r>
        <w:rPr>
          <w:rFonts w:ascii="Times New Roman" w:hAnsi="Times New Roman" w:eastAsia="Times New Roman" w:cs="Times New Roman"/>
        </w:rPr>
        <w:t xml:space="preserve"> </w:t>
      </w:r>
      <w:r>
        <w:rPr>
          <w:rFonts w:ascii="Nirmala UI" w:hAnsi="Nirmala UI" w:eastAsia="Nirmala UI" w:cs="Nirmala UI"/>
        </w:rPr>
        <w:t>ᱢᱤᱞᱞᱟᱨ</w:t>
      </w:r>
      <w:r>
        <w:rPr>
          <w:rFonts w:ascii="Times New Roman" w:hAnsi="Times New Roman" w:eastAsia="Times New Roman" w:cs="Times New Roman"/>
        </w:rPr>
        <w:t xml:space="preserve"> </w:t>
      </w:r>
      <w:r>
        <w:rPr>
          <w:rFonts w:ascii="Nirmala UI" w:hAnsi="Nirmala UI" w:eastAsia="Nirmala UI" w:cs="Nirmala UI"/>
        </w:rPr>
        <w:t>ᱨᱮᱱᱟᱜ</w:t>
      </w:r>
      <w:r>
        <w:rPr>
          <w:rFonts w:ascii="Times New Roman" w:hAnsi="Times New Roman" w:eastAsia="Times New Roman" w:cs="Times New Roman"/>
        </w:rPr>
        <w:t xml:space="preserve"> </w:t>
      </w:r>
      <w:r>
        <w:rPr>
          <w:rFonts w:ascii="Nirmala UI" w:hAnsi="Nirmala UI" w:eastAsia="Nirmala UI" w:cs="Nirmala UI"/>
        </w:rPr>
        <w:t>ᱵᱷᱤᱛᱤ</w:t>
      </w:r>
      <w:r>
        <w:rPr>
          <w:rFonts w:ascii="Times New Roman" w:hAnsi="Times New Roman" w:eastAsia="Times New Roman" w:cs="Times New Roman"/>
        </w:rPr>
        <w:t xml:space="preserve"> </w:t>
      </w:r>
      <w:r>
        <w:rPr>
          <w:rFonts w:ascii="Nirmala UI" w:hAnsi="Nirmala UI" w:eastAsia="Nirmala UI" w:cs="Nirmala UI"/>
        </w:rPr>
        <w:t>ᱥᱟᱹᱛᱭ</w:t>
      </w:r>
      <w:r>
        <w:rPr>
          <w:rFonts w:ascii="Times New Roman" w:hAnsi="Times New Roman" w:eastAsia="Times New Roman" w:cs="Times New Roman"/>
        </w:rPr>
        <w:t xml:space="preserve">, </w:t>
      </w:r>
      <w:r>
        <w:rPr>
          <w:rFonts w:ascii="Nirmala UI" w:hAnsi="Nirmala UI" w:eastAsia="Nirmala UI" w:cs="Nirmala UI"/>
        </w:rPr>
        <w:t>ᱟᱨ</w:t>
      </w:r>
      <w:r>
        <w:rPr>
          <w:rFonts w:ascii="Times New Roman" w:hAnsi="Times New Roman" w:eastAsia="Times New Roman" w:cs="Times New Roman"/>
        </w:rPr>
        <w:t xml:space="preserve"> 1863 </w:t>
      </w:r>
      <w:r>
        <w:rPr>
          <w:rFonts w:ascii="Nirmala UI" w:hAnsi="Nirmala UI" w:eastAsia="Nirmala UI" w:cs="Nirmala UI"/>
        </w:rPr>
        <w:t>ᱨᱮᱱᱟᱜ</w:t>
      </w:r>
      <w:r>
        <w:rPr>
          <w:rFonts w:ascii="Times New Roman" w:hAnsi="Times New Roman" w:eastAsia="Times New Roman" w:cs="Times New Roman"/>
        </w:rPr>
        <w:t xml:space="preserve"> </w:t>
      </w:r>
      <w:r>
        <w:rPr>
          <w:rFonts w:ascii="Nirmala UI" w:hAnsi="Nirmala UI" w:eastAsia="Nirmala UI" w:cs="Nirmala UI"/>
        </w:rPr>
        <w:t>ᱵᱤᱫᱨᱚᱦ</w:t>
      </w:r>
      <w:r>
        <w:rPr>
          <w:rFonts w:ascii="Times New Roman" w:hAnsi="Times New Roman" w:eastAsia="Times New Roman" w:cs="Times New Roman"/>
        </w:rPr>
        <w:t xml:space="preserve"> </w:t>
      </w:r>
      <w:r>
        <w:rPr>
          <w:rFonts w:ascii="Nirmala UI" w:hAnsi="Nirmala UI" w:eastAsia="Nirmala UI" w:cs="Nirmala UI"/>
        </w:rPr>
        <w:t>ᱦᱚᱸ</w:t>
      </w:r>
      <w:r>
        <w:rPr>
          <w:rFonts w:ascii="Times New Roman" w:hAnsi="Times New Roman" w:eastAsia="Times New Roman" w:cs="Times New Roman"/>
        </w:rPr>
        <w:t xml:space="preserve"> </w:t>
      </w:r>
      <w:r>
        <w:rPr>
          <w:rFonts w:ascii="Nirmala UI" w:hAnsi="Nirmala UI" w:eastAsia="Nirmala UI" w:cs="Nirmala UI"/>
        </w:rPr>
        <w:t>ᱥᱟᱶ</w:t>
      </w:r>
      <w:r>
        <w:rPr>
          <w:rFonts w:ascii="Times New Roman" w:hAnsi="Times New Roman" w:eastAsia="Times New Roman" w:cs="Times New Roman"/>
        </w:rPr>
        <w:t xml:space="preserve"> </w:t>
      </w:r>
      <w:r>
        <w:rPr>
          <w:rFonts w:ascii="Nirmala UI" w:hAnsi="Nirmala UI" w:eastAsia="Nirmala UI" w:cs="Nirmala UI"/>
        </w:rPr>
        <w:t>ᱟᱹᱜᱩᱭᱟ।</w:t>
      </w:r>
      <w:r>
        <w:rPr>
          <w:rFonts w:ascii="Times New Roman" w:hAnsi="Times New Roman" w:eastAsia="Times New Roman" w:cs="Times New Roman"/>
        </w:rPr>
        <w:t xml:space="preserve"> </w:t>
      </w:r>
      <w:r>
        <w:rPr>
          <w:rFonts w:ascii="Nirmala UI" w:hAnsi="Nirmala UI" w:eastAsia="Nirmala UI" w:cs="Nirmala UI"/>
        </w:rPr>
        <w:t>ᱟᱹᱨ</w:t>
      </w:r>
      <w:r>
        <w:rPr>
          <w:rFonts w:ascii="Times New Roman" w:hAnsi="Times New Roman" w:eastAsia="Times New Roman" w:cs="Times New Roman"/>
        </w:rPr>
        <w:t xml:space="preserve"> </w:t>
      </w:r>
      <w:r>
        <w:rPr>
          <w:rFonts w:ascii="Nirmala UI" w:hAnsi="Nirmala UI" w:eastAsia="Nirmala UI" w:cs="Nirmala UI"/>
        </w:rPr>
        <w:t>ᱵᱚᱱᱚᱵᱤᱠ</w:t>
      </w:r>
      <w:r>
        <w:rPr>
          <w:rFonts w:ascii="Times New Roman" w:hAnsi="Times New Roman" w:eastAsia="Times New Roman" w:cs="Times New Roman"/>
        </w:rPr>
        <w:t xml:space="preserve"> 40 </w:t>
      </w:r>
      <w:r>
        <w:rPr>
          <w:rFonts w:ascii="Nirmala UI" w:hAnsi="Nirmala UI" w:eastAsia="Nirmala UI" w:cs="Nirmala UI"/>
        </w:rPr>
        <w:t>ᱨᱮᱱᱟᱜ</w:t>
      </w:r>
      <w:r>
        <w:rPr>
          <w:rFonts w:ascii="Times New Roman" w:hAnsi="Times New Roman" w:eastAsia="Times New Roman" w:cs="Times New Roman"/>
        </w:rPr>
        <w:t xml:space="preserve"> </w:t>
      </w:r>
      <w:r>
        <w:rPr>
          <w:rFonts w:ascii="Nirmala UI" w:hAnsi="Nirmala UI" w:eastAsia="Nirmala UI" w:cs="Nirmala UI"/>
        </w:rPr>
        <w:t>ᱩᱠᱩ</w:t>
      </w:r>
      <w:r>
        <w:rPr>
          <w:rFonts w:ascii="Times New Roman" w:hAnsi="Times New Roman" w:eastAsia="Times New Roman" w:cs="Times New Roman"/>
        </w:rPr>
        <w:t xml:space="preserve"> </w:t>
      </w:r>
      <w:r>
        <w:rPr>
          <w:rFonts w:ascii="Nirmala UI" w:hAnsi="Nirmala UI" w:eastAsia="Nirmala UI" w:cs="Nirmala UI"/>
        </w:rPr>
        <w:t>ᱤᱛᱤᱦᱟᱥ</w:t>
      </w:r>
      <w:r>
        <w:rPr>
          <w:rFonts w:ascii="Times New Roman" w:hAnsi="Times New Roman" w:eastAsia="Times New Roman" w:cs="Times New Roman"/>
        </w:rPr>
        <w:t xml:space="preserve"> </w:t>
      </w:r>
      <w:r>
        <w:rPr>
          <w:rFonts w:ascii="Nirmala UI" w:hAnsi="Nirmala UI" w:eastAsia="Nirmala UI" w:cs="Nirmala UI"/>
        </w:rPr>
        <w:t>ᱮᱦᱚᱵ</w:t>
      </w:r>
      <w:r>
        <w:rPr>
          <w:rFonts w:ascii="Times New Roman" w:hAnsi="Times New Roman" w:eastAsia="Times New Roman" w:cs="Times New Roman"/>
        </w:rPr>
        <w:t xml:space="preserve"> </w:t>
      </w:r>
      <w:r>
        <w:rPr>
          <w:rFonts w:ascii="Nirmala UI" w:hAnsi="Nirmala UI" w:eastAsia="Nirmala UI" w:cs="Nirmala UI"/>
        </w:rPr>
        <w:t>ᱠᱟᱱᱟ।</w:t>
      </w:r>
      <w:r>
        <w:rPr>
          <w:rFonts w:ascii="Times New Roman" w:hAnsi="Times New Roman" w:eastAsia="Times New Roman" w:cs="Times New Roman"/>
        </w:rPr>
        <w:t xml:space="preserve"> </w:t>
      </w:r>
      <w:r>
        <w:rPr>
          <w:rFonts w:ascii="Nirmala UI" w:hAnsi="Nirmala UI" w:eastAsia="Nirmala UI" w:cs="Nirmala UI"/>
        </w:rPr>
        <w:t>ᱱᱚᱣᱟ</w:t>
      </w:r>
      <w:r>
        <w:rPr>
          <w:rFonts w:ascii="Times New Roman" w:hAnsi="Times New Roman" w:eastAsia="Times New Roman" w:cs="Times New Roman"/>
        </w:rPr>
        <w:t xml:space="preserve"> </w:t>
      </w:r>
      <w:r>
        <w:rPr>
          <w:rFonts w:ascii="Nirmala UI" w:hAnsi="Nirmala UI" w:eastAsia="Nirmala UI" w:cs="Nirmala UI"/>
        </w:rPr>
        <w:t>ᱚᱱᱟᱛᱮ</w:t>
      </w:r>
      <w:r>
        <w:rPr>
          <w:rFonts w:ascii="Times New Roman" w:hAnsi="Times New Roman" w:eastAsia="Times New Roman" w:cs="Times New Roman"/>
        </w:rPr>
        <w:t xml:space="preserve"> 1989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ᱪᱟᱵᱟ</w:t>
      </w:r>
      <w:r>
        <w:rPr>
          <w:rFonts w:ascii="Times New Roman" w:hAnsi="Times New Roman" w:eastAsia="Times New Roman" w:cs="Times New Roman"/>
        </w:rPr>
        <w:t xml:space="preserve"> </w:t>
      </w:r>
      <w:r>
        <w:rPr>
          <w:rFonts w:ascii="Nirmala UI" w:hAnsi="Nirmala UI" w:eastAsia="Nirmala UI" w:cs="Nirmala UI"/>
        </w:rPr>
        <w:t>ᱥᱚᱢᱚᱭ</w:t>
      </w:r>
      <w:r>
        <w:rPr>
          <w:rFonts w:ascii="Times New Roman" w:hAnsi="Times New Roman" w:eastAsia="Times New Roman" w:cs="Times New Roman"/>
        </w:rPr>
        <w:t xml:space="preserve">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ᱡᱮ</w:t>
      </w:r>
      <w:r>
        <w:rPr>
          <w:rFonts w:ascii="Times New Roman" w:hAnsi="Times New Roman" w:eastAsia="Times New Roman" w:cs="Times New Roman"/>
        </w:rPr>
        <w:t xml:space="preserve"> </w:t>
      </w:r>
      <w:r>
        <w:rPr>
          <w:rFonts w:ascii="Nirmala UI" w:hAnsi="Nirmala UI" w:eastAsia="Nirmala UI" w:cs="Nirmala UI"/>
        </w:rPr>
        <w:t>ᱵᱟᱲᱛᱤ</w:t>
      </w:r>
      <w:r>
        <w:rPr>
          <w:rFonts w:ascii="Times New Roman" w:hAnsi="Times New Roman" w:eastAsia="Times New Roman" w:cs="Times New Roman"/>
        </w:rPr>
        <w:t xml:space="preserve"> </w:t>
      </w:r>
      <w:r>
        <w:rPr>
          <w:rFonts w:ascii="Nirmala UI" w:hAnsi="Nirmala UI" w:eastAsia="Nirmala UI" w:cs="Nirmala UI"/>
        </w:rPr>
        <w:t>ᱧᱟᱱ</w:t>
      </w:r>
      <w:r>
        <w:rPr>
          <w:rFonts w:ascii="Times New Roman" w:hAnsi="Times New Roman" w:eastAsia="Times New Roman" w:cs="Times New Roman"/>
        </w:rPr>
        <w:t xml:space="preserve"> </w:t>
      </w:r>
      <w:r>
        <w:rPr>
          <w:rFonts w:ascii="Nirmala UI" w:hAnsi="Nirmala UI" w:eastAsia="Nirmala UI" w:cs="Nirmala UI"/>
        </w:rPr>
        <w:t>ᱦᱮᱡ</w:t>
      </w:r>
      <w:r>
        <w:rPr>
          <w:rFonts w:ascii="Times New Roman" w:hAnsi="Times New Roman" w:eastAsia="Times New Roman" w:cs="Times New Roman"/>
        </w:rPr>
        <w:t xml:space="preserve"> </w:t>
      </w:r>
      <w:r>
        <w:rPr>
          <w:rFonts w:ascii="Nirmala UI" w:hAnsi="Nirmala UI" w:eastAsia="Nirmala UI" w:cs="Nirmala UI"/>
        </w:rPr>
        <w:t>ᱞᱟᱹᱜᱤᱫ</w:t>
      </w:r>
      <w:r>
        <w:rPr>
          <w:rFonts w:ascii="Times New Roman" w:hAnsi="Times New Roman" w:eastAsia="Times New Roman" w:cs="Times New Roman"/>
        </w:rPr>
        <w:t xml:space="preserve">, </w:t>
      </w:r>
      <w:r>
        <w:rPr>
          <w:rFonts w:ascii="Nirmala UI" w:hAnsi="Nirmala UI" w:eastAsia="Nirmala UI" w:cs="Nirmala UI"/>
        </w:rPr>
        <w:t>ᱚᱱᱟᱨ</w:t>
      </w:r>
      <w:r>
        <w:rPr>
          <w:rFonts w:ascii="Times New Roman" w:hAnsi="Times New Roman" w:eastAsia="Times New Roman" w:cs="Times New Roman"/>
        </w:rPr>
        <w:t xml:space="preserve"> </w:t>
      </w:r>
      <w:r>
        <w:rPr>
          <w:rFonts w:ascii="Nirmala UI" w:hAnsi="Nirmala UI" w:eastAsia="Nirmala UI" w:cs="Nirmala UI"/>
        </w:rPr>
        <w:t>ᱢᱤᱫ</w:t>
      </w:r>
      <w:r>
        <w:rPr>
          <w:rFonts w:ascii="Times New Roman" w:hAnsi="Times New Roman" w:eastAsia="Times New Roman" w:cs="Times New Roman"/>
        </w:rPr>
        <w:t xml:space="preserve"> </w:t>
      </w:r>
      <w:r>
        <w:rPr>
          <w:rFonts w:ascii="Nirmala UI" w:hAnsi="Nirmala UI" w:eastAsia="Nirmala UI" w:cs="Nirmala UI"/>
        </w:rPr>
        <w:t>ᱟᱹᱰᱤ</w:t>
      </w:r>
      <w:r>
        <w:rPr>
          <w:rFonts w:ascii="Times New Roman" w:hAnsi="Times New Roman" w:eastAsia="Times New Roman" w:cs="Times New Roman"/>
        </w:rPr>
        <w:t xml:space="preserve"> </w:t>
      </w:r>
      <w:r>
        <w:rPr>
          <w:rFonts w:ascii="Nirmala UI" w:hAnsi="Nirmala UI" w:eastAsia="Nirmala UI" w:cs="Nirmala UI"/>
        </w:rPr>
        <w:t>ᱜᱩᱨᱩᱛᱣ</w:t>
      </w:r>
      <w:r>
        <w:rPr>
          <w:rFonts w:ascii="Times New Roman" w:hAnsi="Times New Roman" w:eastAsia="Times New Roman" w:cs="Times New Roman"/>
        </w:rPr>
        <w:t xml:space="preserve"> </w:t>
      </w:r>
      <w:r>
        <w:rPr>
          <w:rFonts w:ascii="Nirmala UI" w:hAnsi="Nirmala UI" w:eastAsia="Nirmala UI" w:cs="Nirmala UI"/>
        </w:rPr>
        <w:t>ᱮᱞᱮᱢᱮᱱᱴ</w:t>
      </w:r>
      <w:r>
        <w:rPr>
          <w:rFonts w:ascii="Times New Roman" w:hAnsi="Times New Roman" w:eastAsia="Times New Roman" w:cs="Times New Roman"/>
        </w:rPr>
        <w:t xml:space="preserve"> </w:t>
      </w:r>
      <w:r>
        <w:rPr>
          <w:rFonts w:ascii="Nirmala UI" w:hAnsi="Nirmala UI" w:eastAsia="Nirmala UI" w:cs="Nirmala UI"/>
        </w:rPr>
        <w:t>ᱠᱟᱱᱟ</w:t>
      </w:r>
      <w:r>
        <w:rPr>
          <w:rFonts w:ascii="Times New Roman" w:hAnsi="Times New Roman" w:eastAsia="Times New Roman" w:cs="Times New Roman"/>
        </w:rPr>
        <w:t xml:space="preserve">, </w:t>
      </w:r>
      <w:r>
        <w:rPr>
          <w:rFonts w:ascii="Nirmala UI" w:hAnsi="Nirmala UI" w:eastAsia="Nirmala UI" w:cs="Nirmala UI"/>
        </w:rPr>
        <w:t>ᱟᱨ</w:t>
      </w:r>
      <w:r>
        <w:rPr>
          <w:rFonts w:ascii="Times New Roman" w:hAnsi="Times New Roman" w:eastAsia="Times New Roman" w:cs="Times New Roman"/>
        </w:rPr>
        <w:t xml:space="preserve"> </w:t>
      </w:r>
      <w:r>
        <w:rPr>
          <w:rFonts w:ascii="Nirmala UI" w:hAnsi="Nirmala UI" w:eastAsia="Nirmala UI" w:cs="Nirmala UI"/>
        </w:rPr>
        <w:t>ᱵᱟᱦᱨᱮ</w:t>
      </w:r>
      <w:r>
        <w:rPr>
          <w:rFonts w:ascii="Times New Roman" w:hAnsi="Times New Roman" w:eastAsia="Times New Roman" w:cs="Times New Roman"/>
        </w:rPr>
        <w:t xml:space="preserve"> </w:t>
      </w:r>
      <w:r>
        <w:rPr>
          <w:rFonts w:ascii="Nirmala UI" w:hAnsi="Nirmala UI" w:eastAsia="Nirmala UI" w:cs="Nirmala UI"/>
        </w:rPr>
        <w:t>ᱨᱮᱱᱟᱜ</w:t>
      </w:r>
      <w:r>
        <w:rPr>
          <w:rFonts w:ascii="Times New Roman" w:hAnsi="Times New Roman" w:eastAsia="Times New Roman" w:cs="Times New Roman"/>
        </w:rPr>
        <w:t xml:space="preserve"> </w:t>
      </w:r>
      <w:r>
        <w:rPr>
          <w:rFonts w:ascii="Nirmala UI" w:hAnsi="Nirmala UI" w:eastAsia="Nirmala UI" w:cs="Nirmala UI"/>
        </w:rPr>
        <w:t>ᱚᱱᱟ</w:t>
      </w:r>
      <w:r>
        <w:rPr>
          <w:rFonts w:ascii="Times New Roman" w:hAnsi="Times New Roman" w:eastAsia="Times New Roman" w:cs="Times New Roman"/>
        </w:rPr>
        <w:t xml:space="preserve"> </w:t>
      </w:r>
      <w:r>
        <w:rPr>
          <w:rFonts w:ascii="Nirmala UI" w:hAnsi="Nirmala UI" w:eastAsia="Nirmala UI" w:cs="Nirmala UI"/>
        </w:rPr>
        <w:t>ᱜᱷᱚᱴᱚᱱᱟᱠᱚ</w:t>
      </w:r>
      <w:r>
        <w:rPr>
          <w:rFonts w:ascii="Times New Roman" w:hAnsi="Times New Roman" w:eastAsia="Times New Roman" w:cs="Times New Roman"/>
        </w:rPr>
        <w:t xml:space="preserve"> </w:t>
      </w:r>
      <w:r>
        <w:rPr>
          <w:rFonts w:ascii="Nirmala UI" w:hAnsi="Nirmala UI" w:eastAsia="Nirmala UI" w:cs="Nirmala UI"/>
        </w:rPr>
        <w:t>ᱨᱮᱱᱟᱜ</w:t>
      </w:r>
      <w:r>
        <w:rPr>
          <w:rFonts w:ascii="Times New Roman" w:hAnsi="Times New Roman" w:eastAsia="Times New Roman" w:cs="Times New Roman"/>
        </w:rPr>
        <w:t xml:space="preserve"> </w:t>
      </w:r>
      <w:r>
        <w:rPr>
          <w:rFonts w:ascii="Nirmala UI" w:hAnsi="Nirmala UI" w:eastAsia="Nirmala UI" w:cs="Nirmala UI"/>
        </w:rPr>
        <w:t>ᱵᱷᱟᱵᱵᱟᱱᱤᱢᱩᱞᱚᱠ</w:t>
      </w:r>
      <w:r>
        <w:rPr>
          <w:rFonts w:ascii="Times New Roman" w:hAnsi="Times New Roman" w:eastAsia="Times New Roman" w:cs="Times New Roman"/>
        </w:rPr>
        <w:t xml:space="preserve"> </w:t>
      </w:r>
      <w:r>
        <w:rPr>
          <w:rFonts w:ascii="Nirmala UI" w:hAnsi="Nirmala UI" w:eastAsia="Nirmala UI" w:cs="Nirmala UI"/>
        </w:rPr>
        <w:t>ᱪᱤᱛᱟᱹᱨ</w:t>
      </w:r>
      <w:r>
        <w:rPr>
          <w:rFonts w:ascii="Times New Roman" w:hAnsi="Times New Roman" w:eastAsia="Times New Roman" w:cs="Times New Roman"/>
        </w:rPr>
        <w:t xml:space="preserve"> </w:t>
      </w:r>
      <w:r>
        <w:rPr>
          <w:rFonts w:ascii="Nirmala UI" w:hAnsi="Nirmala UI" w:eastAsia="Nirmala UI" w:cs="Nirmala UI"/>
        </w:rPr>
        <w:t>ᱮᱦᱚᱵ</w:t>
      </w:r>
      <w:r>
        <w:rPr>
          <w:rFonts w:ascii="Times New Roman" w:hAnsi="Times New Roman" w:eastAsia="Times New Roman" w:cs="Times New Roman"/>
        </w:rPr>
        <w:t xml:space="preserve"> </w:t>
      </w:r>
      <w:r>
        <w:rPr>
          <w:rFonts w:ascii="Nirmala UI" w:hAnsi="Nirmala UI" w:eastAsia="Nirmala UI" w:cs="Nirmala UI"/>
        </w:rPr>
        <w:t>ᱠᱟᱱᱟ</w:t>
      </w:r>
      <w:r>
        <w:rPr>
          <w:rFonts w:ascii="Times New Roman" w:hAnsi="Times New Roman" w:eastAsia="Times New Roman" w:cs="Times New Roman"/>
        </w:rPr>
        <w:t xml:space="preserve">, </w:t>
      </w:r>
      <w:r>
        <w:rPr>
          <w:rFonts w:ascii="Nirmala UI" w:hAnsi="Nirmala UI" w:eastAsia="Nirmala UI" w:cs="Nirmala UI"/>
        </w:rPr>
        <w:t>ᱡᱮᱠᱚ</w:t>
      </w:r>
      <w:r>
        <w:rPr>
          <w:rFonts w:ascii="Times New Roman" w:hAnsi="Times New Roman" w:eastAsia="Times New Roman" w:cs="Times New Roman"/>
        </w:rPr>
        <w:t xml:space="preserve"> </w:t>
      </w:r>
      <w:r>
        <w:rPr>
          <w:rFonts w:ascii="Nirmala UI" w:hAnsi="Nirmala UI" w:eastAsia="Nirmala UI" w:cs="Nirmala UI"/>
        </w:rPr>
        <w:t>ᱵᱚᱱᱚᱵᱤᱠ</w:t>
      </w:r>
      <w:r>
        <w:rPr>
          <w:rFonts w:ascii="Times New Roman" w:hAnsi="Times New Roman" w:eastAsia="Times New Roman" w:cs="Times New Roman"/>
        </w:rPr>
        <w:t xml:space="preserve"> 40 </w:t>
      </w:r>
      <w:r>
        <w:rPr>
          <w:rFonts w:ascii="Nirmala UI" w:hAnsi="Nirmala UI" w:eastAsia="Nirmala UI" w:cs="Nirmala UI"/>
        </w:rPr>
        <w:t>ᱨᱮᱱᱟᱜ</w:t>
      </w:r>
      <w:r>
        <w:rPr>
          <w:rFonts w:ascii="Times New Roman" w:hAnsi="Times New Roman" w:eastAsia="Times New Roman" w:cs="Times New Roman"/>
        </w:rPr>
        <w:t xml:space="preserve"> </w:t>
      </w:r>
      <w:r>
        <w:rPr>
          <w:rFonts w:ascii="Nirmala UI" w:hAnsi="Nirmala UI" w:eastAsia="Nirmala UI" w:cs="Nirmala UI"/>
        </w:rPr>
        <w:t>ᱩᱠᱩ</w:t>
      </w:r>
      <w:r>
        <w:rPr>
          <w:rFonts w:ascii="Times New Roman" w:hAnsi="Times New Roman" w:eastAsia="Times New Roman" w:cs="Times New Roman"/>
        </w:rPr>
        <w:t xml:space="preserve"> </w:t>
      </w:r>
      <w:r>
        <w:rPr>
          <w:rFonts w:ascii="Nirmala UI" w:hAnsi="Nirmala UI" w:eastAsia="Nirmala UI" w:cs="Nirmala UI"/>
        </w:rPr>
        <w:t>ᱤᱛᱤᱦᱟᱥ</w:t>
      </w:r>
      <w:r>
        <w:rPr>
          <w:rFonts w:ascii="Times New Roman" w:hAnsi="Times New Roman" w:eastAsia="Times New Roman" w:cs="Times New Roman"/>
        </w:rPr>
        <w:t xml:space="preserve"> </w:t>
      </w:r>
      <w:r>
        <w:rPr>
          <w:rFonts w:ascii="Nirmala UI" w:hAnsi="Nirmala UI" w:eastAsia="Nirmala UI" w:cs="Nirmala UI"/>
        </w:rPr>
        <w:t>ᱠᱚ</w:t>
      </w:r>
      <w:r>
        <w:rPr>
          <w:rFonts w:ascii="Times New Roman" w:hAnsi="Times New Roman" w:eastAsia="Times New Roman" w:cs="Times New Roman"/>
        </w:rPr>
        <w:t xml:space="preserve"> </w:t>
      </w:r>
      <w:r>
        <w:rPr>
          <w:rFonts w:ascii="Nirmala UI" w:hAnsi="Nirmala UI" w:eastAsia="Nirmala UI" w:cs="Nirmala UI"/>
        </w:rPr>
        <w:t>ᱜᱚᱴᱟᱭᱟ</w:t>
      </w:r>
      <w:r>
        <w:rPr>
          <w:rFonts w:ascii="Times New Roman" w:hAnsi="Times New Roman" w:eastAsia="Times New Roman" w:cs="Times New Roman"/>
        </w:rPr>
        <w:t xml:space="preserve">, </w:t>
      </w:r>
      <w:r>
        <w:rPr>
          <w:rFonts w:ascii="Nirmala UI" w:hAnsi="Nirmala UI" w:eastAsia="Nirmala UI" w:cs="Nirmala UI"/>
        </w:rPr>
        <w:t>ᱟᱨ</w:t>
      </w:r>
      <w:r>
        <w:rPr>
          <w:rFonts w:ascii="Times New Roman" w:hAnsi="Times New Roman" w:eastAsia="Times New Roman" w:cs="Times New Roman"/>
        </w:rPr>
        <w:t xml:space="preserve"> </w:t>
      </w:r>
      <w:r>
        <w:rPr>
          <w:rFonts w:ascii="Nirmala UI" w:hAnsi="Nirmala UI" w:eastAsia="Nirmala UI" w:cs="Nirmala UI"/>
        </w:rPr>
        <w:t>ᱥᱟᱛ</w:t>
      </w:r>
      <w:r>
        <w:rPr>
          <w:rFonts w:ascii="Times New Roman" w:hAnsi="Times New Roman" w:eastAsia="Times New Roman" w:cs="Times New Roman"/>
        </w:rPr>
        <w:t xml:space="preserve"> </w:t>
      </w:r>
      <w:r>
        <w:rPr>
          <w:rFonts w:ascii="Nirmala UI" w:hAnsi="Nirmala UI" w:eastAsia="Nirmala UI" w:cs="Nirmala UI"/>
        </w:rPr>
        <w:t>ᱥᱚᱢᱚᱭ</w:t>
      </w:r>
      <w:r>
        <w:rPr>
          <w:rFonts w:ascii="Times New Roman" w:hAnsi="Times New Roman" w:eastAsia="Times New Roman" w:cs="Times New Roman"/>
        </w:rPr>
        <w:t xml:space="preserve"> </w:t>
      </w:r>
      <w:r>
        <w:rPr>
          <w:rFonts w:ascii="Nirmala UI" w:hAnsi="Nirmala UI" w:eastAsia="Nirmala UI" w:cs="Nirmala UI"/>
        </w:rPr>
        <w:t>ᱥᱟᱶ</w:t>
      </w:r>
      <w:r>
        <w:rPr>
          <w:rFonts w:ascii="Times New Roman" w:hAnsi="Times New Roman" w:eastAsia="Times New Roman" w:cs="Times New Roman"/>
        </w:rPr>
        <w:t xml:space="preserve"> </w:t>
      </w:r>
      <w:r>
        <w:rPr>
          <w:rFonts w:ascii="Nirmala UI" w:hAnsi="Nirmala UI" w:eastAsia="Nirmala UI" w:cs="Nirmala UI"/>
        </w:rPr>
        <w:t>ᱱᱤᱡᱮᱨ</w:t>
      </w:r>
      <w:r>
        <w:rPr>
          <w:rFonts w:ascii="Times New Roman" w:hAnsi="Times New Roman" w:eastAsia="Times New Roman" w:cs="Times New Roman"/>
        </w:rPr>
        <w:t xml:space="preserve"> </w:t>
      </w:r>
      <w:r>
        <w:rPr>
          <w:rFonts w:ascii="Nirmala UI" w:hAnsi="Nirmala UI" w:eastAsia="Nirmala UI" w:cs="Nirmala UI"/>
        </w:rPr>
        <w:t>ᱡᱚᱲᱟᱣ</w:t>
      </w:r>
      <w:r>
        <w:rPr>
          <w:rFonts w:ascii="Times New Roman" w:hAnsi="Times New Roman" w:eastAsia="Times New Roman" w:cs="Times New Roman"/>
        </w:rPr>
        <w:t xml:space="preserve"> </w:t>
      </w:r>
      <w:r>
        <w:rPr>
          <w:rFonts w:ascii="Nirmala UI" w:hAnsi="Nirmala UI" w:eastAsia="Nirmala UI" w:cs="Nirmala UI"/>
        </w:rPr>
        <w:t>ᱦᱚᱛᱮ</w:t>
      </w:r>
      <w:r>
        <w:rPr>
          <w:rFonts w:ascii="Times New Roman" w:hAnsi="Times New Roman" w:eastAsia="Times New Roman" w:cs="Times New Roman"/>
        </w:rPr>
        <w:t xml:space="preserve"> 1989 </w:t>
      </w:r>
      <w:r>
        <w:rPr>
          <w:rFonts w:ascii="Nirmala UI" w:hAnsi="Nirmala UI" w:eastAsia="Nirmala UI" w:cs="Nirmala UI"/>
        </w:rPr>
        <w:t>ᱟᱨ</w:t>
      </w:r>
      <w:r>
        <w:rPr>
          <w:rFonts w:ascii="Times New Roman" w:hAnsi="Times New Roman" w:eastAsia="Times New Roman" w:cs="Times New Roman"/>
        </w:rPr>
        <w:t xml:space="preserve"> </w:t>
      </w:r>
      <w:r>
        <w:rPr>
          <w:rFonts w:ascii="Nirmala UI" w:hAnsi="Nirmala UI" w:eastAsia="Nirmala UI" w:cs="Nirmala UI"/>
        </w:rPr>
        <w:t>ᱥᱟᱱᱰᱮ</w:t>
      </w:r>
      <w:r>
        <w:rPr>
          <w:rFonts w:ascii="Times New Roman" w:hAnsi="Times New Roman" w:eastAsia="Times New Roman" w:cs="Times New Roman"/>
        </w:rPr>
        <w:t xml:space="preserve"> </w:t>
      </w:r>
      <w:r>
        <w:rPr>
          <w:rFonts w:ascii="Nirmala UI" w:hAnsi="Nirmala UI" w:eastAsia="Nirmala UI" w:cs="Nirmala UI"/>
        </w:rPr>
        <w:t>ᱞᱚ</w:t>
      </w:r>
      <w:r>
        <w:rPr>
          <w:rFonts w:ascii="Times New Roman" w:hAnsi="Times New Roman" w:eastAsia="Times New Roman" w:cs="Times New Roman"/>
        </w:rPr>
        <w:t xml:space="preserve"> </w:t>
      </w:r>
      <w:r>
        <w:rPr>
          <w:rFonts w:ascii="Nirmala UI" w:hAnsi="Nirmala UI" w:eastAsia="Nirmala UI" w:cs="Nirmala UI"/>
        </w:rPr>
        <w:t>ᱢᱟᱡᱷᱨᱮ</w:t>
      </w:r>
      <w:r>
        <w:rPr>
          <w:rFonts w:ascii="Times New Roman" w:hAnsi="Times New Roman" w:eastAsia="Times New Roman" w:cs="Times New Roman"/>
        </w:rPr>
        <w:t xml:space="preserve"> </w:t>
      </w:r>
      <w:r>
        <w:rPr>
          <w:rFonts w:ascii="Nirmala UI" w:hAnsi="Nirmala UI" w:eastAsia="Nirmala UI" w:cs="Nirmala UI"/>
        </w:rPr>
        <w:t>ᱨᱮᱱᱟᱜ</w:t>
      </w:r>
      <w:r>
        <w:rPr>
          <w:rFonts w:ascii="Times New Roman" w:hAnsi="Times New Roman" w:eastAsia="Times New Roman" w:cs="Times New Roman"/>
        </w:rPr>
        <w:t xml:space="preserve"> </w:t>
      </w:r>
      <w:r>
        <w:rPr>
          <w:rFonts w:ascii="Nirmala UI" w:hAnsi="Nirmala UI" w:eastAsia="Nirmala UI" w:cs="Nirmala UI"/>
        </w:rPr>
        <w:t>ᱤᱛᱤᱦᱟᱥ</w:t>
      </w:r>
      <w:r>
        <w:rPr>
          <w:rFonts w:ascii="Times New Roman" w:hAnsi="Times New Roman" w:eastAsia="Times New Roman" w:cs="Times New Roman"/>
        </w:rPr>
        <w:t xml:space="preserve">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ᱵᱷᱤᱛᱨᱤ</w:t>
      </w:r>
      <w:r>
        <w:rPr>
          <w:rFonts w:ascii="Times New Roman" w:hAnsi="Times New Roman" w:eastAsia="Times New Roman" w:cs="Times New Roman"/>
        </w:rPr>
        <w:t xml:space="preserve"> </w:t>
      </w:r>
      <w:r>
        <w:rPr>
          <w:rFonts w:ascii="Nirmala UI" w:hAnsi="Nirmala UI" w:eastAsia="Nirmala UI" w:cs="Nirmala UI"/>
        </w:rPr>
        <w:t>ᱜᱷᱚᱴᱚᱱᱟᱠᱚ</w:t>
      </w:r>
      <w:r>
        <w:rPr>
          <w:rFonts w:ascii="Times New Roman" w:hAnsi="Times New Roman" w:eastAsia="Times New Roman" w:cs="Times New Roman"/>
        </w:rPr>
        <w:t xml:space="preserve"> </w:t>
      </w:r>
      <w:r>
        <w:rPr>
          <w:rFonts w:ascii="Nirmala UI" w:hAnsi="Nirmala UI" w:eastAsia="Nirmala UI" w:cs="Nirmala UI"/>
        </w:rPr>
        <w:t>ᱦᱚᱸ</w:t>
      </w:r>
      <w:r>
        <w:rPr>
          <w:rFonts w:ascii="Times New Roman" w:hAnsi="Times New Roman" w:eastAsia="Times New Roman" w:cs="Times New Roman"/>
        </w:rPr>
        <w:t xml:space="preserve"> </w:t>
      </w:r>
      <w:r>
        <w:rPr>
          <w:rFonts w:ascii="Nirmala UI" w:hAnsi="Nirmala UI" w:eastAsia="Nirmala UI" w:cs="Nirmala UI"/>
        </w:rPr>
        <w:t>ᱪᱤᱱᱦᱟᱹᱭᱟ।</w:t>
      </w:r>
    </w:p>
    <w:p>
      <w:pPr>
        <w:pStyle w:val="ArticleBody"/>
        <w:jc w:val="left"/>
      </w:pPr>
      <w:r>
        <w:rPr>
          <w:rFonts w:ascii="Times New Roman" w:hAnsi="Times New Roman" w:eastAsia="Times New Roman" w:cs="Times New Roman"/>
        </w:rPr>
        <w:t>Nomboro fulo i símbolo ion na panubò, kag ang kaangtanan sang mga bersikulo sa panan-awon sang Isaias siete nagabutang sing pagtalupangod sa paghangop sang kamatuoran.</w:t>
      </w:r>
    </w:p>
    <w:p>
      <w:pPr>
        <w:pStyle w:val="ArticleScripture"/>
        <w:jc w:val="left"/>
      </w:pPr>
      <w:r>
        <w:rPr>
          <w:rFonts w:ascii="Times New Roman" w:hAnsi="Times New Roman" w:eastAsia="Times New Roman" w:cs="Times New Roman"/>
        </w:rPr>
        <w:t>Amir ipan Siria ket Damasco, ken ti olo ni Damasco ket ni Rezin; ket iti uneg ti innem a pulo ket lima a tawen, madadaelto ni Efraim tapno saanton a tattao. Ket ti olo ni Efraim ket Samaria, ken ti olo ni Samaria ket ti anak ni Remalias. No saanyo a patien, pudno nga awanto ti pannakaipasdekyo. Isaias 7:8, 9.</w:t>
      </w:r>
    </w:p>
    <w:p>
      <w:pPr>
        <w:pStyle w:val="ArticleBody"/>
        <w:jc w:val="left"/>
      </w:pPr>
      <w:r>
        <w:rPr>
          <w:rFonts w:ascii="Times New Roman" w:hAnsi="Times New Roman" w:eastAsia="Times New Roman" w:cs="Times New Roman"/>
        </w:rPr>
        <w:t>Mai dzongkhag gi mtha’ khul dang rgyal po (Samaria dang Damascus; Rezin dang Remaliah’i bu Pekah) la mtshon pa’i “mgo” zhes bya ba de la yid ches mi byed na, khyed rang brtan par mi ‘gyur. Isaías kyi le’u brgyad, tshigs bcad brgyad pa’i nang gi skabs su (de ni le’u bdun dang snang ba gcig pa yin) brje ba med par spyod pa’i mtshan ma gsum po de dag go mi thub na, tshigs bcad bcu gcig nas bco lnga’i bar du Putin dang Russia ni lho phyogs kyi rgyal po yin pa ngos ‘dzin mi nus.</w:t>
      </w:r>
    </w:p>
    <w:p>
      <w:pPr>
        <w:pStyle w:val="ArticleScripture"/>
        <w:jc w:val="left"/>
      </w:pPr>
      <w:r>
        <w:rPr>
          <w:rFonts w:ascii="Times New Roman" w:hAnsi="Times New Roman" w:eastAsia="Times New Roman" w:cs="Times New Roman"/>
        </w:rPr>
        <w:t>Jichhama, nupa, Apha’n angin an chungah lui tui a kaihter ang, chak tak leh tam tak, Assuria lalpa leh a ropuina zawng zawng chu; tin, a kawng zawng zawng chungah a lo kai ang a, a pangkam zawng zawng luah khat ang: Tin, Juda ram through a kal ang; a luang khat ang a, a pelh ang, nghâwng thlengin a thleng ang; tin, a thla tein i ram zau zawng a khat ang, O Immanuel. Isaiah 8:7, 8.</w:t>
      </w:r>
    </w:p>
    <w:p>
      <w:pPr>
        <w:pStyle w:val="ArticleBody"/>
        <w:jc w:val="left"/>
      </w:pPr>
      <w:r>
        <w:rPr>
          <w:rFonts w:ascii="Times New Roman" w:hAnsi="Times New Roman" w:eastAsia="Times New Roman" w:cs="Times New Roman"/>
        </w:rPr>
        <w:t>تہ دَس آو موضوع اَکہ سیٖہ-قدمِی آزمایشُک عمل چھُ یُس آخری وقتس منز شروع گژھِتھ تہ اتوارُک قانونس پؠٹھ امتحانِی مُدت ختم گژھانٕہ پَتہ وٕژھِ۔</w:t>
      </w:r>
    </w:p>
    <w:p>
      <w:pPr>
        <w:pStyle w:val="ArticleScripture"/>
        <w:jc w:val="left"/>
      </w:pPr>
      <w:r>
        <w:rPr>
          <w:rFonts w:ascii="Times New Roman" w:hAnsi="Times New Roman" w:eastAsia="Times New Roman" w:cs="Times New Roman"/>
        </w:rPr>
        <w:t>Péy nói, “Daniel ơi, məh way mông, vênh pơc hriêh ni đã kđiêp lưm tơp sa, tơl dơm thời kỳ cuối cùng. Nhiều người sẽ được thanh sạch, được làm cho trắng, và bị thử luyện; nhưng kẻ gian ác vẫn cứ làm điều gian ác; chẳng một ai trong những kẻ gian ác sẽ hiểu; còn người khôn ngoan sẽ hiểu.” Daniel 12:9, 10.</w:t>
      </w:r>
    </w:p>
    <w:p>
      <w:pPr>
        <w:pStyle w:val="ArticleBody"/>
        <w:jc w:val="left"/>
      </w:pPr>
      <w:r>
        <w:rPr>
          <w:rFonts w:ascii="Times New Roman" w:hAnsi="Times New Roman" w:eastAsia="Times New Roman" w:cs="Times New Roman"/>
        </w:rPr>
        <w:t>“Awir a n ixaq”—ri wuj richin Daniel “nq'axïx ri tz'ib'” y xtik'ulwachij jun ux-ruq'ij ruxik'ib'anïk, achi'el ri k'utun pa “e ch'ajch'ojïx, e saqïx, xuquje' e tojtob'ëx.” Ri “eta'manel” niq'axaj, ri “itzel taq winäq” man niq'axaj ta. Ruma ri man niq'axaj ta, achi'el xuquje' ri majun aceite k'o kik'in pa ri k'utunem richin lajuj q'apoj taq ixoqi', ri' nib'ano chi e sachïx.</w:t>
      </w:r>
    </w:p>
    <w:p>
      <w:pPr>
        <w:pStyle w:val="ArticleScripture"/>
        <w:jc w:val="left"/>
      </w:pPr>
      <w:r>
        <w:rPr>
          <w:rFonts w:ascii="Times New Roman" w:hAnsi="Times New Roman" w:eastAsia="Times New Roman" w:cs="Times New Roman"/>
        </w:rPr>
        <w:t>Mi pueblo fue destruido por falta de conocimiento; por cuanto tú desechaste el conocimiento, yo también te desecharé, para que no seas mi sacerdote; puesto que olvidaste la ley de tu Dios, yo también me olvidaré de tus hijos. Oseas 4:6.</w:t>
      </w:r>
    </w:p>
    <w:p>
      <w:pPr>
        <w:pStyle w:val="ArticleBody"/>
        <w:jc w:val="left"/>
      </w:pPr>
      <w:r>
        <w:rPr>
          <w:rFonts w:ascii="Times New Roman" w:hAnsi="Times New Roman" w:eastAsia="Times New Roman" w:cs="Times New Roman"/>
        </w:rPr>
        <w:t>Awo asɛm “Me nkurɔfo” kyerɛ apam mu nkurɔfo, na saa apam mu nkurɔfo yi na wɔbɛpo wɔn na wɔasɛe wɔn esiane “nimdeɛ a wonni” nti. Kwasiada mmara a ɛwɔ United States no ne agyiraehyɛde a ɛkyerɛ baabi a wɔwerɛ fi nneɛma anaa wɔkae wɔn. “Ka Homeda no” yɛ nokware a ɛfata saa bere no mu. Ɛhɔ na wɔkae Tiro aguamanfoɔ no. Ɛhɔ nso na Onyankopɔn kae Babilon bɔne ahorow no wɔ Adiyisɛm mu.</w:t>
      </w:r>
    </w:p>
    <w:p>
      <w:pPr>
        <w:pStyle w:val="ArticleScripture"/>
        <w:jc w:val="left"/>
      </w:pPr>
      <w:r>
        <w:rPr>
          <w:rFonts w:ascii="Malgun Gothic" w:hAnsi="Malgun Gothic" w:eastAsia="Malgun Gothic" w:cs="Malgun Gothic"/>
        </w:rPr>
        <w:t>나</w:t>
      </w:r>
      <w:r>
        <w:rPr>
          <w:rFonts w:ascii="Times New Roman" w:hAnsi="Times New Roman" w:eastAsia="Times New Roman" w:cs="Times New Roman"/>
        </w:rPr>
        <w:t xml:space="preserve"> </w:t>
      </w:r>
      <w:r>
        <w:rPr>
          <w:rFonts w:ascii="Malgun Gothic" w:hAnsi="Malgun Gothic" w:eastAsia="Malgun Gothic" w:cs="Malgun Gothic"/>
        </w:rPr>
        <w:t>또</w:t>
      </w:r>
      <w:r>
        <w:rPr>
          <w:rFonts w:ascii="Times New Roman" w:hAnsi="Times New Roman" w:eastAsia="Times New Roman" w:cs="Times New Roman"/>
        </w:rPr>
        <w:t xml:space="preserve"> </w:t>
      </w:r>
      <w:r>
        <w:rPr>
          <w:rFonts w:ascii="Malgun Gothic" w:hAnsi="Malgun Gothic" w:eastAsia="Malgun Gothic" w:cs="Malgun Gothic"/>
        </w:rPr>
        <w:t>다른</w:t>
      </w:r>
      <w:r>
        <w:rPr>
          <w:rFonts w:ascii="Times New Roman" w:hAnsi="Times New Roman" w:eastAsia="Times New Roman" w:cs="Times New Roman"/>
        </w:rPr>
        <w:t xml:space="preserve"> </w:t>
      </w:r>
      <w:r>
        <w:rPr>
          <w:rFonts w:ascii="Malgun Gothic" w:hAnsi="Malgun Gothic" w:eastAsia="Malgun Gothic" w:cs="Malgun Gothic"/>
        </w:rPr>
        <w:t>음성이</w:t>
      </w:r>
      <w:r>
        <w:rPr>
          <w:rFonts w:ascii="Times New Roman" w:hAnsi="Times New Roman" w:eastAsia="Times New Roman" w:cs="Times New Roman"/>
        </w:rPr>
        <w:t xml:space="preserve"> </w:t>
      </w:r>
      <w:r>
        <w:rPr>
          <w:rFonts w:ascii="Malgun Gothic" w:hAnsi="Malgun Gothic" w:eastAsia="Malgun Gothic" w:cs="Malgun Gothic"/>
        </w:rPr>
        <w:t>하늘로부터</w:t>
      </w:r>
      <w:r>
        <w:rPr>
          <w:rFonts w:ascii="Times New Roman" w:hAnsi="Times New Roman" w:eastAsia="Times New Roman" w:cs="Times New Roman"/>
        </w:rPr>
        <w:t xml:space="preserve"> </w:t>
      </w:r>
      <w:r>
        <w:rPr>
          <w:rFonts w:ascii="Malgun Gothic" w:hAnsi="Malgun Gothic" w:eastAsia="Malgun Gothic" w:cs="Malgun Gothic"/>
        </w:rPr>
        <w:t>나는</w:t>
      </w:r>
      <w:r>
        <w:rPr>
          <w:rFonts w:ascii="Times New Roman" w:hAnsi="Times New Roman" w:eastAsia="Times New Roman" w:cs="Times New Roman"/>
        </w:rPr>
        <w:t xml:space="preserve"> </w:t>
      </w:r>
      <w:r>
        <w:rPr>
          <w:rFonts w:ascii="Malgun Gothic" w:hAnsi="Malgun Gothic" w:eastAsia="Malgun Gothic" w:cs="Malgun Gothic"/>
        </w:rPr>
        <w:t>것을</w:t>
      </w:r>
      <w:r>
        <w:rPr>
          <w:rFonts w:ascii="Times New Roman" w:hAnsi="Times New Roman" w:eastAsia="Times New Roman" w:cs="Times New Roman"/>
        </w:rPr>
        <w:t xml:space="preserve"> </w:t>
      </w:r>
      <w:r>
        <w:rPr>
          <w:rFonts w:ascii="Malgun Gothic" w:hAnsi="Malgun Gothic" w:eastAsia="Malgun Gothic" w:cs="Malgun Gothic"/>
        </w:rPr>
        <w:t>들었는데</w:t>
      </w:r>
      <w:r>
        <w:rPr>
          <w:rFonts w:ascii="Times New Roman" w:hAnsi="Times New Roman" w:eastAsia="Times New Roman" w:cs="Times New Roman"/>
        </w:rPr>
        <w:t xml:space="preserve">, </w:t>
      </w:r>
      <w:r>
        <w:rPr>
          <w:rFonts w:ascii="Malgun Gothic" w:hAnsi="Malgun Gothic" w:eastAsia="Malgun Gothic" w:cs="Malgun Gothic"/>
        </w:rPr>
        <w:t>이르기를</w:t>
      </w:r>
      <w:r>
        <w:rPr>
          <w:rFonts w:ascii="Times New Roman" w:hAnsi="Times New Roman" w:eastAsia="Times New Roman" w:cs="Times New Roman"/>
        </w:rPr>
        <w:t xml:space="preserve">, </w:t>
      </w:r>
      <w:r>
        <w:rPr>
          <w:rFonts w:ascii="Malgun Gothic" w:hAnsi="Malgun Gothic" w:eastAsia="Malgun Gothic" w:cs="Malgun Gothic"/>
        </w:rPr>
        <w:t>내</w:t>
      </w:r>
      <w:r>
        <w:rPr>
          <w:rFonts w:ascii="Times New Roman" w:hAnsi="Times New Roman" w:eastAsia="Times New Roman" w:cs="Times New Roman"/>
        </w:rPr>
        <w:t xml:space="preserve"> </w:t>
      </w:r>
      <w:r>
        <w:rPr>
          <w:rFonts w:ascii="Malgun Gothic" w:hAnsi="Malgun Gothic" w:eastAsia="Malgun Gothic" w:cs="Malgun Gothic"/>
        </w:rPr>
        <w:t>백성아</w:t>
      </w:r>
      <w:r>
        <w:rPr>
          <w:rFonts w:ascii="Times New Roman" w:hAnsi="Times New Roman" w:eastAsia="Times New Roman" w:cs="Times New Roman"/>
        </w:rPr>
        <w:t xml:space="preserve">, </w:t>
      </w:r>
      <w:r>
        <w:rPr>
          <w:rFonts w:ascii="Malgun Gothic" w:hAnsi="Malgun Gothic" w:eastAsia="Malgun Gothic" w:cs="Malgun Gothic"/>
        </w:rPr>
        <w:t>너희는</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여자에게서</w:t>
      </w:r>
      <w:r>
        <w:rPr>
          <w:rFonts w:ascii="Times New Roman" w:hAnsi="Times New Roman" w:eastAsia="Times New Roman" w:cs="Times New Roman"/>
        </w:rPr>
        <w:t xml:space="preserve"> </w:t>
      </w:r>
      <w:r>
        <w:rPr>
          <w:rFonts w:ascii="Malgun Gothic" w:hAnsi="Malgun Gothic" w:eastAsia="Malgun Gothic" w:cs="Malgun Gothic"/>
        </w:rPr>
        <w:t>나오라</w:t>
      </w:r>
      <w:r>
        <w:rPr>
          <w:rFonts w:ascii="Times New Roman" w:hAnsi="Times New Roman" w:eastAsia="Times New Roman" w:cs="Times New Roman"/>
        </w:rPr>
        <w:t xml:space="preserve">. </w:t>
      </w:r>
      <w:r>
        <w:rPr>
          <w:rFonts w:ascii="Malgun Gothic" w:hAnsi="Malgun Gothic" w:eastAsia="Malgun Gothic" w:cs="Malgun Gothic"/>
        </w:rPr>
        <w:t>이는</w:t>
      </w:r>
      <w:r>
        <w:rPr>
          <w:rFonts w:ascii="Times New Roman" w:hAnsi="Times New Roman" w:eastAsia="Times New Roman" w:cs="Times New Roman"/>
        </w:rPr>
        <w:t xml:space="preserve"> </w:t>
      </w:r>
      <w:r>
        <w:rPr>
          <w:rFonts w:ascii="Malgun Gothic" w:hAnsi="Malgun Gothic" w:eastAsia="Malgun Gothic" w:cs="Malgun Gothic"/>
        </w:rPr>
        <w:t>너희가</w:t>
      </w:r>
      <w:r>
        <w:rPr>
          <w:rFonts w:ascii="Times New Roman" w:hAnsi="Times New Roman" w:eastAsia="Times New Roman" w:cs="Times New Roman"/>
        </w:rPr>
        <w:t xml:space="preserve"> </w:t>
      </w:r>
      <w:r>
        <w:rPr>
          <w:rFonts w:ascii="Malgun Gothic" w:hAnsi="Malgun Gothic" w:eastAsia="Malgun Gothic" w:cs="Malgun Gothic"/>
        </w:rPr>
        <w:t>그의</w:t>
      </w:r>
      <w:r>
        <w:rPr>
          <w:rFonts w:ascii="Times New Roman" w:hAnsi="Times New Roman" w:eastAsia="Times New Roman" w:cs="Times New Roman"/>
        </w:rPr>
        <w:t xml:space="preserve"> </w:t>
      </w:r>
      <w:r>
        <w:rPr>
          <w:rFonts w:ascii="Malgun Gothic" w:hAnsi="Malgun Gothic" w:eastAsia="Malgun Gothic" w:cs="Malgun Gothic"/>
        </w:rPr>
        <w:t>죄에</w:t>
      </w:r>
      <w:r>
        <w:rPr>
          <w:rFonts w:ascii="Times New Roman" w:hAnsi="Times New Roman" w:eastAsia="Times New Roman" w:cs="Times New Roman"/>
        </w:rPr>
        <w:t xml:space="preserve"> </w:t>
      </w:r>
      <w:r>
        <w:rPr>
          <w:rFonts w:ascii="Malgun Gothic" w:hAnsi="Malgun Gothic" w:eastAsia="Malgun Gothic" w:cs="Malgun Gothic"/>
        </w:rPr>
        <w:t>참여하지</w:t>
      </w:r>
      <w:r>
        <w:rPr>
          <w:rFonts w:ascii="Times New Roman" w:hAnsi="Times New Roman" w:eastAsia="Times New Roman" w:cs="Times New Roman"/>
        </w:rPr>
        <w:t xml:space="preserve"> </w:t>
      </w:r>
      <w:r>
        <w:rPr>
          <w:rFonts w:ascii="Malgun Gothic" w:hAnsi="Malgun Gothic" w:eastAsia="Malgun Gothic" w:cs="Malgun Gothic"/>
        </w:rPr>
        <w:t>아니하고</w:t>
      </w:r>
      <w:r>
        <w:rPr>
          <w:rFonts w:ascii="Times New Roman" w:hAnsi="Times New Roman" w:eastAsia="Times New Roman" w:cs="Times New Roman"/>
        </w:rPr>
        <w:t xml:space="preserve"> </w:t>
      </w:r>
      <w:r>
        <w:rPr>
          <w:rFonts w:ascii="Malgun Gothic" w:hAnsi="Malgun Gothic" w:eastAsia="Malgun Gothic" w:cs="Malgun Gothic"/>
        </w:rPr>
        <w:t>그의</w:t>
      </w:r>
      <w:r>
        <w:rPr>
          <w:rFonts w:ascii="Times New Roman" w:hAnsi="Times New Roman" w:eastAsia="Times New Roman" w:cs="Times New Roman"/>
        </w:rPr>
        <w:t xml:space="preserve"> </w:t>
      </w:r>
      <w:r>
        <w:rPr>
          <w:rFonts w:ascii="Malgun Gothic" w:hAnsi="Malgun Gothic" w:eastAsia="Malgun Gothic" w:cs="Malgun Gothic"/>
        </w:rPr>
        <w:t>재앙들도</w:t>
      </w:r>
      <w:r>
        <w:rPr>
          <w:rFonts w:ascii="Times New Roman" w:hAnsi="Times New Roman" w:eastAsia="Times New Roman" w:cs="Times New Roman"/>
        </w:rPr>
        <w:t xml:space="preserve"> </w:t>
      </w:r>
      <w:r>
        <w:rPr>
          <w:rFonts w:ascii="Malgun Gothic" w:hAnsi="Malgun Gothic" w:eastAsia="Malgun Gothic" w:cs="Malgun Gothic"/>
        </w:rPr>
        <w:t>받지</w:t>
      </w:r>
      <w:r>
        <w:rPr>
          <w:rFonts w:ascii="Times New Roman" w:hAnsi="Times New Roman" w:eastAsia="Times New Roman" w:cs="Times New Roman"/>
        </w:rPr>
        <w:t xml:space="preserve"> </w:t>
      </w:r>
      <w:r>
        <w:rPr>
          <w:rFonts w:ascii="Malgun Gothic" w:hAnsi="Malgun Gothic" w:eastAsia="Malgun Gothic" w:cs="Malgun Gothic"/>
        </w:rPr>
        <w:t>아니하게</w:t>
      </w:r>
      <w:r>
        <w:rPr>
          <w:rFonts w:ascii="Times New Roman" w:hAnsi="Times New Roman" w:eastAsia="Times New Roman" w:cs="Times New Roman"/>
        </w:rPr>
        <w:t xml:space="preserve"> </w:t>
      </w:r>
      <w:r>
        <w:rPr>
          <w:rFonts w:ascii="Malgun Gothic" w:hAnsi="Malgun Gothic" w:eastAsia="Malgun Gothic" w:cs="Malgun Gothic"/>
        </w:rPr>
        <w:t>하려</w:t>
      </w:r>
      <w:r>
        <w:rPr>
          <w:rFonts w:ascii="Times New Roman" w:hAnsi="Times New Roman" w:eastAsia="Times New Roman" w:cs="Times New Roman"/>
        </w:rPr>
        <w:t xml:space="preserve"> </w:t>
      </w:r>
      <w:r>
        <w:rPr>
          <w:rFonts w:ascii="Malgun Gothic" w:hAnsi="Malgun Gothic" w:eastAsia="Malgun Gothic" w:cs="Malgun Gothic"/>
        </w:rPr>
        <w:t>함이라</w:t>
      </w:r>
      <w:r>
        <w:rPr>
          <w:rFonts w:ascii="Times New Roman" w:hAnsi="Times New Roman" w:eastAsia="Times New Roman" w:cs="Times New Roman"/>
        </w:rPr>
        <w:t xml:space="preserve">. </w:t>
      </w:r>
      <w:r>
        <w:rPr>
          <w:rFonts w:ascii="Malgun Gothic" w:hAnsi="Malgun Gothic" w:eastAsia="Malgun Gothic" w:cs="Malgun Gothic"/>
        </w:rPr>
        <w:t>그의</w:t>
      </w:r>
      <w:r>
        <w:rPr>
          <w:rFonts w:ascii="Times New Roman" w:hAnsi="Times New Roman" w:eastAsia="Times New Roman" w:cs="Times New Roman"/>
        </w:rPr>
        <w:t xml:space="preserve"> </w:t>
      </w:r>
      <w:r>
        <w:rPr>
          <w:rFonts w:ascii="Malgun Gothic" w:hAnsi="Malgun Gothic" w:eastAsia="Malgun Gothic" w:cs="Malgun Gothic"/>
        </w:rPr>
        <w:t>죄들은</w:t>
      </w:r>
      <w:r>
        <w:rPr>
          <w:rFonts w:ascii="Times New Roman" w:hAnsi="Times New Roman" w:eastAsia="Times New Roman" w:cs="Times New Roman"/>
        </w:rPr>
        <w:t xml:space="preserve"> </w:t>
      </w:r>
      <w:r>
        <w:rPr>
          <w:rFonts w:ascii="Malgun Gothic" w:hAnsi="Malgun Gothic" w:eastAsia="Malgun Gothic" w:cs="Malgun Gothic"/>
        </w:rPr>
        <w:t>하늘에까지</w:t>
      </w:r>
      <w:r>
        <w:rPr>
          <w:rFonts w:ascii="Times New Roman" w:hAnsi="Times New Roman" w:eastAsia="Times New Roman" w:cs="Times New Roman"/>
        </w:rPr>
        <w:t xml:space="preserve"> </w:t>
      </w:r>
      <w:r>
        <w:rPr>
          <w:rFonts w:ascii="Malgun Gothic" w:hAnsi="Malgun Gothic" w:eastAsia="Malgun Gothic" w:cs="Malgun Gothic"/>
        </w:rPr>
        <w:t>사무쳤고</w:t>
      </w:r>
      <w:r>
        <w:rPr>
          <w:rFonts w:ascii="Times New Roman" w:hAnsi="Times New Roman" w:eastAsia="Times New Roman" w:cs="Times New Roman"/>
        </w:rPr>
        <w:t xml:space="preserve">, </w:t>
      </w:r>
      <w:r>
        <w:rPr>
          <w:rFonts w:ascii="Malgun Gothic" w:hAnsi="Malgun Gothic" w:eastAsia="Malgun Gothic" w:cs="Malgun Gothic"/>
        </w:rPr>
        <w:t>하나님께서</w:t>
      </w:r>
      <w:r>
        <w:rPr>
          <w:rFonts w:ascii="Times New Roman" w:hAnsi="Times New Roman" w:eastAsia="Times New Roman" w:cs="Times New Roman"/>
        </w:rPr>
        <w:t xml:space="preserve"> </w:t>
      </w:r>
      <w:r>
        <w:rPr>
          <w:rFonts w:ascii="Malgun Gothic" w:hAnsi="Malgun Gothic" w:eastAsia="Malgun Gothic" w:cs="Malgun Gothic"/>
        </w:rPr>
        <w:t>그의</w:t>
      </w:r>
      <w:r>
        <w:rPr>
          <w:rFonts w:ascii="Times New Roman" w:hAnsi="Times New Roman" w:eastAsia="Times New Roman" w:cs="Times New Roman"/>
        </w:rPr>
        <w:t xml:space="preserve"> </w:t>
      </w:r>
      <w:r>
        <w:rPr>
          <w:rFonts w:ascii="Malgun Gothic" w:hAnsi="Malgun Gothic" w:eastAsia="Malgun Gothic" w:cs="Malgun Gothic"/>
        </w:rPr>
        <w:t>불의들을</w:t>
      </w:r>
      <w:r>
        <w:rPr>
          <w:rFonts w:ascii="Times New Roman" w:hAnsi="Times New Roman" w:eastAsia="Times New Roman" w:cs="Times New Roman"/>
        </w:rPr>
        <w:t xml:space="preserve"> </w:t>
      </w:r>
      <w:r>
        <w:rPr>
          <w:rFonts w:ascii="Malgun Gothic" w:hAnsi="Malgun Gothic" w:eastAsia="Malgun Gothic" w:cs="Malgun Gothic"/>
        </w:rPr>
        <w:t>기억하셨느니라</w:t>
      </w:r>
      <w:r>
        <w:rPr>
          <w:rFonts w:ascii="Times New Roman" w:hAnsi="Times New Roman" w:eastAsia="Times New Roman" w:cs="Times New Roman"/>
        </w:rPr>
        <w:t xml:space="preserve">. </w:t>
      </w:r>
      <w:r>
        <w:rPr>
          <w:rFonts w:ascii="Malgun Gothic" w:hAnsi="Malgun Gothic" w:eastAsia="Malgun Gothic" w:cs="Malgun Gothic"/>
        </w:rPr>
        <w:t>그가</w:t>
      </w:r>
      <w:r>
        <w:rPr>
          <w:rFonts w:ascii="Times New Roman" w:hAnsi="Times New Roman" w:eastAsia="Times New Roman" w:cs="Times New Roman"/>
        </w:rPr>
        <w:t xml:space="preserve"> </w:t>
      </w:r>
      <w:r>
        <w:rPr>
          <w:rFonts w:ascii="Malgun Gothic" w:hAnsi="Malgun Gothic" w:eastAsia="Malgun Gothic" w:cs="Malgun Gothic"/>
        </w:rPr>
        <w:t>너희에게</w:t>
      </w:r>
      <w:r>
        <w:rPr>
          <w:rFonts w:ascii="Times New Roman" w:hAnsi="Times New Roman" w:eastAsia="Times New Roman" w:cs="Times New Roman"/>
        </w:rPr>
        <w:t xml:space="preserve"> </w:t>
      </w:r>
      <w:r>
        <w:rPr>
          <w:rFonts w:ascii="Malgun Gothic" w:hAnsi="Malgun Gothic" w:eastAsia="Malgun Gothic" w:cs="Malgun Gothic"/>
        </w:rPr>
        <w:t>갚아</w:t>
      </w:r>
      <w:r>
        <w:rPr>
          <w:rFonts w:ascii="Times New Roman" w:hAnsi="Times New Roman" w:eastAsia="Times New Roman" w:cs="Times New Roman"/>
        </w:rPr>
        <w:t xml:space="preserve"> </w:t>
      </w:r>
      <w:r>
        <w:rPr>
          <w:rFonts w:ascii="Malgun Gothic" w:hAnsi="Malgun Gothic" w:eastAsia="Malgun Gothic" w:cs="Malgun Gothic"/>
        </w:rPr>
        <w:t>준</w:t>
      </w:r>
      <w:r>
        <w:rPr>
          <w:rFonts w:ascii="Times New Roman" w:hAnsi="Times New Roman" w:eastAsia="Times New Roman" w:cs="Times New Roman"/>
        </w:rPr>
        <w:t xml:space="preserve"> </w:t>
      </w:r>
      <w:r>
        <w:rPr>
          <w:rFonts w:ascii="Malgun Gothic" w:hAnsi="Malgun Gothic" w:eastAsia="Malgun Gothic" w:cs="Malgun Gothic"/>
        </w:rPr>
        <w:t>그대로</w:t>
      </w:r>
      <w:r>
        <w:rPr>
          <w:rFonts w:ascii="Times New Roman" w:hAnsi="Times New Roman" w:eastAsia="Times New Roman" w:cs="Times New Roman"/>
        </w:rPr>
        <w:t xml:space="preserve"> </w:t>
      </w:r>
      <w:r>
        <w:rPr>
          <w:rFonts w:ascii="Malgun Gothic" w:hAnsi="Malgun Gothic" w:eastAsia="Malgun Gothic" w:cs="Malgun Gothic"/>
        </w:rPr>
        <w:t>그에게</w:t>
      </w:r>
      <w:r>
        <w:rPr>
          <w:rFonts w:ascii="Times New Roman" w:hAnsi="Times New Roman" w:eastAsia="Times New Roman" w:cs="Times New Roman"/>
        </w:rPr>
        <w:t xml:space="preserve"> </w:t>
      </w:r>
      <w:r>
        <w:rPr>
          <w:rFonts w:ascii="Malgun Gothic" w:hAnsi="Malgun Gothic" w:eastAsia="Malgun Gothic" w:cs="Malgun Gothic"/>
        </w:rPr>
        <w:t>갚아</w:t>
      </w:r>
      <w:r>
        <w:rPr>
          <w:rFonts w:ascii="Times New Roman" w:hAnsi="Times New Roman" w:eastAsia="Times New Roman" w:cs="Times New Roman"/>
        </w:rPr>
        <w:t xml:space="preserve"> </w:t>
      </w:r>
      <w:r>
        <w:rPr>
          <w:rFonts w:ascii="Malgun Gothic" w:hAnsi="Malgun Gothic" w:eastAsia="Malgun Gothic" w:cs="Malgun Gothic"/>
        </w:rPr>
        <w:t>주고</w:t>
      </w:r>
      <w:r>
        <w:rPr>
          <w:rFonts w:ascii="Times New Roman" w:hAnsi="Times New Roman" w:eastAsia="Times New Roman" w:cs="Times New Roman"/>
        </w:rPr>
        <w:t xml:space="preserve">, </w:t>
      </w:r>
      <w:r>
        <w:rPr>
          <w:rFonts w:ascii="Malgun Gothic" w:hAnsi="Malgun Gothic" w:eastAsia="Malgun Gothic" w:cs="Malgun Gothic"/>
        </w:rPr>
        <w:t>그의</w:t>
      </w:r>
      <w:r>
        <w:rPr>
          <w:rFonts w:ascii="Times New Roman" w:hAnsi="Times New Roman" w:eastAsia="Times New Roman" w:cs="Times New Roman"/>
        </w:rPr>
        <w:t xml:space="preserve"> </w:t>
      </w:r>
      <w:r>
        <w:rPr>
          <w:rFonts w:ascii="Malgun Gothic" w:hAnsi="Malgun Gothic" w:eastAsia="Malgun Gothic" w:cs="Malgun Gothic"/>
        </w:rPr>
        <w:t>행위대로</w:t>
      </w:r>
      <w:r>
        <w:rPr>
          <w:rFonts w:ascii="Times New Roman" w:hAnsi="Times New Roman" w:eastAsia="Times New Roman" w:cs="Times New Roman"/>
        </w:rPr>
        <w:t xml:space="preserve"> </w:t>
      </w:r>
      <w:r>
        <w:rPr>
          <w:rFonts w:ascii="Malgun Gothic" w:hAnsi="Malgun Gothic" w:eastAsia="Malgun Gothic" w:cs="Malgun Gothic"/>
        </w:rPr>
        <w:t>갑절이나</w:t>
      </w:r>
      <w:r>
        <w:rPr>
          <w:rFonts w:ascii="Times New Roman" w:hAnsi="Times New Roman" w:eastAsia="Times New Roman" w:cs="Times New Roman"/>
        </w:rPr>
        <w:t xml:space="preserve"> </w:t>
      </w:r>
      <w:r>
        <w:rPr>
          <w:rFonts w:ascii="Malgun Gothic" w:hAnsi="Malgun Gothic" w:eastAsia="Malgun Gothic" w:cs="Malgun Gothic"/>
        </w:rPr>
        <w:t>갑절로</w:t>
      </w:r>
      <w:r>
        <w:rPr>
          <w:rFonts w:ascii="Times New Roman" w:hAnsi="Times New Roman" w:eastAsia="Times New Roman" w:cs="Times New Roman"/>
        </w:rPr>
        <w:t xml:space="preserve"> </w:t>
      </w:r>
      <w:r>
        <w:rPr>
          <w:rFonts w:ascii="Malgun Gothic" w:hAnsi="Malgun Gothic" w:eastAsia="Malgun Gothic" w:cs="Malgun Gothic"/>
        </w:rPr>
        <w:t>그에게</w:t>
      </w:r>
      <w:r>
        <w:rPr>
          <w:rFonts w:ascii="Times New Roman" w:hAnsi="Times New Roman" w:eastAsia="Times New Roman" w:cs="Times New Roman"/>
        </w:rPr>
        <w:t xml:space="preserve"> </w:t>
      </w:r>
      <w:r>
        <w:rPr>
          <w:rFonts w:ascii="Malgun Gothic" w:hAnsi="Malgun Gothic" w:eastAsia="Malgun Gothic" w:cs="Malgun Gothic"/>
        </w:rPr>
        <w:t>갚아</w:t>
      </w:r>
      <w:r>
        <w:rPr>
          <w:rFonts w:ascii="Times New Roman" w:hAnsi="Times New Roman" w:eastAsia="Times New Roman" w:cs="Times New Roman"/>
        </w:rPr>
        <w:t xml:space="preserve"> </w:t>
      </w:r>
      <w:r>
        <w:rPr>
          <w:rFonts w:ascii="Malgun Gothic" w:hAnsi="Malgun Gothic" w:eastAsia="Malgun Gothic" w:cs="Malgun Gothic"/>
        </w:rPr>
        <w:t>주라</w:t>
      </w:r>
      <w:r>
        <w:rPr>
          <w:rFonts w:ascii="Times New Roman" w:hAnsi="Times New Roman" w:eastAsia="Times New Roman" w:cs="Times New Roman"/>
        </w:rPr>
        <w:t xml:space="preserve">. </w:t>
      </w:r>
      <w:r>
        <w:rPr>
          <w:rFonts w:ascii="Malgun Gothic" w:hAnsi="Malgun Gothic" w:eastAsia="Malgun Gothic" w:cs="Malgun Gothic"/>
        </w:rPr>
        <w:t>그가</w:t>
      </w:r>
      <w:r>
        <w:rPr>
          <w:rFonts w:ascii="Times New Roman" w:hAnsi="Times New Roman" w:eastAsia="Times New Roman" w:cs="Times New Roman"/>
        </w:rPr>
        <w:t xml:space="preserve"> </w:t>
      </w:r>
      <w:r>
        <w:rPr>
          <w:rFonts w:ascii="Malgun Gothic" w:hAnsi="Malgun Gothic" w:eastAsia="Malgun Gothic" w:cs="Malgun Gothic"/>
        </w:rPr>
        <w:t>채워</w:t>
      </w:r>
      <w:r>
        <w:rPr>
          <w:rFonts w:ascii="Times New Roman" w:hAnsi="Times New Roman" w:eastAsia="Times New Roman" w:cs="Times New Roman"/>
        </w:rPr>
        <w:t xml:space="preserve"> </w:t>
      </w:r>
      <w:r>
        <w:rPr>
          <w:rFonts w:ascii="Malgun Gothic" w:hAnsi="Malgun Gothic" w:eastAsia="Malgun Gothic" w:cs="Malgun Gothic"/>
        </w:rPr>
        <w:t>준</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잔에</w:t>
      </w:r>
      <w:r>
        <w:rPr>
          <w:rFonts w:ascii="Times New Roman" w:hAnsi="Times New Roman" w:eastAsia="Times New Roman" w:cs="Times New Roman"/>
        </w:rPr>
        <w:t xml:space="preserve"> </w:t>
      </w:r>
      <w:r>
        <w:rPr>
          <w:rFonts w:ascii="Malgun Gothic" w:hAnsi="Malgun Gothic" w:eastAsia="Malgun Gothic" w:cs="Malgun Gothic"/>
        </w:rPr>
        <w:t>그대로</w:t>
      </w:r>
      <w:r>
        <w:rPr>
          <w:rFonts w:ascii="Times New Roman" w:hAnsi="Times New Roman" w:eastAsia="Times New Roman" w:cs="Times New Roman"/>
        </w:rPr>
        <w:t xml:space="preserve"> </w:t>
      </w:r>
      <w:r>
        <w:rPr>
          <w:rFonts w:ascii="Malgun Gothic" w:hAnsi="Malgun Gothic" w:eastAsia="Malgun Gothic" w:cs="Malgun Gothic"/>
        </w:rPr>
        <w:t>그에게</w:t>
      </w:r>
      <w:r>
        <w:rPr>
          <w:rFonts w:ascii="Times New Roman" w:hAnsi="Times New Roman" w:eastAsia="Times New Roman" w:cs="Times New Roman"/>
        </w:rPr>
        <w:t xml:space="preserve"> </w:t>
      </w:r>
      <w:r>
        <w:rPr>
          <w:rFonts w:ascii="Malgun Gothic" w:hAnsi="Malgun Gothic" w:eastAsia="Malgun Gothic" w:cs="Malgun Gothic"/>
        </w:rPr>
        <w:t>갑절로</w:t>
      </w:r>
      <w:r>
        <w:rPr>
          <w:rFonts w:ascii="Times New Roman" w:hAnsi="Times New Roman" w:eastAsia="Times New Roman" w:cs="Times New Roman"/>
        </w:rPr>
        <w:t xml:space="preserve"> </w:t>
      </w:r>
      <w:r>
        <w:rPr>
          <w:rFonts w:ascii="Malgun Gothic" w:hAnsi="Malgun Gothic" w:eastAsia="Malgun Gothic" w:cs="Malgun Gothic"/>
        </w:rPr>
        <w:t>채워</w:t>
      </w:r>
      <w:r>
        <w:rPr>
          <w:rFonts w:ascii="Times New Roman" w:hAnsi="Times New Roman" w:eastAsia="Times New Roman" w:cs="Times New Roman"/>
        </w:rPr>
        <w:t xml:space="preserve"> </w:t>
      </w:r>
      <w:r>
        <w:rPr>
          <w:rFonts w:ascii="Malgun Gothic" w:hAnsi="Malgun Gothic" w:eastAsia="Malgun Gothic" w:cs="Malgun Gothic"/>
        </w:rPr>
        <w:t>주라</w:t>
      </w:r>
      <w:r>
        <w:rPr>
          <w:rFonts w:ascii="Times New Roman" w:hAnsi="Times New Roman" w:eastAsia="Times New Roman" w:cs="Times New Roman"/>
        </w:rPr>
        <w:t xml:space="preserve">. </w:t>
      </w:r>
      <w:r>
        <w:rPr>
          <w:rFonts w:ascii="Malgun Gothic" w:hAnsi="Malgun Gothic" w:eastAsia="Malgun Gothic" w:cs="Malgun Gothic"/>
        </w:rPr>
        <w:t>요한계시록</w:t>
      </w:r>
      <w:r>
        <w:rPr>
          <w:rFonts w:ascii="Times New Roman" w:hAnsi="Times New Roman" w:eastAsia="Times New Roman" w:cs="Times New Roman"/>
        </w:rPr>
        <w:t xml:space="preserve"> 18:4–6</w:t>
      </w:r>
    </w:p>
    <w:p>
      <w:pPr>
        <w:pStyle w:val="ArticleBody"/>
        <w:jc w:val="left"/>
      </w:pPr>
      <w:r>
        <w:rPr>
          <w:rFonts w:ascii="Nirmala UI" w:hAnsi="Nirmala UI" w:eastAsia="Nirmala UI" w:cs="Nirmala UI"/>
        </w:rPr>
        <w:t>ꯃꯈꯥꯗꯨꯗ</w:t>
      </w:r>
      <w:r>
        <w:rPr>
          <w:rFonts w:ascii="Times New Roman" w:hAnsi="Times New Roman" w:eastAsia="Times New Roman" w:cs="Times New Roman"/>
        </w:rPr>
        <w:t xml:space="preserve"> </w:t>
      </w:r>
      <w:r>
        <w:rPr>
          <w:rFonts w:ascii="Nirmala UI" w:hAnsi="Nirmala UI" w:eastAsia="Nirmala UI" w:cs="Nirmala UI"/>
        </w:rPr>
        <w:t>ꯑꯗꯨꯒꯨꯝ</w:t>
      </w:r>
      <w:r>
        <w:rPr>
          <w:rFonts w:ascii="Times New Roman" w:hAnsi="Times New Roman" w:eastAsia="Times New Roman" w:cs="Times New Roman"/>
        </w:rPr>
        <w:t xml:space="preserve"> </w:t>
      </w:r>
      <w:r>
        <w:rPr>
          <w:rFonts w:ascii="Nirmala UI" w:hAnsi="Nirmala UI" w:eastAsia="Nirmala UI" w:cs="Nirmala UI"/>
        </w:rPr>
        <w:t>ꯅꯍꯥꯛꯄꯥ</w:t>
      </w:r>
      <w:r>
        <w:rPr>
          <w:rFonts w:ascii="Times New Roman" w:hAnsi="Times New Roman" w:eastAsia="Times New Roman" w:cs="Times New Roman"/>
        </w:rPr>
        <w:t xml:space="preserve"> </w:t>
      </w:r>
      <w:r>
        <w:rPr>
          <w:rFonts w:ascii="Nirmala UI" w:hAnsi="Nirmala UI" w:eastAsia="Nirmala UI" w:cs="Nirmala UI"/>
        </w:rPr>
        <w:t>ꯃꯆꯥꯁꯤꯡ</w:t>
      </w:r>
      <w:r>
        <w:rPr>
          <w:rFonts w:ascii="Times New Roman" w:hAnsi="Times New Roman" w:eastAsia="Times New Roman" w:cs="Times New Roman"/>
        </w:rPr>
        <w:t xml:space="preserve">, </w:t>
      </w:r>
      <w:r>
        <w:rPr>
          <w:rFonts w:ascii="Nirmala UI" w:hAnsi="Nirmala UI" w:eastAsia="Nirmala UI" w:cs="Nirmala UI"/>
        </w:rPr>
        <w:t>ꯅꯠꯇ꯭ꯔꯒꯥ</w:t>
      </w:r>
      <w:r>
        <w:rPr>
          <w:rFonts w:ascii="Times New Roman" w:hAnsi="Times New Roman" w:eastAsia="Times New Roman" w:cs="Times New Roman"/>
        </w:rPr>
        <w:t xml:space="preserve"> </w:t>
      </w:r>
      <w:r>
        <w:rPr>
          <w:rFonts w:ascii="Nirmala UI" w:hAnsi="Nirmala UI" w:eastAsia="Nirmala UI" w:cs="Nirmala UI"/>
        </w:rPr>
        <w:t>ꯂꯥꯑꯣꯗꯤꯁꯦꯟ</w:t>
      </w:r>
      <w:r>
        <w:rPr>
          <w:rFonts w:ascii="Times New Roman" w:hAnsi="Times New Roman" w:eastAsia="Times New Roman" w:cs="Times New Roman"/>
        </w:rPr>
        <w:t xml:space="preserve"> </w:t>
      </w:r>
      <w:r>
        <w:rPr>
          <w:rFonts w:ascii="Nirmala UI" w:hAnsi="Nirmala UI" w:eastAsia="Nirmala UI" w:cs="Nirmala UI"/>
        </w:rPr>
        <w:t>ꯑꯦꯗꯚꯦꯟꯇꯤꯁꯝꯒꯤ</w:t>
      </w:r>
      <w:r>
        <w:rPr>
          <w:rFonts w:ascii="Times New Roman" w:hAnsi="Times New Roman" w:eastAsia="Times New Roman" w:cs="Times New Roman"/>
        </w:rPr>
        <w:t xml:space="preserve"> </w:t>
      </w:r>
      <w:r>
        <w:rPr>
          <w:rFonts w:ascii="Nirmala UI" w:hAnsi="Nirmala UI" w:eastAsia="Nirmala UI" w:cs="Nirmala UI"/>
        </w:rPr>
        <w:t>ꯄ꯭ꯔꯣꯐꯦꯇꯤꯛ</w:t>
      </w:r>
      <w:r>
        <w:rPr>
          <w:rFonts w:ascii="Times New Roman" w:hAnsi="Times New Roman" w:eastAsia="Times New Roman" w:cs="Times New Roman"/>
        </w:rPr>
        <w:t xml:space="preserve"> </w:t>
      </w:r>
      <w:r>
        <w:rPr>
          <w:rFonts w:ascii="Nirmala UI" w:hAnsi="Nirmala UI" w:eastAsia="Nirmala UI" w:cs="Nirmala UI"/>
        </w:rPr>
        <w:t>ꯑꯔꯣꯏꯕ</w:t>
      </w:r>
      <w:r>
        <w:rPr>
          <w:rFonts w:ascii="Times New Roman" w:hAnsi="Times New Roman" w:eastAsia="Times New Roman" w:cs="Times New Roman"/>
        </w:rPr>
        <w:t xml:space="preserve"> </w:t>
      </w:r>
      <w:r>
        <w:rPr>
          <w:rFonts w:ascii="Nirmala UI" w:hAnsi="Nirmala UI" w:eastAsia="Nirmala UI" w:cs="Nirmala UI"/>
        </w:rPr>
        <w:t>ꯄꯨꯅ꯭ꯅ</w:t>
      </w:r>
      <w:r>
        <w:rPr>
          <w:rFonts w:ascii="Times New Roman" w:hAnsi="Times New Roman" w:eastAsia="Times New Roman" w:cs="Times New Roman"/>
        </w:rPr>
        <w:t xml:space="preserve"> </w:t>
      </w:r>
      <w:r>
        <w:rPr>
          <w:rFonts w:ascii="Nirmala UI" w:hAnsi="Nirmala UI" w:eastAsia="Nirmala UI" w:cs="Nirmala UI"/>
        </w:rPr>
        <w:t>ꯐꯨꯔꯨꯞꯑꯁꯤ</w:t>
      </w:r>
      <w:r>
        <w:rPr>
          <w:rFonts w:ascii="Times New Roman" w:hAnsi="Times New Roman" w:eastAsia="Times New Roman" w:cs="Times New Roman"/>
        </w:rPr>
        <w:t xml:space="preserve"> </w:t>
      </w:r>
      <w:r>
        <w:rPr>
          <w:rFonts w:ascii="Nirmala UI" w:hAnsi="Nirmala UI" w:eastAsia="Nirmala UI" w:cs="Nirmala UI"/>
        </w:rPr>
        <w:t>ꯊꯥꯖꯒꯠꯀꯅꯤ꯫</w:t>
      </w:r>
      <w:r>
        <w:rPr>
          <w:rFonts w:ascii="Times New Roman" w:hAnsi="Times New Roman" w:eastAsia="Times New Roman" w:cs="Times New Roman"/>
        </w:rPr>
        <w:t xml:space="preserve"> </w:t>
      </w:r>
      <w:r>
        <w:rPr>
          <w:rFonts w:ascii="Nirmala UI" w:hAnsi="Nirmala UI" w:eastAsia="Nirmala UI" w:cs="Nirmala UI"/>
        </w:rPr>
        <w:t>ꯃꯈꯥꯗꯨꯗꯤ</w:t>
      </w:r>
      <w:r>
        <w:rPr>
          <w:rFonts w:ascii="Times New Roman" w:hAnsi="Times New Roman" w:eastAsia="Times New Roman" w:cs="Times New Roman"/>
        </w:rPr>
        <w:t xml:space="preserve"> </w:t>
      </w:r>
      <w:r>
        <w:rPr>
          <w:rFonts w:ascii="Nirmala UI" w:hAnsi="Nirmala UI" w:eastAsia="Nirmala UI" w:cs="Nirmala UI"/>
        </w:rPr>
        <w:t>ꯗꯥꯅꯤꯌꯦꯜꯅ</w:t>
      </w:r>
      <w:r>
        <w:rPr>
          <w:rFonts w:ascii="Times New Roman" w:hAnsi="Times New Roman" w:eastAsia="Times New Roman" w:cs="Times New Roman"/>
        </w:rPr>
        <w:t xml:space="preserve"> </w:t>
      </w:r>
      <w:r>
        <w:rPr>
          <w:rFonts w:ascii="Nirmala UI" w:hAnsi="Nirmala UI" w:eastAsia="Nirmala UI" w:cs="Nirmala UI"/>
        </w:rPr>
        <w:t>ꯍꯥꯏꯕ</w:t>
      </w:r>
      <w:r>
        <w:rPr>
          <w:rFonts w:ascii="Times New Roman" w:hAnsi="Times New Roman" w:eastAsia="Times New Roman" w:cs="Times New Roman"/>
        </w:rPr>
        <w:t xml:space="preserve"> “</w:t>
      </w:r>
      <w:r>
        <w:rPr>
          <w:rFonts w:ascii="Nirmala UI" w:hAnsi="Nirmala UI" w:eastAsia="Nirmala UI" w:cs="Nirmala UI"/>
        </w:rPr>
        <w:t>ꯑꯐꯕ</w:t>
      </w:r>
      <w:r>
        <w:rPr>
          <w:rFonts w:ascii="Times New Roman" w:hAnsi="Times New Roman" w:eastAsia="Times New Roman" w:cs="Times New Roman"/>
        </w:rPr>
        <w:t xml:space="preserve">” </w:t>
      </w:r>
      <w:r>
        <w:rPr>
          <w:rFonts w:ascii="Nirmala UI" w:hAnsi="Nirmala UI" w:eastAsia="Nirmala UI" w:cs="Nirmala UI"/>
        </w:rPr>
        <w:t>ꯑꯁꯤꯅ</w:t>
      </w:r>
      <w:r>
        <w:rPr>
          <w:rFonts w:ascii="Times New Roman" w:hAnsi="Times New Roman" w:eastAsia="Times New Roman" w:cs="Times New Roman"/>
        </w:rPr>
        <w:t xml:space="preserve"> </w:t>
      </w:r>
      <w:r>
        <w:rPr>
          <w:rFonts w:ascii="Nirmala UI" w:hAnsi="Nirmala UI" w:eastAsia="Nirmala UI" w:cs="Nirmala UI"/>
        </w:rPr>
        <w:t>ꯃꯈꯣꯏꯅ</w:t>
      </w:r>
      <w:r>
        <w:rPr>
          <w:rFonts w:ascii="Times New Roman" w:hAnsi="Times New Roman" w:eastAsia="Times New Roman" w:cs="Times New Roman"/>
        </w:rPr>
        <w:t xml:space="preserve"> “</w:t>
      </w:r>
      <w:r>
        <w:rPr>
          <w:rFonts w:ascii="Nirmala UI" w:hAnsi="Nirmala UI" w:eastAsia="Nirmala UI" w:cs="Nirmala UI"/>
        </w:rPr>
        <w:t>ꯑꯇꯤꯌꯥ</w:t>
      </w:r>
      <w:r>
        <w:rPr>
          <w:rFonts w:ascii="Times New Roman" w:hAnsi="Times New Roman" w:eastAsia="Times New Roman" w:cs="Times New Roman"/>
        </w:rPr>
        <w:t xml:space="preserve"> </w:t>
      </w:r>
      <w:r>
        <w:rPr>
          <w:rFonts w:ascii="Nirmala UI" w:hAnsi="Nirmala UI" w:eastAsia="Nirmala UI" w:cs="Nirmala UI"/>
        </w:rPr>
        <w:t>ꯇꯧꯈꯤꯕ</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ꯎꯠꯂꯤ</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ꯃꯥꯄꯨ</w:t>
      </w:r>
      <w:r>
        <w:rPr>
          <w:rFonts w:ascii="Times New Roman" w:hAnsi="Times New Roman" w:eastAsia="Times New Roman" w:cs="Times New Roman"/>
        </w:rPr>
        <w:t xml:space="preserve"> </w:t>
      </w:r>
      <w:r>
        <w:rPr>
          <w:rFonts w:ascii="Nirmala UI" w:hAnsi="Nirmala UI" w:eastAsia="Nirmala UI" w:cs="Nirmala UI"/>
        </w:rPr>
        <w:t>ꯑꯇꯤꯌꯥ</w:t>
      </w:r>
      <w:r>
        <w:rPr>
          <w:rFonts w:ascii="Times New Roman" w:hAnsi="Times New Roman" w:eastAsia="Times New Roman" w:cs="Times New Roman"/>
        </w:rPr>
        <w:t xml:space="preserve"> </w:t>
      </w:r>
      <w:r>
        <w:rPr>
          <w:rFonts w:ascii="Nirmala UI" w:hAnsi="Nirmala UI" w:eastAsia="Nirmala UI" w:cs="Nirmala UI"/>
        </w:rPr>
        <w:t>ꯇꯧꯈꯤꯕ</w:t>
      </w:r>
      <w:r>
        <w:rPr>
          <w:rFonts w:ascii="Times New Roman" w:hAnsi="Times New Roman" w:eastAsia="Times New Roman" w:cs="Times New Roman"/>
        </w:rPr>
        <w:t xml:space="preserve"> </w:t>
      </w:r>
      <w:r>
        <w:rPr>
          <w:rFonts w:ascii="Nirmala UI" w:hAnsi="Nirmala UI" w:eastAsia="Nirmala UI" w:cs="Nirmala UI"/>
        </w:rPr>
        <w:t>ꯂꯣꯟꯁꯤꯡꯒꯤ</w:t>
      </w:r>
      <w:r>
        <w:rPr>
          <w:rFonts w:ascii="Times New Roman" w:hAnsi="Times New Roman" w:eastAsia="Times New Roman" w:cs="Times New Roman"/>
        </w:rPr>
        <w:t xml:space="preserve"> </w:t>
      </w:r>
      <w:r>
        <w:rPr>
          <w:rFonts w:ascii="Nirmala UI" w:hAnsi="Nirmala UI" w:eastAsia="Nirmala UI" w:cs="Nirmala UI"/>
        </w:rPr>
        <w:t>ꯄꯥꯟꯗꯝ</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ꯃꯥꯄꯨꯒꯤ</w:t>
      </w:r>
      <w:r>
        <w:rPr>
          <w:rFonts w:ascii="Times New Roman" w:hAnsi="Times New Roman" w:eastAsia="Times New Roman" w:cs="Times New Roman"/>
        </w:rPr>
        <w:t xml:space="preserve"> </w:t>
      </w:r>
      <w:r>
        <w:rPr>
          <w:rFonts w:ascii="Nirmala UI" w:hAnsi="Nirmala UI" w:eastAsia="Nirmala UI" w:cs="Nirmala UI"/>
        </w:rPr>
        <w:t>ꯄ꯭ꯔꯣꯐꯦꯇꯤꯛ</w:t>
      </w:r>
      <w:r>
        <w:rPr>
          <w:rFonts w:ascii="Times New Roman" w:hAnsi="Times New Roman" w:eastAsia="Times New Roman" w:cs="Times New Roman"/>
        </w:rPr>
        <w:t xml:space="preserve"> </w:t>
      </w:r>
      <w:r>
        <w:rPr>
          <w:rFonts w:ascii="Nirmala UI" w:hAnsi="Nirmala UI" w:eastAsia="Nirmala UI" w:cs="Nirmala UI"/>
        </w:rPr>
        <w:t>ꯔꯨꯜꯁ</w:t>
      </w:r>
      <w:r>
        <w:rPr>
          <w:rFonts w:ascii="Times New Roman" w:hAnsi="Times New Roman" w:eastAsia="Times New Roman" w:cs="Times New Roman"/>
        </w:rPr>
        <w:t xml:space="preserve"> </w:t>
      </w:r>
      <w:r>
        <w:rPr>
          <w:rFonts w:ascii="Nirmala UI" w:hAnsi="Nirmala UI" w:eastAsia="Nirmala UI" w:cs="Nirmala UI"/>
        </w:rPr>
        <w:t>ꯅꯠꯇ꯭ꯔꯒꯥ</w:t>
      </w:r>
      <w:r>
        <w:rPr>
          <w:rFonts w:ascii="Times New Roman" w:hAnsi="Times New Roman" w:eastAsia="Times New Roman" w:cs="Times New Roman"/>
        </w:rPr>
        <w:t xml:space="preserve"> </w:t>
      </w:r>
      <w:r>
        <w:rPr>
          <w:rFonts w:ascii="Nirmala UI" w:hAnsi="Nirmala UI" w:eastAsia="Nirmala UI" w:cs="Nirmala UI"/>
        </w:rPr>
        <w:t>ꯂꯣꯁꯤꯡ</w:t>
      </w:r>
      <w:r>
        <w:rPr>
          <w:rFonts w:ascii="Times New Roman" w:hAnsi="Times New Roman" w:eastAsia="Times New Roman" w:cs="Times New Roman"/>
        </w:rPr>
        <w:t xml:space="preserve"> </w:t>
      </w:r>
      <w:r>
        <w:rPr>
          <w:rFonts w:ascii="Nirmala UI" w:hAnsi="Nirmala UI" w:eastAsia="Nirmala UI" w:cs="Nirmala UI"/>
        </w:rPr>
        <w:t>ꯑꯁꯤꯅꯤ꯫</w:t>
      </w:r>
      <w:r>
        <w:rPr>
          <w:rFonts w:ascii="Times New Roman" w:hAnsi="Times New Roman" w:eastAsia="Times New Roman" w:cs="Times New Roman"/>
        </w:rPr>
        <w:t xml:space="preserve"> </w:t>
      </w:r>
      <w:r>
        <w:rPr>
          <w:rFonts w:ascii="Nirmala UI" w:hAnsi="Nirmala UI" w:eastAsia="Nirmala UI" w:cs="Nirmala UI"/>
        </w:rPr>
        <w:t>ꯍꯧꯖꯤꯛ</w:t>
      </w:r>
      <w:r>
        <w:rPr>
          <w:rFonts w:ascii="Times New Roman" w:hAnsi="Times New Roman" w:eastAsia="Times New Roman" w:cs="Times New Roman"/>
        </w:rPr>
        <w:t xml:space="preserve"> </w:t>
      </w:r>
      <w:r>
        <w:rPr>
          <w:rFonts w:ascii="Nirmala UI" w:hAnsi="Nirmala UI" w:eastAsia="Nirmala UI" w:cs="Nirmala UI"/>
        </w:rPr>
        <w:t>ꯃꯆꯥꯁꯤꯡ</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ꯑꯗꯨꯕꯨ</w:t>
      </w:r>
      <w:r>
        <w:rPr>
          <w:rFonts w:ascii="Times New Roman" w:hAnsi="Times New Roman" w:eastAsia="Times New Roman" w:cs="Times New Roman"/>
        </w:rPr>
        <w:t xml:space="preserve"> </w:t>
      </w:r>
      <w:r>
        <w:rPr>
          <w:rFonts w:ascii="Nirmala UI" w:hAnsi="Nirmala UI" w:eastAsia="Nirmala UI" w:cs="Nirmala UI"/>
        </w:rPr>
        <w:t>ꯃꯔꯝ</w:t>
      </w:r>
      <w:r>
        <w:rPr>
          <w:rFonts w:ascii="Times New Roman" w:hAnsi="Times New Roman" w:eastAsia="Times New Roman" w:cs="Times New Roman"/>
        </w:rPr>
        <w:t xml:space="preserve"> </w:t>
      </w:r>
      <w:r>
        <w:rPr>
          <w:rFonts w:ascii="Nirmala UI" w:hAnsi="Nirmala UI" w:eastAsia="Nirmala UI" w:cs="Nirmala UI"/>
        </w:rPr>
        <w:t>ꯑꯣꯏꯅ</w:t>
      </w:r>
      <w:r>
        <w:rPr>
          <w:rFonts w:ascii="Times New Roman" w:hAnsi="Times New Roman" w:eastAsia="Times New Roman" w:cs="Times New Roman"/>
        </w:rPr>
        <w:t xml:space="preserve"> </w:t>
      </w:r>
      <w:r>
        <w:rPr>
          <w:rFonts w:ascii="Nirmala UI" w:hAnsi="Nirmala UI" w:eastAsia="Nirmala UI" w:cs="Nirmala UI"/>
        </w:rPr>
        <w:t>ꯎꯠꯂꯤ</w:t>
      </w:r>
      <w:r>
        <w:rPr>
          <w:rFonts w:ascii="Times New Roman" w:hAnsi="Times New Roman" w:eastAsia="Times New Roman" w:cs="Times New Roman"/>
        </w:rPr>
        <w:t xml:space="preserve">, </w:t>
      </w:r>
      <w:r>
        <w:rPr>
          <w:rFonts w:ascii="Nirmala UI" w:hAnsi="Nirmala UI" w:eastAsia="Nirmala UI" w:cs="Nirmala UI"/>
        </w:rPr>
        <w:t>ꯃꯗꯨꯗ</w:t>
      </w:r>
      <w:r>
        <w:rPr>
          <w:rFonts w:ascii="Times New Roman" w:hAnsi="Times New Roman" w:eastAsia="Times New Roman" w:cs="Times New Roman"/>
        </w:rPr>
        <w:t xml:space="preserve"> </w:t>
      </w:r>
      <w:r>
        <w:rPr>
          <w:rFonts w:ascii="Nirmala UI" w:hAnsi="Nirmala UI" w:eastAsia="Nirmala UI" w:cs="Nirmala UI"/>
        </w:rPr>
        <w:t>ꯗꯥꯅꯤꯌꯦꯜꯒꯤ</w:t>
      </w:r>
      <w:r>
        <w:rPr>
          <w:rFonts w:ascii="Times New Roman" w:hAnsi="Times New Roman" w:eastAsia="Times New Roman" w:cs="Times New Roman"/>
        </w:rPr>
        <w:t xml:space="preserve"> </w:t>
      </w:r>
      <w:r>
        <w:rPr>
          <w:rFonts w:ascii="Nirmala UI" w:hAnsi="Nirmala UI" w:eastAsia="Nirmala UI" w:cs="Nirmala UI"/>
        </w:rPr>
        <w:t>ꯂꯥꯏꯔꯤꯛ</w:t>
      </w:r>
      <w:r>
        <w:rPr>
          <w:rFonts w:ascii="Times New Roman" w:hAnsi="Times New Roman" w:eastAsia="Times New Roman" w:cs="Times New Roman"/>
        </w:rPr>
        <w:t xml:space="preserve"> </w:t>
      </w:r>
      <w:r>
        <w:rPr>
          <w:rFonts w:ascii="Nirmala UI" w:hAnsi="Nirmala UI" w:eastAsia="Nirmala UI" w:cs="Nirmala UI"/>
        </w:rPr>
        <w:t>ꯍꯥꯡꯗꯣꯛꯄ</w:t>
      </w:r>
      <w:r>
        <w:rPr>
          <w:rFonts w:ascii="Times New Roman" w:hAnsi="Times New Roman" w:eastAsia="Times New Roman" w:cs="Times New Roman"/>
        </w:rPr>
        <w:t xml:space="preserve"> </w:t>
      </w:r>
      <w:r>
        <w:rPr>
          <w:rFonts w:ascii="Nirmala UI" w:hAnsi="Nirmala UI" w:eastAsia="Nirmala UI" w:cs="Nirmala UI"/>
        </w:rPr>
        <w:t>ꯃꯇꯝꯗ</w:t>
      </w:r>
      <w:r>
        <w:rPr>
          <w:rFonts w:ascii="Times New Roman" w:hAnsi="Times New Roman" w:eastAsia="Times New Roman" w:cs="Times New Roman"/>
        </w:rPr>
        <w:t xml:space="preserve"> “</w:t>
      </w:r>
      <w:r>
        <w:rPr>
          <w:rFonts w:ascii="Nirmala UI" w:hAnsi="Nirmala UI" w:eastAsia="Nirmala UI" w:cs="Nirmala UI"/>
        </w:rPr>
        <w:t>ꯈꯪꯂꯤꯕ</w:t>
      </w:r>
      <w:r>
        <w:rPr>
          <w:rFonts w:ascii="Times New Roman" w:hAnsi="Times New Roman" w:eastAsia="Times New Roman" w:cs="Times New Roman"/>
        </w:rPr>
        <w:t xml:space="preserve">” </w:t>
      </w:r>
      <w:r>
        <w:rPr>
          <w:rFonts w:ascii="Nirmala UI" w:hAnsi="Nirmala UI" w:eastAsia="Nirmala UI" w:cs="Nirmala UI"/>
        </w:rPr>
        <w:t>ꯍꯦꯟꯍꯜꯂꯛꯄ</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ꯑꯋꯥꯡꯕ</w:t>
      </w:r>
      <w:r>
        <w:rPr>
          <w:rFonts w:ascii="Times New Roman" w:hAnsi="Times New Roman" w:eastAsia="Times New Roman" w:cs="Times New Roman"/>
        </w:rPr>
        <w:t xml:space="preserve"> </w:t>
      </w:r>
      <w:r>
        <w:rPr>
          <w:rFonts w:ascii="Nirmala UI" w:hAnsi="Nirmala UI" w:eastAsia="Nirmala UI" w:cs="Nirmala UI"/>
        </w:rPr>
        <w:t>ꯃꯇꯝꯗ</w:t>
      </w:r>
      <w:r>
        <w:rPr>
          <w:rFonts w:ascii="Times New Roman" w:hAnsi="Times New Roman" w:eastAsia="Times New Roman" w:cs="Times New Roman"/>
        </w:rPr>
        <w:t xml:space="preserve"> </w:t>
      </w:r>
      <w:r>
        <w:rPr>
          <w:rFonts w:ascii="Nirmala UI" w:hAnsi="Nirmala UI" w:eastAsia="Nirmala UI" w:cs="Nirmala UI"/>
        </w:rPr>
        <w:t>ꯃꯈꯣꯏꯅ</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ꯂꯩꯇꯦ꯫</w:t>
      </w:r>
      <w:r>
        <w:rPr>
          <w:rFonts w:ascii="Times New Roman" w:hAnsi="Times New Roman" w:eastAsia="Times New Roman" w:cs="Times New Roman"/>
        </w:rPr>
        <w:t xml:space="preserve"> </w:t>
      </w:r>
      <w:r>
        <w:rPr>
          <w:rFonts w:ascii="Nirmala UI" w:hAnsi="Nirmala UI" w:eastAsia="Nirmala UI" w:cs="Nirmala UI"/>
        </w:rPr>
        <w:t>ꯗꯥꯅꯤꯌꯦꯜꯅ</w:t>
      </w:r>
      <w:r>
        <w:rPr>
          <w:rFonts w:ascii="Times New Roman" w:hAnsi="Times New Roman" w:eastAsia="Times New Roman" w:cs="Times New Roman"/>
        </w:rPr>
        <w:t xml:space="preserve"> “</w:t>
      </w:r>
      <w:r>
        <w:rPr>
          <w:rFonts w:ascii="Nirmala UI" w:hAnsi="Nirmala UI" w:eastAsia="Nirmala UI" w:cs="Nirmala UI"/>
        </w:rPr>
        <w:t>ꯋꯥꯏꯁ</w:t>
      </w:r>
      <w:r>
        <w:rPr>
          <w:rFonts w:ascii="Times New Roman" w:hAnsi="Times New Roman" w:eastAsia="Times New Roman" w:cs="Times New Roman"/>
        </w:rPr>
        <w:t xml:space="preserve">” </w:t>
      </w:r>
      <w:r>
        <w:rPr>
          <w:rFonts w:ascii="Nirmala UI" w:hAnsi="Nirmala UI" w:eastAsia="Nirmala UI" w:cs="Nirmala UI"/>
        </w:rPr>
        <w:t>ꯑꯁꯤꯒ</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ꯑꯐꯕ</w:t>
      </w:r>
      <w:r>
        <w:rPr>
          <w:rFonts w:ascii="Times New Roman" w:hAnsi="Times New Roman" w:eastAsia="Times New Roman" w:cs="Times New Roman"/>
        </w:rPr>
        <w:t xml:space="preserve">” </w:t>
      </w:r>
      <w:r>
        <w:rPr>
          <w:rFonts w:ascii="Nirmala UI" w:hAnsi="Nirmala UI" w:eastAsia="Nirmala UI" w:cs="Nirmala UI"/>
        </w:rPr>
        <w:t>ꯑꯁꯤꯒ</w:t>
      </w:r>
      <w:r>
        <w:rPr>
          <w:rFonts w:ascii="Times New Roman" w:hAnsi="Times New Roman" w:eastAsia="Times New Roman" w:cs="Times New Roman"/>
        </w:rPr>
        <w:t xml:space="preserve"> </w:t>
      </w:r>
      <w:r>
        <w:rPr>
          <w:rFonts w:ascii="Nirmala UI" w:hAnsi="Nirmala UI" w:eastAsia="Nirmala UI" w:cs="Nirmala UI"/>
        </w:rPr>
        <w:t>ꯆꯥꯡꯗꯝꯂꯤ</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ꯌꯦꯁꯨꯅ</w:t>
      </w:r>
      <w:r>
        <w:rPr>
          <w:rFonts w:ascii="Times New Roman" w:hAnsi="Times New Roman" w:eastAsia="Times New Roman" w:cs="Times New Roman"/>
        </w:rPr>
        <w:t xml:space="preserve"> “</w:t>
      </w:r>
      <w:r>
        <w:rPr>
          <w:rFonts w:ascii="Nirmala UI" w:hAnsi="Nirmala UI" w:eastAsia="Nirmala UI" w:cs="Nirmala UI"/>
        </w:rPr>
        <w:t>ꯋꯥꯏꯁ</w:t>
      </w:r>
      <w:r>
        <w:rPr>
          <w:rFonts w:ascii="Times New Roman" w:hAnsi="Times New Roman" w:eastAsia="Times New Roman" w:cs="Times New Roman"/>
        </w:rPr>
        <w:t xml:space="preserve"> </w:t>
      </w:r>
      <w:r>
        <w:rPr>
          <w:rFonts w:ascii="Nirmala UI" w:hAnsi="Nirmala UI" w:eastAsia="Nirmala UI" w:cs="Nirmala UI"/>
        </w:rPr>
        <w:t>ꯚꯔꯖꯤꯟꯁ</w:t>
      </w:r>
      <w:r>
        <w:rPr>
          <w:rFonts w:ascii="Times New Roman" w:hAnsi="Times New Roman" w:eastAsia="Times New Roman" w:cs="Times New Roman"/>
        </w:rPr>
        <w:t xml:space="preserve">” </w:t>
      </w:r>
      <w:r>
        <w:rPr>
          <w:rFonts w:ascii="Nirmala UI" w:hAnsi="Nirmala UI" w:eastAsia="Nirmala UI" w:cs="Nirmala UI"/>
        </w:rPr>
        <w:t>ꯑꯁꯤꯒ</w:t>
      </w:r>
      <w:r>
        <w:rPr>
          <w:rFonts w:ascii="Times New Roman" w:hAnsi="Times New Roman" w:eastAsia="Times New Roman" w:cs="Times New Roman"/>
        </w:rPr>
        <w:t xml:space="preserve"> “</w:t>
      </w:r>
      <w:r>
        <w:rPr>
          <w:rFonts w:ascii="Nirmala UI" w:hAnsi="Nirmala UI" w:eastAsia="Nirmala UI" w:cs="Nirmala UI"/>
        </w:rPr>
        <w:t>ꯐꯨꯂꯤꯁ</w:t>
      </w:r>
      <w:r>
        <w:rPr>
          <w:rFonts w:ascii="Times New Roman" w:hAnsi="Times New Roman" w:eastAsia="Times New Roman" w:cs="Times New Roman"/>
        </w:rPr>
        <w:t xml:space="preserve"> </w:t>
      </w:r>
      <w:r>
        <w:rPr>
          <w:rFonts w:ascii="Nirmala UI" w:hAnsi="Nirmala UI" w:eastAsia="Nirmala UI" w:cs="Nirmala UI"/>
        </w:rPr>
        <w:t>ꯚꯔꯖꯤꯟꯁ</w:t>
      </w:r>
      <w:r>
        <w:rPr>
          <w:rFonts w:ascii="Times New Roman" w:hAnsi="Times New Roman" w:eastAsia="Times New Roman" w:cs="Times New Roman"/>
        </w:rPr>
        <w:t xml:space="preserve">” </w:t>
      </w:r>
      <w:r>
        <w:rPr>
          <w:rFonts w:ascii="Nirmala UI" w:hAnsi="Nirmala UI" w:eastAsia="Nirmala UI" w:cs="Nirmala UI"/>
        </w:rPr>
        <w:t>ꯑꯁꯤꯒ</w:t>
      </w:r>
      <w:r>
        <w:rPr>
          <w:rFonts w:ascii="Times New Roman" w:hAnsi="Times New Roman" w:eastAsia="Times New Roman" w:cs="Times New Roman"/>
        </w:rPr>
        <w:t xml:space="preserve"> </w:t>
      </w:r>
      <w:r>
        <w:rPr>
          <w:rFonts w:ascii="Nirmala UI" w:hAnsi="Nirmala UI" w:eastAsia="Nirmala UI" w:cs="Nirmala UI"/>
        </w:rPr>
        <w:t>ꯆꯥꯡꯗꯝꯂꯤ꯫</w:t>
      </w:r>
      <w:r>
        <w:rPr>
          <w:rFonts w:ascii="Times New Roman" w:hAnsi="Times New Roman" w:eastAsia="Times New Roman" w:cs="Times New Roman"/>
        </w:rPr>
        <w:t xml:space="preserve"> </w:t>
      </w:r>
      <w:r>
        <w:rPr>
          <w:rFonts w:ascii="Nirmala UI" w:hAnsi="Nirmala UI" w:eastAsia="Nirmala UI" w:cs="Nirmala UI"/>
        </w:rPr>
        <w:t>ꯑꯃꯣꯁꯅ</w:t>
      </w:r>
      <w:r>
        <w:rPr>
          <w:rFonts w:ascii="Times New Roman" w:hAnsi="Times New Roman" w:eastAsia="Times New Roman" w:cs="Times New Roman"/>
        </w:rPr>
        <w:t xml:space="preserve"> </w:t>
      </w:r>
      <w:r>
        <w:rPr>
          <w:rFonts w:ascii="Nirmala UI" w:hAnsi="Nirmala UI" w:eastAsia="Nirmala UI" w:cs="Nirmala UI"/>
        </w:rPr>
        <w:t>ꯃꯈꯣꯏ</w:t>
      </w:r>
      <w:r>
        <w:rPr>
          <w:rFonts w:ascii="Times New Roman" w:hAnsi="Times New Roman" w:eastAsia="Times New Roman" w:cs="Times New Roman"/>
        </w:rPr>
        <w:t xml:space="preserve"> </w:t>
      </w:r>
      <w:r>
        <w:rPr>
          <w:rFonts w:ascii="Nirmala UI" w:hAnsi="Nirmala UI" w:eastAsia="Nirmala UI" w:cs="Nirmala UI"/>
        </w:rPr>
        <w:t>ꯃꯆꯥ</w:t>
      </w:r>
      <w:r>
        <w:rPr>
          <w:rFonts w:ascii="Times New Roman" w:hAnsi="Times New Roman" w:eastAsia="Times New Roman" w:cs="Times New Roman"/>
        </w:rPr>
        <w:t xml:space="preserve"> </w:t>
      </w:r>
      <w:r>
        <w:rPr>
          <w:rFonts w:ascii="Nirmala UI" w:hAnsi="Nirmala UI" w:eastAsia="Nirmala UI" w:cs="Nirmala UI"/>
        </w:rPr>
        <w:t>ꯑꯗꯨꯒꯨꯝ</w:t>
      </w:r>
      <w:r>
        <w:rPr>
          <w:rFonts w:ascii="Times New Roman" w:hAnsi="Times New Roman" w:eastAsia="Times New Roman" w:cs="Times New Roman"/>
        </w:rPr>
        <w:t xml:space="preserve"> </w:t>
      </w:r>
      <w:r>
        <w:rPr>
          <w:rFonts w:ascii="Nirmala UI" w:hAnsi="Nirmala UI" w:eastAsia="Nirmala UI" w:cs="Nirmala UI"/>
        </w:rPr>
        <w:t>ꯑꯃ</w:t>
      </w:r>
      <w:r>
        <w:rPr>
          <w:rFonts w:ascii="Times New Roman" w:hAnsi="Times New Roman" w:eastAsia="Times New Roman" w:cs="Times New Roman"/>
        </w:rPr>
        <w:t xml:space="preserve"> </w:t>
      </w:r>
      <w:r>
        <w:rPr>
          <w:rFonts w:ascii="Nirmala UI" w:hAnsi="Nirmala UI" w:eastAsia="Nirmala UI" w:cs="Nirmala UI"/>
        </w:rPr>
        <w:t>ꯑꯣꯏꯅ</w:t>
      </w:r>
      <w:r>
        <w:rPr>
          <w:rFonts w:ascii="Times New Roman" w:hAnsi="Times New Roman" w:eastAsia="Times New Roman" w:cs="Times New Roman"/>
        </w:rPr>
        <w:t xml:space="preserve"> “</w:t>
      </w:r>
      <w:r>
        <w:rPr>
          <w:rFonts w:ascii="Nirmala UI" w:hAnsi="Nirmala UI" w:eastAsia="Nirmala UI" w:cs="Nirmala UI"/>
        </w:rPr>
        <w:t>ꯐꯦꯔ</w:t>
      </w:r>
      <w:r>
        <w:rPr>
          <w:rFonts w:ascii="Times New Roman" w:hAnsi="Times New Roman" w:eastAsia="Times New Roman" w:cs="Times New Roman"/>
        </w:rPr>
        <w:t xml:space="preserve"> </w:t>
      </w:r>
      <w:r>
        <w:rPr>
          <w:rFonts w:ascii="Nirmala UI" w:hAnsi="Nirmala UI" w:eastAsia="Nirmala UI" w:cs="Nirmala UI"/>
        </w:rPr>
        <w:t>ꯚꯔꯖꯤꯟꯁ</w:t>
      </w:r>
      <w:r>
        <w:rPr>
          <w:rFonts w:ascii="Times New Roman" w:hAnsi="Times New Roman" w:eastAsia="Times New Roman" w:cs="Times New Roman"/>
        </w:rPr>
        <w:t xml:space="preserve">” </w:t>
      </w:r>
      <w:r>
        <w:rPr>
          <w:rFonts w:ascii="Nirmala UI" w:hAnsi="Nirmala UI" w:eastAsia="Nirmala UI" w:cs="Nirmala UI"/>
        </w:rPr>
        <w:t>ꯍꯥꯏꯅ</w:t>
      </w:r>
      <w:r>
        <w:rPr>
          <w:rFonts w:ascii="Times New Roman" w:hAnsi="Times New Roman" w:eastAsia="Times New Roman" w:cs="Times New Roman"/>
        </w:rPr>
        <w:t xml:space="preserve"> </w:t>
      </w:r>
      <w:r>
        <w:rPr>
          <w:rFonts w:ascii="Nirmala UI" w:hAnsi="Nirmala UI" w:eastAsia="Nirmala UI" w:cs="Nirmala UI"/>
        </w:rPr>
        <w:t>ꯈꯪꯍꯜꯂꯤ</w:t>
      </w:r>
      <w:r>
        <w:rPr>
          <w:rFonts w:ascii="Times New Roman" w:hAnsi="Times New Roman" w:eastAsia="Times New Roman" w:cs="Times New Roman"/>
        </w:rPr>
        <w:t xml:space="preserve">, </w:t>
      </w:r>
      <w:r>
        <w:rPr>
          <w:rFonts w:ascii="Nirmala UI" w:hAnsi="Nirmala UI" w:eastAsia="Nirmala UI" w:cs="Nirmala UI"/>
        </w:rPr>
        <w:t>ꯃꯈꯣꯏꯅ</w:t>
      </w:r>
      <w:r>
        <w:rPr>
          <w:rFonts w:ascii="Times New Roman" w:hAnsi="Times New Roman" w:eastAsia="Times New Roman" w:cs="Times New Roman"/>
        </w:rPr>
        <w:t xml:space="preserve"> </w:t>
      </w:r>
      <w:r>
        <w:rPr>
          <w:rFonts w:ascii="Nirmala UI" w:hAnsi="Nirmala UI" w:eastAsia="Nirmala UI" w:cs="Nirmala UI"/>
        </w:rPr>
        <w:t>ꯃꯥꯂꯦꯝ</w:t>
      </w:r>
      <w:r>
        <w:rPr>
          <w:rFonts w:ascii="Times New Roman" w:hAnsi="Times New Roman" w:eastAsia="Times New Roman" w:cs="Times New Roman"/>
        </w:rPr>
        <w:t xml:space="preserve"> </w:t>
      </w:r>
      <w:r>
        <w:rPr>
          <w:rFonts w:ascii="Nirmala UI" w:hAnsi="Nirmala UI" w:eastAsia="Nirmala UI" w:cs="Nirmala UI"/>
        </w:rPr>
        <w:t>ꯃꯄꯥꯟ</w:t>
      </w:r>
      <w:r>
        <w:rPr>
          <w:rFonts w:ascii="Times New Roman" w:hAnsi="Times New Roman" w:eastAsia="Times New Roman" w:cs="Times New Roman"/>
        </w:rPr>
        <w:t xml:space="preserve"> </w:t>
      </w:r>
      <w:r>
        <w:rPr>
          <w:rFonts w:ascii="Nirmala UI" w:hAnsi="Nirmala UI" w:eastAsia="Nirmala UI" w:cs="Nirmala UI"/>
        </w:rPr>
        <w:t>ꯃꯇꯥꯡꯗ</w:t>
      </w:r>
      <w:r>
        <w:rPr>
          <w:rFonts w:ascii="Times New Roman" w:hAnsi="Times New Roman" w:eastAsia="Times New Roman" w:cs="Times New Roman"/>
        </w:rPr>
        <w:t xml:space="preserve"> </w:t>
      </w:r>
      <w:r>
        <w:rPr>
          <w:rFonts w:ascii="Nirmala UI" w:hAnsi="Nirmala UI" w:eastAsia="Nirmala UI" w:cs="Nirmala UI"/>
        </w:rPr>
        <w:t>ꯑꯦꯁꯇ</w:t>
      </w:r>
      <w:r>
        <w:rPr>
          <w:rFonts w:ascii="Times New Roman" w:hAnsi="Times New Roman" w:eastAsia="Times New Roman" w:cs="Times New Roman"/>
        </w:rPr>
        <w:t xml:space="preserve">, </w:t>
      </w:r>
      <w:r>
        <w:rPr>
          <w:rFonts w:ascii="Nirmala UI" w:hAnsi="Nirmala UI" w:eastAsia="Nirmala UI" w:cs="Nirmala UI"/>
        </w:rPr>
        <w:t>ꯅꯣꯔꯠ</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ꯁꯤꯁꯤꯡꯅ</w:t>
      </w:r>
      <w:r>
        <w:rPr>
          <w:rFonts w:ascii="Times New Roman" w:hAnsi="Times New Roman" w:eastAsia="Times New Roman" w:cs="Times New Roman"/>
        </w:rPr>
        <w:t xml:space="preserve"> </w:t>
      </w:r>
      <w:r>
        <w:rPr>
          <w:rFonts w:ascii="Nirmala UI" w:hAnsi="Nirmala UI" w:eastAsia="Nirmala UI" w:cs="Nirmala UI"/>
        </w:rPr>
        <w:t>ꯃꯕꯨꯡ</w:t>
      </w:r>
      <w:r>
        <w:rPr>
          <w:rFonts w:ascii="Times New Roman" w:hAnsi="Times New Roman" w:eastAsia="Times New Roman" w:cs="Times New Roman"/>
        </w:rPr>
        <w:t xml:space="preserve"> </w:t>
      </w:r>
      <w:r>
        <w:rPr>
          <w:rFonts w:ascii="Nirmala UI" w:hAnsi="Nirmala UI" w:eastAsia="Nirmala UI" w:cs="Nirmala UI"/>
        </w:rPr>
        <w:t>ꯑꯣꯏꯔꯤꯕ</w:t>
      </w:r>
      <w:r>
        <w:rPr>
          <w:rFonts w:ascii="Times New Roman" w:hAnsi="Times New Roman" w:eastAsia="Times New Roman" w:cs="Times New Roman"/>
        </w:rPr>
        <w:t xml:space="preserve"> </w:t>
      </w:r>
      <w:r>
        <w:rPr>
          <w:rFonts w:ascii="Nirmala UI" w:hAnsi="Nirmala UI" w:eastAsia="Nirmala UI" w:cs="Nirmala UI"/>
        </w:rPr>
        <w:t>ꯄ꯭ꯔꯣꯐꯦꯇꯤꯛ</w:t>
      </w:r>
      <w:r>
        <w:rPr>
          <w:rFonts w:ascii="Times New Roman" w:hAnsi="Times New Roman" w:eastAsia="Times New Roman" w:cs="Times New Roman"/>
        </w:rPr>
        <w:t xml:space="preserve"> </w:t>
      </w:r>
      <w:r>
        <w:rPr>
          <w:rFonts w:ascii="Nirmala UI" w:hAnsi="Nirmala UI" w:eastAsia="Nirmala UI" w:cs="Nirmala UI"/>
        </w:rPr>
        <w:t>ꯄꯥꯎꯖꯦꯜ</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ꯐꯪꯕ</w:t>
      </w:r>
      <w:r>
        <w:rPr>
          <w:rFonts w:ascii="Times New Roman" w:hAnsi="Times New Roman" w:eastAsia="Times New Roman" w:cs="Times New Roman"/>
        </w:rPr>
        <w:t xml:space="preserve"> </w:t>
      </w:r>
      <w:r>
        <w:rPr>
          <w:rFonts w:ascii="Nirmala UI" w:hAnsi="Nirmala UI" w:eastAsia="Nirmala UI" w:cs="Nirmala UI"/>
        </w:rPr>
        <w:t>ꯉꯝꯗꯦ꯫</w:t>
      </w:r>
    </w:p>
    <w:p>
      <w:pPr>
        <w:pStyle w:val="ArticleScripture"/>
        <w:jc w:val="left"/>
      </w:pPr>
      <w:r>
        <w:rPr>
          <w:rFonts w:ascii="Times New Roman" w:hAnsi="Times New Roman" w:eastAsia="Times New Roman" w:cs="Times New Roman"/>
        </w:rPr>
        <w:t>«Қараңдар, күндер келеді, — дейді Жаратушы Ие, — Мен осы жерге аштық жіберемін; бірақ ол нанның аштығы емес, судың шөлі де емес, Жаратқан Иенің сөздерін естудің аштығы болады. Сонда олар теңізден теңізге дейін, солтүстіктен шығысқа дейін сенделіп жүріп, Жаратқан Иенің сөзін іздеп ары-бері жүгірер, бірақ таба алмайды. Сол күні көркем қыздар мен жас жігіттер шөлден талып қалады. Самарияның күнәсімен ант етіп: “Уа, Дан, сенің тәңірің тірі”, — дейтіндер және: “Беэр-Шебаның жолы тірі”, — дейтіндер — солардың өзі құлап, енді қайта тұрмайды». Амос 8:11–14.</w:t>
      </w:r>
    </w:p>
    <w:p>
      <w:pPr>
        <w:pStyle w:val="ArticleBody"/>
        <w:jc w:val="left"/>
      </w:pPr>
      <w:r>
        <w:rPr>
          <w:rFonts w:ascii="Times New Roman" w:hAnsi="Times New Roman" w:eastAsia="Times New Roman" w:cs="Times New Roman"/>
        </w:rPr>
        <w:t>Nhayɛe a wonntumi nhu no, wɔgyina hɔ ma beae a wɔrehwehwɛ no bere a “wɔretu fi po so akɔ po so, na efi atifi kosi apuei fam.” Amos ka sɛ “mmabaa ahoɔfɛfo” yi wɔ “ɛkɔm” mu a ɛfa “Awurade Asɛm” a wotie ho, na sɛ “da no mu wobetu mmirika akɔneaba de ahwehwɛ Awurade asɛm, nanso wonnhu.” Nhayɛe a wɔyii ano fii Daniel nhoma no mu wɔ awiei bere no mu wɔ 1989 mu de maa kɔmaa kyerɛwsɛm a ɛwɔ nkyekyɛm aduanan ne ɔfa du a ɛwɔ ti dubaako no so no, wɔatwa no tiawa wɔ ti dubaako no nkyekyɛm abien a etwa to no mu.</w:t>
      </w:r>
    </w:p>
    <w:p>
      <w:pPr>
        <w:pStyle w:val="ArticleScripture"/>
        <w:jc w:val="left"/>
      </w:pPr>
      <w:r>
        <w:rPr>
          <w:rFonts w:ascii="Times New Roman" w:hAnsi="Times New Roman" w:eastAsia="Times New Roman" w:cs="Times New Roman"/>
        </w:rPr>
        <w:t>بَلْ تُزْعِجُهُ أَخْبَارٌ مِنَ ٱلْمَشْرِقِ وَمِنَ ٱلشِّمَالِ؛ فَيَخْرُجُ بِغَضَبٍ عَظِيمٍ لِيُهْلِكَ وَلِيُفْنِيَ كَثِيرِينَ بِالْكُلِّيَّةِ. وَيَغْرِسُ خِيَامَ قَصْرِهِ بَيْنَ ٱلْبِحَارِ فِي ٱلْجَبَلِ ٱلْمَجِيدِ ٱلْمُقَدَّسِ؛ ثُمَّ يَبْلُغُ نِهَايَتَهُ وَلَا يُعِينُهُ أَحَدٌ. دانيال 11:44، 45.</w:t>
      </w:r>
    </w:p>
    <w:p>
      <w:pPr>
        <w:pStyle w:val="ArticleBody"/>
        <w:jc w:val="left"/>
      </w:pPr>
      <w:r>
        <w:rPr>
          <w:rFonts w:ascii="Times New Roman" w:hAnsi="Times New Roman" w:eastAsia="Times New Roman" w:cs="Times New Roman"/>
        </w:rPr>
        <w:t>Ang mga hangal, magaganda at masasamang dalaga na kulang sa langis, ang mensahe ng silangan, hilaga at mga dagat na tumanggi sa kaalaman at sa tipan at Kautusan ng Diyos, ay inaalaala ng Diyos sa panahon ng batas ukol sa Linggo. Tatlong labanan ang inilalarawan sa talata sampu hanggang labinlima. Pinaghihiwalay ko ang tatlong labanang ito sa tatlong kasaysayan, ngunit ang mga ito ay isa ring linya kapag isinasaalang-alang nang magkakasama, sapagkat binubuksan ng talata sampu ang “panahon ng kawakasan” at samakatuwid ay pinasisimulan ang isang tatlong-yugtong proseso ng pagsubok.</w:t>
      </w:r>
    </w:p>
    <w:p>
      <w:pPr>
        <w:pStyle w:val="ArticleBody"/>
        <w:jc w:val="left"/>
      </w:pPr>
      <w:r>
        <w:rPr>
          <w:rFonts w:ascii="Times New Roman" w:hAnsi="Times New Roman" w:eastAsia="Times New Roman" w:cs="Times New Roman"/>
        </w:rPr>
        <w:t>دەهاشەمین آیەت پەیوەندی بە حەوت جارەکانی لاویان ٢٦ هەیە، و لەبەر ئەوەش بە بنەماکانی ئەدفێنتیزم و کاری ویلیام میلەر دەبەسترێت. هەنگاوی دووەم لە سێ هەنگاوەکە تاقیکردنەوەیەکی بینراوە کە دەستی پێ کرد کاتێک ڕووناکیی آیەتی یازدە و جەنگی ئۆکرانیا کراوەوە. تاقیکردنەوەی دووەم بینراوە و نوێنەرایەتیی تاقیکردنەوەیەک دەکات سەبارەت بە توانامان بۆ ناسینەوەی ڕووداوەکانی ئێستا لە ڕووناکیی وشەی پێشبینیی خودا. تاقیکردنەوەی سێیەم شەڕی پانیۆمە لە آیەتی پازدە، کە ناوی شیمۆن بارجۆنا گۆڕدرا بۆ پەتروس، و بەو شێوەیە نیشانەی مۆرکردنی سەد و چل و چوار هەزار بوو تەواو پێش داخستنی دەرگای تۆبە لە یاسای یەکشەممەی آیەتی شانزە.</w:t>
      </w:r>
    </w:p>
    <w:p>
      <w:pPr>
        <w:pStyle w:val="ArticleBody"/>
        <w:jc w:val="left"/>
      </w:pPr>
      <w:r>
        <w:rPr>
          <w:rFonts w:ascii="Times New Roman" w:hAnsi="Times New Roman" w:eastAsia="Times New Roman" w:cs="Times New Roman"/>
        </w:rPr>
        <w:t>Na yittekki noonu Antiocus Magnus feeñ ci benn bu nekk ci ñetti xeex yi aaya fukk, fukk ak benn ak fukk ak juróom ñaari teewal, kon itam gis nañu ci jaar-jaaru aaya juróom ñent ba fukk ak juróom benn génn ak suulug yonent bu dëggul bi ci kaadug waxi jëmmi yoonu Bibil bi.</w:t>
      </w:r>
    </w:p>
    <w:p>
      <w:pPr>
        <w:pStyle w:val="ArticleBody"/>
        <w:jc w:val="left"/>
      </w:pPr>
      <w:r>
        <w:rPr>
          <w:rFonts w:ascii="Times New Roman" w:hAnsi="Times New Roman" w:eastAsia="Times New Roman" w:cs="Times New Roman"/>
        </w:rPr>
        <w:t>Verse i haa afur beekkun, kaʼuu fi kufaatii humna bineensicha mulʼisu. Verse sagalii fi kudhan ammoo, akkaataa kanaan, wal duraa duubaan bara 1798 fi 1989 adda baasu; kana gochuudhaanis, verse sagalii irraa kaasee hamma kudha jahaatti kaʼuu fi kufaatii raajii sobaa mulʼisu. Verse afurtamni hanga afurtamii shaniitti kaʼuu fi kufaatii bineensichaa agarsiisu. Verse sagalii fi kudhanis yeroo xumuraa lameen verse afurtamaa keessa jiran bara 1798 fi 1989 wajjin walsimu.</w:t>
      </w:r>
    </w:p>
    <w:p>
      <w:pPr>
        <w:pStyle w:val="ArticleBody"/>
        <w:jc w:val="left"/>
      </w:pPr>
      <w:r>
        <w:rPr>
          <w:rFonts w:ascii="Times New Roman" w:hAnsi="Times New Roman" w:eastAsia="Times New Roman" w:cs="Times New Roman"/>
        </w:rPr>
        <w:t>Egmaa White nu “yeroo dhumaa” sirriitti hubachuu dhabuun raajiiwwan eessatti hojii irra oolchuu akka qaban irratti jeequmsa akka uumu ifatti nu beeksisti.</w:t>
      </w:r>
    </w:p>
    <w:p>
      <w:pPr>
        <w:pStyle w:val="ArticleScripture"/>
        <w:jc w:val="left"/>
      </w:pPr>
      <w:r>
        <w:rPr>
          <w:rFonts w:ascii="Times New Roman" w:hAnsi="Times New Roman" w:eastAsia="Times New Roman" w:cs="Times New Roman"/>
        </w:rPr>
        <w:t>“Llapanmi kanan p’unchaykunapi, 1897 watapi, chayllatata ruwashanku, imaraykuchus mana experienciayuqchu karqanku pruebay mensajepi, ñawpaq kaq, iskay kaq, kinsa kaq angelkunaq mensajenkunapi hap’iqasqa. Wakinkunaqa Qhelqakunasimita maskhashanku kay mensajekuna manaraq hamuq p’unchaykunapi kasqankuta rikuchiq pruebata tarinankupaq. Paykunaqa mensajekunaq cheqaq kasqanta huñunku, ichaqa mana allin churasqanmanchu churanku profetap willakuyninpa historiampi. Chayraykun hina kaqkunaqa runakunata pantachinankupaq peligroypi kashanku mensajekunata maypi churana kasqanmanta. Manan rikunkuchu, unanchankuchu tukukuy pacha ima tiempomanta kasqanta, nitaq maypicha kay mensajekunata churana kasqanta. Diospa p’unchayninqa pakasqa puriyninwan hamushan, ichaqa yachaysapa nisqa, hatun runakunaqa ‘aswan hanaq yachaymanta’ rimarishanku, chayta finite runakunamanta paqarisqanta yuyaspa. Manan reqsinkuchu Cristoq hamuyninpa señalkunata, nitaq kay pachaq tukukuyninpa señalkunata.” Sermons and Talks, volume 1, 290.</w:t>
      </w:r>
    </w:p>
    <w:p>
      <w:pPr>
        <w:pStyle w:val="ArticleBody"/>
        <w:jc w:val="left"/>
      </w:pPr>
      <w:r>
        <w:rPr>
          <w:rFonts w:ascii="Times New Roman" w:hAnsi="Times New Roman" w:eastAsia="Times New Roman" w:cs="Times New Roman"/>
        </w:rPr>
        <w:t>Yutan dées ukát “panawen ti panungpalan,” ket adda sumagmamano a “panawen dagiti panungpalan” a naipakdaar idiay kapitulo onse. No saanyo a “makita ken maawatan” ti “panawen dagiti panungpalan” idiay kapitulo onse, saanyo a maammoan no kaano a “maikabil dagiti mensahe.” Kuna na, “adda dagidiay nga agsapsapul iti Sursurat,” ket kas iti amin a mammadto, dagiti sasaona ket maiturong kadagiti maudi nga aldaw; isu a kadagiti maudi nga aldaw, dagidiay a tudtudoenna ket maysa a bunggoy a saan a makaawat iti panawen ti panungpalan, isu met laeng ti “napintas a virgines” ni Amos a matnag ket danton agungar manen.</w:t>
      </w:r>
    </w:p>
    <w:p>
      <w:pPr>
        <w:pStyle w:val="ArticleBody"/>
        <w:jc w:val="left"/>
      </w:pPr>
      <w:r>
        <w:rPr>
          <w:rFonts w:ascii="Times New Roman" w:hAnsi="Times New Roman" w:eastAsia="Times New Roman" w:cs="Times New Roman"/>
        </w:rPr>
        <w:t>En el capítulo once, versículo uno, Darío y Ciro están juntos para señalar el tiempo del fin en 1989. Cuando Ptolomeo fue a Babilonia y llevó cautivo a Egipto al rey del norte en 246 a. C., prefigurando a su vez 1798, tal como se representa en los versículos siete al nueve, era un “tiempo del fin”. El versículo diez es el “tiempo del fin” en 1989.</w:t>
      </w:r>
    </w:p>
    <w:p>
      <w:pPr>
        <w:pStyle w:val="ArticleBody"/>
        <w:jc w:val="left"/>
      </w:pPr>
      <w:r>
        <w:rPr>
          <w:rFonts w:ascii="Times New Roman" w:hAnsi="Times New Roman" w:eastAsia="Times New Roman" w:cs="Times New Roman"/>
        </w:rPr>
        <w:t>1798 ne Israeḷa gím ñoror maŋgala ake waññi 723 BC-e taññ aareeñña miɗin ḏiggirta gallenna noora kezitich 2520 ammate goofa. 1260 ammat giddo ishala 538-e paapasee 1260 ammat mootidino, haga 1798 gakkana. 1798 “wodee goofa” ne, ayssero izi laappun wodeta goofa, qassi 1260 ammateta goofa, qassi Danieela merafee 12 giddo de7iya 1290 ammateta goofa. 1798 “wodee goofa” ne; hega gisho 538-ikka “wodee goofa” ne. 538 ne paagaaniizmee Xoossaa Beeta Maqdasaa qassi A isaa 1260 ammat tiifitida wodiya goofa; he wodee paapasummaan hegaappe guyye issi oosuwa, issi ammat qooden oottanaappe kasetidi.</w:t>
      </w:r>
    </w:p>
    <w:p>
      <w:pPr>
        <w:pStyle w:val="ArticleBody"/>
        <w:jc w:val="left"/>
      </w:pPr>
      <w:r>
        <w:rPr>
          <w:rFonts w:ascii="Times New Roman" w:hAnsi="Times New Roman" w:eastAsia="Times New Roman" w:cs="Times New Roman"/>
        </w:rPr>
        <w:t>538 kitiltipan Papadokta, ketichiwa señalan Papadokta kutin chayllata Domingo ley tiempopi yapamanta kallpachisqa kasqanta. Domingo leyqa “pacha tukukuy” nisqanta reqsichin. Chayrayku, chunka suqniyuq versículopi, hinallataq huk versículopi, qanchis manta isqun versículokama, hinallataq chunka versículopi, llapankunam “pacha tukukuy” nisqanta señalan. Kay chiqaqtaqa chay willakuykunata maypim churana kasqanta yachaqkuna entiendenan tiyan. Pompeyoqa chunka suqniyuq versículota hunt’arqan Jerusalén llaqta hap’isqanwan. Paypa qhepanta hamurqanku Julio César, Augusto César, Tiberio César. Jesuspa naceyninqa huk “pacha tukukuy” karqan, hinaspataq Augusto Césarpa tiemponpi pasakurqan.</w:t>
      </w:r>
    </w:p>
    <w:p>
      <w:pPr>
        <w:pStyle w:val="ArticleScripture"/>
        <w:jc w:val="left"/>
      </w:pPr>
      <w:r>
        <w:rPr>
          <w:rFonts w:ascii="Times New Roman" w:hAnsi="Times New Roman" w:eastAsia="Times New Roman" w:cs="Times New Roman"/>
        </w:rPr>
        <w:t>Chaymiqa hatarinqa kamachikuyninpi impuestokunata mañaq, qhapaq kayninpi reinoq sumaq kayninpi; ichaqa aslla p’unchaykunamanta qhipamanqa chinkachisqa kanqa, mana phiñakuypi, mana maqanakuy pichu. Daniel 11:20.</w:t>
      </w:r>
    </w:p>
    <w:p>
      <w:pPr>
        <w:pStyle w:val="ArticleBody"/>
        <w:jc w:val="left"/>
      </w:pPr>
      <w:r>
        <w:rPr>
          <w:rFonts w:ascii="Times New Roman" w:hAnsi="Times New Roman" w:eastAsia="Times New Roman" w:cs="Times New Roman"/>
        </w:rPr>
        <w:t>Аят двадцатый дополняет перечень «времени концов» в одиннадцатой главе; то же относится и к Тиверию Кесарю, который правил во время распятия Христа.</w:t>
      </w:r>
    </w:p>
    <w:p>
      <w:pPr>
        <w:pStyle w:val="ArticleScripture"/>
        <w:jc w:val="left"/>
      </w:pPr>
      <w:r>
        <w:rPr>
          <w:rFonts w:ascii="Times New Roman" w:hAnsi="Times New Roman" w:eastAsia="Times New Roman" w:cs="Times New Roman"/>
        </w:rPr>
        <w:t>Waa namni jibbisiisaan iddoo isaa ni dhaabbata; isaaf ulfinni mootummaa hin kennamu; inni garuu nagaan ni seena, mootummaa immoo soba mi’aawaa fi arrabsoo laafaan ni dhuunfata. Humnoonni akka lolaa irraa yaa’u isa duraa ni lolaafamu, ni caccabdus; eeyyee, illee mootii kakuu sana. Daani’el 11:21, 22.</w:t>
      </w:r>
    </w:p>
    <w:p>
      <w:pPr>
        <w:pStyle w:val="ArticleBody"/>
        <w:jc w:val="left"/>
      </w:pPr>
      <w:r>
        <w:rPr>
          <w:rFonts w:ascii="Times New Roman" w:hAnsi="Times New Roman" w:eastAsia="Times New Roman" w:cs="Times New Roman"/>
        </w:rPr>
        <w:t>La cruz se halla en el centro de la semana profética que Cristo vino a confirmar con muchos.</w:t>
      </w:r>
    </w:p>
    <w:p>
      <w:pPr>
        <w:pStyle w:val="ArticleScripture"/>
        <w:jc w:val="left"/>
      </w:pPr>
      <w:r>
        <w:rPr>
          <w:rFonts w:ascii="Times New Roman" w:hAnsi="Times New Roman" w:eastAsia="Times New Roman" w:cs="Times New Roman"/>
        </w:rPr>
        <w:t>Atiqmiñan phuqhachinqa achkakunawan huk semanaq kamachikuyninta; semana chawpipitaq sacrificiota, ofrendatawan sayachinqa; millay mana alli ruraykunap mast’arikuyninraykutaq ch’usaqyachisqa kanqa, tukuyninkama; chay kamachisqa castigoqmi ch’usaqyachisqa pataman ichakunqa. Daniel 9:27.</w:t>
      </w:r>
    </w:p>
    <w:p>
      <w:pPr>
        <w:pStyle w:val="ArticleBody"/>
        <w:jc w:val="left"/>
      </w:pPr>
      <w:r>
        <w:rPr>
          <w:rFonts w:ascii="Times New Roman" w:hAnsi="Times New Roman" w:eastAsia="Times New Roman" w:cs="Times New Roman"/>
        </w:rPr>
        <w:t>E semanapa taypipi, qallariyniyoqmi hinaspa tukukuyniyoqmi kachkan; ñawpaq chunka iskay pachak soqtachunka pichqa chunka p’unchaykuna tukukurqan maypichus qhepa chunka iskay pachak soqtachunka pichqa chunka p’unchaykuna qallarikurqan chayllapi. Chay semanaqa qanchis tiempokunawan tupachkan, chaykunaqa norte suyupaq ayllun contra ch’iqiy kasqanta rikuchirqan; chay aylluqa iskayninta paganismo-ta papalismo-tawan sut’icharqan, paykunataq santuario-ta hinaspa ejercito-ta saruchkasqankuwan.</w:t>
      </w:r>
    </w:p>
    <w:p>
      <w:pPr>
        <w:pStyle w:val="ArticleScripture"/>
        <w:jc w:val="left"/>
      </w:pPr>
      <w:r>
        <w:rPr>
          <w:rFonts w:ascii="Times New Roman" w:hAnsi="Times New Roman" w:eastAsia="Times New Roman" w:cs="Times New Roman"/>
        </w:rPr>
        <w:t>Ана сунда мән бир муқәддәсниң сөзләватқанлиғини аңлидим; йәнә бир муқәддәс шу сөзлигән мәлум муқәддәскә: «Даимий қурбанлиқ, вәйран қилғучи таҗавуз тоғрилиқ болған бу көрүниш қачанғичә давам қилиду? Муқәддәс җай билән қошунниң аяқ асти қилинишиғичә қачан?» деди. Даниял 8:13.</w:t>
      </w:r>
    </w:p>
    <w:p>
      <w:pPr>
        <w:pStyle w:val="ArticleBody"/>
        <w:jc w:val="left"/>
      </w:pPr>
      <w:r>
        <w:rPr>
          <w:rFonts w:ascii="Times New Roman" w:hAnsi="Times New Roman" w:eastAsia="Times New Roman" w:cs="Times New Roman"/>
        </w:rPr>
        <w:t>538-ը «վերջի ժամանակ» է, և այն համապատասխանում է խաչին, որը նույնպես մարգարեական մի ժամանակաշրջանի ավարտն է։ 538-ը և խաչը ներկայացնում են երկու վկա, որ մարգարեության թե՛ սկիզբը, թե՛ ավարտը մարգարեաբար նշանավորվում են որպես «վերջի ժամանակ»։</w:t>
      </w:r>
    </w:p>
    <w:p>
      <w:pPr>
        <w:pStyle w:val="ArticleBody"/>
        <w:jc w:val="left"/>
      </w:pPr>
      <w:r>
        <w:rPr>
          <w:rFonts w:ascii="Times New Roman" w:hAnsi="Times New Roman" w:eastAsia="Times New Roman" w:cs="Times New Roman"/>
        </w:rPr>
        <w:t>Аятҳои бисту як ва бисту ду, ояти бист, ояти шонздаҳ, ояти даҳ, оятҳои ҳафт то нӯҳ ва ояти як ҳама «замони поён»-ро нишон медиҳанд. Ояти бисту се иттиҳодеро муайян мекунад, ки яҳудиёни Маккабӣ бо Руми бутпараст дар солҳои 161 то 158 то милод баста буданд. Таърихи Сулолаи Ҳасмӯнӣ аз набарди нахустини онҳо то анҷоми он дар вайроншавии Ерусалим дар соли 70 милодӣ, протестантизми муртадро дар Иёлоти Муттаҳида, ки аз соли 1844 — анҷоми як пешгӯии замонӣ ва бинобар ин «замони поён» — оғоз мегардад ва бо қонуни якшанбе, ки бо соли 70 милодӣ муаррифӣ шудааст, ба поён мерасад, намояндагӣ мекунад.</w:t>
      </w:r>
    </w:p>
    <w:p>
      <w:pPr>
        <w:pStyle w:val="ArticleBody"/>
        <w:jc w:val="left"/>
      </w:pPr>
      <w:r>
        <w:rPr>
          <w:rFonts w:ascii="Times New Roman" w:hAnsi="Times New Roman" w:eastAsia="Times New Roman" w:cs="Times New Roman"/>
        </w:rPr>
        <w:t>A vèrs vinti-tres ta identifikâ un «témpu du fin» na 167 a.C. na batalya di Modein y tanbé na 70 d.C., dus di es tipifikandu respektivamenti 1844 y a lei di duminhu. A vèrs vinti-tres, us vèrs vinti-un y vinti-dus, a vèrs vinti, a vèrs diziséis, a vèrs déz, us vèrs sieti ti nôvi y a vèrs un, tudu es ta marâ e «témpu du fin».</w:t>
      </w:r>
    </w:p>
    <w:p>
      <w:pPr>
        <w:pStyle w:val="ArticleBody"/>
        <w:jc w:val="left"/>
      </w:pPr>
      <w:r>
        <w:rPr>
          <w:rFonts w:ascii="Times New Roman" w:hAnsi="Times New Roman" w:eastAsia="Times New Roman" w:cs="Times New Roman"/>
        </w:rPr>
        <w:t>Ӧнчинчӧрдүгээр эшлэл нь харь шүтлэгт Ромын гурван зуун жаран жилийн ноёрхлыг заан тэмдэглэж, ийнхүү МЭӨ 31 онд эхэлж, 330 онд төгсөх тэр үеийг хоёуланг нь “эцсүүдийн цаг” хэмээн тодорхойлж байна. Хорин долоодугаар болон хорин есдүгээр эшлэлүүд нь тэр үеийн эхлэл ба төгсгөлийг хоёуланг нь заан тэмдэглэдэг тул хорин дөрөвдүгээр эшлэл, хорин долоодугаар эшлэл, хорин есдүгээр эшлэл, хорин гуравдугаар эшлэл, хорин нэг ба хорин хоёрдугаар эшлэлүүд, хорьдугаар эшлэл, арван зургадугаар эшлэл, аравдугаар эшлэл, долоогоос есдүгээр эшлэлүүд, мөн нэгдүгээр эшлэл бүгдээрээ “эцсийн цаг”-ийг заан тэмдэглэж байна.</w:t>
      </w:r>
    </w:p>
    <w:p>
      <w:pPr>
        <w:pStyle w:val="ArticleBody"/>
        <w:jc w:val="left"/>
      </w:pPr>
      <w:r>
        <w:rPr>
          <w:rFonts w:ascii="Nirmala UI" w:hAnsi="Nirmala UI" w:eastAsia="Nirmala UI" w:cs="Nirmala UI"/>
        </w:rPr>
        <w:t>ᱯᱚᱱᱮᱭᱟ</w:t>
      </w:r>
      <w:r>
        <w:rPr>
          <w:rFonts w:ascii="Times New Roman" w:hAnsi="Times New Roman" w:eastAsia="Times New Roman" w:cs="Times New Roman"/>
        </w:rPr>
        <w:t xml:space="preserve"> </w:t>
      </w:r>
      <w:r>
        <w:rPr>
          <w:rFonts w:ascii="Nirmala UI" w:hAnsi="Nirmala UI" w:eastAsia="Nirmala UI" w:cs="Nirmala UI"/>
        </w:rPr>
        <w:t>ᱟᱨ</w:t>
      </w:r>
      <w:r>
        <w:rPr>
          <w:rFonts w:ascii="Times New Roman" w:hAnsi="Times New Roman" w:eastAsia="Times New Roman" w:cs="Times New Roman"/>
        </w:rPr>
        <w:t xml:space="preserve"> </w:t>
      </w:r>
      <w:r>
        <w:rPr>
          <w:rFonts w:ascii="Nirmala UI" w:hAnsi="Nirmala UI" w:eastAsia="Nirmala UI" w:cs="Nirmala UI"/>
        </w:rPr>
        <w:t>ᱢᱤᱫ</w:t>
      </w:r>
      <w:r>
        <w:rPr>
          <w:rFonts w:ascii="Times New Roman" w:hAnsi="Times New Roman" w:eastAsia="Times New Roman" w:cs="Times New Roman"/>
        </w:rPr>
        <w:t xml:space="preserve"> </w:t>
      </w:r>
      <w:r>
        <w:rPr>
          <w:rFonts w:ascii="Nirmala UI" w:hAnsi="Nirmala UI" w:eastAsia="Nirmala UI" w:cs="Nirmala UI"/>
        </w:rPr>
        <w:t>ᱯᱚᱱᱚᱛ</w:t>
      </w:r>
      <w:r>
        <w:rPr>
          <w:rFonts w:ascii="Times New Roman" w:hAnsi="Times New Roman" w:eastAsia="Times New Roman" w:cs="Times New Roman"/>
        </w:rPr>
        <w:t xml:space="preserve"> 538 </w:t>
      </w:r>
      <w:r>
        <w:rPr>
          <w:rFonts w:ascii="Nirmala UI" w:hAnsi="Nirmala UI" w:eastAsia="Nirmala UI" w:cs="Nirmala UI"/>
        </w:rPr>
        <w:t>ᱠᱚ</w:t>
      </w:r>
      <w:r>
        <w:rPr>
          <w:rFonts w:ascii="Times New Roman" w:hAnsi="Times New Roman" w:eastAsia="Times New Roman" w:cs="Times New Roman"/>
        </w:rPr>
        <w:t xml:space="preserve"> </w:t>
      </w:r>
      <w:r>
        <w:rPr>
          <w:rFonts w:ascii="Nirmala UI" w:hAnsi="Nirmala UI" w:eastAsia="Nirmala UI" w:cs="Nirmala UI"/>
        </w:rPr>
        <w:t>ᱩᱫᱩᱜ</w:t>
      </w:r>
      <w:r>
        <w:rPr>
          <w:rFonts w:ascii="Times New Roman" w:hAnsi="Times New Roman" w:eastAsia="Times New Roman" w:cs="Times New Roman"/>
        </w:rPr>
        <w:t xml:space="preserve"> </w:t>
      </w:r>
      <w:r>
        <w:rPr>
          <w:rFonts w:ascii="Nirmala UI" w:hAnsi="Nirmala UI" w:eastAsia="Nirmala UI" w:cs="Nirmala UI"/>
        </w:rPr>
        <w:t>ᱮᱫᱟ</w:t>
      </w:r>
      <w:r>
        <w:rPr>
          <w:rFonts w:ascii="Times New Roman" w:hAnsi="Times New Roman" w:eastAsia="Times New Roman" w:cs="Times New Roman"/>
        </w:rPr>
        <w:t xml:space="preserve"> </w:t>
      </w:r>
      <w:r>
        <w:rPr>
          <w:rFonts w:ascii="Nirmala UI" w:hAnsi="Nirmala UI" w:eastAsia="Nirmala UI" w:cs="Nirmala UI"/>
        </w:rPr>
        <w:t>ᱡᱚᱠᱷᱚᱱ</w:t>
      </w:r>
      <w:r>
        <w:rPr>
          <w:rFonts w:ascii="Times New Roman" w:hAnsi="Times New Roman" w:eastAsia="Times New Roman" w:cs="Times New Roman"/>
        </w:rPr>
        <w:t xml:space="preserve"> “</w:t>
      </w:r>
      <w:r>
        <w:rPr>
          <w:rFonts w:ascii="Nirmala UI" w:hAnsi="Nirmala UI" w:eastAsia="Nirmala UI" w:cs="Nirmala UI"/>
        </w:rPr>
        <w:t>ᱤᱥᱮ</w:t>
      </w:r>
      <w:r>
        <w:rPr>
          <w:rFonts w:ascii="Times New Roman" w:hAnsi="Times New Roman" w:eastAsia="Times New Roman" w:cs="Times New Roman"/>
        </w:rPr>
        <w:t xml:space="preserve"> </w:t>
      </w:r>
      <w:r>
        <w:rPr>
          <w:rFonts w:ascii="Nirmala UI" w:hAnsi="Nirmala UI" w:eastAsia="Nirmala UI" w:cs="Nirmala UI"/>
        </w:rPr>
        <w:t>ᱟᱠᱟᱱ</w:t>
      </w:r>
      <w:r>
        <w:rPr>
          <w:rFonts w:ascii="Times New Roman" w:hAnsi="Times New Roman" w:eastAsia="Times New Roman" w:cs="Times New Roman"/>
        </w:rPr>
        <w:t xml:space="preserve"> </w:t>
      </w:r>
      <w:r>
        <w:rPr>
          <w:rFonts w:ascii="Nirmala UI" w:hAnsi="Nirmala UI" w:eastAsia="Nirmala UI" w:cs="Nirmala UI"/>
        </w:rPr>
        <w:t>ᱦᱟᱸᱦᱟᱨ</w:t>
      </w:r>
      <w:r>
        <w:rPr>
          <w:rFonts w:ascii="Times New Roman" w:hAnsi="Times New Roman" w:eastAsia="Times New Roman" w:cs="Times New Roman"/>
        </w:rPr>
        <w:t xml:space="preserve"> </w:t>
      </w:r>
      <w:r>
        <w:rPr>
          <w:rFonts w:ascii="Nirmala UI" w:hAnsi="Nirmala UI" w:eastAsia="Nirmala UI" w:cs="Nirmala UI"/>
        </w:rPr>
        <w:t>ᱠᱚ</w:t>
      </w:r>
      <w:r>
        <w:rPr>
          <w:rFonts w:ascii="Times New Roman" w:hAnsi="Times New Roman" w:eastAsia="Times New Roman" w:cs="Times New Roman"/>
        </w:rPr>
        <w:t xml:space="preserve"> </w:t>
      </w:r>
      <w:r>
        <w:rPr>
          <w:rFonts w:ascii="Nirmala UI" w:hAnsi="Nirmala UI" w:eastAsia="Nirmala UI" w:cs="Nirmala UI"/>
        </w:rPr>
        <w:t>ᱵᱟᱹᱛᱤᱞ</w:t>
      </w:r>
      <w:r>
        <w:rPr>
          <w:rFonts w:ascii="Times New Roman" w:hAnsi="Times New Roman" w:eastAsia="Times New Roman" w:cs="Times New Roman"/>
        </w:rPr>
        <w:t xml:space="preserve"> </w:t>
      </w:r>
      <w:r>
        <w:rPr>
          <w:rFonts w:ascii="Nirmala UI" w:hAnsi="Nirmala UI" w:eastAsia="Nirmala UI" w:cs="Nirmala UI"/>
        </w:rPr>
        <w:t>ᱢᱮᱫᱟᱭᱟ</w:t>
      </w:r>
      <w:r>
        <w:rPr>
          <w:rFonts w:ascii="Times New Roman" w:hAnsi="Times New Roman" w:eastAsia="Times New Roman" w:cs="Times New Roman"/>
        </w:rPr>
        <w:t xml:space="preserve">” </w:t>
      </w:r>
      <w:r>
        <w:rPr>
          <w:rFonts w:ascii="Nirmala UI" w:hAnsi="Nirmala UI" w:eastAsia="Nirmala UI" w:cs="Nirmala UI"/>
        </w:rPr>
        <w:t>ᱫᱚ</w:t>
      </w:r>
      <w:r>
        <w:rPr>
          <w:rFonts w:ascii="Times New Roman" w:hAnsi="Times New Roman" w:eastAsia="Times New Roman" w:cs="Times New Roman"/>
        </w:rPr>
        <w:t xml:space="preserve"> </w:t>
      </w:r>
      <w:r>
        <w:rPr>
          <w:rFonts w:ascii="Nirmala UI" w:hAnsi="Nirmala UI" w:eastAsia="Nirmala UI" w:cs="Nirmala UI"/>
        </w:rPr>
        <w:t>ᱫᱚᱦᱚ</w:t>
      </w:r>
      <w:r>
        <w:rPr>
          <w:rFonts w:ascii="Times New Roman" w:hAnsi="Times New Roman" w:eastAsia="Times New Roman" w:cs="Times New Roman"/>
        </w:rPr>
        <w:t xml:space="preserve"> </w:t>
      </w:r>
      <w:r>
        <w:rPr>
          <w:rFonts w:ascii="Nirmala UI" w:hAnsi="Nirmala UI" w:eastAsia="Nirmala UI" w:cs="Nirmala UI"/>
        </w:rPr>
        <w:t>ᱟᱠᱟᱱᱟ</w:t>
      </w:r>
      <w:r>
        <w:rPr>
          <w:rFonts w:ascii="Times New Roman" w:hAnsi="Times New Roman" w:eastAsia="Times New Roman" w:cs="Times New Roman"/>
        </w:rPr>
        <w:t xml:space="preserve">, </w:t>
      </w:r>
      <w:r>
        <w:rPr>
          <w:rFonts w:ascii="Nirmala UI" w:hAnsi="Nirmala UI" w:eastAsia="Nirmala UI" w:cs="Nirmala UI"/>
        </w:rPr>
        <w:t>ᱟᱨ</w:t>
      </w:r>
      <w:r>
        <w:rPr>
          <w:rFonts w:ascii="Times New Roman" w:hAnsi="Times New Roman" w:eastAsia="Times New Roman" w:cs="Times New Roman"/>
        </w:rPr>
        <w:t xml:space="preserve"> </w:t>
      </w:r>
      <w:r>
        <w:rPr>
          <w:rFonts w:ascii="Nirmala UI" w:hAnsi="Nirmala UI" w:eastAsia="Nirmala UI" w:cs="Nirmala UI"/>
        </w:rPr>
        <w:t>ᱯᱚᱱᱮᱭᱟ</w:t>
      </w:r>
      <w:r>
        <w:rPr>
          <w:rFonts w:ascii="Times New Roman" w:hAnsi="Times New Roman" w:eastAsia="Times New Roman" w:cs="Times New Roman"/>
        </w:rPr>
        <w:t xml:space="preserve"> </w:t>
      </w:r>
      <w:r>
        <w:rPr>
          <w:rFonts w:ascii="Nirmala UI" w:hAnsi="Nirmala UI" w:eastAsia="Nirmala UI" w:cs="Nirmala UI"/>
        </w:rPr>
        <w:t>ᱟᱨ</w:t>
      </w:r>
      <w:r>
        <w:rPr>
          <w:rFonts w:ascii="Times New Roman" w:hAnsi="Times New Roman" w:eastAsia="Times New Roman" w:cs="Times New Roman"/>
        </w:rPr>
        <w:t xml:space="preserve"> </w:t>
      </w:r>
      <w:r>
        <w:rPr>
          <w:rFonts w:ascii="Nirmala UI" w:hAnsi="Nirmala UI" w:eastAsia="Nirmala UI" w:cs="Nirmala UI"/>
        </w:rPr>
        <w:t>ᱛᱩᱨᱩᱭ</w:t>
      </w:r>
      <w:r>
        <w:rPr>
          <w:rFonts w:ascii="Times New Roman" w:hAnsi="Times New Roman" w:eastAsia="Times New Roman" w:cs="Times New Roman"/>
        </w:rPr>
        <w:t xml:space="preserve"> </w:t>
      </w:r>
      <w:r>
        <w:rPr>
          <w:rFonts w:ascii="Nirmala UI" w:hAnsi="Nirmala UI" w:eastAsia="Nirmala UI" w:cs="Nirmala UI"/>
        </w:rPr>
        <w:t>ᱥᱟᱦᱤᱛ</w:t>
      </w:r>
      <w:r>
        <w:rPr>
          <w:rFonts w:ascii="Times New Roman" w:hAnsi="Times New Roman" w:eastAsia="Times New Roman" w:cs="Times New Roman"/>
        </w:rPr>
        <w:t xml:space="preserve"> </w:t>
      </w:r>
      <w:r>
        <w:rPr>
          <w:rFonts w:ascii="Nirmala UI" w:hAnsi="Nirmala UI" w:eastAsia="Nirmala UI" w:cs="Nirmala UI"/>
        </w:rPr>
        <w:t>ᱯᱚᱱᱮᱭᱟ</w:t>
      </w:r>
      <w:r>
        <w:rPr>
          <w:rFonts w:ascii="Times New Roman" w:hAnsi="Times New Roman" w:eastAsia="Times New Roman" w:cs="Times New Roman"/>
        </w:rPr>
        <w:t xml:space="preserve"> </w:t>
      </w:r>
      <w:r>
        <w:rPr>
          <w:rFonts w:ascii="Nirmala UI" w:hAnsi="Nirmala UI" w:eastAsia="Nirmala UI" w:cs="Nirmala UI"/>
        </w:rPr>
        <w:t>ᱟᱨ</w:t>
      </w:r>
      <w:r>
        <w:rPr>
          <w:rFonts w:ascii="Times New Roman" w:hAnsi="Times New Roman" w:eastAsia="Times New Roman" w:cs="Times New Roman"/>
        </w:rPr>
        <w:t xml:space="preserve"> </w:t>
      </w:r>
      <w:r>
        <w:rPr>
          <w:rFonts w:ascii="Nirmala UI" w:hAnsi="Nirmala UI" w:eastAsia="Nirmala UI" w:cs="Nirmala UI"/>
        </w:rPr>
        <w:t>ᱢᱚᱬᱮ</w:t>
      </w:r>
      <w:r>
        <w:rPr>
          <w:rFonts w:ascii="Times New Roman" w:hAnsi="Times New Roman" w:eastAsia="Times New Roman" w:cs="Times New Roman"/>
        </w:rPr>
        <w:t xml:space="preserve"> </w:t>
      </w:r>
      <w:r>
        <w:rPr>
          <w:rFonts w:ascii="Nirmala UI" w:hAnsi="Nirmala UI" w:eastAsia="Nirmala UI" w:cs="Nirmala UI"/>
        </w:rPr>
        <w:t>ᱯᱚᱱᱚᱛ</w:t>
      </w:r>
      <w:r>
        <w:rPr>
          <w:rFonts w:ascii="Times New Roman" w:hAnsi="Times New Roman" w:eastAsia="Times New Roman" w:cs="Times New Roman"/>
        </w:rPr>
        <w:t xml:space="preserve"> 1798 </w:t>
      </w:r>
      <w:r>
        <w:rPr>
          <w:rFonts w:ascii="Nirmala UI" w:hAnsi="Nirmala UI" w:eastAsia="Nirmala UI" w:cs="Nirmala UI"/>
        </w:rPr>
        <w:t>ᱠᱚ</w:t>
      </w:r>
      <w:r>
        <w:rPr>
          <w:rFonts w:ascii="Times New Roman" w:hAnsi="Times New Roman" w:eastAsia="Times New Roman" w:cs="Times New Roman"/>
        </w:rPr>
        <w:t xml:space="preserve"> “</w:t>
      </w:r>
      <w:r>
        <w:rPr>
          <w:rFonts w:ascii="Nirmala UI" w:hAnsi="Nirmala UI" w:eastAsia="Nirmala UI" w:cs="Nirmala UI"/>
        </w:rPr>
        <w:t>ᱢᱩᱪᱟᱹᱫ</w:t>
      </w:r>
      <w:r>
        <w:rPr>
          <w:rFonts w:ascii="Times New Roman" w:hAnsi="Times New Roman" w:eastAsia="Times New Roman" w:cs="Times New Roman"/>
        </w:rPr>
        <w:t xml:space="preserve"> </w:t>
      </w:r>
      <w:r>
        <w:rPr>
          <w:rFonts w:ascii="Nirmala UI" w:hAnsi="Nirmala UI" w:eastAsia="Nirmala UI" w:cs="Nirmala UI"/>
        </w:rPr>
        <w:t>ᱚᱠᱛᱚ</w:t>
      </w:r>
      <w:r>
        <w:rPr>
          <w:rFonts w:ascii="Times New Roman" w:hAnsi="Times New Roman" w:eastAsia="Times New Roman" w:cs="Times New Roman"/>
        </w:rPr>
        <w:t xml:space="preserve">” </w:t>
      </w:r>
      <w:r>
        <w:rPr>
          <w:rFonts w:ascii="Nirmala UI" w:hAnsi="Nirmala UI" w:eastAsia="Nirmala UI" w:cs="Nirmala UI"/>
        </w:rPr>
        <w:t>ᱢᱮᱱᱛᱮ</w:t>
      </w:r>
      <w:r>
        <w:rPr>
          <w:rFonts w:ascii="Times New Roman" w:hAnsi="Times New Roman" w:eastAsia="Times New Roman" w:cs="Times New Roman"/>
        </w:rPr>
        <w:t xml:space="preserve"> </w:t>
      </w:r>
      <w:r>
        <w:rPr>
          <w:rFonts w:ascii="Nirmala UI" w:hAnsi="Nirmala UI" w:eastAsia="Nirmala UI" w:cs="Nirmala UI"/>
        </w:rPr>
        <w:t>ᱩᱫᱩᱜ</w:t>
      </w:r>
      <w:r>
        <w:rPr>
          <w:rFonts w:ascii="Times New Roman" w:hAnsi="Times New Roman" w:eastAsia="Times New Roman" w:cs="Times New Roman"/>
        </w:rPr>
        <w:t xml:space="preserve"> </w:t>
      </w:r>
      <w:r>
        <w:rPr>
          <w:rFonts w:ascii="Nirmala UI" w:hAnsi="Nirmala UI" w:eastAsia="Nirmala UI" w:cs="Nirmala UI"/>
        </w:rPr>
        <w:t>ᱮᱫᱟ।</w:t>
      </w:r>
      <w:r>
        <w:rPr>
          <w:rFonts w:ascii="Times New Roman" w:hAnsi="Times New Roman" w:eastAsia="Times New Roman" w:cs="Times New Roman"/>
        </w:rPr>
        <w:t xml:space="preserve"> </w:t>
      </w:r>
      <w:r>
        <w:rPr>
          <w:rFonts w:ascii="Nirmala UI" w:hAnsi="Nirmala UI" w:eastAsia="Nirmala UI" w:cs="Nirmala UI"/>
        </w:rPr>
        <w:t>ᱯᱚᱱᱮᱭᱟ</w:t>
      </w:r>
      <w:r>
        <w:rPr>
          <w:rFonts w:ascii="Times New Roman" w:hAnsi="Times New Roman" w:eastAsia="Times New Roman" w:cs="Times New Roman"/>
        </w:rPr>
        <w:t xml:space="preserve"> </w:t>
      </w:r>
      <w:r>
        <w:rPr>
          <w:rFonts w:ascii="Nirmala UI" w:hAnsi="Nirmala UI" w:eastAsia="Nirmala UI" w:cs="Nirmala UI"/>
        </w:rPr>
        <w:t>ᱟᱨ</w:t>
      </w:r>
      <w:r>
        <w:rPr>
          <w:rFonts w:ascii="Times New Roman" w:hAnsi="Times New Roman" w:eastAsia="Times New Roman" w:cs="Times New Roman"/>
        </w:rPr>
        <w:t xml:space="preserve"> </w:t>
      </w:r>
      <w:r>
        <w:rPr>
          <w:rFonts w:ascii="Nirmala UI" w:hAnsi="Nirmala UI" w:eastAsia="Nirmala UI" w:cs="Nirmala UI"/>
        </w:rPr>
        <w:t>ᱢᱤᱫ</w:t>
      </w:r>
      <w:r>
        <w:rPr>
          <w:rFonts w:ascii="Times New Roman" w:hAnsi="Times New Roman" w:eastAsia="Times New Roman" w:cs="Times New Roman"/>
        </w:rPr>
        <w:t xml:space="preserve"> </w:t>
      </w:r>
      <w:r>
        <w:rPr>
          <w:rFonts w:ascii="Nirmala UI" w:hAnsi="Nirmala UI" w:eastAsia="Nirmala UI" w:cs="Nirmala UI"/>
        </w:rPr>
        <w:t>ᱯᱚᱱᱚᱛ</w:t>
      </w:r>
      <w:r>
        <w:rPr>
          <w:rFonts w:ascii="Times New Roman" w:hAnsi="Times New Roman" w:eastAsia="Times New Roman" w:cs="Times New Roman"/>
        </w:rPr>
        <w:t xml:space="preserve"> 538 </w:t>
      </w:r>
      <w:r>
        <w:rPr>
          <w:rFonts w:ascii="Nirmala UI" w:hAnsi="Nirmala UI" w:eastAsia="Nirmala UI" w:cs="Nirmala UI"/>
        </w:rPr>
        <w:t>ᱟᱨ</w:t>
      </w:r>
      <w:r>
        <w:rPr>
          <w:rFonts w:ascii="Times New Roman" w:hAnsi="Times New Roman" w:eastAsia="Times New Roman" w:cs="Times New Roman"/>
        </w:rPr>
        <w:t xml:space="preserve"> </w:t>
      </w:r>
      <w:r>
        <w:rPr>
          <w:rFonts w:ascii="Nirmala UI" w:hAnsi="Nirmala UI" w:eastAsia="Nirmala UI" w:cs="Nirmala UI"/>
        </w:rPr>
        <w:t>ᱯᱚᱱᱮᱭᱟ</w:t>
      </w:r>
      <w:r>
        <w:rPr>
          <w:rFonts w:ascii="Times New Roman" w:hAnsi="Times New Roman" w:eastAsia="Times New Roman" w:cs="Times New Roman"/>
        </w:rPr>
        <w:t xml:space="preserve"> </w:t>
      </w:r>
      <w:r>
        <w:rPr>
          <w:rFonts w:ascii="Nirmala UI" w:hAnsi="Nirmala UI" w:eastAsia="Nirmala UI" w:cs="Nirmala UI"/>
        </w:rPr>
        <w:t>ᱟᱨ</w:t>
      </w:r>
      <w:r>
        <w:rPr>
          <w:rFonts w:ascii="Times New Roman" w:hAnsi="Times New Roman" w:eastAsia="Times New Roman" w:cs="Times New Roman"/>
        </w:rPr>
        <w:t xml:space="preserve"> </w:t>
      </w:r>
      <w:r>
        <w:rPr>
          <w:rFonts w:ascii="Nirmala UI" w:hAnsi="Nirmala UI" w:eastAsia="Nirmala UI" w:cs="Nirmala UI"/>
        </w:rPr>
        <w:t>ᱛᱩᱨᱩᱭ</w:t>
      </w:r>
      <w:r>
        <w:rPr>
          <w:rFonts w:ascii="Times New Roman" w:hAnsi="Times New Roman" w:eastAsia="Times New Roman" w:cs="Times New Roman"/>
        </w:rPr>
        <w:t xml:space="preserve"> </w:t>
      </w:r>
      <w:r>
        <w:rPr>
          <w:rFonts w:ascii="Nirmala UI" w:hAnsi="Nirmala UI" w:eastAsia="Nirmala UI" w:cs="Nirmala UI"/>
        </w:rPr>
        <w:t>ᱥᱟᱦᱤᱛ</w:t>
      </w:r>
      <w:r>
        <w:rPr>
          <w:rFonts w:ascii="Times New Roman" w:hAnsi="Times New Roman" w:eastAsia="Times New Roman" w:cs="Times New Roman"/>
        </w:rPr>
        <w:t xml:space="preserve"> </w:t>
      </w:r>
      <w:r>
        <w:rPr>
          <w:rFonts w:ascii="Nirmala UI" w:hAnsi="Nirmala UI" w:eastAsia="Nirmala UI" w:cs="Nirmala UI"/>
        </w:rPr>
        <w:t>ᱯᱚᱱᱮᱭᱟ</w:t>
      </w:r>
      <w:r>
        <w:rPr>
          <w:rFonts w:ascii="Times New Roman" w:hAnsi="Times New Roman" w:eastAsia="Times New Roman" w:cs="Times New Roman"/>
        </w:rPr>
        <w:t xml:space="preserve"> </w:t>
      </w:r>
      <w:r>
        <w:rPr>
          <w:rFonts w:ascii="Nirmala UI" w:hAnsi="Nirmala UI" w:eastAsia="Nirmala UI" w:cs="Nirmala UI"/>
        </w:rPr>
        <w:t>ᱟᱨ</w:t>
      </w:r>
      <w:r>
        <w:rPr>
          <w:rFonts w:ascii="Times New Roman" w:hAnsi="Times New Roman" w:eastAsia="Times New Roman" w:cs="Times New Roman"/>
        </w:rPr>
        <w:t xml:space="preserve"> </w:t>
      </w:r>
      <w:r>
        <w:rPr>
          <w:rFonts w:ascii="Nirmala UI" w:hAnsi="Nirmala UI" w:eastAsia="Nirmala UI" w:cs="Nirmala UI"/>
        </w:rPr>
        <w:t>ᱢᱚᱬᱮ</w:t>
      </w:r>
      <w:r>
        <w:rPr>
          <w:rFonts w:ascii="Times New Roman" w:hAnsi="Times New Roman" w:eastAsia="Times New Roman" w:cs="Times New Roman"/>
        </w:rPr>
        <w:t xml:space="preserve"> </w:t>
      </w:r>
      <w:r>
        <w:rPr>
          <w:rFonts w:ascii="Nirmala UI" w:hAnsi="Nirmala UI" w:eastAsia="Nirmala UI" w:cs="Nirmala UI"/>
        </w:rPr>
        <w:t>ᱯᱚᱱᱚᱛ</w:t>
      </w:r>
      <w:r>
        <w:rPr>
          <w:rFonts w:ascii="Times New Roman" w:hAnsi="Times New Roman" w:eastAsia="Times New Roman" w:cs="Times New Roman"/>
        </w:rPr>
        <w:t xml:space="preserve"> 1798, </w:t>
      </w:r>
      <w:r>
        <w:rPr>
          <w:rFonts w:ascii="Nirmala UI" w:hAnsi="Nirmala UI" w:eastAsia="Nirmala UI" w:cs="Nirmala UI"/>
        </w:rPr>
        <w:t>ᱛᱟᱞᱟ</w:t>
      </w:r>
      <w:r>
        <w:rPr>
          <w:rFonts w:ascii="Times New Roman" w:hAnsi="Times New Roman" w:eastAsia="Times New Roman" w:cs="Times New Roman"/>
        </w:rPr>
        <w:t xml:space="preserve"> </w:t>
      </w:r>
      <w:r>
        <w:rPr>
          <w:rFonts w:ascii="Nirmala UI" w:hAnsi="Nirmala UI" w:eastAsia="Nirmala UI" w:cs="Nirmala UI"/>
        </w:rPr>
        <w:t>ᱯᱚᱱᱮᱭᱟ</w:t>
      </w:r>
      <w:r>
        <w:rPr>
          <w:rFonts w:ascii="Times New Roman" w:hAnsi="Times New Roman" w:eastAsia="Times New Roman" w:cs="Times New Roman"/>
        </w:rPr>
        <w:t xml:space="preserve"> </w:t>
      </w:r>
      <w:r>
        <w:rPr>
          <w:rFonts w:ascii="Nirmala UI" w:hAnsi="Nirmala UI" w:eastAsia="Nirmala UI" w:cs="Nirmala UI"/>
        </w:rPr>
        <w:t>ᱟᱨ</w:t>
      </w:r>
      <w:r>
        <w:rPr>
          <w:rFonts w:ascii="Times New Roman" w:hAnsi="Times New Roman" w:eastAsia="Times New Roman" w:cs="Times New Roman"/>
        </w:rPr>
        <w:t xml:space="preserve"> </w:t>
      </w:r>
      <w:r>
        <w:rPr>
          <w:rFonts w:ascii="Nirmala UI" w:hAnsi="Nirmala UI" w:eastAsia="Nirmala UI" w:cs="Nirmala UI"/>
        </w:rPr>
        <w:t>ᱮᱭᱟ</w:t>
      </w:r>
      <w:r>
        <w:rPr>
          <w:rFonts w:ascii="Times New Roman" w:hAnsi="Times New Roman" w:eastAsia="Times New Roman" w:cs="Times New Roman"/>
        </w:rPr>
        <w:t xml:space="preserve"> </w:t>
      </w:r>
      <w:r>
        <w:rPr>
          <w:rFonts w:ascii="Nirmala UI" w:hAnsi="Nirmala UI" w:eastAsia="Nirmala UI" w:cs="Nirmala UI"/>
        </w:rPr>
        <w:t>ᱥᱟᱦᱤᱛ</w:t>
      </w:r>
      <w:r>
        <w:rPr>
          <w:rFonts w:ascii="Times New Roman" w:hAnsi="Times New Roman" w:eastAsia="Times New Roman" w:cs="Times New Roman"/>
        </w:rPr>
        <w:t xml:space="preserve"> </w:t>
      </w:r>
      <w:r>
        <w:rPr>
          <w:rFonts w:ascii="Nirmala UI" w:hAnsi="Nirmala UI" w:eastAsia="Nirmala UI" w:cs="Nirmala UI"/>
        </w:rPr>
        <w:t>ᱯᱚᱱᱮᱭᱟ</w:t>
      </w:r>
      <w:r>
        <w:rPr>
          <w:rFonts w:ascii="Times New Roman" w:hAnsi="Times New Roman" w:eastAsia="Times New Roman" w:cs="Times New Roman"/>
        </w:rPr>
        <w:t xml:space="preserve"> </w:t>
      </w:r>
      <w:r>
        <w:rPr>
          <w:rFonts w:ascii="Nirmala UI" w:hAnsi="Nirmala UI" w:eastAsia="Nirmala UI" w:cs="Nirmala UI"/>
        </w:rPr>
        <w:t>ᱟᱨ</w:t>
      </w:r>
      <w:r>
        <w:rPr>
          <w:rFonts w:ascii="Times New Roman" w:hAnsi="Times New Roman" w:eastAsia="Times New Roman" w:cs="Times New Roman"/>
        </w:rPr>
        <w:t xml:space="preserve"> </w:t>
      </w:r>
      <w:r>
        <w:rPr>
          <w:rFonts w:ascii="Nirmala UI" w:hAnsi="Nirmala UI" w:eastAsia="Nirmala UI" w:cs="Nirmala UI"/>
        </w:rPr>
        <w:t>ᱟᱨᱮ</w:t>
      </w:r>
      <w:r>
        <w:rPr>
          <w:rFonts w:ascii="Times New Roman" w:hAnsi="Times New Roman" w:eastAsia="Times New Roman" w:cs="Times New Roman"/>
        </w:rPr>
        <w:t xml:space="preserve"> </w:t>
      </w:r>
      <w:r>
        <w:rPr>
          <w:rFonts w:ascii="Nirmala UI" w:hAnsi="Nirmala UI" w:eastAsia="Nirmala UI" w:cs="Nirmala UI"/>
        </w:rPr>
        <w:t>ᱯᱚᱱᱚᱛ</w:t>
      </w:r>
      <w:r>
        <w:rPr>
          <w:rFonts w:ascii="Times New Roman" w:hAnsi="Times New Roman" w:eastAsia="Times New Roman" w:cs="Times New Roman"/>
        </w:rPr>
        <w:t xml:space="preserve">, </w:t>
      </w:r>
      <w:r>
        <w:rPr>
          <w:rFonts w:ascii="Nirmala UI" w:hAnsi="Nirmala UI" w:eastAsia="Nirmala UI" w:cs="Nirmala UI"/>
        </w:rPr>
        <w:t>ᱯᱚᱱᱮᱭᱟ</w:t>
      </w:r>
      <w:r>
        <w:rPr>
          <w:rFonts w:ascii="Times New Roman" w:hAnsi="Times New Roman" w:eastAsia="Times New Roman" w:cs="Times New Roman"/>
        </w:rPr>
        <w:t xml:space="preserve"> </w:t>
      </w:r>
      <w:r>
        <w:rPr>
          <w:rFonts w:ascii="Nirmala UI" w:hAnsi="Nirmala UI" w:eastAsia="Nirmala UI" w:cs="Nirmala UI"/>
        </w:rPr>
        <w:t>ᱟᱨ</w:t>
      </w:r>
      <w:r>
        <w:rPr>
          <w:rFonts w:ascii="Times New Roman" w:hAnsi="Times New Roman" w:eastAsia="Times New Roman" w:cs="Times New Roman"/>
        </w:rPr>
        <w:t xml:space="preserve"> </w:t>
      </w:r>
      <w:r>
        <w:rPr>
          <w:rFonts w:ascii="Nirmala UI" w:hAnsi="Nirmala UI" w:eastAsia="Nirmala UI" w:cs="Nirmala UI"/>
        </w:rPr>
        <w:t>ᱯᱩᱱ</w:t>
      </w:r>
      <w:r>
        <w:rPr>
          <w:rFonts w:ascii="Times New Roman" w:hAnsi="Times New Roman" w:eastAsia="Times New Roman" w:cs="Times New Roman"/>
        </w:rPr>
        <w:t xml:space="preserve"> </w:t>
      </w:r>
      <w:r>
        <w:rPr>
          <w:rFonts w:ascii="Nirmala UI" w:hAnsi="Nirmala UI" w:eastAsia="Nirmala UI" w:cs="Nirmala UI"/>
        </w:rPr>
        <w:t>ᱯᱚᱱᱚᱛ</w:t>
      </w:r>
      <w:r>
        <w:rPr>
          <w:rFonts w:ascii="Times New Roman" w:hAnsi="Times New Roman" w:eastAsia="Times New Roman" w:cs="Times New Roman"/>
        </w:rPr>
        <w:t xml:space="preserve">, </w:t>
      </w:r>
      <w:r>
        <w:rPr>
          <w:rFonts w:ascii="Nirmala UI" w:hAnsi="Nirmala UI" w:eastAsia="Nirmala UI" w:cs="Nirmala UI"/>
        </w:rPr>
        <w:t>ᱯᱚᱱᱮᱭᱟ</w:t>
      </w:r>
      <w:r>
        <w:rPr>
          <w:rFonts w:ascii="Times New Roman" w:hAnsi="Times New Roman" w:eastAsia="Times New Roman" w:cs="Times New Roman"/>
        </w:rPr>
        <w:t xml:space="preserve"> </w:t>
      </w:r>
      <w:r>
        <w:rPr>
          <w:rFonts w:ascii="Nirmala UI" w:hAnsi="Nirmala UI" w:eastAsia="Nirmala UI" w:cs="Nirmala UI"/>
        </w:rPr>
        <w:t>ᱟᱨ</w:t>
      </w:r>
      <w:r>
        <w:rPr>
          <w:rFonts w:ascii="Times New Roman" w:hAnsi="Times New Roman" w:eastAsia="Times New Roman" w:cs="Times New Roman"/>
        </w:rPr>
        <w:t xml:space="preserve"> </w:t>
      </w:r>
      <w:r>
        <w:rPr>
          <w:rFonts w:ascii="Nirmala UI" w:hAnsi="Nirmala UI" w:eastAsia="Nirmala UI" w:cs="Nirmala UI"/>
        </w:rPr>
        <w:t>ᱯᱮ</w:t>
      </w:r>
      <w:r>
        <w:rPr>
          <w:rFonts w:ascii="Times New Roman" w:hAnsi="Times New Roman" w:eastAsia="Times New Roman" w:cs="Times New Roman"/>
        </w:rPr>
        <w:t xml:space="preserve"> </w:t>
      </w:r>
      <w:r>
        <w:rPr>
          <w:rFonts w:ascii="Nirmala UI" w:hAnsi="Nirmala UI" w:eastAsia="Nirmala UI" w:cs="Nirmala UI"/>
        </w:rPr>
        <w:t>ᱯᱚᱱᱚᱛ</w:t>
      </w:r>
      <w:r>
        <w:rPr>
          <w:rFonts w:ascii="Times New Roman" w:hAnsi="Times New Roman" w:eastAsia="Times New Roman" w:cs="Times New Roman"/>
        </w:rPr>
        <w:t xml:space="preserve">, </w:t>
      </w:r>
      <w:r>
        <w:rPr>
          <w:rFonts w:ascii="Nirmala UI" w:hAnsi="Nirmala UI" w:eastAsia="Nirmala UI" w:cs="Nirmala UI"/>
        </w:rPr>
        <w:t>ᱯᱚᱱᱮᱭᱟ</w:t>
      </w:r>
      <w:r>
        <w:rPr>
          <w:rFonts w:ascii="Times New Roman" w:hAnsi="Times New Roman" w:eastAsia="Times New Roman" w:cs="Times New Roman"/>
        </w:rPr>
        <w:t xml:space="preserve"> </w:t>
      </w:r>
      <w:r>
        <w:rPr>
          <w:rFonts w:ascii="Nirmala UI" w:hAnsi="Nirmala UI" w:eastAsia="Nirmala UI" w:cs="Nirmala UI"/>
        </w:rPr>
        <w:t>ᱟᱨ</w:t>
      </w:r>
      <w:r>
        <w:rPr>
          <w:rFonts w:ascii="Times New Roman" w:hAnsi="Times New Roman" w:eastAsia="Times New Roman" w:cs="Times New Roman"/>
        </w:rPr>
        <w:t xml:space="preserve"> </w:t>
      </w:r>
      <w:r>
        <w:rPr>
          <w:rFonts w:ascii="Nirmala UI" w:hAnsi="Nirmala UI" w:eastAsia="Nirmala UI" w:cs="Nirmala UI"/>
        </w:rPr>
        <w:t>ᱢᱤᱫ</w:t>
      </w:r>
      <w:r>
        <w:rPr>
          <w:rFonts w:ascii="Times New Roman" w:hAnsi="Times New Roman" w:eastAsia="Times New Roman" w:cs="Times New Roman"/>
        </w:rPr>
        <w:t xml:space="preserve"> </w:t>
      </w:r>
      <w:r>
        <w:rPr>
          <w:rFonts w:ascii="Nirmala UI" w:hAnsi="Nirmala UI" w:eastAsia="Nirmala UI" w:cs="Nirmala UI"/>
        </w:rPr>
        <w:t>ᱥᱟᱦᱤᱛ</w:t>
      </w:r>
      <w:r>
        <w:rPr>
          <w:rFonts w:ascii="Times New Roman" w:hAnsi="Times New Roman" w:eastAsia="Times New Roman" w:cs="Times New Roman"/>
        </w:rPr>
        <w:t xml:space="preserve"> </w:t>
      </w:r>
      <w:r>
        <w:rPr>
          <w:rFonts w:ascii="Nirmala UI" w:hAnsi="Nirmala UI" w:eastAsia="Nirmala UI" w:cs="Nirmala UI"/>
        </w:rPr>
        <w:t>ᱯᱚᱱᱮᱭᱟ</w:t>
      </w:r>
      <w:r>
        <w:rPr>
          <w:rFonts w:ascii="Times New Roman" w:hAnsi="Times New Roman" w:eastAsia="Times New Roman" w:cs="Times New Roman"/>
        </w:rPr>
        <w:t xml:space="preserve"> </w:t>
      </w:r>
      <w:r>
        <w:rPr>
          <w:rFonts w:ascii="Nirmala UI" w:hAnsi="Nirmala UI" w:eastAsia="Nirmala UI" w:cs="Nirmala UI"/>
        </w:rPr>
        <w:t>ᱟᱨ</w:t>
      </w:r>
      <w:r>
        <w:rPr>
          <w:rFonts w:ascii="Times New Roman" w:hAnsi="Times New Roman" w:eastAsia="Times New Roman" w:cs="Times New Roman"/>
        </w:rPr>
        <w:t xml:space="preserve"> </w:t>
      </w:r>
      <w:r>
        <w:rPr>
          <w:rFonts w:ascii="Nirmala UI" w:hAnsi="Nirmala UI" w:eastAsia="Nirmala UI" w:cs="Nirmala UI"/>
        </w:rPr>
        <w:t>ᱵᱟᱨ</w:t>
      </w:r>
      <w:r>
        <w:rPr>
          <w:rFonts w:ascii="Times New Roman" w:hAnsi="Times New Roman" w:eastAsia="Times New Roman" w:cs="Times New Roman"/>
        </w:rPr>
        <w:t xml:space="preserve"> </w:t>
      </w:r>
      <w:r>
        <w:rPr>
          <w:rFonts w:ascii="Nirmala UI" w:hAnsi="Nirmala UI" w:eastAsia="Nirmala UI" w:cs="Nirmala UI"/>
        </w:rPr>
        <w:t>ᱯᱚᱱᱚᱛ</w:t>
      </w:r>
      <w:r>
        <w:rPr>
          <w:rFonts w:ascii="Times New Roman" w:hAnsi="Times New Roman" w:eastAsia="Times New Roman" w:cs="Times New Roman"/>
        </w:rPr>
        <w:t xml:space="preserve">, </w:t>
      </w:r>
      <w:r>
        <w:rPr>
          <w:rFonts w:ascii="Nirmala UI" w:hAnsi="Nirmala UI" w:eastAsia="Nirmala UI" w:cs="Nirmala UI"/>
        </w:rPr>
        <w:t>ᱯᱚᱱᱮᱭᱟ</w:t>
      </w:r>
      <w:r>
        <w:rPr>
          <w:rFonts w:ascii="Times New Roman" w:hAnsi="Times New Roman" w:eastAsia="Times New Roman" w:cs="Times New Roman"/>
        </w:rPr>
        <w:t xml:space="preserve"> </w:t>
      </w:r>
      <w:r>
        <w:rPr>
          <w:rFonts w:ascii="Nirmala UI" w:hAnsi="Nirmala UI" w:eastAsia="Nirmala UI" w:cs="Nirmala UI"/>
        </w:rPr>
        <w:t>ᱟᱨ</w:t>
      </w:r>
      <w:r>
        <w:rPr>
          <w:rFonts w:ascii="Times New Roman" w:hAnsi="Times New Roman" w:eastAsia="Times New Roman" w:cs="Times New Roman"/>
        </w:rPr>
        <w:t xml:space="preserve"> </w:t>
      </w:r>
      <w:r>
        <w:rPr>
          <w:rFonts w:ascii="Nirmala UI" w:hAnsi="Nirmala UI" w:eastAsia="Nirmala UI" w:cs="Nirmala UI"/>
        </w:rPr>
        <w:t>ᱢᱚᱬᱮ</w:t>
      </w:r>
      <w:r>
        <w:rPr>
          <w:rFonts w:ascii="Times New Roman" w:hAnsi="Times New Roman" w:eastAsia="Times New Roman" w:cs="Times New Roman"/>
        </w:rPr>
        <w:t xml:space="preserve"> </w:t>
      </w:r>
      <w:r>
        <w:rPr>
          <w:rFonts w:ascii="Nirmala UI" w:hAnsi="Nirmala UI" w:eastAsia="Nirmala UI" w:cs="Nirmala UI"/>
        </w:rPr>
        <w:t>ᱯᱚᱱᱚᱛ</w:t>
      </w:r>
      <w:r>
        <w:rPr>
          <w:rFonts w:ascii="Times New Roman" w:hAnsi="Times New Roman" w:eastAsia="Times New Roman" w:cs="Times New Roman"/>
        </w:rPr>
        <w:t xml:space="preserve">, </w:t>
      </w:r>
      <w:r>
        <w:rPr>
          <w:rFonts w:ascii="Nirmala UI" w:hAnsi="Nirmala UI" w:eastAsia="Nirmala UI" w:cs="Nirmala UI"/>
        </w:rPr>
        <w:t>ᱯᱚᱱᱮᱭᱟ</w:t>
      </w:r>
      <w:r>
        <w:rPr>
          <w:rFonts w:ascii="Times New Roman" w:hAnsi="Times New Roman" w:eastAsia="Times New Roman" w:cs="Times New Roman"/>
        </w:rPr>
        <w:t xml:space="preserve"> </w:t>
      </w:r>
      <w:r>
        <w:rPr>
          <w:rFonts w:ascii="Nirmala UI" w:hAnsi="Nirmala UI" w:eastAsia="Nirmala UI" w:cs="Nirmala UI"/>
        </w:rPr>
        <w:t>ᱟᱨ</w:t>
      </w:r>
      <w:r>
        <w:rPr>
          <w:rFonts w:ascii="Times New Roman" w:hAnsi="Times New Roman" w:eastAsia="Times New Roman" w:cs="Times New Roman"/>
        </w:rPr>
        <w:t xml:space="preserve"> </w:t>
      </w:r>
      <w:r>
        <w:rPr>
          <w:rFonts w:ascii="Nirmala UI" w:hAnsi="Nirmala UI" w:eastAsia="Nirmala UI" w:cs="Nirmala UI"/>
        </w:rPr>
        <w:t>ᱛᱩᱨᱩᱭ</w:t>
      </w:r>
      <w:r>
        <w:rPr>
          <w:rFonts w:ascii="Times New Roman" w:hAnsi="Times New Roman" w:eastAsia="Times New Roman" w:cs="Times New Roman"/>
        </w:rPr>
        <w:t xml:space="preserve"> </w:t>
      </w:r>
      <w:r>
        <w:rPr>
          <w:rFonts w:ascii="Nirmala UI" w:hAnsi="Nirmala UI" w:eastAsia="Nirmala UI" w:cs="Nirmala UI"/>
        </w:rPr>
        <w:t>ᱯᱚᱱᱚᱛ</w:t>
      </w:r>
      <w:r>
        <w:rPr>
          <w:rFonts w:ascii="Times New Roman" w:hAnsi="Times New Roman" w:eastAsia="Times New Roman" w:cs="Times New Roman"/>
        </w:rPr>
        <w:t xml:space="preserve">, </w:t>
      </w:r>
      <w:r>
        <w:rPr>
          <w:rFonts w:ascii="Nirmala UI" w:hAnsi="Nirmala UI" w:eastAsia="Nirmala UI" w:cs="Nirmala UI"/>
        </w:rPr>
        <w:t>ᱯᱚᱱᱮᱭᱟ</w:t>
      </w:r>
      <w:r>
        <w:rPr>
          <w:rFonts w:ascii="Times New Roman" w:hAnsi="Times New Roman" w:eastAsia="Times New Roman" w:cs="Times New Roman"/>
        </w:rPr>
        <w:t xml:space="preserve"> </w:t>
      </w:r>
      <w:r>
        <w:rPr>
          <w:rFonts w:ascii="Nirmala UI" w:hAnsi="Nirmala UI" w:eastAsia="Nirmala UI" w:cs="Nirmala UI"/>
        </w:rPr>
        <w:t>ᱟᱨ</w:t>
      </w:r>
      <w:r>
        <w:rPr>
          <w:rFonts w:ascii="Times New Roman" w:hAnsi="Times New Roman" w:eastAsia="Times New Roman" w:cs="Times New Roman"/>
        </w:rPr>
        <w:t xml:space="preserve"> </w:t>
      </w:r>
      <w:r>
        <w:rPr>
          <w:rFonts w:ascii="Nirmala UI" w:hAnsi="Nirmala UI" w:eastAsia="Nirmala UI" w:cs="Nirmala UI"/>
        </w:rPr>
        <w:t>ᱜᱮᱞ</w:t>
      </w:r>
      <w:r>
        <w:rPr>
          <w:rFonts w:ascii="Times New Roman" w:hAnsi="Times New Roman" w:eastAsia="Times New Roman" w:cs="Times New Roman"/>
        </w:rPr>
        <w:t xml:space="preserve"> </w:t>
      </w:r>
      <w:r>
        <w:rPr>
          <w:rFonts w:ascii="Nirmala UI" w:hAnsi="Nirmala UI" w:eastAsia="Nirmala UI" w:cs="Nirmala UI"/>
        </w:rPr>
        <w:t>ᱯᱚᱱᱚᱛ</w:t>
      </w:r>
      <w:r>
        <w:rPr>
          <w:rFonts w:ascii="Times New Roman" w:hAnsi="Times New Roman" w:eastAsia="Times New Roman" w:cs="Times New Roman"/>
        </w:rPr>
        <w:t xml:space="preserve">, </w:t>
      </w:r>
      <w:r>
        <w:rPr>
          <w:rFonts w:ascii="Nirmala UI" w:hAnsi="Nirmala UI" w:eastAsia="Nirmala UI" w:cs="Nirmala UI"/>
        </w:rPr>
        <w:t>ᱥᱟᱛ</w:t>
      </w:r>
      <w:r>
        <w:rPr>
          <w:rFonts w:ascii="Times New Roman" w:hAnsi="Times New Roman" w:eastAsia="Times New Roman" w:cs="Times New Roman"/>
        </w:rPr>
        <w:t xml:space="preserve"> </w:t>
      </w:r>
      <w:r>
        <w:rPr>
          <w:rFonts w:ascii="Nirmala UI" w:hAnsi="Nirmala UI" w:eastAsia="Nirmala UI" w:cs="Nirmala UI"/>
        </w:rPr>
        <w:t>ᱠᱷᱚᱱ</w:t>
      </w:r>
      <w:r>
        <w:rPr>
          <w:rFonts w:ascii="Times New Roman" w:hAnsi="Times New Roman" w:eastAsia="Times New Roman" w:cs="Times New Roman"/>
        </w:rPr>
        <w:t xml:space="preserve"> </w:t>
      </w:r>
      <w:r>
        <w:rPr>
          <w:rFonts w:ascii="Nirmala UI" w:hAnsi="Nirmala UI" w:eastAsia="Nirmala UI" w:cs="Nirmala UI"/>
        </w:rPr>
        <w:t>ᱠᱚ</w:t>
      </w:r>
      <w:r>
        <w:rPr>
          <w:rFonts w:ascii="Times New Roman" w:hAnsi="Times New Roman" w:eastAsia="Times New Roman" w:cs="Times New Roman"/>
        </w:rPr>
        <w:t xml:space="preserve"> </w:t>
      </w:r>
      <w:r>
        <w:rPr>
          <w:rFonts w:ascii="Nirmala UI" w:hAnsi="Nirmala UI" w:eastAsia="Nirmala UI" w:cs="Nirmala UI"/>
        </w:rPr>
        <w:t>ᱱᱚᱭ</w:t>
      </w:r>
      <w:r>
        <w:rPr>
          <w:rFonts w:ascii="Times New Roman" w:hAnsi="Times New Roman" w:eastAsia="Times New Roman" w:cs="Times New Roman"/>
        </w:rPr>
        <w:t xml:space="preserve"> </w:t>
      </w:r>
      <w:r>
        <w:rPr>
          <w:rFonts w:ascii="Nirmala UI" w:hAnsi="Nirmala UI" w:eastAsia="Nirmala UI" w:cs="Nirmala UI"/>
        </w:rPr>
        <w:t>ᱯᱚᱱᱚᱛ</w:t>
      </w:r>
      <w:r>
        <w:rPr>
          <w:rFonts w:ascii="Times New Roman" w:hAnsi="Times New Roman" w:eastAsia="Times New Roman" w:cs="Times New Roman"/>
        </w:rPr>
        <w:t xml:space="preserve"> </w:t>
      </w:r>
      <w:r>
        <w:rPr>
          <w:rFonts w:ascii="Nirmala UI" w:hAnsi="Nirmala UI" w:eastAsia="Nirmala UI" w:cs="Nirmala UI"/>
        </w:rPr>
        <w:t>ᱟᱨ</w:t>
      </w:r>
      <w:r>
        <w:rPr>
          <w:rFonts w:ascii="Times New Roman" w:hAnsi="Times New Roman" w:eastAsia="Times New Roman" w:cs="Times New Roman"/>
        </w:rPr>
        <w:t xml:space="preserve"> </w:t>
      </w:r>
      <w:r>
        <w:rPr>
          <w:rFonts w:ascii="Nirmala UI" w:hAnsi="Nirmala UI" w:eastAsia="Nirmala UI" w:cs="Nirmala UI"/>
        </w:rPr>
        <w:t>ᱢᱤᱫ</w:t>
      </w:r>
      <w:r>
        <w:rPr>
          <w:rFonts w:ascii="Times New Roman" w:hAnsi="Times New Roman" w:eastAsia="Times New Roman" w:cs="Times New Roman"/>
        </w:rPr>
        <w:t xml:space="preserve"> </w:t>
      </w:r>
      <w:r>
        <w:rPr>
          <w:rFonts w:ascii="Nirmala UI" w:hAnsi="Nirmala UI" w:eastAsia="Nirmala UI" w:cs="Nirmala UI"/>
        </w:rPr>
        <w:t>ᱯᱚᱱᱚᱛ</w:t>
      </w:r>
      <w:r>
        <w:rPr>
          <w:rFonts w:ascii="Times New Roman" w:hAnsi="Times New Roman" w:eastAsia="Times New Roman" w:cs="Times New Roman"/>
        </w:rPr>
        <w:t xml:space="preserve"> </w:t>
      </w:r>
      <w:r>
        <w:rPr>
          <w:rFonts w:ascii="Nirmala UI" w:hAnsi="Nirmala UI" w:eastAsia="Nirmala UI" w:cs="Nirmala UI"/>
        </w:rPr>
        <w:t>ᱫᱚ</w:t>
      </w:r>
      <w:r>
        <w:rPr>
          <w:rFonts w:ascii="Times New Roman" w:hAnsi="Times New Roman" w:eastAsia="Times New Roman" w:cs="Times New Roman"/>
        </w:rPr>
        <w:t xml:space="preserve"> </w:t>
      </w:r>
      <w:r>
        <w:rPr>
          <w:rFonts w:ascii="Nirmala UI" w:hAnsi="Nirmala UI" w:eastAsia="Nirmala UI" w:cs="Nirmala UI"/>
        </w:rPr>
        <w:t>ᱥᱚᱵ</w:t>
      </w:r>
      <w:r>
        <w:rPr>
          <w:rFonts w:ascii="Times New Roman" w:hAnsi="Times New Roman" w:eastAsia="Times New Roman" w:cs="Times New Roman"/>
        </w:rPr>
        <w:t xml:space="preserve"> </w:t>
      </w:r>
      <w:r>
        <w:rPr>
          <w:rFonts w:ascii="Nirmala UI" w:hAnsi="Nirmala UI" w:eastAsia="Nirmala UI" w:cs="Nirmala UI"/>
        </w:rPr>
        <w:t>ᱠᱚ</w:t>
      </w:r>
      <w:r>
        <w:rPr>
          <w:rFonts w:ascii="Times New Roman" w:hAnsi="Times New Roman" w:eastAsia="Times New Roman" w:cs="Times New Roman"/>
        </w:rPr>
        <w:t xml:space="preserve"> “</w:t>
      </w:r>
      <w:r>
        <w:rPr>
          <w:rFonts w:ascii="Nirmala UI" w:hAnsi="Nirmala UI" w:eastAsia="Nirmala UI" w:cs="Nirmala UI"/>
        </w:rPr>
        <w:t>ᱢᱩᱪᱟᱹᱫ</w:t>
      </w:r>
      <w:r>
        <w:rPr>
          <w:rFonts w:ascii="Times New Roman" w:hAnsi="Times New Roman" w:eastAsia="Times New Roman" w:cs="Times New Roman"/>
        </w:rPr>
        <w:t xml:space="preserve"> </w:t>
      </w:r>
      <w:r>
        <w:rPr>
          <w:rFonts w:ascii="Nirmala UI" w:hAnsi="Nirmala UI" w:eastAsia="Nirmala UI" w:cs="Nirmala UI"/>
        </w:rPr>
        <w:t>ᱚᱠᱛᱚ</w:t>
      </w:r>
      <w:r>
        <w:rPr>
          <w:rFonts w:ascii="Times New Roman" w:hAnsi="Times New Roman" w:eastAsia="Times New Roman" w:cs="Times New Roman"/>
        </w:rPr>
        <w:t xml:space="preserve">” </w:t>
      </w:r>
      <w:r>
        <w:rPr>
          <w:rFonts w:ascii="Nirmala UI" w:hAnsi="Nirmala UI" w:eastAsia="Nirmala UI" w:cs="Nirmala UI"/>
        </w:rPr>
        <w:t>ᱠᱚ</w:t>
      </w:r>
      <w:r>
        <w:rPr>
          <w:rFonts w:ascii="Times New Roman" w:hAnsi="Times New Roman" w:eastAsia="Times New Roman" w:cs="Times New Roman"/>
        </w:rPr>
        <w:t xml:space="preserve"> </w:t>
      </w:r>
      <w:r>
        <w:rPr>
          <w:rFonts w:ascii="Nirmala UI" w:hAnsi="Nirmala UI" w:eastAsia="Nirmala UI" w:cs="Nirmala UI"/>
        </w:rPr>
        <w:t>ᱪᱤᱱᱦᱟᱹ</w:t>
      </w:r>
      <w:r>
        <w:rPr>
          <w:rFonts w:ascii="Times New Roman" w:hAnsi="Times New Roman" w:eastAsia="Times New Roman" w:cs="Times New Roman"/>
        </w:rPr>
        <w:t xml:space="preserve"> </w:t>
      </w:r>
      <w:r>
        <w:rPr>
          <w:rFonts w:ascii="Nirmala UI" w:hAnsi="Nirmala UI" w:eastAsia="Nirmala UI" w:cs="Nirmala UI"/>
        </w:rPr>
        <w:t>ᱮᱫᱟ।</w:t>
      </w:r>
    </w:p>
    <w:p>
      <w:pPr>
        <w:pStyle w:val="ArticleBody"/>
        <w:jc w:val="left"/>
      </w:pPr>
      <w:r>
        <w:rPr>
          <w:rFonts w:ascii="Times New Roman" w:hAnsi="Times New Roman" w:eastAsia="Times New Roman" w:cs="Times New Roman"/>
        </w:rPr>
        <w:t>“ɗanmaare jaŋngol” maa anndinaa no waɗii sappo e tati ndee yeeso aayaare cappanɗe e go'o, ɗoon woni dooka Alahad e ɗow “ɗanmaare jaŋngol,” no non maa aayaare cappanɗe e jowiɗi nde pooboo ardataa e jaŋngol mum, tawa walaa gooto wallitoowo mo. Ndee “ɗanmaare jaŋngol” waɗii sappo e jowiɗi nder suraare sappo e go'o. Mawɗo aayaare sappo ko “ɗanmaare jaŋngol.” Ɗum ɗi ko goongaaji ɗi udditinaa nder ɗannde maɓɓugol nde yimɓe teemedde e nayi e nayi e nayi e nayi e nayi e nayi e nayi e nayi e nayi e nayi e nayi e nayi e nayi e nayi e nayi waɗata.</w:t>
      </w:r>
    </w:p>
    <w:p>
      <w:pPr>
        <w:pStyle w:val="ArticleBody"/>
        <w:jc w:val="left"/>
      </w:pPr>
      <w:r>
        <w:rPr>
          <w:rFonts w:ascii="Nirmala UI" w:hAnsi="Nirmala UI" w:eastAsia="Nirmala UI" w:cs="Nirmala UI"/>
        </w:rPr>
        <w:t>ನಾವು</w:t>
      </w:r>
      <w:r>
        <w:rPr>
          <w:rFonts w:ascii="Times New Roman" w:hAnsi="Times New Roman" w:eastAsia="Times New Roman" w:cs="Times New Roman"/>
        </w:rPr>
        <w:t xml:space="preserve"> </w:t>
      </w:r>
      <w:r>
        <w:rPr>
          <w:rFonts w:ascii="Nirmala UI" w:hAnsi="Nirmala UI" w:eastAsia="Nirmala UI" w:cs="Nirmala UI"/>
        </w:rPr>
        <w:t>ಮುಂದಿನ</w:t>
      </w:r>
      <w:r>
        <w:rPr>
          <w:rFonts w:ascii="Times New Roman" w:hAnsi="Times New Roman" w:eastAsia="Times New Roman" w:cs="Times New Roman"/>
        </w:rPr>
        <w:t xml:space="preserve"> </w:t>
      </w:r>
      <w:r>
        <w:rPr>
          <w:rFonts w:ascii="Nirmala UI" w:hAnsi="Nirmala UI" w:eastAsia="Nirmala UI" w:cs="Nirmala UI"/>
        </w:rPr>
        <w:t>ಲೇಖನದಲ್ಲಿ</w:t>
      </w:r>
      <w:r>
        <w:rPr>
          <w:rFonts w:ascii="Times New Roman" w:hAnsi="Times New Roman" w:eastAsia="Times New Roman" w:cs="Times New Roman"/>
        </w:rPr>
        <w:t xml:space="preserve"> </w:t>
      </w:r>
      <w:r>
        <w:rPr>
          <w:rFonts w:ascii="Nirmala UI" w:hAnsi="Nirmala UI" w:eastAsia="Nirmala UI" w:cs="Nirmala UI"/>
        </w:rPr>
        <w:t>ಮುಂದುವರಿಯುವೆವು</w:t>
      </w:r>
      <w:r>
        <w:rPr>
          <w:rFonts w:ascii="Times New Roman" w:hAnsi="Times New Roman" w:eastAsia="Times New Roman" w:cs="Times New Roman"/>
        </w:rPr>
        <w:t>.</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پانیوم — شمارهٔ هشت</dc:title>
  <dc:subject>Tisri n Takatut Tis Kradúutt</dc:subject>
  <dc:creator>Jeff Pippenger</dc:creator>
  <cp:keywords/>
  <dc:description>Generated by ArticleDigger from panium\08_panium.json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