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Сан ондур</w:t>
      </w:r>
    </w:p>
    <w:p>
      <w:pPr>
        <w:pStyle w:val="ArticleSubtitle"/>
        <w:jc w:val="left"/>
      </w:pPr>
      <w:r>
        <w:rPr>
          <w:rFonts w:ascii="Arial" w:hAnsi="Arial" w:eastAsia="Arial" w:cs="Arial"/>
        </w:rPr>
        <w:t>Tisaqan yan yinkaninakapa urayankuñan: 144,000-nakaru sello churana ukhamaraki Daniel 11:10–16 qillqatan imantata profético sarnaqäwipa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2025-04-16</w:t>
      </w:r>
    </w:p>
    <w:p>
      <w:pPr>
        <w:pStyle w:val="ArticleBody"/>
        <w:jc w:val="left"/>
      </w:pPr>
      <w:r>
        <w:rPr>
          <w:rFonts w:ascii="Times New Roman" w:hAnsi="Times New Roman" w:eastAsia="Times New Roman" w:cs="Times New Roman"/>
        </w:rPr>
        <w:t>Ajji baadhee fi kudha lamaan keessa mata-dureen isaa ol-ka’uu fi kufaatii mootii kibbaa ti; akkuma sanis ol-ka’uu fi kufaatii dhumaa Ameerikaa waloo, presidentii dhumaa keessatti lakkoofsa lammaffaa keessatti bakka buufame, kan bakka bu’aa lafaa dhumaa humna jawwee ta’e; akkasumas ol-ka’uu fi kufaatii dhumaa Dhaabbata Mootummoota Gamtoomanii, kan lakkoofsota sadii fi afur keessatti bakka buufame. Lakkoofsotni shan irraa hamma sagalitti seenaa humna paaphaasummaa bara 538 irraa kaasee hamma 1798 tti bakka bu’u. Bara 538 humna paaphaasummaa aangessamuu isaa agarsiisa; bara 1798 madee du’aa paaphaasummaa agarsiisa; kanaafuu lakkoofsotni shan irraa hamma sagalitti ol-ka’uu fi kufaatii dhumaa bineensichaa bakka bu’u. Lakkoofsi kudhan kufaatii mootii kibbaa bara 1989 agarsiisa; kunis Sooviyetii duraanii keessatti bakka buufameera.</w:t>
      </w:r>
    </w:p>
    <w:p>
      <w:pPr>
        <w:pStyle w:val="ArticleScripture"/>
        <w:jc w:val="left"/>
      </w:pPr>
      <w:r>
        <w:rPr>
          <w:rFonts w:ascii="Times New Roman" w:hAnsi="Times New Roman" w:eastAsia="Times New Roman" w:cs="Times New Roman"/>
        </w:rPr>
        <w:t>«Allin markataxa jupanxäna uñstkäna uka markanakarux oraqen pachapar qhiparapxañapatakix jaytatänwa, ukhamat uñjatäñapataki, “Uñjirimp Qullañampin” amtapar phuqapxaniti janicha sasa. Profecíax akapachan jach’a imperionakan sartäwipa ukat aynacht’äwipwa qillqt’awayi—Babilonia, Medo-Persia, Grecia, ukat Roma. Sapa maynimpixa, juk’amp jisk’a ch’amani markanakampirjamaxa, sarnaqäwix mayampi mayampiw kutintäna. Sapa mayniw yant’äwi pachanïna, sapa mayniw pantjasïna, jach’añchäwipax chhaqtäna, ch’amapax sarxäna, ukat lanti lugarapsti yaqhanakaw katuqapxäna....»</w:t>
      </w:r>
    </w:p>
    <w:p>
      <w:pPr>
        <w:pStyle w:val="ArticleScripture"/>
        <w:jc w:val="left"/>
      </w:pPr>
      <w:r>
        <w:rPr>
          <w:rFonts w:ascii="Times New Roman" w:hAnsi="Times New Roman" w:eastAsia="Times New Roman" w:cs="Times New Roman"/>
        </w:rPr>
        <w:t>“Kyela si kyikumi ni kyela si kugwa kwa amahanga, nga kyalangulwa mu mapapulo ga Malembo Matakatifu, balina kuyiga obutaliimu mugaso obw’ekitiibwa eky’ebweru n’ey’ensi kyokka. Babulooni, n’obuyinza bwayo bwonna n’obulungi bwayo obw’ekitiibwa, obutafaananako n’obwo ensi yaffe etabangako kuddamu kulaba okuva olwo,—obuyinza n’obulungi ebyo abantu b’omu biro ebyo bye baalowoozanga ng’ebinywevu nnyo era eby’olubeerera,—nga bwabula ddala! Ng’“ekimuli ky’omuddo” bwakyabulawo. Bwe kityo bwe kibula byonna ebitalina Katonda ng’omusingi gwabyo. Ekisobola okuwangaala kyokka kye kiri ekisibiddwa ku kigendererwa Kye era ekiraga empisa Ye. Emisingi Gye gyokka ge bintu ebinywevu ensi yaffe by’emanyi.” Education, 177, 184.</w:t>
      </w:r>
    </w:p>
    <w:p>
      <w:pPr>
        <w:pStyle w:val="ArticleBody"/>
        <w:jc w:val="left"/>
      </w:pPr>
      <w:r>
        <w:rPr>
          <w:rFonts w:ascii="Times New Roman" w:hAnsi="Times New Roman" w:eastAsia="Times New Roman" w:cs="Times New Roman"/>
        </w:rPr>
        <w:t>Ayatan sabelas lan rolas ngenali munggah lan tiba pungkasané raja kidul, minangka lambang Rusia. Ayatan telulas nganti limalas ngenali munggah lan tiba pungkasané Amerika Sarékat. Kabèh narasi kenabian ing pasal sabelas kabangun ing ndhuwur struktur munggah lan tibané karajan-karajan. Wong sing nyinaoni ramalan kudu nimbang kasunyatan iki manawa dhèwèké arep nduwèni kamungkinan apa waé kanggo mbédakaké kanthi bener pesen kenabian ing pasal sabelas.</w:t>
      </w:r>
    </w:p>
    <w:p>
      <w:pPr>
        <w:pStyle w:val="ArticleBody"/>
        <w:jc w:val="left"/>
      </w:pP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ᏕᎤᏓᏅᏖᎸ</w:t>
      </w:r>
      <w:r>
        <w:rPr>
          <w:rFonts w:ascii="Times New Roman" w:hAnsi="Times New Roman" w:eastAsia="Times New Roman" w:cs="Times New Roman"/>
        </w:rPr>
        <w:t xml:space="preserve"> </w:t>
      </w:r>
      <w:r>
        <w:rPr>
          <w:rFonts w:ascii="Gadugi" w:hAnsi="Gadugi" w:eastAsia="Gadugi" w:cs="Gadugi"/>
        </w:rPr>
        <w:t>ᏕᏥᏂᎬᏁᎸ</w:t>
      </w:r>
      <w:r>
        <w:rPr>
          <w:rFonts w:ascii="Times New Roman" w:hAnsi="Times New Roman" w:eastAsia="Times New Roman" w:cs="Times New Roman"/>
        </w:rPr>
        <w:t xml:space="preserve"> </w:t>
      </w:r>
      <w:r>
        <w:rPr>
          <w:rFonts w:ascii="Gadugi" w:hAnsi="Gadugi" w:eastAsia="Gadugi" w:cs="Gadugi"/>
        </w:rPr>
        <w:t>ᏕᏂᎦᎵᏍᏙᏗ</w:t>
      </w:r>
      <w:r>
        <w:rPr>
          <w:rFonts w:ascii="Times New Roman" w:hAnsi="Times New Roman" w:eastAsia="Times New Roman" w:cs="Times New Roman"/>
        </w:rPr>
        <w:t xml:space="preserve"> </w:t>
      </w:r>
      <w:r>
        <w:rPr>
          <w:rFonts w:ascii="Gadugi" w:hAnsi="Gadugi" w:eastAsia="Gadugi" w:cs="Gadugi"/>
        </w:rPr>
        <w:t>ᏕᏥᏍᏆᏂᎪᏛ</w:t>
      </w:r>
      <w:r>
        <w:rPr>
          <w:rFonts w:ascii="Times New Roman" w:hAnsi="Times New Roman" w:eastAsia="Times New Roman" w:cs="Times New Roman"/>
        </w:rPr>
        <w:t xml:space="preserve"> </w:t>
      </w:r>
      <w:r>
        <w:rPr>
          <w:rFonts w:ascii="Gadugi" w:hAnsi="Gadugi" w:eastAsia="Gadugi" w:cs="Gadugi"/>
        </w:rPr>
        <w:t>ᏕᏥᏁᎶᏗ</w:t>
      </w:r>
      <w:r>
        <w:rPr>
          <w:rFonts w:ascii="Times New Roman" w:hAnsi="Times New Roman" w:eastAsia="Times New Roman" w:cs="Times New Roman"/>
        </w:rPr>
        <w:t xml:space="preserve"> </w:t>
      </w:r>
      <w:r>
        <w:rPr>
          <w:rFonts w:ascii="Gadugi" w:hAnsi="Gadugi" w:eastAsia="Gadugi" w:cs="Gadugi"/>
        </w:rPr>
        <w:t>ᏕᎤᏓᏅᏖᎸ</w:t>
      </w:r>
      <w:r>
        <w:rPr>
          <w:rFonts w:ascii="Times New Roman" w:hAnsi="Times New Roman" w:eastAsia="Times New Roman" w:cs="Times New Roman"/>
        </w:rPr>
        <w:t xml:space="preserve"> </w:t>
      </w:r>
      <w:r>
        <w:rPr>
          <w:rFonts w:ascii="Gadugi" w:hAnsi="Gadugi" w:eastAsia="Gadugi" w:cs="Gadugi"/>
        </w:rPr>
        <w:t>ᏕᎤᏬᏚᎯ</w:t>
      </w:r>
      <w:r>
        <w:rPr>
          <w:rFonts w:ascii="Times New Roman" w:hAnsi="Times New Roman" w:eastAsia="Times New Roman" w:cs="Times New Roman"/>
        </w:rPr>
        <w:t xml:space="preserve"> </w:t>
      </w:r>
      <w:r>
        <w:rPr>
          <w:rFonts w:ascii="Gadugi" w:hAnsi="Gadugi" w:eastAsia="Gadugi" w:cs="Gadugi"/>
        </w:rPr>
        <w:t>ᏗᎤᏂᏴᏫᏯ</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ᎤᏂᎴᏫᏍᏙᏗ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ᎤᏂᏲᎱᏎᏗ</w:t>
      </w:r>
      <w:r>
        <w:rPr>
          <w:rFonts w:ascii="Times New Roman" w:hAnsi="Times New Roman" w:eastAsia="Times New Roman" w:cs="Times New Roman"/>
        </w:rPr>
        <w:t xml:space="preserve"> </w:t>
      </w:r>
      <w:r>
        <w:rPr>
          <w:rFonts w:ascii="Gadugi" w:hAnsi="Gadugi" w:eastAsia="Gadugi" w:cs="Gadugi"/>
        </w:rPr>
        <w:t>ᎤᏂᎬᏫᏳᎯ</w:t>
      </w:r>
      <w:r>
        <w:rPr>
          <w:rFonts w:ascii="Times New Roman" w:hAnsi="Times New Roman" w:eastAsia="Times New Roman" w:cs="Times New Roman"/>
        </w:rPr>
        <w:t xml:space="preserve"> </w:t>
      </w:r>
      <w:r>
        <w:rPr>
          <w:rFonts w:ascii="Gadugi" w:hAnsi="Gadugi" w:eastAsia="Gadugi" w:cs="Gadugi"/>
        </w:rPr>
        <w:t>ᏕᎨᏒ</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ᎢᏓ</w:t>
      </w:r>
      <w:r>
        <w:rPr>
          <w:rFonts w:ascii="Times New Roman" w:hAnsi="Times New Roman" w:eastAsia="Times New Roman" w:cs="Times New Roman"/>
        </w:rPr>
        <w:t xml:space="preserve"> </w:t>
      </w:r>
      <w:r>
        <w:rPr>
          <w:rFonts w:ascii="Gadugi" w:hAnsi="Gadugi" w:eastAsia="Gadugi" w:cs="Gadugi"/>
        </w:rPr>
        <w:t>ᏫᏳᎯ</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ᏄᏪᏎ</w:t>
      </w:r>
      <w:r>
        <w:rPr>
          <w:rFonts w:ascii="Times New Roman" w:hAnsi="Times New Roman" w:eastAsia="Times New Roman" w:cs="Times New Roman"/>
        </w:rPr>
        <w:t>,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ᎤᏲᎱᏎ</w:t>
      </w:r>
      <w:r>
        <w:rPr>
          <w:rFonts w:ascii="Times New Roman" w:hAnsi="Times New Roman" w:eastAsia="Times New Roman" w:cs="Times New Roman"/>
        </w:rPr>
        <w:t xml:space="preserve"> </w:t>
      </w:r>
      <w:r>
        <w:rPr>
          <w:rFonts w:ascii="Gadugi" w:hAnsi="Gadugi" w:eastAsia="Gadugi" w:cs="Gadugi"/>
        </w:rPr>
        <w:t>ᎻᏙ</w:t>
      </w:r>
      <w:r>
        <w:rPr>
          <w:rFonts w:ascii="Times New Roman" w:hAnsi="Times New Roman" w:eastAsia="Times New Roman" w:cs="Times New Roman"/>
        </w:rPr>
        <w:t>-</w:t>
      </w:r>
      <w:r>
        <w:rPr>
          <w:rFonts w:ascii="Gadugi" w:hAnsi="Gadugi" w:eastAsia="Gadugi" w:cs="Gadugi"/>
        </w:rPr>
        <w:t>ᏆᏏᏱ</w:t>
      </w:r>
      <w:r>
        <w:rPr>
          <w:rFonts w:ascii="Times New Roman" w:hAnsi="Times New Roman" w:eastAsia="Times New Roman" w:cs="Times New Roman"/>
        </w:rPr>
        <w:t xml:space="preserve"> </w:t>
      </w:r>
      <w:r>
        <w:rPr>
          <w:rFonts w:ascii="Gadugi" w:hAnsi="Gadugi" w:eastAsia="Gadugi" w:cs="Gadugi"/>
        </w:rPr>
        <w:t>ᎤᏂᎬᏫᏳᎯ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ᎪᎵᏏᎠ</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ᎤᏂᎬᏫᏳᎯ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ᏂᏓᏛᏁᎭ</w:t>
      </w:r>
      <w:r>
        <w:rPr>
          <w:rFonts w:ascii="Times New Roman" w:hAnsi="Times New Roman" w:eastAsia="Times New Roman" w:cs="Times New Roman"/>
        </w:rPr>
        <w:t xml:space="preserve"> “</w:t>
      </w:r>
      <w:r>
        <w:rPr>
          <w:rFonts w:ascii="Gadugi" w:hAnsi="Gadugi" w:eastAsia="Gadugi" w:cs="Gadugi"/>
        </w:rPr>
        <w:t>ᎪᎵᏏᎠ</w:t>
      </w:r>
      <w:r>
        <w:rPr>
          <w:rFonts w:ascii="Times New Roman" w:hAnsi="Times New Roman" w:eastAsia="Times New Roman" w:cs="Times New Roman"/>
        </w:rPr>
        <w:t xml:space="preserve">” </w:t>
      </w:r>
      <w:r>
        <w:rPr>
          <w:rFonts w:ascii="Gadugi" w:hAnsi="Gadugi" w:eastAsia="Gadugi" w:cs="Gadugi"/>
        </w:rPr>
        <w:t>ᎠᏉᎩᏐᎢ</w:t>
      </w:r>
      <w:r>
        <w:rPr>
          <w:rFonts w:ascii="Times New Roman" w:hAnsi="Times New Roman" w:eastAsia="Times New Roman" w:cs="Times New Roman"/>
        </w:rPr>
        <w:t>,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ᎠᏓᏅᏟ</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ᎻᏙ</w:t>
      </w:r>
      <w:r>
        <w:rPr>
          <w:rFonts w:ascii="Times New Roman" w:hAnsi="Times New Roman" w:eastAsia="Times New Roman" w:cs="Times New Roman"/>
        </w:rPr>
        <w:t>-</w:t>
      </w:r>
      <w:r>
        <w:rPr>
          <w:rFonts w:ascii="Gadugi" w:hAnsi="Gadugi" w:eastAsia="Gadugi" w:cs="Gadugi"/>
        </w:rPr>
        <w:t>ᏆᏏᏱ</w:t>
      </w:r>
      <w:r>
        <w:rPr>
          <w:rFonts w:ascii="Times New Roman" w:hAnsi="Times New Roman" w:eastAsia="Times New Roman" w:cs="Times New Roman"/>
        </w:rPr>
        <w:t xml:space="preserve">” </w:t>
      </w:r>
      <w:r>
        <w:rPr>
          <w:rFonts w:ascii="Gadugi" w:hAnsi="Gadugi" w:eastAsia="Gadugi" w:cs="Gadugi"/>
        </w:rPr>
        <w:t>ᎦᏰᎪᎩ</w:t>
      </w:r>
      <w:r>
        <w:rPr>
          <w:rFonts w:ascii="Times New Roman" w:hAnsi="Times New Roman" w:eastAsia="Times New Roman" w:cs="Times New Roman"/>
        </w:rPr>
        <w:t xml:space="preserve"> </w:t>
      </w:r>
      <w:r>
        <w:rPr>
          <w:rFonts w:ascii="Gadugi" w:hAnsi="Gadugi" w:eastAsia="Gadugi" w:cs="Gadugi"/>
        </w:rPr>
        <w:t>ᎦᎶᏄᎮᏛ</w:t>
      </w:r>
      <w:r>
        <w:rPr>
          <w:rFonts w:ascii="Times New Roman" w:hAnsi="Times New Roman" w:eastAsia="Times New Roman" w:cs="Times New Roman"/>
        </w:rPr>
        <w:t xml:space="preserve"> </w:t>
      </w:r>
      <w:r>
        <w:rPr>
          <w:rFonts w:ascii="Gadugi" w:hAnsi="Gadugi" w:eastAsia="Gadugi" w:cs="Gadugi"/>
        </w:rPr>
        <w:t>ᎠᏥᏯᏙᎸᎩ</w:t>
      </w:r>
      <w:r>
        <w:rPr>
          <w:rFonts w:ascii="Times New Roman" w:hAnsi="Times New Roman" w:eastAsia="Times New Roman" w:cs="Times New Roman"/>
        </w:rPr>
        <w:t xml:space="preserve"> </w:t>
      </w:r>
      <w:r>
        <w:rPr>
          <w:rFonts w:ascii="Gadugi" w:hAnsi="Gadugi" w:eastAsia="Gadugi" w:cs="Gadugi"/>
        </w:rPr>
        <w:t>ᏥᎩ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ᏂᏓᏛᏁᎭ</w:t>
      </w:r>
      <w:r>
        <w:rPr>
          <w:rFonts w:ascii="Times New Roman" w:hAnsi="Times New Roman" w:eastAsia="Times New Roman" w:cs="Times New Roman"/>
        </w:rPr>
        <w:t xml:space="preserve"> </w:t>
      </w:r>
      <w:r>
        <w:rPr>
          <w:rFonts w:ascii="Gadugi" w:hAnsi="Gadugi" w:eastAsia="Gadugi" w:cs="Gadugi"/>
        </w:rPr>
        <w:t>ᎤᎵᏍᏔᏅ</w:t>
      </w:r>
      <w:r>
        <w:rPr>
          <w:rFonts w:ascii="Times New Roman" w:hAnsi="Times New Roman" w:eastAsia="Times New Roman" w:cs="Times New Roman"/>
        </w:rPr>
        <w:t xml:space="preserve"> </w:t>
      </w:r>
      <w:r>
        <w:rPr>
          <w:rFonts w:ascii="Gadugi" w:hAnsi="Gadugi" w:eastAsia="Gadugi" w:cs="Gadugi"/>
        </w:rPr>
        <w:t>ᎤᎾᏠᏱ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ᎤᏂᏲᎱᏎᏗ</w:t>
      </w:r>
      <w:r>
        <w:rPr>
          <w:rFonts w:ascii="Times New Roman" w:hAnsi="Times New Roman" w:eastAsia="Times New Roman" w:cs="Times New Roman"/>
        </w:rPr>
        <w:t xml:space="preserve"> </w:t>
      </w:r>
      <w:r>
        <w:rPr>
          <w:rFonts w:ascii="Gadugi" w:hAnsi="Gadugi" w:eastAsia="Gadugi" w:cs="Gadugi"/>
        </w:rPr>
        <w:t>ᎤᏍᏆᏂᎪᏛ</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ᎤᏂᎬᏫᏳᎯ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ᎠᏉᎩᏐᎢ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ᎠᏓᏅᏟ</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ᎦᏰᎪᎩ</w:t>
      </w:r>
      <w:r>
        <w:rPr>
          <w:rFonts w:ascii="Times New Roman" w:hAnsi="Times New Roman" w:eastAsia="Times New Roman" w:cs="Times New Roman"/>
        </w:rPr>
        <w:t xml:space="preserve"> </w:t>
      </w:r>
      <w:r>
        <w:rPr>
          <w:rFonts w:ascii="Gadugi" w:hAnsi="Gadugi" w:eastAsia="Gadugi" w:cs="Gadugi"/>
        </w:rPr>
        <w:t>ᎦᎶᏄᎮᏛ</w:t>
      </w:r>
      <w:r>
        <w:rPr>
          <w:rFonts w:ascii="Times New Roman" w:hAnsi="Times New Roman" w:eastAsia="Times New Roman" w:cs="Times New Roman"/>
        </w:rPr>
        <w:t xml:space="preserve"> </w:t>
      </w:r>
      <w:r>
        <w:rPr>
          <w:rFonts w:ascii="Gadugi" w:hAnsi="Gadugi" w:eastAsia="Gadugi" w:cs="Gadugi"/>
        </w:rPr>
        <w:t>ᎠᏥᏯᏙᎸᎩ</w:t>
      </w:r>
      <w:r>
        <w:rPr>
          <w:rFonts w:ascii="Times New Roman" w:hAnsi="Times New Roman" w:eastAsia="Times New Roman" w:cs="Times New Roman"/>
        </w:rPr>
        <w:t xml:space="preserve"> </w:t>
      </w:r>
      <w:r>
        <w:rPr>
          <w:rFonts w:ascii="Gadugi" w:hAnsi="Gadugi" w:eastAsia="Gadugi" w:cs="Gadugi"/>
        </w:rPr>
        <w:t>ᏧᏓᏑᏴᎩ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ᏧᎾᏁᎳᏗ</w:t>
      </w:r>
      <w:r>
        <w:rPr>
          <w:rFonts w:ascii="Times New Roman" w:hAnsi="Times New Roman" w:eastAsia="Times New Roman" w:cs="Times New Roman"/>
        </w:rPr>
        <w:t xml:space="preserve"> </w:t>
      </w:r>
      <w:r>
        <w:rPr>
          <w:rFonts w:ascii="Gadugi" w:hAnsi="Gadugi" w:eastAsia="Gadugi" w:cs="Gadugi"/>
        </w:rPr>
        <w:t>ᎤᏁᏉᎾᎥ</w:t>
      </w:r>
      <w:r>
        <w:rPr>
          <w:rFonts w:ascii="Times New Roman" w:hAnsi="Times New Roman" w:eastAsia="Times New Roman" w:cs="Times New Roman"/>
        </w:rPr>
        <w:t xml:space="preserve"> </w:t>
      </w:r>
      <w:r>
        <w:rPr>
          <w:rFonts w:ascii="Gadugi" w:hAnsi="Gadugi" w:eastAsia="Gadugi" w:cs="Gadugi"/>
        </w:rPr>
        <w:t>ᏥᎨᏎᏍᏗ</w:t>
      </w:r>
      <w:r>
        <w:rPr>
          <w:rFonts w:ascii="Times New Roman" w:hAnsi="Times New Roman" w:eastAsia="Times New Roman" w:cs="Times New Roman"/>
        </w:rPr>
        <w:t xml:space="preserve"> </w:t>
      </w:r>
      <w:r>
        <w:rPr>
          <w:rFonts w:ascii="Gadugi" w:hAnsi="Gadugi" w:eastAsia="Gadugi" w:cs="Gadugi"/>
        </w:rPr>
        <w:t>ᏗᏓᏂᎸᎢ</w:t>
      </w:r>
      <w:r>
        <w:rPr>
          <w:rFonts w:ascii="Times New Roman" w:hAnsi="Times New Roman" w:eastAsia="Times New Roman" w:cs="Times New Roman"/>
        </w:rPr>
        <w:t xml:space="preserve"> </w:t>
      </w:r>
      <w:r>
        <w:rPr>
          <w:rFonts w:ascii="Gadugi" w:hAnsi="Gadugi" w:eastAsia="Gadugi" w:cs="Gadugi"/>
        </w:rPr>
        <w:t>ᏅᓩᏓᎴᎢ</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ᎤᎾᏠᏱ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ᎠᎹᎩᏙᏂ</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ᏩᏂᏴᎯᎯ</w:t>
      </w:r>
      <w:r>
        <w:rPr>
          <w:rFonts w:ascii="Times New Roman" w:hAnsi="Times New Roman" w:eastAsia="Times New Roman" w:cs="Times New Roman"/>
        </w:rPr>
        <w:t xml:space="preserve"> </w:t>
      </w:r>
      <w:r>
        <w:rPr>
          <w:rFonts w:ascii="Gadugi" w:hAnsi="Gadugi" w:eastAsia="Gadugi" w:cs="Gadugi"/>
        </w:rPr>
        <w:t>ᎤᎾᏘᎿᎭᎥ</w:t>
      </w:r>
      <w:r>
        <w:rPr>
          <w:rFonts w:ascii="Times New Roman" w:hAnsi="Times New Roman" w:eastAsia="Times New Roman" w:cs="Times New Roman"/>
        </w:rPr>
        <w:t xml:space="preserve"> </w:t>
      </w:r>
      <w:r>
        <w:rPr>
          <w:rFonts w:ascii="Gadugi" w:hAnsi="Gadugi" w:eastAsia="Gadugi" w:cs="Gadugi"/>
        </w:rPr>
        <w:t>ᎡᏥᏍᏆᎸᏔᏅ</w:t>
      </w:r>
      <w:r>
        <w:rPr>
          <w:rFonts w:ascii="Times New Roman" w:hAnsi="Times New Roman" w:eastAsia="Times New Roman" w:cs="Times New Roman"/>
        </w:rPr>
        <w:t xml:space="preserve"> </w:t>
      </w:r>
      <w:r>
        <w:rPr>
          <w:rFonts w:ascii="Gadugi" w:hAnsi="Gadugi" w:eastAsia="Gadugi" w:cs="Gadugi"/>
        </w:rPr>
        <w:t>ᎡᎯᏯᏔᏁᎸ</w:t>
      </w:r>
      <w:r>
        <w:rPr>
          <w:rFonts w:ascii="Times New Roman" w:hAnsi="Times New Roman" w:eastAsia="Times New Roman" w:cs="Times New Roman"/>
        </w:rPr>
        <w:t xml:space="preserve"> 16:12–21.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ᎤᎾᏓᏁᎸᎭ</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ᏧᏤᎵ</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ᎤᎾᏠᏱ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ᎤᏂᏲᎱᏎᏗ</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ᏄᎾᏍᏛ</w:t>
      </w:r>
      <w:r>
        <w:rPr>
          <w:rFonts w:ascii="Times New Roman" w:hAnsi="Times New Roman" w:eastAsia="Times New Roman" w:cs="Times New Roman"/>
        </w:rPr>
        <w:t xml:space="preserve"> </w:t>
      </w:r>
      <w:r>
        <w:rPr>
          <w:rFonts w:ascii="Gadugi" w:hAnsi="Gadugi" w:eastAsia="Gadugi" w:cs="Gadugi"/>
        </w:rPr>
        <w:t>ᎦᏛᎬ</w:t>
      </w:r>
      <w:r>
        <w:rPr>
          <w:rFonts w:ascii="Times New Roman" w:hAnsi="Times New Roman" w:eastAsia="Times New Roman" w:cs="Times New Roman"/>
        </w:rPr>
        <w:t xml:space="preserve"> </w:t>
      </w:r>
      <w:r>
        <w:rPr>
          <w:rFonts w:ascii="Gadugi" w:hAnsi="Gadugi" w:eastAsia="Gadugi" w:cs="Gadugi"/>
        </w:rPr>
        <w:t>ᏧᏬᏪᎳᏅᎯ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ᎬᏂᏳᏉ</w:t>
      </w:r>
      <w:r>
        <w:rPr>
          <w:rFonts w:ascii="Times New Roman" w:hAnsi="Times New Roman" w:eastAsia="Times New Roman" w:cs="Times New Roman"/>
        </w:rPr>
        <w:t xml:space="preserve"> </w:t>
      </w:r>
      <w:r>
        <w:rPr>
          <w:rFonts w:ascii="Gadugi" w:hAnsi="Gadugi" w:eastAsia="Gadugi" w:cs="Gadugi"/>
        </w:rPr>
        <w:t>ᎪᎯᏳᏗ</w:t>
      </w:r>
      <w:r>
        <w:rPr>
          <w:rFonts w:ascii="Times New Roman" w:hAnsi="Times New Roman" w:eastAsia="Times New Roman" w:cs="Times New Roman"/>
        </w:rPr>
        <w:t xml:space="preserve"> </w:t>
      </w:r>
      <w:r>
        <w:rPr>
          <w:rFonts w:ascii="Gadugi" w:hAnsi="Gadugi" w:eastAsia="Gadugi" w:cs="Gadugi"/>
        </w:rPr>
        <w:t>ᎪᏪᎸ</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ᎤᏓᏅᏖᏗ</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ᏧᏂᏴᏫᏯ</w:t>
      </w:r>
      <w:r>
        <w:rPr>
          <w:rFonts w:ascii="Times New Roman" w:hAnsi="Times New Roman" w:eastAsia="Times New Roman" w:cs="Times New Roman"/>
        </w:rPr>
        <w:t xml:space="preserve"> </w:t>
      </w:r>
      <w:r>
        <w:rPr>
          <w:rFonts w:ascii="Gadugi" w:hAnsi="Gadugi" w:eastAsia="Gadugi" w:cs="Gadugi"/>
        </w:rPr>
        <w:t>ᎾᎿᎭᏂᎨᏒ</w:t>
      </w:r>
      <w:r>
        <w:rPr>
          <w:rFonts w:ascii="Times New Roman" w:hAnsi="Times New Roman" w:eastAsia="Times New Roman" w:cs="Times New Roman"/>
        </w:rPr>
        <w:t xml:space="preserve"> “</w:t>
      </w:r>
      <w:r>
        <w:rPr>
          <w:rFonts w:ascii="Gadugi" w:hAnsi="Gadugi" w:eastAsia="Gadugi" w:cs="Gadugi"/>
        </w:rPr>
        <w:t>ᎤᏃᎵᏍᎬ</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ᎦᏚᎩ</w:t>
      </w:r>
      <w:r>
        <w:rPr>
          <w:rFonts w:ascii="Times New Roman" w:hAnsi="Times New Roman" w:eastAsia="Times New Roman" w:cs="Times New Roman"/>
        </w:rPr>
        <w:t xml:space="preserve"> </w:t>
      </w:r>
      <w:r>
        <w:rPr>
          <w:rFonts w:ascii="Gadugi" w:hAnsi="Gadugi" w:eastAsia="Gadugi" w:cs="Gadugi"/>
        </w:rPr>
        <w:t>ᏧᎸᏉᏗ</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ᎠᎦᏎᏉᎩ</w:t>
      </w:r>
      <w:r>
        <w:rPr>
          <w:rFonts w:ascii="Times New Roman" w:hAnsi="Times New Roman" w:eastAsia="Times New Roman" w:cs="Times New Roman"/>
        </w:rPr>
        <w:t xml:space="preserve"> </w:t>
      </w:r>
      <w:r>
        <w:rPr>
          <w:rFonts w:ascii="Gadugi" w:hAnsi="Gadugi" w:eastAsia="Gadugi" w:cs="Gadugi"/>
        </w:rPr>
        <w:t>ᏥᎨᏐᎢ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Ийистэ мытуьуьр «тастыҥнырга, тоҕо бу барытаах тас көстүүттээх уонна бу дүйнэ дьолута суох суолталаах эбитин» — бу туһунан ону даһааны өйдүүргэ, барыта да «Богу тирэх быһыытынан туттуллубатах» буоллаҕына, сүппэтин. Ол иһин Богу баар эбэтэр суох буолуу — эн тирэхин быһыытынан — олох уонна өлүү туругунан суолталуу ыйытыы. Саҕаланыы сылдьар санаа сайдыытынан ол бу тэҥҥэччи Сестра Уайт Богу тирэхин быһыытынан туттуу диэн туох эрэбитин быһааран этэр, манна ол былай диэн этэрэ: «Кини сыалын кытта ситимнээх уонна Кини майгытын саҕалаан көстөр эрэ туругунай түмүктэнэр». Кини билигин ыраахтаан быһаарбыта: Богу тирэхиттэн тыс турар барыта сүппэт; уонна тирэх үрдүгэр туттуллубут туох эрэ икки аайы быһаарар бэлиэтэ — ол «Кини сыалларыгар ситимнээх» буолуу, уонна «Кини майгытын саҕалаан көстөр» буолуу. Кини майгыта — Кини тирэҕэ.</w:t>
      </w:r>
    </w:p>
    <w:p>
      <w:pPr>
        <w:pStyle w:val="ArticleBody"/>
        <w:jc w:val="left"/>
      </w:pPr>
      <w:r>
        <w:rPr>
          <w:rFonts w:ascii="Times New Roman" w:hAnsi="Times New Roman" w:eastAsia="Times New Roman" w:cs="Times New Roman"/>
        </w:rPr>
        <w:t>Сипас дар ҷумлаи хотимавии он банд ӯ изҳор медорад, ки «усулҳои Ӯ ягона чизҳои устуворанд, ки ҷаҳони мо мешиносад». Хислати Худо ҳамон усулҳои Ӯст, ва усулҳои Ӯ хислати Ӯро ифода мекунанд. Чӣ гуна инсоният бо Худо ҳамчун пояи ҳамаи чизҳо муносибат мекунад, масъалаи марг ё зиндагист. Ман бар он ақидаам, ки сохтори бунёдии боби ёздаҳуми Дониёл бар ривояти болоравӣ ва суқути подшоҳиҳо бино шудааст. Порчае мавҷуд аст, ки дар он илҳом ба мо навъи дурусти омӯзишро меомӯзонад.</w:t>
      </w:r>
    </w:p>
    <w:p>
      <w:pPr>
        <w:pStyle w:val="ArticleScripture"/>
        <w:jc w:val="left"/>
      </w:pPr>
      <w:r>
        <w:rPr>
          <w:rFonts w:ascii="Times New Roman" w:hAnsi="Times New Roman" w:eastAsia="Times New Roman" w:cs="Times New Roman"/>
        </w:rPr>
        <w:t>«Гичээлийн түүхийг судлах нэгэн төрөл байдаг бөгөөд түүнийг буруутгах ёсгүй. Ариун түүх нь эш үзүүлэгчдийн сургуулиудад заадаг хичээлүүдийн нэг байсан. Түүний үндэстнүүдтэй харьцсан үйлсийн тэмдэглэл дотор Еховагийн мөрүүдийг мөшгөн хардаг байв. Иймээс өнөөдөр ч бид газар дэлхийн үндэстнүүдтэй Бурханы харьцаж ирсэн үйлсийг авч үзэх ёстой. Бид түүхэн дотор эш үзүүллэгийн биеллийг харах, агуу шинэчлэлийн хөдөлгөөнүүд дэх Ивээлийн үйлчлэлийг судлах, мөн агуу тэмцлийн эцсийн мөргөлдөөнд зориулан үндэстнүүдийг жагсаан нэгтгэх явц дахь үйл явдлын өрнөлийг ойлгох ёстой.» The Ministry of Healing, 441.</w:t>
      </w:r>
    </w:p>
    <w:p>
      <w:pPr>
        <w:pStyle w:val="ArticleBody"/>
        <w:jc w:val="left"/>
      </w:pP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ᎤᏪᏟᎶᏍᏗ</w:t>
      </w:r>
      <w:r>
        <w:rPr>
          <w:rFonts w:ascii="Times New Roman" w:hAnsi="Times New Roman" w:eastAsia="Times New Roman" w:cs="Times New Roman"/>
        </w:rPr>
        <w:t xml:space="preserve"> </w:t>
      </w:r>
      <w:r>
        <w:rPr>
          <w:rFonts w:ascii="Gadugi" w:hAnsi="Gadugi" w:eastAsia="Gadugi" w:cs="Gadugi"/>
        </w:rPr>
        <w:t>ᏗᏂᏪᎵ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ᎤᏟᎶᏍᏗ</w:t>
      </w:r>
      <w:r>
        <w:rPr>
          <w:rFonts w:ascii="Times New Roman" w:hAnsi="Times New Roman" w:eastAsia="Times New Roman" w:cs="Times New Roman"/>
        </w:rPr>
        <w:t xml:space="preserve"> </w:t>
      </w: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ᏗᏂᎬᏫᏳᎯ</w:t>
      </w:r>
      <w:r>
        <w:rPr>
          <w:rFonts w:ascii="Times New Roman" w:hAnsi="Times New Roman" w:eastAsia="Times New Roman" w:cs="Times New Roman"/>
        </w:rPr>
        <w:t xml:space="preserve"> </w:t>
      </w:r>
      <w:r>
        <w:rPr>
          <w:rFonts w:ascii="Gadugi" w:hAnsi="Gadugi" w:eastAsia="Gadugi" w:cs="Gadugi"/>
        </w:rPr>
        <w:t>ᎠᏂᎦᏔᎲ</w:t>
      </w:r>
      <w:r>
        <w:rPr>
          <w:rFonts w:ascii="Times New Roman" w:hAnsi="Times New Roman" w:eastAsia="Times New Roman" w:cs="Times New Roman"/>
        </w:rPr>
        <w:t xml:space="preserve"> </w:t>
      </w:r>
      <w:r>
        <w:rPr>
          <w:rFonts w:ascii="Gadugi" w:hAnsi="Gadugi" w:eastAsia="Gadugi" w:cs="Gadugi"/>
        </w:rPr>
        <w:t>ᎤᏤᎵᎬ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ᎤᏕᎶᏆᏍᏗ</w:t>
      </w:r>
      <w:r>
        <w:rPr>
          <w:rFonts w:ascii="Times New Roman" w:hAnsi="Times New Roman" w:eastAsia="Times New Roman" w:cs="Times New Roman"/>
        </w:rPr>
        <w:t xml:space="preserve"> </w:t>
      </w:r>
      <w:r>
        <w:rPr>
          <w:rFonts w:ascii="Gadugi" w:hAnsi="Gadugi" w:eastAsia="Gadugi" w:cs="Gadugi"/>
        </w:rPr>
        <w:t>ᏚᏩᏛᎲ</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ᏧᎾᎵᏍᎪᎸᎢ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ᎤᏁᎶᏔᏅ</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ᏕᎦᏃᎯᏍᏗ</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ᎢᎬᏱᏍᏗ</w:t>
      </w:r>
      <w:r>
        <w:rPr>
          <w:rFonts w:ascii="Times New Roman" w:hAnsi="Times New Roman" w:eastAsia="Times New Roman" w:cs="Times New Roman"/>
        </w:rPr>
        <w:t xml:space="preserve"> </w:t>
      </w:r>
      <w:r>
        <w:rPr>
          <w:rFonts w:ascii="Gadugi" w:hAnsi="Gadugi" w:eastAsia="Gadugi" w:cs="Gadugi"/>
        </w:rPr>
        <w:t>ᏚᏘᏂᏙᎲᎢ</w:t>
      </w:r>
      <w:r>
        <w:rPr>
          <w:rFonts w:ascii="Times New Roman" w:hAnsi="Times New Roman" w:eastAsia="Times New Roman" w:cs="Times New Roman"/>
        </w:rPr>
        <w:t xml:space="preserve">; </w:t>
      </w:r>
      <w:r>
        <w:rPr>
          <w:rFonts w:ascii="Gadugi" w:hAnsi="Gadugi" w:eastAsia="Gadugi" w:cs="Gadugi"/>
        </w:rPr>
        <w:t>ᎾᏍᎩᏃ</w:t>
      </w:r>
      <w:r>
        <w:rPr>
          <w:rFonts w:ascii="Times New Roman" w:hAnsi="Times New Roman" w:eastAsia="Times New Roman" w:cs="Times New Roman"/>
        </w:rPr>
        <w:t xml:space="preserve"> </w:t>
      </w: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ᏗᏂᏪᎵ</w:t>
      </w:r>
      <w:r>
        <w:rPr>
          <w:rFonts w:ascii="Times New Roman" w:hAnsi="Times New Roman" w:eastAsia="Times New Roman" w:cs="Times New Roman"/>
        </w:rPr>
        <w:t xml:space="preserve"> </w:t>
      </w:r>
      <w:r>
        <w:rPr>
          <w:rFonts w:ascii="Gadugi" w:hAnsi="Gadugi" w:eastAsia="Gadugi" w:cs="Gadugi"/>
        </w:rPr>
        <w:t>ᎠᏓᏕᎶᏆᏍᏗ</w:t>
      </w:r>
      <w:r>
        <w:rPr>
          <w:rFonts w:ascii="Times New Roman" w:hAnsi="Times New Roman" w:eastAsia="Times New Roman" w:cs="Times New Roman"/>
        </w:rPr>
        <w:t xml:space="preserve"> </w:t>
      </w:r>
      <w:r>
        <w:rPr>
          <w:rFonts w:ascii="Gadugi" w:hAnsi="Gadugi" w:eastAsia="Gadugi" w:cs="Gadugi"/>
        </w:rPr>
        <w:t>ᎤᏓᏑᏴᎢ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ᏗᎪᎵᏰᏗ</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ᎢᎬᏱᏍᏗ</w:t>
      </w:r>
      <w:r>
        <w:rPr>
          <w:rFonts w:ascii="Times New Roman" w:hAnsi="Times New Roman" w:eastAsia="Times New Roman" w:cs="Times New Roman"/>
        </w:rPr>
        <w:t xml:space="preserve"> </w:t>
      </w:r>
      <w:r>
        <w:rPr>
          <w:rFonts w:ascii="Gadugi" w:hAnsi="Gadugi" w:eastAsia="Gadugi" w:cs="Gadugi"/>
        </w:rPr>
        <w:t>ᎠᏂᎳᏫᎢ</w:t>
      </w:r>
      <w:r>
        <w:rPr>
          <w:rFonts w:ascii="Times New Roman" w:hAnsi="Times New Roman" w:eastAsia="Times New Roman" w:cs="Times New Roman"/>
        </w:rPr>
        <w:t xml:space="preserve"> </w:t>
      </w:r>
      <w:r>
        <w:rPr>
          <w:rFonts w:ascii="Gadugi" w:hAnsi="Gadugi" w:eastAsia="Gadugi" w:cs="Gadugi"/>
        </w:rPr>
        <w:t>ᎤᏛᏅᎢ</w:t>
      </w:r>
      <w:r>
        <w:rPr>
          <w:rFonts w:ascii="Times New Roman" w:hAnsi="Times New Roman" w:eastAsia="Times New Roman" w:cs="Times New Roman"/>
        </w:rPr>
        <w:t xml:space="preserve">. </w:t>
      </w:r>
      <w:r>
        <w:rPr>
          <w:rFonts w:ascii="Gadugi" w:hAnsi="Gadugi" w:eastAsia="Gadugi" w:cs="Gadugi"/>
        </w:rPr>
        <w:t>ᏗᏂᏪᎵ</w:t>
      </w:r>
      <w:r>
        <w:rPr>
          <w:rFonts w:ascii="Times New Roman" w:hAnsi="Times New Roman" w:eastAsia="Times New Roman" w:cs="Times New Roman"/>
        </w:rPr>
        <w:t xml:space="preserve"> </w:t>
      </w:r>
      <w:r>
        <w:rPr>
          <w:rFonts w:ascii="Gadugi" w:hAnsi="Gadugi" w:eastAsia="Gadugi" w:cs="Gadugi"/>
        </w:rPr>
        <w:t>ᎠᏙᎵᏍᏗ</w:t>
      </w:r>
      <w:r>
        <w:rPr>
          <w:rFonts w:ascii="Times New Roman" w:hAnsi="Times New Roman" w:eastAsia="Times New Roman" w:cs="Times New Roman"/>
        </w:rPr>
        <w:t xml:space="preserve"> </w:t>
      </w: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ᎤᏁᏨ</w:t>
      </w:r>
      <w:r>
        <w:rPr>
          <w:rFonts w:ascii="Times New Roman" w:hAnsi="Times New Roman" w:eastAsia="Times New Roman" w:cs="Times New Roman"/>
        </w:rPr>
        <w:t xml:space="preserve"> </w:t>
      </w:r>
      <w:r>
        <w:rPr>
          <w:rFonts w:ascii="Gadugi" w:hAnsi="Gadugi" w:eastAsia="Gadugi" w:cs="Gadugi"/>
        </w:rPr>
        <w:t>ᎠᏙᎴᎰᎯ</w:t>
      </w:r>
      <w:r>
        <w:rPr>
          <w:rFonts w:ascii="Times New Roman" w:hAnsi="Times New Roman" w:eastAsia="Times New Roman" w:cs="Times New Roman"/>
        </w:rPr>
        <w:t xml:space="preserve"> </w:t>
      </w:r>
      <w:r>
        <w:rPr>
          <w:rFonts w:ascii="Gadugi" w:hAnsi="Gadugi" w:eastAsia="Gadugi" w:cs="Gadugi"/>
        </w:rPr>
        <w:t>ᎤᏃᎮᏗ</w:t>
      </w:r>
      <w:r>
        <w:rPr>
          <w:rFonts w:ascii="Times New Roman" w:hAnsi="Times New Roman" w:eastAsia="Times New Roman" w:cs="Times New Roman"/>
        </w:rPr>
        <w:t xml:space="preserve"> </w:t>
      </w:r>
      <w:r>
        <w:rPr>
          <w:rFonts w:ascii="Gadugi" w:hAnsi="Gadugi" w:eastAsia="Gadugi" w:cs="Gadugi"/>
        </w:rPr>
        <w:t>ᎠᏓᏂᎸᏫᏍᏓᏁᏗ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ᎤᏁᏨ</w:t>
      </w:r>
      <w:r>
        <w:rPr>
          <w:rFonts w:ascii="Times New Roman" w:hAnsi="Times New Roman" w:eastAsia="Times New Roman" w:cs="Times New Roman"/>
        </w:rPr>
        <w:t xml:space="preserve"> </w:t>
      </w:r>
      <w:r>
        <w:rPr>
          <w:rFonts w:ascii="Gadugi" w:hAnsi="Gadugi" w:eastAsia="Gadugi" w:cs="Gadugi"/>
        </w:rPr>
        <w:t>ᏗᏂᏪᎵ</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ᏗᏂᏪᎵ</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ᎤᏁᏨ</w:t>
      </w:r>
      <w:r>
        <w:rPr>
          <w:rFonts w:ascii="Times New Roman" w:hAnsi="Times New Roman" w:eastAsia="Times New Roman" w:cs="Times New Roman"/>
        </w:rPr>
        <w:t xml:space="preserve"> </w:t>
      </w:r>
      <w:r>
        <w:rPr>
          <w:rFonts w:ascii="Gadugi" w:hAnsi="Gadugi" w:eastAsia="Gadugi" w:cs="Gadugi"/>
        </w:rPr>
        <w:t>ᎠᏙᎴᎰᎯ</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ᎤᎵᏍᏕᎸᏗ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ᏧᏓᎴᏅᎲ</w:t>
      </w:r>
      <w:r>
        <w:rPr>
          <w:rFonts w:ascii="Times New Roman" w:hAnsi="Times New Roman" w:eastAsia="Times New Roman" w:cs="Times New Roman"/>
        </w:rPr>
        <w:t xml:space="preserve"> </w:t>
      </w:r>
      <w:r>
        <w:rPr>
          <w:rFonts w:ascii="Gadugi" w:hAnsi="Gadugi" w:eastAsia="Gadugi" w:cs="Gadugi"/>
        </w:rPr>
        <w:t>ᎤᎾᏛᏅ</w:t>
      </w:r>
      <w:r>
        <w:rPr>
          <w:rFonts w:ascii="Times New Roman" w:hAnsi="Times New Roman" w:eastAsia="Times New Roman" w:cs="Times New Roman"/>
        </w:rPr>
        <w:t xml:space="preserve"> </w:t>
      </w:r>
      <w:r>
        <w:rPr>
          <w:rFonts w:ascii="Gadugi" w:hAnsi="Gadugi" w:eastAsia="Gadugi" w:cs="Gadugi"/>
        </w:rPr>
        <w:t>ᏧᏂᎧᎿᎭᎸᎢ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ᎠᏂᎦᏔᎲ</w:t>
      </w:r>
      <w:r>
        <w:rPr>
          <w:rFonts w:ascii="Times New Roman" w:hAnsi="Times New Roman" w:eastAsia="Times New Roman" w:cs="Times New Roman"/>
        </w:rPr>
        <w:t xml:space="preserve"> </w:t>
      </w:r>
      <w:r>
        <w:rPr>
          <w:rFonts w:ascii="Gadugi" w:hAnsi="Gadugi" w:eastAsia="Gadugi" w:cs="Gadugi"/>
        </w:rPr>
        <w:t>ᏕᎨᏥᏟᎶᏍᏔᏅ</w:t>
      </w:r>
      <w:r>
        <w:rPr>
          <w:rFonts w:ascii="Times New Roman" w:hAnsi="Times New Roman" w:eastAsia="Times New Roman" w:cs="Times New Roman"/>
        </w:rPr>
        <w:t xml:space="preserve"> </w:t>
      </w:r>
      <w:r>
        <w:rPr>
          <w:rFonts w:ascii="Gadugi" w:hAnsi="Gadugi" w:eastAsia="Gadugi" w:cs="Gadugi"/>
        </w:rPr>
        <w:t>ᎬᏩᎾᏓᏡᎬ</w:t>
      </w:r>
      <w:r>
        <w:rPr>
          <w:rFonts w:ascii="Times New Roman" w:hAnsi="Times New Roman" w:eastAsia="Times New Roman" w:cs="Times New Roman"/>
        </w:rPr>
        <w:t xml:space="preserve"> </w:t>
      </w:r>
      <w:r>
        <w:rPr>
          <w:rFonts w:ascii="Gadugi" w:hAnsi="Gadugi" w:eastAsia="Gadugi" w:cs="Gadugi"/>
        </w:rPr>
        <w:t>ᎢᎬᏱᏍᏗ</w:t>
      </w:r>
      <w:r>
        <w:rPr>
          <w:rFonts w:ascii="Times New Roman" w:hAnsi="Times New Roman" w:eastAsia="Times New Roman" w:cs="Times New Roman"/>
        </w:rPr>
        <w:t xml:space="preserve"> </w:t>
      </w:r>
      <w:r>
        <w:rPr>
          <w:rFonts w:ascii="Gadugi" w:hAnsi="Gadugi" w:eastAsia="Gadugi" w:cs="Gadugi"/>
        </w:rPr>
        <w:t>ᎠᏰᎳᏗᏍᏗ</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ᎤᏟᏍᏗ</w:t>
      </w:r>
      <w:r>
        <w:rPr>
          <w:rFonts w:ascii="Times New Roman" w:hAnsi="Times New Roman" w:eastAsia="Times New Roman" w:cs="Times New Roman"/>
        </w:rPr>
        <w:t xml:space="preserve"> </w:t>
      </w:r>
      <w:r>
        <w:rPr>
          <w:rFonts w:ascii="Gadugi" w:hAnsi="Gadugi" w:eastAsia="Gadugi" w:cs="Gadugi"/>
        </w:rPr>
        <w:t>ᎠᏓᏘᏴᏛ</w:t>
      </w:r>
      <w:r>
        <w:rPr>
          <w:rFonts w:ascii="Times New Roman" w:hAnsi="Times New Roman" w:eastAsia="Times New Roman" w:cs="Times New Roman"/>
        </w:rPr>
        <w:t xml:space="preserve"> </w:t>
      </w:r>
      <w:r>
        <w:rPr>
          <w:rFonts w:ascii="Gadugi" w:hAnsi="Gadugi" w:eastAsia="Gadugi" w:cs="Gadugi"/>
        </w:rPr>
        <w:t>ᏕᎦᏘᏴᏍᏗᏍᎬᎢ</w:t>
      </w:r>
      <w:r>
        <w:rPr>
          <w:rFonts w:ascii="Times New Roman" w:hAnsi="Times New Roman" w:eastAsia="Times New Roman" w:cs="Times New Roman"/>
        </w:rPr>
        <w:t xml:space="preserve">.” </w:t>
      </w:r>
      <w:r>
        <w:rPr>
          <w:rFonts w:ascii="Gadugi" w:hAnsi="Gadugi" w:eastAsia="Gadugi" w:cs="Gadugi"/>
        </w:rPr>
        <w:t>ᎢᎬᏱᏍᏗ</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ᏥᎦᎳᏅᏛ</w:t>
      </w:r>
      <w:r>
        <w:rPr>
          <w:rFonts w:ascii="Times New Roman" w:hAnsi="Times New Roman" w:eastAsia="Times New Roman" w:cs="Times New Roman"/>
        </w:rPr>
        <w:t xml:space="preserve"> </w:t>
      </w:r>
      <w:r>
        <w:rPr>
          <w:rFonts w:ascii="Gadugi" w:hAnsi="Gadugi" w:eastAsia="Gadugi" w:cs="Gadugi"/>
        </w:rPr>
        <w:t>ᎤᏬᏪᎳᏅ</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ᏍᏏᏔ</w:t>
      </w:r>
      <w:r>
        <w:rPr>
          <w:rFonts w:ascii="Times New Roman" w:hAnsi="Times New Roman" w:eastAsia="Times New Roman" w:cs="Times New Roman"/>
        </w:rPr>
        <w:t xml:space="preserve"> </w:t>
      </w:r>
      <w:r>
        <w:rPr>
          <w:rFonts w:ascii="Gadugi" w:hAnsi="Gadugi" w:eastAsia="Gadugi" w:cs="Gadugi"/>
        </w:rPr>
        <w:t>ᏫᎵᏍᎢ</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ᏗᎦᏓᎬᏩᏛ</w:t>
      </w:r>
      <w:r>
        <w:rPr>
          <w:rFonts w:ascii="Times New Roman" w:hAnsi="Times New Roman" w:eastAsia="Times New Roman" w:cs="Times New Roman"/>
        </w:rPr>
        <w:t xml:space="preserve"> </w:t>
      </w:r>
      <w:r>
        <w:rPr>
          <w:rFonts w:ascii="Gadugi" w:hAnsi="Gadugi" w:eastAsia="Gadugi" w:cs="Gadugi"/>
        </w:rPr>
        <w:t>ᏧᏬᎵᏤᎵᎢ</w:t>
      </w:r>
      <w:r>
        <w:rPr>
          <w:rFonts w:ascii="Times New Roman" w:hAnsi="Times New Roman" w:eastAsia="Times New Roman" w:cs="Times New Roman"/>
        </w:rPr>
        <w:t xml:space="preserve"> </w:t>
      </w:r>
      <w:r>
        <w:rPr>
          <w:rFonts w:ascii="Gadugi" w:hAnsi="Gadugi" w:eastAsia="Gadugi" w:cs="Gadugi"/>
        </w:rPr>
        <w:t>ᎠᏓᏃᎮᎯᏍᏗ</w:t>
      </w:r>
      <w:r>
        <w:rPr>
          <w:rFonts w:ascii="Times New Roman" w:hAnsi="Times New Roman" w:eastAsia="Times New Roman" w:cs="Times New Roman"/>
        </w:rPr>
        <w:t xml:space="preserve"> </w:t>
      </w:r>
      <w:r>
        <w:rPr>
          <w:rFonts w:ascii="Gadugi" w:hAnsi="Gadugi" w:eastAsia="Gadugi" w:cs="Gadugi"/>
        </w:rPr>
        <w:t>ᎤᏚᎸᏅ</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ᎠᏓᏁᏢᏗ</w:t>
      </w:r>
      <w:r>
        <w:rPr>
          <w:rFonts w:ascii="Times New Roman" w:hAnsi="Times New Roman" w:eastAsia="Times New Roman" w:cs="Times New Roman"/>
        </w:rPr>
        <w:t xml:space="preserve"> </w:t>
      </w:r>
      <w:r>
        <w:rPr>
          <w:rFonts w:ascii="Gadugi" w:hAnsi="Gadugi" w:eastAsia="Gadugi" w:cs="Gadugi"/>
        </w:rPr>
        <w:t>ᎤᏁᏨ</w:t>
      </w:r>
      <w:r>
        <w:rPr>
          <w:rFonts w:ascii="Times New Roman" w:hAnsi="Times New Roman" w:eastAsia="Times New Roman" w:cs="Times New Roman"/>
        </w:rPr>
        <w:t xml:space="preserve"> </w:t>
      </w:r>
      <w:r>
        <w:rPr>
          <w:rFonts w:ascii="Gadugi" w:hAnsi="Gadugi" w:eastAsia="Gadugi" w:cs="Gadugi"/>
        </w:rPr>
        <w:t>ᎠᏙᎴᎰᎯ</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ᏗᏂᏪᎵ</w:t>
      </w:r>
      <w:r>
        <w:rPr>
          <w:rFonts w:ascii="Times New Roman" w:hAnsi="Times New Roman" w:eastAsia="Times New Roman" w:cs="Times New Roman"/>
        </w:rPr>
        <w:t xml:space="preserve"> </w:t>
      </w:r>
      <w:r>
        <w:rPr>
          <w:rFonts w:ascii="Gadugi" w:hAnsi="Gadugi" w:eastAsia="Gadugi" w:cs="Gadugi"/>
        </w:rPr>
        <w:t>ᎤᏲᎦ</w:t>
      </w:r>
      <w:r>
        <w:rPr>
          <w:rFonts w:ascii="Times New Roman" w:hAnsi="Times New Roman" w:eastAsia="Times New Roman" w:cs="Times New Roman"/>
        </w:rPr>
        <w:t xml:space="preserve"> </w:t>
      </w:r>
      <w:r>
        <w:rPr>
          <w:rFonts w:ascii="Gadugi" w:hAnsi="Gadugi" w:eastAsia="Gadugi" w:cs="Gadugi"/>
        </w:rPr>
        <w:t>ᎤᎵᏍᏆᏂᎪᏗ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ᎦᎫᏍᏛ</w:t>
      </w:r>
      <w:r>
        <w:rPr>
          <w:rFonts w:ascii="Times New Roman" w:hAnsi="Times New Roman" w:eastAsia="Times New Roman" w:cs="Times New Roman"/>
        </w:rPr>
        <w:t xml:space="preserve"> </w:t>
      </w:r>
      <w:r>
        <w:rPr>
          <w:rFonts w:ascii="Gadugi" w:hAnsi="Gadugi" w:eastAsia="Gadugi" w:cs="Gadugi"/>
        </w:rPr>
        <w:t>ᎤᎵᏍᏆᏂᎪᏗ</w:t>
      </w:r>
      <w:r>
        <w:rPr>
          <w:rFonts w:ascii="Times New Roman" w:hAnsi="Times New Roman" w:eastAsia="Times New Roman" w:cs="Times New Roman"/>
        </w:rPr>
        <w:t xml:space="preserve"> </w:t>
      </w:r>
      <w:r>
        <w:rPr>
          <w:rFonts w:ascii="Gadugi" w:hAnsi="Gadugi" w:eastAsia="Gadugi" w:cs="Gadugi"/>
        </w:rPr>
        <w:t>ᏥᎬᏩᎾᏟᎶᏍᏔᏅ</w:t>
      </w:r>
      <w:r>
        <w:rPr>
          <w:rFonts w:ascii="Times New Roman" w:hAnsi="Times New Roman" w:eastAsia="Times New Roman" w:cs="Times New Roman"/>
        </w:rPr>
        <w:t xml:space="preserve"> “</w:t>
      </w:r>
      <w:r>
        <w:rPr>
          <w:rFonts w:ascii="Gadugi" w:hAnsi="Gadugi" w:eastAsia="Gadugi" w:cs="Gadugi"/>
        </w:rPr>
        <w:t>ᎠᎾᎴᏂᎲ</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ᎠᏂᏅᏨᎢ</w:t>
      </w:r>
      <w:r>
        <w:rPr>
          <w:rFonts w:ascii="Times New Roman" w:hAnsi="Times New Roman" w:eastAsia="Times New Roman" w:cs="Times New Roman"/>
        </w:rPr>
        <w:t xml:space="preserve">” </w:t>
      </w:r>
      <w:r>
        <w:rPr>
          <w:rFonts w:ascii="Gadugi" w:hAnsi="Gadugi" w:eastAsia="Gadugi" w:cs="Gadugi"/>
        </w:rPr>
        <w:t>ᏧᏂᎬᏫᏳᎯ</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“Emsinga werk yáaysi tiis piny de, plɛk kɔc ciɛl acï ke raan bï nyic lueel lëu baai de yen ke riɔl ku nyic dhiëët de cï alɔŋ tëëŋ. Këkë acï ke yin ciɛl e bï nyic man acï luɔi ke bï kɔc kuɛny në piathïïr piŋ. Acän, dɔ̈ɔ̈r ke cï ke luɔi në kaam nhom de kɔc acï kɛk tɔ̈u ke minisitri ke yen bï rëër weak, aa ke bï cïï ŋic kuat. Yïn baai de awieŋ tënë miëth cï gɔlë në buk baai de cï yök ku dɔ̈u dɔ̈u de riɔl ku dhiëët, aŋic, “Nɛ yïn ciɛl ke cɔl guop kënëën në man cïï ya muk?” Tëëŋ abiët de Jɔn acï waath tënë wa dhil bëyic në yic man cï yök në buk këkë. Kristo acï tënë: ‘An e Muk de Pïïr: raan bï bɛn tënëŋ acï ke cïï rɔm alɛu; ku raan bï gam nëŋ acï ke cïï lueth alɛu.’ ‘An e Muk pïïr cï pɛi ku raan cï yök piny dhiëëŋ: athöör raan dïït muk man, acï ke bï pïïr kek ye thii.’ ‘Raan bï gam nëŋ acï pïïr cï yic kek ye thii.’ ‘Wɛ̈t ciëŋ a ye lueel tënë yiɛn, këkë e Nhialic ku pïïr.’ Jɔn 6:35, 51, 47, 63.”</w:t>
      </w:r>
    </w:p>
    <w:p>
      <w:pPr>
        <w:pStyle w:val="ArticleScripture"/>
        <w:jc w:val="left"/>
      </w:pPr>
      <w:r>
        <w:rPr>
          <w:rFonts w:ascii="Times New Roman" w:hAnsi="Times New Roman" w:eastAsia="Times New Roman" w:cs="Times New Roman"/>
        </w:rPr>
        <w:t>«Erra chuympia historiata mana juchachanaqchu. Santu historiaqa huk yachaykunam kárqan profetakunaq yachana wasinkunapi. Payqa nacionkunawan imayna ruwasqanmanta qillqasqapi Jehovápa puriyninpa ñankuna rikurirqan. Chay hina kunanpas kay pachapa nacionkunawan Diospa ruwasqankunata qhawarinanchik tiyan. Historiapi profeciapa hunt’asqanta rikinanchik tiyan, hatun allinchay kuyuykunapi Providenciapa ruwayninta yacharinanchik tiyan, hinallataq hatun ch’aqwaypa qhipa maqanakuypaq nacionkunata huñuychaspa eventokuna imayna ñawpaqman risqanta entiendenanchik tiyan.»</w:t>
      </w:r>
    </w:p>
    <w:p>
      <w:pPr>
        <w:pStyle w:val="ArticleScripture"/>
        <w:jc w:val="left"/>
      </w:pPr>
      <w:r>
        <w:rPr>
          <w:rFonts w:ascii="Times New Roman" w:hAnsi="Times New Roman" w:eastAsia="Times New Roman" w:cs="Times New Roman"/>
        </w:rPr>
        <w:t>ئاب دەرسىغا ئوخشاش تەدقىق ھايات ھەققىدە كەڭ ۋە ھەممە تەرەپنى ئۆز ئىچىگە ئالغان قاراشلارنى بېرىدۇ. ئۇ بىزگە ھاياتنىڭ ئۆز-ئارا مۇناسىۋەتلىرى ۋە تايىنىشچانلىقلىرىدىن بىرىئاز چۈشىنىشكە ياردەم قىلىدۇ؛ جەمئىيەت ۋە مىللەتلەرنىڭ ئۇلۇغ قېرىنداشلىقى ئىچىدە بىزنىڭ قانچىلىك ھەيران قالارلىق دەرىجىدە بىر-بىرىمىزگە باغلانغانلىقىمىزنى، ۋە بىر ئەزانىڭ زۇلۇمغا ئۇچرىشى ۋە خارابلىشىشىنىڭ ھەممىگە قانچىلىك زور زىيان ئېلىپ كېلىدىغانلىقىنى چۈشىنىشىمىزگە ياردەم بېرىدۇ.</w:t>
      </w:r>
    </w:p>
    <w:p>
      <w:pPr>
        <w:pStyle w:val="ArticleScripture"/>
        <w:jc w:val="left"/>
      </w:pPr>
      <w:r>
        <w:rPr>
          <w:rFonts w:ascii="Times New Roman" w:hAnsi="Times New Roman" w:eastAsia="Times New Roman" w:cs="Times New Roman"/>
        </w:rPr>
        <w:t>«Ma i tarmo, me na thamiwa tin saat, e khatchnhi a tarlang loh chu mihringte thiltih ropui te, an indona-a hnehna te, thuneihna leh ropuina an chan theihna atana an hlawhtlinna te hi a ni. Mihringte thil lo thlengte-ah Pathian thawhna chu hmuh theih lohin a awm ṭhîn. Ramte lo chhuahna leh an tlukna-ah A tumte a lo thleng chhoh dan hi mi tlemte chauhin an zir ṭhîn.»</w:t>
      </w:r>
    </w:p>
    <w:p>
      <w:pPr>
        <w:pStyle w:val="ArticleScripture"/>
        <w:jc w:val="left"/>
      </w:pPr>
      <w:r>
        <w:rPr>
          <w:rFonts w:ascii="Times New Roman" w:hAnsi="Times New Roman" w:eastAsia="Times New Roman" w:cs="Times New Roman"/>
        </w:rPr>
        <w:t>“Нас, их хэмжээгээр, судлагдаж, заагдаж буй теологи нь хүний таамаглалын тэмдэглэл төдий бөгөөд зөвхөн ‘мэдлэггүй үгээр зөвлөгөөг бүдгэрүүлэхэд’ үйлчилдэг. Хэтэрхий олонтоо, эдгээр олон номыг цуглуулах сэдэл нь оюун ухаан, сүнсэнд тэжээл олж авах хүсэл төдий бус, харин философичид болон теологичидтой танил болох гэсэн хүсэл, Христийн шашныг ард түмэнд эрдэмтний нэр томьёо, томьёоллоор танилцуулах гэсэн тэмүүлэл байдаг.”</w:t>
      </w:r>
    </w:p>
    <w:p>
      <w:pPr>
        <w:pStyle w:val="ArticleScripture"/>
        <w:jc w:val="left"/>
      </w:pPr>
      <w:r>
        <w:rPr>
          <w:rFonts w:ascii="Times New Roman" w:hAnsi="Times New Roman" w:eastAsia="Times New Roman" w:cs="Times New Roman"/>
        </w:rPr>
        <w:t>“Hembiapo kuatia rehegua opavave ndoikói peteĩ tekove marangatu rembipotápe guarã. ‘Peikuaa chehegui’, he’i mbo’ehára Guasu, ‘peguerojeraha pende ári che júgo,’ ‘peikuaa che py’aguapy ha che ñemomirĩ.’ Pende arandu ñemomba’eguasu ndoipytyvõmo’ãi peñe’ẽ hag̃ua umi ánga oñehundíva rehe, oikotevẽgui pe pan tekove rehegua. Pemoarandúvo ko’ã kuatiañe’ẽ, peheja hína chupekuéra oguereko hag̃ua pe tenda umi mbo’epy práctiko peẽ peikuaava’erãva Cristo-gui. Ko estudio rembiapokue rupi tavayguakuéra noñemongarúi. Sa’iiterei pe investigación ikane’õmbaitéva akãme ome’ẽva upe oipytyvõtava peteĩme oiko hag̃ua tembiapohára porã ánga rehehápe.</w:t>
      </w:r>
    </w:p>
    <w:p>
      <w:pPr>
        <w:pStyle w:val="ArticleScripture"/>
        <w:jc w:val="left"/>
      </w:pPr>
      <w:r>
        <w:rPr>
          <w:rFonts w:ascii="Times New Roman" w:hAnsi="Times New Roman" w:eastAsia="Times New Roman" w:cs="Times New Roman"/>
        </w:rPr>
        <w:t>Ман бусааһаппыт «дьадаҥҥа Сүрүн Үтүө Хаартысканы билиһиннэрэргэ» кэлбитэ. Лука 4:18. Кини үөрэтиигэ эҥин саамай эбэ-саһаан тыллары уонна саамай көнө бэлиэлэри туттар эбит. Уонна «норуот кинини өрүүстүк истэр эбит» дииллэр. Марк 12:37. Бу кэмҥэ Кини үлэтин оҥорорго күрэхтээхтэр Кини биэрбит үөрэхтэрин ис хоһоонун улаханнык өйдүүр буолуохтаахтар.</w:t>
      </w:r>
    </w:p>
    <w:p>
      <w:pPr>
        <w:pStyle w:val="ArticleScripture"/>
        <w:jc w:val="left"/>
      </w:pPr>
      <w:r>
        <w:rPr>
          <w:rFonts w:ascii="Times New Roman" w:hAnsi="Times New Roman" w:eastAsia="Times New Roman" w:cs="Times New Roman"/>
        </w:rPr>
        <w:t>“Wortä vaññhäkä Qaaláa ubba timirtífe ubba gubbaasa. Ashkkarití dereef oothiya ashootaa de7o oittaa mizaana. Hegee etaay ayyaana wolqaa immana; hegaappe guyyiyan, eti dere ubba zareef oothanau giigidi de7ana.” The Ministry of Healing, 441–443.</w:t>
      </w:r>
    </w:p>
    <w:p>
      <w:pPr>
        <w:pStyle w:val="ArticleBody"/>
        <w:jc w:val="left"/>
      </w:pPr>
      <w:r>
        <w:rPr>
          <w:rFonts w:ascii="Nirmala UI" w:hAnsi="Nirmala UI" w:eastAsia="Nirmala UI" w:cs="Nirmala UI"/>
        </w:rPr>
        <w:t>भयोँगी</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अगाड़ी</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रूपले</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परिभाषित</w:t>
      </w:r>
      <w:r>
        <w:rPr>
          <w:rFonts w:ascii="Times New Roman" w:hAnsi="Times New Roman" w:eastAsia="Times New Roman" w:cs="Times New Roman"/>
        </w:rPr>
        <w:t xml:space="preserve"> </w:t>
      </w:r>
      <w:r>
        <w:rPr>
          <w:rFonts w:ascii="Nirmala UI" w:hAnsi="Nirmala UI" w:eastAsia="Nirmala UI" w:cs="Nirmala UI"/>
        </w:rPr>
        <w:t>गर्नुहुन्छ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राजाहरूका</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छनोटका</w:t>
      </w:r>
      <w:r>
        <w:rPr>
          <w:rFonts w:ascii="Times New Roman" w:hAnsi="Times New Roman" w:eastAsia="Times New Roman" w:cs="Times New Roman"/>
        </w:rPr>
        <w:t xml:space="preserve"> </w:t>
      </w:r>
      <w:r>
        <w:rPr>
          <w:rFonts w:ascii="Nirmala UI" w:hAnsi="Nirmala UI" w:eastAsia="Nirmala UI" w:cs="Nirmala UI"/>
        </w:rPr>
        <w:t>आधारमा</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उनीहरूलाई</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हटाउने</w:t>
      </w:r>
      <w:r>
        <w:rPr>
          <w:rFonts w:ascii="Times New Roman" w:hAnsi="Times New Roman" w:eastAsia="Times New Roman" w:cs="Times New Roman"/>
        </w:rPr>
        <w:t xml:space="preserve"> </w:t>
      </w:r>
      <w:r>
        <w:rPr>
          <w:rFonts w:ascii="Nirmala UI" w:hAnsi="Nirmala UI" w:eastAsia="Nirmala UI" w:cs="Nirmala UI"/>
        </w:rPr>
        <w:t>कार्यमा</w:t>
      </w:r>
      <w:r>
        <w:rPr>
          <w:rFonts w:ascii="Times New Roman" w:hAnsi="Times New Roman" w:eastAsia="Times New Roman" w:cs="Times New Roman"/>
        </w:rPr>
        <w:t xml:space="preserve"> </w:t>
      </w:r>
      <w:r>
        <w:rPr>
          <w:rFonts w:ascii="Nirmala UI" w:hAnsi="Nirmala UI" w:eastAsia="Nirmala UI" w:cs="Nirmala UI"/>
        </w:rPr>
        <w:t>कसरी</w:t>
      </w:r>
      <w:r>
        <w:rPr>
          <w:rFonts w:ascii="Times New Roman" w:hAnsi="Times New Roman" w:eastAsia="Times New Roman" w:cs="Times New Roman"/>
        </w:rPr>
        <w:t xml:space="preserve"> </w:t>
      </w:r>
      <w:r>
        <w:rPr>
          <w:rFonts w:ascii="Nirmala UI" w:hAnsi="Nirmala UI" w:eastAsia="Nirmala UI" w:cs="Nirmala UI"/>
        </w:rPr>
        <w:t>क्रियाशील</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चिन्नु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w:t>
      </w:r>
      <w:r>
        <w:rPr>
          <w:rFonts w:ascii="Nirmala UI" w:hAnsi="Nirmala UI" w:eastAsia="Nirmala UI" w:cs="Nirmala UI"/>
        </w:rPr>
        <w:t>अध्ययनको</w:t>
      </w:r>
      <w:r>
        <w:rPr>
          <w:rFonts w:ascii="Times New Roman" w:hAnsi="Times New Roman" w:eastAsia="Times New Roman" w:cs="Times New Roman"/>
        </w:rPr>
        <w:t xml:space="preserve"> </w:t>
      </w:r>
      <w:r>
        <w:rPr>
          <w:rFonts w:ascii="Nirmala UI" w:hAnsi="Nirmala UI" w:eastAsia="Nirmala UI" w:cs="Nirmala UI"/>
        </w:rPr>
        <w:t>साँचो</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w:t>
      </w:r>
      <w:r>
        <w:rPr>
          <w:rFonts w:ascii="MV Boli" w:hAnsi="MV Boli" w:eastAsia="MV Boli" w:cs="MV Boli"/>
        </w:rPr>
        <w:t>ޤައުމުތަކުގެ</w:t>
      </w:r>
      <w:r>
        <w:rPr>
          <w:rFonts w:ascii="Times New Roman" w:hAnsi="Times New Roman" w:eastAsia="Times New Roman" w:cs="Times New Roman"/>
        </w:rPr>
        <w:t xml:space="preserve"> </w:t>
      </w:r>
      <w:r>
        <w:rPr>
          <w:rFonts w:ascii="MV Boli" w:hAnsi="MV Boli" w:eastAsia="MV Boli" w:cs="MV Boli"/>
        </w:rPr>
        <w:t>ތާރީޚުގައި</w:t>
      </w:r>
      <w:r>
        <w:rPr>
          <w:rFonts w:ascii="Times New Roman" w:hAnsi="Times New Roman" w:eastAsia="Times New Roman" w:cs="Times New Roman"/>
        </w:rPr>
        <w:t xml:space="preserve">، </w:t>
      </w:r>
      <w:r>
        <w:rPr>
          <w:rFonts w:ascii="MV Boli" w:hAnsi="MV Boli" w:eastAsia="MV Boli" w:cs="MV Boli"/>
        </w:rPr>
        <w:t>އެކަލުންނަށް</w:t>
      </w:r>
      <w:r>
        <w:rPr>
          <w:rFonts w:ascii="Times New Roman" w:hAnsi="Times New Roman" w:eastAsia="Times New Roman" w:cs="Times New Roman"/>
        </w:rPr>
        <w:t xml:space="preserve"> ﷲ </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ބަސް</w:t>
      </w:r>
      <w:r>
        <w:rPr>
          <w:rFonts w:ascii="Times New Roman" w:hAnsi="Times New Roman" w:eastAsia="Times New Roman" w:cs="Times New Roman"/>
        </w:rPr>
        <w:t xml:space="preserve"> </w:t>
      </w:r>
      <w:r>
        <w:rPr>
          <w:rFonts w:ascii="MV Boli" w:hAnsi="MV Boli" w:eastAsia="MV Boli" w:cs="MV Boli"/>
        </w:rPr>
        <w:t>ދަސްކުރާ</w:t>
      </w:r>
      <w:r>
        <w:rPr>
          <w:rFonts w:ascii="Times New Roman" w:hAnsi="Times New Roman" w:eastAsia="Times New Roman" w:cs="Times New Roman"/>
        </w:rPr>
        <w:t xml:space="preserve"> </w:t>
      </w:r>
      <w:r>
        <w:rPr>
          <w:rFonts w:ascii="MV Boli" w:hAnsi="MV Boli" w:eastAsia="MV Boli" w:cs="MV Boli"/>
        </w:rPr>
        <w:t>މީހާއަށް</w:t>
      </w:r>
      <w:r>
        <w:rPr>
          <w:rFonts w:ascii="Times New Roman" w:hAnsi="Times New Roman" w:eastAsia="Times New Roman" w:cs="Times New Roman"/>
        </w:rPr>
        <w:t xml:space="preserve"> </w:t>
      </w:r>
      <w:r>
        <w:rPr>
          <w:rFonts w:ascii="MV Boli" w:hAnsi="MV Boli" w:eastAsia="MV Boli" w:cs="MV Boli"/>
        </w:rPr>
        <w:t>އިލާހީ</w:t>
      </w:r>
      <w:r>
        <w:rPr>
          <w:rFonts w:ascii="Times New Roman" w:hAnsi="Times New Roman" w:eastAsia="Times New Roman" w:cs="Times New Roman"/>
        </w:rPr>
        <w:t xml:space="preserve"> </w:t>
      </w:r>
      <w:r>
        <w:rPr>
          <w:rFonts w:ascii="MV Boli" w:hAnsi="MV Boli" w:eastAsia="MV Boli" w:cs="MV Boli"/>
        </w:rPr>
        <w:t>ނަބީވަރުކަން</w:t>
      </w:r>
      <w:r>
        <w:rPr>
          <w:rFonts w:ascii="Times New Roman" w:hAnsi="Times New Roman" w:eastAsia="Times New Roman" w:cs="Times New Roman"/>
        </w:rPr>
        <w:t xml:space="preserve"> </w:t>
      </w:r>
      <w:r>
        <w:rPr>
          <w:rFonts w:ascii="MV Boli" w:hAnsi="MV Boli" w:eastAsia="MV Boli" w:cs="MV Boli"/>
        </w:rPr>
        <w:t>ހަޤީޤީ</w:t>
      </w:r>
      <w:r>
        <w:rPr>
          <w:rFonts w:ascii="Times New Roman" w:hAnsi="Times New Roman" w:eastAsia="Times New Roman" w:cs="Times New Roman"/>
        </w:rPr>
        <w:t xml:space="preserve"> </w:t>
      </w:r>
      <w:r>
        <w:rPr>
          <w:rFonts w:ascii="MV Boli" w:hAnsi="MV Boli" w:eastAsia="MV Boli" w:cs="MV Boli"/>
        </w:rPr>
        <w:t>ގޮތުން</w:t>
      </w:r>
      <w:r>
        <w:rPr>
          <w:rFonts w:ascii="Times New Roman" w:hAnsi="Times New Roman" w:eastAsia="Times New Roman" w:cs="Times New Roman"/>
        </w:rPr>
        <w:t xml:space="preserve"> </w:t>
      </w:r>
      <w:r>
        <w:rPr>
          <w:rFonts w:ascii="MV Boli" w:hAnsi="MV Boli" w:eastAsia="MV Boli" w:cs="MV Boli"/>
        </w:rPr>
        <w:t>ފުދިގެން</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ގޮތް</w:t>
      </w:r>
      <w:r>
        <w:rPr>
          <w:rFonts w:ascii="Times New Roman" w:hAnsi="Times New Roman" w:eastAsia="Times New Roman" w:cs="Times New Roman"/>
        </w:rPr>
        <w:t xml:space="preserve"> </w:t>
      </w:r>
      <w:r>
        <w:rPr>
          <w:rFonts w:ascii="MV Boli" w:hAnsi="MV Boli" w:eastAsia="MV Boli" w:cs="MV Boli"/>
        </w:rPr>
        <w:t>ފެންނާނެއެވެ</w:t>
      </w:r>
      <w:r>
        <w:rPr>
          <w:rFonts w:ascii="Times New Roman" w:hAnsi="Times New Roman" w:eastAsia="Times New Roman" w:cs="Times New Roman"/>
        </w:rPr>
        <w:t xml:space="preserve">. </w:t>
      </w:r>
      <w:r>
        <w:rPr>
          <w:rFonts w:ascii="MV Boli" w:hAnsi="MV Boli" w:eastAsia="MV Boli" w:cs="MV Boli"/>
        </w:rPr>
        <w:t>ބާބިލް</w:t>
      </w:r>
      <w:r>
        <w:rPr>
          <w:rFonts w:ascii="Times New Roman" w:hAnsi="Times New Roman" w:eastAsia="Times New Roman" w:cs="Times New Roman"/>
        </w:rPr>
        <w:t xml:space="preserve">، </w:t>
      </w:r>
      <w:r>
        <w:rPr>
          <w:rFonts w:ascii="MV Boli" w:hAnsi="MV Boli" w:eastAsia="MV Boli" w:cs="MV Boli"/>
        </w:rPr>
        <w:t>އެންމެ</w:t>
      </w:r>
      <w:r>
        <w:rPr>
          <w:rFonts w:ascii="Times New Roman" w:hAnsi="Times New Roman" w:eastAsia="Times New Roman" w:cs="Times New Roman"/>
        </w:rPr>
        <w:t xml:space="preserve"> </w:t>
      </w:r>
      <w:r>
        <w:rPr>
          <w:rFonts w:ascii="MV Boli" w:hAnsi="MV Boli" w:eastAsia="MV Boli" w:cs="MV Boli"/>
        </w:rPr>
        <w:t>ފަހުން</w:t>
      </w:r>
      <w:r>
        <w:rPr>
          <w:rFonts w:ascii="Times New Roman" w:hAnsi="Times New Roman" w:eastAsia="Times New Roman" w:cs="Times New Roman"/>
        </w:rPr>
        <w:t xml:space="preserve"> </w:t>
      </w:r>
      <w:r>
        <w:rPr>
          <w:rFonts w:ascii="MV Boli" w:hAnsi="MV Boli" w:eastAsia="MV Boli" w:cs="MV Boli"/>
        </w:rPr>
        <w:t>ޗަކުނާލެވި</w:t>
      </w:r>
      <w:r>
        <w:rPr>
          <w:rFonts w:ascii="Times New Roman" w:hAnsi="Times New Roman" w:eastAsia="Times New Roman" w:cs="Times New Roman"/>
        </w:rPr>
        <w:t xml:space="preserve"> </w:t>
      </w:r>
      <w:r>
        <w:rPr>
          <w:rFonts w:ascii="MV Boli" w:hAnsi="MV Boli" w:eastAsia="MV Boli" w:cs="MV Boli"/>
        </w:rPr>
        <w:t>ބަދިގެން</w:t>
      </w:r>
      <w:r>
        <w:rPr>
          <w:rFonts w:ascii="Times New Roman" w:hAnsi="Times New Roman" w:eastAsia="Times New Roman" w:cs="Times New Roman"/>
        </w:rPr>
        <w:t xml:space="preserve"> </w:t>
      </w:r>
      <w:r>
        <w:rPr>
          <w:rFonts w:ascii="MV Boli" w:hAnsi="MV Boli" w:eastAsia="MV Boli" w:cs="MV Boli"/>
        </w:rPr>
        <w:t>ދިޔައީ</w:t>
      </w:r>
      <w:r>
        <w:rPr>
          <w:rFonts w:ascii="Times New Roman" w:hAnsi="Times New Roman" w:eastAsia="Times New Roman" w:cs="Times New Roman"/>
        </w:rPr>
        <w:t xml:space="preserve">، </w:t>
      </w:r>
      <w:r>
        <w:rPr>
          <w:rFonts w:ascii="MV Boli" w:hAnsi="MV Boli" w:eastAsia="MV Boli" w:cs="MV Boli"/>
        </w:rPr>
        <w:t>ސަބަބަކީ</w:t>
      </w:r>
      <w:r>
        <w:rPr>
          <w:rFonts w:ascii="Times New Roman" w:hAnsi="Times New Roman" w:eastAsia="Times New Roman" w:cs="Times New Roman"/>
        </w:rPr>
        <w:t xml:space="preserve"> </w:t>
      </w:r>
      <w:r>
        <w:rPr>
          <w:rFonts w:ascii="MV Boli" w:hAnsi="MV Boli" w:eastAsia="MV Boli" w:cs="MV Boli"/>
        </w:rPr>
        <w:t>ކާމިޔާބީގައި</w:t>
      </w:r>
      <w:r>
        <w:rPr>
          <w:rFonts w:ascii="Times New Roman" w:hAnsi="Times New Roman" w:eastAsia="Times New Roman" w:cs="Times New Roman"/>
        </w:rPr>
        <w:t xml:space="preserve"> </w:t>
      </w:r>
      <w:r>
        <w:rPr>
          <w:rFonts w:ascii="MV Boli" w:hAnsi="MV Boli" w:eastAsia="MV Boli" w:cs="MV Boli"/>
        </w:rPr>
        <w:t>އޭގެ</w:t>
      </w:r>
      <w:r>
        <w:rPr>
          <w:rFonts w:ascii="Times New Roman" w:hAnsi="Times New Roman" w:eastAsia="Times New Roman" w:cs="Times New Roman"/>
        </w:rPr>
        <w:t xml:space="preserve"> </w:t>
      </w:r>
      <w:r>
        <w:rPr>
          <w:rFonts w:ascii="MV Boli" w:hAnsi="MV Boli" w:eastAsia="MV Boli" w:cs="MV Boli"/>
        </w:rPr>
        <w:t>ހާކިމުން</w:t>
      </w:r>
      <w:r>
        <w:rPr>
          <w:rFonts w:ascii="Times New Roman" w:hAnsi="Times New Roman" w:eastAsia="Times New Roman" w:cs="Times New Roman"/>
        </w:rPr>
        <w:t xml:space="preserve"> </w:t>
      </w:r>
      <w:r>
        <w:rPr>
          <w:rFonts w:ascii="MV Boli" w:hAnsi="MV Boli" w:eastAsia="MV Boli" w:cs="MV Boli"/>
        </w:rPr>
        <w:t>ތިމާމެން</w:t>
      </w:r>
      <w:r>
        <w:rPr>
          <w:rFonts w:ascii="Times New Roman" w:hAnsi="Times New Roman" w:eastAsia="Times New Roman" w:cs="Times New Roman"/>
        </w:rPr>
        <w:t xml:space="preserve"> ﷲ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މިނިވަންވެގެންވާ</w:t>
      </w:r>
      <w:r>
        <w:rPr>
          <w:rFonts w:ascii="Times New Roman" w:hAnsi="Times New Roman" w:eastAsia="Times New Roman" w:cs="Times New Roman"/>
        </w:rPr>
        <w:t xml:space="preserve"> </w:t>
      </w:r>
      <w:r>
        <w:rPr>
          <w:rFonts w:ascii="MV Boli" w:hAnsi="MV Boli" w:eastAsia="MV Boli" w:cs="MV Boli"/>
        </w:rPr>
        <w:t>ބަޔަކަށް</w:t>
      </w:r>
      <w:r>
        <w:rPr>
          <w:rFonts w:ascii="Times New Roman" w:hAnsi="Times New Roman" w:eastAsia="Times New Roman" w:cs="Times New Roman"/>
        </w:rPr>
        <w:t xml:space="preserve"> </w:t>
      </w:r>
      <w:r>
        <w:rPr>
          <w:rFonts w:ascii="MV Boli" w:hAnsi="MV Boli" w:eastAsia="MV Boli" w:cs="MV Boli"/>
        </w:rPr>
        <w:t>ބެލި</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މުލުކުގެ</w:t>
      </w:r>
      <w:r>
        <w:rPr>
          <w:rFonts w:ascii="Times New Roman" w:hAnsi="Times New Roman" w:eastAsia="Times New Roman" w:cs="Times New Roman"/>
        </w:rPr>
        <w:t xml:space="preserve"> </w:t>
      </w:r>
      <w:r>
        <w:rPr>
          <w:rFonts w:ascii="MV Boli" w:hAnsi="MV Boli" w:eastAsia="MV Boli" w:cs="MV Boli"/>
        </w:rPr>
        <w:t>މަޖީދު</w:t>
      </w:r>
      <w:r>
        <w:rPr>
          <w:rFonts w:ascii="Times New Roman" w:hAnsi="Times New Roman" w:eastAsia="Times New Roman" w:cs="Times New Roman"/>
        </w:rPr>
        <w:t xml:space="preserve"> </w:t>
      </w:r>
      <w:r>
        <w:rPr>
          <w:rFonts w:ascii="MV Boli" w:hAnsi="MV Boli" w:eastAsia="MV Boli" w:cs="MV Boli"/>
        </w:rPr>
        <w:t>އިންސާނީ</w:t>
      </w:r>
      <w:r>
        <w:rPr>
          <w:rFonts w:ascii="Times New Roman" w:hAnsi="Times New Roman" w:eastAsia="Times New Roman" w:cs="Times New Roman"/>
        </w:rPr>
        <w:t xml:space="preserve"> </w:t>
      </w:r>
      <w:r>
        <w:rPr>
          <w:rFonts w:ascii="MV Boli" w:hAnsi="MV Boli" w:eastAsia="MV Boli" w:cs="MV Boli"/>
        </w:rPr>
        <w:t>ކުރިއެރުމަށް</w:t>
      </w:r>
      <w:r>
        <w:rPr>
          <w:rFonts w:ascii="Times New Roman" w:hAnsi="Times New Roman" w:eastAsia="Times New Roman" w:cs="Times New Roman"/>
        </w:rPr>
        <w:t xml:space="preserve"> </w:t>
      </w:r>
      <w:r>
        <w:rPr>
          <w:rFonts w:ascii="MV Boli" w:hAnsi="MV Boli" w:eastAsia="MV Boli" w:cs="MV Boli"/>
        </w:rPr>
        <w:t>ނިސްބަތްކުރިތީއެވެ</w:t>
      </w:r>
      <w:r>
        <w:rPr>
          <w:rFonts w:ascii="Times New Roman" w:hAnsi="Times New Roman" w:eastAsia="Times New Roman" w:cs="Times New Roman"/>
        </w:rPr>
        <w:t xml:space="preserve">. </w:t>
      </w:r>
      <w:r>
        <w:rPr>
          <w:rFonts w:ascii="MV Boli" w:hAnsi="MV Boli" w:eastAsia="MV Boli" w:cs="MV Boli"/>
        </w:rPr>
        <w:t>މީދު</w:t>
      </w:r>
      <w:r>
        <w:rPr>
          <w:rFonts w:ascii="Times New Roman" w:hAnsi="Times New Roman" w:eastAsia="Times New Roman" w:cs="Times New Roman"/>
        </w:rPr>
        <w:t>-</w:t>
      </w:r>
      <w:r>
        <w:rPr>
          <w:rFonts w:ascii="MV Boli" w:hAnsi="MV Boli" w:eastAsia="MV Boli" w:cs="MV Boli"/>
        </w:rPr>
        <w:t>ފާރިސީ</w:t>
      </w:r>
      <w:r>
        <w:rPr>
          <w:rFonts w:ascii="Times New Roman" w:hAnsi="Times New Roman" w:eastAsia="Times New Roman" w:cs="Times New Roman"/>
        </w:rPr>
        <w:t xml:space="preserve"> </w:t>
      </w:r>
      <w:r>
        <w:rPr>
          <w:rFonts w:ascii="MV Boli" w:hAnsi="MV Boli" w:eastAsia="MV Boli" w:cs="MV Boli"/>
        </w:rPr>
        <w:t>ދައުލަތު</w:t>
      </w:r>
      <w:r>
        <w:rPr>
          <w:rFonts w:ascii="Times New Roman" w:hAnsi="Times New Roman" w:eastAsia="Times New Roman" w:cs="Times New Roman"/>
        </w:rPr>
        <w:t xml:space="preserve"> </w:t>
      </w:r>
      <w:r>
        <w:rPr>
          <w:rFonts w:ascii="MV Boli" w:hAnsi="MV Boli" w:eastAsia="MV Boli" w:cs="MV Boli"/>
        </w:rPr>
        <w:t>އުޑުގެ</w:t>
      </w:r>
      <w:r>
        <w:rPr>
          <w:rFonts w:ascii="Times New Roman" w:hAnsi="Times New Roman" w:eastAsia="Times New Roman" w:cs="Times New Roman"/>
        </w:rPr>
        <w:t xml:space="preserve"> </w:t>
      </w:r>
      <w:r>
        <w:rPr>
          <w:rFonts w:ascii="MV Boli" w:hAnsi="MV Boli" w:eastAsia="MV Boli" w:cs="MV Boli"/>
        </w:rPr>
        <w:t>ގަޟަބުން</w:t>
      </w:r>
      <w:r>
        <w:rPr>
          <w:rFonts w:ascii="Times New Roman" w:hAnsi="Times New Roman" w:eastAsia="Times New Roman" w:cs="Times New Roman"/>
        </w:rPr>
        <w:t xml:space="preserve"> </w:t>
      </w:r>
      <w:r>
        <w:rPr>
          <w:rFonts w:ascii="MV Boli" w:hAnsi="MV Boli" w:eastAsia="MV Boli" w:cs="MV Boli"/>
        </w:rPr>
        <w:t>ޒިޔާރަތްކުރެވުނީ</w:t>
      </w:r>
      <w:r>
        <w:rPr>
          <w:rFonts w:ascii="Times New Roman" w:hAnsi="Times New Roman" w:eastAsia="Times New Roman" w:cs="Times New Roman"/>
        </w:rPr>
        <w:t xml:space="preserve">، </w:t>
      </w:r>
      <w:r>
        <w:rPr>
          <w:rFonts w:ascii="MV Boli" w:hAnsi="MV Boli" w:eastAsia="MV Boli" w:cs="MV Boli"/>
        </w:rPr>
        <w:t>ސަބަބަކީ</w:t>
      </w:r>
      <w:r>
        <w:rPr>
          <w:rFonts w:ascii="Times New Roman" w:hAnsi="Times New Roman" w:eastAsia="Times New Roman" w:cs="Times New Roman"/>
        </w:rPr>
        <w:t xml:space="preserve"> </w:t>
      </w:r>
      <w:r>
        <w:rPr>
          <w:rFonts w:ascii="MV Boli" w:hAnsi="MV Boli" w:eastAsia="MV Boli" w:cs="MV Boli"/>
        </w:rPr>
        <w:t>އެއިގައި</w:t>
      </w:r>
      <w:r>
        <w:rPr>
          <w:rFonts w:ascii="Times New Roman" w:hAnsi="Times New Roman" w:eastAsia="Times New Roman" w:cs="Times New Roman"/>
        </w:rPr>
        <w:t xml:space="preserve"> ﷲ </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ޤާނޫނު</w:t>
      </w:r>
      <w:r>
        <w:rPr>
          <w:rFonts w:ascii="Times New Roman" w:hAnsi="Times New Roman" w:eastAsia="Times New Roman" w:cs="Times New Roman"/>
        </w:rPr>
        <w:t xml:space="preserve"> </w:t>
      </w:r>
      <w:r>
        <w:rPr>
          <w:rFonts w:ascii="MV Boli" w:hAnsi="MV Boli" w:eastAsia="MV Boli" w:cs="MV Boli"/>
        </w:rPr>
        <w:t>ފައިދަށް</w:t>
      </w:r>
      <w:r>
        <w:rPr>
          <w:rFonts w:ascii="Times New Roman" w:hAnsi="Times New Roman" w:eastAsia="Times New Roman" w:cs="Times New Roman"/>
        </w:rPr>
        <w:t xml:space="preserve"> </w:t>
      </w:r>
      <w:r>
        <w:rPr>
          <w:rFonts w:ascii="MV Boli" w:hAnsi="MV Boli" w:eastAsia="MV Boli" w:cs="MV Boli"/>
        </w:rPr>
        <w:t>ފިއްތާލެވިފައި</w:t>
      </w:r>
      <w:r>
        <w:rPr>
          <w:rFonts w:ascii="Times New Roman" w:hAnsi="Times New Roman" w:eastAsia="Times New Roman" w:cs="Times New Roman"/>
        </w:rPr>
        <w:t xml:space="preserve"> </w:t>
      </w:r>
      <w:r>
        <w:rPr>
          <w:rFonts w:ascii="MV Boli" w:hAnsi="MV Boli" w:eastAsia="MV Boli" w:cs="MV Boli"/>
        </w:rPr>
        <w:t>ވުމެވެ</w:t>
      </w:r>
      <w:r>
        <w:rPr>
          <w:rFonts w:ascii="Times New Roman" w:hAnsi="Times New Roman" w:eastAsia="Times New Roman" w:cs="Times New Roman"/>
        </w:rPr>
        <w:t xml:space="preserve">. </w:t>
      </w:r>
      <w:r>
        <w:rPr>
          <w:rFonts w:ascii="MV Boli" w:hAnsi="MV Boli" w:eastAsia="MV Boli" w:cs="MV Boli"/>
        </w:rPr>
        <w:t>ރައްބުގެ</w:t>
      </w:r>
      <w:r>
        <w:rPr>
          <w:rFonts w:ascii="Times New Roman" w:hAnsi="Times New Roman" w:eastAsia="Times New Roman" w:cs="Times New Roman"/>
        </w:rPr>
        <w:t xml:space="preserve"> </w:t>
      </w:r>
      <w:r>
        <w:rPr>
          <w:rFonts w:ascii="MV Boli" w:hAnsi="MV Boli" w:eastAsia="MV Boli" w:cs="MV Boli"/>
        </w:rPr>
        <w:t>ބިރު</w:t>
      </w:r>
      <w:r>
        <w:rPr>
          <w:rFonts w:ascii="Times New Roman" w:hAnsi="Times New Roman" w:eastAsia="Times New Roman" w:cs="Times New Roman"/>
        </w:rPr>
        <w:t xml:space="preserve"> </w:t>
      </w:r>
      <w:r>
        <w:rPr>
          <w:rFonts w:ascii="MV Boli" w:hAnsi="MV Boli" w:eastAsia="MV Boli" w:cs="MV Boli"/>
        </w:rPr>
        <w:t>މީހުންގެ</w:t>
      </w:r>
      <w:r>
        <w:rPr>
          <w:rFonts w:ascii="Times New Roman" w:hAnsi="Times New Roman" w:eastAsia="Times New Roman" w:cs="Times New Roman"/>
        </w:rPr>
        <w:t xml:space="preserve"> </w:t>
      </w:r>
      <w:r>
        <w:rPr>
          <w:rFonts w:ascii="MV Boli" w:hAnsi="MV Boli" w:eastAsia="MV Boli" w:cs="MV Boli"/>
        </w:rPr>
        <w:t>ބޮޑު</w:t>
      </w:r>
      <w:r>
        <w:rPr>
          <w:rFonts w:ascii="Times New Roman" w:hAnsi="Times New Roman" w:eastAsia="Times New Roman" w:cs="Times New Roman"/>
        </w:rPr>
        <w:t xml:space="preserve"> </w:t>
      </w:r>
      <w:r>
        <w:rPr>
          <w:rFonts w:ascii="MV Boli" w:hAnsi="MV Boli" w:eastAsia="MV Boli" w:cs="MV Boli"/>
        </w:rPr>
        <w:t>އަދަދެއްގެ</w:t>
      </w:r>
      <w:r>
        <w:rPr>
          <w:rFonts w:ascii="Times New Roman" w:hAnsi="Times New Roman" w:eastAsia="Times New Roman" w:cs="Times New Roman"/>
        </w:rPr>
        <w:t xml:space="preserve"> </w:t>
      </w:r>
      <w:r>
        <w:rPr>
          <w:rFonts w:ascii="MV Boli" w:hAnsi="MV Boli" w:eastAsia="MV Boli" w:cs="MV Boli"/>
        </w:rPr>
        <w:t>ލިބުގައި</w:t>
      </w:r>
      <w:r>
        <w:rPr>
          <w:rFonts w:ascii="Times New Roman" w:hAnsi="Times New Roman" w:eastAsia="Times New Roman" w:cs="Times New Roman"/>
        </w:rPr>
        <w:t xml:space="preserve"> </w:t>
      </w:r>
      <w:r>
        <w:rPr>
          <w:rFonts w:ascii="MV Boli" w:hAnsi="MV Boli" w:eastAsia="MV Boli" w:cs="MV Boli"/>
        </w:rPr>
        <w:t>އެއްވެސް</w:t>
      </w:r>
      <w:r>
        <w:rPr>
          <w:rFonts w:ascii="Times New Roman" w:hAnsi="Times New Roman" w:eastAsia="Times New Roman" w:cs="Times New Roman"/>
        </w:rPr>
        <w:t xml:space="preserve"> </w:t>
      </w:r>
      <w:r>
        <w:rPr>
          <w:rFonts w:ascii="MV Boli" w:hAnsi="MV Boli" w:eastAsia="MV Boli" w:cs="MV Boli"/>
        </w:rPr>
        <w:t>ޖާގައެއް</w:t>
      </w:r>
      <w:r>
        <w:rPr>
          <w:rFonts w:ascii="Times New Roman" w:hAnsi="Times New Roman" w:eastAsia="Times New Roman" w:cs="Times New Roman"/>
        </w:rPr>
        <w:t xml:space="preserve"> </w:t>
      </w:r>
      <w:r>
        <w:rPr>
          <w:rFonts w:ascii="MV Boli" w:hAnsi="MV Boli" w:eastAsia="MV Boli" w:cs="MV Boli"/>
        </w:rPr>
        <w:t>ނުފެނުނެވެ</w:t>
      </w:r>
      <w:r>
        <w:rPr>
          <w:rFonts w:ascii="Times New Roman" w:hAnsi="Times New Roman" w:eastAsia="Times New Roman" w:cs="Times New Roman"/>
        </w:rPr>
        <w:t xml:space="preserve">. </w:t>
      </w:r>
      <w:r>
        <w:rPr>
          <w:rFonts w:ascii="MV Boli" w:hAnsi="MV Boli" w:eastAsia="MV Boli" w:cs="MV Boli"/>
        </w:rPr>
        <w:t>ފާފަވެރިކަން</w:t>
      </w:r>
      <w:r>
        <w:rPr>
          <w:rFonts w:ascii="Times New Roman" w:hAnsi="Times New Roman" w:eastAsia="Times New Roman" w:cs="Times New Roman"/>
        </w:rPr>
        <w:t xml:space="preserve">، </w:t>
      </w:r>
      <w:r>
        <w:rPr>
          <w:rFonts w:ascii="MV Boli" w:hAnsi="MV Boli" w:eastAsia="MV Boli" w:cs="MV Boli"/>
        </w:rPr>
        <w:t>ކުފުރުވެރި</w:t>
      </w:r>
      <w:r>
        <w:rPr>
          <w:rFonts w:ascii="Times New Roman" w:hAnsi="Times New Roman" w:eastAsia="Times New Roman" w:cs="Times New Roman"/>
        </w:rPr>
        <w:t xml:space="preserve"> </w:t>
      </w:r>
      <w:r>
        <w:rPr>
          <w:rFonts w:ascii="MV Boli" w:hAnsi="MV Boli" w:eastAsia="MV Boli" w:cs="MV Boli"/>
        </w:rPr>
        <w:t>ބަސް</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ފަސާދަ</w:t>
      </w:r>
      <w:r>
        <w:rPr>
          <w:rFonts w:ascii="Times New Roman" w:hAnsi="Times New Roman" w:eastAsia="Times New Roman" w:cs="Times New Roman"/>
        </w:rPr>
        <w:t xml:space="preserve"> </w:t>
      </w:r>
      <w:r>
        <w:rPr>
          <w:rFonts w:ascii="MV Boli" w:hAnsi="MV Boli" w:eastAsia="MV Boli" w:cs="MV Boli"/>
        </w:rPr>
        <w:t>ގާލިބުވެފައި</w:t>
      </w:r>
      <w:r>
        <w:rPr>
          <w:rFonts w:ascii="Times New Roman" w:hAnsi="Times New Roman" w:eastAsia="Times New Roman" w:cs="Times New Roman"/>
        </w:rPr>
        <w:t xml:space="preserve"> </w:t>
      </w:r>
      <w:r>
        <w:rPr>
          <w:rFonts w:ascii="MV Boli" w:hAnsi="MV Boli" w:eastAsia="MV Boli" w:cs="MV Boli"/>
        </w:rPr>
        <w:t>އޮތެވެ</w:t>
      </w:r>
      <w:r>
        <w:rPr>
          <w:rFonts w:ascii="Times New Roman" w:hAnsi="Times New Roman" w:eastAsia="Times New Roman" w:cs="Times New Roman"/>
        </w:rPr>
        <w:t xml:space="preserve">. </w:t>
      </w:r>
      <w:r>
        <w:rPr>
          <w:rFonts w:ascii="MV Boli" w:hAnsi="MV Boli" w:eastAsia="MV Boli" w:cs="MV Boli"/>
        </w:rPr>
        <w:t>އެއަށް</w:t>
      </w:r>
      <w:r>
        <w:rPr>
          <w:rFonts w:ascii="Times New Roman" w:hAnsi="Times New Roman" w:eastAsia="Times New Roman" w:cs="Times New Roman"/>
        </w:rPr>
        <w:t xml:space="preserve"> </w:t>
      </w:r>
      <w:r>
        <w:rPr>
          <w:rFonts w:ascii="MV Boli" w:hAnsi="MV Boli" w:eastAsia="MV Boli" w:cs="MV Boli"/>
        </w:rPr>
        <w:t>ފަހު</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މަމްލަކަތްތައް</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މިއަށް</w:t>
      </w:r>
      <w:r>
        <w:rPr>
          <w:rFonts w:ascii="Times New Roman" w:hAnsi="Times New Roman" w:eastAsia="Times New Roman" w:cs="Times New Roman"/>
        </w:rPr>
        <w:t xml:space="preserve"> </w:t>
      </w:r>
      <w:r>
        <w:rPr>
          <w:rFonts w:ascii="MV Boli" w:hAnsi="MV Boli" w:eastAsia="MV Boli" w:cs="MV Boli"/>
        </w:rPr>
        <w:t>ވުރެ</w:t>
      </w:r>
      <w:r>
        <w:rPr>
          <w:rFonts w:ascii="Times New Roman" w:hAnsi="Times New Roman" w:eastAsia="Times New Roman" w:cs="Times New Roman"/>
        </w:rPr>
        <w:t xml:space="preserve"> </w:t>
      </w:r>
      <w:r>
        <w:rPr>
          <w:rFonts w:ascii="MV Boli" w:hAnsi="MV Boli" w:eastAsia="MV Boli" w:cs="MV Boli"/>
        </w:rPr>
        <w:t>ނިކަމެތި</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ފަސާދަވެރި</w:t>
      </w:r>
      <w:r>
        <w:rPr>
          <w:rFonts w:ascii="Times New Roman" w:hAnsi="Times New Roman" w:eastAsia="Times New Roman" w:cs="Times New Roman"/>
        </w:rPr>
        <w:t xml:space="preserve"> </w:t>
      </w:r>
      <w:r>
        <w:rPr>
          <w:rFonts w:ascii="MV Boli" w:hAnsi="MV Boli" w:eastAsia="MV Boli" w:cs="MV Boli"/>
        </w:rPr>
        <w:t>ވިއެވެ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މޮރާލީ</w:t>
      </w:r>
      <w:r>
        <w:rPr>
          <w:rFonts w:ascii="Times New Roman" w:hAnsi="Times New Roman" w:eastAsia="Times New Roman" w:cs="Times New Roman"/>
        </w:rPr>
        <w:t xml:space="preserve"> </w:t>
      </w:r>
      <w:r>
        <w:rPr>
          <w:rFonts w:ascii="MV Boli" w:hAnsi="MV Boli" w:eastAsia="MV Boli" w:cs="MV Boli"/>
        </w:rPr>
        <w:t>އަގުގެ</w:t>
      </w:r>
      <w:r>
        <w:rPr>
          <w:rFonts w:ascii="Times New Roman" w:hAnsi="Times New Roman" w:eastAsia="Times New Roman" w:cs="Times New Roman"/>
        </w:rPr>
        <w:t xml:space="preserve"> </w:t>
      </w:r>
      <w:r>
        <w:rPr>
          <w:rFonts w:ascii="MV Boli" w:hAnsi="MV Boli" w:eastAsia="MV Boli" w:cs="MV Boli"/>
        </w:rPr>
        <w:t>މިންވަރުގައި</w:t>
      </w:r>
      <w:r>
        <w:rPr>
          <w:rFonts w:ascii="Times New Roman" w:hAnsi="Times New Roman" w:eastAsia="Times New Roman" w:cs="Times New Roman"/>
        </w:rPr>
        <w:t xml:space="preserve"> </w:t>
      </w:r>
      <w:r>
        <w:rPr>
          <w:rFonts w:ascii="MV Boli" w:hAnsi="MV Boli" w:eastAsia="MV Boli" w:cs="MV Boli"/>
        </w:rPr>
        <w:t>އެއައް</w:t>
      </w:r>
      <w:r>
        <w:rPr>
          <w:rFonts w:ascii="Times New Roman" w:hAnsi="Times New Roman" w:eastAsia="Times New Roman" w:cs="Times New Roman"/>
        </w:rPr>
        <w:t xml:space="preserve"> </w:t>
      </w:r>
      <w:r>
        <w:rPr>
          <w:rFonts w:ascii="MV Boli" w:hAnsi="MV Boli" w:eastAsia="MV Boli" w:cs="MV Boli"/>
        </w:rPr>
        <w:t>ދަށަށް</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ދަށަށް</w:t>
      </w:r>
      <w:r>
        <w:rPr>
          <w:rFonts w:ascii="Times New Roman" w:hAnsi="Times New Roman" w:eastAsia="Times New Roman" w:cs="Times New Roman"/>
        </w:rPr>
        <w:t xml:space="preserve"> </w:t>
      </w:r>
      <w:r>
        <w:rPr>
          <w:rFonts w:ascii="MV Boli" w:hAnsi="MV Boli" w:eastAsia="MV Boli" w:cs="MV Boli"/>
        </w:rPr>
        <w:t>އޮރިއެވެ</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“Dunyanın üzərində hər bir hökmdarın icra etdiyi hakimiyyət Göydən verilmişdir; və ona bəxş edilmiş bu hakimiyyətdən necə istifadə etməsindən onun müvəffəqiyyəti asılıdır. İlahi Keşikçinin sözü hər birinə belədir: ‘Səni qurşadım, baxmayaraq ki, Məni tanımadın.’ Yeşaya 45:5. Və qədimdə Navuxodonosora deyilmiş sözlər hər biri üçün həyat dərsidir: ‘Günahlarından salehliklə, təqsirlərindən isə yoxsullara mərhəmət göstərməklə əl çək; bəlkə bu, əmin-amanlığının uzanmasına səbəb olar.’ Daniel 4:27.”</w:t>
      </w:r>
    </w:p>
    <w:p>
      <w:pPr>
        <w:pStyle w:val="ArticleScripture"/>
        <w:jc w:val="left"/>
      </w:pPr>
      <w:r>
        <w:rPr>
          <w:rFonts w:ascii="Times New Roman" w:hAnsi="Times New Roman" w:eastAsia="Times New Roman" w:cs="Times New Roman"/>
        </w:rPr>
        <w:t>"Sepa koerã mba'e,—oikuaávo ‘tekojoja omopu'ã tetã;’ pe ‘mburuvicha guasu renda oñemopyenda tekojoja rehe’ ha ‘oñemyatyrõ poriahuvereko rupive;’ ohechakuaa hag̃ua ko'ã principio rembiapo ijeheguiete pe imbarete ojehechaukahápe pe ‘ombojevy mburuvichakuérape, ha omoĩ ambuépe,’—kóva hína oikuaa hag̃ua tembiasakue filosofía. Proverbios 14:34; 16:12; 20:28; Daniel 2:21."</w:t>
      </w:r>
    </w:p>
    <w:p>
      <w:pPr>
        <w:pStyle w:val="ArticleScripture"/>
        <w:jc w:val="left"/>
      </w:pPr>
      <w:r>
        <w:rPr>
          <w:rFonts w:ascii="Times New Roman" w:hAnsi="Times New Roman" w:eastAsia="Times New Roman" w:cs="Times New Roman"/>
        </w:rPr>
        <w:t>«Нгәыӡырԥш ажәаҟны мацара ауп ари шьаҭас иаарԥшымоу. Ара иарбоуп, жәлар рха́лшара, ауаа жәлантә еиԥш, урҭ уамашәа рықәгәыӷхьанартә еиԥш ирбо алшарақәа ма аиқәыршәагақәа рҟны ишааным; уи иара убас дара рхыԥхьаӡара дула ирҽхәо ахадаратә дуӡӡараҟны иаанӡам. Уи иԥишәахоит, Анцәа игәыӷра шынарыгӡо ргәымшәарала.» Prophets and Kings, 501, 502.</w:t>
      </w:r>
    </w:p>
    <w:p>
      <w:pPr>
        <w:pStyle w:val="ArticleBody"/>
        <w:jc w:val="left"/>
      </w:pP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उत्थान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इससे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महत्त्वपूर्ण</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मुद्रांकन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परीक्षाओं</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1989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Ay töhür tamğalanma Danyalnıñ arıstanlar oñğırında boluımen, üş igitniñ jalındap turğan peşte boluımen, Danyal men sol üş igittiñ ekinşi tarawdağı janıwarlar beynesindegi Nebukadnetsardıñ tüsin tüsinu üşin tileuimen, Danyaldıñ toğızınşı tarawda Levililer jiyırma altı dua-sın oquımen, tüsinetin dana adamdardıñ bilimniñ artuın tüsinuimen, Zäkariya üşinşi tarawda Yoshuanıñ künäsiniñ alınıp tastaluımen, törtinşi tarawda Zerubbabelmen, Yosıptıñ Mısırda ekinşi bileuşi boluımen, şäkirtterdiñ Pentikost aldında on kün boyı joğarğı bülmede boluımen, Millerşilerdiñ Exeter lager jinalısında boluımen, Lazar'dıñ Saltanattı Kirişte şerudi bastauımen jäne Aşılğan vahiy jettinşi tarawdağı jüz qırıq tört mıñmen beyneleledi.</w:t>
      </w:r>
    </w:p>
    <w:p>
      <w:pPr>
        <w:pStyle w:val="ArticleBody"/>
        <w:jc w:val="left"/>
      </w:pPr>
      <w:r>
        <w:rPr>
          <w:rFonts w:ascii="Times New Roman" w:hAnsi="Times New Roman" w:eastAsia="Times New Roman" w:cs="Times New Roman"/>
        </w:rPr>
        <w:t>Аят единадесет настъпи през 2014 година, в началото на украинската война, а през юли 2023 година започна зрителният изпит, при който Божият народ бива „избелен“. Петата линия в единадесета глава обхваща стихове тринадесет до петнадесет.</w:t>
      </w:r>
    </w:p>
    <w:p>
      <w:pPr>
        <w:pStyle w:val="ArticleHeading"/>
        <w:jc w:val="left"/>
      </w:pPr>
      <w:r>
        <w:rPr>
          <w:rFonts w:ascii="Arial" w:hAnsi="Arial" w:eastAsia="Arial" w:cs="Arial"/>
        </w:rPr>
        <w:t>کھڑا ریکھ جائزہ</w:t>
      </w:r>
    </w:p>
    <w:p>
      <w:pPr>
        <w:pStyle w:val="ArticleScripture"/>
        <w:jc w:val="left"/>
      </w:pPr>
      <w:r>
        <w:rPr>
          <w:rFonts w:ascii="Segoe UI Historic" w:hAnsi="Segoe UI Historic" w:eastAsia="Segoe UI Historic" w:cs="Segoe UI Historic"/>
        </w:rPr>
        <w:t>ܡܛܠ</w:t>
      </w:r>
      <w:r>
        <w:rPr>
          <w:rFonts w:ascii="Times New Roman" w:hAnsi="Times New Roman" w:eastAsia="Times New Roman" w:cs="Times New Roman"/>
        </w:rPr>
        <w:t xml:space="preserve"> </w:t>
      </w:r>
      <w:r>
        <w:rPr>
          <w:rFonts w:ascii="Segoe UI Historic" w:hAnsi="Segoe UI Historic" w:eastAsia="Segoe UI Historic" w:cs="Segoe UI Historic"/>
        </w:rPr>
        <w:t>ܕܡܠܟܐ</w:t>
      </w:r>
      <w:r>
        <w:rPr>
          <w:rFonts w:ascii="Times New Roman" w:hAnsi="Times New Roman" w:eastAsia="Times New Roman" w:cs="Times New Roman"/>
        </w:rPr>
        <w:t xml:space="preserve"> </w:t>
      </w:r>
      <w:r>
        <w:rPr>
          <w:rFonts w:ascii="Segoe UI Historic" w:hAnsi="Segoe UI Historic" w:eastAsia="Segoe UI Historic" w:cs="Segoe UI Historic"/>
        </w:rPr>
        <w:t>ܕܓܪܒܝܐ</w:t>
      </w:r>
      <w:r>
        <w:rPr>
          <w:rFonts w:ascii="Times New Roman" w:hAnsi="Times New Roman" w:eastAsia="Times New Roman" w:cs="Times New Roman"/>
        </w:rPr>
        <w:t xml:space="preserve"> </w:t>
      </w:r>
      <w:r>
        <w:rPr>
          <w:rFonts w:ascii="Segoe UI Historic" w:hAnsi="Segoe UI Historic" w:eastAsia="Segoe UI Historic" w:cs="Segoe UI Historic"/>
        </w:rPr>
        <w:t>ܢܗܦܘܟ</w:t>
      </w:r>
      <w:r>
        <w:rPr>
          <w:rFonts w:ascii="Times New Roman" w:hAnsi="Times New Roman" w:eastAsia="Times New Roman" w:cs="Times New Roman"/>
        </w:rPr>
        <w:t xml:space="preserve">، </w:t>
      </w:r>
      <w:r>
        <w:rPr>
          <w:rFonts w:ascii="Segoe UI Historic" w:hAnsi="Segoe UI Historic" w:eastAsia="Segoe UI Historic" w:cs="Segoe UI Historic"/>
        </w:rPr>
        <w:t>ܘܢܩܝܡ</w:t>
      </w:r>
      <w:r>
        <w:rPr>
          <w:rFonts w:ascii="Times New Roman" w:hAnsi="Times New Roman" w:eastAsia="Times New Roman" w:cs="Times New Roman"/>
        </w:rPr>
        <w:t xml:space="preserve"> </w:t>
      </w:r>
      <w:r>
        <w:rPr>
          <w:rFonts w:ascii="Segoe UI Historic" w:hAnsi="Segoe UI Historic" w:eastAsia="Segoe UI Historic" w:cs="Segoe UI Historic"/>
        </w:rPr>
        <w:t>ܟܢܫܐ</w:t>
      </w:r>
      <w:r>
        <w:rPr>
          <w:rFonts w:ascii="Times New Roman" w:hAnsi="Times New Roman" w:eastAsia="Times New Roman" w:cs="Times New Roman"/>
        </w:rPr>
        <w:t xml:space="preserve"> </w:t>
      </w:r>
      <w:r>
        <w:rPr>
          <w:rFonts w:ascii="Segoe UI Historic" w:hAnsi="Segoe UI Historic" w:eastAsia="Segoe UI Historic" w:cs="Segoe UI Historic"/>
        </w:rPr>
        <w:t>ܕܣܓܝ</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ܩܕܡܝܐ</w:t>
      </w:r>
      <w:r>
        <w:rPr>
          <w:rFonts w:ascii="Times New Roman" w:hAnsi="Times New Roman" w:eastAsia="Times New Roman" w:cs="Times New Roman"/>
        </w:rPr>
        <w:t xml:space="preserve">، </w:t>
      </w:r>
      <w:r>
        <w:rPr>
          <w:rFonts w:ascii="Segoe UI Historic" w:hAnsi="Segoe UI Historic" w:eastAsia="Segoe UI Historic" w:cs="Segoe UI Historic"/>
        </w:rPr>
        <w:t>ܘܒܐܘܡܢܘܬܐ</w:t>
      </w:r>
      <w:r>
        <w:rPr>
          <w:rFonts w:ascii="Times New Roman" w:hAnsi="Times New Roman" w:eastAsia="Times New Roman" w:cs="Times New Roman"/>
        </w:rPr>
        <w:t xml:space="preserve"> </w:t>
      </w:r>
      <w:r>
        <w:rPr>
          <w:rFonts w:ascii="Segoe UI Historic" w:hAnsi="Segoe UI Historic" w:eastAsia="Segoe UI Historic" w:cs="Segoe UI Historic"/>
        </w:rPr>
        <w:t>ܢܐܬܐ</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ܒܬܪ</w:t>
      </w:r>
      <w:r>
        <w:rPr>
          <w:rFonts w:ascii="Times New Roman" w:hAnsi="Times New Roman" w:eastAsia="Times New Roman" w:cs="Times New Roman"/>
        </w:rPr>
        <w:t xml:space="preserve"> </w:t>
      </w:r>
      <w:r>
        <w:rPr>
          <w:rFonts w:ascii="Segoe UI Historic" w:hAnsi="Segoe UI Historic" w:eastAsia="Segoe UI Historic" w:cs="Segoe UI Historic"/>
        </w:rPr>
        <w:t>ܫܢ</w:t>
      </w:r>
      <w:r>
        <w:rPr>
          <w:rFonts w:ascii="Times New Roman" w:hAnsi="Times New Roman" w:eastAsia="Times New Roman" w:cs="Times New Roman"/>
        </w:rPr>
        <w:t>̈</w:t>
      </w:r>
      <w:r>
        <w:rPr>
          <w:rFonts w:ascii="Segoe UI Historic" w:hAnsi="Segoe UI Historic" w:eastAsia="Segoe UI Historic" w:cs="Segoe UI Historic"/>
        </w:rPr>
        <w:t>ܝܐ</w:t>
      </w:r>
      <w:r>
        <w:rPr>
          <w:rFonts w:ascii="Times New Roman" w:hAnsi="Times New Roman" w:eastAsia="Times New Roman" w:cs="Times New Roman"/>
        </w:rPr>
        <w:t xml:space="preserve"> </w:t>
      </w:r>
      <w:r>
        <w:rPr>
          <w:rFonts w:ascii="Segoe UI Historic" w:hAnsi="Segoe UI Historic" w:eastAsia="Segoe UI Historic" w:cs="Segoe UI Historic"/>
        </w:rPr>
        <w:t>ܡܣܝ</w:t>
      </w:r>
      <w:r>
        <w:rPr>
          <w:rFonts w:ascii="Times New Roman" w:hAnsi="Times New Roman" w:eastAsia="Times New Roman" w:cs="Times New Roman"/>
        </w:rPr>
        <w:t>̈</w:t>
      </w:r>
      <w:r>
        <w:rPr>
          <w:rFonts w:ascii="Segoe UI Historic" w:hAnsi="Segoe UI Historic" w:eastAsia="Segoe UI Historic" w:cs="Segoe UI Historic"/>
        </w:rPr>
        <w:t>ܡܬܐ</w:t>
      </w:r>
      <w:r>
        <w:rPr>
          <w:rFonts w:ascii="Times New Roman" w:hAnsi="Times New Roman" w:eastAsia="Times New Roman" w:cs="Times New Roman"/>
        </w:rPr>
        <w:t xml:space="preserve"> </w:t>
      </w:r>
      <w:r>
        <w:rPr>
          <w:rFonts w:ascii="Segoe UI Historic" w:hAnsi="Segoe UI Historic" w:eastAsia="Segoe UI Historic" w:cs="Segoe UI Historic"/>
        </w:rPr>
        <w:t>ܒܚܝܠܐ</w:t>
      </w:r>
      <w:r>
        <w:rPr>
          <w:rFonts w:ascii="Times New Roman" w:hAnsi="Times New Roman" w:eastAsia="Times New Roman" w:cs="Times New Roman"/>
        </w:rPr>
        <w:t xml:space="preserve"> </w:t>
      </w:r>
      <w:r>
        <w:rPr>
          <w:rFonts w:ascii="Segoe UI Historic" w:hAnsi="Segoe UI Historic" w:eastAsia="Segoe UI Historic" w:cs="Segoe UI Historic"/>
        </w:rPr>
        <w:t>ܪܒܐ</w:t>
      </w:r>
      <w:r>
        <w:rPr>
          <w:rFonts w:ascii="Times New Roman" w:hAnsi="Times New Roman" w:eastAsia="Times New Roman" w:cs="Times New Roman"/>
        </w:rPr>
        <w:t xml:space="preserve"> </w:t>
      </w:r>
      <w:r>
        <w:rPr>
          <w:rFonts w:ascii="Segoe UI Historic" w:hAnsi="Segoe UI Historic" w:eastAsia="Segoe UI Historic" w:cs="Segoe UI Historic"/>
        </w:rPr>
        <w:t>ܘܒܥܘܬܪܐ</w:t>
      </w:r>
      <w:r>
        <w:rPr>
          <w:rFonts w:ascii="Times New Roman" w:hAnsi="Times New Roman" w:eastAsia="Times New Roman" w:cs="Times New Roman"/>
        </w:rPr>
        <w:t xml:space="preserve"> </w:t>
      </w:r>
      <w:r>
        <w:rPr>
          <w:rFonts w:ascii="Segoe UI Historic" w:hAnsi="Segoe UI Historic" w:eastAsia="Segoe UI Historic" w:cs="Segoe UI Historic"/>
        </w:rPr>
        <w:t>ܣܓܝܐܐ</w:t>
      </w:r>
      <w:r>
        <w:rPr>
          <w:rFonts w:ascii="Times New Roman" w:hAnsi="Times New Roman" w:eastAsia="Times New Roman" w:cs="Times New Roman"/>
        </w:rPr>
        <w:t xml:space="preserve">. </w:t>
      </w:r>
      <w:r>
        <w:rPr>
          <w:rFonts w:ascii="Segoe UI Historic" w:hAnsi="Segoe UI Historic" w:eastAsia="Segoe UI Historic" w:cs="Segoe UI Historic"/>
        </w:rPr>
        <w:t>ܘܒܙܒܢ</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ܗܢܘܢ</w:t>
      </w:r>
      <w:r>
        <w:rPr>
          <w:rFonts w:ascii="Times New Roman" w:hAnsi="Times New Roman" w:eastAsia="Times New Roman" w:cs="Times New Roman"/>
        </w:rPr>
        <w:t xml:space="preserve"> </w:t>
      </w:r>
      <w:r>
        <w:rPr>
          <w:rFonts w:ascii="Segoe UI Historic" w:hAnsi="Segoe UI Historic" w:eastAsia="Segoe UI Historic" w:cs="Segoe UI Historic"/>
        </w:rPr>
        <w:t>ܣܓܝ</w:t>
      </w:r>
      <w:r>
        <w:rPr>
          <w:rFonts w:ascii="Times New Roman" w:hAnsi="Times New Roman" w:eastAsia="Times New Roman" w:cs="Times New Roman"/>
        </w:rPr>
        <w:t>̈</w:t>
      </w:r>
      <w:r>
        <w:rPr>
          <w:rFonts w:ascii="Segoe UI Historic" w:hAnsi="Segoe UI Historic" w:eastAsia="Segoe UI Historic" w:cs="Segoe UI Historic"/>
        </w:rPr>
        <w:t>ܐܐ</w:t>
      </w:r>
      <w:r>
        <w:rPr>
          <w:rFonts w:ascii="Times New Roman" w:hAnsi="Times New Roman" w:eastAsia="Times New Roman" w:cs="Times New Roman"/>
        </w:rPr>
        <w:t xml:space="preserve"> </w:t>
      </w:r>
      <w:r>
        <w:rPr>
          <w:rFonts w:ascii="Segoe UI Historic" w:hAnsi="Segoe UI Historic" w:eastAsia="Segoe UI Historic" w:cs="Segoe UI Historic"/>
        </w:rPr>
        <w:t>ܢܩܘܡܘܢ</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ܡܠܟܐ</w:t>
      </w:r>
      <w:r>
        <w:rPr>
          <w:rFonts w:ascii="Times New Roman" w:hAnsi="Times New Roman" w:eastAsia="Times New Roman" w:cs="Times New Roman"/>
        </w:rPr>
        <w:t xml:space="preserve"> </w:t>
      </w:r>
      <w:r>
        <w:rPr>
          <w:rFonts w:ascii="Segoe UI Historic" w:hAnsi="Segoe UI Historic" w:eastAsia="Segoe UI Historic" w:cs="Segoe UI Historic"/>
        </w:rPr>
        <w:t>ܕܬܝܡܢܐ</w:t>
      </w:r>
      <w:r>
        <w:rPr>
          <w:rFonts w:ascii="Times New Roman" w:hAnsi="Times New Roman" w:eastAsia="Times New Roman" w:cs="Times New Roman"/>
        </w:rPr>
        <w:t xml:space="preserve">؛ </w:t>
      </w:r>
      <w:r>
        <w:rPr>
          <w:rFonts w:ascii="Segoe UI Historic" w:hAnsi="Segoe UI Historic" w:eastAsia="Segoe UI Historic" w:cs="Segoe UI Historic"/>
        </w:rPr>
        <w:t>ܐܦ</w:t>
      </w:r>
      <w:r>
        <w:rPr>
          <w:rFonts w:ascii="Times New Roman" w:hAnsi="Times New Roman" w:eastAsia="Times New Roman" w:cs="Times New Roman"/>
        </w:rPr>
        <w:t xml:space="preserve"> </w:t>
      </w:r>
      <w:r>
        <w:rPr>
          <w:rFonts w:ascii="Segoe UI Historic" w:hAnsi="Segoe UI Historic" w:eastAsia="Segoe UI Historic" w:cs="Segoe UI Historic"/>
        </w:rPr>
        <w:t>ܒܢܝ</w:t>
      </w:r>
      <w:r>
        <w:rPr>
          <w:rFonts w:ascii="Times New Roman" w:hAnsi="Times New Roman" w:eastAsia="Times New Roman" w:cs="Times New Roman"/>
        </w:rPr>
        <w:t xml:space="preserve">̈ </w:t>
      </w:r>
      <w:r>
        <w:rPr>
          <w:rFonts w:ascii="Segoe UI Historic" w:hAnsi="Segoe UI Historic" w:eastAsia="Segoe UI Historic" w:cs="Segoe UI Historic"/>
        </w:rPr>
        <w:t>ܚܛܘܦܐ</w:t>
      </w:r>
      <w:r>
        <w:rPr>
          <w:rFonts w:ascii="Times New Roman" w:hAnsi="Times New Roman" w:eastAsia="Times New Roman" w:cs="Times New Roman"/>
        </w:rPr>
        <w:t xml:space="preserve"> </w:t>
      </w:r>
      <w:r>
        <w:rPr>
          <w:rFonts w:ascii="Segoe UI Historic" w:hAnsi="Segoe UI Historic" w:eastAsia="Segoe UI Historic" w:cs="Segoe UI Historic"/>
        </w:rPr>
        <w:t>ܕܥܡܟ</w:t>
      </w:r>
      <w:r>
        <w:rPr>
          <w:rFonts w:ascii="Times New Roman" w:hAnsi="Times New Roman" w:eastAsia="Times New Roman" w:cs="Times New Roman"/>
        </w:rPr>
        <w:t xml:space="preserve"> </w:t>
      </w:r>
      <w:r>
        <w:rPr>
          <w:rFonts w:ascii="Segoe UI Historic" w:hAnsi="Segoe UI Historic" w:eastAsia="Segoe UI Historic" w:cs="Segoe UI Historic"/>
        </w:rPr>
        <w:t>ܢܬܬܪܝܡܘܢ</w:t>
      </w:r>
      <w:r>
        <w:rPr>
          <w:rFonts w:ascii="Times New Roman" w:hAnsi="Times New Roman" w:eastAsia="Times New Roman" w:cs="Times New Roman"/>
        </w:rPr>
        <w:t xml:space="preserve"> </w:t>
      </w:r>
      <w:r>
        <w:rPr>
          <w:rFonts w:ascii="Segoe UI Historic" w:hAnsi="Segoe UI Historic" w:eastAsia="Segoe UI Historic" w:cs="Segoe UI Historic"/>
        </w:rPr>
        <w:t>ܠܡܩܝܡܘ</w:t>
      </w:r>
      <w:r>
        <w:rPr>
          <w:rFonts w:ascii="Times New Roman" w:hAnsi="Times New Roman" w:eastAsia="Times New Roman" w:cs="Times New Roman"/>
        </w:rPr>
        <w:t xml:space="preserve"> </w:t>
      </w:r>
      <w:r>
        <w:rPr>
          <w:rFonts w:ascii="Segoe UI Historic" w:hAnsi="Segoe UI Historic" w:eastAsia="Segoe UI Historic" w:cs="Segoe UI Historic"/>
        </w:rPr>
        <w:t>ܚܙܘܢܐ</w:t>
      </w:r>
      <w:r>
        <w:rPr>
          <w:rFonts w:ascii="Times New Roman" w:hAnsi="Times New Roman" w:eastAsia="Times New Roman" w:cs="Times New Roman"/>
        </w:rPr>
        <w:t xml:space="preserve">، </w:t>
      </w:r>
      <w:r>
        <w:rPr>
          <w:rFonts w:ascii="Segoe UI Historic" w:hAnsi="Segoe UI Historic" w:eastAsia="Segoe UI Historic" w:cs="Segoe UI Historic"/>
        </w:rPr>
        <w:t>ܘܢܦܠܘܢ</w:t>
      </w:r>
      <w:r>
        <w:rPr>
          <w:rFonts w:ascii="Times New Roman" w:hAnsi="Times New Roman" w:eastAsia="Times New Roman" w:cs="Times New Roman"/>
        </w:rPr>
        <w:t xml:space="preserve">. </w:t>
      </w:r>
      <w:r>
        <w:rPr>
          <w:rFonts w:ascii="Segoe UI Historic" w:hAnsi="Segoe UI Historic" w:eastAsia="Segoe UI Historic" w:cs="Segoe UI Historic"/>
        </w:rPr>
        <w:t>ܘܢܐܬܐ</w:t>
      </w:r>
      <w:r>
        <w:rPr>
          <w:rFonts w:ascii="Times New Roman" w:hAnsi="Times New Roman" w:eastAsia="Times New Roman" w:cs="Times New Roman"/>
        </w:rPr>
        <w:t xml:space="preserve"> </w:t>
      </w:r>
      <w:r>
        <w:rPr>
          <w:rFonts w:ascii="Segoe UI Historic" w:hAnsi="Segoe UI Historic" w:eastAsia="Segoe UI Historic" w:cs="Segoe UI Historic"/>
        </w:rPr>
        <w:t>ܡܠܟܐ</w:t>
      </w:r>
      <w:r>
        <w:rPr>
          <w:rFonts w:ascii="Times New Roman" w:hAnsi="Times New Roman" w:eastAsia="Times New Roman" w:cs="Times New Roman"/>
        </w:rPr>
        <w:t xml:space="preserve"> </w:t>
      </w:r>
      <w:r>
        <w:rPr>
          <w:rFonts w:ascii="Segoe UI Historic" w:hAnsi="Segoe UI Historic" w:eastAsia="Segoe UI Historic" w:cs="Segoe UI Historic"/>
        </w:rPr>
        <w:t>ܕܓܪܒܝܐ</w:t>
      </w:r>
      <w:r>
        <w:rPr>
          <w:rFonts w:ascii="Times New Roman" w:hAnsi="Times New Roman" w:eastAsia="Times New Roman" w:cs="Times New Roman"/>
        </w:rPr>
        <w:t xml:space="preserve">، </w:t>
      </w:r>
      <w:r>
        <w:rPr>
          <w:rFonts w:ascii="Segoe UI Historic" w:hAnsi="Segoe UI Historic" w:eastAsia="Segoe UI Historic" w:cs="Segoe UI Historic"/>
        </w:rPr>
        <w:t>ܘܢܫܦܘܟ</w:t>
      </w:r>
      <w:r>
        <w:rPr>
          <w:rFonts w:ascii="Times New Roman" w:hAnsi="Times New Roman" w:eastAsia="Times New Roman" w:cs="Times New Roman"/>
        </w:rPr>
        <w:t xml:space="preserve"> </w:t>
      </w:r>
      <w:r>
        <w:rPr>
          <w:rFonts w:ascii="Segoe UI Historic" w:hAnsi="Segoe UI Historic" w:eastAsia="Segoe UI Historic" w:cs="Segoe UI Historic"/>
        </w:rPr>
        <w:t>ܬܠܐ</w:t>
      </w:r>
      <w:r>
        <w:rPr>
          <w:rFonts w:ascii="Times New Roman" w:hAnsi="Times New Roman" w:eastAsia="Times New Roman" w:cs="Times New Roman"/>
        </w:rPr>
        <w:t xml:space="preserve">، </w:t>
      </w:r>
      <w:r>
        <w:rPr>
          <w:rFonts w:ascii="Segoe UI Historic" w:hAnsi="Segoe UI Historic" w:eastAsia="Segoe UI Historic" w:cs="Segoe UI Historic"/>
        </w:rPr>
        <w:t>ܘܢܠܟܘܕ</w:t>
      </w:r>
      <w:r>
        <w:rPr>
          <w:rFonts w:ascii="Times New Roman" w:hAnsi="Times New Roman" w:eastAsia="Times New Roman" w:cs="Times New Roman"/>
        </w:rPr>
        <w:t xml:space="preserve"> </w:t>
      </w:r>
      <w:r>
        <w:rPr>
          <w:rFonts w:ascii="Segoe UI Historic" w:hAnsi="Segoe UI Historic" w:eastAsia="Segoe UI Historic" w:cs="Segoe UI Historic"/>
        </w:rPr>
        <w:t>ܩܪ</w:t>
      </w:r>
      <w:r>
        <w:rPr>
          <w:rFonts w:ascii="Times New Roman" w:hAnsi="Times New Roman" w:eastAsia="Times New Roman" w:cs="Times New Roman"/>
        </w:rPr>
        <w:t>̈</w:t>
      </w:r>
      <w:r>
        <w:rPr>
          <w:rFonts w:ascii="Segoe UI Historic" w:hAnsi="Segoe UI Historic" w:eastAsia="Segoe UI Historic" w:cs="Segoe UI Historic"/>
        </w:rPr>
        <w:t>ܝܬܐ</w:t>
      </w:r>
      <w:r>
        <w:rPr>
          <w:rFonts w:ascii="Times New Roman" w:hAnsi="Times New Roman" w:eastAsia="Times New Roman" w:cs="Times New Roman"/>
        </w:rPr>
        <w:t xml:space="preserve"> </w:t>
      </w:r>
      <w:r>
        <w:rPr>
          <w:rFonts w:ascii="Segoe UI Historic" w:hAnsi="Segoe UI Historic" w:eastAsia="Segoe UI Historic" w:cs="Segoe UI Historic"/>
        </w:rPr>
        <w:t>ܚܣܝ</w:t>
      </w:r>
      <w:r>
        <w:rPr>
          <w:rFonts w:ascii="Times New Roman" w:hAnsi="Times New Roman" w:eastAsia="Times New Roman" w:cs="Times New Roman"/>
        </w:rPr>
        <w:t>̈</w:t>
      </w:r>
      <w:r>
        <w:rPr>
          <w:rFonts w:ascii="Segoe UI Historic" w:hAnsi="Segoe UI Historic" w:eastAsia="Segoe UI Historic" w:cs="Segoe UI Historic"/>
        </w:rPr>
        <w:t>ܢܬܐ</w:t>
      </w:r>
      <w:r>
        <w:rPr>
          <w:rFonts w:ascii="Times New Roman" w:hAnsi="Times New Roman" w:eastAsia="Times New Roman" w:cs="Times New Roman"/>
        </w:rPr>
        <w:t xml:space="preserve"> </w:t>
      </w:r>
      <w:r>
        <w:rPr>
          <w:rFonts w:ascii="Segoe UI Historic" w:hAnsi="Segoe UI Historic" w:eastAsia="Segoe UI Historic" w:cs="Segoe UI Historic"/>
        </w:rPr>
        <w:t>ܛܒ</w:t>
      </w:r>
      <w:r>
        <w:rPr>
          <w:rFonts w:ascii="Times New Roman" w:hAnsi="Times New Roman" w:eastAsia="Times New Roman" w:cs="Times New Roman"/>
        </w:rPr>
        <w:t xml:space="preserve">؛ </w:t>
      </w:r>
      <w:r>
        <w:rPr>
          <w:rFonts w:ascii="Segoe UI Historic" w:hAnsi="Segoe UI Historic" w:eastAsia="Segoe UI Historic" w:cs="Segoe UI Historic"/>
        </w:rPr>
        <w:t>ܘܕܪ</w:t>
      </w:r>
      <w:r>
        <w:rPr>
          <w:rFonts w:ascii="Times New Roman" w:hAnsi="Times New Roman" w:eastAsia="Times New Roman" w:cs="Times New Roman"/>
        </w:rPr>
        <w:t>̈</w:t>
      </w:r>
      <w:r>
        <w:rPr>
          <w:rFonts w:ascii="Segoe UI Historic" w:hAnsi="Segoe UI Historic" w:eastAsia="Segoe UI Historic" w:cs="Segoe UI Historic"/>
        </w:rPr>
        <w:t>ܥܐ</w:t>
      </w:r>
      <w:r>
        <w:rPr>
          <w:rFonts w:ascii="Times New Roman" w:hAnsi="Times New Roman" w:eastAsia="Times New Roman" w:cs="Times New Roman"/>
        </w:rPr>
        <w:t xml:space="preserve"> </w:t>
      </w:r>
      <w:r>
        <w:rPr>
          <w:rFonts w:ascii="Segoe UI Historic" w:hAnsi="Segoe UI Historic" w:eastAsia="Segoe UI Historic" w:cs="Segoe UI Historic"/>
        </w:rPr>
        <w:t>ܕܬܝܡܢܐ</w:t>
      </w:r>
      <w:r>
        <w:rPr>
          <w:rFonts w:ascii="Times New Roman" w:hAnsi="Times New Roman" w:eastAsia="Times New Roman" w:cs="Times New Roman"/>
        </w:rPr>
        <w:t xml:space="preserve"> </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ܢܚܣܢܘܢ</w:t>
      </w:r>
      <w:r>
        <w:rPr>
          <w:rFonts w:ascii="Times New Roman" w:hAnsi="Times New Roman" w:eastAsia="Times New Roman" w:cs="Times New Roman"/>
        </w:rPr>
        <w:t xml:space="preserve"> </w:t>
      </w:r>
      <w:r>
        <w:rPr>
          <w:rFonts w:ascii="Segoe UI Historic" w:hAnsi="Segoe UI Historic" w:eastAsia="Segoe UI Historic" w:cs="Segoe UI Historic"/>
        </w:rPr>
        <w:t>ܠܡܩܡ</w:t>
      </w:r>
      <w:r>
        <w:rPr>
          <w:rFonts w:ascii="Times New Roman" w:hAnsi="Times New Roman" w:eastAsia="Times New Roman" w:cs="Times New Roman"/>
        </w:rPr>
        <w:t xml:space="preserve">، </w:t>
      </w:r>
      <w:r>
        <w:rPr>
          <w:rFonts w:ascii="Segoe UI Historic" w:hAnsi="Segoe UI Historic" w:eastAsia="Segoe UI Historic" w:cs="Segoe UI Historic"/>
        </w:rPr>
        <w:t>ܘܠܐ</w:t>
      </w:r>
      <w:r>
        <w:rPr>
          <w:rFonts w:ascii="Times New Roman" w:hAnsi="Times New Roman" w:eastAsia="Times New Roman" w:cs="Times New Roman"/>
        </w:rPr>
        <w:t xml:space="preserve"> </w:t>
      </w:r>
      <w:r>
        <w:rPr>
          <w:rFonts w:ascii="Segoe UI Historic" w:hAnsi="Segoe UI Historic" w:eastAsia="Segoe UI Historic" w:cs="Segoe UI Historic"/>
        </w:rPr>
        <w:t>ܥܡܗ</w:t>
      </w:r>
      <w:r>
        <w:rPr>
          <w:rFonts w:ascii="Times New Roman" w:hAnsi="Times New Roman" w:eastAsia="Times New Roman" w:cs="Times New Roman"/>
        </w:rPr>
        <w:t xml:space="preserve"> </w:t>
      </w:r>
      <w:r>
        <w:rPr>
          <w:rFonts w:ascii="Segoe UI Historic" w:hAnsi="Segoe UI Historic" w:eastAsia="Segoe UI Historic" w:cs="Segoe UI Historic"/>
        </w:rPr>
        <w:t>ܓܒܝܐ</w:t>
      </w:r>
      <w:r>
        <w:rPr>
          <w:rFonts w:ascii="Times New Roman" w:hAnsi="Times New Roman" w:eastAsia="Times New Roman" w:cs="Times New Roman"/>
        </w:rPr>
        <w:t xml:space="preserve">، </w:t>
      </w:r>
      <w:r>
        <w:rPr>
          <w:rFonts w:ascii="Segoe UI Historic" w:hAnsi="Segoe UI Historic" w:eastAsia="Segoe UI Historic" w:cs="Segoe UI Historic"/>
        </w:rPr>
        <w:t>ܘܠܐ</w:t>
      </w:r>
      <w:r>
        <w:rPr>
          <w:rFonts w:ascii="Times New Roman" w:hAnsi="Times New Roman" w:eastAsia="Times New Roman" w:cs="Times New Roman"/>
        </w:rPr>
        <w:t xml:space="preserve"> </w:t>
      </w:r>
      <w:r>
        <w:rPr>
          <w:rFonts w:ascii="Segoe UI Historic" w:hAnsi="Segoe UI Historic" w:eastAsia="Segoe UI Historic" w:cs="Segoe UI Historic"/>
        </w:rPr>
        <w:t>ܢܗܘܐ</w:t>
      </w:r>
      <w:r>
        <w:rPr>
          <w:rFonts w:ascii="Times New Roman" w:hAnsi="Times New Roman" w:eastAsia="Times New Roman" w:cs="Times New Roman"/>
        </w:rPr>
        <w:t xml:space="preserve"> </w:t>
      </w:r>
      <w:r>
        <w:rPr>
          <w:rFonts w:ascii="Segoe UI Historic" w:hAnsi="Segoe UI Historic" w:eastAsia="Segoe UI Historic" w:cs="Segoe UI Historic"/>
        </w:rPr>
        <w:t>ܚܝܠܐ</w:t>
      </w:r>
      <w:r>
        <w:rPr>
          <w:rFonts w:ascii="Times New Roman" w:hAnsi="Times New Roman" w:eastAsia="Times New Roman" w:cs="Times New Roman"/>
        </w:rPr>
        <w:t xml:space="preserve"> </w:t>
      </w:r>
      <w:r>
        <w:rPr>
          <w:rFonts w:ascii="Segoe UI Historic" w:hAnsi="Segoe UI Historic" w:eastAsia="Segoe UI Historic" w:cs="Segoe UI Historic"/>
        </w:rPr>
        <w:t>ܠܡܩܡ</w:t>
      </w:r>
      <w:r>
        <w:rPr>
          <w:rFonts w:ascii="Times New Roman" w:hAnsi="Times New Roman" w:eastAsia="Times New Roman" w:cs="Times New Roman"/>
        </w:rPr>
        <w:t xml:space="preserve">. </w:t>
      </w:r>
      <w:r>
        <w:rPr>
          <w:rFonts w:ascii="Segoe UI Historic" w:hAnsi="Segoe UI Historic" w:eastAsia="Segoe UI Historic" w:cs="Segoe UI Historic"/>
        </w:rPr>
        <w:t>ܕܢܝܐܝܠ</w:t>
      </w:r>
      <w:r>
        <w:rPr>
          <w:rFonts w:ascii="Times New Roman" w:hAnsi="Times New Roman" w:eastAsia="Times New Roman" w:cs="Times New Roman"/>
        </w:rPr>
        <w:t xml:space="preserve"> 11:13–15.</w:t>
      </w:r>
    </w:p>
    <w:p>
      <w:pPr>
        <w:pStyle w:val="ArticleBody"/>
        <w:jc w:val="left"/>
      </w:pPr>
      <w:r>
        <w:rPr>
          <w:rFonts w:ascii="Leelawadee UI" w:hAnsi="Leelawadee UI" w:eastAsia="Leelawadee UI" w:cs="Leelawadee UI"/>
        </w:rPr>
        <w:t>ឃ្លាទាំងនេះបានសម្រេចឡើងនៅឆ្នាំ</w:t>
      </w:r>
      <w:r>
        <w:rPr>
          <w:rFonts w:ascii="Times New Roman" w:hAnsi="Times New Roman" w:eastAsia="Times New Roman" w:cs="Times New Roman"/>
        </w:rPr>
        <w:t xml:space="preserve"> </w:t>
      </w:r>
      <w:r>
        <w:rPr>
          <w:rFonts w:ascii="Leelawadee UI" w:hAnsi="Leelawadee UI" w:eastAsia="Leelawadee UI" w:cs="Leelawadee UI"/>
        </w:rPr>
        <w:t>២០០</w:t>
      </w:r>
      <w:r>
        <w:rPr>
          <w:rFonts w:ascii="Times New Roman" w:hAnsi="Times New Roman" w:eastAsia="Times New Roman" w:cs="Times New Roman"/>
        </w:rPr>
        <w:t xml:space="preserve">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ហើយវាបញ្ជាក់អំពីសមរភូមិប៉ាន</w:t>
      </w:r>
      <w:r>
        <w:rPr>
          <w:rFonts w:ascii="Nirmala UI" w:hAnsi="Nirmala UI" w:eastAsia="Nirmala UI" w:cs="Nirmala UI"/>
        </w:rPr>
        <w:t>ியம்</w:t>
      </w:r>
      <w:r>
        <w:rPr>
          <w:rFonts w:ascii="Times New Roman" w:hAnsi="Times New Roman" w:eastAsia="Times New Roman" w:cs="Times New Roman"/>
        </w:rPr>
        <w:t xml:space="preserve"> </w:t>
      </w:r>
      <w:r>
        <w:rPr>
          <w:rFonts w:ascii="Leelawadee UI" w:hAnsi="Leelawadee UI" w:eastAsia="Leelawadee UI" w:cs="Leelawadee UI"/>
        </w:rPr>
        <w:t>ដែលរួមមានស្ដេចដែលប្រឆាំងគ្នា</w:t>
      </w:r>
      <w:r>
        <w:rPr>
          <w:rFonts w:ascii="Times New Roman" w:hAnsi="Times New Roman" w:eastAsia="Times New Roman" w:cs="Times New Roman"/>
        </w:rPr>
        <w:t xml:space="preserve"> </w:t>
      </w:r>
      <w:r>
        <w:rPr>
          <w:rFonts w:ascii="Leelawadee UI" w:hAnsi="Leelawadee UI" w:eastAsia="Leelawadee UI" w:cs="Leelawadee UI"/>
        </w:rPr>
        <w:t>និងសម្ព័ន្ធភាពរបស់ពួកគេ</w:t>
      </w:r>
      <w:r>
        <w:rPr>
          <w:rFonts w:ascii="Times New Roman" w:hAnsi="Times New Roman" w:eastAsia="Times New Roman" w:cs="Times New Roman"/>
        </w:rPr>
        <w:t xml:space="preserve"> </w:t>
      </w:r>
      <w:r>
        <w:rPr>
          <w:rFonts w:ascii="Leelawadee UI" w:hAnsi="Leelawadee UI" w:eastAsia="Leelawadee UI" w:cs="Leelawadee UI"/>
        </w:rPr>
        <w:t>ហើយឃ្លាទាំងនេះក៏ជាចំណុចមួយក្នុងប្រវត្តិសាស្ត្រដែលរ៉ូមបាកានបានចាប់ផ្តើមបង្ហាញអំណាចរបស់ខ្លួនជាលើកដំបូងចូលមកក្នុងប្រវត្តិសាស្ត្រនៃ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ផងដែរ។</w:t>
      </w:r>
      <w:r>
        <w:rPr>
          <w:rFonts w:ascii="Times New Roman" w:hAnsi="Times New Roman" w:eastAsia="Times New Roman" w:cs="Times New Roman"/>
        </w:rPr>
        <w:t xml:space="preserve"> </w:t>
      </w:r>
      <w:r>
        <w:rPr>
          <w:rFonts w:ascii="Leelawadee UI" w:hAnsi="Leelawadee UI" w:eastAsia="Leelawadee UI" w:cs="Leelawadee UI"/>
        </w:rPr>
        <w:t>ឃ្លាទាំងនេះរួមបញ្ចូលទាំងការឡើងកំពូលចុងក្រោយ</w:t>
      </w:r>
      <w:r>
        <w:rPr>
          <w:rFonts w:ascii="Times New Roman" w:hAnsi="Times New Roman" w:eastAsia="Times New Roman" w:cs="Times New Roman"/>
        </w:rPr>
        <w:t xml:space="preserve"> </w:t>
      </w:r>
      <w:r>
        <w:rPr>
          <w:rFonts w:ascii="Leelawadee UI" w:hAnsi="Leelawadee UI" w:eastAsia="Leelawadee UI" w:cs="Leelawadee UI"/>
        </w:rPr>
        <w:t>និងការធ្លាក់ចុះរបស់នគរទីប្រាំមួយនៃព្រះបន្ទូលទំនាយក្នុងព្រះគម្ពីរ</w:t>
      </w:r>
      <w:r>
        <w:rPr>
          <w:rFonts w:ascii="Times New Roman" w:hAnsi="Times New Roman" w:eastAsia="Times New Roman" w:cs="Times New Roman"/>
        </w:rPr>
        <w:t xml:space="preserve"> </w:t>
      </w:r>
      <w:r>
        <w:rPr>
          <w:rFonts w:ascii="Leelawadee UI" w:hAnsi="Leelawadee UI" w:eastAsia="Leelawadee UI" w:cs="Leelawadee UI"/>
        </w:rPr>
        <w:t>ប៉ុន្តែក៏រួមបញ្ចូលប្រវត្តិសាស្ត្រព្រះគម្ពីរអំពីព្រះគ្រីស្ទយាងទៅកាន់</w:t>
      </w:r>
      <w:r>
        <w:rPr>
          <w:rFonts w:ascii="Times New Roman" w:hAnsi="Times New Roman" w:eastAsia="Times New Roman" w:cs="Times New Roman"/>
        </w:rPr>
        <w:t xml:space="preserve"> Caesarea Philippi </w:t>
      </w:r>
      <w:r>
        <w:rPr>
          <w:rFonts w:ascii="Leelawadee UI" w:hAnsi="Leelawadee UI" w:eastAsia="Leelawadee UI" w:cs="Leelawadee UI"/>
        </w:rPr>
        <w:t>ផងដែរ</w:t>
      </w:r>
      <w:r>
        <w:rPr>
          <w:rFonts w:ascii="Times New Roman" w:hAnsi="Times New Roman" w:eastAsia="Times New Roman" w:cs="Times New Roman"/>
        </w:rPr>
        <w:t xml:space="preserve"> </w:t>
      </w:r>
      <w:r>
        <w:rPr>
          <w:rFonts w:ascii="Leelawadee UI" w:hAnsi="Leelawadee UI" w:eastAsia="Leelawadee UI" w:cs="Leelawadee UI"/>
        </w:rPr>
        <w:t>ជាកន្លែងដែលពេត្រុសកំណត់ទីតាំងនៃការបោះត្រារបស់មួយរយសែសិបបួនពាន់។</w:t>
      </w:r>
      <w:r>
        <w:rPr>
          <w:rFonts w:ascii="Times New Roman" w:hAnsi="Times New Roman" w:eastAsia="Times New Roman" w:cs="Times New Roman"/>
        </w:rPr>
        <w:t xml:space="preserve"> </w:t>
      </w:r>
      <w:r>
        <w:rPr>
          <w:rFonts w:ascii="Leelawadee UI" w:hAnsi="Leelawadee UI" w:eastAsia="Leelawadee UI" w:cs="Leelawadee UI"/>
        </w:rPr>
        <w:t>ប្រវត្តិសាស្ត្រនេះជាគំរូបង្ហាញអំពីការបោះត្រារបស់មួយរយសែសិបបួនពាន់</w:t>
      </w:r>
      <w:r>
        <w:rPr>
          <w:rFonts w:ascii="Times New Roman" w:hAnsi="Times New Roman" w:eastAsia="Times New Roman" w:cs="Times New Roman"/>
        </w:rPr>
        <w:t xml:space="preserve"> </w:t>
      </w:r>
      <w:r>
        <w:rPr>
          <w:rFonts w:ascii="Leelawadee UI" w:hAnsi="Leelawadee UI" w:eastAsia="Leelawadee UI" w:cs="Leelawadee UI"/>
        </w:rPr>
        <w:t>ជាមួយនឹងការមកដល់នៃការសាកល្បងទីបី</w:t>
      </w:r>
      <w:r>
        <w:rPr>
          <w:rFonts w:ascii="Times New Roman" w:hAnsi="Times New Roman" w:eastAsia="Times New Roman" w:cs="Times New Roman"/>
        </w:rPr>
        <w:t xml:space="preserve"> </w:t>
      </w:r>
      <w:r>
        <w:rPr>
          <w:rFonts w:ascii="Leelawadee UI" w:hAnsi="Leelawadee UI" w:eastAsia="Leelawadee UI" w:cs="Leelawadee UI"/>
        </w:rPr>
        <w:t>ក្នុងចំណោមការសាកល្បងទាំងបីនៃជំពូក</w:t>
      </w:r>
      <w:r>
        <w:rPr>
          <w:rFonts w:ascii="Times New Roman" w:hAnsi="Times New Roman" w:eastAsia="Times New Roman" w:cs="Times New Roman"/>
        </w:rPr>
        <w:t xml:space="preserve"> </w:t>
      </w:r>
      <w:r>
        <w:rPr>
          <w:rFonts w:ascii="Leelawadee UI" w:hAnsi="Leelawadee UI" w:eastAsia="Leelawadee UI" w:cs="Leelawadee UI"/>
        </w:rPr>
        <w:t>១២</w:t>
      </w:r>
      <w:r>
        <w:rPr>
          <w:rFonts w:ascii="Times New Roman" w:hAnsi="Times New Roman" w:eastAsia="Times New Roman" w:cs="Times New Roman"/>
        </w:rPr>
        <w:t xml:space="preserve"> </w:t>
      </w:r>
      <w:r>
        <w:rPr>
          <w:rFonts w:ascii="Leelawadee UI" w:hAnsi="Leelawadee UI" w:eastAsia="Leelawadee UI" w:cs="Leelawadee UI"/>
        </w:rPr>
        <w:t>ដែលមានសារសំខាន់ថា</w:t>
      </w:r>
      <w:r>
        <w:rPr>
          <w:rFonts w:ascii="Times New Roman" w:hAnsi="Times New Roman" w:eastAsia="Times New Roman" w:cs="Times New Roman"/>
        </w:rPr>
        <w:t xml:space="preserve"> </w:t>
      </w:r>
      <w:r>
        <w:rPr>
          <w:rFonts w:ascii="Leelawadee UI" w:hAnsi="Leelawadee UI" w:eastAsia="Leelawadee UI" w:cs="Leelawadee UI"/>
        </w:rPr>
        <w:t>ត្រូវបាន</w:t>
      </w:r>
      <w:r>
        <w:rPr>
          <w:rFonts w:ascii="Times New Roman" w:hAnsi="Times New Roman" w:eastAsia="Times New Roman" w:cs="Times New Roman"/>
        </w:rPr>
        <w:t xml:space="preserve"> «</w:t>
      </w:r>
      <w:r>
        <w:rPr>
          <w:rFonts w:ascii="Leelawadee UI" w:hAnsi="Leelawadee UI" w:eastAsia="Leelawadee UI" w:cs="Leelawadee UI"/>
        </w:rPr>
        <w:t>សម្អាត</w:t>
      </w:r>
      <w:r>
        <w:rPr>
          <w:rFonts w:ascii="Times New Roman" w:hAnsi="Times New Roman" w:eastAsia="Times New Roman" w:cs="Times New Roman"/>
        </w:rPr>
        <w:t xml:space="preserve"> </w:t>
      </w:r>
      <w:r>
        <w:rPr>
          <w:rFonts w:ascii="Leelawadee UI" w:hAnsi="Leelawadee UI" w:eastAsia="Leelawadee UI" w:cs="Leelawadee UI"/>
        </w:rPr>
        <w:t>ធ្វើឲ្យស</w:t>
      </w:r>
      <w:r>
        <w:rPr>
          <w:rFonts w:ascii="Times New Roman" w:hAnsi="Times New Roman" w:eastAsia="Times New Roman" w:cs="Times New Roman"/>
        </w:rPr>
        <w:t xml:space="preserve"> </w:t>
      </w:r>
      <w:r>
        <w:rPr>
          <w:rFonts w:ascii="Leelawadee UI" w:hAnsi="Leelawadee UI" w:eastAsia="Leelawadee UI" w:cs="Leelawadee UI"/>
        </w:rPr>
        <w:t>ហើយត្រូវបានសាកល្បង</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Times New Roman" w:hAnsi="Times New Roman" w:eastAsia="Times New Roman" w:cs="Times New Roman"/>
        </w:rPr>
        <w:t>Tle beξš be ogso dakšičiŋ yawóvha he kiŋ lé Sunday law kiŋ United States etáŋha oyúhapi. Exeter camp meeting kiŋ August 17, 1844 ektá owáŋyaŋg wóuŋspe, wise virgins kiŋhé Midnight Cry kiŋ oyúta waŋbláke čhaŋtékaŋyaŋ eastern seaboard of the United States etáŋha sixty-six days él waúŋspepi. Wóčhekiye tȟokáheya waŋ él virgins oyúhapi kiŋháŋ, na oyáte waŋží oil tȟáwa šni, na owás’iye kiŋ hé él iyáye. Simon Barjona owáŋka tȟáwa Peter ečhéča yuhápi čhaŋké, one hundred and forty-four thousand kiŋ itȟáŋčhaŋtȟáŋka sealing kiŋ él iyéčheča oyúhapi. Hé ektá iyáye, Jesus kiŋ disciples kiŋháŋ cross kiŋ etáŋha waŋbláke wówaš’ake él iyáye kiŋhé wowóuŋspe heháŋl oyáŋkapi.</w:t>
      </w:r>
    </w:p>
    <w:p>
      <w:pPr>
        <w:pStyle w:val="ArticleBody"/>
        <w:jc w:val="left"/>
      </w:pPr>
      <w:r>
        <w:rPr>
          <w:rFonts w:ascii="Times New Roman" w:hAnsi="Times New Roman" w:eastAsia="Times New Roman" w:cs="Times New Roman"/>
        </w:rPr>
        <w:t>La cruz es un símbolo del cierre del tiempo de gracia, y William Miller, quien había sido tipificado por Juan el Bautista, quien a su vez había sido tipificado por Elías, fue levantado para presentar los “acontecimientos relacionados con el cierre del tiempo de gracia”, así como lo hicieron tanto Juan el Bautista como Elías. Juan lo expresó de esta manera.</w:t>
      </w:r>
    </w:p>
    <w:p>
      <w:pPr>
        <w:pStyle w:val="ArticleScripture"/>
        <w:jc w:val="left"/>
      </w:pPr>
      <w:r>
        <w:rPr>
          <w:rFonts w:ascii="Times New Roman" w:hAnsi="Times New Roman" w:eastAsia="Times New Roman" w:cs="Times New Roman"/>
        </w:rPr>
        <w:t>لەکن وەختێک بینیشتی زۆرێک لە فەریسییەکان و سادوقییەکان هاتن بۆ لەئاوهەڵکێشانی ئەو، پێی گوتن: ئەی نەوەی مارە ژەهراویەکان، کێ ئاگاداری کردوونەتان لەوەی لە تووڕەیی داهاتوو هەڵبێن؟ مەتا 3:7.</w:t>
      </w:r>
    </w:p>
    <w:p>
      <w:pPr>
        <w:pStyle w:val="ArticleBody"/>
        <w:jc w:val="left"/>
      </w:pPr>
      <w:r>
        <w:rPr>
          <w:rFonts w:ascii="Times New Roman" w:hAnsi="Times New Roman" w:eastAsia="Times New Roman" w:cs="Times New Roman"/>
        </w:rPr>
        <w:t>Elijah ukanakham sänwa.</w:t>
      </w:r>
    </w:p>
    <w:p>
      <w:pPr>
        <w:pStyle w:val="ArticleScripture"/>
        <w:jc w:val="left"/>
      </w:pPr>
      <w:r>
        <w:rPr>
          <w:rFonts w:ascii="Myanmar Text" w:hAnsi="Myanmar Text" w:eastAsia="Myanmar Text" w:cs="Myanmar Text"/>
        </w:rPr>
        <w:t>ဝတ်ပြုရာတောကိုလည်း</w:t>
      </w:r>
      <w:r>
        <w:rPr>
          <w:rFonts w:ascii="Times New Roman" w:hAnsi="Times New Roman" w:eastAsia="Times New Roman" w:cs="Times New Roman"/>
        </w:rPr>
        <w:t xml:space="preserve"> </w:t>
      </w:r>
      <w:r>
        <w:rPr>
          <w:rFonts w:ascii="Myanmar Text" w:hAnsi="Myanmar Text" w:eastAsia="Myanmar Text" w:cs="Myanmar Text"/>
        </w:rPr>
        <w:t>အဟပ်သည်</w:t>
      </w:r>
      <w:r>
        <w:rPr>
          <w:rFonts w:ascii="Times New Roman" w:hAnsi="Times New Roman" w:eastAsia="Times New Roman" w:cs="Times New Roman"/>
        </w:rPr>
        <w:t xml:space="preserve"> </w:t>
      </w:r>
      <w:r>
        <w:rPr>
          <w:rFonts w:ascii="Myanmar Text" w:hAnsi="Myanmar Text" w:eastAsia="Myanmar Text" w:cs="Myanmar Text"/>
        </w:rPr>
        <w:t>ပြုလုပ်၏။</w:t>
      </w:r>
      <w:r>
        <w:rPr>
          <w:rFonts w:ascii="Times New Roman" w:hAnsi="Times New Roman" w:eastAsia="Times New Roman" w:cs="Times New Roman"/>
        </w:rPr>
        <w:t xml:space="preserve"> </w:t>
      </w:r>
      <w:r>
        <w:rPr>
          <w:rFonts w:ascii="Myanmar Text" w:hAnsi="Myanmar Text" w:eastAsia="Myanmar Text" w:cs="Myanmar Text"/>
        </w:rPr>
        <w:t>အဟပ်သည်</w:t>
      </w:r>
      <w:r>
        <w:rPr>
          <w:rFonts w:ascii="Times New Roman" w:hAnsi="Times New Roman" w:eastAsia="Times New Roman" w:cs="Times New Roman"/>
        </w:rPr>
        <w:t xml:space="preserve"> </w:t>
      </w:r>
      <w:r>
        <w:rPr>
          <w:rFonts w:ascii="Myanmar Text" w:hAnsi="Myanmar Text" w:eastAsia="Myanmar Text" w:cs="Myanmar Text"/>
        </w:rPr>
        <w:t>မိမိထက်အရင်ရှိခဲ့သော</w:t>
      </w:r>
      <w:r>
        <w:rPr>
          <w:rFonts w:ascii="Times New Roman" w:hAnsi="Times New Roman" w:eastAsia="Times New Roman" w:cs="Times New Roman"/>
        </w:rPr>
        <w:t xml:space="preserve"> </w:t>
      </w:r>
      <w:r>
        <w:rPr>
          <w:rFonts w:ascii="Myanmar Text" w:hAnsi="Myanmar Text" w:eastAsia="Myanmar Text" w:cs="Myanmar Text"/>
        </w:rPr>
        <w:t>ဣသရေလဘုရင်အပေါင်းတို့ထက်</w:t>
      </w:r>
      <w:r>
        <w:rPr>
          <w:rFonts w:ascii="Times New Roman" w:hAnsi="Times New Roman" w:eastAsia="Times New Roman" w:cs="Times New Roman"/>
        </w:rPr>
        <w:t xml:space="preserve"> </w:t>
      </w:r>
      <w:r>
        <w:rPr>
          <w:rFonts w:ascii="Myanmar Text" w:hAnsi="Myanmar Text" w:eastAsia="Myanmar Text" w:cs="Myanmar Text"/>
        </w:rPr>
        <w:t>ပို၍</w:t>
      </w:r>
      <w:r>
        <w:rPr>
          <w:rFonts w:ascii="Times New Roman" w:hAnsi="Times New Roman" w:eastAsia="Times New Roman" w:cs="Times New Roman"/>
        </w:rPr>
        <w:t xml:space="preserve"> </w:t>
      </w:r>
      <w:r>
        <w:rPr>
          <w:rFonts w:ascii="Myanmar Text" w:hAnsi="Myanmar Text" w:eastAsia="Myanmar Text" w:cs="Myanmar Text"/>
        </w:rPr>
        <w:t>ဣသရေလ၏</w:t>
      </w:r>
      <w:r>
        <w:rPr>
          <w:rFonts w:ascii="Times New Roman" w:hAnsi="Times New Roman" w:eastAsia="Times New Roman" w:cs="Times New Roman"/>
        </w:rPr>
        <w:t xml:space="preserve"> </w:t>
      </w:r>
      <w:r>
        <w:rPr>
          <w:rFonts w:ascii="Myanmar Text" w:hAnsi="Myanmar Text" w:eastAsia="Myanmar Text" w:cs="Myanmar Text"/>
        </w:rPr>
        <w:t>အရှင်ဘုရားသခင်</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အမျက်တော်ကို</w:t>
      </w:r>
      <w:r>
        <w:rPr>
          <w:rFonts w:ascii="Times New Roman" w:hAnsi="Times New Roman" w:eastAsia="Times New Roman" w:cs="Times New Roman"/>
        </w:rPr>
        <w:t xml:space="preserve"> </w:t>
      </w:r>
      <w:r>
        <w:rPr>
          <w:rFonts w:ascii="Myanmar Text" w:hAnsi="Myanmar Text" w:eastAsia="Myanmar Text" w:cs="Myanmar Text"/>
        </w:rPr>
        <w:t>နှိုးဆော်လေ၏။</w:t>
      </w:r>
      <w:r>
        <w:rPr>
          <w:rFonts w:ascii="Times New Roman" w:hAnsi="Times New Roman" w:eastAsia="Times New Roman" w:cs="Times New Roman"/>
        </w:rPr>
        <w:t xml:space="preserve"> </w:t>
      </w:r>
      <w:r>
        <w:rPr>
          <w:rFonts w:ascii="Myanmar Text" w:hAnsi="Myanmar Text" w:eastAsia="Myanmar Text" w:cs="Myanmar Text"/>
        </w:rPr>
        <w:t>ထိုနေ့ရက်များ၌</w:t>
      </w:r>
      <w:r>
        <w:rPr>
          <w:rFonts w:ascii="Times New Roman" w:hAnsi="Times New Roman" w:eastAsia="Times New Roman" w:cs="Times New Roman"/>
        </w:rPr>
        <w:t xml:space="preserve"> </w:t>
      </w:r>
      <w:r>
        <w:rPr>
          <w:rFonts w:ascii="Myanmar Text" w:hAnsi="Myanmar Text" w:eastAsia="Myanmar Text" w:cs="Myanmar Text"/>
        </w:rPr>
        <w:t>ဗေသေလမြို့သား</w:t>
      </w:r>
      <w:r>
        <w:rPr>
          <w:rFonts w:ascii="Times New Roman" w:hAnsi="Times New Roman" w:eastAsia="Times New Roman" w:cs="Times New Roman"/>
        </w:rPr>
        <w:t xml:space="preserve"> </w:t>
      </w:r>
      <w:r>
        <w:rPr>
          <w:rFonts w:ascii="Myanmar Text" w:hAnsi="Myanmar Text" w:eastAsia="Myanmar Text" w:cs="Myanmar Text"/>
        </w:rPr>
        <w:t>ဟီအေလသည်</w:t>
      </w:r>
      <w:r>
        <w:rPr>
          <w:rFonts w:ascii="Times New Roman" w:hAnsi="Times New Roman" w:eastAsia="Times New Roman" w:cs="Times New Roman"/>
        </w:rPr>
        <w:t xml:space="preserve"> </w:t>
      </w:r>
      <w:r>
        <w:rPr>
          <w:rFonts w:ascii="Myanmar Text" w:hAnsi="Myanmar Text" w:eastAsia="Myanmar Text" w:cs="Myanmar Text"/>
        </w:rPr>
        <w:t>ယေရိခေါမြို့ကို</w:t>
      </w:r>
      <w:r>
        <w:rPr>
          <w:rFonts w:ascii="Times New Roman" w:hAnsi="Times New Roman" w:eastAsia="Times New Roman" w:cs="Times New Roman"/>
        </w:rPr>
        <w:t xml:space="preserve"> </w:t>
      </w:r>
      <w:r>
        <w:rPr>
          <w:rFonts w:ascii="Myanmar Text" w:hAnsi="Myanmar Text" w:eastAsia="Myanmar Text" w:cs="Myanmar Text"/>
        </w:rPr>
        <w:t>ပြန်လည်တည်ဆောက်၏။</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အုတ်မြစ်ကို</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သားအကြီး</w:t>
      </w:r>
      <w:r>
        <w:rPr>
          <w:rFonts w:ascii="Times New Roman" w:hAnsi="Times New Roman" w:eastAsia="Times New Roman" w:cs="Times New Roman"/>
        </w:rPr>
        <w:t xml:space="preserve"> </w:t>
      </w:r>
      <w:r>
        <w:rPr>
          <w:rFonts w:ascii="Myanmar Text" w:hAnsi="Myanmar Text" w:eastAsia="Myanmar Text" w:cs="Myanmar Text"/>
        </w:rPr>
        <w:t>အဘိရံ၏</w:t>
      </w:r>
      <w:r>
        <w:rPr>
          <w:rFonts w:ascii="Times New Roman" w:hAnsi="Times New Roman" w:eastAsia="Times New Roman" w:cs="Times New Roman"/>
        </w:rPr>
        <w:t xml:space="preserve"> </w:t>
      </w:r>
      <w:r>
        <w:rPr>
          <w:rFonts w:ascii="Myanmar Text" w:hAnsi="Myanmar Text" w:eastAsia="Myanmar Text" w:cs="Myanmar Text"/>
        </w:rPr>
        <w:t>အသက်နှင့်</w:t>
      </w:r>
      <w:r>
        <w:rPr>
          <w:rFonts w:ascii="Times New Roman" w:hAnsi="Times New Roman" w:eastAsia="Times New Roman" w:cs="Times New Roman"/>
        </w:rPr>
        <w:t xml:space="preserve"> </w:t>
      </w:r>
      <w:r>
        <w:rPr>
          <w:rFonts w:ascii="Myanmar Text" w:hAnsi="Myanmar Text" w:eastAsia="Myanmar Text" w:cs="Myanmar Text"/>
        </w:rPr>
        <w:t>ချ၍၊</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တံခါးတို့ကို</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သားအငယ်</w:t>
      </w:r>
      <w:r>
        <w:rPr>
          <w:rFonts w:ascii="Times New Roman" w:hAnsi="Times New Roman" w:eastAsia="Times New Roman" w:cs="Times New Roman"/>
        </w:rPr>
        <w:t xml:space="preserve"> </w:t>
      </w:r>
      <w:r>
        <w:rPr>
          <w:rFonts w:ascii="Myanmar Text" w:hAnsi="Myanmar Text" w:eastAsia="Myanmar Text" w:cs="Myanmar Text"/>
        </w:rPr>
        <w:t>စေဂုပ်၏</w:t>
      </w:r>
      <w:r>
        <w:rPr>
          <w:rFonts w:ascii="Times New Roman" w:hAnsi="Times New Roman" w:eastAsia="Times New Roman" w:cs="Times New Roman"/>
        </w:rPr>
        <w:t xml:space="preserve"> </w:t>
      </w:r>
      <w:r>
        <w:rPr>
          <w:rFonts w:ascii="Myanmar Text" w:hAnsi="Myanmar Text" w:eastAsia="Myanmar Text" w:cs="Myanmar Text"/>
        </w:rPr>
        <w:t>အသက်နှင့်</w:t>
      </w:r>
      <w:r>
        <w:rPr>
          <w:rFonts w:ascii="Times New Roman" w:hAnsi="Times New Roman" w:eastAsia="Times New Roman" w:cs="Times New Roman"/>
        </w:rPr>
        <w:t xml:space="preserve"> </w:t>
      </w:r>
      <w:r>
        <w:rPr>
          <w:rFonts w:ascii="Myanmar Text" w:hAnsi="Myanmar Text" w:eastAsia="Myanmar Text" w:cs="Myanmar Text"/>
        </w:rPr>
        <w:t>တပ်ဆင်၏။</w:t>
      </w:r>
      <w:r>
        <w:rPr>
          <w:rFonts w:ascii="Times New Roman" w:hAnsi="Times New Roman" w:eastAsia="Times New Roman" w:cs="Times New Roman"/>
        </w:rPr>
        <w:t xml:space="preserve"> </w:t>
      </w:r>
      <w:r>
        <w:rPr>
          <w:rFonts w:ascii="Myanmar Text" w:hAnsi="Myanmar Text" w:eastAsia="Myanmar Text" w:cs="Myanmar Text"/>
        </w:rPr>
        <w:t>ထိုအမှုသည်</w:t>
      </w:r>
      <w:r>
        <w:rPr>
          <w:rFonts w:ascii="Times New Roman" w:hAnsi="Times New Roman" w:eastAsia="Times New Roman" w:cs="Times New Roman"/>
        </w:rPr>
        <w:t xml:space="preserve"> </w:t>
      </w:r>
      <w:r>
        <w:rPr>
          <w:rFonts w:ascii="Myanmar Text" w:hAnsi="Myanmar Text" w:eastAsia="Myanmar Text" w:cs="Myanmar Text"/>
        </w:rPr>
        <w:t>နုန်၏သား</w:t>
      </w:r>
      <w:r>
        <w:rPr>
          <w:rFonts w:ascii="Times New Roman" w:hAnsi="Times New Roman" w:eastAsia="Times New Roman" w:cs="Times New Roman"/>
        </w:rPr>
        <w:t xml:space="preserve"> </w:t>
      </w:r>
      <w:r>
        <w:rPr>
          <w:rFonts w:ascii="Myanmar Text" w:hAnsi="Myanmar Text" w:eastAsia="Myanmar Text" w:cs="Myanmar Text"/>
        </w:rPr>
        <w:t>ယောရှုအားဖြင့်</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မိန့်တော်မူခဲ့သော</w:t>
      </w:r>
      <w:r>
        <w:rPr>
          <w:rFonts w:ascii="Times New Roman" w:hAnsi="Times New Roman" w:eastAsia="Times New Roman" w:cs="Times New Roman"/>
        </w:rPr>
        <w:t xml:space="preserve"> </w:t>
      </w:r>
      <w:r>
        <w:rPr>
          <w:rFonts w:ascii="Myanmar Text" w:hAnsi="Myanmar Text" w:eastAsia="Myanmar Text" w:cs="Myanmar Text"/>
        </w:rPr>
        <w:t>နှုတ်ကပတ်တော်အတိုင်း</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ဂိလဒ်ပြည်သူတို့တွင်</w:t>
      </w:r>
      <w:r>
        <w:rPr>
          <w:rFonts w:ascii="Times New Roman" w:hAnsi="Times New Roman" w:eastAsia="Times New Roman" w:cs="Times New Roman"/>
        </w:rPr>
        <w:t xml:space="preserve"> </w:t>
      </w:r>
      <w:r>
        <w:rPr>
          <w:rFonts w:ascii="Myanmar Text" w:hAnsi="Myanmar Text" w:eastAsia="Myanmar Text" w:cs="Myanmar Text"/>
        </w:rPr>
        <w:t>ပါဝင်သော</w:t>
      </w:r>
      <w:r>
        <w:rPr>
          <w:rFonts w:ascii="Times New Roman" w:hAnsi="Times New Roman" w:eastAsia="Times New Roman" w:cs="Times New Roman"/>
        </w:rPr>
        <w:t xml:space="preserve"> </w:t>
      </w:r>
      <w:r>
        <w:rPr>
          <w:rFonts w:ascii="Myanmar Text" w:hAnsi="Myanmar Text" w:eastAsia="Myanmar Text" w:cs="Myanmar Text"/>
        </w:rPr>
        <w:t>တိရှဘိမြို့သား</w:t>
      </w:r>
      <w:r>
        <w:rPr>
          <w:rFonts w:ascii="Times New Roman" w:hAnsi="Times New Roman" w:eastAsia="Times New Roman" w:cs="Times New Roman"/>
        </w:rPr>
        <w:t xml:space="preserve"> </w:t>
      </w:r>
      <w:r>
        <w:rPr>
          <w:rFonts w:ascii="Myanmar Text" w:hAnsi="Myanmar Text" w:eastAsia="Myanmar Text" w:cs="Myanmar Text"/>
        </w:rPr>
        <w:t>ဧလိယသည်</w:t>
      </w:r>
      <w:r>
        <w:rPr>
          <w:rFonts w:ascii="Times New Roman" w:hAnsi="Times New Roman" w:eastAsia="Times New Roman" w:cs="Times New Roman"/>
        </w:rPr>
        <w:t xml:space="preserve"> </w:t>
      </w:r>
      <w:r>
        <w:rPr>
          <w:rFonts w:ascii="Myanmar Text" w:hAnsi="Myanmar Text" w:eastAsia="Myanmar Text" w:cs="Myanmar Text"/>
        </w:rPr>
        <w:t>အဟပ်အား</w:t>
      </w:r>
      <w:r>
        <w:rPr>
          <w:rFonts w:ascii="Times New Roman" w:hAnsi="Times New Roman" w:eastAsia="Times New Roman" w:cs="Times New Roman"/>
        </w:rPr>
        <w:t xml:space="preserve"> </w:t>
      </w:r>
      <w:r>
        <w:rPr>
          <w:rFonts w:ascii="Myanmar Text" w:hAnsi="Myanmar Text" w:eastAsia="Myanmar Text" w:cs="Myanmar Text"/>
        </w:rPr>
        <w:t>မိန့်ဆို၏။</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ရပ်တည်၍</w:t>
      </w:r>
      <w:r>
        <w:rPr>
          <w:rFonts w:ascii="Times New Roman" w:hAnsi="Times New Roman" w:eastAsia="Times New Roman" w:cs="Times New Roman"/>
        </w:rPr>
        <w:t xml:space="preserve"> </w:t>
      </w:r>
      <w:r>
        <w:rPr>
          <w:rFonts w:ascii="Myanmar Text" w:hAnsi="Myanmar Text" w:eastAsia="Myanmar Text" w:cs="Myanmar Text"/>
        </w:rPr>
        <w:t>အမှုထမ်းသော</w:t>
      </w:r>
      <w:r>
        <w:rPr>
          <w:rFonts w:ascii="Times New Roman" w:hAnsi="Times New Roman" w:eastAsia="Times New Roman" w:cs="Times New Roman"/>
        </w:rPr>
        <w:t xml:space="preserve"> </w:t>
      </w:r>
      <w:r>
        <w:rPr>
          <w:rFonts w:ascii="Myanmar Text" w:hAnsi="Myanmar Text" w:eastAsia="Myanmar Text" w:cs="Myanmar Text"/>
        </w:rPr>
        <w:t>ဣသရေလ၏</w:t>
      </w:r>
      <w:r>
        <w:rPr>
          <w:rFonts w:ascii="Times New Roman" w:hAnsi="Times New Roman" w:eastAsia="Times New Roman" w:cs="Times New Roman"/>
        </w:rPr>
        <w:t xml:space="preserve"> </w:t>
      </w:r>
      <w:r>
        <w:rPr>
          <w:rFonts w:ascii="Myanmar Text" w:hAnsi="Myanmar Text" w:eastAsia="Myanmar Text" w:cs="Myanmar Text"/>
        </w:rPr>
        <w:t>အရှင်ဘုရားသခင်</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အသက်ရှင်တော်မူသည်အတိုင်း၊</w:t>
      </w:r>
      <w:r>
        <w:rPr>
          <w:rFonts w:ascii="Times New Roman" w:hAnsi="Times New Roman" w:eastAsia="Times New Roman" w:cs="Times New Roman"/>
        </w:rPr>
        <w:t xml:space="preserve"> </w:t>
      </w:r>
      <w:r>
        <w:rPr>
          <w:rFonts w:ascii="Myanmar Text" w:hAnsi="Myanmar Text" w:eastAsia="Myanmar Text" w:cs="Myanmar Text"/>
        </w:rPr>
        <w:t>ဤနှစ်များတွင်</w:t>
      </w:r>
      <w:r>
        <w:rPr>
          <w:rFonts w:ascii="Times New Roman" w:hAnsi="Times New Roman" w:eastAsia="Times New Roman" w:cs="Times New Roman"/>
        </w:rPr>
        <w:t xml:space="preserve"> </w:t>
      </w:r>
      <w:r>
        <w:rPr>
          <w:rFonts w:ascii="Myanmar Text" w:hAnsi="Myanmar Text" w:eastAsia="Myanmar Text" w:cs="Myanmar Text"/>
        </w:rPr>
        <w:t>ငါ့စကားမပါလျှင်</w:t>
      </w:r>
      <w:r>
        <w:rPr>
          <w:rFonts w:ascii="Times New Roman" w:hAnsi="Times New Roman" w:eastAsia="Times New Roman" w:cs="Times New Roman"/>
        </w:rPr>
        <w:t xml:space="preserve"> </w:t>
      </w:r>
      <w:r>
        <w:rPr>
          <w:rFonts w:ascii="Myanmar Text" w:hAnsi="Myanmar Text" w:eastAsia="Myanmar Text" w:cs="Myanmar Text"/>
        </w:rPr>
        <w:t>နှင်းမကျ၊</w:t>
      </w:r>
      <w:r>
        <w:rPr>
          <w:rFonts w:ascii="Times New Roman" w:hAnsi="Times New Roman" w:eastAsia="Times New Roman" w:cs="Times New Roman"/>
        </w:rPr>
        <w:t xml:space="preserve"> </w:t>
      </w:r>
      <w:r>
        <w:rPr>
          <w:rFonts w:ascii="Myanmar Text" w:hAnsi="Myanmar Text" w:eastAsia="Myanmar Text" w:cs="Myanmar Text"/>
        </w:rPr>
        <w:t>မိုးမရွာရ။</w:t>
      </w:r>
      <w:r>
        <w:rPr>
          <w:rFonts w:ascii="Times New Roman" w:hAnsi="Times New Roman" w:eastAsia="Times New Roman" w:cs="Times New Roman"/>
        </w:rPr>
        <w:t xml:space="preserve">” </w:t>
      </w:r>
      <w:r>
        <w:rPr>
          <w:rFonts w:ascii="Myanmar Text" w:hAnsi="Myanmar Text" w:eastAsia="Myanmar Text" w:cs="Myanmar Text"/>
        </w:rPr>
        <w:t>၁</w:t>
      </w:r>
      <w:r>
        <w:rPr>
          <w:rFonts w:ascii="Times New Roman" w:hAnsi="Times New Roman" w:eastAsia="Times New Roman" w:cs="Times New Roman"/>
        </w:rPr>
        <w:t xml:space="preserve"> </w:t>
      </w:r>
      <w:r>
        <w:rPr>
          <w:rFonts w:ascii="Myanmar Text" w:hAnsi="Myanmar Text" w:eastAsia="Myanmar Text" w:cs="Myanmar Text"/>
        </w:rPr>
        <w:t>ဘုရင်များ</w:t>
      </w:r>
      <w:r>
        <w:rPr>
          <w:rFonts w:ascii="Times New Roman" w:hAnsi="Times New Roman" w:eastAsia="Times New Roman" w:cs="Times New Roman"/>
        </w:rPr>
        <w:t xml:space="preserve"> </w:t>
      </w:r>
      <w:r>
        <w:rPr>
          <w:rFonts w:ascii="Myanmar Text" w:hAnsi="Myanmar Text" w:eastAsia="Myanmar Text" w:cs="Myanmar Text"/>
        </w:rPr>
        <w:t>၁၆း၃၃</w:t>
      </w:r>
      <w:r>
        <w:rPr>
          <w:rFonts w:ascii="Times New Roman" w:hAnsi="Times New Roman" w:eastAsia="Times New Roman" w:cs="Times New Roman"/>
        </w:rPr>
        <w:t>–</w:t>
      </w:r>
      <w:r>
        <w:rPr>
          <w:rFonts w:ascii="Myanmar Text" w:hAnsi="Myanmar Text" w:eastAsia="Myanmar Text" w:cs="Myanmar Text"/>
        </w:rPr>
        <w:t>၁၇း၁။</w:t>
      </w:r>
    </w:p>
    <w:p>
      <w:pPr>
        <w:pStyle w:val="ArticleBody"/>
        <w:jc w:val="left"/>
      </w:pPr>
      <w:r>
        <w:rPr>
          <w:rFonts w:ascii="Times New Roman" w:hAnsi="Times New Roman" w:eastAsia="Times New Roman" w:cs="Times New Roman"/>
        </w:rPr>
        <w:t>ئولتتۇرداڭ بەرىگى ئىصلاتقۇچى سۈپىتىدە ۋىليام مىللېرنىڭ خىزمىتى ھەققىدە سۆز قىلغاندا، سىستېر ۋايت مۇنداق دېگەن:</w:t>
      </w:r>
    </w:p>
    <w:p>
      <w:pPr>
        <w:pStyle w:val="ArticleScripture"/>
        <w:jc w:val="left"/>
      </w:pPr>
      <w:r>
        <w:rPr>
          <w:rFonts w:ascii="Times New Roman" w:hAnsi="Times New Roman" w:eastAsia="Times New Roman" w:cs="Times New Roman"/>
        </w:rPr>
        <w:t>“Erkeklerın öz tehlikesini sezmesi gerekirdi; denemenın bağlanışı ile bağlı ağır olaylara hazırlanmak üzere uyandırılmaları gerekirdi.” The Great Controversy, 310.</w:t>
      </w:r>
    </w:p>
    <w:p>
      <w:pPr>
        <w:pStyle w:val="ArticleBody"/>
        <w:jc w:val="left"/>
      </w:pPr>
      <w:r>
        <w:rPr>
          <w:rFonts w:ascii="Times New Roman" w:hAnsi="Times New Roman" w:eastAsia="Times New Roman" w:cs="Times New Roman"/>
        </w:rPr>
        <w:t>دانیکە یازدەی شەشە دواترین ئایەتەکان نوێنەری «ڕووداوە پەیوەندیدارەکان بە کۆتایی دەمەوەی تاقیکردنەوە»ن. ئەو ڕووداوانە لە کاتی کۆتایی، لە ساڵی 1989دا، هەڵوەشێندرابوون و بە ئاشکرایی دەرخراون.</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အရှင်ကယ်တင်ရှင်သည်</w:t>
      </w:r>
      <w:r>
        <w:rPr>
          <w:rFonts w:ascii="Times New Roman" w:hAnsi="Times New Roman" w:eastAsia="Times New Roman" w:cs="Times New Roman"/>
        </w:rPr>
        <w:t xml:space="preserve"> </w:t>
      </w:r>
      <w:r>
        <w:rPr>
          <w:rFonts w:ascii="Myanmar Text" w:hAnsi="Myanmar Text" w:eastAsia="Myanmar Text" w:cs="Myanmar Text"/>
        </w:rPr>
        <w:t>လက်ဝါးကပ်တိုင်တင်ခံရမည့်အချိန်မတိုင်မီ</w:t>
      </w:r>
      <w:r>
        <w:rPr>
          <w:rFonts w:ascii="Times New Roman" w:hAnsi="Times New Roman" w:eastAsia="Times New Roman" w:cs="Times New Roman"/>
        </w:rPr>
        <w:t xml:space="preserve"> </w:t>
      </w:r>
      <w:r>
        <w:rPr>
          <w:rFonts w:ascii="Myanmar Text" w:hAnsi="Myanmar Text" w:eastAsia="Myanmar Text" w:cs="Myanmar Text"/>
        </w:rPr>
        <w:t>မိမိ၏တပည့်တော်တို့အား</w:t>
      </w:r>
      <w:r>
        <w:rPr>
          <w:rFonts w:ascii="Times New Roman" w:hAnsi="Times New Roman" w:eastAsia="Times New Roman" w:cs="Times New Roman"/>
        </w:rPr>
        <w:t xml:space="preserve"> </w:t>
      </w:r>
      <w:r>
        <w:rPr>
          <w:rFonts w:ascii="Myanmar Text" w:hAnsi="Myanmar Text" w:eastAsia="Myanmar Text" w:cs="Myanmar Text"/>
        </w:rPr>
        <w:t>မိမိသည်</w:t>
      </w:r>
      <w:r>
        <w:rPr>
          <w:rFonts w:ascii="Times New Roman" w:hAnsi="Times New Roman" w:eastAsia="Times New Roman" w:cs="Times New Roman"/>
        </w:rPr>
        <w:t xml:space="preserve"> </w:t>
      </w:r>
      <w:r>
        <w:rPr>
          <w:rFonts w:ascii="Myanmar Text" w:hAnsi="Myanmar Text" w:eastAsia="Myanmar Text" w:cs="Myanmar Text"/>
        </w:rPr>
        <w:t>သတ်ဖြတ်ခြင်းခံရပြီး</w:t>
      </w:r>
      <w:r>
        <w:rPr>
          <w:rFonts w:ascii="Times New Roman" w:hAnsi="Times New Roman" w:eastAsia="Times New Roman" w:cs="Times New Roman"/>
        </w:rPr>
        <w:t xml:space="preserve"> </w:t>
      </w:r>
      <w:r>
        <w:rPr>
          <w:rFonts w:ascii="Myanmar Text" w:hAnsi="Myanmar Text" w:eastAsia="Myanmar Text" w:cs="Myanmar Text"/>
        </w:rPr>
        <w:t>သင်္ချိုင်းမှ</w:t>
      </w:r>
      <w:r>
        <w:rPr>
          <w:rFonts w:ascii="Times New Roman" w:hAnsi="Times New Roman" w:eastAsia="Times New Roman" w:cs="Times New Roman"/>
        </w:rPr>
        <w:t xml:space="preserve"> </w:t>
      </w:r>
      <w:r>
        <w:rPr>
          <w:rFonts w:ascii="Myanmar Text" w:hAnsi="Myanmar Text" w:eastAsia="Myanmar Text" w:cs="Myanmar Text"/>
        </w:rPr>
        <w:t>ပြန်လည်ထမြောက်မည်ဖြစ်ကြောင်း</w:t>
      </w:r>
      <w:r>
        <w:rPr>
          <w:rFonts w:ascii="Times New Roman" w:hAnsi="Times New Roman" w:eastAsia="Times New Roman" w:cs="Times New Roman"/>
        </w:rPr>
        <w:t xml:space="preserve"> </w:t>
      </w:r>
      <w:r>
        <w:rPr>
          <w:rFonts w:ascii="Myanmar Text" w:hAnsi="Myanmar Text" w:eastAsia="Myanmar Text" w:cs="Myanmar Text"/>
        </w:rPr>
        <w:t>ရှင်းပြတော်မူခဲ့သည်။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ကိုယ်တော်၏စကားများကို</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စိတ်နှင့်</w:t>
      </w:r>
      <w:r>
        <w:rPr>
          <w:rFonts w:ascii="Times New Roman" w:hAnsi="Times New Roman" w:eastAsia="Times New Roman" w:cs="Times New Roman"/>
        </w:rPr>
        <w:t xml:space="preserve"> </w:t>
      </w:r>
      <w:r>
        <w:rPr>
          <w:rFonts w:ascii="Myanmar Text" w:hAnsi="Myanmar Text" w:eastAsia="Myanmar Text" w:cs="Myanmar Text"/>
        </w:rPr>
        <w:t>နှလုံးသားတို့တွင်</w:t>
      </w:r>
      <w:r>
        <w:rPr>
          <w:rFonts w:ascii="Times New Roman" w:hAnsi="Times New Roman" w:eastAsia="Times New Roman" w:cs="Times New Roman"/>
        </w:rPr>
        <w:t xml:space="preserve"> </w:t>
      </w:r>
      <w:r>
        <w:rPr>
          <w:rFonts w:ascii="Myanmar Text" w:hAnsi="Myanmar Text" w:eastAsia="Myanmar Text" w:cs="Myanmar Text"/>
        </w:rPr>
        <w:t>နက်နက်ရှိုင်းရှိုင်း</w:t>
      </w:r>
      <w:r>
        <w:rPr>
          <w:rFonts w:ascii="Times New Roman" w:hAnsi="Times New Roman" w:eastAsia="Times New Roman" w:cs="Times New Roman"/>
        </w:rPr>
        <w:t xml:space="preserve"> </w:t>
      </w:r>
      <w:r>
        <w:rPr>
          <w:rFonts w:ascii="Myanmar Text" w:hAnsi="Myanmar Text" w:eastAsia="Myanmar Text" w:cs="Myanmar Text"/>
        </w:rPr>
        <w:t>စွဲမှတ်စေရန်</w:t>
      </w:r>
      <w:r>
        <w:rPr>
          <w:rFonts w:ascii="Times New Roman" w:hAnsi="Times New Roman" w:eastAsia="Times New Roman" w:cs="Times New Roman"/>
        </w:rPr>
        <w:t xml:space="preserve"> </w:t>
      </w:r>
      <w:r>
        <w:rPr>
          <w:rFonts w:ascii="Myanmar Text" w:hAnsi="Myanmar Text" w:eastAsia="Myanmar Text" w:cs="Myanmar Text"/>
        </w:rPr>
        <w:t>ကောင်းကင်တမန်တို့လည်း</w:t>
      </w:r>
      <w:r>
        <w:rPr>
          <w:rFonts w:ascii="Times New Roman" w:hAnsi="Times New Roman" w:eastAsia="Times New Roman" w:cs="Times New Roman"/>
        </w:rPr>
        <w:t xml:space="preserve"> </w:t>
      </w:r>
      <w:r>
        <w:rPr>
          <w:rFonts w:ascii="Myanmar Text" w:hAnsi="Myanmar Text" w:eastAsia="Myanmar Text" w:cs="Myanmar Text"/>
        </w:rPr>
        <w:t>ရှိနေခဲ့ကြသည်။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တပည့်တော်တို့သည်</w:t>
      </w:r>
      <w:r>
        <w:rPr>
          <w:rFonts w:ascii="Times New Roman" w:hAnsi="Times New Roman" w:eastAsia="Times New Roman" w:cs="Times New Roman"/>
        </w:rPr>
        <w:t xml:space="preserve"> </w:t>
      </w:r>
      <w:r>
        <w:rPr>
          <w:rFonts w:ascii="Myanmar Text" w:hAnsi="Myanmar Text" w:eastAsia="Myanmar Text" w:cs="Myanmar Text"/>
        </w:rPr>
        <w:t>ရောမတို့၏</w:t>
      </w:r>
      <w:r>
        <w:rPr>
          <w:rFonts w:ascii="Times New Roman" w:hAnsi="Times New Roman" w:eastAsia="Times New Roman" w:cs="Times New Roman"/>
        </w:rPr>
        <w:t xml:space="preserve"> </w:t>
      </w:r>
      <w:r>
        <w:rPr>
          <w:rFonts w:ascii="Myanmar Text" w:hAnsi="Myanmar Text" w:eastAsia="Myanmar Text" w:cs="Myanmar Text"/>
        </w:rPr>
        <w:t>ထမ်းပိုးအောက်မှ</w:t>
      </w:r>
      <w:r>
        <w:rPr>
          <w:rFonts w:ascii="Times New Roman" w:hAnsi="Times New Roman" w:eastAsia="Times New Roman" w:cs="Times New Roman"/>
        </w:rPr>
        <w:t xml:space="preserve"> </w:t>
      </w:r>
      <w:r>
        <w:rPr>
          <w:rFonts w:ascii="Myanmar Text" w:hAnsi="Myanmar Text" w:eastAsia="Myanmar Text" w:cs="Myanmar Text"/>
        </w:rPr>
        <w:t>ယာယီလွတ်မြောက်ခြင်းကို</w:t>
      </w:r>
      <w:r>
        <w:rPr>
          <w:rFonts w:ascii="Times New Roman" w:hAnsi="Times New Roman" w:eastAsia="Times New Roman" w:cs="Times New Roman"/>
        </w:rPr>
        <w:t xml:space="preserve"> </w:t>
      </w:r>
      <w:r>
        <w:rPr>
          <w:rFonts w:ascii="Myanmar Text" w:hAnsi="Myanmar Text" w:eastAsia="Myanmar Text" w:cs="Myanmar Text"/>
        </w:rPr>
        <w:t>မျှော်လင့်နေကြသဖြင့်၊</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မျှော်လင့်ချက်အားလုံး</w:t>
      </w:r>
      <w:r>
        <w:rPr>
          <w:rFonts w:ascii="Times New Roman" w:hAnsi="Times New Roman" w:eastAsia="Times New Roman" w:cs="Times New Roman"/>
        </w:rPr>
        <w:t xml:space="preserve"> </w:t>
      </w:r>
      <w:r>
        <w:rPr>
          <w:rFonts w:ascii="Myanmar Text" w:hAnsi="Myanmar Text" w:eastAsia="Myanmar Text" w:cs="Myanmar Text"/>
        </w:rPr>
        <w:t>စုစည်းတည်ရှိနေသော</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အရှက်ရဖွယ်သေခြင်းကို</w:t>
      </w:r>
      <w:r>
        <w:rPr>
          <w:rFonts w:ascii="Times New Roman" w:hAnsi="Times New Roman" w:eastAsia="Times New Roman" w:cs="Times New Roman"/>
        </w:rPr>
        <w:t xml:space="preserve"> </w:t>
      </w:r>
      <w:r>
        <w:rPr>
          <w:rFonts w:ascii="Myanmar Text" w:hAnsi="Myanmar Text" w:eastAsia="Myanmar Text" w:cs="Myanmar Text"/>
        </w:rPr>
        <w:t>ခံရမည်ဟူသော</w:t>
      </w:r>
      <w:r>
        <w:rPr>
          <w:rFonts w:ascii="Times New Roman" w:hAnsi="Times New Roman" w:eastAsia="Times New Roman" w:cs="Times New Roman"/>
        </w:rPr>
        <w:t xml:space="preserve"> </w:t>
      </w:r>
      <w:r>
        <w:rPr>
          <w:rFonts w:ascii="Myanmar Text" w:hAnsi="Myanmar Text" w:eastAsia="Myanmar Text" w:cs="Myanmar Text"/>
        </w:rPr>
        <w:t>အတွေးကို</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လက်မခံနိုင်ကြပေ။</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အမှတ်ရထိုက်သည့်</w:t>
      </w:r>
      <w:r>
        <w:rPr>
          <w:rFonts w:ascii="Times New Roman" w:hAnsi="Times New Roman" w:eastAsia="Times New Roman" w:cs="Times New Roman"/>
        </w:rPr>
        <w:t xml:space="preserve"> </w:t>
      </w:r>
      <w:r>
        <w:rPr>
          <w:rFonts w:ascii="Myanmar Text" w:hAnsi="Myanmar Text" w:eastAsia="Myanmar Text" w:cs="Myanmar Text"/>
        </w:rPr>
        <w:t>စကားများသည်</w:t>
      </w:r>
      <w:r>
        <w:rPr>
          <w:rFonts w:ascii="Times New Roman" w:hAnsi="Times New Roman" w:eastAsia="Times New Roman" w:cs="Times New Roman"/>
        </w:rPr>
        <w:t xml:space="preserve"> </w:t>
      </w:r>
      <w:r>
        <w:rPr>
          <w:rFonts w:ascii="Myanmar Text" w:hAnsi="Myanmar Text" w:eastAsia="Myanmar Text" w:cs="Myanmar Text"/>
        </w:rPr>
        <w:t>သူတို့၏စိတ်မှ</w:t>
      </w:r>
      <w:r>
        <w:rPr>
          <w:rFonts w:ascii="Times New Roman" w:hAnsi="Times New Roman" w:eastAsia="Times New Roman" w:cs="Times New Roman"/>
        </w:rPr>
        <w:t xml:space="preserve"> </w:t>
      </w:r>
      <w:r>
        <w:rPr>
          <w:rFonts w:ascii="Myanmar Text" w:hAnsi="Myanmar Text" w:eastAsia="Myanmar Text" w:cs="Myanmar Text"/>
        </w:rPr>
        <w:t>ပယ်ရှားခံခဲ့ရပြီး၊</w:t>
      </w:r>
      <w:r>
        <w:rPr>
          <w:rFonts w:ascii="Times New Roman" w:hAnsi="Times New Roman" w:eastAsia="Times New Roman" w:cs="Times New Roman"/>
        </w:rPr>
        <w:t xml:space="preserve"> </w:t>
      </w:r>
      <w:r>
        <w:rPr>
          <w:rFonts w:ascii="Myanmar Text" w:hAnsi="Myanmar Text" w:eastAsia="Myanmar Text" w:cs="Myanmar Text"/>
        </w:rPr>
        <w:t>စမ်းသပ်ခြင်းကာလ</w:t>
      </w:r>
      <w:r>
        <w:rPr>
          <w:rFonts w:ascii="Times New Roman" w:hAnsi="Times New Roman" w:eastAsia="Times New Roman" w:cs="Times New Roman"/>
        </w:rPr>
        <w:t xml:space="preserve"> </w:t>
      </w:r>
      <w:r>
        <w:rPr>
          <w:rFonts w:ascii="Myanmar Text" w:hAnsi="Myanmar Text" w:eastAsia="Myanmar Text" w:cs="Myanmar Text"/>
        </w:rPr>
        <w:t>ရောက်လာသောအခါ၊</w:t>
      </w:r>
      <w:r>
        <w:rPr>
          <w:rFonts w:ascii="Times New Roman" w:hAnsi="Times New Roman" w:eastAsia="Times New Roman" w:cs="Times New Roman"/>
        </w:rPr>
        <w:t xml:space="preserve"> </w:t>
      </w:r>
      <w:r>
        <w:rPr>
          <w:rFonts w:ascii="Myanmar Text" w:hAnsi="Myanmar Text" w:eastAsia="Myanmar Text" w:cs="Myanmar Text"/>
        </w:rPr>
        <w:t>ထိုကာလသည်</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မပြင်ဆင်ရသေးသော</w:t>
      </w:r>
      <w:r>
        <w:rPr>
          <w:rFonts w:ascii="Times New Roman" w:hAnsi="Times New Roman" w:eastAsia="Times New Roman" w:cs="Times New Roman"/>
        </w:rPr>
        <w:t xml:space="preserve"> </w:t>
      </w:r>
      <w:r>
        <w:rPr>
          <w:rFonts w:ascii="Myanmar Text" w:hAnsi="Myanmar Text" w:eastAsia="Myanmar Text" w:cs="Myanmar Text"/>
        </w:rPr>
        <w:t>အခြေအနေ၌</w:t>
      </w:r>
      <w:r>
        <w:rPr>
          <w:rFonts w:ascii="Times New Roman" w:hAnsi="Times New Roman" w:eastAsia="Times New Roman" w:cs="Times New Roman"/>
        </w:rPr>
        <w:t xml:space="preserve"> </w:t>
      </w:r>
      <w:r>
        <w:rPr>
          <w:rFonts w:ascii="Myanmar Text" w:hAnsi="Myanmar Text" w:eastAsia="Myanmar Text" w:cs="Myanmar Text"/>
        </w:rPr>
        <w:t>တွေ့ရှိခဲ့သည်။</w:t>
      </w:r>
      <w:r>
        <w:rPr>
          <w:rFonts w:ascii="Times New Roman" w:hAnsi="Times New Roman" w:eastAsia="Times New Roman" w:cs="Times New Roman"/>
        </w:rPr>
        <w:t xml:space="preserve"> </w:t>
      </w:r>
      <w:r>
        <w:rPr>
          <w:rFonts w:ascii="Myanmar Text" w:hAnsi="Myanmar Text" w:eastAsia="Myanmar Text" w:cs="Myanmar Text"/>
        </w:rPr>
        <w:t>ယေရှု၏သေခြင်းသည်</w:t>
      </w:r>
      <w:r>
        <w:rPr>
          <w:rFonts w:ascii="Times New Roman" w:hAnsi="Times New Roman" w:eastAsia="Times New Roman" w:cs="Times New Roman"/>
        </w:rPr>
        <w:t xml:space="preserve"> </w:t>
      </w:r>
      <w:r>
        <w:rPr>
          <w:rFonts w:ascii="Myanmar Text" w:hAnsi="Myanmar Text" w:eastAsia="Myanmar Text" w:cs="Myanmar Text"/>
        </w:rPr>
        <w:t>ကိုယ်တော်က</w:t>
      </w:r>
      <w:r>
        <w:rPr>
          <w:rFonts w:ascii="Times New Roman" w:hAnsi="Times New Roman" w:eastAsia="Times New Roman" w:cs="Times New Roman"/>
        </w:rPr>
        <w:t xml:space="preserve"> </w:t>
      </w:r>
      <w:r>
        <w:rPr>
          <w:rFonts w:ascii="Myanmar Text" w:hAnsi="Myanmar Text" w:eastAsia="Myanmar Text" w:cs="Myanmar Text"/>
        </w:rPr>
        <w:t>ကြိုတင်သတိပေးထားခြင်း</w:t>
      </w:r>
      <w:r>
        <w:rPr>
          <w:rFonts w:ascii="Times New Roman" w:hAnsi="Times New Roman" w:eastAsia="Times New Roman" w:cs="Times New Roman"/>
        </w:rPr>
        <w:t xml:space="preserve"> </w:t>
      </w:r>
      <w:r>
        <w:rPr>
          <w:rFonts w:ascii="Myanmar Text" w:hAnsi="Myanmar Text" w:eastAsia="Myanmar Text" w:cs="Myanmar Text"/>
        </w:rPr>
        <w:t>မရှိခဲ့သကဲ့သို့ပင်</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မျှော်လင့်ချက်များကို</w:t>
      </w:r>
      <w:r>
        <w:rPr>
          <w:rFonts w:ascii="Times New Roman" w:hAnsi="Times New Roman" w:eastAsia="Times New Roman" w:cs="Times New Roman"/>
        </w:rPr>
        <w:t xml:space="preserve"> </w:t>
      </w:r>
      <w:r>
        <w:rPr>
          <w:rFonts w:ascii="Myanmar Text" w:hAnsi="Myanmar Text" w:eastAsia="Myanmar Text" w:cs="Myanmar Text"/>
        </w:rPr>
        <w:t>လုံးဝ</w:t>
      </w:r>
      <w:r>
        <w:rPr>
          <w:rFonts w:ascii="Times New Roman" w:hAnsi="Times New Roman" w:eastAsia="Times New Roman" w:cs="Times New Roman"/>
        </w:rPr>
        <w:t xml:space="preserve"> </w:t>
      </w:r>
      <w:r>
        <w:rPr>
          <w:rFonts w:ascii="Myanmar Text" w:hAnsi="Myanmar Text" w:eastAsia="Myanmar Text" w:cs="Myanmar Text"/>
        </w:rPr>
        <w:t>ဖျက်ဆီးပစ်ခဲ့သည်။</w:t>
      </w:r>
      <w:r>
        <w:rPr>
          <w:rFonts w:ascii="Times New Roman" w:hAnsi="Times New Roman" w:eastAsia="Times New Roman" w:cs="Times New Roman"/>
        </w:rPr>
        <w:t xml:space="preserve"> </w:t>
      </w:r>
      <w:r>
        <w:rPr>
          <w:rFonts w:ascii="Myanmar Text" w:hAnsi="Myanmar Text" w:eastAsia="Myanmar Text" w:cs="Myanmar Text"/>
        </w:rPr>
        <w:t>ထို့အတူ</w:t>
      </w:r>
      <w:r>
        <w:rPr>
          <w:rFonts w:ascii="Times New Roman" w:hAnsi="Times New Roman" w:eastAsia="Times New Roman" w:cs="Times New Roman"/>
        </w:rPr>
        <w:t xml:space="preserve"> </w:t>
      </w:r>
      <w:r>
        <w:rPr>
          <w:rFonts w:ascii="Myanmar Text" w:hAnsi="Myanmar Text" w:eastAsia="Myanmar Text" w:cs="Myanmar Text"/>
        </w:rPr>
        <w:t>ပရောဖက်ပြုချက်များ၌လည်း</w:t>
      </w:r>
      <w:r>
        <w:rPr>
          <w:rFonts w:ascii="Times New Roman" w:hAnsi="Times New Roman" w:eastAsia="Times New Roman" w:cs="Times New Roman"/>
        </w:rPr>
        <w:t xml:space="preserve"> </w:t>
      </w:r>
      <w:r>
        <w:rPr>
          <w:rFonts w:ascii="Myanmar Text" w:hAnsi="Myanmar Text" w:eastAsia="Myanmar Text" w:cs="Myanmar Text"/>
        </w:rPr>
        <w:t>အနာဂတ်သည်</w:t>
      </w:r>
      <w:r>
        <w:rPr>
          <w:rFonts w:ascii="Times New Roman" w:hAnsi="Times New Roman" w:eastAsia="Times New Roman" w:cs="Times New Roman"/>
        </w:rPr>
        <w:t xml:space="preserve"> </w:t>
      </w:r>
      <w:r>
        <w:rPr>
          <w:rFonts w:ascii="Myanmar Text" w:hAnsi="Myanmar Text" w:eastAsia="Myanmar Text" w:cs="Myanmar Text"/>
        </w:rPr>
        <w:t>ခရစ်တော်၏စကားများအားဖြင့်</w:t>
      </w:r>
      <w:r>
        <w:rPr>
          <w:rFonts w:ascii="Times New Roman" w:hAnsi="Times New Roman" w:eastAsia="Times New Roman" w:cs="Times New Roman"/>
        </w:rPr>
        <w:t xml:space="preserve"> </w:t>
      </w:r>
      <w:r>
        <w:rPr>
          <w:rFonts w:ascii="Myanmar Text" w:hAnsi="Myanmar Text" w:eastAsia="Myanmar Text" w:cs="Myanmar Text"/>
        </w:rPr>
        <w:t>တပည့်တော်တို့ရှေ့တွင်</w:t>
      </w:r>
      <w:r>
        <w:rPr>
          <w:rFonts w:ascii="Times New Roman" w:hAnsi="Times New Roman" w:eastAsia="Times New Roman" w:cs="Times New Roman"/>
        </w:rPr>
        <w:t xml:space="preserve"> </w:t>
      </w:r>
      <w:r>
        <w:rPr>
          <w:rFonts w:ascii="Myanmar Text" w:hAnsi="Myanmar Text" w:eastAsia="Myanmar Text" w:cs="Myanmar Text"/>
        </w:rPr>
        <w:t>ပွင့်လင်းထင်ရှားစွာ</w:t>
      </w:r>
      <w:r>
        <w:rPr>
          <w:rFonts w:ascii="Times New Roman" w:hAnsi="Times New Roman" w:eastAsia="Times New Roman" w:cs="Times New Roman"/>
        </w:rPr>
        <w:t xml:space="preserve"> </w:t>
      </w:r>
      <w:r>
        <w:rPr>
          <w:rFonts w:ascii="Myanmar Text" w:hAnsi="Myanmar Text" w:eastAsia="Myanmar Text" w:cs="Myanmar Text"/>
        </w:rPr>
        <w:t>ဖွင့်ပြခံခဲ့ရသကဲ့သို့</w:t>
      </w:r>
      <w:r>
        <w:rPr>
          <w:rFonts w:ascii="Times New Roman" w:hAnsi="Times New Roman" w:eastAsia="Times New Roman" w:cs="Times New Roman"/>
        </w:rPr>
        <w:t xml:space="preserve"> </w:t>
      </w:r>
      <w:r>
        <w:rPr>
          <w:rFonts w:ascii="Myanmar Text" w:hAnsi="Myanmar Text" w:eastAsia="Myanmar Text" w:cs="Myanmar Text"/>
        </w:rPr>
        <w:t>ကျွန်ုပ်တို့ရှေ့၌လည်း</w:t>
      </w:r>
      <w:r>
        <w:rPr>
          <w:rFonts w:ascii="Times New Roman" w:hAnsi="Times New Roman" w:eastAsia="Times New Roman" w:cs="Times New Roman"/>
        </w:rPr>
        <w:t xml:space="preserve"> </w:t>
      </w:r>
      <w:r>
        <w:rPr>
          <w:rFonts w:ascii="Myanmar Text" w:hAnsi="Myanmar Text" w:eastAsia="Myanmar Text" w:cs="Myanmar Text"/>
        </w:rPr>
        <w:t>ထင်ရှားစွာ</w:t>
      </w:r>
      <w:r>
        <w:rPr>
          <w:rFonts w:ascii="Times New Roman" w:hAnsi="Times New Roman" w:eastAsia="Times New Roman" w:cs="Times New Roman"/>
        </w:rPr>
        <w:t xml:space="preserve"> </w:t>
      </w:r>
      <w:r>
        <w:rPr>
          <w:rFonts w:ascii="Myanmar Text" w:hAnsi="Myanmar Text" w:eastAsia="Myanmar Text" w:cs="Myanmar Text"/>
        </w:rPr>
        <w:t>ဖွင့်လှစ်ပြသထားသည်။</w:t>
      </w:r>
      <w:r>
        <w:rPr>
          <w:rFonts w:ascii="Times New Roman" w:hAnsi="Times New Roman" w:eastAsia="Times New Roman" w:cs="Times New Roman"/>
        </w:rPr>
        <w:t xml:space="preserve"> </w:t>
      </w:r>
      <w:r>
        <w:rPr>
          <w:rFonts w:ascii="Myanmar Text" w:hAnsi="Myanmar Text" w:eastAsia="Myanmar Text" w:cs="Myanmar Text"/>
        </w:rPr>
        <w:t>ကျေးဇူးတံခါးပိတ်သိမ်းခြင်းနှင့်</w:t>
      </w:r>
      <w:r>
        <w:rPr>
          <w:rFonts w:ascii="Times New Roman" w:hAnsi="Times New Roman" w:eastAsia="Times New Roman" w:cs="Times New Roman"/>
        </w:rPr>
        <w:t xml:space="preserve"> </w:t>
      </w:r>
      <w:r>
        <w:rPr>
          <w:rFonts w:ascii="Myanmar Text" w:hAnsi="Myanmar Text" w:eastAsia="Myanmar Text" w:cs="Myanmar Text"/>
        </w:rPr>
        <w:t>ဆင်းရဲဒုက္ခကာလအတွက်</w:t>
      </w:r>
      <w:r>
        <w:rPr>
          <w:rFonts w:ascii="Times New Roman" w:hAnsi="Times New Roman" w:eastAsia="Times New Roman" w:cs="Times New Roman"/>
        </w:rPr>
        <w:t xml:space="preserve"> </w:t>
      </w:r>
      <w:r>
        <w:rPr>
          <w:rFonts w:ascii="Myanmar Text" w:hAnsi="Myanmar Text" w:eastAsia="Myanmar Text" w:cs="Myanmar Text"/>
        </w:rPr>
        <w:t>ပြင်ဆင်ရသောအမှုနှင့်</w:t>
      </w:r>
      <w:r>
        <w:rPr>
          <w:rFonts w:ascii="Times New Roman" w:hAnsi="Times New Roman" w:eastAsia="Times New Roman" w:cs="Times New Roman"/>
        </w:rPr>
        <w:t xml:space="preserve"> </w:t>
      </w:r>
      <w:r>
        <w:rPr>
          <w:rFonts w:ascii="Myanmar Text" w:hAnsi="Myanmar Text" w:eastAsia="Myanmar Text" w:cs="Myanmar Text"/>
        </w:rPr>
        <w:t>ဆက်စပ်သော</w:t>
      </w:r>
      <w:r>
        <w:rPr>
          <w:rFonts w:ascii="Times New Roman" w:hAnsi="Times New Roman" w:eastAsia="Times New Roman" w:cs="Times New Roman"/>
        </w:rPr>
        <w:t xml:space="preserve"> </w:t>
      </w:r>
      <w:r>
        <w:rPr>
          <w:rFonts w:ascii="Myanmar Text" w:hAnsi="Myanmar Text" w:eastAsia="Myanmar Text" w:cs="Myanmar Text"/>
        </w:rPr>
        <w:t>အဖြစ်အပျက်များကို</w:t>
      </w:r>
      <w:r>
        <w:rPr>
          <w:rFonts w:ascii="Times New Roman" w:hAnsi="Times New Roman" w:eastAsia="Times New Roman" w:cs="Times New Roman"/>
        </w:rPr>
        <w:t xml:space="preserve"> </w:t>
      </w:r>
      <w:r>
        <w:rPr>
          <w:rFonts w:ascii="Myanmar Text" w:hAnsi="Myanmar Text" w:eastAsia="Myanmar Text" w:cs="Myanmar Text"/>
        </w:rPr>
        <w:t>ရှင်းလင်းစွာ</w:t>
      </w:r>
      <w:r>
        <w:rPr>
          <w:rFonts w:ascii="Times New Roman" w:hAnsi="Times New Roman" w:eastAsia="Times New Roman" w:cs="Times New Roman"/>
        </w:rPr>
        <w:t xml:space="preserve"> </w:t>
      </w:r>
      <w:r>
        <w:rPr>
          <w:rFonts w:ascii="Myanmar Text" w:hAnsi="Myanmar Text" w:eastAsia="Myanmar Text" w:cs="Myanmar Text"/>
        </w:rPr>
        <w:t>တင်ပြထားသည်။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အများအပြားတို့သည်</w:t>
      </w:r>
      <w:r>
        <w:rPr>
          <w:rFonts w:ascii="Times New Roman" w:hAnsi="Times New Roman" w:eastAsia="Times New Roman" w:cs="Times New Roman"/>
        </w:rPr>
        <w:t xml:space="preserve"> </w:t>
      </w:r>
      <w:r>
        <w:rPr>
          <w:rFonts w:ascii="Myanmar Text" w:hAnsi="Myanmar Text" w:eastAsia="Myanmar Text" w:cs="Myanmar Text"/>
        </w:rPr>
        <w:t>ဤအရေးကြီးသော</w:t>
      </w:r>
      <w:r>
        <w:rPr>
          <w:rFonts w:ascii="Times New Roman" w:hAnsi="Times New Roman" w:eastAsia="Times New Roman" w:cs="Times New Roman"/>
        </w:rPr>
        <w:t xml:space="preserve"> </w:t>
      </w:r>
      <w:r>
        <w:rPr>
          <w:rFonts w:ascii="Myanmar Text" w:hAnsi="Myanmar Text" w:eastAsia="Myanmar Text" w:cs="Myanmar Text"/>
        </w:rPr>
        <w:t>အမှန်တရားများကို</w:t>
      </w:r>
      <w:r>
        <w:rPr>
          <w:rFonts w:ascii="Times New Roman" w:hAnsi="Times New Roman" w:eastAsia="Times New Roman" w:cs="Times New Roman"/>
        </w:rPr>
        <w:t xml:space="preserve"> </w:t>
      </w:r>
      <w:r>
        <w:rPr>
          <w:rFonts w:ascii="Myanmar Text" w:hAnsi="Myanmar Text" w:eastAsia="Myanmar Text" w:cs="Myanmar Text"/>
        </w:rPr>
        <w:t>တစ်ခါမျှ</w:t>
      </w:r>
      <w:r>
        <w:rPr>
          <w:rFonts w:ascii="Times New Roman" w:hAnsi="Times New Roman" w:eastAsia="Times New Roman" w:cs="Times New Roman"/>
        </w:rPr>
        <w:t xml:space="preserve"> </w:t>
      </w:r>
      <w:r>
        <w:rPr>
          <w:rFonts w:ascii="Myanmar Text" w:hAnsi="Myanmar Text" w:eastAsia="Myanmar Text" w:cs="Myanmar Text"/>
        </w:rPr>
        <w:t>မဖော်ပြခဲ့သကဲ့သို့ပင်</w:t>
      </w:r>
      <w:r>
        <w:rPr>
          <w:rFonts w:ascii="Times New Roman" w:hAnsi="Times New Roman" w:eastAsia="Times New Roman" w:cs="Times New Roman"/>
        </w:rPr>
        <w:t xml:space="preserve"> </w:t>
      </w:r>
      <w:r>
        <w:rPr>
          <w:rFonts w:ascii="Myanmar Text" w:hAnsi="Myanmar Text" w:eastAsia="Myanmar Text" w:cs="Myanmar Text"/>
        </w:rPr>
        <w:t>နားလည်သဘောပေါက်ခြင်း</w:t>
      </w:r>
      <w:r>
        <w:rPr>
          <w:rFonts w:ascii="Times New Roman" w:hAnsi="Times New Roman" w:eastAsia="Times New Roman" w:cs="Times New Roman"/>
        </w:rPr>
        <w:t xml:space="preserve"> </w:t>
      </w:r>
      <w:r>
        <w:rPr>
          <w:rFonts w:ascii="Myanmar Text" w:hAnsi="Myanmar Text" w:eastAsia="Myanmar Text" w:cs="Myanmar Text"/>
        </w:rPr>
        <w:t>မရှိကြ။</w:t>
      </w:r>
      <w:r>
        <w:rPr>
          <w:rFonts w:ascii="Times New Roman" w:hAnsi="Times New Roman" w:eastAsia="Times New Roman" w:cs="Times New Roman"/>
        </w:rPr>
        <w:t xml:space="preserve"> </w:t>
      </w:r>
      <w:r>
        <w:rPr>
          <w:rFonts w:ascii="Myanmar Text" w:hAnsi="Myanmar Text" w:eastAsia="Myanmar Text" w:cs="Myanmar Text"/>
        </w:rPr>
        <w:t>စာတန်သည်</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ကယ်တင်ခြင်းသို့</w:t>
      </w:r>
      <w:r>
        <w:rPr>
          <w:rFonts w:ascii="Times New Roman" w:hAnsi="Times New Roman" w:eastAsia="Times New Roman" w:cs="Times New Roman"/>
        </w:rPr>
        <w:t xml:space="preserve"> </w:t>
      </w:r>
      <w:r>
        <w:rPr>
          <w:rFonts w:ascii="Myanmar Text" w:hAnsi="Myanmar Text" w:eastAsia="Myanmar Text" w:cs="Myanmar Text"/>
        </w:rPr>
        <w:t>ဉာဏ်ပညာရှိစေမည့်</w:t>
      </w:r>
      <w:r>
        <w:rPr>
          <w:rFonts w:ascii="Times New Roman" w:hAnsi="Times New Roman" w:eastAsia="Times New Roman" w:cs="Times New Roman"/>
        </w:rPr>
        <w:t xml:space="preserve"> </w:t>
      </w:r>
      <w:r>
        <w:rPr>
          <w:rFonts w:ascii="Myanmar Text" w:hAnsi="Myanmar Text" w:eastAsia="Myanmar Text" w:cs="Myanmar Text"/>
        </w:rPr>
        <w:t>ထင်မြင်သက်ရောက်မှုတိုင်းကို</w:t>
      </w:r>
      <w:r>
        <w:rPr>
          <w:rFonts w:ascii="Times New Roman" w:hAnsi="Times New Roman" w:eastAsia="Times New Roman" w:cs="Times New Roman"/>
        </w:rPr>
        <w:t xml:space="preserve"> </w:t>
      </w:r>
      <w:r>
        <w:rPr>
          <w:rFonts w:ascii="Myanmar Text" w:hAnsi="Myanmar Text" w:eastAsia="Myanmar Text" w:cs="Myanmar Text"/>
        </w:rPr>
        <w:t>လုယူပစ်ရန်</w:t>
      </w:r>
      <w:r>
        <w:rPr>
          <w:rFonts w:ascii="Times New Roman" w:hAnsi="Times New Roman" w:eastAsia="Times New Roman" w:cs="Times New Roman"/>
        </w:rPr>
        <w:t xml:space="preserve"> </w:t>
      </w:r>
      <w:r>
        <w:rPr>
          <w:rFonts w:ascii="Myanmar Text" w:hAnsi="Myanmar Text" w:eastAsia="Myanmar Text" w:cs="Myanmar Text"/>
        </w:rPr>
        <w:t>စောင့်ကြည့်နေပြီး၊</w:t>
      </w:r>
      <w:r>
        <w:rPr>
          <w:rFonts w:ascii="Times New Roman" w:hAnsi="Times New Roman" w:eastAsia="Times New Roman" w:cs="Times New Roman"/>
        </w:rPr>
        <w:t xml:space="preserve"> </w:t>
      </w:r>
      <w:r>
        <w:rPr>
          <w:rFonts w:ascii="Myanmar Text" w:hAnsi="Myanmar Text" w:eastAsia="Myanmar Text" w:cs="Myanmar Text"/>
        </w:rPr>
        <w:t>ဆင်းရဲဒုက္ခကာလသည်</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အဆင်သင့်မဖြစ်သေးသော</w:t>
      </w:r>
      <w:r>
        <w:rPr>
          <w:rFonts w:ascii="Times New Roman" w:hAnsi="Times New Roman" w:eastAsia="Times New Roman" w:cs="Times New Roman"/>
        </w:rPr>
        <w:t xml:space="preserve"> </w:t>
      </w:r>
      <w:r>
        <w:rPr>
          <w:rFonts w:ascii="Myanmar Text" w:hAnsi="Myanmar Text" w:eastAsia="Myanmar Text" w:cs="Myanmar Text"/>
        </w:rPr>
        <w:t>အခြေအနေ၌</w:t>
      </w:r>
      <w:r>
        <w:rPr>
          <w:rFonts w:ascii="Times New Roman" w:hAnsi="Times New Roman" w:eastAsia="Times New Roman" w:cs="Times New Roman"/>
        </w:rPr>
        <w:t xml:space="preserve"> </w:t>
      </w:r>
      <w:r>
        <w:rPr>
          <w:rFonts w:ascii="Myanmar Text" w:hAnsi="Myanmar Text" w:eastAsia="Myanmar Text" w:cs="Myanmar Text"/>
        </w:rPr>
        <w:t>တွေ့ရှိလိမ့်မည်။</w:t>
      </w:r>
      <w:r>
        <w:rPr>
          <w:rFonts w:ascii="Times New Roman" w:hAnsi="Times New Roman" w:eastAsia="Times New Roman" w:cs="Times New Roman"/>
        </w:rPr>
        <w:t>” The Great Controversy, 595.</w:t>
      </w:r>
    </w:p>
    <w:p>
      <w:pPr>
        <w:pStyle w:val="ArticleBody"/>
        <w:jc w:val="left"/>
      </w:pPr>
      <w:r>
        <w:rPr>
          <w:rFonts w:ascii="Gadugi" w:hAnsi="Gadugi" w:eastAsia="Gadugi" w:cs="Gadugi"/>
        </w:rPr>
        <w:t>ᎨᏏᎵᏯ</w:t>
      </w:r>
      <w:r>
        <w:rPr>
          <w:rFonts w:ascii="Times New Roman" w:hAnsi="Times New Roman" w:eastAsia="Times New Roman" w:cs="Times New Roman"/>
        </w:rPr>
        <w:t xml:space="preserve"> </w:t>
      </w:r>
      <w:r>
        <w:rPr>
          <w:rFonts w:ascii="Gadugi" w:hAnsi="Gadugi" w:eastAsia="Gadugi" w:cs="Gadugi"/>
        </w:rPr>
        <w:t>ᏈᎵᏈ</w:t>
      </w:r>
      <w:r>
        <w:rPr>
          <w:rFonts w:ascii="Times New Roman" w:hAnsi="Times New Roman" w:eastAsia="Times New Roman" w:cs="Times New Roman"/>
        </w:rPr>
        <w:t xml:space="preserve"> </w:t>
      </w:r>
      <w:r>
        <w:rPr>
          <w:rFonts w:ascii="Gadugi" w:hAnsi="Gadugi" w:eastAsia="Gadugi" w:cs="Gadugi"/>
        </w:rPr>
        <w:t>ᎦᏚᎲᎢ</w:t>
      </w:r>
      <w:r>
        <w:rPr>
          <w:rFonts w:ascii="Times New Roman" w:hAnsi="Times New Roman" w:eastAsia="Times New Roman" w:cs="Times New Roman"/>
        </w:rPr>
        <w:t xml:space="preserve">, </w:t>
      </w:r>
      <w:r>
        <w:rPr>
          <w:rFonts w:ascii="Gadugi" w:hAnsi="Gadugi" w:eastAsia="Gadugi" w:cs="Gadugi"/>
        </w:rPr>
        <w:t>ᏆᏂᏯᎻ</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ᎾᎿᎭ</w:t>
      </w:r>
      <w:r>
        <w:rPr>
          <w:rFonts w:ascii="Times New Roman" w:hAnsi="Times New Roman" w:eastAsia="Times New Roman" w:cs="Times New Roman"/>
        </w:rPr>
        <w:t xml:space="preserve"> </w:t>
      </w:r>
      <w:r>
        <w:rPr>
          <w:rFonts w:ascii="Gadugi" w:hAnsi="Gadugi" w:eastAsia="Gadugi" w:cs="Gadugi"/>
        </w:rPr>
        <w:t>ᎬᏩᏍᏗ</w:t>
      </w:r>
      <w:r>
        <w:rPr>
          <w:rFonts w:ascii="Times New Roman" w:hAnsi="Times New Roman" w:eastAsia="Times New Roman" w:cs="Times New Roman"/>
        </w:rPr>
        <w:t xml:space="preserve"> </w:t>
      </w:r>
      <w:r>
        <w:rPr>
          <w:rFonts w:ascii="Gadugi" w:hAnsi="Gadugi" w:eastAsia="Gadugi" w:cs="Gadugi"/>
        </w:rPr>
        <w:t>ᏔᎳᏚ</w:t>
      </w:r>
      <w:r>
        <w:rPr>
          <w:rFonts w:ascii="Times New Roman" w:hAnsi="Times New Roman" w:eastAsia="Times New Roman" w:cs="Times New Roman"/>
        </w:rPr>
        <w:t xml:space="preserve"> </w:t>
      </w:r>
      <w:r>
        <w:rPr>
          <w:rFonts w:ascii="Gadugi" w:hAnsi="Gadugi" w:eastAsia="Gadugi" w:cs="Gadugi"/>
        </w:rPr>
        <w:t>ᏦᎦᏚ</w:t>
      </w:r>
      <w:r>
        <w:rPr>
          <w:rFonts w:ascii="Times New Roman" w:hAnsi="Times New Roman" w:eastAsia="Times New Roman" w:cs="Times New Roman"/>
        </w:rPr>
        <w:t xml:space="preserve"> </w:t>
      </w:r>
      <w:r>
        <w:rPr>
          <w:rFonts w:ascii="Gadugi" w:hAnsi="Gadugi" w:eastAsia="Gadugi" w:cs="Gadugi"/>
        </w:rPr>
        <w:t>ᎢᏯᎵᏍᎪᎯ</w:t>
      </w:r>
      <w:r>
        <w:rPr>
          <w:rFonts w:ascii="Times New Roman" w:hAnsi="Times New Roman" w:eastAsia="Times New Roman" w:cs="Times New Roman"/>
        </w:rPr>
        <w:t xml:space="preserve"> </w:t>
      </w:r>
      <w:r>
        <w:rPr>
          <w:rFonts w:ascii="Gadugi" w:hAnsi="Gadugi" w:eastAsia="Gadugi" w:cs="Gadugi"/>
        </w:rPr>
        <w:t>ᏗᏍᎩᏃᏔᏅ</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ᎬᏩᎵᏰᎢ</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ᎤᎴᏅᎮ</w:t>
      </w:r>
      <w:r>
        <w:rPr>
          <w:rFonts w:ascii="Times New Roman" w:hAnsi="Times New Roman" w:eastAsia="Times New Roman" w:cs="Times New Roman"/>
        </w:rPr>
        <w:t xml:space="preserve"> </w:t>
      </w:r>
      <w:r>
        <w:rPr>
          <w:rFonts w:ascii="Gadugi" w:hAnsi="Gadugi" w:eastAsia="Gadugi" w:cs="Gadugi"/>
        </w:rPr>
        <w:t>ᏧᏪᏲᏁᎴ</w:t>
      </w:r>
      <w:r>
        <w:rPr>
          <w:rFonts w:ascii="Times New Roman" w:hAnsi="Times New Roman" w:eastAsia="Times New Roman" w:cs="Times New Roman"/>
        </w:rPr>
        <w:t xml:space="preserve"> </w:t>
      </w:r>
      <w:r>
        <w:rPr>
          <w:rFonts w:ascii="Gadugi" w:hAnsi="Gadugi" w:eastAsia="Gadugi" w:cs="Gadugi"/>
        </w:rPr>
        <w:t>ᏧᏪᏂᏍᎩ</w:t>
      </w:r>
      <w:r>
        <w:rPr>
          <w:rFonts w:ascii="Times New Roman" w:hAnsi="Times New Roman" w:eastAsia="Times New Roman" w:cs="Times New Roman"/>
        </w:rPr>
        <w:t xml:space="preserve"> </w:t>
      </w:r>
      <w:r>
        <w:rPr>
          <w:rFonts w:ascii="Gadugi" w:hAnsi="Gadugi" w:eastAsia="Gadugi" w:cs="Gadugi"/>
        </w:rPr>
        <w:t>ᏧᏂᏄᎪᏫᏒ</w:t>
      </w:r>
      <w:r>
        <w:rPr>
          <w:rFonts w:ascii="Times New Roman" w:hAnsi="Times New Roman" w:eastAsia="Times New Roman" w:cs="Times New Roman"/>
        </w:rPr>
        <w:t xml:space="preserve"> </w:t>
      </w:r>
      <w:r>
        <w:rPr>
          <w:rFonts w:ascii="Gadugi" w:hAnsi="Gadugi" w:eastAsia="Gadugi" w:cs="Gadugi"/>
        </w:rPr>
        <w:t>ᎤᏃᎯᏳᏍᏗ</w:t>
      </w:r>
      <w:r>
        <w:rPr>
          <w:rFonts w:ascii="Times New Roman" w:hAnsi="Times New Roman" w:eastAsia="Times New Roman" w:cs="Times New Roman"/>
        </w:rPr>
        <w:t xml:space="preserve"> </w:t>
      </w:r>
      <w:r>
        <w:rPr>
          <w:rFonts w:ascii="Gadugi" w:hAnsi="Gadugi" w:eastAsia="Gadugi" w:cs="Gadugi"/>
        </w:rPr>
        <w:t>ᏧᏓᎿᎭᏩᏛ</w:t>
      </w:r>
      <w:r>
        <w:rPr>
          <w:rFonts w:ascii="Times New Roman" w:hAnsi="Times New Roman" w:eastAsia="Times New Roman" w:cs="Times New Roman"/>
        </w:rPr>
        <w:t xml:space="preserve"> </w:t>
      </w:r>
      <w:r>
        <w:rPr>
          <w:rFonts w:ascii="Gadugi" w:hAnsi="Gadugi" w:eastAsia="Gadugi" w:cs="Gadugi"/>
        </w:rPr>
        <w:t>ᎢᏳᏩᏂᏌᏛ</w:t>
      </w:r>
      <w:r>
        <w:rPr>
          <w:rFonts w:ascii="Times New Roman" w:hAnsi="Times New Roman" w:eastAsia="Times New Roman" w:cs="Times New Roman"/>
        </w:rPr>
        <w:t xml:space="preserve"> </w:t>
      </w:r>
      <w:r>
        <w:rPr>
          <w:rFonts w:ascii="Gadugi" w:hAnsi="Gadugi" w:eastAsia="Gadugi" w:cs="Gadugi"/>
        </w:rPr>
        <w:t>ᏄᏍᏛᎾᏍᎩᏃ</w:t>
      </w:r>
      <w:r>
        <w:rPr>
          <w:rFonts w:ascii="Times New Roman" w:hAnsi="Times New Roman" w:eastAsia="Times New Roman" w:cs="Times New Roman"/>
        </w:rPr>
        <w:t xml:space="preserve"> </w:t>
      </w:r>
      <w:r>
        <w:rPr>
          <w:rFonts w:ascii="Gadugi" w:hAnsi="Gadugi" w:eastAsia="Gadugi" w:cs="Gadugi"/>
        </w:rPr>
        <w:t>ᎤᏎᎦᎸᏛ</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ᎤᏍᏆᏂᎪᏛ</w:t>
      </w:r>
      <w:r>
        <w:rPr>
          <w:rFonts w:ascii="Times New Roman" w:hAnsi="Times New Roman" w:eastAsia="Times New Roman" w:cs="Times New Roman"/>
        </w:rPr>
        <w:t xml:space="preserve"> </w:t>
      </w:r>
      <w:r>
        <w:rPr>
          <w:rFonts w:ascii="Gadugi" w:hAnsi="Gadugi" w:eastAsia="Gadugi" w:cs="Gadugi"/>
        </w:rPr>
        <w:t>ᏧᎾᎵᎪᏒ</w:t>
      </w:r>
      <w:r>
        <w:rPr>
          <w:rFonts w:ascii="Times New Roman" w:hAnsi="Times New Roman" w:eastAsia="Times New Roman" w:cs="Times New Roman"/>
        </w:rPr>
        <w:t xml:space="preserve"> </w:t>
      </w:r>
      <w:r>
        <w:rPr>
          <w:rFonts w:ascii="Gadugi" w:hAnsi="Gadugi" w:eastAsia="Gadugi" w:cs="Gadugi"/>
        </w:rPr>
        <w:t>ᎡᎦᏏᏓ</w:t>
      </w:r>
      <w:r>
        <w:rPr>
          <w:rFonts w:ascii="Times New Roman" w:hAnsi="Times New Roman" w:eastAsia="Times New Roman" w:cs="Times New Roman"/>
        </w:rPr>
        <w:t xml:space="preserve"> </w:t>
      </w:r>
      <w:r>
        <w:rPr>
          <w:rFonts w:ascii="Gadugi" w:hAnsi="Gadugi" w:eastAsia="Gadugi" w:cs="Gadugi"/>
        </w:rPr>
        <w:t>ᏗᎨᏅ</w:t>
      </w:r>
      <w:r>
        <w:rPr>
          <w:rFonts w:ascii="Times New Roman" w:hAnsi="Times New Roman" w:eastAsia="Times New Roman" w:cs="Times New Roman"/>
        </w:rPr>
        <w:t xml:space="preserve"> </w:t>
      </w:r>
      <w:r>
        <w:rPr>
          <w:rFonts w:ascii="Gadugi" w:hAnsi="Gadugi" w:eastAsia="Gadugi" w:cs="Gadugi"/>
        </w:rPr>
        <w:t>ᎠᏓᏟᎶᏍᏗ</w:t>
      </w:r>
      <w:r>
        <w:rPr>
          <w:rFonts w:ascii="Times New Roman" w:hAnsi="Times New Roman" w:eastAsia="Times New Roman" w:cs="Times New Roman"/>
        </w:rPr>
        <w:t xml:space="preserve"> </w:t>
      </w:r>
      <w:r>
        <w:rPr>
          <w:rFonts w:ascii="Gadugi" w:hAnsi="Gadugi" w:eastAsia="Gadugi" w:cs="Gadugi"/>
        </w:rPr>
        <w:t>ᎠᏁᎳ</w:t>
      </w:r>
      <w:r>
        <w:rPr>
          <w:rFonts w:ascii="Times New Roman" w:hAnsi="Times New Roman" w:eastAsia="Times New Roman" w:cs="Times New Roman"/>
        </w:rPr>
        <w:t xml:space="preserve"> </w:t>
      </w:r>
      <w:r>
        <w:rPr>
          <w:rFonts w:ascii="Gadugi" w:hAnsi="Gadugi" w:eastAsia="Gadugi" w:cs="Gadugi"/>
        </w:rPr>
        <w:t>ᎠᏁᎲ</w:t>
      </w:r>
      <w:r>
        <w:rPr>
          <w:rFonts w:ascii="Times New Roman" w:hAnsi="Times New Roman" w:eastAsia="Times New Roman" w:cs="Times New Roman"/>
        </w:rPr>
        <w:t xml:space="preserve"> </w:t>
      </w:r>
      <w:r>
        <w:rPr>
          <w:rFonts w:ascii="Gadugi" w:hAnsi="Gadugi" w:eastAsia="Gadugi" w:cs="Gadugi"/>
        </w:rPr>
        <w:t>ᎪᎯᏱ</w:t>
      </w:r>
      <w:r>
        <w:rPr>
          <w:rFonts w:ascii="Times New Roman" w:hAnsi="Times New Roman" w:eastAsia="Times New Roman" w:cs="Times New Roman"/>
        </w:rPr>
        <w:t xml:space="preserve"> 22, 1844 </w:t>
      </w:r>
      <w:r>
        <w:rPr>
          <w:rFonts w:ascii="Gadugi" w:hAnsi="Gadugi" w:eastAsia="Gadugi" w:cs="Gadugi"/>
        </w:rPr>
        <w:t>ᎢᏯᏍᏆᏂᎪᏗ</w:t>
      </w:r>
      <w:r>
        <w:rPr>
          <w:rFonts w:ascii="Times New Roman" w:hAnsi="Times New Roman" w:eastAsia="Times New Roman" w:cs="Times New Roman"/>
        </w:rPr>
        <w:t xml:space="preserve">. </w:t>
      </w:r>
      <w:r>
        <w:rPr>
          <w:rFonts w:ascii="Gadugi" w:hAnsi="Gadugi" w:eastAsia="Gadugi" w:cs="Gadugi"/>
        </w:rPr>
        <w:t>ᎤᎴᏅᎯᏳ</w:t>
      </w:r>
      <w:r>
        <w:rPr>
          <w:rFonts w:ascii="Times New Roman" w:hAnsi="Times New Roman" w:eastAsia="Times New Roman" w:cs="Times New Roman"/>
        </w:rPr>
        <w:t xml:space="preserve"> </w:t>
      </w:r>
      <w:r>
        <w:rPr>
          <w:rFonts w:ascii="Gadugi" w:hAnsi="Gadugi" w:eastAsia="Gadugi" w:cs="Gadugi"/>
        </w:rPr>
        <w:t>ᎤᏓᏁᏟᏴᏍᏗ</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ᎤᏂᎵᏍᎪᎯ</w:t>
      </w:r>
      <w:r>
        <w:rPr>
          <w:rFonts w:ascii="Times New Roman" w:hAnsi="Times New Roman" w:eastAsia="Times New Roman" w:cs="Times New Roman"/>
        </w:rPr>
        <w:t xml:space="preserve"> </w:t>
      </w:r>
      <w:r>
        <w:rPr>
          <w:rFonts w:ascii="Gadugi" w:hAnsi="Gadugi" w:eastAsia="Gadugi" w:cs="Gadugi"/>
        </w:rPr>
        <w:t>ᎦᎵᏆᏍᎪ</w:t>
      </w:r>
      <w:r>
        <w:rPr>
          <w:rFonts w:ascii="Times New Roman" w:hAnsi="Times New Roman" w:eastAsia="Times New Roman" w:cs="Times New Roman"/>
        </w:rPr>
        <w:t xml:space="preserve"> </w:t>
      </w:r>
      <w:r>
        <w:rPr>
          <w:rFonts w:ascii="Gadugi" w:hAnsi="Gadugi" w:eastAsia="Gadugi" w:cs="Gadugi"/>
        </w:rPr>
        <w:t>ᎦᎵᏆᏍᎪ</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ᎠᏁᎯ</w:t>
      </w:r>
      <w:r>
        <w:rPr>
          <w:rFonts w:ascii="Times New Roman" w:hAnsi="Times New Roman" w:eastAsia="Times New Roman" w:cs="Times New Roman"/>
        </w:rPr>
        <w:t xml:space="preserve"> </w:t>
      </w:r>
      <w:r>
        <w:rPr>
          <w:rFonts w:ascii="Gadugi" w:hAnsi="Gadugi" w:eastAsia="Gadugi" w:cs="Gadugi"/>
        </w:rPr>
        <w:t>ᎠᏂᏴᏫ</w:t>
      </w:r>
      <w:r>
        <w:rPr>
          <w:rFonts w:ascii="Times New Roman" w:hAnsi="Times New Roman" w:eastAsia="Times New Roman" w:cs="Times New Roman"/>
        </w:rPr>
        <w:t xml:space="preserve"> </w:t>
      </w:r>
      <w:r>
        <w:rPr>
          <w:rFonts w:ascii="Gadugi" w:hAnsi="Gadugi" w:eastAsia="Gadugi" w:cs="Gadugi"/>
        </w:rPr>
        <w:t>ᎾᎿᎭ</w:t>
      </w:r>
      <w:r>
        <w:rPr>
          <w:rFonts w:ascii="Times New Roman" w:hAnsi="Times New Roman" w:eastAsia="Times New Roman" w:cs="Times New Roman"/>
        </w:rPr>
        <w:t xml:space="preserve"> “</w:t>
      </w:r>
      <w:r>
        <w:rPr>
          <w:rFonts w:ascii="Gadugi" w:hAnsi="Gadugi" w:eastAsia="Gadugi" w:cs="Gadugi"/>
        </w:rPr>
        <w:t>ᏗᎦᎪᎸᏙᏗ</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ᎤᏍᏆᎸᎢ</w:t>
      </w:r>
      <w:r>
        <w:rPr>
          <w:rFonts w:ascii="Times New Roman" w:hAnsi="Times New Roman" w:eastAsia="Times New Roman" w:cs="Times New Roman"/>
        </w:rPr>
        <w:t xml:space="preserve"> </w:t>
      </w:r>
      <w:r>
        <w:rPr>
          <w:rFonts w:ascii="Gadugi" w:hAnsi="Gadugi" w:eastAsia="Gadugi" w:cs="Gadugi"/>
        </w:rPr>
        <w:t>ᎤᏓᎪᎵᏰᏗ</w:t>
      </w:r>
      <w:r>
        <w:rPr>
          <w:rFonts w:ascii="Times New Roman" w:hAnsi="Times New Roman" w:eastAsia="Times New Roman" w:cs="Times New Roman"/>
        </w:rPr>
        <w:t xml:space="preserve"> </w:t>
      </w:r>
      <w:r>
        <w:rPr>
          <w:rFonts w:ascii="Gadugi" w:hAnsi="Gadugi" w:eastAsia="Gadugi" w:cs="Gadugi"/>
        </w:rPr>
        <w:t>ᎠᏎᏃᎲᎢ</w:t>
      </w:r>
      <w:r>
        <w:rPr>
          <w:rFonts w:ascii="Times New Roman" w:hAnsi="Times New Roman" w:eastAsia="Times New Roman" w:cs="Times New Roman"/>
        </w:rPr>
        <w:t xml:space="preserve">” </w:t>
      </w:r>
      <w:r>
        <w:rPr>
          <w:rFonts w:ascii="Gadugi" w:hAnsi="Gadugi" w:eastAsia="Gadugi" w:cs="Gadugi"/>
        </w:rPr>
        <w:t>ᎠᏎᏓᏍᏗᏍᎬᎩ</w:t>
      </w:r>
      <w:r>
        <w:rPr>
          <w:rFonts w:ascii="Times New Roman" w:hAnsi="Times New Roman" w:eastAsia="Times New Roman" w:cs="Times New Roman"/>
        </w:rPr>
        <w:t xml:space="preserve">, </w:t>
      </w:r>
      <w:r>
        <w:rPr>
          <w:rFonts w:ascii="Gadugi" w:hAnsi="Gadugi" w:eastAsia="Gadugi" w:cs="Gadugi"/>
        </w:rPr>
        <w:t>ᎤᏍᏆᏛᎢᏃ</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ᎤᏂᎵᏍᎪᎯ</w:t>
      </w:r>
      <w:r>
        <w:rPr>
          <w:rFonts w:ascii="Times New Roman" w:hAnsi="Times New Roman" w:eastAsia="Times New Roman" w:cs="Times New Roman"/>
        </w:rPr>
        <w:t xml:space="preserve"> </w:t>
      </w:r>
      <w:r>
        <w:rPr>
          <w:rFonts w:ascii="Gadugi" w:hAnsi="Gadugi" w:eastAsia="Gadugi" w:cs="Gadugi"/>
        </w:rPr>
        <w:t>ᎦᎵᏆᏍᎪ</w:t>
      </w:r>
      <w:r>
        <w:rPr>
          <w:rFonts w:ascii="Times New Roman" w:hAnsi="Times New Roman" w:eastAsia="Times New Roman" w:cs="Times New Roman"/>
        </w:rPr>
        <w:t xml:space="preserve"> </w:t>
      </w:r>
      <w:r>
        <w:rPr>
          <w:rFonts w:ascii="Gadugi" w:hAnsi="Gadugi" w:eastAsia="Gadugi" w:cs="Gadugi"/>
        </w:rPr>
        <w:t>ᎦᎵᏆᏍᎪ</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ᎠᏁᎯ</w:t>
      </w:r>
      <w:r>
        <w:rPr>
          <w:rFonts w:ascii="Times New Roman" w:hAnsi="Times New Roman" w:eastAsia="Times New Roman" w:cs="Times New Roman"/>
        </w:rPr>
        <w:t xml:space="preserve"> </w:t>
      </w:r>
      <w:r>
        <w:rPr>
          <w:rFonts w:ascii="Gadugi" w:hAnsi="Gadugi" w:eastAsia="Gadugi" w:cs="Gadugi"/>
        </w:rPr>
        <w:t>ᎠᏂᏴᏫ</w:t>
      </w:r>
      <w:r>
        <w:rPr>
          <w:rFonts w:ascii="Times New Roman" w:hAnsi="Times New Roman" w:eastAsia="Times New Roman" w:cs="Times New Roman"/>
        </w:rPr>
        <w:t xml:space="preserve"> “</w:t>
      </w:r>
      <w:r>
        <w:rPr>
          <w:rFonts w:ascii="Gadugi" w:hAnsi="Gadugi" w:eastAsia="Gadugi" w:cs="Gadugi"/>
        </w:rPr>
        <w:t>ᏗᎦᎪᎸᏙᏗ</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ᎤᏍᏆᎸᎢ</w:t>
      </w:r>
      <w:r>
        <w:rPr>
          <w:rFonts w:ascii="Times New Roman" w:hAnsi="Times New Roman" w:eastAsia="Times New Roman" w:cs="Times New Roman"/>
        </w:rPr>
        <w:t xml:space="preserve"> </w:t>
      </w:r>
      <w:r>
        <w:rPr>
          <w:rFonts w:ascii="Gadugi" w:hAnsi="Gadugi" w:eastAsia="Gadugi" w:cs="Gadugi"/>
        </w:rPr>
        <w:t>ᎤᏓᎪᎵᏰᏗ</w:t>
      </w:r>
      <w:r>
        <w:rPr>
          <w:rFonts w:ascii="Times New Roman" w:hAnsi="Times New Roman" w:eastAsia="Times New Roman" w:cs="Times New Roman"/>
        </w:rPr>
        <w:t xml:space="preserve"> </w:t>
      </w:r>
      <w:r>
        <w:rPr>
          <w:rFonts w:ascii="Gadugi" w:hAnsi="Gadugi" w:eastAsia="Gadugi" w:cs="Gadugi"/>
        </w:rPr>
        <w:t>ᎠᏎᏃᎲᎢ</w:t>
      </w:r>
      <w:r>
        <w:rPr>
          <w:rFonts w:ascii="Times New Roman" w:hAnsi="Times New Roman" w:eastAsia="Times New Roman" w:cs="Times New Roman"/>
        </w:rPr>
        <w:t xml:space="preserve">” </w:t>
      </w:r>
      <w:r>
        <w:rPr>
          <w:rFonts w:ascii="Gadugi" w:hAnsi="Gadugi" w:eastAsia="Gadugi" w:cs="Gadugi"/>
        </w:rPr>
        <w:t>ᎠᏎᏓᏍᏗᏍᎪ</w:t>
      </w:r>
      <w:r>
        <w:rPr>
          <w:rFonts w:ascii="Times New Roman" w:hAnsi="Times New Roman" w:eastAsia="Times New Roman" w:cs="Times New Roman"/>
        </w:rPr>
        <w:t xml:space="preserve"> </w:t>
      </w:r>
      <w:r>
        <w:rPr>
          <w:rFonts w:ascii="Gadugi" w:hAnsi="Gadugi" w:eastAsia="Gadugi" w:cs="Gadugi"/>
        </w:rPr>
        <w:t>ᏕᎨᏥᏯᎢ</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ᏣᎦᏃᎮᏍᎬ</w:t>
      </w:r>
      <w:r>
        <w:rPr>
          <w:rFonts w:ascii="Times New Roman" w:hAnsi="Times New Roman" w:eastAsia="Times New Roman" w:cs="Times New Roman"/>
        </w:rPr>
        <w:t xml:space="preserve"> </w:t>
      </w:r>
      <w:r>
        <w:rPr>
          <w:rFonts w:ascii="Gadugi" w:hAnsi="Gadugi" w:eastAsia="Gadugi" w:cs="Gadugi"/>
        </w:rPr>
        <w:t>ᎬᏩᏍᏗ</w:t>
      </w:r>
      <w:r>
        <w:rPr>
          <w:rFonts w:ascii="Times New Roman" w:hAnsi="Times New Roman" w:eastAsia="Times New Roman" w:cs="Times New Roman"/>
        </w:rPr>
        <w:t xml:space="preserve"> </w:t>
      </w:r>
      <w:r>
        <w:rPr>
          <w:rFonts w:ascii="Gadugi" w:hAnsi="Gadugi" w:eastAsia="Gadugi" w:cs="Gadugi"/>
        </w:rPr>
        <w:t>ᏅᎦᏍᎪᎯ</w:t>
      </w:r>
      <w:r>
        <w:rPr>
          <w:rFonts w:ascii="Times New Roman" w:hAnsi="Times New Roman" w:eastAsia="Times New Roman" w:cs="Times New Roman"/>
        </w:rPr>
        <w:t xml:space="preserve"> </w:t>
      </w:r>
      <w:r>
        <w:rPr>
          <w:rFonts w:ascii="Gadugi" w:hAnsi="Gadugi" w:eastAsia="Gadugi" w:cs="Gadugi"/>
        </w:rPr>
        <w:t>ᎢᏳᎢ</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«ЧӀан ди, Ильяс а Иоанн Маьхкадой а духеца, ницкъеца, Дела кхайкхамийн элчаш кхайкху хӀукху дуне, къино йолу, лоьра-паргӀата хиларан хӀуманашна, тӀекхочуш долу, адамийн сатуьйсар чаккхе хиларан сахьташца а Христос Иисус Паччахьа паччахьийн, Аьлла лоьрдийн Аьлла санна гучуваларца а холбоьш долуш». Prophets and Kings, 715, 716.</w:t>
      </w:r>
    </w:p>
    <w:p>
      <w:pPr>
        <w:pStyle w:val="ArticleBody"/>
        <w:jc w:val="left"/>
      </w:pPr>
      <w:r>
        <w:rPr>
          <w:rFonts w:ascii="Times New Roman" w:hAnsi="Times New Roman" w:eastAsia="Times New Roman" w:cs="Times New Roman"/>
        </w:rPr>
        <w:t>“</w:t>
      </w:r>
      <w:r>
        <w:rPr>
          <w:rFonts w:ascii="Nirmala UI" w:hAnsi="Nirmala UI" w:eastAsia="Nirmala UI" w:cs="Nirmala UI"/>
        </w:rPr>
        <w:t>संकरी</w:t>
      </w:r>
      <w:r>
        <w:rPr>
          <w:rFonts w:ascii="Times New Roman" w:hAnsi="Times New Roman" w:eastAsia="Times New Roman" w:cs="Times New Roman"/>
        </w:rPr>
        <w:t xml:space="preserve"> </w:t>
      </w:r>
      <w:r>
        <w:rPr>
          <w:rFonts w:ascii="Nirmala UI" w:hAnsi="Nirmala UI" w:eastAsia="Nirmala UI" w:cs="Nirmala UI"/>
        </w:rPr>
        <w:t>परीक्षाकालको</w:t>
      </w:r>
      <w:r>
        <w:rPr>
          <w:rFonts w:ascii="Times New Roman" w:hAnsi="Times New Roman" w:eastAsia="Times New Roman" w:cs="Times New Roman"/>
        </w:rPr>
        <w:t xml:space="preserve"> </w:t>
      </w:r>
      <w:r>
        <w:rPr>
          <w:rFonts w:ascii="Nirmala UI" w:hAnsi="Nirmala UI" w:eastAsia="Nirmala UI" w:cs="Nirmala UI"/>
        </w:rPr>
        <w:t>समाप्तिसँग</w:t>
      </w:r>
      <w:r>
        <w:rPr>
          <w:rFonts w:ascii="Times New Roman" w:hAnsi="Times New Roman" w:eastAsia="Times New Roman" w:cs="Times New Roman"/>
        </w:rPr>
        <w:t xml:space="preserve"> </w:t>
      </w:r>
      <w:r>
        <w:rPr>
          <w:rFonts w:ascii="Nirmala UI" w:hAnsi="Nirmala UI" w:eastAsia="Nirmala UI" w:cs="Nirmala UI"/>
        </w:rPr>
        <w:t>सम्बन्धित</w:t>
      </w:r>
      <w:r>
        <w:rPr>
          <w:rFonts w:ascii="Times New Roman" w:hAnsi="Times New Roman" w:eastAsia="Times New Roman" w:cs="Times New Roman"/>
        </w:rPr>
        <w:t xml:space="preserve"> </w:t>
      </w:r>
      <w:r>
        <w:rPr>
          <w:rFonts w:ascii="Nirmala UI" w:hAnsi="Nirmala UI" w:eastAsia="Nirmala UI" w:cs="Nirmala UI"/>
        </w:rPr>
        <w:t>घटनाहरू</w:t>
      </w:r>
      <w:r>
        <w:rPr>
          <w:rFonts w:ascii="Times New Roman" w:hAnsi="Times New Roman" w:eastAsia="Times New Roman" w:cs="Times New Roman"/>
        </w:rPr>
        <w:t xml:space="preserve">” </w:t>
      </w:r>
      <w:r>
        <w:rPr>
          <w:rFonts w:ascii="Nirmala UI" w:hAnsi="Nirmala UI" w:eastAsia="Nirmala UI" w:cs="Nirmala UI"/>
        </w:rPr>
        <w:t>भनेका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चालीसको</w:t>
      </w:r>
      <w:r>
        <w:rPr>
          <w:rFonts w:ascii="Times New Roman" w:hAnsi="Times New Roman" w:eastAsia="Times New Roman" w:cs="Times New Roman"/>
        </w:rPr>
        <w:t xml:space="preserve"> </w:t>
      </w:r>
      <w:r>
        <w:rPr>
          <w:rFonts w:ascii="Nirmala UI" w:hAnsi="Nirmala UI" w:eastAsia="Nirmala UI" w:cs="Nirmala UI"/>
        </w:rPr>
        <w:t>गुप्त</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उघारिएका</w:t>
      </w:r>
      <w:r>
        <w:rPr>
          <w:rFonts w:ascii="Times New Roman" w:hAnsi="Times New Roman" w:eastAsia="Times New Roman" w:cs="Times New Roman"/>
        </w:rPr>
        <w:t xml:space="preserve"> </w:t>
      </w:r>
      <w:r>
        <w:rPr>
          <w:rFonts w:ascii="Nirmala UI" w:hAnsi="Nirmala UI" w:eastAsia="Nirmala UI" w:cs="Nirmala UI"/>
        </w:rPr>
        <w:t>घटनाहरू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जकरियाह</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तीनमा</w:t>
      </w:r>
      <w:r>
        <w:rPr>
          <w:rFonts w:ascii="Times New Roman" w:hAnsi="Times New Roman" w:eastAsia="Times New Roman" w:cs="Times New Roman"/>
        </w:rPr>
        <w:t xml:space="preserve"> </w:t>
      </w:r>
      <w:r>
        <w:rPr>
          <w:rFonts w:ascii="Nirmala UI" w:hAnsi="Nirmala UI" w:eastAsia="Nirmala UI" w:cs="Nirmala UI"/>
        </w:rPr>
        <w:t>अनुसन्धानात्मक</w:t>
      </w:r>
      <w:r>
        <w:rPr>
          <w:rFonts w:ascii="Times New Roman" w:hAnsi="Times New Roman" w:eastAsia="Times New Roman" w:cs="Times New Roman"/>
        </w:rPr>
        <w:t xml:space="preserve"> </w:t>
      </w:r>
      <w:r>
        <w:rPr>
          <w:rFonts w:ascii="Nirmala UI" w:hAnsi="Nirmala UI" w:eastAsia="Nirmala UI" w:cs="Nirmala UI"/>
        </w:rPr>
        <w:t>न्यायका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दृश्यहरू</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प्रेरणाले</w:t>
      </w:r>
      <w:r>
        <w:rPr>
          <w:rFonts w:ascii="Times New Roman" w:hAnsi="Times New Roman" w:eastAsia="Times New Roman" w:cs="Times New Roman"/>
        </w:rPr>
        <w:t xml:space="preserve"> </w:t>
      </w:r>
      <w:r>
        <w:rPr>
          <w:rFonts w:ascii="Nirmala UI" w:hAnsi="Nirmala UI" w:eastAsia="Nirmala UI" w:cs="Nirmala UI"/>
        </w:rPr>
        <w:t>जकरियाहको</w:t>
      </w:r>
      <w:r>
        <w:rPr>
          <w:rFonts w:ascii="Times New Roman" w:hAnsi="Times New Roman" w:eastAsia="Times New Roman" w:cs="Times New Roman"/>
        </w:rPr>
        <w:t xml:space="preserve"> </w:t>
      </w:r>
      <w:r>
        <w:rPr>
          <w:rFonts w:ascii="Nirmala UI" w:hAnsi="Nirmala UI" w:eastAsia="Nirmala UI" w:cs="Nirmala UI"/>
        </w:rPr>
        <w:t>गवाहीलाई</w:t>
      </w:r>
      <w:r>
        <w:rPr>
          <w:rFonts w:ascii="Times New Roman" w:hAnsi="Times New Roman" w:eastAsia="Times New Roman" w:cs="Times New Roman"/>
        </w:rPr>
        <w:t xml:space="preserve"> </w:t>
      </w:r>
      <w:r>
        <w:rPr>
          <w:rFonts w:ascii="Nirmala UI" w:hAnsi="Nirmala UI" w:eastAsia="Nirmala UI" w:cs="Nirmala UI"/>
        </w:rPr>
        <w:t>इजकिएल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लगाइएकाहरूसँग</w:t>
      </w:r>
      <w:r>
        <w:rPr>
          <w:rFonts w:ascii="Times New Roman" w:hAnsi="Times New Roman" w:eastAsia="Times New Roman" w:cs="Times New Roman"/>
        </w:rPr>
        <w:t xml:space="preserve"> </w:t>
      </w:r>
      <w:r>
        <w:rPr>
          <w:rFonts w:ascii="Nirmala UI" w:hAnsi="Nirmala UI" w:eastAsia="Nirmala UI" w:cs="Nirmala UI"/>
        </w:rPr>
        <w:t>संयोजित</w:t>
      </w:r>
      <w:r>
        <w:rPr>
          <w:rFonts w:ascii="Times New Roman" w:hAnsi="Times New Roman" w:eastAsia="Times New Roman" w:cs="Times New Roman"/>
        </w:rPr>
        <w:t xml:space="preserve"> </w:t>
      </w:r>
      <w:r>
        <w:rPr>
          <w:rFonts w:ascii="Nirmala UI" w:hAnsi="Nirmala UI" w:eastAsia="Nirmala UI" w:cs="Nirmala UI"/>
        </w:rPr>
        <w:t>गर्दछ।</w:t>
      </w:r>
    </w:p>
    <w:p>
      <w:pPr>
        <w:pStyle w:val="ArticleScripture"/>
        <w:jc w:val="left"/>
      </w:pPr>
      <w:r>
        <w:rPr>
          <w:rFonts w:ascii="Times New Roman" w:hAnsi="Times New Roman" w:eastAsia="Times New Roman" w:cs="Times New Roman"/>
        </w:rPr>
        <w:t>“</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ᏧᏤᏥ</w:t>
      </w:r>
      <w:r>
        <w:rPr>
          <w:rFonts w:ascii="Times New Roman" w:hAnsi="Times New Roman" w:eastAsia="Times New Roman" w:cs="Times New Roman"/>
        </w:rPr>
        <w:t xml:space="preserve"> </w:t>
      </w:r>
      <w:r>
        <w:rPr>
          <w:rFonts w:ascii="Gadugi" w:hAnsi="Gadugi" w:eastAsia="Gadugi" w:cs="Gadugi"/>
        </w:rPr>
        <w:t>ᎤᏂᏴᎬᎢ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ᎤᏂᏠᏱᎭ</w:t>
      </w:r>
      <w:r>
        <w:rPr>
          <w:rFonts w:ascii="Times New Roman" w:hAnsi="Times New Roman" w:eastAsia="Times New Roman" w:cs="Times New Roman"/>
        </w:rPr>
        <w:t xml:space="preserve"> </w:t>
      </w:r>
      <w:r>
        <w:rPr>
          <w:rFonts w:ascii="Gadugi" w:hAnsi="Gadugi" w:eastAsia="Gadugi" w:cs="Gadugi"/>
        </w:rPr>
        <w:t>ᎤᏲᎢ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ᎤᏂᎸᏫᏍᏓᏁᎸ</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ᎠᏓᎨᏳᏔᏅ</w:t>
      </w:r>
      <w:r>
        <w:rPr>
          <w:rFonts w:ascii="Times New Roman" w:hAnsi="Times New Roman" w:eastAsia="Times New Roman" w:cs="Times New Roman"/>
        </w:rPr>
        <w:t xml:space="preserve"> </w:t>
      </w:r>
      <w:r>
        <w:rPr>
          <w:rFonts w:ascii="Gadugi" w:hAnsi="Gadugi" w:eastAsia="Gadugi" w:cs="Gadugi"/>
        </w:rPr>
        <w:t>ᎤᏂᏔᎵᎬᎢ</w:t>
      </w:r>
      <w:r>
        <w:rPr>
          <w:rFonts w:ascii="Times New Roman" w:hAnsi="Times New Roman" w:eastAsia="Times New Roman" w:cs="Times New Roman"/>
        </w:rPr>
        <w:t xml:space="preserve"> </w:t>
      </w:r>
      <w:r>
        <w:rPr>
          <w:rFonts w:ascii="Gadugi" w:hAnsi="Gadugi" w:eastAsia="Gadugi" w:cs="Gadugi"/>
        </w:rPr>
        <w:t>ᏕᎨᎬᏂᏍᎦ</w:t>
      </w:r>
      <w:r>
        <w:rPr>
          <w:rFonts w:ascii="Times New Roman" w:hAnsi="Times New Roman" w:eastAsia="Times New Roman" w:cs="Times New Roman"/>
        </w:rPr>
        <w:t xml:space="preserve"> </w:t>
      </w:r>
      <w:r>
        <w:rPr>
          <w:rFonts w:ascii="Gadugi" w:hAnsi="Gadugi" w:eastAsia="Gadugi" w:cs="Gadugi"/>
        </w:rPr>
        <w:t>ᎤᏲ</w:t>
      </w:r>
      <w:r>
        <w:rPr>
          <w:rFonts w:ascii="Times New Roman" w:hAnsi="Times New Roman" w:eastAsia="Times New Roman" w:cs="Times New Roman"/>
        </w:rPr>
        <w:t xml:space="preserve"> </w:t>
      </w:r>
      <w:r>
        <w:rPr>
          <w:rFonts w:ascii="Gadugi" w:hAnsi="Gadugi" w:eastAsia="Gadugi" w:cs="Gadugi"/>
        </w:rPr>
        <w:t>ᎠᏁᎯ</w:t>
      </w:r>
      <w:r>
        <w:rPr>
          <w:rFonts w:ascii="Times New Roman" w:hAnsi="Times New Roman" w:eastAsia="Times New Roman" w:cs="Times New Roman"/>
        </w:rPr>
        <w:t xml:space="preserve"> </w:t>
      </w:r>
      <w:r>
        <w:rPr>
          <w:rFonts w:ascii="Gadugi" w:hAnsi="Gadugi" w:eastAsia="Gadugi" w:cs="Gadugi"/>
        </w:rPr>
        <w:t>ᎤᎾᏠᎾᏍᏗᏱ</w:t>
      </w:r>
      <w:r>
        <w:rPr>
          <w:rFonts w:ascii="Times New Roman" w:hAnsi="Times New Roman" w:eastAsia="Times New Roman" w:cs="Times New Roman"/>
        </w:rPr>
        <w:t xml:space="preserve"> </w:t>
      </w:r>
      <w:r>
        <w:rPr>
          <w:rFonts w:ascii="Gadugi" w:hAnsi="Gadugi" w:eastAsia="Gadugi" w:cs="Gadugi"/>
        </w:rPr>
        <w:t>ᎤᎾᏚᎸᎢ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ᏧᏓᎴᏅᏛ</w:t>
      </w:r>
      <w:r>
        <w:rPr>
          <w:rFonts w:ascii="Times New Roman" w:hAnsi="Times New Roman" w:eastAsia="Times New Roman" w:cs="Times New Roman"/>
        </w:rPr>
        <w:t xml:space="preserve"> </w:t>
      </w:r>
      <w:r>
        <w:rPr>
          <w:rFonts w:ascii="Gadugi" w:hAnsi="Gadugi" w:eastAsia="Gadugi" w:cs="Gadugi"/>
        </w:rPr>
        <w:t>ᏗᎧᎿᎭᏩᏛ</w:t>
      </w:r>
      <w:r>
        <w:rPr>
          <w:rFonts w:ascii="Times New Roman" w:hAnsi="Times New Roman" w:eastAsia="Times New Roman" w:cs="Times New Roman"/>
        </w:rPr>
        <w:t xml:space="preserve"> </w:t>
      </w:r>
      <w:r>
        <w:rPr>
          <w:rFonts w:ascii="Gadugi" w:hAnsi="Gadugi" w:eastAsia="Gadugi" w:cs="Gadugi"/>
        </w:rPr>
        <w:t>ᎤᎾᏓᏱᎸᏗᏍᎬᎢ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ᎤᏂᏣᎳᎩ</w:t>
      </w:r>
      <w:r>
        <w:rPr>
          <w:rFonts w:ascii="Times New Roman" w:hAnsi="Times New Roman" w:eastAsia="Times New Roman" w:cs="Times New Roman"/>
        </w:rPr>
        <w:t xml:space="preserve"> </w:t>
      </w:r>
      <w:r>
        <w:rPr>
          <w:rFonts w:ascii="Gadugi" w:hAnsi="Gadugi" w:eastAsia="Gadugi" w:cs="Gadugi"/>
        </w:rPr>
        <w:t>ᎤᏲ</w:t>
      </w:r>
      <w:r>
        <w:rPr>
          <w:rFonts w:ascii="Times New Roman" w:hAnsi="Times New Roman" w:eastAsia="Times New Roman" w:cs="Times New Roman"/>
        </w:rPr>
        <w:t xml:space="preserve"> </w:t>
      </w:r>
      <w:r>
        <w:rPr>
          <w:rFonts w:ascii="Gadugi" w:hAnsi="Gadugi" w:eastAsia="Gadugi" w:cs="Gadugi"/>
        </w:rPr>
        <w:t>ᎠᏓᏅᏙᎢ</w:t>
      </w:r>
      <w:r>
        <w:rPr>
          <w:rFonts w:ascii="Times New Roman" w:hAnsi="Times New Roman" w:eastAsia="Times New Roman" w:cs="Times New Roman"/>
        </w:rPr>
        <w:t xml:space="preserve"> </w:t>
      </w:r>
      <w:r>
        <w:rPr>
          <w:rFonts w:ascii="Gadugi" w:hAnsi="Gadugi" w:eastAsia="Gadugi" w:cs="Gadugi"/>
        </w:rPr>
        <w:t>ᎤᎾᏓᏬᏁᏒ</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ᎤᏂᏍᎦᏅᏨ</w:t>
      </w:r>
      <w:r>
        <w:rPr>
          <w:rFonts w:ascii="Times New Roman" w:hAnsi="Times New Roman" w:eastAsia="Times New Roman" w:cs="Times New Roman"/>
        </w:rPr>
        <w:t xml:space="preserve"> </w:t>
      </w:r>
      <w:r>
        <w:rPr>
          <w:rFonts w:ascii="Gadugi" w:hAnsi="Gadugi" w:eastAsia="Gadugi" w:cs="Gadugi"/>
        </w:rPr>
        <w:t>ᏅᏗᎦᎵᏍᏗᏍᎬᎢ</w:t>
      </w:r>
      <w:r>
        <w:rPr>
          <w:rFonts w:ascii="Times New Roman" w:hAnsi="Times New Roman" w:eastAsia="Times New Roman" w:cs="Times New Roman"/>
        </w:rPr>
        <w:t xml:space="preserve"> </w:t>
      </w:r>
      <w:r>
        <w:rPr>
          <w:rFonts w:ascii="Gadugi" w:hAnsi="Gadugi" w:eastAsia="Gadugi" w:cs="Gadugi"/>
        </w:rPr>
        <w:t>ᏱᎰᏩ</w:t>
      </w:r>
      <w:r>
        <w:rPr>
          <w:rFonts w:ascii="Times New Roman" w:hAnsi="Times New Roman" w:eastAsia="Times New Roman" w:cs="Times New Roman"/>
        </w:rPr>
        <w:t xml:space="preserve"> </w:t>
      </w:r>
      <w:r>
        <w:rPr>
          <w:rFonts w:ascii="Gadugi" w:hAnsi="Gadugi" w:eastAsia="Gadugi" w:cs="Gadugi"/>
        </w:rPr>
        <w:t>ᎠᎦᏔᎲᎢ</w:t>
      </w:r>
      <w:r>
        <w:rPr>
          <w:rFonts w:ascii="Times New Roman" w:hAnsi="Times New Roman" w:eastAsia="Times New Roman" w:cs="Times New Roman"/>
        </w:rPr>
        <w:t xml:space="preserve">. </w:t>
      </w:r>
      <w:r>
        <w:rPr>
          <w:rFonts w:ascii="Gadugi" w:hAnsi="Gadugi" w:eastAsia="Gadugi" w:cs="Gadugi"/>
        </w:rPr>
        <w:t>ᎤᏲ</w:t>
      </w:r>
      <w:r>
        <w:rPr>
          <w:rFonts w:ascii="Times New Roman" w:hAnsi="Times New Roman" w:eastAsia="Times New Roman" w:cs="Times New Roman"/>
        </w:rPr>
        <w:t xml:space="preserve"> </w:t>
      </w:r>
      <w:r>
        <w:rPr>
          <w:rFonts w:ascii="Gadugi" w:hAnsi="Gadugi" w:eastAsia="Gadugi" w:cs="Gadugi"/>
        </w:rPr>
        <w:t>ᎠᏁᎯ</w:t>
      </w:r>
      <w:r>
        <w:rPr>
          <w:rFonts w:ascii="Times New Roman" w:hAnsi="Times New Roman" w:eastAsia="Times New Roman" w:cs="Times New Roman"/>
        </w:rPr>
        <w:t xml:space="preserve"> </w:t>
      </w:r>
      <w:r>
        <w:rPr>
          <w:rFonts w:ascii="Gadugi" w:hAnsi="Gadugi" w:eastAsia="Gadugi" w:cs="Gadugi"/>
        </w:rPr>
        <w:t>ᎤᏂᏐᏢᏔᏅ</w:t>
      </w:r>
      <w:r>
        <w:rPr>
          <w:rFonts w:ascii="Times New Roman" w:hAnsi="Times New Roman" w:eastAsia="Times New Roman" w:cs="Times New Roman"/>
        </w:rPr>
        <w:t xml:space="preserve"> </w:t>
      </w:r>
      <w:r>
        <w:rPr>
          <w:rFonts w:ascii="Gadugi" w:hAnsi="Gadugi" w:eastAsia="Gadugi" w:cs="Gadugi"/>
        </w:rPr>
        <w:t>ᎤᏂᏲᎵ</w:t>
      </w:r>
      <w:r>
        <w:rPr>
          <w:rFonts w:ascii="Times New Roman" w:hAnsi="Times New Roman" w:eastAsia="Times New Roman" w:cs="Times New Roman"/>
        </w:rPr>
        <w:t xml:space="preserve">, </w:t>
      </w:r>
      <w:r>
        <w:rPr>
          <w:rFonts w:ascii="Gadugi" w:hAnsi="Gadugi" w:eastAsia="Gadugi" w:cs="Gadugi"/>
        </w:rPr>
        <w:t>ᎤᏂᏐᏢᏗᏍᎪ</w:t>
      </w:r>
      <w:r>
        <w:rPr>
          <w:rFonts w:ascii="Times New Roman" w:hAnsi="Times New Roman" w:eastAsia="Times New Roman" w:cs="Times New Roman"/>
        </w:rPr>
        <w:t xml:space="preserve"> </w:t>
      </w:r>
      <w:r>
        <w:rPr>
          <w:rFonts w:ascii="Gadugi" w:hAnsi="Gadugi" w:eastAsia="Gadugi" w:cs="Gadugi"/>
        </w:rPr>
        <w:t>ᎤᏂᏍᏆᏂᎪᏗ</w:t>
      </w:r>
      <w:r>
        <w:rPr>
          <w:rFonts w:ascii="Times New Roman" w:hAnsi="Times New Roman" w:eastAsia="Times New Roman" w:cs="Times New Roman"/>
        </w:rPr>
        <w:t xml:space="preserve"> </w:t>
      </w:r>
      <w:r>
        <w:rPr>
          <w:rFonts w:ascii="Gadugi" w:hAnsi="Gadugi" w:eastAsia="Gadugi" w:cs="Gadugi"/>
        </w:rPr>
        <w:t>ᎤᏂᏔᏲᎯᎯᏍᎬᎢ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ᎤᏂᏐᏢᏗᏍᎪ</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ᎤᏂᏬᏎᎭ</w:t>
      </w:r>
      <w:r>
        <w:rPr>
          <w:rFonts w:ascii="Times New Roman" w:hAnsi="Times New Roman" w:eastAsia="Times New Roman" w:cs="Times New Roman"/>
        </w:rPr>
        <w:t xml:space="preserve"> </w:t>
      </w:r>
      <w:r>
        <w:rPr>
          <w:rFonts w:ascii="Gadugi" w:hAnsi="Gadugi" w:eastAsia="Gadugi" w:cs="Gadugi"/>
        </w:rPr>
        <w:t>ᎤᏂᎦᎾᎶᏛᎢ</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ᎤᎾᏕᏯᏔᏅ</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ᎤᎾᏓᏬᏁᏗᏱ</w:t>
      </w:r>
      <w:r>
        <w:rPr>
          <w:rFonts w:ascii="Times New Roman" w:hAnsi="Times New Roman" w:eastAsia="Times New Roman" w:cs="Times New Roman"/>
        </w:rPr>
        <w:t xml:space="preserve"> </w:t>
      </w:r>
      <w:r>
        <w:rPr>
          <w:rFonts w:ascii="Gadugi" w:hAnsi="Gadugi" w:eastAsia="Gadugi" w:cs="Gadugi"/>
        </w:rPr>
        <w:t>ᎤᏂᏲᎦᏙᎵᏍᏗᏍᎬ</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ᏧᏤᏥ</w:t>
      </w:r>
      <w:r>
        <w:rPr>
          <w:rFonts w:ascii="Times New Roman" w:hAnsi="Times New Roman" w:eastAsia="Times New Roman" w:cs="Times New Roman"/>
        </w:rPr>
        <w:t xml:space="preserve"> </w:t>
      </w:r>
      <w:r>
        <w:rPr>
          <w:rFonts w:ascii="Gadugi" w:hAnsi="Gadugi" w:eastAsia="Gadugi" w:cs="Gadugi"/>
        </w:rPr>
        <w:t>ᎬᏂᏗᏳ</w:t>
      </w:r>
      <w:r>
        <w:rPr>
          <w:rFonts w:ascii="Times New Roman" w:hAnsi="Times New Roman" w:eastAsia="Times New Roman" w:cs="Times New Roman"/>
        </w:rPr>
        <w:t xml:space="preserve"> </w:t>
      </w:r>
      <w:r>
        <w:rPr>
          <w:rFonts w:ascii="Gadugi" w:hAnsi="Gadugi" w:eastAsia="Gadugi" w:cs="Gadugi"/>
        </w:rPr>
        <w:t>ᎤᏃᎵᏛ</w:t>
      </w:r>
      <w:r>
        <w:rPr>
          <w:rFonts w:ascii="Times New Roman" w:hAnsi="Times New Roman" w:eastAsia="Times New Roman" w:cs="Times New Roman"/>
        </w:rPr>
        <w:t xml:space="preserve"> </w:t>
      </w:r>
      <w:r>
        <w:rPr>
          <w:rFonts w:ascii="Gadugi" w:hAnsi="Gadugi" w:eastAsia="Gadugi" w:cs="Gadugi"/>
        </w:rPr>
        <w:t>ᎤᏃᎯᏳᏔᏅ</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ᎤᎾᏓᏈᏒᎯ</w:t>
      </w:r>
      <w:r>
        <w:rPr>
          <w:rFonts w:ascii="Times New Roman" w:hAnsi="Times New Roman" w:eastAsia="Times New Roman" w:cs="Times New Roman"/>
        </w:rPr>
        <w:t xml:space="preserve"> </w:t>
      </w:r>
      <w:r>
        <w:rPr>
          <w:rFonts w:ascii="Gadugi" w:hAnsi="Gadugi" w:eastAsia="Gadugi" w:cs="Gadugi"/>
        </w:rPr>
        <w:t>ᎤᎾᏤᎵ</w:t>
      </w:r>
      <w:r>
        <w:rPr>
          <w:rFonts w:ascii="Times New Roman" w:hAnsi="Times New Roman" w:eastAsia="Times New Roman" w:cs="Times New Roman"/>
        </w:rPr>
        <w:t xml:space="preserve"> </w:t>
      </w:r>
      <w:r>
        <w:rPr>
          <w:rFonts w:ascii="Gadugi" w:hAnsi="Gadugi" w:eastAsia="Gadugi" w:cs="Gadugi"/>
        </w:rPr>
        <w:t>ᎤᏂᎦᎸᎳᏗ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ᎤᏲᏍᏗ</w:t>
      </w:r>
      <w:r>
        <w:rPr>
          <w:rFonts w:ascii="Times New Roman" w:hAnsi="Times New Roman" w:eastAsia="Times New Roman" w:cs="Times New Roman"/>
        </w:rPr>
        <w:t xml:space="preserve"> </w:t>
      </w:r>
      <w:r>
        <w:rPr>
          <w:rFonts w:ascii="Gadugi" w:hAnsi="Gadugi" w:eastAsia="Gadugi" w:cs="Gadugi"/>
        </w:rPr>
        <w:t>ᎤᎾᏓᏅᏙ</w:t>
      </w:r>
      <w:r>
        <w:rPr>
          <w:rFonts w:ascii="Times New Roman" w:hAnsi="Times New Roman" w:eastAsia="Times New Roman" w:cs="Times New Roman"/>
        </w:rPr>
        <w:t xml:space="preserve"> </w:t>
      </w:r>
      <w:r>
        <w:rPr>
          <w:rFonts w:ascii="Gadugi" w:hAnsi="Gadugi" w:eastAsia="Gadugi" w:cs="Gadugi"/>
        </w:rPr>
        <w:t>ᎤᎬᏩᎵ</w:t>
      </w:r>
      <w:r>
        <w:rPr>
          <w:rFonts w:ascii="Times New Roman" w:hAnsi="Times New Roman" w:eastAsia="Times New Roman" w:cs="Times New Roman"/>
        </w:rPr>
        <w:t xml:space="preserve"> </w:t>
      </w:r>
      <w:r>
        <w:rPr>
          <w:rFonts w:ascii="Gadugi" w:hAnsi="Gadugi" w:eastAsia="Gadugi" w:cs="Gadugi"/>
        </w:rPr>
        <w:t>ᎤᏂᎬᏩᎶᏒ</w:t>
      </w:r>
      <w:r>
        <w:rPr>
          <w:rFonts w:ascii="Times New Roman" w:hAnsi="Times New Roman" w:eastAsia="Times New Roman" w:cs="Times New Roman"/>
        </w:rPr>
        <w:t xml:space="preserve"> </w:t>
      </w:r>
      <w:r>
        <w:rPr>
          <w:rFonts w:ascii="Gadugi" w:hAnsi="Gadugi" w:eastAsia="Gadugi" w:cs="Gadugi"/>
        </w:rPr>
        <w:t>ᏗᏍᎦᏅᏨ</w:t>
      </w:r>
      <w:r>
        <w:rPr>
          <w:rFonts w:ascii="Times New Roman" w:hAnsi="Times New Roman" w:eastAsia="Times New Roman" w:cs="Times New Roman"/>
        </w:rPr>
        <w:t xml:space="preserve"> </w:t>
      </w:r>
      <w:r>
        <w:rPr>
          <w:rFonts w:ascii="Gadugi" w:hAnsi="Gadugi" w:eastAsia="Gadugi" w:cs="Gadugi"/>
        </w:rPr>
        <w:t>ᏅᏗᎦᎵᏍᏗᏍᎬᎢ</w:t>
      </w:r>
      <w:r>
        <w:rPr>
          <w:rFonts w:ascii="Times New Roman" w:hAnsi="Times New Roman" w:eastAsia="Times New Roman" w:cs="Times New Roman"/>
        </w:rPr>
        <w:t xml:space="preserve">. </w:t>
      </w:r>
      <w:r>
        <w:rPr>
          <w:rFonts w:ascii="Gadugi" w:hAnsi="Gadugi" w:eastAsia="Gadugi" w:cs="Gadugi"/>
        </w:rPr>
        <w:t>ᎾᏍᎩᏰᏃ</w:t>
      </w:r>
      <w:r>
        <w:rPr>
          <w:rFonts w:ascii="Times New Roman" w:hAnsi="Times New Roman" w:eastAsia="Times New Roman" w:cs="Times New Roman"/>
        </w:rPr>
        <w:t xml:space="preserve"> </w:t>
      </w:r>
      <w:r>
        <w:rPr>
          <w:rFonts w:ascii="Gadugi" w:hAnsi="Gadugi" w:eastAsia="Gadugi" w:cs="Gadugi"/>
        </w:rPr>
        <w:t>ᎦᏅᏗᏳ</w:t>
      </w:r>
      <w:r>
        <w:rPr>
          <w:rFonts w:ascii="Times New Roman" w:hAnsi="Times New Roman" w:eastAsia="Times New Roman" w:cs="Times New Roman"/>
        </w:rPr>
        <w:t xml:space="preserve"> </w:t>
      </w:r>
      <w:r>
        <w:rPr>
          <w:rFonts w:ascii="Gadugi" w:hAnsi="Gadugi" w:eastAsia="Gadugi" w:cs="Gadugi"/>
        </w:rPr>
        <w:t>ᏥᎨᏒ</w:t>
      </w:r>
      <w:r>
        <w:rPr>
          <w:rFonts w:ascii="Times New Roman" w:hAnsi="Times New Roman" w:eastAsia="Times New Roman" w:cs="Times New Roman"/>
        </w:rPr>
        <w:t xml:space="preserve"> </w:t>
      </w:r>
      <w:r>
        <w:rPr>
          <w:rFonts w:ascii="Gadugi" w:hAnsi="Gadugi" w:eastAsia="Gadugi" w:cs="Gadugi"/>
        </w:rPr>
        <w:t>ᏅᏗᏂᎦᎵᏍᏗᏍᎪ</w:t>
      </w:r>
      <w:r>
        <w:rPr>
          <w:rFonts w:ascii="Times New Roman" w:hAnsi="Times New Roman" w:eastAsia="Times New Roman" w:cs="Times New Roman"/>
        </w:rPr>
        <w:t xml:space="preserve"> </w:t>
      </w:r>
      <w:r>
        <w:rPr>
          <w:rFonts w:ascii="Gadugi" w:hAnsi="Gadugi" w:eastAsia="Gadugi" w:cs="Gadugi"/>
        </w:rPr>
        <w:t>ᎦᎢ</w:t>
      </w:r>
      <w:r>
        <w:rPr>
          <w:rFonts w:ascii="Times New Roman" w:hAnsi="Times New Roman" w:eastAsia="Times New Roman" w:cs="Times New Roman"/>
        </w:rPr>
        <w:t xml:space="preserve"> </w:t>
      </w:r>
      <w:r>
        <w:rPr>
          <w:rFonts w:ascii="Gadugi" w:hAnsi="Gadugi" w:eastAsia="Gadugi" w:cs="Gadugi"/>
        </w:rPr>
        <w:t>ᎠᏂᎷᎬᎢ</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ᏗᎨᏥᎧᎿᎭᏩᏛ</w:t>
      </w:r>
      <w:r>
        <w:rPr>
          <w:rFonts w:ascii="Times New Roman" w:hAnsi="Times New Roman" w:eastAsia="Times New Roman" w:cs="Times New Roman"/>
        </w:rPr>
        <w:t xml:space="preserve"> </w:t>
      </w:r>
      <w:r>
        <w:rPr>
          <w:rFonts w:ascii="Gadugi" w:hAnsi="Gadugi" w:eastAsia="Gadugi" w:cs="Gadugi"/>
        </w:rPr>
        <w:t>ᎤᎾᏙᎾᎥ</w:t>
      </w:r>
      <w:r>
        <w:rPr>
          <w:rFonts w:ascii="Times New Roman" w:hAnsi="Times New Roman" w:eastAsia="Times New Roman" w:cs="Times New Roman"/>
        </w:rPr>
        <w:t xml:space="preserve"> </w:t>
      </w:r>
      <w:r>
        <w:rPr>
          <w:rFonts w:ascii="Gadugi" w:hAnsi="Gadugi" w:eastAsia="Gadugi" w:cs="Gadugi"/>
        </w:rPr>
        <w:t>ᎠᏍᏆᏂᎪᏗ</w:t>
      </w:r>
      <w:r>
        <w:rPr>
          <w:rFonts w:ascii="Times New Roman" w:hAnsi="Times New Roman" w:eastAsia="Times New Roman" w:cs="Times New Roman"/>
        </w:rPr>
        <w:t xml:space="preserve"> </w:t>
      </w: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ᎤᏓᎸᏉᏗᏳ</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ᎤᏂᎪᎲ</w:t>
      </w:r>
      <w:r>
        <w:rPr>
          <w:rFonts w:ascii="Times New Roman" w:hAnsi="Times New Roman" w:eastAsia="Times New Roman" w:cs="Times New Roman"/>
        </w:rPr>
        <w:t xml:space="preserve"> </w:t>
      </w:r>
      <w:r>
        <w:rPr>
          <w:rFonts w:ascii="Gadugi" w:hAnsi="Gadugi" w:eastAsia="Gadugi" w:cs="Gadugi"/>
        </w:rPr>
        <w:t>ᎤᏍᏗᎩᏳ</w:t>
      </w:r>
      <w:r>
        <w:rPr>
          <w:rFonts w:ascii="Times New Roman" w:hAnsi="Times New Roman" w:eastAsia="Times New Roman" w:cs="Times New Roman"/>
        </w:rPr>
        <w:t xml:space="preserve"> </w:t>
      </w:r>
      <w:r>
        <w:rPr>
          <w:rFonts w:ascii="Gadugi" w:hAnsi="Gadugi" w:eastAsia="Gadugi" w:cs="Gadugi"/>
        </w:rPr>
        <w:t>ᎤᏂᎬᏩᎵ</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ᎤᏲᎢ</w:t>
      </w:r>
      <w:r>
        <w:rPr>
          <w:rFonts w:ascii="Times New Roman" w:hAnsi="Times New Roman" w:eastAsia="Times New Roman" w:cs="Times New Roman"/>
        </w:rPr>
        <w:t xml:space="preserve"> </w:t>
      </w:r>
      <w:r>
        <w:rPr>
          <w:rFonts w:ascii="Gadugi" w:hAnsi="Gadugi" w:eastAsia="Gadugi" w:cs="Gadugi"/>
        </w:rPr>
        <w:t>ᏗᏍᎦᏅᏨ</w:t>
      </w:r>
      <w:r>
        <w:rPr>
          <w:rFonts w:ascii="Times New Roman" w:hAnsi="Times New Roman" w:eastAsia="Times New Roman" w:cs="Times New Roman"/>
        </w:rPr>
        <w:t xml:space="preserve">. </w:t>
      </w:r>
      <w:r>
        <w:rPr>
          <w:rFonts w:ascii="Gadugi" w:hAnsi="Gadugi" w:eastAsia="Gadugi" w:cs="Gadugi"/>
        </w:rPr>
        <w:t>ᎤᎾᏠᏱᎸᎢ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ᎤᏂᏅᏬᎠᏒ</w:t>
      </w:r>
      <w:r>
        <w:rPr>
          <w:rFonts w:ascii="Times New Roman" w:hAnsi="Times New Roman" w:eastAsia="Times New Roman" w:cs="Times New Roman"/>
        </w:rPr>
        <w:t xml:space="preserve"> </w:t>
      </w:r>
      <w:r>
        <w:rPr>
          <w:rFonts w:ascii="Gadugi" w:hAnsi="Gadugi" w:eastAsia="Gadugi" w:cs="Gadugi"/>
        </w:rPr>
        <w:t>ᎤᎾᏓᏅᏙ</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ᎤᏰᎸᎭ</w:t>
      </w:r>
      <w:r>
        <w:rPr>
          <w:rFonts w:ascii="Times New Roman" w:hAnsi="Times New Roman" w:eastAsia="Times New Roman" w:cs="Times New Roman"/>
        </w:rPr>
        <w:t xml:space="preserve"> </w:t>
      </w:r>
      <w:r>
        <w:rPr>
          <w:rFonts w:ascii="Gadugi" w:hAnsi="Gadugi" w:eastAsia="Gadugi" w:cs="Gadugi"/>
        </w:rPr>
        <w:t>ᎤᎧᏛᎢ</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ᎤᏂᎦᏔᎲ</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ᎤᏂᎦᏢᏉᎢ</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ᎠᏂᎨᏒ</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ᏱᎬᏩᏂᎪᎲ</w:t>
      </w:r>
      <w:r>
        <w:rPr>
          <w:rFonts w:ascii="Times New Roman" w:hAnsi="Times New Roman" w:eastAsia="Times New Roman" w:cs="Times New Roman"/>
        </w:rPr>
        <w:t xml:space="preserve"> </w:t>
      </w:r>
      <w:r>
        <w:rPr>
          <w:rFonts w:ascii="Gadugi" w:hAnsi="Gadugi" w:eastAsia="Gadugi" w:cs="Gadugi"/>
        </w:rPr>
        <w:t>ᎢᎬᏱᏊ</w:t>
      </w:r>
      <w:r>
        <w:rPr>
          <w:rFonts w:ascii="Times New Roman" w:hAnsi="Times New Roman" w:eastAsia="Times New Roman" w:cs="Times New Roman"/>
        </w:rPr>
        <w:t xml:space="preserve"> </w:t>
      </w:r>
      <w:r>
        <w:rPr>
          <w:rFonts w:ascii="Gadugi" w:hAnsi="Gadugi" w:eastAsia="Gadugi" w:cs="Gadugi"/>
        </w:rPr>
        <w:t>ᎤᏂᏲᎯᏍᏗᏱ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ᎤᏂᏐᏢᏔᏅ</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ᎤᏂᏲᏦᎢ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ᎤᏂᏁᎬ</w:t>
      </w:r>
      <w:r>
        <w:rPr>
          <w:rFonts w:ascii="Times New Roman" w:hAnsi="Times New Roman" w:eastAsia="Times New Roman" w:cs="Times New Roman"/>
        </w:rPr>
        <w:t xml:space="preserve"> </w:t>
      </w:r>
      <w:r>
        <w:rPr>
          <w:rFonts w:ascii="Gadugi" w:hAnsi="Gadugi" w:eastAsia="Gadugi" w:cs="Gadugi"/>
        </w:rPr>
        <w:t>ᏧᏂᏍᏆᏂᎪᏔᏅ</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ᎤᎾᏓᏱᎸᏗᏍᎬ</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ᎤᏤᎲ</w:t>
      </w:r>
      <w:r>
        <w:rPr>
          <w:rFonts w:ascii="Times New Roman" w:hAnsi="Times New Roman" w:eastAsia="Times New Roman" w:cs="Times New Roman"/>
        </w:rPr>
        <w:t xml:space="preserve"> </w:t>
      </w:r>
      <w:r>
        <w:rPr>
          <w:rFonts w:ascii="Gadugi" w:hAnsi="Gadugi" w:eastAsia="Gadugi" w:cs="Gadugi"/>
        </w:rPr>
        <w:t>ᏧᏓᎴᏅᏛ</w:t>
      </w:r>
      <w:r>
        <w:rPr>
          <w:rFonts w:ascii="Times New Roman" w:hAnsi="Times New Roman" w:eastAsia="Times New Roman" w:cs="Times New Roman"/>
        </w:rPr>
        <w:t xml:space="preserve"> </w:t>
      </w:r>
      <w:r>
        <w:rPr>
          <w:rFonts w:ascii="Gadugi" w:hAnsi="Gadugi" w:eastAsia="Gadugi" w:cs="Gadugi"/>
        </w:rPr>
        <w:t>ᏗᎧᎿᎭᏩᏛ</w:t>
      </w:r>
      <w:r>
        <w:rPr>
          <w:rFonts w:ascii="Times New Roman" w:hAnsi="Times New Roman" w:eastAsia="Times New Roman" w:cs="Times New Roman"/>
        </w:rPr>
        <w:t xml:space="preserve">. </w:t>
      </w:r>
      <w:r>
        <w:rPr>
          <w:rFonts w:ascii="Gadugi" w:hAnsi="Gadugi" w:eastAsia="Gadugi" w:cs="Gadugi"/>
        </w:rPr>
        <w:t>ᎤᏬᎯᏳᎯᏳ</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ᎤᏲᏦ</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ᎠᎾᏓᏅᏙᎢ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ᎠᏍᏓᏱᏗ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ᎤᏂᏁᏤᎸᏗᏱ</w:t>
      </w:r>
      <w:r>
        <w:rPr>
          <w:rFonts w:ascii="Times New Roman" w:hAnsi="Times New Roman" w:eastAsia="Times New Roman" w:cs="Times New Roman"/>
        </w:rPr>
        <w:t xml:space="preserve"> </w:t>
      </w:r>
      <w:r>
        <w:rPr>
          <w:rFonts w:ascii="Gadugi" w:hAnsi="Gadugi" w:eastAsia="Gadugi" w:cs="Gadugi"/>
        </w:rPr>
        <w:t>ᏗᏍᏓᏩᏛᎢ</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ᎤᏟᎶᏒ</w:t>
      </w:r>
      <w:r>
        <w:rPr>
          <w:rFonts w:ascii="Times New Roman" w:hAnsi="Times New Roman" w:eastAsia="Times New Roman" w:cs="Times New Roman"/>
        </w:rPr>
        <w:t xml:space="preserve"> </w:t>
      </w:r>
      <w:r>
        <w:rPr>
          <w:rFonts w:ascii="Gadugi" w:hAnsi="Gadugi" w:eastAsia="Gadugi" w:cs="Gadugi"/>
        </w:rPr>
        <w:t>ᎠᎩᎸᎢ</w:t>
      </w:r>
      <w:r>
        <w:rPr>
          <w:rFonts w:ascii="Times New Roman" w:hAnsi="Times New Roman" w:eastAsia="Times New Roman" w:cs="Times New Roman"/>
        </w:rPr>
        <w:t xml:space="preserve"> </w:t>
      </w:r>
      <w:r>
        <w:rPr>
          <w:rFonts w:ascii="Gadugi" w:hAnsi="Gadugi" w:eastAsia="Gadugi" w:cs="Gadugi"/>
        </w:rPr>
        <w:t>ᎤᏚᎩᏍᏗ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ᎠᏂᏗᎾᏓᏓᏅᏙᎭ</w:t>
      </w:r>
      <w:r>
        <w:rPr>
          <w:rFonts w:ascii="Times New Roman" w:hAnsi="Times New Roman" w:eastAsia="Times New Roman" w:cs="Times New Roman"/>
        </w:rPr>
        <w:t xml:space="preserve"> </w:t>
      </w:r>
      <w:r>
        <w:rPr>
          <w:rFonts w:ascii="Gadugi" w:hAnsi="Gadugi" w:eastAsia="Gadugi" w:cs="Gadugi"/>
        </w:rPr>
        <w:t>ᎤᏂᏍᎩᎸᎢ</w:t>
      </w:r>
      <w:r>
        <w:rPr>
          <w:rFonts w:ascii="Times New Roman" w:hAnsi="Times New Roman" w:eastAsia="Times New Roman" w:cs="Times New Roman"/>
        </w:rPr>
        <w:t xml:space="preserve"> </w:t>
      </w:r>
      <w:r>
        <w:rPr>
          <w:rFonts w:ascii="Gadugi" w:hAnsi="Gadugi" w:eastAsia="Gadugi" w:cs="Gadugi"/>
        </w:rPr>
        <w:t>ᎠᎦᏙᎢ</w:t>
      </w:r>
      <w:r>
        <w:rPr>
          <w:rFonts w:ascii="Times New Roman" w:hAnsi="Times New Roman" w:eastAsia="Times New Roman" w:cs="Times New Roman"/>
        </w:rPr>
        <w:t xml:space="preserve"> </w:t>
      </w:r>
      <w:r>
        <w:rPr>
          <w:rFonts w:ascii="Gadugi" w:hAnsi="Gadugi" w:eastAsia="Gadugi" w:cs="Gadugi"/>
        </w:rPr>
        <w:t>ᏧᎳᏁᎬᎢ</w:t>
      </w:r>
      <w:r>
        <w:rPr>
          <w:rFonts w:ascii="Times New Roman" w:hAnsi="Times New Roman" w:eastAsia="Times New Roman" w:cs="Times New Roman"/>
        </w:rPr>
        <w:t xml:space="preserve">. </w:t>
      </w:r>
      <w:r>
        <w:rPr>
          <w:rFonts w:ascii="Gadugi" w:hAnsi="Gadugi" w:eastAsia="Gadugi" w:cs="Gadugi"/>
        </w:rPr>
        <w:t>ᎣᎣᏍᏛ</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ᎠᏂᏲᎯᎯᏍᎩ</w:t>
      </w:r>
      <w:r>
        <w:rPr>
          <w:rFonts w:ascii="Times New Roman" w:hAnsi="Times New Roman" w:eastAsia="Times New Roman" w:cs="Times New Roman"/>
        </w:rPr>
        <w:t xml:space="preserve">, </w:t>
      </w:r>
      <w:r>
        <w:rPr>
          <w:rFonts w:ascii="Gadugi" w:hAnsi="Gadugi" w:eastAsia="Gadugi" w:cs="Gadugi"/>
        </w:rPr>
        <w:t>ᎾᏍᎩᏰᏃ</w:t>
      </w:r>
      <w:r>
        <w:rPr>
          <w:rFonts w:ascii="Times New Roman" w:hAnsi="Times New Roman" w:eastAsia="Times New Roman" w:cs="Times New Roman"/>
        </w:rPr>
        <w:t xml:space="preserve"> </w:t>
      </w:r>
      <w:r>
        <w:rPr>
          <w:rFonts w:ascii="Gadugi" w:hAnsi="Gadugi" w:eastAsia="Gadugi" w:cs="Gadugi"/>
        </w:rPr>
        <w:t>ᎨᏥᏄᎯᏳᏔᏁᎵ</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Ebrima" w:hAnsi="Ebrima" w:eastAsia="Ebrima" w:cs="Ebrima"/>
        </w:rPr>
        <w:t>እሙናን</w:t>
      </w:r>
      <w:r>
        <w:rPr>
          <w:rFonts w:ascii="Times New Roman" w:hAnsi="Times New Roman" w:eastAsia="Times New Roman" w:cs="Times New Roman"/>
        </w:rPr>
        <w:t xml:space="preserve"> </w:t>
      </w:r>
      <w:r>
        <w:rPr>
          <w:rFonts w:ascii="Ebrima" w:hAnsi="Ebrima" w:eastAsia="Ebrima" w:cs="Ebrima"/>
        </w:rPr>
        <w:t>ጸሎት</w:t>
      </w:r>
      <w:r>
        <w:rPr>
          <w:rFonts w:ascii="Times New Roman" w:hAnsi="Times New Roman" w:eastAsia="Times New Roman" w:cs="Times New Roman"/>
        </w:rPr>
        <w:t xml:space="preserve"> </w:t>
      </w:r>
      <w:r>
        <w:rPr>
          <w:rFonts w:ascii="Ebrima" w:hAnsi="Ebrima" w:eastAsia="Ebrima" w:cs="Ebrima"/>
        </w:rPr>
        <w:t>የሚያደርጉት</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እንደሚባል</w:t>
      </w:r>
      <w:r>
        <w:rPr>
          <w:rFonts w:ascii="Times New Roman" w:hAnsi="Times New Roman" w:eastAsia="Times New Roman" w:cs="Times New Roman"/>
        </w:rPr>
        <w:t xml:space="preserve"> </w:t>
      </w:r>
      <w:r>
        <w:rPr>
          <w:rFonts w:ascii="Ebrima" w:hAnsi="Ebrima" w:eastAsia="Ebrima" w:cs="Ebrima"/>
        </w:rPr>
        <w:t>ከእግዚአብሔር</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ተዘግተው</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እነርሱ</w:t>
      </w:r>
      <w:r>
        <w:rPr>
          <w:rFonts w:ascii="Times New Roman" w:hAnsi="Times New Roman" w:eastAsia="Times New Roman" w:cs="Times New Roman"/>
        </w:rPr>
        <w:t xml:space="preserve"> </w:t>
      </w:r>
      <w:r>
        <w:rPr>
          <w:rFonts w:ascii="Ebrima" w:hAnsi="Ebrima" w:eastAsia="Ebrima" w:cs="Ebrima"/>
        </w:rPr>
        <w:t>ራሳቸው</w:t>
      </w:r>
      <w:r>
        <w:rPr>
          <w:rFonts w:ascii="Times New Roman" w:hAnsi="Times New Roman" w:eastAsia="Times New Roman" w:cs="Times New Roman"/>
        </w:rPr>
        <w:t xml:space="preserve"> </w:t>
      </w:r>
      <w:r>
        <w:rPr>
          <w:rFonts w:ascii="Ebrima" w:hAnsi="Ebrima" w:eastAsia="Ebrima" w:cs="Ebrima"/>
        </w:rPr>
        <w:t>ምን</w:t>
      </w:r>
      <w:r>
        <w:rPr>
          <w:rFonts w:ascii="Times New Roman" w:hAnsi="Times New Roman" w:eastAsia="Times New Roman" w:cs="Times New Roman"/>
        </w:rPr>
        <w:t xml:space="preserve"> </w:t>
      </w:r>
      <w:r>
        <w:rPr>
          <w:rFonts w:ascii="Ebrima" w:hAnsi="Ebrima" w:eastAsia="Ebrima" w:cs="Ebrima"/>
        </w:rPr>
        <w:t>ያህል</w:t>
      </w:r>
      <w:r>
        <w:rPr>
          <w:rFonts w:ascii="Times New Roman" w:hAnsi="Times New Roman" w:eastAsia="Times New Roman" w:cs="Times New Roman"/>
        </w:rPr>
        <w:t xml:space="preserve"> </w:t>
      </w:r>
      <w:r>
        <w:rPr>
          <w:rFonts w:ascii="Ebrima" w:hAnsi="Ebrima" w:eastAsia="Ebrima" w:cs="Ebrima"/>
        </w:rPr>
        <w:t>በደህንነት</w:t>
      </w:r>
      <w:r>
        <w:rPr>
          <w:rFonts w:ascii="Times New Roman" w:hAnsi="Times New Roman" w:eastAsia="Times New Roman" w:cs="Times New Roman"/>
        </w:rPr>
        <w:t xml:space="preserve"> </w:t>
      </w:r>
      <w:r>
        <w:rPr>
          <w:rFonts w:ascii="Ebrima" w:hAnsi="Ebrima" w:eastAsia="Ebrima" w:cs="Ebrima"/>
        </w:rPr>
        <w:t>እንደተጠበቁ</w:t>
      </w:r>
      <w:r>
        <w:rPr>
          <w:rFonts w:ascii="Times New Roman" w:hAnsi="Times New Roman" w:eastAsia="Times New Roman" w:cs="Times New Roman"/>
        </w:rPr>
        <w:t xml:space="preserve"> </w:t>
      </w:r>
      <w:r>
        <w:rPr>
          <w:rFonts w:ascii="Ebrima" w:hAnsi="Ebrima" w:eastAsia="Ebrima" w:cs="Ebrima"/>
        </w:rPr>
        <w:t>አያውቁም።</w:t>
      </w:r>
      <w:r>
        <w:rPr>
          <w:rFonts w:ascii="Times New Roman" w:hAnsi="Times New Roman" w:eastAsia="Times New Roman" w:cs="Times New Roman"/>
        </w:rPr>
        <w:t xml:space="preserve"> </w:t>
      </w:r>
      <w:r>
        <w:rPr>
          <w:rFonts w:ascii="Ebrima" w:hAnsi="Ebrima" w:eastAsia="Ebrima" w:cs="Ebrima"/>
        </w:rPr>
        <w:t>በሰይጣን</w:t>
      </w:r>
      <w:r>
        <w:rPr>
          <w:rFonts w:ascii="Times New Roman" w:hAnsi="Times New Roman" w:eastAsia="Times New Roman" w:cs="Times New Roman"/>
        </w:rPr>
        <w:t xml:space="preserve"> </w:t>
      </w:r>
      <w:r>
        <w:rPr>
          <w:rFonts w:ascii="Ebrima" w:hAnsi="Ebrima" w:eastAsia="Ebrima" w:cs="Ebrima"/>
        </w:rPr>
        <w:t>ግፊት</w:t>
      </w:r>
      <w:r>
        <w:rPr>
          <w:rFonts w:ascii="Times New Roman" w:hAnsi="Times New Roman" w:eastAsia="Times New Roman" w:cs="Times New Roman"/>
        </w:rPr>
        <w:t xml:space="preserve"> </w:t>
      </w:r>
      <w:r>
        <w:rPr>
          <w:rFonts w:ascii="Ebrima" w:hAnsi="Ebrima" w:eastAsia="Ebrima" w:cs="Ebrima"/>
        </w:rPr>
        <w:t>የተነሡ</w:t>
      </w:r>
      <w:r>
        <w:rPr>
          <w:rFonts w:ascii="Times New Roman" w:hAnsi="Times New Roman" w:eastAsia="Times New Roman" w:cs="Times New Roman"/>
        </w:rPr>
        <w:t xml:space="preserve"> </w:t>
      </w:r>
      <w:r>
        <w:rPr>
          <w:rFonts w:ascii="Ebrima" w:hAnsi="Ebrima" w:eastAsia="Ebrima" w:cs="Ebrima"/>
        </w:rPr>
        <w:t>የዚህ</w:t>
      </w:r>
      <w:r>
        <w:rPr>
          <w:rFonts w:ascii="Times New Roman" w:hAnsi="Times New Roman" w:eastAsia="Times New Roman" w:cs="Times New Roman"/>
        </w:rPr>
        <w:t xml:space="preserve"> </w:t>
      </w:r>
      <w:r>
        <w:rPr>
          <w:rFonts w:ascii="Ebrima" w:hAnsi="Ebrima" w:eastAsia="Ebrima" w:cs="Ebrima"/>
        </w:rPr>
        <w:t>ዓለም</w:t>
      </w:r>
      <w:r>
        <w:rPr>
          <w:rFonts w:ascii="Times New Roman" w:hAnsi="Times New Roman" w:eastAsia="Times New Roman" w:cs="Times New Roman"/>
        </w:rPr>
        <w:t xml:space="preserve"> </w:t>
      </w:r>
      <w:r>
        <w:rPr>
          <w:rFonts w:ascii="Ebrima" w:hAnsi="Ebrima" w:eastAsia="Ebrima" w:cs="Ebrima"/>
        </w:rPr>
        <w:t>ገዥዎች</w:t>
      </w:r>
      <w:r>
        <w:rPr>
          <w:rFonts w:ascii="Times New Roman" w:hAnsi="Times New Roman" w:eastAsia="Times New Roman" w:cs="Times New Roman"/>
        </w:rPr>
        <w:t xml:space="preserve"> </w:t>
      </w:r>
      <w:r>
        <w:rPr>
          <w:rFonts w:ascii="Ebrima" w:hAnsi="Ebrima" w:eastAsia="Ebrima" w:cs="Ebrima"/>
        </w:rPr>
        <w:t>እነርሱን</w:t>
      </w:r>
      <w:r>
        <w:rPr>
          <w:rFonts w:ascii="Times New Roman" w:hAnsi="Times New Roman" w:eastAsia="Times New Roman" w:cs="Times New Roman"/>
        </w:rPr>
        <w:t xml:space="preserve"> </w:t>
      </w:r>
      <w:r>
        <w:rPr>
          <w:rFonts w:ascii="Ebrima" w:hAnsi="Ebrima" w:eastAsia="Ebrima" w:cs="Ebrima"/>
        </w:rPr>
        <w:t>ለማጥፋት</w:t>
      </w:r>
      <w:r>
        <w:rPr>
          <w:rFonts w:ascii="Times New Roman" w:hAnsi="Times New Roman" w:eastAsia="Times New Roman" w:cs="Times New Roman"/>
        </w:rPr>
        <w:t xml:space="preserve"> </w:t>
      </w:r>
      <w:r>
        <w:rPr>
          <w:rFonts w:ascii="Ebrima" w:hAnsi="Ebrima" w:eastAsia="Ebrima" w:cs="Ebrima"/>
        </w:rPr>
        <w:t>እየፈለጉ</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ዓይኖቻቸው</w:t>
      </w:r>
      <w:r>
        <w:rPr>
          <w:rFonts w:ascii="Times New Roman" w:hAnsi="Times New Roman" w:eastAsia="Times New Roman" w:cs="Times New Roman"/>
        </w:rPr>
        <w:t xml:space="preserve"> </w:t>
      </w:r>
      <w:r>
        <w:rPr>
          <w:rFonts w:ascii="Ebrima" w:hAnsi="Ebrima" w:eastAsia="Ebrima" w:cs="Ebrima"/>
        </w:rPr>
        <w:t>በዶታን</w:t>
      </w:r>
      <w:r>
        <w:rPr>
          <w:rFonts w:ascii="Times New Roman" w:hAnsi="Times New Roman" w:eastAsia="Times New Roman" w:cs="Times New Roman"/>
        </w:rPr>
        <w:t xml:space="preserve"> </w:t>
      </w:r>
      <w:r>
        <w:rPr>
          <w:rFonts w:ascii="Ebrima" w:hAnsi="Ebrima" w:eastAsia="Ebrima" w:cs="Ebrima"/>
        </w:rPr>
        <w:t>ለነቢዩ</w:t>
      </w:r>
      <w:r>
        <w:rPr>
          <w:rFonts w:ascii="Times New Roman" w:hAnsi="Times New Roman" w:eastAsia="Times New Roman" w:cs="Times New Roman"/>
        </w:rPr>
        <w:t xml:space="preserve"> </w:t>
      </w:r>
      <w:r>
        <w:rPr>
          <w:rFonts w:ascii="Ebrima" w:hAnsi="Ebrima" w:eastAsia="Ebrima" w:cs="Ebrima"/>
        </w:rPr>
        <w:t>ኤልሳዕ</w:t>
      </w:r>
      <w:r>
        <w:rPr>
          <w:rFonts w:ascii="Times New Roman" w:hAnsi="Times New Roman" w:eastAsia="Times New Roman" w:cs="Times New Roman"/>
        </w:rPr>
        <w:t xml:space="preserve"> </w:t>
      </w:r>
      <w:r>
        <w:rPr>
          <w:rFonts w:ascii="Ebrima" w:hAnsi="Ebrima" w:eastAsia="Ebrima" w:cs="Ebrima"/>
        </w:rPr>
        <w:t>አገልጋይ</w:t>
      </w:r>
      <w:r>
        <w:rPr>
          <w:rFonts w:ascii="Times New Roman" w:hAnsi="Times New Roman" w:eastAsia="Times New Roman" w:cs="Times New Roman"/>
        </w:rPr>
        <w:t xml:space="preserve"> </w:t>
      </w:r>
      <w:r>
        <w:rPr>
          <w:rFonts w:ascii="Ebrima" w:hAnsi="Ebrima" w:eastAsia="Ebrima" w:cs="Ebrima"/>
        </w:rPr>
        <w:t>ዓይኖች</w:t>
      </w:r>
      <w:r>
        <w:rPr>
          <w:rFonts w:ascii="Times New Roman" w:hAnsi="Times New Roman" w:eastAsia="Times New Roman" w:cs="Times New Roman"/>
        </w:rPr>
        <w:t xml:space="preserve"> </w:t>
      </w:r>
      <w:r>
        <w:rPr>
          <w:rFonts w:ascii="Ebrima" w:hAnsi="Ebrima" w:eastAsia="Ebrima" w:cs="Ebrima"/>
        </w:rPr>
        <w:t>እንደተከፈቱ</w:t>
      </w:r>
      <w:r>
        <w:rPr>
          <w:rFonts w:ascii="Times New Roman" w:hAnsi="Times New Roman" w:eastAsia="Times New Roman" w:cs="Times New Roman"/>
        </w:rPr>
        <w:t xml:space="preserve"> </w:t>
      </w:r>
      <w:r>
        <w:rPr>
          <w:rFonts w:ascii="Ebrima" w:hAnsi="Ebrima" w:eastAsia="Ebrima" w:cs="Ebrima"/>
        </w:rPr>
        <w:t>ቢከፈቱ፣</w:t>
      </w:r>
      <w:r>
        <w:rPr>
          <w:rFonts w:ascii="Times New Roman" w:hAnsi="Times New Roman" w:eastAsia="Times New Roman" w:cs="Times New Roman"/>
        </w:rPr>
        <w:t xml:space="preserve"> </w:t>
      </w:r>
      <w:r>
        <w:rPr>
          <w:rFonts w:ascii="Ebrima" w:hAnsi="Ebrima" w:eastAsia="Ebrima" w:cs="Ebrima"/>
        </w:rPr>
        <w:t>የእግዚአብሔርን</w:t>
      </w:r>
      <w:r>
        <w:rPr>
          <w:rFonts w:ascii="Times New Roman" w:hAnsi="Times New Roman" w:eastAsia="Times New Roman" w:cs="Times New Roman"/>
        </w:rPr>
        <w:t xml:space="preserve"> </w:t>
      </w:r>
      <w:r>
        <w:rPr>
          <w:rFonts w:ascii="Ebrima" w:hAnsi="Ebrima" w:eastAsia="Ebrima" w:cs="Ebrima"/>
        </w:rPr>
        <w:t>መላእክት</w:t>
      </w:r>
      <w:r>
        <w:rPr>
          <w:rFonts w:ascii="Times New Roman" w:hAnsi="Times New Roman" w:eastAsia="Times New Roman" w:cs="Times New Roman"/>
        </w:rPr>
        <w:t xml:space="preserve"> </w:t>
      </w:r>
      <w:r>
        <w:rPr>
          <w:rFonts w:ascii="Ebrima" w:hAnsi="Ebrima" w:eastAsia="Ebrima" w:cs="Ebrima"/>
        </w:rPr>
        <w:t>በዙሪያቸው</w:t>
      </w:r>
      <w:r>
        <w:rPr>
          <w:rFonts w:ascii="Times New Roman" w:hAnsi="Times New Roman" w:eastAsia="Times New Roman" w:cs="Times New Roman"/>
        </w:rPr>
        <w:t xml:space="preserve"> </w:t>
      </w:r>
      <w:r>
        <w:rPr>
          <w:rFonts w:ascii="Ebrima" w:hAnsi="Ebrima" w:eastAsia="Ebrima" w:cs="Ebrima"/>
        </w:rPr>
        <w:t>ሰፍረው</w:t>
      </w:r>
      <w:r>
        <w:rPr>
          <w:rFonts w:ascii="Times New Roman" w:hAnsi="Times New Roman" w:eastAsia="Times New Roman" w:cs="Times New Roman"/>
        </w:rPr>
        <w:t xml:space="preserve"> </w:t>
      </w:r>
      <w:r>
        <w:rPr>
          <w:rFonts w:ascii="Ebrima" w:hAnsi="Ebrima" w:eastAsia="Ebrima" w:cs="Ebrima"/>
        </w:rPr>
        <w:t>ያዩ</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እነዚያም</w:t>
      </w:r>
      <w:r>
        <w:rPr>
          <w:rFonts w:ascii="Times New Roman" w:hAnsi="Times New Roman" w:eastAsia="Times New Roman" w:cs="Times New Roman"/>
        </w:rPr>
        <w:t xml:space="preserve"> </w:t>
      </w:r>
      <w:r>
        <w:rPr>
          <w:rFonts w:ascii="Ebrima" w:hAnsi="Ebrima" w:eastAsia="Ebrima" w:cs="Ebrima"/>
        </w:rPr>
        <w:t>በብርሃናቸውና</w:t>
      </w:r>
      <w:r>
        <w:rPr>
          <w:rFonts w:ascii="Times New Roman" w:hAnsi="Times New Roman" w:eastAsia="Times New Roman" w:cs="Times New Roman"/>
        </w:rPr>
        <w:t xml:space="preserve"> </w:t>
      </w:r>
      <w:r>
        <w:rPr>
          <w:rFonts w:ascii="Ebrima" w:hAnsi="Ebrima" w:eastAsia="Ebrima" w:cs="Ebrima"/>
        </w:rPr>
        <w:t>በክብራቸው</w:t>
      </w:r>
      <w:r>
        <w:rPr>
          <w:rFonts w:ascii="Times New Roman" w:hAnsi="Times New Roman" w:eastAsia="Times New Roman" w:cs="Times New Roman"/>
        </w:rPr>
        <w:t xml:space="preserve"> </w:t>
      </w:r>
      <w:r>
        <w:rPr>
          <w:rFonts w:ascii="Ebrima" w:hAnsi="Ebrima" w:eastAsia="Ebrima" w:cs="Ebrima"/>
        </w:rPr>
        <w:t>የጨለማውን</w:t>
      </w:r>
      <w:r>
        <w:rPr>
          <w:rFonts w:ascii="Times New Roman" w:hAnsi="Times New Roman" w:eastAsia="Times New Roman" w:cs="Times New Roman"/>
        </w:rPr>
        <w:t xml:space="preserve"> </w:t>
      </w:r>
      <w:r>
        <w:rPr>
          <w:rFonts w:ascii="Ebrima" w:hAnsi="Ebrima" w:eastAsia="Ebrima" w:cs="Ebrima"/>
        </w:rPr>
        <w:t>ሠራዊት</w:t>
      </w:r>
      <w:r>
        <w:rPr>
          <w:rFonts w:ascii="Times New Roman" w:hAnsi="Times New Roman" w:eastAsia="Times New Roman" w:cs="Times New Roman"/>
        </w:rPr>
        <w:t xml:space="preserve"> </w:t>
      </w:r>
      <w:r>
        <w:rPr>
          <w:rFonts w:ascii="Ebrima" w:hAnsi="Ebrima" w:eastAsia="Ebrima" w:cs="Ebrima"/>
        </w:rPr>
        <w:t>በመከልከል</w:t>
      </w:r>
      <w:r>
        <w:rPr>
          <w:rFonts w:ascii="Times New Roman" w:hAnsi="Times New Roman" w:eastAsia="Times New Roman" w:cs="Times New Roman"/>
        </w:rPr>
        <w:t xml:space="preserve"> </w:t>
      </w:r>
      <w:r>
        <w:rPr>
          <w:rFonts w:ascii="Ebrima" w:hAnsi="Ebrima" w:eastAsia="Ebrima" w:cs="Ebrima"/>
        </w:rPr>
        <w:t>ይይዙ</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“Kanka Dios tatkartañataki jupan nayraqatapan pʼaqintat chuymamp mayisipki ukhajja, akham sasaw kamachix churasïna: ‘Qʼañu isinakap apsupxam’ sasa, ukat chʼamañchtʼir arunakax arsutäna: ‘Uñtam, nayax jucharus jumat apaqtwa, suma mayjtʼat isinakampiw isthapïma’ sasa. Cristoan askïr kʼomach aski kankañapana jan qʼañuchat isiw yantʼat, yantʼata, ukampis fidelak qhiphariri Diosan wawanakapar uchasi. Jiskʼachat qhipharir tamax kʼajkir suma isinakamp isthaptʼatawa, akapachan qʼañu kʼarintäwinakapampix janipuniw jukʼamp qʼañuchatäkaniti. Sutinakapax Corderon jakañ libropar qillqtʼatäskiwa, taqi maranakapan fidelanak taypir qillqtʼatäpxiwa. Sallqjirina amuytʼäwinakap atipjapxiwa; dragonan arnaqäwipampix janirakiw jupanakan fidelïñapat jithiqtayatäpkiti. Jichhasti, yantʼirina artʼäwinakapat wiñayatakix jan llakisiñampiw utjxi. Juchanakapax juchar qalltiriruw apayatäxi. Qhipharirix janiw pampachatakikisa ukat katuqatakikisa, jan ukasti jachʼañchatäpxarakiwa. ‘Suma mitra’ ukaw pʼeqenakapar uchasi. Jupanakax Diosataki reyinaka ukhamarak sacerdotenakäñapawa. Satanasax jupanakar juchañchasisa uka tamar tʼunjaniñ munaskäna ukhaxa, qullan angelanakaw, jan uñjatäsa, mä akat mä ukar sarnaqapxäna, jakañ Diosan sellop jupanakar uchasipxäna. Akanakaw Corderompi chikax Sion qullun saytʼatäpki, Awkin sutipampix paranakaparu qillqtʼatäpki. Trono nayraqatansti machaq qʼuchu qʼuchupxi, uka qʼuchux janiw khitis yateqkaspati, jan ukax patak pusi tunka pusini waranqa khitinakatix aka uraqit alasitäpki ukanakaki. ‘Akanakaw Corderorux kawkirutix jupax sarqi ukkhar arkapki. Jupanakax jaqinak taypit alasitäpxi, Diosataki ukat Corderotaki nayrïr achunakäpxiwa. Lakanakapansti janiw kʼarisiñax jikxataskiti, kunattix jupanakax Diosan tronop nayraqatapan jan juchanïpxiwa.’”</w:t>
      </w:r>
    </w:p>
    <w:p>
      <w:pPr>
        <w:pStyle w:val="ArticleScripture"/>
        <w:jc w:val="left"/>
      </w:pPr>
      <w:r>
        <w:rPr>
          <w:rFonts w:ascii="Times New Roman" w:hAnsi="Times New Roman" w:eastAsia="Times New Roman" w:cs="Times New Roman"/>
        </w:rPr>
        <w:t>“</w:t>
      </w:r>
      <w:r>
        <w:rPr>
          <w:rFonts w:ascii="MV Boli" w:hAnsi="MV Boli" w:eastAsia="MV Boli" w:cs="MV Boli"/>
        </w:rPr>
        <w:t>މިހާރު</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މަލާއިކާގެ</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ބަސްފުޅުތަކުގެ</w:t>
      </w:r>
      <w:r>
        <w:rPr>
          <w:rFonts w:ascii="Times New Roman" w:hAnsi="Times New Roman" w:eastAsia="Times New Roman" w:cs="Times New Roman"/>
        </w:rPr>
        <w:t xml:space="preserve"> </w:t>
      </w:r>
      <w:r>
        <w:rPr>
          <w:rFonts w:ascii="MV Boli" w:hAnsi="MV Boli" w:eastAsia="MV Boli" w:cs="MV Boli"/>
        </w:rPr>
        <w:t>ފުރިހަމަ</w:t>
      </w:r>
      <w:r>
        <w:rPr>
          <w:rFonts w:ascii="Times New Roman" w:hAnsi="Times New Roman" w:eastAsia="Times New Roman" w:cs="Times New Roman"/>
        </w:rPr>
        <w:t xml:space="preserve"> </w:t>
      </w:r>
      <w:r>
        <w:rPr>
          <w:rFonts w:ascii="MV Boli" w:hAnsi="MV Boli" w:eastAsia="MV Boli" w:cs="MV Boli"/>
        </w:rPr>
        <w:t>ފުއްދުން</w:t>
      </w:r>
      <w:r>
        <w:rPr>
          <w:rFonts w:ascii="Times New Roman" w:hAnsi="Times New Roman" w:eastAsia="Times New Roman" w:cs="Times New Roman"/>
        </w:rPr>
        <w:t xml:space="preserve"> </w:t>
      </w:r>
      <w:r>
        <w:rPr>
          <w:rFonts w:ascii="MV Boli" w:hAnsi="MV Boli" w:eastAsia="MV Boli" w:cs="MV Boli"/>
        </w:rPr>
        <w:t>ވާސިލްވެއްޖެ</w:t>
      </w:r>
      <w:r>
        <w:rPr>
          <w:rFonts w:ascii="Times New Roman" w:hAnsi="Times New Roman" w:eastAsia="Times New Roman" w:cs="Times New Roman"/>
        </w:rPr>
        <w:t>: ‘</w:t>
      </w:r>
      <w:r>
        <w:rPr>
          <w:rFonts w:ascii="MV Boli" w:hAnsi="MV Boli" w:eastAsia="MV Boli" w:cs="MV Boli"/>
        </w:rPr>
        <w:t>މިހާރު</w:t>
      </w:r>
      <w:r>
        <w:rPr>
          <w:rFonts w:ascii="Times New Roman" w:hAnsi="Times New Roman" w:eastAsia="Times New Roman" w:cs="Times New Roman"/>
        </w:rPr>
        <w:t xml:space="preserve"> </w:t>
      </w:r>
      <w:r>
        <w:rPr>
          <w:rFonts w:ascii="MV Boli" w:hAnsi="MV Boli" w:eastAsia="MV Boli" w:cs="MV Boli"/>
        </w:rPr>
        <w:t>އިވާށެވެ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މަތީ</w:t>
      </w:r>
      <w:r>
        <w:rPr>
          <w:rFonts w:ascii="Times New Roman" w:hAnsi="Times New Roman" w:eastAsia="Times New Roman" w:cs="Times New Roman"/>
        </w:rPr>
        <w:t xml:space="preserve"> </w:t>
      </w:r>
      <w:r>
        <w:rPr>
          <w:rFonts w:ascii="MV Boli" w:hAnsi="MV Boli" w:eastAsia="MV Boli" w:cs="MV Boli"/>
        </w:rPr>
        <w:t>ކާހިން</w:t>
      </w:r>
      <w:r>
        <w:rPr>
          <w:rFonts w:ascii="Times New Roman" w:hAnsi="Times New Roman" w:eastAsia="Times New Roman" w:cs="Times New Roman"/>
        </w:rPr>
        <w:t xml:space="preserve"> </w:t>
      </w:r>
      <w:r>
        <w:rPr>
          <w:rFonts w:ascii="MV Boli" w:hAnsi="MV Boli" w:eastAsia="MV Boli" w:cs="MV Boli"/>
        </w:rPr>
        <w:t>ޔަޝޫޢާ</w:t>
      </w:r>
      <w:r>
        <w:rPr>
          <w:rFonts w:ascii="Times New Roman" w:hAnsi="Times New Roman" w:eastAsia="Times New Roman" w:cs="Times New Roman"/>
        </w:rPr>
        <w:t xml:space="preserve"> </w:t>
      </w:r>
      <w:r>
        <w:rPr>
          <w:rFonts w:ascii="MV Boli" w:hAnsi="MV Boli" w:eastAsia="MV Boli" w:cs="MV Boli"/>
        </w:rPr>
        <w:t>އެވެ</w:t>
      </w:r>
      <w:r>
        <w:rPr>
          <w:rFonts w:ascii="Times New Roman" w:hAnsi="Times New Roman" w:eastAsia="Times New Roman" w:cs="Times New Roman"/>
        </w:rPr>
        <w:t xml:space="preserve">، </w:t>
      </w:r>
      <w:r>
        <w:rPr>
          <w:rFonts w:ascii="MV Boli" w:hAnsi="MV Boli" w:eastAsia="MV Boli" w:cs="MV Boli"/>
        </w:rPr>
        <w:t>ކަލޭގެ</w:t>
      </w:r>
      <w:r>
        <w:rPr>
          <w:rFonts w:ascii="Times New Roman" w:hAnsi="Times New Roman" w:eastAsia="Times New Roman" w:cs="Times New Roman"/>
        </w:rPr>
        <w:t xml:space="preserve"> </w:t>
      </w:r>
      <w:r>
        <w:rPr>
          <w:rFonts w:ascii="MV Boli" w:hAnsi="MV Boli" w:eastAsia="MV Boli" w:cs="MV Boli"/>
        </w:rPr>
        <w:t>ކުރިމަތީ</w:t>
      </w:r>
      <w:r>
        <w:rPr>
          <w:rFonts w:ascii="Times New Roman" w:hAnsi="Times New Roman" w:eastAsia="Times New Roman" w:cs="Times New Roman"/>
        </w:rPr>
        <w:t xml:space="preserve"> </w:t>
      </w:r>
      <w:r>
        <w:rPr>
          <w:rFonts w:ascii="MV Boli" w:hAnsi="MV Boli" w:eastAsia="MV Boli" w:cs="MV Boli"/>
        </w:rPr>
        <w:t>އިށީންނަ</w:t>
      </w:r>
      <w:r>
        <w:rPr>
          <w:rFonts w:ascii="Times New Roman" w:hAnsi="Times New Roman" w:eastAsia="Times New Roman" w:cs="Times New Roman"/>
        </w:rPr>
        <w:t xml:space="preserve"> </w:t>
      </w:r>
      <w:r>
        <w:rPr>
          <w:rFonts w:ascii="MV Boli" w:hAnsi="MV Boli" w:eastAsia="MV Boli" w:cs="MV Boli"/>
        </w:rPr>
        <w:t>ކަލޭގެ</w:t>
      </w:r>
      <w:r>
        <w:rPr>
          <w:rFonts w:ascii="Times New Roman" w:hAnsi="Times New Roman" w:eastAsia="Times New Roman" w:cs="Times New Roman"/>
        </w:rPr>
        <w:t xml:space="preserve"> </w:t>
      </w:r>
      <w:r>
        <w:rPr>
          <w:rFonts w:ascii="MV Boli" w:hAnsi="MV Boli" w:eastAsia="MV Boli" w:cs="MV Boli"/>
        </w:rPr>
        <w:t>ގައިގެންނަ</w:t>
      </w:r>
      <w:r>
        <w:rPr>
          <w:rFonts w:ascii="Times New Roman" w:hAnsi="Times New Roman" w:eastAsia="Times New Roman" w:cs="Times New Roman"/>
        </w:rPr>
        <w:t xml:space="preserve"> </w:t>
      </w:r>
      <w:r>
        <w:rPr>
          <w:rFonts w:ascii="MV Boli" w:hAnsi="MV Boli" w:eastAsia="MV Boli" w:cs="MV Boli"/>
        </w:rPr>
        <w:t>މީހުންނާ</w:t>
      </w:r>
      <w:r>
        <w:rPr>
          <w:rFonts w:ascii="Times New Roman" w:hAnsi="Times New Roman" w:eastAsia="Times New Roman" w:cs="Times New Roman"/>
        </w:rPr>
        <w:t xml:space="preserve"> </w:t>
      </w:r>
      <w:r>
        <w:rPr>
          <w:rFonts w:ascii="MV Boli" w:hAnsi="MV Boli" w:eastAsia="MV Boli" w:cs="MV Boli"/>
        </w:rPr>
        <w:t>އެކު</w:t>
      </w:r>
      <w:r>
        <w:rPr>
          <w:rFonts w:ascii="Times New Roman" w:hAnsi="Times New Roman" w:eastAsia="Times New Roman" w:cs="Times New Roman"/>
        </w:rPr>
        <w:t xml:space="preserve">؛ </w:t>
      </w:r>
      <w:r>
        <w:rPr>
          <w:rFonts w:ascii="MV Boli" w:hAnsi="MV Boli" w:eastAsia="MV Boli" w:cs="MV Boli"/>
        </w:rPr>
        <w:t>ފަހެ</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އަޖައިބު</w:t>
      </w:r>
      <w:r>
        <w:rPr>
          <w:rFonts w:ascii="Times New Roman" w:hAnsi="Times New Roman" w:eastAsia="Times New Roman" w:cs="Times New Roman"/>
        </w:rPr>
        <w:t xml:space="preserve"> </w:t>
      </w:r>
      <w:r>
        <w:rPr>
          <w:rFonts w:ascii="MV Boli" w:hAnsi="MV Boli" w:eastAsia="MV Boli" w:cs="MV Boli"/>
        </w:rPr>
        <w:t>ކުރެވޭ</w:t>
      </w:r>
      <w:r>
        <w:rPr>
          <w:rFonts w:ascii="Times New Roman" w:hAnsi="Times New Roman" w:eastAsia="Times New Roman" w:cs="Times New Roman"/>
        </w:rPr>
        <w:t xml:space="preserve"> </w:t>
      </w:r>
      <w:r>
        <w:rPr>
          <w:rFonts w:ascii="MV Boli" w:hAnsi="MV Boli" w:eastAsia="MV Boli" w:cs="MV Boli"/>
        </w:rPr>
        <w:t>މީހުންނެވެ</w:t>
      </w:r>
      <w:r>
        <w:rPr>
          <w:rFonts w:ascii="Times New Roman" w:hAnsi="Times New Roman" w:eastAsia="Times New Roman" w:cs="Times New Roman"/>
        </w:rPr>
        <w:t xml:space="preserve">؛ </w:t>
      </w:r>
      <w:r>
        <w:rPr>
          <w:rFonts w:ascii="MV Boli" w:hAnsi="MV Boli" w:eastAsia="MV Boli" w:cs="MV Boli"/>
        </w:rPr>
        <w:t>ފަހެ</w:t>
      </w:r>
      <w:r>
        <w:rPr>
          <w:rFonts w:ascii="Times New Roman" w:hAnsi="Times New Roman" w:eastAsia="Times New Roman" w:cs="Times New Roman"/>
        </w:rPr>
        <w:t xml:space="preserve">، </w:t>
      </w:r>
      <w:r>
        <w:rPr>
          <w:rFonts w:ascii="MV Boli" w:hAnsi="MV Boli" w:eastAsia="MV Boli" w:cs="MV Boli"/>
        </w:rPr>
        <w:t>ބަލާށެވެ</w:t>
      </w:r>
      <w:r>
        <w:rPr>
          <w:rFonts w:ascii="Times New Roman" w:hAnsi="Times New Roman" w:eastAsia="Times New Roman" w:cs="Times New Roman"/>
        </w:rPr>
        <w:t xml:space="preserve">، </w:t>
      </w:r>
      <w:r>
        <w:rPr>
          <w:rFonts w:ascii="MV Boli" w:hAnsi="MV Boli" w:eastAsia="MV Boli" w:cs="MV Boli"/>
        </w:rPr>
        <w:t>އަހަރެންގެ</w:t>
      </w:r>
      <w:r>
        <w:rPr>
          <w:rFonts w:ascii="Times New Roman" w:hAnsi="Times New Roman" w:eastAsia="Times New Roman" w:cs="Times New Roman"/>
        </w:rPr>
        <w:t xml:space="preserve"> </w:t>
      </w:r>
      <w:r>
        <w:rPr>
          <w:rFonts w:ascii="MV Boli" w:hAnsi="MV Boli" w:eastAsia="MV Boli" w:cs="MV Boli"/>
        </w:rPr>
        <w:t>އަޅު</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ގޮފި</w:t>
      </w:r>
      <w:r>
        <w:rPr>
          <w:rFonts w:ascii="Times New Roman" w:hAnsi="Times New Roman" w:eastAsia="Times New Roman" w:cs="Times New Roman"/>
        </w:rPr>
        <w:t xml:space="preserve">، </w:t>
      </w:r>
      <w:r>
        <w:rPr>
          <w:rFonts w:ascii="MV Boli" w:hAnsi="MV Boli" w:eastAsia="MV Boli" w:cs="MV Boli"/>
        </w:rPr>
        <w:t>ނެރެގެން</w:t>
      </w:r>
      <w:r>
        <w:rPr>
          <w:rFonts w:ascii="Times New Roman" w:hAnsi="Times New Roman" w:eastAsia="Times New Roman" w:cs="Times New Roman"/>
        </w:rPr>
        <w:t xml:space="preserve"> </w:t>
      </w:r>
      <w:r>
        <w:rPr>
          <w:rFonts w:ascii="MV Boli" w:hAnsi="MV Boli" w:eastAsia="MV Boli" w:cs="MV Boli"/>
        </w:rPr>
        <w:t>ނަންނާނަމެވެ</w:t>
      </w:r>
      <w:r>
        <w:rPr>
          <w:rFonts w:ascii="Times New Roman" w:hAnsi="Times New Roman" w:eastAsia="Times New Roman" w:cs="Times New Roman"/>
        </w:rPr>
        <w:t xml:space="preserve">.’ </w:t>
      </w:r>
      <w:r>
        <w:rPr>
          <w:rFonts w:ascii="MV Boli" w:hAnsi="MV Boli" w:eastAsia="MV Boli" w:cs="MV Boli"/>
        </w:rPr>
        <w:t>މަސީހު</w:t>
      </w:r>
      <w:r>
        <w:rPr>
          <w:rFonts w:ascii="Times New Roman" w:hAnsi="Times New Roman" w:eastAsia="Times New Roman" w:cs="Times New Roman"/>
        </w:rPr>
        <w:t xml:space="preserve"> </w:t>
      </w:r>
      <w:r>
        <w:rPr>
          <w:rFonts w:ascii="MV Boli" w:hAnsi="MV Boli" w:eastAsia="MV Boli" w:cs="MV Boli"/>
        </w:rPr>
        <w:t>އެންމެންގެ</w:t>
      </w:r>
      <w:r>
        <w:rPr>
          <w:rFonts w:ascii="Times New Roman" w:hAnsi="Times New Roman" w:eastAsia="Times New Roman" w:cs="Times New Roman"/>
        </w:rPr>
        <w:t xml:space="preserve"> </w:t>
      </w:r>
      <w:r>
        <w:rPr>
          <w:rFonts w:ascii="MV Boli" w:hAnsi="MV Boli" w:eastAsia="MV Boli" w:cs="MV Boli"/>
        </w:rPr>
        <w:t>ފިދުވައިދޭ</w:t>
      </w:r>
      <w:r>
        <w:rPr>
          <w:rFonts w:ascii="Times New Roman" w:hAnsi="Times New Roman" w:eastAsia="Times New Roman" w:cs="Times New Roman"/>
        </w:rPr>
        <w:t xml:space="preserve"> </w:t>
      </w:r>
      <w:r>
        <w:rPr>
          <w:rFonts w:ascii="MV Boli" w:hAnsi="MV Boli" w:eastAsia="MV Boli" w:cs="MV Boli"/>
        </w:rPr>
        <w:t>ފަރާތާއި</w:t>
      </w:r>
      <w:r>
        <w:rPr>
          <w:rFonts w:ascii="Times New Roman" w:hAnsi="Times New Roman" w:eastAsia="Times New Roman" w:cs="Times New Roman"/>
        </w:rPr>
        <w:t xml:space="preserve"> </w:t>
      </w:r>
      <w:r>
        <w:rPr>
          <w:rFonts w:ascii="MV Boli" w:hAnsi="MV Boli" w:eastAsia="MV Boli" w:cs="MV Boli"/>
        </w:rPr>
        <w:t>ނަޖާދޭ</w:t>
      </w:r>
      <w:r>
        <w:rPr>
          <w:rFonts w:ascii="Times New Roman" w:hAnsi="Times New Roman" w:eastAsia="Times New Roman" w:cs="Times New Roman"/>
        </w:rPr>
        <w:t xml:space="preserve"> </w:t>
      </w:r>
      <w:r>
        <w:rPr>
          <w:rFonts w:ascii="MV Boli" w:hAnsi="MV Boli" w:eastAsia="MV Boli" w:cs="MV Boli"/>
        </w:rPr>
        <w:t>ފަރާތެއް</w:t>
      </w:r>
      <w:r>
        <w:rPr>
          <w:rFonts w:ascii="Times New Roman" w:hAnsi="Times New Roman" w:eastAsia="Times New Roman" w:cs="Times New Roman"/>
        </w:rPr>
        <w:t xml:space="preserve"> </w:t>
      </w:r>
      <w:r>
        <w:rPr>
          <w:rFonts w:ascii="MV Boli" w:hAnsi="MV Boli" w:eastAsia="MV Boli" w:cs="MV Boli"/>
        </w:rPr>
        <w:t>ކަމުގައި</w:t>
      </w:r>
      <w:r>
        <w:rPr>
          <w:rFonts w:ascii="Times New Roman" w:hAnsi="Times New Roman" w:eastAsia="Times New Roman" w:cs="Times New Roman"/>
        </w:rPr>
        <w:t xml:space="preserve"> </w:t>
      </w:r>
      <w:r>
        <w:rPr>
          <w:rFonts w:ascii="MV Boli" w:hAnsi="MV Boli" w:eastAsia="MV Boli" w:cs="MV Boli"/>
        </w:rPr>
        <w:t>ކަޝްފުކުރެވެއެވެ</w:t>
      </w:r>
      <w:r>
        <w:rPr>
          <w:rFonts w:ascii="Times New Roman" w:hAnsi="Times New Roman" w:eastAsia="Times New Roman" w:cs="Times New Roman"/>
        </w:rPr>
        <w:t xml:space="preserve">. </w:t>
      </w:r>
      <w:r>
        <w:rPr>
          <w:rFonts w:ascii="MV Boli" w:hAnsi="MV Boli" w:eastAsia="MV Boli" w:cs="MV Boli"/>
        </w:rPr>
        <w:t>މިހާރު</w:t>
      </w:r>
      <w:r>
        <w:rPr>
          <w:rFonts w:ascii="Times New Roman" w:hAnsi="Times New Roman" w:eastAsia="Times New Roman" w:cs="Times New Roman"/>
        </w:rPr>
        <w:t xml:space="preserve"> </w:t>
      </w:r>
      <w:r>
        <w:rPr>
          <w:rFonts w:ascii="MV Boli" w:hAnsi="MV Boli" w:eastAsia="MV Boli" w:cs="MV Boli"/>
        </w:rPr>
        <w:t>ޙަޤީޤީކޮށް</w:t>
      </w:r>
      <w:r>
        <w:rPr>
          <w:rFonts w:ascii="Times New Roman" w:hAnsi="Times New Roman" w:eastAsia="Times New Roman" w:cs="Times New Roman"/>
        </w:rPr>
        <w:t xml:space="preserve"> </w:t>
      </w:r>
      <w:r>
        <w:rPr>
          <w:rFonts w:ascii="MV Boli" w:hAnsi="MV Boli" w:eastAsia="MV Boli" w:cs="MV Boli"/>
        </w:rPr>
        <w:t>ބާކީ</w:t>
      </w:r>
      <w:r>
        <w:rPr>
          <w:rFonts w:ascii="Times New Roman" w:hAnsi="Times New Roman" w:eastAsia="Times New Roman" w:cs="Times New Roman"/>
        </w:rPr>
        <w:t xml:space="preserve"> </w:t>
      </w:r>
      <w:r>
        <w:rPr>
          <w:rFonts w:ascii="MV Boli" w:hAnsi="MV Boli" w:eastAsia="MV Boli" w:cs="MV Boli"/>
        </w:rPr>
        <w:t>ތިބި</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އަޖައިބު</w:t>
      </w:r>
      <w:r>
        <w:rPr>
          <w:rFonts w:ascii="Times New Roman" w:hAnsi="Times New Roman" w:eastAsia="Times New Roman" w:cs="Times New Roman"/>
        </w:rPr>
        <w:t xml:space="preserve"> </w:t>
      </w:r>
      <w:r>
        <w:rPr>
          <w:rFonts w:ascii="MV Boli" w:hAnsi="MV Boli" w:eastAsia="MV Boli" w:cs="MV Boli"/>
        </w:rPr>
        <w:t>ކުރެވޭ</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ވެއެވެ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އެމީހުންގެ</w:t>
      </w:r>
      <w:r>
        <w:rPr>
          <w:rFonts w:ascii="Times New Roman" w:hAnsi="Times New Roman" w:eastAsia="Times New Roman" w:cs="Times New Roman"/>
        </w:rPr>
        <w:t xml:space="preserve"> </w:t>
      </w:r>
      <w:r>
        <w:rPr>
          <w:rFonts w:ascii="MV Boli" w:hAnsi="MV Boli" w:eastAsia="MV Boli" w:cs="MV Boli"/>
        </w:rPr>
        <w:t>ދަތުރުވެރިކަމުގެ</w:t>
      </w:r>
      <w:r>
        <w:rPr>
          <w:rFonts w:ascii="Times New Roman" w:hAnsi="Times New Roman" w:eastAsia="Times New Roman" w:cs="Times New Roman"/>
        </w:rPr>
        <w:t xml:space="preserve"> </w:t>
      </w:r>
      <w:r>
        <w:rPr>
          <w:rFonts w:ascii="MV Boli" w:hAnsi="MV Boli" w:eastAsia="MV Boli" w:cs="MV Boli"/>
        </w:rPr>
        <w:t>ރޮއިމާއި</w:t>
      </w:r>
      <w:r>
        <w:rPr>
          <w:rFonts w:ascii="Times New Roman" w:hAnsi="Times New Roman" w:eastAsia="Times New Roman" w:cs="Times New Roman"/>
        </w:rPr>
        <w:t xml:space="preserve"> </w:t>
      </w:r>
      <w:r>
        <w:rPr>
          <w:rFonts w:ascii="MV Boli" w:hAnsi="MV Boli" w:eastAsia="MV Boli" w:cs="MV Boli"/>
        </w:rPr>
        <w:t>ލަދުވެތިކަން</w:t>
      </w:r>
      <w:r>
        <w:rPr>
          <w:rFonts w:ascii="Times New Roman" w:hAnsi="Times New Roman" w:eastAsia="Times New Roman" w:cs="Times New Roman"/>
        </w:rPr>
        <w:t xml:space="preserve">، </w:t>
      </w:r>
      <w:r>
        <w:rPr>
          <w:rFonts w:ascii="MV Boli" w:hAnsi="MV Boli" w:eastAsia="MV Boli" w:cs="MV Boli"/>
        </w:rPr>
        <w:t>އެކަންތައް</w:t>
      </w:r>
      <w:r>
        <w:rPr>
          <w:rFonts w:ascii="Times New Roman" w:hAnsi="Times New Roman" w:eastAsia="Times New Roman" w:cs="Times New Roman"/>
        </w:rPr>
        <w:t xml:space="preserve"> </w:t>
      </w:r>
      <w:r>
        <w:rPr>
          <w:rFonts w:ascii="MV Boli" w:hAnsi="MV Boli" w:eastAsia="MV Boli" w:cs="MV Boli"/>
        </w:rPr>
        <w:t>ދެވިޔަސްފުޅާއި</w:t>
      </w:r>
      <w:r>
        <w:rPr>
          <w:rFonts w:ascii="Times New Roman" w:hAnsi="Times New Roman" w:eastAsia="Times New Roman" w:cs="Times New Roman"/>
        </w:rPr>
        <w:t xml:space="preserve"> </w:t>
      </w:r>
      <w:r>
        <w:rPr>
          <w:rFonts w:ascii="MV Boli" w:hAnsi="MV Boli" w:eastAsia="MV Boli" w:cs="MV Boli"/>
        </w:rPr>
        <w:t>ބައްކަލާގެ</w:t>
      </w:r>
      <w:r>
        <w:rPr>
          <w:rFonts w:ascii="Times New Roman" w:hAnsi="Times New Roman" w:eastAsia="Times New Roman" w:cs="Times New Roman"/>
        </w:rPr>
        <w:t xml:space="preserve"> </w:t>
      </w:r>
      <w:r>
        <w:rPr>
          <w:rFonts w:ascii="MV Boli" w:hAnsi="MV Boli" w:eastAsia="MV Boli" w:cs="MV Boli"/>
        </w:rPr>
        <w:t>ޙަޟުރުގައި</w:t>
      </w:r>
      <w:r>
        <w:rPr>
          <w:rFonts w:ascii="Times New Roman" w:hAnsi="Times New Roman" w:eastAsia="Times New Roman" w:cs="Times New Roman"/>
        </w:rPr>
        <w:t xml:space="preserve"> </w:t>
      </w:r>
      <w:r>
        <w:rPr>
          <w:rFonts w:ascii="MV Boli" w:hAnsi="MV Boli" w:eastAsia="MV Boli" w:cs="MV Boli"/>
        </w:rPr>
        <w:t>އުފާއާއި</w:t>
      </w:r>
      <w:r>
        <w:rPr>
          <w:rFonts w:ascii="Times New Roman" w:hAnsi="Times New Roman" w:eastAsia="Times New Roman" w:cs="Times New Roman"/>
        </w:rPr>
        <w:t xml:space="preserve"> </w:t>
      </w:r>
      <w:r>
        <w:rPr>
          <w:rFonts w:ascii="MV Boli" w:hAnsi="MV Boli" w:eastAsia="MV Boli" w:cs="MV Boli"/>
        </w:rPr>
        <w:t>ޝަރަފަށް</w:t>
      </w:r>
      <w:r>
        <w:rPr>
          <w:rFonts w:ascii="Times New Roman" w:hAnsi="Times New Roman" w:eastAsia="Times New Roman" w:cs="Times New Roman"/>
        </w:rPr>
        <w:t xml:space="preserve"> </w:t>
      </w:r>
      <w:r>
        <w:rPr>
          <w:rFonts w:ascii="MV Boli" w:hAnsi="MV Boli" w:eastAsia="MV Boli" w:cs="MV Boli"/>
        </w:rPr>
        <w:t>ބަދަލުވެދާތީއެވެ</w:t>
      </w:r>
      <w:r>
        <w:rPr>
          <w:rFonts w:ascii="Times New Roman" w:hAnsi="Times New Roman" w:eastAsia="Times New Roman" w:cs="Times New Roman"/>
        </w:rPr>
        <w:t>.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ދުވަހެއްގައި</w:t>
      </w:r>
      <w:r>
        <w:rPr>
          <w:rFonts w:ascii="Times New Roman" w:hAnsi="Times New Roman" w:eastAsia="Times New Roman" w:cs="Times New Roman"/>
        </w:rPr>
        <w:t xml:space="preserve"> </w:t>
      </w:r>
      <w:r>
        <w:rPr>
          <w:rFonts w:ascii="MV Boli" w:hAnsi="MV Boli" w:eastAsia="MV Boli" w:cs="MV Boli"/>
        </w:rPr>
        <w:t>ރައްބުގެ</w:t>
      </w:r>
      <w:r>
        <w:rPr>
          <w:rFonts w:ascii="Times New Roman" w:hAnsi="Times New Roman" w:eastAsia="Times New Roman" w:cs="Times New Roman"/>
        </w:rPr>
        <w:t xml:space="preserve"> </w:t>
      </w:r>
      <w:r>
        <w:rPr>
          <w:rFonts w:ascii="MV Boli" w:hAnsi="MV Boli" w:eastAsia="MV Boli" w:cs="MV Boli"/>
        </w:rPr>
        <w:t>ގޮފި</w:t>
      </w:r>
      <w:r>
        <w:rPr>
          <w:rFonts w:ascii="Times New Roman" w:hAnsi="Times New Roman" w:eastAsia="Times New Roman" w:cs="Times New Roman"/>
        </w:rPr>
        <w:t xml:space="preserve"> </w:t>
      </w:r>
      <w:r>
        <w:rPr>
          <w:rFonts w:ascii="MV Boli" w:hAnsi="MV Boli" w:eastAsia="MV Boli" w:cs="MV Boli"/>
        </w:rPr>
        <w:t>ރީތިވެ</w:t>
      </w:r>
      <w:r>
        <w:rPr>
          <w:rFonts w:ascii="Times New Roman" w:hAnsi="Times New Roman" w:eastAsia="Times New Roman" w:cs="Times New Roman"/>
        </w:rPr>
        <w:t xml:space="preserve"> </w:t>
      </w:r>
      <w:r>
        <w:rPr>
          <w:rFonts w:ascii="MV Boli" w:hAnsi="MV Boli" w:eastAsia="MV Boli" w:cs="MV Boli"/>
        </w:rPr>
        <w:t>މަޖީދުވާނެއެވެ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ބިމުގެ</w:t>
      </w:r>
      <w:r>
        <w:rPr>
          <w:rFonts w:ascii="Times New Roman" w:hAnsi="Times New Roman" w:eastAsia="Times New Roman" w:cs="Times New Roman"/>
        </w:rPr>
        <w:t xml:space="preserve"> </w:t>
      </w:r>
      <w:r>
        <w:rPr>
          <w:rFonts w:ascii="MV Boli" w:hAnsi="MV Boli" w:eastAsia="MV Boli" w:cs="MV Boli"/>
        </w:rPr>
        <w:t>ފަލަކީ</w:t>
      </w:r>
      <w:r>
        <w:rPr>
          <w:rFonts w:ascii="Times New Roman" w:hAnsi="Times New Roman" w:eastAsia="Times New Roman" w:cs="Times New Roman"/>
        </w:rPr>
        <w:t xml:space="preserve"> </w:t>
      </w:r>
      <w:r>
        <w:rPr>
          <w:rFonts w:ascii="MV Boli" w:hAnsi="MV Boli" w:eastAsia="MV Boli" w:cs="MV Boli"/>
        </w:rPr>
        <w:t>އިސްރާއީލުގެ</w:t>
      </w:r>
      <w:r>
        <w:rPr>
          <w:rFonts w:ascii="Times New Roman" w:hAnsi="Times New Roman" w:eastAsia="Times New Roman" w:cs="Times New Roman"/>
        </w:rPr>
        <w:t xml:space="preserve"> </w:t>
      </w:r>
      <w:r>
        <w:rPr>
          <w:rFonts w:ascii="MV Boli" w:hAnsi="MV Boli" w:eastAsia="MV Boli" w:cs="MV Boli"/>
        </w:rPr>
        <w:t>ސަލާމަތުން</w:t>
      </w:r>
      <w:r>
        <w:rPr>
          <w:rFonts w:ascii="Times New Roman" w:hAnsi="Times New Roman" w:eastAsia="Times New Roman" w:cs="Times New Roman"/>
        </w:rPr>
        <w:t xml:space="preserve"> </w:t>
      </w:r>
      <w:r>
        <w:rPr>
          <w:rFonts w:ascii="MV Boli" w:hAnsi="MV Boli" w:eastAsia="MV Boli" w:cs="MV Boli"/>
        </w:rPr>
        <w:t>ފިލި</w:t>
      </w:r>
      <w:r>
        <w:rPr>
          <w:rFonts w:ascii="Times New Roman" w:hAnsi="Times New Roman" w:eastAsia="Times New Roman" w:cs="Times New Roman"/>
        </w:rPr>
        <w:t xml:space="preserve"> </w:t>
      </w:r>
      <w:r>
        <w:rPr>
          <w:rFonts w:ascii="MV Boli" w:hAnsi="MV Boli" w:eastAsia="MV Boli" w:cs="MV Boli"/>
        </w:rPr>
        <w:t>މީހުންނަށް</w:t>
      </w:r>
      <w:r>
        <w:rPr>
          <w:rFonts w:ascii="Times New Roman" w:hAnsi="Times New Roman" w:eastAsia="Times New Roman" w:cs="Times New Roman"/>
        </w:rPr>
        <w:t xml:space="preserve"> </w:t>
      </w:r>
      <w:r>
        <w:rPr>
          <w:rFonts w:ascii="MV Boli" w:hAnsi="MV Boli" w:eastAsia="MV Boli" w:cs="MV Boli"/>
        </w:rPr>
        <w:t>ފައިދާހުރި</w:t>
      </w:r>
      <w:r>
        <w:rPr>
          <w:rFonts w:ascii="Times New Roman" w:hAnsi="Times New Roman" w:eastAsia="Times New Roman" w:cs="Times New Roman"/>
        </w:rPr>
        <w:t xml:space="preserve"> </w:t>
      </w:r>
      <w:r>
        <w:rPr>
          <w:rFonts w:ascii="MV Boli" w:hAnsi="MV Boli" w:eastAsia="MV Boli" w:cs="MV Boli"/>
        </w:rPr>
        <w:t>ރީތި</w:t>
      </w:r>
      <w:r>
        <w:rPr>
          <w:rFonts w:ascii="Times New Roman" w:hAnsi="Times New Roman" w:eastAsia="Times New Roman" w:cs="Times New Roman"/>
        </w:rPr>
        <w:t xml:space="preserve"> </w:t>
      </w:r>
      <w:r>
        <w:rPr>
          <w:rFonts w:ascii="MV Boli" w:hAnsi="MV Boli" w:eastAsia="MV Boli" w:cs="MV Boli"/>
        </w:rPr>
        <w:t>ކަމެއް</w:t>
      </w:r>
      <w:r>
        <w:rPr>
          <w:rFonts w:ascii="Times New Roman" w:hAnsi="Times New Roman" w:eastAsia="Times New Roman" w:cs="Times New Roman"/>
        </w:rPr>
        <w:t xml:space="preserve"> </w:t>
      </w:r>
      <w:r>
        <w:rPr>
          <w:rFonts w:ascii="MV Boli" w:hAnsi="MV Boli" w:eastAsia="MV Boli" w:cs="MV Boli"/>
        </w:rPr>
        <w:t>ވާނެއެވެ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އެހެން</w:t>
      </w:r>
      <w:r>
        <w:rPr>
          <w:rFonts w:ascii="Times New Roman" w:hAnsi="Times New Roman" w:eastAsia="Times New Roman" w:cs="Times New Roman"/>
        </w:rPr>
        <w:t xml:space="preserve"> </w:t>
      </w:r>
      <w:r>
        <w:rPr>
          <w:rFonts w:ascii="MV Boli" w:hAnsi="MV Boli" w:eastAsia="MV Boli" w:cs="MV Boli"/>
        </w:rPr>
        <w:t>ވާނެއެވެ</w:t>
      </w:r>
      <w:r>
        <w:rPr>
          <w:rFonts w:ascii="Times New Roman" w:hAnsi="Times New Roman" w:eastAsia="Times New Roman" w:cs="Times New Roman"/>
        </w:rPr>
        <w:t xml:space="preserve">، </w:t>
      </w:r>
      <w:r>
        <w:rPr>
          <w:rFonts w:ascii="MV Boli" w:hAnsi="MV Boli" w:eastAsia="MV Boli" w:cs="MV Boli"/>
        </w:rPr>
        <w:t>ޞިޔޫނުގައި</w:t>
      </w:r>
      <w:r>
        <w:rPr>
          <w:rFonts w:ascii="Times New Roman" w:hAnsi="Times New Roman" w:eastAsia="Times New Roman" w:cs="Times New Roman"/>
        </w:rPr>
        <w:t xml:space="preserve"> </w:t>
      </w:r>
      <w:r>
        <w:rPr>
          <w:rFonts w:ascii="MV Boli" w:hAnsi="MV Boli" w:eastAsia="MV Boli" w:cs="MV Boli"/>
        </w:rPr>
        <w:t>ބާކީ</w:t>
      </w:r>
      <w:r>
        <w:rPr>
          <w:rFonts w:ascii="Times New Roman" w:hAnsi="Times New Roman" w:eastAsia="Times New Roman" w:cs="Times New Roman"/>
        </w:rPr>
        <w:t xml:space="preserve"> </w:t>
      </w:r>
      <w:r>
        <w:rPr>
          <w:rFonts w:ascii="MV Boli" w:hAnsi="MV Boli" w:eastAsia="MV Boli" w:cs="MV Boli"/>
        </w:rPr>
        <w:t>ދޫކޮށްލެވޭ</w:t>
      </w:r>
      <w:r>
        <w:rPr>
          <w:rFonts w:ascii="Times New Roman" w:hAnsi="Times New Roman" w:eastAsia="Times New Roman" w:cs="Times New Roman"/>
        </w:rPr>
        <w:t xml:space="preserve"> </w:t>
      </w:r>
      <w:r>
        <w:rPr>
          <w:rFonts w:ascii="MV Boli" w:hAnsi="MV Boli" w:eastAsia="MV Boli" w:cs="MV Boli"/>
        </w:rPr>
        <w:t>މީހާއި</w:t>
      </w:r>
      <w:r>
        <w:rPr>
          <w:rFonts w:ascii="Times New Roman" w:hAnsi="Times New Roman" w:eastAsia="Times New Roman" w:cs="Times New Roman"/>
        </w:rPr>
        <w:t xml:space="preserve">، </w:t>
      </w:r>
      <w:r>
        <w:rPr>
          <w:rFonts w:ascii="MV Boli" w:hAnsi="MV Boli" w:eastAsia="MV Boli" w:cs="MV Boli"/>
        </w:rPr>
        <w:t>ޔެރޫސަލޭމުގައި</w:t>
      </w:r>
      <w:r>
        <w:rPr>
          <w:rFonts w:ascii="Times New Roman" w:hAnsi="Times New Roman" w:eastAsia="Times New Roman" w:cs="Times New Roman"/>
        </w:rPr>
        <w:t xml:space="preserve"> </w:t>
      </w:r>
      <w:r>
        <w:rPr>
          <w:rFonts w:ascii="MV Boli" w:hAnsi="MV Boli" w:eastAsia="MV Boli" w:cs="MV Boli"/>
        </w:rPr>
        <w:t>ބާކީ</w:t>
      </w:r>
      <w:r>
        <w:rPr>
          <w:rFonts w:ascii="Times New Roman" w:hAnsi="Times New Roman" w:eastAsia="Times New Roman" w:cs="Times New Roman"/>
        </w:rPr>
        <w:t xml:space="preserve"> </w:t>
      </w:r>
      <w:r>
        <w:rPr>
          <w:rFonts w:ascii="MV Boli" w:hAnsi="MV Boli" w:eastAsia="MV Boli" w:cs="MV Boli"/>
        </w:rPr>
        <w:t>ތިބޭ</w:t>
      </w:r>
      <w:r>
        <w:rPr>
          <w:rFonts w:ascii="Times New Roman" w:hAnsi="Times New Roman" w:eastAsia="Times New Roman" w:cs="Times New Roman"/>
        </w:rPr>
        <w:t xml:space="preserve"> </w:t>
      </w:r>
      <w:r>
        <w:rPr>
          <w:rFonts w:ascii="MV Boli" w:hAnsi="MV Boli" w:eastAsia="MV Boli" w:cs="MV Boli"/>
        </w:rPr>
        <w:t>މީހާ</w:t>
      </w:r>
      <w:r>
        <w:rPr>
          <w:rFonts w:ascii="Times New Roman" w:hAnsi="Times New Roman" w:eastAsia="Times New Roman" w:cs="Times New Roman"/>
        </w:rPr>
        <w:t xml:space="preserve">، </w:t>
      </w:r>
      <w:r>
        <w:rPr>
          <w:rFonts w:ascii="MV Boli" w:hAnsi="MV Boli" w:eastAsia="MV Boli" w:cs="MV Boli"/>
        </w:rPr>
        <w:t>ޤުދުސްވެރި</w:t>
      </w:r>
      <w:r>
        <w:rPr>
          <w:rFonts w:ascii="Times New Roman" w:hAnsi="Times New Roman" w:eastAsia="Times New Roman" w:cs="Times New Roman"/>
        </w:rPr>
        <w:t xml:space="preserve"> </w:t>
      </w:r>
      <w:r>
        <w:rPr>
          <w:rFonts w:ascii="MV Boli" w:hAnsi="MV Boli" w:eastAsia="MV Boli" w:cs="MV Boli"/>
        </w:rPr>
        <w:t>ކަމުގައި</w:t>
      </w:r>
      <w:r>
        <w:rPr>
          <w:rFonts w:ascii="Times New Roman" w:hAnsi="Times New Roman" w:eastAsia="Times New Roman" w:cs="Times New Roman"/>
        </w:rPr>
        <w:t xml:space="preserve"> </w:t>
      </w:r>
      <w:r>
        <w:rPr>
          <w:rFonts w:ascii="MV Boli" w:hAnsi="MV Boli" w:eastAsia="MV Boli" w:cs="MV Boli"/>
        </w:rPr>
        <w:t>ކިޔޭނެއެވެ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ޔެރޫސަލޭމުގައި</w:t>
      </w:r>
      <w:r>
        <w:rPr>
          <w:rFonts w:ascii="Times New Roman" w:hAnsi="Times New Roman" w:eastAsia="Times New Roman" w:cs="Times New Roman"/>
        </w:rPr>
        <w:t xml:space="preserve"> </w:t>
      </w:r>
      <w:r>
        <w:rPr>
          <w:rFonts w:ascii="MV Boli" w:hAnsi="MV Boli" w:eastAsia="MV Boli" w:cs="MV Boli"/>
        </w:rPr>
        <w:t>ދިރިއުޅޭ</w:t>
      </w:r>
      <w:r>
        <w:rPr>
          <w:rFonts w:ascii="Times New Roman" w:hAnsi="Times New Roman" w:eastAsia="Times New Roman" w:cs="Times New Roman"/>
        </w:rPr>
        <w:t xml:space="preserve"> </w:t>
      </w:r>
      <w:r>
        <w:rPr>
          <w:rFonts w:ascii="MV Boli" w:hAnsi="MV Boli" w:eastAsia="MV Boli" w:cs="MV Boli"/>
        </w:rPr>
        <w:t>މީހުންގެ</w:t>
      </w:r>
      <w:r>
        <w:rPr>
          <w:rFonts w:ascii="Times New Roman" w:hAnsi="Times New Roman" w:eastAsia="Times New Roman" w:cs="Times New Roman"/>
        </w:rPr>
        <w:t xml:space="preserve"> </w:t>
      </w:r>
      <w:r>
        <w:rPr>
          <w:rFonts w:ascii="MV Boli" w:hAnsi="MV Boli" w:eastAsia="MV Boli" w:cs="MV Boli"/>
        </w:rPr>
        <w:t>ތެރޭ</w:t>
      </w:r>
      <w:r>
        <w:rPr>
          <w:rFonts w:ascii="Times New Roman" w:hAnsi="Times New Roman" w:eastAsia="Times New Roman" w:cs="Times New Roman"/>
        </w:rPr>
        <w:t xml:space="preserve"> </w:t>
      </w:r>
      <w:r>
        <w:rPr>
          <w:rFonts w:ascii="MV Boli" w:hAnsi="MV Boli" w:eastAsia="MV Boli" w:cs="MV Boli"/>
        </w:rPr>
        <w:t>ލިޔެފައިވާ</w:t>
      </w:r>
      <w:r>
        <w:rPr>
          <w:rFonts w:ascii="Times New Roman" w:hAnsi="Times New Roman" w:eastAsia="Times New Roman" w:cs="Times New Roman"/>
        </w:rPr>
        <w:t xml:space="preserve"> </w:t>
      </w:r>
      <w:r>
        <w:rPr>
          <w:rFonts w:ascii="MV Boli" w:hAnsi="MV Boli" w:eastAsia="MV Boli" w:cs="MV Boli"/>
        </w:rPr>
        <w:t>ކޮންމެ</w:t>
      </w:r>
      <w:r>
        <w:rPr>
          <w:rFonts w:ascii="Times New Roman" w:hAnsi="Times New Roman" w:eastAsia="Times New Roman" w:cs="Times New Roman"/>
        </w:rPr>
        <w:t xml:space="preserve"> </w:t>
      </w:r>
      <w:r>
        <w:rPr>
          <w:rFonts w:ascii="MV Boli" w:hAnsi="MV Boli" w:eastAsia="MV Boli" w:cs="MV Boli"/>
        </w:rPr>
        <w:t>މީހެއްމެއެވެ</w:t>
      </w:r>
      <w:r>
        <w:rPr>
          <w:rFonts w:ascii="Times New Roman" w:hAnsi="Times New Roman" w:eastAsia="Times New Roman" w:cs="Times New Roman"/>
        </w:rPr>
        <w:t>.”’ Testimonies, volume 5, 474–476.</w:t>
      </w:r>
    </w:p>
    <w:p>
      <w:pPr>
        <w:pStyle w:val="ArticleBody"/>
        <w:jc w:val="left"/>
      </w:pPr>
      <w:r>
        <w:rPr>
          <w:rFonts w:ascii="Nirmala UI" w:hAnsi="Nirmala UI" w:eastAsia="Nirmala UI" w:cs="Nirmala UI"/>
        </w:rPr>
        <w:t>கிரந்தம்</w:t>
      </w:r>
      <w:r>
        <w:rPr>
          <w:rFonts w:ascii="Times New Roman" w:hAnsi="Times New Roman" w:eastAsia="Times New Roman" w:cs="Times New Roman"/>
        </w:rPr>
        <w:t xml:space="preserve"> </w:t>
      </w:r>
      <w:r>
        <w:rPr>
          <w:rFonts w:ascii="Nirmala UI" w:hAnsi="Nirmala UI" w:eastAsia="Nirmala UI" w:cs="Nirmala UI"/>
        </w:rPr>
        <w:t>ஆகிவுளியனில்</w:t>
      </w:r>
      <w:r>
        <w:rPr>
          <w:rFonts w:ascii="Times New Roman" w:hAnsi="Times New Roman" w:eastAsia="Times New Roman" w:cs="Times New Roman"/>
        </w:rPr>
        <w:t xml:space="preserve"> </w:t>
      </w:r>
      <w:r>
        <w:rPr>
          <w:rFonts w:ascii="Nirmala UI" w:hAnsi="Nirmala UI" w:eastAsia="Nirmala UI" w:cs="Nirmala UI"/>
        </w:rPr>
        <w:t>கூறப்படும்</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நூற்று</w:t>
      </w:r>
      <w:r>
        <w:rPr>
          <w:rFonts w:ascii="Times New Roman" w:hAnsi="Times New Roman" w:eastAsia="Times New Roman" w:cs="Times New Roman"/>
        </w:rPr>
        <w:t xml:space="preserve"> </w:t>
      </w:r>
      <w:r>
        <w:rPr>
          <w:rFonts w:ascii="Nirmala UI" w:hAnsi="Nirmala UI" w:eastAsia="Nirmala UI" w:cs="Nirmala UI"/>
        </w:rPr>
        <w:t>நாற்பத்திநான்கு</w:t>
      </w:r>
      <w:r>
        <w:rPr>
          <w:rFonts w:ascii="Times New Roman" w:hAnsi="Times New Roman" w:eastAsia="Times New Roman" w:cs="Times New Roman"/>
        </w:rPr>
        <w:t xml:space="preserve"> </w:t>
      </w:r>
      <w:r>
        <w:rPr>
          <w:rFonts w:ascii="Nirmala UI" w:hAnsi="Nirmala UI" w:eastAsia="Nirmala UI" w:cs="Nirmala UI"/>
        </w:rPr>
        <w:t>ஆயிரம்</w:t>
      </w:r>
      <w:r>
        <w:rPr>
          <w:rFonts w:ascii="Times New Roman" w:hAnsi="Times New Roman" w:eastAsia="Times New Roman" w:cs="Times New Roman"/>
        </w:rPr>
        <w:t xml:space="preserve"> </w:t>
      </w:r>
      <w:r>
        <w:rPr>
          <w:rFonts w:ascii="Nirmala UI" w:hAnsi="Nirmala UI" w:eastAsia="Nirmala UI" w:cs="Nirmala UI"/>
        </w:rPr>
        <w:t>பேர்</w:t>
      </w:r>
      <w:r>
        <w:rPr>
          <w:rFonts w:ascii="Times New Roman" w:hAnsi="Times New Roman" w:eastAsia="Times New Roman" w:cs="Times New Roman"/>
        </w:rPr>
        <w:t xml:space="preserve">, </w:t>
      </w:r>
      <w:r>
        <w:rPr>
          <w:rFonts w:ascii="Nirmala UI" w:hAnsi="Nirmala UI" w:eastAsia="Nirmala UI" w:cs="Nirmala UI"/>
        </w:rPr>
        <w:t>தேசத்தில்</w:t>
      </w:r>
      <w:r>
        <w:rPr>
          <w:rFonts w:ascii="Times New Roman" w:hAnsi="Times New Roman" w:eastAsia="Times New Roman" w:cs="Times New Roman"/>
        </w:rPr>
        <w:t xml:space="preserve"> </w:t>
      </w:r>
      <w:r>
        <w:rPr>
          <w:rFonts w:ascii="Nirmala UI" w:hAnsi="Nirmala UI" w:eastAsia="Nirmala UI" w:cs="Nirmala UI"/>
        </w:rPr>
        <w:t>உள்ள</w:t>
      </w:r>
      <w:r>
        <w:rPr>
          <w:rFonts w:ascii="Times New Roman" w:hAnsi="Times New Roman" w:eastAsia="Times New Roman" w:cs="Times New Roman"/>
        </w:rPr>
        <w:t xml:space="preserve"> </w:t>
      </w:r>
      <w:r>
        <w:rPr>
          <w:rFonts w:ascii="Nirmala UI" w:hAnsi="Nirmala UI" w:eastAsia="Nirmala UI" w:cs="Nirmala UI"/>
        </w:rPr>
        <w:t>அருவருப்புகளினிமித்தம்</w:t>
      </w:r>
      <w:r>
        <w:rPr>
          <w:rFonts w:ascii="Times New Roman" w:hAnsi="Times New Roman" w:eastAsia="Times New Roman" w:cs="Times New Roman"/>
        </w:rPr>
        <w:t xml:space="preserve"> “</w:t>
      </w:r>
      <w:r>
        <w:rPr>
          <w:rFonts w:ascii="Nirmala UI" w:hAnsi="Nirmala UI" w:eastAsia="Nirmala UI" w:cs="Nirmala UI"/>
        </w:rPr>
        <w:t>நெடுங்கனித்து</w:t>
      </w:r>
      <w:r>
        <w:rPr>
          <w:rFonts w:ascii="Times New Roman" w:hAnsi="Times New Roman" w:eastAsia="Times New Roman" w:cs="Times New Roman"/>
        </w:rPr>
        <w:t xml:space="preserve"> </w:t>
      </w:r>
      <w:r>
        <w:rPr>
          <w:rFonts w:ascii="Nirmala UI" w:hAnsi="Nirmala UI" w:eastAsia="Nirmala UI" w:cs="Nirmala UI"/>
        </w:rPr>
        <w:t>அழுகின்ற</w:t>
      </w:r>
      <w:r>
        <w:rPr>
          <w:rFonts w:ascii="Times New Roman" w:hAnsi="Times New Roman" w:eastAsia="Times New Roman" w:cs="Times New Roman"/>
        </w:rPr>
        <w:t xml:space="preserve">” </w:t>
      </w:r>
      <w:r>
        <w:rPr>
          <w:rFonts w:ascii="Nirmala UI" w:hAnsi="Nirmala UI" w:eastAsia="Nirmala UI" w:cs="Nirmala UI"/>
        </w:rPr>
        <w:t>போதே</w:t>
      </w:r>
      <w:r>
        <w:rPr>
          <w:rFonts w:ascii="Times New Roman" w:hAnsi="Times New Roman" w:eastAsia="Times New Roman" w:cs="Times New Roman"/>
        </w:rPr>
        <w:t xml:space="preserve"> “</w:t>
      </w:r>
      <w:r>
        <w:rPr>
          <w:rFonts w:ascii="Nirmala UI" w:hAnsi="Nirmala UI" w:eastAsia="Nirmala UI" w:cs="Nirmala UI"/>
        </w:rPr>
        <w:t>முத்திரையிடப்படுகிற</w:t>
      </w:r>
      <w:r>
        <w:rPr>
          <w:rFonts w:ascii="Times New Roman" w:hAnsi="Times New Roman" w:eastAsia="Times New Roman" w:cs="Times New Roman"/>
        </w:rPr>
        <w:t xml:space="preserve">” </w:t>
      </w:r>
      <w:r>
        <w:rPr>
          <w:rFonts w:ascii="Nirmala UI" w:hAnsi="Nirmala UI" w:eastAsia="Nirmala UI" w:cs="Nirmala UI"/>
        </w:rPr>
        <w:t>எசேக்கியேலின்</w:t>
      </w:r>
      <w:r>
        <w:rPr>
          <w:rFonts w:ascii="Times New Roman" w:hAnsi="Times New Roman" w:eastAsia="Times New Roman" w:cs="Times New Roman"/>
        </w:rPr>
        <w:t xml:space="preserve"> </w:t>
      </w:r>
      <w:r>
        <w:rPr>
          <w:rFonts w:ascii="Nirmala UI" w:hAnsi="Nirmala UI" w:eastAsia="Nirmala UI" w:cs="Nirmala UI"/>
        </w:rPr>
        <w:t>கூட்டத்தாரே</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கிறிஸ்துவின்</w:t>
      </w:r>
      <w:r>
        <w:rPr>
          <w:rFonts w:ascii="Times New Roman" w:hAnsi="Times New Roman" w:eastAsia="Times New Roman" w:cs="Times New Roman"/>
        </w:rPr>
        <w:t xml:space="preserve"> </w:t>
      </w:r>
      <w:r>
        <w:rPr>
          <w:rFonts w:ascii="Nirmala UI" w:hAnsi="Nirmala UI" w:eastAsia="Nirmala UI" w:cs="Nirmala UI"/>
        </w:rPr>
        <w:t>நீதியெனும்</w:t>
      </w:r>
      <w:r>
        <w:rPr>
          <w:rFonts w:ascii="Times New Roman" w:hAnsi="Times New Roman" w:eastAsia="Times New Roman" w:cs="Times New Roman"/>
        </w:rPr>
        <w:t xml:space="preserve"> </w:t>
      </w:r>
      <w:r>
        <w:rPr>
          <w:rFonts w:ascii="Nirmala UI" w:hAnsi="Nirmala UI" w:eastAsia="Nirmala UI" w:cs="Nirmala UI"/>
        </w:rPr>
        <w:t>உடையைப்</w:t>
      </w:r>
      <w:r>
        <w:rPr>
          <w:rFonts w:ascii="Times New Roman" w:hAnsi="Times New Roman" w:eastAsia="Times New Roman" w:cs="Times New Roman"/>
        </w:rPr>
        <w:t xml:space="preserve"> </w:t>
      </w:r>
      <w:r>
        <w:rPr>
          <w:rFonts w:ascii="Nirmala UI" w:hAnsi="Nirmala UI" w:eastAsia="Nirmala UI" w:cs="Nirmala UI"/>
        </w:rPr>
        <w:t>பெறும்</w:t>
      </w:r>
      <w:r>
        <w:rPr>
          <w:rFonts w:ascii="Times New Roman" w:hAnsi="Times New Roman" w:eastAsia="Times New Roman" w:cs="Times New Roman"/>
        </w:rPr>
        <w:t xml:space="preserve"> </w:t>
      </w:r>
      <w:r>
        <w:rPr>
          <w:rFonts w:ascii="Nirmala UI" w:hAnsi="Nirmala UI" w:eastAsia="Nirmala UI" w:cs="Nirmala UI"/>
        </w:rPr>
        <w:t>வேளையிலும்</w:t>
      </w:r>
      <w:r>
        <w:rPr>
          <w:rFonts w:ascii="Times New Roman" w:hAnsi="Times New Roman" w:eastAsia="Times New Roman" w:cs="Times New Roman"/>
        </w:rPr>
        <w:t xml:space="preserve">, </w:t>
      </w:r>
      <w:r>
        <w:rPr>
          <w:rFonts w:ascii="Nirmala UI" w:hAnsi="Nirmala UI" w:eastAsia="Nirmala UI" w:cs="Nirmala UI"/>
        </w:rPr>
        <w:t>ஒருகாலத்தில்</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ஜனமல்லாதிருந்தும்</w:t>
      </w:r>
      <w:r>
        <w:rPr>
          <w:rFonts w:ascii="Times New Roman" w:hAnsi="Times New Roman" w:eastAsia="Times New Roman" w:cs="Times New Roman"/>
        </w:rPr>
        <w:t xml:space="preserve"> </w:t>
      </w:r>
      <w:r>
        <w:rPr>
          <w:rFonts w:ascii="Nirmala UI" w:hAnsi="Nirmala UI" w:eastAsia="Nirmala UI" w:cs="Nirmala UI"/>
        </w:rPr>
        <w:t>இப்போது</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ஜனமாகியிருக்கிற</w:t>
      </w:r>
      <w:r>
        <w:rPr>
          <w:rFonts w:ascii="Times New Roman" w:hAnsi="Times New Roman" w:eastAsia="Times New Roman" w:cs="Times New Roman"/>
        </w:rPr>
        <w:t xml:space="preserve"> </w:t>
      </w:r>
      <w:r>
        <w:rPr>
          <w:rFonts w:ascii="Nirmala UI" w:hAnsi="Nirmala UI" w:eastAsia="Nirmala UI" w:cs="Nirmala UI"/>
        </w:rPr>
        <w:t>பேதுருவின்</w:t>
      </w:r>
      <w:r>
        <w:rPr>
          <w:rFonts w:ascii="Times New Roman" w:hAnsi="Times New Roman" w:eastAsia="Times New Roman" w:cs="Times New Roman"/>
        </w:rPr>
        <w:t xml:space="preserve"> “</w:t>
      </w:r>
      <w:r>
        <w:rPr>
          <w:rFonts w:ascii="Nirmala UI" w:hAnsi="Nirmala UI" w:eastAsia="Nirmala UI" w:cs="Nirmala UI"/>
        </w:rPr>
        <w:t>ராஜாக்களும்</w:t>
      </w:r>
      <w:r>
        <w:rPr>
          <w:rFonts w:ascii="Times New Roman" w:hAnsi="Times New Roman" w:eastAsia="Times New Roman" w:cs="Times New Roman"/>
        </w:rPr>
        <w:t xml:space="preserve"> </w:t>
      </w:r>
      <w:r>
        <w:rPr>
          <w:rFonts w:ascii="Nirmala UI" w:hAnsi="Nirmala UI" w:eastAsia="Nirmala UI" w:cs="Nirmala UI"/>
        </w:rPr>
        <w:t>ஆசாரியர்களும்</w:t>
      </w:r>
      <w:r>
        <w:rPr>
          <w:rFonts w:ascii="Times New Roman" w:hAnsi="Times New Roman" w:eastAsia="Times New Roman" w:cs="Times New Roman"/>
        </w:rPr>
        <w:t xml:space="preserve">” </w:t>
      </w:r>
      <w:r>
        <w:rPr>
          <w:rFonts w:ascii="Nirmala UI" w:hAnsi="Nirmala UI" w:eastAsia="Nirmala UI" w:cs="Nirmala UI"/>
        </w:rPr>
        <w:t>என்பதைக்</w:t>
      </w:r>
      <w:r>
        <w:rPr>
          <w:rFonts w:ascii="Times New Roman" w:hAnsi="Times New Roman" w:eastAsia="Times New Roman" w:cs="Times New Roman"/>
        </w:rPr>
        <w:t xml:space="preserve"> </w:t>
      </w:r>
      <w:r>
        <w:rPr>
          <w:rFonts w:ascii="Nirmala UI" w:hAnsi="Nirmala UI" w:eastAsia="Nirmala UI" w:cs="Nirmala UI"/>
        </w:rPr>
        <w:t>குறிக்கும்</w:t>
      </w:r>
      <w:r>
        <w:rPr>
          <w:rFonts w:ascii="Times New Roman" w:hAnsi="Times New Roman" w:eastAsia="Times New Roman" w:cs="Times New Roman"/>
        </w:rPr>
        <w:t xml:space="preserve"> </w:t>
      </w:r>
      <w:r>
        <w:rPr>
          <w:rFonts w:ascii="Nirmala UI" w:hAnsi="Nirmala UI" w:eastAsia="Nirmala UI" w:cs="Nirmala UI"/>
        </w:rPr>
        <w:t>அழகிய</w:t>
      </w:r>
      <w:r>
        <w:rPr>
          <w:rFonts w:ascii="Times New Roman" w:hAnsi="Times New Roman" w:eastAsia="Times New Roman" w:cs="Times New Roman"/>
        </w:rPr>
        <w:t xml:space="preserve"> </w:t>
      </w:r>
      <w:r>
        <w:rPr>
          <w:rFonts w:ascii="Nirmala UI" w:hAnsi="Nirmala UI" w:eastAsia="Nirmala UI" w:cs="Nirmala UI"/>
        </w:rPr>
        <w:t>தலையாலங்காரத்தையும்</w:t>
      </w:r>
      <w:r>
        <w:rPr>
          <w:rFonts w:ascii="Times New Roman" w:hAnsi="Times New Roman" w:eastAsia="Times New Roman" w:cs="Times New Roman"/>
        </w:rPr>
        <w:t xml:space="preserve"> </w:t>
      </w:r>
      <w:r>
        <w:rPr>
          <w:rFonts w:ascii="Nirmala UI" w:hAnsi="Nirmala UI" w:eastAsia="Nirmala UI" w:cs="Nirmala UI"/>
        </w:rPr>
        <w:t>பெறும்</w:t>
      </w:r>
      <w:r>
        <w:rPr>
          <w:rFonts w:ascii="Times New Roman" w:hAnsi="Times New Roman" w:eastAsia="Times New Roman" w:cs="Times New Roman"/>
        </w:rPr>
        <w:t xml:space="preserve"> </w:t>
      </w:r>
      <w:r>
        <w:rPr>
          <w:rFonts w:ascii="Nirmala UI" w:hAnsi="Nirmala UI" w:eastAsia="Nirmala UI" w:cs="Nirmala UI"/>
        </w:rPr>
        <w:t>வேளையிலும்</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முத்திரையிடப்படுகிறார்கள்</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Ama siz seçilmiş bir nəsil, padşahlara məxsus kahinlik, müqəddəs millət, Allahın özünə məxsus bir xalqsınız ki, sizi qaranlıqdan Özünün heyrətamiz nuruna çağıranın mədhini bəyan edəsiniz; siz ki, əvvəllər xalq deyildiniz, amma indi Allahın xalqısınız; mərhəmətə nail olmamışdınız, amma indi mərhəmətə nail olmusunuz. Ey sevimlilər, sizə yalvarıram ki, qəriblər və müsafirlər kimi, cana qarşı müharibə edən cismani ehtiraslardan çəkinəsiniz; millətlər arasında davranışınız namuslu olsun ki, sizi pislik edənlər kimi ittiham etdikləri halda, gördükləri yaxşı işləriniz vasitəsilə ziyarət günü Allahı izzətləndirsinlər. 1 Peter 2:9–12.</w:t>
      </w:r>
    </w:p>
    <w:p>
      <w:pPr>
        <w:pStyle w:val="ArticleScripture"/>
        <w:jc w:val="left"/>
      </w:pPr>
      <w:r>
        <w:rPr>
          <w:rFonts w:ascii="Times New Roman" w:hAnsi="Times New Roman" w:eastAsia="Times New Roman" w:cs="Times New Roman"/>
        </w:rPr>
        <w:t>Հիմա, ուրեմն, եթե ճշմարտապես հնազանդվեք իմ ձայնին և պահեք իմ ուխտը, դուք ինձ համար առանձնահատուկ գանձ պիտի լինեք բոլոր ժողովուրդներից վեր, որովհետև ողջ երկիրը իմն է. Եվ դուք ինձ համար պիտի լինեք քահանաների թագավորություն և սուրբ ազգ։ Սրանք են այն խոսքերը, որ պիտի ասես Իսրայելի որդիներին։ Ելք 19:5, 6.</w:t>
      </w:r>
    </w:p>
    <w:p>
      <w:pPr>
        <w:pStyle w:val="ArticleScripture"/>
        <w:jc w:val="left"/>
      </w:pPr>
      <w:r>
        <w:rPr>
          <w:rFonts w:ascii="Times New Roman" w:hAnsi="Times New Roman" w:eastAsia="Times New Roman" w:cs="Times New Roman"/>
        </w:rPr>
        <w:t>«Абаршәазар аҵыхәтәантәи амшқәа рзы, Анцәа Иҿырԥшыра Иԥҟарақәа ирықәныҟәо Иуаажәлар рыманы ҿыц инықәырӷәӷәахоит. “Уа амш аҽны сара урҭ рзы аиқәшаҳаҭра ҟасҵоит адәқәа рыстәқәа, ажәҩан аԥсаатәқәа, адгьыл иҵыҵуақәа рыманы; са сҽа қьаԥса, асаса, аибашьрагьы адгьыл аҟынтәи исԥыхуеит, насгьы урҭ шәарҭадарала ицартә иҟасҵоит. Убри адагьы, сҩызаҩыс уҟасҵоит наӡаӡа; аиаша, аӡбара, абзиабара-зхашҭра, агәыҳалалра рыла сҩызаҩыс уҟасҵоит. Агәрахаҵаралагьы сҩызаҩыс уҟасҵоит; уарагьы Иегова уидыруеит.”</w:t>
      </w:r>
    </w:p>
    <w:p>
      <w:pPr>
        <w:pStyle w:val="ArticleScripture"/>
        <w:jc w:val="left"/>
      </w:pPr>
      <w:r>
        <w:rPr>
          <w:rFonts w:ascii="Times New Roman" w:hAnsi="Times New Roman" w:eastAsia="Times New Roman" w:cs="Times New Roman"/>
        </w:rPr>
        <w:t>“‘Us qharipeqenmi, siñor Diospa nisqanman hina, uyarisqaqmi; hanaq pachatam uyarisaq, paykunataq kay pachata uyarinqaku; kay pachataq trigota, vinota, aceitetaq uyarinqa; chaykunataq Jezreelta uyarinqaku. Paytataq kay pachapi ñuqapaq tarpusaq; mana khuyapayakusqa kasqantataq khuyapayasaq; mana ñuqapa llaqtaykuna kasqankumanmi nisqaq, Qankunaqa ñuqapa llaqtaykuna kankichik; paykunañataq ninqaku, Qamqa ñuqapa Diosniymi kanki.’ Oseas 2:14–23.”</w:t>
      </w:r>
    </w:p>
    <w:p>
      <w:pPr>
        <w:pStyle w:val="ArticleScripture"/>
        <w:jc w:val="left"/>
      </w:pPr>
      <w:r>
        <w:rPr>
          <w:rFonts w:ascii="Times New Roman" w:hAnsi="Times New Roman" w:eastAsia="Times New Roman" w:cs="Times New Roman"/>
        </w:rPr>
        <w:t>«“In that day,... the remnant of Israel, and such as are escaped of the house of Jacob,... shall stay upon the Lord, the Holy One of Israel, in truth.” Isaiah 10:20. Nga “every nation, and kindred, and tongue, and people” do të ketë nga ata që me gëzim do t’i përgjigjen mesazhit: “Fear God, and give glory to him; for the hour of his judgment is come.” Ata do të kthehen nga çdo idhull që i lidh me këtë tokë dhe do të “worship him at that made heaven, and earth, and the sea, and the fountains of waters.” Ata do të çlirohen nga çdo ngatërresë dhe do të qëndrojnë përpara botës si monumente të mëshirës së Perëndisë. Të bindur ndaj çdo kërkese hyjnore, ata do të njihen nga engjëjt dhe nga njerëzit si ata që “keep the commandments of God, and the faith of Jesus.” Revelation 14:6–7, 12.»</w:t>
      </w:r>
    </w:p>
    <w:p>
      <w:pPr>
        <w:pStyle w:val="ArticleScripture"/>
        <w:jc w:val="left"/>
      </w:pPr>
      <w:r>
        <w:rPr>
          <w:rFonts w:ascii="Times New Roman" w:hAnsi="Times New Roman" w:eastAsia="Times New Roman" w:cs="Times New Roman"/>
        </w:rPr>
        <w:t>“‘Ñanaca jutaniwa, Tatitux siwa, yapuchirix apthapiriruw katxaruñapa, uqhamaraki uvas takirix jath irpiriruw katxaruñapa; qullunakasti muxsa vinompiw phuqhintani, taqi jisk’a qullunakasti umt’asipxarakiniwa. Ucatsti nayax wasitatwa Israel markajjan preso apapxatäwinakapat irptanëjja, ucat jupanakax t’unjat markanak lurapxani, ucanakansti jakapxarakiniwa; uvas yapunak yapuchapxani, vinopsa umapxarakiniwa; jardinanaksa lurapxani, ucan achupsa manq’apxarakiniwa. Nayasti uraqinakap patxaruw jupanakar sayt’ayä, ucat jupanakax churkta uka uraqipatxa janiw wasitat apsutäxapxaniti, Tatitu Diosamaw siwa. Amós 9:13–15.’” Review and Herald, 26 de febrero de 1914.</w:t>
      </w:r>
    </w:p>
    <w:p>
      <w:pPr>
        <w:pStyle w:val="ArticleBody"/>
        <w:jc w:val="left"/>
      </w:pPr>
      <w:r>
        <w:rPr>
          <w:rFonts w:ascii="Times New Roman" w:hAnsi="Times New Roman" w:eastAsia="Times New Roman" w:cs="Times New Roman"/>
        </w:rPr>
        <w:t>Белгілі болғандай, жүз қырық төрт мыңның соңғы таңдалған ұрпағына мөр басылған сәттен бастап, басқа ұлттар үшін олардың назар аударылу күні барысында жүз қырық төрт мыңның өмір салтының (мінез-құлқының) ықпалына түсе алатын өзге ұлт адамдары әлі де бар.</w:t>
      </w:r>
    </w:p>
    <w:p>
      <w:pPr>
        <w:pStyle w:val="ArticleScripture"/>
        <w:jc w:val="left"/>
      </w:pPr>
      <w:r>
        <w:rPr>
          <w:rFonts w:ascii="Times New Roman" w:hAnsi="Times New Roman" w:eastAsia="Times New Roman" w:cs="Times New Roman"/>
        </w:rPr>
        <w:t>«</w:t>
      </w:r>
      <w:r>
        <w:rPr>
          <w:rFonts w:ascii="Ebrima" w:hAnsi="Ebrima" w:eastAsia="Ebrima" w:cs="Ebrima"/>
        </w:rPr>
        <w:t>የሰው</w:t>
      </w:r>
      <w:r>
        <w:rPr>
          <w:rFonts w:ascii="Times New Roman" w:hAnsi="Times New Roman" w:eastAsia="Times New Roman" w:cs="Times New Roman"/>
        </w:rPr>
        <w:t xml:space="preserve"> </w:t>
      </w:r>
      <w:r>
        <w:rPr>
          <w:rFonts w:ascii="Ebrima" w:hAnsi="Ebrima" w:eastAsia="Ebrima" w:cs="Ebrima"/>
        </w:rPr>
        <w:t>ኀይልና</w:t>
      </w:r>
      <w:r>
        <w:rPr>
          <w:rFonts w:ascii="Times New Roman" w:hAnsi="Times New Roman" w:eastAsia="Times New Roman" w:cs="Times New Roman"/>
        </w:rPr>
        <w:t xml:space="preserve"> </w:t>
      </w:r>
      <w:r>
        <w:rPr>
          <w:rFonts w:ascii="Ebrima" w:hAnsi="Ebrima" w:eastAsia="Ebrima" w:cs="Ebrima"/>
        </w:rPr>
        <w:t>የሰው</w:t>
      </w:r>
      <w:r>
        <w:rPr>
          <w:rFonts w:ascii="Times New Roman" w:hAnsi="Times New Roman" w:eastAsia="Times New Roman" w:cs="Times New Roman"/>
        </w:rPr>
        <w:t xml:space="preserve"> </w:t>
      </w:r>
      <w:r>
        <w:rPr>
          <w:rFonts w:ascii="Ebrima" w:hAnsi="Ebrima" w:eastAsia="Ebrima" w:cs="Ebrima"/>
        </w:rPr>
        <w:t>ብርታት</w:t>
      </w:r>
      <w:r>
        <w:rPr>
          <w:rFonts w:ascii="Times New Roman" w:hAnsi="Times New Roman" w:eastAsia="Times New Roman" w:cs="Times New Roman"/>
        </w:rPr>
        <w:t xml:space="preserve"> </w:t>
      </w:r>
      <w:r>
        <w:rPr>
          <w:rFonts w:ascii="Ebrima" w:hAnsi="Ebrima" w:eastAsia="Ebrima" w:cs="Ebrima"/>
        </w:rPr>
        <w:t>የእግዚአብሔርን</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አልመሠረቱአትም፤</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ሊያጠፉአት</w:t>
      </w:r>
      <w:r>
        <w:rPr>
          <w:rFonts w:ascii="Times New Roman" w:hAnsi="Times New Roman" w:eastAsia="Times New Roman" w:cs="Times New Roman"/>
        </w:rPr>
        <w:t xml:space="preserve"> </w:t>
      </w:r>
      <w:r>
        <w:rPr>
          <w:rFonts w:ascii="Ebrima" w:hAnsi="Ebrima" w:eastAsia="Ebrima" w:cs="Ebrima"/>
        </w:rPr>
        <w:t>አይችሉም።</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በሰው</w:t>
      </w:r>
      <w:r>
        <w:rPr>
          <w:rFonts w:ascii="Times New Roman" w:hAnsi="Times New Roman" w:eastAsia="Times New Roman" w:cs="Times New Roman"/>
        </w:rPr>
        <w:t xml:space="preserve"> </w:t>
      </w:r>
      <w:r>
        <w:rPr>
          <w:rFonts w:ascii="Ebrima" w:hAnsi="Ebrima" w:eastAsia="Ebrima" w:cs="Ebrima"/>
        </w:rPr>
        <w:t>ብርታት</w:t>
      </w:r>
      <w:r>
        <w:rPr>
          <w:rFonts w:ascii="Times New Roman" w:hAnsi="Times New Roman" w:eastAsia="Times New Roman" w:cs="Times New Roman"/>
        </w:rPr>
        <w:t xml:space="preserve"> </w:t>
      </w:r>
      <w:r>
        <w:rPr>
          <w:rFonts w:ascii="Ebrima" w:hAnsi="Ebrima" w:eastAsia="Ebrima" w:cs="Ebrima"/>
        </w:rPr>
        <w:t>ዐለት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ሳይሆን፣</w:t>
      </w:r>
      <w:r>
        <w:rPr>
          <w:rFonts w:ascii="Times New Roman" w:hAnsi="Times New Roman" w:eastAsia="Times New Roman" w:cs="Times New Roman"/>
        </w:rPr>
        <w:t xml:space="preserve"> </w:t>
      </w:r>
      <w:r>
        <w:rPr>
          <w:rFonts w:ascii="Ebrima" w:hAnsi="Ebrima" w:eastAsia="Ebrima" w:cs="Ebrima"/>
        </w:rPr>
        <w:t>በዘላለማት</w:t>
      </w:r>
      <w:r>
        <w:rPr>
          <w:rFonts w:ascii="Times New Roman" w:hAnsi="Times New Roman" w:eastAsia="Times New Roman" w:cs="Times New Roman"/>
        </w:rPr>
        <w:t xml:space="preserve"> </w:t>
      </w:r>
      <w:r>
        <w:rPr>
          <w:rFonts w:ascii="Ebrima" w:hAnsi="Ebrima" w:eastAsia="Ebrima" w:cs="Ebrima"/>
        </w:rPr>
        <w:t>ዓለት</w:t>
      </w:r>
      <w:r>
        <w:rPr>
          <w:rFonts w:ascii="Times New Roman" w:hAnsi="Times New Roman" w:eastAsia="Times New Roman" w:cs="Times New Roman"/>
        </w:rPr>
        <w:t xml:space="preserve"> </w:t>
      </w:r>
      <w:r>
        <w:rPr>
          <w:rFonts w:ascii="Ebrima" w:hAnsi="Ebrima" w:eastAsia="Ebrima" w:cs="Ebrima"/>
        </w:rPr>
        <w:t>በሆነው</w:t>
      </w:r>
      <w:r>
        <w:rPr>
          <w:rFonts w:ascii="Times New Roman" w:hAnsi="Times New Roman" w:eastAsia="Times New Roman" w:cs="Times New Roman"/>
        </w:rPr>
        <w:t xml:space="preserve"> </w:t>
      </w:r>
      <w:r>
        <w:rPr>
          <w:rFonts w:ascii="Ebrima" w:hAnsi="Ebrima" w:eastAsia="Ebrima" w:cs="Ebrima"/>
        </w:rPr>
        <w:t>በክርስቶስ</w:t>
      </w:r>
      <w:r>
        <w:rPr>
          <w:rFonts w:ascii="Times New Roman" w:hAnsi="Times New Roman" w:eastAsia="Times New Roman" w:cs="Times New Roman"/>
        </w:rPr>
        <w:t xml:space="preserve"> </w:t>
      </w:r>
      <w:r>
        <w:rPr>
          <w:rFonts w:ascii="Ebrima" w:hAnsi="Ebrima" w:eastAsia="Ebrima" w:cs="Ebrima"/>
        </w:rPr>
        <w:t>ኢየሱስ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ተመሠረተች፤</w:t>
      </w:r>
      <w:r>
        <w:rPr>
          <w:rFonts w:ascii="Times New Roman" w:hAnsi="Times New Roman" w:eastAsia="Times New Roman" w:cs="Times New Roman"/>
        </w:rPr>
        <w:t xml:space="preserve"> “</w:t>
      </w:r>
      <w:r>
        <w:rPr>
          <w:rFonts w:ascii="Ebrima" w:hAnsi="Ebrima" w:eastAsia="Ebrima" w:cs="Ebrima"/>
        </w:rPr>
        <w:t>የገሃነምም</w:t>
      </w:r>
      <w:r>
        <w:rPr>
          <w:rFonts w:ascii="Times New Roman" w:hAnsi="Times New Roman" w:eastAsia="Times New Roman" w:cs="Times New Roman"/>
        </w:rPr>
        <w:t xml:space="preserve"> </w:t>
      </w:r>
      <w:r>
        <w:rPr>
          <w:rFonts w:ascii="Ebrima" w:hAnsi="Ebrima" w:eastAsia="Ebrima" w:cs="Ebrima"/>
        </w:rPr>
        <w:t>ደጆች</w:t>
      </w:r>
      <w:r>
        <w:rPr>
          <w:rFonts w:ascii="Times New Roman" w:hAnsi="Times New Roman" w:eastAsia="Times New Roman" w:cs="Times New Roman"/>
        </w:rPr>
        <w:t xml:space="preserve"> </w:t>
      </w:r>
      <w:r>
        <w:rPr>
          <w:rFonts w:ascii="Ebrima" w:hAnsi="Ebrima" w:eastAsia="Ebrima" w:cs="Ebrima"/>
        </w:rPr>
        <w:t>አይችሉአትም።</w:t>
      </w:r>
      <w:r>
        <w:rPr>
          <w:rFonts w:ascii="Times New Roman" w:hAnsi="Times New Roman" w:eastAsia="Times New Roman" w:cs="Times New Roman"/>
        </w:rPr>
        <w:t xml:space="preserve">” </w:t>
      </w:r>
      <w:r>
        <w:rPr>
          <w:rFonts w:ascii="Ebrima" w:hAnsi="Ebrima" w:eastAsia="Ebrima" w:cs="Ebrima"/>
        </w:rPr>
        <w:t>ማቴዎስ</w:t>
      </w:r>
      <w:r>
        <w:rPr>
          <w:rFonts w:ascii="Times New Roman" w:hAnsi="Times New Roman" w:eastAsia="Times New Roman" w:cs="Times New Roman"/>
        </w:rPr>
        <w:t xml:space="preserve"> 16</w:t>
      </w:r>
      <w:r>
        <w:rPr>
          <w:rFonts w:ascii="Ebrima" w:hAnsi="Ebrima" w:eastAsia="Ebrima" w:cs="Ebrima"/>
        </w:rPr>
        <w:t>፥</w:t>
      </w:r>
      <w:r>
        <w:rPr>
          <w:rFonts w:ascii="Times New Roman" w:hAnsi="Times New Roman" w:eastAsia="Times New Roman" w:cs="Times New Roman"/>
        </w:rPr>
        <w:t>18</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መገኘት</w:t>
      </w:r>
      <w:r>
        <w:rPr>
          <w:rFonts w:ascii="Times New Roman" w:hAnsi="Times New Roman" w:eastAsia="Times New Roman" w:cs="Times New Roman"/>
        </w:rPr>
        <w:t xml:space="preserve"> </w:t>
      </w:r>
      <w:r>
        <w:rPr>
          <w:rFonts w:ascii="Ebrima" w:hAnsi="Ebrima" w:eastAsia="Ebrima" w:cs="Ebrima"/>
        </w:rPr>
        <w:t>ለሥራው</w:t>
      </w:r>
      <w:r>
        <w:rPr>
          <w:rFonts w:ascii="Times New Roman" w:hAnsi="Times New Roman" w:eastAsia="Times New Roman" w:cs="Times New Roman"/>
        </w:rPr>
        <w:t xml:space="preserve"> </w:t>
      </w:r>
      <w:r>
        <w:rPr>
          <w:rFonts w:ascii="Ebrima" w:hAnsi="Ebrima" w:eastAsia="Ebrima" w:cs="Ebrima"/>
        </w:rPr>
        <w:t>ጽናትን</w:t>
      </w:r>
      <w:r>
        <w:rPr>
          <w:rFonts w:ascii="Times New Roman" w:hAnsi="Times New Roman" w:eastAsia="Times New Roman" w:cs="Times New Roman"/>
        </w:rPr>
        <w:t xml:space="preserve"> </w:t>
      </w:r>
      <w:r>
        <w:rPr>
          <w:rFonts w:ascii="Ebrima" w:hAnsi="Ebrima" w:eastAsia="Ebrima" w:cs="Ebrima"/>
        </w:rPr>
        <w:t>ይሰጣል።</w:t>
      </w:r>
      <w:r>
        <w:rPr>
          <w:rFonts w:ascii="Times New Roman" w:hAnsi="Times New Roman" w:eastAsia="Times New Roman" w:cs="Times New Roman"/>
        </w:rPr>
        <w:t xml:space="preserve"> “</w:t>
      </w:r>
      <w:r>
        <w:rPr>
          <w:rFonts w:ascii="Ebrima" w:hAnsi="Ebrima" w:eastAsia="Ebrima" w:cs="Ebrima"/>
        </w:rPr>
        <w:t>በመሳፍንትም</w:t>
      </w:r>
      <w:r>
        <w:rPr>
          <w:rFonts w:ascii="Times New Roman" w:hAnsi="Times New Roman" w:eastAsia="Times New Roman" w:cs="Times New Roman"/>
        </w:rPr>
        <w:t xml:space="preserve"> </w:t>
      </w:r>
      <w:r>
        <w:rPr>
          <w:rFonts w:ascii="Ebrima" w:hAnsi="Ebrima" w:eastAsia="Ebrima" w:cs="Ebrima"/>
        </w:rPr>
        <w:t>አትታመኑ፥</w:t>
      </w:r>
      <w:r>
        <w:rPr>
          <w:rFonts w:ascii="Times New Roman" w:hAnsi="Times New Roman" w:eastAsia="Times New Roman" w:cs="Times New Roman"/>
        </w:rPr>
        <w:t xml:space="preserve"> </w:t>
      </w:r>
      <w:r>
        <w:rPr>
          <w:rFonts w:ascii="Ebrima" w:hAnsi="Ebrima" w:eastAsia="Ebrima" w:cs="Ebrima"/>
        </w:rPr>
        <w:t>በሰው</w:t>
      </w:r>
      <w:r>
        <w:rPr>
          <w:rFonts w:ascii="Times New Roman" w:hAnsi="Times New Roman" w:eastAsia="Times New Roman" w:cs="Times New Roman"/>
        </w:rPr>
        <w:t xml:space="preserve"> </w:t>
      </w:r>
      <w:r>
        <w:rPr>
          <w:rFonts w:ascii="Ebrima" w:hAnsi="Ebrima" w:eastAsia="Ebrima" w:cs="Ebrima"/>
        </w:rPr>
        <w:t>ልጅም</w:t>
      </w:r>
      <w:r>
        <w:rPr>
          <w:rFonts w:ascii="Times New Roman" w:hAnsi="Times New Roman" w:eastAsia="Times New Roman" w:cs="Times New Roman"/>
        </w:rPr>
        <w:t xml:space="preserve"> </w:t>
      </w:r>
      <w:r>
        <w:rPr>
          <w:rFonts w:ascii="Ebrima" w:hAnsi="Ebrima" w:eastAsia="Ebrima" w:cs="Ebrima"/>
        </w:rPr>
        <w:t>አትታመኑ</w:t>
      </w:r>
      <w:r>
        <w:rPr>
          <w:rFonts w:ascii="Times New Roman" w:hAnsi="Times New Roman" w:eastAsia="Times New Roman" w:cs="Times New Roman"/>
        </w:rPr>
        <w:t xml:space="preserve">” </w:t>
      </w:r>
      <w:r>
        <w:rPr>
          <w:rFonts w:ascii="Ebrima" w:hAnsi="Ebrima" w:eastAsia="Ebrima" w:cs="Ebrima"/>
        </w:rPr>
        <w:t>የሚለው</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እኛ</w:t>
      </w:r>
      <w:r>
        <w:rPr>
          <w:rFonts w:ascii="Times New Roman" w:hAnsi="Times New Roman" w:eastAsia="Times New Roman" w:cs="Times New Roman"/>
        </w:rPr>
        <w:t xml:space="preserve"> </w:t>
      </w:r>
      <w:r>
        <w:rPr>
          <w:rFonts w:ascii="Ebrima" w:hAnsi="Ebrima" w:eastAsia="Ebrima" w:cs="Ebrima"/>
        </w:rPr>
        <w:t>ይመጣል።</w:t>
      </w:r>
      <w:r>
        <w:rPr>
          <w:rFonts w:ascii="Times New Roman" w:hAnsi="Times New Roman" w:eastAsia="Times New Roman" w:cs="Times New Roman"/>
        </w:rPr>
        <w:t xml:space="preserve"> </w:t>
      </w:r>
      <w:r>
        <w:rPr>
          <w:rFonts w:ascii="Ebrima" w:hAnsi="Ebrima" w:eastAsia="Ebrima" w:cs="Ebrima"/>
        </w:rPr>
        <w:t>መዝሙር</w:t>
      </w:r>
      <w:r>
        <w:rPr>
          <w:rFonts w:ascii="Times New Roman" w:hAnsi="Times New Roman" w:eastAsia="Times New Roman" w:cs="Times New Roman"/>
        </w:rPr>
        <w:t xml:space="preserve"> 146</w:t>
      </w:r>
      <w:r>
        <w:rPr>
          <w:rFonts w:ascii="Ebrima" w:hAnsi="Ebrima" w:eastAsia="Ebrima" w:cs="Ebrima"/>
        </w:rPr>
        <w:t>፥</w:t>
      </w:r>
      <w:r>
        <w:rPr>
          <w:rFonts w:ascii="Times New Roman" w:hAnsi="Times New Roman" w:eastAsia="Times New Roman" w:cs="Times New Roman"/>
        </w:rPr>
        <w:t>3</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ኀይላችሁ</w:t>
      </w:r>
      <w:r>
        <w:rPr>
          <w:rFonts w:ascii="Times New Roman" w:hAnsi="Times New Roman" w:eastAsia="Times New Roman" w:cs="Times New Roman"/>
        </w:rPr>
        <w:t xml:space="preserve"> </w:t>
      </w:r>
      <w:r>
        <w:rPr>
          <w:rFonts w:ascii="Ebrima" w:hAnsi="Ebrima" w:eastAsia="Ebrima" w:cs="Ebrima"/>
        </w:rPr>
        <w:t>በዝምታና</w:t>
      </w:r>
      <w:r>
        <w:rPr>
          <w:rFonts w:ascii="Times New Roman" w:hAnsi="Times New Roman" w:eastAsia="Times New Roman" w:cs="Times New Roman"/>
        </w:rPr>
        <w:t xml:space="preserve"> </w:t>
      </w:r>
      <w:r>
        <w:rPr>
          <w:rFonts w:ascii="Ebrima" w:hAnsi="Ebrima" w:eastAsia="Ebrima" w:cs="Ebrima"/>
        </w:rPr>
        <w:t>በመታመን</w:t>
      </w:r>
      <w:r>
        <w:rPr>
          <w:rFonts w:ascii="Times New Roman" w:hAnsi="Times New Roman" w:eastAsia="Times New Roman" w:cs="Times New Roman"/>
        </w:rPr>
        <w:t xml:space="preserve"> </w:t>
      </w:r>
      <w:r>
        <w:rPr>
          <w:rFonts w:ascii="Ebrima" w:hAnsi="Ebrima" w:eastAsia="Ebrima" w:cs="Ebrima"/>
        </w:rPr>
        <w:t>ይሆናል።</w:t>
      </w:r>
      <w:r>
        <w:rPr>
          <w:rFonts w:ascii="Times New Roman" w:hAnsi="Times New Roman" w:eastAsia="Times New Roman" w:cs="Times New Roman"/>
        </w:rPr>
        <w:t xml:space="preserve">” </w:t>
      </w:r>
      <w:r>
        <w:rPr>
          <w:rFonts w:ascii="Ebrima" w:hAnsi="Ebrima" w:eastAsia="Ebrima" w:cs="Ebrima"/>
        </w:rPr>
        <w:t>ኢሳይያስ</w:t>
      </w:r>
      <w:r>
        <w:rPr>
          <w:rFonts w:ascii="Times New Roman" w:hAnsi="Times New Roman" w:eastAsia="Times New Roman" w:cs="Times New Roman"/>
        </w:rPr>
        <w:t xml:space="preserve"> 30</w:t>
      </w:r>
      <w:r>
        <w:rPr>
          <w:rFonts w:ascii="Ebrima" w:hAnsi="Ebrima" w:eastAsia="Ebrima" w:cs="Ebrima"/>
        </w:rPr>
        <w:t>፥</w:t>
      </w:r>
      <w:r>
        <w:rPr>
          <w:rFonts w:ascii="Times New Roman" w:hAnsi="Times New Roman" w:eastAsia="Times New Roman" w:cs="Times New Roman"/>
        </w:rPr>
        <w:t>15</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በዘላለማዊ</w:t>
      </w:r>
      <w:r>
        <w:rPr>
          <w:rFonts w:ascii="Times New Roman" w:hAnsi="Times New Roman" w:eastAsia="Times New Roman" w:cs="Times New Roman"/>
        </w:rPr>
        <w:t xml:space="preserve"> </w:t>
      </w:r>
      <w:r>
        <w:rPr>
          <w:rFonts w:ascii="Ebrima" w:hAnsi="Ebrima" w:eastAsia="Ebrima" w:cs="Ebrima"/>
        </w:rPr>
        <w:t>የጽድቅ</w:t>
      </w:r>
      <w:r>
        <w:rPr>
          <w:rFonts w:ascii="Times New Roman" w:hAnsi="Times New Roman" w:eastAsia="Times New Roman" w:cs="Times New Roman"/>
        </w:rPr>
        <w:t xml:space="preserve"> </w:t>
      </w:r>
      <w:r>
        <w:rPr>
          <w:rFonts w:ascii="Ebrima" w:hAnsi="Ebrima" w:eastAsia="Ebrima" w:cs="Ebrima"/>
        </w:rPr>
        <w:t>መርሆች</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የተመሠረተው</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ክቡር</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ፈጽሞ</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ከንቱ</w:t>
      </w:r>
      <w:r>
        <w:rPr>
          <w:rFonts w:ascii="Times New Roman" w:hAnsi="Times New Roman" w:eastAsia="Times New Roman" w:cs="Times New Roman"/>
        </w:rPr>
        <w:t xml:space="preserve"> </w:t>
      </w:r>
      <w:r>
        <w:rPr>
          <w:rFonts w:ascii="Ebrima" w:hAnsi="Ebrima" w:eastAsia="Ebrima" w:cs="Ebrima"/>
        </w:rPr>
        <w:t>አይመጣም።</w:t>
      </w:r>
      <w:r>
        <w:rPr>
          <w:rFonts w:ascii="Times New Roman" w:hAnsi="Times New Roman" w:eastAsia="Times New Roman" w:cs="Times New Roman"/>
        </w:rPr>
        <w:t xml:space="preserve"> </w:t>
      </w:r>
      <w:r>
        <w:rPr>
          <w:rFonts w:ascii="Ebrima" w:hAnsi="Ebrima" w:eastAsia="Ebrima" w:cs="Ebrima"/>
        </w:rPr>
        <w:t>ከኀይል</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ኀይል</w:t>
      </w:r>
      <w:r>
        <w:rPr>
          <w:rFonts w:ascii="Times New Roman" w:hAnsi="Times New Roman" w:eastAsia="Times New Roman" w:cs="Times New Roman"/>
        </w:rPr>
        <w:t xml:space="preserve"> </w:t>
      </w:r>
      <w:r>
        <w:rPr>
          <w:rFonts w:ascii="Ebrima" w:hAnsi="Ebrima" w:eastAsia="Ebrima" w:cs="Ebrima"/>
        </w:rPr>
        <w:t>ይቀጥላል፤</w:t>
      </w:r>
      <w:r>
        <w:rPr>
          <w:rFonts w:ascii="Times New Roman" w:hAnsi="Times New Roman" w:eastAsia="Times New Roman" w:cs="Times New Roman"/>
        </w:rPr>
        <w:t xml:space="preserve"> “</w:t>
      </w:r>
      <w:r>
        <w:rPr>
          <w:rFonts w:ascii="Ebrima" w:hAnsi="Ebrima" w:eastAsia="Ebrima" w:cs="Ebrima"/>
        </w:rPr>
        <w:t>በሠራዊት</w:t>
      </w:r>
      <w:r>
        <w:rPr>
          <w:rFonts w:ascii="Times New Roman" w:hAnsi="Times New Roman" w:eastAsia="Times New Roman" w:cs="Times New Roman"/>
        </w:rPr>
        <w:t xml:space="preserve">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በመንፈሴ</w:t>
      </w:r>
      <w:r>
        <w:rPr>
          <w:rFonts w:ascii="Times New Roman" w:hAnsi="Times New Roman" w:eastAsia="Times New Roman" w:cs="Times New Roman"/>
        </w:rPr>
        <w:t xml:space="preserve"> </w:t>
      </w:r>
      <w:r>
        <w:rPr>
          <w:rFonts w:ascii="Ebrima" w:hAnsi="Ebrima" w:eastAsia="Ebrima" w:cs="Ebrima"/>
        </w:rPr>
        <w:t>እንጂ</w:t>
      </w:r>
      <w:r>
        <w:rPr>
          <w:rFonts w:ascii="Times New Roman" w:hAnsi="Times New Roman" w:eastAsia="Times New Roman" w:cs="Times New Roman"/>
        </w:rPr>
        <w:t xml:space="preserve"> </w:t>
      </w:r>
      <w:r>
        <w:rPr>
          <w:rFonts w:ascii="Ebrima" w:hAnsi="Ebrima" w:eastAsia="Ebrima" w:cs="Ebrima"/>
        </w:rPr>
        <w:t>በኀይል</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በብርታት</w:t>
      </w:r>
      <w:r>
        <w:rPr>
          <w:rFonts w:ascii="Times New Roman" w:hAnsi="Times New Roman" w:eastAsia="Times New Roman" w:cs="Times New Roman"/>
        </w:rPr>
        <w:t xml:space="preserve"> </w:t>
      </w:r>
      <w:r>
        <w:rPr>
          <w:rFonts w:ascii="Ebrima" w:hAnsi="Ebrima" w:eastAsia="Ebrima" w:cs="Ebrima"/>
        </w:rPr>
        <w:t>አይደለም</w:t>
      </w:r>
      <w:r>
        <w:rPr>
          <w:rFonts w:ascii="Times New Roman" w:hAnsi="Times New Roman" w:eastAsia="Times New Roman" w:cs="Times New Roman"/>
        </w:rPr>
        <w:t xml:space="preserve">” </w:t>
      </w:r>
      <w:r>
        <w:rPr>
          <w:rFonts w:ascii="Ebrima" w:hAnsi="Ebrima" w:eastAsia="Ebrima" w:cs="Ebrima"/>
        </w:rPr>
        <w:t>ተብሎ</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ተባለው።</w:t>
      </w:r>
      <w:r>
        <w:rPr>
          <w:rFonts w:ascii="Times New Roman" w:hAnsi="Times New Roman" w:eastAsia="Times New Roman" w:cs="Times New Roman"/>
        </w:rPr>
        <w:t xml:space="preserve"> </w:t>
      </w:r>
      <w:r>
        <w:rPr>
          <w:rFonts w:ascii="Ebrima" w:hAnsi="Ebrima" w:eastAsia="Ebrima" w:cs="Ebrima"/>
        </w:rPr>
        <w:t>ዘካርያስ</w:t>
      </w:r>
      <w:r>
        <w:rPr>
          <w:rFonts w:ascii="Times New Roman" w:hAnsi="Times New Roman" w:eastAsia="Times New Roman" w:cs="Times New Roman"/>
        </w:rPr>
        <w:t xml:space="preserve"> 4</w:t>
      </w:r>
      <w:r>
        <w:rPr>
          <w:rFonts w:ascii="Ebrima" w:hAnsi="Ebrima" w:eastAsia="Ebrima" w:cs="Ebrima"/>
        </w:rPr>
        <w:t>፥</w:t>
      </w:r>
      <w:r>
        <w:rPr>
          <w:rFonts w:ascii="Times New Roman" w:hAnsi="Times New Roman" w:eastAsia="Times New Roman" w:cs="Times New Roman"/>
        </w:rPr>
        <w:t>6</w:t>
      </w:r>
      <w:r>
        <w:rPr>
          <w:rFonts w:ascii="Ebrima" w:hAnsi="Ebrima" w:eastAsia="Ebrima" w:cs="Ebrima"/>
        </w:rPr>
        <w:t>።</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“ʼHausega Zerubbabel ninga pe̱htsi ja̱ni; ʼhausega jana pe̱htsi ʼsa xihna̱ʼ ” ne promise ʼman literally fulfilled va̱. Verse 9. “Judíos ʼga elders builded, ne Haggai ne prophet, ne Zechariah Iddo ʼga son prophesying through prospered va̱. Ne ʼga jana builded, ne finished va̱, God of Israel ʼga commandment according to, ne Cyrus, ne Darius, ne Artaxerxes Persia ʼga king ʼga commandment according to. Ne ʼman house Adar month ʼga third day [ʼtwelfth month], Darius king ʼga reign sixth year ʼman finished va̱.” Ezra 6:14, 15.” Prophets and Kings, 595, 596.</w:t>
      </w:r>
    </w:p>
    <w:p>
      <w:pPr>
        <w:pStyle w:val="ArticleBody"/>
        <w:jc w:val="left"/>
      </w:pPr>
      <w:r>
        <w:rPr>
          <w:rFonts w:ascii="Times New Roman" w:hAnsi="Times New Roman" w:eastAsia="Times New Roman" w:cs="Times New Roman"/>
        </w:rPr>
        <w:t>Llaunaqta kimsa chunka kimsayoqmanta pichqayoqkama qillqasqakuna rikuchinku profetik pacha-kunata, chaykunaqa apamunku sábado waqaychaqkunapa gracia pacha tukukuyninta domingo kamachiypi. Hinallataq, chaykunaqa rikuchinku Daniel chunka iskayniyuq, chunka kaq versículopi kinsa puriykunamanta kimsakaqta. Chay chunka kaq versículoqa “pichasqa kay” nisqami; chunka hukniyuqwan chunka iskayniyuq versículokunaqa “yuraqyachisqa kay”ta rikuchinku; llaunaqta chunka kimsayoqmanta pichqayoqkamaqa chay prueba finalta rikuchinku, maypichus sábado waqaychaq vírgenkunaqa “pruebasqa” kanku.</w:t>
      </w:r>
    </w:p>
    <w:p>
      <w:pPr>
        <w:pStyle w:val="ArticleBody"/>
        <w:jc w:val="left"/>
      </w:pPr>
      <w:r>
        <w:rPr>
          <w:rFonts w:ascii="Times New Roman" w:hAnsi="Times New Roman" w:eastAsia="Times New Roman" w:cs="Times New Roman"/>
        </w:rPr>
        <w:t>Ka aar liw teer bi nekk ci téereb Daniyeel dañu koy wone ci peeñug dexu Ulai ci ay saar ñent ak juróom-ñaar ba juróom-ñett, te ka aar biti bi dañu koy wone ci peeñug dexu Hiddekel ci ay saar fukk ak benn ba fukk ak ñaar. Saar fukk ak ñaar mooy njéxitalug ñaar ñaari peeñ ñi, di tegtal yoonu bi Kirist di ci yékkati tey setal ñetti fukk ak ñeent junni. Aaya fukk ba fukk ak juróom-benn dañuy tegtal jaar-jaaru nettali bu nëbbu aaya ñeent-fukk bi, tàmbalee ci 1989 ba ag yoonu Dibàlaay bi ci aaya ñeent-fukk ak benn ak fukk ak juróom-benn. Aaya yi méngoo ak jaar-jaaru bu nëbbu boobu dañuy tegtal matug gu mat sëkk aaya fukk bi ci saar fukk ak ñaar.</w:t>
      </w:r>
    </w:p>
    <w:p>
      <w:pPr>
        <w:pStyle w:val="ArticleScripture"/>
        <w:jc w:val="left"/>
      </w:pPr>
      <w:r>
        <w:rPr>
          <w:rFonts w:ascii="Times New Roman" w:hAnsi="Times New Roman" w:eastAsia="Times New Roman" w:cs="Times New Roman"/>
        </w:rPr>
        <w:t>Kasebran dagiti adu, ken mapapudawda, ken mapadasanda; ngem dagiti nadangkes agaramidda iti kinadangkes: ket awan kadagiti nadangkes ti makaawat; ngem dagiti masirib makaawatdanto. Ket manipud iti tiempo a maikkatto ti inaldaw a daton, ken maipasdek ti makarpu iti pannakailiday, addanto sangaribo ket dua gasut ket siamapulo nga aldaw. Nagasat ti aguray, ket makadanon iti sangaribo ket tallo gasut ket tallopulo ket lima nga aldaw. Daniel 12:10–12.</w:t>
      </w:r>
    </w:p>
    <w:p>
      <w:pPr>
        <w:pStyle w:val="ArticleBody"/>
        <w:jc w:val="left"/>
      </w:pPr>
      <w:r>
        <w:rPr>
          <w:rFonts w:ascii="Times New Roman" w:hAnsi="Times New Roman" w:eastAsia="Times New Roman" w:cs="Times New Roman"/>
        </w:rPr>
        <w:t>Los “sabios” que comprenden los versículos diez al dieciséis, y que han sido sellados tanto “intelectualmente” como “espiritualmente”, son aquellos que entienden el mensaje profético externo representado en la historia oculta del versículo cuarenta, y que han quedado afirmados “intelectualmente” en ese entendimiento antes de la ley dominical. Los “sabios” son aquellos que han sido transformados por el mensaje interno representado por Apocalipsis capítulo once y versículo once, y que se han establecido en esa experiencia antes de la ley dominical.</w:t>
      </w:r>
    </w:p>
    <w:p>
      <w:pPr>
        <w:pStyle w:val="ArticleBody"/>
        <w:jc w:val="left"/>
      </w:pPr>
      <w:r>
        <w:rPr>
          <w:rFonts w:ascii="Times New Roman" w:hAnsi="Times New Roman" w:eastAsia="Times New Roman" w:cs="Times New Roman"/>
        </w:rPr>
        <w:t>“</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ተብለው</w:t>
      </w:r>
      <w:r>
        <w:rPr>
          <w:rFonts w:ascii="Times New Roman" w:hAnsi="Times New Roman" w:eastAsia="Times New Roman" w:cs="Times New Roman"/>
        </w:rPr>
        <w:t xml:space="preserve"> </w:t>
      </w:r>
      <w:r>
        <w:rPr>
          <w:rFonts w:ascii="Ebrima" w:hAnsi="Ebrima" w:eastAsia="Ebrima" w:cs="Ebrima"/>
        </w:rPr>
        <w:t>የተጠሩት</w:t>
      </w:r>
      <w:r>
        <w:rPr>
          <w:rFonts w:ascii="Times New Roman" w:hAnsi="Times New Roman" w:eastAsia="Times New Roman" w:cs="Times New Roman"/>
        </w:rPr>
        <w:t xml:space="preserve"> </w:t>
      </w:r>
      <w:r>
        <w:rPr>
          <w:rFonts w:ascii="Ebrima" w:hAnsi="Ebrima" w:eastAsia="Ebrima" w:cs="Ebrima"/>
        </w:rPr>
        <w:t>እነዚያ</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w:t>
      </w:r>
      <w:r>
        <w:rPr>
          <w:rFonts w:ascii="Ebrima" w:hAnsi="Ebrima" w:eastAsia="Ebrima" w:cs="Ebrima"/>
        </w:rPr>
        <w:t>መጠበቅ</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የተያያዘውን</w:t>
      </w:r>
      <w:r>
        <w:rPr>
          <w:rFonts w:ascii="Times New Roman" w:hAnsi="Times New Roman" w:eastAsia="Times New Roman" w:cs="Times New Roman"/>
        </w:rPr>
        <w:t xml:space="preserve"> “</w:t>
      </w:r>
      <w:r>
        <w:rPr>
          <w:rFonts w:ascii="Ebrima" w:hAnsi="Ebrima" w:eastAsia="Ebrima" w:cs="Ebrima"/>
        </w:rPr>
        <w:t>በረከት</w:t>
      </w:r>
      <w:r>
        <w:rPr>
          <w:rFonts w:ascii="Times New Roman" w:hAnsi="Times New Roman" w:eastAsia="Times New Roman" w:cs="Times New Roman"/>
        </w:rPr>
        <w:t xml:space="preserve">” </w:t>
      </w:r>
      <w:r>
        <w:rPr>
          <w:rFonts w:ascii="Ebrima" w:hAnsi="Ebrima" w:eastAsia="Ebrima" w:cs="Ebrima"/>
        </w:rPr>
        <w:t>የተቀበሉ፥</w:t>
      </w:r>
      <w:r>
        <w:rPr>
          <w:rFonts w:ascii="Times New Roman" w:hAnsi="Times New Roman" w:eastAsia="Times New Roman" w:cs="Times New Roman"/>
        </w:rPr>
        <w:t xml:space="preserve"> </w:t>
      </w:r>
      <w:r>
        <w:rPr>
          <w:rFonts w:ascii="Ebrima" w:hAnsi="Ebrima" w:eastAsia="Ebrima" w:cs="Ebrima"/>
        </w:rPr>
        <w:t>ስለዚህም</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አሥሩ</w:t>
      </w:r>
      <w:r>
        <w:rPr>
          <w:rFonts w:ascii="Times New Roman" w:hAnsi="Times New Roman" w:eastAsia="Times New Roman" w:cs="Times New Roman"/>
        </w:rPr>
        <w:t xml:space="preserve"> </w:t>
      </w:r>
      <w:r>
        <w:rPr>
          <w:rFonts w:ascii="Ebrima" w:hAnsi="Ebrima" w:eastAsia="Ebrima" w:cs="Ebrima"/>
        </w:rPr>
        <w:t>ድንግሎች</w:t>
      </w:r>
      <w:r>
        <w:rPr>
          <w:rFonts w:ascii="Times New Roman" w:hAnsi="Times New Roman" w:eastAsia="Times New Roman" w:cs="Times New Roman"/>
        </w:rPr>
        <w:t xml:space="preserve"> </w:t>
      </w:r>
      <w:r>
        <w:rPr>
          <w:rFonts w:ascii="Ebrima" w:hAnsi="Ebrima" w:eastAsia="Ebrima" w:cs="Ebrima"/>
        </w:rPr>
        <w:t>ፍጹምና</w:t>
      </w:r>
      <w:r>
        <w:rPr>
          <w:rFonts w:ascii="Times New Roman" w:hAnsi="Times New Roman" w:eastAsia="Times New Roman" w:cs="Times New Roman"/>
        </w:rPr>
        <w:t xml:space="preserve"> </w:t>
      </w:r>
      <w:r>
        <w:rPr>
          <w:rFonts w:ascii="Ebrima" w:hAnsi="Ebrima" w:eastAsia="Ebrima" w:cs="Ebrima"/>
        </w:rPr>
        <w:t>የመጨረሻ</w:t>
      </w:r>
      <w:r>
        <w:rPr>
          <w:rFonts w:ascii="Times New Roman" w:hAnsi="Times New Roman" w:eastAsia="Times New Roman" w:cs="Times New Roman"/>
        </w:rPr>
        <w:t xml:space="preserve"> </w:t>
      </w: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የሚፈጽሙ</w:t>
      </w:r>
      <w:r>
        <w:rPr>
          <w:rFonts w:ascii="Times New Roman" w:hAnsi="Times New Roman" w:eastAsia="Times New Roman" w:cs="Times New Roman"/>
        </w:rPr>
        <w:t xml:space="preserve"> </w:t>
      </w:r>
      <w:r>
        <w:rPr>
          <w:rFonts w:ascii="Ebrima" w:hAnsi="Ebrima" w:eastAsia="Ebrima" w:cs="Ebrima"/>
        </w:rPr>
        <w:t>መሆናቸውን</w:t>
      </w:r>
      <w:r>
        <w:rPr>
          <w:rFonts w:ascii="Times New Roman" w:hAnsi="Times New Roman" w:eastAsia="Times New Roman" w:cs="Times New Roman"/>
        </w:rPr>
        <w:t xml:space="preserve"> </w:t>
      </w:r>
      <w:r>
        <w:rPr>
          <w:rFonts w:ascii="Ebrima" w:hAnsi="Ebrima" w:eastAsia="Ebrima" w:cs="Ebrima"/>
        </w:rPr>
        <w:t>ያመለክታል።</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2023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ሐምሌ</w:t>
      </w:r>
      <w:r>
        <w:rPr>
          <w:rFonts w:ascii="Times New Roman" w:hAnsi="Times New Roman" w:eastAsia="Times New Roman" w:cs="Times New Roman"/>
        </w:rPr>
        <w:t xml:space="preserve"> </w:t>
      </w:r>
      <w:r>
        <w:rPr>
          <w:rFonts w:ascii="Ebrima" w:hAnsi="Ebrima" w:eastAsia="Ebrima" w:cs="Ebrima"/>
        </w:rPr>
        <w:t>ደረሰ፤</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ዳንኤልና</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በሁለት</w:t>
      </w:r>
      <w:r>
        <w:rPr>
          <w:rFonts w:ascii="Times New Roman" w:hAnsi="Times New Roman" w:eastAsia="Times New Roman" w:cs="Times New Roman"/>
        </w:rPr>
        <w:t xml:space="preserve"> </w:t>
      </w:r>
      <w:r>
        <w:rPr>
          <w:rFonts w:ascii="Ebrima" w:hAnsi="Ebrima" w:eastAsia="Ebrima" w:cs="Ebrima"/>
        </w:rPr>
        <w:t>ምስክሮች</w:t>
      </w:r>
      <w:r>
        <w:rPr>
          <w:rFonts w:ascii="Times New Roman" w:hAnsi="Times New Roman" w:eastAsia="Times New Roman" w:cs="Times New Roman"/>
        </w:rPr>
        <w:t xml:space="preserve"> </w:t>
      </w:r>
      <w:r>
        <w:rPr>
          <w:rFonts w:ascii="Ebrima" w:hAnsi="Ebrima" w:eastAsia="Ebrima" w:cs="Ebrima"/>
        </w:rPr>
        <w:t>የሚያመለክቱትን</w:t>
      </w:r>
      <w:r>
        <w:rPr>
          <w:rFonts w:ascii="Times New Roman" w:hAnsi="Times New Roman" w:eastAsia="Times New Roman" w:cs="Times New Roman"/>
        </w:rPr>
        <w:t xml:space="preserve"> “</w:t>
      </w:r>
      <w:r>
        <w:rPr>
          <w:rFonts w:ascii="Ebrima" w:hAnsi="Ebrima" w:eastAsia="Ebrima" w:cs="Ebrima"/>
        </w:rPr>
        <w:t>የፍጻሜ</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አደረገ፥</w:t>
      </w:r>
      <w:r>
        <w:rPr>
          <w:rFonts w:ascii="Times New Roman" w:hAnsi="Times New Roman" w:eastAsia="Times New Roman" w:cs="Times New Roman"/>
        </w:rPr>
        <w:t xml:space="preserve"> </w:t>
      </w:r>
      <w:r>
        <w:rPr>
          <w:rFonts w:ascii="Ebrima" w:hAnsi="Ebrima" w:eastAsia="Ebrima" w:cs="Ebrima"/>
        </w:rPr>
        <w:t>በዚህም</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2023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ሐምሌ</w:t>
      </w:r>
      <w:r>
        <w:rPr>
          <w:rFonts w:ascii="Times New Roman" w:hAnsi="Times New Roman" w:eastAsia="Times New Roman" w:cs="Times New Roman"/>
        </w:rPr>
        <w:t xml:space="preserve"> </w:t>
      </w:r>
      <w:r>
        <w:rPr>
          <w:rFonts w:ascii="Ebrima" w:hAnsi="Ebrima" w:eastAsia="Ebrima" w:cs="Ebrima"/>
        </w:rPr>
        <w:t>የተፈታው</w:t>
      </w:r>
      <w:r>
        <w:rPr>
          <w:rFonts w:ascii="Times New Roman" w:hAnsi="Times New Roman" w:eastAsia="Times New Roman" w:cs="Times New Roman"/>
        </w:rPr>
        <w:t xml:space="preserve"> </w:t>
      </w:r>
      <w:r>
        <w:rPr>
          <w:rFonts w:ascii="Ebrima" w:hAnsi="Ebrima" w:eastAsia="Ebrima" w:cs="Ebrima"/>
        </w:rPr>
        <w:t>የእውቀት</w:t>
      </w:r>
      <w:r>
        <w:rPr>
          <w:rFonts w:ascii="Times New Roman" w:hAnsi="Times New Roman" w:eastAsia="Times New Roman" w:cs="Times New Roman"/>
        </w:rPr>
        <w:t xml:space="preserve"> </w:t>
      </w:r>
      <w:r>
        <w:rPr>
          <w:rFonts w:ascii="Ebrima" w:hAnsi="Ebrima" w:eastAsia="Ebrima" w:cs="Ebrima"/>
        </w:rPr>
        <w:t>መጨመር</w:t>
      </w:r>
      <w:r>
        <w:rPr>
          <w:rFonts w:ascii="Times New Roman" w:hAnsi="Times New Roman" w:eastAsia="Times New Roman" w:cs="Times New Roman"/>
        </w:rPr>
        <w:t xml:space="preserve"> </w:t>
      </w:r>
      <w:r>
        <w:rPr>
          <w:rFonts w:ascii="Ebrima" w:hAnsi="Ebrima" w:eastAsia="Ebrima" w:cs="Ebrima"/>
        </w:rPr>
        <w:t>የመቶ</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ሺህን</w:t>
      </w:r>
      <w:r>
        <w:rPr>
          <w:rFonts w:ascii="Times New Roman" w:hAnsi="Times New Roman" w:eastAsia="Times New Roman" w:cs="Times New Roman"/>
        </w:rPr>
        <w:t xml:space="preserve"> </w:t>
      </w:r>
      <w:r>
        <w:rPr>
          <w:rFonts w:ascii="Ebrima" w:hAnsi="Ebrima" w:eastAsia="Ebrima" w:cs="Ebrima"/>
        </w:rPr>
        <w:t>ማተም</w:t>
      </w:r>
      <w:r>
        <w:rPr>
          <w:rFonts w:ascii="Times New Roman" w:hAnsi="Times New Roman" w:eastAsia="Times New Roman" w:cs="Times New Roman"/>
        </w:rPr>
        <w:t xml:space="preserve"> </w:t>
      </w:r>
      <w:r>
        <w:rPr>
          <w:rFonts w:ascii="Ebrima" w:hAnsi="Ebrima" w:eastAsia="Ebrima" w:cs="Ebrima"/>
        </w:rPr>
        <w:t>ሂደት</w:t>
      </w:r>
      <w:r>
        <w:rPr>
          <w:rFonts w:ascii="Times New Roman" w:hAnsi="Times New Roman" w:eastAsia="Times New Roman" w:cs="Times New Roman"/>
        </w:rPr>
        <w:t xml:space="preserve"> </w:t>
      </w:r>
      <w:r>
        <w:rPr>
          <w:rFonts w:ascii="Ebrima" w:hAnsi="Ebrima" w:eastAsia="Ebrima" w:cs="Ebrima"/>
        </w:rPr>
        <w:t>መለየቱን</w:t>
      </w:r>
      <w:r>
        <w:rPr>
          <w:rFonts w:ascii="Times New Roman" w:hAnsi="Times New Roman" w:eastAsia="Times New Roman" w:cs="Times New Roman"/>
        </w:rPr>
        <w:t xml:space="preserve"> </w:t>
      </w:r>
      <w:r>
        <w:rPr>
          <w:rFonts w:ascii="Ebrima" w:hAnsi="Ebrima" w:eastAsia="Ebrima" w:cs="Ebrima"/>
        </w:rPr>
        <w:t>ያሳያል።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ሲደመር</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ሃያ</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ይሆናል፤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መለኮትን</w:t>
      </w:r>
      <w:r>
        <w:rPr>
          <w:rFonts w:ascii="Times New Roman" w:hAnsi="Times New Roman" w:eastAsia="Times New Roman" w:cs="Times New Roman"/>
        </w:rPr>
        <w:t xml:space="preserve"> </w:t>
      </w:r>
      <w:r>
        <w:rPr>
          <w:rFonts w:ascii="Ebrima" w:hAnsi="Ebrima" w:eastAsia="Ebrima" w:cs="Ebrima"/>
        </w:rPr>
        <w:t>ከሰብአዊነት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የመቀላቀል</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ሺህን</w:t>
      </w:r>
      <w:r>
        <w:rPr>
          <w:rFonts w:ascii="Times New Roman" w:hAnsi="Times New Roman" w:eastAsia="Times New Roman" w:cs="Times New Roman"/>
        </w:rPr>
        <w:t xml:space="preserve"> </w:t>
      </w:r>
      <w:r>
        <w:rPr>
          <w:rFonts w:ascii="Ebrima" w:hAnsi="Ebrima" w:eastAsia="Ebrima" w:cs="Ebrima"/>
        </w:rPr>
        <w:t>የሚያመነጨውን</w:t>
      </w:r>
      <w:r>
        <w:rPr>
          <w:rFonts w:ascii="Times New Roman" w:hAnsi="Times New Roman" w:eastAsia="Times New Roman" w:cs="Times New Roman"/>
        </w:rPr>
        <w:t xml:space="preserve"> </w:t>
      </w:r>
      <w:r>
        <w:rPr>
          <w:rFonts w:ascii="Ebrima" w:hAnsi="Ebrima" w:eastAsia="Ebrima" w:cs="Ebrima"/>
        </w:rPr>
        <w:t>ባለሦስት</w:t>
      </w:r>
      <w:r>
        <w:rPr>
          <w:rFonts w:ascii="Times New Roman" w:hAnsi="Times New Roman" w:eastAsia="Times New Roman" w:cs="Times New Roman"/>
        </w:rPr>
        <w:t xml:space="preserve"> </w:t>
      </w:r>
      <w:r>
        <w:rPr>
          <w:rFonts w:ascii="Ebrima" w:hAnsi="Ebrima" w:eastAsia="Ebrima" w:cs="Ebrima"/>
        </w:rPr>
        <w:t>ደረጃ</w:t>
      </w:r>
      <w:r>
        <w:rPr>
          <w:rFonts w:ascii="Times New Roman" w:hAnsi="Times New Roman" w:eastAsia="Times New Roman" w:cs="Times New Roman"/>
        </w:rPr>
        <w:t xml:space="preserve"> </w:t>
      </w:r>
      <w:r>
        <w:rPr>
          <w:rFonts w:ascii="Ebrima" w:hAnsi="Ebrima" w:eastAsia="Ebrima" w:cs="Ebrima"/>
        </w:rPr>
        <w:t>የመንጻት</w:t>
      </w:r>
      <w:r>
        <w:rPr>
          <w:rFonts w:ascii="Times New Roman" w:hAnsi="Times New Roman" w:eastAsia="Times New Roman" w:cs="Times New Roman"/>
        </w:rPr>
        <w:t xml:space="preserve"> </w:t>
      </w:r>
      <w:r>
        <w:rPr>
          <w:rFonts w:ascii="Ebrima" w:hAnsi="Ebrima" w:eastAsia="Ebrima" w:cs="Ebrima"/>
        </w:rPr>
        <w:t>ሂደት</w:t>
      </w:r>
      <w:r>
        <w:rPr>
          <w:rFonts w:ascii="Times New Roman" w:hAnsi="Times New Roman" w:eastAsia="Times New Roman" w:cs="Times New Roman"/>
        </w:rPr>
        <w:t xml:space="preserve"> </w:t>
      </w:r>
      <w:r>
        <w:rPr>
          <w:rFonts w:ascii="Ebrima" w:hAnsi="Ebrima" w:eastAsia="Ebrima" w:cs="Ebrima"/>
        </w:rPr>
        <w:t>የሚያልፉት</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ተለይተው</w:t>
      </w:r>
      <w:r>
        <w:rPr>
          <w:rFonts w:ascii="Times New Roman" w:hAnsi="Times New Roman" w:eastAsia="Times New Roman" w:cs="Times New Roman"/>
        </w:rPr>
        <w:t xml:space="preserve"> </w:t>
      </w:r>
      <w:r>
        <w:rPr>
          <w:rFonts w:ascii="Ebrima" w:hAnsi="Ebrima" w:eastAsia="Ebrima" w:cs="Ebrima"/>
        </w:rPr>
        <w:t>ተገልጠዋል፤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ለ</w:t>
      </w:r>
      <w:r>
        <w:rPr>
          <w:rFonts w:ascii="Times New Roman" w:hAnsi="Times New Roman" w:eastAsia="Times New Roman" w:cs="Times New Roman"/>
        </w:rPr>
        <w:t xml:space="preserve">Palmoni </w:t>
      </w:r>
      <w:r>
        <w:rPr>
          <w:rFonts w:ascii="Ebrima" w:hAnsi="Ebrima" w:eastAsia="Ebrima" w:cs="Ebrima"/>
        </w:rPr>
        <w:t>ሌላ</w:t>
      </w:r>
      <w:r>
        <w:rPr>
          <w:rFonts w:ascii="Times New Roman" w:hAnsi="Times New Roman" w:eastAsia="Times New Roman" w:cs="Times New Roman"/>
        </w:rPr>
        <w:t xml:space="preserve"> </w:t>
      </w:r>
      <w:r>
        <w:rPr>
          <w:rFonts w:ascii="Ebrima" w:hAnsi="Ebrima" w:eastAsia="Ebrima" w:cs="Ebrima"/>
        </w:rPr>
        <w:t>ፊርማ</w:t>
      </w:r>
      <w:r>
        <w:rPr>
          <w:rFonts w:ascii="Times New Roman" w:hAnsi="Times New Roman" w:eastAsia="Times New Roman" w:cs="Times New Roman"/>
        </w:rPr>
        <w:t xml:space="preserve"> </w:t>
      </w:r>
      <w:r>
        <w:rPr>
          <w:rFonts w:ascii="Ebrima" w:hAnsi="Ebrima" w:eastAsia="Ebrima" w:cs="Ebrima"/>
        </w:rPr>
        <w:t>ይሰጣል፥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በአሥራ</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ሲባዛ</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ይሆናል።</w:t>
      </w:r>
    </w:p>
    <w:p>
      <w:pPr>
        <w:pStyle w:val="ArticleBody"/>
        <w:jc w:val="left"/>
      </w:pPr>
      <w:r>
        <w:rPr>
          <w:rFonts w:ascii="Times New Roman" w:hAnsi="Times New Roman" w:eastAsia="Times New Roman" w:cs="Times New Roman"/>
        </w:rPr>
        <w:t>Asɛnten yi yɛbɛtoa so wɔ asɛm a edi hɔ no mu.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Сан ондур</dc:title>
  <dc:subject>Tisaqan yan yinkaninakapa urayankuñan: 144,000-nakaru sello churana ukhamaraki Daniel 11:10–16 qillqatan imantata profético sarnaqäwipa</dc:subject>
  <dc:creator>Jeff Pippenger</dc:creator>
  <cp:keywords/>
  <dc:description>Generated by ArticleDigger from panium\10_panium.json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