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Nambara Makumyabiri na Kabiri</w:t>
      </w:r>
    </w:p>
    <w:p>
      <w:pPr>
        <w:pStyle w:val="ArticleSubtitle"/>
        <w:jc w:val="left"/>
      </w:pPr>
      <w:r>
        <w:rPr>
          <w:rFonts w:ascii="Arial" w:hAnsi="Arial" w:eastAsia="Arial" w:cs="Arial"/>
        </w:rPr>
        <w:t xml:space="preserve">31 </w:t>
      </w:r>
      <w:r>
        <w:rPr>
          <w:rFonts w:ascii="Ebrima" w:hAnsi="Ebrima" w:eastAsia="Ebrima" w:cs="Ebrima"/>
        </w:rPr>
        <w:t>ዲሴምበር</w:t>
      </w:r>
      <w:r>
        <w:rPr>
          <w:rFonts w:ascii="Arial" w:hAnsi="Arial" w:eastAsia="Arial" w:cs="Arial"/>
        </w:rPr>
        <w:t xml:space="preserve"> 2023</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2026-03-12</w:t>
      </w:r>
    </w:p>
    <w:p>
      <w:pPr>
        <w:pStyle w:val="ArticleBody"/>
        <w:jc w:val="left"/>
      </w:pPr>
      <w:r>
        <w:rPr>
          <w:rFonts w:ascii="Times New Roman" w:hAnsi="Times New Roman" w:eastAsia="Times New Roman" w:cs="Times New Roman"/>
        </w:rPr>
        <w:t>Baa Sadaasa 31, 2023 kaasee, Leenci qomoo Yihudaa dhugaa raajii tartiiba addaa tokko keessatti hiikaa isaanii baneera. Tartibichi salphaatti mirkanaa’uu danda’a yoo barruulee marsariitii Future for America irratti maxxanfaman irra deebi’anii ilaalan. Ji’oota dhiyoo keessatti dhugaan hiikaan isaanii baname baay’ee fi gadi-fageenya guddaa qabu! Tartibichi tasaa miti; kaayyoo qaba. Walitti aansuun sun ifatti adeemsa kaayyoo qabu, walitti aansaan adeemu, kan Kiristoos akka Leenci qomoo Yihudaa ta’ee ergaawwan qormaata isa dhumaa waldaa sanaaf, achii booddee immoo addunyaadhaaf, hiikaa isaanii banuudhaan raawwatu adda baasa. Kitaaba Mul’ataa keessatti, Leenci qomoo Yihudaa kitaaba chaappaa torbaan cufame fudhatee, chaappaa sana tokko tokkoon—tartiibaan—ni kaasa.</w:t>
      </w:r>
    </w:p>
    <w:p>
      <w:pPr>
        <w:pStyle w:val="ArticleHeading"/>
        <w:jc w:val="left"/>
      </w:pPr>
      <w:r>
        <w:rPr>
          <w:rFonts w:ascii="Gadugi" w:hAnsi="Gadugi" w:eastAsia="Gadugi" w:cs="Gadugi"/>
        </w:rPr>
        <w:t>ᎠᏂᏗᏍᎬᏂᏌᏛ</w:t>
      </w:r>
      <w:r>
        <w:rPr>
          <w:rFonts w:ascii="Arial" w:hAnsi="Arial" w:eastAsia="Arial" w:cs="Arial"/>
        </w:rPr>
        <w:t xml:space="preserve"> </w:t>
      </w:r>
      <w:r>
        <w:rPr>
          <w:rFonts w:ascii="Gadugi" w:hAnsi="Gadugi" w:eastAsia="Gadugi" w:cs="Gadugi"/>
        </w:rPr>
        <w:t>ᎤᏂᏍᏆᎸᎯ</w:t>
      </w:r>
      <w:r>
        <w:rPr>
          <w:rFonts w:ascii="Arial" w:hAnsi="Arial" w:eastAsia="Arial" w:cs="Arial"/>
        </w:rPr>
        <w:t xml:space="preserve"> </w:t>
      </w:r>
      <w:r>
        <w:rPr>
          <w:rFonts w:ascii="Gadugi" w:hAnsi="Gadugi" w:eastAsia="Gadugi" w:cs="Gadugi"/>
        </w:rPr>
        <w:t>ᎢᏳᏍᏗᎢᏍᏗᏱ</w:t>
      </w:r>
    </w:p>
    <w:p>
      <w:pPr>
        <w:pStyle w:val="ArticleScripture"/>
        <w:jc w:val="left"/>
      </w:pPr>
      <w:r>
        <w:rPr>
          <w:rFonts w:ascii="Times New Roman" w:hAnsi="Times New Roman" w:eastAsia="Times New Roman" w:cs="Times New Roman"/>
        </w:rPr>
        <w:t>“</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ꯇꯔꯦꯠ</w:t>
      </w:r>
      <w:r>
        <w:rPr>
          <w:rFonts w:ascii="Times New Roman" w:hAnsi="Times New Roman" w:eastAsia="Times New Roman" w:cs="Times New Roman"/>
        </w:rPr>
        <w:t xml:space="preserve"> </w:t>
      </w:r>
      <w:r>
        <w:rPr>
          <w:rFonts w:ascii="Nirmala UI" w:hAnsi="Nirmala UI" w:eastAsia="Nirmala UI" w:cs="Nirmala UI"/>
        </w:rPr>
        <w:t>ꯊꯟꯗꯔꯁꯤꯡꯅ</w:t>
      </w:r>
      <w:r>
        <w:rPr>
          <w:rFonts w:ascii="Times New Roman" w:hAnsi="Times New Roman" w:eastAsia="Times New Roman" w:cs="Times New Roman"/>
        </w:rPr>
        <w:t xml:space="preserve"> </w:t>
      </w:r>
      <w:r>
        <w:rPr>
          <w:rFonts w:ascii="Nirmala UI" w:hAnsi="Nirmala UI" w:eastAsia="Nirmala UI" w:cs="Nirmala UI"/>
        </w:rPr>
        <w:t>ꯃꯈꯣꯏꯒꯤ</w:t>
      </w:r>
      <w:r>
        <w:rPr>
          <w:rFonts w:ascii="Times New Roman" w:hAnsi="Times New Roman" w:eastAsia="Times New Roman" w:cs="Times New Roman"/>
        </w:rPr>
        <w:t xml:space="preserve"> </w:t>
      </w:r>
      <w:r>
        <w:rPr>
          <w:rFonts w:ascii="Nirmala UI" w:hAnsi="Nirmala UI" w:eastAsia="Nirmala UI" w:cs="Nirmala UI"/>
        </w:rPr>
        <w:t>ꯈꯣꯡꯅꯥꯡ</w:t>
      </w:r>
      <w:r>
        <w:rPr>
          <w:rFonts w:ascii="Times New Roman" w:hAnsi="Times New Roman" w:eastAsia="Times New Roman" w:cs="Times New Roman"/>
        </w:rPr>
        <w:t xml:space="preserve"> </w:t>
      </w:r>
      <w:r>
        <w:rPr>
          <w:rFonts w:ascii="Nirmala UI" w:hAnsi="Nirmala UI" w:eastAsia="Nirmala UI" w:cs="Nirmala UI"/>
        </w:rPr>
        <w:t>ꯎꯠꯂꯕꯥ</w:t>
      </w:r>
      <w:r>
        <w:rPr>
          <w:rFonts w:ascii="Times New Roman" w:hAnsi="Times New Roman" w:eastAsia="Times New Roman" w:cs="Times New Roman"/>
        </w:rPr>
        <w:t xml:space="preserve"> </w:t>
      </w:r>
      <w:r>
        <w:rPr>
          <w:rFonts w:ascii="Nirmala UI" w:hAnsi="Nirmala UI" w:eastAsia="Nirmala UI" w:cs="Nirmala UI"/>
        </w:rPr>
        <w:t>ꯃꯇꯨꯡꯗ</w:t>
      </w:r>
      <w:r>
        <w:rPr>
          <w:rFonts w:ascii="Times New Roman" w:hAnsi="Times New Roman" w:eastAsia="Times New Roman" w:cs="Times New Roman"/>
        </w:rPr>
        <w:t xml:space="preserve">, </w:t>
      </w:r>
      <w:r>
        <w:rPr>
          <w:rFonts w:ascii="Nirmala UI" w:hAnsi="Nirmala UI" w:eastAsia="Nirmala UI" w:cs="Nirmala UI"/>
        </w:rPr>
        <w:t>ꯑꯗꯣꯝꯗꯥ</w:t>
      </w:r>
      <w:r>
        <w:rPr>
          <w:rFonts w:ascii="Times New Roman" w:hAnsi="Times New Roman" w:eastAsia="Times New Roman" w:cs="Times New Roman"/>
        </w:rPr>
        <w:t xml:space="preserve"> </w:t>
      </w:r>
      <w:r>
        <w:rPr>
          <w:rFonts w:ascii="Nirmala UI" w:hAnsi="Nirmala UI" w:eastAsia="Nirmala UI" w:cs="Nirmala UI"/>
        </w:rPr>
        <w:t>ꯗꯥꯅꯤꯌꯦꯜꯗꯥ</w:t>
      </w:r>
      <w:r>
        <w:rPr>
          <w:rFonts w:ascii="Times New Roman" w:hAnsi="Times New Roman" w:eastAsia="Times New Roman" w:cs="Times New Roman"/>
        </w:rPr>
        <w:t xml:space="preserve"> </w:t>
      </w:r>
      <w:r>
        <w:rPr>
          <w:rFonts w:ascii="Nirmala UI" w:hAnsi="Nirmala UI" w:eastAsia="Nirmala UI" w:cs="Nirmala UI"/>
        </w:rPr>
        <w:t>ꯃꯁꯥꯗꯤ</w:t>
      </w:r>
      <w:r>
        <w:rPr>
          <w:rFonts w:ascii="Times New Roman" w:hAnsi="Times New Roman" w:eastAsia="Times New Roman" w:cs="Times New Roman"/>
        </w:rPr>
        <w:t xml:space="preserve"> </w:t>
      </w:r>
      <w:r>
        <w:rPr>
          <w:rFonts w:ascii="Nirmala UI" w:hAnsi="Nirmala UI" w:eastAsia="Nirmala UI" w:cs="Nirmala UI"/>
        </w:rPr>
        <w:t>ꯑꯆꯧꯕ</w:t>
      </w:r>
      <w:r>
        <w:rPr>
          <w:rFonts w:ascii="Times New Roman" w:hAnsi="Times New Roman" w:eastAsia="Times New Roman" w:cs="Times New Roman"/>
        </w:rPr>
        <w:t xml:space="preserve"> </w:t>
      </w:r>
      <w:r>
        <w:rPr>
          <w:rFonts w:ascii="Nirmala UI" w:hAnsi="Nirmala UI" w:eastAsia="Nirmala UI" w:cs="Nirmala UI"/>
        </w:rPr>
        <w:t>ꯂꯥꯏꯔꯤꯛ</w:t>
      </w:r>
      <w:r>
        <w:rPr>
          <w:rFonts w:ascii="Times New Roman" w:hAnsi="Times New Roman" w:eastAsia="Times New Roman" w:cs="Times New Roman"/>
        </w:rPr>
        <w:t xml:space="preserve"> </w:t>
      </w:r>
      <w:r>
        <w:rPr>
          <w:rFonts w:ascii="Nirmala UI" w:hAnsi="Nirmala UI" w:eastAsia="Nirmala UI" w:cs="Nirmala UI"/>
        </w:rPr>
        <w:t>ꯑꯁꯤꯒꯤ</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ꯐꯪꯈꯤꯕ</w:t>
      </w:r>
      <w:r>
        <w:rPr>
          <w:rFonts w:ascii="Times New Roman" w:hAnsi="Times New Roman" w:eastAsia="Times New Roman" w:cs="Times New Roman"/>
        </w:rPr>
        <w:t xml:space="preserve"> </w:t>
      </w:r>
      <w:r>
        <w:rPr>
          <w:rFonts w:ascii="Nirmala UI" w:hAnsi="Nirmala UI" w:eastAsia="Nirmala UI" w:cs="Nirmala UI"/>
        </w:rPr>
        <w:t>ꯌꯥꯗꯤꯡ</w:t>
      </w:r>
      <w:r>
        <w:rPr>
          <w:rFonts w:ascii="Times New Roman" w:hAnsi="Times New Roman" w:eastAsia="Times New Roman" w:cs="Times New Roman"/>
        </w:rPr>
        <w:t xml:space="preserve"> </w:t>
      </w:r>
      <w:r>
        <w:rPr>
          <w:rFonts w:ascii="Nirmala UI" w:hAnsi="Nirmala UI" w:eastAsia="Nirmala UI" w:cs="Nirmala UI"/>
        </w:rPr>
        <w:t>ꯖꯣꯟꯗꯥ</w:t>
      </w:r>
      <w:r>
        <w:rPr>
          <w:rFonts w:ascii="Times New Roman" w:hAnsi="Times New Roman" w:eastAsia="Times New Roman" w:cs="Times New Roman"/>
        </w:rPr>
        <w:t xml:space="preserve"> </w:t>
      </w:r>
      <w:r>
        <w:rPr>
          <w:rFonts w:ascii="Nirmala UI" w:hAnsi="Nirmala UI" w:eastAsia="Nirmala UI" w:cs="Nirmala UI"/>
        </w:rPr>
        <w:t>ꯂꯥꯛꯏ</w:t>
      </w:r>
      <w:r>
        <w:rPr>
          <w:rFonts w:ascii="Times New Roman" w:hAnsi="Times New Roman" w:eastAsia="Times New Roman" w:cs="Times New Roman"/>
        </w:rPr>
        <w:t>: ‘</w:t>
      </w:r>
      <w:r>
        <w:rPr>
          <w:rFonts w:ascii="Nirmala UI" w:hAnsi="Nirmala UI" w:eastAsia="Nirmala UI" w:cs="Nirmala UI"/>
        </w:rPr>
        <w:t>ꯇꯔꯦꯠ</w:t>
      </w:r>
      <w:r>
        <w:rPr>
          <w:rFonts w:ascii="Times New Roman" w:hAnsi="Times New Roman" w:eastAsia="Times New Roman" w:cs="Times New Roman"/>
        </w:rPr>
        <w:t xml:space="preserve"> </w:t>
      </w:r>
      <w:r>
        <w:rPr>
          <w:rFonts w:ascii="Nirmala UI" w:hAnsi="Nirmala UI" w:eastAsia="Nirmala UI" w:cs="Nirmala UI"/>
        </w:rPr>
        <w:t>ꯊꯟꯗꯔꯁꯤꯡꯅ</w:t>
      </w:r>
      <w:r>
        <w:rPr>
          <w:rFonts w:ascii="Times New Roman" w:hAnsi="Times New Roman" w:eastAsia="Times New Roman" w:cs="Times New Roman"/>
        </w:rPr>
        <w:t xml:space="preserve"> </w:t>
      </w:r>
      <w:r>
        <w:rPr>
          <w:rFonts w:ascii="Nirmala UI" w:hAnsi="Nirmala UI" w:eastAsia="Nirmala UI" w:cs="Nirmala UI"/>
        </w:rPr>
        <w:t>ꯎꯠꯂꯕ</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ꯁꯦꯜ</w:t>
      </w:r>
      <w:r>
        <w:rPr>
          <w:rFonts w:ascii="Times New Roman" w:hAnsi="Times New Roman" w:eastAsia="Times New Roman" w:cs="Times New Roman"/>
        </w:rPr>
        <w:t xml:space="preserve"> </w:t>
      </w:r>
      <w:r>
        <w:rPr>
          <w:rFonts w:ascii="Nirmala UI" w:hAnsi="Nirmala UI" w:eastAsia="Nirmala UI" w:cs="Nirmala UI"/>
        </w:rPr>
        <w:t>ꯇꯧꯔꯣ</w:t>
      </w:r>
      <w:r>
        <w:rPr>
          <w:rFonts w:ascii="Times New Roman" w:hAnsi="Times New Roman" w:eastAsia="Times New Roman" w:cs="Times New Roman"/>
        </w:rPr>
        <w:t xml:space="preserve">.’ </w:t>
      </w:r>
      <w:r>
        <w:rPr>
          <w:rFonts w:ascii="Nirmala UI" w:hAnsi="Nirmala UI" w:eastAsia="Nirmala UI" w:cs="Nirmala UI"/>
        </w:rPr>
        <w:t>ꯃꯁꯤꯡ</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ꯃꯈꯣꯏꯒꯤ</w:t>
      </w:r>
      <w:r>
        <w:rPr>
          <w:rFonts w:ascii="Times New Roman" w:hAnsi="Times New Roman" w:eastAsia="Times New Roman" w:cs="Times New Roman"/>
        </w:rPr>
        <w:t xml:space="preserve"> </w:t>
      </w:r>
      <w:r>
        <w:rPr>
          <w:rFonts w:ascii="Nirmala UI" w:hAnsi="Nirmala UI" w:eastAsia="Nirmala UI" w:cs="Nirmala UI"/>
        </w:rPr>
        <w:t>ꯃꯊꯪ</w:t>
      </w:r>
      <w:r>
        <w:rPr>
          <w:rFonts w:ascii="Times New Roman" w:hAnsi="Times New Roman" w:eastAsia="Times New Roman" w:cs="Times New Roman"/>
        </w:rPr>
        <w:t xml:space="preserve"> </w:t>
      </w:r>
      <w:r>
        <w:rPr>
          <w:rFonts w:ascii="Nirmala UI" w:hAnsi="Nirmala UI" w:eastAsia="Nirmala UI" w:cs="Nirmala UI"/>
        </w:rPr>
        <w:t>ꯃꯊꯪꯗ</w:t>
      </w:r>
      <w:r>
        <w:rPr>
          <w:rFonts w:ascii="Times New Roman" w:hAnsi="Times New Roman" w:eastAsia="Times New Roman" w:cs="Times New Roman"/>
        </w:rPr>
        <w:t xml:space="preserve"> </w:t>
      </w:r>
      <w:r>
        <w:rPr>
          <w:rFonts w:ascii="Nirmala UI" w:hAnsi="Nirmala UI" w:eastAsia="Nirmala UI" w:cs="Nirmala UI"/>
        </w:rPr>
        <w:t>ꯐꯣꯡꯗꯣꯛꯀꯅꯤꯡꯉꯥꯏ</w:t>
      </w:r>
      <w:r>
        <w:rPr>
          <w:rFonts w:ascii="Times New Roman" w:hAnsi="Times New Roman" w:eastAsia="Times New Roman" w:cs="Times New Roman"/>
        </w:rPr>
        <w:t xml:space="preserve"> </w:t>
      </w:r>
      <w:r>
        <w:rPr>
          <w:rFonts w:ascii="Nirmala UI" w:hAnsi="Nirmala UI" w:eastAsia="Nirmala UI" w:cs="Nirmala UI"/>
        </w:rPr>
        <w:t>ꯑꯣꯏꯕ</w:t>
      </w:r>
      <w:r>
        <w:rPr>
          <w:rFonts w:ascii="Times New Roman" w:hAnsi="Times New Roman" w:eastAsia="Times New Roman" w:cs="Times New Roman"/>
        </w:rPr>
        <w:t xml:space="preserve"> </w:t>
      </w:r>
      <w:r>
        <w:rPr>
          <w:rFonts w:ascii="Nirmala UI" w:hAnsi="Nirmala UI" w:eastAsia="Nirmala UI" w:cs="Nirmala UI"/>
        </w:rPr>
        <w:t>ꯂꯥꯛꯀꯅꯕꯥ</w:t>
      </w:r>
      <w:r>
        <w:rPr>
          <w:rFonts w:ascii="Times New Roman" w:hAnsi="Times New Roman" w:eastAsia="Times New Roman" w:cs="Times New Roman"/>
        </w:rPr>
        <w:t xml:space="preserve"> </w:t>
      </w:r>
      <w:r>
        <w:rPr>
          <w:rFonts w:ascii="Nirmala UI" w:hAnsi="Nirmala UI" w:eastAsia="Nirmala UI" w:cs="Nirmala UI"/>
        </w:rPr>
        <w:t>ꯊꯧꯗꯣꯛꯁꯤꯡꯗ</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ꯂꯩ।</w:t>
      </w:r>
      <w:r>
        <w:rPr>
          <w:rFonts w:ascii="Times New Roman" w:hAnsi="Times New Roman" w:eastAsia="Times New Roman" w:cs="Times New Roman"/>
        </w:rPr>
        <w:t xml:space="preserve"> </w:t>
      </w:r>
      <w:r>
        <w:rPr>
          <w:rFonts w:ascii="Nirmala UI" w:hAnsi="Nirmala UI" w:eastAsia="Nirmala UI" w:cs="Nirmala UI"/>
        </w:rPr>
        <w:t>ꯗꯥꯅꯤꯌꯦꯜꯅ</w:t>
      </w:r>
      <w:r>
        <w:rPr>
          <w:rFonts w:ascii="Times New Roman" w:hAnsi="Times New Roman" w:eastAsia="Times New Roman" w:cs="Times New Roman"/>
        </w:rPr>
        <w:t xml:space="preserve"> </w:t>
      </w:r>
      <w:r>
        <w:rPr>
          <w:rFonts w:ascii="Nirmala UI" w:hAnsi="Nirmala UI" w:eastAsia="Nirmala UI" w:cs="Nirmala UI"/>
        </w:rPr>
        <w:t>ꯅꯨꯃꯤꯠꯁꯤꯡꯒꯤ</w:t>
      </w:r>
      <w:r>
        <w:rPr>
          <w:rFonts w:ascii="Times New Roman" w:hAnsi="Times New Roman" w:eastAsia="Times New Roman" w:cs="Times New Roman"/>
        </w:rPr>
        <w:t xml:space="preserve"> </w:t>
      </w:r>
      <w:r>
        <w:rPr>
          <w:rFonts w:ascii="Nirmala UI" w:hAnsi="Nirmala UI" w:eastAsia="Nirmala UI" w:cs="Nirmala UI"/>
        </w:rPr>
        <w:t>ꯑꯔꯣꯏꯕꯗ</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ꯂꯣꯠꯇꯥ</w:t>
      </w:r>
      <w:r>
        <w:rPr>
          <w:rFonts w:ascii="Times New Roman" w:hAnsi="Times New Roman" w:eastAsia="Times New Roman" w:cs="Times New Roman"/>
        </w:rPr>
        <w:t xml:space="preserve"> </w:t>
      </w:r>
      <w:r>
        <w:rPr>
          <w:rFonts w:ascii="Nirmala UI" w:hAnsi="Nirmala UI" w:eastAsia="Nirmala UI" w:cs="Nirmala UI"/>
        </w:rPr>
        <w:t>ꯂꯦꯡꯗꯨꯅꯥ</w:t>
      </w:r>
      <w:r>
        <w:rPr>
          <w:rFonts w:ascii="Times New Roman" w:hAnsi="Times New Roman" w:eastAsia="Times New Roman" w:cs="Times New Roman"/>
        </w:rPr>
        <w:t xml:space="preserve"> </w:t>
      </w:r>
      <w:r>
        <w:rPr>
          <w:rFonts w:ascii="Nirmala UI" w:hAnsi="Nirmala UI" w:eastAsia="Nirmala UI" w:cs="Nirmala UI"/>
        </w:rPr>
        <w:t>ꯂꯩꯒꯅꯤ।</w:t>
      </w:r>
      <w:r>
        <w:rPr>
          <w:rFonts w:ascii="Times New Roman" w:hAnsi="Times New Roman" w:eastAsia="Times New Roman" w:cs="Times New Roman"/>
        </w:rPr>
        <w:t xml:space="preserve"> </w:t>
      </w:r>
      <w:r>
        <w:rPr>
          <w:rFonts w:ascii="Nirmala UI" w:hAnsi="Nirmala UI" w:eastAsia="Nirmala UI" w:cs="Nirmala UI"/>
        </w:rPr>
        <w:t>ꯖꯣꯟꯅ</w:t>
      </w:r>
      <w:r>
        <w:rPr>
          <w:rFonts w:ascii="Times New Roman" w:hAnsi="Times New Roman" w:eastAsia="Times New Roman" w:cs="Times New Roman"/>
        </w:rPr>
        <w:t xml:space="preserve"> </w:t>
      </w:r>
      <w:r>
        <w:rPr>
          <w:rFonts w:ascii="Nirmala UI" w:hAnsi="Nirmala UI" w:eastAsia="Nirmala UI" w:cs="Nirmala UI"/>
        </w:rPr>
        <w:t>ꯑꯆꯧꯕ</w:t>
      </w:r>
      <w:r>
        <w:rPr>
          <w:rFonts w:ascii="Times New Roman" w:hAnsi="Times New Roman" w:eastAsia="Times New Roman" w:cs="Times New Roman"/>
        </w:rPr>
        <w:t xml:space="preserve"> </w:t>
      </w:r>
      <w:r>
        <w:rPr>
          <w:rFonts w:ascii="Nirmala UI" w:hAnsi="Nirmala UI" w:eastAsia="Nirmala UI" w:cs="Nirmala UI"/>
        </w:rPr>
        <w:t>ꯂꯥꯏꯔꯤꯛ</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ꯑꯁꯦꯜ</w:t>
      </w:r>
      <w:r>
        <w:rPr>
          <w:rFonts w:ascii="Times New Roman" w:hAnsi="Times New Roman" w:eastAsia="Times New Roman" w:cs="Times New Roman"/>
        </w:rPr>
        <w:t xml:space="preserve"> </w:t>
      </w:r>
      <w:r>
        <w:rPr>
          <w:rFonts w:ascii="Nirmala UI" w:hAnsi="Nirmala UI" w:eastAsia="Nirmala UI" w:cs="Nirmala UI"/>
        </w:rPr>
        <w:t>ꯇꯧꯗ꯭ꯔꯕ</w:t>
      </w:r>
      <w:r>
        <w:rPr>
          <w:rFonts w:ascii="Times New Roman" w:hAnsi="Times New Roman" w:eastAsia="Times New Roman" w:cs="Times New Roman"/>
        </w:rPr>
        <w:t xml:space="preserve"> </w:t>
      </w:r>
      <w:r>
        <w:rPr>
          <w:rFonts w:ascii="Nirmala UI" w:hAnsi="Nirmala UI" w:eastAsia="Nirmala UI" w:cs="Nirmala UI"/>
        </w:rPr>
        <w:t>ꯎꯕꯤ।</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ꯗꯥꯅꯤꯌꯦꯜꯒꯤ</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ꯊꯝꯕꯥꯡꯁꯤꯡꯅ</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ꯑꯅꯤꯁꯨꯕ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ꯑꯍꯨꯝꯁꯨꯕ</w:t>
      </w:r>
      <w:r>
        <w:rPr>
          <w:rFonts w:ascii="Times New Roman" w:hAnsi="Times New Roman" w:eastAsia="Times New Roman" w:cs="Times New Roman"/>
        </w:rPr>
        <w:t xml:space="preserve"> </w:t>
      </w:r>
      <w:r>
        <w:rPr>
          <w:rFonts w:ascii="Nirmala UI" w:hAnsi="Nirmala UI" w:eastAsia="Nirmala UI" w:cs="Nirmala UI"/>
        </w:rPr>
        <w:t>ꯑꯦꯟꯖꯦꯜꯁꯤꯡꯒꯤ</w:t>
      </w:r>
      <w:r>
        <w:rPr>
          <w:rFonts w:ascii="Times New Roman" w:hAnsi="Times New Roman" w:eastAsia="Times New Roman" w:cs="Times New Roman"/>
        </w:rPr>
        <w:t xml:space="preserve"> </w:t>
      </w:r>
      <w:r>
        <w:rPr>
          <w:rFonts w:ascii="Nirmala UI" w:hAnsi="Nirmala UI" w:eastAsia="Nirmala UI" w:cs="Nirmala UI"/>
        </w:rPr>
        <w:t>ꯃꯦꯁꯦꯖꯁꯤꯡꯗ</w:t>
      </w:r>
      <w:r>
        <w:rPr>
          <w:rFonts w:ascii="Times New Roman" w:hAnsi="Times New Roman" w:eastAsia="Times New Roman" w:cs="Times New Roman"/>
        </w:rPr>
        <w:t xml:space="preserve">, </w:t>
      </w:r>
      <w:r>
        <w:rPr>
          <w:rFonts w:ascii="Nirmala UI" w:hAnsi="Nirmala UI" w:eastAsia="Nirmala UI" w:cs="Nirmala UI"/>
        </w:rPr>
        <w:t>ꯃꯥꯂꯦꯝꯗ</w:t>
      </w:r>
      <w:r>
        <w:rPr>
          <w:rFonts w:ascii="Times New Roman" w:hAnsi="Times New Roman" w:eastAsia="Times New Roman" w:cs="Times New Roman"/>
        </w:rPr>
        <w:t xml:space="preserve"> </w:t>
      </w:r>
      <w:r>
        <w:rPr>
          <w:rFonts w:ascii="Nirmala UI" w:hAnsi="Nirmala UI" w:eastAsia="Nirmala UI" w:cs="Nirmala UI"/>
        </w:rPr>
        <w:t>ꯄꯤꯕꯥꯡꯅꯤꯕ</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ꯑꯆꯨꯝꯕ</w:t>
      </w:r>
      <w:r>
        <w:rPr>
          <w:rFonts w:ascii="Times New Roman" w:hAnsi="Times New Roman" w:eastAsia="Times New Roman" w:cs="Times New Roman"/>
        </w:rPr>
        <w:t xml:space="preserve"> </w:t>
      </w:r>
      <w:r>
        <w:rPr>
          <w:rFonts w:ascii="Nirmala UI" w:hAnsi="Nirmala UI" w:eastAsia="Nirmala UI" w:cs="Nirmala UI"/>
        </w:rPr>
        <w:t>ꯃꯐꯝ</w:t>
      </w:r>
      <w:r>
        <w:rPr>
          <w:rFonts w:ascii="Times New Roman" w:hAnsi="Times New Roman" w:eastAsia="Times New Roman" w:cs="Times New Roman"/>
        </w:rPr>
        <w:t xml:space="preserve"> </w:t>
      </w:r>
      <w:r>
        <w:rPr>
          <w:rFonts w:ascii="Nirmala UI" w:hAnsi="Nirmala UI" w:eastAsia="Nirmala UI" w:cs="Nirmala UI"/>
        </w:rPr>
        <w:t>ꯐꯪꯂꯦ।</w:t>
      </w:r>
      <w:r>
        <w:rPr>
          <w:rFonts w:ascii="Times New Roman" w:hAnsi="Times New Roman" w:eastAsia="Times New Roman" w:cs="Times New Roman"/>
        </w:rPr>
        <w:t xml:space="preserve"> </w:t>
      </w:r>
      <w:r>
        <w:rPr>
          <w:rFonts w:ascii="Nirmala UI" w:hAnsi="Nirmala UI" w:eastAsia="Nirmala UI" w:cs="Nirmala UI"/>
        </w:rPr>
        <w:t>ꯑꯆꯧꯕ</w:t>
      </w:r>
      <w:r>
        <w:rPr>
          <w:rFonts w:ascii="Times New Roman" w:hAnsi="Times New Roman" w:eastAsia="Times New Roman" w:cs="Times New Roman"/>
        </w:rPr>
        <w:t xml:space="preserve"> </w:t>
      </w:r>
      <w:r>
        <w:rPr>
          <w:rFonts w:ascii="Nirmala UI" w:hAnsi="Nirmala UI" w:eastAsia="Nirmala UI" w:cs="Nirmala UI"/>
        </w:rPr>
        <w:t>ꯂꯥꯏꯔꯤꯛ</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ꯑꯁꯦꯜ</w:t>
      </w:r>
      <w:r>
        <w:rPr>
          <w:rFonts w:ascii="Times New Roman" w:hAnsi="Times New Roman" w:eastAsia="Times New Roman" w:cs="Times New Roman"/>
        </w:rPr>
        <w:t xml:space="preserve"> </w:t>
      </w:r>
      <w:r>
        <w:rPr>
          <w:rFonts w:ascii="Nirmala UI" w:hAnsi="Nirmala UI" w:eastAsia="Nirmala UI" w:cs="Nirmala UI"/>
        </w:rPr>
        <w:t>ꯇꯧꯕ</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ꯃꯇꯝꯒꯤ</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ꯄꯤꯕꯥ</w:t>
      </w:r>
      <w:r>
        <w:rPr>
          <w:rFonts w:ascii="Times New Roman" w:hAnsi="Times New Roman" w:eastAsia="Times New Roman" w:cs="Times New Roman"/>
        </w:rPr>
        <w:t xml:space="preserve"> </w:t>
      </w:r>
      <w:r>
        <w:rPr>
          <w:rFonts w:ascii="Nirmala UI" w:hAnsi="Nirmala UI" w:eastAsia="Nirmala UI" w:cs="Nirmala UI"/>
        </w:rPr>
        <w:t>ꯃꯦꯁꯦꯖ</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ꯑꯣꯏꯈꯤ।</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«Даниил» билән «Вәһий» китаплири бирдур. Бири пәйғәмбәрлик, йәнә бири вәһийдур; бири мөһүрләнгән китап, йәнә бири ечилған китаптур. Юһанна гүлдүрмамилар ейтқан сирларни аңлиди, лекин уларни йезмаслиққа буйрулди.</w:t>
      </w:r>
    </w:p>
    <w:p>
      <w:pPr>
        <w:pStyle w:val="ArticleScripture"/>
        <w:jc w:val="left"/>
      </w:pPr>
      <w:r>
        <w:rPr>
          <w:rFonts w:ascii="Times New Roman" w:hAnsi="Times New Roman" w:eastAsia="Times New Roman" w:cs="Times New Roman"/>
        </w:rPr>
        <w:t>“Johannesi ri maranata isua, ti denepahayag idiay pito a tinnitinnag, ket maysa a pannakailadawan dagiti paspasamak a mapasamak iti sidong dagiti damag ti umuna ken maikadua nga anghel. Saan a nasayaat a maammoan dagitoy dagiti tattao, ta masapul a mapadas ti pammatida. Iti urnos ti Dios, dagiti nakaskasdaaw ken nangato a kinapudno ket maipakdaarda. Dagiti damag ti umuna ken maikadua nga anghel ket masapul a maipakdaar, ngem awan pay sabali a lawag a maiparangarang sakbay a naaramid dagitoy a damag ti matudtudo a trabaho da. Daytoy ket naitakder babaen ti angel nga agtakder a ti maysa a saka na ket adda iti baybay, nga agpakdaar babaen ti kangatoan a nainsigudan a sapata a ti panawen ket saanen a mapalubosan nga agtultuloy.” The Seventh-day Adventist Bible Commentary, volume 7, 971.</w:t>
      </w:r>
    </w:p>
    <w:p>
      <w:pPr>
        <w:pStyle w:val="ArticleBody"/>
        <w:jc w:val="left"/>
      </w:pPr>
      <w:r>
        <w:rPr>
          <w:rFonts w:ascii="Leelawadee UI" w:hAnsi="Leelawadee UI" w:eastAsia="Leelawadee UI" w:cs="Leelawadee UI"/>
        </w:rPr>
        <w:t>ការបើកសម្ដែងចុងក្រោយនៃ</w:t>
      </w:r>
      <w:r>
        <w:rPr>
          <w:rFonts w:ascii="Times New Roman" w:hAnsi="Times New Roman" w:eastAsia="Times New Roman" w:cs="Times New Roman"/>
        </w:rPr>
        <w:t xml:space="preserve"> «</w:t>
      </w:r>
      <w:r>
        <w:rPr>
          <w:rFonts w:ascii="Leelawadee UI" w:hAnsi="Leelawadee UI" w:eastAsia="Leelawadee UI" w:cs="Leelawadee UI"/>
        </w:rPr>
        <w:t>ផ្គរលាន់ទាំងប្រាំពីរ</w:t>
      </w:r>
      <w:r>
        <w:rPr>
          <w:rFonts w:ascii="Times New Roman" w:hAnsi="Times New Roman" w:eastAsia="Times New Roman" w:cs="Times New Roman"/>
        </w:rPr>
        <w:t xml:space="preserve">» </w:t>
      </w:r>
      <w:r>
        <w:rPr>
          <w:rFonts w:ascii="Leelawadee UI" w:hAnsi="Leelawadee UI" w:eastAsia="Leelawadee UI" w:cs="Leelawadee UI"/>
        </w:rPr>
        <w:t>ត្រូវបានបើកឲ្យយល់បន្ទាប់ពីឆ្នាំ</w:t>
      </w:r>
      <w:r>
        <w:rPr>
          <w:rFonts w:ascii="Times New Roman" w:hAnsi="Times New Roman" w:eastAsia="Times New Roman" w:cs="Times New Roman"/>
        </w:rPr>
        <w:t xml:space="preserve"> </w:t>
      </w:r>
      <w:r>
        <w:rPr>
          <w:rFonts w:ascii="Leelawadee UI" w:hAnsi="Leelawadee UI" w:eastAsia="Leelawadee UI" w:cs="Leelawadee UI"/>
        </w:rPr>
        <w:t>២០២៣</w:t>
      </w:r>
      <w:r>
        <w:rPr>
          <w:rFonts w:ascii="Times New Roman" w:hAnsi="Times New Roman" w:eastAsia="Times New Roman" w:cs="Times New Roman"/>
        </w:rPr>
        <w:t xml:space="preserve"> </w:t>
      </w:r>
      <w:r>
        <w:rPr>
          <w:rFonts w:ascii="Leelawadee UI" w:hAnsi="Leelawadee UI" w:eastAsia="Leelawadee UI" w:cs="Leelawadee UI"/>
        </w:rPr>
        <w:t>ហើយវាបានបង្ហាញថា</w:t>
      </w:r>
      <w:r>
        <w:rPr>
          <w:rFonts w:ascii="Times New Roman" w:hAnsi="Times New Roman" w:eastAsia="Times New Roman" w:cs="Times New Roman"/>
        </w:rPr>
        <w:t xml:space="preserve"> «</w:t>
      </w:r>
      <w:r>
        <w:rPr>
          <w:rFonts w:ascii="Leelawadee UI" w:hAnsi="Leelawadee UI" w:eastAsia="Leelawadee UI" w:cs="Leelawadee UI"/>
        </w:rPr>
        <w:t>ផ្គរលាន់ទាំងប្រាំពីរ</w:t>
      </w:r>
      <w:r>
        <w:rPr>
          <w:rFonts w:ascii="Times New Roman" w:hAnsi="Times New Roman" w:eastAsia="Times New Roman" w:cs="Times New Roman"/>
        </w:rPr>
        <w:t xml:space="preserve">» </w:t>
      </w:r>
      <w:r>
        <w:rPr>
          <w:rFonts w:ascii="Leelawadee UI" w:hAnsi="Leelawadee UI" w:eastAsia="Leelawadee UI" w:cs="Leelawadee UI"/>
        </w:rPr>
        <w:t>តំណាងឲ្យការខកចិត្តអាល់ហ្វាដំបូង</w:t>
      </w:r>
      <w:r>
        <w:rPr>
          <w:rFonts w:ascii="Times New Roman" w:hAnsi="Times New Roman" w:eastAsia="Times New Roman" w:cs="Times New Roman"/>
        </w:rPr>
        <w:t xml:space="preserve"> </w:t>
      </w:r>
      <w:r>
        <w:rPr>
          <w:rFonts w:ascii="Leelawadee UI" w:hAnsi="Leelawadee UI" w:eastAsia="Leelawadee UI" w:cs="Leelawadee UI"/>
        </w:rPr>
        <w:t>រហូតដល់ការខកចិត្តអូមេហ្កាចុងក្រោយ។</w:t>
      </w:r>
      <w:r>
        <w:rPr>
          <w:rFonts w:ascii="Times New Roman" w:hAnsi="Times New Roman" w:eastAsia="Times New Roman" w:cs="Times New Roman"/>
        </w:rPr>
        <w:t xml:space="preserve"> </w:t>
      </w:r>
      <w:r>
        <w:rPr>
          <w:rFonts w:ascii="Leelawadee UI" w:hAnsi="Leelawadee UI" w:eastAsia="Leelawadee UI" w:cs="Leelawadee UI"/>
        </w:rPr>
        <w:t>យ៉ូហានមិនត្រូវបានអនុញ្ញាតឲ្យកំណត់និយមន័យនៃផ្គរលាន់ទាំងប្រាំពីរនោះទេ</w:t>
      </w:r>
      <w:r>
        <w:rPr>
          <w:rFonts w:ascii="Times New Roman" w:hAnsi="Times New Roman" w:eastAsia="Times New Roman" w:cs="Times New Roman"/>
        </w:rPr>
        <w:t xml:space="preserve"> </w:t>
      </w:r>
      <w:r>
        <w:rPr>
          <w:rFonts w:ascii="Leelawadee UI" w:hAnsi="Leelawadee UI" w:eastAsia="Leelawadee UI" w:cs="Leelawadee UI"/>
        </w:rPr>
        <w:t>ពីព្រោះការបើកសម្ដែងអំពី</w:t>
      </w:r>
      <w:r>
        <w:rPr>
          <w:rFonts w:ascii="Times New Roman" w:hAnsi="Times New Roman" w:eastAsia="Times New Roman" w:cs="Times New Roman"/>
        </w:rPr>
        <w:t xml:space="preserve"> «</w:t>
      </w:r>
      <w:r>
        <w:rPr>
          <w:rFonts w:ascii="Leelawadee UI" w:hAnsi="Leelawadee UI" w:eastAsia="Leelawadee UI" w:cs="Leelawadee UI"/>
        </w:rPr>
        <w:t>ផ្គរលាន់ទាំងប្រាំពីរ</w:t>
      </w:r>
      <w:r>
        <w:rPr>
          <w:rFonts w:ascii="Times New Roman" w:hAnsi="Times New Roman" w:eastAsia="Times New Roman" w:cs="Times New Roman"/>
        </w:rPr>
        <w:t xml:space="preserve">» </w:t>
      </w:r>
      <w:r>
        <w:rPr>
          <w:rFonts w:ascii="Leelawadee UI" w:hAnsi="Leelawadee UI" w:eastAsia="Leelawadee UI" w:cs="Leelawadee UI"/>
        </w:rPr>
        <w:t>មិនមែនជាការបំពេញប្រវត្តិសាស្ត្រតែមួយលើកនោះឡើយ</w:t>
      </w:r>
      <w:r>
        <w:rPr>
          <w:rFonts w:ascii="Times New Roman" w:hAnsi="Times New Roman" w:eastAsia="Times New Roman" w:cs="Times New Roman"/>
        </w:rPr>
        <w:t xml:space="preserve"> </w:t>
      </w:r>
      <w:r>
        <w:rPr>
          <w:rFonts w:ascii="Leelawadee UI" w:hAnsi="Leelawadee UI" w:eastAsia="Leelawadee UI" w:cs="Leelawadee UI"/>
        </w:rPr>
        <w:t>ប៉ុន្តែជារូបបង្ហាញនៃ</w:t>
      </w:r>
      <w:r>
        <w:rPr>
          <w:rFonts w:ascii="Times New Roman" w:hAnsi="Times New Roman" w:eastAsia="Times New Roman" w:cs="Times New Roman"/>
        </w:rPr>
        <w:t xml:space="preserve"> «</w:t>
      </w:r>
      <w:r>
        <w:rPr>
          <w:rFonts w:ascii="Leelawadee UI" w:hAnsi="Leelawadee UI" w:eastAsia="Leelawadee UI" w:cs="Leelawadee UI"/>
        </w:rPr>
        <w:t>ការរៀបរាប់លម្អិតនៃព្រឹត្តិការណ៍</w:t>
      </w:r>
      <w:r>
        <w:rPr>
          <w:rFonts w:ascii="Times New Roman" w:hAnsi="Times New Roman" w:eastAsia="Times New Roman" w:cs="Times New Roman"/>
        </w:rPr>
        <w:t xml:space="preserve">» </w:t>
      </w:r>
      <w:r>
        <w:rPr>
          <w:rFonts w:ascii="Leelawadee UI" w:hAnsi="Leelawadee UI" w:eastAsia="Leelawadee UI" w:cs="Leelawadee UI"/>
        </w:rPr>
        <w:t>ដែលបានកើតឡើងក្នុងប្រវត្តិសាស្ត្រមីល្លឺរ៉ាយ</w:t>
      </w:r>
      <w:r>
        <w:rPr>
          <w:rFonts w:ascii="Times New Roman" w:hAnsi="Times New Roman" w:eastAsia="Times New Roman" w:cs="Times New Roman"/>
        </w:rPr>
        <w:t xml:space="preserve"> </w:t>
      </w:r>
      <w:r>
        <w:rPr>
          <w:rFonts w:ascii="Leelawadee UI" w:hAnsi="Leelawadee UI" w:eastAsia="Leelawadee UI" w:cs="Leelawadee UI"/>
        </w:rPr>
        <w:t>ហើយនឹងកើតឡើងម្តងទៀតនៅថ្ងៃចុងក្រោយ។</w:t>
      </w:r>
      <w:r>
        <w:rPr>
          <w:rFonts w:ascii="Times New Roman" w:hAnsi="Times New Roman" w:eastAsia="Times New Roman" w:cs="Times New Roman"/>
        </w:rPr>
        <w:t xml:space="preserve"> </w:t>
      </w:r>
      <w:r>
        <w:rPr>
          <w:rFonts w:ascii="Leelawadee UI" w:hAnsi="Leelawadee UI" w:eastAsia="Leelawadee UI" w:cs="Leelawadee UI"/>
        </w:rPr>
        <w:t>ការបំពេញដ៏ល្អឥតខ្ចោះត្រូវបានបង្ហាញឡើង</w:t>
      </w:r>
      <w:r>
        <w:rPr>
          <w:rFonts w:ascii="Times New Roman" w:hAnsi="Times New Roman" w:eastAsia="Times New Roman" w:cs="Times New Roman"/>
        </w:rPr>
        <w:t xml:space="preserve"> </w:t>
      </w:r>
      <w:r>
        <w:rPr>
          <w:rFonts w:ascii="Leelawadee UI" w:hAnsi="Leelawadee UI" w:eastAsia="Leelawadee UI" w:cs="Leelawadee UI"/>
        </w:rPr>
        <w:t>ដើម្បីបញ្ជាក់ប្រវត្តិសាស្ត្រពីថ្ងៃទី</w:t>
      </w:r>
      <w:r>
        <w:rPr>
          <w:rFonts w:ascii="Times New Roman" w:hAnsi="Times New Roman" w:eastAsia="Times New Roman" w:cs="Times New Roman"/>
        </w:rPr>
        <w:t xml:space="preserve"> 18 </w:t>
      </w:r>
      <w:r>
        <w:rPr>
          <w:rFonts w:ascii="Leelawadee UI" w:hAnsi="Leelawadee UI" w:eastAsia="Leelawadee UI" w:cs="Leelawadee UI"/>
        </w:rPr>
        <w:t>ខែកក្កដា</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2020 </w:t>
      </w:r>
      <w:r>
        <w:rPr>
          <w:rFonts w:ascii="Leelawadee UI" w:hAnsi="Leelawadee UI" w:eastAsia="Leelawadee UI" w:cs="Leelawadee UI"/>
        </w:rPr>
        <w:t>រហូតដល់ច្បាប់ថ្ងៃអាទិត្យដែលនឹងមកដល់ឆាប់ៗ។</w:t>
      </w:r>
      <w:r>
        <w:rPr>
          <w:rFonts w:ascii="Times New Roman" w:hAnsi="Times New Roman" w:eastAsia="Times New Roman" w:cs="Times New Roman"/>
        </w:rPr>
        <w:t xml:space="preserve"> </w:t>
      </w:r>
      <w:r>
        <w:rPr>
          <w:rFonts w:ascii="Leelawadee UI" w:hAnsi="Leelawadee UI" w:eastAsia="Leelawadee UI" w:cs="Leelawadee UI"/>
        </w:rPr>
        <w:t>សត្វសិង្ហបានបើកពន្លឺនោះឡើង</w:t>
      </w:r>
      <w:r>
        <w:rPr>
          <w:rFonts w:ascii="Times New Roman" w:hAnsi="Times New Roman" w:eastAsia="Times New Roman" w:cs="Times New Roman"/>
        </w:rPr>
        <w:t xml:space="preserve"> </w:t>
      </w:r>
      <w:r>
        <w:rPr>
          <w:rFonts w:ascii="Leelawadee UI" w:hAnsi="Leelawadee UI" w:eastAsia="Leelawadee UI" w:cs="Leelawadee UI"/>
        </w:rPr>
        <w:t>ដើម្បីឲ្យវាបំភ្លឺលើប្រវត្តិនៃការស្ថាបនាព្រះវិហាររបស់មនុស្សមួយសែនបួនម៉ឺនបួនពាន់នាក់។</w:t>
      </w:r>
    </w:p>
    <w:p>
      <w:pPr>
        <w:pStyle w:val="ArticleBody"/>
        <w:jc w:val="left"/>
      </w:pPr>
      <w:r>
        <w:rPr>
          <w:rFonts w:ascii="Nirmala UI" w:hAnsi="Nirmala UI" w:eastAsia="Nirmala UI" w:cs="Nirmala UI"/>
        </w:rPr>
        <w:t>ꯃꯤꯂꯂꯔꯥꯏꯠꯇꯤ</w:t>
      </w:r>
      <w:r>
        <w:rPr>
          <w:rFonts w:ascii="Times New Roman" w:hAnsi="Times New Roman" w:eastAsia="Times New Roman" w:cs="Times New Roman"/>
        </w:rPr>
        <w:t xml:space="preserve"> </w:t>
      </w:r>
      <w:r>
        <w:rPr>
          <w:rFonts w:ascii="Nirmala UI" w:hAnsi="Nirmala UI" w:eastAsia="Nirmala UI" w:cs="Nirmala UI"/>
        </w:rPr>
        <w:t>ꯍꯤꯁꯇꯣꯔꯤꯗꯥ</w:t>
      </w:r>
      <w:r>
        <w:rPr>
          <w:rFonts w:ascii="Times New Roman" w:hAnsi="Times New Roman" w:eastAsia="Times New Roman" w:cs="Times New Roman"/>
        </w:rPr>
        <w:t xml:space="preserve"> “</w:t>
      </w:r>
      <w:r>
        <w:rPr>
          <w:rFonts w:ascii="Nirmala UI" w:hAnsi="Nirmala UI" w:eastAsia="Nirmala UI" w:cs="Nirmala UI"/>
        </w:rPr>
        <w:t>ꯁꯦꯕꯦꯟ</w:t>
      </w:r>
      <w:r>
        <w:rPr>
          <w:rFonts w:ascii="Times New Roman" w:hAnsi="Times New Roman" w:eastAsia="Times New Roman" w:cs="Times New Roman"/>
        </w:rPr>
        <w:t xml:space="preserve"> </w:t>
      </w:r>
      <w:r>
        <w:rPr>
          <w:rFonts w:ascii="Nirmala UI" w:hAnsi="Nirmala UI" w:eastAsia="Nirmala UI" w:cs="Nirmala UI"/>
        </w:rPr>
        <w:t>ꯊꯟꯗꯔꯁ</w:t>
      </w:r>
      <w:r>
        <w:rPr>
          <w:rFonts w:ascii="Times New Roman" w:hAnsi="Times New Roman" w:eastAsia="Times New Roman" w:cs="Times New Roman"/>
        </w:rPr>
        <w:t xml:space="preserve">” </w:t>
      </w:r>
      <w:r>
        <w:rPr>
          <w:rFonts w:ascii="Nirmala UI" w:hAnsi="Nirmala UI" w:eastAsia="Nirmala UI" w:cs="Nirmala UI"/>
        </w:rPr>
        <w:t>ꯍꯥꯏꯕꯁꯤ</w:t>
      </w:r>
      <w:r>
        <w:rPr>
          <w:rFonts w:ascii="Times New Roman" w:hAnsi="Times New Roman" w:eastAsia="Times New Roman" w:cs="Times New Roman"/>
        </w:rPr>
        <w:t xml:space="preserve"> 1798 </w:t>
      </w:r>
      <w:r>
        <w:rPr>
          <w:rFonts w:ascii="Nirmala UI" w:hAnsi="Nirmala UI" w:eastAsia="Nirmala UI" w:cs="Nirmala UI"/>
        </w:rPr>
        <w:t>ꯗꯒꯤ</w:t>
      </w:r>
      <w:r>
        <w:rPr>
          <w:rFonts w:ascii="Times New Roman" w:hAnsi="Times New Roman" w:eastAsia="Times New Roman" w:cs="Times New Roman"/>
        </w:rPr>
        <w:t xml:space="preserve"> 1844 </w:t>
      </w:r>
      <w:r>
        <w:rPr>
          <w:rFonts w:ascii="Nirmala UI" w:hAnsi="Nirmala UI" w:eastAsia="Nirmala UI" w:cs="Nirmala UI"/>
        </w:rPr>
        <w:t>ꯐꯥꯎꯕ</w:t>
      </w:r>
      <w:r>
        <w:rPr>
          <w:rFonts w:ascii="Times New Roman" w:hAnsi="Times New Roman" w:eastAsia="Times New Roman" w:cs="Times New Roman"/>
        </w:rPr>
        <w:t xml:space="preserve"> </w:t>
      </w:r>
      <w:r>
        <w:rPr>
          <w:rFonts w:ascii="Nirmala UI" w:hAnsi="Nirmala UI" w:eastAsia="Nirmala UI" w:cs="Nirmala UI"/>
        </w:rPr>
        <w:t>ꯄꯥꯟꯊꯣꯛꯄꯥ</w:t>
      </w:r>
      <w:r>
        <w:rPr>
          <w:rFonts w:ascii="Times New Roman" w:hAnsi="Times New Roman" w:eastAsia="Times New Roman" w:cs="Times New Roman"/>
        </w:rPr>
        <w:t xml:space="preserve"> </w:t>
      </w:r>
      <w:r>
        <w:rPr>
          <w:rFonts w:ascii="Nirmala UI" w:hAnsi="Nirmala UI" w:eastAsia="Nirmala UI" w:cs="Nirmala UI"/>
        </w:rPr>
        <w:t>ꯂꯩ</w:t>
      </w:r>
      <w:r>
        <w:rPr>
          <w:rFonts w:ascii="Times New Roman" w:hAnsi="Times New Roman" w:eastAsia="Times New Roman" w:cs="Times New Roman"/>
        </w:rPr>
        <w:t xml:space="preserve">, </w:t>
      </w:r>
      <w:r>
        <w:rPr>
          <w:rFonts w:ascii="Nirmala UI" w:hAnsi="Nirmala UI" w:eastAsia="Nirmala UI" w:cs="Nirmala UI"/>
        </w:rPr>
        <w:t>ꯃꯃꯁꯨꯡ</w:t>
      </w:r>
      <w:r>
        <w:rPr>
          <w:rFonts w:ascii="Times New Roman" w:hAnsi="Times New Roman" w:eastAsia="Times New Roman" w:cs="Times New Roman"/>
        </w:rPr>
        <w:t xml:space="preserve"> </w:t>
      </w:r>
      <w:r>
        <w:rPr>
          <w:rFonts w:ascii="Nirmala UI" w:hAnsi="Nirmala UI" w:eastAsia="Nirmala UI" w:cs="Nirmala UI"/>
        </w:rPr>
        <w:t>ꯃꯤꯂꯂꯔꯥꯏꯠꯁꯤꯡꯅꯥ</w:t>
      </w:r>
      <w:r>
        <w:rPr>
          <w:rFonts w:ascii="Times New Roman" w:hAnsi="Times New Roman" w:eastAsia="Times New Roman" w:cs="Times New Roman"/>
        </w:rPr>
        <w:t xml:space="preserve"> “</w:t>
      </w:r>
      <w:r>
        <w:rPr>
          <w:rFonts w:ascii="Nirmala UI" w:hAnsi="Nirmala UI" w:eastAsia="Nirmala UI" w:cs="Nirmala UI"/>
        </w:rPr>
        <w:t>ꯌꯥꯝꯅ</w:t>
      </w:r>
      <w:r>
        <w:rPr>
          <w:rFonts w:ascii="Times New Roman" w:hAnsi="Times New Roman" w:eastAsia="Times New Roman" w:cs="Times New Roman"/>
        </w:rPr>
        <w:t xml:space="preserve"> </w:t>
      </w:r>
      <w:r>
        <w:rPr>
          <w:rFonts w:ascii="Nirmala UI" w:hAnsi="Nirmala UI" w:eastAsia="Nirmala UI" w:cs="Nirmala UI"/>
        </w:rPr>
        <w:t>ꯑꯉꯥꯡꯕ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ꯑꯇꯣꯞꯄ</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ꯑꯩꯇꯩ</w:t>
      </w:r>
      <w:r>
        <w:rPr>
          <w:rFonts w:ascii="Times New Roman" w:hAnsi="Times New Roman" w:eastAsia="Times New Roman" w:cs="Times New Roman"/>
        </w:rPr>
        <w:t xml:space="preserve"> </w:t>
      </w:r>
      <w:r>
        <w:rPr>
          <w:rFonts w:ascii="Nirmala UI" w:hAnsi="Nirmala UI" w:eastAsia="Nirmala UI" w:cs="Nirmala UI"/>
        </w:rPr>
        <w:t>ꯋꯥꯍꯩꯁꯤꯡ</w:t>
      </w:r>
      <w:r>
        <w:rPr>
          <w:rFonts w:ascii="Times New Roman" w:hAnsi="Times New Roman" w:eastAsia="Times New Roman" w:cs="Times New Roman"/>
        </w:rPr>
        <w:t xml:space="preserve">” </w:t>
      </w:r>
      <w:r>
        <w:rPr>
          <w:rFonts w:ascii="Nirmala UI" w:hAnsi="Nirmala UI" w:eastAsia="Nirmala UI" w:cs="Nirmala UI"/>
        </w:rPr>
        <w:t>ꯄꯨꯊꯣꯛꯄ</w:t>
      </w:r>
      <w:r>
        <w:rPr>
          <w:rFonts w:ascii="Times New Roman" w:hAnsi="Times New Roman" w:eastAsia="Times New Roman" w:cs="Times New Roman"/>
        </w:rPr>
        <w:t xml:space="preserve"> </w:t>
      </w:r>
      <w:r>
        <w:rPr>
          <w:rFonts w:ascii="Nirmala UI" w:hAnsi="Nirmala UI" w:eastAsia="Nirmala UI" w:cs="Nirmala UI"/>
        </w:rPr>
        <w:t>ꯃꯇꯝꯗꯥꯅꯤ꯫</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ꯃꯈꯣꯏꯗꯥ</w:t>
      </w:r>
      <w:r>
        <w:rPr>
          <w:rFonts w:ascii="Times New Roman" w:hAnsi="Times New Roman" w:eastAsia="Times New Roman" w:cs="Times New Roman"/>
        </w:rPr>
        <w:t xml:space="preserve"> </w:t>
      </w:r>
      <w:r>
        <w:rPr>
          <w:rFonts w:ascii="Nirmala UI" w:hAnsi="Nirmala UI" w:eastAsia="Nirmala UI" w:cs="Nirmala UI"/>
        </w:rPr>
        <w:t>ꯄꯤꯕ</w:t>
      </w:r>
      <w:r>
        <w:rPr>
          <w:rFonts w:ascii="Times New Roman" w:hAnsi="Times New Roman" w:eastAsia="Times New Roman" w:cs="Times New Roman"/>
        </w:rPr>
        <w:t xml:space="preserve"> </w:t>
      </w:r>
      <w:r>
        <w:rPr>
          <w:rFonts w:ascii="Nirmala UI" w:hAnsi="Nirmala UI" w:eastAsia="Nirmala UI" w:cs="Nirmala UI"/>
        </w:rPr>
        <w:t>ꯊꯕꯛ</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ꯊꯧꯗꯣꯛꯄꯗꯥ</w:t>
      </w:r>
      <w:r>
        <w:rPr>
          <w:rFonts w:ascii="Times New Roman" w:hAnsi="Times New Roman" w:eastAsia="Times New Roman" w:cs="Times New Roman"/>
        </w:rPr>
        <w:t xml:space="preserve">, </w:t>
      </w:r>
      <w:r>
        <w:rPr>
          <w:rFonts w:ascii="Nirmala UI" w:hAnsi="Nirmala UI" w:eastAsia="Nirmala UI" w:cs="Nirmala UI"/>
        </w:rPr>
        <w:t>ꯃꯤꯂꯂꯔꯥꯏꯠꯁꯤꯡꯕꯨ</w:t>
      </w:r>
      <w:r>
        <w:rPr>
          <w:rFonts w:ascii="Times New Roman" w:hAnsi="Times New Roman" w:eastAsia="Times New Roman" w:cs="Times New Roman"/>
        </w:rPr>
        <w:t xml:space="preserve"> </w:t>
      </w:r>
      <w:r>
        <w:rPr>
          <w:rFonts w:ascii="Nirmala UI" w:hAnsi="Nirmala UI" w:eastAsia="Nirmala UI" w:cs="Nirmala UI"/>
        </w:rPr>
        <w:t>ꯆꯥꯡꯌꯦꯡ</w:t>
      </w:r>
      <w:r>
        <w:rPr>
          <w:rFonts w:ascii="Times New Roman" w:hAnsi="Times New Roman" w:eastAsia="Times New Roman" w:cs="Times New Roman"/>
        </w:rPr>
        <w:t xml:space="preserve"> </w:t>
      </w:r>
      <w:r>
        <w:rPr>
          <w:rFonts w:ascii="Nirmala UI" w:hAnsi="Nirmala UI" w:eastAsia="Nirmala UI" w:cs="Nirmala UI"/>
        </w:rPr>
        <w:t>ꯇꯧꯈꯤ꯫</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ꯃꯈꯣꯏ</w:t>
      </w:r>
      <w:r>
        <w:rPr>
          <w:rFonts w:ascii="Times New Roman" w:hAnsi="Times New Roman" w:eastAsia="Times New Roman" w:cs="Times New Roman"/>
        </w:rPr>
        <w:t xml:space="preserve"> </w:t>
      </w:r>
      <w:r>
        <w:rPr>
          <w:rFonts w:ascii="Nirmala UI" w:hAnsi="Nirmala UI" w:eastAsia="Nirmala UI" w:cs="Nirmala UI"/>
        </w:rPr>
        <w:t>ꯄꯥꯎꯈꯨꯝ</w:t>
      </w:r>
      <w:r>
        <w:rPr>
          <w:rFonts w:ascii="Times New Roman" w:hAnsi="Times New Roman" w:eastAsia="Times New Roman" w:cs="Times New Roman"/>
        </w:rPr>
        <w:t xml:space="preserve"> </w:t>
      </w:r>
      <w:r>
        <w:rPr>
          <w:rFonts w:ascii="Nirmala UI" w:hAnsi="Nirmala UI" w:eastAsia="Nirmala UI" w:cs="Nirmala UI"/>
        </w:rPr>
        <w:t>ꯄꯤꯔꯤꯕ</w:t>
      </w:r>
      <w:r>
        <w:rPr>
          <w:rFonts w:ascii="Times New Roman" w:hAnsi="Times New Roman" w:eastAsia="Times New Roman" w:cs="Times New Roman"/>
        </w:rPr>
        <w:t xml:space="preserve"> </w:t>
      </w:r>
      <w:r>
        <w:rPr>
          <w:rFonts w:ascii="Nirmala UI" w:hAnsi="Nirmala UI" w:eastAsia="Nirmala UI" w:cs="Nirmala UI"/>
        </w:rPr>
        <w:t>ꯃꯦꯁꯦꯖ</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ꯐꯥꯔꯤꯕ</w:t>
      </w:r>
      <w:r>
        <w:rPr>
          <w:rFonts w:ascii="Times New Roman" w:hAnsi="Times New Roman" w:eastAsia="Times New Roman" w:cs="Times New Roman"/>
        </w:rPr>
        <w:t xml:space="preserve"> </w:t>
      </w:r>
      <w:r>
        <w:rPr>
          <w:rFonts w:ascii="Nirmala UI" w:hAnsi="Nirmala UI" w:eastAsia="Nirmala UI" w:cs="Nirmala UI"/>
        </w:rPr>
        <w:t>ꯍꯤꯁꯇꯣꯔꯤ</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ꯄꯨꯡꯐꯝꯅ</w:t>
      </w:r>
      <w:r>
        <w:rPr>
          <w:rFonts w:ascii="Times New Roman" w:hAnsi="Times New Roman" w:eastAsia="Times New Roman" w:cs="Times New Roman"/>
        </w:rPr>
        <w:t xml:space="preserve"> </w:t>
      </w:r>
      <w:r>
        <w:rPr>
          <w:rFonts w:ascii="Nirmala UI" w:hAnsi="Nirmala UI" w:eastAsia="Nirmala UI" w:cs="Nirmala UI"/>
        </w:rPr>
        <w:t>ꯈꯪꯗꯦ꯫</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ꯄꯥꯎꯈꯨꯝ</w:t>
      </w:r>
      <w:r>
        <w:rPr>
          <w:rFonts w:ascii="Times New Roman" w:hAnsi="Times New Roman" w:eastAsia="Times New Roman" w:cs="Times New Roman"/>
        </w:rPr>
        <w:t xml:space="preserve"> </w:t>
      </w:r>
      <w:r>
        <w:rPr>
          <w:rFonts w:ascii="Nirmala UI" w:hAnsi="Nirmala UI" w:eastAsia="Nirmala UI" w:cs="Nirmala UI"/>
        </w:rPr>
        <w:t>ꯄꯤꯔꯤꯕ</w:t>
      </w:r>
      <w:r>
        <w:rPr>
          <w:rFonts w:ascii="Times New Roman" w:hAnsi="Times New Roman" w:eastAsia="Times New Roman" w:cs="Times New Roman"/>
        </w:rPr>
        <w:t xml:space="preserve"> </w:t>
      </w:r>
      <w:r>
        <w:rPr>
          <w:rFonts w:ascii="Nirmala UI" w:hAnsi="Nirmala UI" w:eastAsia="Nirmala UI" w:cs="Nirmala UI"/>
        </w:rPr>
        <w:t>ꯑꯩꯇꯩ</w:t>
      </w:r>
      <w:r>
        <w:rPr>
          <w:rFonts w:ascii="Times New Roman" w:hAnsi="Times New Roman" w:eastAsia="Times New Roman" w:cs="Times New Roman"/>
        </w:rPr>
        <w:t xml:space="preserve"> </w:t>
      </w:r>
      <w:r>
        <w:rPr>
          <w:rFonts w:ascii="Nirmala UI" w:hAnsi="Nirmala UI" w:eastAsia="Nirmala UI" w:cs="Nirmala UI"/>
        </w:rPr>
        <w:t>ꯋꯥꯍꯩꯁꯤꯡ</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ꯁꯤꯁꯇꯔ</w:t>
      </w:r>
      <w:r>
        <w:rPr>
          <w:rFonts w:ascii="Times New Roman" w:hAnsi="Times New Roman" w:eastAsia="Times New Roman" w:cs="Times New Roman"/>
        </w:rPr>
        <w:t xml:space="preserve"> </w:t>
      </w:r>
      <w:r>
        <w:rPr>
          <w:rFonts w:ascii="Nirmala UI" w:hAnsi="Nirmala UI" w:eastAsia="Nirmala UI" w:cs="Nirmala UI"/>
        </w:rPr>
        <w:t>ꯋꯥꯏꯠꯅꯥ</w:t>
      </w:r>
      <w:r>
        <w:rPr>
          <w:rFonts w:ascii="Times New Roman" w:hAnsi="Times New Roman" w:eastAsia="Times New Roman" w:cs="Times New Roman"/>
        </w:rPr>
        <w:t xml:space="preserve"> “</w:t>
      </w:r>
      <w:r>
        <w:rPr>
          <w:rFonts w:ascii="Nirmala UI" w:hAnsi="Nirmala UI" w:eastAsia="Nirmala UI" w:cs="Nirmala UI"/>
        </w:rPr>
        <w:t>ꯑꯇꯣꯞꯄ</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ꯑꯩꯇꯩ</w:t>
      </w:r>
      <w:r>
        <w:rPr>
          <w:rFonts w:ascii="Times New Roman" w:hAnsi="Times New Roman" w:eastAsia="Times New Roman" w:cs="Times New Roman"/>
        </w:rPr>
        <w:t xml:space="preserve"> </w:t>
      </w:r>
      <w:r>
        <w:rPr>
          <w:rFonts w:ascii="Nirmala UI" w:hAnsi="Nirmala UI" w:eastAsia="Nirmala UI" w:cs="Nirmala UI"/>
        </w:rPr>
        <w:t>ꯋꯥꯍꯩꯁꯤꯡ</w:t>
      </w:r>
      <w:r>
        <w:rPr>
          <w:rFonts w:ascii="Times New Roman" w:hAnsi="Times New Roman" w:eastAsia="Times New Roman" w:cs="Times New Roman"/>
        </w:rPr>
        <w:t xml:space="preserve">” </w:t>
      </w:r>
      <w:r>
        <w:rPr>
          <w:rFonts w:ascii="Nirmala UI" w:hAnsi="Nirmala UI" w:eastAsia="Nirmala UI" w:cs="Nirmala UI"/>
        </w:rPr>
        <w:t>ꯍꯥꯏꯅ</w:t>
      </w:r>
      <w:r>
        <w:rPr>
          <w:rFonts w:ascii="Times New Roman" w:hAnsi="Times New Roman" w:eastAsia="Times New Roman" w:cs="Times New Roman"/>
        </w:rPr>
        <w:t xml:space="preserve"> </w:t>
      </w:r>
      <w:r>
        <w:rPr>
          <w:rFonts w:ascii="Nirmala UI" w:hAnsi="Nirmala UI" w:eastAsia="Nirmala UI" w:cs="Nirmala UI"/>
        </w:rPr>
        <w:t>ꯁꯟꯗꯣꯛꯄꯤ</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ꯑꯅꯤꯁꯨꯕ</w:t>
      </w:r>
      <w:r>
        <w:rPr>
          <w:rFonts w:ascii="Times New Roman" w:hAnsi="Times New Roman" w:eastAsia="Times New Roman" w:cs="Times New Roman"/>
        </w:rPr>
        <w:t xml:space="preserve"> </w:t>
      </w:r>
      <w:r>
        <w:rPr>
          <w:rFonts w:ascii="Nirmala UI" w:hAnsi="Nirmala UI" w:eastAsia="Nirmala UI" w:cs="Nirmala UI"/>
        </w:rPr>
        <w:t>ꯑꯦꯟꯖꯦꯜꯒꯤ</w:t>
      </w:r>
      <w:r>
        <w:rPr>
          <w:rFonts w:ascii="Times New Roman" w:hAnsi="Times New Roman" w:eastAsia="Times New Roman" w:cs="Times New Roman"/>
        </w:rPr>
        <w:t xml:space="preserve"> </w:t>
      </w:r>
      <w:r>
        <w:rPr>
          <w:rFonts w:ascii="Nirmala UI" w:hAnsi="Nirmala UI" w:eastAsia="Nirmala UI" w:cs="Nirmala UI"/>
        </w:rPr>
        <w:t>ꯃꯦꯁꯦꯖꯁꯤꯡꯅꯥ</w:t>
      </w:r>
      <w:r>
        <w:rPr>
          <w:rFonts w:ascii="Times New Roman" w:hAnsi="Times New Roman" w:eastAsia="Times New Roman" w:cs="Times New Roman"/>
        </w:rPr>
        <w:t xml:space="preserve"> </w:t>
      </w:r>
      <w:r>
        <w:rPr>
          <w:rFonts w:ascii="Nirmala UI" w:hAnsi="Nirmala UI" w:eastAsia="Nirmala UI" w:cs="Nirmala UI"/>
        </w:rPr>
        <w:t>ꯃꯈꯣꯏꯒꯤ</w:t>
      </w:r>
      <w:r>
        <w:rPr>
          <w:rFonts w:ascii="Times New Roman" w:hAnsi="Times New Roman" w:eastAsia="Times New Roman" w:cs="Times New Roman"/>
        </w:rPr>
        <w:t xml:space="preserve"> </w:t>
      </w:r>
      <w:r>
        <w:rPr>
          <w:rFonts w:ascii="Nirmala UI" w:hAnsi="Nirmala UI" w:eastAsia="Nirmala UI" w:cs="Nirmala UI"/>
        </w:rPr>
        <w:t>ꯊꯕꯛ</w:t>
      </w:r>
      <w:r>
        <w:rPr>
          <w:rFonts w:ascii="Times New Roman" w:hAnsi="Times New Roman" w:eastAsia="Times New Roman" w:cs="Times New Roman"/>
        </w:rPr>
        <w:t xml:space="preserve"> </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ꯐꯥꯔꯛꯄ</w:t>
      </w:r>
      <w:r>
        <w:rPr>
          <w:rFonts w:ascii="Times New Roman" w:hAnsi="Times New Roman" w:eastAsia="Times New Roman" w:cs="Times New Roman"/>
        </w:rPr>
        <w:t xml:space="preserve"> </w:t>
      </w:r>
      <w:r>
        <w:rPr>
          <w:rFonts w:ascii="Nirmala UI" w:hAnsi="Nirmala UI" w:eastAsia="Nirmala UI" w:cs="Nirmala UI"/>
        </w:rPr>
        <w:t>ꯐꯥꯎꯗ꯭ꯔꯤꯡ</w:t>
      </w:r>
      <w:r>
        <w:rPr>
          <w:rFonts w:ascii="Times New Roman" w:hAnsi="Times New Roman" w:eastAsia="Times New Roman" w:cs="Times New Roman"/>
        </w:rPr>
        <w:t xml:space="preserve"> </w:t>
      </w:r>
      <w:r>
        <w:rPr>
          <w:rFonts w:ascii="Nirmala UI" w:hAnsi="Nirmala UI" w:eastAsia="Nirmala UI" w:cs="Nirmala UI"/>
        </w:rPr>
        <w:t>ꯈꯪꯍꯟꯕ</w:t>
      </w:r>
      <w:r>
        <w:rPr>
          <w:rFonts w:ascii="Times New Roman" w:hAnsi="Times New Roman" w:eastAsia="Times New Roman" w:cs="Times New Roman"/>
        </w:rPr>
        <w:t xml:space="preserve"> </w:t>
      </w:r>
      <w:r>
        <w:rPr>
          <w:rFonts w:ascii="Nirmala UI" w:hAnsi="Nirmala UI" w:eastAsia="Nirmala UI" w:cs="Nirmala UI"/>
        </w:rPr>
        <w:t>ꯉꯝꯗꯕ</w:t>
      </w:r>
      <w:r>
        <w:rPr>
          <w:rFonts w:ascii="Times New Roman" w:hAnsi="Times New Roman" w:eastAsia="Times New Roman" w:cs="Times New Roman"/>
        </w:rPr>
        <w:t xml:space="preserve"> </w:t>
      </w:r>
      <w:r>
        <w:rPr>
          <w:rFonts w:ascii="Nirmala UI" w:hAnsi="Nirmala UI" w:eastAsia="Nirmala UI" w:cs="Nirmala UI"/>
        </w:rPr>
        <w:t>ꯑꯣꯏꯈꯤ꯫</w:t>
      </w:r>
    </w:p>
    <w:p>
      <w:pPr>
        <w:pStyle w:val="ArticleBody"/>
        <w:jc w:val="left"/>
      </w:pPr>
      <w:r>
        <w:rPr>
          <w:rFonts w:ascii="Times New Roman" w:hAnsi="Times New Roman" w:eastAsia="Times New Roman" w:cs="Times New Roman"/>
        </w:rPr>
        <w:t>P’anqha qanchis “illap’unaka” phuqhachasiñapkamaxa, uka “jutïr luräwinakaxa” Apocalipsis pusi tunkani t’aqan kimsa angelanakan yatiyäwinakapamp chikachata, Danielan libromp chika uñacht’ayatawa. Pataka pusi tunkani pusi waranqanakan luräwipa, kawkïritejj qanchis “illap’unakan” “jutïr luräwinakap” uñacht’ayi, ukaxa Danielan libro kimsa angelanakamp mayachañawa.</w:t>
      </w:r>
    </w:p>
    <w:p>
      <w:pPr>
        <w:pStyle w:val="ArticleScripture"/>
        <w:jc w:val="left"/>
      </w:pPr>
      <w:r>
        <w:rPr>
          <w:rFonts w:ascii="Times New Roman" w:hAnsi="Times New Roman" w:eastAsia="Times New Roman" w:cs="Times New Roman"/>
        </w:rPr>
        <w:t>«Apu Diosqa kay pachata huchanrayku castigananpaqña kachkan. Chayllataqmi castigananpaqña kachkan religioso cuerpokunata, paykunaman qosqa kachkaq k’anchaytawan cheqaq kayta mana chaskisqankurayku. Hatun willakuy, ñawpaq, iskay kaq, hinaspa kinsa kaq angelkunapa willakuyninkunata huñuspa, kay pachaman qusqa kananmi. Kaymi llank’ayniykupa aswan hatun qhiparikunqa.» The Seventh-day Adventist Bible Commentary, volume 7, 950.</w:t>
      </w:r>
    </w:p>
    <w:p>
      <w:pPr>
        <w:pStyle w:val="ArticleBody"/>
        <w:jc w:val="left"/>
      </w:pPr>
      <w:r>
        <w:rPr>
          <w:rFonts w:ascii="Times New Roman" w:hAnsi="Times New Roman" w:eastAsia="Times New Roman" w:cs="Times New Roman"/>
        </w:rPr>
        <w:t>Mba’e 31 jasypakõi 2023 guive, Judá ñemoñare Rygua León oipe’a hína profétikamente añetegua peteĩ “orden” específico-pe.</w:t>
      </w:r>
    </w:p>
    <w:p>
      <w:pPr>
        <w:pStyle w:val="ArticleHeading"/>
        <w:jc w:val="left"/>
      </w:pPr>
      <w:r>
        <w:rPr>
          <w:rFonts w:ascii="Arial" w:hAnsi="Arial" w:eastAsia="Arial" w:cs="Arial"/>
        </w:rPr>
        <w:t>Tariikha Millerite</w:t>
      </w:r>
    </w:p>
    <w:p>
      <w:pPr>
        <w:pStyle w:val="ArticleScripture"/>
        <w:jc w:val="left"/>
      </w:pPr>
      <w:r>
        <w:rPr>
          <w:rFonts w:ascii="Times New Roman" w:hAnsi="Times New Roman" w:eastAsia="Times New Roman" w:cs="Times New Roman"/>
        </w:rPr>
        <w:t>“Ґаллар ӈал җивущал бар, кӱнлер Даниил эм Йоанн пайғамбарлықларын ӱйренип, пайғамбарлықлардың тәртиби бойынша айрықша орындалу барысында өткөн жерлеринден Қудайдан уллы нур алдылар. Олар халққа вақт хабарын алып бардылар. Ҳақиқат тӱс вақтидағу кӱн киби ашық шачрады. Пайғамбарлықтың туўра орындалуын кӧрсеткен тарихый ўақиялар халқтың алдына қойулды, эм пайғамбарлық ер йӱзиниң тарихының ақырына дейин алып барған ўақиялардың бейнели суретлендириўи екәнлиги кӧринди.” Selected Messages, book 2, 101, 102.</w:t>
      </w:r>
    </w:p>
    <w:p>
      <w:pPr>
        <w:pStyle w:val="ArticleBody"/>
        <w:jc w:val="left"/>
      </w:pPr>
      <w:r>
        <w:rPr>
          <w:rFonts w:ascii="Times New Roman" w:hAnsi="Times New Roman" w:eastAsia="Times New Roman" w:cs="Times New Roman"/>
        </w:rPr>
        <w:t>«Տնօրինությունը», որ Քրիստոսը բացում է Կեսգիշերյան աղաղակի պատգամը, ներկայացնում է «պատմական իրադարձություններ», որոնք ցույց են տալիս «մարգարեության ուղիղ կատարումը», որոնք տանում են դեպի շնորհքի դռան փակումը։ Վերջին օրերում մարգարեության ուղիղ կատարումը ժամանակի վրա հիմնված մարգարեությունների հայտնություն չէ, սակայն Պալմոնին դեռևս թվեր է գործածում՝ մարգարեության ուղիղ կատարումները նույնացնելու համար։ Ժամանակ այլևս չկա, և թեև միլլերականները «ժամանակի պատգամը բերեցին» իրենց սերնդին, երրորդ հրեշտակի պատգամը «ժամանակից» ավելի զորեղ է։</w:t>
      </w:r>
    </w:p>
    <w:p>
      <w:pPr>
        <w:pStyle w:val="ArticleScripture"/>
        <w:jc w:val="left"/>
      </w:pPr>
      <w:r>
        <w:rPr>
          <w:rFonts w:ascii="Times New Roman" w:hAnsi="Times New Roman" w:eastAsia="Times New Roman" w:cs="Times New Roman"/>
        </w:rPr>
        <w:t>“Señoraxa ne uwa’ u zaa ti ñuu, ndee mensaje ña ángel uxí kue’e ni’i, te ka’an kuvi xí’in ña’a nda’vi xí’in ra, te ma kuu kachi’i ini tiempo; va’a tiempo ma kúu tu’un prueba ni inka vez. Ndee sa’a ne uvi ka’nu ini yu’u nda’a va’a ka’an sa’a tiempo; te mensaje ña ángel uxí kue’e ka’nu ka’nu saa tiempo ma kuu. Ndee sa’a ne mensaje ya kuu kandee nuu msingi suyo, te ma kumi necesidad tiempo sa’an ka’nu va’a, te kue’e kuvi xí’in poder ka’nu, te sa’an kuu trabajo suyo, te kuu ndutu’u yatin xí’in justicia.” Experience and Views, 48.</w:t>
      </w:r>
    </w:p>
    <w:p>
      <w:pPr>
        <w:pStyle w:val="ArticleBody"/>
        <w:jc w:val="left"/>
      </w:pPr>
      <w:r>
        <w:rPr>
          <w:rFonts w:ascii="Myanmar Text" w:hAnsi="Myanmar Text" w:eastAsia="Myanmar Text" w:cs="Myanmar Text"/>
        </w:rPr>
        <w:t>၎င်းအနာဂတ္တိဆိုင်ရာ</w:t>
      </w:r>
      <w:r>
        <w:rPr>
          <w:rFonts w:ascii="Times New Roman" w:hAnsi="Times New Roman" w:eastAsia="Times New Roman" w:cs="Times New Roman"/>
        </w:rPr>
        <w:t xml:space="preserve"> </w:t>
      </w:r>
      <w:r>
        <w:rPr>
          <w:rFonts w:ascii="Myanmar Text" w:hAnsi="Myanmar Text" w:eastAsia="Myanmar Text" w:cs="Myanmar Text"/>
        </w:rPr>
        <w:t>အမှန်တရားများကို</w:t>
      </w:r>
      <w:r>
        <w:rPr>
          <w:rFonts w:ascii="Times New Roman" w:hAnsi="Times New Roman" w:eastAsia="Times New Roman" w:cs="Times New Roman"/>
        </w:rPr>
        <w:t xml:space="preserve"> </w:t>
      </w:r>
      <w:r>
        <w:rPr>
          <w:rFonts w:ascii="Myanmar Text" w:hAnsi="Myanmar Text" w:eastAsia="Myanmar Text" w:cs="Myanmar Text"/>
        </w:rPr>
        <w:t>တံဆိပ်ဖွင့်ထုတ်ခြင်း၏</w:t>
      </w:r>
      <w:r>
        <w:rPr>
          <w:rFonts w:ascii="Times New Roman" w:hAnsi="Times New Roman" w:eastAsia="Times New Roman" w:cs="Times New Roman"/>
        </w:rPr>
        <w:t xml:space="preserve"> </w:t>
      </w:r>
      <w:r>
        <w:rPr>
          <w:rFonts w:ascii="Myanmar Text" w:hAnsi="Myanmar Text" w:eastAsia="Myanmar Text" w:cs="Myanmar Text"/>
        </w:rPr>
        <w:t>ဆက်တိုက်ဖြစ်သော</w:t>
      </w:r>
      <w:r>
        <w:rPr>
          <w:rFonts w:ascii="Times New Roman" w:hAnsi="Times New Roman" w:eastAsia="Times New Roman" w:cs="Times New Roman"/>
        </w:rPr>
        <w:t xml:space="preserve"> “</w:t>
      </w:r>
      <w:r>
        <w:rPr>
          <w:rFonts w:ascii="Myanmar Text" w:hAnsi="Myanmar Text" w:eastAsia="Myanmar Text" w:cs="Myanmar Text"/>
        </w:rPr>
        <w:t>အစီအစဉ်</w:t>
      </w:r>
      <w:r>
        <w:rPr>
          <w:rFonts w:ascii="Times New Roman" w:hAnsi="Times New Roman" w:eastAsia="Times New Roman" w:cs="Times New Roman"/>
        </w:rPr>
        <w:t xml:space="preserve">”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တဖြည်းဖြည်း</w:t>
      </w:r>
      <w:r>
        <w:rPr>
          <w:rFonts w:ascii="Times New Roman" w:hAnsi="Times New Roman" w:eastAsia="Times New Roman" w:cs="Times New Roman"/>
        </w:rPr>
        <w:t xml:space="preserve"> </w:t>
      </w:r>
      <w:r>
        <w:rPr>
          <w:rFonts w:ascii="Myanmar Text" w:hAnsi="Myanmar Text" w:eastAsia="Myanmar Text" w:cs="Myanmar Text"/>
        </w:rPr>
        <w:t>တိုးတက်လာသော</w:t>
      </w:r>
      <w:r>
        <w:rPr>
          <w:rFonts w:ascii="Times New Roman" w:hAnsi="Times New Roman" w:eastAsia="Times New Roman" w:cs="Times New Roman"/>
        </w:rPr>
        <w:t xml:space="preserve"> </w:t>
      </w:r>
      <w:r>
        <w:rPr>
          <w:rFonts w:ascii="Myanmar Text" w:hAnsi="Myanmar Text" w:eastAsia="Myanmar Text" w:cs="Myanmar Text"/>
        </w:rPr>
        <w:t>သမိုင်းကြောင်းတစ်ရပ်ကို</w:t>
      </w:r>
      <w:r>
        <w:rPr>
          <w:rFonts w:ascii="Times New Roman" w:hAnsi="Times New Roman" w:eastAsia="Times New Roman" w:cs="Times New Roman"/>
        </w:rPr>
        <w:t xml:space="preserve"> </w:t>
      </w:r>
      <w:r>
        <w:rPr>
          <w:rFonts w:ascii="Myanmar Text" w:hAnsi="Myanmar Text" w:eastAsia="Myanmar Text" w:cs="Myanmar Text"/>
        </w:rPr>
        <w:t>ဖော်ထုတ်ပြသသကဲ့သို့၊</w:t>
      </w:r>
      <w:r>
        <w:rPr>
          <w:rFonts w:ascii="Times New Roman" w:hAnsi="Times New Roman" w:eastAsia="Times New Roman" w:cs="Times New Roman"/>
        </w:rPr>
        <w:t xml:space="preserve"> </w:t>
      </w:r>
      <w:r>
        <w:rPr>
          <w:rFonts w:ascii="Myanmar Text" w:hAnsi="Myanmar Text" w:eastAsia="Myanmar Text" w:cs="Myanmar Text"/>
        </w:rPr>
        <w:t>သတင်းစကား၏</w:t>
      </w:r>
      <w:r>
        <w:rPr>
          <w:rFonts w:ascii="Times New Roman" w:hAnsi="Times New Roman" w:eastAsia="Times New Roman" w:cs="Times New Roman"/>
        </w:rPr>
        <w:t xml:space="preserve"> </w:t>
      </w:r>
      <w:r>
        <w:rPr>
          <w:rFonts w:ascii="Myanmar Text" w:hAnsi="Myanmar Text" w:eastAsia="Myanmar Text" w:cs="Myanmar Text"/>
        </w:rPr>
        <w:t>ဖွံ့ဖြိုးတိုးတက်မှုကိုလည်း</w:t>
      </w:r>
      <w:r>
        <w:rPr>
          <w:rFonts w:ascii="Times New Roman" w:hAnsi="Times New Roman" w:eastAsia="Times New Roman" w:cs="Times New Roman"/>
        </w:rPr>
        <w:t xml:space="preserve"> </w:t>
      </w:r>
      <w:r>
        <w:rPr>
          <w:rFonts w:ascii="Myanmar Text" w:hAnsi="Myanmar Text" w:eastAsia="Myanmar Text" w:cs="Myanmar Text"/>
        </w:rPr>
        <w:t>ဖော်ထုတ်ပြသသည်။</w:t>
      </w:r>
      <w:r>
        <w:rPr>
          <w:rFonts w:ascii="Times New Roman" w:hAnsi="Times New Roman" w:eastAsia="Times New Roman" w:cs="Times New Roman"/>
        </w:rPr>
        <w:t xml:space="preserve"> </w:t>
      </w:r>
      <w:r>
        <w:rPr>
          <w:rFonts w:ascii="Myanmar Text" w:hAnsi="Myanmar Text" w:eastAsia="Myanmar Text" w:cs="Myanmar Text"/>
        </w:rPr>
        <w:t>ကိုယ်စားပြုထားသော</w:t>
      </w:r>
      <w:r>
        <w:rPr>
          <w:rFonts w:ascii="Times New Roman" w:hAnsi="Times New Roman" w:eastAsia="Times New Roman" w:cs="Times New Roman"/>
        </w:rPr>
        <w:t xml:space="preserve"> </w:t>
      </w:r>
      <w:r>
        <w:rPr>
          <w:rFonts w:ascii="Myanmar Text" w:hAnsi="Myanmar Text" w:eastAsia="Myanmar Text" w:cs="Myanmar Text"/>
        </w:rPr>
        <w:t>သမိုင်း၏</w:t>
      </w:r>
      <w:r>
        <w:rPr>
          <w:rFonts w:ascii="Times New Roman" w:hAnsi="Times New Roman" w:eastAsia="Times New Roman" w:cs="Times New Roman"/>
        </w:rPr>
        <w:t xml:space="preserve"> “</w:t>
      </w:r>
      <w:r>
        <w:rPr>
          <w:rFonts w:ascii="Myanmar Text" w:hAnsi="Myanmar Text" w:eastAsia="Myanmar Text" w:cs="Myanmar Text"/>
        </w:rPr>
        <w:t>အစီအစဉ်</w:t>
      </w:r>
      <w:r>
        <w:rPr>
          <w:rFonts w:ascii="Times New Roman" w:hAnsi="Times New Roman" w:eastAsia="Times New Roman" w:cs="Times New Roman"/>
        </w:rPr>
        <w:t xml:space="preserve">” </w:t>
      </w:r>
      <w:r>
        <w:rPr>
          <w:rFonts w:ascii="Myanmar Text" w:hAnsi="Myanmar Text" w:eastAsia="Myanmar Text" w:cs="Myanmar Text"/>
        </w:rPr>
        <w:t>နှင့်</w:t>
      </w:r>
      <w:r>
        <w:rPr>
          <w:rFonts w:ascii="Times New Roman" w:hAnsi="Times New Roman" w:eastAsia="Times New Roman" w:cs="Times New Roman"/>
        </w:rPr>
        <w:t xml:space="preserve"> </w:t>
      </w:r>
      <w:r>
        <w:rPr>
          <w:rFonts w:ascii="Myanmar Text" w:hAnsi="Myanmar Text" w:eastAsia="Myanmar Text" w:cs="Myanmar Text"/>
        </w:rPr>
        <w:t>ယုဒအမျိုး၏</w:t>
      </w:r>
      <w:r>
        <w:rPr>
          <w:rFonts w:ascii="Times New Roman" w:hAnsi="Times New Roman" w:eastAsia="Times New Roman" w:cs="Times New Roman"/>
        </w:rPr>
        <w:t xml:space="preserve"> </w:t>
      </w:r>
      <w:r>
        <w:rPr>
          <w:rFonts w:ascii="Myanmar Text" w:hAnsi="Myanmar Text" w:eastAsia="Myanmar Text" w:cs="Myanmar Text"/>
        </w:rPr>
        <w:t>ခြင်္သေ့တော်သည်</w:t>
      </w:r>
      <w:r>
        <w:rPr>
          <w:rFonts w:ascii="Times New Roman" w:hAnsi="Times New Roman" w:eastAsia="Times New Roman" w:cs="Times New Roman"/>
        </w:rPr>
        <w:t xml:space="preserve"> </w:t>
      </w:r>
      <w:r>
        <w:rPr>
          <w:rFonts w:ascii="Myanmar Text" w:hAnsi="Myanmar Text" w:eastAsia="Myanmar Text" w:cs="Myanmar Text"/>
        </w:rPr>
        <w:t>ဒီဇင်ဘာ</w:t>
      </w:r>
      <w:r>
        <w:rPr>
          <w:rFonts w:ascii="Times New Roman" w:hAnsi="Times New Roman" w:eastAsia="Times New Roman" w:cs="Times New Roman"/>
        </w:rPr>
        <w:t xml:space="preserve"> </w:t>
      </w:r>
      <w:r>
        <w:rPr>
          <w:rFonts w:ascii="Myanmar Text" w:hAnsi="Myanmar Text" w:eastAsia="Myanmar Text" w:cs="Myanmar Text"/>
        </w:rPr>
        <w:t>၃၁</w:t>
      </w:r>
      <w:r>
        <w:rPr>
          <w:rFonts w:ascii="Times New Roman" w:hAnsi="Times New Roman" w:eastAsia="Times New Roman" w:cs="Times New Roman"/>
        </w:rPr>
        <w:t xml:space="preserve"> </w:t>
      </w:r>
      <w:r>
        <w:rPr>
          <w:rFonts w:ascii="Myanmar Text" w:hAnsi="Myanmar Text" w:eastAsia="Myanmar Text" w:cs="Myanmar Text"/>
        </w:rPr>
        <w:t>ရက်မှစ၍</w:t>
      </w:r>
      <w:r>
        <w:rPr>
          <w:rFonts w:ascii="Times New Roman" w:hAnsi="Times New Roman" w:eastAsia="Times New Roman" w:cs="Times New Roman"/>
        </w:rPr>
        <w:t xml:space="preserve"> </w:t>
      </w:r>
      <w:r>
        <w:rPr>
          <w:rFonts w:ascii="Myanmar Text" w:hAnsi="Myanmar Text" w:eastAsia="Myanmar Text" w:cs="Myanmar Text"/>
        </w:rPr>
        <w:t>ထိုသတင်းစကားကို</w:t>
      </w:r>
      <w:r>
        <w:rPr>
          <w:rFonts w:ascii="Times New Roman" w:hAnsi="Times New Roman" w:eastAsia="Times New Roman" w:cs="Times New Roman"/>
        </w:rPr>
        <w:t xml:space="preserve"> </w:t>
      </w:r>
      <w:r>
        <w:rPr>
          <w:rFonts w:ascii="Myanmar Text" w:hAnsi="Myanmar Text" w:eastAsia="Myanmar Text" w:cs="Myanmar Text"/>
        </w:rPr>
        <w:t>မည်သို့</w:t>
      </w:r>
      <w:r>
        <w:rPr>
          <w:rFonts w:ascii="Times New Roman" w:hAnsi="Times New Roman" w:eastAsia="Times New Roman" w:cs="Times New Roman"/>
        </w:rPr>
        <w:t xml:space="preserve"> </w:t>
      </w:r>
      <w:r>
        <w:rPr>
          <w:rFonts w:ascii="Myanmar Text" w:hAnsi="Myanmar Text" w:eastAsia="Myanmar Text" w:cs="Myanmar Text"/>
        </w:rPr>
        <w:t>တံဆိပ်ဖွင့်ထုတ်လာခဲ့သည်ကို</w:t>
      </w:r>
      <w:r>
        <w:rPr>
          <w:rFonts w:ascii="Times New Roman" w:hAnsi="Times New Roman" w:eastAsia="Times New Roman" w:cs="Times New Roman"/>
        </w:rPr>
        <w:t xml:space="preserve"> </w:t>
      </w:r>
      <w:r>
        <w:rPr>
          <w:rFonts w:ascii="Myanmar Text" w:hAnsi="Myanmar Text" w:eastAsia="Myanmar Text" w:cs="Myanmar Text"/>
        </w:rPr>
        <w:t>ပြသသော</w:t>
      </w:r>
      <w:r>
        <w:rPr>
          <w:rFonts w:ascii="Times New Roman" w:hAnsi="Times New Roman" w:eastAsia="Times New Roman" w:cs="Times New Roman"/>
        </w:rPr>
        <w:t xml:space="preserve"> </w:t>
      </w:r>
      <w:r>
        <w:rPr>
          <w:rFonts w:ascii="Myanmar Text" w:hAnsi="Myanmar Text" w:eastAsia="Myanmar Text" w:cs="Myanmar Text"/>
        </w:rPr>
        <w:t>ခြေလှမ်းရာများကိုလည်း</w:t>
      </w:r>
      <w:r>
        <w:rPr>
          <w:rFonts w:ascii="Times New Roman" w:hAnsi="Times New Roman" w:eastAsia="Times New Roman" w:cs="Times New Roman"/>
        </w:rPr>
        <w:t xml:space="preserve"> </w:t>
      </w:r>
      <w:r>
        <w:rPr>
          <w:rFonts w:ascii="Myanmar Text" w:hAnsi="Myanmar Text" w:eastAsia="Myanmar Text" w:cs="Myanmar Text"/>
        </w:rPr>
        <w:t>ကယ်တင်ခြင်းနှင့်ဆိုင်သော</w:t>
      </w:r>
      <w:r>
        <w:rPr>
          <w:rFonts w:ascii="Times New Roman" w:hAnsi="Times New Roman" w:eastAsia="Times New Roman" w:cs="Times New Roman"/>
        </w:rPr>
        <w:t xml:space="preserve"> </w:t>
      </w:r>
      <w:r>
        <w:rPr>
          <w:rFonts w:ascii="Myanmar Text" w:hAnsi="Myanmar Text" w:eastAsia="Myanmar Text" w:cs="Myanmar Text"/>
        </w:rPr>
        <w:t>နားလည်မှုအတွက်</w:t>
      </w:r>
      <w:r>
        <w:rPr>
          <w:rFonts w:ascii="Times New Roman" w:hAnsi="Times New Roman" w:eastAsia="Times New Roman" w:cs="Times New Roman"/>
        </w:rPr>
        <w:t xml:space="preserve"> </w:t>
      </w:r>
      <w:r>
        <w:rPr>
          <w:rFonts w:ascii="Myanmar Text" w:hAnsi="Myanmar Text" w:eastAsia="Myanmar Text" w:cs="Myanmar Text"/>
        </w:rPr>
        <w:t>သိရှိရမည်ဖြစ်သည်။</w:t>
      </w:r>
      <w:r>
        <w:rPr>
          <w:rFonts w:ascii="Times New Roman" w:hAnsi="Times New Roman" w:eastAsia="Times New Roman" w:cs="Times New Roman"/>
        </w:rPr>
        <w:t xml:space="preserve"> </w:t>
      </w:r>
      <w:r>
        <w:rPr>
          <w:rFonts w:ascii="Myanmar Text" w:hAnsi="Myanmar Text" w:eastAsia="Myanmar Text" w:cs="Myanmar Text"/>
        </w:rPr>
        <w:t>၂၀၂၃</w:t>
      </w:r>
      <w:r>
        <w:rPr>
          <w:rFonts w:ascii="Times New Roman" w:hAnsi="Times New Roman" w:eastAsia="Times New Roman" w:cs="Times New Roman"/>
        </w:rPr>
        <w:t xml:space="preserve">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ဇူလိုင်လတွင်</w:t>
      </w:r>
      <w:r>
        <w:rPr>
          <w:rFonts w:ascii="Times New Roman" w:hAnsi="Times New Roman" w:eastAsia="Times New Roman" w:cs="Times New Roman"/>
        </w:rPr>
        <w:t xml:space="preserve"> </w:t>
      </w:r>
      <w:r>
        <w:rPr>
          <w:rFonts w:ascii="Myanmar Text" w:hAnsi="Myanmar Text" w:eastAsia="Myanmar Text" w:cs="Myanmar Text"/>
        </w:rPr>
        <w:t>တောကန္တာရ၌</w:t>
      </w:r>
      <w:r>
        <w:rPr>
          <w:rFonts w:ascii="Times New Roman" w:hAnsi="Times New Roman" w:eastAsia="Times New Roman" w:cs="Times New Roman"/>
        </w:rPr>
        <w:t xml:space="preserve"> </w:t>
      </w:r>
      <w:r>
        <w:rPr>
          <w:rFonts w:ascii="Myanmar Text" w:hAnsi="Myanmar Text" w:eastAsia="Myanmar Text" w:cs="Myanmar Text"/>
        </w:rPr>
        <w:t>အော်ဟစ်သော</w:t>
      </w:r>
      <w:r>
        <w:rPr>
          <w:rFonts w:ascii="Times New Roman" w:hAnsi="Times New Roman" w:eastAsia="Times New Roman" w:cs="Times New Roman"/>
        </w:rPr>
        <w:t xml:space="preserve"> </w:t>
      </w:r>
      <w:r>
        <w:rPr>
          <w:rFonts w:ascii="Myanmar Text" w:hAnsi="Myanmar Text" w:eastAsia="Myanmar Text" w:cs="Myanmar Text"/>
        </w:rPr>
        <w:t>အသံတစ်သံသည်</w:t>
      </w:r>
      <w:r>
        <w:rPr>
          <w:rFonts w:ascii="Times New Roman" w:hAnsi="Times New Roman" w:eastAsia="Times New Roman" w:cs="Times New Roman"/>
        </w:rPr>
        <w:t xml:space="preserve"> </w:t>
      </w:r>
      <w:r>
        <w:rPr>
          <w:rFonts w:ascii="Myanmar Text" w:hAnsi="Myanmar Text" w:eastAsia="Myanmar Text" w:cs="Myanmar Text"/>
        </w:rPr>
        <w:t>၂၀၂၃</w:t>
      </w:r>
      <w:r>
        <w:rPr>
          <w:rFonts w:ascii="Times New Roman" w:hAnsi="Times New Roman" w:eastAsia="Times New Roman" w:cs="Times New Roman"/>
        </w:rPr>
        <w:t xml:space="preserve">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ဒီဇင်ဘာ</w:t>
      </w:r>
      <w:r>
        <w:rPr>
          <w:rFonts w:ascii="Times New Roman" w:hAnsi="Times New Roman" w:eastAsia="Times New Roman" w:cs="Times New Roman"/>
        </w:rPr>
        <w:t xml:space="preserve"> </w:t>
      </w:r>
      <w:r>
        <w:rPr>
          <w:rFonts w:ascii="Myanmar Text" w:hAnsi="Myanmar Text" w:eastAsia="Myanmar Text" w:cs="Myanmar Text"/>
        </w:rPr>
        <w:t>၃၁</w:t>
      </w:r>
      <w:r>
        <w:rPr>
          <w:rFonts w:ascii="Times New Roman" w:hAnsi="Times New Roman" w:eastAsia="Times New Roman" w:cs="Times New Roman"/>
        </w:rPr>
        <w:t xml:space="preserve"> </w:t>
      </w:r>
      <w:r>
        <w:rPr>
          <w:rFonts w:ascii="Myanmar Text" w:hAnsi="Myanmar Text" w:eastAsia="Myanmar Text" w:cs="Myanmar Text"/>
        </w:rPr>
        <w:t>ရက်၏</w:t>
      </w:r>
      <w:r>
        <w:rPr>
          <w:rFonts w:ascii="Times New Roman" w:hAnsi="Times New Roman" w:eastAsia="Times New Roman" w:cs="Times New Roman"/>
        </w:rPr>
        <w:t xml:space="preserve"> </w:t>
      </w:r>
      <w:r>
        <w:rPr>
          <w:rFonts w:ascii="Myanmar Text" w:hAnsi="Myanmar Text" w:eastAsia="Myanmar Text" w:cs="Myanmar Text"/>
        </w:rPr>
        <w:t>တံဆိပ်ဖွင့်ထုတ်ခြင်းအတွက်</w:t>
      </w:r>
      <w:r>
        <w:rPr>
          <w:rFonts w:ascii="Times New Roman" w:hAnsi="Times New Roman" w:eastAsia="Times New Roman" w:cs="Times New Roman"/>
        </w:rPr>
        <w:t xml:space="preserve"> </w:t>
      </w:r>
      <w:r>
        <w:rPr>
          <w:rFonts w:ascii="Myanmar Text" w:hAnsi="Myanmar Text" w:eastAsia="Myanmar Text" w:cs="Myanmar Text"/>
        </w:rPr>
        <w:t>လမ်းကို</w:t>
      </w:r>
      <w:r>
        <w:rPr>
          <w:rFonts w:ascii="Times New Roman" w:hAnsi="Times New Roman" w:eastAsia="Times New Roman" w:cs="Times New Roman"/>
        </w:rPr>
        <w:t xml:space="preserve"> </w:t>
      </w:r>
      <w:r>
        <w:rPr>
          <w:rFonts w:ascii="Myanmar Text" w:hAnsi="Myanmar Text" w:eastAsia="Myanmar Text" w:cs="Myanmar Text"/>
        </w:rPr>
        <w:t>ပြင်ဆင်စပြုခဲ့သည်။</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ယုဒအမျိုး၏</w:t>
      </w:r>
      <w:r>
        <w:rPr>
          <w:rFonts w:ascii="Times New Roman" w:hAnsi="Times New Roman" w:eastAsia="Times New Roman" w:cs="Times New Roman"/>
        </w:rPr>
        <w:t xml:space="preserve"> </w:t>
      </w:r>
      <w:r>
        <w:rPr>
          <w:rFonts w:ascii="Myanmar Text" w:hAnsi="Myanmar Text" w:eastAsia="Myanmar Text" w:cs="Myanmar Text"/>
        </w:rPr>
        <w:t>ခြင်္သေ့တော်သည်</w:t>
      </w:r>
      <w:r>
        <w:rPr>
          <w:rFonts w:ascii="Times New Roman" w:hAnsi="Times New Roman" w:eastAsia="Times New Roman" w:cs="Times New Roman"/>
        </w:rPr>
        <w:t xml:space="preserve"> </w:t>
      </w:r>
      <w:r>
        <w:rPr>
          <w:rFonts w:ascii="Myanmar Text" w:hAnsi="Myanmar Text" w:eastAsia="Myanmar Text" w:cs="Myanmar Text"/>
        </w:rPr>
        <w:t>ဗျာဒိတ်ကျမ်း</w:t>
      </w:r>
      <w:r>
        <w:rPr>
          <w:rFonts w:ascii="Times New Roman" w:hAnsi="Times New Roman" w:eastAsia="Times New Roman" w:cs="Times New Roman"/>
        </w:rPr>
        <w:t xml:space="preserve"> </w:t>
      </w:r>
      <w:r>
        <w:rPr>
          <w:rFonts w:ascii="Myanmar Text" w:hAnsi="Myanmar Text" w:eastAsia="Myanmar Text" w:cs="Myanmar Text"/>
        </w:rPr>
        <w:t>အခန်းကြီး</w:t>
      </w:r>
      <w:r>
        <w:rPr>
          <w:rFonts w:ascii="Times New Roman" w:hAnsi="Times New Roman" w:eastAsia="Times New Roman" w:cs="Times New Roman"/>
        </w:rPr>
        <w:t xml:space="preserve"> </w:t>
      </w:r>
      <w:r>
        <w:rPr>
          <w:rFonts w:ascii="Myanmar Text" w:hAnsi="Myanmar Text" w:eastAsia="Myanmar Text" w:cs="Myanmar Text"/>
        </w:rPr>
        <w:t>၁</w:t>
      </w:r>
      <w:r>
        <w:rPr>
          <w:rFonts w:ascii="Times New Roman" w:hAnsi="Times New Roman" w:eastAsia="Times New Roman" w:cs="Times New Roman"/>
        </w:rPr>
        <w:t xml:space="preserve">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တံဆိပ်ဖွင့်ထုတ်တော်မူခဲ့သည်။</w:t>
      </w:r>
    </w:p>
    <w:p>
      <w:pPr>
        <w:pStyle w:val="ArticleHeading"/>
        <w:jc w:val="left"/>
      </w:pPr>
      <w:r>
        <w:rPr>
          <w:rFonts w:ascii="Arial" w:hAnsi="Arial" w:eastAsia="Arial" w:cs="Arial"/>
        </w:rPr>
        <w:t>Ami ọzọ nni ho.</w:t>
      </w:r>
    </w:p>
    <w:p>
      <w:pPr>
        <w:pStyle w:val="ArticleScripture"/>
        <w:jc w:val="left"/>
      </w:pPr>
      <w:r>
        <w:rPr>
          <w:rFonts w:ascii="Times New Roman" w:hAnsi="Times New Roman" w:eastAsia="Times New Roman" w:cs="Times New Roman"/>
        </w:rPr>
        <w:t>“Ɔsɛmpɔw kɛse nkrasɛm ahorow a wɔde ama no wɔ wɔn nhyehyɛe mu wɔ Adiyisɛm mu no, ɛsɛ sɛ ɛdi kan wɔ Onyankopɔn manfo adwene mu. Ɛnsɛ sɛ wɔma biribi foforo biara gye yɛn adwene nyinaa.” Testimonies, volume 8, 301, 302.</w:t>
      </w:r>
    </w:p>
    <w:p>
      <w:pPr>
        <w:pStyle w:val="ArticleBody"/>
        <w:jc w:val="left"/>
      </w:pPr>
      <w:r>
        <w:rPr>
          <w:rFonts w:ascii="Times New Roman" w:hAnsi="Times New Roman" w:eastAsia="Times New Roman" w:cs="Times New Roman"/>
        </w:rPr>
        <w:t>Maqaalladii bilaabmay sannadkii 2023 waa inay “meesha koowaad ka galaan maskaxda dadka Ilaah.”</w:t>
      </w:r>
    </w:p>
    <w:p>
      <w:pPr>
        <w:pStyle w:val="ArticleScripture"/>
        <w:jc w:val="left"/>
      </w:pPr>
      <w:r>
        <w:rPr>
          <w:rFonts w:ascii="Times New Roman" w:hAnsi="Times New Roman" w:eastAsia="Times New Roman" w:cs="Times New Roman"/>
        </w:rPr>
        <w:t>«Ҳамаи он чи Худо дар таърихи нубувватӣ муайян кардааст, ки дар гузашта иҷро шавад, иҷро шудааст, ва ҳар он чи ҳанӯз бояд ба тартиби худ биёяд, хоҳад омад. Дониёл, пайғамбари Худо, дар мақоми худ истодааст. Юҳанно дар мақоми худ истодааст. Дар Ваҳй Шери қабилаи Яҳудо китоби Дониёлро ба шогирдони нубувват кушодааст, ва ҳамин тавр Дониёл дар мақоми худ истодааст. Ӯ шаҳодати худро мерасонад — он чиро, ки Худованд дар рӯъё дар бораи воқеаҳои бузург ва муҳташами ҷиддие, ки мо бояд онҳоро бидонем, ба ӯ ошкор намуд, дар ҳоле ки мо бар худи остонаи иҷрои онҳо истодаем.»</w:t>
      </w:r>
    </w:p>
    <w:p>
      <w:pPr>
        <w:pStyle w:val="ArticleScripture"/>
        <w:jc w:val="left"/>
      </w:pPr>
      <w:r>
        <w:rPr>
          <w:rFonts w:ascii="Times New Roman" w:hAnsi="Times New Roman" w:eastAsia="Times New Roman" w:cs="Times New Roman"/>
        </w:rPr>
        <w:t>“</w:t>
      </w:r>
      <w:r>
        <w:rPr>
          <w:rFonts w:ascii="Gadugi" w:hAnsi="Gadugi" w:eastAsia="Gadugi" w:cs="Gadugi"/>
        </w:rPr>
        <w:t>ᎡᎶᎯᏍᏗ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ᎠᏁᎬ</w:t>
      </w:r>
      <w:r>
        <w:rPr>
          <w:rFonts w:ascii="Times New Roman" w:hAnsi="Times New Roman" w:eastAsia="Times New Roman" w:cs="Times New Roman"/>
        </w:rPr>
        <w:t xml:space="preserve"> </w:t>
      </w:r>
      <w:r>
        <w:rPr>
          <w:rFonts w:ascii="Gadugi" w:hAnsi="Gadugi" w:eastAsia="Gadugi" w:cs="Gadugi"/>
        </w:rPr>
        <w:t>ᎤᏁᎬ</w:t>
      </w:r>
      <w:r>
        <w:rPr>
          <w:rFonts w:ascii="Times New Roman" w:hAnsi="Times New Roman" w:eastAsia="Times New Roman" w:cs="Times New Roman"/>
        </w:rPr>
        <w:t xml:space="preserve"> </w:t>
      </w:r>
      <w:r>
        <w:rPr>
          <w:rFonts w:ascii="Gadugi" w:hAnsi="Gadugi" w:eastAsia="Gadugi" w:cs="Gadugi"/>
        </w:rPr>
        <w:t>ᎤᏬᏂᏍᎬ</w:t>
      </w:r>
      <w:r>
        <w:rPr>
          <w:rFonts w:ascii="Times New Roman" w:hAnsi="Times New Roman" w:eastAsia="Times New Roman" w:cs="Times New Roman"/>
        </w:rPr>
        <w:t xml:space="preserve"> </w:t>
      </w:r>
      <w:r>
        <w:rPr>
          <w:rFonts w:ascii="Gadugi" w:hAnsi="Gadugi" w:eastAsia="Gadugi" w:cs="Gadugi"/>
        </w:rPr>
        <w:t>ᎤᏁᏨᏍᏗ</w:t>
      </w:r>
      <w:r>
        <w:rPr>
          <w:rFonts w:ascii="Times New Roman" w:hAnsi="Times New Roman" w:eastAsia="Times New Roman" w:cs="Times New Roman"/>
        </w:rPr>
        <w:t xml:space="preserve"> </w:t>
      </w:r>
      <w:r>
        <w:rPr>
          <w:rFonts w:ascii="Gadugi" w:hAnsi="Gadugi" w:eastAsia="Gadugi" w:cs="Gadugi"/>
        </w:rPr>
        <w:t>ᎤᏕᎵᏛ</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ᎤᏓᎴᎩ</w:t>
      </w:r>
      <w:r>
        <w:rPr>
          <w:rFonts w:ascii="Times New Roman" w:hAnsi="Times New Roman" w:eastAsia="Times New Roman" w:cs="Times New Roman"/>
        </w:rPr>
        <w:t xml:space="preserve"> </w:t>
      </w:r>
      <w:r>
        <w:rPr>
          <w:rFonts w:ascii="Gadugi" w:hAnsi="Gadugi" w:eastAsia="Gadugi" w:cs="Gadugi"/>
        </w:rPr>
        <w:t>ᎠᏓᏙᎵᏍᏗ</w:t>
      </w:r>
      <w:r>
        <w:rPr>
          <w:rFonts w:ascii="Times New Roman" w:hAnsi="Times New Roman" w:eastAsia="Times New Roman" w:cs="Times New Roman"/>
        </w:rPr>
        <w:t xml:space="preserve"> </w:t>
      </w:r>
      <w:r>
        <w:rPr>
          <w:rFonts w:ascii="Gadugi" w:hAnsi="Gadugi" w:eastAsia="Gadugi" w:cs="Gadugi"/>
        </w:rPr>
        <w:t>ᎢᏯᏛ</w:t>
      </w:r>
      <w:r>
        <w:rPr>
          <w:rFonts w:ascii="Times New Roman" w:hAnsi="Times New Roman" w:eastAsia="Times New Roman" w:cs="Times New Roman"/>
        </w:rPr>
        <w:t xml:space="preserve"> </w:t>
      </w:r>
      <w:r>
        <w:rPr>
          <w:rFonts w:ascii="Gadugi" w:hAnsi="Gadugi" w:eastAsia="Gadugi" w:cs="Gadugi"/>
        </w:rPr>
        <w:t>ᎤᏟ</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ᎠᎦᏘᏯ</w:t>
      </w:r>
      <w:r>
        <w:rPr>
          <w:rFonts w:ascii="Times New Roman" w:hAnsi="Times New Roman" w:eastAsia="Times New Roman" w:cs="Times New Roman"/>
        </w:rPr>
        <w:t xml:space="preserve"> </w:t>
      </w:r>
      <w:r>
        <w:rPr>
          <w:rFonts w:ascii="Gadugi" w:hAnsi="Gadugi" w:eastAsia="Gadugi" w:cs="Gadugi"/>
        </w:rPr>
        <w:t>ᎤᏲᏍᏗ</w:t>
      </w:r>
      <w:r>
        <w:rPr>
          <w:rFonts w:ascii="Times New Roman" w:hAnsi="Times New Roman" w:eastAsia="Times New Roman" w:cs="Times New Roman"/>
        </w:rPr>
        <w:t xml:space="preserve"> </w:t>
      </w:r>
      <w:r>
        <w:rPr>
          <w:rFonts w:ascii="Gadugi" w:hAnsi="Gadugi" w:eastAsia="Gadugi" w:cs="Gadugi"/>
        </w:rPr>
        <w:t>ᎠᏍᏓᏩᏛᎢ</w:t>
      </w:r>
      <w:r>
        <w:rPr>
          <w:rFonts w:ascii="Times New Roman" w:hAnsi="Times New Roman" w:eastAsia="Times New Roman" w:cs="Times New Roman"/>
        </w:rPr>
        <w:t xml:space="preserve"> </w:t>
      </w:r>
      <w:r>
        <w:rPr>
          <w:rFonts w:ascii="Gadugi" w:hAnsi="Gadugi" w:eastAsia="Gadugi" w:cs="Gadugi"/>
        </w:rPr>
        <w:t>ᎤᏪᎧᏛ</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ᎠᏍᏓᏩᏛᎢ</w:t>
      </w:r>
      <w:r>
        <w:rPr>
          <w:rFonts w:ascii="Times New Roman" w:hAnsi="Times New Roman" w:eastAsia="Times New Roman" w:cs="Times New Roman"/>
        </w:rPr>
        <w:t xml:space="preserve"> </w:t>
      </w:r>
      <w:r>
        <w:rPr>
          <w:rFonts w:ascii="Gadugi" w:hAnsi="Gadugi" w:eastAsia="Gadugi" w:cs="Gadugi"/>
        </w:rPr>
        <w:t>ᎠᏏ</w:t>
      </w:r>
      <w:r>
        <w:rPr>
          <w:rFonts w:ascii="Times New Roman" w:hAnsi="Times New Roman" w:eastAsia="Times New Roman" w:cs="Times New Roman"/>
        </w:rPr>
        <w:t xml:space="preserve"> </w:t>
      </w:r>
      <w:r>
        <w:rPr>
          <w:rFonts w:ascii="Gadugi" w:hAnsi="Gadugi" w:eastAsia="Gadugi" w:cs="Gadugi"/>
        </w:rPr>
        <w:t>ᎡᎯ</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ᎢᎬᏱᏍᏗ</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ᏧᏓᎴᎩ</w:t>
      </w:r>
      <w:r>
        <w:rPr>
          <w:rFonts w:ascii="Times New Roman" w:hAnsi="Times New Roman" w:eastAsia="Times New Roman" w:cs="Times New Roman"/>
        </w:rPr>
        <w:t xml:space="preserve"> </w:t>
      </w:r>
      <w:r>
        <w:rPr>
          <w:rFonts w:ascii="Gadugi" w:hAnsi="Gadugi" w:eastAsia="Gadugi" w:cs="Gadugi"/>
        </w:rPr>
        <w:t>ᎦᏚᎩ</w:t>
      </w:r>
      <w:r>
        <w:rPr>
          <w:rFonts w:ascii="Times New Roman" w:hAnsi="Times New Roman" w:eastAsia="Times New Roman" w:cs="Times New Roman"/>
        </w:rPr>
        <w:t xml:space="preserve">, </w:t>
      </w:r>
      <w:r>
        <w:rPr>
          <w:rFonts w:ascii="Gadugi" w:hAnsi="Gadugi" w:eastAsia="Gadugi" w:cs="Gadugi"/>
        </w:rPr>
        <w:t>ᏔᎵᎭ</w:t>
      </w:r>
      <w:r>
        <w:rPr>
          <w:rFonts w:ascii="Times New Roman" w:hAnsi="Times New Roman" w:eastAsia="Times New Roman" w:cs="Times New Roman"/>
        </w:rPr>
        <w:t xml:space="preserve"> </w:t>
      </w:r>
      <w:r>
        <w:rPr>
          <w:rFonts w:ascii="Gadugi" w:hAnsi="Gadugi" w:eastAsia="Gadugi" w:cs="Gadugi"/>
        </w:rPr>
        <w:t>ᏙᏓᎨᏒᎢ</w:t>
      </w:r>
      <w:r>
        <w:rPr>
          <w:rFonts w:ascii="Times New Roman" w:hAnsi="Times New Roman" w:eastAsia="Times New Roman" w:cs="Times New Roman"/>
        </w:rPr>
        <w:t>.” Selected Messages, book 2, 109.</w:t>
      </w:r>
    </w:p>
    <w:p>
      <w:pPr>
        <w:pStyle w:val="ArticleHeading"/>
        <w:jc w:val="left"/>
      </w:pPr>
      <w:r>
        <w:rPr>
          <w:rFonts w:ascii="Nirmala UI" w:hAnsi="Nirmala UI" w:eastAsia="Nirmala UI" w:cs="Nirmala UI"/>
        </w:rPr>
        <w:t>સાંઠ</w:t>
      </w:r>
    </w:p>
    <w:p>
      <w:pPr>
        <w:pStyle w:val="ArticleBody"/>
        <w:jc w:val="left"/>
      </w:pPr>
      <w:r>
        <w:rPr>
          <w:rFonts w:ascii="Times New Roman" w:hAnsi="Times New Roman" w:eastAsia="Times New Roman" w:cs="Times New Roman"/>
        </w:rPr>
        <w:t>ڈینیل گیارہ آیت چالیس کا پیغام 1996 میں مُہرکُشائی پا کر باضابطہ شکل اختیار کر گیا۔ تیس برس بعد، اُسی آیت کی مخفی تاریخ اب پیغامِ نیم شب کی للکار کی باضابطہ تشکیل کے ساتھ مربوط ہو کر مُہرکُشائی پا رہی ہے؛ ایک ایسا پیغام جو اسلام کے بارے میں ایک درستی کی گئی خارجی پیش گوئی اور پیغامِ نیم شب کی للکار کے ایک درستی کی گئی داخلی پیغام پر مشتمل ہے۔ پیغامِ نیم شب کی للکار آیت سولہ کے سنڈے لا سے پہلے منادی کیا جاتا ہے، کیونکہ تمثیل میں دروازہ سنڈے لا ہی پر بند ہو جاتا ہے۔</w:t>
      </w:r>
    </w:p>
    <w:p>
      <w:pPr>
        <w:pStyle w:val="ArticleHeading"/>
        <w:jc w:val="left"/>
      </w:pPr>
      <w:r>
        <w:rPr>
          <w:rFonts w:ascii="Arial" w:hAnsi="Arial" w:eastAsia="Arial" w:cs="Arial"/>
        </w:rPr>
        <w:t>Пётр</w:t>
      </w:r>
    </w:p>
    <w:p>
      <w:pPr>
        <w:pStyle w:val="ArticleBody"/>
        <w:jc w:val="left"/>
      </w:pPr>
      <w:r>
        <w:rPr>
          <w:rFonts w:ascii="Times New Roman" w:hAnsi="Times New Roman" w:eastAsia="Times New Roman" w:cs="Times New Roman"/>
        </w:rPr>
        <w:t>Isinse sifa Pexe ɗem ba jeere nde e tariiɗe maande ɓe ɗem ɗi ɗem e cappannde ɗi cappannde e nayi. Pexe waɗi habaru mo o waajini e suudu dow, e habaru mo o waajini e suudu ɗo woni. Habaru suudu dow ɗon ko Noddol Jemmaare Cakaare ngal tinndinol, e habaru suudu ɗo woni ɗon ko noddol semmbiɗngol maalaika tataɓo ɗon. Ngam Pexe waaja habaru suudu dow ɗon, ɗi ko Noddol Jemmaare Cakaare, habaru Pexe maa no waɗi ndaarndam e no waɗi laawol e ɗow. Ɗum ndaarndam e ɗum waɗugol laawol e ɗow waɗaama sabu hawrital pindiije annabaaku ɗi Mbeewa ngal lenyol Yahuuda woni hollitinde gila 31 Desambar 2023.</w:t>
      </w:r>
    </w:p>
    <w:p>
      <w:pPr>
        <w:pStyle w:val="ArticleBody"/>
        <w:jc w:val="left"/>
      </w:pPr>
      <w:r>
        <w:rPr>
          <w:rFonts w:ascii="Times New Roman" w:hAnsi="Times New Roman" w:eastAsia="Times New Roman" w:cs="Times New Roman"/>
        </w:rPr>
        <w:t>As mintiqa amana ta usmali raxsa habba Ikhlasga Saqdhexe. Raxsada ikhlasga waxaa tusaale u ahaa William Miller sanadkii 1831, iyo majalladda The Time of the End sanadkii 1996. Saxidda ikhlasga ee dhalisay niyad-jabkii koowaad 18-ka Luulyo, 2020 waxaa tusaale u ahaa labadaba Josiah Litch iyo Samuel Snow. Hawshii uu mid kastaa qabtay waxay “keentay” “saamayntii” ka daba timid 11-ka Agoosto, 1840, iyo tii ka daba timid dhaqdhaqaaqii bisha toddobaad. Sanadkii 1840 ikhlasga waxaa loo gudbiyey xarun kasta oo adeeg-macallinimo oo dunida ku taal, sanadkii 1844 na ikhlasgii Saqdhaxe wuxuu ku fatahay xeebta bari ee Maraykanka sida hir baddeed. Hawshii raggu qabteen waxay “keentay” “saamaynta” daadinta Ruuxa Quduuska ah. 1840 wuxuu aaday dunida oo ay matasho badda, 1844 na wuxuu aaday Maraykanka oo ay matasho dhulka. Astaanta 1840 waxay ahayd Masiixa oo taagan dhulka iyo badda dushooda ee Muujintii tobnaad, isla cutubkaasna wuxuu aqoonsanayaa taariikhda 1840 ilaa 1844, wuxuuna sawirayaa Masiixa oo taagan dhulka iyo badda.</w:t>
      </w:r>
    </w:p>
    <w:p>
      <w:pPr>
        <w:pStyle w:val="ArticleBody"/>
        <w:jc w:val="left"/>
      </w:pPr>
      <w:r>
        <w:rPr>
          <w:rFonts w:ascii="Times New Roman" w:hAnsi="Times New Roman" w:eastAsia="Times New Roman" w:cs="Times New Roman"/>
        </w:rPr>
        <w:t>1840 ва 1844-йилларниң һәр иккисида, бешарәткә қилинған түзитиш вақит җәһәттин илгириләш болуп, мукәммәл санаға елип барди. Бири Ислам тоғрисидики бешарәт, йәнә бири он қизниң тәмсили тоғрисидики бешарәт еди. Бири ташқи, бири ички еди. 1844-жилида муқәддәс җай тоғрилиқ чүшәнмәсликтин келип чиққан хаталиқму бар еди. Муқәддәс җай йәрмиди, яки асманий муқәддәс җаймиди? Бу чүшәнмәслик пәқәт муқәддәс җайниң тәрифи биләнла чәкләнмәй, бәлки у йәнә бир җанниң Мәсиһкә әгишип муқәддәс җайдин Әң Муқәддәс Җайға өтүш-өтмәсликигә мунасивәтлик бир синақниму ипадиләйтти.</w:t>
      </w:r>
    </w:p>
    <w:p>
      <w:pPr>
        <w:pStyle w:val="ArticleScripture"/>
        <w:jc w:val="left"/>
      </w:pPr>
      <w:r>
        <w:rPr>
          <w:rFonts w:ascii="Times New Roman" w:hAnsi="Times New Roman" w:eastAsia="Times New Roman" w:cs="Times New Roman"/>
        </w:rPr>
        <w:t>«Ndzi vone Tatana a suka esihlalweni sobukhosi, kutani a nghena hi golonyi leri pfurhaka hi ndzilo endhawini yo Kwetsima ngopfu endzeni ka xifunengelo, a ya tshama ehansi. Kutani Yesu a suka esihlalweni sobukhosi, naswona vo tala eka lava a va khinsame va suka na yena. A ndzi vonanga hambi ku ri miseve yin’we ya ku vonakala yi suka eka Yesu yi ya eka ntshungu lowu nga khathalangiki endzhaku ka loko a sukile, naswona va siyiwe emunyameni lowu heleleke. Lava va sukeke hi nkarhi lowu Yesu a sukeke ha wona, va hambete va langutile eka yena hi mahlo lama nga sukiwiki eka yena loko a suka esihlalweni sobukhosi a va rhangela emahlweni mpfhuka wutsongo. Kutani a tlakusa voko rakwe ra xinene, kutani hi twa rito rakwe ro saseka ri ku: “Yimani laha; ndzi ya eka Tatana wa Mina ku ya amukela mfumo; hlayisani tinguvu ta n’wina ti nga ri na nchumu, kutani endzhaku ka nkarhi wutsongo ndzi ta vuya hi le muchatweni ndzi mi amukela eka Mina.” Kutani golonyi leri nga ni papa, leri mabili ya rona a ma fana ni ndzilo lowu pfurhaka, leri rhendzeriweke hi tintsumi, ri fika laha Yesu a a ri kona. A nghena egolonyini, kutani a rhwariwa a yisiwa endhawini yo Kwetsima ngopfu, laha Tatana a a tshama kona. Kwalaho ndzi vone Yesu, Muprista Lonkulu lonkulu, a yimile emahlweni ka Tatana. Ehembeni ra nguvu yakwe a ku ri ni mpfumawulo ni grenade, mpfumawulo ni grenade. Lava va sukeke na Yesu a va tlakulaka ripfumelo ra vona ri ya eka yena endhawini yo Kwetsima ngopfu, kutani va khongela va ku: “Tatana wa hina, hi nyike Moya wa Wena.” Kutani Yesu a va huhutela Moya lowo Kwetsima. Eku huhuteni koloko a ku ri ni ku vonakala, matimba, ni rirhandzu lerikulu, ntsako, ni ku rhula.»</w:t>
      </w:r>
    </w:p>
    <w:p>
      <w:pPr>
        <w:pStyle w:val="ArticleScripture"/>
        <w:jc w:val="left"/>
      </w:pPr>
      <w:r>
        <w:rPr>
          <w:rFonts w:ascii="Times New Roman" w:hAnsi="Times New Roman" w:eastAsia="Times New Roman" w:cs="Times New Roman"/>
        </w:rPr>
        <w:t>«Сæр кодтон, уынынмæ, ахæм æмбырдмæ, уыдон æнæлæууыд сты æрдзæбæхтæй Тахти разæй; уыдон нæ зыдтой, æмæ Иисус фæстæмæ кодта уæдæй. Сатана рацыд Тахти разæй, куыд æвдисы, хъуыды кæныныл Хуыцауы куысты дæр. Фæдæхстон, уыдон куыд æркастæй Тахтмæ, æмæ куыд куывтой: “Фыд, ратт нын Ды Уд.” Уæд Сатана уыдоныл уæлдайд æнæсæрмагонд æнвæзындзинад; дзы уыдис цæстуарзон æмæ стыр тых, фæлæ дзы нæ уыдис ни хъæлæсугъд уарзт, ни цин, ни фидар. Сатаны нысан уыдис — уыдоны æрмæст кæнын, æмæ фæстæмæ æвзæрын æмæ æрмæст кæнын Хуыцауы сывæллæтты». Early Writings, 55, 56.</w:t>
      </w:r>
    </w:p>
    <w:p>
      <w:pPr>
        <w:pStyle w:val="ArticleBody"/>
        <w:jc w:val="left"/>
      </w:pPr>
      <w:r>
        <w:rPr>
          <w:rFonts w:ascii="Times New Roman" w:hAnsi="Times New Roman" w:eastAsia="Times New Roman" w:cs="Times New Roman"/>
        </w:rPr>
        <w:t>E ñandejára róga ojehechakuaa vaʼekue “mba’epehẽ” ramo omyesakãva opa umi jejavy oúva pe ñandejára róga rehegua jejavy-gui. Haʼe vaʼekue pe “mba’epehẽ” omyesakãva pe ñembyasy guasu. Umi ára pahápe, pe “mba’epehẽ” ha’e pe ñembyasy guasu, omyesakãva pe tupãóga rehegua jejavy.</w:t>
      </w:r>
    </w:p>
    <w:p>
      <w:pPr>
        <w:pStyle w:val="ArticleBody"/>
        <w:jc w:val="left"/>
      </w:pPr>
      <w:r>
        <w:rPr>
          <w:rFonts w:ascii="Times New Roman" w:hAnsi="Times New Roman" w:eastAsia="Times New Roman" w:cs="Times New Roman"/>
        </w:rPr>
        <w:t>Je la 22 Outubro, 1844, “tempo ka la lai,” no erro iha desilusaun hosi 18 Julho, 2020 tenke agora korriji, maibé la iha termos tempu nian, tanba tempu ka la lai.</w:t>
      </w:r>
    </w:p>
    <w:p>
      <w:pPr>
        <w:pStyle w:val="ArticleScripture"/>
        <w:jc w:val="left"/>
      </w:pPr>
      <w:r>
        <w:rPr>
          <w:rFonts w:ascii="Myanmar Text" w:hAnsi="Myanmar Text" w:eastAsia="Myanmar Text" w:cs="Myanmar Text"/>
        </w:rPr>
        <w:t>အခါ၌</w:t>
      </w:r>
      <w:r>
        <w:rPr>
          <w:rFonts w:ascii="Times New Roman" w:hAnsi="Times New Roman" w:eastAsia="Times New Roman" w:cs="Times New Roman"/>
        </w:rPr>
        <w:t xml:space="preserve"> </w:t>
      </w:r>
      <w:r>
        <w:rPr>
          <w:rFonts w:ascii="Myanmar Text" w:hAnsi="Myanmar Text" w:eastAsia="Myanmar Text" w:cs="Myanmar Text"/>
        </w:rPr>
        <w:t>ပင်လယ်ပေါ်နှင့်</w:t>
      </w:r>
      <w:r>
        <w:rPr>
          <w:rFonts w:ascii="Times New Roman" w:hAnsi="Times New Roman" w:eastAsia="Times New Roman" w:cs="Times New Roman"/>
        </w:rPr>
        <w:t xml:space="preserve"> </w:t>
      </w:r>
      <w:r>
        <w:rPr>
          <w:rFonts w:ascii="Myanmar Text" w:hAnsi="Myanmar Text" w:eastAsia="Myanmar Text" w:cs="Myanmar Text"/>
        </w:rPr>
        <w:t>မြေပေါ်၌</w:t>
      </w:r>
      <w:r>
        <w:rPr>
          <w:rFonts w:ascii="Times New Roman" w:hAnsi="Times New Roman" w:eastAsia="Times New Roman" w:cs="Times New Roman"/>
        </w:rPr>
        <w:t xml:space="preserve"> </w:t>
      </w:r>
      <w:r>
        <w:rPr>
          <w:rFonts w:ascii="Myanmar Text" w:hAnsi="Myanmar Text" w:eastAsia="Myanmar Text" w:cs="Myanmar Text"/>
        </w:rPr>
        <w:t>ရပ်နေသည်ကို</w:t>
      </w:r>
      <w:r>
        <w:rPr>
          <w:rFonts w:ascii="Times New Roman" w:hAnsi="Times New Roman" w:eastAsia="Times New Roman" w:cs="Times New Roman"/>
        </w:rPr>
        <w:t xml:space="preserve"> </w:t>
      </w:r>
      <w:r>
        <w:rPr>
          <w:rFonts w:ascii="Myanmar Text" w:hAnsi="Myanmar Text" w:eastAsia="Myanmar Text" w:cs="Myanmar Text"/>
        </w:rPr>
        <w:t>ငါမြင်သော</w:t>
      </w:r>
      <w:r>
        <w:rPr>
          <w:rFonts w:ascii="Times New Roman" w:hAnsi="Times New Roman" w:eastAsia="Times New Roman" w:cs="Times New Roman"/>
        </w:rPr>
        <w:t xml:space="preserve"> </w:t>
      </w:r>
      <w:r>
        <w:rPr>
          <w:rFonts w:ascii="Myanmar Text" w:hAnsi="Myanmar Text" w:eastAsia="Myanmar Text" w:cs="Myanmar Text"/>
        </w:rPr>
        <w:t>ကောင်းကင်တမန်သည်</w:t>
      </w:r>
      <w:r>
        <w:rPr>
          <w:rFonts w:ascii="Times New Roman" w:hAnsi="Times New Roman" w:eastAsia="Times New Roman" w:cs="Times New Roman"/>
        </w:rPr>
        <w:t xml:space="preserve"> </w:t>
      </w:r>
      <w:r>
        <w:rPr>
          <w:rFonts w:ascii="Myanmar Text" w:hAnsi="Myanmar Text" w:eastAsia="Myanmar Text" w:cs="Myanmar Text"/>
        </w:rPr>
        <w:t>မိမိလက်ကို</w:t>
      </w:r>
      <w:r>
        <w:rPr>
          <w:rFonts w:ascii="Times New Roman" w:hAnsi="Times New Roman" w:eastAsia="Times New Roman" w:cs="Times New Roman"/>
        </w:rPr>
        <w:t xml:space="preserve"> </w:t>
      </w:r>
      <w:r>
        <w:rPr>
          <w:rFonts w:ascii="Myanmar Text" w:hAnsi="Myanmar Text" w:eastAsia="Myanmar Text" w:cs="Myanmar Text"/>
        </w:rPr>
        <w:t>ကောင်းကင်ဘက်သို့</w:t>
      </w:r>
      <w:r>
        <w:rPr>
          <w:rFonts w:ascii="Times New Roman" w:hAnsi="Times New Roman" w:eastAsia="Times New Roman" w:cs="Times New Roman"/>
        </w:rPr>
        <w:t xml:space="preserve"> </w:t>
      </w:r>
      <w:r>
        <w:rPr>
          <w:rFonts w:ascii="Myanmar Text" w:hAnsi="Myanmar Text" w:eastAsia="Myanmar Text" w:cs="Myanmar Text"/>
        </w:rPr>
        <w:t>မြှောက်၍၊</w:t>
      </w:r>
      <w:r>
        <w:rPr>
          <w:rFonts w:ascii="Times New Roman" w:hAnsi="Times New Roman" w:eastAsia="Times New Roman" w:cs="Times New Roman"/>
        </w:rPr>
        <w:t xml:space="preserve"> </w:t>
      </w:r>
      <w:r>
        <w:rPr>
          <w:rFonts w:ascii="Myanmar Text" w:hAnsi="Myanmar Text" w:eastAsia="Myanmar Text" w:cs="Myanmar Text"/>
        </w:rPr>
        <w:t>ကောင်းကင်နှင့်</w:t>
      </w:r>
      <w:r>
        <w:rPr>
          <w:rFonts w:ascii="Times New Roman" w:hAnsi="Times New Roman" w:eastAsia="Times New Roman" w:cs="Times New Roman"/>
        </w:rPr>
        <w:t xml:space="preserve"> </w:t>
      </w:r>
      <w:r>
        <w:rPr>
          <w:rFonts w:ascii="Myanmar Text" w:hAnsi="Myanmar Text" w:eastAsia="Myanmar Text" w:cs="Myanmar Text"/>
        </w:rPr>
        <w:t>ထိုအထဲ၌ရှိသမျှတို့ကိုလည်းကောင်း၊</w:t>
      </w:r>
      <w:r>
        <w:rPr>
          <w:rFonts w:ascii="Times New Roman" w:hAnsi="Times New Roman" w:eastAsia="Times New Roman" w:cs="Times New Roman"/>
        </w:rPr>
        <w:t xml:space="preserve"> </w:t>
      </w:r>
      <w:r>
        <w:rPr>
          <w:rFonts w:ascii="Myanmar Text" w:hAnsi="Myanmar Text" w:eastAsia="Myanmar Text" w:cs="Myanmar Text"/>
        </w:rPr>
        <w:t>မြေနှင့်</w:t>
      </w:r>
      <w:r>
        <w:rPr>
          <w:rFonts w:ascii="Times New Roman" w:hAnsi="Times New Roman" w:eastAsia="Times New Roman" w:cs="Times New Roman"/>
        </w:rPr>
        <w:t xml:space="preserve"> </w:t>
      </w:r>
      <w:r>
        <w:rPr>
          <w:rFonts w:ascii="Myanmar Text" w:hAnsi="Myanmar Text" w:eastAsia="Myanmar Text" w:cs="Myanmar Text"/>
        </w:rPr>
        <w:t>ထိုအထဲ၌ရှိသမျှတို့ကိုလည်းကောင်း၊</w:t>
      </w:r>
      <w:r>
        <w:rPr>
          <w:rFonts w:ascii="Times New Roman" w:hAnsi="Times New Roman" w:eastAsia="Times New Roman" w:cs="Times New Roman"/>
        </w:rPr>
        <w:t xml:space="preserve"> </w:t>
      </w:r>
      <w:r>
        <w:rPr>
          <w:rFonts w:ascii="Myanmar Text" w:hAnsi="Myanmar Text" w:eastAsia="Myanmar Text" w:cs="Myanmar Text"/>
        </w:rPr>
        <w:t>ပင်လယ်နှင့်</w:t>
      </w:r>
      <w:r>
        <w:rPr>
          <w:rFonts w:ascii="Times New Roman" w:hAnsi="Times New Roman" w:eastAsia="Times New Roman" w:cs="Times New Roman"/>
        </w:rPr>
        <w:t xml:space="preserve"> </w:t>
      </w:r>
      <w:r>
        <w:rPr>
          <w:rFonts w:ascii="Myanmar Text" w:hAnsi="Myanmar Text" w:eastAsia="Myanmar Text" w:cs="Myanmar Text"/>
        </w:rPr>
        <w:t>ထိုအထဲ၌ရှိသမျှတို့ကိုလည်းကောင်း</w:t>
      </w:r>
      <w:r>
        <w:rPr>
          <w:rFonts w:ascii="Times New Roman" w:hAnsi="Times New Roman" w:eastAsia="Times New Roman" w:cs="Times New Roman"/>
        </w:rPr>
        <w:t xml:space="preserve"> </w:t>
      </w:r>
      <w:r>
        <w:rPr>
          <w:rFonts w:ascii="Myanmar Text" w:hAnsi="Myanmar Text" w:eastAsia="Myanmar Text" w:cs="Myanmar Text"/>
        </w:rPr>
        <w:t>ဖန်ဆင်းတော်မူသော၊</w:t>
      </w:r>
      <w:r>
        <w:rPr>
          <w:rFonts w:ascii="Times New Roman" w:hAnsi="Times New Roman" w:eastAsia="Times New Roman" w:cs="Times New Roman"/>
        </w:rPr>
        <w:t xml:space="preserve"> </w:t>
      </w:r>
      <w:r>
        <w:rPr>
          <w:rFonts w:ascii="Myanmar Text" w:hAnsi="Myanmar Text" w:eastAsia="Myanmar Text" w:cs="Myanmar Text"/>
        </w:rPr>
        <w:t>အစဉ်အမြဲ</w:t>
      </w:r>
      <w:r>
        <w:rPr>
          <w:rFonts w:ascii="Times New Roman" w:hAnsi="Times New Roman" w:eastAsia="Times New Roman" w:cs="Times New Roman"/>
        </w:rPr>
        <w:t xml:space="preserve"> </w:t>
      </w:r>
      <w:r>
        <w:rPr>
          <w:rFonts w:ascii="Myanmar Text" w:hAnsi="Myanmar Text" w:eastAsia="Myanmar Text" w:cs="Myanmar Text"/>
        </w:rPr>
        <w:t>အသက်ရှင်တော်မူသော</w:t>
      </w:r>
      <w:r>
        <w:rPr>
          <w:rFonts w:ascii="Times New Roman" w:hAnsi="Times New Roman" w:eastAsia="Times New Roman" w:cs="Times New Roman"/>
        </w:rPr>
        <w:t xml:space="preserve"> </w:t>
      </w:r>
      <w:r>
        <w:rPr>
          <w:rFonts w:ascii="Myanmar Text" w:hAnsi="Myanmar Text" w:eastAsia="Myanmar Text" w:cs="Myanmar Text"/>
        </w:rPr>
        <w:t>သူကိုတိုင်တည်၍</w:t>
      </w:r>
      <w:r>
        <w:rPr>
          <w:rFonts w:ascii="Times New Roman" w:hAnsi="Times New Roman" w:eastAsia="Times New Roman" w:cs="Times New Roman"/>
        </w:rPr>
        <w:t xml:space="preserve"> </w:t>
      </w:r>
      <w:r>
        <w:rPr>
          <w:rFonts w:ascii="Myanmar Text" w:hAnsi="Myanmar Text" w:eastAsia="Myanmar Text" w:cs="Myanmar Text"/>
        </w:rPr>
        <w:t>ကျိန်ဆိုသည်မှာ၊</w:t>
      </w:r>
      <w:r>
        <w:rPr>
          <w:rFonts w:ascii="Times New Roman" w:hAnsi="Times New Roman" w:eastAsia="Times New Roman" w:cs="Times New Roman"/>
        </w:rPr>
        <w:t xml:space="preserve"> </w:t>
      </w:r>
      <w:r>
        <w:rPr>
          <w:rFonts w:ascii="Myanmar Text" w:hAnsi="Myanmar Text" w:eastAsia="Myanmar Text" w:cs="Myanmar Text"/>
        </w:rPr>
        <w:t>ကာလမရှိတော့ဟု</w:t>
      </w:r>
      <w:r>
        <w:rPr>
          <w:rFonts w:ascii="Times New Roman" w:hAnsi="Times New Roman" w:eastAsia="Times New Roman" w:cs="Times New Roman"/>
        </w:rPr>
        <w:t xml:space="preserve"> </w:t>
      </w:r>
      <w:r>
        <w:rPr>
          <w:rFonts w:ascii="Myanmar Text" w:hAnsi="Myanmar Text" w:eastAsia="Myanmar Text" w:cs="Myanmar Text"/>
        </w:rPr>
        <w:t>ဖြစ်၏။</w:t>
      </w:r>
      <w:r>
        <w:rPr>
          <w:rFonts w:ascii="Times New Roman" w:hAnsi="Times New Roman" w:eastAsia="Times New Roman" w:cs="Times New Roman"/>
        </w:rPr>
        <w:t xml:space="preserve"> </w:t>
      </w:r>
      <w:r>
        <w:rPr>
          <w:rFonts w:ascii="Myanmar Text" w:hAnsi="Myanmar Text" w:eastAsia="Myanmar Text" w:cs="Myanmar Text"/>
        </w:rPr>
        <w:t>သို့ရာတွင်</w:t>
      </w:r>
      <w:r>
        <w:rPr>
          <w:rFonts w:ascii="Times New Roman" w:hAnsi="Times New Roman" w:eastAsia="Times New Roman" w:cs="Times New Roman"/>
        </w:rPr>
        <w:t xml:space="preserve"> </w:t>
      </w:r>
      <w:r>
        <w:rPr>
          <w:rFonts w:ascii="Myanmar Text" w:hAnsi="Myanmar Text" w:eastAsia="Myanmar Text" w:cs="Myanmar Text"/>
        </w:rPr>
        <w:t>သတ္တမကောင်းကင်တမန်၏</w:t>
      </w:r>
      <w:r>
        <w:rPr>
          <w:rFonts w:ascii="Times New Roman" w:hAnsi="Times New Roman" w:eastAsia="Times New Roman" w:cs="Times New Roman"/>
        </w:rPr>
        <w:t xml:space="preserve"> </w:t>
      </w:r>
      <w:r>
        <w:rPr>
          <w:rFonts w:ascii="Myanmar Text" w:hAnsi="Myanmar Text" w:eastAsia="Myanmar Text" w:cs="Myanmar Text"/>
        </w:rPr>
        <w:t>အသံကြားရမည့်</w:t>
      </w:r>
      <w:r>
        <w:rPr>
          <w:rFonts w:ascii="Times New Roman" w:hAnsi="Times New Roman" w:eastAsia="Times New Roman" w:cs="Times New Roman"/>
        </w:rPr>
        <w:t xml:space="preserve"> </w:t>
      </w:r>
      <w:r>
        <w:rPr>
          <w:rFonts w:ascii="Myanmar Text" w:hAnsi="Myanmar Text" w:eastAsia="Myanmar Text" w:cs="Myanmar Text"/>
        </w:rPr>
        <w:t>နေ့ရက်များ၌၊</w:t>
      </w:r>
      <w:r>
        <w:rPr>
          <w:rFonts w:ascii="Times New Roman" w:hAnsi="Times New Roman" w:eastAsia="Times New Roman" w:cs="Times New Roman"/>
        </w:rPr>
        <w:t xml:space="preserve"> </w:t>
      </w:r>
      <w:r>
        <w:rPr>
          <w:rFonts w:ascii="Myanmar Text" w:hAnsi="Myanmar Text" w:eastAsia="Myanmar Text" w:cs="Myanmar Text"/>
        </w:rPr>
        <w:t>သူသည်</w:t>
      </w:r>
      <w:r>
        <w:rPr>
          <w:rFonts w:ascii="Times New Roman" w:hAnsi="Times New Roman" w:eastAsia="Times New Roman" w:cs="Times New Roman"/>
        </w:rPr>
        <w:t xml:space="preserve"> </w:t>
      </w:r>
      <w:r>
        <w:rPr>
          <w:rFonts w:ascii="Myanmar Text" w:hAnsi="Myanmar Text" w:eastAsia="Myanmar Text" w:cs="Myanmar Text"/>
        </w:rPr>
        <w:t>တံပိုးမှုတ်ခြင်းကို</w:t>
      </w:r>
      <w:r>
        <w:rPr>
          <w:rFonts w:ascii="Times New Roman" w:hAnsi="Times New Roman" w:eastAsia="Times New Roman" w:cs="Times New Roman"/>
        </w:rPr>
        <w:t xml:space="preserve"> </w:t>
      </w:r>
      <w:r>
        <w:rPr>
          <w:rFonts w:ascii="Myanmar Text" w:hAnsi="Myanmar Text" w:eastAsia="Myanmar Text" w:cs="Myanmar Text"/>
        </w:rPr>
        <w:t>စတင်မည့်အခါ၊</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နက်နဲသောအရာသည်</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ကျွန်တော်များဖြစ်သော</w:t>
      </w:r>
      <w:r>
        <w:rPr>
          <w:rFonts w:ascii="Times New Roman" w:hAnsi="Times New Roman" w:eastAsia="Times New Roman" w:cs="Times New Roman"/>
        </w:rPr>
        <w:t xml:space="preserve"> </w:t>
      </w:r>
      <w:r>
        <w:rPr>
          <w:rFonts w:ascii="Myanmar Text" w:hAnsi="Myanmar Text" w:eastAsia="Myanmar Text" w:cs="Myanmar Text"/>
        </w:rPr>
        <w:t>ပရောဖက်တို့အား</w:t>
      </w:r>
      <w:r>
        <w:rPr>
          <w:rFonts w:ascii="Times New Roman" w:hAnsi="Times New Roman" w:eastAsia="Times New Roman" w:cs="Times New Roman"/>
        </w:rPr>
        <w:t xml:space="preserve"> </w:t>
      </w:r>
      <w:r>
        <w:rPr>
          <w:rFonts w:ascii="Myanmar Text" w:hAnsi="Myanmar Text" w:eastAsia="Myanmar Text" w:cs="Myanmar Text"/>
        </w:rPr>
        <w:t>ကြေညာတော်မူခဲ့သကဲ့သို့</w:t>
      </w:r>
      <w:r>
        <w:rPr>
          <w:rFonts w:ascii="Times New Roman" w:hAnsi="Times New Roman" w:eastAsia="Times New Roman" w:cs="Times New Roman"/>
        </w:rPr>
        <w:t xml:space="preserve"> </w:t>
      </w:r>
      <w:r>
        <w:rPr>
          <w:rFonts w:ascii="Myanmar Text" w:hAnsi="Myanmar Text" w:eastAsia="Myanmar Text" w:cs="Myanmar Text"/>
        </w:rPr>
        <w:t>ပြည့်စုံလိမ့်မည်။</w:t>
      </w:r>
      <w:r>
        <w:rPr>
          <w:rFonts w:ascii="Times New Roman" w:hAnsi="Times New Roman" w:eastAsia="Times New Roman" w:cs="Times New Roman"/>
        </w:rPr>
        <w:t xml:space="preserve"> </w:t>
      </w:r>
      <w:r>
        <w:rPr>
          <w:rFonts w:ascii="Myanmar Text" w:hAnsi="Myanmar Text" w:eastAsia="Myanmar Text" w:cs="Myanmar Text"/>
        </w:rPr>
        <w:t>ဗျာဒိတ်</w:t>
      </w:r>
      <w:r>
        <w:rPr>
          <w:rFonts w:ascii="Times New Roman" w:hAnsi="Times New Roman" w:eastAsia="Times New Roman" w:cs="Times New Roman"/>
        </w:rPr>
        <w:t xml:space="preserve"> </w:t>
      </w:r>
      <w:r>
        <w:rPr>
          <w:rFonts w:ascii="Myanmar Text" w:hAnsi="Myanmar Text" w:eastAsia="Myanmar Text" w:cs="Myanmar Text"/>
        </w:rPr>
        <w:t>၁၀</w:t>
      </w:r>
      <w:r>
        <w:rPr>
          <w:rFonts w:ascii="Times New Roman" w:hAnsi="Times New Roman" w:eastAsia="Times New Roman" w:cs="Times New Roman"/>
        </w:rPr>
        <w:t>:</w:t>
      </w:r>
      <w:r>
        <w:rPr>
          <w:rFonts w:ascii="Myanmar Text" w:hAnsi="Myanmar Text" w:eastAsia="Myanmar Text" w:cs="Myanmar Text"/>
        </w:rPr>
        <w:t>၅</w:t>
      </w:r>
      <w:r>
        <w:rPr>
          <w:rFonts w:ascii="Times New Roman" w:hAnsi="Times New Roman" w:eastAsia="Times New Roman" w:cs="Times New Roman"/>
        </w:rPr>
        <w:t>–</w:t>
      </w:r>
      <w:r>
        <w:rPr>
          <w:rFonts w:ascii="Myanmar Text" w:hAnsi="Myanmar Text" w:eastAsia="Myanmar Text" w:cs="Myanmar Text"/>
        </w:rPr>
        <w:t>၇။</w:t>
      </w:r>
    </w:p>
    <w:p>
      <w:pPr>
        <w:pStyle w:val="ArticleBody"/>
        <w:jc w:val="left"/>
      </w:pPr>
      <w:r>
        <w:rPr>
          <w:rFonts w:ascii="Times New Roman" w:hAnsi="Times New Roman" w:eastAsia="Times New Roman" w:cs="Times New Roman"/>
        </w:rPr>
        <w:t>Mëhallî cihê pêşbîniya ku divê were sererast kirin Nashville, Tennessee ye, û ev cih nayê guhertin; çimkî ew ne ji aliyê Future for America ve, lê ji aliyê Ellen White ve hatî diyarkirin, û Ruhê Pêxemberiyê tu carî şaş nabe.</w:t>
      </w:r>
    </w:p>
    <w:p>
      <w:pPr>
        <w:pStyle w:val="ArticleScripture"/>
        <w:jc w:val="left"/>
      </w:pPr>
      <w:r>
        <w:rPr>
          <w:rFonts w:ascii="Times New Roman" w:hAnsi="Times New Roman" w:eastAsia="Times New Roman" w:cs="Times New Roman"/>
        </w:rPr>
        <w:t>“</w:t>
      </w:r>
      <w:r>
        <w:rPr>
          <w:rFonts w:ascii="Gadugi" w:hAnsi="Gadugi" w:eastAsia="Gadugi" w:cs="Gadugi"/>
        </w:rPr>
        <w:t>ᏮᏍᏆ</w:t>
      </w:r>
      <w:r>
        <w:rPr>
          <w:rFonts w:ascii="Times New Roman" w:hAnsi="Times New Roman" w:eastAsia="Times New Roman" w:cs="Times New Roman"/>
        </w:rPr>
        <w:t xml:space="preserve"> </w:t>
      </w:r>
      <w:r>
        <w:rPr>
          <w:rFonts w:ascii="Gadugi" w:hAnsi="Gadugi" w:eastAsia="Gadugi" w:cs="Gadugi"/>
        </w:rPr>
        <w:t>ᏗᎧᏃᎮᏗ</w:t>
      </w:r>
      <w:r>
        <w:rPr>
          <w:rFonts w:ascii="Times New Roman" w:hAnsi="Times New Roman" w:eastAsia="Times New Roman" w:cs="Times New Roman"/>
        </w:rPr>
        <w:t xml:space="preserve"> </w:t>
      </w:r>
      <w:r>
        <w:rPr>
          <w:rFonts w:ascii="Gadugi" w:hAnsi="Gadugi" w:eastAsia="Gadugi" w:cs="Gadugi"/>
        </w:rPr>
        <w:t>ᎾᏏᏫᎵ</w:t>
      </w:r>
      <w:r>
        <w:rPr>
          <w:rFonts w:ascii="Times New Roman" w:hAnsi="Times New Roman" w:eastAsia="Times New Roman" w:cs="Times New Roman"/>
        </w:rPr>
        <w:t xml:space="preserve"> </w:t>
      </w:r>
      <w:r>
        <w:rPr>
          <w:rFonts w:ascii="Gadugi" w:hAnsi="Gadugi" w:eastAsia="Gadugi" w:cs="Gadugi"/>
        </w:rPr>
        <w:t>ᏥᏥᏅᏒ</w:t>
      </w:r>
      <w:r>
        <w:rPr>
          <w:rFonts w:ascii="Times New Roman" w:hAnsi="Times New Roman" w:eastAsia="Times New Roman" w:cs="Times New Roman"/>
        </w:rPr>
        <w:t xml:space="preserve">, </w:t>
      </w:r>
      <w:r>
        <w:rPr>
          <w:rFonts w:ascii="Gadugi" w:hAnsi="Gadugi" w:eastAsia="Gadugi" w:cs="Gadugi"/>
        </w:rPr>
        <w:t>ᏴᏫ</w:t>
      </w:r>
      <w:r>
        <w:rPr>
          <w:rFonts w:ascii="Times New Roman" w:hAnsi="Times New Roman" w:eastAsia="Times New Roman" w:cs="Times New Roman"/>
        </w:rPr>
        <w:t xml:space="preserve"> </w:t>
      </w:r>
      <w:r>
        <w:rPr>
          <w:rFonts w:ascii="Gadugi" w:hAnsi="Gadugi" w:eastAsia="Gadugi" w:cs="Gadugi"/>
        </w:rPr>
        <w:t>ᏗᏂᏴᏁᎲ</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ᏒᎯᏱ</w:t>
      </w:r>
      <w:r>
        <w:rPr>
          <w:rFonts w:ascii="Times New Roman" w:hAnsi="Times New Roman" w:eastAsia="Times New Roman" w:cs="Times New Roman"/>
        </w:rPr>
        <w:t xml:space="preserve"> </w:t>
      </w:r>
      <w:r>
        <w:rPr>
          <w:rFonts w:ascii="Gadugi" w:hAnsi="Gadugi" w:eastAsia="Gadugi" w:cs="Gadugi"/>
        </w:rPr>
        <w:t>ᎤᏍᏆᎸᎢ</w:t>
      </w:r>
      <w:r>
        <w:rPr>
          <w:rFonts w:ascii="Times New Roman" w:hAnsi="Times New Roman" w:eastAsia="Times New Roman" w:cs="Times New Roman"/>
        </w:rPr>
        <w:t xml:space="preserve">, </w:t>
      </w:r>
      <w:r>
        <w:rPr>
          <w:rFonts w:ascii="Gadugi" w:hAnsi="Gadugi" w:eastAsia="Gadugi" w:cs="Gadugi"/>
        </w:rPr>
        <w:t>ᎤᏣᏘ</w:t>
      </w:r>
      <w:r>
        <w:rPr>
          <w:rFonts w:ascii="Times New Roman" w:hAnsi="Times New Roman" w:eastAsia="Times New Roman" w:cs="Times New Roman"/>
        </w:rPr>
        <w:t xml:space="preserve"> </w:t>
      </w:r>
      <w:r>
        <w:rPr>
          <w:rFonts w:ascii="Gadugi" w:hAnsi="Gadugi" w:eastAsia="Gadugi" w:cs="Gadugi"/>
        </w:rPr>
        <w:t>ᎤᏔᎾ</w:t>
      </w:r>
      <w:r>
        <w:rPr>
          <w:rFonts w:ascii="Times New Roman" w:hAnsi="Times New Roman" w:eastAsia="Times New Roman" w:cs="Times New Roman"/>
        </w:rPr>
        <w:t xml:space="preserve"> </w:t>
      </w:r>
      <w:r>
        <w:rPr>
          <w:rFonts w:ascii="Gadugi" w:hAnsi="Gadugi" w:eastAsia="Gadugi" w:cs="Gadugi"/>
        </w:rPr>
        <w:t>ᎠᏂᎩᏛ</w:t>
      </w:r>
      <w:r>
        <w:rPr>
          <w:rFonts w:ascii="Times New Roman" w:hAnsi="Times New Roman" w:eastAsia="Times New Roman" w:cs="Times New Roman"/>
        </w:rPr>
        <w:t xml:space="preserve"> </w:t>
      </w:r>
      <w:r>
        <w:rPr>
          <w:rFonts w:ascii="Gadugi" w:hAnsi="Gadugi" w:eastAsia="Gadugi" w:cs="Gadugi"/>
        </w:rPr>
        <w:t>ᎤᏒᎯᏱ</w:t>
      </w:r>
      <w:r>
        <w:rPr>
          <w:rFonts w:ascii="Times New Roman" w:hAnsi="Times New Roman" w:eastAsia="Times New Roman" w:cs="Times New Roman"/>
        </w:rPr>
        <w:t xml:space="preserve"> </w:t>
      </w:r>
      <w:r>
        <w:rPr>
          <w:rFonts w:ascii="Gadugi" w:hAnsi="Gadugi" w:eastAsia="Gadugi" w:cs="Gadugi"/>
        </w:rPr>
        <w:t>ᎤᎷᏤ</w:t>
      </w:r>
      <w:r>
        <w:rPr>
          <w:rFonts w:ascii="Times New Roman" w:hAnsi="Times New Roman" w:eastAsia="Times New Roman" w:cs="Times New Roman"/>
        </w:rPr>
        <w:t xml:space="preserve"> </w:t>
      </w:r>
      <w:r>
        <w:rPr>
          <w:rFonts w:ascii="Gadugi" w:hAnsi="Gadugi" w:eastAsia="Gadugi" w:cs="Gadugi"/>
        </w:rPr>
        <w:t>ᎦᎸᎶᎢ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ᎾᏏᏫᎵ</w:t>
      </w:r>
      <w:r>
        <w:rPr>
          <w:rFonts w:ascii="Times New Roman" w:hAnsi="Times New Roman" w:eastAsia="Times New Roman" w:cs="Times New Roman"/>
        </w:rPr>
        <w:t xml:space="preserve"> </w:t>
      </w:r>
      <w:r>
        <w:rPr>
          <w:rFonts w:ascii="Gadugi" w:hAnsi="Gadugi" w:eastAsia="Gadugi" w:cs="Gadugi"/>
        </w:rPr>
        <w:t>ᎤᎦᏔᏍᏔᏁ</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ᎠᏂᎩᏛ</w:t>
      </w:r>
      <w:r>
        <w:rPr>
          <w:rFonts w:ascii="Times New Roman" w:hAnsi="Times New Roman" w:eastAsia="Times New Roman" w:cs="Times New Roman"/>
        </w:rPr>
        <w:t xml:space="preserve"> </w:t>
      </w:r>
      <w:r>
        <w:rPr>
          <w:rFonts w:ascii="Gadugi" w:hAnsi="Gadugi" w:eastAsia="Gadugi" w:cs="Gadugi"/>
        </w:rPr>
        <w:t>ᎤᎵᏍᏗ</w:t>
      </w:r>
      <w:r>
        <w:rPr>
          <w:rFonts w:ascii="Times New Roman" w:hAnsi="Times New Roman" w:eastAsia="Times New Roman" w:cs="Times New Roman"/>
        </w:rPr>
        <w:t xml:space="preserve"> </w:t>
      </w:r>
      <w:r>
        <w:rPr>
          <w:rFonts w:ascii="Gadugi" w:hAnsi="Gadugi" w:eastAsia="Gadugi" w:cs="Gadugi"/>
        </w:rPr>
        <w:t>ᎤᏁᎬ</w:t>
      </w:r>
      <w:r>
        <w:rPr>
          <w:rFonts w:ascii="Times New Roman" w:hAnsi="Times New Roman" w:eastAsia="Times New Roman" w:cs="Times New Roman"/>
        </w:rPr>
        <w:t xml:space="preserve"> </w:t>
      </w:r>
      <w:r>
        <w:rPr>
          <w:rFonts w:ascii="Gadugi" w:hAnsi="Gadugi" w:eastAsia="Gadugi" w:cs="Gadugi"/>
        </w:rPr>
        <w:t>ᎠᏍᏓᏯ</w:t>
      </w:r>
      <w:r>
        <w:rPr>
          <w:rFonts w:ascii="Times New Roman" w:hAnsi="Times New Roman" w:eastAsia="Times New Roman" w:cs="Times New Roman"/>
        </w:rPr>
        <w:t xml:space="preserve"> </w:t>
      </w:r>
      <w:r>
        <w:rPr>
          <w:rFonts w:ascii="Gadugi" w:hAnsi="Gadugi" w:eastAsia="Gadugi" w:cs="Gadugi"/>
        </w:rPr>
        <w:t>ᎠᏂᎸᎢᏍᏗ</w:t>
      </w:r>
      <w:r>
        <w:rPr>
          <w:rFonts w:ascii="Times New Roman" w:hAnsi="Times New Roman" w:eastAsia="Times New Roman" w:cs="Times New Roman"/>
        </w:rPr>
        <w:t xml:space="preserve"> </w:t>
      </w:r>
      <w:r>
        <w:rPr>
          <w:rFonts w:ascii="Gadugi" w:hAnsi="Gadugi" w:eastAsia="Gadugi" w:cs="Gadugi"/>
        </w:rPr>
        <w:t>ᏥᎨᏒ</w:t>
      </w:r>
      <w:r>
        <w:rPr>
          <w:rFonts w:ascii="Times New Roman" w:hAnsi="Times New Roman" w:eastAsia="Times New Roman" w:cs="Times New Roman"/>
        </w:rPr>
        <w:t xml:space="preserve"> </w:t>
      </w:r>
      <w:r>
        <w:rPr>
          <w:rFonts w:ascii="Gadugi" w:hAnsi="Gadugi" w:eastAsia="Gadugi" w:cs="Gadugi"/>
        </w:rPr>
        <w:t>ᎤᎾᏄᎪᏨ</w:t>
      </w:r>
      <w:r>
        <w:rPr>
          <w:rFonts w:ascii="Times New Roman" w:hAnsi="Times New Roman" w:eastAsia="Times New Roman" w:cs="Times New Roman"/>
        </w:rPr>
        <w:t xml:space="preserve">; </w:t>
      </w:r>
      <w:r>
        <w:rPr>
          <w:rFonts w:ascii="Gadugi" w:hAnsi="Gadugi" w:eastAsia="Gadugi" w:cs="Gadugi"/>
        </w:rPr>
        <w:t>ᎦᏁᎳ</w:t>
      </w:r>
      <w:r>
        <w:rPr>
          <w:rFonts w:ascii="Times New Roman" w:hAnsi="Times New Roman" w:eastAsia="Times New Roman" w:cs="Times New Roman"/>
        </w:rPr>
        <w:t xml:space="preserve"> </w:t>
      </w:r>
      <w:r>
        <w:rPr>
          <w:rFonts w:ascii="Gadugi" w:hAnsi="Gadugi" w:eastAsia="Gadugi" w:cs="Gadugi"/>
        </w:rPr>
        <w:t>ᎠᏂᏍᏚᎲ</w:t>
      </w:r>
      <w:r>
        <w:rPr>
          <w:rFonts w:ascii="Times New Roman" w:hAnsi="Times New Roman" w:eastAsia="Times New Roman" w:cs="Times New Roman"/>
        </w:rPr>
        <w:t xml:space="preserve"> </w:t>
      </w:r>
      <w:r>
        <w:rPr>
          <w:rFonts w:ascii="Gadugi" w:hAnsi="Gadugi" w:eastAsia="Gadugi" w:cs="Gadugi"/>
        </w:rPr>
        <w:t>ᎨᏎ</w:t>
      </w:r>
      <w:r>
        <w:rPr>
          <w:rFonts w:ascii="Times New Roman" w:hAnsi="Times New Roman" w:eastAsia="Times New Roman" w:cs="Times New Roman"/>
        </w:rPr>
        <w:t xml:space="preserve">, </w:t>
      </w:r>
      <w:r>
        <w:rPr>
          <w:rFonts w:ascii="Gadugi" w:hAnsi="Gadugi" w:eastAsia="Gadugi" w:cs="Gadugi"/>
        </w:rPr>
        <w:t>ᎦᏁᎳ</w:t>
      </w:r>
      <w:r>
        <w:rPr>
          <w:rFonts w:ascii="Times New Roman" w:hAnsi="Times New Roman" w:eastAsia="Times New Roman" w:cs="Times New Roman"/>
        </w:rPr>
        <w:t xml:space="preserve"> </w:t>
      </w:r>
      <w:r>
        <w:rPr>
          <w:rFonts w:ascii="Gadugi" w:hAnsi="Gadugi" w:eastAsia="Gadugi" w:cs="Gadugi"/>
        </w:rPr>
        <w:t>ᎠᏂᏍᏚᎲ</w:t>
      </w:r>
      <w:r>
        <w:rPr>
          <w:rFonts w:ascii="Times New Roman" w:hAnsi="Times New Roman" w:eastAsia="Times New Roman" w:cs="Times New Roman"/>
        </w:rPr>
        <w:t xml:space="preserve"> </w:t>
      </w:r>
      <w:r>
        <w:rPr>
          <w:rFonts w:ascii="Gadugi" w:hAnsi="Gadugi" w:eastAsia="Gadugi" w:cs="Gadugi"/>
        </w:rPr>
        <w:t>ᎠᏂᏙᏗᏍᎨ</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ᎠᏂᏍᏚᎲ</w:t>
      </w:r>
      <w:r>
        <w:rPr>
          <w:rFonts w:ascii="Times New Roman" w:hAnsi="Times New Roman" w:eastAsia="Times New Roman" w:cs="Times New Roman"/>
        </w:rPr>
        <w:t xml:space="preserve"> </w:t>
      </w:r>
      <w:r>
        <w:rPr>
          <w:rFonts w:ascii="Gadugi" w:hAnsi="Gadugi" w:eastAsia="Gadugi" w:cs="Gadugi"/>
        </w:rPr>
        <w:t>ᎠᏂᎳᏅᏛ</w:t>
      </w:r>
      <w:r>
        <w:rPr>
          <w:rFonts w:ascii="Times New Roman" w:hAnsi="Times New Roman" w:eastAsia="Times New Roman" w:cs="Times New Roman"/>
        </w:rPr>
        <w:t xml:space="preserve"> </w:t>
      </w:r>
      <w:r>
        <w:rPr>
          <w:rFonts w:ascii="Gadugi" w:hAnsi="Gadugi" w:eastAsia="Gadugi" w:cs="Gadugi"/>
        </w:rPr>
        <w:t>ᎨᏎ</w:t>
      </w:r>
      <w:r>
        <w:rPr>
          <w:rFonts w:ascii="Times New Roman" w:hAnsi="Times New Roman" w:eastAsia="Times New Roman" w:cs="Times New Roman"/>
        </w:rPr>
        <w:t xml:space="preserve">. </w:t>
      </w:r>
      <w:r>
        <w:rPr>
          <w:rFonts w:ascii="Gadugi" w:hAnsi="Gadugi" w:eastAsia="Gadugi" w:cs="Gadugi"/>
        </w:rPr>
        <w:t>ᎢᎦᏛ</w:t>
      </w:r>
      <w:r>
        <w:rPr>
          <w:rFonts w:ascii="Times New Roman" w:hAnsi="Times New Roman" w:eastAsia="Times New Roman" w:cs="Times New Roman"/>
        </w:rPr>
        <w:t xml:space="preserve"> </w:t>
      </w:r>
      <w:r>
        <w:rPr>
          <w:rFonts w:ascii="Gadugi" w:hAnsi="Gadugi" w:eastAsia="Gadugi" w:cs="Gadugi"/>
        </w:rPr>
        <w:t>ᎢᎬᏱᏗ</w:t>
      </w:r>
      <w:r>
        <w:rPr>
          <w:rFonts w:ascii="Times New Roman" w:hAnsi="Times New Roman" w:eastAsia="Times New Roman" w:cs="Times New Roman"/>
        </w:rPr>
        <w:t xml:space="preserve"> </w:t>
      </w:r>
      <w:r>
        <w:rPr>
          <w:rFonts w:ascii="Gadugi" w:hAnsi="Gadugi" w:eastAsia="Gadugi" w:cs="Gadugi"/>
        </w:rPr>
        <w:t>ᏗᎦᏤᎵᎦ</w:t>
      </w:r>
      <w:r>
        <w:rPr>
          <w:rFonts w:ascii="Times New Roman" w:hAnsi="Times New Roman" w:eastAsia="Times New Roman" w:cs="Times New Roman"/>
        </w:rPr>
        <w:t xml:space="preserve"> </w:t>
      </w:r>
      <w:r>
        <w:rPr>
          <w:rFonts w:ascii="Gadugi" w:hAnsi="Gadugi" w:eastAsia="Gadugi" w:cs="Gadugi"/>
        </w:rPr>
        <w:t>ᎾᎿ</w:t>
      </w:r>
      <w:r>
        <w:rPr>
          <w:rFonts w:ascii="Times New Roman" w:hAnsi="Times New Roman" w:eastAsia="Times New Roman" w:cs="Times New Roman"/>
        </w:rPr>
        <w:t xml:space="preserve"> </w:t>
      </w:r>
      <w:r>
        <w:rPr>
          <w:rFonts w:ascii="Gadugi" w:hAnsi="Gadugi" w:eastAsia="Gadugi" w:cs="Gadugi"/>
        </w:rPr>
        <w:t>ᎠᏂᏙᎬ</w:t>
      </w:r>
      <w:r>
        <w:rPr>
          <w:rFonts w:ascii="Times New Roman" w:hAnsi="Times New Roman" w:eastAsia="Times New Roman" w:cs="Times New Roman"/>
        </w:rPr>
        <w:t xml:space="preserve"> </w:t>
      </w:r>
      <w:r>
        <w:rPr>
          <w:rFonts w:ascii="Gadugi" w:hAnsi="Gadugi" w:eastAsia="Gadugi" w:cs="Gadugi"/>
        </w:rPr>
        <w:t>ᎨᏎ</w:t>
      </w:r>
      <w:r>
        <w:rPr>
          <w:rFonts w:ascii="Times New Roman" w:hAnsi="Times New Roman" w:eastAsia="Times New Roman" w:cs="Times New Roman"/>
        </w:rPr>
        <w:t>.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ᏂᎯᏰᎸ</w:t>
      </w:r>
      <w:r>
        <w:rPr>
          <w:rFonts w:ascii="Times New Roman" w:hAnsi="Times New Roman" w:eastAsia="Times New Roman" w:cs="Times New Roman"/>
        </w:rPr>
        <w:t xml:space="preserve"> </w:t>
      </w:r>
      <w:r>
        <w:rPr>
          <w:rFonts w:ascii="Gadugi" w:hAnsi="Gadugi" w:eastAsia="Gadugi" w:cs="Gadugi"/>
        </w:rPr>
        <w:t>ᎢᏗᎦᏙᎥ</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ᎠᏂᏪᏎ</w:t>
      </w:r>
      <w:r>
        <w:rPr>
          <w:rFonts w:ascii="Times New Roman" w:hAnsi="Times New Roman" w:eastAsia="Times New Roman" w:cs="Times New Roman"/>
        </w:rPr>
        <w:t>, ‘</w:t>
      </w:r>
      <w:r>
        <w:rPr>
          <w:rFonts w:ascii="Gadugi" w:hAnsi="Gadugi" w:eastAsia="Gadugi" w:cs="Gadugi"/>
        </w:rPr>
        <w:t>ᎣᏥᎦᏙᎥ</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ᎢᏤᎯ</w:t>
      </w:r>
      <w:r>
        <w:rPr>
          <w:rFonts w:ascii="Times New Roman" w:hAnsi="Times New Roman" w:eastAsia="Times New Roman" w:cs="Times New Roman"/>
        </w:rPr>
        <w:t xml:space="preserve"> </w:t>
      </w:r>
      <w:r>
        <w:rPr>
          <w:rFonts w:ascii="Gadugi" w:hAnsi="Gadugi" w:eastAsia="Gadugi" w:cs="Gadugi"/>
        </w:rPr>
        <w:t>ᏗᏂᏰᏅᏛ</w:t>
      </w:r>
      <w:r>
        <w:rPr>
          <w:rFonts w:ascii="Times New Roman" w:hAnsi="Times New Roman" w:eastAsia="Times New Roman" w:cs="Times New Roman"/>
        </w:rPr>
        <w:t xml:space="preserve"> </w:t>
      </w:r>
      <w:r>
        <w:rPr>
          <w:rFonts w:ascii="Gadugi" w:hAnsi="Gadugi" w:eastAsia="Gadugi" w:cs="Gadugi"/>
        </w:rPr>
        <w:t>ᎤᏲ</w:t>
      </w:r>
      <w:r>
        <w:rPr>
          <w:rFonts w:ascii="Times New Roman" w:hAnsi="Times New Roman" w:eastAsia="Times New Roman" w:cs="Times New Roman"/>
        </w:rPr>
        <w:t xml:space="preserve"> </w:t>
      </w:r>
      <w:r>
        <w:rPr>
          <w:rFonts w:ascii="Gadugi" w:hAnsi="Gadugi" w:eastAsia="Gadugi" w:cs="Gadugi"/>
        </w:rPr>
        <w:t>ᎠᏂᎩᎵᏲᎬ</w:t>
      </w:r>
      <w:r>
        <w:rPr>
          <w:rFonts w:ascii="Times New Roman" w:hAnsi="Times New Roman" w:eastAsia="Times New Roman" w:cs="Times New Roman"/>
        </w:rPr>
        <w:t xml:space="preserve"> </w:t>
      </w:r>
      <w:r>
        <w:rPr>
          <w:rFonts w:ascii="Gadugi" w:hAnsi="Gadugi" w:eastAsia="Gadugi" w:cs="Gadugi"/>
        </w:rPr>
        <w:t>ᏧᏃᏰᏂ</w:t>
      </w:r>
      <w:r>
        <w:rPr>
          <w:rFonts w:ascii="Times New Roman" w:hAnsi="Times New Roman" w:eastAsia="Times New Roman" w:cs="Times New Roman"/>
        </w:rPr>
        <w:t xml:space="preserve"> </w:t>
      </w:r>
      <w:r>
        <w:rPr>
          <w:rFonts w:ascii="Gadugi" w:hAnsi="Gadugi" w:eastAsia="Gadugi" w:cs="Gadugi"/>
        </w:rPr>
        <w:t>ᎠᏂᏯᏫᏍᎨ</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ᏅᏩᏓᎴ</w:t>
      </w:r>
      <w:r>
        <w:rPr>
          <w:rFonts w:ascii="Times New Roman" w:hAnsi="Times New Roman" w:eastAsia="Times New Roman" w:cs="Times New Roman"/>
        </w:rPr>
        <w:t xml:space="preserve"> </w:t>
      </w:r>
      <w:r>
        <w:rPr>
          <w:rFonts w:ascii="Gadugi" w:hAnsi="Gadugi" w:eastAsia="Gadugi" w:cs="Gadugi"/>
        </w:rPr>
        <w:t>ᎤᎾᏓᏙᎵᏍᏗ</w:t>
      </w:r>
      <w:r>
        <w:rPr>
          <w:rFonts w:ascii="Times New Roman" w:hAnsi="Times New Roman" w:eastAsia="Times New Roman" w:cs="Times New Roman"/>
        </w:rPr>
        <w:t xml:space="preserve"> </w:t>
      </w:r>
      <w:r>
        <w:rPr>
          <w:rFonts w:ascii="Gadugi" w:hAnsi="Gadugi" w:eastAsia="Gadugi" w:cs="Gadugi"/>
        </w:rPr>
        <w:t>ᎬᏩᏔᏲᎮ</w:t>
      </w:r>
      <w:r>
        <w:rPr>
          <w:rFonts w:ascii="Times New Roman" w:hAnsi="Times New Roman" w:eastAsia="Times New Roman" w:cs="Times New Roman"/>
        </w:rPr>
        <w:t xml:space="preserve"> </w:t>
      </w:r>
      <w:r>
        <w:rPr>
          <w:rFonts w:ascii="Gadugi" w:hAnsi="Gadugi" w:eastAsia="Gadugi" w:cs="Gadugi"/>
        </w:rPr>
        <w:t>ᎤᏙᎵᎩ</w:t>
      </w:r>
      <w:r>
        <w:rPr>
          <w:rFonts w:ascii="Times New Roman" w:hAnsi="Times New Roman" w:eastAsia="Times New Roman" w:cs="Times New Roman"/>
        </w:rPr>
        <w:t>. ‘</w:t>
      </w:r>
      <w:r>
        <w:rPr>
          <w:rFonts w:ascii="Gadugi" w:hAnsi="Gadugi" w:eastAsia="Gadugi" w:cs="Gadugi"/>
        </w:rPr>
        <w:t>ᎯᎦᏔᎲ</w:t>
      </w:r>
      <w:r>
        <w:rPr>
          <w:rFonts w:ascii="Times New Roman" w:hAnsi="Times New Roman" w:eastAsia="Times New Roman" w:cs="Times New Roman"/>
        </w:rPr>
        <w:t xml:space="preserve"> </w:t>
      </w:r>
      <w:r>
        <w:rPr>
          <w:rFonts w:ascii="Gadugi" w:hAnsi="Gadugi" w:eastAsia="Gadugi" w:cs="Gadugi"/>
        </w:rPr>
        <w:t>ᎨᏎ</w:t>
      </w:r>
      <w:r>
        <w:rPr>
          <w:rFonts w:ascii="Times New Roman" w:hAnsi="Times New Roman" w:eastAsia="Times New Roman" w:cs="Times New Roman"/>
        </w:rPr>
        <w:t xml:space="preserve">,’ </w:t>
      </w:r>
      <w:r>
        <w:rPr>
          <w:rFonts w:ascii="Gadugi" w:hAnsi="Gadugi" w:eastAsia="Gadugi" w:cs="Gadugi"/>
        </w:rPr>
        <w:t>ᎠᏂᏪᏎ</w:t>
      </w:r>
      <w:r>
        <w:rPr>
          <w:rFonts w:ascii="Times New Roman" w:hAnsi="Times New Roman" w:eastAsia="Times New Roman" w:cs="Times New Roman"/>
        </w:rPr>
        <w:t>, ‘</w:t>
      </w:r>
      <w:r>
        <w:rPr>
          <w:rFonts w:ascii="Gadugi" w:hAnsi="Gadugi" w:eastAsia="Gadugi" w:cs="Gadugi"/>
        </w:rPr>
        <w:t>ᎯᎦᏔᎲ</w:t>
      </w:r>
      <w:r>
        <w:rPr>
          <w:rFonts w:ascii="Times New Roman" w:hAnsi="Times New Roman" w:eastAsia="Times New Roman" w:cs="Times New Roman"/>
        </w:rPr>
        <w:t xml:space="preserve"> </w:t>
      </w:r>
      <w:r>
        <w:rPr>
          <w:rFonts w:ascii="Gadugi" w:hAnsi="Gadugi" w:eastAsia="Gadugi" w:cs="Gadugi"/>
        </w:rPr>
        <w:t>ᎨᏎ</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ᎤᎷᎯᏍᏗ</w:t>
      </w:r>
      <w:r>
        <w:rPr>
          <w:rFonts w:ascii="Times New Roman" w:hAnsi="Times New Roman" w:eastAsia="Times New Roman" w:cs="Times New Roman"/>
        </w:rPr>
        <w:t xml:space="preserve"> </w:t>
      </w:r>
      <w:r>
        <w:rPr>
          <w:rFonts w:ascii="Gadugi" w:hAnsi="Gadugi" w:eastAsia="Gadugi" w:cs="Gadugi"/>
        </w:rPr>
        <w:t>ᎨᏎ</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Ꮭ</w:t>
      </w:r>
      <w:r>
        <w:rPr>
          <w:rFonts w:ascii="Times New Roman" w:hAnsi="Times New Roman" w:eastAsia="Times New Roman" w:cs="Times New Roman"/>
        </w:rPr>
        <w:t xml:space="preserve"> </w:t>
      </w:r>
      <w:r>
        <w:rPr>
          <w:rFonts w:ascii="Gadugi" w:hAnsi="Gadugi" w:eastAsia="Gadugi" w:cs="Gadugi"/>
        </w:rPr>
        <w:t>ᎪᎱᏍᏗ</w:t>
      </w:r>
      <w:r>
        <w:rPr>
          <w:rFonts w:ascii="Times New Roman" w:hAnsi="Times New Roman" w:eastAsia="Times New Roman" w:cs="Times New Roman"/>
        </w:rPr>
        <w:t xml:space="preserve"> </w:t>
      </w:r>
      <w:r>
        <w:rPr>
          <w:rFonts w:ascii="Gadugi" w:hAnsi="Gadugi" w:eastAsia="Gadugi" w:cs="Gadugi"/>
        </w:rPr>
        <w:t>ᎯᏁᏤᎢ</w:t>
      </w:r>
      <w:r>
        <w:rPr>
          <w:rFonts w:ascii="Times New Roman" w:hAnsi="Times New Roman" w:eastAsia="Times New Roman" w:cs="Times New Roman"/>
        </w:rPr>
        <w:t xml:space="preserve"> </w:t>
      </w:r>
      <w:r>
        <w:rPr>
          <w:rFonts w:ascii="Gadugi" w:hAnsi="Gadugi" w:eastAsia="Gadugi" w:cs="Gadugi"/>
        </w:rPr>
        <w:t>ᎣᎩᏯᏃᏤᏗᏱ</w:t>
      </w:r>
      <w:r>
        <w:rPr>
          <w:rFonts w:ascii="Times New Roman" w:hAnsi="Times New Roman" w:eastAsia="Times New Roman" w:cs="Times New Roman"/>
        </w:rPr>
        <w:t xml:space="preserve">!’ </w:t>
      </w:r>
      <w:r>
        <w:rPr>
          <w:rFonts w:ascii="Gadugi" w:hAnsi="Gadugi" w:eastAsia="Gadugi" w:cs="Gadugi"/>
        </w:rPr>
        <w:t>ᎠᏂᏤᎵᎮ</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ᎤᎾᏤᎵᎭ</w:t>
      </w:r>
      <w:r>
        <w:rPr>
          <w:rFonts w:ascii="Times New Roman" w:hAnsi="Times New Roman" w:eastAsia="Times New Roman" w:cs="Times New Roman"/>
        </w:rPr>
        <w:t xml:space="preserve"> </w:t>
      </w:r>
      <w:r>
        <w:rPr>
          <w:rFonts w:ascii="Gadugi" w:hAnsi="Gadugi" w:eastAsia="Gadugi" w:cs="Gadugi"/>
        </w:rPr>
        <w:t>ᎠᏂᏍᏛᎾ</w:t>
      </w:r>
      <w:r>
        <w:rPr>
          <w:rFonts w:ascii="Times New Roman" w:hAnsi="Times New Roman" w:eastAsia="Times New Roman" w:cs="Times New Roman"/>
        </w:rPr>
        <w:t xml:space="preserve"> </w:t>
      </w:r>
      <w:r>
        <w:rPr>
          <w:rFonts w:ascii="Gadugi" w:hAnsi="Gadugi" w:eastAsia="Gadugi" w:cs="Gadugi"/>
        </w:rPr>
        <w:t>ᏱᎨᏎ</w:t>
      </w:r>
      <w:r>
        <w:rPr>
          <w:rFonts w:ascii="Times New Roman" w:hAnsi="Times New Roman" w:eastAsia="Times New Roman" w:cs="Times New Roman"/>
        </w:rPr>
        <w:t xml:space="preserve"> </w:t>
      </w:r>
      <w:r>
        <w:rPr>
          <w:rFonts w:ascii="Gadugi" w:hAnsi="Gadugi" w:eastAsia="Gadugi" w:cs="Gadugi"/>
        </w:rPr>
        <w:t>ᎠᏂᏢᏔᏅᏗᏱ</w:t>
      </w:r>
      <w:r>
        <w:rPr>
          <w:rFonts w:ascii="Times New Roman" w:hAnsi="Times New Roman" w:eastAsia="Times New Roman" w:cs="Times New Roman"/>
        </w:rPr>
        <w:t xml:space="preserve">, </w:t>
      </w:r>
      <w:r>
        <w:rPr>
          <w:rFonts w:ascii="Gadugi" w:hAnsi="Gadugi" w:eastAsia="Gadugi" w:cs="Gadugi"/>
        </w:rPr>
        <w:t>ᎤᏅᏒ</w:t>
      </w:r>
      <w:r>
        <w:rPr>
          <w:rFonts w:ascii="Times New Roman" w:hAnsi="Times New Roman" w:eastAsia="Times New Roman" w:cs="Times New Roman"/>
        </w:rPr>
        <w:t xml:space="preserve"> </w:t>
      </w:r>
      <w:r>
        <w:rPr>
          <w:rFonts w:ascii="Gadugi" w:hAnsi="Gadugi" w:eastAsia="Gadugi" w:cs="Gadugi"/>
        </w:rPr>
        <w:t>ᎤᏓᏅᏖᏍᎬ</w:t>
      </w:r>
      <w:r>
        <w:rPr>
          <w:rFonts w:ascii="Times New Roman" w:hAnsi="Times New Roman" w:eastAsia="Times New Roman" w:cs="Times New Roman"/>
        </w:rPr>
        <w:t xml:space="preserve"> </w:t>
      </w:r>
      <w:r>
        <w:rPr>
          <w:rFonts w:ascii="Gadugi" w:hAnsi="Gadugi" w:eastAsia="Gadugi" w:cs="Gadugi"/>
        </w:rPr>
        <w:t>Ꮭ</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ᎠᏂᏃᏁᎸᎾ</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Ꮭ</w:t>
      </w:r>
      <w:r>
        <w:rPr>
          <w:rFonts w:ascii="Times New Roman" w:hAnsi="Times New Roman" w:eastAsia="Times New Roman" w:cs="Times New Roman"/>
        </w:rPr>
        <w:t xml:space="preserve"> </w:t>
      </w:r>
      <w:r>
        <w:rPr>
          <w:rFonts w:ascii="Gadugi" w:hAnsi="Gadugi" w:eastAsia="Gadugi" w:cs="Gadugi"/>
        </w:rPr>
        <w:t>ᎪᎱᏍᏗ</w:t>
      </w:r>
      <w:r>
        <w:rPr>
          <w:rFonts w:ascii="Times New Roman" w:hAnsi="Times New Roman" w:eastAsia="Times New Roman" w:cs="Times New Roman"/>
        </w:rPr>
        <w:t xml:space="preserve"> </w:t>
      </w:r>
      <w:r>
        <w:rPr>
          <w:rFonts w:ascii="Gadugi" w:hAnsi="Gadugi" w:eastAsia="Gadugi" w:cs="Gadugi"/>
        </w:rPr>
        <w:t>ᎤᎾᏁᎸᎾ</w:t>
      </w:r>
      <w:r>
        <w:rPr>
          <w:rFonts w:ascii="Times New Roman" w:hAnsi="Times New Roman" w:eastAsia="Times New Roman" w:cs="Times New Roman"/>
        </w:rPr>
        <w:t xml:space="preserve"> </w:t>
      </w:r>
      <w:r>
        <w:rPr>
          <w:rFonts w:ascii="Gadugi" w:hAnsi="Gadugi" w:eastAsia="Gadugi" w:cs="Gadugi"/>
        </w:rPr>
        <w:t>ᎤᎾᏙᎴᎰᏒᏗᏱ</w:t>
      </w:r>
      <w:r>
        <w:rPr>
          <w:rFonts w:ascii="Times New Roman" w:hAnsi="Times New Roman" w:eastAsia="Times New Roman" w:cs="Times New Roman"/>
        </w:rPr>
        <w:t>.” Manuscript 188, 1905.</w:t>
      </w:r>
    </w:p>
    <w:p>
      <w:pPr>
        <w:pStyle w:val="ArticleBody"/>
        <w:jc w:val="left"/>
      </w:pPr>
      <w:r>
        <w:rPr>
          <w:rFonts w:ascii="Times New Roman" w:hAnsi="Times New Roman" w:eastAsia="Times New Roman" w:cs="Times New Roman"/>
        </w:rPr>
        <w:t>نەشڤیل سەرەوە کەوتنی گۆڵە ئاگرەکان وەکو کێشەی ناوخۆیی ئەوە ناساندنەوەی ئەوەیە کە ئەدڤەنتیزمی حەوتەم‌ڕۆژی لاودیسیا لە پەیامی ئاگادارکردنەوەی نەشڤیل ئاگادار بوو، بەڵام بێدەنگ مایەوە. ئەمە ئەو خاڵەیە لە مێژووی پێشبینی‌دا کە «شەرم» یان «خۆشی»ی پەیامی بانگی نیوەشەوە دەردەکەوێت. ئەمە ئەو خاڵەیە کە ئەوانەی پێویستە ببنە نیشانە دەست پێدەکەن بە بەرزکرانەوە بە جیاوازی لەگەڵ ئەوانەی کە لەو کاتەدا شەرمەزار دەکرێن لەلایەن ئەوانەی لە جیهان‌دان، ئەوانەی کە توڕە و بەهەڵچوونن لەبەر ئەوەی ئەدڤەنتیزمی حەوتەم‌ڕۆژی لاودیسیا هیچ ئاگادارکردنەوەیەکی نەشڤیلی نەدا. هەمان ئەم جیاوازییەی پێشبینی لە شاخی کارمەڵدا نیشان درا لەنێوان ئیلیا و پێغەمبەرانی بەعل، و لە مێژووی فریشتەی دووەم لە مێژووی میلێرایەتی‌دا، کاتێک پرۆتستانتەکان گۆڕان بۆ پرۆتستانتە هەڵگەڕاوەکان و دەستیان کرد بە ڕۆڵی خۆیان وەک پێغەمبەری درۆ، و بوونە کچانی ڕۆمە. لە ساڵی 1989دا، شاخی سیاسی لە ڕێگەی ریگان هەمان شت بە تەواوی کرد، تەنها ریگان نەبووە کچانی ڕۆمە، بەڵکو بووە ئاهاب و کلۆڤیس یەکەم، دڵدارانی ڕۆمە.</w:t>
      </w:r>
    </w:p>
    <w:p>
      <w:pPr>
        <w:pStyle w:val="ArticleScripture"/>
        <w:jc w:val="left"/>
      </w:pPr>
      <w:r>
        <w:rPr>
          <w:rFonts w:ascii="Times New Roman" w:hAnsi="Times New Roman" w:eastAsia="Times New Roman" w:cs="Times New Roman"/>
        </w:rPr>
        <w:t>«Nëmọ̀hụ̀rá m otu ihe nkiri e gosiri m. Ọ bụ n’abalị tupu Ụbọchị Izu-ike. Ọ bụ mgbe ahụ ka e gosiri ihe nkiri ahụ. Elere m anya n’èzí site na windo, ma lee, e nwere nnukwu bọl ọkụ dị ịtụnanya nke si n’eluigwe bịa, ọ daa n’ebe ha na-ewu ụlọ nwere ogidi, ọkachasị ogidi ndị ahụ ka e gosiri m. O wee dị ka a ga-asị na bọl ahụ bịara kpọmkwem n’ụlọ ahụ ma kụrie ya, ha wee hụ na ọ na-ekewa ngalaba, na-ekewa ngalaba, na-ebuwanye ibu, ha wee malite iti mkpu, na-eru uju, na-eru uju, ma na-akwọ aka ha; echere m na ụfọdụ n’ime ndị anyị guzo n’akụkụ ahụ, na-asị, ‘Ọfọn, ọ bụ nnọọ ihe anyị nọ na-atụ anya ya; ọ bụ nnọọ ihe anyị nọ na-ekwu maka ya; ọ bụ nnọọ ihe anyị nọ na-ekwu maka ya.’ ‘Unu maara ya?’ ka ndị ahụ jụrụ. ‘Unu maara ya, ma unu agwaghị anyị banyere ya?’ Echere m na e nwere oke mgbu dị otu a n’ihu ha, oke ihe mgbu dị otu a n’ụdị ha.» Manuscript 152; 1904.</w:t>
      </w:r>
    </w:p>
    <w:p>
      <w:pPr>
        <w:pStyle w:val="ArticleBody"/>
        <w:jc w:val="left"/>
      </w:pPr>
      <w:r>
        <w:rPr>
          <w:rFonts w:ascii="Gadugi" w:hAnsi="Gadugi" w:eastAsia="Gadugi" w:cs="Gadugi"/>
        </w:rPr>
        <w:t>ᎫᎳᏈ</w:t>
      </w:r>
      <w:r>
        <w:rPr>
          <w:rFonts w:ascii="Times New Roman" w:hAnsi="Times New Roman" w:eastAsia="Times New Roman" w:cs="Times New Roman"/>
        </w:rPr>
        <w:t xml:space="preserve"> 18, 2020 </w:t>
      </w:r>
      <w:r>
        <w:rPr>
          <w:rFonts w:ascii="Gadugi" w:hAnsi="Gadugi" w:eastAsia="Gadugi" w:cs="Gadugi"/>
        </w:rPr>
        <w:t>ᎤᏲᎤᏰᎸᎢ</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ᎠᏍᏚᎢ</w:t>
      </w:r>
      <w:r>
        <w:rPr>
          <w:rFonts w:ascii="Times New Roman" w:hAnsi="Times New Roman" w:eastAsia="Times New Roman" w:cs="Times New Roman"/>
        </w:rPr>
        <w:t xml:space="preserve">” </w:t>
      </w:r>
      <w:r>
        <w:rPr>
          <w:rFonts w:ascii="Gadugi" w:hAnsi="Gadugi" w:eastAsia="Gadugi" w:cs="Gadugi"/>
        </w:rPr>
        <w:t>ᎤᏩᏙᎯᏯ</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ᏧᏁᎳ</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ᎤᏓᏌᎧᎾᏍᏗ</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ᎤᏅᏒ</w:t>
      </w:r>
      <w:r>
        <w:rPr>
          <w:rFonts w:ascii="Times New Roman" w:hAnsi="Times New Roman" w:eastAsia="Times New Roman" w:cs="Times New Roman"/>
        </w:rPr>
        <w:t xml:space="preserve"> </w:t>
      </w:r>
      <w:r>
        <w:rPr>
          <w:rFonts w:ascii="Gadugi" w:hAnsi="Gadugi" w:eastAsia="Gadugi" w:cs="Gadugi"/>
        </w:rPr>
        <w:t>ᎦᏓᎭ</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ᏗᏰᎸᏍᏔᏅ</w:t>
      </w:r>
      <w:r>
        <w:rPr>
          <w:rFonts w:ascii="Times New Roman" w:hAnsi="Times New Roman" w:eastAsia="Times New Roman" w:cs="Times New Roman"/>
        </w:rPr>
        <w:t xml:space="preserve"> </w:t>
      </w:r>
      <w:r>
        <w:rPr>
          <w:rFonts w:ascii="Gadugi" w:hAnsi="Gadugi" w:eastAsia="Gadugi" w:cs="Gadugi"/>
        </w:rPr>
        <w:t>ᏗᎦᎴᏯᏍᏗ</w:t>
      </w:r>
      <w:r>
        <w:rPr>
          <w:rFonts w:ascii="Times New Roman" w:hAnsi="Times New Roman" w:eastAsia="Times New Roman" w:cs="Times New Roman"/>
        </w:rPr>
        <w:t xml:space="preserve">. </w:t>
      </w:r>
      <w:r>
        <w:rPr>
          <w:rFonts w:ascii="Gadugi" w:hAnsi="Gadugi" w:eastAsia="Gadugi" w:cs="Gadugi"/>
        </w:rPr>
        <w:t>ᎠᏓᏙᎴᎰᏍᏗ</w:t>
      </w:r>
      <w:r>
        <w:rPr>
          <w:rFonts w:ascii="Times New Roman" w:hAnsi="Times New Roman" w:eastAsia="Times New Roman" w:cs="Times New Roman"/>
        </w:rPr>
        <w:t xml:space="preserve"> </w:t>
      </w:r>
      <w:r>
        <w:rPr>
          <w:rFonts w:ascii="Gadugi" w:hAnsi="Gadugi" w:eastAsia="Gadugi" w:cs="Gadugi"/>
        </w:rPr>
        <w:t>ᎢᎬᏱᏊ</w:t>
      </w:r>
      <w:r>
        <w:rPr>
          <w:rFonts w:ascii="Times New Roman" w:hAnsi="Times New Roman" w:eastAsia="Times New Roman" w:cs="Times New Roman"/>
        </w:rPr>
        <w:t xml:space="preserve"> </w:t>
      </w:r>
      <w:r>
        <w:rPr>
          <w:rFonts w:ascii="Gadugi" w:hAnsi="Gadugi" w:eastAsia="Gadugi" w:cs="Gadugi"/>
        </w:rPr>
        <w:t>ᏔᎵ</w:t>
      </w:r>
      <w:r>
        <w:rPr>
          <w:rFonts w:ascii="Times New Roman" w:hAnsi="Times New Roman" w:eastAsia="Times New Roman" w:cs="Times New Roman"/>
        </w:rPr>
        <w:t xml:space="preserve"> </w:t>
      </w:r>
      <w:r>
        <w:rPr>
          <w:rFonts w:ascii="Gadugi" w:hAnsi="Gadugi" w:eastAsia="Gadugi" w:cs="Gadugi"/>
        </w:rPr>
        <w:t>ᏕᎦᏓᏓᎴᎩ</w:t>
      </w:r>
      <w:r>
        <w:rPr>
          <w:rFonts w:ascii="Times New Roman" w:hAnsi="Times New Roman" w:eastAsia="Times New Roman" w:cs="Times New Roman"/>
        </w:rPr>
        <w:t xml:space="preserve"> </w:t>
      </w:r>
      <w:r>
        <w:rPr>
          <w:rFonts w:ascii="Gadugi" w:hAnsi="Gadugi" w:eastAsia="Gadugi" w:cs="Gadugi"/>
        </w:rPr>
        <w:t>ᎠᏂᎠᏛᏂᏍᏙᏗᏍᎩ</w:t>
      </w:r>
      <w:r>
        <w:rPr>
          <w:rFonts w:ascii="Times New Roman" w:hAnsi="Times New Roman" w:eastAsia="Times New Roman" w:cs="Times New Roman"/>
        </w:rPr>
        <w:t xml:space="preserve"> </w:t>
      </w:r>
      <w:r>
        <w:rPr>
          <w:rFonts w:ascii="Gadugi" w:hAnsi="Gadugi" w:eastAsia="Gadugi" w:cs="Gadugi"/>
        </w:rPr>
        <w:t>ᎤᏣᘏᎢ</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ᎤᏣᘏᎢ</w:t>
      </w:r>
      <w:r>
        <w:rPr>
          <w:rFonts w:ascii="Times New Roman" w:hAnsi="Times New Roman" w:eastAsia="Times New Roman" w:cs="Times New Roman"/>
        </w:rPr>
        <w:t xml:space="preserve"> </w:t>
      </w:r>
      <w:r>
        <w:rPr>
          <w:rFonts w:ascii="Gadugi" w:hAnsi="Gadugi" w:eastAsia="Gadugi" w:cs="Gadugi"/>
        </w:rPr>
        <w:t>ᎠᏯᏙᎯᏍᏗ</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ᎾᏓᏡᎬ</w:t>
      </w:r>
      <w:r>
        <w:rPr>
          <w:rFonts w:ascii="Times New Roman" w:hAnsi="Times New Roman" w:eastAsia="Times New Roman" w:cs="Times New Roman"/>
        </w:rPr>
        <w:t xml:space="preserve"> </w:t>
      </w:r>
      <w:r>
        <w:rPr>
          <w:rFonts w:ascii="Gadugi" w:hAnsi="Gadugi" w:eastAsia="Gadugi" w:cs="Gadugi"/>
        </w:rPr>
        <w:t>ᎢᎬᏱᏊ</w:t>
      </w:r>
      <w:r>
        <w:rPr>
          <w:rFonts w:ascii="Times New Roman" w:hAnsi="Times New Roman" w:eastAsia="Times New Roman" w:cs="Times New Roman"/>
        </w:rPr>
        <w:t xml:space="preserve"> </w:t>
      </w:r>
      <w:r>
        <w:rPr>
          <w:rFonts w:ascii="Gadugi" w:hAnsi="Gadugi" w:eastAsia="Gadugi" w:cs="Gadugi"/>
        </w:rPr>
        <w:t>ᎠᏓᏙᎴᎰᏍᏗ</w:t>
      </w:r>
      <w:r>
        <w:rPr>
          <w:rFonts w:ascii="Times New Roman" w:hAnsi="Times New Roman" w:eastAsia="Times New Roman" w:cs="Times New Roman"/>
        </w:rPr>
        <w:t xml:space="preserve"> </w:t>
      </w:r>
      <w:r>
        <w:rPr>
          <w:rFonts w:ascii="Gadugi" w:hAnsi="Gadugi" w:eastAsia="Gadugi" w:cs="Gadugi"/>
        </w:rPr>
        <w:t>ᎤᏁᎬ</w:t>
      </w:r>
      <w:r>
        <w:rPr>
          <w:rFonts w:ascii="Times New Roman" w:hAnsi="Times New Roman" w:eastAsia="Times New Roman" w:cs="Times New Roman"/>
        </w:rPr>
        <w:t xml:space="preserve"> </w:t>
      </w:r>
      <w:r>
        <w:rPr>
          <w:rFonts w:ascii="Gadugi" w:hAnsi="Gadugi" w:eastAsia="Gadugi" w:cs="Gadugi"/>
        </w:rPr>
        <w:t>ᎤᏣᏘ</w:t>
      </w:r>
      <w:r>
        <w:rPr>
          <w:rFonts w:ascii="Times New Roman" w:hAnsi="Times New Roman" w:eastAsia="Times New Roman" w:cs="Times New Roman"/>
        </w:rPr>
        <w:t xml:space="preserve"> </w:t>
      </w:r>
      <w:r>
        <w:rPr>
          <w:rFonts w:ascii="Gadugi" w:hAnsi="Gadugi" w:eastAsia="Gadugi" w:cs="Gadugi"/>
        </w:rPr>
        <w:t>ᎠᏎᏃ</w:t>
      </w:r>
      <w:r>
        <w:rPr>
          <w:rFonts w:ascii="Times New Roman" w:hAnsi="Times New Roman" w:eastAsia="Times New Roman" w:cs="Times New Roman"/>
        </w:rPr>
        <w:t xml:space="preserve"> </w:t>
      </w:r>
      <w:r>
        <w:rPr>
          <w:rFonts w:ascii="Gadugi" w:hAnsi="Gadugi" w:eastAsia="Gadugi" w:cs="Gadugi"/>
        </w:rPr>
        <w:t>ᏗᎦᏁᎢ</w:t>
      </w:r>
      <w:r>
        <w:rPr>
          <w:rFonts w:ascii="Times New Roman" w:hAnsi="Times New Roman" w:eastAsia="Times New Roman" w:cs="Times New Roman"/>
        </w:rPr>
        <w:t xml:space="preserve">. </w:t>
      </w:r>
      <w:r>
        <w:rPr>
          <w:rFonts w:ascii="Gadugi" w:hAnsi="Gadugi" w:eastAsia="Gadugi" w:cs="Gadugi"/>
        </w:rPr>
        <w:t>ᏤᎵᎹᏯ</w:t>
      </w:r>
      <w:r>
        <w:rPr>
          <w:rFonts w:ascii="Times New Roman" w:hAnsi="Times New Roman" w:eastAsia="Times New Roman" w:cs="Times New Roman"/>
        </w:rPr>
        <w:t xml:space="preserve"> </w:t>
      </w:r>
      <w:r>
        <w:rPr>
          <w:rFonts w:ascii="Gadugi" w:hAnsi="Gadugi" w:eastAsia="Gadugi" w:cs="Gadugi"/>
        </w:rPr>
        <w:t>ᎥᏝ</w:t>
      </w:r>
      <w:r>
        <w:rPr>
          <w:rFonts w:ascii="Times New Roman" w:hAnsi="Times New Roman" w:eastAsia="Times New Roman" w:cs="Times New Roman"/>
        </w:rPr>
        <w:t xml:space="preserve"> </w:t>
      </w:r>
      <w:r>
        <w:rPr>
          <w:rFonts w:ascii="Gadugi" w:hAnsi="Gadugi" w:eastAsia="Gadugi" w:cs="Gadugi"/>
        </w:rPr>
        <w:t>ᎤᏚᎵᏍᎨ</w:t>
      </w:r>
      <w:r>
        <w:rPr>
          <w:rFonts w:ascii="Times New Roman" w:hAnsi="Times New Roman" w:eastAsia="Times New Roman" w:cs="Times New Roman"/>
        </w:rPr>
        <w:t xml:space="preserve"> </w:t>
      </w:r>
      <w:r>
        <w:rPr>
          <w:rFonts w:ascii="Gadugi" w:hAnsi="Gadugi" w:eastAsia="Gadugi" w:cs="Gadugi"/>
        </w:rPr>
        <w:t>ᎤᎵᎪᎯᏳᏗ</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ᎠᏂᏧᏩᏂᏍᎩ</w:t>
      </w:r>
      <w:r>
        <w:rPr>
          <w:rFonts w:ascii="Times New Roman" w:hAnsi="Times New Roman" w:eastAsia="Times New Roman" w:cs="Times New Roman"/>
        </w:rPr>
        <w:t xml:space="preserve"> </w:t>
      </w:r>
      <w:r>
        <w:rPr>
          <w:rFonts w:ascii="Gadugi" w:hAnsi="Gadugi" w:eastAsia="Gadugi" w:cs="Gadugi"/>
        </w:rPr>
        <w:t>ᎠᏂᎳᏫᎩ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ᏍᎻᎵᎾ</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ᏈᎳᏕᎵᏱᎠ</w:t>
      </w:r>
      <w:r>
        <w:rPr>
          <w:rFonts w:ascii="Times New Roman" w:hAnsi="Times New Roman" w:eastAsia="Times New Roman" w:cs="Times New Roman"/>
        </w:rPr>
        <w:t xml:space="preserve"> </w:t>
      </w:r>
      <w:r>
        <w:rPr>
          <w:rFonts w:ascii="Gadugi" w:hAnsi="Gadugi" w:eastAsia="Gadugi" w:cs="Gadugi"/>
        </w:rPr>
        <w:t>ᏧᎾᏍᏆᏂᎪᏗ</w:t>
      </w:r>
      <w:r>
        <w:rPr>
          <w:rFonts w:ascii="Times New Roman" w:hAnsi="Times New Roman" w:eastAsia="Times New Roman" w:cs="Times New Roman"/>
        </w:rPr>
        <w:t xml:space="preserve"> </w:t>
      </w:r>
      <w:r>
        <w:rPr>
          <w:rFonts w:ascii="Gadugi" w:hAnsi="Gadugi" w:eastAsia="Gadugi" w:cs="Gadugi"/>
        </w:rPr>
        <w:t>ᏧᏂᎾᏅᏅᏍᏗ</w:t>
      </w:r>
      <w:r>
        <w:rPr>
          <w:rFonts w:ascii="Times New Roman" w:hAnsi="Times New Roman" w:eastAsia="Times New Roman" w:cs="Times New Roman"/>
        </w:rPr>
        <w:t xml:space="preserve"> </w:t>
      </w:r>
      <w:r>
        <w:rPr>
          <w:rFonts w:ascii="Gadugi" w:hAnsi="Gadugi" w:eastAsia="Gadugi" w:cs="Gadugi"/>
        </w:rPr>
        <w:t>ᎤᎾᏚᎸᏗ</w:t>
      </w:r>
      <w:r>
        <w:rPr>
          <w:rFonts w:ascii="Times New Roman" w:hAnsi="Times New Roman" w:eastAsia="Times New Roman" w:cs="Times New Roman"/>
        </w:rPr>
        <w:t xml:space="preserve"> </w:t>
      </w:r>
      <w:r>
        <w:rPr>
          <w:rFonts w:ascii="Gadugi" w:hAnsi="Gadugi" w:eastAsia="Gadugi" w:cs="Gadugi"/>
        </w:rPr>
        <w:t>ᏗᎨᎳᏍᏗ</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ᏎᏓᏂ</w:t>
      </w:r>
      <w:r>
        <w:rPr>
          <w:rFonts w:ascii="Times New Roman" w:hAnsi="Times New Roman" w:eastAsia="Times New Roman" w:cs="Times New Roman"/>
        </w:rPr>
        <w:t xml:space="preserve"> </w:t>
      </w:r>
      <w:r>
        <w:rPr>
          <w:rFonts w:ascii="Gadugi" w:hAnsi="Gadugi" w:eastAsia="Gadugi" w:cs="Gadugi"/>
        </w:rPr>
        <w:t>ᎤᏓᏁᎸ</w:t>
      </w:r>
      <w:r>
        <w:rPr>
          <w:rFonts w:ascii="Times New Roman" w:hAnsi="Times New Roman" w:eastAsia="Times New Roman" w:cs="Times New Roman"/>
        </w:rPr>
        <w:t xml:space="preserve"> </w:t>
      </w:r>
      <w:r>
        <w:rPr>
          <w:rFonts w:ascii="Gadugi" w:hAnsi="Gadugi" w:eastAsia="Gadugi" w:cs="Gadugi"/>
        </w:rPr>
        <w:t>ᎠᏂᎳᏫᎩ</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ᎤᎾᏗᏔᏍᎨ</w:t>
      </w:r>
      <w:r>
        <w:rPr>
          <w:rFonts w:ascii="Times New Roman" w:hAnsi="Times New Roman" w:eastAsia="Times New Roman" w:cs="Times New Roman"/>
        </w:rPr>
        <w:t xml:space="preserve"> </w:t>
      </w:r>
      <w:r>
        <w:rPr>
          <w:rFonts w:ascii="Gadugi" w:hAnsi="Gadugi" w:eastAsia="Gadugi" w:cs="Gadugi"/>
        </w:rPr>
        <w:t>ᏧᏏ</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ᎠᏎᏃ</w:t>
      </w:r>
      <w:r>
        <w:rPr>
          <w:rFonts w:ascii="Times New Roman" w:hAnsi="Times New Roman" w:eastAsia="Times New Roman" w:cs="Times New Roman"/>
        </w:rPr>
        <w:t xml:space="preserve"> </w:t>
      </w:r>
      <w:r>
        <w:rPr>
          <w:rFonts w:ascii="Gadugi" w:hAnsi="Gadugi" w:eastAsia="Gadugi" w:cs="Gadugi"/>
        </w:rPr>
        <w:t>ᎥᏝ</w:t>
      </w:r>
      <w:r>
        <w:rPr>
          <w:rFonts w:ascii="Times New Roman" w:hAnsi="Times New Roman" w:eastAsia="Times New Roman" w:cs="Times New Roman"/>
        </w:rPr>
        <w:t xml:space="preserve"> </w:t>
      </w:r>
      <w:r>
        <w:rPr>
          <w:rFonts w:ascii="Gadugi" w:hAnsi="Gadugi" w:eastAsia="Gadugi" w:cs="Gadugi"/>
        </w:rPr>
        <w:t>ᏱᎩ</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ᏔᎵ</w:t>
      </w:r>
      <w:r>
        <w:rPr>
          <w:rFonts w:ascii="Times New Roman" w:hAnsi="Times New Roman" w:eastAsia="Times New Roman" w:cs="Times New Roman"/>
        </w:rPr>
        <w:t xml:space="preserve"> </w:t>
      </w:r>
      <w:r>
        <w:rPr>
          <w:rFonts w:ascii="Gadugi" w:hAnsi="Gadugi" w:eastAsia="Gadugi" w:cs="Gadugi"/>
        </w:rPr>
        <w:t>ᏕᎦᏓᏓᎴᎩ</w:t>
      </w:r>
      <w:r>
        <w:rPr>
          <w:rFonts w:ascii="Times New Roman" w:hAnsi="Times New Roman" w:eastAsia="Times New Roman" w:cs="Times New Roman"/>
        </w:rPr>
        <w:t xml:space="preserve"> </w:t>
      </w:r>
      <w:r>
        <w:rPr>
          <w:rFonts w:ascii="Gadugi" w:hAnsi="Gadugi" w:eastAsia="Gadugi" w:cs="Gadugi"/>
        </w:rPr>
        <w:t>ᎠᏂᏁᎢᏍᏗ</w:t>
      </w:r>
      <w:r>
        <w:rPr>
          <w:rFonts w:ascii="Times New Roman" w:hAnsi="Times New Roman" w:eastAsia="Times New Roman" w:cs="Times New Roman"/>
        </w:rPr>
        <w:t xml:space="preserve"> </w:t>
      </w:r>
      <w:r>
        <w:rPr>
          <w:rFonts w:ascii="Gadugi" w:hAnsi="Gadugi" w:eastAsia="Gadugi" w:cs="Gadugi"/>
        </w:rPr>
        <w:t>ᎠᏂᎠᏛᏂᏍᏙᏗᏍᎩ</w:t>
      </w:r>
      <w:r>
        <w:rPr>
          <w:rFonts w:ascii="Times New Roman" w:hAnsi="Times New Roman" w:eastAsia="Times New Roman" w:cs="Times New Roman"/>
        </w:rPr>
        <w:t xml:space="preserve"> </w:t>
      </w:r>
      <w:r>
        <w:rPr>
          <w:rFonts w:ascii="Gadugi" w:hAnsi="Gadugi" w:eastAsia="Gadugi" w:cs="Gadugi"/>
        </w:rPr>
        <w:t>ᎤᏂᏲᎵᏙᎲ</w:t>
      </w:r>
      <w:r>
        <w:rPr>
          <w:rFonts w:ascii="Times New Roman" w:hAnsi="Times New Roman" w:eastAsia="Times New Roman" w:cs="Times New Roman"/>
        </w:rPr>
        <w:t xml:space="preserve"> </w:t>
      </w:r>
      <w:r>
        <w:rPr>
          <w:rFonts w:ascii="Gadugi" w:hAnsi="Gadugi" w:eastAsia="Gadugi" w:cs="Gadugi"/>
        </w:rPr>
        <w:t>ᎤᏃᎯᏳᏒ</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ᎠᏰᎸ</w:t>
      </w:r>
      <w:r>
        <w:rPr>
          <w:rFonts w:ascii="Times New Roman" w:hAnsi="Times New Roman" w:eastAsia="Times New Roman" w:cs="Times New Roman"/>
        </w:rPr>
        <w:t xml:space="preserve"> </w:t>
      </w:r>
      <w:r>
        <w:rPr>
          <w:rFonts w:ascii="Gadugi" w:hAnsi="Gadugi" w:eastAsia="Gadugi" w:cs="Gadugi"/>
        </w:rPr>
        <w:t>ᏗᏂᏍᏕᎸᏙᗗ</w:t>
      </w:r>
      <w:r>
        <w:rPr>
          <w:rFonts w:ascii="Times New Roman" w:hAnsi="Times New Roman" w:eastAsia="Times New Roman" w:cs="Times New Roman"/>
        </w:rPr>
        <w:t xml:space="preserve"> </w:t>
      </w:r>
      <w:r>
        <w:rPr>
          <w:rFonts w:ascii="Gadugi" w:hAnsi="Gadugi" w:eastAsia="Gadugi" w:cs="Gadugi"/>
        </w:rPr>
        <w:t>ᏄᏍᏛ</w:t>
      </w:r>
      <w:r>
        <w:rPr>
          <w:rFonts w:ascii="Times New Roman" w:hAnsi="Times New Roman" w:eastAsia="Times New Roman" w:cs="Times New Roman"/>
        </w:rPr>
        <w:t xml:space="preserve"> </w:t>
      </w:r>
      <w:r>
        <w:rPr>
          <w:rFonts w:ascii="Gadugi" w:hAnsi="Gadugi" w:eastAsia="Gadugi" w:cs="Gadugi"/>
        </w:rPr>
        <w:t>ᎤᏂᏴᏫᏯᏍᏗ</w:t>
      </w:r>
      <w:r>
        <w:rPr>
          <w:rFonts w:ascii="Times New Roman" w:hAnsi="Times New Roman" w:eastAsia="Times New Roman" w:cs="Times New Roman"/>
        </w:rPr>
        <w:t xml:space="preserve"> </w:t>
      </w:r>
      <w:r>
        <w:rPr>
          <w:rFonts w:ascii="Gadugi" w:hAnsi="Gadugi" w:eastAsia="Gadugi" w:cs="Gadugi"/>
        </w:rPr>
        <w:t>ᎪᏪᎵ</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ᎤᏁᎬ</w:t>
      </w:r>
      <w:r>
        <w:rPr>
          <w:rFonts w:ascii="Times New Roman" w:hAnsi="Times New Roman" w:eastAsia="Times New Roman" w:cs="Times New Roman"/>
        </w:rPr>
        <w:t xml:space="preserve"> </w:t>
      </w:r>
      <w:r>
        <w:rPr>
          <w:rFonts w:ascii="Gadugi" w:hAnsi="Gadugi" w:eastAsia="Gadugi" w:cs="Gadugi"/>
        </w:rPr>
        <w:t>ᎤᏲᎯᏳᏒ</w:t>
      </w:r>
      <w:r>
        <w:rPr>
          <w:rFonts w:ascii="Times New Roman" w:hAnsi="Times New Roman" w:eastAsia="Times New Roman" w:cs="Times New Roman"/>
        </w:rPr>
        <w:t xml:space="preserve"> </w:t>
      </w:r>
      <w:r>
        <w:rPr>
          <w:rFonts w:ascii="Gadugi" w:hAnsi="Gadugi" w:eastAsia="Gadugi" w:cs="Gadugi"/>
        </w:rPr>
        <w:t>ᎤᏕᏲᏅᏙᏗ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ᎤᏟ</w:t>
      </w:r>
      <w:r>
        <w:rPr>
          <w:rFonts w:ascii="Times New Roman" w:hAnsi="Times New Roman" w:eastAsia="Times New Roman" w:cs="Times New Roman"/>
        </w:rPr>
        <w:t xml:space="preserve"> </w:t>
      </w:r>
      <w:r>
        <w:rPr>
          <w:rFonts w:ascii="Gadugi" w:hAnsi="Gadugi" w:eastAsia="Gadugi" w:cs="Gadugi"/>
        </w:rPr>
        <w:t>ᎢᎦᎸᎢ</w:t>
      </w:r>
      <w:r>
        <w:rPr>
          <w:rFonts w:ascii="Times New Roman" w:hAnsi="Times New Roman" w:eastAsia="Times New Roman" w:cs="Times New Roman"/>
        </w:rPr>
        <w:t xml:space="preserve"> </w:t>
      </w:r>
      <w:r>
        <w:rPr>
          <w:rFonts w:ascii="Gadugi" w:hAnsi="Gadugi" w:eastAsia="Gadugi" w:cs="Gadugi"/>
        </w:rPr>
        <w:t>ᎠᏰᎸᏅᏙᏗ</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ᏧᏙᎢᏛ</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ᏌᏍᏓ</w:t>
      </w:r>
      <w:r>
        <w:rPr>
          <w:rFonts w:ascii="Times New Roman" w:hAnsi="Times New Roman" w:eastAsia="Times New Roman" w:cs="Times New Roman"/>
        </w:rPr>
        <w:t xml:space="preserve"> </w:t>
      </w:r>
      <w:r>
        <w:rPr>
          <w:rFonts w:ascii="Gadugi" w:hAnsi="Gadugi" w:eastAsia="Gadugi" w:cs="Gadugi"/>
        </w:rPr>
        <w:t>ᏪᎦᏲᎸ</w:t>
      </w:r>
      <w:r>
        <w:rPr>
          <w:rFonts w:ascii="Times New Roman" w:hAnsi="Times New Roman" w:eastAsia="Times New Roman" w:cs="Times New Roman"/>
        </w:rPr>
        <w:t xml:space="preserve"> </w:t>
      </w:r>
      <w:r>
        <w:rPr>
          <w:rFonts w:ascii="Gadugi" w:hAnsi="Gadugi" w:eastAsia="Gadugi" w:cs="Gadugi"/>
        </w:rPr>
        <w:t>ᎠᏎᎭ</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Нэшвилл «Южн әм Афина» сахатыла, уонна Нэшвиллгэ Грецияны саамай биллэрэн көрдөрөр тутул — Centennial Park-ка баар Парфенон, 1897 сыллаахха эрдэҕи грек Парфенонын толору үлэтинэн хатылааһын быһыытынан тутуллубут. Ол Теннесси штата 1796 сыллаахха штат быһыытынан киирбитин сүүрбэ сылын бэлиэтээһин туһугар тутуллубут уонна бырааһынньык кэнниттэн ыһыахтан соң сүтэриллиэхтээх этэ. Ол оннугар, 1903 сыллаахха бу сир паркка кубулуйбут, уонна Парфенон 1920 сылтан 1931 сылга диэри даиман тутуллан саҥаттан терүттэн өрүттэн сыаналанан тутуллубут.</w:t>
      </w:r>
    </w:p>
    <w:p>
      <w:pPr>
        <w:pStyle w:val="ArticleBody"/>
        <w:jc w:val="left"/>
      </w:pPr>
      <w:r>
        <w:rPr>
          <w:rFonts w:ascii="Times New Roman" w:hAnsi="Times New Roman" w:eastAsia="Times New Roman" w:cs="Times New Roman"/>
        </w:rPr>
        <w:t>Парфенон ҳәа зышьҭоу ахьӡ аҵаҵәык алады агрек бызшәа иатәу ажәа parthénos аҟынтәи, «аԥҳәысцәгьа» мамзаргьы «қәыԥш аԥҳәызба» ҳәа иаанагоит; уи Афина дышьақәырӷәӷәо лҟазшьала — аикәыршәра змам, аҟәыӷара злоу, аибашьра иазхьоу анцәаԥҳәыс, аҟәыӷара, астратегиа, аҟазара, анапҟазара, цивилизациа ирыдҳәалоу. Афины иҟоу Акрополь аҟны 447–432 шш. ҳ.а.з. ибжьаркыны иргылаз ари ахыбра, аскульптор Фидий иԥиҵаз Афина лыханҭа дуӡӡа хрисоэлефантинтә (ахьтәыи аԥшьышәи) астаҭуатәы нҵәаханы иҟан — ҵабыргыҵәҟьаны л«ҩны» мамзаргьы ланцәахәатә дынхаларҭа еиԥш аус аузутәыз, лара уа дыҟазаараны ишәнамысуаз.</w:t>
      </w:r>
    </w:p>
    <w:p>
      <w:pPr>
        <w:pStyle w:val="ArticleBody"/>
        <w:jc w:val="left"/>
      </w:pPr>
      <w:r>
        <w:rPr>
          <w:rFonts w:ascii="Times New Roman" w:hAnsi="Times New Roman" w:eastAsia="Times New Roman" w:cs="Times New Roman"/>
        </w:rPr>
        <w:t>ڕاپەڕینی سیستەمی پەروەردەییی ڕۆژئاوا لەسەر زانیاریی فراوان، لێکۆڵینەوەی ڕەخنەیی، ئامادەسازیی هاوڵاتیایەتی، و چوارچێوەی هونەرە ئازادەکان، بە شێوەیەکی بنەڕەتی لە فەلسەفە و پڕاکتیزەی یۆنانی کۆنەوە سەرچاوە دەگرێت. بەبێ ئەکادیمیای ئەفلاتوون، لێسیۆمی ئەریستۆ، یان پایدیای ئاسینی، قوتابخانەی مۆدێرن وەک ئەوەی ئێمە دەیناسین زۆر جیاوازتر دەهاتە دیار.</w:t>
      </w:r>
    </w:p>
    <w:p>
      <w:pPr>
        <w:pStyle w:val="ArticleBody"/>
        <w:jc w:val="left"/>
      </w:pPr>
      <w:r>
        <w:rPr>
          <w:rFonts w:ascii="Nirmala UI" w:hAnsi="Nirmala UI" w:eastAsia="Nirmala UI" w:cs="Nirmala UI"/>
        </w:rPr>
        <w:t>१९०४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म्याडिसन</w:t>
      </w:r>
      <w:r>
        <w:rPr>
          <w:rFonts w:ascii="Times New Roman" w:hAnsi="Times New Roman" w:eastAsia="Times New Roman" w:cs="Times New Roman"/>
        </w:rPr>
        <w:t xml:space="preserve"> </w:t>
      </w:r>
      <w:r>
        <w:rPr>
          <w:rFonts w:ascii="Nirmala UI" w:hAnsi="Nirmala UI" w:eastAsia="Nirmala UI" w:cs="Nirmala UI"/>
        </w:rPr>
        <w:t>स्कूल</w:t>
      </w:r>
      <w:r>
        <w:rPr>
          <w:rFonts w:ascii="Times New Roman" w:hAnsi="Times New Roman" w:eastAsia="Times New Roman" w:cs="Times New Roman"/>
        </w:rPr>
        <w:t xml:space="preserve"> </w:t>
      </w:r>
      <w:r>
        <w:rPr>
          <w:rFonts w:ascii="Nirmala UI" w:hAnsi="Nirmala UI" w:eastAsia="Nirmala UI" w:cs="Nirmala UI"/>
        </w:rPr>
        <w:t>नाशभिलबाट</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माइल</w:t>
      </w:r>
      <w:r>
        <w:rPr>
          <w:rFonts w:ascii="Times New Roman" w:hAnsi="Times New Roman" w:eastAsia="Times New Roman" w:cs="Times New Roman"/>
        </w:rPr>
        <w:t xml:space="preserve"> </w:t>
      </w:r>
      <w:r>
        <w:rPr>
          <w:rFonts w:ascii="Nirmala UI" w:hAnsi="Nirmala UI" w:eastAsia="Nirmala UI" w:cs="Nirmala UI"/>
        </w:rPr>
        <w:t>बाहिर</w:t>
      </w:r>
      <w:r>
        <w:rPr>
          <w:rFonts w:ascii="Times New Roman" w:hAnsi="Times New Roman" w:eastAsia="Times New Roman" w:cs="Times New Roman"/>
        </w:rPr>
        <w:t xml:space="preserve"> </w:t>
      </w:r>
      <w:r>
        <w:rPr>
          <w:rFonts w:ascii="Nirmala UI" w:hAnsi="Nirmala UI" w:eastAsia="Nirmala UI" w:cs="Nirmala UI"/>
        </w:rPr>
        <w:t>स्थापना</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एलेन</w:t>
      </w:r>
      <w:r>
        <w:rPr>
          <w:rFonts w:ascii="Times New Roman" w:hAnsi="Times New Roman" w:eastAsia="Times New Roman" w:cs="Times New Roman"/>
        </w:rPr>
        <w:t xml:space="preserve"> </w:t>
      </w:r>
      <w:r>
        <w:rPr>
          <w:rFonts w:ascii="Nirmala UI" w:hAnsi="Nirmala UI" w:eastAsia="Nirmala UI" w:cs="Nirmala UI"/>
        </w:rPr>
        <w:t>ह्वाइट</w:t>
      </w:r>
      <w:r>
        <w:rPr>
          <w:rFonts w:ascii="Times New Roman" w:hAnsi="Times New Roman" w:eastAsia="Times New Roman" w:cs="Times New Roman"/>
        </w:rPr>
        <w:t xml:space="preserve"> </w:t>
      </w:r>
      <w:r>
        <w:rPr>
          <w:rFonts w:ascii="Nirmala UI" w:hAnsi="Nirmala UI" w:eastAsia="Nirmala UI" w:cs="Nirmala UI"/>
        </w:rPr>
        <w:t>मूल</w:t>
      </w:r>
      <w:r>
        <w:rPr>
          <w:rFonts w:ascii="Times New Roman" w:hAnsi="Times New Roman" w:eastAsia="Times New Roman" w:cs="Times New Roman"/>
        </w:rPr>
        <w:t xml:space="preserve"> </w:t>
      </w:r>
      <w:r>
        <w:rPr>
          <w:rFonts w:ascii="Nirmala UI" w:hAnsi="Nirmala UI" w:eastAsia="Nirmala UI" w:cs="Nirmala UI"/>
        </w:rPr>
        <w:t>म्याडिसन</w:t>
      </w:r>
      <w:r>
        <w:rPr>
          <w:rFonts w:ascii="Times New Roman" w:hAnsi="Times New Roman" w:eastAsia="Times New Roman" w:cs="Times New Roman"/>
        </w:rPr>
        <w:t xml:space="preserve"> </w:t>
      </w:r>
      <w:r>
        <w:rPr>
          <w:rFonts w:ascii="Nirmala UI" w:hAnsi="Nirmala UI" w:eastAsia="Nirmala UI" w:cs="Nirmala UI"/>
        </w:rPr>
        <w:t>स्कूलको</w:t>
      </w:r>
      <w:r>
        <w:rPr>
          <w:rFonts w:ascii="Times New Roman" w:hAnsi="Times New Roman" w:eastAsia="Times New Roman" w:cs="Times New Roman"/>
        </w:rPr>
        <w:t xml:space="preserve"> </w:t>
      </w:r>
      <w:r>
        <w:rPr>
          <w:rFonts w:ascii="Nirmala UI" w:hAnsi="Nirmala UI" w:eastAsia="Nirmala UI" w:cs="Nirmala UI"/>
        </w:rPr>
        <w:t>संस्थापक</w:t>
      </w:r>
      <w:r>
        <w:rPr>
          <w:rFonts w:ascii="Times New Roman" w:hAnsi="Times New Roman" w:eastAsia="Times New Roman" w:cs="Times New Roman"/>
        </w:rPr>
        <w:t xml:space="preserve"> </w:t>
      </w:r>
      <w:r>
        <w:rPr>
          <w:rFonts w:ascii="Nirmala UI" w:hAnsi="Nirmala UI" w:eastAsia="Nirmala UI" w:cs="Nirmala UI"/>
        </w:rPr>
        <w:t>बोर्ड</w:t>
      </w:r>
      <w:r>
        <w:rPr>
          <w:rFonts w:ascii="Times New Roman" w:hAnsi="Times New Roman" w:eastAsia="Times New Roman" w:cs="Times New Roman"/>
        </w:rPr>
        <w:t xml:space="preserve"> </w:t>
      </w:r>
      <w:r>
        <w:rPr>
          <w:rFonts w:ascii="Nirmala UI" w:hAnsi="Nirmala UI" w:eastAsia="Nirmala UI" w:cs="Nirmala UI"/>
        </w:rPr>
        <w:t>सदस्य</w:t>
      </w:r>
      <w:r>
        <w:rPr>
          <w:rFonts w:ascii="Times New Roman" w:hAnsi="Times New Roman" w:eastAsia="Times New Roman" w:cs="Times New Roman"/>
        </w:rPr>
        <w:t xml:space="preserve"> </w:t>
      </w:r>
      <w:r>
        <w:rPr>
          <w:rFonts w:ascii="Nirmala UI" w:hAnsi="Nirmala UI" w:eastAsia="Nirmala UI" w:cs="Nirmala UI"/>
        </w:rPr>
        <w:t>हुनुहुन्थ्यो</w:t>
      </w:r>
      <w:r>
        <w:rPr>
          <w:rFonts w:ascii="Times New Roman" w:hAnsi="Times New Roman" w:eastAsia="Times New Roman" w:cs="Times New Roman"/>
        </w:rPr>
        <w:t xml:space="preserve"> (</w:t>
      </w:r>
      <w:r>
        <w:rPr>
          <w:rFonts w:ascii="Nirmala UI" w:hAnsi="Nirmala UI" w:eastAsia="Nirmala UI" w:cs="Nirmala UI"/>
        </w:rPr>
        <w:t>औपचारिक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नाशभिल</w:t>
      </w:r>
      <w:r>
        <w:rPr>
          <w:rFonts w:ascii="Times New Roman" w:hAnsi="Times New Roman" w:eastAsia="Times New Roman" w:cs="Times New Roman"/>
        </w:rPr>
        <w:t xml:space="preserve"> </w:t>
      </w:r>
      <w:r>
        <w:rPr>
          <w:rFonts w:ascii="Nirmala UI" w:hAnsi="Nirmala UI" w:eastAsia="Nirmala UI" w:cs="Nirmala UI"/>
        </w:rPr>
        <w:t>एग्रिकल्चरल</w:t>
      </w:r>
      <w:r>
        <w:rPr>
          <w:rFonts w:ascii="Times New Roman" w:hAnsi="Times New Roman" w:eastAsia="Times New Roman" w:cs="Times New Roman"/>
        </w:rPr>
        <w:t xml:space="preserve"> </w:t>
      </w:r>
      <w:r>
        <w:rPr>
          <w:rFonts w:ascii="Nirmala UI" w:hAnsi="Nirmala UI" w:eastAsia="Nirmala UI" w:cs="Nirmala UI"/>
        </w:rPr>
        <w:t>एन्ड</w:t>
      </w:r>
      <w:r>
        <w:rPr>
          <w:rFonts w:ascii="Times New Roman" w:hAnsi="Times New Roman" w:eastAsia="Times New Roman" w:cs="Times New Roman"/>
        </w:rPr>
        <w:t xml:space="preserve"> </w:t>
      </w:r>
      <w:r>
        <w:rPr>
          <w:rFonts w:ascii="Nirmala UI" w:hAnsi="Nirmala UI" w:eastAsia="Nirmala UI" w:cs="Nirmala UI"/>
        </w:rPr>
        <w:t>नर्मल</w:t>
      </w:r>
      <w:r>
        <w:rPr>
          <w:rFonts w:ascii="Times New Roman" w:hAnsi="Times New Roman" w:eastAsia="Times New Roman" w:cs="Times New Roman"/>
        </w:rPr>
        <w:t xml:space="preserve"> </w:t>
      </w:r>
      <w:r>
        <w:rPr>
          <w:rFonts w:ascii="Nirmala UI" w:hAnsi="Nirmala UI" w:eastAsia="Nirmala UI" w:cs="Nirmala UI"/>
        </w:rPr>
        <w:t>इन्स्टिट्युट</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पछि</w:t>
      </w:r>
      <w:r>
        <w:rPr>
          <w:rFonts w:ascii="Times New Roman" w:hAnsi="Times New Roman" w:eastAsia="Times New Roman" w:cs="Times New Roman"/>
        </w:rPr>
        <w:t xml:space="preserve"> </w:t>
      </w:r>
      <w:r>
        <w:rPr>
          <w:rFonts w:ascii="Nirmala UI" w:hAnsi="Nirmala UI" w:eastAsia="Nirmala UI" w:cs="Nirmala UI"/>
        </w:rPr>
        <w:t>म्याडिसन</w:t>
      </w:r>
      <w:r>
        <w:rPr>
          <w:rFonts w:ascii="Times New Roman" w:hAnsi="Times New Roman" w:eastAsia="Times New Roman" w:cs="Times New Roman"/>
        </w:rPr>
        <w:t xml:space="preserve"> </w:t>
      </w:r>
      <w:r>
        <w:rPr>
          <w:rFonts w:ascii="Nirmala UI" w:hAnsi="Nirmala UI" w:eastAsia="Nirmala UI" w:cs="Nirmala UI"/>
        </w:rPr>
        <w:t>कलेजको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परिचित</w:t>
      </w:r>
      <w:r>
        <w:rPr>
          <w:rFonts w:ascii="Times New Roman" w:hAnsi="Times New Roman" w:eastAsia="Times New Roman" w:cs="Times New Roman"/>
        </w:rPr>
        <w:t>)</w:t>
      </w:r>
      <w:r>
        <w:rPr>
          <w:rFonts w:ascii="Nirmala UI" w:hAnsi="Nirmala UI" w:eastAsia="Nirmala UI" w:cs="Nirmala UI"/>
        </w:rPr>
        <w:t>।</w:t>
      </w:r>
      <w:r>
        <w:rPr>
          <w:rFonts w:ascii="Times New Roman" w:hAnsi="Times New Roman" w:eastAsia="Times New Roman" w:cs="Times New Roman"/>
        </w:rPr>
        <w:t xml:space="preserve"> </w:t>
      </w:r>
      <w:r>
        <w:rPr>
          <w:rFonts w:ascii="Nirmala UI" w:hAnsi="Nirmala UI" w:eastAsia="Nirmala UI" w:cs="Nirmala UI"/>
        </w:rPr>
        <w:t>उहाँले</w:t>
      </w:r>
      <w:r>
        <w:rPr>
          <w:rFonts w:ascii="Times New Roman" w:hAnsi="Times New Roman" w:eastAsia="Times New Roman" w:cs="Times New Roman"/>
        </w:rPr>
        <w:t xml:space="preserve"> </w:t>
      </w:r>
      <w:r>
        <w:rPr>
          <w:rFonts w:ascii="Nirmala UI" w:hAnsi="Nirmala UI" w:eastAsia="Nirmala UI" w:cs="Nirmala UI"/>
        </w:rPr>
        <w:t>१९०४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यसको</w:t>
      </w:r>
      <w:r>
        <w:rPr>
          <w:rFonts w:ascii="Times New Roman" w:hAnsi="Times New Roman" w:eastAsia="Times New Roman" w:cs="Times New Roman"/>
        </w:rPr>
        <w:t xml:space="preserve"> </w:t>
      </w:r>
      <w:r>
        <w:rPr>
          <w:rFonts w:ascii="Nirmala UI" w:hAnsi="Nirmala UI" w:eastAsia="Nirmala UI" w:cs="Nirmala UI"/>
        </w:rPr>
        <w:t>स्थापना</w:t>
      </w:r>
      <w:r>
        <w:rPr>
          <w:rFonts w:ascii="Times New Roman" w:hAnsi="Times New Roman" w:eastAsia="Times New Roman" w:cs="Times New Roman"/>
        </w:rPr>
        <w:t xml:space="preserve"> </w:t>
      </w:r>
      <w:r>
        <w:rPr>
          <w:rFonts w:ascii="Nirmala UI" w:hAnsi="Nirmala UI" w:eastAsia="Nirmala UI" w:cs="Nirmala UI"/>
        </w:rPr>
        <w:t>भएदेखि</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सञ्चालक</w:t>
      </w:r>
      <w:r>
        <w:rPr>
          <w:rFonts w:ascii="Times New Roman" w:hAnsi="Times New Roman" w:eastAsia="Times New Roman" w:cs="Times New Roman"/>
        </w:rPr>
        <w:t xml:space="preserve"> </w:t>
      </w:r>
      <w:r>
        <w:rPr>
          <w:rFonts w:ascii="Nirmala UI" w:hAnsi="Nirmala UI" w:eastAsia="Nirmala UI" w:cs="Nirmala UI"/>
        </w:rPr>
        <w:t>समितिको</w:t>
      </w:r>
      <w:r>
        <w:rPr>
          <w:rFonts w:ascii="Times New Roman" w:hAnsi="Times New Roman" w:eastAsia="Times New Roman" w:cs="Times New Roman"/>
        </w:rPr>
        <w:t xml:space="preserve"> </w:t>
      </w:r>
      <w:r>
        <w:rPr>
          <w:rFonts w:ascii="Nirmala UI" w:hAnsi="Nirmala UI" w:eastAsia="Nirmala UI" w:cs="Nirmala UI"/>
        </w:rPr>
        <w:t>संस्थापक</w:t>
      </w:r>
      <w:r>
        <w:rPr>
          <w:rFonts w:ascii="Times New Roman" w:hAnsi="Times New Roman" w:eastAsia="Times New Roman" w:cs="Times New Roman"/>
        </w:rPr>
        <w:t xml:space="preserve"> </w:t>
      </w:r>
      <w:r>
        <w:rPr>
          <w:rFonts w:ascii="Nirmala UI" w:hAnsi="Nirmala UI" w:eastAsia="Nirmala UI" w:cs="Nirmala UI"/>
        </w:rPr>
        <w:t>सदस्यका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सेवा</w:t>
      </w:r>
      <w:r>
        <w:rPr>
          <w:rFonts w:ascii="Times New Roman" w:hAnsi="Times New Roman" w:eastAsia="Times New Roman" w:cs="Times New Roman"/>
        </w:rPr>
        <w:t xml:space="preserve"> </w:t>
      </w:r>
      <w:r>
        <w:rPr>
          <w:rFonts w:ascii="Nirmala UI" w:hAnsi="Nirmala UI" w:eastAsia="Nirmala UI" w:cs="Nirmala UI"/>
        </w:rPr>
        <w:t>गर्नुभयो।</w:t>
      </w:r>
      <w:r>
        <w:rPr>
          <w:rFonts w:ascii="Times New Roman" w:hAnsi="Times New Roman" w:eastAsia="Times New Roman" w:cs="Times New Roman"/>
        </w:rPr>
        <w:t xml:space="preserve"> </w:t>
      </w:r>
      <w:r>
        <w:rPr>
          <w:rFonts w:ascii="Nirmala UI" w:hAnsi="Nirmala UI" w:eastAsia="Nirmala UI" w:cs="Nirmala UI"/>
        </w:rPr>
        <w:t>उहाँ</w:t>
      </w:r>
      <w:r>
        <w:rPr>
          <w:rFonts w:ascii="Times New Roman" w:hAnsi="Times New Roman" w:eastAsia="Times New Roman" w:cs="Times New Roman"/>
        </w:rPr>
        <w:t xml:space="preserve"> </w:t>
      </w:r>
      <w:r>
        <w:rPr>
          <w:rFonts w:ascii="Nirmala UI" w:hAnsi="Nirmala UI" w:eastAsia="Nirmala UI" w:cs="Nirmala UI"/>
        </w:rPr>
        <w:t>करिब</w:t>
      </w:r>
      <w:r>
        <w:rPr>
          <w:rFonts w:ascii="Times New Roman" w:hAnsi="Times New Roman" w:eastAsia="Times New Roman" w:cs="Times New Roman"/>
        </w:rPr>
        <w:t xml:space="preserve"> </w:t>
      </w:r>
      <w:r>
        <w:rPr>
          <w:rFonts w:ascii="Nirmala UI" w:hAnsi="Nirmala UI" w:eastAsia="Nirmala UI" w:cs="Nirmala UI"/>
        </w:rPr>
        <w:t>१९१४</w:t>
      </w:r>
      <w:r>
        <w:rPr>
          <w:rFonts w:ascii="Times New Roman" w:hAnsi="Times New Roman" w:eastAsia="Times New Roman" w:cs="Times New Roman"/>
        </w:rPr>
        <w:t xml:space="preserve"> </w:t>
      </w:r>
      <w:r>
        <w:rPr>
          <w:rFonts w:ascii="Nirmala UI" w:hAnsi="Nirmala UI" w:eastAsia="Nirmala UI" w:cs="Nirmala UI"/>
        </w:rPr>
        <w:t>सम्म</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१९१५</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उहाँको</w:t>
      </w:r>
      <w:r>
        <w:rPr>
          <w:rFonts w:ascii="Times New Roman" w:hAnsi="Times New Roman" w:eastAsia="Times New Roman" w:cs="Times New Roman"/>
        </w:rPr>
        <w:t xml:space="preserve"> </w:t>
      </w:r>
      <w:r>
        <w:rPr>
          <w:rFonts w:ascii="Nirmala UI" w:hAnsi="Nirmala UI" w:eastAsia="Nirmala UI" w:cs="Nirmala UI"/>
        </w:rPr>
        <w:t>निधन</w:t>
      </w:r>
      <w:r>
        <w:rPr>
          <w:rFonts w:ascii="Times New Roman" w:hAnsi="Times New Roman" w:eastAsia="Times New Roman" w:cs="Times New Roman"/>
        </w:rPr>
        <w:t xml:space="preserve"> </w:t>
      </w:r>
      <w:r>
        <w:rPr>
          <w:rFonts w:ascii="Nirmala UI" w:hAnsi="Nirmala UI" w:eastAsia="Nirmala UI" w:cs="Nirmala UI"/>
        </w:rPr>
        <w:t>हुनुभन्दा</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वर्षअघि</w:t>
      </w:r>
      <w:r>
        <w:rPr>
          <w:rFonts w:ascii="Times New Roman" w:hAnsi="Times New Roman" w:eastAsia="Times New Roman" w:cs="Times New Roman"/>
        </w:rPr>
        <w:t xml:space="preserve">) </w:t>
      </w:r>
      <w:r>
        <w:rPr>
          <w:rFonts w:ascii="Nirmala UI" w:hAnsi="Nirmala UI" w:eastAsia="Nirmala UI" w:cs="Nirmala UI"/>
        </w:rPr>
        <w:t>बोर्डमा</w:t>
      </w:r>
      <w:r>
        <w:rPr>
          <w:rFonts w:ascii="Times New Roman" w:hAnsi="Times New Roman" w:eastAsia="Times New Roman" w:cs="Times New Roman"/>
        </w:rPr>
        <w:t xml:space="preserve"> </w:t>
      </w:r>
      <w:r>
        <w:rPr>
          <w:rFonts w:ascii="Nirmala UI" w:hAnsi="Nirmala UI" w:eastAsia="Nirmala UI" w:cs="Nirmala UI"/>
        </w:rPr>
        <w:t>रहनुभयो।</w:t>
      </w:r>
    </w:p>
    <w:p>
      <w:pPr>
        <w:pStyle w:val="ArticleBody"/>
        <w:jc w:val="left"/>
      </w:pP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यइकेल</w:t>
      </w:r>
      <w:r>
        <w:rPr>
          <w:rFonts w:ascii="Times New Roman" w:hAnsi="Times New Roman" w:eastAsia="Times New Roman" w:cs="Times New Roman"/>
        </w:rPr>
        <w:t xml:space="preserve"> </w:t>
      </w:r>
      <w:r>
        <w:rPr>
          <w:rFonts w:ascii="Nirmala UI" w:hAnsi="Nirmala UI" w:eastAsia="Nirmala UI" w:cs="Nirmala UI"/>
        </w:rPr>
        <w:t>कॉलेज</w:t>
      </w:r>
      <w:r>
        <w:rPr>
          <w:rFonts w:ascii="Times New Roman" w:hAnsi="Times New Roman" w:eastAsia="Times New Roman" w:cs="Times New Roman"/>
        </w:rPr>
        <w:t xml:space="preserve"> </w:t>
      </w:r>
      <w:r>
        <w:rPr>
          <w:rFonts w:ascii="Nirmala UI" w:hAnsi="Nirmala UI" w:eastAsia="Nirmala UI" w:cs="Nirmala UI"/>
        </w:rPr>
        <w:t>चाहे</w:t>
      </w:r>
      <w:r>
        <w:rPr>
          <w:rFonts w:ascii="Times New Roman" w:hAnsi="Times New Roman" w:eastAsia="Times New Roman" w:cs="Times New Roman"/>
        </w:rPr>
        <w:t xml:space="preserve"> </w:t>
      </w:r>
      <w:r>
        <w:rPr>
          <w:rFonts w:ascii="Nirmala UI" w:hAnsi="Nirmala UI" w:eastAsia="Nirmala UI" w:cs="Nirmala UI"/>
        </w:rPr>
        <w:t>संस्थागत</w:t>
      </w:r>
      <w:r>
        <w:rPr>
          <w:rFonts w:ascii="Times New Roman" w:hAnsi="Times New Roman" w:eastAsia="Times New Roman" w:cs="Times New Roman"/>
        </w:rPr>
        <w:t xml:space="preserve"> </w:t>
      </w:r>
      <w:r>
        <w:rPr>
          <w:rFonts w:ascii="Nirmala UI" w:hAnsi="Nirmala UI" w:eastAsia="Nirmala UI" w:cs="Nirmala UI"/>
        </w:rPr>
        <w:t>बोर्ड</w:t>
      </w:r>
      <w:r>
        <w:rPr>
          <w:rFonts w:ascii="Times New Roman" w:hAnsi="Times New Roman" w:eastAsia="Times New Roman" w:cs="Times New Roman"/>
        </w:rPr>
        <w:t xml:space="preserve"> </w:t>
      </w:r>
      <w:r>
        <w:rPr>
          <w:rFonts w:ascii="Nirmala UI" w:hAnsi="Nirmala UI" w:eastAsia="Nirmala UI" w:cs="Nirmala UI"/>
        </w:rPr>
        <w:t>रहल</w:t>
      </w:r>
      <w:r>
        <w:rPr>
          <w:rFonts w:ascii="Times New Roman" w:hAnsi="Times New Roman" w:eastAsia="Times New Roman" w:cs="Times New Roman"/>
        </w:rPr>
        <w:t xml:space="preserve"> </w:t>
      </w:r>
      <w:r>
        <w:rPr>
          <w:rFonts w:ascii="Nirmala UI" w:hAnsi="Nirmala UI" w:eastAsia="Nirmala UI" w:cs="Nirmala UI"/>
        </w:rPr>
        <w:t>जवन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ऊ</w:t>
      </w:r>
      <w:r>
        <w:rPr>
          <w:rFonts w:ascii="Times New Roman" w:hAnsi="Times New Roman" w:eastAsia="Times New Roman" w:cs="Times New Roman"/>
        </w:rPr>
        <w:t xml:space="preserve"> </w:t>
      </w:r>
      <w:r>
        <w:rPr>
          <w:rFonts w:ascii="Nirmala UI" w:hAnsi="Nirmala UI" w:eastAsia="Nirmala UI" w:cs="Nirmala UI"/>
        </w:rPr>
        <w:t>कबहूँ</w:t>
      </w:r>
      <w:r>
        <w:rPr>
          <w:rFonts w:ascii="Times New Roman" w:hAnsi="Times New Roman" w:eastAsia="Times New Roman" w:cs="Times New Roman"/>
        </w:rPr>
        <w:t xml:space="preserve"> </w:t>
      </w:r>
      <w:r>
        <w:rPr>
          <w:rFonts w:ascii="Nirmala UI" w:hAnsi="Nirmala UI" w:eastAsia="Nirmala UI" w:cs="Nirmala UI"/>
        </w:rPr>
        <w:t>जुड़लें</w:t>
      </w:r>
      <w:r>
        <w:rPr>
          <w:rFonts w:ascii="Times New Roman" w:hAnsi="Times New Roman" w:eastAsia="Times New Roman" w:cs="Times New Roman"/>
        </w:rPr>
        <w:t xml:space="preserve"> </w:t>
      </w:r>
      <w:r>
        <w:rPr>
          <w:rFonts w:ascii="Nirmala UI" w:hAnsi="Nirmala UI" w:eastAsia="Nirmala UI" w:cs="Nirmala UI"/>
        </w:rPr>
        <w:t>चाहे</w:t>
      </w:r>
      <w:r>
        <w:rPr>
          <w:rFonts w:ascii="Times New Roman" w:hAnsi="Times New Roman" w:eastAsia="Times New Roman" w:cs="Times New Roman"/>
        </w:rPr>
        <w:t xml:space="preserve"> </w:t>
      </w:r>
      <w:r>
        <w:rPr>
          <w:rFonts w:ascii="Nirmala UI" w:hAnsi="Nirmala UI" w:eastAsia="Nirmala UI" w:cs="Nirmala UI"/>
        </w:rPr>
        <w:t>सेवा</w:t>
      </w:r>
      <w:r>
        <w:rPr>
          <w:rFonts w:ascii="Times New Roman" w:hAnsi="Times New Roman" w:eastAsia="Times New Roman" w:cs="Times New Roman"/>
        </w:rPr>
        <w:t xml:space="preserve"> </w:t>
      </w:r>
      <w:r>
        <w:rPr>
          <w:rFonts w:ascii="Nirmala UI" w:hAnsi="Nirmala UI" w:eastAsia="Nirmala UI" w:cs="Nirmala UI"/>
        </w:rPr>
        <w:t>देवे</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सहमत</w:t>
      </w:r>
      <w:r>
        <w:rPr>
          <w:rFonts w:ascii="Times New Roman" w:hAnsi="Times New Roman" w:eastAsia="Times New Roman" w:cs="Times New Roman"/>
        </w:rPr>
        <w:t xml:space="preserve"> </w:t>
      </w:r>
      <w:r>
        <w:rPr>
          <w:rFonts w:ascii="Nirmala UI" w:hAnsi="Nirmala UI" w:eastAsia="Nirmala UI" w:cs="Nirmala UI"/>
        </w:rPr>
        <w:t>भइल</w:t>
      </w:r>
      <w:r>
        <w:rPr>
          <w:rFonts w:ascii="Times New Roman" w:hAnsi="Times New Roman" w:eastAsia="Times New Roman" w:cs="Times New Roman"/>
        </w:rPr>
        <w:t xml:space="preserve"> </w:t>
      </w:r>
      <w:r>
        <w:rPr>
          <w:rFonts w:ascii="Nirmala UI" w:hAnsi="Nirmala UI" w:eastAsia="Nirmala UI" w:cs="Nirmala UI"/>
        </w:rPr>
        <w:t>रहली।</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w:t>
      </w:r>
      <w:r>
        <w:rPr>
          <w:rFonts w:ascii="Nirmala UI" w:hAnsi="Nirmala UI" w:eastAsia="Nirmala UI" w:cs="Nirmala UI"/>
        </w:rPr>
        <w:t>बूझ</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ऊ</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एडवेंटिस्ट</w:t>
      </w:r>
      <w:r>
        <w:rPr>
          <w:rFonts w:ascii="Times New Roman" w:hAnsi="Times New Roman" w:eastAsia="Times New Roman" w:cs="Times New Roman"/>
        </w:rPr>
        <w:t xml:space="preserve"> </w:t>
      </w:r>
      <w:r>
        <w:rPr>
          <w:rFonts w:ascii="Nirmala UI" w:hAnsi="Nirmala UI" w:eastAsia="Nirmala UI" w:cs="Nirmala UI"/>
        </w:rPr>
        <w:t>संगठनन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अइसन</w:t>
      </w:r>
      <w:r>
        <w:rPr>
          <w:rFonts w:ascii="Times New Roman" w:hAnsi="Times New Roman" w:eastAsia="Times New Roman" w:cs="Times New Roman"/>
        </w:rPr>
        <w:t xml:space="preserve"> </w:t>
      </w:r>
      <w:r>
        <w:rPr>
          <w:rFonts w:ascii="Nirmala UI" w:hAnsi="Nirmala UI" w:eastAsia="Nirmala UI" w:cs="Nirmala UI"/>
        </w:rPr>
        <w:t>औपचारिक</w:t>
      </w:r>
      <w:r>
        <w:rPr>
          <w:rFonts w:ascii="Times New Roman" w:hAnsi="Times New Roman" w:eastAsia="Times New Roman" w:cs="Times New Roman"/>
        </w:rPr>
        <w:t xml:space="preserve"> </w:t>
      </w:r>
      <w:r>
        <w:rPr>
          <w:rFonts w:ascii="Nirmala UI" w:hAnsi="Nirmala UI" w:eastAsia="Nirmala UI" w:cs="Nirmala UI"/>
        </w:rPr>
        <w:t>पदवन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रखलें</w:t>
      </w:r>
      <w:r>
        <w:rPr>
          <w:rFonts w:ascii="Times New Roman" w:hAnsi="Times New Roman" w:eastAsia="Times New Roman" w:cs="Times New Roman"/>
        </w:rPr>
        <w:t xml:space="preserve">, </w:t>
      </w:r>
      <w:r>
        <w:rPr>
          <w:rFonts w:ascii="Nirmala UI" w:hAnsi="Nirmala UI" w:eastAsia="Nirmala UI" w:cs="Nirmala UI"/>
        </w:rPr>
        <w:t>बाकिर</w:t>
      </w:r>
      <w:r>
        <w:rPr>
          <w:rFonts w:ascii="Times New Roman" w:hAnsi="Times New Roman" w:eastAsia="Times New Roman" w:cs="Times New Roman"/>
        </w:rPr>
        <w:t xml:space="preserve"> </w:t>
      </w:r>
      <w:r>
        <w:rPr>
          <w:rFonts w:ascii="Nirmala UI" w:hAnsi="Nirmala UI" w:eastAsia="Nirmala UI" w:cs="Nirmala UI"/>
        </w:rPr>
        <w:t>मैडिसन</w:t>
      </w:r>
      <w:r>
        <w:rPr>
          <w:rFonts w:ascii="Times New Roman" w:hAnsi="Times New Roman" w:eastAsia="Times New Roman" w:cs="Times New Roman"/>
        </w:rPr>
        <w:t xml:space="preserve"> </w:t>
      </w:r>
      <w:r>
        <w:rPr>
          <w:rFonts w:ascii="Nirmala UI" w:hAnsi="Nirmala UI" w:eastAsia="Nirmala UI" w:cs="Nirmala UI"/>
        </w:rPr>
        <w:t>खातिर</w:t>
      </w:r>
      <w:r>
        <w:rPr>
          <w:rFonts w:ascii="Times New Roman" w:hAnsi="Times New Roman" w:eastAsia="Times New Roman" w:cs="Times New Roman"/>
        </w:rPr>
        <w:t xml:space="preserve"> </w:t>
      </w:r>
      <w:r>
        <w:rPr>
          <w:rFonts w:ascii="Nirmala UI" w:hAnsi="Nirmala UI" w:eastAsia="Nirmala UI" w:cs="Nirmala UI"/>
        </w:rPr>
        <w:t>अपवाद</w:t>
      </w:r>
      <w:r>
        <w:rPr>
          <w:rFonts w:ascii="Times New Roman" w:hAnsi="Times New Roman" w:eastAsia="Times New Roman" w:cs="Times New Roman"/>
        </w:rPr>
        <w:t xml:space="preserve"> </w:t>
      </w:r>
      <w:r>
        <w:rPr>
          <w:rFonts w:ascii="Nirmala UI" w:hAnsi="Nirmala UI" w:eastAsia="Nirmala UI" w:cs="Nirmala UI"/>
        </w:rPr>
        <w:t>कइलें</w:t>
      </w:r>
      <w:r>
        <w:rPr>
          <w:rFonts w:ascii="Times New Roman" w:hAnsi="Times New Roman" w:eastAsia="Times New Roman" w:cs="Times New Roman"/>
        </w:rPr>
        <w:t xml:space="preserve">, </w:t>
      </w:r>
      <w:r>
        <w:rPr>
          <w:rFonts w:ascii="Nirmala UI" w:hAnsi="Nirmala UI" w:eastAsia="Nirmala UI" w:cs="Nirmala UI"/>
        </w:rPr>
        <w:t>काहेकि</w:t>
      </w:r>
      <w:r>
        <w:rPr>
          <w:rFonts w:ascii="Times New Roman" w:hAnsi="Times New Roman" w:eastAsia="Times New Roman" w:cs="Times New Roman"/>
        </w:rPr>
        <w:t xml:space="preserve"> </w:t>
      </w:r>
      <w:r>
        <w:rPr>
          <w:rFonts w:ascii="Nirmala UI" w:hAnsi="Nirmala UI" w:eastAsia="Nirmala UI" w:cs="Nirmala UI"/>
        </w:rPr>
        <w:t>ई</w:t>
      </w:r>
      <w:r>
        <w:rPr>
          <w:rFonts w:ascii="Times New Roman" w:hAnsi="Times New Roman" w:eastAsia="Times New Roman" w:cs="Times New Roman"/>
        </w:rPr>
        <w:t xml:space="preserve"> </w:t>
      </w:r>
      <w:r>
        <w:rPr>
          <w:rFonts w:ascii="Nirmala UI" w:hAnsi="Nirmala UI" w:eastAsia="Nirmala UI" w:cs="Nirmala UI"/>
        </w:rPr>
        <w:t>उनकर</w:t>
      </w:r>
      <w:r>
        <w:rPr>
          <w:rFonts w:ascii="Times New Roman" w:hAnsi="Times New Roman" w:eastAsia="Times New Roman" w:cs="Times New Roman"/>
        </w:rPr>
        <w:t xml:space="preserve"> </w:t>
      </w:r>
      <w:r>
        <w:rPr>
          <w:rFonts w:ascii="Nirmala UI" w:hAnsi="Nirmala UI" w:eastAsia="Nirmala UI" w:cs="Nirmala UI"/>
        </w:rPr>
        <w:t>शैक्षिक</w:t>
      </w:r>
      <w:r>
        <w:rPr>
          <w:rFonts w:ascii="Times New Roman" w:hAnsi="Times New Roman" w:eastAsia="Times New Roman" w:cs="Times New Roman"/>
        </w:rPr>
        <w:t xml:space="preserve"> </w:t>
      </w:r>
      <w:r>
        <w:rPr>
          <w:rFonts w:ascii="Nirmala UI" w:hAnsi="Nirmala UI" w:eastAsia="Nirmala UI" w:cs="Nirmala UI"/>
        </w:rPr>
        <w:t>परामर्श</w:t>
      </w:r>
      <w:r>
        <w:rPr>
          <w:rFonts w:ascii="Times New Roman" w:hAnsi="Times New Roman" w:eastAsia="Times New Roman" w:cs="Times New Roman"/>
        </w:rPr>
        <w:t xml:space="preserve"> </w:t>
      </w:r>
      <w:r>
        <w:rPr>
          <w:rFonts w:ascii="Nirmala UI" w:hAnsi="Nirmala UI" w:eastAsia="Nirmala UI" w:cs="Nirmala UI"/>
        </w:rPr>
        <w:t>सभ</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अनुरूप</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स्वावलंबी</w:t>
      </w:r>
      <w:r>
        <w:rPr>
          <w:rFonts w:ascii="Times New Roman" w:hAnsi="Times New Roman" w:eastAsia="Times New Roman" w:cs="Times New Roman"/>
        </w:rPr>
        <w:t xml:space="preserve">, </w:t>
      </w:r>
      <w:r>
        <w:rPr>
          <w:rFonts w:ascii="Nirmala UI" w:hAnsi="Nirmala UI" w:eastAsia="Nirmala UI" w:cs="Nirmala UI"/>
        </w:rPr>
        <w:t>खेत</w:t>
      </w:r>
      <w:r>
        <w:rPr>
          <w:rFonts w:ascii="Times New Roman" w:hAnsi="Times New Roman" w:eastAsia="Times New Roman" w:cs="Times New Roman"/>
        </w:rPr>
        <w:t>-</w:t>
      </w:r>
      <w:r>
        <w:rPr>
          <w:rFonts w:ascii="Nirmala UI" w:hAnsi="Nirmala UI" w:eastAsia="Nirmala UI" w:cs="Nirmala UI"/>
        </w:rPr>
        <w:t>आधारित</w:t>
      </w:r>
      <w:r>
        <w:rPr>
          <w:rFonts w:ascii="Times New Roman" w:hAnsi="Times New Roman" w:eastAsia="Times New Roman" w:cs="Times New Roman"/>
        </w:rPr>
        <w:t xml:space="preserve">, </w:t>
      </w:r>
      <w:r>
        <w:rPr>
          <w:rFonts w:ascii="Nirmala UI" w:hAnsi="Nirmala UI" w:eastAsia="Nirmala UI" w:cs="Nirmala UI"/>
        </w:rPr>
        <w:t>मिशनरी</w:t>
      </w:r>
      <w:r>
        <w:rPr>
          <w:rFonts w:ascii="Times New Roman" w:hAnsi="Times New Roman" w:eastAsia="Times New Roman" w:cs="Times New Roman"/>
        </w:rPr>
        <w:t>-</w:t>
      </w:r>
      <w:r>
        <w:rPr>
          <w:rFonts w:ascii="Nirmala UI" w:hAnsi="Nirmala UI" w:eastAsia="Nirmala UI" w:cs="Nirmala UI"/>
        </w:rPr>
        <w:t>केंद्रित</w:t>
      </w:r>
      <w:r>
        <w:rPr>
          <w:rFonts w:ascii="Times New Roman" w:hAnsi="Times New Roman" w:eastAsia="Times New Roman" w:cs="Times New Roman"/>
        </w:rPr>
        <w:t xml:space="preserve"> </w:t>
      </w:r>
      <w:r>
        <w:rPr>
          <w:rFonts w:ascii="Nirmala UI" w:hAnsi="Nirmala UI" w:eastAsia="Nirmala UI" w:cs="Nirmala UI"/>
        </w:rPr>
        <w:t>प्रशिक्षण</w:t>
      </w:r>
      <w:r>
        <w:rPr>
          <w:rFonts w:ascii="Times New Roman" w:hAnsi="Times New Roman" w:eastAsia="Times New Roman" w:cs="Times New Roman"/>
        </w:rPr>
        <w:t xml:space="preserve">, </w:t>
      </w:r>
      <w:r>
        <w:rPr>
          <w:rFonts w:ascii="Nirmala UI" w:hAnsi="Nirmala UI" w:eastAsia="Nirmala UI" w:cs="Nirmala UI"/>
        </w:rPr>
        <w:t>जेकरा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बाइबिल</w:t>
      </w:r>
      <w:r>
        <w:rPr>
          <w:rFonts w:ascii="Times New Roman" w:hAnsi="Times New Roman" w:eastAsia="Times New Roman" w:cs="Times New Roman"/>
        </w:rPr>
        <w:t xml:space="preserve">, </w:t>
      </w:r>
      <w:r>
        <w:rPr>
          <w:rFonts w:ascii="Nirmala UI" w:hAnsi="Nirmala UI" w:eastAsia="Nirmala UI" w:cs="Nirmala UI"/>
        </w:rPr>
        <w:t>शारीरिक</w:t>
      </w:r>
      <w:r>
        <w:rPr>
          <w:rFonts w:ascii="Times New Roman" w:hAnsi="Times New Roman" w:eastAsia="Times New Roman" w:cs="Times New Roman"/>
        </w:rPr>
        <w:t xml:space="preserve"> </w:t>
      </w:r>
      <w:r>
        <w:rPr>
          <w:rFonts w:ascii="Nirmala UI" w:hAnsi="Nirmala UI" w:eastAsia="Nirmala UI" w:cs="Nirmala UI"/>
        </w:rPr>
        <w:t>श्रम</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दक्षिण</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ओहिसे</w:t>
      </w:r>
      <w:r>
        <w:rPr>
          <w:rFonts w:ascii="Times New Roman" w:hAnsi="Times New Roman" w:eastAsia="Times New Roman" w:cs="Times New Roman"/>
        </w:rPr>
        <w:t xml:space="preserve"> </w:t>
      </w:r>
      <w:r>
        <w:rPr>
          <w:rFonts w:ascii="Nirmala UI" w:hAnsi="Nirmala UI" w:eastAsia="Nirmala UI" w:cs="Nirmala UI"/>
        </w:rPr>
        <w:t>आगाँ</w:t>
      </w:r>
      <w:r>
        <w:rPr>
          <w:rFonts w:ascii="Times New Roman" w:hAnsi="Times New Roman" w:eastAsia="Times New Roman" w:cs="Times New Roman"/>
        </w:rPr>
        <w:t xml:space="preserve"> </w:t>
      </w:r>
      <w:r>
        <w:rPr>
          <w:rFonts w:ascii="Nirmala UI" w:hAnsi="Nirmala UI" w:eastAsia="Nirmala UI" w:cs="Nirmala UI"/>
        </w:rPr>
        <w:t>सेवा</w:t>
      </w:r>
      <w:r>
        <w:rPr>
          <w:rFonts w:ascii="Times New Roman" w:hAnsi="Times New Roman" w:eastAsia="Times New Roman" w:cs="Times New Roman"/>
        </w:rPr>
        <w:t xml:space="preserve"> </w:t>
      </w:r>
      <w:r>
        <w:rPr>
          <w:rFonts w:ascii="Nirmala UI" w:hAnsi="Nirmala UI" w:eastAsia="Nirmala UI" w:cs="Nirmala UI"/>
        </w:rPr>
        <w:t>खातिर</w:t>
      </w:r>
      <w:r>
        <w:rPr>
          <w:rFonts w:ascii="Times New Roman" w:hAnsi="Times New Roman" w:eastAsia="Times New Roman" w:cs="Times New Roman"/>
        </w:rPr>
        <w:t xml:space="preserve"> </w:t>
      </w:r>
      <w:r>
        <w:rPr>
          <w:rFonts w:ascii="Nirmala UI" w:hAnsi="Nirmala UI" w:eastAsia="Nirmala UI" w:cs="Nirmala UI"/>
        </w:rPr>
        <w:t>व्यवहारिक</w:t>
      </w:r>
      <w:r>
        <w:rPr>
          <w:rFonts w:ascii="Times New Roman" w:hAnsi="Times New Roman" w:eastAsia="Times New Roman" w:cs="Times New Roman"/>
        </w:rPr>
        <w:t xml:space="preserve"> </w:t>
      </w:r>
      <w:r>
        <w:rPr>
          <w:rFonts w:ascii="Nirmala UI" w:hAnsi="Nirmala UI" w:eastAsia="Nirmala UI" w:cs="Nirmala UI"/>
        </w:rPr>
        <w:t>तैयारी</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जोर</w:t>
      </w:r>
      <w:r>
        <w:rPr>
          <w:rFonts w:ascii="Times New Roman" w:hAnsi="Times New Roman" w:eastAsia="Times New Roman" w:cs="Times New Roman"/>
        </w:rPr>
        <w:t xml:space="preserve"> </w:t>
      </w:r>
      <w:r>
        <w:rPr>
          <w:rFonts w:ascii="Nirmala UI" w:hAnsi="Nirmala UI" w:eastAsia="Nirmala UI" w:cs="Nirmala UI"/>
        </w:rPr>
        <w:t>रहल</w:t>
      </w:r>
      <w:r>
        <w:rPr>
          <w:rFonts w:ascii="Times New Roman" w:hAnsi="Times New Roman" w:eastAsia="Times New Roman" w:cs="Times New Roman"/>
        </w:rPr>
        <w:t>)</w:t>
      </w:r>
      <w:r>
        <w:rPr>
          <w:rFonts w:ascii="Nirmala UI" w:hAnsi="Nirmala UI" w:eastAsia="Nirmala UI" w:cs="Nirmala UI"/>
        </w:rPr>
        <w:t>।</w:t>
      </w:r>
      <w:r>
        <w:rPr>
          <w:rFonts w:ascii="Times New Roman" w:hAnsi="Times New Roman" w:eastAsia="Times New Roman" w:cs="Times New Roman"/>
        </w:rPr>
        <w:t xml:space="preserve"> </w:t>
      </w:r>
      <w:r>
        <w:rPr>
          <w:rFonts w:ascii="Nirmala UI" w:hAnsi="Nirmala UI" w:eastAsia="Nirmala UI" w:cs="Nirmala UI"/>
        </w:rPr>
        <w:t>सिस्टर</w:t>
      </w:r>
      <w:r>
        <w:rPr>
          <w:rFonts w:ascii="Times New Roman" w:hAnsi="Times New Roman" w:eastAsia="Times New Roman" w:cs="Times New Roman"/>
        </w:rPr>
        <w:t xml:space="preserve"> </w:t>
      </w:r>
      <w:r>
        <w:rPr>
          <w:rFonts w:ascii="Nirmala UI" w:hAnsi="Nirmala UI" w:eastAsia="Nirmala UI" w:cs="Nirmala UI"/>
        </w:rPr>
        <w:t>व्हाइट</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नाशविल</w:t>
      </w:r>
      <w:r>
        <w:rPr>
          <w:rFonts w:ascii="Times New Roman" w:hAnsi="Times New Roman" w:eastAsia="Times New Roman" w:cs="Times New Roman"/>
        </w:rPr>
        <w:t xml:space="preserve"> </w:t>
      </w:r>
      <w:r>
        <w:rPr>
          <w:rFonts w:ascii="Nirmala UI" w:hAnsi="Nirmala UI" w:eastAsia="Nirmala UI" w:cs="Nirmala UI"/>
        </w:rPr>
        <w:t>संबंधी</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1904 </w:t>
      </w:r>
      <w:r>
        <w:rPr>
          <w:rFonts w:ascii="Nirmala UI" w:hAnsi="Nirmala UI" w:eastAsia="Nirmala UI" w:cs="Nirmala UI"/>
        </w:rPr>
        <w:t>आ</w:t>
      </w:r>
      <w:r>
        <w:rPr>
          <w:rFonts w:ascii="Times New Roman" w:hAnsi="Times New Roman" w:eastAsia="Times New Roman" w:cs="Times New Roman"/>
        </w:rPr>
        <w:t xml:space="preserve"> 1905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आइल</w:t>
      </w:r>
      <w:r>
        <w:rPr>
          <w:rFonts w:ascii="Times New Roman" w:hAnsi="Times New Roman" w:eastAsia="Times New Roman" w:cs="Times New Roman"/>
        </w:rPr>
        <w:t xml:space="preserve">, </w:t>
      </w:r>
      <w:r>
        <w:rPr>
          <w:rFonts w:ascii="Nirmala UI" w:hAnsi="Nirmala UI" w:eastAsia="Nirmala UI" w:cs="Nirmala UI"/>
        </w:rPr>
        <w:t>ठीक</w:t>
      </w:r>
      <w:r>
        <w:rPr>
          <w:rFonts w:ascii="Times New Roman" w:hAnsi="Times New Roman" w:eastAsia="Times New Roman" w:cs="Times New Roman"/>
        </w:rPr>
        <w:t xml:space="preserve"> </w:t>
      </w:r>
      <w:r>
        <w:rPr>
          <w:rFonts w:ascii="Nirmala UI" w:hAnsi="Nirmala UI" w:eastAsia="Nirmala UI" w:cs="Nirmala UI"/>
        </w:rPr>
        <w:t>ओहिसमय</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मैडिसन</w:t>
      </w:r>
      <w:r>
        <w:rPr>
          <w:rFonts w:ascii="Times New Roman" w:hAnsi="Times New Roman" w:eastAsia="Times New Roman" w:cs="Times New Roman"/>
        </w:rPr>
        <w:t xml:space="preserve"> </w:t>
      </w:r>
      <w:r>
        <w:rPr>
          <w:rFonts w:ascii="Nirmala UI" w:hAnsi="Nirmala UI" w:eastAsia="Nirmala UI" w:cs="Nirmala UI"/>
        </w:rPr>
        <w:t>स्कूल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शुरुआत</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पार्थेनॉन</w:t>
      </w:r>
      <w:r>
        <w:rPr>
          <w:rFonts w:ascii="Times New Roman" w:hAnsi="Times New Roman" w:eastAsia="Times New Roman" w:cs="Times New Roman"/>
        </w:rPr>
        <w:t xml:space="preserve"> </w:t>
      </w:r>
      <w:r>
        <w:rPr>
          <w:rFonts w:ascii="Nirmala UI" w:hAnsi="Nirmala UI" w:eastAsia="Nirmala UI" w:cs="Nirmala UI"/>
        </w:rPr>
        <w:t>प्रदर्शनी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बदल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स्थायी</w:t>
      </w:r>
      <w:r>
        <w:rPr>
          <w:rFonts w:ascii="Times New Roman" w:hAnsi="Times New Roman" w:eastAsia="Times New Roman" w:cs="Times New Roman"/>
        </w:rPr>
        <w:t xml:space="preserve"> </w:t>
      </w:r>
      <w:r>
        <w:rPr>
          <w:rFonts w:ascii="Nirmala UI" w:hAnsi="Nirmala UI" w:eastAsia="Nirmala UI" w:cs="Nirmala UI"/>
        </w:rPr>
        <w:t>पार्क</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एगो</w:t>
      </w:r>
      <w:r>
        <w:rPr>
          <w:rFonts w:ascii="Times New Roman" w:hAnsi="Times New Roman" w:eastAsia="Times New Roman" w:cs="Times New Roman"/>
        </w:rPr>
        <w:t xml:space="preserve"> </w:t>
      </w:r>
      <w:r>
        <w:rPr>
          <w:rFonts w:ascii="Nirmala UI" w:hAnsi="Nirmala UI" w:eastAsia="Nirmala UI" w:cs="Nirmala UI"/>
        </w:rPr>
        <w:t>स्थायी</w:t>
      </w:r>
      <w:r>
        <w:rPr>
          <w:rFonts w:ascii="Times New Roman" w:hAnsi="Times New Roman" w:eastAsia="Times New Roman" w:cs="Times New Roman"/>
        </w:rPr>
        <w:t xml:space="preserve"> </w:t>
      </w:r>
      <w:r>
        <w:rPr>
          <w:rFonts w:ascii="Nirmala UI" w:hAnsi="Nirmala UI" w:eastAsia="Nirmala UI" w:cs="Nirmala UI"/>
        </w:rPr>
        <w:t>संरचना</w:t>
      </w:r>
      <w:r>
        <w:rPr>
          <w:rFonts w:ascii="Times New Roman" w:hAnsi="Times New Roman" w:eastAsia="Times New Roman" w:cs="Times New Roman"/>
        </w:rPr>
        <w:t xml:space="preserve"> </w:t>
      </w:r>
      <w:r>
        <w:rPr>
          <w:rFonts w:ascii="Nirmala UI" w:hAnsi="Nirmala UI" w:eastAsia="Nirmala UI" w:cs="Nirmala UI"/>
        </w:rPr>
        <w:t>बनावल</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यूनानी</w:t>
      </w:r>
      <w:r>
        <w:rPr>
          <w:rFonts w:ascii="Times New Roman" w:hAnsi="Times New Roman" w:eastAsia="Times New Roman" w:cs="Times New Roman"/>
        </w:rPr>
        <w:t xml:space="preserve"> </w:t>
      </w:r>
      <w:r>
        <w:rPr>
          <w:rFonts w:ascii="Nirmala UI" w:hAnsi="Nirmala UI" w:eastAsia="Nirmala UI" w:cs="Nirmala UI"/>
        </w:rPr>
        <w:t>शिक्षा</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स्वर्गीय</w:t>
      </w:r>
      <w:r>
        <w:rPr>
          <w:rFonts w:ascii="Times New Roman" w:hAnsi="Times New Roman" w:eastAsia="Times New Roman" w:cs="Times New Roman"/>
        </w:rPr>
        <w:t xml:space="preserve"> </w:t>
      </w:r>
      <w:r>
        <w:rPr>
          <w:rFonts w:ascii="Nirmala UI" w:hAnsi="Nirmala UI" w:eastAsia="Nirmala UI" w:cs="Nirmala UI"/>
        </w:rPr>
        <w:t>शिक्षा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w:t>
      </w:r>
      <w:r>
        <w:rPr>
          <w:rFonts w:ascii="Nirmala UI" w:hAnsi="Nirmala UI" w:eastAsia="Nirmala UI" w:cs="Nirmala UI"/>
        </w:rPr>
        <w:t>दूनों</w:t>
      </w:r>
      <w:r>
        <w:rPr>
          <w:rFonts w:ascii="Times New Roman" w:hAnsi="Times New Roman" w:eastAsia="Times New Roman" w:cs="Times New Roman"/>
        </w:rPr>
        <w:t>—</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छोट</w:t>
      </w:r>
      <w:r>
        <w:rPr>
          <w:rFonts w:ascii="Times New Roman" w:hAnsi="Times New Roman" w:eastAsia="Times New Roman" w:cs="Times New Roman"/>
        </w:rPr>
        <w:t xml:space="preserve"> </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आपन</w:t>
      </w:r>
      <w:r>
        <w:rPr>
          <w:rFonts w:ascii="Times New Roman" w:hAnsi="Times New Roman" w:eastAsia="Times New Roman" w:cs="Times New Roman"/>
        </w:rPr>
        <w:t xml:space="preserve"> </w:t>
      </w:r>
      <w:r>
        <w:rPr>
          <w:rFonts w:ascii="Nirmala UI" w:hAnsi="Nirmala UI" w:eastAsia="Nirmala UI" w:cs="Nirmala UI"/>
        </w:rPr>
        <w:t>आरंभ</w:t>
      </w:r>
      <w:r>
        <w:rPr>
          <w:rFonts w:ascii="Times New Roman" w:hAnsi="Times New Roman" w:eastAsia="Times New Roman" w:cs="Times New Roman"/>
        </w:rPr>
        <w:t xml:space="preserve"> </w:t>
      </w:r>
      <w:r>
        <w:rPr>
          <w:rFonts w:ascii="Nirmala UI" w:hAnsi="Nirmala UI" w:eastAsia="Nirmala UI" w:cs="Nirmala UI"/>
        </w:rPr>
        <w:t>चिन्हित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रहलें</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ई</w:t>
      </w:r>
      <w:r>
        <w:rPr>
          <w:rFonts w:ascii="Times New Roman" w:hAnsi="Times New Roman" w:eastAsia="Times New Roman" w:cs="Times New Roman"/>
        </w:rPr>
        <w:t xml:space="preserve"> </w:t>
      </w:r>
      <w:r>
        <w:rPr>
          <w:rFonts w:ascii="Nirmala UI" w:hAnsi="Nirmala UI" w:eastAsia="Nirmala UI" w:cs="Nirmala UI"/>
        </w:rPr>
        <w:t>उहे</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रहल</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नाशविल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गोला</w:t>
      </w:r>
      <w:r>
        <w:rPr>
          <w:rFonts w:ascii="Times New Roman" w:hAnsi="Times New Roman" w:eastAsia="Times New Roman" w:cs="Times New Roman"/>
        </w:rPr>
        <w:t xml:space="preserve"> </w:t>
      </w:r>
      <w:r>
        <w:rPr>
          <w:rFonts w:ascii="Nirmala UI" w:hAnsi="Nirmala UI" w:eastAsia="Nirmala UI" w:cs="Nirmala UI"/>
        </w:rPr>
        <w:t>संबंधी</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दिहल</w:t>
      </w:r>
      <w:r>
        <w:rPr>
          <w:rFonts w:ascii="Times New Roman" w:hAnsi="Times New Roman" w:eastAsia="Times New Roman" w:cs="Times New Roman"/>
        </w:rPr>
        <w:t xml:space="preserve"> </w:t>
      </w:r>
      <w:r>
        <w:rPr>
          <w:rFonts w:ascii="Nirmala UI" w:hAnsi="Nirmala UI" w:eastAsia="Nirmala UI" w:cs="Nirmala UI"/>
        </w:rPr>
        <w:t>गइल</w:t>
      </w:r>
      <w:r>
        <w:rPr>
          <w:rFonts w:ascii="Times New Roman" w:hAnsi="Times New Roman" w:eastAsia="Times New Roman" w:cs="Times New Roman"/>
        </w:rPr>
        <w:t xml:space="preserve"> </w:t>
      </w:r>
      <w:r>
        <w:rPr>
          <w:rFonts w:ascii="Nirmala UI" w:hAnsi="Nirmala UI" w:eastAsia="Nirmala UI" w:cs="Nirmala UI"/>
        </w:rPr>
        <w:t>रहल।</w:t>
      </w:r>
    </w:p>
    <w:p>
      <w:pPr>
        <w:pStyle w:val="ArticleScripture"/>
        <w:jc w:val="left"/>
      </w:pPr>
      <w:r>
        <w:rPr>
          <w:rFonts w:ascii="Times New Roman" w:hAnsi="Times New Roman" w:eastAsia="Times New Roman" w:cs="Times New Roman"/>
        </w:rPr>
        <w:t>“Jichhami xayäruw nayraqatan uñacht’ayataw utjäna. Janiw kunjamas taqpach uñacht’ayañatx qhisphiyata jikxataskti, ukampis mä juk’a uñacht’ayä.”</w:t>
      </w:r>
    </w:p>
    <w:p>
      <w:pPr>
        <w:pStyle w:val="ArticleScripture"/>
        <w:jc w:val="left"/>
      </w:pPr>
      <w:r>
        <w:rPr>
          <w:rFonts w:ascii="Times New Roman" w:hAnsi="Times New Roman" w:eastAsia="Times New Roman" w:cs="Times New Roman"/>
        </w:rPr>
        <w:t>“يَبْدُو أَنَّ كُرَةً هَائِلَةً مِنَ النَّارِ قَدِ انْحَدَرَتْ عَلَى الْعَالَمِ وَسَحَقَتِ الْبُيُوتَ الْكَبِيرَةَ. وَمِنْ مَكَانٍ إِلَى مَكَانٍ ارْتَفَعَتِ الصَّرْخَةُ: «قَدْ جَاءَ الرَّبُّ! قَدْ جَاءَ الرَّبُّ!» كَانَ كَثِيرُونَ غَيْرَ مُسْتَعِدِّينَ لِلِقَائِهِ، وَلَكِنَّ قِلَّةً كَانُوا يَقُولُونَ: «سَبِّحُوا الرَّبَّ!»”</w:t>
      </w:r>
    </w:p>
    <w:p>
      <w:pPr>
        <w:pStyle w:val="ArticleScripture"/>
        <w:jc w:val="left"/>
      </w:pPr>
      <w:r>
        <w:rPr>
          <w:rFonts w:ascii="Times New Roman" w:hAnsi="Times New Roman" w:eastAsia="Times New Roman" w:cs="Times New Roman"/>
        </w:rPr>
        <w:t>“‘Тәңрини немә үчүн мәдһийиләп жатисиләр?’ дәп сориған еди кенәттин келидиған һалакәт уларниң үстигә кәлгүчиләр.”</w:t>
      </w:r>
    </w:p>
    <w:p>
      <w:pPr>
        <w:pStyle w:val="ArticleScripture"/>
        <w:jc w:val="left"/>
      </w:pPr>
      <w:r>
        <w:rPr>
          <w:rFonts w:ascii="Times New Roman" w:hAnsi="Times New Roman" w:eastAsia="Times New Roman" w:cs="Times New Roman"/>
        </w:rPr>
        <w:t>“‘Təzei im xituyirik kan na, im achalyirik kan khngri hamar.’”</w:t>
      </w:r>
    </w:p>
    <w:p>
      <w:pPr>
        <w:pStyle w:val="ArticleScripture"/>
        <w:jc w:val="left"/>
      </w:pPr>
      <w:r>
        <w:rPr>
          <w:rFonts w:ascii="Times New Roman" w:hAnsi="Times New Roman" w:eastAsia="Times New Roman" w:cs="Times New Roman"/>
        </w:rPr>
        <w:t>“‘An den beden, daß diese Dinge kommen würden, warum habt ihr es uns nicht gesagt?’ war die schreckliche Antwort. ‘Wir wußten nichts von diesen Dingen. Warum habt ihr uns in Unwissenheit gelassen? Immer wieder habt ihr uns gesehen; warum habt ihr euch nicht mit uns bekannt gemacht und uns von dem kommenden Gericht gesagt und davon, daß wir Gott dienen müssen, damit wir nicht umkommen? Nun sind wir verloren!’” Manuskript 102, 1904.</w:t>
      </w:r>
    </w:p>
    <w:p>
      <w:pPr>
        <w:pStyle w:val="ArticleBody"/>
        <w:jc w:val="left"/>
      </w:pPr>
      <w:r>
        <w:rPr>
          <w:rFonts w:ascii="Times New Roman" w:hAnsi="Times New Roman" w:eastAsia="Times New Roman" w:cs="Times New Roman"/>
        </w:rPr>
        <w:t>ناکشلولہ پیغامات دا سیاق جغرافیائی طور تے سچی یا جھوٹی تعلیم دے روحانی منظر وچ رکھیا گیا سی۔ ایہو جیہی تعلیم جو اک جان نوں آسمان یا زمین دے شہری بنن لئی تیار کردی اے۔ سسٹر وائٹ دے ناکشلولہ نظاریاں وچ اسلام دا کوئی حوالہ نہیں، سو پھر ناکشلولہ تے آگ دے گولیاں والے نظارے نال اسلام نوں جوڑن دی کی توجیہ ہوسکدی اے؟ 2020 دے ناکشلولہ پیغام دی تصحیح، جوسیاہ لچ تے سیموئیل سنو دے کم نال کیونکر ہم آہنگ ہوئے گی؟ انہاں دیاں تصحیحاں اس وقت کیتیاں گئیاں جدوں اوہناں نے ایہہ پہچان لیا کہ اوہی ثبوت، جیہڑا پہلی پیش گوئی تک لے گیا سی، اوہی ثبوت سی جس نے درست کیتی گئی پیش گوئی نوں قائم کیتا۔</w:t>
      </w:r>
    </w:p>
    <w:p>
      <w:pPr>
        <w:pStyle w:val="ArticleBody"/>
        <w:jc w:val="left"/>
      </w:pPr>
      <w:r>
        <w:rPr>
          <w:rFonts w:ascii="Times New Roman" w:hAnsi="Times New Roman" w:eastAsia="Times New Roman" w:cs="Times New Roman"/>
        </w:rPr>
        <w:t>Исламын нотолгоо Нэшвиллийн анхааруулгын мэдээтэй холбогдохоосоо аль эрт тогтоогдсон байсан. Исламын мэдээ нь гурав дахь тэнгэрэлчийн мэдээтэй шууд холбогддог. Энэ баримт Библийн хэд хэдэн гэрчээр дүрслэгддэг. Гурав дахь тэнгэрэлчийн анхааруулга нь хойд зүгийн хааны эрх мэдлийн тэмдгийн тухай анхааруулгыг илэрхийлдэг бөгөөд Исламын анхааруулга нь дорно зүгийн хөвгүүдийн анхааруулгаар төлөөлөгдөн дүрслэгддэг.</w:t>
      </w:r>
    </w:p>
    <w:p>
      <w:pPr>
        <w:pStyle w:val="ArticleScripture"/>
        <w:jc w:val="left"/>
      </w:pPr>
      <w:r>
        <w:rPr>
          <w:rFonts w:ascii="Times New Roman" w:hAnsi="Times New Roman" w:eastAsia="Times New Roman" w:cs="Times New Roman"/>
        </w:rPr>
        <w:t>Ñande kuéra pe kuarahyresẽ gotyo ha kuarahyreike yvate gotyogua marandu omyengovia hag̃ua chupe; upévare osẽta pochy eterei reheve ohundi hag̃ua, ha opaite hag̃uáicha omboyke heta tapichápe. Daniel 11:44.</w:t>
      </w:r>
    </w:p>
    <w:p>
      <w:pPr>
        <w:pStyle w:val="ArticleBody"/>
        <w:jc w:val="left"/>
      </w:pPr>
      <w:r>
        <w:rPr>
          <w:rFonts w:ascii="Times New Roman" w:hAnsi="Times New Roman" w:eastAsia="Times New Roman" w:cs="Times New Roman"/>
        </w:rPr>
        <w:t>ئۈچىنچى پەرىشتە يەتتىنچى سۇر ناۋا بېرىشكە باشلىغان ۋاقىتتا، يەنى 1844-يىلى 22-ئۆكتەبىر كۈنى، تارىخ سەھنىسىگە كەلدى. يەتتىنچى سۇر شۇنداقلا ئىسلامنىڭ ئۈچىنچى ۋايىدۇر. 1863-يىلدىكى ئىسيان يەتتىنچى سۇرنىڭ ساداسىنى 9/11غىچە توختىتىپ قويدى؛ شۇ چاغدا ئۈچۈنچى پەرىشتە ۋەھىينامە 18-بابتا تەسۋىرلەنگەندەك تۆۋەنلىدى، نىيۇ-يوركنىڭ بۈيۈك ئىمارەتلىرى خۇدانىڭ قۇدرىتىنىڭ بىر تېگىشى بىلەن يىقىتىلغاندا.</w:t>
      </w:r>
    </w:p>
    <w:p>
      <w:pPr>
        <w:pStyle w:val="ArticleBody"/>
        <w:jc w:val="left"/>
      </w:pPr>
      <w:r>
        <w:rPr>
          <w:rFonts w:ascii="Times New Roman" w:hAnsi="Times New Roman" w:eastAsia="Times New Roman" w:cs="Times New Roman"/>
        </w:rPr>
        <w:t xml:space="preserve">9/11 </w:t>
      </w:r>
      <w:r>
        <w:rPr>
          <w:rFonts w:ascii="Ebrima" w:hAnsi="Ebrima" w:eastAsia="Ebrima" w:cs="Ebrima"/>
        </w:rPr>
        <w:t>ߞߊ߬</w:t>
      </w:r>
      <w:r>
        <w:rPr>
          <w:rFonts w:ascii="Times New Roman" w:hAnsi="Times New Roman" w:eastAsia="Times New Roman" w:cs="Times New Roman"/>
        </w:rPr>
        <w:t xml:space="preserve"> </w:t>
      </w:r>
      <w:r>
        <w:rPr>
          <w:rFonts w:ascii="Ebrima" w:hAnsi="Ebrima" w:eastAsia="Ebrima" w:cs="Ebrima"/>
        </w:rPr>
        <w:t>ߘߌ߫</w:t>
      </w:r>
      <w:r>
        <w:rPr>
          <w:rFonts w:ascii="Times New Roman" w:hAnsi="Times New Roman" w:eastAsia="Times New Roman" w:cs="Times New Roman"/>
        </w:rPr>
        <w:t xml:space="preserve"> </w:t>
      </w:r>
      <w:r>
        <w:rPr>
          <w:rFonts w:ascii="Ebrima" w:hAnsi="Ebrima" w:eastAsia="Ebrima" w:cs="Ebrima"/>
        </w:rPr>
        <w:t>ߕߊ߲߬ߕߊ߫</w:t>
      </w:r>
      <w:r>
        <w:rPr>
          <w:rFonts w:ascii="Times New Roman" w:hAnsi="Times New Roman" w:eastAsia="Times New Roman" w:cs="Times New Roman"/>
        </w:rPr>
        <w:t xml:space="preserve"> </w:t>
      </w:r>
      <w:r>
        <w:rPr>
          <w:rFonts w:ascii="Ebrima" w:hAnsi="Ebrima" w:eastAsia="Ebrima" w:cs="Ebrima"/>
        </w:rPr>
        <w:t>ߟߊ߫</w:t>
      </w:r>
      <w:r>
        <w:rPr>
          <w:rFonts w:ascii="Times New Roman" w:hAnsi="Times New Roman" w:eastAsia="Times New Roman" w:cs="Times New Roman"/>
        </w:rPr>
        <w:t xml:space="preserve"> </w:t>
      </w:r>
      <w:r>
        <w:rPr>
          <w:rFonts w:ascii="Ebrima" w:hAnsi="Ebrima" w:eastAsia="Ebrima" w:cs="Ebrima"/>
        </w:rPr>
        <w:t>ߓߟߏߦߊߟߌ</w:t>
      </w:r>
      <w:r>
        <w:rPr>
          <w:rFonts w:ascii="Times New Roman" w:hAnsi="Times New Roman" w:eastAsia="Times New Roman" w:cs="Times New Roman"/>
        </w:rPr>
        <w:t xml:space="preserve"> </w:t>
      </w:r>
      <w:r>
        <w:rPr>
          <w:rFonts w:ascii="Ebrima" w:hAnsi="Ebrima" w:eastAsia="Ebrima" w:cs="Ebrima"/>
        </w:rPr>
        <w:t>ߞߐ߫</w:t>
      </w:r>
      <w:r>
        <w:rPr>
          <w:rFonts w:ascii="Times New Roman" w:hAnsi="Times New Roman" w:eastAsia="Times New Roman" w:cs="Times New Roman"/>
        </w:rPr>
        <w:t xml:space="preserve"> </w:t>
      </w:r>
      <w:r>
        <w:rPr>
          <w:rFonts w:ascii="Ebrima" w:hAnsi="Ebrima" w:eastAsia="Ebrima" w:cs="Ebrima"/>
        </w:rPr>
        <w:t>ߊߟߐߝߊ</w:t>
      </w:r>
      <w:r>
        <w:rPr>
          <w:rFonts w:ascii="Times New Roman" w:hAnsi="Times New Roman" w:eastAsia="Times New Roman" w:cs="Times New Roman"/>
        </w:rPr>
        <w:t xml:space="preserve"> </w:t>
      </w:r>
      <w:r>
        <w:rPr>
          <w:rFonts w:ascii="Ebrima" w:hAnsi="Ebrima" w:eastAsia="Ebrima" w:cs="Ebrima"/>
        </w:rPr>
        <w:t>ߟߋ߬</w:t>
      </w:r>
      <w:r>
        <w:rPr>
          <w:rFonts w:ascii="Times New Roman" w:hAnsi="Times New Roman" w:eastAsia="Times New Roman" w:cs="Times New Roman"/>
        </w:rPr>
        <w:t xml:space="preserve"> </w:t>
      </w:r>
      <w:r>
        <w:rPr>
          <w:rFonts w:ascii="Ebrima" w:hAnsi="Ebrima" w:eastAsia="Ebrima" w:cs="Ebrima"/>
        </w:rPr>
        <w:t>ߘߌ߫</w:t>
      </w:r>
      <w:r>
        <w:rPr>
          <w:rFonts w:ascii="Times New Roman" w:hAnsi="Times New Roman" w:eastAsia="Times New Roman" w:cs="Times New Roman"/>
        </w:rPr>
        <w:t xml:space="preserve">، </w:t>
      </w:r>
      <w:r>
        <w:rPr>
          <w:rFonts w:ascii="Ebrima" w:hAnsi="Ebrima" w:eastAsia="Ebrima" w:cs="Ebrima"/>
        </w:rPr>
        <w:t>ߏ߬</w:t>
      </w:r>
      <w:r>
        <w:rPr>
          <w:rFonts w:ascii="Times New Roman" w:hAnsi="Times New Roman" w:eastAsia="Times New Roman" w:cs="Times New Roman"/>
        </w:rPr>
        <w:t xml:space="preserve"> </w:t>
      </w:r>
      <w:r>
        <w:rPr>
          <w:rFonts w:ascii="Ebrima" w:hAnsi="Ebrima" w:eastAsia="Ebrima" w:cs="Ebrima"/>
        </w:rPr>
        <w:t>ߟߊߓߊ߲ߣߍ߲</w:t>
      </w:r>
      <w:r>
        <w:rPr>
          <w:rFonts w:ascii="Times New Roman" w:hAnsi="Times New Roman" w:eastAsia="Times New Roman" w:cs="Times New Roman"/>
        </w:rPr>
        <w:t xml:space="preserve"> </w:t>
      </w:r>
      <w:r>
        <w:rPr>
          <w:rFonts w:ascii="Ebrima" w:hAnsi="Ebrima" w:eastAsia="Ebrima" w:cs="Ebrima"/>
        </w:rPr>
        <w:t>ߦߋ߫</w:t>
      </w:r>
      <w:r>
        <w:rPr>
          <w:rFonts w:ascii="Times New Roman" w:hAnsi="Times New Roman" w:eastAsia="Times New Roman" w:cs="Times New Roman"/>
        </w:rPr>
        <w:t xml:space="preserve"> </w:t>
      </w:r>
      <w:r>
        <w:rPr>
          <w:rFonts w:ascii="Ebrima" w:hAnsi="Ebrima" w:eastAsia="Ebrima" w:cs="Ebrima"/>
        </w:rPr>
        <w:t>ߏ߫</w:t>
      </w:r>
      <w:r>
        <w:rPr>
          <w:rFonts w:ascii="Times New Roman" w:hAnsi="Times New Roman" w:eastAsia="Times New Roman" w:cs="Times New Roman"/>
        </w:rPr>
        <w:t xml:space="preserve"> </w:t>
      </w:r>
      <w:r>
        <w:rPr>
          <w:rFonts w:ascii="Ebrima" w:hAnsi="Ebrima" w:eastAsia="Ebrima" w:cs="Ebrima"/>
        </w:rPr>
        <w:t>ߡߊ߬</w:t>
      </w:r>
      <w:r>
        <w:rPr>
          <w:rFonts w:ascii="Times New Roman" w:hAnsi="Times New Roman" w:eastAsia="Times New Roman" w:cs="Times New Roman"/>
        </w:rPr>
        <w:t xml:space="preserve"> </w:t>
      </w:r>
      <w:r>
        <w:rPr>
          <w:rFonts w:ascii="Ebrima" w:hAnsi="Ebrima" w:eastAsia="Ebrima" w:cs="Ebrima"/>
        </w:rPr>
        <w:t>ߓߟߏߦߊߟߌ</w:t>
      </w:r>
      <w:r>
        <w:rPr>
          <w:rFonts w:ascii="Times New Roman" w:hAnsi="Times New Roman" w:eastAsia="Times New Roman" w:cs="Times New Roman"/>
        </w:rPr>
        <w:t xml:space="preserve"> </w:t>
      </w:r>
      <w:r>
        <w:rPr>
          <w:rFonts w:ascii="Ebrima" w:hAnsi="Ebrima" w:eastAsia="Ebrima" w:cs="Ebrima"/>
        </w:rPr>
        <w:t>ߟߊ߫</w:t>
      </w:r>
      <w:r>
        <w:rPr>
          <w:rFonts w:ascii="Times New Roman" w:hAnsi="Times New Roman" w:eastAsia="Times New Roman" w:cs="Times New Roman"/>
        </w:rPr>
        <w:t xml:space="preserve"> </w:t>
      </w:r>
      <w:r>
        <w:rPr>
          <w:rFonts w:ascii="Ebrima" w:hAnsi="Ebrima" w:eastAsia="Ebrima" w:cs="Ebrima"/>
        </w:rPr>
        <w:t>ߏߡߍߦߊ</w:t>
      </w:r>
      <w:r>
        <w:rPr>
          <w:rFonts w:ascii="Times New Roman" w:hAnsi="Times New Roman" w:eastAsia="Times New Roman" w:cs="Times New Roman"/>
        </w:rPr>
        <w:t xml:space="preserve"> </w:t>
      </w:r>
      <w:r>
        <w:rPr>
          <w:rFonts w:ascii="Ebrima" w:hAnsi="Ebrima" w:eastAsia="Ebrima" w:cs="Ebrima"/>
        </w:rPr>
        <w:t>ߟߋ߬</w:t>
      </w:r>
      <w:r>
        <w:rPr>
          <w:rFonts w:ascii="Times New Roman" w:hAnsi="Times New Roman" w:eastAsia="Times New Roman" w:cs="Times New Roman"/>
        </w:rPr>
        <w:t xml:space="preserve"> </w:t>
      </w:r>
      <w:r>
        <w:rPr>
          <w:rFonts w:ascii="Ebrima" w:hAnsi="Ebrima" w:eastAsia="Ebrima" w:cs="Ebrima"/>
        </w:rPr>
        <w:t>ߘߌ߫</w:t>
      </w:r>
      <w:r>
        <w:rPr>
          <w:rFonts w:ascii="Times New Roman" w:hAnsi="Times New Roman" w:eastAsia="Times New Roman" w:cs="Times New Roman"/>
        </w:rPr>
        <w:t xml:space="preserve"> </w:t>
      </w:r>
      <w:r>
        <w:rPr>
          <w:rFonts w:ascii="Ebrima" w:hAnsi="Ebrima" w:eastAsia="Ebrima" w:cs="Ebrima"/>
        </w:rPr>
        <w:t>ߞߏ߫</w:t>
      </w:r>
      <w:r>
        <w:rPr>
          <w:rFonts w:ascii="Times New Roman" w:hAnsi="Times New Roman" w:eastAsia="Times New Roman" w:cs="Times New Roman"/>
        </w:rPr>
        <w:t xml:space="preserve"> </w:t>
      </w:r>
      <w:r>
        <w:rPr>
          <w:rFonts w:ascii="Ebrima" w:hAnsi="Ebrima" w:eastAsia="Ebrima" w:cs="Ebrima"/>
        </w:rPr>
        <w:t>ߡߐ߱</w:t>
      </w:r>
      <w:r>
        <w:rPr>
          <w:rFonts w:ascii="Times New Roman" w:hAnsi="Times New Roman" w:eastAsia="Times New Roman" w:cs="Times New Roman"/>
        </w:rPr>
        <w:t xml:space="preserve"> </w:t>
      </w:r>
      <w:r>
        <w:rPr>
          <w:rFonts w:ascii="Ebrima" w:hAnsi="Ebrima" w:eastAsia="Ebrima" w:cs="Ebrima"/>
        </w:rPr>
        <w:t>ߞߍ߫</w:t>
      </w:r>
      <w:r>
        <w:rPr>
          <w:rFonts w:ascii="Times New Roman" w:hAnsi="Times New Roman" w:eastAsia="Times New Roman" w:cs="Times New Roman"/>
        </w:rPr>
        <w:t xml:space="preserve"> </w:t>
      </w:r>
      <w:r>
        <w:rPr>
          <w:rFonts w:ascii="Ebrima" w:hAnsi="Ebrima" w:eastAsia="Ebrima" w:cs="Ebrima"/>
        </w:rPr>
        <w:t>ߞߘߐߓߍ߬</w:t>
      </w:r>
      <w:r>
        <w:rPr>
          <w:rFonts w:ascii="Times New Roman" w:hAnsi="Times New Roman" w:eastAsia="Times New Roman" w:cs="Times New Roman"/>
        </w:rPr>
        <w:t xml:space="preserve"> </w:t>
      </w:r>
      <w:r>
        <w:rPr>
          <w:rFonts w:ascii="Ebrima" w:hAnsi="Ebrima" w:eastAsia="Ebrima" w:cs="Ebrima"/>
        </w:rPr>
        <w:t>ߥߊ߬</w:t>
      </w:r>
      <w:r>
        <w:rPr>
          <w:rFonts w:ascii="Times New Roman" w:hAnsi="Times New Roman" w:eastAsia="Times New Roman" w:cs="Times New Roman"/>
        </w:rPr>
        <w:t xml:space="preserve"> </w:t>
      </w:r>
      <w:r>
        <w:rPr>
          <w:rFonts w:ascii="Ebrima" w:hAnsi="Ebrima" w:eastAsia="Ebrima" w:cs="Ebrima"/>
        </w:rPr>
        <w:t>ߞߍ߫</w:t>
      </w:r>
      <w:r>
        <w:rPr>
          <w:rFonts w:ascii="Times New Roman" w:hAnsi="Times New Roman" w:eastAsia="Times New Roman" w:cs="Times New Roman"/>
        </w:rPr>
        <w:t xml:space="preserve"> </w:t>
      </w:r>
      <w:r>
        <w:rPr>
          <w:rFonts w:ascii="Ebrima" w:hAnsi="Ebrima" w:eastAsia="Ebrima" w:cs="Ebrima"/>
        </w:rPr>
        <w:t>ߥߎ߯</w:t>
      </w:r>
      <w:r>
        <w:rPr>
          <w:rFonts w:ascii="Times New Roman" w:hAnsi="Times New Roman" w:eastAsia="Times New Roman" w:cs="Times New Roman"/>
        </w:rPr>
        <w:t xml:space="preserve"> </w:t>
      </w:r>
      <w:r>
        <w:rPr>
          <w:rFonts w:ascii="Ebrima" w:hAnsi="Ebrima" w:eastAsia="Ebrima" w:cs="Ebrima"/>
        </w:rPr>
        <w:t>ߣߌ߫</w:t>
      </w:r>
      <w:r>
        <w:rPr>
          <w:rFonts w:ascii="Times New Roman" w:hAnsi="Times New Roman" w:eastAsia="Times New Roman" w:cs="Times New Roman"/>
        </w:rPr>
        <w:t xml:space="preserve"> </w:t>
      </w:r>
      <w:r>
        <w:rPr>
          <w:rFonts w:ascii="Ebrima" w:hAnsi="Ebrima" w:eastAsia="Ebrima" w:cs="Ebrima"/>
        </w:rPr>
        <w:t>ߣߊ߬ߞߎ߲߬ߠߌ߲</w:t>
      </w:r>
      <w:r>
        <w:rPr>
          <w:rFonts w:ascii="Times New Roman" w:hAnsi="Times New Roman" w:eastAsia="Times New Roman" w:cs="Times New Roman"/>
        </w:rPr>
        <w:t xml:space="preserve"> </w:t>
      </w:r>
      <w:r>
        <w:rPr>
          <w:rFonts w:ascii="Ebrima" w:hAnsi="Ebrima" w:eastAsia="Ebrima" w:cs="Ebrima"/>
        </w:rPr>
        <w:t>ߘߐ߫</w:t>
      </w:r>
      <w:r>
        <w:rPr>
          <w:rFonts w:ascii="Times New Roman" w:hAnsi="Times New Roman" w:eastAsia="Times New Roman" w:cs="Times New Roman"/>
        </w:rPr>
        <w:t xml:space="preserve"> </w:t>
      </w:r>
      <w:r>
        <w:rPr>
          <w:rFonts w:ascii="Ebrima" w:hAnsi="Ebrima" w:eastAsia="Ebrima" w:cs="Ebrima"/>
        </w:rPr>
        <w:t>ߕߎ߬ߡߊ߬ߙߌ</w:t>
      </w:r>
      <w:r>
        <w:rPr>
          <w:rFonts w:ascii="Times New Roman" w:hAnsi="Times New Roman" w:eastAsia="Times New Roman" w:cs="Times New Roman"/>
        </w:rPr>
        <w:t xml:space="preserve"> </w:t>
      </w:r>
      <w:r>
        <w:rPr>
          <w:rFonts w:ascii="Ebrima" w:hAnsi="Ebrima" w:eastAsia="Ebrima" w:cs="Ebrima"/>
        </w:rPr>
        <w:t>ߘߐ߫</w:t>
      </w:r>
      <w:r>
        <w:rPr>
          <w:rFonts w:ascii="Times New Roman" w:hAnsi="Times New Roman" w:eastAsia="Times New Roman" w:cs="Times New Roman"/>
        </w:rPr>
        <w:t xml:space="preserve"> </w:t>
      </w:r>
      <w:r>
        <w:rPr>
          <w:rFonts w:ascii="Ebrima" w:hAnsi="Ebrima" w:eastAsia="Ebrima" w:cs="Ebrima"/>
        </w:rPr>
        <w:t>ߛߎߣߎ߲</w:t>
      </w:r>
      <w:r>
        <w:rPr>
          <w:rFonts w:ascii="Times New Roman" w:hAnsi="Times New Roman" w:eastAsia="Times New Roman" w:cs="Times New Roman"/>
        </w:rPr>
        <w:t xml:space="preserve"> </w:t>
      </w:r>
      <w:r>
        <w:rPr>
          <w:rFonts w:ascii="Ebrima" w:hAnsi="Ebrima" w:eastAsia="Ebrima" w:cs="Ebrima"/>
        </w:rPr>
        <w:t>ߓߐ߫</w:t>
      </w:r>
      <w:r>
        <w:rPr>
          <w:rFonts w:ascii="Times New Roman" w:hAnsi="Times New Roman" w:eastAsia="Times New Roman" w:cs="Times New Roman"/>
        </w:rPr>
        <w:t xml:space="preserve"> </w:t>
      </w:r>
      <w:r>
        <w:rPr>
          <w:rFonts w:ascii="Ebrima" w:hAnsi="Ebrima" w:eastAsia="Ebrima" w:cs="Ebrima"/>
        </w:rPr>
        <w:t>ߟߊ߫</w:t>
      </w:r>
      <w:r>
        <w:rPr>
          <w:rFonts w:ascii="Times New Roman" w:hAnsi="Times New Roman" w:eastAsia="Times New Roman" w:cs="Times New Roman"/>
        </w:rPr>
        <w:t xml:space="preserve"> </w:t>
      </w:r>
      <w:r>
        <w:rPr>
          <w:rFonts w:ascii="Ebrima" w:hAnsi="Ebrima" w:eastAsia="Ebrima" w:cs="Ebrima"/>
        </w:rPr>
        <w:t>ߡߍ߲</w:t>
      </w:r>
      <w:r>
        <w:rPr>
          <w:rFonts w:ascii="Times New Roman" w:hAnsi="Times New Roman" w:eastAsia="Times New Roman" w:cs="Times New Roman"/>
        </w:rPr>
        <w:t xml:space="preserve"> </w:t>
      </w:r>
      <w:r>
        <w:rPr>
          <w:rFonts w:ascii="Ebrima" w:hAnsi="Ebrima" w:eastAsia="Ebrima" w:cs="Ebrima"/>
        </w:rPr>
        <w:t>ߦߋ߫</w:t>
      </w:r>
      <w:r>
        <w:rPr>
          <w:rFonts w:ascii="Times New Roman" w:hAnsi="Times New Roman" w:eastAsia="Times New Roman" w:cs="Times New Roman"/>
        </w:rPr>
        <w:t xml:space="preserve"> </w:t>
      </w:r>
      <w:r>
        <w:rPr>
          <w:rFonts w:ascii="Ebrima" w:hAnsi="Ebrima" w:eastAsia="Ebrima" w:cs="Ebrima"/>
        </w:rPr>
        <w:t>ߣߊ߬ߕߐ߬ߟߊ߬</w:t>
      </w:r>
      <w:r>
        <w:rPr>
          <w:rFonts w:ascii="Times New Roman" w:hAnsi="Times New Roman" w:eastAsia="Times New Roman" w:cs="Times New Roman"/>
        </w:rPr>
        <w:t xml:space="preserve"> </w:t>
      </w:r>
      <w:r>
        <w:rPr>
          <w:rFonts w:ascii="Ebrima" w:hAnsi="Ebrima" w:eastAsia="Ebrima" w:cs="Ebrima"/>
        </w:rPr>
        <w:t>ߡߊ߬</w:t>
      </w:r>
      <w:r>
        <w:rPr>
          <w:rFonts w:ascii="Nirmala UI" w:hAnsi="Nirmala UI" w:eastAsia="Nirmala UI" w:cs="Nirmala UI"/>
        </w:rPr>
        <w:t>।</w:t>
      </w:r>
    </w:p>
    <w:p>
      <w:pPr>
        <w:pStyle w:val="ArticleBody"/>
        <w:jc w:val="left"/>
      </w:pPr>
      <w:r>
        <w:rPr>
          <w:rFonts w:ascii="Times New Roman" w:hAnsi="Times New Roman" w:eastAsia="Times New Roman" w:cs="Times New Roman"/>
        </w:rPr>
        <w:t xml:space="preserve">9/11 ꞉ ꞉ ꞉ </w:t>
      </w:r>
      <w:r>
        <w:rPr>
          <w:rFonts w:ascii="Gadugi" w:hAnsi="Gadugi" w:eastAsia="Gadugi" w:cs="Gadugi"/>
        </w:rPr>
        <w:t>ᎠᎵᏍᏕᎸ</w:t>
      </w:r>
      <w:r>
        <w:rPr>
          <w:rFonts w:ascii="Times New Roman" w:hAnsi="Times New Roman" w:eastAsia="Times New Roman" w:cs="Times New Roman"/>
        </w:rPr>
        <w:t xml:space="preserve"> </w:t>
      </w:r>
      <w:r>
        <w:rPr>
          <w:rFonts w:ascii="Gadugi" w:hAnsi="Gadugi" w:eastAsia="Gadugi" w:cs="Gadugi"/>
        </w:rPr>
        <w:t>ᎠᏂᏍᎦᏯ</w:t>
      </w:r>
      <w:r>
        <w:rPr>
          <w:rFonts w:ascii="Times New Roman" w:hAnsi="Times New Roman" w:eastAsia="Times New Roman" w:cs="Times New Roman"/>
        </w:rPr>
        <w:t xml:space="preserve"> </w:t>
      </w:r>
      <w:r>
        <w:rPr>
          <w:rFonts w:ascii="Gadugi" w:hAnsi="Gadugi" w:eastAsia="Gadugi" w:cs="Gadugi"/>
        </w:rPr>
        <w:t>ᎢᎬᏱᏱ</w:t>
      </w:r>
      <w:r>
        <w:rPr>
          <w:rFonts w:ascii="Times New Roman" w:hAnsi="Times New Roman" w:eastAsia="Times New Roman" w:cs="Times New Roman"/>
        </w:rPr>
        <w:t xml:space="preserve"> </w:t>
      </w:r>
      <w:r>
        <w:rPr>
          <w:rFonts w:ascii="Gadugi" w:hAnsi="Gadugi" w:eastAsia="Gadugi" w:cs="Gadugi"/>
        </w:rPr>
        <w:t>ᎤᏓᏅᏙ</w:t>
      </w:r>
      <w:r>
        <w:rPr>
          <w:rFonts w:ascii="Times New Roman" w:hAnsi="Times New Roman" w:eastAsia="Times New Roman" w:cs="Times New Roman"/>
        </w:rPr>
        <w:t xml:space="preserve"> </w:t>
      </w:r>
      <w:r>
        <w:rPr>
          <w:rFonts w:ascii="Gadugi" w:hAnsi="Gadugi" w:eastAsia="Gadugi" w:cs="Gadugi"/>
        </w:rPr>
        <w:t>ᎤᏁᎳᎩ</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ᎤᏓᎾᏛᎢ</w:t>
      </w:r>
      <w:r>
        <w:rPr>
          <w:rFonts w:ascii="Times New Roman" w:hAnsi="Times New Roman" w:eastAsia="Times New Roman" w:cs="Times New Roman"/>
        </w:rPr>
        <w:t xml:space="preserve"> </w:t>
      </w:r>
      <w:r>
        <w:rPr>
          <w:rFonts w:ascii="Gadugi" w:hAnsi="Gadugi" w:eastAsia="Gadugi" w:cs="Gadugi"/>
        </w:rPr>
        <w:t>ᎤᏜᏓᏅᏛ</w:t>
      </w:r>
      <w:r>
        <w:rPr>
          <w:rFonts w:ascii="Times New Roman" w:hAnsi="Times New Roman" w:eastAsia="Times New Roman" w:cs="Times New Roman"/>
        </w:rPr>
        <w:t xml:space="preserve"> </w:t>
      </w:r>
      <w:r>
        <w:rPr>
          <w:rFonts w:ascii="Gadugi" w:hAnsi="Gadugi" w:eastAsia="Gadugi" w:cs="Gadugi"/>
        </w:rPr>
        <w:t>ᎠᎹᏰᏟ</w:t>
      </w:r>
      <w:r>
        <w:rPr>
          <w:rFonts w:ascii="Times New Roman" w:hAnsi="Times New Roman" w:eastAsia="Times New Roman" w:cs="Times New Roman"/>
        </w:rPr>
        <w:t xml:space="preserve"> </w:t>
      </w:r>
      <w:r>
        <w:rPr>
          <w:rFonts w:ascii="Gadugi" w:hAnsi="Gadugi" w:eastAsia="Gadugi" w:cs="Gadugi"/>
        </w:rPr>
        <w:t>ᎤᏕᎵᏛ</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ᎦᏓᎭ</w:t>
      </w:r>
      <w:r>
        <w:rPr>
          <w:rFonts w:ascii="Times New Roman" w:hAnsi="Times New Roman" w:eastAsia="Times New Roman" w:cs="Times New Roman"/>
        </w:rPr>
        <w:t xml:space="preserve"> </w:t>
      </w:r>
      <w:r>
        <w:rPr>
          <w:rFonts w:ascii="Gadugi" w:hAnsi="Gadugi" w:eastAsia="Gadugi" w:cs="Gadugi"/>
        </w:rPr>
        <w:t>ᎠᎹᏰᏟ</w:t>
      </w:r>
      <w:r>
        <w:rPr>
          <w:rFonts w:ascii="Times New Roman" w:hAnsi="Times New Roman" w:eastAsia="Times New Roman" w:cs="Times New Roman"/>
        </w:rPr>
        <w:t xml:space="preserve"> </w:t>
      </w:r>
      <w:r>
        <w:rPr>
          <w:rFonts w:ascii="Gadugi" w:hAnsi="Gadugi" w:eastAsia="Gadugi" w:cs="Gadugi"/>
        </w:rPr>
        <w:t>ᎠᎹᎢ</w:t>
      </w:r>
      <w:r>
        <w:rPr>
          <w:rFonts w:ascii="Times New Roman" w:hAnsi="Times New Roman" w:eastAsia="Times New Roman" w:cs="Times New Roman"/>
        </w:rPr>
        <w:t xml:space="preserve"> </w:t>
      </w:r>
      <w:r>
        <w:rPr>
          <w:rFonts w:ascii="Gadugi" w:hAnsi="Gadugi" w:eastAsia="Gadugi" w:cs="Gadugi"/>
        </w:rPr>
        <w:t>ᏍᏓᏩᏛᎢᏍᏗ</w:t>
      </w:r>
      <w:r>
        <w:rPr>
          <w:rFonts w:ascii="Times New Roman" w:hAnsi="Times New Roman" w:eastAsia="Times New Roman" w:cs="Times New Roman"/>
        </w:rPr>
        <w:t xml:space="preserve"> </w:t>
      </w:r>
      <w:r>
        <w:rPr>
          <w:rFonts w:ascii="Gadugi" w:hAnsi="Gadugi" w:eastAsia="Gadugi" w:cs="Gadugi"/>
        </w:rPr>
        <w:t>ᎤᎵᏍᏆᏛ</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ᎦᎳᏅᏛ</w:t>
      </w:r>
      <w:r>
        <w:rPr>
          <w:rFonts w:ascii="Times New Roman" w:hAnsi="Times New Roman" w:eastAsia="Times New Roman" w:cs="Times New Roman"/>
        </w:rPr>
        <w:t xml:space="preserve"> </w:t>
      </w:r>
      <w:r>
        <w:rPr>
          <w:rFonts w:ascii="Gadugi" w:hAnsi="Gadugi" w:eastAsia="Gadugi" w:cs="Gadugi"/>
        </w:rPr>
        <w:t>ᎤᏓᎾᏛᎢ</w:t>
      </w:r>
      <w:r>
        <w:rPr>
          <w:rFonts w:ascii="Times New Roman" w:hAnsi="Times New Roman" w:eastAsia="Times New Roman" w:cs="Times New Roman"/>
        </w:rPr>
        <w:t xml:space="preserve"> </w:t>
      </w:r>
      <w:r>
        <w:rPr>
          <w:rFonts w:ascii="Gadugi" w:hAnsi="Gadugi" w:eastAsia="Gadugi" w:cs="Gadugi"/>
        </w:rPr>
        <w:t>ᎤᏜᏓᏅᏛ</w:t>
      </w:r>
      <w:r>
        <w:rPr>
          <w:rFonts w:ascii="Times New Roman" w:hAnsi="Times New Roman" w:eastAsia="Times New Roman" w:cs="Times New Roman"/>
        </w:rPr>
        <w:t xml:space="preserve"> </w:t>
      </w:r>
      <w:r>
        <w:rPr>
          <w:rFonts w:ascii="Gadugi" w:hAnsi="Gadugi" w:eastAsia="Gadugi" w:cs="Gadugi"/>
        </w:rPr>
        <w:t>ᎠᎹᏰᏟ</w:t>
      </w:r>
      <w:r>
        <w:rPr>
          <w:rFonts w:ascii="Times New Roman" w:hAnsi="Times New Roman" w:eastAsia="Times New Roman" w:cs="Times New Roman"/>
        </w:rPr>
        <w:t xml:space="preserve"> </w:t>
      </w:r>
      <w:r>
        <w:rPr>
          <w:rFonts w:ascii="Gadugi" w:hAnsi="Gadugi" w:eastAsia="Gadugi" w:cs="Gadugi"/>
        </w:rPr>
        <w:t>ᎤᏕᎵᏛ</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ᎦᏓᎭ</w:t>
      </w:r>
      <w:r>
        <w:rPr>
          <w:rFonts w:ascii="Times New Roman" w:hAnsi="Times New Roman" w:eastAsia="Times New Roman" w:cs="Times New Roman"/>
        </w:rPr>
        <w:t xml:space="preserve"> </w:t>
      </w:r>
      <w:r>
        <w:rPr>
          <w:rFonts w:ascii="Gadugi" w:hAnsi="Gadugi" w:eastAsia="Gadugi" w:cs="Gadugi"/>
        </w:rPr>
        <w:t>ᎤᏕᏒ</w:t>
      </w:r>
      <w:r>
        <w:rPr>
          <w:rFonts w:ascii="Times New Roman" w:hAnsi="Times New Roman" w:eastAsia="Times New Roman" w:cs="Times New Roman"/>
        </w:rPr>
        <w:t xml:space="preserve"> </w:t>
      </w:r>
      <w:r>
        <w:rPr>
          <w:rFonts w:ascii="Gadugi" w:hAnsi="Gadugi" w:eastAsia="Gadugi" w:cs="Gadugi"/>
        </w:rPr>
        <w:t>ᎠᎹᏰᏟ</w:t>
      </w:r>
      <w:r>
        <w:rPr>
          <w:rFonts w:ascii="Times New Roman" w:hAnsi="Times New Roman" w:eastAsia="Times New Roman" w:cs="Times New Roman"/>
        </w:rPr>
        <w:t xml:space="preserve"> </w:t>
      </w:r>
      <w:r>
        <w:rPr>
          <w:rFonts w:ascii="Gadugi" w:hAnsi="Gadugi" w:eastAsia="Gadugi" w:cs="Gadugi"/>
        </w:rPr>
        <w:t>ᎠᎹᎢ</w:t>
      </w:r>
      <w:r>
        <w:rPr>
          <w:rFonts w:ascii="Times New Roman" w:hAnsi="Times New Roman" w:eastAsia="Times New Roman" w:cs="Times New Roman"/>
        </w:rPr>
        <w:t xml:space="preserve"> </w:t>
      </w:r>
      <w:r>
        <w:rPr>
          <w:rFonts w:ascii="Gadugi" w:hAnsi="Gadugi" w:eastAsia="Gadugi" w:cs="Gadugi"/>
        </w:rPr>
        <w:t>ᎦᎵᏍᏆᏗᏍᎪ</w:t>
      </w:r>
      <w:r>
        <w:rPr>
          <w:rFonts w:ascii="Times New Roman" w:hAnsi="Times New Roman" w:eastAsia="Times New Roman" w:cs="Times New Roman"/>
        </w:rPr>
        <w:t xml:space="preserve"> </w:t>
      </w:r>
      <w:r>
        <w:rPr>
          <w:rFonts w:ascii="Gadugi" w:hAnsi="Gadugi" w:eastAsia="Gadugi" w:cs="Gadugi"/>
        </w:rPr>
        <w:t>ᎿᏉ</w:t>
      </w:r>
      <w:r>
        <w:rPr>
          <w:rFonts w:ascii="Times New Roman" w:hAnsi="Times New Roman" w:eastAsia="Times New Roman" w:cs="Times New Roman"/>
        </w:rPr>
        <w:t xml:space="preserve"> </w:t>
      </w:r>
      <w:r>
        <w:rPr>
          <w:rFonts w:ascii="Gadugi" w:hAnsi="Gadugi" w:eastAsia="Gadugi" w:cs="Gadugi"/>
        </w:rPr>
        <w:t>ᎤᎾᏁᎶᏔᏅ</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ᎤᏙᏗ</w:t>
      </w:r>
      <w:r>
        <w:rPr>
          <w:rFonts w:ascii="Times New Roman" w:hAnsi="Times New Roman" w:eastAsia="Times New Roman" w:cs="Times New Roman"/>
        </w:rPr>
        <w:t xml:space="preserve"> </w:t>
      </w:r>
      <w:r>
        <w:rPr>
          <w:rFonts w:ascii="Gadugi" w:hAnsi="Gadugi" w:eastAsia="Gadugi" w:cs="Gadugi"/>
        </w:rPr>
        <w:t>ᎠᎹᏰᏟ</w:t>
      </w:r>
      <w:r>
        <w:rPr>
          <w:rFonts w:ascii="Times New Roman" w:hAnsi="Times New Roman" w:eastAsia="Times New Roman" w:cs="Times New Roman"/>
        </w:rPr>
        <w:t xml:space="preserve"> </w:t>
      </w:r>
      <w:r>
        <w:rPr>
          <w:rFonts w:ascii="Gadugi" w:hAnsi="Gadugi" w:eastAsia="Gadugi" w:cs="Gadugi"/>
        </w:rPr>
        <w:t>ᎠᎹᎢ</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9/11 taytaqa allpa animalpa kawsakkunapa taripaynin qallariyninmi, chaypi republikanokuna protestantekunapas waqrankunatawan yaykusqankupi, chayqa utqaylla hamuq domingo kamachiywan tukukun.</w:t>
      </w:r>
    </w:p>
    <w:p>
      <w:pPr>
        <w:pStyle w:val="ArticleBody"/>
        <w:jc w:val="left"/>
      </w:pPr>
      <w:r>
        <w:rPr>
          <w:rFonts w:ascii="Times New Roman" w:hAnsi="Times New Roman" w:eastAsia="Times New Roman" w:cs="Times New Roman"/>
        </w:rPr>
        <w:t>9/11 chu “Tupã ára ñembosako’ípe” alfa, ha upéva opa pe prueba ojejapóvape Tupã ára pytu’uha rehe.</w:t>
      </w:r>
    </w:p>
    <w:p>
      <w:pPr>
        <w:pStyle w:val="ArticleBody"/>
        <w:jc w:val="left"/>
      </w:pPr>
      <w:r>
        <w:rPr>
          <w:rFonts w:ascii="Times New Roman" w:hAnsi="Times New Roman" w:eastAsia="Times New Roman" w:cs="Times New Roman"/>
        </w:rPr>
        <w:t>9/11, ci vedelimi kʼantʼa tʼaqiñ amuytʼata qalltawipawa, uka qalltaw qalan uñachtʼayata, ukasti tukusiniwa kunapachatï omega pʼiqi qalanakap templo patxaru uchasini ukhaxa.</w:t>
      </w:r>
    </w:p>
    <w:p>
      <w:pPr>
        <w:pStyle w:val="ArticleBody"/>
        <w:jc w:val="left"/>
      </w:pPr>
      <w:r>
        <w:rPr>
          <w:rFonts w:ascii="Times New Roman" w:hAnsi="Times New Roman" w:eastAsia="Times New Roman" w:cs="Times New Roman"/>
        </w:rPr>
        <w:t>9/11 chi Estados Unidospi ma tapichtikaj teiknauitlatzintli tlen expan Revelación 11, itech motlamia ipan tlaltlalolinilistli tlen niman uala ipan ley domingo. Ipan nopa tlaltlalolinilistli, nopa eyi teiknauitlatzintli uitz niman. Nopa itlalnamikilis tlen Nashville fireballs achto elis quema ayamo tzintlamis tiempo de gracia ipan ley domingo, masque in tlanauatilis tlen kintlajtlakolmacaj nopa Laodicean Adventists tlen kijtoaj: “Axa ya topolijtoke.”</w:t>
      </w:r>
    </w:p>
    <w:p>
      <w:pPr>
        <w:pStyle w:val="ArticleBody"/>
        <w:jc w:val="left"/>
      </w:pPr>
      <w:r>
        <w:rPr>
          <w:rFonts w:ascii="Nirmala UI" w:hAnsi="Nirmala UI" w:eastAsia="Nirmala UI" w:cs="Nirmala UI"/>
        </w:rPr>
        <w:t>ୟୋଏଲଙ୍କ</w:t>
      </w:r>
      <w:r>
        <w:rPr>
          <w:rFonts w:ascii="Times New Roman" w:hAnsi="Times New Roman" w:eastAsia="Times New Roman" w:cs="Times New Roman"/>
        </w:rPr>
        <w:t xml:space="preserve"> </w:t>
      </w:r>
      <w:r>
        <w:rPr>
          <w:rFonts w:ascii="Nirmala UI" w:hAnsi="Nirmala UI" w:eastAsia="Nirmala UI" w:cs="Nirmala UI"/>
        </w:rPr>
        <w:t>ପୁସ୍ତକ</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ପେନ୍ତେକୋଷ୍ଟରେ</w:t>
      </w:r>
      <w:r>
        <w:rPr>
          <w:rFonts w:ascii="Times New Roman" w:hAnsi="Times New Roman" w:eastAsia="Times New Roman" w:cs="Times New Roman"/>
        </w:rPr>
        <w:t xml:space="preserve"> </w:t>
      </w:r>
      <w:r>
        <w:rPr>
          <w:rFonts w:ascii="Nirmala UI" w:hAnsi="Nirmala UI" w:eastAsia="Nirmala UI" w:cs="Nirmala UI"/>
        </w:rPr>
        <w:t>ତାହାର</w:t>
      </w:r>
      <w:r>
        <w:rPr>
          <w:rFonts w:ascii="Times New Roman" w:hAnsi="Times New Roman" w:eastAsia="Times New Roman" w:cs="Times New Roman"/>
        </w:rPr>
        <w:t xml:space="preserve"> </w:t>
      </w:r>
      <w:r>
        <w:rPr>
          <w:rFonts w:ascii="Nirmala UI" w:hAnsi="Nirmala UI" w:eastAsia="Nirmala UI" w:cs="Nirmala UI"/>
        </w:rPr>
        <w:t>ପୂରଣ</w:t>
      </w:r>
      <w:r>
        <w:rPr>
          <w:rFonts w:ascii="Times New Roman" w:hAnsi="Times New Roman" w:eastAsia="Times New Roman" w:cs="Times New Roman"/>
        </w:rPr>
        <w:t xml:space="preserve">, </w:t>
      </w:r>
      <w:r>
        <w:rPr>
          <w:rFonts w:ascii="Nirmala UI" w:hAnsi="Nirmala UI" w:eastAsia="Nirmala UI" w:cs="Nirmala UI"/>
        </w:rPr>
        <w:t>ମିଡନାଇଟ୍</w:t>
      </w:r>
      <w:r>
        <w:rPr>
          <w:rFonts w:ascii="Times New Roman" w:hAnsi="Times New Roman" w:eastAsia="Times New Roman" w:cs="Times New Roman"/>
        </w:rPr>
        <w:t xml:space="preserve"> </w:t>
      </w:r>
      <w:r>
        <w:rPr>
          <w:rFonts w:ascii="Nirmala UI" w:hAnsi="Nirmala UI" w:eastAsia="Nirmala UI" w:cs="Nirmala UI"/>
        </w:rPr>
        <w:t>କ୍ରାଇର</w:t>
      </w:r>
      <w:r>
        <w:rPr>
          <w:rFonts w:ascii="Times New Roman" w:hAnsi="Times New Roman" w:eastAsia="Times New Roman" w:cs="Times New Roman"/>
        </w:rPr>
        <w:t xml:space="preserve"> </w:t>
      </w:r>
      <w:r>
        <w:rPr>
          <w:rFonts w:ascii="Nirmala UI" w:hAnsi="Nirmala UI" w:eastAsia="Nirmala UI" w:cs="Nirmala UI"/>
        </w:rPr>
        <w:t>ସନ୍ଦେଶକୁ</w:t>
      </w:r>
      <w:r>
        <w:rPr>
          <w:rFonts w:ascii="Times New Roman" w:hAnsi="Times New Roman" w:eastAsia="Times New Roman" w:cs="Times New Roman"/>
        </w:rPr>
        <w:t xml:space="preserve"> </w:t>
      </w:r>
      <w:r>
        <w:rPr>
          <w:rFonts w:ascii="Nirmala UI" w:hAnsi="Nirmala UI" w:eastAsia="Nirmala UI" w:cs="Nirmala UI"/>
        </w:rPr>
        <w:t>କେନ୍ଦ୍ର</w:t>
      </w:r>
      <w:r>
        <w:rPr>
          <w:rFonts w:ascii="Times New Roman" w:hAnsi="Times New Roman" w:eastAsia="Times New Roman" w:cs="Times New Roman"/>
        </w:rPr>
        <w:t xml:space="preserve"> </w:t>
      </w:r>
      <w:r>
        <w:rPr>
          <w:rFonts w:ascii="Nirmala UI" w:hAnsi="Nirmala UI" w:eastAsia="Nirmala UI" w:cs="Nirmala UI"/>
        </w:rPr>
        <w:t>କରିଥିବା</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ଚର୍ଚ୍ଚାକୁ</w:t>
      </w:r>
      <w:r>
        <w:rPr>
          <w:rFonts w:ascii="Times New Roman" w:hAnsi="Times New Roman" w:eastAsia="Times New Roman" w:cs="Times New Roman"/>
        </w:rPr>
        <w:t xml:space="preserve"> </w:t>
      </w:r>
      <w:r>
        <w:rPr>
          <w:rFonts w:ascii="Nirmala UI" w:hAnsi="Nirmala UI" w:eastAsia="Nirmala UI" w:cs="Nirmala UI"/>
        </w:rPr>
        <w:t>ସ୍ପଷ୍ଟ</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w:t>
      </w:r>
      <w:r>
        <w:rPr>
          <w:rFonts w:ascii="Nirmala UI" w:hAnsi="Nirmala UI" w:eastAsia="Nirmala UI" w:cs="Nirmala UI"/>
        </w:rPr>
        <w:t>ଯେଉଁଠାରେ</w:t>
      </w:r>
      <w:r>
        <w:rPr>
          <w:rFonts w:ascii="Times New Roman" w:hAnsi="Times New Roman" w:eastAsia="Times New Roman" w:cs="Times New Roman"/>
        </w:rPr>
        <w:t xml:space="preserve"> </w:t>
      </w:r>
      <w:r>
        <w:rPr>
          <w:rFonts w:ascii="Nirmala UI" w:hAnsi="Nirmala UI" w:eastAsia="Nirmala UI" w:cs="Nirmala UI"/>
        </w:rPr>
        <w:t>ଜ୍ଞାନର</w:t>
      </w:r>
      <w:r>
        <w:rPr>
          <w:rFonts w:ascii="Times New Roman" w:hAnsi="Times New Roman" w:eastAsia="Times New Roman" w:cs="Times New Roman"/>
        </w:rPr>
        <w:t xml:space="preserve"> </w:t>
      </w:r>
      <w:r>
        <w:rPr>
          <w:rFonts w:ascii="Nirmala UI" w:hAnsi="Nirmala UI" w:eastAsia="Nirmala UI" w:cs="Nirmala UI"/>
        </w:rPr>
        <w:t>ବୃଦ୍ଧିକୁ</w:t>
      </w:r>
      <w:r>
        <w:rPr>
          <w:rFonts w:ascii="Times New Roman" w:hAnsi="Times New Roman" w:eastAsia="Times New Roman" w:cs="Times New Roman"/>
        </w:rPr>
        <w:t xml:space="preserve"> </w:t>
      </w:r>
      <w:r>
        <w:rPr>
          <w:rFonts w:ascii="Nirmala UI" w:hAnsi="Nirmala UI" w:eastAsia="Nirmala UI" w:cs="Nirmala UI"/>
        </w:rPr>
        <w:t>ବୁଝିପାରୁନଥିବା</w:t>
      </w:r>
      <w:r>
        <w:rPr>
          <w:rFonts w:ascii="Times New Roman" w:hAnsi="Times New Roman" w:eastAsia="Times New Roman" w:cs="Times New Roman"/>
        </w:rPr>
        <w:t xml:space="preserve"> </w:t>
      </w:r>
      <w:r>
        <w:rPr>
          <w:rFonts w:ascii="Nirmala UI" w:hAnsi="Nirmala UI" w:eastAsia="Nirmala UI" w:cs="Nirmala UI"/>
        </w:rPr>
        <w:t>ଗୋଟିଏ</w:t>
      </w:r>
      <w:r>
        <w:rPr>
          <w:rFonts w:ascii="Times New Roman" w:hAnsi="Times New Roman" w:eastAsia="Times New Roman" w:cs="Times New Roman"/>
        </w:rPr>
        <w:t xml:space="preserve"> </w:t>
      </w:r>
      <w:r>
        <w:rPr>
          <w:rFonts w:ascii="Nirmala UI" w:hAnsi="Nirmala UI" w:eastAsia="Nirmala UI" w:cs="Nirmala UI"/>
        </w:rPr>
        <w:t>ଶ୍ରେଣୀ</w:t>
      </w:r>
      <w:r>
        <w:rPr>
          <w:rFonts w:ascii="Times New Roman" w:hAnsi="Times New Roman" w:eastAsia="Times New Roman" w:cs="Times New Roman"/>
        </w:rPr>
        <w:t xml:space="preserve">, </w:t>
      </w:r>
      <w:r>
        <w:rPr>
          <w:rFonts w:ascii="Nirmala UI" w:hAnsi="Nirmala UI" w:eastAsia="Nirmala UI" w:cs="Nirmala UI"/>
        </w:rPr>
        <w:t>ବୁଝୁଥିବାମାନଙ୍କୁ</w:t>
      </w:r>
      <w:r>
        <w:rPr>
          <w:rFonts w:ascii="Times New Roman" w:hAnsi="Times New Roman" w:eastAsia="Times New Roman" w:cs="Times New Roman"/>
        </w:rPr>
        <w:t xml:space="preserve"> </w:t>
      </w:r>
      <w:r>
        <w:rPr>
          <w:rFonts w:ascii="Nirmala UI" w:hAnsi="Nirmala UI" w:eastAsia="Nirmala UI" w:cs="Nirmala UI"/>
        </w:rPr>
        <w:t>ମଦ୍ୟପ</w:t>
      </w:r>
      <w:r>
        <w:rPr>
          <w:rFonts w:ascii="Times New Roman" w:hAnsi="Times New Roman" w:eastAsia="Times New Roman" w:cs="Times New Roman"/>
        </w:rPr>
        <w:t xml:space="preserve"> </w:t>
      </w:r>
      <w:r>
        <w:rPr>
          <w:rFonts w:ascii="Nirmala UI" w:hAnsi="Nirmala UI" w:eastAsia="Nirmala UI" w:cs="Nirmala UI"/>
        </w:rPr>
        <w:t>ବୋଲି</w:t>
      </w:r>
      <w:r>
        <w:rPr>
          <w:rFonts w:ascii="Times New Roman" w:hAnsi="Times New Roman" w:eastAsia="Times New Roman" w:cs="Times New Roman"/>
        </w:rPr>
        <w:t xml:space="preserve"> </w:t>
      </w:r>
      <w:r>
        <w:rPr>
          <w:rFonts w:ascii="Nirmala UI" w:hAnsi="Nirmala UI" w:eastAsia="Nirmala UI" w:cs="Nirmala UI"/>
        </w:rPr>
        <w:t>ଅଭିଯୋଗ</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w:t>
      </w:r>
      <w:r>
        <w:rPr>
          <w:rFonts w:ascii="Nirmala UI" w:hAnsi="Nirmala UI" w:eastAsia="Nirmala UI" w:cs="Nirmala UI"/>
        </w:rPr>
        <w:t>ଏଫ୍ରାଇମର</w:t>
      </w:r>
      <w:r>
        <w:rPr>
          <w:rFonts w:ascii="Times New Roman" w:hAnsi="Times New Roman" w:eastAsia="Times New Roman" w:cs="Times New Roman"/>
        </w:rPr>
        <w:t xml:space="preserve"> </w:t>
      </w:r>
      <w:r>
        <w:rPr>
          <w:rFonts w:ascii="Nirmala UI" w:hAnsi="Nirmala UI" w:eastAsia="Nirmala UI" w:cs="Nirmala UI"/>
        </w:rPr>
        <w:t>ମଦ୍ୟପମାନେ</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ଜ୍ଞାନୀମାନଙ୍କ</w:t>
      </w:r>
      <w:r>
        <w:rPr>
          <w:rFonts w:ascii="Times New Roman" w:hAnsi="Times New Roman" w:eastAsia="Times New Roman" w:cs="Times New Roman"/>
        </w:rPr>
        <w:t xml:space="preserve"> </w:t>
      </w:r>
      <w:r>
        <w:rPr>
          <w:rFonts w:ascii="Nirmala UI" w:hAnsi="Nirmala UI" w:eastAsia="Nirmala UI" w:cs="Nirmala UI"/>
        </w:rPr>
        <w:t>ମଧ୍ୟରେ</w:t>
      </w:r>
      <w:r>
        <w:rPr>
          <w:rFonts w:ascii="Times New Roman" w:hAnsi="Times New Roman" w:eastAsia="Times New Roman" w:cs="Times New Roman"/>
        </w:rPr>
        <w:t xml:space="preserve"> </w:t>
      </w:r>
      <w:r>
        <w:rPr>
          <w:rFonts w:ascii="Nirmala UI" w:hAnsi="Nirmala UI" w:eastAsia="Nirmala UI" w:cs="Nirmala UI"/>
        </w:rPr>
        <w:t>ଥିବା</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ସଂଘର୍ଷ</w:t>
      </w:r>
      <w:r>
        <w:rPr>
          <w:rFonts w:ascii="Times New Roman" w:hAnsi="Times New Roman" w:eastAsia="Times New Roman" w:cs="Times New Roman"/>
        </w:rPr>
        <w:t xml:space="preserve">, </w:t>
      </w:r>
      <w:r>
        <w:rPr>
          <w:rFonts w:ascii="Nirmala UI" w:hAnsi="Nirmala UI" w:eastAsia="Nirmala UI" w:cs="Nirmala UI"/>
        </w:rPr>
        <w:t>ପରମେଶ୍ୱରଙ୍କ</w:t>
      </w:r>
      <w:r>
        <w:rPr>
          <w:rFonts w:ascii="Times New Roman" w:hAnsi="Times New Roman" w:eastAsia="Times New Roman" w:cs="Times New Roman"/>
        </w:rPr>
        <w:t xml:space="preserve"> </w:t>
      </w:r>
      <w:r>
        <w:rPr>
          <w:rFonts w:ascii="Nirmala UI" w:hAnsi="Nirmala UI" w:eastAsia="Nirmala UI" w:cs="Nirmala UI"/>
        </w:rPr>
        <w:t>ଭବିଷ୍ୟଦ୍ବାଣୀମୟ</w:t>
      </w:r>
      <w:r>
        <w:rPr>
          <w:rFonts w:ascii="Times New Roman" w:hAnsi="Times New Roman" w:eastAsia="Times New Roman" w:cs="Times New Roman"/>
        </w:rPr>
        <w:t xml:space="preserve"> </w:t>
      </w:r>
      <w:r>
        <w:rPr>
          <w:rFonts w:ascii="Nirmala UI" w:hAnsi="Nirmala UI" w:eastAsia="Nirmala UI" w:cs="Nirmala UI"/>
        </w:rPr>
        <w:t>ବାଣୀରେ</w:t>
      </w:r>
      <w:r>
        <w:rPr>
          <w:rFonts w:ascii="Times New Roman" w:hAnsi="Times New Roman" w:eastAsia="Times New Roman" w:cs="Times New Roman"/>
        </w:rPr>
        <w:t xml:space="preserve"> </w:t>
      </w:r>
      <w:r>
        <w:rPr>
          <w:rFonts w:ascii="Nirmala UI" w:hAnsi="Nirmala UI" w:eastAsia="Nirmala UI" w:cs="Nirmala UI"/>
        </w:rPr>
        <w:t>ପୁନଃପୁନି</w:t>
      </w:r>
      <w:r>
        <w:rPr>
          <w:rFonts w:ascii="Times New Roman" w:hAnsi="Times New Roman" w:eastAsia="Times New Roman" w:cs="Times New Roman"/>
        </w:rPr>
        <w:t xml:space="preserve"> </w:t>
      </w:r>
      <w:r>
        <w:rPr>
          <w:rFonts w:ascii="Nirmala UI" w:hAnsi="Nirmala UI" w:eastAsia="Nirmala UI" w:cs="Nirmala UI"/>
        </w:rPr>
        <w:t>ଉପସ୍ଥାପିତ</w:t>
      </w:r>
      <w:r>
        <w:rPr>
          <w:rFonts w:ascii="Times New Roman" w:hAnsi="Times New Roman" w:eastAsia="Times New Roman" w:cs="Times New Roman"/>
        </w:rPr>
        <w:t xml:space="preserve"> </w:t>
      </w:r>
      <w:r>
        <w:rPr>
          <w:rFonts w:ascii="Nirmala UI" w:hAnsi="Nirmala UI" w:eastAsia="Nirmala UI" w:cs="Nirmala UI"/>
        </w:rPr>
        <w:t>ହୋଇଥିବା</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ବିଷୟ।</w:t>
      </w:r>
      <w:r>
        <w:rPr>
          <w:rFonts w:ascii="Times New Roman" w:hAnsi="Times New Roman" w:eastAsia="Times New Roman" w:cs="Times New Roman"/>
        </w:rPr>
        <w:t xml:space="preserve"> </w:t>
      </w:r>
      <w:r>
        <w:rPr>
          <w:rFonts w:ascii="Nirmala UI" w:hAnsi="Nirmala UI" w:eastAsia="Nirmala UI" w:cs="Nirmala UI"/>
        </w:rPr>
        <w:t>ସତ୍ୟର</w:t>
      </w:r>
      <w:r>
        <w:rPr>
          <w:rFonts w:ascii="Times New Roman" w:hAnsi="Times New Roman" w:eastAsia="Times New Roman" w:cs="Times New Roman"/>
        </w:rPr>
        <w:t xml:space="preserve"> </w:t>
      </w:r>
      <w:r>
        <w:rPr>
          <w:rFonts w:ascii="Nirmala UI" w:hAnsi="Nirmala UI" w:eastAsia="Nirmala UI" w:cs="Nirmala UI"/>
        </w:rPr>
        <w:t>ଗୋଟିଏ</w:t>
      </w:r>
      <w:r>
        <w:rPr>
          <w:rFonts w:ascii="Times New Roman" w:hAnsi="Times New Roman" w:eastAsia="Times New Roman" w:cs="Times New Roman"/>
        </w:rPr>
        <w:t xml:space="preserve"> </w:t>
      </w:r>
      <w:r>
        <w:rPr>
          <w:rFonts w:ascii="Nirmala UI" w:hAnsi="Nirmala UI" w:eastAsia="Nirmala UI" w:cs="Nirmala UI"/>
        </w:rPr>
        <w:t>ପର୍ଯ୍ୟାୟ</w:t>
      </w:r>
      <w:r>
        <w:rPr>
          <w:rFonts w:ascii="Times New Roman" w:hAnsi="Times New Roman" w:eastAsia="Times New Roman" w:cs="Times New Roman"/>
        </w:rPr>
        <w:t xml:space="preserve"> </w:t>
      </w:r>
      <w:r>
        <w:rPr>
          <w:rFonts w:ascii="Nirmala UI" w:hAnsi="Nirmala UI" w:eastAsia="Nirmala UI" w:cs="Nirmala UI"/>
        </w:rPr>
        <w:t>ହେଲା</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ସନ୍ଦେଶ</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ଦୁଇ</w:t>
      </w:r>
      <w:r>
        <w:rPr>
          <w:rFonts w:ascii="Times New Roman" w:hAnsi="Times New Roman" w:eastAsia="Times New Roman" w:cs="Times New Roman"/>
        </w:rPr>
        <w:t>-</w:t>
      </w:r>
      <w:r>
        <w:rPr>
          <w:rFonts w:ascii="Nirmala UI" w:hAnsi="Nirmala UI" w:eastAsia="Nirmala UI" w:cs="Nirmala UI"/>
        </w:rPr>
        <w:t>ପର୍ଯ୍ୟାୟୀ</w:t>
      </w:r>
      <w:r>
        <w:rPr>
          <w:rFonts w:ascii="Times New Roman" w:hAnsi="Times New Roman" w:eastAsia="Times New Roman" w:cs="Times New Roman"/>
        </w:rPr>
        <w:t xml:space="preserve"> </w:t>
      </w:r>
      <w:r>
        <w:rPr>
          <w:rFonts w:ascii="Nirmala UI" w:hAnsi="Nirmala UI" w:eastAsia="Nirmala UI" w:cs="Nirmala UI"/>
        </w:rPr>
        <w:t>ସନ୍ଦେଶ</w:t>
      </w:r>
      <w:r>
        <w:rPr>
          <w:rFonts w:ascii="Times New Roman" w:hAnsi="Times New Roman" w:eastAsia="Times New Roman" w:cs="Times New Roman"/>
        </w:rPr>
        <w:t xml:space="preserve">, </w:t>
      </w:r>
      <w:r>
        <w:rPr>
          <w:rFonts w:ascii="Nirmala UI" w:hAnsi="Nirmala UI" w:eastAsia="Nirmala UI" w:cs="Nirmala UI"/>
        </w:rPr>
        <w:t>ଯାହାକୁ</w:t>
      </w:r>
      <w:r>
        <w:rPr>
          <w:rFonts w:ascii="Times New Roman" w:hAnsi="Times New Roman" w:eastAsia="Times New Roman" w:cs="Times New Roman"/>
        </w:rPr>
        <w:t xml:space="preserve"> </w:t>
      </w:r>
      <w:r>
        <w:rPr>
          <w:rFonts w:ascii="Nirmala UI" w:hAnsi="Nirmala UI" w:eastAsia="Nirmala UI" w:cs="Nirmala UI"/>
        </w:rPr>
        <w:t>ପିତର</w:t>
      </w:r>
      <w:r>
        <w:rPr>
          <w:rFonts w:ascii="Times New Roman" w:hAnsi="Times New Roman" w:eastAsia="Times New Roman" w:cs="Times New Roman"/>
        </w:rPr>
        <w:t xml:space="preserve"> </w:t>
      </w:r>
      <w:r>
        <w:rPr>
          <w:rFonts w:ascii="Nirmala UI" w:hAnsi="Nirmala UI" w:eastAsia="Nirmala UI" w:cs="Nirmala UI"/>
        </w:rPr>
        <w:t>ଉପର</w:t>
      </w:r>
      <w:r>
        <w:rPr>
          <w:rFonts w:ascii="Times New Roman" w:hAnsi="Times New Roman" w:eastAsia="Times New Roman" w:cs="Times New Roman"/>
        </w:rPr>
        <w:t xml:space="preserve"> </w:t>
      </w:r>
      <w:r>
        <w:rPr>
          <w:rFonts w:ascii="Nirmala UI" w:hAnsi="Nirmala UI" w:eastAsia="Nirmala UI" w:cs="Nirmala UI"/>
        </w:rPr>
        <w:t>ଘରରେ</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ପରବର୍ତ୍ତୀକାଳରେ</w:t>
      </w:r>
      <w:r>
        <w:rPr>
          <w:rFonts w:ascii="Times New Roman" w:hAnsi="Times New Roman" w:eastAsia="Times New Roman" w:cs="Times New Roman"/>
        </w:rPr>
        <w:t xml:space="preserve"> </w:t>
      </w:r>
      <w:r>
        <w:rPr>
          <w:rFonts w:ascii="Nirmala UI" w:hAnsi="Nirmala UI" w:eastAsia="Nirmala UI" w:cs="Nirmala UI"/>
        </w:rPr>
        <w:t>ମନ୍ଦିରରେ</w:t>
      </w:r>
      <w:r>
        <w:rPr>
          <w:rFonts w:ascii="Times New Roman" w:hAnsi="Times New Roman" w:eastAsia="Times New Roman" w:cs="Times New Roman"/>
        </w:rPr>
        <w:t xml:space="preserve"> </w:t>
      </w:r>
      <w:r>
        <w:rPr>
          <w:rFonts w:ascii="Nirmala UI" w:hAnsi="Nirmala UI" w:eastAsia="Nirmala UI" w:cs="Nirmala UI"/>
        </w:rPr>
        <w:t>ଦୃଷ୍ଟାନ୍ତରୂପେ</w:t>
      </w:r>
      <w:r>
        <w:rPr>
          <w:rFonts w:ascii="Times New Roman" w:hAnsi="Times New Roman" w:eastAsia="Times New Roman" w:cs="Times New Roman"/>
        </w:rPr>
        <w:t xml:space="preserve"> </w:t>
      </w:r>
      <w:r>
        <w:rPr>
          <w:rFonts w:ascii="Nirmala UI" w:hAnsi="Nirmala UI" w:eastAsia="Nirmala UI" w:cs="Nirmala UI"/>
        </w:rPr>
        <w:t>ପ୍ରଦର୍ଶନ</w:t>
      </w:r>
      <w:r>
        <w:rPr>
          <w:rFonts w:ascii="Times New Roman" w:hAnsi="Times New Roman" w:eastAsia="Times New Roman" w:cs="Times New Roman"/>
        </w:rPr>
        <w:t xml:space="preserve"> </w:t>
      </w:r>
      <w:r>
        <w:rPr>
          <w:rFonts w:ascii="Nirmala UI" w:hAnsi="Nirmala UI" w:eastAsia="Nirmala UI" w:cs="Nirmala UI"/>
        </w:rPr>
        <w:t>କରିଥିଲେ।</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ଏହିପରି</w:t>
      </w:r>
      <w:r>
        <w:rPr>
          <w:rFonts w:ascii="Times New Roman" w:hAnsi="Times New Roman" w:eastAsia="Times New Roman" w:cs="Times New Roman"/>
        </w:rPr>
        <w:t xml:space="preserve"> </w:t>
      </w:r>
      <w:r>
        <w:rPr>
          <w:rFonts w:ascii="Nirmala UI" w:hAnsi="Nirmala UI" w:eastAsia="Nirmala UI" w:cs="Nirmala UI"/>
        </w:rPr>
        <w:t>ଭାବେ</w:t>
      </w:r>
      <w:r>
        <w:rPr>
          <w:rFonts w:ascii="Times New Roman" w:hAnsi="Times New Roman" w:eastAsia="Times New Roman" w:cs="Times New Roman"/>
        </w:rPr>
        <w:t xml:space="preserve"> </w:t>
      </w:r>
      <w:r>
        <w:rPr>
          <w:rFonts w:ascii="Nirmala UI" w:hAnsi="Nirmala UI" w:eastAsia="Nirmala UI" w:cs="Nirmala UI"/>
        </w:rPr>
        <w:t>ପ୍ରତିନିଧିତ୍ୱ</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w:t>
      </w:r>
      <w:r>
        <w:rPr>
          <w:rFonts w:ascii="Nirmala UI" w:hAnsi="Nirmala UI" w:eastAsia="Nirmala UI" w:cs="Nirmala UI"/>
        </w:rPr>
        <w:t>ଯେ</w:t>
      </w:r>
      <w:r>
        <w:rPr>
          <w:rFonts w:ascii="Times New Roman" w:hAnsi="Times New Roman" w:eastAsia="Times New Roman" w:cs="Times New Roman"/>
        </w:rPr>
        <w:t xml:space="preserve">, </w:t>
      </w:r>
      <w:r>
        <w:rPr>
          <w:rFonts w:ascii="Nirmala UI" w:hAnsi="Nirmala UI" w:eastAsia="Nirmala UI" w:cs="Nirmala UI"/>
        </w:rPr>
        <w:t>ନ୍ୟାୟବିଚାର</w:t>
      </w:r>
      <w:r>
        <w:rPr>
          <w:rFonts w:ascii="Times New Roman" w:hAnsi="Times New Roman" w:eastAsia="Times New Roman" w:cs="Times New Roman"/>
        </w:rPr>
        <w:t xml:space="preserve"> </w:t>
      </w:r>
      <w:r>
        <w:rPr>
          <w:rFonts w:ascii="Nirmala UI" w:hAnsi="Nirmala UI" w:eastAsia="Nirmala UI" w:cs="Nirmala UI"/>
        </w:rPr>
        <w:t>ପ୍ରଥମେ</w:t>
      </w:r>
      <w:r>
        <w:rPr>
          <w:rFonts w:ascii="Times New Roman" w:hAnsi="Times New Roman" w:eastAsia="Times New Roman" w:cs="Times New Roman"/>
        </w:rPr>
        <w:t xml:space="preserve"> </w:t>
      </w:r>
      <w:r>
        <w:rPr>
          <w:rFonts w:ascii="Nirmala UI" w:hAnsi="Nirmala UI" w:eastAsia="Nirmala UI" w:cs="Nirmala UI"/>
        </w:rPr>
        <w:t>ପରମେଶ୍ୱରଙ୍କ</w:t>
      </w:r>
      <w:r>
        <w:rPr>
          <w:rFonts w:ascii="Times New Roman" w:hAnsi="Times New Roman" w:eastAsia="Times New Roman" w:cs="Times New Roman"/>
        </w:rPr>
        <w:t xml:space="preserve"> </w:t>
      </w:r>
      <w:r>
        <w:rPr>
          <w:rFonts w:ascii="Nirmala UI" w:hAnsi="Nirmala UI" w:eastAsia="Nirmala UI" w:cs="Nirmala UI"/>
        </w:rPr>
        <w:t>ଘର</w:t>
      </w:r>
      <w:r>
        <w:rPr>
          <w:rFonts w:ascii="Times New Roman" w:hAnsi="Times New Roman" w:eastAsia="Times New Roman" w:cs="Times New Roman"/>
        </w:rPr>
        <w:t xml:space="preserve"> </w:t>
      </w:r>
      <w:r>
        <w:rPr>
          <w:rFonts w:ascii="Nirmala UI" w:hAnsi="Nirmala UI" w:eastAsia="Nirmala UI" w:cs="Nirmala UI"/>
        </w:rPr>
        <w:t>ଉପରେ</w:t>
      </w:r>
      <w:r>
        <w:rPr>
          <w:rFonts w:ascii="Times New Roman" w:hAnsi="Times New Roman" w:eastAsia="Times New Roman" w:cs="Times New Roman"/>
        </w:rPr>
        <w:t xml:space="preserve"> </w:t>
      </w:r>
      <w:r>
        <w:rPr>
          <w:rFonts w:ascii="Nirmala UI" w:hAnsi="Nirmala UI" w:eastAsia="Nirmala UI" w:cs="Nirmala UI"/>
        </w:rPr>
        <w:t>ଆରମ୍ଭ</w:t>
      </w:r>
      <w:r>
        <w:rPr>
          <w:rFonts w:ascii="Times New Roman" w:hAnsi="Times New Roman" w:eastAsia="Times New Roman" w:cs="Times New Roman"/>
        </w:rPr>
        <w:t xml:space="preserve"> </w:t>
      </w:r>
      <w:r>
        <w:rPr>
          <w:rFonts w:ascii="Nirmala UI" w:hAnsi="Nirmala UI" w:eastAsia="Nirmala UI" w:cs="Nirmala UI"/>
        </w:rPr>
        <w:t>ହୁଏ</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ତାହା</w:t>
      </w:r>
      <w:r>
        <w:rPr>
          <w:rFonts w:ascii="Times New Roman" w:hAnsi="Times New Roman" w:eastAsia="Times New Roman" w:cs="Times New Roman"/>
        </w:rPr>
        <w:t xml:space="preserve"> </w:t>
      </w:r>
      <w:r>
        <w:rPr>
          <w:rFonts w:ascii="Nirmala UI" w:hAnsi="Nirmala UI" w:eastAsia="Nirmala UI" w:cs="Nirmala UI"/>
        </w:rPr>
        <w:t>ପରେ</w:t>
      </w:r>
      <w:r>
        <w:rPr>
          <w:rFonts w:ascii="Times New Roman" w:hAnsi="Times New Roman" w:eastAsia="Times New Roman" w:cs="Times New Roman"/>
        </w:rPr>
        <w:t xml:space="preserve"> </w:t>
      </w:r>
      <w:r>
        <w:rPr>
          <w:rFonts w:ascii="Nirmala UI" w:hAnsi="Nirmala UI" w:eastAsia="Nirmala UI" w:cs="Nirmala UI"/>
        </w:rPr>
        <w:t>ପରମେଶ୍ୱରଙ୍କ</w:t>
      </w:r>
      <w:r>
        <w:rPr>
          <w:rFonts w:ascii="Times New Roman" w:hAnsi="Times New Roman" w:eastAsia="Times New Roman" w:cs="Times New Roman"/>
        </w:rPr>
        <w:t xml:space="preserve"> </w:t>
      </w:r>
      <w:r>
        <w:rPr>
          <w:rFonts w:ascii="Nirmala UI" w:hAnsi="Nirmala UI" w:eastAsia="Nirmala UI" w:cs="Nirmala UI"/>
        </w:rPr>
        <w:t>ଘରର</w:t>
      </w:r>
      <w:r>
        <w:rPr>
          <w:rFonts w:ascii="Times New Roman" w:hAnsi="Times New Roman" w:eastAsia="Times New Roman" w:cs="Times New Roman"/>
        </w:rPr>
        <w:t xml:space="preserve"> </w:t>
      </w:r>
      <w:r>
        <w:rPr>
          <w:rFonts w:ascii="Nirmala UI" w:hAnsi="Nirmala UI" w:eastAsia="Nirmala UI" w:cs="Nirmala UI"/>
        </w:rPr>
        <w:t>ବାହାରେ</w:t>
      </w:r>
      <w:r>
        <w:rPr>
          <w:rFonts w:ascii="Times New Roman" w:hAnsi="Times New Roman" w:eastAsia="Times New Roman" w:cs="Times New Roman"/>
        </w:rPr>
        <w:t xml:space="preserve"> </w:t>
      </w:r>
      <w:r>
        <w:rPr>
          <w:rFonts w:ascii="Nirmala UI" w:hAnsi="Nirmala UI" w:eastAsia="Nirmala UI" w:cs="Nirmala UI"/>
        </w:rPr>
        <w:t>ଥିବାମାନଙ୍କ</w:t>
      </w:r>
      <w:r>
        <w:rPr>
          <w:rFonts w:ascii="Times New Roman" w:hAnsi="Times New Roman" w:eastAsia="Times New Roman" w:cs="Times New Roman"/>
        </w:rPr>
        <w:t xml:space="preserve"> </w:t>
      </w:r>
      <w:r>
        <w:rPr>
          <w:rFonts w:ascii="Nirmala UI" w:hAnsi="Nirmala UI" w:eastAsia="Nirmala UI" w:cs="Nirmala UI"/>
        </w:rPr>
        <w:t>ଉପରେ</w:t>
      </w:r>
      <w:r>
        <w:rPr>
          <w:rFonts w:ascii="Times New Roman" w:hAnsi="Times New Roman" w:eastAsia="Times New Roman" w:cs="Times New Roman"/>
        </w:rPr>
        <w:t xml:space="preserve"> </w:t>
      </w:r>
      <w:r>
        <w:rPr>
          <w:rFonts w:ascii="Nirmala UI" w:hAnsi="Nirmala UI" w:eastAsia="Nirmala UI" w:cs="Nirmala UI"/>
        </w:rPr>
        <w:t>ଆସେ।</w:t>
      </w:r>
      <w:r>
        <w:rPr>
          <w:rFonts w:ascii="Times New Roman" w:hAnsi="Times New Roman" w:eastAsia="Times New Roman" w:cs="Times New Roman"/>
        </w:rPr>
        <w:t xml:space="preserve"> </w:t>
      </w:r>
      <w:r>
        <w:rPr>
          <w:rFonts w:ascii="Nirmala UI" w:hAnsi="Nirmala UI" w:eastAsia="Nirmala UI" w:cs="Nirmala UI"/>
        </w:rPr>
        <w:t>ନ୍ୟାୟବିଚାରର</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ପ୍ରକ୍ରିୟା</w:t>
      </w:r>
      <w:r>
        <w:rPr>
          <w:rFonts w:ascii="Times New Roman" w:hAnsi="Times New Roman" w:eastAsia="Times New Roman" w:cs="Times New Roman"/>
        </w:rPr>
        <w:t xml:space="preserve"> </w:t>
      </w:r>
      <w:r>
        <w:rPr>
          <w:rFonts w:ascii="Nirmala UI" w:hAnsi="Nirmala UI" w:eastAsia="Nirmala UI" w:cs="Nirmala UI"/>
        </w:rPr>
        <w:t>ପ୍ରକାଶିତବାକ୍ୟ</w:t>
      </w:r>
      <w:r>
        <w:rPr>
          <w:rFonts w:ascii="Times New Roman" w:hAnsi="Times New Roman" w:eastAsia="Times New Roman" w:cs="Times New Roman"/>
        </w:rPr>
        <w:t xml:space="preserve"> </w:t>
      </w:r>
      <w:r>
        <w:rPr>
          <w:rFonts w:ascii="Nirmala UI" w:hAnsi="Nirmala UI" w:eastAsia="Nirmala UI" w:cs="Nirmala UI"/>
        </w:rPr>
        <w:t>ଅଧ୍ୟାୟ</w:t>
      </w:r>
      <w:r>
        <w:rPr>
          <w:rFonts w:ascii="Times New Roman" w:hAnsi="Times New Roman" w:eastAsia="Times New Roman" w:cs="Times New Roman"/>
        </w:rPr>
        <w:t xml:space="preserve"> </w:t>
      </w:r>
      <w:r>
        <w:rPr>
          <w:rFonts w:ascii="Nirmala UI" w:hAnsi="Nirmala UI" w:eastAsia="Nirmala UI" w:cs="Nirmala UI"/>
        </w:rPr>
        <w:t>ଅଠାରର</w:t>
      </w:r>
      <w:r>
        <w:rPr>
          <w:rFonts w:ascii="Times New Roman" w:hAnsi="Times New Roman" w:eastAsia="Times New Roman" w:cs="Times New Roman"/>
        </w:rPr>
        <w:t xml:space="preserve"> </w:t>
      </w:r>
      <w:r>
        <w:rPr>
          <w:rFonts w:ascii="Nirmala UI" w:hAnsi="Nirmala UI" w:eastAsia="Nirmala UI" w:cs="Nirmala UI"/>
        </w:rPr>
        <w:t>ଦୁଇଟି</w:t>
      </w:r>
      <w:r>
        <w:rPr>
          <w:rFonts w:ascii="Times New Roman" w:hAnsi="Times New Roman" w:eastAsia="Times New Roman" w:cs="Times New Roman"/>
        </w:rPr>
        <w:t xml:space="preserve"> </w:t>
      </w:r>
      <w:r>
        <w:rPr>
          <w:rFonts w:ascii="Nirmala UI" w:hAnsi="Nirmala UI" w:eastAsia="Nirmala UI" w:cs="Nirmala UI"/>
        </w:rPr>
        <w:t>ସ୍ୱରଦ୍ୱାରା</w:t>
      </w:r>
      <w:r>
        <w:rPr>
          <w:rFonts w:ascii="Times New Roman" w:hAnsi="Times New Roman" w:eastAsia="Times New Roman" w:cs="Times New Roman"/>
        </w:rPr>
        <w:t xml:space="preserve"> </w:t>
      </w:r>
      <w:r>
        <w:rPr>
          <w:rFonts w:ascii="Nirmala UI" w:hAnsi="Nirmala UI" w:eastAsia="Nirmala UI" w:cs="Nirmala UI"/>
        </w:rPr>
        <w:t>ମଧ୍ୟ</w:t>
      </w:r>
      <w:r>
        <w:rPr>
          <w:rFonts w:ascii="Times New Roman" w:hAnsi="Times New Roman" w:eastAsia="Times New Roman" w:cs="Times New Roman"/>
        </w:rPr>
        <w:t xml:space="preserve"> </w:t>
      </w:r>
      <w:r>
        <w:rPr>
          <w:rFonts w:ascii="Nirmala UI" w:hAnsi="Nirmala UI" w:eastAsia="Nirmala UI" w:cs="Nirmala UI"/>
        </w:rPr>
        <w:t>ପ୍ରତିନିଧିତ୍ୱ</w:t>
      </w:r>
      <w:r>
        <w:rPr>
          <w:rFonts w:ascii="Times New Roman" w:hAnsi="Times New Roman" w:eastAsia="Times New Roman" w:cs="Times New Roman"/>
        </w:rPr>
        <w:t xml:space="preserve"> </w:t>
      </w:r>
      <w:r>
        <w:rPr>
          <w:rFonts w:ascii="Nirmala UI" w:hAnsi="Nirmala UI" w:eastAsia="Nirmala UI" w:cs="Nirmala UI"/>
        </w:rPr>
        <w:t>ପାଏ</w:t>
      </w:r>
      <w:r>
        <w:rPr>
          <w:rFonts w:ascii="Times New Roman" w:hAnsi="Times New Roman" w:eastAsia="Times New Roman" w:cs="Times New Roman"/>
        </w:rPr>
        <w:t xml:space="preserve">, </w:t>
      </w:r>
      <w:r>
        <w:rPr>
          <w:rFonts w:ascii="Nirmala UI" w:hAnsi="Nirmala UI" w:eastAsia="Nirmala UI" w:cs="Nirmala UI"/>
        </w:rPr>
        <w:t>ଯେଉଁଠାରେ</w:t>
      </w:r>
      <w:r>
        <w:rPr>
          <w:rFonts w:ascii="Times New Roman" w:hAnsi="Times New Roman" w:eastAsia="Times New Roman" w:cs="Times New Roman"/>
        </w:rPr>
        <w:t xml:space="preserve"> </w:t>
      </w:r>
      <w:r>
        <w:rPr>
          <w:rFonts w:ascii="Nirmala UI" w:hAnsi="Nirmala UI" w:eastAsia="Nirmala UI" w:cs="Nirmala UI"/>
        </w:rPr>
        <w:t>ପ୍ରଥମ</w:t>
      </w:r>
      <w:r>
        <w:rPr>
          <w:rFonts w:ascii="Times New Roman" w:hAnsi="Times New Roman" w:eastAsia="Times New Roman" w:cs="Times New Roman"/>
        </w:rPr>
        <w:t xml:space="preserve"> </w:t>
      </w:r>
      <w:r>
        <w:rPr>
          <w:rFonts w:ascii="Nirmala UI" w:hAnsi="Nirmala UI" w:eastAsia="Nirmala UI" w:cs="Nirmala UI"/>
        </w:rPr>
        <w:t>ସ୍ୱର</w:t>
      </w:r>
      <w:r>
        <w:rPr>
          <w:rFonts w:ascii="Times New Roman" w:hAnsi="Times New Roman" w:eastAsia="Times New Roman" w:cs="Times New Roman"/>
        </w:rPr>
        <w:t xml:space="preserve"> 9/11 </w:t>
      </w:r>
      <w:r>
        <w:rPr>
          <w:rFonts w:ascii="Nirmala UI" w:hAnsi="Nirmala UI" w:eastAsia="Nirmala UI" w:cs="Nirmala UI"/>
        </w:rPr>
        <w:t>ଠାରୁ</w:t>
      </w:r>
      <w:r>
        <w:rPr>
          <w:rFonts w:ascii="Times New Roman" w:hAnsi="Times New Roman" w:eastAsia="Times New Roman" w:cs="Times New Roman"/>
        </w:rPr>
        <w:t xml:space="preserve"> </w:t>
      </w:r>
      <w:r>
        <w:rPr>
          <w:rFonts w:ascii="Nirmala UI" w:hAnsi="Nirmala UI" w:eastAsia="Nirmala UI" w:cs="Nirmala UI"/>
        </w:rPr>
        <w:t>ରବିବାର</w:t>
      </w:r>
      <w:r>
        <w:rPr>
          <w:rFonts w:ascii="Times New Roman" w:hAnsi="Times New Roman" w:eastAsia="Times New Roman" w:cs="Times New Roman"/>
        </w:rPr>
        <w:t xml:space="preserve"> </w:t>
      </w:r>
      <w:r>
        <w:rPr>
          <w:rFonts w:ascii="Nirmala UI" w:hAnsi="Nirmala UI" w:eastAsia="Nirmala UI" w:cs="Nirmala UI"/>
        </w:rPr>
        <w:t>ନିୟମ</w:t>
      </w:r>
      <w:r>
        <w:rPr>
          <w:rFonts w:ascii="Times New Roman" w:hAnsi="Times New Roman" w:eastAsia="Times New Roman" w:cs="Times New Roman"/>
        </w:rPr>
        <w:t xml:space="preserve"> </w:t>
      </w:r>
      <w:r>
        <w:rPr>
          <w:rFonts w:ascii="Nirmala UI" w:hAnsi="Nirmala UI" w:eastAsia="Nirmala UI" w:cs="Nirmala UI"/>
        </w:rPr>
        <w:t>ପର୍ଯ୍ୟନ୍ତ</w:t>
      </w:r>
      <w:r>
        <w:rPr>
          <w:rFonts w:ascii="Times New Roman" w:hAnsi="Times New Roman" w:eastAsia="Times New Roman" w:cs="Times New Roman"/>
        </w:rPr>
        <w:t xml:space="preserve"> </w:t>
      </w:r>
      <w:r>
        <w:rPr>
          <w:rFonts w:ascii="Nirmala UI" w:hAnsi="Nirmala UI" w:eastAsia="Nirmala UI" w:cs="Nirmala UI"/>
        </w:rPr>
        <w:t>ବିସ୍ତାରିତ</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ପରେ</w:t>
      </w:r>
      <w:r>
        <w:rPr>
          <w:rFonts w:ascii="Times New Roman" w:hAnsi="Times New Roman" w:eastAsia="Times New Roman" w:cs="Times New Roman"/>
        </w:rPr>
        <w:t xml:space="preserve"> </w:t>
      </w:r>
      <w:r>
        <w:rPr>
          <w:rFonts w:ascii="Nirmala UI" w:hAnsi="Nirmala UI" w:eastAsia="Nirmala UI" w:cs="Nirmala UI"/>
        </w:rPr>
        <w:t>ଚତୁର୍ଥ</w:t>
      </w:r>
      <w:r>
        <w:rPr>
          <w:rFonts w:ascii="Times New Roman" w:hAnsi="Times New Roman" w:eastAsia="Times New Roman" w:cs="Times New Roman"/>
        </w:rPr>
        <w:t xml:space="preserve"> </w:t>
      </w:r>
      <w:r>
        <w:rPr>
          <w:rFonts w:ascii="Nirmala UI" w:hAnsi="Nirmala UI" w:eastAsia="Nirmala UI" w:cs="Nirmala UI"/>
        </w:rPr>
        <w:t>ପଦର</w:t>
      </w:r>
      <w:r>
        <w:rPr>
          <w:rFonts w:ascii="Times New Roman" w:hAnsi="Times New Roman" w:eastAsia="Times New Roman" w:cs="Times New Roman"/>
        </w:rPr>
        <w:t xml:space="preserve"> </w:t>
      </w:r>
      <w:r>
        <w:rPr>
          <w:rFonts w:ascii="Nirmala UI" w:hAnsi="Nirmala UI" w:eastAsia="Nirmala UI" w:cs="Nirmala UI"/>
        </w:rPr>
        <w:t>ଦ୍ୱିତୀୟ</w:t>
      </w:r>
      <w:r>
        <w:rPr>
          <w:rFonts w:ascii="Times New Roman" w:hAnsi="Times New Roman" w:eastAsia="Times New Roman" w:cs="Times New Roman"/>
        </w:rPr>
        <w:t xml:space="preserve"> </w:t>
      </w:r>
      <w:r>
        <w:rPr>
          <w:rFonts w:ascii="Nirmala UI" w:hAnsi="Nirmala UI" w:eastAsia="Nirmala UI" w:cs="Nirmala UI"/>
        </w:rPr>
        <w:t>ସ୍ୱର</w:t>
      </w:r>
      <w:r>
        <w:rPr>
          <w:rFonts w:ascii="Times New Roman" w:hAnsi="Times New Roman" w:eastAsia="Times New Roman" w:cs="Times New Roman"/>
        </w:rPr>
        <w:t xml:space="preserve"> </w:t>
      </w:r>
      <w:r>
        <w:rPr>
          <w:rFonts w:ascii="Nirmala UI" w:hAnsi="Nirmala UI" w:eastAsia="Nirmala UI" w:cs="Nirmala UI"/>
        </w:rPr>
        <w:t>ରବିବାର</w:t>
      </w:r>
      <w:r>
        <w:rPr>
          <w:rFonts w:ascii="Times New Roman" w:hAnsi="Times New Roman" w:eastAsia="Times New Roman" w:cs="Times New Roman"/>
        </w:rPr>
        <w:t xml:space="preserve"> </w:t>
      </w:r>
      <w:r>
        <w:rPr>
          <w:rFonts w:ascii="Nirmala UI" w:hAnsi="Nirmala UI" w:eastAsia="Nirmala UI" w:cs="Nirmala UI"/>
        </w:rPr>
        <w:t>ନିୟମକୁ</w:t>
      </w:r>
      <w:r>
        <w:rPr>
          <w:rFonts w:ascii="Times New Roman" w:hAnsi="Times New Roman" w:eastAsia="Times New Roman" w:cs="Times New Roman"/>
        </w:rPr>
        <w:t xml:space="preserve"> </w:t>
      </w:r>
      <w:r>
        <w:rPr>
          <w:rFonts w:ascii="Nirmala UI" w:hAnsi="Nirmala UI" w:eastAsia="Nirmala UI" w:cs="Nirmala UI"/>
        </w:rPr>
        <w:t>ଚିହ୍ନିତ</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w:t>
      </w:r>
      <w:r>
        <w:rPr>
          <w:rFonts w:ascii="Nirmala UI" w:hAnsi="Nirmala UI" w:eastAsia="Nirmala UI" w:cs="Nirmala UI"/>
        </w:rPr>
        <w:t>ପରବର୍ତ୍ତୀ</w:t>
      </w:r>
      <w:r>
        <w:rPr>
          <w:rFonts w:ascii="Times New Roman" w:hAnsi="Times New Roman" w:eastAsia="Times New Roman" w:cs="Times New Roman"/>
        </w:rPr>
        <w:t xml:space="preserve"> </w:t>
      </w:r>
      <w:r>
        <w:rPr>
          <w:rFonts w:ascii="Nirmala UI" w:hAnsi="Nirmala UI" w:eastAsia="Nirmala UI" w:cs="Nirmala UI"/>
        </w:rPr>
        <w:t>ବର୍ଷାର</w:t>
      </w:r>
      <w:r>
        <w:rPr>
          <w:rFonts w:ascii="Times New Roman" w:hAnsi="Times New Roman" w:eastAsia="Times New Roman" w:cs="Times New Roman"/>
        </w:rPr>
        <w:t xml:space="preserve"> </w:t>
      </w:r>
      <w:r>
        <w:rPr>
          <w:rFonts w:ascii="Nirmala UI" w:hAnsi="Nirmala UI" w:eastAsia="Nirmala UI" w:cs="Nirmala UI"/>
        </w:rPr>
        <w:t>ସତ୍ୟ</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ମିଥ୍ୟା</w:t>
      </w:r>
      <w:r>
        <w:rPr>
          <w:rFonts w:ascii="Times New Roman" w:hAnsi="Times New Roman" w:eastAsia="Times New Roman" w:cs="Times New Roman"/>
        </w:rPr>
        <w:t xml:space="preserve"> </w:t>
      </w:r>
      <w:r>
        <w:rPr>
          <w:rFonts w:ascii="Nirmala UI" w:hAnsi="Nirmala UI" w:eastAsia="Nirmala UI" w:cs="Nirmala UI"/>
        </w:rPr>
        <w:t>ଭବିଷ୍ୟଦ୍ବାଣୀମୟ</w:t>
      </w:r>
      <w:r>
        <w:rPr>
          <w:rFonts w:ascii="Times New Roman" w:hAnsi="Times New Roman" w:eastAsia="Times New Roman" w:cs="Times New Roman"/>
        </w:rPr>
        <w:t xml:space="preserve"> </w:t>
      </w:r>
      <w:r>
        <w:rPr>
          <w:rFonts w:ascii="Nirmala UI" w:hAnsi="Nirmala UI" w:eastAsia="Nirmala UI" w:cs="Nirmala UI"/>
        </w:rPr>
        <w:t>ସନ୍ଦେଶର</w:t>
      </w:r>
      <w:r>
        <w:rPr>
          <w:rFonts w:ascii="Times New Roman" w:hAnsi="Times New Roman" w:eastAsia="Times New Roman" w:cs="Times New Roman"/>
        </w:rPr>
        <w:t xml:space="preserve"> </w:t>
      </w:r>
      <w:r>
        <w:rPr>
          <w:rFonts w:ascii="Nirmala UI" w:hAnsi="Nirmala UI" w:eastAsia="Nirmala UI" w:cs="Nirmala UI"/>
        </w:rPr>
        <w:t>ପାର୍ଥକ୍ୟ</w:t>
      </w:r>
      <w:r>
        <w:rPr>
          <w:rFonts w:ascii="Times New Roman" w:hAnsi="Times New Roman" w:eastAsia="Times New Roman" w:cs="Times New Roman"/>
        </w:rPr>
        <w:t xml:space="preserve"> </w:t>
      </w:r>
      <w:r>
        <w:rPr>
          <w:rFonts w:ascii="Nirmala UI" w:hAnsi="Nirmala UI" w:eastAsia="Nirmala UI" w:cs="Nirmala UI"/>
        </w:rPr>
        <w:t>ମଧ୍ୟ</w:t>
      </w:r>
      <w:r>
        <w:rPr>
          <w:rFonts w:ascii="Times New Roman" w:hAnsi="Times New Roman" w:eastAsia="Times New Roman" w:cs="Times New Roman"/>
        </w:rPr>
        <w:t xml:space="preserve"> </w:t>
      </w:r>
      <w:r>
        <w:rPr>
          <w:rFonts w:ascii="Nirmala UI" w:hAnsi="Nirmala UI" w:eastAsia="Nirmala UI" w:cs="Nirmala UI"/>
        </w:rPr>
        <w:t>ଏଲିୟାଙ୍କ</w:t>
      </w:r>
      <w:r>
        <w:rPr>
          <w:rFonts w:ascii="Times New Roman" w:hAnsi="Times New Roman" w:eastAsia="Times New Roman" w:cs="Times New Roman"/>
        </w:rPr>
        <w:t xml:space="preserve"> </w:t>
      </w:r>
      <w:r>
        <w:rPr>
          <w:rFonts w:ascii="Nirmala UI" w:hAnsi="Nirmala UI" w:eastAsia="Nirmala UI" w:cs="Nirmala UI"/>
        </w:rPr>
        <w:t>ଦ୍ୱାରା</w:t>
      </w:r>
      <w:r>
        <w:rPr>
          <w:rFonts w:ascii="Times New Roman" w:hAnsi="Times New Roman" w:eastAsia="Times New Roman" w:cs="Times New Roman"/>
        </w:rPr>
        <w:t xml:space="preserve"> </w:t>
      </w:r>
      <w:r>
        <w:rPr>
          <w:rFonts w:ascii="Nirmala UI" w:hAnsi="Nirmala UI" w:eastAsia="Nirmala UI" w:cs="Nirmala UI"/>
        </w:rPr>
        <w:t>ଚିତ୍ରିତ</w:t>
      </w:r>
      <w:r>
        <w:rPr>
          <w:rFonts w:ascii="Times New Roman" w:hAnsi="Times New Roman" w:eastAsia="Times New Roman" w:cs="Times New Roman"/>
        </w:rPr>
        <w:t xml:space="preserve"> </w:t>
      </w:r>
      <w:r>
        <w:rPr>
          <w:rFonts w:ascii="Nirmala UI" w:hAnsi="Nirmala UI" w:eastAsia="Nirmala UI" w:cs="Nirmala UI"/>
        </w:rPr>
        <w:t>ହୋଇଛି</w:t>
      </w:r>
      <w:r>
        <w:rPr>
          <w:rFonts w:ascii="Times New Roman" w:hAnsi="Times New Roman" w:eastAsia="Times New Roman" w:cs="Times New Roman"/>
        </w:rPr>
        <w:t xml:space="preserve">, </w:t>
      </w:r>
      <w:r>
        <w:rPr>
          <w:rFonts w:ascii="Nirmala UI" w:hAnsi="Nirmala UI" w:eastAsia="Nirmala UI" w:cs="Nirmala UI"/>
        </w:rPr>
        <w:t>ଯିନ୍ହାକୁ</w:t>
      </w:r>
      <w:r>
        <w:rPr>
          <w:rFonts w:ascii="Times New Roman" w:hAnsi="Times New Roman" w:eastAsia="Times New Roman" w:cs="Times New Roman"/>
        </w:rPr>
        <w:t xml:space="preserve"> </w:t>
      </w:r>
      <w:r>
        <w:rPr>
          <w:rFonts w:ascii="Nirmala UI" w:hAnsi="Nirmala UI" w:eastAsia="Nirmala UI" w:cs="Nirmala UI"/>
        </w:rPr>
        <w:t>ମଲାଖି</w:t>
      </w:r>
      <w:r>
        <w:rPr>
          <w:rFonts w:ascii="Times New Roman" w:hAnsi="Times New Roman" w:eastAsia="Times New Roman" w:cs="Times New Roman"/>
        </w:rPr>
        <w:t xml:space="preserve"> </w:t>
      </w:r>
      <w:r>
        <w:rPr>
          <w:rFonts w:ascii="Nirmala UI" w:hAnsi="Nirmala UI" w:eastAsia="Nirmala UI" w:cs="Nirmala UI"/>
        </w:rPr>
        <w:t>ପରୀକ୍ଷାକାଳର</w:t>
      </w:r>
      <w:r>
        <w:rPr>
          <w:rFonts w:ascii="Times New Roman" w:hAnsi="Times New Roman" w:eastAsia="Times New Roman" w:cs="Times New Roman"/>
        </w:rPr>
        <w:t xml:space="preserve"> </w:t>
      </w:r>
      <w:r>
        <w:rPr>
          <w:rFonts w:ascii="Nirmala UI" w:hAnsi="Nirmala UI" w:eastAsia="Nirmala UI" w:cs="Nirmala UI"/>
        </w:rPr>
        <w:t>ସମାପ୍ତିର</w:t>
      </w:r>
      <w:r>
        <w:rPr>
          <w:rFonts w:ascii="Times New Roman" w:hAnsi="Times New Roman" w:eastAsia="Times New Roman" w:cs="Times New Roman"/>
        </w:rPr>
        <w:t xml:space="preserve"> </w:t>
      </w:r>
      <w:r>
        <w:rPr>
          <w:rFonts w:ascii="Nirmala UI" w:hAnsi="Nirmala UI" w:eastAsia="Nirmala UI" w:cs="Nirmala UI"/>
        </w:rPr>
        <w:t>ଠିକ୍</w:t>
      </w:r>
      <w:r>
        <w:rPr>
          <w:rFonts w:ascii="Times New Roman" w:hAnsi="Times New Roman" w:eastAsia="Times New Roman" w:cs="Times New Roman"/>
        </w:rPr>
        <w:t xml:space="preserve"> </w:t>
      </w:r>
      <w:r>
        <w:rPr>
          <w:rFonts w:ascii="Nirmala UI" w:hAnsi="Nirmala UI" w:eastAsia="Nirmala UI" w:cs="Nirmala UI"/>
        </w:rPr>
        <w:t>ପୂର୍ବରୁ</w:t>
      </w:r>
      <w:r>
        <w:rPr>
          <w:rFonts w:ascii="Times New Roman" w:hAnsi="Times New Roman" w:eastAsia="Times New Roman" w:cs="Times New Roman"/>
        </w:rPr>
        <w:t xml:space="preserve"> </w:t>
      </w:r>
      <w:r>
        <w:rPr>
          <w:rFonts w:ascii="Nirmala UI" w:hAnsi="Nirmala UI" w:eastAsia="Nirmala UI" w:cs="Nirmala UI"/>
        </w:rPr>
        <w:t>ପୁନର୍ଆଗମନ</w:t>
      </w:r>
      <w:r>
        <w:rPr>
          <w:rFonts w:ascii="Times New Roman" w:hAnsi="Times New Roman" w:eastAsia="Times New Roman" w:cs="Times New Roman"/>
        </w:rPr>
        <w:t xml:space="preserve"> </w:t>
      </w:r>
      <w:r>
        <w:rPr>
          <w:rFonts w:ascii="Nirmala UI" w:hAnsi="Nirmala UI" w:eastAsia="Nirmala UI" w:cs="Nirmala UI"/>
        </w:rPr>
        <w:t>କରୁଥିବା</w:t>
      </w:r>
      <w:r>
        <w:rPr>
          <w:rFonts w:ascii="Times New Roman" w:hAnsi="Times New Roman" w:eastAsia="Times New Roman" w:cs="Times New Roman"/>
        </w:rPr>
        <w:t xml:space="preserve"> </w:t>
      </w:r>
      <w:r>
        <w:rPr>
          <w:rFonts w:ascii="Nirmala UI" w:hAnsi="Nirmala UI" w:eastAsia="Nirmala UI" w:cs="Nirmala UI"/>
        </w:rPr>
        <w:t>ବୋଲି</w:t>
      </w:r>
      <w:r>
        <w:rPr>
          <w:rFonts w:ascii="Times New Roman" w:hAnsi="Times New Roman" w:eastAsia="Times New Roman" w:cs="Times New Roman"/>
        </w:rPr>
        <w:t xml:space="preserve"> </w:t>
      </w:r>
      <w:r>
        <w:rPr>
          <w:rFonts w:ascii="Nirmala UI" w:hAnsi="Nirmala UI" w:eastAsia="Nirmala UI" w:cs="Nirmala UI"/>
        </w:rPr>
        <w:t>ପରିଚିତ</w:t>
      </w:r>
      <w:r>
        <w:rPr>
          <w:rFonts w:ascii="Times New Roman" w:hAnsi="Times New Roman" w:eastAsia="Times New Roman" w:cs="Times New Roman"/>
        </w:rPr>
        <w:t xml:space="preserve"> </w:t>
      </w:r>
      <w:r>
        <w:rPr>
          <w:rFonts w:ascii="Nirmala UI" w:hAnsi="Nirmala UI" w:eastAsia="Nirmala UI" w:cs="Nirmala UI"/>
        </w:rPr>
        <w:t>କରାଇଛନ୍ତି।</w:t>
      </w:r>
    </w:p>
    <w:p>
      <w:pPr>
        <w:pStyle w:val="ArticleBody"/>
        <w:jc w:val="left"/>
      </w:pPr>
      <w:r>
        <w:rPr>
          <w:rFonts w:ascii="Gadugi" w:hAnsi="Gadugi" w:eastAsia="Gadugi" w:cs="Gadugi"/>
        </w:rPr>
        <w:t>ᎣᏍᏛ</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ᎤᏂᎦᏔᎾ</w:t>
      </w:r>
      <w:r>
        <w:rPr>
          <w:rFonts w:ascii="Times New Roman" w:hAnsi="Times New Roman" w:eastAsia="Times New Roman" w:cs="Times New Roman"/>
        </w:rPr>
        <w:t xml:space="preserve"> </w:t>
      </w:r>
      <w:r>
        <w:rPr>
          <w:rFonts w:ascii="Gadugi" w:hAnsi="Gadugi" w:eastAsia="Gadugi" w:cs="Gadugi"/>
        </w:rPr>
        <w:t>ᎤᏃᎯᏳᏒ</w:t>
      </w:r>
      <w:r>
        <w:rPr>
          <w:rFonts w:ascii="Times New Roman" w:hAnsi="Times New Roman" w:eastAsia="Times New Roman" w:cs="Times New Roman"/>
        </w:rPr>
        <w:t xml:space="preserve"> </w:t>
      </w:r>
      <w:r>
        <w:rPr>
          <w:rFonts w:ascii="Gadugi" w:hAnsi="Gadugi" w:eastAsia="Gadugi" w:cs="Gadugi"/>
        </w:rPr>
        <w:t>ᎧᎻᎵ</w:t>
      </w:r>
      <w:r>
        <w:rPr>
          <w:rFonts w:ascii="Times New Roman" w:hAnsi="Times New Roman" w:eastAsia="Times New Roman" w:cs="Times New Roman"/>
        </w:rPr>
        <w:t xml:space="preserve"> </w:t>
      </w:r>
      <w:r>
        <w:rPr>
          <w:rFonts w:ascii="Gadugi" w:hAnsi="Gadugi" w:eastAsia="Gadugi" w:cs="Gadugi"/>
        </w:rPr>
        <w:t>ᎤᏅᏒ</w:t>
      </w:r>
      <w:r>
        <w:rPr>
          <w:rFonts w:ascii="Times New Roman" w:hAnsi="Times New Roman" w:eastAsia="Times New Roman" w:cs="Times New Roman"/>
        </w:rPr>
        <w:t xml:space="preserve"> </w:t>
      </w:r>
      <w:r>
        <w:rPr>
          <w:rFonts w:ascii="Gadugi" w:hAnsi="Gadugi" w:eastAsia="Gadugi" w:cs="Gadugi"/>
        </w:rPr>
        <w:t>ᎤᏓᏠᏱᏍᏗ</w:t>
      </w:r>
      <w:r>
        <w:rPr>
          <w:rFonts w:ascii="Times New Roman" w:hAnsi="Times New Roman" w:eastAsia="Times New Roman" w:cs="Times New Roman"/>
        </w:rPr>
        <w:t xml:space="preserve"> </w:t>
      </w:r>
      <w:r>
        <w:rPr>
          <w:rFonts w:ascii="Gadugi" w:hAnsi="Gadugi" w:eastAsia="Gadugi" w:cs="Gadugi"/>
        </w:rPr>
        <w:t>ᎤᏃᎯᏳᏒ</w:t>
      </w:r>
      <w:r>
        <w:rPr>
          <w:rFonts w:ascii="Times New Roman" w:hAnsi="Times New Roman" w:eastAsia="Times New Roman" w:cs="Times New Roman"/>
        </w:rPr>
        <w:t xml:space="preserve"> </w:t>
      </w:r>
      <w:r>
        <w:rPr>
          <w:rFonts w:ascii="Gadugi" w:hAnsi="Gadugi" w:eastAsia="Gadugi" w:cs="Gadugi"/>
        </w:rPr>
        <w:t>ᎢᎳᏯ</w:t>
      </w:r>
      <w:r>
        <w:rPr>
          <w:rFonts w:ascii="Times New Roman" w:hAnsi="Times New Roman" w:eastAsia="Times New Roman" w:cs="Times New Roman"/>
        </w:rPr>
        <w:t xml:space="preserve"> </w:t>
      </w:r>
      <w:r>
        <w:rPr>
          <w:rFonts w:ascii="Gadugi" w:hAnsi="Gadugi" w:eastAsia="Gadugi" w:cs="Gadugi"/>
        </w:rPr>
        <w:t>ᎠᏏᏴᏫ</w:t>
      </w:r>
      <w:r>
        <w:rPr>
          <w:rFonts w:ascii="Times New Roman" w:hAnsi="Times New Roman" w:eastAsia="Times New Roman" w:cs="Times New Roman"/>
        </w:rPr>
        <w:t xml:space="preserve"> “</w:t>
      </w:r>
      <w:r>
        <w:rPr>
          <w:rFonts w:ascii="Gadugi" w:hAnsi="Gadugi" w:eastAsia="Gadugi" w:cs="Gadugi"/>
        </w:rPr>
        <w:t>ᎢᎳᏯ</w:t>
      </w:r>
      <w:r>
        <w:rPr>
          <w:rFonts w:ascii="Times New Roman" w:hAnsi="Times New Roman" w:eastAsia="Times New Roman" w:cs="Times New Roman"/>
        </w:rPr>
        <w:t xml:space="preserve"> </w:t>
      </w:r>
      <w:r>
        <w:rPr>
          <w:rFonts w:ascii="Gadugi" w:hAnsi="Gadugi" w:eastAsia="Gadugi" w:cs="Gadugi"/>
        </w:rPr>
        <w:t>ᎣᏍᏛ</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ᏆᎠᎵ</w:t>
      </w:r>
      <w:r>
        <w:rPr>
          <w:rFonts w:ascii="Times New Roman" w:hAnsi="Times New Roman" w:eastAsia="Times New Roman" w:cs="Times New Roman"/>
        </w:rPr>
        <w:t xml:space="preserve"> </w:t>
      </w:r>
      <w:r>
        <w:rPr>
          <w:rFonts w:ascii="Gadugi" w:hAnsi="Gadugi" w:eastAsia="Gadugi" w:cs="Gadugi"/>
        </w:rPr>
        <w:t>ᎠᏙᎴᎰᏍᎩ</w:t>
      </w:r>
      <w:r>
        <w:rPr>
          <w:rFonts w:ascii="Times New Roman" w:hAnsi="Times New Roman" w:eastAsia="Times New Roman" w:cs="Times New Roman"/>
        </w:rPr>
        <w:t xml:space="preserve"> </w:t>
      </w:r>
      <w:r>
        <w:rPr>
          <w:rFonts w:ascii="Gadugi" w:hAnsi="Gadugi" w:eastAsia="Gadugi" w:cs="Gadugi"/>
        </w:rPr>
        <w:t>ᎤᏂᎦᏔᎾ</w:t>
      </w:r>
      <w:r>
        <w:rPr>
          <w:rFonts w:ascii="Times New Roman" w:hAnsi="Times New Roman" w:eastAsia="Times New Roman" w:cs="Times New Roman"/>
        </w:rPr>
        <w:t xml:space="preserve"> </w:t>
      </w:r>
      <w:r>
        <w:rPr>
          <w:rFonts w:ascii="Gadugi" w:hAnsi="Gadugi" w:eastAsia="Gadugi" w:cs="Gadugi"/>
        </w:rPr>
        <w:t>ᎨᏎᎢ</w:t>
      </w:r>
      <w:r>
        <w:rPr>
          <w:rFonts w:ascii="Ebrima" w:hAnsi="Ebrima" w:eastAsia="Ebrima" w:cs="Ebrima"/>
        </w:rPr>
        <w:t>።</w:t>
      </w:r>
      <w:r>
        <w:rPr>
          <w:rFonts w:ascii="Times New Roman" w:hAnsi="Times New Roman" w:eastAsia="Times New Roman" w:cs="Times New Roman"/>
        </w:rPr>
        <w:t xml:space="preserve"> </w:t>
      </w:r>
      <w:r>
        <w:rPr>
          <w:rFonts w:ascii="Gadugi" w:hAnsi="Gadugi" w:eastAsia="Gadugi" w:cs="Gadugi"/>
        </w:rPr>
        <w:t>ᎢᎳᏯ</w:t>
      </w:r>
      <w:r>
        <w:rPr>
          <w:rFonts w:ascii="Times New Roman" w:hAnsi="Times New Roman" w:eastAsia="Times New Roman" w:cs="Times New Roman"/>
        </w:rPr>
        <w:t xml:space="preserve"> </w:t>
      </w:r>
      <w:r>
        <w:rPr>
          <w:rFonts w:ascii="Gadugi" w:hAnsi="Gadugi" w:eastAsia="Gadugi" w:cs="Gadugi"/>
        </w:rPr>
        <w:t>ᏈᏓ</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ᏆᎠᎵ</w:t>
      </w:r>
      <w:r>
        <w:rPr>
          <w:rFonts w:ascii="Times New Roman" w:hAnsi="Times New Roman" w:eastAsia="Times New Roman" w:cs="Times New Roman"/>
        </w:rPr>
        <w:t xml:space="preserve"> </w:t>
      </w:r>
      <w:r>
        <w:rPr>
          <w:rFonts w:ascii="Gadugi" w:hAnsi="Gadugi" w:eastAsia="Gadugi" w:cs="Gadugi"/>
        </w:rPr>
        <w:t>ᎠᏙᎴᎰᏍᎩ</w:t>
      </w:r>
      <w:r>
        <w:rPr>
          <w:rFonts w:ascii="Times New Roman" w:hAnsi="Times New Roman" w:eastAsia="Times New Roman" w:cs="Times New Roman"/>
        </w:rPr>
        <w:t xml:space="preserve"> </w:t>
      </w:r>
      <w:r>
        <w:rPr>
          <w:rFonts w:ascii="Gadugi" w:hAnsi="Gadugi" w:eastAsia="Gadugi" w:cs="Gadugi"/>
        </w:rPr>
        <w:t>ᎡᏆᎵᎻ</w:t>
      </w:r>
      <w:r>
        <w:rPr>
          <w:rFonts w:ascii="Times New Roman" w:hAnsi="Times New Roman" w:eastAsia="Times New Roman" w:cs="Times New Roman"/>
        </w:rPr>
        <w:t xml:space="preserve"> </w:t>
      </w:r>
      <w:r>
        <w:rPr>
          <w:rFonts w:ascii="Gadugi" w:hAnsi="Gadugi" w:eastAsia="Gadugi" w:cs="Gadugi"/>
        </w:rPr>
        <w:t>ᎤᏂᏴᏫᏯ</w:t>
      </w:r>
      <w:r>
        <w:rPr>
          <w:rFonts w:ascii="Times New Roman" w:hAnsi="Times New Roman" w:eastAsia="Times New Roman" w:cs="Times New Roman"/>
        </w:rPr>
        <w:t xml:space="preserve"> </w:t>
      </w:r>
      <w:r>
        <w:rPr>
          <w:rFonts w:ascii="Gadugi" w:hAnsi="Gadugi" w:eastAsia="Gadugi" w:cs="Gadugi"/>
        </w:rPr>
        <w:t>ᎤᏂᏗᏍᎩ</w:t>
      </w:r>
      <w:r>
        <w:rPr>
          <w:rFonts w:ascii="Times New Roman" w:hAnsi="Times New Roman" w:eastAsia="Times New Roman" w:cs="Times New Roman"/>
        </w:rPr>
        <w:t xml:space="preserve"> </w:t>
      </w:r>
      <w:r>
        <w:rPr>
          <w:rFonts w:ascii="Gadugi" w:hAnsi="Gadugi" w:eastAsia="Gadugi" w:cs="Gadugi"/>
        </w:rPr>
        <w:t>ᎨᏎᎢ</w:t>
      </w:r>
      <w:r>
        <w:rPr>
          <w:rFonts w:ascii="Ebrima" w:hAnsi="Ebrima" w:eastAsia="Ebrima" w:cs="Ebrima"/>
        </w:rPr>
        <w:t>።</w:t>
      </w:r>
      <w:r>
        <w:rPr>
          <w:rFonts w:ascii="Times New Roman" w:hAnsi="Times New Roman" w:eastAsia="Times New Roman" w:cs="Times New Roman"/>
        </w:rPr>
        <w:t xml:space="preserve"> </w:t>
      </w:r>
      <w:r>
        <w:rPr>
          <w:rFonts w:ascii="Gadugi" w:hAnsi="Gadugi" w:eastAsia="Gadugi" w:cs="Gadugi"/>
        </w:rPr>
        <w:t>ᎢᎸᎯᏳ</w:t>
      </w:r>
      <w:r>
        <w:rPr>
          <w:rFonts w:ascii="Times New Roman" w:hAnsi="Times New Roman" w:eastAsia="Times New Roman" w:cs="Times New Roman"/>
        </w:rPr>
        <w:t xml:space="preserve"> </w:t>
      </w:r>
      <w:r>
        <w:rPr>
          <w:rFonts w:ascii="Gadugi" w:hAnsi="Gadugi" w:eastAsia="Gadugi" w:cs="Gadugi"/>
        </w:rPr>
        <w:t>ᎤᏂᎦᏔᎾ</w:t>
      </w:r>
      <w:r>
        <w:rPr>
          <w:rFonts w:ascii="Times New Roman" w:hAnsi="Times New Roman" w:eastAsia="Times New Roman" w:cs="Times New Roman"/>
        </w:rPr>
        <w:t xml:space="preserve"> </w:t>
      </w:r>
      <w:r>
        <w:rPr>
          <w:rFonts w:ascii="Gadugi" w:hAnsi="Gadugi" w:eastAsia="Gadugi" w:cs="Gadugi"/>
        </w:rPr>
        <w:t>ᎤᏂᏗᏍᎩ</w:t>
      </w:r>
      <w:r>
        <w:rPr>
          <w:rFonts w:ascii="Times New Roman" w:hAnsi="Times New Roman" w:eastAsia="Times New Roman" w:cs="Times New Roman"/>
        </w:rPr>
        <w:t xml:space="preserve"> </w:t>
      </w:r>
      <w:r>
        <w:rPr>
          <w:rFonts w:ascii="Gadugi" w:hAnsi="Gadugi" w:eastAsia="Gadugi" w:cs="Gadugi"/>
        </w:rPr>
        <w:t>ᏆᎠᎵ</w:t>
      </w:r>
      <w:r>
        <w:rPr>
          <w:rFonts w:ascii="Times New Roman" w:hAnsi="Times New Roman" w:eastAsia="Times New Roman" w:cs="Times New Roman"/>
        </w:rPr>
        <w:t xml:space="preserve"> </w:t>
      </w:r>
      <w:r>
        <w:rPr>
          <w:rFonts w:ascii="Gadugi" w:hAnsi="Gadugi" w:eastAsia="Gadugi" w:cs="Gadugi"/>
        </w:rPr>
        <w:t>ᎦᏥᏙᎴᎰᏍᎩ</w:t>
      </w:r>
      <w:r>
        <w:rPr>
          <w:rFonts w:ascii="Times New Roman" w:hAnsi="Times New Roman" w:eastAsia="Times New Roman" w:cs="Times New Roman"/>
        </w:rPr>
        <w:t xml:space="preserve"> </w:t>
      </w:r>
      <w:r>
        <w:rPr>
          <w:rFonts w:ascii="Gadugi" w:hAnsi="Gadugi" w:eastAsia="Gadugi" w:cs="Gadugi"/>
        </w:rPr>
        <w:t>ᎤᎾᏄᎪᏫᏍᎬᎢ</w:t>
      </w:r>
      <w:r>
        <w:rPr>
          <w:rFonts w:ascii="Times New Roman" w:hAnsi="Times New Roman" w:eastAsia="Times New Roman" w:cs="Times New Roman"/>
        </w:rPr>
        <w:t xml:space="preserve">, </w:t>
      </w:r>
      <w:r>
        <w:rPr>
          <w:rFonts w:ascii="Gadugi" w:hAnsi="Gadugi" w:eastAsia="Gadugi" w:cs="Gadugi"/>
        </w:rPr>
        <w:t>ᎤᎵᏍᏆᏗᏍᎬ</w:t>
      </w:r>
      <w:r>
        <w:rPr>
          <w:rFonts w:ascii="Times New Roman" w:hAnsi="Times New Roman" w:eastAsia="Times New Roman" w:cs="Times New Roman"/>
        </w:rPr>
        <w:t xml:space="preserve"> </w:t>
      </w:r>
      <w:r>
        <w:rPr>
          <w:rFonts w:ascii="Gadugi" w:hAnsi="Gadugi" w:eastAsia="Gadugi" w:cs="Gadugi"/>
        </w:rPr>
        <w:t>ᎠᏥᏅᏬᏗ</w:t>
      </w:r>
      <w:r>
        <w:rPr>
          <w:rFonts w:ascii="Times New Roman" w:hAnsi="Times New Roman" w:eastAsia="Times New Roman" w:cs="Times New Roman"/>
        </w:rPr>
        <w:t xml:space="preserve"> </w:t>
      </w:r>
      <w:r>
        <w:rPr>
          <w:rFonts w:ascii="Gadugi" w:hAnsi="Gadugi" w:eastAsia="Gadugi" w:cs="Gadugi"/>
        </w:rPr>
        <w:t>ᎤᏪᏥ</w:t>
      </w:r>
      <w:r>
        <w:rPr>
          <w:rFonts w:ascii="Times New Roman" w:hAnsi="Times New Roman" w:eastAsia="Times New Roman" w:cs="Times New Roman"/>
        </w:rPr>
        <w:t xml:space="preserve">; </w:t>
      </w:r>
      <w:r>
        <w:rPr>
          <w:rFonts w:ascii="Gadugi" w:hAnsi="Gadugi" w:eastAsia="Gadugi" w:cs="Gadugi"/>
        </w:rPr>
        <w:t>ᏴᏫ</w:t>
      </w:r>
      <w:r>
        <w:rPr>
          <w:rFonts w:ascii="Times New Roman" w:hAnsi="Times New Roman" w:eastAsia="Times New Roman" w:cs="Times New Roman"/>
        </w:rPr>
        <w:t xml:space="preserve"> </w:t>
      </w:r>
      <w:r>
        <w:rPr>
          <w:rFonts w:ascii="Gadugi" w:hAnsi="Gadugi" w:eastAsia="Gadugi" w:cs="Gadugi"/>
        </w:rPr>
        <w:t>ᎤᎾᏓᏂᎸᏨᎭ</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ᎠᏂᏪᎭ</w:t>
      </w:r>
      <w:r>
        <w:rPr>
          <w:rFonts w:ascii="Times New Roman" w:hAnsi="Times New Roman" w:eastAsia="Times New Roman" w:cs="Times New Roman"/>
        </w:rPr>
        <w:t>, “</w:t>
      </w:r>
      <w:r>
        <w:rPr>
          <w:rFonts w:ascii="Gadugi" w:hAnsi="Gadugi" w:eastAsia="Gadugi" w:cs="Gadugi"/>
        </w:rPr>
        <w:t>ᏱᎰᏩ</w:t>
      </w:r>
      <w:r>
        <w:rPr>
          <w:rFonts w:ascii="Times New Roman" w:hAnsi="Times New Roman" w:eastAsia="Times New Roman" w:cs="Times New Roman"/>
        </w:rPr>
        <w:t xml:space="preserve">, </w:t>
      </w:r>
      <w:r>
        <w:rPr>
          <w:rFonts w:ascii="Ebrima" w:hAnsi="Ebrima" w:eastAsia="Ebrima" w:cs="Ebrima"/>
        </w:rPr>
        <w:t>ᎁ</w:t>
      </w:r>
      <w:r>
        <w:rPr>
          <w:rFonts w:ascii="Gadugi" w:hAnsi="Gadugi" w:eastAsia="Gadugi" w:cs="Gadugi"/>
        </w:rPr>
        <w:t>ᏁᎢ</w:t>
      </w:r>
      <w:r>
        <w:rPr>
          <w:rFonts w:ascii="Times New Roman" w:hAnsi="Times New Roman" w:eastAsia="Times New Roman" w:cs="Times New Roman"/>
        </w:rPr>
        <w:t xml:space="preserve"> </w:t>
      </w:r>
      <w:r>
        <w:rPr>
          <w:rFonts w:ascii="Gadugi" w:hAnsi="Gadugi" w:eastAsia="Gadugi" w:cs="Gadugi"/>
        </w:rPr>
        <w:t>ᎤᏁᎳᏅᎯ</w:t>
      </w:r>
      <w:r>
        <w:rPr>
          <w:rFonts w:ascii="Times New Roman" w:hAnsi="Times New Roman" w:eastAsia="Times New Roman" w:cs="Times New Roman"/>
        </w:rPr>
        <w:t xml:space="preserve">.” </w:t>
      </w:r>
      <w:r>
        <w:rPr>
          <w:rFonts w:ascii="Gadugi" w:hAnsi="Gadugi" w:eastAsia="Gadugi" w:cs="Gadugi"/>
        </w:rPr>
        <w:t>ᎴᎣᏗᏏᏯ</w:t>
      </w:r>
      <w:r>
        <w:rPr>
          <w:rFonts w:ascii="Times New Roman" w:hAnsi="Times New Roman" w:eastAsia="Times New Roman" w:cs="Times New Roman"/>
        </w:rPr>
        <w:t xml:space="preserve"> </w:t>
      </w:r>
      <w:r>
        <w:rPr>
          <w:rFonts w:ascii="Gadugi" w:hAnsi="Gadugi" w:eastAsia="Gadugi" w:cs="Gadugi"/>
        </w:rPr>
        <w:t>ᏧᏂᏍᏓᏩᏛᎩ</w:t>
      </w:r>
      <w:r>
        <w:rPr>
          <w:rFonts w:ascii="Times New Roman" w:hAnsi="Times New Roman" w:eastAsia="Times New Roman" w:cs="Times New Roman"/>
        </w:rPr>
        <w:t xml:space="preserve"> </w:t>
      </w:r>
      <w:r>
        <w:rPr>
          <w:rFonts w:ascii="Gadugi" w:hAnsi="Gadugi" w:eastAsia="Gadugi" w:cs="Gadugi"/>
        </w:rPr>
        <w:t>ᏌᏆᏘ</w:t>
      </w:r>
      <w:r>
        <w:rPr>
          <w:rFonts w:ascii="Times New Roman" w:hAnsi="Times New Roman" w:eastAsia="Times New Roman" w:cs="Times New Roman"/>
        </w:rPr>
        <w:t xml:space="preserve"> </w:t>
      </w:r>
      <w:r>
        <w:rPr>
          <w:rFonts w:ascii="Gadugi" w:hAnsi="Gadugi" w:eastAsia="Gadugi" w:cs="Gadugi"/>
        </w:rPr>
        <w:t>ᎦᎵᏉᎩ</w:t>
      </w:r>
      <w:r>
        <w:rPr>
          <w:rFonts w:ascii="Times New Roman" w:hAnsi="Times New Roman" w:eastAsia="Times New Roman" w:cs="Times New Roman"/>
        </w:rPr>
        <w:t xml:space="preserve"> </w:t>
      </w:r>
      <w:r>
        <w:rPr>
          <w:rFonts w:ascii="Gadugi" w:hAnsi="Gadugi" w:eastAsia="Gadugi" w:cs="Gadugi"/>
        </w:rPr>
        <w:t>ᎠᏂᎦᏔᎾ</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ᎤᎾᏄᎪᏫᏍᎪᎢ</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ᏁᏍᏫᎵ</w:t>
      </w:r>
      <w:r>
        <w:rPr>
          <w:rFonts w:ascii="Times New Roman" w:hAnsi="Times New Roman" w:eastAsia="Times New Roman" w:cs="Times New Roman"/>
        </w:rPr>
        <w:t xml:space="preserve"> </w:t>
      </w:r>
      <w:r>
        <w:rPr>
          <w:rFonts w:ascii="Gadugi" w:hAnsi="Gadugi" w:eastAsia="Gadugi" w:cs="Gadugi"/>
        </w:rPr>
        <w:t>ᎠᏥᏙᎴᎰᏒ</w:t>
      </w:r>
      <w:r>
        <w:rPr>
          <w:rFonts w:ascii="Times New Roman" w:hAnsi="Times New Roman" w:eastAsia="Times New Roman" w:cs="Times New Roman"/>
        </w:rPr>
        <w:t xml:space="preserve"> </w:t>
      </w:r>
      <w:r>
        <w:rPr>
          <w:rFonts w:ascii="Gadugi" w:hAnsi="Gadugi" w:eastAsia="Gadugi" w:cs="Gadugi"/>
        </w:rPr>
        <w:t>ᎤᎵᏍᏆᏗᏍᎬ</w:t>
      </w:r>
      <w:r>
        <w:rPr>
          <w:rFonts w:ascii="Times New Roman" w:hAnsi="Times New Roman" w:eastAsia="Times New Roman" w:cs="Times New Roman"/>
        </w:rPr>
        <w:t xml:space="preserve"> </w:t>
      </w:r>
      <w:r>
        <w:rPr>
          <w:rFonts w:ascii="Gadugi" w:hAnsi="Gadugi" w:eastAsia="Gadugi" w:cs="Gadugi"/>
        </w:rPr>
        <w:t>ᎠᏍᏆᏂᎪᏗᏍᎬᎢ</w:t>
      </w:r>
      <w:r>
        <w:rPr>
          <w:rFonts w:ascii="Times New Roman" w:hAnsi="Times New Roman" w:eastAsia="Times New Roman" w:cs="Times New Roman"/>
        </w:rPr>
        <w:t xml:space="preserve"> </w:t>
      </w:r>
      <w:r>
        <w:rPr>
          <w:rFonts w:ascii="Gadugi" w:hAnsi="Gadugi" w:eastAsia="Gadugi" w:cs="Gadugi"/>
        </w:rPr>
        <w:t>ᎢᎬᏱᏱᏍᎬᎢ</w:t>
      </w:r>
      <w:r>
        <w:rPr>
          <w:rFonts w:ascii="Ebrima" w:hAnsi="Ebrima" w:eastAsia="Ebrima" w:cs="Ebrima"/>
        </w:rPr>
        <w:t>።</w:t>
      </w:r>
      <w:r>
        <w:rPr>
          <w:rFonts w:ascii="Times New Roman" w:hAnsi="Times New Roman" w:eastAsia="Times New Roman" w:cs="Times New Roman"/>
        </w:rPr>
        <w:t xml:space="preserve"> </w:t>
      </w:r>
      <w:r>
        <w:rPr>
          <w:rFonts w:ascii="Gadugi" w:hAnsi="Gadugi" w:eastAsia="Gadugi" w:cs="Gadugi"/>
        </w:rPr>
        <w:t>ᎠᏂᎾᏍᎩ</w:t>
      </w:r>
      <w:r>
        <w:rPr>
          <w:rFonts w:ascii="Times New Roman" w:hAnsi="Times New Roman" w:eastAsia="Times New Roman" w:cs="Times New Roman"/>
        </w:rPr>
        <w:t xml:space="preserve"> </w:t>
      </w:r>
      <w:r>
        <w:rPr>
          <w:rFonts w:ascii="Gadugi" w:hAnsi="Gadugi" w:eastAsia="Gadugi" w:cs="Gadugi"/>
        </w:rPr>
        <w:t>ᎠᏂᏙᎯᏳᎲᎢ</w:t>
      </w:r>
      <w:r>
        <w:rPr>
          <w:rFonts w:ascii="Times New Roman" w:hAnsi="Times New Roman" w:eastAsia="Times New Roman" w:cs="Times New Roman"/>
        </w:rPr>
        <w:t xml:space="preserve"> </w:t>
      </w:r>
      <w:r>
        <w:rPr>
          <w:rFonts w:ascii="Gadugi" w:hAnsi="Gadugi" w:eastAsia="Gadugi" w:cs="Gadugi"/>
        </w:rPr>
        <w:t>ᎠᏂᎧᎿᎭᏩᏛ</w:t>
      </w:r>
      <w:r>
        <w:rPr>
          <w:rFonts w:ascii="Times New Roman" w:hAnsi="Times New Roman" w:eastAsia="Times New Roman" w:cs="Times New Roman"/>
        </w:rPr>
        <w:t xml:space="preserve"> </w:t>
      </w:r>
      <w:r>
        <w:rPr>
          <w:rFonts w:ascii="Gadugi" w:hAnsi="Gadugi" w:eastAsia="Gadugi" w:cs="Gadugi"/>
        </w:rPr>
        <w:t>ᏧᏂᎴᏫᏍᎬ</w:t>
      </w:r>
      <w:r>
        <w:rPr>
          <w:rFonts w:ascii="Times New Roman" w:hAnsi="Times New Roman" w:eastAsia="Times New Roman" w:cs="Times New Roman"/>
        </w:rPr>
        <w:t xml:space="preserve"> </w:t>
      </w:r>
      <w:r>
        <w:rPr>
          <w:rFonts w:ascii="Gadugi" w:hAnsi="Gadugi" w:eastAsia="Gadugi" w:cs="Gadugi"/>
        </w:rPr>
        <w:t>ᎤᏂᎦᏔᎾ</w:t>
      </w:r>
      <w:r>
        <w:rPr>
          <w:rFonts w:ascii="Times New Roman" w:hAnsi="Times New Roman" w:eastAsia="Times New Roman" w:cs="Times New Roman"/>
        </w:rPr>
        <w:t xml:space="preserve"> </w:t>
      </w:r>
      <w:r>
        <w:rPr>
          <w:rFonts w:ascii="Gadugi" w:hAnsi="Gadugi" w:eastAsia="Gadugi" w:cs="Gadugi"/>
        </w:rPr>
        <w:t>ᎤᏂᏚᎵᏍᎬ</w:t>
      </w:r>
      <w:r>
        <w:rPr>
          <w:rFonts w:ascii="Times New Roman" w:hAnsi="Times New Roman" w:eastAsia="Times New Roman" w:cs="Times New Roman"/>
        </w:rPr>
        <w:t xml:space="preserve"> </w:t>
      </w:r>
      <w:r>
        <w:rPr>
          <w:rFonts w:ascii="Gadugi" w:hAnsi="Gadugi" w:eastAsia="Gadugi" w:cs="Gadugi"/>
        </w:rPr>
        <w:t>ᎤᎾᏠᏱᏍᎬ</w:t>
      </w:r>
      <w:r>
        <w:rPr>
          <w:rFonts w:ascii="Times New Roman" w:hAnsi="Times New Roman" w:eastAsia="Times New Roman" w:cs="Times New Roman"/>
        </w:rPr>
        <w:t xml:space="preserve"> </w:t>
      </w:r>
      <w:r>
        <w:rPr>
          <w:rFonts w:ascii="Gadugi" w:hAnsi="Gadugi" w:eastAsia="Gadugi" w:cs="Gadugi"/>
        </w:rPr>
        <w:t>ᏧᏂᏃᎯᏳᏒ</w:t>
      </w:r>
      <w:r>
        <w:rPr>
          <w:rFonts w:ascii="Times New Roman" w:hAnsi="Times New Roman" w:eastAsia="Times New Roman" w:cs="Times New Roman"/>
        </w:rPr>
        <w:t xml:space="preserve"> </w:t>
      </w:r>
      <w:r>
        <w:rPr>
          <w:rFonts w:ascii="Gadugi" w:hAnsi="Gadugi" w:eastAsia="Gadugi" w:cs="Gadugi"/>
        </w:rPr>
        <w:t>ᎠᏂᏍᎦᏅᏨ</w:t>
      </w:r>
      <w:r>
        <w:rPr>
          <w:rFonts w:ascii="Times New Roman" w:hAnsi="Times New Roman" w:eastAsia="Times New Roman" w:cs="Times New Roman"/>
        </w:rPr>
        <w:t xml:space="preserve"> </w:t>
      </w:r>
      <w:r>
        <w:rPr>
          <w:rFonts w:ascii="Gadugi" w:hAnsi="Gadugi" w:eastAsia="Gadugi" w:cs="Gadugi"/>
        </w:rPr>
        <w:t>ᎤᎾᎵᏍᎪᎸᏔᏅ</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ᎤᏂᏍᏆᏂᎪᏛ</w:t>
      </w:r>
      <w:r>
        <w:rPr>
          <w:rFonts w:ascii="Times New Roman" w:hAnsi="Times New Roman" w:eastAsia="Times New Roman" w:cs="Times New Roman"/>
        </w:rPr>
        <w:t xml:space="preserve"> </w:t>
      </w:r>
      <w:r>
        <w:rPr>
          <w:rFonts w:ascii="Gadugi" w:hAnsi="Gadugi" w:eastAsia="Gadugi" w:cs="Gadugi"/>
        </w:rPr>
        <w:t>ᎥᏝ</w:t>
      </w:r>
      <w:r>
        <w:rPr>
          <w:rFonts w:ascii="Times New Roman" w:hAnsi="Times New Roman" w:eastAsia="Times New Roman" w:cs="Times New Roman"/>
        </w:rPr>
        <w:t xml:space="preserve"> </w:t>
      </w:r>
      <w:r>
        <w:rPr>
          <w:rFonts w:ascii="Gadugi" w:hAnsi="Gadugi" w:eastAsia="Gadugi" w:cs="Gadugi"/>
        </w:rPr>
        <w:t>ᎠᏏ</w:t>
      </w:r>
      <w:r>
        <w:rPr>
          <w:rFonts w:ascii="Times New Roman" w:hAnsi="Times New Roman" w:eastAsia="Times New Roman" w:cs="Times New Roman"/>
        </w:rPr>
        <w:t xml:space="preserve"> </w:t>
      </w:r>
      <w:r>
        <w:rPr>
          <w:rFonts w:ascii="Gadugi" w:hAnsi="Gadugi" w:eastAsia="Gadugi" w:cs="Gadugi"/>
        </w:rPr>
        <w:t>ᏱᎩ</w:t>
      </w:r>
      <w:r>
        <w:rPr>
          <w:rFonts w:ascii="Times New Roman" w:hAnsi="Times New Roman" w:eastAsia="Times New Roman" w:cs="Times New Roman"/>
        </w:rPr>
        <w:t xml:space="preserve"> </w:t>
      </w:r>
      <w:r>
        <w:rPr>
          <w:rFonts w:ascii="Gadugi" w:hAnsi="Gadugi" w:eastAsia="Gadugi" w:cs="Gadugi"/>
        </w:rPr>
        <w:t>ᎤᏍᏚᎢᏛ</w:t>
      </w:r>
      <w:r>
        <w:rPr>
          <w:rFonts w:ascii="Times New Roman" w:hAnsi="Times New Roman" w:eastAsia="Times New Roman" w:cs="Times New Roman"/>
        </w:rPr>
        <w:t xml:space="preserve">. </w:t>
      </w:r>
      <w:r>
        <w:rPr>
          <w:rFonts w:ascii="Gadugi" w:hAnsi="Gadugi" w:eastAsia="Gadugi" w:cs="Gadugi"/>
        </w:rPr>
        <w:t>ᎣᏍᏛ</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ᎤᏂᎦᏔᎾ</w:t>
      </w:r>
      <w:r>
        <w:rPr>
          <w:rFonts w:ascii="Times New Roman" w:hAnsi="Times New Roman" w:eastAsia="Times New Roman" w:cs="Times New Roman"/>
        </w:rPr>
        <w:t xml:space="preserve"> </w:t>
      </w:r>
      <w:r>
        <w:rPr>
          <w:rFonts w:ascii="Gadugi" w:hAnsi="Gadugi" w:eastAsia="Gadugi" w:cs="Gadugi"/>
        </w:rPr>
        <w:t>ᎠᏂᎨᏳᎢ</w:t>
      </w:r>
      <w:r>
        <w:rPr>
          <w:rFonts w:ascii="Times New Roman" w:hAnsi="Times New Roman" w:eastAsia="Times New Roman" w:cs="Times New Roman"/>
        </w:rPr>
        <w:t xml:space="preserve"> </w:t>
      </w:r>
      <w:r>
        <w:rPr>
          <w:rFonts w:ascii="Gadugi" w:hAnsi="Gadugi" w:eastAsia="Gadugi" w:cs="Gadugi"/>
        </w:rPr>
        <w:t>ᏧᏂᎾᏫᏱ</w:t>
      </w:r>
      <w:r>
        <w:rPr>
          <w:rFonts w:ascii="Times New Roman" w:hAnsi="Times New Roman" w:eastAsia="Times New Roman" w:cs="Times New Roman"/>
        </w:rPr>
        <w:t xml:space="preserve"> </w:t>
      </w:r>
      <w:r>
        <w:rPr>
          <w:rFonts w:ascii="Gadugi" w:hAnsi="Gadugi" w:eastAsia="Gadugi" w:cs="Gadugi"/>
        </w:rPr>
        <w:t>ᎤᎾᏄᎪᏫᏍᎬ</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ᏁᏍᏫᎵ</w:t>
      </w:r>
      <w:r>
        <w:rPr>
          <w:rFonts w:ascii="Times New Roman" w:hAnsi="Times New Roman" w:eastAsia="Times New Roman" w:cs="Times New Roman"/>
        </w:rPr>
        <w:t xml:space="preserve"> </w:t>
      </w:r>
      <w:r>
        <w:rPr>
          <w:rFonts w:ascii="Gadugi" w:hAnsi="Gadugi" w:eastAsia="Gadugi" w:cs="Gadugi"/>
        </w:rPr>
        <w:t>ᎠᏥᏙᎴᎰᏒ</w:t>
      </w:r>
      <w:r>
        <w:rPr>
          <w:rFonts w:ascii="Times New Roman" w:hAnsi="Times New Roman" w:eastAsia="Times New Roman" w:cs="Times New Roman"/>
        </w:rPr>
        <w:t xml:space="preserve"> </w:t>
      </w:r>
      <w:r>
        <w:rPr>
          <w:rFonts w:ascii="Gadugi" w:hAnsi="Gadugi" w:eastAsia="Gadugi" w:cs="Gadugi"/>
        </w:rPr>
        <w:t>ᎠᏓᏴᏫᏍᎬ</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ᎤᏕᎶᏆᏍᏗ</w:t>
      </w:r>
      <w:r>
        <w:rPr>
          <w:rFonts w:ascii="Times New Roman" w:hAnsi="Times New Roman" w:eastAsia="Times New Roman" w:cs="Times New Roman"/>
        </w:rPr>
        <w:t xml:space="preserve">, </w:t>
      </w:r>
      <w:r>
        <w:rPr>
          <w:rFonts w:ascii="Gadugi" w:hAnsi="Gadugi" w:eastAsia="Gadugi" w:cs="Gadugi"/>
        </w:rPr>
        <w:t>ᎤᏰᎸᏛ</w:t>
      </w:r>
      <w:r>
        <w:rPr>
          <w:rFonts w:ascii="Times New Roman" w:hAnsi="Times New Roman" w:eastAsia="Times New Roman" w:cs="Times New Roman"/>
        </w:rPr>
        <w:t xml:space="preserve"> </w:t>
      </w:r>
      <w:r>
        <w:rPr>
          <w:rFonts w:ascii="Gadugi" w:hAnsi="Gadugi" w:eastAsia="Gadugi" w:cs="Gadugi"/>
        </w:rPr>
        <w:t>ᎠᎧᎿᎭᏩᏛ</w:t>
      </w:r>
      <w:r>
        <w:rPr>
          <w:rFonts w:ascii="Times New Roman" w:hAnsi="Times New Roman" w:eastAsia="Times New Roman" w:cs="Times New Roman"/>
        </w:rPr>
        <w:t xml:space="preserve"> </w:t>
      </w:r>
      <w:r>
        <w:rPr>
          <w:rFonts w:ascii="Gadugi" w:hAnsi="Gadugi" w:eastAsia="Gadugi" w:cs="Gadugi"/>
        </w:rPr>
        <w:t>ᎤᎵᏍᏆᏗᏍᎬ</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ᎤᏙᎯᏳᏒ</w:t>
      </w:r>
      <w:r>
        <w:rPr>
          <w:rFonts w:ascii="Times New Roman" w:hAnsi="Times New Roman" w:eastAsia="Times New Roman" w:cs="Times New Roman"/>
        </w:rPr>
        <w:t xml:space="preserve"> </w:t>
      </w:r>
      <w:r>
        <w:rPr>
          <w:rFonts w:ascii="Gadugi" w:hAnsi="Gadugi" w:eastAsia="Gadugi" w:cs="Gadugi"/>
        </w:rPr>
        <w:t>ᏓᏟᏌᏅ</w:t>
      </w:r>
      <w:r>
        <w:rPr>
          <w:rFonts w:ascii="Times New Roman" w:hAnsi="Times New Roman" w:eastAsia="Times New Roman" w:cs="Times New Roman"/>
        </w:rPr>
        <w:t xml:space="preserve"> </w:t>
      </w:r>
      <w:r>
        <w:rPr>
          <w:rFonts w:ascii="Gadugi" w:hAnsi="Gadugi" w:eastAsia="Gadugi" w:cs="Gadugi"/>
        </w:rPr>
        <w:t>ᏔᎵᏁ</w:t>
      </w:r>
      <w:r>
        <w:rPr>
          <w:rFonts w:ascii="Times New Roman" w:hAnsi="Times New Roman" w:eastAsia="Times New Roman" w:cs="Times New Roman"/>
        </w:rPr>
        <w:t xml:space="preserve"> </w:t>
      </w:r>
      <w:r>
        <w:rPr>
          <w:rFonts w:ascii="Gadugi" w:hAnsi="Gadugi" w:eastAsia="Gadugi" w:cs="Gadugi"/>
        </w:rPr>
        <w:t>ᏧᎾᏗᏅᏏ</w:t>
      </w:r>
      <w:r>
        <w:rPr>
          <w:rFonts w:ascii="Times New Roman" w:hAnsi="Times New Roman" w:eastAsia="Times New Roman" w:cs="Times New Roman"/>
        </w:rPr>
        <w:t xml:space="preserve"> </w:t>
      </w:r>
      <w:r>
        <w:rPr>
          <w:rFonts w:ascii="Gadugi" w:hAnsi="Gadugi" w:eastAsia="Gadugi" w:cs="Gadugi"/>
        </w:rPr>
        <w:t>ᎤᏁᎳᏅᎯ</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ᏚᏂᎾᏫᏱ</w:t>
      </w:r>
      <w:r>
        <w:rPr>
          <w:rFonts w:ascii="Times New Roman" w:hAnsi="Times New Roman" w:eastAsia="Times New Roman" w:cs="Times New Roman"/>
        </w:rPr>
        <w:t xml:space="preserve"> </w:t>
      </w:r>
      <w:r>
        <w:rPr>
          <w:rFonts w:ascii="Gadugi" w:hAnsi="Gadugi" w:eastAsia="Gadugi" w:cs="Gadugi"/>
        </w:rPr>
        <w:t>ᎠᏄᎪᏫᏍᎬᎢ</w:t>
      </w:r>
      <w:r>
        <w:rPr>
          <w:rFonts w:ascii="Leelawadee UI" w:hAnsi="Leelawadee UI" w:eastAsia="Leelawadee UI" w:cs="Leelawadee UI"/>
        </w:rPr>
        <w:t>។</w:t>
      </w:r>
    </w:p>
    <w:p>
      <w:pPr>
        <w:pStyle w:val="ArticleBody"/>
        <w:jc w:val="left"/>
      </w:pPr>
      <w:r>
        <w:rPr>
          <w:rFonts w:ascii="Times New Roman" w:hAnsi="Times New Roman" w:eastAsia="Times New Roman" w:cs="Times New Roman"/>
        </w:rPr>
        <w:t>A desapontasion de 18 de julio de 2020 define el mesaje que debe ser corigido, i la manifestasion de aqueyos dentro del Adventismo que tienen el azeite, i aqueyos que no lo tienen. Aqueyos que carecían del mesaje del azeite que amonesta a Nashville son entonses contrastados con aqueyos que sí poseden el azeite. De las dos clases que o tienen o no tienen el azeite del mesaje, una clase ha experimentado una desapontasion que fue representada por la primera desapontasion de la istoria millerita; la otra no tiene esa eksperiensia. Sin la desapontasion tipificada por los Milleritas no ai ninguna correcsion que hacer a alguna predicsion fallida. El echo de que la predicsion de Nashville de 2020 estaba identificando al Islam es konsistente con un elemento de un mesaje fallido que nesesita ser corigido.</w:t>
      </w:r>
    </w:p>
    <w:p>
      <w:pPr>
        <w:pStyle w:val="ArticleBody"/>
        <w:jc w:val="left"/>
      </w:pPr>
      <w:r>
        <w:rPr>
          <w:rFonts w:ascii="Times New Roman" w:hAnsi="Times New Roman" w:eastAsia="Times New Roman" w:cs="Times New Roman"/>
        </w:rPr>
        <w:t>حقیقتِ حال کا ایک ثبوت اس امر میں پایا جاتا ہے کہ وہ تاریخ جس میں نیش وِل کے آتشی گولے پہنچتے ہیں، نہ صرف یہ کہ اس تاریخ کے مطابق ہے جو ملیرائیوں کی پہلی مایوسی اور اس کے بعد پیغام کی اصلاح سے متعلق ہے، بلکہ اس لیے بھی کہ یہ ایک ایسی تاریخ کے اندر واقع ہوتا ہے جو 9/11 کو تیسرے فرشتے کی آمد سے شروع ہوتی ہے، جو تیسرے افسوس کے اسلام کی آمد کو نشان زد کرتی ہے، اور یہی اسلام نبوتی طور پر مکاشفہ گیارہ کے یکشنبه قانون کے زلزلے پر پھر پہنچتا ہے۔ پیغام میں اسلام کو برقرار رکھنا—باوجود اس کے کہ سسٹر وائٹ کی جانب سے اسلام اور نیش وِل کی تنبیہ کے بارے میں کوئی براہِ راست حوالہ موجود نہیں—اس تاریخ کے موضوع پر مبنی ہے، اور وہ موضوع اسلام ہے۔</w:t>
      </w:r>
    </w:p>
    <w:p>
      <w:pPr>
        <w:pStyle w:val="ArticleBody"/>
        <w:jc w:val="left"/>
      </w:pPr>
      <w:r>
        <w:rPr>
          <w:rFonts w:ascii="Times New Roman" w:hAnsi="Times New Roman" w:eastAsia="Times New Roman" w:cs="Times New Roman"/>
        </w:rPr>
        <w:t>«Դանիելի գիրքը» վերնագրված շարքի հարյուր հիսուներորդ և երրորդ հոդվածում մենք սահմանեցինք, որ, Բաղաամի և էշի վկայությանը համապատասխան, իսլամը, որը ներկայացված է էշով, 9/11-ից մինչև Կիրակնօրյա օրենքի պատմության մեջ Միացյալ Նահանգների հետ պիտի ունենա երեք հիմնական փոխազդեցություն։ Մենք նույնացրինք 9/11-ը որպես առաջինը, ապա՝ 2022 թվականի հոկտեմբերի 7-ը՝ որպես երկրորդը։ Մենք նշեցինք, որ առաջին հարձակումը եղել է հոգևոր փառավոր երկրի վրա, իսկ երկրորդ հարձակումը՝ Իսրայելի բառացի փառավոր երկրի վրա, և որ երրորդ հարձակումը պիտի լինի Կիրակնօրյա օրենքի երկրաշարժի ժամանակ կատարվող հարձակումը։ Մենք ընդգծեցինք, որ մարգարեական այս մակարդակում Բաղաամի պատմությունը կրում էր ճշմարտության կնիքը, որովհետև առաջին և վերջին հարձակումը եղել է հոգևոր փառավոր երկրի վրա, իսկ միջին հարձակումը՝ բառացի փառավոր երկրի վրա, ինչը ապստամբության խորհրդանիշ է։ Այժմ մենք տեսնում ենք, որ չորրորդ հարվածը, որը նշանավորում է Կեսգիշերյան աղաղակի պատգամի սկիզբը, տեղի պիտի ունենա հոգևոր փառավոր երկրում, երբ Նեշվիլի հրագնդերը կատարվեն։ Սա նշանակում է, որ Բաղաամի և նրա էշի երկրորդ հարվածը կրկնակի է՝ երկուսի առաջինը՝ բառացի, իսկ երկրորդը՝ հոգևոր փառավոր երկրի վրա։</w:t>
      </w:r>
    </w:p>
    <w:p>
      <w:pPr>
        <w:pStyle w:val="ArticleBody"/>
        <w:jc w:val="left"/>
      </w:pPr>
      <w:r>
        <w:rPr>
          <w:rFonts w:ascii="Myanmar Text" w:hAnsi="Myanmar Text" w:eastAsia="Myanmar Text" w:cs="Myanmar Text"/>
        </w:rPr>
        <w:t>မည်သို့ပင်ဖြစ်စေ၊</w:t>
      </w:r>
      <w:r>
        <w:rPr>
          <w:rFonts w:ascii="Times New Roman" w:hAnsi="Times New Roman" w:eastAsia="Times New Roman" w:cs="Times New Roman"/>
        </w:rPr>
        <w:t xml:space="preserve"> </w:t>
      </w:r>
      <w:r>
        <w:rPr>
          <w:rFonts w:ascii="Myanmar Text" w:hAnsi="Myanmar Text" w:eastAsia="Myanmar Text" w:cs="Myanmar Text"/>
        </w:rPr>
        <w:t>ထိုဆောင်းပါးသည်</w:t>
      </w:r>
      <w:r>
        <w:rPr>
          <w:rFonts w:ascii="Times New Roman" w:hAnsi="Times New Roman" w:eastAsia="Times New Roman" w:cs="Times New Roman"/>
        </w:rPr>
        <w:t xml:space="preserve"> </w:t>
      </w:r>
      <w:r>
        <w:rPr>
          <w:rFonts w:ascii="Myanmar Text" w:hAnsi="Myanmar Text" w:eastAsia="Myanmar Text" w:cs="Myanmar Text"/>
        </w:rPr>
        <w:t>မပြည့်စုံသော</w:t>
      </w:r>
      <w:r>
        <w:rPr>
          <w:rFonts w:ascii="Times New Roman" w:hAnsi="Times New Roman" w:eastAsia="Times New Roman" w:cs="Times New Roman"/>
        </w:rPr>
        <w:t xml:space="preserve"> </w:t>
      </w:r>
      <w:r>
        <w:rPr>
          <w:rFonts w:ascii="Myanmar Text" w:hAnsi="Myanmar Text" w:eastAsia="Myanmar Text" w:cs="Myanmar Text"/>
        </w:rPr>
        <w:t>အမှန်တရားတစ်ရပ်ကိုသာ</w:t>
      </w:r>
      <w:r>
        <w:rPr>
          <w:rFonts w:ascii="Times New Roman" w:hAnsi="Times New Roman" w:eastAsia="Times New Roman" w:cs="Times New Roman"/>
        </w:rPr>
        <w:t xml:space="preserve"> </w:t>
      </w:r>
      <w:r>
        <w:rPr>
          <w:rFonts w:ascii="Myanmar Text" w:hAnsi="Myanmar Text" w:eastAsia="Myanmar Text" w:cs="Myanmar Text"/>
        </w:rPr>
        <w:t>တင်ပြခဲ့ပြီး၊</w:t>
      </w:r>
      <w:r>
        <w:rPr>
          <w:rFonts w:ascii="Times New Roman" w:hAnsi="Times New Roman" w:eastAsia="Times New Roman" w:cs="Times New Roman"/>
        </w:rPr>
        <w:t xml:space="preserve"> </w:t>
      </w:r>
      <w:r>
        <w:rPr>
          <w:rFonts w:ascii="Myanmar Text" w:hAnsi="Myanmar Text" w:eastAsia="Myanmar Text" w:cs="Myanmar Text"/>
        </w:rPr>
        <w:t>ယုဒအမျိုး၏</w:t>
      </w:r>
      <w:r>
        <w:rPr>
          <w:rFonts w:ascii="Times New Roman" w:hAnsi="Times New Roman" w:eastAsia="Times New Roman" w:cs="Times New Roman"/>
        </w:rPr>
        <w:t xml:space="preserve"> </w:t>
      </w:r>
      <w:r>
        <w:rPr>
          <w:rFonts w:ascii="Myanmar Text" w:hAnsi="Myanmar Text" w:eastAsia="Myanmar Text" w:cs="Myanmar Text"/>
        </w:rPr>
        <w:t>ခြင်္သေ့သည်</w:t>
      </w:r>
      <w:r>
        <w:rPr>
          <w:rFonts w:ascii="Times New Roman" w:hAnsi="Times New Roman" w:eastAsia="Times New Roman" w:cs="Times New Roman"/>
        </w:rPr>
        <w:t xml:space="preserve"> </w:t>
      </w:r>
      <w:r>
        <w:rPr>
          <w:rFonts w:ascii="Myanmar Text" w:hAnsi="Myanmar Text" w:eastAsia="Myanmar Text" w:cs="Myanmar Text"/>
        </w:rPr>
        <w:t>ယခုအခါ</w:t>
      </w:r>
      <w:r>
        <w:rPr>
          <w:rFonts w:ascii="Times New Roman" w:hAnsi="Times New Roman" w:eastAsia="Times New Roman" w:cs="Times New Roman"/>
        </w:rPr>
        <w:t xml:space="preserve"> </w:t>
      </w:r>
      <w:r>
        <w:rPr>
          <w:rFonts w:ascii="Myanmar Text" w:hAnsi="Myanmar Text" w:eastAsia="Myanmar Text" w:cs="Myanmar Text"/>
        </w:rPr>
        <w:t>နတ်ဗျာဒိတ်ဆိုင်ရာ</w:t>
      </w:r>
      <w:r>
        <w:rPr>
          <w:rFonts w:ascii="Times New Roman" w:hAnsi="Times New Roman" w:eastAsia="Times New Roman" w:cs="Times New Roman"/>
        </w:rPr>
        <w:t xml:space="preserve"> </w:t>
      </w:r>
      <w:r>
        <w:rPr>
          <w:rFonts w:ascii="Myanmar Text" w:hAnsi="Myanmar Text" w:eastAsia="Myanmar Text" w:cs="Myanmar Text"/>
        </w:rPr>
        <w:t>ဆက်နွှယ်မှုအဖြစ်</w:t>
      </w:r>
      <w:r>
        <w:rPr>
          <w:rFonts w:ascii="Times New Roman" w:hAnsi="Times New Roman" w:eastAsia="Times New Roman" w:cs="Times New Roman"/>
        </w:rPr>
        <w:t xml:space="preserve"> </w:t>
      </w:r>
      <w:r>
        <w:rPr>
          <w:rFonts w:ascii="Myanmar Text" w:hAnsi="Myanmar Text" w:eastAsia="Myanmar Text" w:cs="Myanmar Text"/>
        </w:rPr>
        <w:t>အစ္စလာမ်နှင့်</w:t>
      </w:r>
      <w:r>
        <w:rPr>
          <w:rFonts w:ascii="Times New Roman" w:hAnsi="Times New Roman" w:eastAsia="Times New Roman" w:cs="Times New Roman"/>
        </w:rPr>
        <w:t xml:space="preserve"> Nashville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မီးလုံးများကြားရှိ</w:t>
      </w:r>
      <w:r>
        <w:rPr>
          <w:rFonts w:ascii="Times New Roman" w:hAnsi="Times New Roman" w:eastAsia="Times New Roman" w:cs="Times New Roman"/>
        </w:rPr>
        <w:t xml:space="preserve"> </w:t>
      </w:r>
      <w:r>
        <w:rPr>
          <w:rFonts w:ascii="Myanmar Text" w:hAnsi="Myanmar Text" w:eastAsia="Myanmar Text" w:cs="Myanmar Text"/>
        </w:rPr>
        <w:t>ချိတ်ဆက်မှုအတွက်</w:t>
      </w:r>
      <w:r>
        <w:rPr>
          <w:rFonts w:ascii="Times New Roman" w:hAnsi="Times New Roman" w:eastAsia="Times New Roman" w:cs="Times New Roman"/>
        </w:rPr>
        <w:t xml:space="preserve"> </w:t>
      </w:r>
      <w:r>
        <w:rPr>
          <w:rFonts w:ascii="Myanmar Text" w:hAnsi="Myanmar Text" w:eastAsia="Myanmar Text" w:cs="Myanmar Text"/>
        </w:rPr>
        <w:t>အခြားသော</w:t>
      </w:r>
      <w:r>
        <w:rPr>
          <w:rFonts w:ascii="Times New Roman" w:hAnsi="Times New Roman" w:eastAsia="Times New Roman" w:cs="Times New Roman"/>
        </w:rPr>
        <w:t xml:space="preserve"> </w:t>
      </w:r>
      <w:r>
        <w:rPr>
          <w:rFonts w:ascii="Myanmar Text" w:hAnsi="Myanmar Text" w:eastAsia="Myanmar Text" w:cs="Myanmar Text"/>
        </w:rPr>
        <w:t>သက်သေတစ်ရပ်ကို</w:t>
      </w:r>
      <w:r>
        <w:rPr>
          <w:rFonts w:ascii="Times New Roman" w:hAnsi="Times New Roman" w:eastAsia="Times New Roman" w:cs="Times New Roman"/>
        </w:rPr>
        <w:t xml:space="preserve"> </w:t>
      </w:r>
      <w:r>
        <w:rPr>
          <w:rFonts w:ascii="Myanmar Text" w:hAnsi="Myanmar Text" w:eastAsia="Myanmar Text" w:cs="Myanmar Text"/>
        </w:rPr>
        <w:t>ဖော်ပြတော်မူခဲ့သည်။</w:t>
      </w:r>
      <w:r>
        <w:rPr>
          <w:rFonts w:ascii="Times New Roman" w:hAnsi="Times New Roman" w:eastAsia="Times New Roman" w:cs="Times New Roman"/>
        </w:rPr>
        <w:t xml:space="preserve"> </w:t>
      </w:r>
      <w:r>
        <w:rPr>
          <w:rFonts w:ascii="Myanmar Text" w:hAnsi="Myanmar Text" w:eastAsia="Myanmar Text" w:cs="Myanmar Text"/>
        </w:rPr>
        <w:t>အစ္စလာမ်ကို</w:t>
      </w:r>
      <w:r>
        <w:rPr>
          <w:rFonts w:ascii="Times New Roman" w:hAnsi="Times New Roman" w:eastAsia="Times New Roman" w:cs="Times New Roman"/>
        </w:rPr>
        <w:t xml:space="preserve"> </w:t>
      </w:r>
      <w:r>
        <w:rPr>
          <w:rFonts w:ascii="Myanmar Text" w:hAnsi="Myanmar Text" w:eastAsia="Myanmar Text" w:cs="Myanmar Text"/>
        </w:rPr>
        <w:t>မီးလုံးများနှင့်</w:t>
      </w:r>
      <w:r>
        <w:rPr>
          <w:rFonts w:ascii="Times New Roman" w:hAnsi="Times New Roman" w:eastAsia="Times New Roman" w:cs="Times New Roman"/>
        </w:rPr>
        <w:t xml:space="preserve"> </w:t>
      </w:r>
      <w:r>
        <w:rPr>
          <w:rFonts w:ascii="Myanmar Text" w:hAnsi="Myanmar Text" w:eastAsia="Myanmar Text" w:cs="Myanmar Text"/>
        </w:rPr>
        <w:t>ဆက်စပ်သတ်မှတ်ခြင်းကို</w:t>
      </w:r>
      <w:r>
        <w:rPr>
          <w:rFonts w:ascii="Times New Roman" w:hAnsi="Times New Roman" w:eastAsia="Times New Roman" w:cs="Times New Roman"/>
        </w:rPr>
        <w:t xml:space="preserve"> </w:t>
      </w:r>
      <w:r>
        <w:rPr>
          <w:rFonts w:ascii="Myanmar Text" w:hAnsi="Myanmar Text" w:eastAsia="Myanmar Text" w:cs="Myanmar Text"/>
        </w:rPr>
        <w:t>ထောက်ခံသော</w:t>
      </w:r>
      <w:r>
        <w:rPr>
          <w:rFonts w:ascii="Times New Roman" w:hAnsi="Times New Roman" w:eastAsia="Times New Roman" w:cs="Times New Roman"/>
        </w:rPr>
        <w:t xml:space="preserve"> </w:t>
      </w:r>
      <w:r>
        <w:rPr>
          <w:rFonts w:ascii="Myanmar Text" w:hAnsi="Myanmar Text" w:eastAsia="Myanmar Text" w:cs="Myanmar Text"/>
        </w:rPr>
        <w:t>အခြားအငြင်းတစ်ရပ်မှာလည်း</w:t>
      </w:r>
      <w:r>
        <w:rPr>
          <w:rFonts w:ascii="Times New Roman" w:hAnsi="Times New Roman" w:eastAsia="Times New Roman" w:cs="Times New Roman"/>
        </w:rPr>
        <w:t xml:space="preserve"> </w:t>
      </w:r>
      <w:r>
        <w:rPr>
          <w:rFonts w:ascii="Myanmar Text" w:hAnsi="Myanmar Text" w:eastAsia="Myanmar Text" w:cs="Myanmar Text"/>
        </w:rPr>
        <w:t>သန့်ရှင်းသော</w:t>
      </w:r>
      <w:r>
        <w:rPr>
          <w:rFonts w:ascii="Times New Roman" w:hAnsi="Times New Roman" w:eastAsia="Times New Roman" w:cs="Times New Roman"/>
        </w:rPr>
        <w:t xml:space="preserve"> </w:t>
      </w:r>
      <w:r>
        <w:rPr>
          <w:rFonts w:ascii="Myanmar Text" w:hAnsi="Myanmar Text" w:eastAsia="Myanmar Text" w:cs="Myanmar Text"/>
        </w:rPr>
        <w:t>သမိုင်း၏</w:t>
      </w:r>
      <w:r>
        <w:rPr>
          <w:rFonts w:ascii="Times New Roman" w:hAnsi="Times New Roman" w:eastAsia="Times New Roman" w:cs="Times New Roman"/>
        </w:rPr>
        <w:t xml:space="preserve"> </w:t>
      </w:r>
      <w:r>
        <w:rPr>
          <w:rFonts w:ascii="Myanmar Text" w:hAnsi="Myanmar Text" w:eastAsia="Myanmar Text" w:cs="Myanmar Text"/>
        </w:rPr>
        <w:t>ပြုပြင်ပြောင်းလဲရေးမျဉ်းများအတွင်း</w:t>
      </w:r>
      <w:r>
        <w:rPr>
          <w:rFonts w:ascii="Times New Roman" w:hAnsi="Times New Roman" w:eastAsia="Times New Roman" w:cs="Times New Roman"/>
        </w:rPr>
        <w:t xml:space="preserve"> </w:t>
      </w:r>
      <w:r>
        <w:rPr>
          <w:rFonts w:ascii="Myanmar Text" w:hAnsi="Myanmar Text" w:eastAsia="Myanmar Text" w:cs="Myanmar Text"/>
        </w:rPr>
        <w:t>တွေ့ရှိရသည်။</w:t>
      </w:r>
      <w:r>
        <w:rPr>
          <w:rFonts w:ascii="Times New Roman" w:hAnsi="Times New Roman" w:eastAsia="Times New Roman" w:cs="Times New Roman"/>
        </w:rPr>
        <w:t xml:space="preserve"> </w:t>
      </w:r>
      <w:r>
        <w:rPr>
          <w:rFonts w:ascii="Myanmar Text" w:hAnsi="Myanmar Text" w:eastAsia="Myanmar Text" w:cs="Myanmar Text"/>
        </w:rPr>
        <w:t>ပြုပြင်ပြောင်းလဲရေး</w:t>
      </w:r>
      <w:r>
        <w:rPr>
          <w:rFonts w:ascii="Times New Roman" w:hAnsi="Times New Roman" w:eastAsia="Times New Roman" w:cs="Times New Roman"/>
        </w:rPr>
        <w:t xml:space="preserve"> </w:t>
      </w:r>
      <w:r>
        <w:rPr>
          <w:rFonts w:ascii="Myanmar Text" w:hAnsi="Myanmar Text" w:eastAsia="Myanmar Text" w:cs="Myanmar Text"/>
        </w:rPr>
        <w:t>လှုပ်ရှားမှုတိုင်းတွင်</w:t>
      </w:r>
      <w:r>
        <w:rPr>
          <w:rFonts w:ascii="Times New Roman" w:hAnsi="Times New Roman" w:eastAsia="Times New Roman" w:cs="Times New Roman"/>
        </w:rPr>
        <w:t xml:space="preserve"> </w:t>
      </w:r>
      <w:r>
        <w:rPr>
          <w:rFonts w:ascii="Myanmar Text" w:hAnsi="Myanmar Text" w:eastAsia="Myanmar Text" w:cs="Myanmar Text"/>
        </w:rPr>
        <w:t>ထိုလှုပ်ရှားမှုတစ်ရပ်လုံးအနှံ့</w:t>
      </w:r>
      <w:r>
        <w:rPr>
          <w:rFonts w:ascii="Times New Roman" w:hAnsi="Times New Roman" w:eastAsia="Times New Roman" w:cs="Times New Roman"/>
        </w:rPr>
        <w:t xml:space="preserve"> </w:t>
      </w:r>
      <w:r>
        <w:rPr>
          <w:rFonts w:ascii="Myanmar Text" w:hAnsi="Myanmar Text" w:eastAsia="Myanmar Text" w:cs="Myanmar Text"/>
        </w:rPr>
        <w:t>စိမ့်ဝင်လွှမ်းမိုးနေသော</w:t>
      </w:r>
      <w:r>
        <w:rPr>
          <w:rFonts w:ascii="Times New Roman" w:hAnsi="Times New Roman" w:eastAsia="Times New Roman" w:cs="Times New Roman"/>
        </w:rPr>
        <w:t xml:space="preserve"> </w:t>
      </w:r>
      <w:r>
        <w:rPr>
          <w:rFonts w:ascii="Myanmar Text" w:hAnsi="Myanmar Text" w:eastAsia="Myanmar Text" w:cs="Myanmar Text"/>
        </w:rPr>
        <w:t>ကိုယ်ပိုင်ထူးခြားသည့်</w:t>
      </w:r>
      <w:r>
        <w:rPr>
          <w:rFonts w:ascii="Times New Roman" w:hAnsi="Times New Roman" w:eastAsia="Times New Roman" w:cs="Times New Roman"/>
        </w:rPr>
        <w:t xml:space="preserve"> </w:t>
      </w:r>
      <w:r>
        <w:rPr>
          <w:rFonts w:ascii="Myanmar Text" w:hAnsi="Myanmar Text" w:eastAsia="Myanmar Text" w:cs="Myanmar Text"/>
        </w:rPr>
        <w:t>အဓိကအကြောင်းအရာတစ်ရပ်စီ</w:t>
      </w:r>
      <w:r>
        <w:rPr>
          <w:rFonts w:ascii="Times New Roman" w:hAnsi="Times New Roman" w:eastAsia="Times New Roman" w:cs="Times New Roman"/>
        </w:rPr>
        <w:t xml:space="preserve"> </w:t>
      </w:r>
      <w:r>
        <w:rPr>
          <w:rFonts w:ascii="Myanmar Text" w:hAnsi="Myanmar Text" w:eastAsia="Myanmar Text" w:cs="Myanmar Text"/>
        </w:rPr>
        <w:t>ရှိသည်။</w:t>
      </w:r>
      <w:r>
        <w:rPr>
          <w:rFonts w:ascii="Times New Roman" w:hAnsi="Times New Roman" w:eastAsia="Times New Roman" w:cs="Times New Roman"/>
        </w:rPr>
        <w:t xml:space="preserve"> </w:t>
      </w:r>
      <w:r>
        <w:rPr>
          <w:rFonts w:ascii="Myanmar Text" w:hAnsi="Myanmar Text" w:eastAsia="Myanmar Text" w:cs="Myanmar Text"/>
        </w:rPr>
        <w:t>မောရှေ၏</w:t>
      </w:r>
      <w:r>
        <w:rPr>
          <w:rFonts w:ascii="Times New Roman" w:hAnsi="Times New Roman" w:eastAsia="Times New Roman" w:cs="Times New Roman"/>
        </w:rPr>
        <w:t xml:space="preserve"> </w:t>
      </w:r>
      <w:r>
        <w:rPr>
          <w:rFonts w:ascii="Myanmar Text" w:hAnsi="Myanmar Text" w:eastAsia="Myanmar Text" w:cs="Myanmar Text"/>
        </w:rPr>
        <w:t>ပြုပြင်ပြောင်းလဲရေး</w:t>
      </w:r>
      <w:r>
        <w:rPr>
          <w:rFonts w:ascii="Times New Roman" w:hAnsi="Times New Roman" w:eastAsia="Times New Roman" w:cs="Times New Roman"/>
        </w:rPr>
        <w:t xml:space="preserve"> </w:t>
      </w:r>
      <w:r>
        <w:rPr>
          <w:rFonts w:ascii="Myanmar Text" w:hAnsi="Myanmar Text" w:eastAsia="Myanmar Text" w:cs="Myanmar Text"/>
        </w:rPr>
        <w:t>လှုပ်ရှားမှုတွင်</w:t>
      </w:r>
      <w:r>
        <w:rPr>
          <w:rFonts w:ascii="Times New Roman" w:hAnsi="Times New Roman" w:eastAsia="Times New Roman" w:cs="Times New Roman"/>
        </w:rPr>
        <w:t xml:space="preserve"> </w:t>
      </w:r>
      <w:r>
        <w:rPr>
          <w:rFonts w:ascii="Myanmar Text" w:hAnsi="Myanmar Text" w:eastAsia="Myanmar Text" w:cs="Myanmar Text"/>
        </w:rPr>
        <w:t>ရွေးချယ်ထားသော</w:t>
      </w:r>
      <w:r>
        <w:rPr>
          <w:rFonts w:ascii="Times New Roman" w:hAnsi="Times New Roman" w:eastAsia="Times New Roman" w:cs="Times New Roman"/>
        </w:rPr>
        <w:t xml:space="preserve"> </w:t>
      </w:r>
      <w:r>
        <w:rPr>
          <w:rFonts w:ascii="Myanmar Text" w:hAnsi="Myanmar Text" w:eastAsia="Myanmar Text" w:cs="Myanmar Text"/>
        </w:rPr>
        <w:t>လူမျိုးတစ်မျိုးနှင့်</w:t>
      </w:r>
      <w:r>
        <w:rPr>
          <w:rFonts w:ascii="Times New Roman" w:hAnsi="Times New Roman" w:eastAsia="Times New Roman" w:cs="Times New Roman"/>
        </w:rPr>
        <w:t xml:space="preserve"> </w:t>
      </w:r>
      <w:r>
        <w:rPr>
          <w:rFonts w:ascii="Myanmar Text" w:hAnsi="Myanmar Text" w:eastAsia="Myanmar Text" w:cs="Myanmar Text"/>
        </w:rPr>
        <w:t>ပဋိညာဉ်ချုပ်ဆိုဝင်ရောက်ခြင်းအကြောင်း</w:t>
      </w:r>
      <w:r>
        <w:rPr>
          <w:rFonts w:ascii="Times New Roman" w:hAnsi="Times New Roman" w:eastAsia="Times New Roman" w:cs="Times New Roman"/>
        </w:rPr>
        <w:t xml:space="preserve"> </w:t>
      </w:r>
      <w:r>
        <w:rPr>
          <w:rFonts w:ascii="Myanmar Text" w:hAnsi="Myanmar Text" w:eastAsia="Myanmar Text" w:cs="Myanmar Text"/>
        </w:rPr>
        <w:t>ဖြစ်ခဲ့သည်။</w:t>
      </w:r>
      <w:r>
        <w:rPr>
          <w:rFonts w:ascii="Times New Roman" w:hAnsi="Times New Roman" w:eastAsia="Times New Roman" w:cs="Times New Roman"/>
        </w:rPr>
        <w:t xml:space="preserve"> </w:t>
      </w:r>
      <w:r>
        <w:rPr>
          <w:rFonts w:ascii="Myanmar Text" w:hAnsi="Myanmar Text" w:eastAsia="Myanmar Text" w:cs="Myanmar Text"/>
        </w:rPr>
        <w:t>ခရစ်တော်၏</w:t>
      </w:r>
      <w:r>
        <w:rPr>
          <w:rFonts w:ascii="Times New Roman" w:hAnsi="Times New Roman" w:eastAsia="Times New Roman" w:cs="Times New Roman"/>
        </w:rPr>
        <w:t xml:space="preserve"> </w:t>
      </w:r>
      <w:r>
        <w:rPr>
          <w:rFonts w:ascii="Myanmar Text" w:hAnsi="Myanmar Text" w:eastAsia="Myanmar Text" w:cs="Myanmar Text"/>
        </w:rPr>
        <w:t>ပြုပြင်ပြောင်းလဲရေးမျဉ်းတွင်</w:t>
      </w:r>
      <w:r>
        <w:rPr>
          <w:rFonts w:ascii="Times New Roman" w:hAnsi="Times New Roman" w:eastAsia="Times New Roman" w:cs="Times New Roman"/>
        </w:rPr>
        <w:t xml:space="preserve"> </w:t>
      </w:r>
      <w:r>
        <w:rPr>
          <w:rFonts w:ascii="Myanmar Text" w:hAnsi="Myanmar Text" w:eastAsia="Myanmar Text" w:cs="Myanmar Text"/>
        </w:rPr>
        <w:t>မေရှယအကြောင်း</w:t>
      </w:r>
      <w:r>
        <w:rPr>
          <w:rFonts w:ascii="Times New Roman" w:hAnsi="Times New Roman" w:eastAsia="Times New Roman" w:cs="Times New Roman"/>
        </w:rPr>
        <w:t xml:space="preserve"> </w:t>
      </w:r>
      <w:r>
        <w:rPr>
          <w:rFonts w:ascii="Myanmar Text" w:hAnsi="Myanmar Text" w:eastAsia="Myanmar Text" w:cs="Myanmar Text"/>
        </w:rPr>
        <w:t>ဖြစ်ခဲ့သည်။</w:t>
      </w:r>
      <w:r>
        <w:rPr>
          <w:rFonts w:ascii="Times New Roman" w:hAnsi="Times New Roman" w:eastAsia="Times New Roman" w:cs="Times New Roman"/>
        </w:rPr>
        <w:t xml:space="preserve"> </w:t>
      </w:r>
      <w:r>
        <w:rPr>
          <w:rFonts w:ascii="Myanmar Text" w:hAnsi="Myanmar Text" w:eastAsia="Myanmar Text" w:cs="Myanmar Text"/>
        </w:rPr>
        <w:t>ဒါဝိဒ်၏</w:t>
      </w:r>
      <w:r>
        <w:rPr>
          <w:rFonts w:ascii="Times New Roman" w:hAnsi="Times New Roman" w:eastAsia="Times New Roman" w:cs="Times New Roman"/>
        </w:rPr>
        <w:t xml:space="preserve"> </w:t>
      </w:r>
      <w:r>
        <w:rPr>
          <w:rFonts w:ascii="Myanmar Text" w:hAnsi="Myanmar Text" w:eastAsia="Myanmar Text" w:cs="Myanmar Text"/>
        </w:rPr>
        <w:t>ပြုပြင်ပြောင်းလဲရေးမျဉ်းတွင်</w:t>
      </w:r>
      <w:r>
        <w:rPr>
          <w:rFonts w:ascii="Times New Roman" w:hAnsi="Times New Roman" w:eastAsia="Times New Roman" w:cs="Times New Roman"/>
        </w:rPr>
        <w:t xml:space="preserve"> </w:t>
      </w:r>
      <w:r>
        <w:rPr>
          <w:rFonts w:ascii="Myanmar Text" w:hAnsi="Myanmar Text" w:eastAsia="Myanmar Text" w:cs="Myanmar Text"/>
        </w:rPr>
        <w:t>ပညတ်တော်ဆယ်ပါးနှင့်</w:t>
      </w:r>
      <w:r>
        <w:rPr>
          <w:rFonts w:ascii="Times New Roman" w:hAnsi="Times New Roman" w:eastAsia="Times New Roman" w:cs="Times New Roman"/>
        </w:rPr>
        <w:t xml:space="preserve"> </w:t>
      </w:r>
      <w:r>
        <w:rPr>
          <w:rFonts w:ascii="Myanmar Text" w:hAnsi="Myanmar Text" w:eastAsia="Myanmar Text" w:cs="Myanmar Text"/>
        </w:rPr>
        <w:t>သန့်ရှင်းရာဌာနအကြောင်း</w:t>
      </w:r>
      <w:r>
        <w:rPr>
          <w:rFonts w:ascii="Times New Roman" w:hAnsi="Times New Roman" w:eastAsia="Times New Roman" w:cs="Times New Roman"/>
        </w:rPr>
        <w:t xml:space="preserve"> </w:t>
      </w:r>
      <w:r>
        <w:rPr>
          <w:rFonts w:ascii="Myanmar Text" w:hAnsi="Myanmar Text" w:eastAsia="Myanmar Text" w:cs="Myanmar Text"/>
        </w:rPr>
        <w:t>ဖြစ်ခဲ့သည်။</w:t>
      </w:r>
      <w:r>
        <w:rPr>
          <w:rFonts w:ascii="Times New Roman" w:hAnsi="Times New Roman" w:eastAsia="Times New Roman" w:cs="Times New Roman"/>
        </w:rPr>
        <w:t xml:space="preserve"> Millerites </w:t>
      </w:r>
      <w:r>
        <w:rPr>
          <w:rFonts w:ascii="Myanmar Text" w:hAnsi="Myanmar Text" w:eastAsia="Myanmar Text" w:cs="Myanmar Text"/>
        </w:rPr>
        <w:t>တို့နှင့်ပတ်သက်၍မူ</w:t>
      </w:r>
      <w:r>
        <w:rPr>
          <w:rFonts w:ascii="Times New Roman" w:hAnsi="Times New Roman" w:eastAsia="Times New Roman" w:cs="Times New Roman"/>
        </w:rPr>
        <w:t xml:space="preserve"> </w:t>
      </w:r>
      <w:r>
        <w:rPr>
          <w:rFonts w:ascii="Myanmar Text" w:hAnsi="Myanmar Text" w:eastAsia="Myanmar Text" w:cs="Myanmar Text"/>
        </w:rPr>
        <w:t>အဓိကအကြောင်းအရာမှာ</w:t>
      </w:r>
      <w:r>
        <w:rPr>
          <w:rFonts w:ascii="Times New Roman" w:hAnsi="Times New Roman" w:eastAsia="Times New Roman" w:cs="Times New Roman"/>
        </w:rPr>
        <w:t xml:space="preserve"> </w:t>
      </w:r>
      <w:r>
        <w:rPr>
          <w:rFonts w:ascii="Myanmar Text" w:hAnsi="Myanmar Text" w:eastAsia="Myanmar Text" w:cs="Myanmar Text"/>
        </w:rPr>
        <w:t>နတ်ဗျာဒိတ်ဆိုင်ရာ</w:t>
      </w:r>
      <w:r>
        <w:rPr>
          <w:rFonts w:ascii="Times New Roman" w:hAnsi="Times New Roman" w:eastAsia="Times New Roman" w:cs="Times New Roman"/>
        </w:rPr>
        <w:t xml:space="preserve"> </w:t>
      </w:r>
      <w:r>
        <w:rPr>
          <w:rFonts w:ascii="Myanmar Text" w:hAnsi="Myanmar Text" w:eastAsia="Myanmar Text" w:cs="Myanmar Text"/>
        </w:rPr>
        <w:t>အချိန်ဖြစ်ခဲ့သည်၊</w:t>
      </w:r>
      <w:r>
        <w:rPr>
          <w:rFonts w:ascii="Times New Roman" w:hAnsi="Times New Roman" w:eastAsia="Times New Roman" w:cs="Times New Roman"/>
        </w:rPr>
        <w:t xml:space="preserve"> </w:t>
      </w:r>
      <w:r>
        <w:rPr>
          <w:rFonts w:ascii="Myanmar Text" w:hAnsi="Myanmar Text" w:eastAsia="Myanmar Text" w:cs="Myanmar Text"/>
        </w:rPr>
        <w:t>အကြောင်းမှာ</w:t>
      </w:r>
      <w:r>
        <w:rPr>
          <w:rFonts w:ascii="Times New Roman" w:hAnsi="Times New Roman" w:eastAsia="Times New Roman" w:cs="Times New Roman"/>
        </w:rPr>
        <w:t xml:space="preserve"> Millerites </w:t>
      </w:r>
      <w:r>
        <w:rPr>
          <w:rFonts w:ascii="Myanmar Text" w:hAnsi="Myanmar Text" w:eastAsia="Myanmar Text" w:cs="Myanmar Text"/>
        </w:rPr>
        <w:t>တို့သည်</w:t>
      </w:r>
      <w:r>
        <w:rPr>
          <w:rFonts w:ascii="Times New Roman" w:hAnsi="Times New Roman" w:eastAsia="Times New Roman" w:cs="Times New Roman"/>
        </w:rPr>
        <w:t xml:space="preserve"> “</w:t>
      </w:r>
      <w:r>
        <w:rPr>
          <w:rFonts w:ascii="Myanmar Text" w:hAnsi="Myanmar Text" w:eastAsia="Myanmar Text" w:cs="Myanmar Text"/>
        </w:rPr>
        <w:t>အချိန်၏</w:t>
      </w:r>
      <w:r>
        <w:rPr>
          <w:rFonts w:ascii="Times New Roman" w:hAnsi="Times New Roman" w:eastAsia="Times New Roman" w:cs="Times New Roman"/>
        </w:rPr>
        <w:t xml:space="preserve"> </w:t>
      </w:r>
      <w:r>
        <w:rPr>
          <w:rFonts w:ascii="Myanmar Text" w:hAnsi="Myanmar Text" w:eastAsia="Myanmar Text" w:cs="Myanmar Text"/>
        </w:rPr>
        <w:t>သတင်းစကား</w:t>
      </w:r>
      <w:r>
        <w:rPr>
          <w:rFonts w:ascii="Times New Roman" w:hAnsi="Times New Roman" w:eastAsia="Times New Roman" w:cs="Times New Roman"/>
        </w:rPr>
        <w:t xml:space="preserve">”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ဆောင်ခဲ့ကြသောကြောင့်</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9/11 </w:t>
      </w:r>
      <w:r>
        <w:rPr>
          <w:rFonts w:ascii="Myanmar Text" w:hAnsi="Myanmar Text" w:eastAsia="Myanmar Text" w:cs="Myanmar Text"/>
        </w:rPr>
        <w:t>တွင်</w:t>
      </w:r>
      <w:r>
        <w:rPr>
          <w:rFonts w:ascii="Times New Roman" w:hAnsi="Times New Roman" w:eastAsia="Times New Roman" w:cs="Times New Roman"/>
        </w:rPr>
        <w:t xml:space="preserve"> </w:t>
      </w:r>
      <w:r>
        <w:rPr>
          <w:rFonts w:ascii="Myanmar Text" w:hAnsi="Myanmar Text" w:eastAsia="Myanmar Text" w:cs="Myanmar Text"/>
        </w:rPr>
        <w:t>တတိယကောင်းကင်တမန်</w:t>
      </w:r>
      <w:r>
        <w:rPr>
          <w:rFonts w:ascii="Times New Roman" w:hAnsi="Times New Roman" w:eastAsia="Times New Roman" w:cs="Times New Roman"/>
        </w:rPr>
        <w:t xml:space="preserve"> </w:t>
      </w:r>
      <w:r>
        <w:rPr>
          <w:rFonts w:ascii="Myanmar Text" w:hAnsi="Myanmar Text" w:eastAsia="Myanmar Text" w:cs="Myanmar Text"/>
        </w:rPr>
        <w:t>ရောက်ရှိလာခြင်းနှင့်အတူ</w:t>
      </w:r>
      <w:r>
        <w:rPr>
          <w:rFonts w:ascii="Times New Roman" w:hAnsi="Times New Roman" w:eastAsia="Times New Roman" w:cs="Times New Roman"/>
        </w:rPr>
        <w:t xml:space="preserve"> </w:t>
      </w:r>
      <w:r>
        <w:rPr>
          <w:rFonts w:ascii="Myanmar Text" w:hAnsi="Myanmar Text" w:eastAsia="Myanmar Text" w:cs="Myanmar Text"/>
        </w:rPr>
        <w:t>တစ်ရာလေးဆယ့်လေးထောင်၏</w:t>
      </w:r>
      <w:r>
        <w:rPr>
          <w:rFonts w:ascii="Times New Roman" w:hAnsi="Times New Roman" w:eastAsia="Times New Roman" w:cs="Times New Roman"/>
        </w:rPr>
        <w:t xml:space="preserve"> </w:t>
      </w:r>
      <w:r>
        <w:rPr>
          <w:rFonts w:ascii="Myanmar Text" w:hAnsi="Myanmar Text" w:eastAsia="Myanmar Text" w:cs="Myanmar Text"/>
        </w:rPr>
        <w:t>ပြုပြင်ပြောင်းလဲရေးမျဉ်းအတွက်</w:t>
      </w:r>
      <w:r>
        <w:rPr>
          <w:rFonts w:ascii="Times New Roman" w:hAnsi="Times New Roman" w:eastAsia="Times New Roman" w:cs="Times New Roman"/>
        </w:rPr>
        <w:t xml:space="preserve"> </w:t>
      </w:r>
      <w:r>
        <w:rPr>
          <w:rFonts w:ascii="Myanmar Text" w:hAnsi="Myanmar Text" w:eastAsia="Myanmar Text" w:cs="Myanmar Text"/>
        </w:rPr>
        <w:t>အဓိကအကြောင်းအရာကို</w:t>
      </w:r>
      <w:r>
        <w:rPr>
          <w:rFonts w:ascii="Times New Roman" w:hAnsi="Times New Roman" w:eastAsia="Times New Roman" w:cs="Times New Roman"/>
        </w:rPr>
        <w:t xml:space="preserve"> </w:t>
      </w:r>
      <w:r>
        <w:rPr>
          <w:rFonts w:ascii="Myanmar Text" w:hAnsi="Myanmar Text" w:eastAsia="Myanmar Text" w:cs="Myanmar Text"/>
        </w:rPr>
        <w:t>တတိယအမင်္ဂလာ၏</w:t>
      </w:r>
      <w:r>
        <w:rPr>
          <w:rFonts w:ascii="Times New Roman" w:hAnsi="Times New Roman" w:eastAsia="Times New Roman" w:cs="Times New Roman"/>
        </w:rPr>
        <w:t xml:space="preserve"> </w:t>
      </w:r>
      <w:r>
        <w:rPr>
          <w:rFonts w:ascii="Myanmar Text" w:hAnsi="Myanmar Text" w:eastAsia="Myanmar Text" w:cs="Myanmar Text"/>
        </w:rPr>
        <w:t>အစ္စလာမ်၊</w:t>
      </w:r>
      <w:r>
        <w:rPr>
          <w:rFonts w:ascii="Times New Roman" w:hAnsi="Times New Roman" w:eastAsia="Times New Roman" w:cs="Times New Roman"/>
        </w:rPr>
        <w:t xml:space="preserve"> </w:t>
      </w:r>
      <w:r>
        <w:rPr>
          <w:rFonts w:ascii="Myanmar Text" w:hAnsi="Myanmar Text" w:eastAsia="Myanmar Text" w:cs="Myanmar Text"/>
        </w:rPr>
        <w:t>အရှေ့ဘက်သားများ၊</w:t>
      </w:r>
      <w:r>
        <w:rPr>
          <w:rFonts w:ascii="Times New Roman" w:hAnsi="Times New Roman" w:eastAsia="Times New Roman" w:cs="Times New Roman"/>
        </w:rPr>
        <w:t xml:space="preserve"> </w:t>
      </w:r>
      <w:r>
        <w:rPr>
          <w:rFonts w:ascii="Myanmar Text" w:hAnsi="Myanmar Text" w:eastAsia="Myanmar Text" w:cs="Myanmar Text"/>
        </w:rPr>
        <w:t>ကျမ်းစာနတ်ဗျာဒိတ်၏</w:t>
      </w:r>
      <w:r>
        <w:rPr>
          <w:rFonts w:ascii="Times New Roman" w:hAnsi="Times New Roman" w:eastAsia="Times New Roman" w:cs="Times New Roman"/>
        </w:rPr>
        <w:t xml:space="preserve"> </w:t>
      </w:r>
      <w:r>
        <w:rPr>
          <w:rFonts w:ascii="Myanmar Text" w:hAnsi="Myanmar Text" w:eastAsia="Myanmar Text" w:cs="Myanmar Text"/>
        </w:rPr>
        <w:t>မြည်း၊</w:t>
      </w:r>
      <w:r>
        <w:rPr>
          <w:rFonts w:ascii="Times New Roman" w:hAnsi="Times New Roman" w:eastAsia="Times New Roman" w:cs="Times New Roman"/>
        </w:rPr>
        <w:t xml:space="preserve"> </w:t>
      </w:r>
      <w:r>
        <w:rPr>
          <w:rFonts w:ascii="Myanmar Text" w:hAnsi="Myanmar Text" w:eastAsia="Myanmar Text" w:cs="Myanmar Text"/>
        </w:rPr>
        <w:t>ဗျာဒိတ်ကျမ်း</w:t>
      </w:r>
      <w:r>
        <w:rPr>
          <w:rFonts w:ascii="Times New Roman" w:hAnsi="Times New Roman" w:eastAsia="Times New Roman" w:cs="Times New Roman"/>
        </w:rPr>
        <w:t xml:space="preserve"> </w:t>
      </w:r>
      <w:r>
        <w:rPr>
          <w:rFonts w:ascii="Myanmar Text" w:hAnsi="Myanmar Text" w:eastAsia="Myanmar Text" w:cs="Myanmar Text"/>
        </w:rPr>
        <w:t>အခန်း</w:t>
      </w:r>
      <w:r>
        <w:rPr>
          <w:rFonts w:ascii="Times New Roman" w:hAnsi="Times New Roman" w:eastAsia="Times New Roman" w:cs="Times New Roman"/>
        </w:rPr>
        <w:t xml:space="preserve"> </w:t>
      </w:r>
      <w:r>
        <w:rPr>
          <w:rFonts w:ascii="Myanmar Text" w:hAnsi="Myanmar Text" w:eastAsia="Myanmar Text" w:cs="Myanmar Text"/>
        </w:rPr>
        <w:t>၉</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စစ်မြင်းများ၊</w:t>
      </w:r>
      <w:r>
        <w:rPr>
          <w:rFonts w:ascii="Times New Roman" w:hAnsi="Times New Roman" w:eastAsia="Times New Roman" w:cs="Times New Roman"/>
        </w:rPr>
        <w:t xml:space="preserve"> </w:t>
      </w:r>
      <w:r>
        <w:rPr>
          <w:rFonts w:ascii="Myanmar Text" w:hAnsi="Myanmar Text" w:eastAsia="Myanmar Text" w:cs="Myanmar Text"/>
        </w:rPr>
        <w:t>အရှေ့လေ၊</w:t>
      </w:r>
      <w:r>
        <w:rPr>
          <w:rFonts w:ascii="Times New Roman" w:hAnsi="Times New Roman" w:eastAsia="Times New Roman" w:cs="Times New Roman"/>
        </w:rPr>
        <w:t xml:space="preserve"> </w:t>
      </w:r>
      <w:r>
        <w:rPr>
          <w:rFonts w:ascii="Myanmar Text" w:hAnsi="Myanmar Text" w:eastAsia="Myanmar Text" w:cs="Myanmar Text"/>
        </w:rPr>
        <w:t>ကျိုင်းကောင်များ၊</w:t>
      </w:r>
      <w:r>
        <w:rPr>
          <w:rFonts w:ascii="Times New Roman" w:hAnsi="Times New Roman" w:eastAsia="Times New Roman" w:cs="Times New Roman"/>
        </w:rPr>
        <w:t xml:space="preserve"> </w:t>
      </w:r>
      <w:r>
        <w:rPr>
          <w:rFonts w:ascii="Myanmar Text" w:hAnsi="Myanmar Text" w:eastAsia="Myanmar Text" w:cs="Myanmar Text"/>
        </w:rPr>
        <w:t>နှင့်</w:t>
      </w:r>
      <w:r>
        <w:rPr>
          <w:rFonts w:ascii="Times New Roman" w:hAnsi="Times New Roman" w:eastAsia="Times New Roman" w:cs="Times New Roman"/>
        </w:rPr>
        <w:t xml:space="preserve"> </w:t>
      </w:r>
      <w:r>
        <w:rPr>
          <w:rFonts w:ascii="Myanmar Text" w:hAnsi="Myanmar Text" w:eastAsia="Myanmar Text" w:cs="Myanmar Text"/>
        </w:rPr>
        <w:t>လူမျိုးများကို</w:t>
      </w:r>
      <w:r>
        <w:rPr>
          <w:rFonts w:ascii="Times New Roman" w:hAnsi="Times New Roman" w:eastAsia="Times New Roman" w:cs="Times New Roman"/>
        </w:rPr>
        <w:t xml:space="preserve"> </w:t>
      </w:r>
      <w:r>
        <w:rPr>
          <w:rFonts w:ascii="Myanmar Text" w:hAnsi="Myanmar Text" w:eastAsia="Myanmar Text" w:cs="Myanmar Text"/>
        </w:rPr>
        <w:t>ဒေါသထွက်စေခြင်း</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သတ်မှတ်ဖော်ထုတ်ခဲ့သည်။</w:t>
      </w:r>
    </w:p>
    <w:p>
      <w:pPr>
        <w:pStyle w:val="ArticleBody"/>
        <w:jc w:val="left"/>
      </w:pPr>
      <w:r>
        <w:rPr>
          <w:rFonts w:ascii="Times New Roman" w:hAnsi="Times New Roman" w:eastAsia="Times New Roman" w:cs="Times New Roman"/>
        </w:rPr>
        <w:t>Алын улун үүсхэлэй арбан нэгэдэхи бүлэгтэ дурдагдаһан газар хүдэлгэнь гурбадахи гайе тэмдэглэһэн Исламые илгаруулна, мүн тэрээнтэй хамта Дунда һүниин хашхаралгын мэдээсэлэй түгэсхэлые түлөөлнэ. Дунда һүниин хашхаралга Христосой Иерусалим руу илаһан ёһоороо оролгоор дүрслэгдэһэн байгаа, тэрэнь эшэгые табижа гаргалгаар эхилһэн юм. Миллеритнүүдэй түүхэдэхи Дунда һүниин хашхаралгын эхинь Exeter гэһэн лагериин суглаанда Самуэл Сноугай морёор ерэһэн ушараар тэмдэглэгдэдэг. Дунда һүниин хашхаралгын үеын эхинь Исламтай холбоотой бэлгэдэлнүүдээр тэмдэглэгдэнэ. 2020 оной июлиин 18-да заһагдаһан мэдээсэл соо анхаралдуулгын мэдээсэлэй нэгэ хубинь болгон Ислам ородог гэһые баталха гэршэнүүд элбэгээр бии. Тэндэ тодорхой үдэр нэрлэгдээгүй, гэбэшье Нашвилл хотын галта бүмбэгэнүүд һүүлэй үдэрнүүдтэхи «шэнэ архи» тухай маргааниие илгаруулдаг, тиимэһээ Нашвилл хотын галта бүмбэгэнүүд Исламые багтаана, зүгөөр галта бүмбэгэнүүдэй цөмэй зэбсэгнүүд гэжэ тодорхойлогдоһон ябадал тухай юун гэжэ хэлэхэб?</w:t>
      </w:r>
    </w:p>
    <w:p>
      <w:pPr>
        <w:pStyle w:val="ArticleBody"/>
        <w:jc w:val="left"/>
      </w:pPr>
      <w:r>
        <w:rPr>
          <w:rFonts w:ascii="Nirmala UI" w:hAnsi="Nirmala UI" w:eastAsia="Nirmala UI" w:cs="Nirmala UI"/>
        </w:rPr>
        <w:t>ᱮᱱᱟ</w:t>
      </w:r>
      <w:r>
        <w:rPr>
          <w:rFonts w:ascii="Times New Roman" w:hAnsi="Times New Roman" w:eastAsia="Times New Roman" w:cs="Times New Roman"/>
        </w:rPr>
        <w:t xml:space="preserve"> </w:t>
      </w:r>
      <w:r>
        <w:rPr>
          <w:rFonts w:ascii="Nirmala UI" w:hAnsi="Nirmala UI" w:eastAsia="Nirmala UI" w:cs="Nirmala UI"/>
        </w:rPr>
        <w:t>ᱥᱟᱱᱫᱮᱥ</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ᱟᱛᱮᱥ</w:t>
      </w:r>
      <w:r>
        <w:rPr>
          <w:rFonts w:ascii="Times New Roman" w:hAnsi="Times New Roman" w:eastAsia="Times New Roman" w:cs="Times New Roman"/>
        </w:rPr>
        <w:t xml:space="preserve"> </w:t>
      </w:r>
      <w:r>
        <w:rPr>
          <w:rFonts w:ascii="Nirmala UI" w:hAnsi="Nirmala UI" w:eastAsia="Nirmala UI" w:cs="Nirmala UI"/>
        </w:rPr>
        <w:t>ᱥᱟᱠᱷᱤ</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ᱞᱟᱹᱜᱤᱫ</w:t>
      </w:r>
      <w:r>
        <w:rPr>
          <w:rFonts w:ascii="Times New Roman" w:hAnsi="Times New Roman" w:eastAsia="Times New Roman" w:cs="Times New Roman"/>
        </w:rPr>
        <w:t xml:space="preserve"> </w:t>
      </w:r>
      <w:r>
        <w:rPr>
          <w:rFonts w:ascii="Nirmala UI" w:hAnsi="Nirmala UI" w:eastAsia="Nirmala UI" w:cs="Nirmala UI"/>
        </w:rPr>
        <w:t>ᱦᱟᱹᱛᱤᱭᱟᱹᱨ</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ᱟᱠᱨᱟᱢᱚᱱᱚᱠᱟᱨᱤ</w:t>
      </w:r>
      <w:r>
        <w:rPr>
          <w:rFonts w:ascii="Times New Roman" w:hAnsi="Times New Roman" w:eastAsia="Times New Roman" w:cs="Times New Roman"/>
        </w:rPr>
        <w:t xml:space="preserve"> </w:t>
      </w:r>
      <w:r>
        <w:rPr>
          <w:rFonts w:ascii="Nirmala UI" w:hAnsi="Nirmala UI" w:eastAsia="Nirmala UI" w:cs="Nirmala UI"/>
        </w:rPr>
        <w:t>ᱨᱩᱯ</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ᱤᱥᱞᱟᱢ</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ᱥᱚᱧᱟ</w:t>
      </w:r>
      <w:r>
        <w:rPr>
          <w:rFonts w:ascii="Times New Roman" w:hAnsi="Times New Roman" w:eastAsia="Times New Roman" w:cs="Times New Roman"/>
        </w:rPr>
        <w:t xml:space="preserve"> </w:t>
      </w:r>
      <w:r>
        <w:rPr>
          <w:rFonts w:ascii="Nirmala UI" w:hAnsi="Nirmala UI" w:eastAsia="Nirmala UI" w:cs="Nirmala UI"/>
        </w:rPr>
        <w:t>ᱥᱟᱶ</w:t>
      </w:r>
      <w:r>
        <w:rPr>
          <w:rFonts w:ascii="Times New Roman" w:hAnsi="Times New Roman" w:eastAsia="Times New Roman" w:cs="Times New Roman"/>
        </w:rPr>
        <w:t xml:space="preserve"> </w:t>
      </w:r>
      <w:r>
        <w:rPr>
          <w:rFonts w:ascii="Nirmala UI" w:hAnsi="Nirmala UI" w:eastAsia="Nirmala UI" w:cs="Nirmala UI"/>
        </w:rPr>
        <w:t>ᱛᱤᱧ</w:t>
      </w:r>
      <w:r>
        <w:rPr>
          <w:rFonts w:ascii="Times New Roman" w:hAnsi="Times New Roman" w:eastAsia="Times New Roman" w:cs="Times New Roman"/>
        </w:rPr>
        <w:t xml:space="preserve"> </w:t>
      </w:r>
      <w:r>
        <w:rPr>
          <w:rFonts w:ascii="Nirmala UI" w:hAnsi="Nirmala UI" w:eastAsia="Nirmala UI" w:cs="Nirmala UI"/>
        </w:rPr>
        <w:t>ᱛᱟᱦᱮᱱᱟ</w:t>
      </w:r>
      <w:r>
        <w:rPr>
          <w:rFonts w:ascii="Times New Roman" w:hAnsi="Times New Roman" w:eastAsia="Times New Roman" w:cs="Times New Roman"/>
        </w:rPr>
        <w:t xml:space="preserve"> </w:t>
      </w:r>
      <w:r>
        <w:rPr>
          <w:rFonts w:ascii="Nirmala UI" w:hAnsi="Nirmala UI" w:eastAsia="Nirmala UI" w:cs="Nirmala UI"/>
        </w:rPr>
        <w:t>ᱞᱟᱹᱜᱤᱫᱟ।</w:t>
      </w:r>
      <w:r>
        <w:rPr>
          <w:rFonts w:ascii="Times New Roman" w:hAnsi="Times New Roman" w:eastAsia="Times New Roman" w:cs="Times New Roman"/>
        </w:rPr>
        <w:t xml:space="preserve"> </w:t>
      </w:r>
      <w:r>
        <w:rPr>
          <w:rFonts w:ascii="Nirmala UI" w:hAnsi="Nirmala UI" w:eastAsia="Nirmala UI" w:cs="Nirmala UI"/>
        </w:rPr>
        <w:t>ᱥᱚᱢᱚᱭ</w:t>
      </w:r>
      <w:r>
        <w:rPr>
          <w:rFonts w:ascii="Times New Roman" w:hAnsi="Times New Roman" w:eastAsia="Times New Roman" w:cs="Times New Roman"/>
        </w:rPr>
        <w:t>-</w:t>
      </w:r>
      <w:r>
        <w:rPr>
          <w:rFonts w:ascii="Nirmala UI" w:hAnsi="Nirmala UI" w:eastAsia="Nirmala UI" w:cs="Nirmala UI"/>
        </w:rPr>
        <w:t>ᱱᱤᱨᱫᱷᱟᱨᱚᱱ</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ᱵᱷᱩᱞ</w:t>
      </w:r>
      <w:r>
        <w:rPr>
          <w:rFonts w:ascii="Times New Roman" w:hAnsi="Times New Roman" w:eastAsia="Times New Roman" w:cs="Times New Roman"/>
        </w:rPr>
        <w:t xml:space="preserve">, </w:t>
      </w:r>
      <w:r>
        <w:rPr>
          <w:rFonts w:ascii="Nirmala UI" w:hAnsi="Nirmala UI" w:eastAsia="Nirmala UI" w:cs="Nirmala UI"/>
        </w:rPr>
        <w:t>ᱚᱠᱟ</w:t>
      </w:r>
      <w:r>
        <w:rPr>
          <w:rFonts w:ascii="Times New Roman" w:hAnsi="Times New Roman" w:eastAsia="Times New Roman" w:cs="Times New Roman"/>
        </w:rPr>
        <w:t xml:space="preserve"> </w:t>
      </w:r>
      <w:r>
        <w:rPr>
          <w:rFonts w:ascii="Nirmala UI" w:hAnsi="Nirmala UI" w:eastAsia="Nirmala UI" w:cs="Nirmala UI"/>
        </w:rPr>
        <w:t>ᱥᱩᱫᱷᱟᱨ</w:t>
      </w:r>
      <w:r>
        <w:rPr>
          <w:rFonts w:ascii="Times New Roman" w:hAnsi="Times New Roman" w:eastAsia="Times New Roman" w:cs="Times New Roman"/>
        </w:rPr>
        <w:t xml:space="preserve"> </w:t>
      </w:r>
      <w:r>
        <w:rPr>
          <w:rFonts w:ascii="Nirmala UI" w:hAnsi="Nirmala UI" w:eastAsia="Nirmala UI" w:cs="Nirmala UI"/>
        </w:rPr>
        <w:t>ᱦᱚᱪᱚ</w:t>
      </w:r>
      <w:r>
        <w:rPr>
          <w:rFonts w:ascii="Times New Roman" w:hAnsi="Times New Roman" w:eastAsia="Times New Roman" w:cs="Times New Roman"/>
        </w:rPr>
        <w:t xml:space="preserve"> </w:t>
      </w:r>
      <w:r>
        <w:rPr>
          <w:rFonts w:ascii="Nirmala UI" w:hAnsi="Nirmala UI" w:eastAsia="Nirmala UI" w:cs="Nirmala UI"/>
        </w:rPr>
        <w:t>ᱦᱚᱭᱚᱜᱼᱟ</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1840 </w:t>
      </w:r>
      <w:r>
        <w:rPr>
          <w:rFonts w:ascii="Nirmala UI" w:hAnsi="Nirmala UI" w:eastAsia="Nirmala UI" w:cs="Nirmala UI"/>
        </w:rPr>
        <w:t>ᱟᱨ</w:t>
      </w:r>
      <w:r>
        <w:rPr>
          <w:rFonts w:ascii="Times New Roman" w:hAnsi="Times New Roman" w:eastAsia="Times New Roman" w:cs="Times New Roman"/>
        </w:rPr>
        <w:t xml:space="preserve"> 1844 </w:t>
      </w:r>
      <w:r>
        <w:rPr>
          <w:rFonts w:ascii="Nirmala UI" w:hAnsi="Nirmala UI" w:eastAsia="Nirmala UI" w:cs="Nirmala UI"/>
        </w:rPr>
        <w:t>ᱵᱟᱨ</w:t>
      </w:r>
      <w:r>
        <w:rPr>
          <w:rFonts w:ascii="Times New Roman" w:hAnsi="Times New Roman" w:eastAsia="Times New Roman" w:cs="Times New Roman"/>
        </w:rPr>
        <w:t xml:space="preserve"> </w:t>
      </w:r>
      <w:r>
        <w:rPr>
          <w:rFonts w:ascii="Nirmala UI" w:hAnsi="Nirmala UI" w:eastAsia="Nirmala UI" w:cs="Nirmala UI"/>
        </w:rPr>
        <w:t>ᱫᱤᱥᱚᱢ</w:t>
      </w:r>
      <w:r>
        <w:rPr>
          <w:rFonts w:ascii="Times New Roman" w:hAnsi="Times New Roman" w:eastAsia="Times New Roman" w:cs="Times New Roman"/>
        </w:rPr>
        <w:t xml:space="preserve"> </w:t>
      </w:r>
      <w:r>
        <w:rPr>
          <w:rFonts w:ascii="Nirmala UI" w:hAnsi="Nirmala UI" w:eastAsia="Nirmala UI" w:cs="Nirmala UI"/>
        </w:rPr>
        <w:t>ᱛᱮ</w:t>
      </w:r>
      <w:r>
        <w:rPr>
          <w:rFonts w:ascii="Times New Roman" w:hAnsi="Times New Roman" w:eastAsia="Times New Roman" w:cs="Times New Roman"/>
        </w:rPr>
        <w:t xml:space="preserve"> </w:t>
      </w:r>
      <w:r>
        <w:rPr>
          <w:rFonts w:ascii="Nirmala UI" w:hAnsi="Nirmala UI" w:eastAsia="Nirmala UI" w:cs="Nirmala UI"/>
        </w:rPr>
        <w:t>ᱧᱮᱞᱟᱹᱜᱼᱟ।</w:t>
      </w:r>
      <w:r>
        <w:rPr>
          <w:rFonts w:ascii="Times New Roman" w:hAnsi="Times New Roman" w:eastAsia="Times New Roman" w:cs="Times New Roman"/>
        </w:rPr>
        <w:t xml:space="preserve"> </w:t>
      </w:r>
      <w:r>
        <w:rPr>
          <w:rFonts w:ascii="Nirmala UI" w:hAnsi="Nirmala UI" w:eastAsia="Nirmala UI" w:cs="Nirmala UI"/>
        </w:rPr>
        <w:t>ᱥᱚᱢᱚᱭ</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ᱱᱚᱣᱟ</w:t>
      </w:r>
      <w:r>
        <w:rPr>
          <w:rFonts w:ascii="Times New Roman" w:hAnsi="Times New Roman" w:eastAsia="Times New Roman" w:cs="Times New Roman"/>
        </w:rPr>
        <w:t xml:space="preserve"> </w:t>
      </w:r>
      <w:r>
        <w:rPr>
          <w:rFonts w:ascii="Nirmala UI" w:hAnsi="Nirmala UI" w:eastAsia="Nirmala UI" w:cs="Nirmala UI"/>
        </w:rPr>
        <w:t>ᱥᱟᱱᱫᱮᱥ</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ᱦᱤᱥᱥᱟ</w:t>
      </w:r>
      <w:r>
        <w:rPr>
          <w:rFonts w:ascii="Times New Roman" w:hAnsi="Times New Roman" w:eastAsia="Times New Roman" w:cs="Times New Roman"/>
        </w:rPr>
        <w:t xml:space="preserve"> </w:t>
      </w:r>
      <w:r>
        <w:rPr>
          <w:rFonts w:ascii="Nirmala UI" w:hAnsi="Nirmala UI" w:eastAsia="Nirmala UI" w:cs="Nirmala UI"/>
        </w:rPr>
        <w:t>ᱵᱟᱝ</w:t>
      </w:r>
      <w:r>
        <w:rPr>
          <w:rFonts w:ascii="Times New Roman" w:hAnsi="Times New Roman" w:eastAsia="Times New Roman" w:cs="Times New Roman"/>
        </w:rPr>
        <w:t xml:space="preserve"> </w:t>
      </w:r>
      <w:r>
        <w:rPr>
          <w:rFonts w:ascii="Nirmala UI" w:hAnsi="Nirmala UI" w:eastAsia="Nirmala UI" w:cs="Nirmala UI"/>
        </w:rPr>
        <w:t>ᱦᱩᱭᱩᱜᱼᱟ</w:t>
      </w:r>
      <w:r>
        <w:rPr>
          <w:rFonts w:ascii="Times New Roman" w:hAnsi="Times New Roman" w:eastAsia="Times New Roman" w:cs="Times New Roman"/>
        </w:rPr>
        <w:t xml:space="preserve">, </w:t>
      </w:r>
      <w:r>
        <w:rPr>
          <w:rFonts w:ascii="Nirmala UI" w:hAnsi="Nirmala UI" w:eastAsia="Nirmala UI" w:cs="Nirmala UI"/>
        </w:rPr>
        <w:t>ᱢᱮᱱᱠᱷᱟᱱ</w:t>
      </w:r>
      <w:r>
        <w:rPr>
          <w:rFonts w:ascii="Times New Roman" w:hAnsi="Times New Roman" w:eastAsia="Times New Roman" w:cs="Times New Roman"/>
        </w:rPr>
        <w:t xml:space="preserve"> </w:t>
      </w:r>
      <w:r>
        <w:rPr>
          <w:rFonts w:ascii="Nirmala UI" w:hAnsi="Nirmala UI" w:eastAsia="Nirmala UI" w:cs="Nirmala UI"/>
        </w:rPr>
        <w:t>ᱥᱚᱸᱠᱷᱭᱟ</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ᱱᱤᱛᱚᱜ</w:t>
      </w:r>
      <w:r>
        <w:rPr>
          <w:rFonts w:ascii="Times New Roman" w:hAnsi="Times New Roman" w:eastAsia="Times New Roman" w:cs="Times New Roman"/>
        </w:rPr>
        <w:t xml:space="preserve"> </w:t>
      </w:r>
      <w:r>
        <w:rPr>
          <w:rFonts w:ascii="Nirmala UI" w:hAnsi="Nirmala UI" w:eastAsia="Nirmala UI" w:cs="Nirmala UI"/>
        </w:rPr>
        <w:t>ᱜᱮ</w:t>
      </w:r>
      <w:r>
        <w:rPr>
          <w:rFonts w:ascii="Times New Roman" w:hAnsi="Times New Roman" w:eastAsia="Times New Roman" w:cs="Times New Roman"/>
        </w:rPr>
        <w:t xml:space="preserve"> </w:t>
      </w:r>
      <w:r>
        <w:rPr>
          <w:rFonts w:ascii="Nirmala UI" w:hAnsi="Nirmala UI" w:eastAsia="Nirmala UI" w:cs="Nirmala UI"/>
        </w:rPr>
        <w:t>ᱢᱮᱱᱟᱜᱼᱟ।</w:t>
      </w:r>
      <w:r>
        <w:rPr>
          <w:rFonts w:ascii="Times New Roman" w:hAnsi="Times New Roman" w:eastAsia="Times New Roman" w:cs="Times New Roman"/>
        </w:rPr>
        <w:t xml:space="preserve"> </w:t>
      </w:r>
      <w:r>
        <w:rPr>
          <w:rFonts w:ascii="Nirmala UI" w:hAnsi="Nirmala UI" w:eastAsia="Nirmala UI" w:cs="Nirmala UI"/>
        </w:rPr>
        <w:t>ᱥᱮᱱᱟᱠᱴᱩᱣᱟᱨᱤ</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ᱵᱩᱡᱷ</w:t>
      </w:r>
      <w:r>
        <w:rPr>
          <w:rFonts w:ascii="Times New Roman" w:hAnsi="Times New Roman" w:eastAsia="Times New Roman" w:cs="Times New Roman"/>
        </w:rPr>
        <w:t xml:space="preserve"> </w:t>
      </w:r>
      <w:r>
        <w:rPr>
          <w:rFonts w:ascii="Nirmala UI" w:hAnsi="Nirmala UI" w:eastAsia="Nirmala UI" w:cs="Nirmala UI"/>
        </w:rPr>
        <w:t>ᱵᱷᱩᱞ</w:t>
      </w:r>
      <w:r>
        <w:rPr>
          <w:rFonts w:ascii="Times New Roman" w:hAnsi="Times New Roman" w:eastAsia="Times New Roman" w:cs="Times New Roman"/>
        </w:rPr>
        <w:t xml:space="preserve"> </w:t>
      </w:r>
      <w:r>
        <w:rPr>
          <w:rFonts w:ascii="Nirmala UI" w:hAnsi="Nirmala UI" w:eastAsia="Nirmala UI" w:cs="Nirmala UI"/>
        </w:rPr>
        <w:t>ᱫᱟᱨᱟᱭ</w:t>
      </w:r>
      <w:r>
        <w:rPr>
          <w:rFonts w:ascii="Times New Roman" w:hAnsi="Times New Roman" w:eastAsia="Times New Roman" w:cs="Times New Roman"/>
        </w:rPr>
        <w:t xml:space="preserve"> </w:t>
      </w:r>
      <w:r>
        <w:rPr>
          <w:rFonts w:ascii="Nirmala UI" w:hAnsi="Nirmala UI" w:eastAsia="Nirmala UI" w:cs="Nirmala UI"/>
        </w:rPr>
        <w:t>ᱡᱟᱦᱮᱨ</w:t>
      </w:r>
      <w:r>
        <w:rPr>
          <w:rFonts w:ascii="Times New Roman" w:hAnsi="Times New Roman" w:eastAsia="Times New Roman" w:cs="Times New Roman"/>
        </w:rPr>
        <w:t xml:space="preserve"> </w:t>
      </w:r>
      <w:r>
        <w:rPr>
          <w:rFonts w:ascii="Nirmala UI" w:hAnsi="Nirmala UI" w:eastAsia="Nirmala UI" w:cs="Nirmala UI"/>
        </w:rPr>
        <w:t>ᱦᱚᱭ</w:t>
      </w:r>
      <w:r>
        <w:rPr>
          <w:rFonts w:ascii="Times New Roman" w:hAnsi="Times New Roman" w:eastAsia="Times New Roman" w:cs="Times New Roman"/>
        </w:rPr>
        <w:t xml:space="preserve"> </w:t>
      </w:r>
      <w:r>
        <w:rPr>
          <w:rFonts w:ascii="Nirmala UI" w:hAnsi="Nirmala UI" w:eastAsia="Nirmala UI" w:cs="Nirmala UI"/>
        </w:rPr>
        <w:t>ᱟᱠᱟᱱ</w:t>
      </w:r>
      <w:r>
        <w:rPr>
          <w:rFonts w:ascii="Times New Roman" w:hAnsi="Times New Roman" w:eastAsia="Times New Roman" w:cs="Times New Roman"/>
        </w:rPr>
        <w:t xml:space="preserve"> </w:t>
      </w:r>
      <w:r>
        <w:rPr>
          <w:rFonts w:ascii="Nirmala UI" w:hAnsi="Nirmala UI" w:eastAsia="Nirmala UI" w:cs="Nirmala UI"/>
        </w:rPr>
        <w:t>ᱵᱷᱩᱞ</w:t>
      </w:r>
      <w:r>
        <w:rPr>
          <w:rFonts w:ascii="Times New Roman" w:hAnsi="Times New Roman" w:eastAsia="Times New Roman" w:cs="Times New Roman"/>
        </w:rPr>
        <w:t xml:space="preserve"> </w:t>
      </w:r>
      <w:r>
        <w:rPr>
          <w:rFonts w:ascii="Nirmala UI" w:hAnsi="Nirmala UI" w:eastAsia="Nirmala UI" w:cs="Nirmala UI"/>
        </w:rPr>
        <w:t>ᱦᱚᱸ</w:t>
      </w:r>
      <w:r>
        <w:rPr>
          <w:rFonts w:ascii="Times New Roman" w:hAnsi="Times New Roman" w:eastAsia="Times New Roman" w:cs="Times New Roman"/>
        </w:rPr>
        <w:t xml:space="preserve"> </w:t>
      </w:r>
      <w:r>
        <w:rPr>
          <w:rFonts w:ascii="Nirmala UI" w:hAnsi="Nirmala UI" w:eastAsia="Nirmala UI" w:cs="Nirmala UI"/>
        </w:rPr>
        <w:t>ᱥᱚᱞᱵ</w:t>
      </w:r>
      <w:r>
        <w:rPr>
          <w:rFonts w:ascii="Times New Roman" w:hAnsi="Times New Roman" w:eastAsia="Times New Roman" w:cs="Times New Roman"/>
        </w:rPr>
        <w:t xml:space="preserve"> </w:t>
      </w:r>
      <w:r>
        <w:rPr>
          <w:rFonts w:ascii="Nirmala UI" w:hAnsi="Nirmala UI" w:eastAsia="Nirmala UI" w:cs="Nirmala UI"/>
        </w:rPr>
        <w:t>ᱦᱚᱪᱚ</w:t>
      </w:r>
      <w:r>
        <w:rPr>
          <w:rFonts w:ascii="Times New Roman" w:hAnsi="Times New Roman" w:eastAsia="Times New Roman" w:cs="Times New Roman"/>
        </w:rPr>
        <w:t xml:space="preserve"> </w:t>
      </w:r>
      <w:r>
        <w:rPr>
          <w:rFonts w:ascii="Nirmala UI" w:hAnsi="Nirmala UI" w:eastAsia="Nirmala UI" w:cs="Nirmala UI"/>
        </w:rPr>
        <w:t>ᱦᱚᱭᱚᱜᱼᱟ</w:t>
      </w:r>
      <w:r>
        <w:rPr>
          <w:rFonts w:ascii="Times New Roman" w:hAnsi="Times New Roman" w:eastAsia="Times New Roman" w:cs="Times New Roman"/>
        </w:rPr>
        <w:t xml:space="preserve">, </w:t>
      </w:r>
      <w:r>
        <w:rPr>
          <w:rFonts w:ascii="Nirmala UI" w:hAnsi="Nirmala UI" w:eastAsia="Nirmala UI" w:cs="Nirmala UI"/>
        </w:rPr>
        <w:t>ᱢᱮᱱᱠᱷᱟᱱ</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ᱥᱚᱞᱵ</w:t>
      </w:r>
      <w:r>
        <w:rPr>
          <w:rFonts w:ascii="Times New Roman" w:hAnsi="Times New Roman" w:eastAsia="Times New Roman" w:cs="Times New Roman"/>
        </w:rPr>
        <w:t xml:space="preserve"> </w:t>
      </w:r>
      <w:r>
        <w:rPr>
          <w:rFonts w:ascii="Nirmala UI" w:hAnsi="Nirmala UI" w:eastAsia="Nirmala UI" w:cs="Nirmala UI"/>
        </w:rPr>
        <w:t>ᱦᱚᱪᱚ</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ᱥᱩᱫᱷᱟᱨ</w:t>
      </w:r>
      <w:r>
        <w:rPr>
          <w:rFonts w:ascii="Times New Roman" w:hAnsi="Times New Roman" w:eastAsia="Times New Roman" w:cs="Times New Roman"/>
        </w:rPr>
        <w:t xml:space="preserve"> </w:t>
      </w:r>
      <w:r>
        <w:rPr>
          <w:rFonts w:ascii="Nirmala UI" w:hAnsi="Nirmala UI" w:eastAsia="Nirmala UI" w:cs="Nirmala UI"/>
        </w:rPr>
        <w:t>ᱟᱠᱟᱱ</w:t>
      </w:r>
      <w:r>
        <w:rPr>
          <w:rFonts w:ascii="Times New Roman" w:hAnsi="Times New Roman" w:eastAsia="Times New Roman" w:cs="Times New Roman"/>
        </w:rPr>
        <w:t xml:space="preserve"> </w:t>
      </w:r>
      <w:r>
        <w:rPr>
          <w:rFonts w:ascii="Nirmala UI" w:hAnsi="Nirmala UI" w:eastAsia="Nirmala UI" w:cs="Nirmala UI"/>
        </w:rPr>
        <w:t>ᱥᱟᱱᱫᱮᱥ</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ᱥᱟᱢᱤᱞ</w:t>
      </w:r>
      <w:r>
        <w:rPr>
          <w:rFonts w:ascii="Times New Roman" w:hAnsi="Times New Roman" w:eastAsia="Times New Roman" w:cs="Times New Roman"/>
        </w:rPr>
        <w:t xml:space="preserve"> </w:t>
      </w:r>
      <w:r>
        <w:rPr>
          <w:rFonts w:ascii="Nirmala UI" w:hAnsi="Nirmala UI" w:eastAsia="Nirmala UI" w:cs="Nirmala UI"/>
        </w:rPr>
        <w:t>ᱦᱚᱪᱚ</w:t>
      </w:r>
      <w:r>
        <w:rPr>
          <w:rFonts w:ascii="Times New Roman" w:hAnsi="Times New Roman" w:eastAsia="Times New Roman" w:cs="Times New Roman"/>
        </w:rPr>
        <w:t xml:space="preserve"> </w:t>
      </w:r>
      <w:r>
        <w:rPr>
          <w:rFonts w:ascii="Nirmala UI" w:hAnsi="Nirmala UI" w:eastAsia="Nirmala UI" w:cs="Nirmala UI"/>
        </w:rPr>
        <w:t>ᱟᱜᱮ</w:t>
      </w:r>
      <w:r>
        <w:rPr>
          <w:rFonts w:ascii="Times New Roman" w:hAnsi="Times New Roman" w:eastAsia="Times New Roman" w:cs="Times New Roman"/>
        </w:rPr>
        <w:t xml:space="preserve">, </w:t>
      </w:r>
      <w:r>
        <w:rPr>
          <w:rFonts w:ascii="Nirmala UI" w:hAnsi="Nirmala UI" w:eastAsia="Nirmala UI" w:cs="Nirmala UI"/>
        </w:rPr>
        <w:t>ᱥᱮᱱᱟᱠᱴᱩᱣᱟᱨᱤ</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ᱵᱩᱡᱷ</w:t>
      </w:r>
      <w:r>
        <w:rPr>
          <w:rFonts w:ascii="Times New Roman" w:hAnsi="Times New Roman" w:eastAsia="Times New Roman" w:cs="Times New Roman"/>
        </w:rPr>
        <w:t xml:space="preserve"> </w:t>
      </w:r>
      <w:r>
        <w:rPr>
          <w:rFonts w:ascii="Nirmala UI" w:hAnsi="Nirmala UI" w:eastAsia="Nirmala UI" w:cs="Nirmala UI"/>
        </w:rPr>
        <w:t>ᱵᱷᱩᱞ</w:t>
      </w:r>
      <w:r>
        <w:rPr>
          <w:rFonts w:ascii="Times New Roman" w:hAnsi="Times New Roman" w:eastAsia="Times New Roman" w:cs="Times New Roman"/>
        </w:rPr>
        <w:t xml:space="preserve"> </w:t>
      </w:r>
      <w:r>
        <w:rPr>
          <w:rFonts w:ascii="Nirmala UI" w:hAnsi="Nirmala UI" w:eastAsia="Nirmala UI" w:cs="Nirmala UI"/>
        </w:rPr>
        <w:t>ᱫᱟᱨᱟᱭ</w:t>
      </w:r>
      <w:r>
        <w:rPr>
          <w:rFonts w:ascii="Times New Roman" w:hAnsi="Times New Roman" w:eastAsia="Times New Roman" w:cs="Times New Roman"/>
        </w:rPr>
        <w:t xml:space="preserve"> </w:t>
      </w:r>
      <w:r>
        <w:rPr>
          <w:rFonts w:ascii="Nirmala UI" w:hAnsi="Nirmala UI" w:eastAsia="Nirmala UI" w:cs="Nirmala UI"/>
        </w:rPr>
        <w:t>ᱚᱠᱟ</w:t>
      </w:r>
      <w:r>
        <w:rPr>
          <w:rFonts w:ascii="Times New Roman" w:hAnsi="Times New Roman" w:eastAsia="Times New Roman" w:cs="Times New Roman"/>
        </w:rPr>
        <w:t xml:space="preserve"> </w:t>
      </w:r>
      <w:r>
        <w:rPr>
          <w:rFonts w:ascii="Nirmala UI" w:hAnsi="Nirmala UI" w:eastAsia="Nirmala UI" w:cs="Nirmala UI"/>
        </w:rPr>
        <w:t>ᱵᱷᱩᱞ</w:t>
      </w:r>
      <w:r>
        <w:rPr>
          <w:rFonts w:ascii="Times New Roman" w:hAnsi="Times New Roman" w:eastAsia="Times New Roman" w:cs="Times New Roman"/>
        </w:rPr>
        <w:t xml:space="preserve"> </w:t>
      </w:r>
      <w:r>
        <w:rPr>
          <w:rFonts w:ascii="Nirmala UI" w:hAnsi="Nirmala UI" w:eastAsia="Nirmala UI" w:cs="Nirmala UI"/>
        </w:rPr>
        <w:t>ᱧᱮᱞᱟᱹᱜᱼᱟ</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ᱥᱟᱯᱷᱟ</w:t>
      </w:r>
      <w:r>
        <w:rPr>
          <w:rFonts w:ascii="Times New Roman" w:hAnsi="Times New Roman" w:eastAsia="Times New Roman" w:cs="Times New Roman"/>
        </w:rPr>
        <w:t xml:space="preserve"> </w:t>
      </w:r>
      <w:r>
        <w:rPr>
          <w:rFonts w:ascii="Nirmala UI" w:hAnsi="Nirmala UI" w:eastAsia="Nirmala UI" w:cs="Nirmala UI"/>
        </w:rPr>
        <w:t>ᱛᱮ</w:t>
      </w:r>
      <w:r>
        <w:rPr>
          <w:rFonts w:ascii="Times New Roman" w:hAnsi="Times New Roman" w:eastAsia="Times New Roman" w:cs="Times New Roman"/>
        </w:rPr>
        <w:t xml:space="preserve"> </w:t>
      </w:r>
      <w:r>
        <w:rPr>
          <w:rFonts w:ascii="Nirmala UI" w:hAnsi="Nirmala UI" w:eastAsia="Nirmala UI" w:cs="Nirmala UI"/>
        </w:rPr>
        <w:t>ᱪᱤᱱᱦᱟᱹᱯ</w:t>
      </w:r>
      <w:r>
        <w:rPr>
          <w:rFonts w:ascii="Times New Roman" w:hAnsi="Times New Roman" w:eastAsia="Times New Roman" w:cs="Times New Roman"/>
        </w:rPr>
        <w:t xml:space="preserve"> </w:t>
      </w:r>
      <w:r>
        <w:rPr>
          <w:rFonts w:ascii="Nirmala UI" w:hAnsi="Nirmala UI" w:eastAsia="Nirmala UI" w:cs="Nirmala UI"/>
        </w:rPr>
        <w:t>ᱦᱚᱪᱚ</w:t>
      </w:r>
      <w:r>
        <w:rPr>
          <w:rFonts w:ascii="Times New Roman" w:hAnsi="Times New Roman" w:eastAsia="Times New Roman" w:cs="Times New Roman"/>
        </w:rPr>
        <w:t xml:space="preserve"> </w:t>
      </w:r>
      <w:r>
        <w:rPr>
          <w:rFonts w:ascii="Nirmala UI" w:hAnsi="Nirmala UI" w:eastAsia="Nirmala UI" w:cs="Nirmala UI"/>
        </w:rPr>
        <w:t>ᱦᱭᱚᱜᱼᱟ।</w:t>
      </w:r>
      <w:r>
        <w:rPr>
          <w:rFonts w:ascii="Times New Roman" w:hAnsi="Times New Roman" w:eastAsia="Times New Roman" w:cs="Times New Roman"/>
        </w:rPr>
        <w:t xml:space="preserve"> 18 </w:t>
      </w:r>
      <w:r>
        <w:rPr>
          <w:rFonts w:ascii="Nirmala UI" w:hAnsi="Nirmala UI" w:eastAsia="Nirmala UI" w:cs="Nirmala UI"/>
        </w:rPr>
        <w:t>ᱡᱩᱞᱟᱭ</w:t>
      </w:r>
      <w:r>
        <w:rPr>
          <w:rFonts w:ascii="Times New Roman" w:hAnsi="Times New Roman" w:eastAsia="Times New Roman" w:cs="Times New Roman"/>
        </w:rPr>
        <w:t xml:space="preserve"> </w:t>
      </w:r>
      <w:r>
        <w:rPr>
          <w:rFonts w:ascii="Nirmala UI" w:hAnsi="Nirmala UI" w:eastAsia="Nirmala UI" w:cs="Nirmala UI"/>
        </w:rPr>
        <w:t>ᱱᱮᱥᱵᱷᱤᱞ</w:t>
      </w:r>
      <w:r>
        <w:rPr>
          <w:rFonts w:ascii="Times New Roman" w:hAnsi="Times New Roman" w:eastAsia="Times New Roman" w:cs="Times New Roman"/>
        </w:rPr>
        <w:t xml:space="preserve"> </w:t>
      </w:r>
      <w:r>
        <w:rPr>
          <w:rFonts w:ascii="Nirmala UI" w:hAnsi="Nirmala UI" w:eastAsia="Nirmala UI" w:cs="Nirmala UI"/>
        </w:rPr>
        <w:t>ᱦᱚᱥᱤᱭᱟᱹᱨᱤ</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ᱥᱮᱱᱟᱠᱴᱩᱣᱟᱨᱤ</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ᱵᱩᱡᱷ</w:t>
      </w:r>
      <w:r>
        <w:rPr>
          <w:rFonts w:ascii="Times New Roman" w:hAnsi="Times New Roman" w:eastAsia="Times New Roman" w:cs="Times New Roman"/>
        </w:rPr>
        <w:t xml:space="preserve"> </w:t>
      </w:r>
      <w:r>
        <w:rPr>
          <w:rFonts w:ascii="Nirmala UI" w:hAnsi="Nirmala UI" w:eastAsia="Nirmala UI" w:cs="Nirmala UI"/>
        </w:rPr>
        <w:t>ᱵᱷᱩᱞ</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ᱪᱮᱫ</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ᱩᱫᱩᱜ</w:t>
      </w:r>
      <w:r>
        <w:rPr>
          <w:rFonts w:ascii="Times New Roman" w:hAnsi="Times New Roman" w:eastAsia="Times New Roman" w:cs="Times New Roman"/>
        </w:rPr>
        <w:t xml:space="preserve"> </w:t>
      </w:r>
      <w:r>
        <w:rPr>
          <w:rFonts w:ascii="Nirmala UI" w:hAnsi="Nirmala UI" w:eastAsia="Nirmala UI" w:cs="Nirmala UI"/>
        </w:rPr>
        <w:t>ᱮᱫᱟ</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Ndisunga kuti mayankho apezeka m’kuunika kumene kwakhala kukumasulidwa kuyambira kumapeto kwa 2023. Mizere itatu yofanana ya machaputala khumi ndi limodzi, yoyambira pa chaputala 11 mpaka pa chaputala 22 mu Genesis, Mateyu ndi Chivumbulutso, ndi kukonzanso pangano la Mulungu ndi anthu zikwi zana limodzi makumi anayi ndi zinayi. Kodi tikana chifundo Chake pochita ngati sitinamve kuitana Kwake, kapena timagwada pansi ndi kulengeza mwa mphamvu yathu yaumunthu kuti, “zonse zimene Alamula, ndidzazichita?” Kapena kodi tilola Mzimu Woyera kulemba lamulo Lake pa mitima ndi maganizo athu?</w:t>
      </w:r>
    </w:p>
    <w:p>
      <w:pPr>
        <w:pStyle w:val="ArticleBody"/>
        <w:jc w:val="left"/>
      </w:pPr>
      <w:r>
        <w:rPr>
          <w:rFonts w:ascii="Times New Roman" w:hAnsi="Times New Roman" w:eastAsia="Times New Roman" w:cs="Times New Roman"/>
        </w:rPr>
        <w:t>ئەو وەڵامانە هەروەها لە دانیال بەشی دوانزەهەمدا دەبینرێن، لەو کردنەوەی مۆرەکەی سێ ئایەتەکەی کات وەک پەیامی فریشتەی یەکەم و دووەم و سێیەم پێشکەش دەکەن. ئەو سێ ئایەتە هەروەها لە ئایەتی حەوتدا ٣١ی دێسەمبەری ٢٠٢٣، لە ئایەتی دوازدەدا ١٨ی تەممووزی ٢٠٢٠ نیشان دەدەن، و پاشان ١٩٨٩ هەتا یاسای یەکشەممە و هەروەها هەتا داخستنی دەرگای تۆبە لە ئایەتی یازدەدا نواندراوە. ئەو سێ ڕاستییە، لە ناو ئەو سێ ئایەتەدا، لە هەمان ئەو دەقەی پیرۆزدا جێگیر کراون کە تێیدا ئەو پرۆسەی سێهەمینی تاقیکردنەوەیەی کە هەمیشە کاتێک پێشبینییەک مۆرەکەی دەکرێتەوە ڕوودەدات، خراوەتەڕوو!</w:t>
      </w:r>
    </w:p>
    <w:p>
      <w:pPr>
        <w:pStyle w:val="ArticleBody"/>
        <w:jc w:val="left"/>
      </w:pPr>
      <w:r>
        <w:rPr>
          <w:rFonts w:ascii="Times New Roman" w:hAnsi="Times New Roman" w:eastAsia="Times New Roman" w:cs="Times New Roman"/>
        </w:rPr>
        <w:t>Kristo san laeng a nangukatan so taloran suubok ed Daniel 12, noagta inikanta met so suaray suubok bilang sakey a pundanayon a suubok, sinundan na sakey a suubok ti templo, tan sinundan na sakey a litmus a suubok. Inikanta to met a say pundanayon a suubok et inrugian ed December 31, 2023 tan naibatay ed pundanayon a suubok na linyon Millerite, a nayarin irrepresenta na antikristo bilang simbolo ya mangipundar ed panlabas a sirmata.</w:t>
      </w:r>
    </w:p>
    <w:p>
      <w:pPr>
        <w:pStyle w:val="ArticleBody"/>
        <w:jc w:val="left"/>
      </w:pPr>
      <w:r>
        <w:rPr>
          <w:rFonts w:ascii="Times New Roman" w:hAnsi="Times New Roman" w:eastAsia="Times New Roman" w:cs="Times New Roman"/>
        </w:rPr>
        <w:t>Himi saanna inni lammaffaa fi qoricha mana qulqullummaa taʼee argamu akka mulʼata Daaniʼel boqonnaa kudhan keessatti argamu, jechuunis mulʼata Kiristoos mana qulqullummaa keessatti mulʼateen bakka buʼame adda baase. Qorichi sun yeroo ammaa adeemsarra jira. Hiikni Daaniʼel boqonnaa kudha lammaffaa keessatti banamuu guyyaa 1989, Adoolessa 18, 2020, Muddee 31, 2023, fi seera Dilbataa mulʼata Roomaa fi mulʼata Kiristoos of keessatti hammata. Mulʼatoonni lamaanis mulʼata tokkuma keessatti dhihaataniiru; mulʼata sana keessatti banamuun boqonnaa kudha lammaffaa argama. Boqonnaawwan sadan sun mulʼata tokko dha; mulʼatni Kiristoos boqonnaa kudhan keessatti qoricha mana qulqullummaa dha, mulʼatni farra Kiristoos boqonnaa kudha tokko keessatti qoricha hundee dha, akkasumas mallattoowwan buufata warra dhibba afurtamii afur kuma tokkoo boqonnaa kudha lammaffaa keessatti argaman qoricha sadaffaa fi qoricha murteessaa bakka buʼu; achitti warri gowwaan warra ogeeyyii irraa adda baafamu, akkuma baayʼeen qulqulleeffamanii, adii taʼanii, qoramaniitti.</w:t>
      </w:r>
    </w:p>
    <w:p>
      <w:pPr>
        <w:pStyle w:val="ArticleBody"/>
        <w:jc w:val="left"/>
      </w:pPr>
      <w:r>
        <w:rPr>
          <w:rFonts w:ascii="Sylfaen" w:hAnsi="Sylfaen" w:eastAsia="Sylfaen" w:cs="Sylfaen"/>
        </w:rPr>
        <w:t>ტაძრის</w:t>
      </w:r>
      <w:r>
        <w:rPr>
          <w:rFonts w:ascii="Times New Roman" w:hAnsi="Times New Roman" w:eastAsia="Times New Roman" w:cs="Times New Roman"/>
        </w:rPr>
        <w:t xml:space="preserve"> </w:t>
      </w:r>
      <w:r>
        <w:rPr>
          <w:rFonts w:ascii="Sylfaen" w:hAnsi="Sylfaen" w:eastAsia="Sylfaen" w:cs="Sylfaen"/>
        </w:rPr>
        <w:t>გამოცდამ</w:t>
      </w:r>
      <w:r>
        <w:rPr>
          <w:rFonts w:ascii="Times New Roman" w:hAnsi="Times New Roman" w:eastAsia="Times New Roman" w:cs="Times New Roman"/>
        </w:rPr>
        <w:t xml:space="preserve"> </w:t>
      </w:r>
      <w:r>
        <w:rPr>
          <w:rFonts w:ascii="Sylfaen" w:hAnsi="Sylfaen" w:eastAsia="Sylfaen" w:cs="Sylfaen"/>
        </w:rPr>
        <w:t>გახსნა</w:t>
      </w:r>
      <w:r>
        <w:rPr>
          <w:rFonts w:ascii="Times New Roman" w:hAnsi="Times New Roman" w:eastAsia="Times New Roman" w:cs="Times New Roman"/>
        </w:rPr>
        <w:t xml:space="preserve"> </w:t>
      </w:r>
      <w:r>
        <w:rPr>
          <w:rFonts w:ascii="Sylfaen" w:hAnsi="Sylfaen" w:eastAsia="Sylfaen" w:cs="Sylfaen"/>
        </w:rPr>
        <w:t>ლევიანთა</w:t>
      </w:r>
      <w:r>
        <w:rPr>
          <w:rFonts w:ascii="Times New Roman" w:hAnsi="Times New Roman" w:eastAsia="Times New Roman" w:cs="Times New Roman"/>
        </w:rPr>
        <w:t xml:space="preserve"> </w:t>
      </w:r>
      <w:r>
        <w:rPr>
          <w:rFonts w:ascii="Sylfaen" w:hAnsi="Sylfaen" w:eastAsia="Sylfaen" w:cs="Sylfaen"/>
        </w:rPr>
        <w:t>წიგნის</w:t>
      </w:r>
      <w:r>
        <w:rPr>
          <w:rFonts w:ascii="Times New Roman" w:hAnsi="Times New Roman" w:eastAsia="Times New Roman" w:cs="Times New Roman"/>
        </w:rPr>
        <w:t xml:space="preserve"> </w:t>
      </w:r>
      <w:r>
        <w:rPr>
          <w:rFonts w:ascii="Sylfaen" w:hAnsi="Sylfaen" w:eastAsia="Sylfaen" w:cs="Sylfaen"/>
        </w:rPr>
        <w:t>ოცდამესამე</w:t>
      </w:r>
      <w:r>
        <w:rPr>
          <w:rFonts w:ascii="Times New Roman" w:hAnsi="Times New Roman" w:eastAsia="Times New Roman" w:cs="Times New Roman"/>
        </w:rPr>
        <w:t xml:space="preserve"> </w:t>
      </w:r>
      <w:r>
        <w:rPr>
          <w:rFonts w:ascii="Sylfaen" w:hAnsi="Sylfaen" w:eastAsia="Sylfaen" w:cs="Sylfaen"/>
        </w:rPr>
        <w:t>თავის</w:t>
      </w:r>
      <w:r>
        <w:rPr>
          <w:rFonts w:ascii="Times New Roman" w:hAnsi="Times New Roman" w:eastAsia="Times New Roman" w:cs="Times New Roman"/>
        </w:rPr>
        <w:t xml:space="preserve"> </w:t>
      </w:r>
      <w:r>
        <w:rPr>
          <w:rFonts w:ascii="Sylfaen" w:hAnsi="Sylfaen" w:eastAsia="Sylfaen" w:cs="Sylfaen"/>
        </w:rPr>
        <w:t>ნათელი</w:t>
      </w:r>
      <w:r>
        <w:rPr>
          <w:rFonts w:ascii="Times New Roman" w:hAnsi="Times New Roman" w:eastAsia="Times New Roman" w:cs="Times New Roman"/>
        </w:rPr>
        <w:t xml:space="preserve">, </w:t>
      </w:r>
      <w:r>
        <w:rPr>
          <w:rFonts w:ascii="Sylfaen" w:hAnsi="Sylfaen" w:eastAsia="Sylfaen" w:cs="Sylfaen"/>
        </w:rPr>
        <w:t>რომელიც</w:t>
      </w:r>
      <w:r>
        <w:rPr>
          <w:rFonts w:ascii="Times New Roman" w:hAnsi="Times New Roman" w:eastAsia="Times New Roman" w:cs="Times New Roman"/>
        </w:rPr>
        <w:t xml:space="preserve"> </w:t>
      </w:r>
      <w:r>
        <w:rPr>
          <w:rFonts w:ascii="Sylfaen" w:hAnsi="Sylfaen" w:eastAsia="Sylfaen" w:cs="Sylfaen"/>
        </w:rPr>
        <w:t>იყო</w:t>
      </w:r>
      <w:r>
        <w:rPr>
          <w:rFonts w:ascii="Times New Roman" w:hAnsi="Times New Roman" w:eastAsia="Times New Roman" w:cs="Times New Roman"/>
        </w:rPr>
        <w:t xml:space="preserve"> </w:t>
      </w:r>
      <w:r>
        <w:rPr>
          <w:rFonts w:ascii="Sylfaen" w:hAnsi="Sylfaen" w:eastAsia="Sylfaen" w:cs="Sylfaen"/>
        </w:rPr>
        <w:t>აღთქმის</w:t>
      </w:r>
      <w:r>
        <w:rPr>
          <w:rFonts w:ascii="Times New Roman" w:hAnsi="Times New Roman" w:eastAsia="Times New Roman" w:cs="Times New Roman"/>
        </w:rPr>
        <w:t xml:space="preserve"> </w:t>
      </w:r>
      <w:r>
        <w:rPr>
          <w:rFonts w:ascii="Sylfaen" w:hAnsi="Sylfaen" w:eastAsia="Sylfaen" w:cs="Sylfaen"/>
        </w:rPr>
        <w:t>კიდობნის</w:t>
      </w:r>
      <w:r>
        <w:rPr>
          <w:rFonts w:ascii="Times New Roman" w:hAnsi="Times New Roman" w:eastAsia="Times New Roman" w:cs="Times New Roman"/>
        </w:rPr>
        <w:t xml:space="preserve"> </w:t>
      </w:r>
      <w:r>
        <w:rPr>
          <w:rFonts w:ascii="Sylfaen" w:hAnsi="Sylfaen" w:eastAsia="Sylfaen" w:cs="Sylfaen"/>
        </w:rPr>
        <w:t>ნათელი</w:t>
      </w:r>
      <w:r>
        <w:rPr>
          <w:rFonts w:ascii="Times New Roman" w:hAnsi="Times New Roman" w:eastAsia="Times New Roman" w:cs="Times New Roman"/>
        </w:rPr>
        <w:t xml:space="preserve">, </w:t>
      </w:r>
      <w:r>
        <w:rPr>
          <w:rFonts w:ascii="Sylfaen" w:hAnsi="Sylfaen" w:eastAsia="Sylfaen" w:cs="Sylfaen"/>
        </w:rPr>
        <w:t>რაც</w:t>
      </w:r>
      <w:r>
        <w:rPr>
          <w:rFonts w:ascii="Times New Roman" w:hAnsi="Times New Roman" w:eastAsia="Times New Roman" w:cs="Times New Roman"/>
        </w:rPr>
        <w:t xml:space="preserve"> </w:t>
      </w:r>
      <w:r>
        <w:rPr>
          <w:rFonts w:ascii="Sylfaen" w:hAnsi="Sylfaen" w:eastAsia="Sylfaen" w:cs="Sylfaen"/>
        </w:rPr>
        <w:t>არის</w:t>
      </w:r>
      <w:r>
        <w:rPr>
          <w:rFonts w:ascii="Times New Roman" w:hAnsi="Times New Roman" w:eastAsia="Times New Roman" w:cs="Times New Roman"/>
        </w:rPr>
        <w:t xml:space="preserve"> </w:t>
      </w:r>
      <w:r>
        <w:rPr>
          <w:rFonts w:ascii="Sylfaen" w:hAnsi="Sylfaen" w:eastAsia="Sylfaen" w:cs="Sylfaen"/>
        </w:rPr>
        <w:t>მეშვიდე</w:t>
      </w:r>
      <w:r>
        <w:rPr>
          <w:rFonts w:ascii="Times New Roman" w:hAnsi="Times New Roman" w:eastAsia="Times New Roman" w:cs="Times New Roman"/>
        </w:rPr>
        <w:t xml:space="preserve"> </w:t>
      </w:r>
      <w:r>
        <w:rPr>
          <w:rFonts w:ascii="Sylfaen" w:hAnsi="Sylfaen" w:eastAsia="Sylfaen" w:cs="Sylfaen"/>
        </w:rPr>
        <w:t>დღის</w:t>
      </w:r>
      <w:r>
        <w:rPr>
          <w:rFonts w:ascii="Times New Roman" w:hAnsi="Times New Roman" w:eastAsia="Times New Roman" w:cs="Times New Roman"/>
        </w:rPr>
        <w:t xml:space="preserve"> </w:t>
      </w:r>
      <w:r>
        <w:rPr>
          <w:rFonts w:ascii="Sylfaen" w:hAnsi="Sylfaen" w:eastAsia="Sylfaen" w:cs="Sylfaen"/>
        </w:rPr>
        <w:t>შაბათის</w:t>
      </w:r>
      <w:r>
        <w:rPr>
          <w:rFonts w:ascii="Times New Roman" w:hAnsi="Times New Roman" w:eastAsia="Times New Roman" w:cs="Times New Roman"/>
        </w:rPr>
        <w:t xml:space="preserve"> </w:t>
      </w:r>
      <w:r>
        <w:rPr>
          <w:rFonts w:ascii="Sylfaen" w:hAnsi="Sylfaen" w:eastAsia="Sylfaen" w:cs="Sylfaen"/>
        </w:rPr>
        <w:t>ალფა</w:t>
      </w:r>
      <w:r>
        <w:rPr>
          <w:rFonts w:ascii="Times New Roman" w:hAnsi="Times New Roman" w:eastAsia="Times New Roman" w:cs="Times New Roman"/>
        </w:rPr>
        <w:t xml:space="preserve"> </w:t>
      </w:r>
      <w:r>
        <w:rPr>
          <w:rFonts w:ascii="Sylfaen" w:hAnsi="Sylfaen" w:eastAsia="Sylfaen" w:cs="Sylfaen"/>
        </w:rPr>
        <w:t>ნათელი</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მეშვიდე</w:t>
      </w:r>
      <w:r>
        <w:rPr>
          <w:rFonts w:ascii="Times New Roman" w:hAnsi="Times New Roman" w:eastAsia="Times New Roman" w:cs="Times New Roman"/>
        </w:rPr>
        <w:t xml:space="preserve"> </w:t>
      </w:r>
      <w:r>
        <w:rPr>
          <w:rFonts w:ascii="Sylfaen" w:hAnsi="Sylfaen" w:eastAsia="Sylfaen" w:cs="Sylfaen"/>
        </w:rPr>
        <w:t>წლის</w:t>
      </w:r>
      <w:r>
        <w:rPr>
          <w:rFonts w:ascii="Times New Roman" w:hAnsi="Times New Roman" w:eastAsia="Times New Roman" w:cs="Times New Roman"/>
        </w:rPr>
        <w:t xml:space="preserve"> </w:t>
      </w:r>
      <w:r>
        <w:rPr>
          <w:rFonts w:ascii="Sylfaen" w:hAnsi="Sylfaen" w:eastAsia="Sylfaen" w:cs="Sylfaen"/>
        </w:rPr>
        <w:t>შაბათის</w:t>
      </w:r>
      <w:r>
        <w:rPr>
          <w:rFonts w:ascii="Times New Roman" w:hAnsi="Times New Roman" w:eastAsia="Times New Roman" w:cs="Times New Roman"/>
        </w:rPr>
        <w:t xml:space="preserve"> </w:t>
      </w:r>
      <w:r>
        <w:rPr>
          <w:rFonts w:ascii="Sylfaen" w:hAnsi="Sylfaen" w:eastAsia="Sylfaen" w:cs="Sylfaen"/>
        </w:rPr>
        <w:t>ომეგა</w:t>
      </w:r>
      <w:r>
        <w:rPr>
          <w:rFonts w:ascii="Times New Roman" w:hAnsi="Times New Roman" w:eastAsia="Times New Roman" w:cs="Times New Roman"/>
        </w:rPr>
        <w:t xml:space="preserve"> </w:t>
      </w:r>
      <w:r>
        <w:rPr>
          <w:rFonts w:ascii="Sylfaen" w:hAnsi="Sylfaen" w:eastAsia="Sylfaen" w:cs="Sylfaen"/>
        </w:rPr>
        <w:t>ნათელი</w:t>
      </w:r>
      <w:r>
        <w:rPr>
          <w:rFonts w:ascii="Times New Roman" w:hAnsi="Times New Roman" w:eastAsia="Times New Roman" w:cs="Times New Roman"/>
        </w:rPr>
        <w:t xml:space="preserve">. </w:t>
      </w:r>
      <w:r>
        <w:rPr>
          <w:rFonts w:ascii="Sylfaen" w:hAnsi="Sylfaen" w:eastAsia="Sylfaen" w:cs="Sylfaen"/>
        </w:rPr>
        <w:t>ალფა</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ომეგა</w:t>
      </w:r>
      <w:r>
        <w:rPr>
          <w:rFonts w:ascii="Times New Roman" w:hAnsi="Times New Roman" w:eastAsia="Times New Roman" w:cs="Times New Roman"/>
        </w:rPr>
        <w:t xml:space="preserve"> </w:t>
      </w:r>
      <w:r>
        <w:rPr>
          <w:rFonts w:ascii="Sylfaen" w:hAnsi="Sylfaen" w:eastAsia="Sylfaen" w:cs="Sylfaen"/>
        </w:rPr>
        <w:t>შაბათების</w:t>
      </w:r>
      <w:r>
        <w:rPr>
          <w:rFonts w:ascii="Times New Roman" w:hAnsi="Times New Roman" w:eastAsia="Times New Roman" w:cs="Times New Roman"/>
        </w:rPr>
        <w:t xml:space="preserve"> </w:t>
      </w:r>
      <w:r>
        <w:rPr>
          <w:rFonts w:ascii="Sylfaen" w:hAnsi="Sylfaen" w:eastAsia="Sylfaen" w:cs="Sylfaen"/>
        </w:rPr>
        <w:t>ნათელი</w:t>
      </w:r>
      <w:r>
        <w:rPr>
          <w:rFonts w:ascii="Times New Roman" w:hAnsi="Times New Roman" w:eastAsia="Times New Roman" w:cs="Times New Roman"/>
        </w:rPr>
        <w:t xml:space="preserve"> </w:t>
      </w:r>
      <w:r>
        <w:rPr>
          <w:rFonts w:ascii="Sylfaen" w:hAnsi="Sylfaen" w:eastAsia="Sylfaen" w:cs="Sylfaen"/>
        </w:rPr>
        <w:t>განასხვავებს</w:t>
      </w:r>
      <w:r>
        <w:rPr>
          <w:rFonts w:ascii="Times New Roman" w:hAnsi="Times New Roman" w:eastAsia="Times New Roman" w:cs="Times New Roman"/>
        </w:rPr>
        <w:t xml:space="preserve"> </w:t>
      </w:r>
      <w:r>
        <w:rPr>
          <w:rFonts w:ascii="Sylfaen" w:hAnsi="Sylfaen" w:eastAsia="Sylfaen" w:cs="Sylfaen"/>
        </w:rPr>
        <w:t>განკაცების</w:t>
      </w:r>
      <w:r>
        <w:rPr>
          <w:rFonts w:ascii="Times New Roman" w:hAnsi="Times New Roman" w:eastAsia="Times New Roman" w:cs="Times New Roman"/>
        </w:rPr>
        <w:t xml:space="preserve"> </w:t>
      </w:r>
      <w:r>
        <w:rPr>
          <w:rFonts w:ascii="Sylfaen" w:hAnsi="Sylfaen" w:eastAsia="Sylfaen" w:cs="Sylfaen"/>
        </w:rPr>
        <w:t>ნათელს</w:t>
      </w:r>
      <w:r>
        <w:rPr>
          <w:rFonts w:ascii="Times New Roman" w:hAnsi="Times New Roman" w:eastAsia="Times New Roman" w:cs="Times New Roman"/>
        </w:rPr>
        <w:t xml:space="preserve">. </w:t>
      </w:r>
      <w:r>
        <w:rPr>
          <w:rFonts w:ascii="Sylfaen" w:hAnsi="Sylfaen" w:eastAsia="Sylfaen" w:cs="Sylfaen"/>
        </w:rPr>
        <w:t>ეს</w:t>
      </w:r>
      <w:r>
        <w:rPr>
          <w:rFonts w:ascii="Times New Roman" w:hAnsi="Times New Roman" w:eastAsia="Times New Roman" w:cs="Times New Roman"/>
        </w:rPr>
        <w:t xml:space="preserve"> </w:t>
      </w:r>
      <w:r>
        <w:rPr>
          <w:rFonts w:ascii="Sylfaen" w:hAnsi="Sylfaen" w:eastAsia="Sylfaen" w:cs="Sylfaen"/>
        </w:rPr>
        <w:t>ნათელი</w:t>
      </w:r>
      <w:r>
        <w:rPr>
          <w:rFonts w:ascii="Times New Roman" w:hAnsi="Times New Roman" w:eastAsia="Times New Roman" w:cs="Times New Roman"/>
        </w:rPr>
        <w:t xml:space="preserve"> </w:t>
      </w:r>
      <w:r>
        <w:rPr>
          <w:rFonts w:ascii="Sylfaen" w:hAnsi="Sylfaen" w:eastAsia="Sylfaen" w:cs="Sylfaen"/>
        </w:rPr>
        <w:t>მიუთითებს</w:t>
      </w:r>
      <w:r>
        <w:rPr>
          <w:rFonts w:ascii="Times New Roman" w:hAnsi="Times New Roman" w:eastAsia="Times New Roman" w:cs="Times New Roman"/>
        </w:rPr>
        <w:t xml:space="preserve"> </w:t>
      </w:r>
      <w:r>
        <w:rPr>
          <w:rFonts w:ascii="Sylfaen" w:hAnsi="Sylfaen" w:eastAsia="Sylfaen" w:cs="Sylfaen"/>
        </w:rPr>
        <w:t>ღმერთზე</w:t>
      </w:r>
      <w:r>
        <w:rPr>
          <w:rFonts w:ascii="Times New Roman" w:hAnsi="Times New Roman" w:eastAsia="Times New Roman" w:cs="Times New Roman"/>
        </w:rPr>
        <w:t xml:space="preserve">, </w:t>
      </w:r>
      <w:r>
        <w:rPr>
          <w:rFonts w:ascii="Sylfaen" w:hAnsi="Sylfaen" w:eastAsia="Sylfaen" w:cs="Sylfaen"/>
        </w:rPr>
        <w:t>რომელიც</w:t>
      </w:r>
      <w:r>
        <w:rPr>
          <w:rFonts w:ascii="Times New Roman" w:hAnsi="Times New Roman" w:eastAsia="Times New Roman" w:cs="Times New Roman"/>
        </w:rPr>
        <w:t xml:space="preserve"> </w:t>
      </w:r>
      <w:r>
        <w:rPr>
          <w:rFonts w:ascii="Sylfaen" w:hAnsi="Sylfaen" w:eastAsia="Sylfaen" w:cs="Sylfaen"/>
        </w:rPr>
        <w:t>იღებს</w:t>
      </w:r>
      <w:r>
        <w:rPr>
          <w:rFonts w:ascii="Times New Roman" w:hAnsi="Times New Roman" w:eastAsia="Times New Roman" w:cs="Times New Roman"/>
        </w:rPr>
        <w:t xml:space="preserve"> </w:t>
      </w:r>
      <w:r>
        <w:rPr>
          <w:rFonts w:ascii="Sylfaen" w:hAnsi="Sylfaen" w:eastAsia="Sylfaen" w:cs="Sylfaen"/>
        </w:rPr>
        <w:t>ადამიანურ</w:t>
      </w:r>
      <w:r>
        <w:rPr>
          <w:rFonts w:ascii="Times New Roman" w:hAnsi="Times New Roman" w:eastAsia="Times New Roman" w:cs="Times New Roman"/>
        </w:rPr>
        <w:t xml:space="preserve"> </w:t>
      </w:r>
      <w:r>
        <w:rPr>
          <w:rFonts w:ascii="Sylfaen" w:hAnsi="Sylfaen" w:eastAsia="Sylfaen" w:cs="Sylfaen"/>
        </w:rPr>
        <w:t>ხორცს</w:t>
      </w:r>
      <w:r>
        <w:rPr>
          <w:rFonts w:ascii="Times New Roman" w:hAnsi="Times New Roman" w:eastAsia="Times New Roman" w:cs="Times New Roman"/>
        </w:rPr>
        <w:t xml:space="preserve">, </w:t>
      </w:r>
      <w:r>
        <w:rPr>
          <w:rFonts w:ascii="Sylfaen" w:hAnsi="Sylfaen" w:eastAsia="Sylfaen" w:cs="Sylfaen"/>
        </w:rPr>
        <w:t>იმ</w:t>
      </w:r>
      <w:r>
        <w:rPr>
          <w:rFonts w:ascii="Times New Roman" w:hAnsi="Times New Roman" w:eastAsia="Times New Roman" w:cs="Times New Roman"/>
        </w:rPr>
        <w:t xml:space="preserve"> </w:t>
      </w:r>
      <w:r>
        <w:rPr>
          <w:rFonts w:ascii="Sylfaen" w:hAnsi="Sylfaen" w:eastAsia="Sylfaen" w:cs="Sylfaen"/>
        </w:rPr>
        <w:t>მიზნით</w:t>
      </w:r>
      <w:r>
        <w:rPr>
          <w:rFonts w:ascii="Times New Roman" w:hAnsi="Times New Roman" w:eastAsia="Times New Roman" w:cs="Times New Roman"/>
        </w:rPr>
        <w:t xml:space="preserve">, </w:t>
      </w:r>
      <w:r>
        <w:rPr>
          <w:rFonts w:ascii="Sylfaen" w:hAnsi="Sylfaen" w:eastAsia="Sylfaen" w:cs="Sylfaen"/>
        </w:rPr>
        <w:t>რომ</w:t>
      </w:r>
      <w:r>
        <w:rPr>
          <w:rFonts w:ascii="Times New Roman" w:hAnsi="Times New Roman" w:eastAsia="Times New Roman" w:cs="Times New Roman"/>
        </w:rPr>
        <w:t xml:space="preserve"> </w:t>
      </w:r>
      <w:r>
        <w:rPr>
          <w:rFonts w:ascii="Sylfaen" w:hAnsi="Sylfaen" w:eastAsia="Sylfaen" w:cs="Sylfaen"/>
        </w:rPr>
        <w:t>აღადგინოს</w:t>
      </w:r>
      <w:r>
        <w:rPr>
          <w:rFonts w:ascii="Times New Roman" w:hAnsi="Times New Roman" w:eastAsia="Times New Roman" w:cs="Times New Roman"/>
        </w:rPr>
        <w:t xml:space="preserve"> </w:t>
      </w:r>
      <w:r>
        <w:rPr>
          <w:rFonts w:ascii="Sylfaen" w:hAnsi="Sylfaen" w:eastAsia="Sylfaen" w:cs="Sylfaen"/>
        </w:rPr>
        <w:t>ღვთაებრიობისა</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ადამიანობის</w:t>
      </w:r>
      <w:r>
        <w:rPr>
          <w:rFonts w:ascii="Times New Roman" w:hAnsi="Times New Roman" w:eastAsia="Times New Roman" w:cs="Times New Roman"/>
        </w:rPr>
        <w:t xml:space="preserve"> </w:t>
      </w:r>
      <w:r>
        <w:rPr>
          <w:rFonts w:ascii="Sylfaen" w:hAnsi="Sylfaen" w:eastAsia="Sylfaen" w:cs="Sylfaen"/>
        </w:rPr>
        <w:t>შეერთება</w:t>
      </w:r>
      <w:r>
        <w:rPr>
          <w:rFonts w:ascii="Times New Roman" w:hAnsi="Times New Roman" w:eastAsia="Times New Roman" w:cs="Times New Roman"/>
        </w:rPr>
        <w:t xml:space="preserve">, </w:t>
      </w:r>
      <w:r>
        <w:rPr>
          <w:rFonts w:ascii="Sylfaen" w:hAnsi="Sylfaen" w:eastAsia="Sylfaen" w:cs="Sylfaen"/>
        </w:rPr>
        <w:t>რაც</w:t>
      </w:r>
      <w:r>
        <w:rPr>
          <w:rFonts w:ascii="Times New Roman" w:hAnsi="Times New Roman" w:eastAsia="Times New Roman" w:cs="Times New Roman"/>
        </w:rPr>
        <w:t xml:space="preserve"> </w:t>
      </w:r>
      <w:r>
        <w:rPr>
          <w:rFonts w:ascii="Sylfaen" w:hAnsi="Sylfaen" w:eastAsia="Sylfaen" w:cs="Sylfaen"/>
        </w:rPr>
        <w:t>არის</w:t>
      </w:r>
      <w:r>
        <w:rPr>
          <w:rFonts w:ascii="Times New Roman" w:hAnsi="Times New Roman" w:eastAsia="Times New Roman" w:cs="Times New Roman"/>
        </w:rPr>
        <w:t xml:space="preserve"> </w:t>
      </w:r>
      <w:r>
        <w:rPr>
          <w:rFonts w:ascii="Sylfaen" w:hAnsi="Sylfaen" w:eastAsia="Sylfaen" w:cs="Sylfaen"/>
        </w:rPr>
        <w:t>ის</w:t>
      </w:r>
      <w:r>
        <w:rPr>
          <w:rFonts w:ascii="Times New Roman" w:hAnsi="Times New Roman" w:eastAsia="Times New Roman" w:cs="Times New Roman"/>
        </w:rPr>
        <w:t xml:space="preserve"> </w:t>
      </w:r>
      <w:r>
        <w:rPr>
          <w:rFonts w:ascii="Sylfaen" w:hAnsi="Sylfaen" w:eastAsia="Sylfaen" w:cs="Sylfaen"/>
        </w:rPr>
        <w:t>საქმე</w:t>
      </w:r>
      <w:r>
        <w:rPr>
          <w:rFonts w:ascii="Times New Roman" w:hAnsi="Times New Roman" w:eastAsia="Times New Roman" w:cs="Times New Roman"/>
        </w:rPr>
        <w:t xml:space="preserve">, </w:t>
      </w:r>
      <w:r>
        <w:rPr>
          <w:rFonts w:ascii="Sylfaen" w:hAnsi="Sylfaen" w:eastAsia="Sylfaen" w:cs="Sylfaen"/>
        </w:rPr>
        <w:t>რომელიც</w:t>
      </w:r>
      <w:r>
        <w:rPr>
          <w:rFonts w:ascii="Times New Roman" w:hAnsi="Times New Roman" w:eastAsia="Times New Roman" w:cs="Times New Roman"/>
        </w:rPr>
        <w:t xml:space="preserve"> </w:t>
      </w:r>
      <w:r>
        <w:rPr>
          <w:rFonts w:ascii="Sylfaen" w:hAnsi="Sylfaen" w:eastAsia="Sylfaen" w:cs="Sylfaen"/>
        </w:rPr>
        <w:t>ქრისტემ</w:t>
      </w:r>
      <w:r>
        <w:rPr>
          <w:rFonts w:ascii="Times New Roman" w:hAnsi="Times New Roman" w:eastAsia="Times New Roman" w:cs="Times New Roman"/>
        </w:rPr>
        <w:t xml:space="preserve"> </w:t>
      </w:r>
      <w:r>
        <w:rPr>
          <w:rFonts w:ascii="Sylfaen" w:hAnsi="Sylfaen" w:eastAsia="Sylfaen" w:cs="Sylfaen"/>
        </w:rPr>
        <w:t>დაიწყო</w:t>
      </w:r>
      <w:r>
        <w:rPr>
          <w:rFonts w:ascii="Times New Roman" w:hAnsi="Times New Roman" w:eastAsia="Times New Roman" w:cs="Times New Roman"/>
        </w:rPr>
        <w:t xml:space="preserve"> 1844 </w:t>
      </w:r>
      <w:r>
        <w:rPr>
          <w:rFonts w:ascii="Sylfaen" w:hAnsi="Sylfaen" w:eastAsia="Sylfaen" w:cs="Sylfaen"/>
        </w:rPr>
        <w:t>წლის</w:t>
      </w:r>
      <w:r>
        <w:rPr>
          <w:rFonts w:ascii="Times New Roman" w:hAnsi="Times New Roman" w:eastAsia="Times New Roman" w:cs="Times New Roman"/>
        </w:rPr>
        <w:t xml:space="preserve"> 22 </w:t>
      </w:r>
      <w:r>
        <w:rPr>
          <w:rFonts w:ascii="Sylfaen" w:hAnsi="Sylfaen" w:eastAsia="Sylfaen" w:cs="Sylfaen"/>
        </w:rPr>
        <w:t>ოქტომბერს</w:t>
      </w:r>
      <w:r>
        <w:rPr>
          <w:rFonts w:ascii="Times New Roman" w:hAnsi="Times New Roman" w:eastAsia="Times New Roman" w:cs="Times New Roman"/>
        </w:rPr>
        <w:t xml:space="preserve">; </w:t>
      </w:r>
      <w:r>
        <w:rPr>
          <w:rFonts w:ascii="Sylfaen" w:hAnsi="Sylfaen" w:eastAsia="Sylfaen" w:cs="Sylfaen"/>
        </w:rPr>
        <w:t>საქმე</w:t>
      </w:r>
      <w:r>
        <w:rPr>
          <w:rFonts w:ascii="Times New Roman" w:hAnsi="Times New Roman" w:eastAsia="Times New Roman" w:cs="Times New Roman"/>
        </w:rPr>
        <w:t xml:space="preserve">, </w:t>
      </w:r>
      <w:r>
        <w:rPr>
          <w:rFonts w:ascii="Sylfaen" w:hAnsi="Sylfaen" w:eastAsia="Sylfaen" w:cs="Sylfaen"/>
        </w:rPr>
        <w:t>რომელსაც</w:t>
      </w:r>
      <w:r>
        <w:rPr>
          <w:rFonts w:ascii="Times New Roman" w:hAnsi="Times New Roman" w:eastAsia="Times New Roman" w:cs="Times New Roman"/>
        </w:rPr>
        <w:t xml:space="preserve"> </w:t>
      </w:r>
      <w:r>
        <w:rPr>
          <w:rFonts w:ascii="Sylfaen" w:hAnsi="Sylfaen" w:eastAsia="Sylfaen" w:cs="Sylfaen"/>
        </w:rPr>
        <w:t>იგი</w:t>
      </w:r>
      <w:r>
        <w:rPr>
          <w:rFonts w:ascii="Times New Roman" w:hAnsi="Times New Roman" w:eastAsia="Times New Roman" w:cs="Times New Roman"/>
        </w:rPr>
        <w:t xml:space="preserve"> </w:t>
      </w:r>
      <w:r>
        <w:rPr>
          <w:rFonts w:ascii="Sylfaen" w:hAnsi="Sylfaen" w:eastAsia="Sylfaen" w:cs="Sylfaen"/>
        </w:rPr>
        <w:t>ახლა</w:t>
      </w:r>
      <w:r>
        <w:rPr>
          <w:rFonts w:ascii="Times New Roman" w:hAnsi="Times New Roman" w:eastAsia="Times New Roman" w:cs="Times New Roman"/>
        </w:rPr>
        <w:t xml:space="preserve"> </w:t>
      </w:r>
      <w:r>
        <w:rPr>
          <w:rFonts w:ascii="Sylfaen" w:hAnsi="Sylfaen" w:eastAsia="Sylfaen" w:cs="Sylfaen"/>
        </w:rPr>
        <w:t>ასრულებს</w:t>
      </w:r>
      <w:r>
        <w:rPr>
          <w:rFonts w:ascii="Times New Roman" w:hAnsi="Times New Roman" w:eastAsia="Times New Roman" w:cs="Times New Roman"/>
        </w:rPr>
        <w:t xml:space="preserve"> </w:t>
      </w:r>
      <w:r>
        <w:rPr>
          <w:rFonts w:ascii="Sylfaen" w:hAnsi="Sylfaen" w:eastAsia="Sylfaen" w:cs="Sylfaen"/>
        </w:rPr>
        <w:t>ცოცხალთა</w:t>
      </w:r>
      <w:r>
        <w:rPr>
          <w:rFonts w:ascii="Times New Roman" w:hAnsi="Times New Roman" w:eastAsia="Times New Roman" w:cs="Times New Roman"/>
        </w:rPr>
        <w:t xml:space="preserve"> </w:t>
      </w:r>
      <w:r>
        <w:rPr>
          <w:rFonts w:ascii="Sylfaen" w:hAnsi="Sylfaen" w:eastAsia="Sylfaen" w:cs="Sylfaen"/>
        </w:rPr>
        <w:t>სამსჯავროში</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Bitheko bya Leviticus amakumi abiri na bitatu byahuje imihango yo mu gihe cy’itumba cya alpha n’imihango yo mu gihe cy’umuhindo cya omega kugira ngo bibyare amateka nyir’izina kuva ku ya 31 Ukuboza 2023 kugeza ku musozo w’igihe cy’igeragezwa ry’umuntu. Muri uwo murongo, ikigeragezo shingiro gishyirwaho nk’icyageze ku ya 31 Ukuboza 2023, kandi ikigeragezo cy’urusengero kigaragazwa nk’igitangira mu 2025, kikazakomeza kugeza ku kigeragezo ndangamimerere cy’umunsi mukuru w’amakondera. Ijwi rirangurura mu butayu ryatangiye muri Nyakanga 2023 rirangwa n’umunsi mukuru w’imigati idasembuwe warangiye nyuma y’iminsi itanu ikurikira ikimenyetso cy’ibice bitatu. Hanyuma hakurikiyeho igihe cy’iminsi mirongo itatu, cyaje gikurikiwe n’ikimenyetso cy’ibice bitatu, na cyo gikurikiwe n’iminsi itanu, bityo bikerekana intambwe eshatu z’ubutumwa bwiza bw’iteka ryose. Ikimenyetso cya alpha cy’ibice bitatu gikurikiwe n’iminsi itanu kikaba marayika wa mbere, iminsi mirongo itatu ikaba marayika wa kabiri, kandi ikimenyetso cya omega cy’ibice bitatu gikurikiwe n’iminsi itanu kugeza ku itegeko ryo ku Cyumweru rya Pentekote kikaba marayika wa gatatu.</w:t>
      </w:r>
    </w:p>
    <w:p>
      <w:pPr>
        <w:pStyle w:val="ArticleBody"/>
        <w:jc w:val="left"/>
      </w:pPr>
      <w:r>
        <w:rPr>
          <w:rFonts w:ascii="Times New Roman" w:hAnsi="Times New Roman" w:eastAsia="Times New Roman" w:cs="Times New Roman"/>
        </w:rPr>
        <w:t>Cristo también abrió la luz de Levítico veintitrés, construyendo el arca del pacto en el tiempo de prueba del templo. El mensaje, o ángel, del sábado del séptimo día a un lado del arca, y el ángel del sábado del séptimo año al otro lado del arca, representan a los querubines que cubren, mirando hacia el arca. En la historia del sellamiento de los ciento cuarenta y cuatro mil, la luz dual de esos dos ángeles representa el sábado del séptimo día, y la doctrina de la encarnación representa un tema que será estudiado por la eternidad.</w:t>
      </w:r>
    </w:p>
    <w:p>
      <w:pPr>
        <w:pStyle w:val="ArticleBody"/>
        <w:jc w:val="left"/>
      </w:pPr>
      <w:r>
        <w:rPr>
          <w:rFonts w:ascii="Times New Roman" w:hAnsi="Times New Roman" w:eastAsia="Times New Roman" w:cs="Times New Roman"/>
        </w:rPr>
        <w:t>Tabii ki, yedi zamanı jübilenin simgesi, 1863 tarihli ruhsal Kurtuluş Bildirgesi olarak göremiyorsanız, o hâlde William Miller’ın alfa ve omega peygamberliklerinin yedi zaman ve iki bin üç yüz gün olduğunu da göremezsiniz. Birbiriyle ilişkili bu iki zaman peygamberliğinin önemini görememek, 1798’in yedi zamanı ve 1844’ün iki bin üç yüz günü temsil ettiğinin fark edilmesini engeller. Bu bilgi eksikliğiyle, Levililer yirmi üç satır üzerine satır bir araya getirildiğinde—ilkbahar bayramlarını ortaya koyan ilk yirmi iki ayeti, sonbahar bayramlarını içeren son yirmi iki ayetle yan yana koyarak—çizginin 1844 ile temsil edilen yedinci gün Sebti ile başladığını ve kırk dört ayetlik çizgiyi sona erdiren Sebtin, 1798 ile temsil edilen toprağın Sebti olduğunu görmek neredeyse imkânsız olurdu.</w:t>
      </w:r>
    </w:p>
    <w:p>
      <w:pPr>
        <w:pStyle w:val="ArticleBody"/>
        <w:jc w:val="left"/>
      </w:pPr>
      <w:r>
        <w:rPr>
          <w:rFonts w:ascii="Times New Roman" w:hAnsi="Times New Roman" w:eastAsia="Times New Roman" w:cs="Times New Roman"/>
        </w:rPr>
        <w:t>ئىككى سابباتنىڭ مۇناسىۋىتىنى كۆرەلمەسلىك، 1798-يىلدىكى يەتتە ۋاقىتنىڭ ئىنسانىيەتنى، 1844-يىلدىكى ئىككى مىڭ ئۈچ يۈز كۈننىڭ بولسا ئىلاھىيەتنى بىلدۈرىدىغانلىقىنى كۆرەلمەسلىكنى ئىپادىلەيدۇ. بۇنداق دەرىجىدىكى قارىغۇزلۇق بىلەن، يەتتىنچى كۈنلۈك سابباتنىڭ ئالفا نۇرى بىلەن تەجەسسۇم تەلىمىنىڭ ئومېگا نۇرىنىڭ، مەسىھنىڭ ئۆز ئىلاھىيىتىنى يىقىلغان ئادەمنىڭ ئىنسانىيىتى بىلەن بىرلەشتۈرۈش خىزمىتىنى كۆرسىتىۋاتقانلىقىنى تونۇش ئەمەلىيەتتە مۇمكىنسىزدەك كۆرۈنىدۇ. مەسىھنىڭ ئۆز ئىلاھىيىتىنى بىزنىڭ ئىنسانىيىتىمىز بىلەن بىرلەشتۈرۈش خىزمىتى، 1798 بىلەن 1844نى بىرلەشتۈرۈش خىزمىتىدۇر، چۈنكى 1798 ئىنسانىي جىسمىنى، 1844 بولسا ئىلاھىيەتنى بىلدۈرىدۇ.</w:t>
      </w:r>
    </w:p>
    <w:p>
      <w:pPr>
        <w:pStyle w:val="ArticleBody"/>
        <w:jc w:val="left"/>
      </w:pPr>
      <w:r>
        <w:rPr>
          <w:rFonts w:ascii="Gadugi" w:hAnsi="Gadugi" w:eastAsia="Gadugi" w:cs="Gadugi"/>
        </w:rPr>
        <w:t>ᎠᏂᏴᏫᏯ</w:t>
      </w:r>
      <w:r>
        <w:rPr>
          <w:rFonts w:ascii="Times New Roman" w:hAnsi="Times New Roman" w:eastAsia="Times New Roman" w:cs="Times New Roman"/>
        </w:rPr>
        <w:t xml:space="preserve"> </w:t>
      </w:r>
      <w:r>
        <w:rPr>
          <w:rFonts w:ascii="Gadugi" w:hAnsi="Gadugi" w:eastAsia="Gadugi" w:cs="Gadugi"/>
        </w:rPr>
        <w:t>ᎤᏃᎴᎠ</w:t>
      </w:r>
      <w:r>
        <w:rPr>
          <w:rFonts w:ascii="Times New Roman" w:hAnsi="Times New Roman" w:eastAsia="Times New Roman" w:cs="Times New Roman"/>
        </w:rPr>
        <w:t xml:space="preserve"> </w:t>
      </w:r>
      <w:r>
        <w:rPr>
          <w:rFonts w:ascii="Gadugi" w:hAnsi="Gadugi" w:eastAsia="Gadugi" w:cs="Gadugi"/>
        </w:rPr>
        <w:t>ᎤᏁᏟᏴᏫᏍᏗ</w:t>
      </w:r>
      <w:r>
        <w:rPr>
          <w:rFonts w:ascii="Times New Roman" w:hAnsi="Times New Roman" w:eastAsia="Times New Roman" w:cs="Times New Roman"/>
        </w:rPr>
        <w:t xml:space="preserve"> </w:t>
      </w:r>
      <w:r>
        <w:rPr>
          <w:rFonts w:ascii="Gadugi" w:hAnsi="Gadugi" w:eastAsia="Gadugi" w:cs="Gadugi"/>
        </w:rPr>
        <w:t>ᎤᏅᏙ</w:t>
      </w:r>
      <w:r>
        <w:rPr>
          <w:rFonts w:ascii="Times New Roman" w:hAnsi="Times New Roman" w:eastAsia="Times New Roman" w:cs="Times New Roman"/>
        </w:rPr>
        <w:t xml:space="preserve"> </w:t>
      </w:r>
      <w:r>
        <w:rPr>
          <w:rFonts w:ascii="Gadugi" w:hAnsi="Gadugi" w:eastAsia="Gadugi" w:cs="Gadugi"/>
        </w:rPr>
        <w:t>ᎤᏓᏅᏘ</w:t>
      </w:r>
      <w:r>
        <w:rPr>
          <w:rFonts w:ascii="Times New Roman" w:hAnsi="Times New Roman" w:eastAsia="Times New Roman" w:cs="Times New Roman"/>
        </w:rPr>
        <w:t xml:space="preserve"> </w:t>
      </w:r>
      <w:r>
        <w:rPr>
          <w:rFonts w:ascii="Gadugi" w:hAnsi="Gadugi" w:eastAsia="Gadugi" w:cs="Gadugi"/>
        </w:rPr>
        <w:t>ᎤᏤᎳᎩ</w:t>
      </w:r>
      <w:r>
        <w:rPr>
          <w:rFonts w:ascii="Times New Roman" w:hAnsi="Times New Roman" w:eastAsia="Times New Roman" w:cs="Times New Roman"/>
        </w:rPr>
        <w:t xml:space="preserve"> </w:t>
      </w:r>
      <w:r>
        <w:rPr>
          <w:rFonts w:ascii="Gadugi" w:hAnsi="Gadugi" w:eastAsia="Gadugi" w:cs="Gadugi"/>
        </w:rPr>
        <w:t>ᏱᎩ</w:t>
      </w:r>
      <w:r>
        <w:rPr>
          <w:rFonts w:ascii="Times New Roman" w:hAnsi="Times New Roman" w:eastAsia="Times New Roman" w:cs="Times New Roman"/>
        </w:rPr>
        <w:t xml:space="preserve">, </w:t>
      </w:r>
      <w:r>
        <w:rPr>
          <w:rFonts w:ascii="Gadugi" w:hAnsi="Gadugi" w:eastAsia="Gadugi" w:cs="Gadugi"/>
        </w:rPr>
        <w:t>ᎤᏂᏔᎵ</w:t>
      </w:r>
      <w:r>
        <w:rPr>
          <w:rFonts w:ascii="Times New Roman" w:hAnsi="Times New Roman" w:eastAsia="Times New Roman" w:cs="Times New Roman"/>
        </w:rPr>
        <w:t xml:space="preserve"> </w:t>
      </w:r>
      <w:r>
        <w:rPr>
          <w:rFonts w:ascii="Gadugi" w:hAnsi="Gadugi" w:eastAsia="Gadugi" w:cs="Gadugi"/>
        </w:rPr>
        <w:t>ᎠᎾᏍᏆᏂᎪᏗ</w:t>
      </w:r>
      <w:r>
        <w:rPr>
          <w:rFonts w:ascii="Times New Roman" w:hAnsi="Times New Roman" w:eastAsia="Times New Roman" w:cs="Times New Roman"/>
        </w:rPr>
        <w:t xml:space="preserve"> </w:t>
      </w:r>
      <w:r>
        <w:rPr>
          <w:rFonts w:ascii="Gadugi" w:hAnsi="Gadugi" w:eastAsia="Gadugi" w:cs="Gadugi"/>
        </w:rPr>
        <w:t>ᎤᏅᏙ</w:t>
      </w:r>
      <w:r>
        <w:rPr>
          <w:rFonts w:ascii="Times New Roman" w:hAnsi="Times New Roman" w:eastAsia="Times New Roman" w:cs="Times New Roman"/>
        </w:rPr>
        <w:t xml:space="preserve"> </w:t>
      </w:r>
      <w:r>
        <w:rPr>
          <w:rFonts w:ascii="Gadugi" w:hAnsi="Gadugi" w:eastAsia="Gadugi" w:cs="Gadugi"/>
        </w:rPr>
        <w:t>ᎠᏂᎳᏫᏍᎬᎢ</w:t>
      </w:r>
      <w:r>
        <w:rPr>
          <w:rFonts w:ascii="Times New Roman" w:hAnsi="Times New Roman" w:eastAsia="Times New Roman" w:cs="Times New Roman"/>
        </w:rPr>
        <w:t xml:space="preserve">. </w:t>
      </w:r>
      <w:r>
        <w:rPr>
          <w:rFonts w:ascii="Gadugi" w:hAnsi="Gadugi" w:eastAsia="Gadugi" w:cs="Gadugi"/>
        </w:rPr>
        <w:t>ᎤᏟ</w:t>
      </w:r>
      <w:r>
        <w:rPr>
          <w:rFonts w:ascii="Times New Roman" w:hAnsi="Times New Roman" w:eastAsia="Times New Roman" w:cs="Times New Roman"/>
        </w:rPr>
        <w:t xml:space="preserve"> </w:t>
      </w:r>
      <w:r>
        <w:rPr>
          <w:rFonts w:ascii="Gadugi" w:hAnsi="Gadugi" w:eastAsia="Gadugi" w:cs="Gadugi"/>
        </w:rPr>
        <w:t>ᎢᎦᎸᎳᏗ</w:t>
      </w:r>
      <w:r>
        <w:rPr>
          <w:rFonts w:ascii="Times New Roman" w:hAnsi="Times New Roman" w:eastAsia="Times New Roman" w:cs="Times New Roman"/>
        </w:rPr>
        <w:t xml:space="preserve"> </w:t>
      </w:r>
      <w:r>
        <w:rPr>
          <w:rFonts w:ascii="Gadugi" w:hAnsi="Gadugi" w:eastAsia="Gadugi" w:cs="Gadugi"/>
        </w:rPr>
        <w:t>ᎤᏅᏙ</w:t>
      </w:r>
      <w:r>
        <w:rPr>
          <w:rFonts w:ascii="Times New Roman" w:hAnsi="Times New Roman" w:eastAsia="Times New Roman" w:cs="Times New Roman"/>
        </w:rPr>
        <w:t xml:space="preserve"> </w:t>
      </w:r>
      <w:r>
        <w:rPr>
          <w:rFonts w:ascii="Gadugi" w:hAnsi="Gadugi" w:eastAsia="Gadugi" w:cs="Gadugi"/>
        </w:rPr>
        <w:t>ᎠᏍᎦᏯ</w:t>
      </w:r>
      <w:r>
        <w:rPr>
          <w:rFonts w:ascii="Times New Roman" w:hAnsi="Times New Roman" w:eastAsia="Times New Roman" w:cs="Times New Roman"/>
        </w:rPr>
        <w:t xml:space="preserve"> </w:t>
      </w:r>
      <w:r>
        <w:rPr>
          <w:rFonts w:ascii="Gadugi" w:hAnsi="Gadugi" w:eastAsia="Gadugi" w:cs="Gadugi"/>
        </w:rPr>
        <w:t>ᎤᏇᏓᎵ</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ᏍᎦᏂ</w:t>
      </w:r>
      <w:r>
        <w:rPr>
          <w:rFonts w:ascii="Times New Roman" w:hAnsi="Times New Roman" w:eastAsia="Times New Roman" w:cs="Times New Roman"/>
        </w:rPr>
        <w:t xml:space="preserve"> </w:t>
      </w:r>
      <w:r>
        <w:rPr>
          <w:rFonts w:ascii="Gadugi" w:hAnsi="Gadugi" w:eastAsia="Gadugi" w:cs="Gadugi"/>
        </w:rPr>
        <w:t>ᎠᏥᎾᏗᏅᏛ</w:t>
      </w:r>
      <w:r>
        <w:rPr>
          <w:rFonts w:ascii="Times New Roman" w:hAnsi="Times New Roman" w:eastAsia="Times New Roman" w:cs="Times New Roman"/>
        </w:rPr>
        <w:t xml:space="preserve"> </w:t>
      </w:r>
      <w:r>
        <w:rPr>
          <w:rFonts w:ascii="Gadugi" w:hAnsi="Gadugi" w:eastAsia="Gadugi" w:cs="Gadugi"/>
        </w:rPr>
        <w:t>ᎨᏐᎢ</w:t>
      </w:r>
      <w:r>
        <w:rPr>
          <w:rFonts w:ascii="Times New Roman" w:hAnsi="Times New Roman" w:eastAsia="Times New Roman" w:cs="Times New Roman"/>
        </w:rPr>
        <w:t xml:space="preserve">. </w:t>
      </w:r>
      <w:r>
        <w:rPr>
          <w:rFonts w:ascii="Gadugi" w:hAnsi="Gadugi" w:eastAsia="Gadugi" w:cs="Gadugi"/>
        </w:rPr>
        <w:t>ᎦᎶᏁᏛ</w:t>
      </w:r>
      <w:r>
        <w:rPr>
          <w:rFonts w:ascii="Times New Roman" w:hAnsi="Times New Roman" w:eastAsia="Times New Roman" w:cs="Times New Roman"/>
        </w:rPr>
        <w:t xml:space="preserve"> </w:t>
      </w:r>
      <w:r>
        <w:rPr>
          <w:rFonts w:ascii="Gadugi" w:hAnsi="Gadugi" w:eastAsia="Gadugi" w:cs="Gadugi"/>
        </w:rPr>
        <w:t>ᎤᏁᎳᏅᎯ</w:t>
      </w:r>
      <w:r>
        <w:rPr>
          <w:rFonts w:ascii="Times New Roman" w:hAnsi="Times New Roman" w:eastAsia="Times New Roman" w:cs="Times New Roman"/>
        </w:rPr>
        <w:t xml:space="preserve"> </w:t>
      </w:r>
      <w:r>
        <w:rPr>
          <w:rFonts w:ascii="Gadugi" w:hAnsi="Gadugi" w:eastAsia="Gadugi" w:cs="Gadugi"/>
        </w:rPr>
        <w:t>ᎤᏓᏅᏙ</w:t>
      </w:r>
      <w:r>
        <w:rPr>
          <w:rFonts w:ascii="Times New Roman" w:hAnsi="Times New Roman" w:eastAsia="Times New Roman" w:cs="Times New Roman"/>
        </w:rPr>
        <w:t xml:space="preserve"> </w:t>
      </w:r>
      <w:r>
        <w:rPr>
          <w:rFonts w:ascii="Gadugi" w:hAnsi="Gadugi" w:eastAsia="Gadugi" w:cs="Gadugi"/>
        </w:rPr>
        <w:t>ᎠᏥᏁᎰ</w:t>
      </w:r>
      <w:r>
        <w:rPr>
          <w:rFonts w:ascii="Times New Roman" w:hAnsi="Times New Roman" w:eastAsia="Times New Roman" w:cs="Times New Roman"/>
        </w:rPr>
        <w:t xml:space="preserve"> </w:t>
      </w:r>
      <w:r>
        <w:rPr>
          <w:rFonts w:ascii="Gadugi" w:hAnsi="Gadugi" w:eastAsia="Gadugi" w:cs="Gadugi"/>
        </w:rPr>
        <w:t>ᎤᏓᏅᏘ</w:t>
      </w:r>
      <w:r>
        <w:rPr>
          <w:rFonts w:ascii="Times New Roman" w:hAnsi="Times New Roman" w:eastAsia="Times New Roman" w:cs="Times New Roman"/>
        </w:rPr>
        <w:t xml:space="preserve"> </w:t>
      </w:r>
      <w:r>
        <w:rPr>
          <w:rFonts w:ascii="Gadugi" w:hAnsi="Gadugi" w:eastAsia="Gadugi" w:cs="Gadugi"/>
        </w:rPr>
        <w:t>ᎤᏍᏆᎸᎯ</w:t>
      </w:r>
      <w:r>
        <w:rPr>
          <w:rFonts w:ascii="Times New Roman" w:hAnsi="Times New Roman" w:eastAsia="Times New Roman" w:cs="Times New Roman"/>
        </w:rPr>
        <w:t xml:space="preserve"> </w:t>
      </w:r>
      <w:r>
        <w:rPr>
          <w:rFonts w:ascii="Gadugi" w:hAnsi="Gadugi" w:eastAsia="Gadugi" w:cs="Gadugi"/>
        </w:rPr>
        <w:t>ᎠᏓᏅᏬᏍᎬ</w:t>
      </w:r>
      <w:r>
        <w:rPr>
          <w:rFonts w:ascii="Times New Roman" w:hAnsi="Times New Roman" w:eastAsia="Times New Roman" w:cs="Times New Roman"/>
        </w:rPr>
        <w:t xml:space="preserve"> </w:t>
      </w:r>
      <w:r>
        <w:rPr>
          <w:rFonts w:ascii="Gadugi" w:hAnsi="Gadugi" w:eastAsia="Gadugi" w:cs="Gadugi"/>
        </w:rPr>
        <w:t>ᎠᎵᏰᎢᏍᏗᏱ</w:t>
      </w:r>
      <w:r>
        <w:rPr>
          <w:rFonts w:ascii="Times New Roman" w:hAnsi="Times New Roman" w:eastAsia="Times New Roman" w:cs="Times New Roman"/>
        </w:rPr>
        <w:t xml:space="preserve">, </w:t>
      </w:r>
      <w:r>
        <w:rPr>
          <w:rFonts w:ascii="Gadugi" w:hAnsi="Gadugi" w:eastAsia="Gadugi" w:cs="Gadugi"/>
        </w:rPr>
        <w:t>ᎠᏓᏅᏬᏍᎬᏰᏃ</w:t>
      </w:r>
      <w:r>
        <w:rPr>
          <w:rFonts w:ascii="Times New Roman" w:hAnsi="Times New Roman" w:eastAsia="Times New Roman" w:cs="Times New Roman"/>
        </w:rPr>
        <w:t xml:space="preserve"> </w:t>
      </w:r>
      <w:r>
        <w:rPr>
          <w:rFonts w:ascii="Gadugi" w:hAnsi="Gadugi" w:eastAsia="Gadugi" w:cs="Gadugi"/>
        </w:rPr>
        <w:t>ᎾᎿᎭ</w:t>
      </w:r>
      <w:r>
        <w:rPr>
          <w:rFonts w:ascii="Times New Roman" w:hAnsi="Times New Roman" w:eastAsia="Times New Roman" w:cs="Times New Roman"/>
        </w:rPr>
        <w:t xml:space="preserve"> </w:t>
      </w:r>
      <w:r>
        <w:rPr>
          <w:rFonts w:ascii="Gadugi" w:hAnsi="Gadugi" w:eastAsia="Gadugi" w:cs="Gadugi"/>
        </w:rPr>
        <w:t>ᎤᏓᏅᏟᏴᏍᏗ</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ᎤᎵᏍᏆᏗᏍᎪᎢ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ᎤᏓᏅᏟᏴᏍᏗ</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ᎦᎾᏄᎪᏫᏍᏗ</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ᏚᏳᎪᏛ</w:t>
      </w:r>
      <w:r>
        <w:rPr>
          <w:rFonts w:ascii="Times New Roman" w:hAnsi="Times New Roman" w:eastAsia="Times New Roman" w:cs="Times New Roman"/>
        </w:rPr>
        <w:t xml:space="preserve"> </w:t>
      </w:r>
      <w:r>
        <w:rPr>
          <w:rFonts w:ascii="Gadugi" w:hAnsi="Gadugi" w:eastAsia="Gadugi" w:cs="Gadugi"/>
        </w:rPr>
        <w:t>ᎠᏥᏁᎢᏍᏗ</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ᎠᏎᏉ</w:t>
      </w:r>
      <w:r>
        <w:rPr>
          <w:rFonts w:ascii="Times New Roman" w:hAnsi="Times New Roman" w:eastAsia="Times New Roman" w:cs="Times New Roman"/>
        </w:rPr>
        <w:t xml:space="preserve"> </w:t>
      </w:r>
      <w:r>
        <w:rPr>
          <w:rFonts w:ascii="Gadugi" w:hAnsi="Gadugi" w:eastAsia="Gadugi" w:cs="Gadugi"/>
        </w:rPr>
        <w:t>ᎨᏐᎢ</w:t>
      </w:r>
      <w:r>
        <w:rPr>
          <w:rFonts w:ascii="Times New Roman" w:hAnsi="Times New Roman" w:eastAsia="Times New Roman" w:cs="Times New Roman"/>
        </w:rPr>
        <w:t xml:space="preserve">. </w:t>
      </w:r>
      <w:r>
        <w:rPr>
          <w:rFonts w:ascii="Gadugi" w:hAnsi="Gadugi" w:eastAsia="Gadugi" w:cs="Gadugi"/>
        </w:rPr>
        <w:t>ᎤᏌᎳᎩ</w:t>
      </w:r>
      <w:r>
        <w:rPr>
          <w:rFonts w:ascii="Times New Roman" w:hAnsi="Times New Roman" w:eastAsia="Times New Roman" w:cs="Times New Roman"/>
        </w:rPr>
        <w:t xml:space="preserve"> </w:t>
      </w:r>
      <w:r>
        <w:rPr>
          <w:rFonts w:ascii="Gadugi" w:hAnsi="Gadugi" w:eastAsia="Gadugi" w:cs="Gadugi"/>
        </w:rPr>
        <w:t>ᎤᏅᏙ</w:t>
      </w:r>
      <w:r>
        <w:rPr>
          <w:rFonts w:ascii="Times New Roman" w:hAnsi="Times New Roman" w:eastAsia="Times New Roman" w:cs="Times New Roman"/>
        </w:rPr>
        <w:t xml:space="preserve"> </w:t>
      </w:r>
      <w:r>
        <w:rPr>
          <w:rFonts w:ascii="Gadugi" w:hAnsi="Gadugi" w:eastAsia="Gadugi" w:cs="Gadugi"/>
        </w:rPr>
        <w:t>ᎥᏝ</w:t>
      </w:r>
      <w:r>
        <w:rPr>
          <w:rFonts w:ascii="Times New Roman" w:hAnsi="Times New Roman" w:eastAsia="Times New Roman" w:cs="Times New Roman"/>
        </w:rPr>
        <w:t xml:space="preserve"> </w:t>
      </w:r>
      <w:r>
        <w:rPr>
          <w:rFonts w:ascii="Gadugi" w:hAnsi="Gadugi" w:eastAsia="Gadugi" w:cs="Gadugi"/>
        </w:rPr>
        <w:t>ᎤᏠᏱ</w:t>
      </w:r>
      <w:r>
        <w:rPr>
          <w:rFonts w:ascii="Times New Roman" w:hAnsi="Times New Roman" w:eastAsia="Times New Roman" w:cs="Times New Roman"/>
        </w:rPr>
        <w:t xml:space="preserve"> </w:t>
      </w:r>
      <w:r>
        <w:rPr>
          <w:rFonts w:ascii="Gadugi" w:hAnsi="Gadugi" w:eastAsia="Gadugi" w:cs="Gadugi"/>
        </w:rPr>
        <w:t>ᎢᏳᏉ</w:t>
      </w:r>
      <w:r>
        <w:rPr>
          <w:rFonts w:ascii="Times New Roman" w:hAnsi="Times New Roman" w:eastAsia="Times New Roman" w:cs="Times New Roman"/>
        </w:rPr>
        <w:t xml:space="preserve"> </w:t>
      </w:r>
      <w:r>
        <w:rPr>
          <w:rFonts w:ascii="Gadugi" w:hAnsi="Gadugi" w:eastAsia="Gadugi" w:cs="Gadugi"/>
        </w:rPr>
        <w:t>ᎠᏥᏍᏕᎸᏗ</w:t>
      </w:r>
      <w:r>
        <w:rPr>
          <w:rFonts w:ascii="Times New Roman" w:hAnsi="Times New Roman" w:eastAsia="Times New Roman" w:cs="Times New Roman"/>
        </w:rPr>
        <w:t xml:space="preserve"> </w:t>
      </w:r>
      <w:r>
        <w:rPr>
          <w:rFonts w:ascii="Gadugi" w:hAnsi="Gadugi" w:eastAsia="Gadugi" w:cs="Gadugi"/>
        </w:rPr>
        <w:t>ᏱᎨᏐᎢ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ᎤᏌᎳᎩ</w:t>
      </w:r>
      <w:r>
        <w:rPr>
          <w:rFonts w:ascii="Times New Roman" w:hAnsi="Times New Roman" w:eastAsia="Times New Roman" w:cs="Times New Roman"/>
        </w:rPr>
        <w:t xml:space="preserve"> </w:t>
      </w:r>
      <w:r>
        <w:rPr>
          <w:rFonts w:ascii="Gadugi" w:hAnsi="Gadugi" w:eastAsia="Gadugi" w:cs="Gadugi"/>
        </w:rPr>
        <w:t>ᎤᏅᏙ</w:t>
      </w:r>
      <w:r>
        <w:rPr>
          <w:rFonts w:ascii="Times New Roman" w:hAnsi="Times New Roman" w:eastAsia="Times New Roman" w:cs="Times New Roman"/>
        </w:rPr>
        <w:t xml:space="preserve"> </w:t>
      </w:r>
      <w:r>
        <w:rPr>
          <w:rFonts w:ascii="Gadugi" w:hAnsi="Gadugi" w:eastAsia="Gadugi" w:cs="Gadugi"/>
        </w:rPr>
        <w:t>ᎣᏍᏛ</w:t>
      </w:r>
      <w:r>
        <w:rPr>
          <w:rFonts w:ascii="Times New Roman" w:hAnsi="Times New Roman" w:eastAsia="Times New Roman" w:cs="Times New Roman"/>
        </w:rPr>
        <w:t xml:space="preserve"> </w:t>
      </w:r>
      <w:r>
        <w:rPr>
          <w:rFonts w:ascii="Gadugi" w:hAnsi="Gadugi" w:eastAsia="Gadugi" w:cs="Gadugi"/>
        </w:rPr>
        <w:t>ᎧᏃᎮᏛ</w:t>
      </w:r>
      <w:r>
        <w:rPr>
          <w:rFonts w:ascii="Times New Roman" w:hAnsi="Times New Roman" w:eastAsia="Times New Roman" w:cs="Times New Roman"/>
        </w:rPr>
        <w:t xml:space="preserve"> </w:t>
      </w:r>
      <w:r>
        <w:rPr>
          <w:rFonts w:ascii="Gadugi" w:hAnsi="Gadugi" w:eastAsia="Gadugi" w:cs="Gadugi"/>
        </w:rPr>
        <w:t>ᎤᏚᎩ</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ᎦᎶᏁᏛ</w:t>
      </w:r>
      <w:r>
        <w:rPr>
          <w:rFonts w:ascii="Times New Roman" w:hAnsi="Times New Roman" w:eastAsia="Times New Roman" w:cs="Times New Roman"/>
        </w:rPr>
        <w:t xml:space="preserve"> </w:t>
      </w:r>
      <w:r>
        <w:rPr>
          <w:rFonts w:ascii="Gadugi" w:hAnsi="Gadugi" w:eastAsia="Gadugi" w:cs="Gadugi"/>
        </w:rPr>
        <w:t>ᎦᎷᏨᎭ</w:t>
      </w:r>
      <w:r>
        <w:rPr>
          <w:rFonts w:ascii="Times New Roman" w:hAnsi="Times New Roman" w:eastAsia="Times New Roman" w:cs="Times New Roman"/>
        </w:rPr>
        <w:t xml:space="preserve"> </w:t>
      </w:r>
      <w:r>
        <w:rPr>
          <w:rFonts w:ascii="Gadugi" w:hAnsi="Gadugi" w:eastAsia="Gadugi" w:cs="Gadugi"/>
        </w:rPr>
        <w:t>ᎠᎴᏍᏗ</w:t>
      </w:r>
      <w:r>
        <w:rPr>
          <w:rFonts w:ascii="Times New Roman" w:hAnsi="Times New Roman" w:eastAsia="Times New Roman" w:cs="Times New Roman"/>
        </w:rPr>
        <w:t xml:space="preserve"> </w:t>
      </w:r>
      <w:r>
        <w:rPr>
          <w:rFonts w:ascii="Gadugi" w:hAnsi="Gadugi" w:eastAsia="Gadugi" w:cs="Gadugi"/>
        </w:rPr>
        <w:t>ᎤᏣᏘ</w:t>
      </w:r>
      <w:r>
        <w:rPr>
          <w:rFonts w:ascii="Times New Roman" w:hAnsi="Times New Roman" w:eastAsia="Times New Roman" w:cs="Times New Roman"/>
        </w:rPr>
        <w:t xml:space="preserve"> </w:t>
      </w:r>
      <w:r>
        <w:rPr>
          <w:rFonts w:ascii="Gadugi" w:hAnsi="Gadugi" w:eastAsia="Gadugi" w:cs="Gadugi"/>
        </w:rPr>
        <w:t>ᎤᏟᏍᏛ</w:t>
      </w:r>
      <w:r>
        <w:rPr>
          <w:rFonts w:ascii="Times New Roman" w:hAnsi="Times New Roman" w:eastAsia="Times New Roman" w:cs="Times New Roman"/>
        </w:rPr>
        <w:t xml:space="preserve"> </w:t>
      </w:r>
      <w:r>
        <w:rPr>
          <w:rFonts w:ascii="Gadugi" w:hAnsi="Gadugi" w:eastAsia="Gadugi" w:cs="Gadugi"/>
        </w:rPr>
        <w:t>ᎠᏰᎸ</w:t>
      </w:r>
      <w:r>
        <w:rPr>
          <w:rFonts w:ascii="Times New Roman" w:hAnsi="Times New Roman" w:eastAsia="Times New Roman" w:cs="Times New Roman"/>
        </w:rPr>
        <w:t xml:space="preserve"> </w:t>
      </w:r>
      <w:r>
        <w:rPr>
          <w:rFonts w:ascii="Gadugi" w:hAnsi="Gadugi" w:eastAsia="Gadugi" w:cs="Gadugi"/>
        </w:rPr>
        <w:t>ᎢᎩᏪᎯᎰᎢ</w:t>
      </w:r>
      <w:r>
        <w:rPr>
          <w:rFonts w:ascii="Times New Roman" w:hAnsi="Times New Roman" w:eastAsia="Times New Roman" w:cs="Times New Roman"/>
        </w:rPr>
        <w:t xml:space="preserve">. </w:t>
      </w:r>
      <w:r>
        <w:rPr>
          <w:rFonts w:ascii="Gadugi" w:hAnsi="Gadugi" w:eastAsia="Gadugi" w:cs="Gadugi"/>
        </w:rPr>
        <w:t>ᎤᏟ</w:t>
      </w:r>
      <w:r>
        <w:rPr>
          <w:rFonts w:ascii="Times New Roman" w:hAnsi="Times New Roman" w:eastAsia="Times New Roman" w:cs="Times New Roman"/>
        </w:rPr>
        <w:t xml:space="preserve"> </w:t>
      </w:r>
      <w:r>
        <w:rPr>
          <w:rFonts w:ascii="Gadugi" w:hAnsi="Gadugi" w:eastAsia="Gadugi" w:cs="Gadugi"/>
        </w:rPr>
        <w:t>ᎢᎦᎸᎳᏗ</w:t>
      </w:r>
      <w:r>
        <w:rPr>
          <w:rFonts w:ascii="Times New Roman" w:hAnsi="Times New Roman" w:eastAsia="Times New Roman" w:cs="Times New Roman"/>
        </w:rPr>
        <w:t xml:space="preserve"> </w:t>
      </w:r>
      <w:r>
        <w:rPr>
          <w:rFonts w:ascii="Gadugi" w:hAnsi="Gadugi" w:eastAsia="Gadugi" w:cs="Gadugi"/>
        </w:rPr>
        <w:t>ᎤᏅᏙ</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ᎠᏓᏅᏙ</w:t>
      </w:r>
      <w:r>
        <w:rPr>
          <w:rFonts w:ascii="Times New Roman" w:hAnsi="Times New Roman" w:eastAsia="Times New Roman" w:cs="Times New Roman"/>
        </w:rPr>
        <w:t xml:space="preserve"> </w:t>
      </w:r>
      <w:r>
        <w:rPr>
          <w:rFonts w:ascii="Gadugi" w:hAnsi="Gadugi" w:eastAsia="Gadugi" w:cs="Gadugi"/>
        </w:rPr>
        <w:t>ᎨᏐᎢ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ᎤᏌᎳᎩ</w:t>
      </w:r>
      <w:r>
        <w:rPr>
          <w:rFonts w:ascii="Times New Roman" w:hAnsi="Times New Roman" w:eastAsia="Times New Roman" w:cs="Times New Roman"/>
        </w:rPr>
        <w:t xml:space="preserve"> </w:t>
      </w:r>
      <w:r>
        <w:rPr>
          <w:rFonts w:ascii="Gadugi" w:hAnsi="Gadugi" w:eastAsia="Gadugi" w:cs="Gadugi"/>
        </w:rPr>
        <w:t>ᎤᏅᏙ</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ᎤᏇᏓᎵ</w:t>
      </w:r>
      <w:r>
        <w:rPr>
          <w:rFonts w:ascii="Times New Roman" w:hAnsi="Times New Roman" w:eastAsia="Times New Roman" w:cs="Times New Roman"/>
        </w:rPr>
        <w:t xml:space="preserve"> </w:t>
      </w:r>
      <w:r>
        <w:rPr>
          <w:rFonts w:ascii="Gadugi" w:hAnsi="Gadugi" w:eastAsia="Gadugi" w:cs="Gadugi"/>
        </w:rPr>
        <w:t>ᎨᏐᎢ</w:t>
      </w:r>
      <w:r>
        <w:rPr>
          <w:rFonts w:ascii="Times New Roman" w:hAnsi="Times New Roman" w:eastAsia="Times New Roman" w:cs="Times New Roman"/>
        </w:rPr>
        <w:t xml:space="preserve">. </w:t>
      </w:r>
      <w:r>
        <w:rPr>
          <w:rFonts w:ascii="Gadugi" w:hAnsi="Gadugi" w:eastAsia="Gadugi" w:cs="Gadugi"/>
        </w:rPr>
        <w:t>ᎤᏟ</w:t>
      </w:r>
      <w:r>
        <w:rPr>
          <w:rFonts w:ascii="Times New Roman" w:hAnsi="Times New Roman" w:eastAsia="Times New Roman" w:cs="Times New Roman"/>
        </w:rPr>
        <w:t xml:space="preserve"> </w:t>
      </w:r>
      <w:r>
        <w:rPr>
          <w:rFonts w:ascii="Gadugi" w:hAnsi="Gadugi" w:eastAsia="Gadugi" w:cs="Gadugi"/>
        </w:rPr>
        <w:t>ᎢᎦᎸᎳᏗ</w:t>
      </w:r>
      <w:r>
        <w:rPr>
          <w:rFonts w:ascii="Times New Roman" w:hAnsi="Times New Roman" w:eastAsia="Times New Roman" w:cs="Times New Roman"/>
        </w:rPr>
        <w:t xml:space="preserve"> </w:t>
      </w:r>
      <w:r>
        <w:rPr>
          <w:rFonts w:ascii="Gadugi" w:hAnsi="Gadugi" w:eastAsia="Gadugi" w:cs="Gadugi"/>
        </w:rPr>
        <w:t>ᎤᏅᏙ</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ᏧᎦᏙᎥ</w:t>
      </w:r>
      <w:r>
        <w:rPr>
          <w:rFonts w:ascii="Times New Roman" w:hAnsi="Times New Roman" w:eastAsia="Times New Roman" w:cs="Times New Roman"/>
        </w:rPr>
        <w:t xml:space="preserve"> </w:t>
      </w:r>
      <w:r>
        <w:rPr>
          <w:rFonts w:ascii="Gadugi" w:hAnsi="Gadugi" w:eastAsia="Gadugi" w:cs="Gadugi"/>
        </w:rPr>
        <w:t>ᎦᎵᏉᎩ</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ᎤᏁᏯᏔ</w:t>
      </w:r>
      <w:r>
        <w:rPr>
          <w:rFonts w:ascii="Malgun Gothic" w:hAnsi="Malgun Gothic" w:eastAsia="Malgun Gothic" w:cs="Malgun Gothic"/>
        </w:rPr>
        <w:t>ᅲ</w:t>
      </w:r>
      <w:r>
        <w:rPr>
          <w:rFonts w:ascii="Gadugi" w:hAnsi="Gadugi" w:eastAsia="Gadugi" w:cs="Gadugi"/>
        </w:rPr>
        <w:t>Ꭿ</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ᎠᏍᏆᎸᎲᎩ</w:t>
      </w:r>
      <w:r>
        <w:rPr>
          <w:rFonts w:ascii="Times New Roman" w:hAnsi="Times New Roman" w:eastAsia="Times New Roman" w:cs="Times New Roman"/>
        </w:rPr>
        <w:t xml:space="preserve"> October 22, 1844 </w:t>
      </w:r>
      <w:r>
        <w:rPr>
          <w:rFonts w:ascii="Gadugi" w:hAnsi="Gadugi" w:eastAsia="Gadugi" w:cs="Gadugi"/>
        </w:rPr>
        <w:t>ᎤᏓᏅᏍᏗ</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ᎤᎩᏍᏗᏱ</w:t>
      </w:r>
      <w:r>
        <w:rPr>
          <w:rFonts w:ascii="Times New Roman" w:hAnsi="Times New Roman" w:eastAsia="Times New Roman" w:cs="Times New Roman"/>
        </w:rPr>
        <w:t xml:space="preserve">, </w:t>
      </w:r>
      <w:r>
        <w:rPr>
          <w:rFonts w:ascii="Gadugi" w:hAnsi="Gadugi" w:eastAsia="Gadugi" w:cs="Gadugi"/>
        </w:rPr>
        <w:t>ᎾᎯᏳ</w:t>
      </w:r>
      <w:r>
        <w:rPr>
          <w:rFonts w:ascii="Times New Roman" w:hAnsi="Times New Roman" w:eastAsia="Times New Roman" w:cs="Times New Roman"/>
        </w:rPr>
        <w:t xml:space="preserve"> </w:t>
      </w:r>
      <w:r>
        <w:rPr>
          <w:rFonts w:ascii="Gadugi" w:hAnsi="Gadugi" w:eastAsia="Gadugi" w:cs="Gadugi"/>
        </w:rPr>
        <w:t>ᎦᎵᏉᎩ</w:t>
      </w:r>
      <w:r>
        <w:rPr>
          <w:rFonts w:ascii="Times New Roman" w:hAnsi="Times New Roman" w:eastAsia="Times New Roman" w:cs="Times New Roman"/>
        </w:rPr>
        <w:t xml:space="preserve"> </w:t>
      </w:r>
      <w:r>
        <w:rPr>
          <w:rFonts w:ascii="Gadugi" w:hAnsi="Gadugi" w:eastAsia="Gadugi" w:cs="Gadugi"/>
        </w:rPr>
        <w:t>ᎦᏃᎯᏍᏗ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jubilee </w:t>
      </w:r>
      <w:r>
        <w:rPr>
          <w:rFonts w:ascii="Gadugi" w:hAnsi="Gadugi" w:eastAsia="Gadugi" w:cs="Gadugi"/>
        </w:rPr>
        <w:t>ᎦᏃᎯᏍᏗ</w:t>
      </w:r>
      <w:r>
        <w:rPr>
          <w:rFonts w:ascii="Times New Roman" w:hAnsi="Times New Roman" w:eastAsia="Times New Roman" w:cs="Times New Roman"/>
        </w:rPr>
        <w:t xml:space="preserve"> </w:t>
      </w:r>
      <w:r>
        <w:rPr>
          <w:rFonts w:ascii="Gadugi" w:hAnsi="Gadugi" w:eastAsia="Gadugi" w:cs="Gadugi"/>
        </w:rPr>
        <w:t>ᎢᏧᎳ</w:t>
      </w:r>
      <w:r>
        <w:rPr>
          <w:rFonts w:ascii="Times New Roman" w:hAnsi="Times New Roman" w:eastAsia="Times New Roman" w:cs="Times New Roman"/>
        </w:rPr>
        <w:t xml:space="preserve"> </w:t>
      </w:r>
      <w:r>
        <w:rPr>
          <w:rFonts w:ascii="Gadugi" w:hAnsi="Gadugi" w:eastAsia="Gadugi" w:cs="Gadugi"/>
        </w:rPr>
        <w:t>ᎤᎾ</w:t>
      </w:r>
      <w:r>
        <w:rPr>
          <w:rFonts w:ascii="Ebrima" w:hAnsi="Ebrima" w:eastAsia="Ebrima" w:cs="Ebrima"/>
        </w:rPr>
        <w:t>ጀ</w:t>
      </w:r>
      <w:r>
        <w:rPr>
          <w:rFonts w:ascii="Gadugi" w:hAnsi="Gadugi" w:eastAsia="Gadugi" w:cs="Gadugi"/>
        </w:rPr>
        <w:t>ᎮᎢ</w:t>
      </w:r>
      <w:r>
        <w:rPr>
          <w:rFonts w:ascii="Times New Roman" w:hAnsi="Times New Roman" w:eastAsia="Times New Roman" w:cs="Times New Roman"/>
        </w:rPr>
        <w:t xml:space="preserve"> </w:t>
      </w:r>
      <w:r>
        <w:rPr>
          <w:rFonts w:ascii="Gadugi" w:hAnsi="Gadugi" w:eastAsia="Gadugi" w:cs="Gadugi"/>
        </w:rPr>
        <w:t>ᎤᏃᏴᎵᏎᎢ</w:t>
      </w:r>
      <w:r>
        <w:rPr>
          <w:rFonts w:ascii="Times New Roman" w:hAnsi="Times New Roman" w:eastAsia="Times New Roman" w:cs="Times New Roman"/>
        </w:rPr>
        <w:t xml:space="preserve">. </w:t>
      </w:r>
      <w:r>
        <w:rPr>
          <w:rFonts w:ascii="Gadugi" w:hAnsi="Gadugi" w:eastAsia="Gadugi" w:cs="Gadugi"/>
        </w:rPr>
        <w:t>ᎤᏌᎳᎩ</w:t>
      </w:r>
      <w:r>
        <w:rPr>
          <w:rFonts w:ascii="Times New Roman" w:hAnsi="Times New Roman" w:eastAsia="Times New Roman" w:cs="Times New Roman"/>
        </w:rPr>
        <w:t xml:space="preserve"> </w:t>
      </w:r>
      <w:r>
        <w:rPr>
          <w:rFonts w:ascii="Gadugi" w:hAnsi="Gadugi" w:eastAsia="Gadugi" w:cs="Gadugi"/>
        </w:rPr>
        <w:t>ᎤᏅᏙ</w:t>
      </w:r>
      <w:r>
        <w:rPr>
          <w:rFonts w:ascii="Times New Roman" w:hAnsi="Times New Roman" w:eastAsia="Times New Roman" w:cs="Times New Roman"/>
        </w:rPr>
        <w:t xml:space="preserve"> </w:t>
      </w:r>
      <w:r>
        <w:rPr>
          <w:rFonts w:ascii="Gadugi" w:hAnsi="Gadugi" w:eastAsia="Gadugi" w:cs="Gadugi"/>
        </w:rPr>
        <w:t>ᎦᎵᏉᎩ</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ᎤᏁᏯᏔ</w:t>
      </w:r>
      <w:r>
        <w:rPr>
          <w:rFonts w:ascii="Malgun Gothic" w:hAnsi="Malgun Gothic" w:eastAsia="Malgun Gothic" w:cs="Malgun Gothic"/>
        </w:rPr>
        <w:t>ᅲ</w:t>
      </w:r>
      <w:r>
        <w:rPr>
          <w:rFonts w:ascii="Gadugi" w:hAnsi="Gadugi" w:eastAsia="Gadugi" w:cs="Gadugi"/>
        </w:rPr>
        <w:t>Ꭿ</w:t>
      </w:r>
      <w:r>
        <w:rPr>
          <w:rFonts w:ascii="Times New Roman" w:hAnsi="Times New Roman" w:eastAsia="Times New Roman" w:cs="Times New Roman"/>
        </w:rPr>
        <w:t xml:space="preserve"> </w:t>
      </w:r>
      <w:r>
        <w:rPr>
          <w:rFonts w:ascii="Gadugi" w:hAnsi="Gadugi" w:eastAsia="Gadugi" w:cs="Gadugi"/>
        </w:rPr>
        <w:t>ᎠᏍᏆᎸᎲᎩ</w:t>
      </w:r>
      <w:r>
        <w:rPr>
          <w:rFonts w:ascii="Times New Roman" w:hAnsi="Times New Roman" w:eastAsia="Times New Roman" w:cs="Times New Roman"/>
        </w:rPr>
        <w:t xml:space="preserve"> 1798, </w:t>
      </w:r>
      <w:r>
        <w:rPr>
          <w:rFonts w:ascii="Gadugi" w:hAnsi="Gadugi" w:eastAsia="Gadugi" w:cs="Gadugi"/>
        </w:rPr>
        <w:t>ᎥᏝᏰᏃ</w:t>
      </w:r>
      <w:r>
        <w:rPr>
          <w:rFonts w:ascii="Times New Roman" w:hAnsi="Times New Roman" w:eastAsia="Times New Roman" w:cs="Times New Roman"/>
        </w:rPr>
        <w:t xml:space="preserve"> </w:t>
      </w:r>
      <w:r>
        <w:rPr>
          <w:rFonts w:ascii="Gadugi" w:hAnsi="Gadugi" w:eastAsia="Gadugi" w:cs="Gadugi"/>
        </w:rPr>
        <w:t>ᎢᏳᏉ</w:t>
      </w:r>
      <w:r>
        <w:rPr>
          <w:rFonts w:ascii="Times New Roman" w:hAnsi="Times New Roman" w:eastAsia="Times New Roman" w:cs="Times New Roman"/>
        </w:rPr>
        <w:t xml:space="preserve"> </w:t>
      </w:r>
      <w:r>
        <w:rPr>
          <w:rFonts w:ascii="Gadugi" w:hAnsi="Gadugi" w:eastAsia="Gadugi" w:cs="Gadugi"/>
        </w:rPr>
        <w:t>ᎠᏥᎤᏕᏤᏗ</w:t>
      </w:r>
      <w:r>
        <w:rPr>
          <w:rFonts w:ascii="Times New Roman" w:hAnsi="Times New Roman" w:eastAsia="Times New Roman" w:cs="Times New Roman"/>
        </w:rPr>
        <w:t xml:space="preserve"> </w:t>
      </w:r>
      <w:r>
        <w:rPr>
          <w:rFonts w:ascii="Gadugi" w:hAnsi="Gadugi" w:eastAsia="Gadugi" w:cs="Gadugi"/>
        </w:rPr>
        <w:t>ᏱᎨᏐᎢ</w:t>
      </w:r>
      <w:r>
        <w:rPr>
          <w:rFonts w:ascii="Times New Roman" w:hAnsi="Times New Roman" w:eastAsia="Times New Roman" w:cs="Times New Roman"/>
        </w:rPr>
        <w:t xml:space="preserve"> </w:t>
      </w:r>
      <w:r>
        <w:rPr>
          <w:rFonts w:ascii="Gadugi" w:hAnsi="Gadugi" w:eastAsia="Gadugi" w:cs="Gadugi"/>
        </w:rPr>
        <w:t>ᎬᏂ</w:t>
      </w:r>
      <w:r>
        <w:rPr>
          <w:rFonts w:ascii="Times New Roman" w:hAnsi="Times New Roman" w:eastAsia="Times New Roman" w:cs="Times New Roman"/>
        </w:rPr>
        <w:t xml:space="preserve"> </w:t>
      </w:r>
      <w:r>
        <w:rPr>
          <w:rFonts w:ascii="Gadugi" w:hAnsi="Gadugi" w:eastAsia="Gadugi" w:cs="Gadugi"/>
        </w:rPr>
        <w:t>ᎦᎶᏁᏛ</w:t>
      </w:r>
      <w:r>
        <w:rPr>
          <w:rFonts w:ascii="Times New Roman" w:hAnsi="Times New Roman" w:eastAsia="Times New Roman" w:cs="Times New Roman"/>
        </w:rPr>
        <w:t xml:space="preserve"> </w:t>
      </w:r>
      <w:r>
        <w:rPr>
          <w:rFonts w:ascii="Gadugi" w:hAnsi="Gadugi" w:eastAsia="Gadugi" w:cs="Gadugi"/>
        </w:rPr>
        <w:t>ᏔᎵᏁ</w:t>
      </w:r>
      <w:r>
        <w:rPr>
          <w:rFonts w:ascii="Times New Roman" w:hAnsi="Times New Roman" w:eastAsia="Times New Roman" w:cs="Times New Roman"/>
        </w:rPr>
        <w:t xml:space="preserve"> </w:t>
      </w:r>
      <w:r>
        <w:rPr>
          <w:rFonts w:ascii="Gadugi" w:hAnsi="Gadugi" w:eastAsia="Gadugi" w:cs="Gadugi"/>
        </w:rPr>
        <w:t>ᎦᎷᏨᎭ</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1798 жылғы жеті уақыт, 1844 жылғы жеті уақыт және 1844 жылғы екі мың үш жүз жыл 1844 жылғы 22 қазанда басталған Мәсіхтің ісін білдіреді. Сол іс Оның Құдайлық болмысын адамзатпен біріктіру еді, бірақ адамзат пен Құдайлықтан тұратын ғибадатхана 1844 жылы біріктірілуге тиіс болғанда, 1798 жыл қамтылмауға тиіс еді, өйткені ол басқа ұлттардың ауласын білдіреді.</w:t>
      </w:r>
    </w:p>
    <w:p>
      <w:pPr>
        <w:pStyle w:val="ArticleBody"/>
        <w:jc w:val="left"/>
      </w:pPr>
      <w:r>
        <w:rPr>
          <w:rFonts w:ascii="Gadugi" w:hAnsi="Gadugi" w:eastAsia="Gadugi" w:cs="Gadugi"/>
        </w:rPr>
        <w:t>ᎤᏍᎦᏅᎢ</w:t>
      </w:r>
      <w:r>
        <w:rPr>
          <w:rFonts w:ascii="Times New Roman" w:hAnsi="Times New Roman" w:eastAsia="Times New Roman" w:cs="Times New Roman"/>
        </w:rPr>
        <w:t xml:space="preserve"> </w:t>
      </w:r>
      <w:r>
        <w:rPr>
          <w:rFonts w:ascii="Gadugi" w:hAnsi="Gadugi" w:eastAsia="Gadugi" w:cs="Gadugi"/>
        </w:rPr>
        <w:t>ᎤᏓᏤᎵᏍᎬ</w:t>
      </w:r>
      <w:r>
        <w:rPr>
          <w:rFonts w:ascii="Times New Roman" w:hAnsi="Times New Roman" w:eastAsia="Times New Roman" w:cs="Times New Roman"/>
        </w:rPr>
        <w:t xml:space="preserve"> </w:t>
      </w:r>
      <w:r>
        <w:rPr>
          <w:rFonts w:ascii="Gadugi" w:hAnsi="Gadugi" w:eastAsia="Gadugi" w:cs="Gadugi"/>
        </w:rPr>
        <w:t>ᎤᎵᏍᏓᏴᏗᏍᎬ</w:t>
      </w:r>
      <w:r>
        <w:rPr>
          <w:rFonts w:ascii="Times New Roman" w:hAnsi="Times New Roman" w:eastAsia="Times New Roman" w:cs="Times New Roman"/>
        </w:rPr>
        <w:t xml:space="preserve"> </w:t>
      </w:r>
      <w:r>
        <w:rPr>
          <w:rFonts w:ascii="Gadugi" w:hAnsi="Gadugi" w:eastAsia="Gadugi" w:cs="Gadugi"/>
        </w:rPr>
        <w:t>ᎤᏓᏤᎵᏍᎬ</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2023 </w:t>
      </w:r>
      <w:r>
        <w:rPr>
          <w:rFonts w:ascii="Gadugi" w:hAnsi="Gadugi" w:eastAsia="Gadugi" w:cs="Gadugi"/>
        </w:rPr>
        <w:t>ᎤᏓᏁᎬ</w:t>
      </w:r>
      <w:r>
        <w:rPr>
          <w:rFonts w:ascii="Times New Roman" w:hAnsi="Times New Roman" w:eastAsia="Times New Roman" w:cs="Times New Roman"/>
        </w:rPr>
        <w:t xml:space="preserve"> </w:t>
      </w:r>
      <w:r>
        <w:rPr>
          <w:rFonts w:ascii="Gadugi" w:hAnsi="Gadugi" w:eastAsia="Gadugi" w:cs="Gadugi"/>
        </w:rPr>
        <w:t>ᎤᏓᏠᏍᎬ</w:t>
      </w:r>
      <w:r>
        <w:rPr>
          <w:rFonts w:ascii="Times New Roman" w:hAnsi="Times New Roman" w:eastAsia="Times New Roman" w:cs="Times New Roman"/>
        </w:rPr>
        <w:t xml:space="preserve"> </w:t>
      </w:r>
      <w:r>
        <w:rPr>
          <w:rFonts w:ascii="Gadugi" w:hAnsi="Gadugi" w:eastAsia="Gadugi" w:cs="Gadugi"/>
        </w:rPr>
        <w:t>ᎤᏓᎴᏅᎯ</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ᏧᎵᏆᏍᏗ</w:t>
      </w:r>
      <w:r>
        <w:rPr>
          <w:rFonts w:ascii="Times New Roman" w:hAnsi="Times New Roman" w:eastAsia="Times New Roman" w:cs="Times New Roman"/>
        </w:rPr>
        <w:t xml:space="preserve"> </w:t>
      </w:r>
      <w:r>
        <w:rPr>
          <w:rFonts w:ascii="Gadugi" w:hAnsi="Gadugi" w:eastAsia="Gadugi" w:cs="Gadugi"/>
        </w:rPr>
        <w:t>ᎦᎸᎳᏗ</w:t>
      </w:r>
      <w:r>
        <w:rPr>
          <w:rFonts w:ascii="Times New Roman" w:hAnsi="Times New Roman" w:eastAsia="Times New Roman" w:cs="Times New Roman"/>
        </w:rPr>
        <w:t xml:space="preserve"> </w:t>
      </w:r>
      <w:r>
        <w:rPr>
          <w:rFonts w:ascii="Gadugi" w:hAnsi="Gadugi" w:eastAsia="Gadugi" w:cs="Gadugi"/>
        </w:rPr>
        <w:t>ᎤᎵᏍᏚᎢᎸᏔᏅ</w:t>
      </w:r>
      <w:r>
        <w:rPr>
          <w:rFonts w:ascii="Times New Roman" w:hAnsi="Times New Roman" w:eastAsia="Times New Roman" w:cs="Times New Roman"/>
        </w:rPr>
        <w:t xml:space="preserve"> </w:t>
      </w:r>
      <w:r>
        <w:rPr>
          <w:rFonts w:ascii="Gadugi" w:hAnsi="Gadugi" w:eastAsia="Gadugi" w:cs="Gadugi"/>
        </w:rPr>
        <w:t>ᎤᏬᎵᏤ</w:t>
      </w:r>
      <w:r>
        <w:rPr>
          <w:rFonts w:ascii="Times New Roman" w:hAnsi="Times New Roman" w:eastAsia="Times New Roman" w:cs="Times New Roman"/>
        </w:rPr>
        <w:t xml:space="preserve"> </w:t>
      </w:r>
      <w:r>
        <w:rPr>
          <w:rFonts w:ascii="Gadugi" w:hAnsi="Gadugi" w:eastAsia="Gadugi" w:cs="Gadugi"/>
        </w:rPr>
        <w:t>ᎢᏳᏓᎴᎩ</w:t>
      </w:r>
      <w:r>
        <w:rPr>
          <w:rFonts w:ascii="Times New Roman" w:hAnsi="Times New Roman" w:eastAsia="Times New Roman" w:cs="Times New Roman"/>
        </w:rPr>
        <w:t xml:space="preserve"> </w:t>
      </w:r>
      <w:r>
        <w:rPr>
          <w:rFonts w:ascii="Gadugi" w:hAnsi="Gadugi" w:eastAsia="Gadugi" w:cs="Gadugi"/>
        </w:rPr>
        <w:t>ᎠᏯᏔᎮᎢ</w:t>
      </w:r>
      <w:r>
        <w:rPr>
          <w:rFonts w:ascii="Times New Roman" w:hAnsi="Times New Roman" w:eastAsia="Times New Roman" w:cs="Times New Roman"/>
        </w:rPr>
        <w:t xml:space="preserve"> </w:t>
      </w:r>
      <w:r>
        <w:rPr>
          <w:rFonts w:ascii="Gadugi" w:hAnsi="Gadugi" w:eastAsia="Gadugi" w:cs="Gadugi"/>
        </w:rPr>
        <w:t>ᏧᏓᎴᏅᎢ</w:t>
      </w:r>
      <w:r>
        <w:rPr>
          <w:rFonts w:ascii="Times New Roman" w:hAnsi="Times New Roman" w:eastAsia="Times New Roman" w:cs="Times New Roman"/>
        </w:rPr>
        <w:t xml:space="preserve"> </w:t>
      </w:r>
      <w:r>
        <w:rPr>
          <w:rFonts w:ascii="Gadugi" w:hAnsi="Gadugi" w:eastAsia="Gadugi" w:cs="Gadugi"/>
        </w:rPr>
        <w:t>ᎤᏲᎢ</w:t>
      </w:r>
      <w:r>
        <w:rPr>
          <w:rFonts w:ascii="Times New Roman" w:hAnsi="Times New Roman" w:eastAsia="Times New Roman" w:cs="Times New Roman"/>
        </w:rPr>
        <w:t xml:space="preserve"> </w:t>
      </w:r>
      <w:r>
        <w:rPr>
          <w:rFonts w:ascii="Gadugi" w:hAnsi="Gadugi" w:eastAsia="Gadugi" w:cs="Gadugi"/>
        </w:rPr>
        <w:t>ᎤᏣᏘ</w:t>
      </w:r>
      <w:r>
        <w:rPr>
          <w:rFonts w:ascii="Times New Roman" w:hAnsi="Times New Roman" w:eastAsia="Times New Roman" w:cs="Times New Roman"/>
        </w:rPr>
        <w:t xml:space="preserve"> </w:t>
      </w:r>
      <w:r>
        <w:rPr>
          <w:rFonts w:ascii="Gadugi" w:hAnsi="Gadugi" w:eastAsia="Gadugi" w:cs="Gadugi"/>
        </w:rPr>
        <w:t>ᎤᏲᎢ</w:t>
      </w:r>
      <w:r>
        <w:rPr>
          <w:rFonts w:ascii="Times New Roman" w:hAnsi="Times New Roman" w:eastAsia="Times New Roman" w:cs="Times New Roman"/>
        </w:rPr>
        <w:t xml:space="preserve"> </w:t>
      </w:r>
      <w:r>
        <w:rPr>
          <w:rFonts w:ascii="Gadugi" w:hAnsi="Gadugi" w:eastAsia="Gadugi" w:cs="Gadugi"/>
        </w:rPr>
        <w:t>ᎦᏙᎯ</w:t>
      </w:r>
      <w:r>
        <w:rPr>
          <w:rFonts w:ascii="Times New Roman" w:hAnsi="Times New Roman" w:eastAsia="Times New Roman" w:cs="Times New Roman"/>
        </w:rPr>
        <w:t xml:space="preserve"> </w:t>
      </w:r>
      <w:r>
        <w:rPr>
          <w:rFonts w:ascii="Gadugi" w:hAnsi="Gadugi" w:eastAsia="Gadugi" w:cs="Gadugi"/>
        </w:rPr>
        <w:t>ᎤᏪᎵᏍᎬ</w:t>
      </w:r>
      <w:r>
        <w:rPr>
          <w:rFonts w:ascii="Times New Roman" w:hAnsi="Times New Roman" w:eastAsia="Times New Roman" w:cs="Times New Roman"/>
        </w:rPr>
        <w:t xml:space="preserve"> </w:t>
      </w:r>
      <w:r>
        <w:rPr>
          <w:rFonts w:ascii="Gadugi" w:hAnsi="Gadugi" w:eastAsia="Gadugi" w:cs="Gadugi"/>
        </w:rPr>
        <w:t>ᎤᎵᏍᏓᏴᏗᏍᎬ</w:t>
      </w:r>
      <w:r>
        <w:rPr>
          <w:rFonts w:ascii="Times New Roman" w:hAnsi="Times New Roman" w:eastAsia="Times New Roman" w:cs="Times New Roman"/>
        </w:rPr>
        <w:t xml:space="preserve"> </w:t>
      </w:r>
      <w:r>
        <w:rPr>
          <w:rFonts w:ascii="Gadugi" w:hAnsi="Gadugi" w:eastAsia="Gadugi" w:cs="Gadugi"/>
        </w:rPr>
        <w:t>ᎤᎵᏍᏓᏴᏗᏍᎬ</w:t>
      </w:r>
      <w:r>
        <w:rPr>
          <w:rFonts w:ascii="Times New Roman" w:hAnsi="Times New Roman" w:eastAsia="Times New Roman" w:cs="Times New Roman"/>
        </w:rPr>
        <w:t xml:space="preserve"> </w:t>
      </w:r>
      <w:r>
        <w:rPr>
          <w:rFonts w:ascii="Gadugi" w:hAnsi="Gadugi" w:eastAsia="Gadugi" w:cs="Gadugi"/>
        </w:rPr>
        <w:t>ᏧᎵᏆᏍᏗ</w:t>
      </w:r>
      <w:r>
        <w:rPr>
          <w:rFonts w:ascii="Times New Roman" w:hAnsi="Times New Roman" w:eastAsia="Times New Roman" w:cs="Times New Roman"/>
        </w:rPr>
        <w:t xml:space="preserve"> </w:t>
      </w:r>
      <w:r>
        <w:rPr>
          <w:rFonts w:ascii="Gadugi" w:hAnsi="Gadugi" w:eastAsia="Gadugi" w:cs="Gadugi"/>
        </w:rPr>
        <w:t>ᎦᎸᎳᏗ</w:t>
      </w:r>
      <w:r>
        <w:rPr>
          <w:rFonts w:ascii="Times New Roman" w:hAnsi="Times New Roman" w:eastAsia="Times New Roman" w:cs="Times New Roman"/>
        </w:rPr>
        <w:t xml:space="preserve"> </w:t>
      </w:r>
      <w:r>
        <w:rPr>
          <w:rFonts w:ascii="Gadugi" w:hAnsi="Gadugi" w:eastAsia="Gadugi" w:cs="Gadugi"/>
        </w:rPr>
        <w:t>ᎬᏗ</w:t>
      </w:r>
      <w:r>
        <w:rPr>
          <w:rFonts w:ascii="Times New Roman" w:hAnsi="Times New Roman" w:eastAsia="Times New Roman" w:cs="Times New Roman"/>
        </w:rPr>
        <w:t xml:space="preserve"> </w:t>
      </w:r>
      <w:r>
        <w:rPr>
          <w:rFonts w:ascii="Gadugi" w:hAnsi="Gadugi" w:eastAsia="Gadugi" w:cs="Gadugi"/>
        </w:rPr>
        <w:t>ᎤᏚᎩ</w:t>
      </w:r>
      <w:r>
        <w:rPr>
          <w:rFonts w:ascii="Times New Roman" w:hAnsi="Times New Roman" w:eastAsia="Times New Roman" w:cs="Times New Roman"/>
        </w:rPr>
        <w:t xml:space="preserve"> </w:t>
      </w:r>
      <w:r>
        <w:rPr>
          <w:rFonts w:ascii="Gadugi" w:hAnsi="Gadugi" w:eastAsia="Gadugi" w:cs="Gadugi"/>
        </w:rPr>
        <w:t>ᎤᎵᏍᏔᏅ</w:t>
      </w:r>
      <w:r>
        <w:rPr>
          <w:rFonts w:ascii="Times New Roman" w:hAnsi="Times New Roman" w:eastAsia="Times New Roman" w:cs="Times New Roman"/>
        </w:rPr>
        <w:t xml:space="preserve"> </w:t>
      </w:r>
      <w:r>
        <w:rPr>
          <w:rFonts w:ascii="Gadugi" w:hAnsi="Gadugi" w:eastAsia="Gadugi" w:cs="Gadugi"/>
        </w:rPr>
        <w:t>ᎤᏕᎵᏛ</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ᎤᎾᎦᏛᎢ</w:t>
      </w:r>
      <w:r>
        <w:rPr>
          <w:rFonts w:ascii="Times New Roman" w:hAnsi="Times New Roman" w:eastAsia="Times New Roman" w:cs="Times New Roman"/>
        </w:rPr>
        <w:t xml:space="preserve"> </w:t>
      </w:r>
      <w:r>
        <w:rPr>
          <w:rFonts w:ascii="Gadugi" w:hAnsi="Gadugi" w:eastAsia="Gadugi" w:cs="Gadugi"/>
        </w:rPr>
        <w:t>ᏧᎵᏆᏍᏗ</w:t>
      </w:r>
      <w:r>
        <w:rPr>
          <w:rFonts w:ascii="Times New Roman" w:hAnsi="Times New Roman" w:eastAsia="Times New Roman" w:cs="Times New Roman"/>
        </w:rPr>
        <w:t xml:space="preserve"> </w:t>
      </w:r>
      <w:r>
        <w:rPr>
          <w:rFonts w:ascii="Gadugi" w:hAnsi="Gadugi" w:eastAsia="Gadugi" w:cs="Gadugi"/>
        </w:rPr>
        <w:t>ᎦᎸᎳᏗ</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ᎤᎵᏍᏕᎸᏙᗢ</w:t>
      </w:r>
      <w:r>
        <w:rPr>
          <w:rFonts w:ascii="Times New Roman" w:hAnsi="Times New Roman" w:eastAsia="Times New Roman" w:cs="Times New Roman"/>
        </w:rPr>
        <w:t xml:space="preserve"> </w:t>
      </w:r>
      <w:r>
        <w:rPr>
          <w:rFonts w:ascii="Gadugi" w:hAnsi="Gadugi" w:eastAsia="Gadugi" w:cs="Gadugi"/>
        </w:rPr>
        <w:t>ᎠᎵᏍᏓᏁᎯ</w:t>
      </w:r>
      <w:r>
        <w:rPr>
          <w:rFonts w:ascii="Times New Roman" w:hAnsi="Times New Roman" w:eastAsia="Times New Roman" w:cs="Times New Roman"/>
        </w:rPr>
        <w:t xml:space="preserve"> </w:t>
      </w:r>
      <w:r>
        <w:rPr>
          <w:rFonts w:ascii="Gadugi" w:hAnsi="Gadugi" w:eastAsia="Gadugi" w:cs="Gadugi"/>
        </w:rPr>
        <w:t>ᎠᏗᎭ</w:t>
      </w:r>
      <w:r>
        <w:rPr>
          <w:rFonts w:ascii="Times New Roman" w:hAnsi="Times New Roman" w:eastAsia="Times New Roman" w:cs="Times New Roman"/>
        </w:rPr>
        <w:t xml:space="preserve"> </w:t>
      </w:r>
      <w:r>
        <w:rPr>
          <w:rFonts w:ascii="Gadugi" w:hAnsi="Gadugi" w:eastAsia="Gadugi" w:cs="Gadugi"/>
        </w:rPr>
        <w:t>ᎠᏂᏁᎬᎢ</w:t>
      </w:r>
      <w:r>
        <w:rPr>
          <w:rFonts w:ascii="Times New Roman" w:hAnsi="Times New Roman" w:eastAsia="Times New Roman" w:cs="Times New Roman"/>
        </w:rPr>
        <w:t xml:space="preserve"> </w:t>
      </w:r>
      <w:r>
        <w:rPr>
          <w:rFonts w:ascii="Gadugi" w:hAnsi="Gadugi" w:eastAsia="Gadugi" w:cs="Gadugi"/>
        </w:rPr>
        <w:t>ᎤᎾᎵᏰᎢᎸᏔᏅ</w:t>
      </w:r>
      <w:r>
        <w:rPr>
          <w:rFonts w:ascii="Times New Roman" w:hAnsi="Times New Roman" w:eastAsia="Times New Roman" w:cs="Times New Roman"/>
        </w:rPr>
        <w:t xml:space="preserve"> </w:t>
      </w:r>
      <w:r>
        <w:rPr>
          <w:rFonts w:ascii="Gadugi" w:hAnsi="Gadugi" w:eastAsia="Gadugi" w:cs="Gadugi"/>
        </w:rPr>
        <w:t>ᎢᏳᎢ</w:t>
      </w:r>
      <w:r>
        <w:rPr>
          <w:rFonts w:ascii="Times New Roman" w:hAnsi="Times New Roman" w:eastAsia="Times New Roman" w:cs="Times New Roman"/>
        </w:rPr>
        <w:t xml:space="preserve"> </w:t>
      </w:r>
      <w:r>
        <w:rPr>
          <w:rFonts w:ascii="Gadugi" w:hAnsi="Gadugi" w:eastAsia="Gadugi" w:cs="Gadugi"/>
        </w:rPr>
        <w:t>ᎢᏳᏓᏅᏙ</w:t>
      </w:r>
      <w:r>
        <w:rPr>
          <w:rFonts w:ascii="Times New Roman" w:hAnsi="Times New Roman" w:eastAsia="Times New Roman" w:cs="Times New Roman"/>
        </w:rPr>
        <w:t xml:space="preserve"> </w:t>
      </w:r>
      <w:r>
        <w:rPr>
          <w:rFonts w:ascii="Gadugi" w:hAnsi="Gadugi" w:eastAsia="Gadugi" w:cs="Gadugi"/>
        </w:rPr>
        <w:t>ᎢᎬᏱᏱ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ᏔᎵᏁ</w:t>
      </w:r>
      <w:r>
        <w:rPr>
          <w:rFonts w:ascii="Times New Roman" w:hAnsi="Times New Roman" w:eastAsia="Times New Roman" w:cs="Times New Roman"/>
        </w:rPr>
        <w:t xml:space="preserve"> </w:t>
      </w:r>
      <w:r>
        <w:rPr>
          <w:rFonts w:ascii="Gadugi" w:hAnsi="Gadugi" w:eastAsia="Gadugi" w:cs="Gadugi"/>
        </w:rPr>
        <w:t>ᎠᏂᏁᎯ</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ᎾᏍᏉ</w:t>
      </w:r>
      <w:r>
        <w:rPr>
          <w:rFonts w:ascii="Times New Roman" w:hAnsi="Times New Roman" w:eastAsia="Times New Roman" w:cs="Times New Roman"/>
        </w:rPr>
        <w:t xml:space="preserve"> </w:t>
      </w:r>
      <w:r>
        <w:rPr>
          <w:rFonts w:ascii="Gadugi" w:hAnsi="Gadugi" w:eastAsia="Gadugi" w:cs="Gadugi"/>
        </w:rPr>
        <w:t>ᎤᎾᎵᏰᎢᎸᏔᏂ</w:t>
      </w:r>
      <w:r>
        <w:rPr>
          <w:rFonts w:ascii="Times New Roman" w:hAnsi="Times New Roman" w:eastAsia="Times New Roman" w:cs="Times New Roman"/>
        </w:rPr>
        <w:t xml:space="preserve"> </w:t>
      </w:r>
      <w:r>
        <w:rPr>
          <w:rFonts w:ascii="Gadugi" w:hAnsi="Gadugi" w:eastAsia="Gadugi" w:cs="Gadugi"/>
        </w:rPr>
        <w:t>ᎾᎿ</w:t>
      </w:r>
      <w:r>
        <w:rPr>
          <w:rFonts w:ascii="Times New Roman" w:hAnsi="Times New Roman" w:eastAsia="Times New Roman" w:cs="Times New Roman"/>
        </w:rPr>
        <w:t xml:space="preserve"> </w:t>
      </w:r>
      <w:r>
        <w:rPr>
          <w:rFonts w:ascii="Gadugi" w:hAnsi="Gadugi" w:eastAsia="Gadugi" w:cs="Gadugi"/>
        </w:rPr>
        <w:t>ᎣᏂ</w:t>
      </w:r>
      <w:r>
        <w:rPr>
          <w:rFonts w:ascii="Times New Roman" w:hAnsi="Times New Roman" w:eastAsia="Times New Roman" w:cs="Times New Roman"/>
        </w:rPr>
        <w:t xml:space="preserve"> </w:t>
      </w:r>
      <w:r>
        <w:rPr>
          <w:rFonts w:ascii="Gadugi" w:hAnsi="Gadugi" w:eastAsia="Gadugi" w:cs="Gadugi"/>
        </w:rPr>
        <w:t>ᎠᏎᏃ</w:t>
      </w:r>
      <w:r>
        <w:rPr>
          <w:rFonts w:ascii="Times New Roman" w:hAnsi="Times New Roman" w:eastAsia="Times New Roman" w:cs="Times New Roman"/>
        </w:rPr>
        <w:t xml:space="preserve"> </w:t>
      </w:r>
      <w:r>
        <w:rPr>
          <w:rFonts w:ascii="Gadugi" w:hAnsi="Gadugi" w:eastAsia="Gadugi" w:cs="Gadugi"/>
        </w:rPr>
        <w:t>ᏧᏃᎮᎵᏍᏗ</w:t>
      </w:r>
      <w:r>
        <w:rPr>
          <w:rFonts w:ascii="Times New Roman" w:hAnsi="Times New Roman" w:eastAsia="Times New Roman" w:cs="Times New Roman"/>
        </w:rPr>
        <w:t xml:space="preserve"> </w:t>
      </w:r>
      <w:r>
        <w:rPr>
          <w:rFonts w:ascii="Gadugi" w:hAnsi="Gadugi" w:eastAsia="Gadugi" w:cs="Gadugi"/>
        </w:rPr>
        <w:t>ᎾᎯᏳ</w:t>
      </w:r>
      <w:r>
        <w:rPr>
          <w:rFonts w:ascii="Times New Roman" w:hAnsi="Times New Roman" w:eastAsia="Times New Roman" w:cs="Times New Roman"/>
        </w:rPr>
        <w:t xml:space="preserve"> </w:t>
      </w:r>
      <w:r>
        <w:rPr>
          <w:rFonts w:ascii="Gadugi" w:hAnsi="Gadugi" w:eastAsia="Gadugi" w:cs="Gadugi"/>
        </w:rPr>
        <w:t>ᎤᏂᏒ</w:t>
      </w:r>
      <w:r>
        <w:rPr>
          <w:rFonts w:ascii="Times New Roman" w:hAnsi="Times New Roman" w:eastAsia="Times New Roman" w:cs="Times New Roman"/>
        </w:rPr>
        <w:t xml:space="preserve"> </w:t>
      </w:r>
      <w:r>
        <w:rPr>
          <w:rFonts w:ascii="Gadugi" w:hAnsi="Gadugi" w:eastAsia="Gadugi" w:cs="Gadugi"/>
        </w:rPr>
        <w:t>ᎢᏳᎬᏩᎵᏰᎢ</w:t>
      </w:r>
      <w:r>
        <w:rPr>
          <w:rFonts w:ascii="Times New Roman" w:hAnsi="Times New Roman" w:eastAsia="Times New Roman" w:cs="Times New Roman"/>
        </w:rPr>
        <w:t xml:space="preserve">. </w:t>
      </w:r>
      <w:r>
        <w:rPr>
          <w:rFonts w:ascii="Gadugi" w:hAnsi="Gadugi" w:eastAsia="Gadugi" w:cs="Gadugi"/>
        </w:rPr>
        <w:t>ᎤᎵᏍᏆᏗ</w:t>
      </w:r>
      <w:r>
        <w:rPr>
          <w:rFonts w:ascii="Times New Roman" w:hAnsi="Times New Roman" w:eastAsia="Times New Roman" w:cs="Times New Roman"/>
        </w:rPr>
        <w:t xml:space="preserve"> </w:t>
      </w:r>
      <w:r>
        <w:rPr>
          <w:rFonts w:ascii="Gadugi" w:hAnsi="Gadugi" w:eastAsia="Gadugi" w:cs="Gadugi"/>
        </w:rPr>
        <w:t>ᎤᏙᎯᏳ</w:t>
      </w:r>
      <w:r>
        <w:rPr>
          <w:rFonts w:ascii="Times New Roman" w:hAnsi="Times New Roman" w:eastAsia="Times New Roman" w:cs="Times New Roman"/>
        </w:rPr>
        <w:t xml:space="preserve"> </w:t>
      </w:r>
      <w:r>
        <w:rPr>
          <w:rFonts w:ascii="Gadugi" w:hAnsi="Gadugi" w:eastAsia="Gadugi" w:cs="Gadugi"/>
        </w:rPr>
        <w:t>ᎤᏍᏆᎸᎲᏍᎬ</w:t>
      </w:r>
      <w:r>
        <w:rPr>
          <w:rFonts w:ascii="Times New Roman" w:hAnsi="Times New Roman" w:eastAsia="Times New Roman" w:cs="Times New Roman"/>
        </w:rPr>
        <w:t xml:space="preserve"> 2023 </w:t>
      </w:r>
      <w:r>
        <w:rPr>
          <w:rFonts w:ascii="Gadugi" w:hAnsi="Gadugi" w:eastAsia="Gadugi" w:cs="Gadugi"/>
        </w:rPr>
        <w:t>ᎤᏓᏁᎬ</w:t>
      </w:r>
      <w:r>
        <w:rPr>
          <w:rFonts w:ascii="Times New Roman" w:hAnsi="Times New Roman" w:eastAsia="Times New Roman" w:cs="Times New Roman"/>
        </w:rPr>
        <w:t xml:space="preserve"> </w:t>
      </w:r>
      <w:r>
        <w:rPr>
          <w:rFonts w:ascii="Gadugi" w:hAnsi="Gadugi" w:eastAsia="Gadugi" w:cs="Gadugi"/>
        </w:rPr>
        <w:t>ᎤᎵᏃᎯᏍᏗ</w:t>
      </w:r>
      <w:r>
        <w:rPr>
          <w:rFonts w:ascii="Times New Roman" w:hAnsi="Times New Roman" w:eastAsia="Times New Roman" w:cs="Times New Roman"/>
        </w:rPr>
        <w:t xml:space="preserve"> </w:t>
      </w:r>
      <w:r>
        <w:rPr>
          <w:rFonts w:ascii="Gadugi" w:hAnsi="Gadugi" w:eastAsia="Gadugi" w:cs="Gadugi"/>
        </w:rPr>
        <w:t>ᎠᏓᏄᎸᎢ</w:t>
      </w:r>
      <w:r>
        <w:rPr>
          <w:rFonts w:ascii="Times New Roman" w:hAnsi="Times New Roman" w:eastAsia="Times New Roman" w:cs="Times New Roman"/>
        </w:rPr>
        <w:t xml:space="preserve"> </w:t>
      </w:r>
      <w:r>
        <w:rPr>
          <w:rFonts w:ascii="Gadugi" w:hAnsi="Gadugi" w:eastAsia="Gadugi" w:cs="Gadugi"/>
        </w:rPr>
        <w:t>ᎬᏗ</w:t>
      </w:r>
      <w:r>
        <w:rPr>
          <w:rFonts w:ascii="Times New Roman" w:hAnsi="Times New Roman" w:eastAsia="Times New Roman" w:cs="Times New Roman"/>
        </w:rPr>
        <w:t xml:space="preserve"> </w:t>
      </w:r>
      <w:r>
        <w:rPr>
          <w:rFonts w:ascii="Gadugi" w:hAnsi="Gadugi" w:eastAsia="Gadugi" w:cs="Gadugi"/>
        </w:rPr>
        <w:t>ᎤᏓᏞᎢᏍᏗ</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ᎢᎬᏱᏱ</w:t>
      </w:r>
      <w:r>
        <w:rPr>
          <w:rFonts w:ascii="Times New Roman" w:hAnsi="Times New Roman" w:eastAsia="Times New Roman" w:cs="Times New Roman"/>
        </w:rPr>
        <w:t xml:space="preserve"> </w:t>
      </w:r>
      <w:r>
        <w:rPr>
          <w:rFonts w:ascii="Gadugi" w:hAnsi="Gadugi" w:eastAsia="Gadugi" w:cs="Gadugi"/>
        </w:rPr>
        <w:t>ᎠᏓᏃᎮᎸᎢ</w:t>
      </w:r>
      <w:r>
        <w:rPr>
          <w:rFonts w:ascii="Times New Roman" w:hAnsi="Times New Roman" w:eastAsia="Times New Roman" w:cs="Times New Roman"/>
        </w:rPr>
        <w:t xml:space="preserve"> </w:t>
      </w:r>
      <w:r>
        <w:rPr>
          <w:rFonts w:ascii="Gadugi" w:hAnsi="Gadugi" w:eastAsia="Gadugi" w:cs="Gadugi"/>
        </w:rPr>
        <w:t>ᎤᎵᏰᎢᎵᏒᎢ</w:t>
      </w:r>
      <w:r>
        <w:rPr>
          <w:rFonts w:ascii="Times New Roman" w:hAnsi="Times New Roman" w:eastAsia="Times New Roman" w:cs="Times New Roman"/>
        </w:rPr>
        <w:t xml:space="preserve">. </w:t>
      </w:r>
      <w:r>
        <w:rPr>
          <w:rFonts w:ascii="Gadugi" w:hAnsi="Gadugi" w:eastAsia="Gadugi" w:cs="Gadugi"/>
        </w:rPr>
        <w:t>ᎤᏲᎢ</w:t>
      </w:r>
      <w:r>
        <w:rPr>
          <w:rFonts w:ascii="Times New Roman" w:hAnsi="Times New Roman" w:eastAsia="Times New Roman" w:cs="Times New Roman"/>
        </w:rPr>
        <w:t xml:space="preserve"> </w:t>
      </w:r>
      <w:r>
        <w:rPr>
          <w:rFonts w:ascii="Gadugi" w:hAnsi="Gadugi" w:eastAsia="Gadugi" w:cs="Gadugi"/>
        </w:rPr>
        <w:t>ᎢᎬᏱᏱ</w:t>
      </w:r>
      <w:r>
        <w:rPr>
          <w:rFonts w:ascii="Times New Roman" w:hAnsi="Times New Roman" w:eastAsia="Times New Roman" w:cs="Times New Roman"/>
        </w:rPr>
        <w:t xml:space="preserve"> </w:t>
      </w:r>
      <w:r>
        <w:rPr>
          <w:rFonts w:ascii="Gadugi" w:hAnsi="Gadugi" w:eastAsia="Gadugi" w:cs="Gadugi"/>
        </w:rPr>
        <w:t>ᎤᏓᎴᏅᎢ</w:t>
      </w:r>
      <w:r>
        <w:rPr>
          <w:rFonts w:ascii="Times New Roman" w:hAnsi="Times New Roman" w:eastAsia="Times New Roman" w:cs="Times New Roman"/>
        </w:rPr>
        <w:t xml:space="preserve"> </w:t>
      </w:r>
      <w:r>
        <w:rPr>
          <w:rFonts w:ascii="Gadugi" w:hAnsi="Gadugi" w:eastAsia="Gadugi" w:cs="Gadugi"/>
        </w:rPr>
        <w:t>ᎤᏓᏟᎶᏍᏔᏅ</w:t>
      </w:r>
      <w:r>
        <w:rPr>
          <w:rFonts w:ascii="Times New Roman" w:hAnsi="Times New Roman" w:eastAsia="Times New Roman" w:cs="Times New Roman"/>
        </w:rPr>
        <w:t xml:space="preserve"> </w:t>
      </w:r>
      <w:r>
        <w:rPr>
          <w:rFonts w:ascii="Gadugi" w:hAnsi="Gadugi" w:eastAsia="Gadugi" w:cs="Gadugi"/>
        </w:rPr>
        <w:t>ᎣᎺᎦ</w:t>
      </w:r>
      <w:r>
        <w:rPr>
          <w:rFonts w:ascii="Times New Roman" w:hAnsi="Times New Roman" w:eastAsia="Times New Roman" w:cs="Times New Roman"/>
        </w:rPr>
        <w:t xml:space="preserve"> </w:t>
      </w:r>
      <w:r>
        <w:rPr>
          <w:rFonts w:ascii="Gadugi" w:hAnsi="Gadugi" w:eastAsia="Gadugi" w:cs="Gadugi"/>
        </w:rPr>
        <w:t>ᎤᏲᎢ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ᎡᎰᏏᏓ</w:t>
      </w:r>
      <w:r>
        <w:rPr>
          <w:rFonts w:ascii="Times New Roman" w:hAnsi="Times New Roman" w:eastAsia="Times New Roman" w:cs="Times New Roman"/>
        </w:rPr>
        <w:t xml:space="preserve"> </w:t>
      </w:r>
      <w:r>
        <w:rPr>
          <w:rFonts w:ascii="Gadugi" w:hAnsi="Gadugi" w:eastAsia="Gadugi" w:cs="Gadugi"/>
        </w:rPr>
        <w:t>ᎤᏓᏪᎳ</w:t>
      </w:r>
      <w:r>
        <w:rPr>
          <w:rFonts w:ascii="Malgun Gothic" w:hAnsi="Malgun Gothic" w:eastAsia="Malgun Gothic" w:cs="Malgun Gothic"/>
        </w:rPr>
        <w:t>ᅥ</w:t>
      </w:r>
      <w:r>
        <w:rPr>
          <w:rFonts w:ascii="Times New Roman" w:hAnsi="Times New Roman" w:eastAsia="Times New Roman" w:cs="Times New Roman"/>
        </w:rPr>
        <w:t xml:space="preserve"> </w:t>
      </w:r>
      <w:r>
        <w:rPr>
          <w:rFonts w:ascii="Gadugi" w:hAnsi="Gadugi" w:eastAsia="Gadugi" w:cs="Gadugi"/>
        </w:rPr>
        <w:t>ᎤᎾᏓᏟᏌᏅᎢ</w:t>
      </w:r>
      <w:r>
        <w:rPr>
          <w:rFonts w:ascii="Times New Roman" w:hAnsi="Times New Roman" w:eastAsia="Times New Roman" w:cs="Times New Roman"/>
        </w:rPr>
        <w:t xml:space="preserve"> </w:t>
      </w:r>
      <w:r>
        <w:rPr>
          <w:rFonts w:ascii="Gadugi" w:hAnsi="Gadugi" w:eastAsia="Gadugi" w:cs="Gadugi"/>
        </w:rPr>
        <w:t>ᎾᎿ</w:t>
      </w:r>
      <w:r>
        <w:rPr>
          <w:rFonts w:ascii="Times New Roman" w:hAnsi="Times New Roman" w:eastAsia="Times New Roman" w:cs="Times New Roman"/>
        </w:rPr>
        <w:t xml:space="preserve"> </w:t>
      </w:r>
      <w:r>
        <w:rPr>
          <w:rFonts w:ascii="Gadugi" w:hAnsi="Gadugi" w:eastAsia="Gadugi" w:cs="Gadugi"/>
        </w:rPr>
        <w:t>ᎠᏂᎦᏔᎾ</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ᎠᏂᏁᎫᏣ</w:t>
      </w:r>
      <w:r>
        <w:rPr>
          <w:rFonts w:ascii="Times New Roman" w:hAnsi="Times New Roman" w:eastAsia="Times New Roman" w:cs="Times New Roman"/>
        </w:rPr>
        <w:t xml:space="preserve"> </w:t>
      </w:r>
      <w:r>
        <w:rPr>
          <w:rFonts w:ascii="Gadugi" w:hAnsi="Gadugi" w:eastAsia="Gadugi" w:cs="Gadugi"/>
        </w:rPr>
        <w:t>ᎤᎾᏓᏅᏒᎩ</w:t>
      </w:r>
      <w:r>
        <w:rPr>
          <w:rFonts w:ascii="Times New Roman" w:hAnsi="Times New Roman" w:eastAsia="Times New Roman" w:cs="Times New Roman"/>
        </w:rPr>
        <w:t xml:space="preserve"> “oil” </w:t>
      </w:r>
      <w:r>
        <w:rPr>
          <w:rFonts w:ascii="Gadugi" w:hAnsi="Gadugi" w:eastAsia="Gadugi" w:cs="Gadugi"/>
        </w:rPr>
        <w:t>ᎠᎵᏥᏙᏗ</w:t>
      </w:r>
      <w:r>
        <w:rPr>
          <w:rFonts w:ascii="Times New Roman" w:hAnsi="Times New Roman" w:eastAsia="Times New Roman" w:cs="Times New Roman"/>
        </w:rPr>
        <w:t xml:space="preserve"> </w:t>
      </w:r>
      <w:r>
        <w:rPr>
          <w:rFonts w:ascii="Gadugi" w:hAnsi="Gadugi" w:eastAsia="Gadugi" w:cs="Gadugi"/>
        </w:rPr>
        <w:t>ᎤᏂᏁᎬ</w:t>
      </w:r>
      <w:r>
        <w:rPr>
          <w:rFonts w:ascii="Times New Roman" w:hAnsi="Times New Roman" w:eastAsia="Times New Roman" w:cs="Times New Roman"/>
        </w:rPr>
        <w:t xml:space="preserve"> </w:t>
      </w:r>
      <w:r>
        <w:rPr>
          <w:rFonts w:ascii="Gadugi" w:hAnsi="Gadugi" w:eastAsia="Gadugi" w:cs="Gadugi"/>
        </w:rPr>
        <w:t>ᎤᏩᏒᎢ</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w:t>
      </w:r>
      <w:r>
        <w:rPr>
          <w:rFonts w:ascii="Myanmar Text" w:hAnsi="Myanmar Text" w:eastAsia="Myanmar Text" w:cs="Myanmar Text"/>
        </w:rPr>
        <w:t>တရားဝင်ဘုရားကျောင်း</w:t>
      </w:r>
      <w:r>
        <w:rPr>
          <w:rFonts w:ascii="Times New Roman" w:hAnsi="Times New Roman" w:eastAsia="Times New Roman" w:cs="Times New Roman"/>
        </w:rPr>
        <w:t xml:space="preserve">" </w:t>
      </w:r>
      <w:r>
        <w:rPr>
          <w:rFonts w:ascii="Myanmar Text" w:hAnsi="Myanmar Text" w:eastAsia="Myanmar Text" w:cs="Myanmar Text"/>
        </w:rPr>
        <w:t>ဟူသော</w:t>
      </w:r>
      <w:r>
        <w:rPr>
          <w:rFonts w:ascii="Times New Roman" w:hAnsi="Times New Roman" w:eastAsia="Times New Roman" w:cs="Times New Roman"/>
        </w:rPr>
        <w:t xml:space="preserve"> </w:t>
      </w:r>
      <w:r>
        <w:rPr>
          <w:rFonts w:ascii="Myanmar Text" w:hAnsi="Myanmar Text" w:eastAsia="Myanmar Text" w:cs="Myanmar Text"/>
        </w:rPr>
        <w:t>မီလာရိုက်တို့၏</w:t>
      </w:r>
      <w:r>
        <w:rPr>
          <w:rFonts w:ascii="Times New Roman" w:hAnsi="Times New Roman" w:eastAsia="Times New Roman" w:cs="Times New Roman"/>
        </w:rPr>
        <w:t xml:space="preserve"> </w:t>
      </w:r>
      <w:r>
        <w:rPr>
          <w:rFonts w:ascii="Myanmar Text" w:hAnsi="Myanmar Text" w:eastAsia="Myanmar Text" w:cs="Myanmar Text"/>
        </w:rPr>
        <w:t>ဗိမာန်တော်သည်</w:t>
      </w:r>
      <w:r>
        <w:rPr>
          <w:rFonts w:ascii="Times New Roman" w:hAnsi="Times New Roman" w:eastAsia="Times New Roman" w:cs="Times New Roman"/>
        </w:rPr>
        <w:t xml:space="preserve"> </w:t>
      </w:r>
      <w:r>
        <w:rPr>
          <w:rFonts w:ascii="Myanmar Text" w:hAnsi="Myanmar Text" w:eastAsia="Myanmar Text" w:cs="Myanmar Text"/>
        </w:rPr>
        <w:t>စိတ်ပျက်ခြင်းမှ</w:t>
      </w:r>
      <w:r>
        <w:rPr>
          <w:rFonts w:ascii="Times New Roman" w:hAnsi="Times New Roman" w:eastAsia="Times New Roman" w:cs="Times New Roman"/>
        </w:rPr>
        <w:t xml:space="preserve"> </w:t>
      </w:r>
      <w:r>
        <w:rPr>
          <w:rFonts w:ascii="Myanmar Text" w:hAnsi="Myanmar Text" w:eastAsia="Myanmar Text" w:cs="Myanmar Text"/>
        </w:rPr>
        <w:t>စိတ်ပျက်ခြင်းသို့</w:t>
      </w:r>
      <w:r>
        <w:rPr>
          <w:rFonts w:ascii="Times New Roman" w:hAnsi="Times New Roman" w:eastAsia="Times New Roman" w:cs="Times New Roman"/>
        </w:rPr>
        <w:t xml:space="preserve"> </w:t>
      </w:r>
      <w:r>
        <w:rPr>
          <w:rFonts w:ascii="Myanmar Text" w:hAnsi="Myanmar Text" w:eastAsia="Myanmar Text" w:cs="Myanmar Text"/>
        </w:rPr>
        <w:t>တည်ဆောက်ခံရသကဲ့သို့၊</w:t>
      </w:r>
      <w:r>
        <w:rPr>
          <w:rFonts w:ascii="Times New Roman" w:hAnsi="Times New Roman" w:eastAsia="Times New Roman" w:cs="Times New Roman"/>
        </w:rPr>
        <w:t xml:space="preserve"> </w:t>
      </w:r>
      <w:r>
        <w:rPr>
          <w:rFonts w:ascii="Myanmar Text" w:hAnsi="Myanmar Text" w:eastAsia="Myanmar Text" w:cs="Myanmar Text"/>
        </w:rPr>
        <w:t>ထိုနည်းတူပင်</w:t>
      </w:r>
      <w:r>
        <w:rPr>
          <w:rFonts w:ascii="Times New Roman" w:hAnsi="Times New Roman" w:eastAsia="Times New Roman" w:cs="Times New Roman"/>
        </w:rPr>
        <w:t xml:space="preserve"> </w:t>
      </w:r>
      <w:r>
        <w:rPr>
          <w:rFonts w:ascii="Myanmar Text" w:hAnsi="Myanmar Text" w:eastAsia="Myanmar Text" w:cs="Myanmar Text"/>
        </w:rPr>
        <w:t>တစ်သိန်းလေးသောင်းလေးထောင်၏</w:t>
      </w:r>
      <w:r>
        <w:rPr>
          <w:rFonts w:ascii="Times New Roman" w:hAnsi="Times New Roman" w:eastAsia="Times New Roman" w:cs="Times New Roman"/>
        </w:rPr>
        <w:t xml:space="preserve"> </w:t>
      </w:r>
      <w:r>
        <w:rPr>
          <w:rFonts w:ascii="Myanmar Text" w:hAnsi="Myanmar Text" w:eastAsia="Myanmar Text" w:cs="Myanmar Text"/>
        </w:rPr>
        <w:t>ဗိမာန်တော်သည်လည်း</w:t>
      </w:r>
      <w:r>
        <w:rPr>
          <w:rFonts w:ascii="Times New Roman" w:hAnsi="Times New Roman" w:eastAsia="Times New Roman" w:cs="Times New Roman"/>
        </w:rPr>
        <w:t xml:space="preserve"> </w:t>
      </w:r>
      <w:r>
        <w:rPr>
          <w:rFonts w:ascii="Myanmar Text" w:hAnsi="Myanmar Text" w:eastAsia="Myanmar Text" w:cs="Myanmar Text"/>
        </w:rPr>
        <w:t>၂၀၂၀</w:t>
      </w:r>
      <w:r>
        <w:rPr>
          <w:rFonts w:ascii="Times New Roman" w:hAnsi="Times New Roman" w:eastAsia="Times New Roman" w:cs="Times New Roman"/>
        </w:rPr>
        <w:t xml:space="preserve">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ဇူလိုင်</w:t>
      </w:r>
      <w:r>
        <w:rPr>
          <w:rFonts w:ascii="Times New Roman" w:hAnsi="Times New Roman" w:eastAsia="Times New Roman" w:cs="Times New Roman"/>
        </w:rPr>
        <w:t xml:space="preserve"> </w:t>
      </w:r>
      <w:r>
        <w:rPr>
          <w:rFonts w:ascii="Myanmar Text" w:hAnsi="Myanmar Text" w:eastAsia="Myanmar Text" w:cs="Myanmar Text"/>
        </w:rPr>
        <w:t>၁၈</w:t>
      </w:r>
      <w:r>
        <w:rPr>
          <w:rFonts w:ascii="Times New Roman" w:hAnsi="Times New Roman" w:eastAsia="Times New Roman" w:cs="Times New Roman"/>
        </w:rPr>
        <w:t xml:space="preserve"> </w:t>
      </w:r>
      <w:r>
        <w:rPr>
          <w:rFonts w:ascii="Myanmar Text" w:hAnsi="Myanmar Text" w:eastAsia="Myanmar Text" w:cs="Myanmar Text"/>
        </w:rPr>
        <w:t>ရက်နေ့မှ</w:t>
      </w:r>
      <w:r>
        <w:rPr>
          <w:rFonts w:ascii="Times New Roman" w:hAnsi="Times New Roman" w:eastAsia="Times New Roman" w:cs="Times New Roman"/>
        </w:rPr>
        <w:t xml:space="preserve"> </w:t>
      </w:r>
      <w:r>
        <w:rPr>
          <w:rFonts w:ascii="Myanmar Text" w:hAnsi="Myanmar Text" w:eastAsia="Myanmar Text" w:cs="Myanmar Text"/>
        </w:rPr>
        <w:t>မကြာမီ</w:t>
      </w:r>
      <w:r>
        <w:rPr>
          <w:rFonts w:ascii="Times New Roman" w:hAnsi="Times New Roman" w:eastAsia="Times New Roman" w:cs="Times New Roman"/>
        </w:rPr>
        <w:t xml:space="preserve"> </w:t>
      </w:r>
      <w:r>
        <w:rPr>
          <w:rFonts w:ascii="Myanmar Text" w:hAnsi="Myanmar Text" w:eastAsia="Myanmar Text" w:cs="Myanmar Text"/>
        </w:rPr>
        <w:t>ရောက်ရှိလာမည့်</w:t>
      </w:r>
      <w:r>
        <w:rPr>
          <w:rFonts w:ascii="Times New Roman" w:hAnsi="Times New Roman" w:eastAsia="Times New Roman" w:cs="Times New Roman"/>
        </w:rPr>
        <w:t xml:space="preserve"> </w:t>
      </w:r>
      <w:r>
        <w:rPr>
          <w:rFonts w:ascii="Myanmar Text" w:hAnsi="Myanmar Text" w:eastAsia="Myanmar Text" w:cs="Myanmar Text"/>
        </w:rPr>
        <w:t>တနင်္ဂနွေနေ့ဥပဒေအထိ</w:t>
      </w:r>
      <w:r>
        <w:rPr>
          <w:rFonts w:ascii="Times New Roman" w:hAnsi="Times New Roman" w:eastAsia="Times New Roman" w:cs="Times New Roman"/>
        </w:rPr>
        <w:t xml:space="preserve"> </w:t>
      </w:r>
      <w:r>
        <w:rPr>
          <w:rFonts w:ascii="Myanmar Text" w:hAnsi="Myanmar Text" w:eastAsia="Myanmar Text" w:cs="Myanmar Text"/>
        </w:rPr>
        <w:t>တည်ဆောက်ခံရသည်ဟု</w:t>
      </w:r>
      <w:r>
        <w:rPr>
          <w:rFonts w:ascii="Times New Roman" w:hAnsi="Times New Roman" w:eastAsia="Times New Roman" w:cs="Times New Roman"/>
        </w:rPr>
        <w:t xml:space="preserve"> </w:t>
      </w:r>
      <w:r>
        <w:rPr>
          <w:rFonts w:ascii="Myanmar Text" w:hAnsi="Myanmar Text" w:eastAsia="Myanmar Text" w:cs="Myanmar Text"/>
        </w:rPr>
        <w:t>အထင်အရှားဖော်ထုတ်ပေးသည်။</w:t>
      </w:r>
      <w:r>
        <w:rPr>
          <w:rFonts w:ascii="Times New Roman" w:hAnsi="Times New Roman" w:eastAsia="Times New Roman" w:cs="Times New Roman"/>
        </w:rPr>
        <w:t xml:space="preserve"> </w:t>
      </w:r>
      <w:r>
        <w:rPr>
          <w:rFonts w:ascii="Myanmar Text" w:hAnsi="Myanmar Text" w:eastAsia="Myanmar Text" w:cs="Myanmar Text"/>
        </w:rPr>
        <w:t>ထိုနေရာ၌</w:t>
      </w:r>
      <w:r>
        <w:rPr>
          <w:rFonts w:ascii="Times New Roman" w:hAnsi="Times New Roman" w:eastAsia="Times New Roman" w:cs="Times New Roman"/>
        </w:rPr>
        <w:t xml:space="preserve"> </w:t>
      </w:r>
      <w:r>
        <w:rPr>
          <w:rFonts w:ascii="Myanmar Text" w:hAnsi="Myanmar Text" w:eastAsia="Myanmar Text" w:cs="Myanmar Text"/>
        </w:rPr>
        <w:t>ဥပမာ၌</w:t>
      </w:r>
      <w:r>
        <w:rPr>
          <w:rFonts w:ascii="Times New Roman" w:hAnsi="Times New Roman" w:eastAsia="Times New Roman" w:cs="Times New Roman"/>
        </w:rPr>
        <w:t xml:space="preserve"> </w:t>
      </w:r>
      <w:r>
        <w:rPr>
          <w:rFonts w:ascii="Myanmar Text" w:hAnsi="Myanmar Text" w:eastAsia="Myanmar Text" w:cs="Myanmar Text"/>
        </w:rPr>
        <w:t>ပါသကဲ့သို့</w:t>
      </w:r>
      <w:r>
        <w:rPr>
          <w:rFonts w:ascii="Times New Roman" w:hAnsi="Times New Roman" w:eastAsia="Times New Roman" w:cs="Times New Roman"/>
        </w:rPr>
        <w:t xml:space="preserve"> </w:t>
      </w:r>
      <w:r>
        <w:rPr>
          <w:rFonts w:ascii="Myanmar Text" w:hAnsi="Myanmar Text" w:eastAsia="Myanmar Text" w:cs="Myanmar Text"/>
        </w:rPr>
        <w:t>တံခါးပိတ်သွားမည်ဖြစ်ပြီး၊</w:t>
      </w:r>
      <w:r>
        <w:rPr>
          <w:rFonts w:ascii="Times New Roman" w:hAnsi="Times New Roman" w:eastAsia="Times New Roman" w:cs="Times New Roman"/>
        </w:rPr>
        <w:t xml:space="preserve"> </w:t>
      </w:r>
      <w:r>
        <w:rPr>
          <w:rFonts w:ascii="Myanmar Text" w:hAnsi="Myanmar Text" w:eastAsia="Myanmar Text" w:cs="Myanmar Text"/>
        </w:rPr>
        <w:t>၁၈၄၄</w:t>
      </w:r>
      <w:r>
        <w:rPr>
          <w:rFonts w:ascii="Times New Roman" w:hAnsi="Times New Roman" w:eastAsia="Times New Roman" w:cs="Times New Roman"/>
        </w:rPr>
        <w:t xml:space="preserve">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အောက်တိုဘာ</w:t>
      </w:r>
      <w:r>
        <w:rPr>
          <w:rFonts w:ascii="Times New Roman" w:hAnsi="Times New Roman" w:eastAsia="Times New Roman" w:cs="Times New Roman"/>
        </w:rPr>
        <w:t xml:space="preserve"> </w:t>
      </w:r>
      <w:r>
        <w:rPr>
          <w:rFonts w:ascii="Myanmar Text" w:hAnsi="Myanmar Text" w:eastAsia="Myanmar Text" w:cs="Myanmar Text"/>
        </w:rPr>
        <w:t>၂၂</w:t>
      </w:r>
      <w:r>
        <w:rPr>
          <w:rFonts w:ascii="Times New Roman" w:hAnsi="Times New Roman" w:eastAsia="Times New Roman" w:cs="Times New Roman"/>
        </w:rPr>
        <w:t xml:space="preserve"> </w:t>
      </w:r>
      <w:r>
        <w:rPr>
          <w:rFonts w:ascii="Myanmar Text" w:hAnsi="Myanmar Text" w:eastAsia="Myanmar Text" w:cs="Myanmar Text"/>
        </w:rPr>
        <w:t>ရက်နေ့၌</w:t>
      </w:r>
      <w:r>
        <w:rPr>
          <w:rFonts w:ascii="Times New Roman" w:hAnsi="Times New Roman" w:eastAsia="Times New Roman" w:cs="Times New Roman"/>
        </w:rPr>
        <w:t xml:space="preserve"> </w:t>
      </w:r>
      <w:r>
        <w:rPr>
          <w:rFonts w:ascii="Myanmar Text" w:hAnsi="Myanmar Text" w:eastAsia="Myanmar Text" w:cs="Myanmar Text"/>
        </w:rPr>
        <w:t>ဖြစ်ခဲ့သကဲ့သို့ပင်</w:t>
      </w:r>
      <w:r>
        <w:rPr>
          <w:rFonts w:ascii="Times New Roman" w:hAnsi="Times New Roman" w:eastAsia="Times New Roman" w:cs="Times New Roman"/>
        </w:rPr>
        <w:t xml:space="preserve"> </w:t>
      </w:r>
      <w:r>
        <w:rPr>
          <w:rFonts w:ascii="Myanmar Text" w:hAnsi="Myanmar Text" w:eastAsia="Myanmar Text" w:cs="Myanmar Text"/>
        </w:rPr>
        <w:t>ဖြစ်လိမ့်မည်။</w:t>
      </w:r>
      <w:r>
        <w:rPr>
          <w:rFonts w:ascii="Times New Roman" w:hAnsi="Times New Roman" w:eastAsia="Times New Roman" w:cs="Times New Roman"/>
        </w:rPr>
        <w:t xml:space="preserve"> </w:t>
      </w:r>
      <w:r>
        <w:rPr>
          <w:rFonts w:ascii="Myanmar Text" w:hAnsi="Myanmar Text" w:eastAsia="Myanmar Text" w:cs="Myanmar Text"/>
        </w:rPr>
        <w:t>မိုးကြိုးခုနစ်လုံးဖြင့်</w:t>
      </w:r>
      <w:r>
        <w:rPr>
          <w:rFonts w:ascii="Times New Roman" w:hAnsi="Times New Roman" w:eastAsia="Times New Roman" w:cs="Times New Roman"/>
        </w:rPr>
        <w:t xml:space="preserve"> </w:t>
      </w:r>
      <w:r>
        <w:rPr>
          <w:rFonts w:ascii="Myanmar Text" w:hAnsi="Myanmar Text" w:eastAsia="Myanmar Text" w:cs="Myanmar Text"/>
        </w:rPr>
        <w:t>ကိုယ်စားပြုထားသော</w:t>
      </w:r>
      <w:r>
        <w:rPr>
          <w:rFonts w:ascii="Times New Roman" w:hAnsi="Times New Roman" w:eastAsia="Times New Roman" w:cs="Times New Roman"/>
        </w:rPr>
        <w:t xml:space="preserve"> </w:t>
      </w:r>
      <w:r>
        <w:rPr>
          <w:rFonts w:ascii="Myanmar Text" w:hAnsi="Myanmar Text" w:eastAsia="Myanmar Text" w:cs="Myanmar Text"/>
        </w:rPr>
        <w:t>သမိုင်းသည်</w:t>
      </w:r>
      <w:r>
        <w:rPr>
          <w:rFonts w:ascii="Times New Roman" w:hAnsi="Times New Roman" w:eastAsia="Times New Roman" w:cs="Times New Roman"/>
        </w:rPr>
        <w:t xml:space="preserve"> </w:t>
      </w:r>
      <w:r>
        <w:rPr>
          <w:rFonts w:ascii="Myanmar Text" w:hAnsi="Myanmar Text" w:eastAsia="Myanmar Text" w:cs="Myanmar Text"/>
        </w:rPr>
        <w:t>ဒံယေလ</w:t>
      </w:r>
      <w:r>
        <w:rPr>
          <w:rFonts w:ascii="Times New Roman" w:hAnsi="Times New Roman" w:eastAsia="Times New Roman" w:cs="Times New Roman"/>
        </w:rPr>
        <w:t xml:space="preserve"> </w:t>
      </w:r>
      <w:r>
        <w:rPr>
          <w:rFonts w:ascii="Myanmar Text" w:hAnsi="Myanmar Text" w:eastAsia="Myanmar Text" w:cs="Myanmar Text"/>
        </w:rPr>
        <w:t>အခန်းကြီး</w:t>
      </w:r>
      <w:r>
        <w:rPr>
          <w:rFonts w:ascii="Times New Roman" w:hAnsi="Times New Roman" w:eastAsia="Times New Roman" w:cs="Times New Roman"/>
        </w:rPr>
        <w:t xml:space="preserve"> </w:t>
      </w:r>
      <w:r>
        <w:rPr>
          <w:rFonts w:ascii="Myanmar Text" w:hAnsi="Myanmar Text" w:eastAsia="Myanmar Text" w:cs="Myanmar Text"/>
        </w:rPr>
        <w:t>၁၂</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အလင်းထဲတွင်</w:t>
      </w:r>
      <w:r>
        <w:rPr>
          <w:rFonts w:ascii="Times New Roman" w:hAnsi="Times New Roman" w:eastAsia="Times New Roman" w:cs="Times New Roman"/>
        </w:rPr>
        <w:t xml:space="preserve"> </w:t>
      </w:r>
      <w:r>
        <w:rPr>
          <w:rFonts w:ascii="Myanmar Text" w:hAnsi="Myanmar Text" w:eastAsia="Myanmar Text" w:cs="Myanmar Text"/>
        </w:rPr>
        <w:t>ကိုယ်စားပြုထားသော</w:t>
      </w:r>
      <w:r>
        <w:rPr>
          <w:rFonts w:ascii="Times New Roman" w:hAnsi="Times New Roman" w:eastAsia="Times New Roman" w:cs="Times New Roman"/>
        </w:rPr>
        <w:t xml:space="preserve"> </w:t>
      </w:r>
      <w:r>
        <w:rPr>
          <w:rFonts w:ascii="Myanmar Text" w:hAnsi="Myanmar Text" w:eastAsia="Myanmar Text" w:cs="Myanmar Text"/>
        </w:rPr>
        <w:t>သမိုင်းနှင့်</w:t>
      </w:r>
      <w:r>
        <w:rPr>
          <w:rFonts w:ascii="Times New Roman" w:hAnsi="Times New Roman" w:eastAsia="Times New Roman" w:cs="Times New Roman"/>
        </w:rPr>
        <w:t xml:space="preserve"> </w:t>
      </w:r>
      <w:r>
        <w:rPr>
          <w:rFonts w:ascii="Myanmar Text" w:hAnsi="Myanmar Text" w:eastAsia="Myanmar Text" w:cs="Myanmar Text"/>
        </w:rPr>
        <w:t>တူညီသော</w:t>
      </w:r>
      <w:r>
        <w:rPr>
          <w:rFonts w:ascii="Times New Roman" w:hAnsi="Times New Roman" w:eastAsia="Times New Roman" w:cs="Times New Roman"/>
        </w:rPr>
        <w:t xml:space="preserve"> </w:t>
      </w:r>
      <w:r>
        <w:rPr>
          <w:rFonts w:ascii="Myanmar Text" w:hAnsi="Myanmar Text" w:eastAsia="Myanmar Text" w:cs="Myanmar Text"/>
        </w:rPr>
        <w:t>သမိုင်းပင်</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ဒံယေလ</w:t>
      </w:r>
      <w:r>
        <w:rPr>
          <w:rFonts w:ascii="Times New Roman" w:hAnsi="Times New Roman" w:eastAsia="Times New Roman" w:cs="Times New Roman"/>
        </w:rPr>
        <w:t xml:space="preserve"> </w:t>
      </w:r>
      <w:r>
        <w:rPr>
          <w:rFonts w:ascii="Myanmar Text" w:hAnsi="Myanmar Text" w:eastAsia="Myanmar Text" w:cs="Myanmar Text"/>
        </w:rPr>
        <w:t>အခန်းကြီး</w:t>
      </w:r>
      <w:r>
        <w:rPr>
          <w:rFonts w:ascii="Times New Roman" w:hAnsi="Times New Roman" w:eastAsia="Times New Roman" w:cs="Times New Roman"/>
        </w:rPr>
        <w:t xml:space="preserve"> </w:t>
      </w:r>
      <w:r>
        <w:rPr>
          <w:rFonts w:ascii="Myanmar Text" w:hAnsi="Myanmar Text" w:eastAsia="Myanmar Text" w:cs="Myanmar Text"/>
        </w:rPr>
        <w:t>၁၂</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တစ်ထောင်နှစ်ရာကိုးဆယ်ရက်ဆိုင်ရာ</w:t>
      </w:r>
      <w:r>
        <w:rPr>
          <w:rFonts w:ascii="Times New Roman" w:hAnsi="Times New Roman" w:eastAsia="Times New Roman" w:cs="Times New Roman"/>
        </w:rPr>
        <w:t xml:space="preserve"> </w:t>
      </w:r>
      <w:r>
        <w:rPr>
          <w:rFonts w:ascii="Myanmar Text" w:hAnsi="Myanmar Text" w:eastAsia="Myanmar Text" w:cs="Myanmar Text"/>
        </w:rPr>
        <w:t>အလင်းသည်</w:t>
      </w:r>
      <w:r>
        <w:rPr>
          <w:rFonts w:ascii="Times New Roman" w:hAnsi="Times New Roman" w:eastAsia="Times New Roman" w:cs="Times New Roman"/>
        </w:rPr>
        <w:t xml:space="preserve"> </w:t>
      </w:r>
      <w:r>
        <w:rPr>
          <w:rFonts w:ascii="Myanmar Text" w:hAnsi="Myanmar Text" w:eastAsia="Myanmar Text" w:cs="Myanmar Text"/>
        </w:rPr>
        <w:t>အခန်းပိုဒ်</w:t>
      </w:r>
      <w:r>
        <w:rPr>
          <w:rFonts w:ascii="Times New Roman" w:hAnsi="Times New Roman" w:eastAsia="Times New Roman" w:cs="Times New Roman"/>
        </w:rPr>
        <w:t xml:space="preserve"> </w:t>
      </w:r>
      <w:r>
        <w:rPr>
          <w:rFonts w:ascii="Myanmar Text" w:hAnsi="Myanmar Text" w:eastAsia="Myanmar Text" w:cs="Myanmar Text"/>
        </w:rPr>
        <w:t>၁၁</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ကိုယ်စားပြုထားသော</w:t>
      </w:r>
      <w:r>
        <w:rPr>
          <w:rFonts w:ascii="Times New Roman" w:hAnsi="Times New Roman" w:eastAsia="Times New Roman" w:cs="Times New Roman"/>
        </w:rPr>
        <w:t xml:space="preserve"> </w:t>
      </w:r>
      <w:r>
        <w:rPr>
          <w:rFonts w:ascii="Myanmar Text" w:hAnsi="Myanmar Text" w:eastAsia="Myanmar Text" w:cs="Myanmar Text"/>
        </w:rPr>
        <w:t>သုံးဆယ်နှစ်ကာလနှင့်</w:t>
      </w:r>
      <w:r>
        <w:rPr>
          <w:rFonts w:ascii="Times New Roman" w:hAnsi="Times New Roman" w:eastAsia="Times New Roman" w:cs="Times New Roman"/>
        </w:rPr>
        <w:t xml:space="preserve"> </w:t>
      </w:r>
      <w:r>
        <w:rPr>
          <w:rFonts w:ascii="Myanmar Text" w:hAnsi="Myanmar Text" w:eastAsia="Myanmar Text" w:cs="Myanmar Text"/>
        </w:rPr>
        <w:t>တိုက်ရိုက်</w:t>
      </w:r>
      <w:r>
        <w:rPr>
          <w:rFonts w:ascii="Times New Roman" w:hAnsi="Times New Roman" w:eastAsia="Times New Roman" w:cs="Times New Roman"/>
        </w:rPr>
        <w:t xml:space="preserve"> </w:t>
      </w:r>
      <w:r>
        <w:rPr>
          <w:rFonts w:ascii="Myanmar Text" w:hAnsi="Myanmar Text" w:eastAsia="Myanmar Text" w:cs="Myanmar Text"/>
        </w:rPr>
        <w:t>ဆက်နွှယ်လျက်</w:t>
      </w:r>
      <w:r>
        <w:rPr>
          <w:rFonts w:ascii="Times New Roman" w:hAnsi="Times New Roman" w:eastAsia="Times New Roman" w:cs="Times New Roman"/>
        </w:rPr>
        <w:t xml:space="preserve"> </w:t>
      </w:r>
      <w:r>
        <w:rPr>
          <w:rFonts w:ascii="Myanmar Text" w:hAnsi="Myanmar Text" w:eastAsia="Myanmar Text" w:cs="Myanmar Text"/>
        </w:rPr>
        <w:t>ရှိသည်။</w:t>
      </w:r>
      <w:r>
        <w:rPr>
          <w:rFonts w:ascii="Times New Roman" w:hAnsi="Times New Roman" w:eastAsia="Times New Roman" w:cs="Times New Roman"/>
        </w:rPr>
        <w:t xml:space="preserve"> </w:t>
      </w:r>
      <w:r>
        <w:rPr>
          <w:rFonts w:ascii="Myanmar Text" w:hAnsi="Myanmar Text" w:eastAsia="Myanmar Text" w:cs="Myanmar Text"/>
        </w:rPr>
        <w:t>ထိုအလင်းသည်</w:t>
      </w:r>
      <w:r>
        <w:rPr>
          <w:rFonts w:ascii="Times New Roman" w:hAnsi="Times New Roman" w:eastAsia="Times New Roman" w:cs="Times New Roman"/>
        </w:rPr>
        <w:t xml:space="preserve"> </w:t>
      </w:r>
      <w:r>
        <w:rPr>
          <w:rFonts w:ascii="Myanmar Text" w:hAnsi="Myanmar Text" w:eastAsia="Myanmar Text" w:cs="Myanmar Text"/>
        </w:rPr>
        <w:t>ရွေးကောက်ခံလူမျိုးတစ်မျိုးနှင့်</w:t>
      </w:r>
      <w:r>
        <w:rPr>
          <w:rFonts w:ascii="Times New Roman" w:hAnsi="Times New Roman" w:eastAsia="Times New Roman" w:cs="Times New Roman"/>
        </w:rPr>
        <w:t xml:space="preserve"> </w:t>
      </w:r>
      <w:r>
        <w:rPr>
          <w:rFonts w:ascii="Myanmar Text" w:hAnsi="Myanmar Text" w:eastAsia="Myanmar Text" w:cs="Myanmar Text"/>
        </w:rPr>
        <w:t>ပြုသော</w:t>
      </w:r>
      <w:r>
        <w:rPr>
          <w:rFonts w:ascii="Times New Roman" w:hAnsi="Times New Roman" w:eastAsia="Times New Roman" w:cs="Times New Roman"/>
        </w:rPr>
        <w:t xml:space="preserve"> </w:t>
      </w:r>
      <w:r>
        <w:rPr>
          <w:rFonts w:ascii="Myanmar Text" w:hAnsi="Myanmar Text" w:eastAsia="Myanmar Text" w:cs="Myanmar Text"/>
        </w:rPr>
        <w:t>ပဋိညာဉ်၏</w:t>
      </w:r>
      <w:r>
        <w:rPr>
          <w:rFonts w:ascii="Times New Roman" w:hAnsi="Times New Roman" w:eastAsia="Times New Roman" w:cs="Times New Roman"/>
        </w:rPr>
        <w:t xml:space="preserve"> </w:t>
      </w:r>
      <w:r>
        <w:rPr>
          <w:rFonts w:ascii="Myanmar Text" w:hAnsi="Myanmar Text" w:eastAsia="Myanmar Text" w:cs="Myanmar Text"/>
        </w:rPr>
        <w:t>ပထမ</w:t>
      </w:r>
      <w:r>
        <w:rPr>
          <w:rFonts w:ascii="Times New Roman" w:hAnsi="Times New Roman" w:eastAsia="Times New Roman" w:cs="Times New Roman"/>
        </w:rPr>
        <w:t xml:space="preserve"> </w:t>
      </w:r>
      <w:r>
        <w:rPr>
          <w:rFonts w:ascii="Myanmar Text" w:hAnsi="Myanmar Text" w:eastAsia="Myanmar Text" w:cs="Myanmar Text"/>
        </w:rPr>
        <w:t>ကိုယ်စားလှယ်နှင့်၊</w:t>
      </w:r>
      <w:r>
        <w:rPr>
          <w:rFonts w:ascii="Times New Roman" w:hAnsi="Times New Roman" w:eastAsia="Times New Roman" w:cs="Times New Roman"/>
        </w:rPr>
        <w:t xml:space="preserve"> </w:t>
      </w:r>
      <w:r>
        <w:rPr>
          <w:rFonts w:ascii="Myanmar Text" w:hAnsi="Myanmar Text" w:eastAsia="Myanmar Text" w:cs="Myanmar Text"/>
        </w:rPr>
        <w:t>အမှန်ကန်သော</w:t>
      </w:r>
      <w:r>
        <w:rPr>
          <w:rFonts w:ascii="Times New Roman" w:hAnsi="Times New Roman" w:eastAsia="Times New Roman" w:cs="Times New Roman"/>
        </w:rPr>
        <w:t xml:space="preserve"> </w:t>
      </w:r>
      <w:r>
        <w:rPr>
          <w:rFonts w:ascii="Myanmar Text" w:hAnsi="Myanmar Text" w:eastAsia="Myanmar Text" w:cs="Myanmar Text"/>
        </w:rPr>
        <w:t>ဣသရေလမှ</w:t>
      </w:r>
      <w:r>
        <w:rPr>
          <w:rFonts w:ascii="Times New Roman" w:hAnsi="Times New Roman" w:eastAsia="Times New Roman" w:cs="Times New Roman"/>
        </w:rPr>
        <w:t xml:space="preserve"> </w:t>
      </w:r>
      <w:r>
        <w:rPr>
          <w:rFonts w:ascii="Myanmar Text" w:hAnsi="Myanmar Text" w:eastAsia="Myanmar Text" w:cs="Myanmar Text"/>
        </w:rPr>
        <w:t>ဝိညာဉ်ရေးရာ</w:t>
      </w:r>
      <w:r>
        <w:rPr>
          <w:rFonts w:ascii="Times New Roman" w:hAnsi="Times New Roman" w:eastAsia="Times New Roman" w:cs="Times New Roman"/>
        </w:rPr>
        <w:t xml:space="preserve"> </w:t>
      </w:r>
      <w:r>
        <w:rPr>
          <w:rFonts w:ascii="Myanmar Text" w:hAnsi="Myanmar Text" w:eastAsia="Myanmar Text" w:cs="Myanmar Text"/>
        </w:rPr>
        <w:t>ဣသရေလသို့</w:t>
      </w:r>
      <w:r>
        <w:rPr>
          <w:rFonts w:ascii="Times New Roman" w:hAnsi="Times New Roman" w:eastAsia="Times New Roman" w:cs="Times New Roman"/>
        </w:rPr>
        <w:t xml:space="preserve"> </w:t>
      </w:r>
      <w:r>
        <w:rPr>
          <w:rFonts w:ascii="Myanmar Text" w:hAnsi="Myanmar Text" w:eastAsia="Myanmar Text" w:cs="Myanmar Text"/>
        </w:rPr>
        <w:t>ပဋိညာဉ်ဆက်ဆံရေး</w:t>
      </w:r>
      <w:r>
        <w:rPr>
          <w:rFonts w:ascii="Times New Roman" w:hAnsi="Times New Roman" w:eastAsia="Times New Roman" w:cs="Times New Roman"/>
        </w:rPr>
        <w:t xml:space="preserve"> </w:t>
      </w:r>
      <w:r>
        <w:rPr>
          <w:rFonts w:ascii="Myanmar Text" w:hAnsi="Myanmar Text" w:eastAsia="Myanmar Text" w:cs="Myanmar Text"/>
        </w:rPr>
        <w:t>ပြောင်းလဲသွားမှုကို</w:t>
      </w:r>
      <w:r>
        <w:rPr>
          <w:rFonts w:ascii="Times New Roman" w:hAnsi="Times New Roman" w:eastAsia="Times New Roman" w:cs="Times New Roman"/>
        </w:rPr>
        <w:t xml:space="preserve"> </w:t>
      </w:r>
      <w:r>
        <w:rPr>
          <w:rFonts w:ascii="Myanmar Text" w:hAnsi="Myanmar Text" w:eastAsia="Myanmar Text" w:cs="Myanmar Text"/>
        </w:rPr>
        <w:t>ဖော်ထုတ်ရန်</w:t>
      </w:r>
      <w:r>
        <w:rPr>
          <w:rFonts w:ascii="Times New Roman" w:hAnsi="Times New Roman" w:eastAsia="Times New Roman" w:cs="Times New Roman"/>
        </w:rPr>
        <w:t xml:space="preserve"> </w:t>
      </w:r>
      <w:r>
        <w:rPr>
          <w:rFonts w:ascii="Myanmar Text" w:hAnsi="Myanmar Text" w:eastAsia="Myanmar Text" w:cs="Myanmar Text"/>
        </w:rPr>
        <w:t>ထမြောက်စေခံရသော</w:t>
      </w:r>
      <w:r>
        <w:rPr>
          <w:rFonts w:ascii="Times New Roman" w:hAnsi="Times New Roman" w:eastAsia="Times New Roman" w:cs="Times New Roman"/>
        </w:rPr>
        <w:t xml:space="preserve"> </w:t>
      </w:r>
      <w:r>
        <w:rPr>
          <w:rFonts w:ascii="Myanmar Text" w:hAnsi="Myanmar Text" w:eastAsia="Myanmar Text" w:cs="Myanmar Text"/>
        </w:rPr>
        <w:t>ပရောဖက်နှင့်</w:t>
      </w:r>
      <w:r>
        <w:rPr>
          <w:rFonts w:ascii="Times New Roman" w:hAnsi="Times New Roman" w:eastAsia="Times New Roman" w:cs="Times New Roman"/>
        </w:rPr>
        <w:t xml:space="preserve"> </w:t>
      </w:r>
      <w:r>
        <w:rPr>
          <w:rFonts w:ascii="Myanmar Text" w:hAnsi="Myanmar Text" w:eastAsia="Myanmar Text" w:cs="Myanmar Text"/>
        </w:rPr>
        <w:t>ဆက်စပ်၍</w:t>
      </w:r>
      <w:r>
        <w:rPr>
          <w:rFonts w:ascii="Times New Roman" w:hAnsi="Times New Roman" w:eastAsia="Times New Roman" w:cs="Times New Roman"/>
        </w:rPr>
        <w:t xml:space="preserve"> </w:t>
      </w:r>
      <w:r>
        <w:rPr>
          <w:rFonts w:ascii="Myanmar Text" w:hAnsi="Myanmar Text" w:eastAsia="Myanmar Text" w:cs="Myanmar Text"/>
        </w:rPr>
        <w:t>ခွဲခြားဖော်ပြထားသော</w:t>
      </w:r>
      <w:r>
        <w:rPr>
          <w:rFonts w:ascii="Times New Roman" w:hAnsi="Times New Roman" w:eastAsia="Times New Roman" w:cs="Times New Roman"/>
        </w:rPr>
        <w:t xml:space="preserve"> </w:t>
      </w:r>
      <w:r>
        <w:rPr>
          <w:rFonts w:ascii="Myanmar Text" w:hAnsi="Myanmar Text" w:eastAsia="Myanmar Text" w:cs="Myanmar Text"/>
        </w:rPr>
        <w:t>သုံးဆယ်နှစ်ကာလနှင့်လည်း</w:t>
      </w:r>
      <w:r>
        <w:rPr>
          <w:rFonts w:ascii="Times New Roman" w:hAnsi="Times New Roman" w:eastAsia="Times New Roman" w:cs="Times New Roman"/>
        </w:rPr>
        <w:t xml:space="preserve"> </w:t>
      </w:r>
      <w:r>
        <w:rPr>
          <w:rFonts w:ascii="Myanmar Text" w:hAnsi="Myanmar Text" w:eastAsia="Myanmar Text" w:cs="Myanmar Text"/>
        </w:rPr>
        <w:t>ဆက်နွှယ်လျက်</w:t>
      </w:r>
      <w:r>
        <w:rPr>
          <w:rFonts w:ascii="Times New Roman" w:hAnsi="Times New Roman" w:eastAsia="Times New Roman" w:cs="Times New Roman"/>
        </w:rPr>
        <w:t xml:space="preserve"> </w:t>
      </w:r>
      <w:r>
        <w:rPr>
          <w:rFonts w:ascii="Myanmar Text" w:hAnsi="Myanmar Text" w:eastAsia="Myanmar Text" w:cs="Myanmar Text"/>
        </w:rPr>
        <w:t>ရှိသည်။</w:t>
      </w:r>
      <w:r>
        <w:rPr>
          <w:rFonts w:ascii="Times New Roman" w:hAnsi="Times New Roman" w:eastAsia="Times New Roman" w:cs="Times New Roman"/>
        </w:rPr>
        <w:t xml:space="preserve"> </w:t>
      </w:r>
      <w:r>
        <w:rPr>
          <w:rFonts w:ascii="Myanmar Text" w:hAnsi="Myanmar Text" w:eastAsia="Myanmar Text" w:cs="Myanmar Text"/>
        </w:rPr>
        <w:t>လေဝိဝတ်ပြုရာကျမ်း</w:t>
      </w:r>
      <w:r>
        <w:rPr>
          <w:rFonts w:ascii="Times New Roman" w:hAnsi="Times New Roman" w:eastAsia="Times New Roman" w:cs="Times New Roman"/>
        </w:rPr>
        <w:t xml:space="preserve"> </w:t>
      </w:r>
      <w:r>
        <w:rPr>
          <w:rFonts w:ascii="Myanmar Text" w:hAnsi="Myanmar Text" w:eastAsia="Myanmar Text" w:cs="Myanmar Text"/>
        </w:rPr>
        <w:t>အခန်းကြီး</w:t>
      </w:r>
      <w:r>
        <w:rPr>
          <w:rFonts w:ascii="Times New Roman" w:hAnsi="Times New Roman" w:eastAsia="Times New Roman" w:cs="Times New Roman"/>
        </w:rPr>
        <w:t xml:space="preserve"> </w:t>
      </w:r>
      <w:r>
        <w:rPr>
          <w:rFonts w:ascii="Myanmar Text" w:hAnsi="Myanmar Text" w:eastAsia="Myanmar Text" w:cs="Myanmar Text"/>
        </w:rPr>
        <w:t>၂၃</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ဖွဲ့စည်းပုံအလယ်ဗဟိုရှိ</w:t>
      </w:r>
      <w:r>
        <w:rPr>
          <w:rFonts w:ascii="Times New Roman" w:hAnsi="Times New Roman" w:eastAsia="Times New Roman" w:cs="Times New Roman"/>
        </w:rPr>
        <w:t xml:space="preserve"> </w:t>
      </w:r>
      <w:r>
        <w:rPr>
          <w:rFonts w:ascii="Myanmar Text" w:hAnsi="Myanmar Text" w:eastAsia="Myanmar Text" w:cs="Myanmar Text"/>
        </w:rPr>
        <w:t>သုံးဆယ်ရက်သည်</w:t>
      </w:r>
      <w:r>
        <w:rPr>
          <w:rFonts w:ascii="Times New Roman" w:hAnsi="Times New Roman" w:eastAsia="Times New Roman" w:cs="Times New Roman"/>
        </w:rPr>
        <w:t xml:space="preserve"> </w:t>
      </w:r>
      <w:r>
        <w:rPr>
          <w:rFonts w:ascii="Myanmar Text" w:hAnsi="Myanmar Text" w:eastAsia="Myanmar Text" w:cs="Myanmar Text"/>
        </w:rPr>
        <w:t>အာဗြဟံ၏</w:t>
      </w:r>
      <w:r>
        <w:rPr>
          <w:rFonts w:ascii="Times New Roman" w:hAnsi="Times New Roman" w:eastAsia="Times New Roman" w:cs="Times New Roman"/>
        </w:rPr>
        <w:t xml:space="preserve"> </w:t>
      </w:r>
      <w:r>
        <w:rPr>
          <w:rFonts w:ascii="Myanmar Text" w:hAnsi="Myanmar Text" w:eastAsia="Myanmar Text" w:cs="Myanmar Text"/>
        </w:rPr>
        <w:t>ဘုရားသခင်နှင့်</w:t>
      </w:r>
      <w:r>
        <w:rPr>
          <w:rFonts w:ascii="Times New Roman" w:hAnsi="Times New Roman" w:eastAsia="Times New Roman" w:cs="Times New Roman"/>
        </w:rPr>
        <w:t xml:space="preserve"> </w:t>
      </w:r>
      <w:r>
        <w:rPr>
          <w:rFonts w:ascii="Myanmar Text" w:hAnsi="Myanmar Text" w:eastAsia="Myanmar Text" w:cs="Myanmar Text"/>
        </w:rPr>
        <w:t>ပြုသော</w:t>
      </w:r>
      <w:r>
        <w:rPr>
          <w:rFonts w:ascii="Times New Roman" w:hAnsi="Times New Roman" w:eastAsia="Times New Roman" w:cs="Times New Roman"/>
        </w:rPr>
        <w:t xml:space="preserve"> </w:t>
      </w:r>
      <w:r>
        <w:rPr>
          <w:rFonts w:ascii="Myanmar Text" w:hAnsi="Myanmar Text" w:eastAsia="Myanmar Text" w:cs="Myanmar Text"/>
        </w:rPr>
        <w:t>သုံးထပ်ပဋိညာဉ်၏</w:t>
      </w:r>
      <w:r>
        <w:rPr>
          <w:rFonts w:ascii="Times New Roman" w:hAnsi="Times New Roman" w:eastAsia="Times New Roman" w:cs="Times New Roman"/>
        </w:rPr>
        <w:t xml:space="preserve"> </w:t>
      </w:r>
      <w:r>
        <w:rPr>
          <w:rFonts w:ascii="Myanmar Text" w:hAnsi="Myanmar Text" w:eastAsia="Myanmar Text" w:cs="Myanmar Text"/>
        </w:rPr>
        <w:t>ပထမအဆင့်နှင့်</w:t>
      </w:r>
      <w:r>
        <w:rPr>
          <w:rFonts w:ascii="Times New Roman" w:hAnsi="Times New Roman" w:eastAsia="Times New Roman" w:cs="Times New Roman"/>
        </w:rPr>
        <w:t xml:space="preserve"> </w:t>
      </w:r>
      <w:r>
        <w:rPr>
          <w:rFonts w:ascii="Myanmar Text" w:hAnsi="Myanmar Text" w:eastAsia="Myanmar Text" w:cs="Myanmar Text"/>
        </w:rPr>
        <w:t>ဆိုင်သော</w:t>
      </w:r>
      <w:r>
        <w:rPr>
          <w:rFonts w:ascii="Times New Roman" w:hAnsi="Times New Roman" w:eastAsia="Times New Roman" w:cs="Times New Roman"/>
        </w:rPr>
        <w:t xml:space="preserve"> </w:t>
      </w:r>
      <w:r>
        <w:rPr>
          <w:rFonts w:ascii="Myanmar Text" w:hAnsi="Myanmar Text" w:eastAsia="Myanmar Text" w:cs="Myanmar Text"/>
        </w:rPr>
        <w:t>ထိုသုံးဆယ်နှစ်ကာလနှင့်</w:t>
      </w:r>
      <w:r>
        <w:rPr>
          <w:rFonts w:ascii="Times New Roman" w:hAnsi="Times New Roman" w:eastAsia="Times New Roman" w:cs="Times New Roman"/>
        </w:rPr>
        <w:t xml:space="preserve"> </w:t>
      </w:r>
      <w:r>
        <w:rPr>
          <w:rFonts w:ascii="Myanmar Text" w:hAnsi="Myanmar Text" w:eastAsia="Myanmar Text" w:cs="Myanmar Text"/>
        </w:rPr>
        <w:t>တူညီသည်။</w:t>
      </w:r>
      <w:r>
        <w:rPr>
          <w:rFonts w:ascii="Times New Roman" w:hAnsi="Times New Roman" w:eastAsia="Times New Roman" w:cs="Times New Roman"/>
        </w:rPr>
        <w:t xml:space="preserve"> </w:t>
      </w:r>
      <w:r>
        <w:rPr>
          <w:rFonts w:ascii="Myanmar Text" w:hAnsi="Myanmar Text" w:eastAsia="Myanmar Text" w:cs="Myanmar Text"/>
        </w:rPr>
        <w:t>အခန်းပိုဒ်</w:t>
      </w:r>
      <w:r>
        <w:rPr>
          <w:rFonts w:ascii="Times New Roman" w:hAnsi="Times New Roman" w:eastAsia="Times New Roman" w:cs="Times New Roman"/>
        </w:rPr>
        <w:t xml:space="preserve"> </w:t>
      </w:r>
      <w:r>
        <w:rPr>
          <w:rFonts w:ascii="Myanmar Text" w:hAnsi="Myanmar Text" w:eastAsia="Myanmar Text" w:cs="Myanmar Text"/>
        </w:rPr>
        <w:t>၁၁</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ပါသော</w:t>
      </w:r>
      <w:r>
        <w:rPr>
          <w:rFonts w:ascii="Times New Roman" w:hAnsi="Times New Roman" w:eastAsia="Times New Roman" w:cs="Times New Roman"/>
        </w:rPr>
        <w:t xml:space="preserve"> </w:t>
      </w:r>
      <w:r>
        <w:rPr>
          <w:rFonts w:ascii="Myanmar Text" w:hAnsi="Myanmar Text" w:eastAsia="Myanmar Text" w:cs="Myanmar Text"/>
        </w:rPr>
        <w:t>၅၀၈</w:t>
      </w:r>
      <w:r>
        <w:rPr>
          <w:rFonts w:ascii="Times New Roman" w:hAnsi="Times New Roman" w:eastAsia="Times New Roman" w:cs="Times New Roman"/>
        </w:rPr>
        <w:t xml:space="preserve"> </w:t>
      </w:r>
      <w:r>
        <w:rPr>
          <w:rFonts w:ascii="Myanmar Text" w:hAnsi="Myanmar Text" w:eastAsia="Myanmar Text" w:cs="Myanmar Text"/>
        </w:rPr>
        <w:t>မှ</w:t>
      </w:r>
      <w:r>
        <w:rPr>
          <w:rFonts w:ascii="Times New Roman" w:hAnsi="Times New Roman" w:eastAsia="Times New Roman" w:cs="Times New Roman"/>
        </w:rPr>
        <w:t xml:space="preserve"> </w:t>
      </w:r>
      <w:r>
        <w:rPr>
          <w:rFonts w:ascii="Myanmar Text" w:hAnsi="Myanmar Text" w:eastAsia="Myanmar Text" w:cs="Myanmar Text"/>
        </w:rPr>
        <w:t>၅၃၈</w:t>
      </w:r>
      <w:r>
        <w:rPr>
          <w:rFonts w:ascii="Times New Roman" w:hAnsi="Times New Roman" w:eastAsia="Times New Roman" w:cs="Times New Roman"/>
        </w:rPr>
        <w:t xml:space="preserve"> </w:t>
      </w:r>
      <w:r>
        <w:rPr>
          <w:rFonts w:ascii="Myanmar Text" w:hAnsi="Myanmar Text" w:eastAsia="Myanmar Text" w:cs="Myanmar Text"/>
        </w:rPr>
        <w:t>အထိ</w:t>
      </w:r>
      <w:r>
        <w:rPr>
          <w:rFonts w:ascii="Times New Roman" w:hAnsi="Times New Roman" w:eastAsia="Times New Roman" w:cs="Times New Roman"/>
        </w:rPr>
        <w:t xml:space="preserve"> </w:t>
      </w:r>
      <w:r>
        <w:rPr>
          <w:rFonts w:ascii="Myanmar Text" w:hAnsi="Myanmar Text" w:eastAsia="Myanmar Text" w:cs="Myanmar Text"/>
        </w:rPr>
        <w:t>သုံးဆယ်နှစ်ကာလသည်</w:t>
      </w:r>
      <w:r>
        <w:rPr>
          <w:rFonts w:ascii="Times New Roman" w:hAnsi="Times New Roman" w:eastAsia="Times New Roman" w:cs="Times New Roman"/>
        </w:rPr>
        <w:t xml:space="preserve"> </w:t>
      </w:r>
      <w:r>
        <w:rPr>
          <w:rFonts w:ascii="Myanmar Text" w:hAnsi="Myanmar Text" w:eastAsia="Myanmar Text" w:cs="Myanmar Text"/>
        </w:rPr>
        <w:t>တစ်သိန်းလေးသောင်းလေးထောင်၏</w:t>
      </w:r>
      <w:r>
        <w:rPr>
          <w:rFonts w:ascii="Times New Roman" w:hAnsi="Times New Roman" w:eastAsia="Times New Roman" w:cs="Times New Roman"/>
        </w:rPr>
        <w:t xml:space="preserve"> </w:t>
      </w:r>
      <w:r>
        <w:rPr>
          <w:rFonts w:ascii="Myanmar Text" w:hAnsi="Myanmar Text" w:eastAsia="Myanmar Text" w:cs="Myanmar Text"/>
        </w:rPr>
        <w:t>ယဇ်ပုရောဟိတ်တော်ရာ၏</w:t>
      </w:r>
      <w:r>
        <w:rPr>
          <w:rFonts w:ascii="Times New Roman" w:hAnsi="Times New Roman" w:eastAsia="Times New Roman" w:cs="Times New Roman"/>
        </w:rPr>
        <w:t xml:space="preserve"> </w:t>
      </w:r>
      <w:r>
        <w:rPr>
          <w:rFonts w:ascii="Myanmar Text" w:hAnsi="Myanmar Text" w:eastAsia="Myanmar Text" w:cs="Myanmar Text"/>
        </w:rPr>
        <w:t>သင်္ကေတဖြစ်သည်။</w:t>
      </w:r>
    </w:p>
    <w:p>
      <w:pPr>
        <w:pStyle w:val="ArticleBody"/>
        <w:jc w:val="left"/>
      </w:pPr>
      <w:r>
        <w:rPr>
          <w:rFonts w:ascii="Nirmala UI" w:hAnsi="Nirmala UI" w:eastAsia="Nirmala UI" w:cs="Nirmala UI"/>
        </w:rPr>
        <w:t>लैव्यवस्था</w:t>
      </w:r>
      <w:r>
        <w:rPr>
          <w:rFonts w:ascii="Times New Roman" w:hAnsi="Times New Roman" w:eastAsia="Times New Roman" w:cs="Times New Roman"/>
        </w:rPr>
        <w:t xml:space="preserve"> </w:t>
      </w:r>
      <w:r>
        <w:rPr>
          <w:rFonts w:ascii="Nirmala UI" w:hAnsi="Nirmala UI" w:eastAsia="Nirmala UI" w:cs="Nirmala UI"/>
        </w:rPr>
        <w:t>तेईस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संरचना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तीस</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चालीस</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भाग</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जिनमें</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चेलों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आमने</w:t>
      </w:r>
      <w:r>
        <w:rPr>
          <w:rFonts w:ascii="Times New Roman" w:hAnsi="Times New Roman" w:eastAsia="Times New Roman" w:cs="Times New Roman"/>
        </w:rPr>
        <w:t>-</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शिक्षा</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स्वर्ग</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उठाया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तीस</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याजकों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तीस</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सेवा</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508 </w:t>
      </w:r>
      <w:r>
        <w:rPr>
          <w:rFonts w:ascii="Nirmala UI" w:hAnsi="Nirmala UI" w:eastAsia="Nirmala UI" w:cs="Nirmala UI"/>
        </w:rPr>
        <w:t>से</w:t>
      </w:r>
      <w:r>
        <w:rPr>
          <w:rFonts w:ascii="Times New Roman" w:hAnsi="Times New Roman" w:eastAsia="Times New Roman" w:cs="Times New Roman"/>
        </w:rPr>
        <w:t xml:space="preserve"> 538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तीस</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अन्यजातीय</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पोपीय</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संक्रमण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लाओदीकिया</w:t>
      </w:r>
      <w:r>
        <w:rPr>
          <w:rFonts w:ascii="Times New Roman" w:hAnsi="Times New Roman" w:eastAsia="Times New Roman" w:cs="Times New Roman"/>
        </w:rPr>
        <w:t>-</w:t>
      </w:r>
      <w:r>
        <w:rPr>
          <w:rFonts w:ascii="Nirmala UI" w:hAnsi="Nirmala UI" w:eastAsia="Nirmala UI" w:cs="Nirmala UI"/>
        </w:rPr>
        <w:t>सम्बन्धी</w:t>
      </w:r>
      <w:r>
        <w:rPr>
          <w:rFonts w:ascii="Times New Roman" w:hAnsi="Times New Roman" w:eastAsia="Times New Roman" w:cs="Times New Roman"/>
        </w:rPr>
        <w:t xml:space="preserve"> </w:t>
      </w:r>
      <w:r>
        <w:rPr>
          <w:rFonts w:ascii="Nirmala UI" w:hAnsi="Nirmala UI" w:eastAsia="Nirmala UI" w:cs="Nirmala UI"/>
        </w:rPr>
        <w:t>याजकाई</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फिलदेल्फिया</w:t>
      </w:r>
      <w:r>
        <w:rPr>
          <w:rFonts w:ascii="Times New Roman" w:hAnsi="Times New Roman" w:eastAsia="Times New Roman" w:cs="Times New Roman"/>
        </w:rPr>
        <w:t>-</w:t>
      </w:r>
      <w:r>
        <w:rPr>
          <w:rFonts w:ascii="Nirmala UI" w:hAnsi="Nirmala UI" w:eastAsia="Nirmala UI" w:cs="Nirmala UI"/>
        </w:rPr>
        <w:t>सम्बन्धी</w:t>
      </w:r>
      <w:r>
        <w:rPr>
          <w:rFonts w:ascii="Times New Roman" w:hAnsi="Times New Roman" w:eastAsia="Times New Roman" w:cs="Times New Roman"/>
        </w:rPr>
        <w:t xml:space="preserve"> </w:t>
      </w:r>
      <w:r>
        <w:rPr>
          <w:rFonts w:ascii="Nirmala UI" w:hAnsi="Nirmala UI" w:eastAsia="Nirmala UI" w:cs="Nirmala UI"/>
        </w:rPr>
        <w:t>याजकाई</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संक्रमण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संक्रमण</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चरणों</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घटित</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508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निरूपित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“daily” </w:t>
      </w:r>
      <w:r>
        <w:rPr>
          <w:rFonts w:ascii="Nirmala UI" w:hAnsi="Nirmala UI" w:eastAsia="Nirmala UI" w:cs="Nirmala UI"/>
        </w:rPr>
        <w:t>हटा</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533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जस्टिनियन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आज्ञप्ति</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पश्चात</w:t>
      </w:r>
      <w:r>
        <w:rPr>
          <w:rFonts w:ascii="Times New Roman" w:hAnsi="Times New Roman" w:eastAsia="Times New Roman" w:cs="Times New Roman"/>
        </w:rPr>
        <w:t xml:space="preserve"> 538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रविवार</w:t>
      </w:r>
      <w:r>
        <w:rPr>
          <w:rFonts w:ascii="Times New Roman" w:hAnsi="Times New Roman" w:eastAsia="Times New Roman" w:cs="Times New Roman"/>
        </w:rPr>
        <w:t>-</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संक्रमण</w:t>
      </w:r>
      <w:r>
        <w:rPr>
          <w:rFonts w:ascii="Times New Roman" w:hAnsi="Times New Roman" w:eastAsia="Times New Roman" w:cs="Times New Roman"/>
        </w:rPr>
        <w:t xml:space="preserve"> </w:t>
      </w:r>
      <w:r>
        <w:rPr>
          <w:rFonts w:ascii="Nirmala UI" w:hAnsi="Nirmala UI" w:eastAsia="Nirmala UI" w:cs="Nirmala UI"/>
        </w:rPr>
        <w:t>अन्ततः</w:t>
      </w:r>
      <w:r>
        <w:rPr>
          <w:rFonts w:ascii="Times New Roman" w:hAnsi="Times New Roman" w:eastAsia="Times New Roman" w:cs="Times New Roman"/>
        </w:rPr>
        <w:t xml:space="preserve"> </w:t>
      </w:r>
      <w:r>
        <w:rPr>
          <w:rFonts w:ascii="Nirmala UI" w:hAnsi="Nirmala UI" w:eastAsia="Nirmala UI" w:cs="Nirmala UI"/>
        </w:rPr>
        <w:t>पूर्ण</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p>
    <w:p>
      <w:pPr>
        <w:pStyle w:val="ArticleBody"/>
        <w:jc w:val="left"/>
      </w:pP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तीस</w:t>
      </w:r>
      <w:r>
        <w:rPr>
          <w:rFonts w:ascii="Times New Roman" w:hAnsi="Times New Roman" w:eastAsia="Times New Roman" w:cs="Times New Roman"/>
        </w:rPr>
        <w:t xml:space="preserve"> </w:t>
      </w:r>
      <w:r>
        <w:rPr>
          <w:rFonts w:ascii="Nirmala UI" w:hAnsi="Nirmala UI" w:eastAsia="Nirmala UI" w:cs="Nirmala UI"/>
        </w:rPr>
        <w:t>वर्षांनी</w:t>
      </w:r>
      <w:r>
        <w:rPr>
          <w:rFonts w:ascii="Times New Roman" w:hAnsi="Times New Roman" w:eastAsia="Times New Roman" w:cs="Times New Roman"/>
        </w:rPr>
        <w:t xml:space="preserve"> </w:t>
      </w:r>
      <w:r>
        <w:rPr>
          <w:rFonts w:ascii="Nirmala UI" w:hAnsi="Nirmala UI" w:eastAsia="Nirmala UI" w:cs="Nirmala UI"/>
        </w:rPr>
        <w:t>१९८९</w:t>
      </w:r>
      <w:r>
        <w:rPr>
          <w:rFonts w:ascii="Times New Roman" w:hAnsi="Times New Roman" w:eastAsia="Times New Roman" w:cs="Times New Roman"/>
        </w:rPr>
        <w:t xml:space="preserve"> </w:t>
      </w:r>
      <w:r>
        <w:rPr>
          <w:rFonts w:ascii="Nirmala UI" w:hAnsi="Nirmala UI" w:eastAsia="Nirmala UI" w:cs="Nirmala UI"/>
        </w:rPr>
        <w:t>पासून</w:t>
      </w:r>
      <w:r>
        <w:rPr>
          <w:rFonts w:ascii="Times New Roman" w:hAnsi="Times New Roman" w:eastAsia="Times New Roman" w:cs="Times New Roman"/>
        </w:rPr>
        <w:t xml:space="preserve"> </w:t>
      </w:r>
      <w:r>
        <w:rPr>
          <w:rFonts w:ascii="Nirmala UI" w:hAnsi="Nirmala UI" w:eastAsia="Nirmala UI" w:cs="Nirmala UI"/>
        </w:rPr>
        <w:t>रविवारच्या</w:t>
      </w:r>
      <w:r>
        <w:rPr>
          <w:rFonts w:ascii="Times New Roman" w:hAnsi="Times New Roman" w:eastAsia="Times New Roman" w:cs="Times New Roman"/>
        </w:rPr>
        <w:t xml:space="preserve"> </w:t>
      </w:r>
      <w:r>
        <w:rPr>
          <w:rFonts w:ascii="Nirmala UI" w:hAnsi="Nirmala UI" w:eastAsia="Nirmala UI" w:cs="Nirmala UI"/>
        </w:rPr>
        <w:t>कायद्यापर्यंतचा</w:t>
      </w:r>
      <w:r>
        <w:rPr>
          <w:rFonts w:ascii="Times New Roman" w:hAnsi="Times New Roman" w:eastAsia="Times New Roman" w:cs="Times New Roman"/>
        </w:rPr>
        <w:t xml:space="preserve"> </w:t>
      </w:r>
      <w:r>
        <w:rPr>
          <w:rFonts w:ascii="Nirmala UI" w:hAnsi="Nirmala UI" w:eastAsia="Nirmala UI" w:cs="Nirmala UI"/>
        </w:rPr>
        <w:t>काळ</w:t>
      </w:r>
      <w:r>
        <w:rPr>
          <w:rFonts w:ascii="Times New Roman" w:hAnsi="Times New Roman" w:eastAsia="Times New Roman" w:cs="Times New Roman"/>
        </w:rPr>
        <w:t xml:space="preserve"> </w:t>
      </w:r>
      <w:r>
        <w:rPr>
          <w:rFonts w:ascii="Nirmala UI" w:hAnsi="Nirmala UI" w:eastAsia="Nirmala UI" w:cs="Nirmala UI"/>
        </w:rPr>
        <w:t>दर्शविला</w:t>
      </w:r>
      <w:r>
        <w:rPr>
          <w:rFonts w:ascii="Times New Roman" w:hAnsi="Times New Roman" w:eastAsia="Times New Roman" w:cs="Times New Roman"/>
        </w:rPr>
        <w:t xml:space="preserve"> </w:t>
      </w:r>
      <w:r>
        <w:rPr>
          <w:rFonts w:ascii="Nirmala UI" w:hAnsi="Nirmala UI" w:eastAsia="Nirmala UI" w:cs="Nirmala UI"/>
        </w:rPr>
        <w:t>आहे</w:t>
      </w:r>
      <w:r>
        <w:rPr>
          <w:rFonts w:ascii="Times New Roman" w:hAnsi="Times New Roman" w:eastAsia="Times New Roman" w:cs="Times New Roman"/>
        </w:rPr>
        <w:t xml:space="preserve">, </w:t>
      </w:r>
      <w:r>
        <w:rPr>
          <w:rFonts w:ascii="Nirmala UI" w:hAnsi="Nirmala UI" w:eastAsia="Nirmala UI" w:cs="Nirmala UI"/>
        </w:rPr>
        <w:t>जेव्हा</w:t>
      </w:r>
      <w:r>
        <w:rPr>
          <w:rFonts w:ascii="Times New Roman" w:hAnsi="Times New Roman" w:eastAsia="Times New Roman" w:cs="Times New Roman"/>
        </w:rPr>
        <w:t xml:space="preserve"> </w:t>
      </w:r>
      <w:r>
        <w:rPr>
          <w:rFonts w:ascii="Nirmala UI" w:hAnsi="Nirmala UI" w:eastAsia="Nirmala UI" w:cs="Nirmala UI"/>
        </w:rPr>
        <w:t>देवाचे</w:t>
      </w:r>
      <w:r>
        <w:rPr>
          <w:rFonts w:ascii="Times New Roman" w:hAnsi="Times New Roman" w:eastAsia="Times New Roman" w:cs="Times New Roman"/>
        </w:rPr>
        <w:t xml:space="preserve"> </w:t>
      </w:r>
      <w:r>
        <w:rPr>
          <w:rFonts w:ascii="Nirmala UI" w:hAnsi="Nirmala UI" w:eastAsia="Nirmala UI" w:cs="Nirmala UI"/>
        </w:rPr>
        <w:t>मुद्रांकित</w:t>
      </w:r>
      <w:r>
        <w:rPr>
          <w:rFonts w:ascii="Times New Roman" w:hAnsi="Times New Roman" w:eastAsia="Times New Roman" w:cs="Times New Roman"/>
        </w:rPr>
        <w:t xml:space="preserve"> </w:t>
      </w:r>
      <w:r>
        <w:rPr>
          <w:rFonts w:ascii="Nirmala UI" w:hAnsi="Nirmala UI" w:eastAsia="Nirmala UI" w:cs="Nirmala UI"/>
        </w:rPr>
        <w:t>फिलादेल्फियाई</w:t>
      </w:r>
      <w:r>
        <w:rPr>
          <w:rFonts w:ascii="Times New Roman" w:hAnsi="Times New Roman" w:eastAsia="Times New Roman" w:cs="Times New Roman"/>
        </w:rPr>
        <w:t xml:space="preserve"> </w:t>
      </w:r>
      <w:r>
        <w:rPr>
          <w:rFonts w:ascii="Nirmala UI" w:hAnsi="Nirmala UI" w:eastAsia="Nirmala UI" w:cs="Nirmala UI"/>
        </w:rPr>
        <w:t>लोक</w:t>
      </w:r>
      <w:r>
        <w:rPr>
          <w:rFonts w:ascii="Times New Roman" w:hAnsi="Times New Roman" w:eastAsia="Times New Roman" w:cs="Times New Roman"/>
        </w:rPr>
        <w:t xml:space="preserve">, </w:t>
      </w:r>
      <w:r>
        <w:rPr>
          <w:rFonts w:ascii="Nirmala UI" w:hAnsi="Nirmala UI" w:eastAsia="Nirmala UI" w:cs="Nirmala UI"/>
        </w:rPr>
        <w:t>त्याच्या</w:t>
      </w:r>
      <w:r>
        <w:rPr>
          <w:rFonts w:ascii="Times New Roman" w:hAnsi="Times New Roman" w:eastAsia="Times New Roman" w:cs="Times New Roman"/>
        </w:rPr>
        <w:t xml:space="preserve"> </w:t>
      </w:r>
      <w:r>
        <w:rPr>
          <w:rFonts w:ascii="Nirmala UI" w:hAnsi="Nirmala UI" w:eastAsia="Nirmala UI" w:cs="Nirmala UI"/>
        </w:rPr>
        <w:t>मंदिराप्रमाणे</w:t>
      </w:r>
      <w:r>
        <w:rPr>
          <w:rFonts w:ascii="Times New Roman" w:hAnsi="Times New Roman" w:eastAsia="Times New Roman" w:cs="Times New Roman"/>
        </w:rPr>
        <w:t xml:space="preserve">, </w:t>
      </w:r>
      <w:r>
        <w:rPr>
          <w:rFonts w:ascii="Nirmala UI" w:hAnsi="Nirmala UI" w:eastAsia="Nirmala UI" w:cs="Nirmala UI"/>
        </w:rPr>
        <w:t>सर्व</w:t>
      </w:r>
      <w:r>
        <w:rPr>
          <w:rFonts w:ascii="Times New Roman" w:hAnsi="Times New Roman" w:eastAsia="Times New Roman" w:cs="Times New Roman"/>
        </w:rPr>
        <w:t xml:space="preserve"> </w:t>
      </w:r>
      <w:r>
        <w:rPr>
          <w:rFonts w:ascii="Nirmala UI" w:hAnsi="Nirmala UI" w:eastAsia="Nirmala UI" w:cs="Nirmala UI"/>
        </w:rPr>
        <w:t>जगाला</w:t>
      </w:r>
      <w:r>
        <w:rPr>
          <w:rFonts w:ascii="Times New Roman" w:hAnsi="Times New Roman" w:eastAsia="Times New Roman" w:cs="Times New Roman"/>
        </w:rPr>
        <w:t xml:space="preserve"> </w:t>
      </w:r>
      <w:r>
        <w:rPr>
          <w:rFonts w:ascii="Nirmala UI" w:hAnsi="Nirmala UI" w:eastAsia="Nirmala UI" w:cs="Nirmala UI"/>
        </w:rPr>
        <w:t>दिसावे</w:t>
      </w:r>
      <w:r>
        <w:rPr>
          <w:rFonts w:ascii="Times New Roman" w:hAnsi="Times New Roman" w:eastAsia="Times New Roman" w:cs="Times New Roman"/>
        </w:rPr>
        <w:t xml:space="preserve"> </w:t>
      </w:r>
      <w:r>
        <w:rPr>
          <w:rFonts w:ascii="Nirmala UI" w:hAnsi="Nirmala UI" w:eastAsia="Nirmala UI" w:cs="Nirmala UI"/>
        </w:rPr>
        <w:t>म्हणून</w:t>
      </w:r>
      <w:r>
        <w:rPr>
          <w:rFonts w:ascii="Times New Roman" w:hAnsi="Times New Roman" w:eastAsia="Times New Roman" w:cs="Times New Roman"/>
        </w:rPr>
        <w:t xml:space="preserve"> </w:t>
      </w:r>
      <w:r>
        <w:rPr>
          <w:rFonts w:ascii="Nirmala UI" w:hAnsi="Nirmala UI" w:eastAsia="Nirmala UI" w:cs="Nirmala UI"/>
        </w:rPr>
        <w:t>उंचावले</w:t>
      </w:r>
      <w:r>
        <w:rPr>
          <w:rFonts w:ascii="Times New Roman" w:hAnsi="Times New Roman" w:eastAsia="Times New Roman" w:cs="Times New Roman"/>
        </w:rPr>
        <w:t xml:space="preserve"> </w:t>
      </w:r>
      <w:r>
        <w:rPr>
          <w:rFonts w:ascii="Nirmala UI" w:hAnsi="Nirmala UI" w:eastAsia="Nirmala UI" w:cs="Nirmala UI"/>
        </w:rPr>
        <w:t>जातील</w:t>
      </w:r>
      <w:r>
        <w:rPr>
          <w:rFonts w:ascii="Times New Roman" w:hAnsi="Times New Roman" w:eastAsia="Times New Roman" w:cs="Times New Roman"/>
        </w:rPr>
        <w:t xml:space="preserve">. </w:t>
      </w:r>
      <w:r>
        <w:rPr>
          <w:rFonts w:ascii="Nirmala UI" w:hAnsi="Nirmala UI" w:eastAsia="Nirmala UI" w:cs="Nirmala UI"/>
        </w:rPr>
        <w:t>त्यानंतर</w:t>
      </w:r>
      <w:r>
        <w:rPr>
          <w:rFonts w:ascii="Times New Roman" w:hAnsi="Times New Roman" w:eastAsia="Times New Roman" w:cs="Times New Roman"/>
        </w:rPr>
        <w:t xml:space="preserve"> </w:t>
      </w:r>
      <w:r>
        <w:rPr>
          <w:rFonts w:ascii="Nirmala UI" w:hAnsi="Nirmala UI" w:eastAsia="Nirmala UI" w:cs="Nirmala UI"/>
        </w:rPr>
        <w:t>जग</w:t>
      </w:r>
      <w:r>
        <w:rPr>
          <w:rFonts w:ascii="Times New Roman" w:hAnsi="Times New Roman" w:eastAsia="Times New Roman" w:cs="Times New Roman"/>
        </w:rPr>
        <w:t xml:space="preserve"> </w:t>
      </w:r>
      <w:r>
        <w:rPr>
          <w:rFonts w:ascii="Nirmala UI" w:hAnsi="Nirmala UI" w:eastAsia="Nirmala UI" w:cs="Nirmala UI"/>
        </w:rPr>
        <w:t>ख्रिस्त</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पापाच्या</w:t>
      </w:r>
      <w:r>
        <w:rPr>
          <w:rFonts w:ascii="Times New Roman" w:hAnsi="Times New Roman" w:eastAsia="Times New Roman" w:cs="Times New Roman"/>
        </w:rPr>
        <w:t xml:space="preserve"> </w:t>
      </w:r>
      <w:r>
        <w:rPr>
          <w:rFonts w:ascii="Nirmala UI" w:hAnsi="Nirmala UI" w:eastAsia="Nirmala UI" w:cs="Nirmala UI"/>
        </w:rPr>
        <w:t>मनुष्य</w:t>
      </w:r>
      <w:r>
        <w:rPr>
          <w:rFonts w:ascii="Times New Roman" w:hAnsi="Times New Roman" w:eastAsia="Times New Roman" w:cs="Times New Roman"/>
        </w:rPr>
        <w:t xml:space="preserve"> </w:t>
      </w:r>
      <w:r>
        <w:rPr>
          <w:rFonts w:ascii="Nirmala UI" w:hAnsi="Nirmala UI" w:eastAsia="Nirmala UI" w:cs="Nirmala UI"/>
        </w:rPr>
        <w:t>यांच्यामध्ये</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करील</w:t>
      </w:r>
      <w:r>
        <w:rPr>
          <w:rFonts w:ascii="Times New Roman" w:hAnsi="Times New Roman" w:eastAsia="Times New Roman" w:cs="Times New Roman"/>
        </w:rPr>
        <w:t>—</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ख्रिस्त</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आपल्या</w:t>
      </w:r>
      <w:r>
        <w:rPr>
          <w:rFonts w:ascii="Times New Roman" w:hAnsi="Times New Roman" w:eastAsia="Times New Roman" w:cs="Times New Roman"/>
        </w:rPr>
        <w:t xml:space="preserve"> </w:t>
      </w:r>
      <w:r>
        <w:rPr>
          <w:rFonts w:ascii="Nirmala UI" w:hAnsi="Nirmala UI" w:eastAsia="Nirmala UI" w:cs="Nirmala UI"/>
        </w:rPr>
        <w:t>लोकांद्वारे</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ख्रिस्ताबरोबर</w:t>
      </w:r>
      <w:r>
        <w:rPr>
          <w:rFonts w:ascii="Times New Roman" w:hAnsi="Times New Roman" w:eastAsia="Times New Roman" w:cs="Times New Roman"/>
        </w:rPr>
        <w:t xml:space="preserve"> </w:t>
      </w:r>
      <w:r>
        <w:rPr>
          <w:rFonts w:ascii="Nirmala UI" w:hAnsi="Nirmala UI" w:eastAsia="Nirmala UI" w:cs="Nirmala UI"/>
        </w:rPr>
        <w:t>स्वर्गीय</w:t>
      </w:r>
      <w:r>
        <w:rPr>
          <w:rFonts w:ascii="Times New Roman" w:hAnsi="Times New Roman" w:eastAsia="Times New Roman" w:cs="Times New Roman"/>
        </w:rPr>
        <w:t xml:space="preserve"> </w:t>
      </w:r>
      <w:r>
        <w:rPr>
          <w:rFonts w:ascii="Nirmala UI" w:hAnsi="Nirmala UI" w:eastAsia="Nirmala UI" w:cs="Nirmala UI"/>
        </w:rPr>
        <w:t>स्थानांत</w:t>
      </w:r>
      <w:r>
        <w:rPr>
          <w:rFonts w:ascii="Times New Roman" w:hAnsi="Times New Roman" w:eastAsia="Times New Roman" w:cs="Times New Roman"/>
        </w:rPr>
        <w:t xml:space="preserve"> </w:t>
      </w:r>
      <w:r>
        <w:rPr>
          <w:rFonts w:ascii="Nirmala UI" w:hAnsi="Nirmala UI" w:eastAsia="Nirmala UI" w:cs="Nirmala UI"/>
        </w:rPr>
        <w:t>बसविले</w:t>
      </w:r>
      <w:r>
        <w:rPr>
          <w:rFonts w:ascii="Times New Roman" w:hAnsi="Times New Roman" w:eastAsia="Times New Roman" w:cs="Times New Roman"/>
        </w:rPr>
        <w:t xml:space="preserve"> </w:t>
      </w:r>
      <w:r>
        <w:rPr>
          <w:rFonts w:ascii="Nirmala UI" w:hAnsi="Nirmala UI" w:eastAsia="Nirmala UI" w:cs="Nirmala UI"/>
        </w:rPr>
        <w:t>गेले</w:t>
      </w:r>
      <w:r>
        <w:rPr>
          <w:rFonts w:ascii="Times New Roman" w:hAnsi="Times New Roman" w:eastAsia="Times New Roman" w:cs="Times New Roman"/>
        </w:rPr>
        <w:t xml:space="preserve"> </w:t>
      </w:r>
      <w:r>
        <w:rPr>
          <w:rFonts w:ascii="Nirmala UI" w:hAnsi="Nirmala UI" w:eastAsia="Nirmala UI" w:cs="Nirmala UI"/>
        </w:rPr>
        <w:t>आहेत</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म्हणून</w:t>
      </w:r>
      <w:r>
        <w:rPr>
          <w:rFonts w:ascii="Times New Roman" w:hAnsi="Times New Roman" w:eastAsia="Times New Roman" w:cs="Times New Roman"/>
        </w:rPr>
        <w:t xml:space="preserve"> </w:t>
      </w:r>
      <w:r>
        <w:rPr>
          <w:rFonts w:ascii="Nirmala UI" w:hAnsi="Nirmala UI" w:eastAsia="Nirmala UI" w:cs="Nirmala UI"/>
        </w:rPr>
        <w:t>देवाच्या</w:t>
      </w:r>
      <w:r>
        <w:rPr>
          <w:rFonts w:ascii="Times New Roman" w:hAnsi="Times New Roman" w:eastAsia="Times New Roman" w:cs="Times New Roman"/>
        </w:rPr>
        <w:t xml:space="preserve"> </w:t>
      </w:r>
      <w:r>
        <w:rPr>
          <w:rFonts w:ascii="Nirmala UI" w:hAnsi="Nirmala UI" w:eastAsia="Nirmala UI" w:cs="Nirmala UI"/>
        </w:rPr>
        <w:t>मंदिरात</w:t>
      </w:r>
      <w:r>
        <w:rPr>
          <w:rFonts w:ascii="Times New Roman" w:hAnsi="Times New Roman" w:eastAsia="Times New Roman" w:cs="Times New Roman"/>
        </w:rPr>
        <w:t xml:space="preserve"> </w:t>
      </w:r>
      <w:r>
        <w:rPr>
          <w:rFonts w:ascii="Nirmala UI" w:hAnsi="Nirmala UI" w:eastAsia="Nirmala UI" w:cs="Nirmala UI"/>
        </w:rPr>
        <w:t>आहेत</w:t>
      </w:r>
      <w:r>
        <w:rPr>
          <w:rFonts w:ascii="Times New Roman" w:hAnsi="Times New Roman" w:eastAsia="Times New Roman" w:cs="Times New Roman"/>
        </w:rPr>
        <w:t xml:space="preserve">; </w:t>
      </w:r>
      <w:r>
        <w:rPr>
          <w:rFonts w:ascii="Nirmala UI" w:hAnsi="Nirmala UI" w:eastAsia="Nirmala UI" w:cs="Nirmala UI"/>
        </w:rPr>
        <w:t>किंवा</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पापाचा</w:t>
      </w:r>
      <w:r>
        <w:rPr>
          <w:rFonts w:ascii="Times New Roman" w:hAnsi="Times New Roman" w:eastAsia="Times New Roman" w:cs="Times New Roman"/>
        </w:rPr>
        <w:t xml:space="preserve"> </w:t>
      </w:r>
      <w:r>
        <w:rPr>
          <w:rFonts w:ascii="Nirmala UI" w:hAnsi="Nirmala UI" w:eastAsia="Nirmala UI" w:cs="Nirmala UI"/>
        </w:rPr>
        <w:t>मनुष्य</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देवाच्या</w:t>
      </w:r>
      <w:r>
        <w:rPr>
          <w:rFonts w:ascii="Times New Roman" w:hAnsi="Times New Roman" w:eastAsia="Times New Roman" w:cs="Times New Roman"/>
        </w:rPr>
        <w:t xml:space="preserve"> </w:t>
      </w:r>
      <w:r>
        <w:rPr>
          <w:rFonts w:ascii="Nirmala UI" w:hAnsi="Nirmala UI" w:eastAsia="Nirmala UI" w:cs="Nirmala UI"/>
        </w:rPr>
        <w:t>मंदिरात</w:t>
      </w:r>
      <w:r>
        <w:rPr>
          <w:rFonts w:ascii="Times New Roman" w:hAnsi="Times New Roman" w:eastAsia="Times New Roman" w:cs="Times New Roman"/>
        </w:rPr>
        <w:t xml:space="preserve"> </w:t>
      </w:r>
      <w:r>
        <w:rPr>
          <w:rFonts w:ascii="Nirmala UI" w:hAnsi="Nirmala UI" w:eastAsia="Nirmala UI" w:cs="Nirmala UI"/>
        </w:rPr>
        <w:t>बसून</w:t>
      </w:r>
      <w:r>
        <w:rPr>
          <w:rFonts w:ascii="Times New Roman" w:hAnsi="Times New Roman" w:eastAsia="Times New Roman" w:cs="Times New Roman"/>
        </w:rPr>
        <w:t xml:space="preserve"> </w:t>
      </w:r>
      <w:r>
        <w:rPr>
          <w:rFonts w:ascii="Nirmala UI" w:hAnsi="Nirmala UI" w:eastAsia="Nirmala UI" w:cs="Nirmala UI"/>
        </w:rPr>
        <w:t>स्वतःला</w:t>
      </w:r>
      <w:r>
        <w:rPr>
          <w:rFonts w:ascii="Times New Roman" w:hAnsi="Times New Roman" w:eastAsia="Times New Roman" w:cs="Times New Roman"/>
        </w:rPr>
        <w:t xml:space="preserve"> </w:t>
      </w:r>
      <w:r>
        <w:rPr>
          <w:rFonts w:ascii="Nirmala UI" w:hAnsi="Nirmala UI" w:eastAsia="Nirmala UI" w:cs="Nirmala UI"/>
        </w:rPr>
        <w:t>देव</w:t>
      </w:r>
      <w:r>
        <w:rPr>
          <w:rFonts w:ascii="Times New Roman" w:hAnsi="Times New Roman" w:eastAsia="Times New Roman" w:cs="Times New Roman"/>
        </w:rPr>
        <w:t xml:space="preserve"> </w:t>
      </w:r>
      <w:r>
        <w:rPr>
          <w:rFonts w:ascii="Nirmala UI" w:hAnsi="Nirmala UI" w:eastAsia="Nirmala UI" w:cs="Nirmala UI"/>
        </w:rPr>
        <w:t>असल्याचे</w:t>
      </w:r>
      <w:r>
        <w:rPr>
          <w:rFonts w:ascii="Times New Roman" w:hAnsi="Times New Roman" w:eastAsia="Times New Roman" w:cs="Times New Roman"/>
        </w:rPr>
        <w:t xml:space="preserve"> </w:t>
      </w:r>
      <w:r>
        <w:rPr>
          <w:rFonts w:ascii="Nirmala UI" w:hAnsi="Nirmala UI" w:eastAsia="Nirmala UI" w:cs="Nirmala UI"/>
        </w:rPr>
        <w:t>दाखवितो</w:t>
      </w:r>
      <w:r>
        <w:rPr>
          <w:rFonts w:ascii="Times New Roman" w:hAnsi="Times New Roman" w:eastAsia="Times New Roman" w:cs="Times New Roman"/>
        </w:rPr>
        <w:t xml:space="preserve">. </w:t>
      </w:r>
      <w:r>
        <w:rPr>
          <w:rFonts w:ascii="Nirmala UI" w:hAnsi="Nirmala UI" w:eastAsia="Nirmala UI" w:cs="Nirmala UI"/>
        </w:rPr>
        <w:t>लवकरच</w:t>
      </w:r>
      <w:r>
        <w:rPr>
          <w:rFonts w:ascii="Times New Roman" w:hAnsi="Times New Roman" w:eastAsia="Times New Roman" w:cs="Times New Roman"/>
        </w:rPr>
        <w:t xml:space="preserve"> </w:t>
      </w:r>
      <w:r>
        <w:rPr>
          <w:rFonts w:ascii="Nirmala UI" w:hAnsi="Nirmala UI" w:eastAsia="Nirmala UI" w:cs="Nirmala UI"/>
        </w:rPr>
        <w:t>येणाऱ्या</w:t>
      </w:r>
      <w:r>
        <w:rPr>
          <w:rFonts w:ascii="Times New Roman" w:hAnsi="Times New Roman" w:eastAsia="Times New Roman" w:cs="Times New Roman"/>
        </w:rPr>
        <w:t xml:space="preserve"> </w:t>
      </w:r>
      <w:r>
        <w:rPr>
          <w:rFonts w:ascii="Nirmala UI" w:hAnsi="Nirmala UI" w:eastAsia="Nirmala UI" w:cs="Nirmala UI"/>
        </w:rPr>
        <w:t>रविवारच्या</w:t>
      </w:r>
      <w:r>
        <w:rPr>
          <w:rFonts w:ascii="Times New Roman" w:hAnsi="Times New Roman" w:eastAsia="Times New Roman" w:cs="Times New Roman"/>
        </w:rPr>
        <w:t xml:space="preserve"> </w:t>
      </w:r>
      <w:r>
        <w:rPr>
          <w:rFonts w:ascii="Nirmala UI" w:hAnsi="Nirmala UI" w:eastAsia="Nirmala UI" w:cs="Nirmala UI"/>
        </w:rPr>
        <w:t>कायद्याच्या</w:t>
      </w:r>
      <w:r>
        <w:rPr>
          <w:rFonts w:ascii="Times New Roman" w:hAnsi="Times New Roman" w:eastAsia="Times New Roman" w:cs="Times New Roman"/>
        </w:rPr>
        <w:t xml:space="preserve"> </w:t>
      </w:r>
      <w:r>
        <w:rPr>
          <w:rFonts w:ascii="Nirmala UI" w:hAnsi="Nirmala UI" w:eastAsia="Nirmala UI" w:cs="Nirmala UI"/>
        </w:rPr>
        <w:t>वेळी</w:t>
      </w:r>
      <w:r>
        <w:rPr>
          <w:rFonts w:ascii="Times New Roman" w:hAnsi="Times New Roman" w:eastAsia="Times New Roman" w:cs="Times New Roman"/>
        </w:rPr>
        <w:t xml:space="preserve"> </w:t>
      </w:r>
      <w:r>
        <w:rPr>
          <w:rFonts w:ascii="Nirmala UI" w:hAnsi="Nirmala UI" w:eastAsia="Nirmala UI" w:cs="Nirmala UI"/>
        </w:rPr>
        <w:t>अकराव्या</w:t>
      </w:r>
      <w:r>
        <w:rPr>
          <w:rFonts w:ascii="Times New Roman" w:hAnsi="Times New Roman" w:eastAsia="Times New Roman" w:cs="Times New Roman"/>
        </w:rPr>
        <w:t xml:space="preserve"> </w:t>
      </w:r>
      <w:r>
        <w:rPr>
          <w:rFonts w:ascii="Nirmala UI" w:hAnsi="Nirmala UI" w:eastAsia="Nirmala UI" w:cs="Nirmala UI"/>
        </w:rPr>
        <w:t>तासाचे</w:t>
      </w:r>
      <w:r>
        <w:rPr>
          <w:rFonts w:ascii="Times New Roman" w:hAnsi="Times New Roman" w:eastAsia="Times New Roman" w:cs="Times New Roman"/>
        </w:rPr>
        <w:t xml:space="preserve"> </w:t>
      </w:r>
      <w:r>
        <w:rPr>
          <w:rFonts w:ascii="Nirmala UI" w:hAnsi="Nirmala UI" w:eastAsia="Nirmala UI" w:cs="Nirmala UI"/>
        </w:rPr>
        <w:t>कामकरी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मोठा</w:t>
      </w:r>
      <w:r>
        <w:rPr>
          <w:rFonts w:ascii="Times New Roman" w:hAnsi="Times New Roman" w:eastAsia="Times New Roman" w:cs="Times New Roman"/>
        </w:rPr>
        <w:t xml:space="preserve"> </w:t>
      </w:r>
      <w:r>
        <w:rPr>
          <w:rFonts w:ascii="Nirmala UI" w:hAnsi="Nirmala UI" w:eastAsia="Nirmala UI" w:cs="Nirmala UI"/>
        </w:rPr>
        <w:t>समुदायही</w:t>
      </w:r>
      <w:r>
        <w:rPr>
          <w:rFonts w:ascii="Times New Roman" w:hAnsi="Times New Roman" w:eastAsia="Times New Roman" w:cs="Times New Roman"/>
        </w:rPr>
        <w:t xml:space="preserve"> </w:t>
      </w:r>
      <w:r>
        <w:rPr>
          <w:rFonts w:ascii="Nirmala UI" w:hAnsi="Nirmala UI" w:eastAsia="Nirmala UI" w:cs="Nirmala UI"/>
        </w:rPr>
        <w:t>आहेत</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मूलभूत</w:t>
      </w:r>
      <w:r>
        <w:rPr>
          <w:rFonts w:ascii="Times New Roman" w:hAnsi="Times New Roman" w:eastAsia="Times New Roman" w:cs="Times New Roman"/>
        </w:rPr>
        <w:t xml:space="preserve"> </w:t>
      </w:r>
      <w:r>
        <w:rPr>
          <w:rFonts w:ascii="Nirmala UI" w:hAnsi="Nirmala UI" w:eastAsia="Nirmala UI" w:cs="Nirmala UI"/>
        </w:rPr>
        <w:t>परीक्षेसमोर</w:t>
      </w:r>
      <w:r>
        <w:rPr>
          <w:rFonts w:ascii="Times New Roman" w:hAnsi="Times New Roman" w:eastAsia="Times New Roman" w:cs="Times New Roman"/>
        </w:rPr>
        <w:t xml:space="preserve"> </w:t>
      </w:r>
      <w:r>
        <w:rPr>
          <w:rFonts w:ascii="Nirmala UI" w:hAnsi="Nirmala UI" w:eastAsia="Nirmala UI" w:cs="Nirmala UI"/>
        </w:rPr>
        <w:t>उभे</w:t>
      </w:r>
      <w:r>
        <w:rPr>
          <w:rFonts w:ascii="Times New Roman" w:hAnsi="Times New Roman" w:eastAsia="Times New Roman" w:cs="Times New Roman"/>
        </w:rPr>
        <w:t xml:space="preserve"> </w:t>
      </w:r>
      <w:r>
        <w:rPr>
          <w:rFonts w:ascii="Nirmala UI" w:hAnsi="Nirmala UI" w:eastAsia="Nirmala UI" w:cs="Nirmala UI"/>
        </w:rPr>
        <w:t>ठाकतील</w:t>
      </w:r>
      <w:r>
        <w:rPr>
          <w:rFonts w:ascii="Times New Roman" w:hAnsi="Times New Roman" w:eastAsia="Times New Roman" w:cs="Times New Roman"/>
        </w:rPr>
        <w:t xml:space="preserve">. </w:t>
      </w:r>
      <w:r>
        <w:rPr>
          <w:rFonts w:ascii="Nirmala UI" w:hAnsi="Nirmala UI" w:eastAsia="Nirmala UI" w:cs="Nirmala UI"/>
        </w:rPr>
        <w:t>सातव्या</w:t>
      </w:r>
      <w:r>
        <w:rPr>
          <w:rFonts w:ascii="Times New Roman" w:hAnsi="Times New Roman" w:eastAsia="Times New Roman" w:cs="Times New Roman"/>
        </w:rPr>
        <w:t xml:space="preserve"> </w:t>
      </w:r>
      <w:r>
        <w:rPr>
          <w:rFonts w:ascii="Nirmala UI" w:hAnsi="Nirmala UI" w:eastAsia="Nirmala UI" w:cs="Nirmala UI"/>
        </w:rPr>
        <w:t>दिवसाचा</w:t>
      </w:r>
      <w:r>
        <w:rPr>
          <w:rFonts w:ascii="Times New Roman" w:hAnsi="Times New Roman" w:eastAsia="Times New Roman" w:cs="Times New Roman"/>
        </w:rPr>
        <w:t xml:space="preserve"> </w:t>
      </w:r>
      <w:r>
        <w:rPr>
          <w:rFonts w:ascii="Nirmala UI" w:hAnsi="Nirmala UI" w:eastAsia="Nirmala UI" w:cs="Nirmala UI"/>
        </w:rPr>
        <w:t>सब्बाथ</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देवाचा</w:t>
      </w:r>
      <w:r>
        <w:rPr>
          <w:rFonts w:ascii="Times New Roman" w:hAnsi="Times New Roman" w:eastAsia="Times New Roman" w:cs="Times New Roman"/>
        </w:rPr>
        <w:t xml:space="preserve"> </w:t>
      </w:r>
      <w:r>
        <w:rPr>
          <w:rFonts w:ascii="Nirmala UI" w:hAnsi="Nirmala UI" w:eastAsia="Nirmala UI" w:cs="Nirmala UI"/>
        </w:rPr>
        <w:t>सब्बाथ</w:t>
      </w:r>
      <w:r>
        <w:rPr>
          <w:rFonts w:ascii="Times New Roman" w:hAnsi="Times New Roman" w:eastAsia="Times New Roman" w:cs="Times New Roman"/>
        </w:rPr>
        <w:t xml:space="preserve"> </w:t>
      </w:r>
      <w:r>
        <w:rPr>
          <w:rFonts w:ascii="Nirmala UI" w:hAnsi="Nirmala UI" w:eastAsia="Nirmala UI" w:cs="Nirmala UI"/>
        </w:rPr>
        <w:t>आहे</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सूर्याचा</w:t>
      </w:r>
      <w:r>
        <w:rPr>
          <w:rFonts w:ascii="Times New Roman" w:hAnsi="Times New Roman" w:eastAsia="Times New Roman" w:cs="Times New Roman"/>
        </w:rPr>
        <w:t xml:space="preserve"> </w:t>
      </w:r>
      <w:r>
        <w:rPr>
          <w:rFonts w:ascii="Nirmala UI" w:hAnsi="Nirmala UI" w:eastAsia="Nirmala UI" w:cs="Nirmala UI"/>
        </w:rPr>
        <w:t>दिवस</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देवाचा</w:t>
      </w:r>
      <w:r>
        <w:rPr>
          <w:rFonts w:ascii="Times New Roman" w:hAnsi="Times New Roman" w:eastAsia="Times New Roman" w:cs="Times New Roman"/>
        </w:rPr>
        <w:t xml:space="preserve"> </w:t>
      </w:r>
      <w:r>
        <w:rPr>
          <w:rFonts w:ascii="Nirmala UI" w:hAnsi="Nirmala UI" w:eastAsia="Nirmala UI" w:cs="Nirmala UI"/>
        </w:rPr>
        <w:t>सब्बाथ</w:t>
      </w:r>
      <w:r>
        <w:rPr>
          <w:rFonts w:ascii="Times New Roman" w:hAnsi="Times New Roman" w:eastAsia="Times New Roman" w:cs="Times New Roman"/>
        </w:rPr>
        <w:t xml:space="preserve"> </w:t>
      </w:r>
      <w:r>
        <w:rPr>
          <w:rFonts w:ascii="Nirmala UI" w:hAnsi="Nirmala UI" w:eastAsia="Nirmala UI" w:cs="Nirmala UI"/>
        </w:rPr>
        <w:t>आहे</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တစ်ဖန်</w:t>
      </w:r>
      <w:r>
        <w:rPr>
          <w:rFonts w:ascii="Times New Roman" w:hAnsi="Times New Roman" w:eastAsia="Times New Roman" w:cs="Times New Roman"/>
        </w:rPr>
        <w:t xml:space="preserve"> </w:t>
      </w:r>
      <w:r>
        <w:rPr>
          <w:rFonts w:ascii="Myanmar Text" w:hAnsi="Myanmar Text" w:eastAsia="Myanmar Text" w:cs="Myanmar Text"/>
        </w:rPr>
        <w:t>အခြားသော</w:t>
      </w:r>
      <w:r>
        <w:rPr>
          <w:rFonts w:ascii="Times New Roman" w:hAnsi="Times New Roman" w:eastAsia="Times New Roman" w:cs="Times New Roman"/>
        </w:rPr>
        <w:t xml:space="preserve"> </w:t>
      </w:r>
      <w:r>
        <w:rPr>
          <w:rFonts w:ascii="Myanmar Text" w:hAnsi="Myanmar Text" w:eastAsia="Myanmar Text" w:cs="Myanmar Text"/>
        </w:rPr>
        <w:t>မြင်ကွင်းတစ်ခုသည်</w:t>
      </w:r>
      <w:r>
        <w:rPr>
          <w:rFonts w:ascii="Times New Roman" w:hAnsi="Times New Roman" w:eastAsia="Times New Roman" w:cs="Times New Roman"/>
        </w:rPr>
        <w:t xml:space="preserve"> </w:t>
      </w:r>
      <w:r>
        <w:rPr>
          <w:rFonts w:ascii="Myanmar Text" w:hAnsi="Myanmar Text" w:eastAsia="Myanmar Text" w:cs="Myanmar Text"/>
        </w:rPr>
        <w:t>သူ၏ရှေ့တွင်</w:t>
      </w:r>
      <w:r>
        <w:rPr>
          <w:rFonts w:ascii="Times New Roman" w:hAnsi="Times New Roman" w:eastAsia="Times New Roman" w:cs="Times New Roman"/>
        </w:rPr>
        <w:t xml:space="preserve"> </w:t>
      </w:r>
      <w:r>
        <w:rPr>
          <w:rFonts w:ascii="Myanmar Text" w:hAnsi="Myanmar Text" w:eastAsia="Myanmar Text" w:cs="Myanmar Text"/>
        </w:rPr>
        <w:t>ဖြတ်သန်းသွားလေ၏။</w:t>
      </w:r>
      <w:r>
        <w:rPr>
          <w:rFonts w:ascii="Times New Roman" w:hAnsi="Times New Roman" w:eastAsia="Times New Roman" w:cs="Times New Roman"/>
        </w:rPr>
        <w:t xml:space="preserve"> </w:t>
      </w:r>
      <w:r>
        <w:rPr>
          <w:rFonts w:ascii="Myanmar Text" w:hAnsi="Myanmar Text" w:eastAsia="Myanmar Text" w:cs="Myanmar Text"/>
        </w:rPr>
        <w:t>ယခင်က</w:t>
      </w:r>
      <w:r>
        <w:rPr>
          <w:rFonts w:ascii="Times New Roman" w:hAnsi="Times New Roman" w:eastAsia="Times New Roman" w:cs="Times New Roman"/>
        </w:rPr>
        <w:t xml:space="preserve"> </w:t>
      </w:r>
      <w:r>
        <w:rPr>
          <w:rFonts w:ascii="Myanmar Text" w:hAnsi="Myanmar Text" w:eastAsia="Myanmar Text" w:cs="Myanmar Text"/>
        </w:rPr>
        <w:t>ယုဒလူတို့သည်</w:t>
      </w:r>
      <w:r>
        <w:rPr>
          <w:rFonts w:ascii="Times New Roman" w:hAnsi="Times New Roman" w:eastAsia="Times New Roman" w:cs="Times New Roman"/>
        </w:rPr>
        <w:t xml:space="preserve"> </w:t>
      </w:r>
      <w:r>
        <w:rPr>
          <w:rFonts w:ascii="Myanmar Text" w:hAnsi="Myanmar Text" w:eastAsia="Myanmar Text" w:cs="Myanmar Text"/>
        </w:rPr>
        <w:t>ခမည်းတော်၏</w:t>
      </w:r>
      <w:r>
        <w:rPr>
          <w:rFonts w:ascii="Times New Roman" w:hAnsi="Times New Roman" w:eastAsia="Times New Roman" w:cs="Times New Roman"/>
        </w:rPr>
        <w:t xml:space="preserve"> </w:t>
      </w:r>
      <w:r>
        <w:rPr>
          <w:rFonts w:ascii="Myanmar Text" w:hAnsi="Myanmar Text" w:eastAsia="Myanmar Text" w:cs="Myanmar Text"/>
        </w:rPr>
        <w:t>ပညတ်တရားကို</w:t>
      </w:r>
      <w:r>
        <w:rPr>
          <w:rFonts w:ascii="Times New Roman" w:hAnsi="Times New Roman" w:eastAsia="Times New Roman" w:cs="Times New Roman"/>
        </w:rPr>
        <w:t xml:space="preserve"> </w:t>
      </w:r>
      <w:r>
        <w:rPr>
          <w:rFonts w:ascii="Myanmar Text" w:hAnsi="Myanmar Text" w:eastAsia="Myanmar Text" w:cs="Myanmar Text"/>
        </w:rPr>
        <w:t>ဂုဏ်ပြုလေးစားသည်ဟု</w:t>
      </w:r>
      <w:r>
        <w:rPr>
          <w:rFonts w:ascii="Times New Roman" w:hAnsi="Times New Roman" w:eastAsia="Times New Roman" w:cs="Times New Roman"/>
        </w:rPr>
        <w:t xml:space="preserve"> </w:t>
      </w:r>
      <w:r>
        <w:rPr>
          <w:rFonts w:ascii="Myanmar Text" w:hAnsi="Myanmar Text" w:eastAsia="Myanmar Text" w:cs="Myanmar Text"/>
        </w:rPr>
        <w:t>ထုတ်ဖော်ကြေညာလျက်</w:t>
      </w:r>
      <w:r>
        <w:rPr>
          <w:rFonts w:ascii="Times New Roman" w:hAnsi="Times New Roman" w:eastAsia="Times New Roman" w:cs="Times New Roman"/>
        </w:rPr>
        <w:t xml:space="preserve"> </w:t>
      </w:r>
      <w:r>
        <w:rPr>
          <w:rFonts w:ascii="Myanmar Text" w:hAnsi="Myanmar Text" w:eastAsia="Myanmar Text" w:cs="Myanmar Text"/>
        </w:rPr>
        <w:t>ခရစ်တော်ကို</w:t>
      </w:r>
      <w:r>
        <w:rPr>
          <w:rFonts w:ascii="Times New Roman" w:hAnsi="Times New Roman" w:eastAsia="Times New Roman" w:cs="Times New Roman"/>
        </w:rPr>
        <w:t xml:space="preserve"> </w:t>
      </w:r>
      <w:r>
        <w:rPr>
          <w:rFonts w:ascii="Myanmar Text" w:hAnsi="Myanmar Text" w:eastAsia="Myanmar Text" w:cs="Myanmar Text"/>
        </w:rPr>
        <w:t>ငြင်းပယ်စေရန်</w:t>
      </w:r>
      <w:r>
        <w:rPr>
          <w:rFonts w:ascii="Times New Roman" w:hAnsi="Times New Roman" w:eastAsia="Times New Roman" w:cs="Times New Roman"/>
        </w:rPr>
        <w:t xml:space="preserve"> </w:t>
      </w:r>
      <w:r>
        <w:rPr>
          <w:rFonts w:ascii="Myanmar Text" w:hAnsi="Myanmar Text" w:eastAsia="Myanmar Text" w:cs="Myanmar Text"/>
        </w:rPr>
        <w:t>စာတန်၏</w:t>
      </w:r>
      <w:r>
        <w:rPr>
          <w:rFonts w:ascii="Times New Roman" w:hAnsi="Times New Roman" w:eastAsia="Times New Roman" w:cs="Times New Roman"/>
        </w:rPr>
        <w:t xml:space="preserve"> </w:t>
      </w:r>
      <w:r>
        <w:rPr>
          <w:rFonts w:ascii="Myanmar Text" w:hAnsi="Myanmar Text" w:eastAsia="Myanmar Text" w:cs="Myanmar Text"/>
        </w:rPr>
        <w:t>လှုံ့ဆော်မှုလုပ်ငန်းကို</w:t>
      </w:r>
      <w:r>
        <w:rPr>
          <w:rFonts w:ascii="Times New Roman" w:hAnsi="Times New Roman" w:eastAsia="Times New Roman" w:cs="Times New Roman"/>
        </w:rPr>
        <w:t xml:space="preserve"> </w:t>
      </w:r>
      <w:r>
        <w:rPr>
          <w:rFonts w:ascii="Myanmar Text" w:hAnsi="Myanmar Text" w:eastAsia="Myanmar Text" w:cs="Myanmar Text"/>
        </w:rPr>
        <w:t>သူ့အား</w:t>
      </w:r>
      <w:r>
        <w:rPr>
          <w:rFonts w:ascii="Times New Roman" w:hAnsi="Times New Roman" w:eastAsia="Times New Roman" w:cs="Times New Roman"/>
        </w:rPr>
        <w:t xml:space="preserve"> </w:t>
      </w:r>
      <w:r>
        <w:rPr>
          <w:rFonts w:ascii="Myanmar Text" w:hAnsi="Myanmar Text" w:eastAsia="Myanmar Text" w:cs="Myanmar Text"/>
        </w:rPr>
        <w:t>ပြသခဲ့ပြီးဖြစ်သည်။</w:t>
      </w:r>
      <w:r>
        <w:rPr>
          <w:rFonts w:ascii="Times New Roman" w:hAnsi="Times New Roman" w:eastAsia="Times New Roman" w:cs="Times New Roman"/>
        </w:rPr>
        <w:t xml:space="preserve"> </w:t>
      </w:r>
      <w:r>
        <w:rPr>
          <w:rFonts w:ascii="Myanmar Text" w:hAnsi="Myanmar Text" w:eastAsia="Myanmar Text" w:cs="Myanmar Text"/>
        </w:rPr>
        <w:t>ယခုတွင်လည်း</w:t>
      </w:r>
      <w:r>
        <w:rPr>
          <w:rFonts w:ascii="Times New Roman" w:hAnsi="Times New Roman" w:eastAsia="Times New Roman" w:cs="Times New Roman"/>
        </w:rPr>
        <w:t xml:space="preserve"> </w:t>
      </w:r>
      <w:r>
        <w:rPr>
          <w:rFonts w:ascii="Myanmar Text" w:hAnsi="Myanmar Text" w:eastAsia="Myanmar Text" w:cs="Myanmar Text"/>
        </w:rPr>
        <w:t>ခရစ်တော်ကို</w:t>
      </w:r>
      <w:r>
        <w:rPr>
          <w:rFonts w:ascii="Times New Roman" w:hAnsi="Times New Roman" w:eastAsia="Times New Roman" w:cs="Times New Roman"/>
        </w:rPr>
        <w:t xml:space="preserve"> </w:t>
      </w:r>
      <w:r>
        <w:rPr>
          <w:rFonts w:ascii="Myanmar Text" w:hAnsi="Myanmar Text" w:eastAsia="Myanmar Text" w:cs="Myanmar Text"/>
        </w:rPr>
        <w:t>လက်ခံသည်ဟု</w:t>
      </w:r>
      <w:r>
        <w:rPr>
          <w:rFonts w:ascii="Times New Roman" w:hAnsi="Times New Roman" w:eastAsia="Times New Roman" w:cs="Times New Roman"/>
        </w:rPr>
        <w:t xml:space="preserve"> </w:t>
      </w:r>
      <w:r>
        <w:rPr>
          <w:rFonts w:ascii="Myanmar Text" w:hAnsi="Myanmar Text" w:eastAsia="Myanmar Text" w:cs="Myanmar Text"/>
        </w:rPr>
        <w:t>ဝန်ခံကြသော်လည်း</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ပညတ်တရားကို</w:t>
      </w:r>
      <w:r>
        <w:rPr>
          <w:rFonts w:ascii="Times New Roman" w:hAnsi="Times New Roman" w:eastAsia="Times New Roman" w:cs="Times New Roman"/>
        </w:rPr>
        <w:t xml:space="preserve"> </w:t>
      </w:r>
      <w:r>
        <w:rPr>
          <w:rFonts w:ascii="Myanmar Text" w:hAnsi="Myanmar Text" w:eastAsia="Myanmar Text" w:cs="Myanmar Text"/>
        </w:rPr>
        <w:t>ငြင်းပယ်လျက်ရှိသော</w:t>
      </w:r>
      <w:r>
        <w:rPr>
          <w:rFonts w:ascii="Times New Roman" w:hAnsi="Times New Roman" w:eastAsia="Times New Roman" w:cs="Times New Roman"/>
        </w:rPr>
        <w:t xml:space="preserve"> </w:t>
      </w:r>
      <w:r>
        <w:rPr>
          <w:rFonts w:ascii="Myanmar Text" w:hAnsi="Myanmar Text" w:eastAsia="Myanmar Text" w:cs="Myanmar Text"/>
        </w:rPr>
        <w:t>ခရစ်ယာန်လောကသည်</w:t>
      </w:r>
      <w:r>
        <w:rPr>
          <w:rFonts w:ascii="Times New Roman" w:hAnsi="Times New Roman" w:eastAsia="Times New Roman" w:cs="Times New Roman"/>
        </w:rPr>
        <w:t xml:space="preserve"> </w:t>
      </w:r>
      <w:r>
        <w:rPr>
          <w:rFonts w:ascii="Myanmar Text" w:hAnsi="Myanmar Text" w:eastAsia="Myanmar Text" w:cs="Myanmar Text"/>
        </w:rPr>
        <w:t>ထိုနည်းတူ</w:t>
      </w:r>
      <w:r>
        <w:rPr>
          <w:rFonts w:ascii="Times New Roman" w:hAnsi="Times New Roman" w:eastAsia="Times New Roman" w:cs="Times New Roman"/>
        </w:rPr>
        <w:t xml:space="preserve"> </w:t>
      </w:r>
      <w:r>
        <w:rPr>
          <w:rFonts w:ascii="Myanmar Text" w:hAnsi="Myanmar Text" w:eastAsia="Myanmar Text" w:cs="Myanmar Text"/>
        </w:rPr>
        <w:t>လှည့်ဖြားခြင်းအောက်တွင်</w:t>
      </w:r>
      <w:r>
        <w:rPr>
          <w:rFonts w:ascii="Times New Roman" w:hAnsi="Times New Roman" w:eastAsia="Times New Roman" w:cs="Times New Roman"/>
        </w:rPr>
        <w:t xml:space="preserve"> </w:t>
      </w:r>
      <w:r>
        <w:rPr>
          <w:rFonts w:ascii="Myanmar Text" w:hAnsi="Myanmar Text" w:eastAsia="Myanmar Text" w:cs="Myanmar Text"/>
        </w:rPr>
        <w:t>ရှိနေသည်ကို</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မြင်ရလေ၏။</w:t>
      </w:r>
      <w:r>
        <w:rPr>
          <w:rFonts w:ascii="Times New Roman" w:hAnsi="Times New Roman" w:eastAsia="Times New Roman" w:cs="Times New Roman"/>
        </w:rPr>
        <w:t xml:space="preserve"> </w:t>
      </w:r>
      <w:r>
        <w:rPr>
          <w:rFonts w:ascii="Myanmar Text" w:hAnsi="Myanmar Text" w:eastAsia="Myanmar Text" w:cs="Myanmar Text"/>
        </w:rPr>
        <w:t>ယဇ်ပုရောဟိတ်များနှင့်</w:t>
      </w:r>
      <w:r>
        <w:rPr>
          <w:rFonts w:ascii="Times New Roman" w:hAnsi="Times New Roman" w:eastAsia="Times New Roman" w:cs="Times New Roman"/>
        </w:rPr>
        <w:t xml:space="preserve"> </w:t>
      </w:r>
      <w:r>
        <w:rPr>
          <w:rFonts w:ascii="Myanmar Text" w:hAnsi="Myanmar Text" w:eastAsia="Myanmar Text" w:cs="Myanmar Text"/>
        </w:rPr>
        <w:t>အကြီးအကဲများထံမှ</w:t>
      </w:r>
      <w:r>
        <w:rPr>
          <w:rFonts w:ascii="Times New Roman" w:hAnsi="Times New Roman" w:eastAsia="Times New Roman" w:cs="Times New Roman"/>
        </w:rPr>
        <w:t xml:space="preserve"> “</w:t>
      </w:r>
      <w:r>
        <w:rPr>
          <w:rFonts w:ascii="Myanmar Text" w:hAnsi="Myanmar Text" w:eastAsia="Myanmar Text" w:cs="Myanmar Text"/>
        </w:rPr>
        <w:t>သူ့ကို</w:t>
      </w:r>
      <w:r>
        <w:rPr>
          <w:rFonts w:ascii="Times New Roman" w:hAnsi="Times New Roman" w:eastAsia="Times New Roman" w:cs="Times New Roman"/>
        </w:rPr>
        <w:t xml:space="preserve"> </w:t>
      </w:r>
      <w:r>
        <w:rPr>
          <w:rFonts w:ascii="Myanmar Text" w:hAnsi="Myanmar Text" w:eastAsia="Myanmar Text" w:cs="Myanmar Text"/>
        </w:rPr>
        <w:t>ဖယ်ရှားကြလော့</w:t>
      </w:r>
      <w:r>
        <w:rPr>
          <w:rFonts w:ascii="Times New Roman" w:hAnsi="Times New Roman" w:eastAsia="Times New Roman" w:cs="Times New Roman"/>
        </w:rPr>
        <w:t>!” “</w:t>
      </w:r>
      <w:r>
        <w:rPr>
          <w:rFonts w:ascii="Myanmar Text" w:hAnsi="Myanmar Text" w:eastAsia="Myanmar Text" w:cs="Myanmar Text"/>
        </w:rPr>
        <w:t>သူ့ကို</w:t>
      </w:r>
      <w:r>
        <w:rPr>
          <w:rFonts w:ascii="Times New Roman" w:hAnsi="Times New Roman" w:eastAsia="Times New Roman" w:cs="Times New Roman"/>
        </w:rPr>
        <w:t xml:space="preserve"> </w:t>
      </w:r>
      <w:r>
        <w:rPr>
          <w:rFonts w:ascii="Myanmar Text" w:hAnsi="Myanmar Text" w:eastAsia="Myanmar Text" w:cs="Myanmar Text"/>
        </w:rPr>
        <w:t>ကားတိုင်ပေါ်တင်၍</w:t>
      </w:r>
      <w:r>
        <w:rPr>
          <w:rFonts w:ascii="Times New Roman" w:hAnsi="Times New Roman" w:eastAsia="Times New Roman" w:cs="Times New Roman"/>
        </w:rPr>
        <w:t xml:space="preserve"> </w:t>
      </w:r>
      <w:r>
        <w:rPr>
          <w:rFonts w:ascii="Myanmar Text" w:hAnsi="Myanmar Text" w:eastAsia="Myanmar Text" w:cs="Myanmar Text"/>
        </w:rPr>
        <w:t>သတ်ကြလော့၊</w:t>
      </w:r>
      <w:r>
        <w:rPr>
          <w:rFonts w:ascii="Times New Roman" w:hAnsi="Times New Roman" w:eastAsia="Times New Roman" w:cs="Times New Roman"/>
        </w:rPr>
        <w:t xml:space="preserve"> </w:t>
      </w:r>
      <w:r>
        <w:rPr>
          <w:rFonts w:ascii="Myanmar Text" w:hAnsi="Myanmar Text" w:eastAsia="Myanmar Text" w:cs="Myanmar Text"/>
        </w:rPr>
        <w:t>ကားတိုင်ပေါ်တင်၍</w:t>
      </w:r>
      <w:r>
        <w:rPr>
          <w:rFonts w:ascii="Times New Roman" w:hAnsi="Times New Roman" w:eastAsia="Times New Roman" w:cs="Times New Roman"/>
        </w:rPr>
        <w:t xml:space="preserve"> </w:t>
      </w:r>
      <w:r>
        <w:rPr>
          <w:rFonts w:ascii="Myanmar Text" w:hAnsi="Myanmar Text" w:eastAsia="Myanmar Text" w:cs="Myanmar Text"/>
        </w:rPr>
        <w:t>သတ်ကြလော့</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ရူးသွပ်ထက်သန်သော</w:t>
      </w:r>
      <w:r>
        <w:rPr>
          <w:rFonts w:ascii="Times New Roman" w:hAnsi="Times New Roman" w:eastAsia="Times New Roman" w:cs="Times New Roman"/>
        </w:rPr>
        <w:t xml:space="preserve"> </w:t>
      </w:r>
      <w:r>
        <w:rPr>
          <w:rFonts w:ascii="Myanmar Text" w:hAnsi="Myanmar Text" w:eastAsia="Myanmar Text" w:cs="Myanmar Text"/>
        </w:rPr>
        <w:t>အော်ဟစ်သံကို</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ကြားခဲ့ရပြီးဖြစ်၏။</w:t>
      </w:r>
      <w:r>
        <w:rPr>
          <w:rFonts w:ascii="Times New Roman" w:hAnsi="Times New Roman" w:eastAsia="Times New Roman" w:cs="Times New Roman"/>
        </w:rPr>
        <w:t xml:space="preserve"> </w:t>
      </w:r>
      <w:r>
        <w:rPr>
          <w:rFonts w:ascii="Myanmar Text" w:hAnsi="Myanmar Text" w:eastAsia="Myanmar Text" w:cs="Myanmar Text"/>
        </w:rPr>
        <w:t>ယခုလည်း</w:t>
      </w:r>
      <w:r>
        <w:rPr>
          <w:rFonts w:ascii="Times New Roman" w:hAnsi="Times New Roman" w:eastAsia="Times New Roman" w:cs="Times New Roman"/>
        </w:rPr>
        <w:t xml:space="preserve"> </w:t>
      </w:r>
      <w:r>
        <w:rPr>
          <w:rFonts w:ascii="Myanmar Text" w:hAnsi="Myanmar Text" w:eastAsia="Myanmar Text" w:cs="Myanmar Text"/>
        </w:rPr>
        <w:t>ခရစ်ယာန်ဖြစ်သည်ဟု</w:t>
      </w:r>
      <w:r>
        <w:rPr>
          <w:rFonts w:ascii="Times New Roman" w:hAnsi="Times New Roman" w:eastAsia="Times New Roman" w:cs="Times New Roman"/>
        </w:rPr>
        <w:t xml:space="preserve"> </w:t>
      </w:r>
      <w:r>
        <w:rPr>
          <w:rFonts w:ascii="Myanmar Text" w:hAnsi="Myanmar Text" w:eastAsia="Myanmar Text" w:cs="Myanmar Text"/>
        </w:rPr>
        <w:t>ဆိုကြသော</w:t>
      </w:r>
      <w:r>
        <w:rPr>
          <w:rFonts w:ascii="Times New Roman" w:hAnsi="Times New Roman" w:eastAsia="Times New Roman" w:cs="Times New Roman"/>
        </w:rPr>
        <w:t xml:space="preserve"> </w:t>
      </w:r>
      <w:r>
        <w:rPr>
          <w:rFonts w:ascii="Myanmar Text" w:hAnsi="Myanmar Text" w:eastAsia="Myanmar Text" w:cs="Myanmar Text"/>
        </w:rPr>
        <w:t>သွန်သင်ဆရာများထံမှ</w:t>
      </w:r>
      <w:r>
        <w:rPr>
          <w:rFonts w:ascii="Times New Roman" w:hAnsi="Times New Roman" w:eastAsia="Times New Roman" w:cs="Times New Roman"/>
        </w:rPr>
        <w:t xml:space="preserve"> “</w:t>
      </w:r>
      <w:r>
        <w:rPr>
          <w:rFonts w:ascii="Myanmar Text" w:hAnsi="Myanmar Text" w:eastAsia="Myanmar Text" w:cs="Myanmar Text"/>
        </w:rPr>
        <w:t>ပညတ်တရားကို</w:t>
      </w:r>
      <w:r>
        <w:rPr>
          <w:rFonts w:ascii="Times New Roman" w:hAnsi="Times New Roman" w:eastAsia="Times New Roman" w:cs="Times New Roman"/>
        </w:rPr>
        <w:t xml:space="preserve"> </w:t>
      </w:r>
      <w:r>
        <w:rPr>
          <w:rFonts w:ascii="Myanmar Text" w:hAnsi="Myanmar Text" w:eastAsia="Myanmar Text" w:cs="Myanmar Text"/>
        </w:rPr>
        <w:t>ဖယ်ရှားကြလော့</w:t>
      </w:r>
      <w:r>
        <w:rPr>
          <w:rFonts w:ascii="Times New Roman" w:hAnsi="Times New Roman" w:eastAsia="Times New Roman" w:cs="Times New Roman"/>
        </w:rPr>
        <w:t xml:space="preserve">!” </w:t>
      </w:r>
      <w:r>
        <w:rPr>
          <w:rFonts w:ascii="Myanmar Text" w:hAnsi="Myanmar Text" w:eastAsia="Myanmar Text" w:cs="Myanmar Text"/>
        </w:rPr>
        <w:t>ဟူသော</w:t>
      </w:r>
      <w:r>
        <w:rPr>
          <w:rFonts w:ascii="Times New Roman" w:hAnsi="Times New Roman" w:eastAsia="Times New Roman" w:cs="Times New Roman"/>
        </w:rPr>
        <w:t xml:space="preserve"> </w:t>
      </w:r>
      <w:r>
        <w:rPr>
          <w:rFonts w:ascii="Myanmar Text" w:hAnsi="Myanmar Text" w:eastAsia="Myanmar Text" w:cs="Myanmar Text"/>
        </w:rPr>
        <w:t>အော်ဟစ်သံကို</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ကြားရလေ၏။</w:t>
      </w:r>
      <w:r>
        <w:rPr>
          <w:rFonts w:ascii="Times New Roman" w:hAnsi="Times New Roman" w:eastAsia="Times New Roman" w:cs="Times New Roman"/>
        </w:rPr>
        <w:t xml:space="preserve"> </w:t>
      </w:r>
      <w:r>
        <w:rPr>
          <w:rFonts w:ascii="Myanmar Text" w:hAnsi="Myanmar Text" w:eastAsia="Myanmar Text" w:cs="Myanmar Text"/>
        </w:rPr>
        <w:t>ဥပုသ်နေ့သည်</w:t>
      </w:r>
      <w:r>
        <w:rPr>
          <w:rFonts w:ascii="Times New Roman" w:hAnsi="Times New Roman" w:eastAsia="Times New Roman" w:cs="Times New Roman"/>
        </w:rPr>
        <w:t xml:space="preserve"> </w:t>
      </w:r>
      <w:r>
        <w:rPr>
          <w:rFonts w:ascii="Myanmar Text" w:hAnsi="Myanmar Text" w:eastAsia="Myanmar Text" w:cs="Myanmar Text"/>
        </w:rPr>
        <w:t>ခြေဖြင့်နင်းချေခံရလျက်၊</w:t>
      </w:r>
      <w:r>
        <w:rPr>
          <w:rFonts w:ascii="Times New Roman" w:hAnsi="Times New Roman" w:eastAsia="Times New Roman" w:cs="Times New Roman"/>
        </w:rPr>
        <w:t xml:space="preserve"> </w:t>
      </w:r>
      <w:r>
        <w:rPr>
          <w:rFonts w:ascii="Myanmar Text" w:hAnsi="Myanmar Text" w:eastAsia="Myanmar Text" w:cs="Myanmar Text"/>
        </w:rPr>
        <w:t>၎င်း၏နေရာတွင်</w:t>
      </w:r>
      <w:r>
        <w:rPr>
          <w:rFonts w:ascii="Times New Roman" w:hAnsi="Times New Roman" w:eastAsia="Times New Roman" w:cs="Times New Roman"/>
        </w:rPr>
        <w:t xml:space="preserve"> </w:t>
      </w:r>
      <w:r>
        <w:rPr>
          <w:rFonts w:ascii="Myanmar Text" w:hAnsi="Myanmar Text" w:eastAsia="Myanmar Text" w:cs="Myanmar Text"/>
        </w:rPr>
        <w:t>အတုအယောင်တည်ထောင်မှုတစ်ခု</w:t>
      </w:r>
      <w:r>
        <w:rPr>
          <w:rFonts w:ascii="Times New Roman" w:hAnsi="Times New Roman" w:eastAsia="Times New Roman" w:cs="Times New Roman"/>
        </w:rPr>
        <w:t xml:space="preserve"> </w:t>
      </w:r>
      <w:r>
        <w:rPr>
          <w:rFonts w:ascii="Myanmar Text" w:hAnsi="Myanmar Text" w:eastAsia="Myanmar Text" w:cs="Myanmar Text"/>
        </w:rPr>
        <w:t>တည်ထားခံရသည်ကို</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မြင်ရလေ၏။</w:t>
      </w:r>
      <w:r>
        <w:rPr>
          <w:rFonts w:ascii="Times New Roman" w:hAnsi="Times New Roman" w:eastAsia="Times New Roman" w:cs="Times New Roman"/>
        </w:rPr>
        <w:t xml:space="preserve"> </w:t>
      </w:r>
      <w:r>
        <w:rPr>
          <w:rFonts w:ascii="Myanmar Text" w:hAnsi="Myanmar Text" w:eastAsia="Myanmar Text" w:cs="Myanmar Text"/>
        </w:rPr>
        <w:t>တစ်ဖန်</w:t>
      </w:r>
      <w:r>
        <w:rPr>
          <w:rFonts w:ascii="Times New Roman" w:hAnsi="Times New Roman" w:eastAsia="Times New Roman" w:cs="Times New Roman"/>
        </w:rPr>
        <w:t xml:space="preserve"> </w:t>
      </w:r>
      <w:r>
        <w:rPr>
          <w:rFonts w:ascii="Myanmar Text" w:hAnsi="Myanmar Text" w:eastAsia="Myanmar Text" w:cs="Myanmar Text"/>
        </w:rPr>
        <w:t>မောရှေသည်</w:t>
      </w:r>
      <w:r>
        <w:rPr>
          <w:rFonts w:ascii="Times New Roman" w:hAnsi="Times New Roman" w:eastAsia="Times New Roman" w:cs="Times New Roman"/>
        </w:rPr>
        <w:t xml:space="preserve"> </w:t>
      </w:r>
      <w:r>
        <w:rPr>
          <w:rFonts w:ascii="Myanmar Text" w:hAnsi="Myanmar Text" w:eastAsia="Myanmar Text" w:cs="Myanmar Text"/>
        </w:rPr>
        <w:t>အံ့ဩခြင်းနှင့်</w:t>
      </w:r>
      <w:r>
        <w:rPr>
          <w:rFonts w:ascii="Times New Roman" w:hAnsi="Times New Roman" w:eastAsia="Times New Roman" w:cs="Times New Roman"/>
        </w:rPr>
        <w:t xml:space="preserve"> </w:t>
      </w:r>
      <w:r>
        <w:rPr>
          <w:rFonts w:ascii="Myanmar Text" w:hAnsi="Myanmar Text" w:eastAsia="Myanmar Text" w:cs="Myanmar Text"/>
        </w:rPr>
        <w:t>ထိတ်လန့်ကြောက်ရွံ့ခြင်းတို့ဖြင့်</w:t>
      </w:r>
      <w:r>
        <w:rPr>
          <w:rFonts w:ascii="Times New Roman" w:hAnsi="Times New Roman" w:eastAsia="Times New Roman" w:cs="Times New Roman"/>
        </w:rPr>
        <w:t xml:space="preserve"> </w:t>
      </w:r>
      <w:r>
        <w:rPr>
          <w:rFonts w:ascii="Myanmar Text" w:hAnsi="Myanmar Text" w:eastAsia="Myanmar Text" w:cs="Myanmar Text"/>
        </w:rPr>
        <w:t>ပြည့်နှက်သွားလေ၏။</w:t>
      </w:r>
      <w:r>
        <w:rPr>
          <w:rFonts w:ascii="Times New Roman" w:hAnsi="Times New Roman" w:eastAsia="Times New Roman" w:cs="Times New Roman"/>
        </w:rPr>
        <w:t xml:space="preserve"> </w:t>
      </w:r>
      <w:r>
        <w:rPr>
          <w:rFonts w:ascii="Myanmar Text" w:hAnsi="Myanmar Text" w:eastAsia="Myanmar Text" w:cs="Myanmar Text"/>
        </w:rPr>
        <w:t>ခရစ်တော်ကို</w:t>
      </w:r>
      <w:r>
        <w:rPr>
          <w:rFonts w:ascii="Times New Roman" w:hAnsi="Times New Roman" w:eastAsia="Times New Roman" w:cs="Times New Roman"/>
        </w:rPr>
        <w:t xml:space="preserve"> </w:t>
      </w:r>
      <w:r>
        <w:rPr>
          <w:rFonts w:ascii="Myanmar Text" w:hAnsi="Myanmar Text" w:eastAsia="Myanmar Text" w:cs="Myanmar Text"/>
        </w:rPr>
        <w:t>ယုံကြည်ကြသူတို့က</w:t>
      </w:r>
      <w:r>
        <w:rPr>
          <w:rFonts w:ascii="Times New Roman" w:hAnsi="Times New Roman" w:eastAsia="Times New Roman" w:cs="Times New Roman"/>
        </w:rPr>
        <w:t xml:space="preserve"> </w:t>
      </w:r>
      <w:r>
        <w:rPr>
          <w:rFonts w:ascii="Myanmar Text" w:hAnsi="Myanmar Text" w:eastAsia="Myanmar Text" w:cs="Myanmar Text"/>
        </w:rPr>
        <w:t>သူ၏ကိုယ်တိုင်သော</w:t>
      </w:r>
      <w:r>
        <w:rPr>
          <w:rFonts w:ascii="Times New Roman" w:hAnsi="Times New Roman" w:eastAsia="Times New Roman" w:cs="Times New Roman"/>
        </w:rPr>
        <w:t xml:space="preserve"> </w:t>
      </w:r>
      <w:r>
        <w:rPr>
          <w:rFonts w:ascii="Myanmar Text" w:hAnsi="Myanmar Text" w:eastAsia="Myanmar Text" w:cs="Myanmar Text"/>
        </w:rPr>
        <w:t>အသံဖြင့်</w:t>
      </w:r>
      <w:r>
        <w:rPr>
          <w:rFonts w:ascii="Times New Roman" w:hAnsi="Times New Roman" w:eastAsia="Times New Roman" w:cs="Times New Roman"/>
        </w:rPr>
        <w:t xml:space="preserve"> </w:t>
      </w:r>
      <w:r>
        <w:rPr>
          <w:rFonts w:ascii="Myanmar Text" w:hAnsi="Myanmar Text" w:eastAsia="Myanmar Text" w:cs="Myanmar Text"/>
        </w:rPr>
        <w:t>သန့်ရှင်းသော</w:t>
      </w:r>
      <w:r>
        <w:rPr>
          <w:rFonts w:ascii="Times New Roman" w:hAnsi="Times New Roman" w:eastAsia="Times New Roman" w:cs="Times New Roman"/>
        </w:rPr>
        <w:t xml:space="preserve"> </w:t>
      </w:r>
      <w:r>
        <w:rPr>
          <w:rFonts w:ascii="Myanmar Text" w:hAnsi="Myanmar Text" w:eastAsia="Myanmar Text" w:cs="Myanmar Text"/>
        </w:rPr>
        <w:t>တောင်ပေါ်၌</w:t>
      </w:r>
      <w:r>
        <w:rPr>
          <w:rFonts w:ascii="Times New Roman" w:hAnsi="Times New Roman" w:eastAsia="Times New Roman" w:cs="Times New Roman"/>
        </w:rPr>
        <w:t xml:space="preserve"> </w:t>
      </w:r>
      <w:r>
        <w:rPr>
          <w:rFonts w:ascii="Myanmar Text" w:hAnsi="Myanmar Text" w:eastAsia="Myanmar Text" w:cs="Myanmar Text"/>
        </w:rPr>
        <w:t>မိန့်တော်မူခဲ့သော</w:t>
      </w:r>
      <w:r>
        <w:rPr>
          <w:rFonts w:ascii="Times New Roman" w:hAnsi="Times New Roman" w:eastAsia="Times New Roman" w:cs="Times New Roman"/>
        </w:rPr>
        <w:t xml:space="preserve"> </w:t>
      </w:r>
      <w:r>
        <w:rPr>
          <w:rFonts w:ascii="Myanmar Text" w:hAnsi="Myanmar Text" w:eastAsia="Myanmar Text" w:cs="Myanmar Text"/>
        </w:rPr>
        <w:t>ပညတ်တရားကို</w:t>
      </w:r>
      <w:r>
        <w:rPr>
          <w:rFonts w:ascii="Times New Roman" w:hAnsi="Times New Roman" w:eastAsia="Times New Roman" w:cs="Times New Roman"/>
        </w:rPr>
        <w:t xml:space="preserve"> </w:t>
      </w:r>
      <w:r>
        <w:rPr>
          <w:rFonts w:ascii="Myanmar Text" w:hAnsi="Myanmar Text" w:eastAsia="Myanmar Text" w:cs="Myanmar Text"/>
        </w:rPr>
        <w:t>မည်သို့</w:t>
      </w:r>
      <w:r>
        <w:rPr>
          <w:rFonts w:ascii="Times New Roman" w:hAnsi="Times New Roman" w:eastAsia="Times New Roman" w:cs="Times New Roman"/>
        </w:rPr>
        <w:t xml:space="preserve"> </w:t>
      </w:r>
      <w:r>
        <w:rPr>
          <w:rFonts w:ascii="Myanmar Text" w:hAnsi="Myanmar Text" w:eastAsia="Myanmar Text" w:cs="Myanmar Text"/>
        </w:rPr>
        <w:t>ငြင်းပယ်နိုင်ကြမည်နည်း။</w:t>
      </w:r>
      <w:r>
        <w:rPr>
          <w:rFonts w:ascii="Times New Roman" w:hAnsi="Times New Roman" w:eastAsia="Times New Roman" w:cs="Times New Roman"/>
        </w:rPr>
        <w:t xml:space="preserve"> </w:t>
      </w:r>
      <w:r>
        <w:rPr>
          <w:rFonts w:ascii="Myanmar Text" w:hAnsi="Myanmar Text" w:eastAsia="Myanmar Text" w:cs="Myanmar Text"/>
        </w:rPr>
        <w:t>ဘုရားသခင်ကို</w:t>
      </w:r>
      <w:r>
        <w:rPr>
          <w:rFonts w:ascii="Times New Roman" w:hAnsi="Times New Roman" w:eastAsia="Times New Roman" w:cs="Times New Roman"/>
        </w:rPr>
        <w:t xml:space="preserve"> </w:t>
      </w:r>
      <w:r>
        <w:rPr>
          <w:rFonts w:ascii="Myanmar Text" w:hAnsi="Myanmar Text" w:eastAsia="Myanmar Text" w:cs="Myanmar Text"/>
        </w:rPr>
        <w:t>ကြောက်ရွံ့သူ</w:t>
      </w:r>
      <w:r>
        <w:rPr>
          <w:rFonts w:ascii="Times New Roman" w:hAnsi="Times New Roman" w:eastAsia="Times New Roman" w:cs="Times New Roman"/>
        </w:rPr>
        <w:t xml:space="preserve"> </w:t>
      </w:r>
      <w:r>
        <w:rPr>
          <w:rFonts w:ascii="Myanmar Text" w:hAnsi="Myanmar Text" w:eastAsia="Myanmar Text" w:cs="Myanmar Text"/>
        </w:rPr>
        <w:t>မည်သူမဆို</w:t>
      </w:r>
      <w:r>
        <w:rPr>
          <w:rFonts w:ascii="Times New Roman" w:hAnsi="Times New Roman" w:eastAsia="Times New Roman" w:cs="Times New Roman"/>
        </w:rPr>
        <w:t xml:space="preserve"> </w:t>
      </w:r>
      <w:r>
        <w:rPr>
          <w:rFonts w:ascii="Myanmar Text" w:hAnsi="Myanmar Text" w:eastAsia="Myanmar Text" w:cs="Myanmar Text"/>
        </w:rPr>
        <w:t>ကောင်းကင်နှင့်</w:t>
      </w:r>
      <w:r>
        <w:rPr>
          <w:rFonts w:ascii="Times New Roman" w:hAnsi="Times New Roman" w:eastAsia="Times New Roman" w:cs="Times New Roman"/>
        </w:rPr>
        <w:t xml:space="preserve"> </w:t>
      </w:r>
      <w:r>
        <w:rPr>
          <w:rFonts w:ascii="Myanmar Text" w:hAnsi="Myanmar Text" w:eastAsia="Myanmar Text" w:cs="Myanmar Text"/>
        </w:rPr>
        <w:t>မြေကြီးပေါ်ရှိ</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အုပ်စိုးမှု၏</w:t>
      </w:r>
      <w:r>
        <w:rPr>
          <w:rFonts w:ascii="Times New Roman" w:hAnsi="Times New Roman" w:eastAsia="Times New Roman" w:cs="Times New Roman"/>
        </w:rPr>
        <w:t xml:space="preserve"> </w:t>
      </w:r>
      <w:r>
        <w:rPr>
          <w:rFonts w:ascii="Myanmar Text" w:hAnsi="Myanmar Text" w:eastAsia="Myanmar Text" w:cs="Myanmar Text"/>
        </w:rPr>
        <w:t>အခြေခံဖြစ်သော</w:t>
      </w:r>
      <w:r>
        <w:rPr>
          <w:rFonts w:ascii="Times New Roman" w:hAnsi="Times New Roman" w:eastAsia="Times New Roman" w:cs="Times New Roman"/>
        </w:rPr>
        <w:t xml:space="preserve"> </w:t>
      </w:r>
      <w:r>
        <w:rPr>
          <w:rFonts w:ascii="Myanmar Text" w:hAnsi="Myanmar Text" w:eastAsia="Myanmar Text" w:cs="Myanmar Text"/>
        </w:rPr>
        <w:t>ပညတ်တရားကို</w:t>
      </w:r>
      <w:r>
        <w:rPr>
          <w:rFonts w:ascii="Times New Roman" w:hAnsi="Times New Roman" w:eastAsia="Times New Roman" w:cs="Times New Roman"/>
        </w:rPr>
        <w:t xml:space="preserve"> </w:t>
      </w:r>
      <w:r>
        <w:rPr>
          <w:rFonts w:ascii="Myanmar Text" w:hAnsi="Myanmar Text" w:eastAsia="Myanmar Text" w:cs="Myanmar Text"/>
        </w:rPr>
        <w:t>မည်သို့</w:t>
      </w:r>
      <w:r>
        <w:rPr>
          <w:rFonts w:ascii="Times New Roman" w:hAnsi="Times New Roman" w:eastAsia="Times New Roman" w:cs="Times New Roman"/>
        </w:rPr>
        <w:t xml:space="preserve"> </w:t>
      </w:r>
      <w:r>
        <w:rPr>
          <w:rFonts w:ascii="Myanmar Text" w:hAnsi="Myanmar Text" w:eastAsia="Myanmar Text" w:cs="Myanmar Text"/>
        </w:rPr>
        <w:t>ဖယ်ရှားပစ်နိုင်ကြမည်နည်း။</w:t>
      </w:r>
      <w:r>
        <w:rPr>
          <w:rFonts w:ascii="Times New Roman" w:hAnsi="Times New Roman" w:eastAsia="Times New Roman" w:cs="Times New Roman"/>
        </w:rPr>
        <w:t xml:space="preserve"> </w:t>
      </w:r>
      <w:r>
        <w:rPr>
          <w:rFonts w:ascii="Myanmar Text" w:hAnsi="Myanmar Text" w:eastAsia="Myanmar Text" w:cs="Myanmar Text"/>
        </w:rPr>
        <w:t>သစ္စာရှိသော</w:t>
      </w:r>
      <w:r>
        <w:rPr>
          <w:rFonts w:ascii="Times New Roman" w:hAnsi="Times New Roman" w:eastAsia="Times New Roman" w:cs="Times New Roman"/>
        </w:rPr>
        <w:t xml:space="preserve"> </w:t>
      </w:r>
      <w:r>
        <w:rPr>
          <w:rFonts w:ascii="Myanmar Text" w:hAnsi="Myanmar Text" w:eastAsia="Myanmar Text" w:cs="Myanmar Text"/>
        </w:rPr>
        <w:t>လူအနည်းငယ်က</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ပညတ်တရားကို</w:t>
      </w:r>
      <w:r>
        <w:rPr>
          <w:rFonts w:ascii="Times New Roman" w:hAnsi="Times New Roman" w:eastAsia="Times New Roman" w:cs="Times New Roman"/>
        </w:rPr>
        <w:t xml:space="preserve"> </w:t>
      </w:r>
      <w:r>
        <w:rPr>
          <w:rFonts w:ascii="Myanmar Text" w:hAnsi="Myanmar Text" w:eastAsia="Myanmar Text" w:cs="Myanmar Text"/>
        </w:rPr>
        <w:t>ဆက်လက်</w:t>
      </w:r>
      <w:r>
        <w:rPr>
          <w:rFonts w:ascii="Times New Roman" w:hAnsi="Times New Roman" w:eastAsia="Times New Roman" w:cs="Times New Roman"/>
        </w:rPr>
        <w:t xml:space="preserve"> </w:t>
      </w:r>
      <w:r>
        <w:rPr>
          <w:rFonts w:ascii="Myanmar Text" w:hAnsi="Myanmar Text" w:eastAsia="Myanmar Text" w:cs="Myanmar Text"/>
        </w:rPr>
        <w:t>ဂုဏ်ပြု၍</w:t>
      </w:r>
      <w:r>
        <w:rPr>
          <w:rFonts w:ascii="Times New Roman" w:hAnsi="Times New Roman" w:eastAsia="Times New Roman" w:cs="Times New Roman"/>
        </w:rPr>
        <w:t xml:space="preserve"> </w:t>
      </w:r>
      <w:r>
        <w:rPr>
          <w:rFonts w:ascii="Myanmar Text" w:hAnsi="Myanmar Text" w:eastAsia="Myanmar Text" w:cs="Myanmar Text"/>
        </w:rPr>
        <w:t>မြှင့်တင်လျက်ရှိသည်ကို</w:t>
      </w:r>
      <w:r>
        <w:rPr>
          <w:rFonts w:ascii="Times New Roman" w:hAnsi="Times New Roman" w:eastAsia="Times New Roman" w:cs="Times New Roman"/>
        </w:rPr>
        <w:t xml:space="preserve"> </w:t>
      </w:r>
      <w:r>
        <w:rPr>
          <w:rFonts w:ascii="Myanmar Text" w:hAnsi="Myanmar Text" w:eastAsia="Myanmar Text" w:cs="Myanmar Text"/>
        </w:rPr>
        <w:t>မောရှေသည်</w:t>
      </w:r>
      <w:r>
        <w:rPr>
          <w:rFonts w:ascii="Times New Roman" w:hAnsi="Times New Roman" w:eastAsia="Times New Roman" w:cs="Times New Roman"/>
        </w:rPr>
        <w:t xml:space="preserve"> </w:t>
      </w:r>
      <w:r>
        <w:rPr>
          <w:rFonts w:ascii="Myanmar Text" w:hAnsi="Myanmar Text" w:eastAsia="Myanmar Text" w:cs="Myanmar Text"/>
        </w:rPr>
        <w:t>ဝမ်းမြောက်ခြင်းနှင့်အတူ</w:t>
      </w:r>
      <w:r>
        <w:rPr>
          <w:rFonts w:ascii="Times New Roman" w:hAnsi="Times New Roman" w:eastAsia="Times New Roman" w:cs="Times New Roman"/>
        </w:rPr>
        <w:t xml:space="preserve"> </w:t>
      </w:r>
      <w:r>
        <w:rPr>
          <w:rFonts w:ascii="Myanmar Text" w:hAnsi="Myanmar Text" w:eastAsia="Myanmar Text" w:cs="Myanmar Text"/>
        </w:rPr>
        <w:t>မြင်ရလေ၏။</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ပညတ်တရားကို</w:t>
      </w:r>
      <w:r>
        <w:rPr>
          <w:rFonts w:ascii="Times New Roman" w:hAnsi="Times New Roman" w:eastAsia="Times New Roman" w:cs="Times New Roman"/>
        </w:rPr>
        <w:t xml:space="preserve"> </w:t>
      </w:r>
      <w:r>
        <w:rPr>
          <w:rFonts w:ascii="Myanmar Text" w:hAnsi="Myanmar Text" w:eastAsia="Myanmar Text" w:cs="Myanmar Text"/>
        </w:rPr>
        <w:t>စောင့်ထိန်းသူတို့ကို</w:t>
      </w:r>
      <w:r>
        <w:rPr>
          <w:rFonts w:ascii="Times New Roman" w:hAnsi="Times New Roman" w:eastAsia="Times New Roman" w:cs="Times New Roman"/>
        </w:rPr>
        <w:t xml:space="preserve"> </w:t>
      </w:r>
      <w:r>
        <w:rPr>
          <w:rFonts w:ascii="Myanmar Text" w:hAnsi="Myanmar Text" w:eastAsia="Myanmar Text" w:cs="Myanmar Text"/>
        </w:rPr>
        <w:t>ဖျက်ဆီးပစ်ရန်</w:t>
      </w:r>
      <w:r>
        <w:rPr>
          <w:rFonts w:ascii="Times New Roman" w:hAnsi="Times New Roman" w:eastAsia="Times New Roman" w:cs="Times New Roman"/>
        </w:rPr>
        <w:t xml:space="preserve"> </w:t>
      </w:r>
      <w:r>
        <w:rPr>
          <w:rFonts w:ascii="Myanmar Text" w:hAnsi="Myanmar Text" w:eastAsia="Myanmar Text" w:cs="Myanmar Text"/>
        </w:rPr>
        <w:t>မြေကြီးပေါ်ရှိ</w:t>
      </w:r>
      <w:r>
        <w:rPr>
          <w:rFonts w:ascii="Times New Roman" w:hAnsi="Times New Roman" w:eastAsia="Times New Roman" w:cs="Times New Roman"/>
        </w:rPr>
        <w:t xml:space="preserve"> </w:t>
      </w:r>
      <w:r>
        <w:rPr>
          <w:rFonts w:ascii="Myanmar Text" w:hAnsi="Myanmar Text" w:eastAsia="Myanmar Text" w:cs="Myanmar Text"/>
        </w:rPr>
        <w:t>အာဏာစွမ်းအားများ၏</w:t>
      </w:r>
      <w:r>
        <w:rPr>
          <w:rFonts w:ascii="Times New Roman" w:hAnsi="Times New Roman" w:eastAsia="Times New Roman" w:cs="Times New Roman"/>
        </w:rPr>
        <w:t xml:space="preserve"> </w:t>
      </w:r>
      <w:r>
        <w:rPr>
          <w:rFonts w:ascii="Myanmar Text" w:hAnsi="Myanmar Text" w:eastAsia="Myanmar Text" w:cs="Myanmar Text"/>
        </w:rPr>
        <w:t>နောက်ဆုံးကြီးမားသော</w:t>
      </w:r>
      <w:r>
        <w:rPr>
          <w:rFonts w:ascii="Times New Roman" w:hAnsi="Times New Roman" w:eastAsia="Times New Roman" w:cs="Times New Roman"/>
        </w:rPr>
        <w:t xml:space="preserve"> </w:t>
      </w:r>
      <w:r>
        <w:rPr>
          <w:rFonts w:ascii="Myanmar Text" w:hAnsi="Myanmar Text" w:eastAsia="Myanmar Text" w:cs="Myanmar Text"/>
        </w:rPr>
        <w:t>ပဋိပက္ခကို</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မြင်ရလေ၏။</w:t>
      </w:r>
      <w:r>
        <w:rPr>
          <w:rFonts w:ascii="Times New Roman" w:hAnsi="Times New Roman" w:eastAsia="Times New Roman" w:cs="Times New Roman"/>
        </w:rPr>
        <w:t xml:space="preserve"> </w:t>
      </w:r>
      <w:r>
        <w:rPr>
          <w:rFonts w:ascii="Myanmar Text" w:hAnsi="Myanmar Text" w:eastAsia="Myanmar Text" w:cs="Myanmar Text"/>
        </w:rPr>
        <w:t>ဘုရားသခင်သည်</w:t>
      </w:r>
      <w:r>
        <w:rPr>
          <w:rFonts w:ascii="Times New Roman" w:hAnsi="Times New Roman" w:eastAsia="Times New Roman" w:cs="Times New Roman"/>
        </w:rPr>
        <w:t xml:space="preserve"> </w:t>
      </w:r>
      <w:r>
        <w:rPr>
          <w:rFonts w:ascii="Myanmar Text" w:hAnsi="Myanmar Text" w:eastAsia="Myanmar Text" w:cs="Myanmar Text"/>
        </w:rPr>
        <w:t>မြေကြီးပေါ်နေသူများ၏</w:t>
      </w:r>
      <w:r>
        <w:rPr>
          <w:rFonts w:ascii="Times New Roman" w:hAnsi="Times New Roman" w:eastAsia="Times New Roman" w:cs="Times New Roman"/>
        </w:rPr>
        <w:t xml:space="preserve"> </w:t>
      </w:r>
      <w:r>
        <w:rPr>
          <w:rFonts w:ascii="Myanmar Text" w:hAnsi="Myanmar Text" w:eastAsia="Myanmar Text" w:cs="Myanmar Text"/>
        </w:rPr>
        <w:t>အပြစ်ဒုစရိုက်ကြောင့်</w:t>
      </w:r>
      <w:r>
        <w:rPr>
          <w:rFonts w:ascii="Times New Roman" w:hAnsi="Times New Roman" w:eastAsia="Times New Roman" w:cs="Times New Roman"/>
        </w:rPr>
        <w:t xml:space="preserve"> </w:t>
      </w:r>
      <w:r>
        <w:rPr>
          <w:rFonts w:ascii="Myanmar Text" w:hAnsi="Myanmar Text" w:eastAsia="Myanmar Text" w:cs="Myanmar Text"/>
        </w:rPr>
        <w:t>သူတို့ကို</w:t>
      </w:r>
      <w:r>
        <w:rPr>
          <w:rFonts w:ascii="Times New Roman" w:hAnsi="Times New Roman" w:eastAsia="Times New Roman" w:cs="Times New Roman"/>
        </w:rPr>
        <w:t xml:space="preserve"> </w:t>
      </w:r>
      <w:r>
        <w:rPr>
          <w:rFonts w:ascii="Myanmar Text" w:hAnsi="Myanmar Text" w:eastAsia="Myanmar Text" w:cs="Myanmar Text"/>
        </w:rPr>
        <w:t>ဒဏ်ခတ်ရန်</w:t>
      </w:r>
      <w:r>
        <w:rPr>
          <w:rFonts w:ascii="Times New Roman" w:hAnsi="Times New Roman" w:eastAsia="Times New Roman" w:cs="Times New Roman"/>
        </w:rPr>
        <w:t xml:space="preserve"> </w:t>
      </w:r>
      <w:r>
        <w:rPr>
          <w:rFonts w:ascii="Myanmar Text" w:hAnsi="Myanmar Text" w:eastAsia="Myanmar Text" w:cs="Myanmar Text"/>
        </w:rPr>
        <w:t>ထကြွလာမည့်</w:t>
      </w:r>
      <w:r>
        <w:rPr>
          <w:rFonts w:ascii="Times New Roman" w:hAnsi="Times New Roman" w:eastAsia="Times New Roman" w:cs="Times New Roman"/>
        </w:rPr>
        <w:t xml:space="preserve"> </w:t>
      </w:r>
      <w:r>
        <w:rPr>
          <w:rFonts w:ascii="Myanmar Text" w:hAnsi="Myanmar Text" w:eastAsia="Myanmar Text" w:cs="Myanmar Text"/>
        </w:rPr>
        <w:t>အချိန်ကို</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ကြိုတင်မြင်ရလေ၏။</w:t>
      </w:r>
      <w:r>
        <w:rPr>
          <w:rFonts w:ascii="Times New Roman" w:hAnsi="Times New Roman" w:eastAsia="Times New Roman" w:cs="Times New Roman"/>
        </w:rPr>
        <w:t xml:space="preserve"> </w:t>
      </w:r>
      <w:r>
        <w:rPr>
          <w:rFonts w:ascii="Myanmar Text" w:hAnsi="Myanmar Text" w:eastAsia="Myanmar Text" w:cs="Myanmar Text"/>
        </w:rPr>
        <w:t>ထို့အပြင်</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နာမတော်ကို</w:t>
      </w:r>
      <w:r>
        <w:rPr>
          <w:rFonts w:ascii="Times New Roman" w:hAnsi="Times New Roman" w:eastAsia="Times New Roman" w:cs="Times New Roman"/>
        </w:rPr>
        <w:t xml:space="preserve"> </w:t>
      </w:r>
      <w:r>
        <w:rPr>
          <w:rFonts w:ascii="Myanmar Text" w:hAnsi="Myanmar Text" w:eastAsia="Myanmar Text" w:cs="Myanmar Text"/>
        </w:rPr>
        <w:t>ကြောက်ရွံ့ခဲ့သူတို့သည်</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အမျက်တော်၏</w:t>
      </w:r>
      <w:r>
        <w:rPr>
          <w:rFonts w:ascii="Times New Roman" w:hAnsi="Times New Roman" w:eastAsia="Times New Roman" w:cs="Times New Roman"/>
        </w:rPr>
        <w:t xml:space="preserve"> </w:t>
      </w:r>
      <w:r>
        <w:rPr>
          <w:rFonts w:ascii="Myanmar Text" w:hAnsi="Myanmar Text" w:eastAsia="Myanmar Text" w:cs="Myanmar Text"/>
        </w:rPr>
        <w:t>နေ့၌</w:t>
      </w:r>
      <w:r>
        <w:rPr>
          <w:rFonts w:ascii="Times New Roman" w:hAnsi="Times New Roman" w:eastAsia="Times New Roman" w:cs="Times New Roman"/>
        </w:rPr>
        <w:t xml:space="preserve"> </w:t>
      </w:r>
      <w:r>
        <w:rPr>
          <w:rFonts w:ascii="Myanmar Text" w:hAnsi="Myanmar Text" w:eastAsia="Myanmar Text" w:cs="Myanmar Text"/>
        </w:rPr>
        <w:t>ဖုံးအုပ်ကာကွယ်ခံရ၍</w:t>
      </w:r>
      <w:r>
        <w:rPr>
          <w:rFonts w:ascii="Times New Roman" w:hAnsi="Times New Roman" w:eastAsia="Times New Roman" w:cs="Times New Roman"/>
        </w:rPr>
        <w:t xml:space="preserve"> </w:t>
      </w:r>
      <w:r>
        <w:rPr>
          <w:rFonts w:ascii="Myanmar Text" w:hAnsi="Myanmar Text" w:eastAsia="Myanmar Text" w:cs="Myanmar Text"/>
        </w:rPr>
        <w:t>ဝှက်ထားခြင်းခံရမည်ကိုလည်း</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မြင်ရလေ၏။</w:t>
      </w:r>
      <w:r>
        <w:rPr>
          <w:rFonts w:ascii="Times New Roman" w:hAnsi="Times New Roman" w:eastAsia="Times New Roman" w:cs="Times New Roman"/>
        </w:rPr>
        <w:t xml:space="preserve"> </w:t>
      </w:r>
      <w:r>
        <w:rPr>
          <w:rFonts w:ascii="Myanmar Text" w:hAnsi="Myanmar Text" w:eastAsia="Myanmar Text" w:cs="Myanmar Text"/>
        </w:rPr>
        <w:t>သန့်ရှင်းသော</w:t>
      </w:r>
      <w:r>
        <w:rPr>
          <w:rFonts w:ascii="Times New Roman" w:hAnsi="Times New Roman" w:eastAsia="Times New Roman" w:cs="Times New Roman"/>
        </w:rPr>
        <w:t xml:space="preserve"> </w:t>
      </w:r>
      <w:r>
        <w:rPr>
          <w:rFonts w:ascii="Myanmar Text" w:hAnsi="Myanmar Text" w:eastAsia="Myanmar Text" w:cs="Myanmar Text"/>
        </w:rPr>
        <w:t>နေတော်မှ</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အသံကို</w:t>
      </w:r>
      <w:r>
        <w:rPr>
          <w:rFonts w:ascii="Times New Roman" w:hAnsi="Times New Roman" w:eastAsia="Times New Roman" w:cs="Times New Roman"/>
        </w:rPr>
        <w:t xml:space="preserve"> </w:t>
      </w:r>
      <w:r>
        <w:rPr>
          <w:rFonts w:ascii="Myanmar Text" w:hAnsi="Myanmar Text" w:eastAsia="Myanmar Text" w:cs="Myanmar Text"/>
        </w:rPr>
        <w:t>ထုတ်ဖော်မိန့်တော်မူရာ</w:t>
      </w:r>
      <w:r>
        <w:rPr>
          <w:rFonts w:ascii="Times New Roman" w:hAnsi="Times New Roman" w:eastAsia="Times New Roman" w:cs="Times New Roman"/>
        </w:rPr>
        <w:t xml:space="preserve"> </w:t>
      </w:r>
      <w:r>
        <w:rPr>
          <w:rFonts w:ascii="Myanmar Text" w:hAnsi="Myanmar Text" w:eastAsia="Myanmar Text" w:cs="Myanmar Text"/>
        </w:rPr>
        <w:t>ကောင်းကင်နှင့်</w:t>
      </w:r>
      <w:r>
        <w:rPr>
          <w:rFonts w:ascii="Times New Roman" w:hAnsi="Times New Roman" w:eastAsia="Times New Roman" w:cs="Times New Roman"/>
        </w:rPr>
        <w:t xml:space="preserve"> </w:t>
      </w:r>
      <w:r>
        <w:rPr>
          <w:rFonts w:ascii="Myanmar Text" w:hAnsi="Myanmar Text" w:eastAsia="Myanmar Text" w:cs="Myanmar Text"/>
        </w:rPr>
        <w:t>မြေကြီးတို့</w:t>
      </w:r>
      <w:r>
        <w:rPr>
          <w:rFonts w:ascii="Times New Roman" w:hAnsi="Times New Roman" w:eastAsia="Times New Roman" w:cs="Times New Roman"/>
        </w:rPr>
        <w:t xml:space="preserve"> </w:t>
      </w:r>
      <w:r>
        <w:rPr>
          <w:rFonts w:ascii="Myanmar Text" w:hAnsi="Myanmar Text" w:eastAsia="Myanmar Text" w:cs="Myanmar Text"/>
        </w:rPr>
        <w:t>လှုပ်ခတ်တုန်လှုပ်ကြစဉ်၊</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ပညတ်တရားကို</w:t>
      </w:r>
      <w:r>
        <w:rPr>
          <w:rFonts w:ascii="Times New Roman" w:hAnsi="Times New Roman" w:eastAsia="Times New Roman" w:cs="Times New Roman"/>
        </w:rPr>
        <w:t xml:space="preserve"> </w:t>
      </w:r>
      <w:r>
        <w:rPr>
          <w:rFonts w:ascii="Myanmar Text" w:hAnsi="Myanmar Text" w:eastAsia="Myanmar Text" w:cs="Myanmar Text"/>
        </w:rPr>
        <w:t>စောင့်ထိန်းခဲ့သူတို့နှင့်</w:t>
      </w:r>
      <w:r>
        <w:rPr>
          <w:rFonts w:ascii="Times New Roman" w:hAnsi="Times New Roman" w:eastAsia="Times New Roman" w:cs="Times New Roman"/>
        </w:rPr>
        <w:t xml:space="preserve"> </w:t>
      </w:r>
      <w:r>
        <w:rPr>
          <w:rFonts w:ascii="Myanmar Text" w:hAnsi="Myanmar Text" w:eastAsia="Myanmar Text" w:cs="Myanmar Text"/>
        </w:rPr>
        <w:t>ချုပ်ဆိုထားသော</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ငြိမ်သက်ခြင်းပဋိညာဉ်တော်ကို</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ကြားရလေ၏။</w:t>
      </w:r>
      <w:r>
        <w:rPr>
          <w:rFonts w:ascii="Times New Roman" w:hAnsi="Times New Roman" w:eastAsia="Times New Roman" w:cs="Times New Roman"/>
        </w:rPr>
        <w:t xml:space="preserve"> </w:t>
      </w:r>
      <w:r>
        <w:rPr>
          <w:rFonts w:ascii="Myanmar Text" w:hAnsi="Myanmar Text" w:eastAsia="Myanmar Text" w:cs="Myanmar Text"/>
        </w:rPr>
        <w:t>ဘုန်းအသရေနှင့်ပြည့်စုံသော</w:t>
      </w:r>
      <w:r>
        <w:rPr>
          <w:rFonts w:ascii="Times New Roman" w:hAnsi="Times New Roman" w:eastAsia="Times New Roman" w:cs="Times New Roman"/>
        </w:rPr>
        <w:t xml:space="preserve"> </w:t>
      </w:r>
      <w:r>
        <w:rPr>
          <w:rFonts w:ascii="Myanmar Text" w:hAnsi="Myanmar Text" w:eastAsia="Myanmar Text" w:cs="Myanmar Text"/>
        </w:rPr>
        <w:t>ခရစ်တော်၏</w:t>
      </w:r>
      <w:r>
        <w:rPr>
          <w:rFonts w:ascii="Times New Roman" w:hAnsi="Times New Roman" w:eastAsia="Times New Roman" w:cs="Times New Roman"/>
        </w:rPr>
        <w:t xml:space="preserve"> </w:t>
      </w:r>
      <w:r>
        <w:rPr>
          <w:rFonts w:ascii="Myanmar Text" w:hAnsi="Myanmar Text" w:eastAsia="Myanmar Text" w:cs="Myanmar Text"/>
        </w:rPr>
        <w:t>ဒုတိယအကြိမ်</w:t>
      </w:r>
      <w:r>
        <w:rPr>
          <w:rFonts w:ascii="Times New Roman" w:hAnsi="Times New Roman" w:eastAsia="Times New Roman" w:cs="Times New Roman"/>
        </w:rPr>
        <w:t xml:space="preserve"> </w:t>
      </w:r>
      <w:r>
        <w:rPr>
          <w:rFonts w:ascii="Myanmar Text" w:hAnsi="Myanmar Text" w:eastAsia="Myanmar Text" w:cs="Myanmar Text"/>
        </w:rPr>
        <w:t>ကြွလာတော်မူခြင်း၊</w:t>
      </w:r>
      <w:r>
        <w:rPr>
          <w:rFonts w:ascii="Times New Roman" w:hAnsi="Times New Roman" w:eastAsia="Times New Roman" w:cs="Times New Roman"/>
        </w:rPr>
        <w:t xml:space="preserve"> </w:t>
      </w:r>
      <w:r>
        <w:rPr>
          <w:rFonts w:ascii="Myanmar Text" w:hAnsi="Myanmar Text" w:eastAsia="Myanmar Text" w:cs="Myanmar Text"/>
        </w:rPr>
        <w:t>ဖြောင့်မတ်သော</w:t>
      </w:r>
      <w:r>
        <w:rPr>
          <w:rFonts w:ascii="Times New Roman" w:hAnsi="Times New Roman" w:eastAsia="Times New Roman" w:cs="Times New Roman"/>
        </w:rPr>
        <w:t xml:space="preserve"> </w:t>
      </w:r>
      <w:r>
        <w:rPr>
          <w:rFonts w:ascii="Myanmar Text" w:hAnsi="Myanmar Text" w:eastAsia="Myanmar Text" w:cs="Myanmar Text"/>
        </w:rPr>
        <w:t>သေဆုံးသူတို့သည်</w:t>
      </w:r>
      <w:r>
        <w:rPr>
          <w:rFonts w:ascii="Times New Roman" w:hAnsi="Times New Roman" w:eastAsia="Times New Roman" w:cs="Times New Roman"/>
        </w:rPr>
        <w:t xml:space="preserve"> </w:t>
      </w:r>
      <w:r>
        <w:rPr>
          <w:rFonts w:ascii="Myanmar Text" w:hAnsi="Myanmar Text" w:eastAsia="Myanmar Text" w:cs="Myanmar Text"/>
        </w:rPr>
        <w:t>မသေဖျက်နိုင်သော</w:t>
      </w:r>
      <w:r>
        <w:rPr>
          <w:rFonts w:ascii="Times New Roman" w:hAnsi="Times New Roman" w:eastAsia="Times New Roman" w:cs="Times New Roman"/>
        </w:rPr>
        <w:t xml:space="preserve"> </w:t>
      </w:r>
      <w:r>
        <w:rPr>
          <w:rFonts w:ascii="Myanmar Text" w:hAnsi="Myanmar Text" w:eastAsia="Myanmar Text" w:cs="Myanmar Text"/>
        </w:rPr>
        <w:t>အသက်သို့</w:t>
      </w:r>
      <w:r>
        <w:rPr>
          <w:rFonts w:ascii="Times New Roman" w:hAnsi="Times New Roman" w:eastAsia="Times New Roman" w:cs="Times New Roman"/>
        </w:rPr>
        <w:t xml:space="preserve"> </w:t>
      </w:r>
      <w:r>
        <w:rPr>
          <w:rFonts w:ascii="Myanmar Text" w:hAnsi="Myanmar Text" w:eastAsia="Myanmar Text" w:cs="Myanmar Text"/>
        </w:rPr>
        <w:t>ထမြောက်ခြင်း၊</w:t>
      </w:r>
      <w:r>
        <w:rPr>
          <w:rFonts w:ascii="Times New Roman" w:hAnsi="Times New Roman" w:eastAsia="Times New Roman" w:cs="Times New Roman"/>
        </w:rPr>
        <w:t xml:space="preserve"> </w:t>
      </w:r>
      <w:r>
        <w:rPr>
          <w:rFonts w:ascii="Myanmar Text" w:hAnsi="Myanmar Text" w:eastAsia="Myanmar Text" w:cs="Myanmar Text"/>
        </w:rPr>
        <w:t>အသက်ရှင်လျက်ရှိသော</w:t>
      </w:r>
      <w:r>
        <w:rPr>
          <w:rFonts w:ascii="Times New Roman" w:hAnsi="Times New Roman" w:eastAsia="Times New Roman" w:cs="Times New Roman"/>
        </w:rPr>
        <w:t xml:space="preserve"> </w:t>
      </w:r>
      <w:r>
        <w:rPr>
          <w:rFonts w:ascii="Myanmar Text" w:hAnsi="Myanmar Text" w:eastAsia="Myanmar Text" w:cs="Myanmar Text"/>
        </w:rPr>
        <w:t>သန့်ရှင်းသူတို့သည်</w:t>
      </w:r>
      <w:r>
        <w:rPr>
          <w:rFonts w:ascii="Times New Roman" w:hAnsi="Times New Roman" w:eastAsia="Times New Roman" w:cs="Times New Roman"/>
        </w:rPr>
        <w:t xml:space="preserve"> </w:t>
      </w:r>
      <w:r>
        <w:rPr>
          <w:rFonts w:ascii="Myanmar Text" w:hAnsi="Myanmar Text" w:eastAsia="Myanmar Text" w:cs="Myanmar Text"/>
        </w:rPr>
        <w:t>သေခြင်းကို</w:t>
      </w:r>
      <w:r>
        <w:rPr>
          <w:rFonts w:ascii="Times New Roman" w:hAnsi="Times New Roman" w:eastAsia="Times New Roman" w:cs="Times New Roman"/>
        </w:rPr>
        <w:t xml:space="preserve"> </w:t>
      </w:r>
      <w:r>
        <w:rPr>
          <w:rFonts w:ascii="Myanmar Text" w:hAnsi="Myanmar Text" w:eastAsia="Myanmar Text" w:cs="Myanmar Text"/>
        </w:rPr>
        <w:t>မမြင်ဘဲ</w:t>
      </w:r>
      <w:r>
        <w:rPr>
          <w:rFonts w:ascii="Times New Roman" w:hAnsi="Times New Roman" w:eastAsia="Times New Roman" w:cs="Times New Roman"/>
        </w:rPr>
        <w:t xml:space="preserve"> </w:t>
      </w:r>
      <w:r>
        <w:rPr>
          <w:rFonts w:ascii="Myanmar Text" w:hAnsi="Myanmar Text" w:eastAsia="Myanmar Text" w:cs="Myanmar Text"/>
        </w:rPr>
        <w:t>ပြောင်းလဲခြင်းခံရခြင်း၊</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အားလုံးပေါင်း၍</w:t>
      </w:r>
      <w:r>
        <w:rPr>
          <w:rFonts w:ascii="Times New Roman" w:hAnsi="Times New Roman" w:eastAsia="Times New Roman" w:cs="Times New Roman"/>
        </w:rPr>
        <w:t xml:space="preserve"> </w:t>
      </w:r>
      <w:r>
        <w:rPr>
          <w:rFonts w:ascii="Myanmar Text" w:hAnsi="Myanmar Text" w:eastAsia="Myanmar Text" w:cs="Myanmar Text"/>
        </w:rPr>
        <w:t>ဝမ်းမြောက်ခြင်းသီချင်းများဖြင့်</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မြို့တော်သို့</w:t>
      </w:r>
      <w:r>
        <w:rPr>
          <w:rFonts w:ascii="Times New Roman" w:hAnsi="Times New Roman" w:eastAsia="Times New Roman" w:cs="Times New Roman"/>
        </w:rPr>
        <w:t xml:space="preserve"> </w:t>
      </w:r>
      <w:r>
        <w:rPr>
          <w:rFonts w:ascii="Myanmar Text" w:hAnsi="Myanmar Text" w:eastAsia="Myanmar Text" w:cs="Myanmar Text"/>
        </w:rPr>
        <w:t>တက်ကြွသွားကြခြင်းတို့ကိုလည်း</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မြင်ရလေ၏။</w:t>
      </w:r>
      <w:r>
        <w:rPr>
          <w:rFonts w:ascii="Times New Roman" w:hAnsi="Times New Roman" w:eastAsia="Times New Roman" w:cs="Times New Roman"/>
        </w:rPr>
        <w:t>» Patriarchs and Prophets, 476.</w:t>
      </w:r>
    </w:p>
    <w:p>
      <w:pPr>
        <w:pStyle w:val="ArticleBody"/>
        <w:jc w:val="left"/>
      </w:pPr>
      <w:r>
        <w:rPr>
          <w:rFonts w:ascii="Times New Roman" w:hAnsi="Times New Roman" w:eastAsia="Times New Roman" w:cs="Times New Roman"/>
        </w:rPr>
        <w:t>Na rã oiko aty guasu, ha’éva gentil-kuéra ha peteĩ aravo pegua tembiapohára-kuéra, oñeha’ã peteĩ prueba fundacional rupive, ha upéi pya’e ojehechaukáta chupekuéra peteĩ prueba templo rehegua. ¿Pe templo yvypóra rehegua Roma pegua, kuimba’e angaipáva ndive, piko ha’éta ita guasu térã yvyku’i peẽ pemopu’ã hag̃ua pende jerovia hi’ári? Térãpa ha’e pe templo encarnación rehegua, oñembojoajúva Tupã reko ha yvypóra reko, ha’éva pe templo umi cien cuarenta y cuatro mil rehegua, Pedro ohenóiva “óga espiritual”? Upe ára de prueba fundación ha templo rehegua jave, pe jejopy vai ojapóta pe prueba decisiva mbohapyha paso rehegua, ha upéi yvypóra prueba ára oñembotýta.</w:t>
      </w:r>
    </w:p>
    <w:p>
      <w:pPr>
        <w:pStyle w:val="ArticleBody"/>
        <w:jc w:val="left"/>
      </w:pPr>
      <w:r>
        <w:rPr>
          <w:rFonts w:ascii="Times New Roman" w:hAnsi="Times New Roman" w:eastAsia="Times New Roman" w:cs="Times New Roman"/>
        </w:rPr>
        <w:t>Léon i tribu de Juda kont nu asina yena e historia skondí di versíkulo kuarenta, i El a introdusí aún mas lus ku e tres profeshianan di dos shen i sinkuenta aña di Ciro, Nero i Trump; i El a hasi esaki mes den e tempu mes ora ku El tabata a enfatisa e obra di proclamá e mensahe koregí di Nashville. E liña di Nero ta proveé e marco pa e establesementu final di e imágen di e bestia den Estados Unidos i despues den mundu. E liña di Ciro di 457 a.C. ta identifiká e historia entre Rafia i Panium, e historia entre e Guera Ucraniano i e Tersera Guera Mundial ku ta kuminsá ora Panium ta kombiná ku Actium na e lei dominikal ku lo yega pronto. E liña di Trump ta kaba e aña aki riba 4 di yüli.</w:t>
      </w:r>
    </w:p>
    <w:p>
      <w:pPr>
        <w:pStyle w:val="ArticleBody"/>
        <w:jc w:val="left"/>
      </w:pPr>
      <w:r>
        <w:rPr>
          <w:rFonts w:ascii="Times New Roman" w:hAnsi="Times New Roman" w:eastAsia="Times New Roman" w:cs="Times New Roman"/>
        </w:rPr>
        <w:t>Nero persecutioner simvoloydu; Smyrna yeglesiasí Sarahpú tarixon tikípé, a persecutionsa 250 watas qepiman tukuchikama Pergamos yeglesiapi compromisowan. Chay línea rikuchin imagenta sayachiyta, chayrayku chay historiwan tinkuchkan, maypichus Cristopa imagennin Templonpim sayachisqa kachkan. “Edicto”qa qallariypuntum, ñawpaq domingo leyman pusak, chaymanta qatiqmi wichq’asqa punku t’akaynin inti lloqsimuypiwan inti yaykumuypi, yachaqkunawan mana yachaqkunapi, trigowan cizañapi, salvadokunawan utaq chinkasqakunapi. Chay “edicto” pacha qallariq, chay kikillan “edicto”mi mundoqpaqpas chay kikillan pruebanakuy pacha qallariq. Chayrayku “edicto”qa ñawpaqpas qhipapas kachkan. Neroq chunka qanchis watayoq línea nisqapi sapa waymarkan rikuchkan domingo ley crisispi aswan-aswan yapakuq persecucionta, mayqanmi “edicto”wan qallarin, imaynachus presidentepa “executive order” nisqan hina.</w:t>
      </w:r>
    </w:p>
    <w:p>
      <w:pPr>
        <w:pStyle w:val="ArticleBody"/>
        <w:jc w:val="left"/>
      </w:pPr>
      <w:r>
        <w:rPr>
          <w:rFonts w:ascii="Javanese Text" w:hAnsi="Javanese Text" w:eastAsia="Javanese Text" w:cs="Javanese Text"/>
        </w:rPr>
        <w:t>ꦕꦶꦫꦸꦱ꧀</w:t>
      </w:r>
      <w:r>
        <w:rPr>
          <w:rFonts w:ascii="Times New Roman" w:hAnsi="Times New Roman" w:eastAsia="Times New Roman" w:cs="Times New Roman"/>
        </w:rPr>
        <w:t xml:space="preserve"> </w:t>
      </w:r>
      <w:r>
        <w:rPr>
          <w:rFonts w:ascii="Javanese Text" w:hAnsi="Javanese Text" w:eastAsia="Javanese Text" w:cs="Javanese Text"/>
        </w:rPr>
        <w:t>ꦤꦶꦁ</w:t>
      </w:r>
      <w:r>
        <w:rPr>
          <w:rFonts w:ascii="Times New Roman" w:hAnsi="Times New Roman" w:eastAsia="Times New Roman" w:cs="Times New Roman"/>
        </w:rPr>
        <w:t xml:space="preserve"> </w:t>
      </w:r>
      <w:r>
        <w:rPr>
          <w:rFonts w:ascii="Javanese Text" w:hAnsi="Javanese Text" w:eastAsia="Javanese Text" w:cs="Javanese Text"/>
        </w:rPr>
        <w:t>ꦠꦼꦭꦸ</w:t>
      </w:r>
      <w:r>
        <w:rPr>
          <w:rFonts w:ascii="Times New Roman" w:hAnsi="Times New Roman" w:eastAsia="Times New Roman" w:cs="Times New Roman"/>
        </w:rPr>
        <w:t xml:space="preserve"> </w:t>
      </w:r>
      <w:r>
        <w:rPr>
          <w:rFonts w:ascii="Javanese Text" w:hAnsi="Javanese Text" w:eastAsia="Javanese Text" w:cs="Javanese Text"/>
        </w:rPr>
        <w:t>ꦥꦿꦤꦠ</w:t>
      </w:r>
      <w:r>
        <w:rPr>
          <w:rFonts w:ascii="Times New Roman" w:hAnsi="Times New Roman" w:eastAsia="Times New Roman" w:cs="Times New Roman"/>
        </w:rPr>
        <w:t xml:space="preserve"> </w:t>
      </w:r>
      <w:r>
        <w:rPr>
          <w:rFonts w:ascii="Javanese Text" w:hAnsi="Javanese Text" w:eastAsia="Javanese Text" w:cs="Javanese Text"/>
        </w:rPr>
        <w:t>ꦠꦲꦸꦤ꧀</w:t>
      </w:r>
      <w:r>
        <w:rPr>
          <w:rFonts w:ascii="Times New Roman" w:hAnsi="Times New Roman" w:eastAsia="Times New Roman" w:cs="Times New Roman"/>
        </w:rPr>
        <w:t xml:space="preserve"> 457 BC </w:t>
      </w:r>
      <w:r>
        <w:rPr>
          <w:rFonts w:ascii="Javanese Text" w:hAnsi="Javanese Text" w:eastAsia="Javanese Text" w:cs="Javanese Text"/>
        </w:rPr>
        <w:t>ꦔꦼꦤꦭꦶꦁꦲꦏꦺ</w:t>
      </w:r>
      <w:r>
        <w:rPr>
          <w:rFonts w:ascii="Times New Roman" w:hAnsi="Times New Roman" w:eastAsia="Times New Roman" w:cs="Times New Roman"/>
        </w:rPr>
        <w:t xml:space="preserve"> </w:t>
      </w:r>
      <w:r>
        <w:rPr>
          <w:rFonts w:ascii="Javanese Text" w:hAnsi="Javanese Text" w:eastAsia="Javanese Text" w:cs="Javanese Text"/>
        </w:rPr>
        <w:t>ꦱꦸꦮꦶꦁ</w:t>
      </w:r>
      <w:r>
        <w:rPr>
          <w:rFonts w:ascii="Times New Roman" w:hAnsi="Times New Roman" w:eastAsia="Times New Roman" w:cs="Times New Roman"/>
        </w:rPr>
        <w:t xml:space="preserve"> pitulas </w:t>
      </w:r>
      <w:r>
        <w:rPr>
          <w:rFonts w:ascii="Javanese Text" w:hAnsi="Javanese Text" w:eastAsia="Javanese Text" w:cs="Javanese Text"/>
        </w:rPr>
        <w:t>ꦠꦲꦸꦤ꧀</w:t>
      </w:r>
      <w:r>
        <w:rPr>
          <w:rFonts w:ascii="Times New Roman" w:hAnsi="Times New Roman" w:eastAsia="Times New Roman" w:cs="Times New Roman"/>
        </w:rPr>
        <w:t xml:space="preserve">, </w:t>
      </w:r>
      <w:r>
        <w:rPr>
          <w:rFonts w:ascii="Javanese Text" w:hAnsi="Javanese Text" w:eastAsia="Javanese Text" w:cs="Javanese Text"/>
        </w:rPr>
        <w:t>ꦏꦁ</w:t>
      </w:r>
      <w:r>
        <w:rPr>
          <w:rFonts w:ascii="Times New Roman" w:hAnsi="Times New Roman" w:eastAsia="Times New Roman" w:cs="Times New Roman"/>
        </w:rPr>
        <w:t xml:space="preserve"> </w:t>
      </w:r>
      <w:r>
        <w:rPr>
          <w:rFonts w:ascii="Javanese Text" w:hAnsi="Javanese Text" w:eastAsia="Javanese Text" w:cs="Javanese Text"/>
        </w:rPr>
        <w:t>ꦩꦁꦏꦸ</w:t>
      </w:r>
      <w:r>
        <w:rPr>
          <w:rFonts w:ascii="Times New Roman" w:hAnsi="Times New Roman" w:eastAsia="Times New Roman" w:cs="Times New Roman"/>
        </w:rPr>
        <w:t xml:space="preserve"> </w:t>
      </w:r>
      <w:r>
        <w:rPr>
          <w:rFonts w:ascii="Javanese Text" w:hAnsi="Javanese Text" w:eastAsia="Javanese Text" w:cs="Javanese Text"/>
        </w:rPr>
        <w:t>ꦠꦼꦭꦸ</w:t>
      </w:r>
      <w:r>
        <w:rPr>
          <w:rFonts w:ascii="Times New Roman" w:hAnsi="Times New Roman" w:eastAsia="Times New Roman" w:cs="Times New Roman"/>
        </w:rPr>
        <w:t xml:space="preserve"> waymark </w:t>
      </w:r>
      <w:r>
        <w:rPr>
          <w:rFonts w:ascii="Javanese Text" w:hAnsi="Javanese Text" w:eastAsia="Javanese Text" w:cs="Javanese Text"/>
        </w:rPr>
        <w:t>ꦲꦶꦁ</w:t>
      </w:r>
      <w:r>
        <w:rPr>
          <w:rFonts w:ascii="Times New Roman" w:hAnsi="Times New Roman" w:eastAsia="Times New Roman" w:cs="Times New Roman"/>
        </w:rPr>
        <w:t xml:space="preserve"> pungkasanipun; mekaten ugi garisipun Nero lan garis sanèsipun Cyrus, ingkang pungkasanipun katutup dening rawuhipun malaékat kapisan, kapindho, saha katelu wiwit taun 1798 dumugi 1844. </w:t>
      </w:r>
      <w:r>
        <w:rPr>
          <w:rFonts w:ascii="Javanese Text" w:hAnsi="Javanese Text" w:eastAsia="Javanese Text" w:cs="Javanese Text"/>
        </w:rPr>
        <w:t>ꦠꦼꦭꦸ</w:t>
      </w:r>
      <w:r>
        <w:rPr>
          <w:rFonts w:ascii="Times New Roman" w:hAnsi="Times New Roman" w:eastAsia="Times New Roman" w:cs="Times New Roman"/>
        </w:rPr>
        <w:t xml:space="preserve"> lampahipun Cyrus punika inggih punika perang Raphia, lajeng sapuluh taun dumugi langkah kapindho, sarta lajeng pitung taun dumugi perang Panium. Wiwitan saha pungkasan kalih-kalihipun punika perang, mila ngasta tengeripun Sang Alpha lan Omega. Wanci kapisan ingkang sapuluh taun punika nggambaraken satunggal mangsa panggodhokan ingkang kawiwitan ing taun 2014 kanthi Perang Ukraina, dene wanci kapindho punika pungkasan pitung taun sasampunipun wonten ing perang Panium.</w:t>
      </w:r>
    </w:p>
    <w:p>
      <w:pPr>
        <w:pStyle w:val="ArticleHeading"/>
        <w:jc w:val="left"/>
      </w:pPr>
      <w:r>
        <w:rPr>
          <w:rFonts w:ascii="Arial" w:hAnsi="Arial" w:eastAsia="Arial" w:cs="Arial"/>
        </w:rPr>
        <w:t>Palmoni</w:t>
      </w:r>
    </w:p>
    <w:p>
      <w:pPr>
        <w:pStyle w:val="ArticleBody"/>
        <w:jc w:val="left"/>
      </w:pPr>
      <w:r>
        <w:rPr>
          <w:rFonts w:ascii="Times New Roman" w:hAnsi="Times New Roman" w:eastAsia="Times New Roman" w:cs="Times New Roman"/>
        </w:rPr>
        <w:t>پالمونی پیامی را که به زمان مربوط بود، برای میلریانیانِ تاریخِ فرشتۀ اول و دوم گشود؛ و او در تاریخِ صد و چهل و چهار هزار ــ که همان تاریخِ فرشتۀ سوم است ــ پیامِ اعداد را می‌گشاید.</w:t>
      </w:r>
    </w:p>
    <w:p>
      <w:pPr>
        <w:pStyle w:val="ArticleBody"/>
        <w:jc w:val="left"/>
      </w:pPr>
      <w:r>
        <w:rPr>
          <w:rFonts w:ascii="Nirmala UI" w:hAnsi="Nirmala UI" w:eastAsia="Nirmala UI" w:cs="Nirmala UI"/>
        </w:rPr>
        <w:t>लक्षणिक</w:t>
      </w:r>
      <w:r>
        <w:rPr>
          <w:rFonts w:ascii="Times New Roman" w:hAnsi="Times New Roman" w:eastAsia="Times New Roman" w:cs="Times New Roman"/>
        </w:rPr>
        <w:t xml:space="preserve"> </w:t>
      </w:r>
      <w:r>
        <w:rPr>
          <w:rFonts w:ascii="Nirmala UI" w:hAnsi="Nirmala UI" w:eastAsia="Nirmala UI" w:cs="Nirmala UI"/>
        </w:rPr>
        <w:t>भविष्यवाणीय</w:t>
      </w:r>
      <w:r>
        <w:rPr>
          <w:rFonts w:ascii="Times New Roman" w:hAnsi="Times New Roman" w:eastAsia="Times New Roman" w:cs="Times New Roman"/>
        </w:rPr>
        <w:t xml:space="preserve"> </w:t>
      </w:r>
      <w:r>
        <w:rPr>
          <w:rFonts w:ascii="Nirmala UI" w:hAnsi="Nirmala UI" w:eastAsia="Nirmala UI" w:cs="Nirmala UI"/>
        </w:rPr>
        <w:t>इतिहासहरू</w:t>
      </w:r>
      <w:r>
        <w:rPr>
          <w:rFonts w:ascii="Times New Roman" w:hAnsi="Times New Roman" w:eastAsia="Times New Roman" w:cs="Times New Roman"/>
        </w:rPr>
        <w:t>—</w:t>
      </w:r>
      <w:r>
        <w:rPr>
          <w:rFonts w:ascii="Nirmala UI" w:hAnsi="Nirmala UI" w:eastAsia="Nirmala UI" w:cs="Nirmala UI"/>
        </w:rPr>
        <w:t>जस्तै</w:t>
      </w:r>
      <w:r>
        <w:rPr>
          <w:rFonts w:ascii="Times New Roman" w:hAnsi="Times New Roman" w:eastAsia="Times New Roman" w:cs="Times New Roman"/>
        </w:rPr>
        <w:t xml:space="preserve">, </w:t>
      </w:r>
      <w:r>
        <w:rPr>
          <w:rFonts w:ascii="Nirmala UI" w:hAnsi="Nirmala UI" w:eastAsia="Nirmala UI" w:cs="Nirmala UI"/>
        </w:rPr>
        <w:t>मक्काबी</w:t>
      </w:r>
      <w:r>
        <w:rPr>
          <w:rFonts w:ascii="Times New Roman" w:hAnsi="Times New Roman" w:eastAsia="Times New Roman" w:cs="Times New Roman"/>
        </w:rPr>
        <w:t xml:space="preserve"> </w:t>
      </w:r>
      <w:r>
        <w:rPr>
          <w:rFonts w:ascii="Nirmala UI" w:hAnsi="Nirmala UI" w:eastAsia="Nirmala UI" w:cs="Nirmala UI"/>
        </w:rPr>
        <w:t>विद्रोहद्वारा</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1776 </w:t>
      </w:r>
      <w:r>
        <w:rPr>
          <w:rFonts w:ascii="Nirmala UI" w:hAnsi="Nirmala UI" w:eastAsia="Nirmala UI" w:cs="Nirmala UI"/>
        </w:rPr>
        <w:t>देखि</w:t>
      </w:r>
      <w:r>
        <w:rPr>
          <w:rFonts w:ascii="Times New Roman" w:hAnsi="Times New Roman" w:eastAsia="Times New Roman" w:cs="Times New Roman"/>
        </w:rPr>
        <w:t xml:space="preserve"> 1798 </w:t>
      </w:r>
      <w:r>
        <w:rPr>
          <w:rFonts w:ascii="Nirmala UI" w:hAnsi="Nirmala UI" w:eastAsia="Nirmala UI" w:cs="Nirmala UI"/>
        </w:rPr>
        <w:t>सम्मका</w:t>
      </w:r>
      <w:r>
        <w:rPr>
          <w:rFonts w:ascii="Times New Roman" w:hAnsi="Times New Roman" w:eastAsia="Times New Roman" w:cs="Times New Roman"/>
        </w:rPr>
        <w:t xml:space="preserve"> </w:t>
      </w:r>
      <w:r>
        <w:rPr>
          <w:rFonts w:ascii="Nirmala UI" w:hAnsi="Nirmala UI" w:eastAsia="Nirmala UI" w:cs="Nirmala UI"/>
        </w:rPr>
        <w:t>बाइस</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छैटौं</w:t>
      </w:r>
      <w:r>
        <w:rPr>
          <w:rFonts w:ascii="Times New Roman" w:hAnsi="Times New Roman" w:eastAsia="Times New Roman" w:cs="Times New Roman"/>
        </w:rPr>
        <w:t xml:space="preserve"> </w:t>
      </w:r>
      <w:r>
        <w:rPr>
          <w:rFonts w:ascii="Nirmala UI" w:hAnsi="Nirmala UI" w:eastAsia="Nirmala UI" w:cs="Nirmala UI"/>
        </w:rPr>
        <w:t>राज्यको</w:t>
      </w:r>
      <w:r>
        <w:rPr>
          <w:rFonts w:ascii="Times New Roman" w:hAnsi="Times New Roman" w:eastAsia="Times New Roman" w:cs="Times New Roman"/>
        </w:rPr>
        <w:t xml:space="preserve"> </w:t>
      </w:r>
      <w:r>
        <w:rPr>
          <w:rFonts w:ascii="Nirmala UI" w:hAnsi="Nirmala UI" w:eastAsia="Nirmala UI" w:cs="Nirmala UI"/>
        </w:rPr>
        <w:t>आरम्भको</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पाँचौं</w:t>
      </w:r>
      <w:r>
        <w:rPr>
          <w:rFonts w:ascii="Times New Roman" w:hAnsi="Times New Roman" w:eastAsia="Times New Roman" w:cs="Times New Roman"/>
        </w:rPr>
        <w:t xml:space="preserve"> </w:t>
      </w:r>
      <w:r>
        <w:rPr>
          <w:rFonts w:ascii="Nirmala UI" w:hAnsi="Nirmala UI" w:eastAsia="Nirmala UI" w:cs="Nirmala UI"/>
        </w:rPr>
        <w:t>राज्यको</w:t>
      </w:r>
      <w:r>
        <w:rPr>
          <w:rFonts w:ascii="Times New Roman" w:hAnsi="Times New Roman" w:eastAsia="Times New Roman" w:cs="Times New Roman"/>
        </w:rPr>
        <w:t xml:space="preserve"> </w:t>
      </w:r>
      <w:r>
        <w:rPr>
          <w:rFonts w:ascii="Nirmala UI" w:hAnsi="Nirmala UI" w:eastAsia="Nirmala UI" w:cs="Nirmala UI"/>
        </w:rPr>
        <w:t>अन्त्यको</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गर्छन्।</w:t>
      </w:r>
      <w:r>
        <w:rPr>
          <w:rFonts w:ascii="Times New Roman" w:hAnsi="Times New Roman" w:eastAsia="Times New Roman" w:cs="Times New Roman"/>
        </w:rPr>
        <w:t xml:space="preserve"> </w:t>
      </w:r>
      <w:r>
        <w:rPr>
          <w:rFonts w:ascii="Nirmala UI" w:hAnsi="Nirmala UI" w:eastAsia="Nirmala UI" w:cs="Nirmala UI"/>
        </w:rPr>
        <w:t>बाइसौं</w:t>
      </w:r>
      <w:r>
        <w:rPr>
          <w:rFonts w:ascii="Times New Roman" w:hAnsi="Times New Roman" w:eastAsia="Times New Roman" w:cs="Times New Roman"/>
        </w:rPr>
        <w:t xml:space="preserve"> </w:t>
      </w:r>
      <w:r>
        <w:rPr>
          <w:rFonts w:ascii="Nirmala UI" w:hAnsi="Nirmala UI" w:eastAsia="Nirmala UI" w:cs="Nirmala UI"/>
        </w:rPr>
        <w:t>राष्ट्रपति</w:t>
      </w:r>
      <w:r>
        <w:rPr>
          <w:rFonts w:ascii="Times New Roman" w:hAnsi="Times New Roman" w:eastAsia="Times New Roman" w:cs="Times New Roman"/>
        </w:rPr>
        <w:t xml:space="preserve"> </w:t>
      </w:r>
      <w:r>
        <w:rPr>
          <w:rFonts w:ascii="Nirmala UI" w:hAnsi="Nirmala UI" w:eastAsia="Nirmala UI" w:cs="Nirmala UI"/>
        </w:rPr>
        <w:t>ग्रोभर</w:t>
      </w:r>
      <w:r>
        <w:rPr>
          <w:rFonts w:ascii="Times New Roman" w:hAnsi="Times New Roman" w:eastAsia="Times New Roman" w:cs="Times New Roman"/>
        </w:rPr>
        <w:t xml:space="preserve"> </w:t>
      </w:r>
      <w:r>
        <w:rPr>
          <w:rFonts w:ascii="Nirmala UI" w:hAnsi="Nirmala UI" w:eastAsia="Nirmala UI" w:cs="Nirmala UI"/>
        </w:rPr>
        <w:t>क्लीभल्याण्ड</w:t>
      </w:r>
      <w:r>
        <w:rPr>
          <w:rFonts w:ascii="Times New Roman" w:hAnsi="Times New Roman" w:eastAsia="Times New Roman" w:cs="Times New Roman"/>
        </w:rPr>
        <w:t xml:space="preserve">, </w:t>
      </w:r>
      <w:r>
        <w:rPr>
          <w:rFonts w:ascii="Nirmala UI" w:hAnsi="Nirmala UI" w:eastAsia="Nirmala UI" w:cs="Nirmala UI"/>
        </w:rPr>
        <w:t>डोनाल्ड</w:t>
      </w:r>
      <w:r>
        <w:rPr>
          <w:rFonts w:ascii="Times New Roman" w:hAnsi="Times New Roman" w:eastAsia="Times New Roman" w:cs="Times New Roman"/>
        </w:rPr>
        <w:t xml:space="preserve"> </w:t>
      </w:r>
      <w:r>
        <w:rPr>
          <w:rFonts w:ascii="Nirmala UI" w:hAnsi="Nirmala UI" w:eastAsia="Nirmala UI" w:cs="Nirmala UI"/>
        </w:rPr>
        <w:t>ट्रम्पको</w:t>
      </w:r>
      <w:r>
        <w:rPr>
          <w:rFonts w:ascii="Times New Roman" w:hAnsi="Times New Roman" w:eastAsia="Times New Roman" w:cs="Times New Roman"/>
        </w:rPr>
        <w:t xml:space="preserve"> </w:t>
      </w:r>
      <w:r>
        <w:rPr>
          <w:rFonts w:ascii="Nirmala UI" w:hAnsi="Nirmala UI" w:eastAsia="Nirmala UI" w:cs="Nirmala UI"/>
        </w:rPr>
        <w:t>ओमेगा</w:t>
      </w:r>
      <w:r>
        <w:rPr>
          <w:rFonts w:ascii="Times New Roman" w:hAnsi="Times New Roman" w:eastAsia="Times New Roman" w:cs="Times New Roman"/>
        </w:rPr>
        <w:t xml:space="preserve"> </w:t>
      </w:r>
      <w:r>
        <w:rPr>
          <w:rFonts w:ascii="Nirmala UI" w:hAnsi="Nirmala UI" w:eastAsia="Nirmala UI" w:cs="Nirmala UI"/>
        </w:rPr>
        <w:t>राष्ट्रपतिलाई</w:t>
      </w:r>
      <w:r>
        <w:rPr>
          <w:rFonts w:ascii="Times New Roman" w:hAnsi="Times New Roman" w:eastAsia="Times New Roman" w:cs="Times New Roman"/>
        </w:rPr>
        <w:t xml:space="preserve"> </w:t>
      </w:r>
      <w:r>
        <w:rPr>
          <w:rFonts w:ascii="Nirmala UI" w:hAnsi="Nirmala UI" w:eastAsia="Nirmala UI" w:cs="Nirmala UI"/>
        </w:rPr>
        <w:t>पूर्वरूपित</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राष्ट्रपतिहरूमध्ये</w:t>
      </w:r>
      <w:r>
        <w:rPr>
          <w:rFonts w:ascii="Times New Roman" w:hAnsi="Times New Roman" w:eastAsia="Times New Roman" w:cs="Times New Roman"/>
        </w:rPr>
        <w:t xml:space="preserve"> </w:t>
      </w:r>
      <w:r>
        <w:rPr>
          <w:rFonts w:ascii="Nirmala UI" w:hAnsi="Nirmala UI" w:eastAsia="Nirmala UI" w:cs="Nirmala UI"/>
        </w:rPr>
        <w:t>अल्फा</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किनकि</w:t>
      </w:r>
      <w:r>
        <w:rPr>
          <w:rFonts w:ascii="Times New Roman" w:hAnsi="Times New Roman" w:eastAsia="Times New Roman" w:cs="Times New Roman"/>
        </w:rPr>
        <w:t xml:space="preserve"> </w:t>
      </w:r>
      <w:r>
        <w:rPr>
          <w:rFonts w:ascii="Nirmala UI" w:hAnsi="Nirmala UI" w:eastAsia="Nirmala UI" w:cs="Nirmala UI"/>
        </w:rPr>
        <w:t>उनीहरू</w:t>
      </w:r>
      <w:r>
        <w:rPr>
          <w:rFonts w:ascii="Times New Roman" w:hAnsi="Times New Roman" w:eastAsia="Times New Roman" w:cs="Times New Roman"/>
        </w:rPr>
        <w:t xml:space="preserve"> </w:t>
      </w:r>
      <w:r>
        <w:rPr>
          <w:rFonts w:ascii="Nirmala UI" w:hAnsi="Nirmala UI" w:eastAsia="Nirmala UI" w:cs="Nirmala UI"/>
        </w:rPr>
        <w:t>मात्र</w:t>
      </w:r>
      <w:r>
        <w:rPr>
          <w:rFonts w:ascii="Times New Roman" w:hAnsi="Times New Roman" w:eastAsia="Times New Roman" w:cs="Times New Roman"/>
        </w:rPr>
        <w:t xml:space="preserve"> </w:t>
      </w:r>
      <w:r>
        <w:rPr>
          <w:rFonts w:ascii="Nirmala UI" w:hAnsi="Nirmala UI" w:eastAsia="Nirmala UI" w:cs="Nirmala UI"/>
        </w:rPr>
        <w:t>त्यस्ता</w:t>
      </w:r>
      <w:r>
        <w:rPr>
          <w:rFonts w:ascii="Times New Roman" w:hAnsi="Times New Roman" w:eastAsia="Times New Roman" w:cs="Times New Roman"/>
        </w:rPr>
        <w:t xml:space="preserve"> </w:t>
      </w:r>
      <w:r>
        <w:rPr>
          <w:rFonts w:ascii="Nirmala UI" w:hAnsi="Nirmala UI" w:eastAsia="Nirmala UI" w:cs="Nirmala UI"/>
        </w:rPr>
        <w:t>दुई</w:t>
      </w:r>
      <w:r>
        <w:rPr>
          <w:rFonts w:ascii="Times New Roman" w:hAnsi="Times New Roman" w:eastAsia="Times New Roman" w:cs="Times New Roman"/>
        </w:rPr>
        <w:t xml:space="preserve"> </w:t>
      </w:r>
      <w:r>
        <w:rPr>
          <w:rFonts w:ascii="Nirmala UI" w:hAnsi="Nirmala UI" w:eastAsia="Nirmala UI" w:cs="Nirmala UI"/>
        </w:rPr>
        <w:t>राष्ट्रपति</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लगातार</w:t>
      </w:r>
      <w:r>
        <w:rPr>
          <w:rFonts w:ascii="Times New Roman" w:hAnsi="Times New Roman" w:eastAsia="Times New Roman" w:cs="Times New Roman"/>
        </w:rPr>
        <w:t xml:space="preserve"> </w:t>
      </w:r>
      <w:r>
        <w:rPr>
          <w:rFonts w:ascii="Nirmala UI" w:hAnsi="Nirmala UI" w:eastAsia="Nirmala UI" w:cs="Nirmala UI"/>
        </w:rPr>
        <w:t>नभएका</w:t>
      </w:r>
      <w:r>
        <w:rPr>
          <w:rFonts w:ascii="Times New Roman" w:hAnsi="Times New Roman" w:eastAsia="Times New Roman" w:cs="Times New Roman"/>
        </w:rPr>
        <w:t xml:space="preserve"> </w:t>
      </w:r>
      <w:r>
        <w:rPr>
          <w:rFonts w:ascii="Nirmala UI" w:hAnsi="Nirmala UI" w:eastAsia="Nirmala UI" w:cs="Nirmala UI"/>
        </w:rPr>
        <w:t>दुई</w:t>
      </w:r>
      <w:r>
        <w:rPr>
          <w:rFonts w:ascii="Times New Roman" w:hAnsi="Times New Roman" w:eastAsia="Times New Roman" w:cs="Times New Roman"/>
        </w:rPr>
        <w:t xml:space="preserve"> </w:t>
      </w:r>
      <w:r>
        <w:rPr>
          <w:rFonts w:ascii="Nirmala UI" w:hAnsi="Nirmala UI" w:eastAsia="Nirmala UI" w:cs="Nirmala UI"/>
        </w:rPr>
        <w:t>कार्यकाल</w:t>
      </w:r>
      <w:r>
        <w:rPr>
          <w:rFonts w:ascii="Times New Roman" w:hAnsi="Times New Roman" w:eastAsia="Times New Roman" w:cs="Times New Roman"/>
        </w:rPr>
        <w:t xml:space="preserve"> </w:t>
      </w:r>
      <w:r>
        <w:rPr>
          <w:rFonts w:ascii="Nirmala UI" w:hAnsi="Nirmala UI" w:eastAsia="Nirmala UI" w:cs="Nirmala UI"/>
        </w:rPr>
        <w:t>सेवा</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ट्रम्प</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कार्यकाल</w:t>
      </w:r>
      <w:r>
        <w:rPr>
          <w:rFonts w:ascii="Times New Roman" w:hAnsi="Times New Roman" w:eastAsia="Times New Roman" w:cs="Times New Roman"/>
        </w:rPr>
        <w:t xml:space="preserve"> </w:t>
      </w:r>
      <w:r>
        <w:rPr>
          <w:rFonts w:ascii="Nirmala UI" w:hAnsi="Nirmala UI" w:eastAsia="Nirmala UI" w:cs="Nirmala UI"/>
        </w:rPr>
        <w:t>जित्ने</w:t>
      </w:r>
      <w:r>
        <w:rPr>
          <w:rFonts w:ascii="Times New Roman" w:hAnsi="Times New Roman" w:eastAsia="Times New Roman" w:cs="Times New Roman"/>
        </w:rPr>
        <w:t xml:space="preserve"> </w:t>
      </w:r>
      <w:r>
        <w:rPr>
          <w:rFonts w:ascii="Nirmala UI" w:hAnsi="Nirmala UI" w:eastAsia="Nirmala UI" w:cs="Nirmala UI"/>
        </w:rPr>
        <w:t>बाइसौं</w:t>
      </w:r>
      <w:r>
        <w:rPr>
          <w:rFonts w:ascii="Times New Roman" w:hAnsi="Times New Roman" w:eastAsia="Times New Roman" w:cs="Times New Roman"/>
        </w:rPr>
        <w:t xml:space="preserve"> </w:t>
      </w:r>
      <w:r>
        <w:rPr>
          <w:rFonts w:ascii="Nirmala UI" w:hAnsi="Nirmala UI" w:eastAsia="Nirmala UI" w:cs="Nirmala UI"/>
        </w:rPr>
        <w:t>राष्ट्रपति</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अघिल्लो</w:t>
      </w:r>
      <w:r>
        <w:rPr>
          <w:rFonts w:ascii="Times New Roman" w:hAnsi="Times New Roman" w:eastAsia="Times New Roman" w:cs="Times New Roman"/>
        </w:rPr>
        <w:t xml:space="preserve"> </w:t>
      </w:r>
      <w:r>
        <w:rPr>
          <w:rFonts w:ascii="Nirmala UI" w:hAnsi="Nirmala UI" w:eastAsia="Nirmala UI" w:cs="Nirmala UI"/>
        </w:rPr>
        <w:t>राष्ट्रपतिको</w:t>
      </w:r>
      <w:r>
        <w:rPr>
          <w:rFonts w:ascii="Times New Roman" w:hAnsi="Times New Roman" w:eastAsia="Times New Roman" w:cs="Times New Roman"/>
        </w:rPr>
        <w:t xml:space="preserve"> </w:t>
      </w:r>
      <w:r>
        <w:rPr>
          <w:rFonts w:ascii="Nirmala UI" w:hAnsi="Nirmala UI" w:eastAsia="Nirmala UI" w:cs="Nirmala UI"/>
        </w:rPr>
        <w:t>कार्यकालमा</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सम्हालेका</w:t>
      </w:r>
      <w:r>
        <w:rPr>
          <w:rFonts w:ascii="Times New Roman" w:hAnsi="Times New Roman" w:eastAsia="Times New Roman" w:cs="Times New Roman"/>
        </w:rPr>
        <w:t xml:space="preserve"> </w:t>
      </w:r>
      <w:r>
        <w:rPr>
          <w:rFonts w:ascii="Nirmala UI" w:hAnsi="Nirmala UI" w:eastAsia="Nirmala UI" w:cs="Nirmala UI"/>
        </w:rPr>
        <w:t>अन्य</w:t>
      </w:r>
      <w:r>
        <w:rPr>
          <w:rFonts w:ascii="Times New Roman" w:hAnsi="Times New Roman" w:eastAsia="Times New Roman" w:cs="Times New Roman"/>
        </w:rPr>
        <w:t xml:space="preserve"> </w:t>
      </w:r>
      <w:r>
        <w:rPr>
          <w:rFonts w:ascii="Nirmala UI" w:hAnsi="Nirmala UI" w:eastAsia="Nirmala UI" w:cs="Nirmala UI"/>
        </w:rPr>
        <w:t>राष्ट्रपतिहरूलाई</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कार्यकाल</w:t>
      </w:r>
      <w:r>
        <w:rPr>
          <w:rFonts w:ascii="Times New Roman" w:hAnsi="Times New Roman" w:eastAsia="Times New Roman" w:cs="Times New Roman"/>
        </w:rPr>
        <w:t xml:space="preserve"> </w:t>
      </w:r>
      <w:r>
        <w:rPr>
          <w:rFonts w:ascii="Nirmala UI" w:hAnsi="Nirmala UI" w:eastAsia="Nirmala UI" w:cs="Nirmala UI"/>
        </w:rPr>
        <w:t>जितेका</w:t>
      </w:r>
      <w:r>
        <w:rPr>
          <w:rFonts w:ascii="Times New Roman" w:hAnsi="Times New Roman" w:eastAsia="Times New Roman" w:cs="Times New Roman"/>
        </w:rPr>
        <w:t xml:space="preserve"> </w:t>
      </w:r>
      <w:r>
        <w:rPr>
          <w:rFonts w:ascii="Nirmala UI" w:hAnsi="Nirmala UI" w:eastAsia="Nirmala UI" w:cs="Nirmala UI"/>
        </w:rPr>
        <w:t>राष्ट्रपतिहरूलाई</w:t>
      </w:r>
      <w:r>
        <w:rPr>
          <w:rFonts w:ascii="Times New Roman" w:hAnsi="Times New Roman" w:eastAsia="Times New Roman" w:cs="Times New Roman"/>
        </w:rPr>
        <w:t xml:space="preserve"> </w:t>
      </w:r>
      <w:r>
        <w:rPr>
          <w:rFonts w:ascii="Nirmala UI" w:hAnsi="Nirmala UI" w:eastAsia="Nirmala UI" w:cs="Nirmala UI"/>
        </w:rPr>
        <w:t>समेत</w:t>
      </w:r>
      <w:r>
        <w:rPr>
          <w:rFonts w:ascii="Times New Roman" w:hAnsi="Times New Roman" w:eastAsia="Times New Roman" w:cs="Times New Roman"/>
        </w:rPr>
        <w:t xml:space="preserve"> </w:t>
      </w:r>
      <w:r>
        <w:rPr>
          <w:rFonts w:ascii="Nirmala UI" w:hAnsi="Nirmala UI" w:eastAsia="Nirmala UI" w:cs="Nirmala UI"/>
        </w:rPr>
        <w:t>गणना</w:t>
      </w:r>
      <w:r>
        <w:rPr>
          <w:rFonts w:ascii="Times New Roman" w:hAnsi="Times New Roman" w:eastAsia="Times New Roman" w:cs="Times New Roman"/>
        </w:rPr>
        <w:t xml:space="preserve"> </w:t>
      </w:r>
      <w:r>
        <w:rPr>
          <w:rFonts w:ascii="Nirmala UI" w:hAnsi="Nirmala UI" w:eastAsia="Nirmala UI" w:cs="Nirmala UI"/>
        </w:rPr>
        <w:t>गरिन्छ।</w:t>
      </w:r>
      <w:r>
        <w:rPr>
          <w:rFonts w:ascii="Times New Roman" w:hAnsi="Times New Roman" w:eastAsia="Times New Roman" w:cs="Times New Roman"/>
        </w:rPr>
        <w:t xml:space="preserve"> </w:t>
      </w:r>
      <w:r>
        <w:rPr>
          <w:rFonts w:ascii="Nirmala UI" w:hAnsi="Nirmala UI" w:eastAsia="Nirmala UI" w:cs="Nirmala UI"/>
        </w:rPr>
        <w:t>बाइबलको</w:t>
      </w:r>
      <w:r>
        <w:rPr>
          <w:rFonts w:ascii="Times New Roman" w:hAnsi="Times New Roman" w:eastAsia="Times New Roman" w:cs="Times New Roman"/>
        </w:rPr>
        <w:t xml:space="preserve"> </w:t>
      </w:r>
      <w:r>
        <w:rPr>
          <w:rFonts w:ascii="Nirmala UI" w:hAnsi="Nirmala UI" w:eastAsia="Nirmala UI" w:cs="Nirmala UI"/>
        </w:rPr>
        <w:t>भविष्यवाणीअनुसारको</w:t>
      </w:r>
      <w:r>
        <w:rPr>
          <w:rFonts w:ascii="Times New Roman" w:hAnsi="Times New Roman" w:eastAsia="Times New Roman" w:cs="Times New Roman"/>
        </w:rPr>
        <w:t xml:space="preserve"> </w:t>
      </w:r>
      <w:r>
        <w:rPr>
          <w:rFonts w:ascii="Nirmala UI" w:hAnsi="Nirmala UI" w:eastAsia="Nirmala UI" w:cs="Nirmala UI"/>
        </w:rPr>
        <w:t>छैटौं</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1798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स्वतन्त्रताको</w:t>
      </w:r>
      <w:r>
        <w:rPr>
          <w:rFonts w:ascii="Times New Roman" w:hAnsi="Times New Roman" w:eastAsia="Times New Roman" w:cs="Times New Roman"/>
        </w:rPr>
        <w:t xml:space="preserve"> </w:t>
      </w:r>
      <w:r>
        <w:rPr>
          <w:rFonts w:ascii="Nirmala UI" w:hAnsi="Nirmala UI" w:eastAsia="Nirmala UI" w:cs="Nirmala UI"/>
        </w:rPr>
        <w:t>घोषणापत्रदेखि</w:t>
      </w:r>
      <w:r>
        <w:rPr>
          <w:rFonts w:ascii="Times New Roman" w:hAnsi="Times New Roman" w:eastAsia="Times New Roman" w:cs="Times New Roman"/>
        </w:rPr>
        <w:t xml:space="preserve"> </w:t>
      </w:r>
      <w:r>
        <w:rPr>
          <w:rFonts w:ascii="Nirmala UI" w:hAnsi="Nirmala UI" w:eastAsia="Nirmala UI" w:cs="Nirmala UI"/>
        </w:rPr>
        <w:t>भएका</w:t>
      </w:r>
      <w:r>
        <w:rPr>
          <w:rFonts w:ascii="Times New Roman" w:hAnsi="Times New Roman" w:eastAsia="Times New Roman" w:cs="Times New Roman"/>
        </w:rPr>
        <w:t xml:space="preserve"> </w:t>
      </w:r>
      <w:r>
        <w:rPr>
          <w:rFonts w:ascii="Nirmala UI" w:hAnsi="Nirmala UI" w:eastAsia="Nirmala UI" w:cs="Nirmala UI"/>
        </w:rPr>
        <w:t>बाइस</w:t>
      </w:r>
      <w:r>
        <w:rPr>
          <w:rFonts w:ascii="Times New Roman" w:hAnsi="Times New Roman" w:eastAsia="Times New Roman" w:cs="Times New Roman"/>
        </w:rPr>
        <w:t xml:space="preserve"> </w:t>
      </w:r>
      <w:r>
        <w:rPr>
          <w:rFonts w:ascii="Nirmala UI" w:hAnsi="Nirmala UI" w:eastAsia="Nirmala UI" w:cs="Nirmala UI"/>
        </w:rPr>
        <w:t>वर्षपछि</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भयो।</w:t>
      </w:r>
      <w:r>
        <w:rPr>
          <w:rFonts w:ascii="Times New Roman" w:hAnsi="Times New Roman" w:eastAsia="Times New Roman" w:cs="Times New Roman"/>
        </w:rPr>
        <w:t xml:space="preserve"> 1798 </w:t>
      </w:r>
      <w:r>
        <w:rPr>
          <w:rFonts w:ascii="Nirmala UI" w:hAnsi="Nirmala UI" w:eastAsia="Nirmala UI" w:cs="Nirmala UI"/>
        </w:rPr>
        <w:t>देखि</w:t>
      </w:r>
      <w:r>
        <w:rPr>
          <w:rFonts w:ascii="Times New Roman" w:hAnsi="Times New Roman" w:eastAsia="Times New Roman" w:cs="Times New Roman"/>
        </w:rPr>
        <w:t xml:space="preserve"> 2026 </w:t>
      </w:r>
      <w:r>
        <w:rPr>
          <w:rFonts w:ascii="Nirmala UI" w:hAnsi="Nirmala UI" w:eastAsia="Nirmala UI" w:cs="Nirmala UI"/>
        </w:rPr>
        <w:t>सम्मको</w:t>
      </w:r>
      <w:r>
        <w:rPr>
          <w:rFonts w:ascii="Times New Roman" w:hAnsi="Times New Roman" w:eastAsia="Times New Roman" w:cs="Times New Roman"/>
        </w:rPr>
        <w:t xml:space="preserve"> </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अल्फा</w:t>
      </w:r>
      <w:r>
        <w:rPr>
          <w:rFonts w:ascii="Times New Roman" w:hAnsi="Times New Roman" w:eastAsia="Times New Roman" w:cs="Times New Roman"/>
        </w:rPr>
        <w:t xml:space="preserve"> </w:t>
      </w:r>
      <w:r>
        <w:rPr>
          <w:rFonts w:ascii="Nirmala UI" w:hAnsi="Nirmala UI" w:eastAsia="Nirmala UI" w:cs="Nirmala UI"/>
        </w:rPr>
        <w:t>मितिमा</w:t>
      </w:r>
      <w:r>
        <w:rPr>
          <w:rFonts w:ascii="Times New Roman" w:hAnsi="Times New Roman" w:eastAsia="Times New Roman" w:cs="Times New Roman"/>
        </w:rPr>
        <w:t xml:space="preserve"> 22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ओमेगा</w:t>
      </w:r>
      <w:r>
        <w:rPr>
          <w:rFonts w:ascii="Times New Roman" w:hAnsi="Times New Roman" w:eastAsia="Times New Roman" w:cs="Times New Roman"/>
        </w:rPr>
        <w:t xml:space="preserve"> </w:t>
      </w:r>
      <w:r>
        <w:rPr>
          <w:rFonts w:ascii="Nirmala UI" w:hAnsi="Nirmala UI" w:eastAsia="Nirmala UI" w:cs="Nirmala UI"/>
        </w:rPr>
        <w:t>मितिमा</w:t>
      </w:r>
      <w:r>
        <w:rPr>
          <w:rFonts w:ascii="Times New Roman" w:hAnsi="Times New Roman" w:eastAsia="Times New Roman" w:cs="Times New Roman"/>
        </w:rPr>
        <w:t xml:space="preserve"> 22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छ।</w:t>
      </w:r>
    </w:p>
    <w:p>
      <w:pPr>
        <w:pStyle w:val="ArticleBody"/>
        <w:jc w:val="left"/>
      </w:pPr>
      <w:r>
        <w:rPr>
          <w:rFonts w:ascii="Times New Roman" w:hAnsi="Times New Roman" w:eastAsia="Times New Roman" w:cs="Times New Roman"/>
        </w:rPr>
        <w:t>ئۆچۈر يەككە بابتىن باشلىنىپ يىگىرمە ئىككىنچى بابتا ئاخىرلىشىدىغان، ئون بىر بابتىن تەركىب تاپقان ئۈچ قاتار بار. بۇ ئۈچ ئون بىر بابلىق قاتارنىڭ ھەر بىرىدە ئۈچ ئايەت بىلەن ئىپادىلەنگەن دەل ئوتتۇرا نۇقتا مەۋجۇت. يارىتىلىش كىتابىدا «خەتنە» نىڭ تاللانغان بىر خەلق بىلەن بولغان ئەھدە مۇناسىۋىتىنىڭ بەلگىسى سۈپитидә قاچان بېرىلگەنلىكى كۆرسىتىلىدۇ. بۇ، تاللانغان بىر خەلقكە ئەھدە خەلقى ئىكەنلىكىنى بىلدۈرىدىغان بەلگە بېرىلگەن تۇنجى قېتىم ئىدى؛ ماتتادا بولسا، ئوتتۇرىدىكى ئۈچ ئايەت مەسىھ ئۆز چىرىكوسىنى قۇرىدىغان تاشنى كۆرسىتىدۇ. بۇ ئايەتلەر سىمون بارجونا نامىنىڭ پېتېرگە ئۆزگەرتىلگەن ۋاقتىنى كۆرسىتىدۇ؛ بۇ بولسا بىر يۈز قىرىق تۆت مىڭغا تەڭ كېلىدۇ. ۋەھىي كىتابىدىكى بۇ قاتارنىڭ ئوتتۇرىسى، سەككىزىنچى باشنىڭ يەتتىسىدىن بولغانلىقىنى كۆرسىتىش ئارقىلىق، ئۆلۈم ئەھدىنى تونۇشتۇرىدۇ ۋە پاپالىقنى شۇنداق تونۇشتۇرىدۇ. «دەزاير ئوف ئەيجىز» دىكى ئون بىرىنچى باب يەھيا چۆمۈلدۈرگۈچىنىڭ خەۋىرىنى، يىگىرمە ئىككىنچى باب بولسا يەھيانىڭ ئۆلۈمىنى كۆرسىتىدىغان بولسا، سىزچە بۇنىڭ نەتىجىلىرى نېمە بولىدۇ؟</w:t>
      </w:r>
    </w:p>
    <w:p>
      <w:pPr>
        <w:pStyle w:val="ArticleBody"/>
        <w:jc w:val="left"/>
      </w:pPr>
      <w:r>
        <w:rPr>
          <w:rFonts w:ascii="Nirmala UI" w:hAnsi="Nirmala UI" w:eastAsia="Nirmala UI" w:cs="Nirmala UI"/>
        </w:rPr>
        <w:t>मोटे</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अध्यायन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बीच</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भाग</w:t>
      </w:r>
      <w:r>
        <w:rPr>
          <w:rFonts w:ascii="Times New Roman" w:hAnsi="Times New Roman" w:eastAsia="Times New Roman" w:cs="Times New Roman"/>
        </w:rPr>
        <w:t xml:space="preserve"> </w:t>
      </w:r>
      <w:r>
        <w:rPr>
          <w:rFonts w:ascii="Nirmala UI" w:hAnsi="Nirmala UI" w:eastAsia="Nirmala UI" w:cs="Nirmala UI"/>
        </w:rPr>
        <w:t>तुम्हें</w:t>
      </w:r>
      <w:r>
        <w:rPr>
          <w:rFonts w:ascii="Times New Roman" w:hAnsi="Times New Roman" w:eastAsia="Times New Roman" w:cs="Times New Roman"/>
        </w:rPr>
        <w:t xml:space="preserve"> </w:t>
      </w:r>
      <w:r>
        <w:rPr>
          <w:rFonts w:ascii="Nirmala UI" w:hAnsi="Nirmala UI" w:eastAsia="Nirmala UI" w:cs="Nirmala UI"/>
        </w:rPr>
        <w:t>पृष्ठ</w:t>
      </w:r>
      <w:r>
        <w:rPr>
          <w:rFonts w:ascii="Times New Roman" w:hAnsi="Times New Roman" w:eastAsia="Times New Roman" w:cs="Times New Roman"/>
        </w:rPr>
        <w:t xml:space="preserve"> 168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“Nicodemus” </w:t>
      </w:r>
      <w:r>
        <w:rPr>
          <w:rFonts w:ascii="Nirmala UI" w:hAnsi="Nirmala UI" w:eastAsia="Nirmala UI" w:cs="Nirmala UI"/>
        </w:rPr>
        <w:t>शीर्षक</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ग्यारह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शीर्षक</w:t>
      </w:r>
      <w:r>
        <w:rPr>
          <w:rFonts w:ascii="Times New Roman" w:hAnsi="Times New Roman" w:eastAsia="Times New Roman" w:cs="Times New Roman"/>
        </w:rPr>
        <w:t xml:space="preserve"> “The Baptism”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बाईस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शीर्षक</w:t>
      </w:r>
      <w:r>
        <w:rPr>
          <w:rFonts w:ascii="Times New Roman" w:hAnsi="Times New Roman" w:eastAsia="Times New Roman" w:cs="Times New Roman"/>
        </w:rPr>
        <w:t xml:space="preserve"> “Imprisonment and Death of John”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ग्यारह</w:t>
      </w:r>
      <w:r>
        <w:rPr>
          <w:rFonts w:ascii="Times New Roman" w:hAnsi="Times New Roman" w:eastAsia="Times New Roman" w:cs="Times New Roman"/>
        </w:rPr>
        <w:t xml:space="preserve"> </w:t>
      </w:r>
      <w:r>
        <w:rPr>
          <w:rFonts w:ascii="Nirmala UI" w:hAnsi="Nirmala UI" w:eastAsia="Nirmala UI" w:cs="Nirmala UI"/>
        </w:rPr>
        <w:t>मृत्यु</w:t>
      </w:r>
      <w:r>
        <w:rPr>
          <w:rFonts w:ascii="Times New Roman" w:hAnsi="Times New Roman" w:eastAsia="Times New Roman" w:cs="Times New Roman"/>
        </w:rPr>
        <w:t xml:space="preserve">, </w:t>
      </w:r>
      <w:r>
        <w:rPr>
          <w:rFonts w:ascii="Nirmala UI" w:hAnsi="Nirmala UI" w:eastAsia="Nirmala UI" w:cs="Nirmala UI"/>
        </w:rPr>
        <w:t>गाड़े</w:t>
      </w:r>
      <w:r>
        <w:rPr>
          <w:rFonts w:ascii="Times New Roman" w:hAnsi="Times New Roman" w:eastAsia="Times New Roman" w:cs="Times New Roman"/>
        </w:rPr>
        <w:t xml:space="preserve"> </w:t>
      </w:r>
      <w:r>
        <w:rPr>
          <w:rFonts w:ascii="Nirmala UI" w:hAnsi="Nirmala UI" w:eastAsia="Nirmala UI" w:cs="Nirmala UI"/>
        </w:rPr>
        <w:t>जाए</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पुनरुत्थान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सत्रह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“Nicodemus”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वैसे</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यूहन्ना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मृत्यु</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वैसी</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Kojto kwa tayd akatyan katuyang an mga bagay sa masunod a artikulo.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Nambara Makumyabiri na Kabiri</dc:title>
  <dc:subject>31 ዲሴምበር 2023</dc:subject>
  <dc:creator>Jeff Pippenger</dc:creator>
  <cp:keywords/>
  <dc:description>Generated by ArticleDigger from panium\22_panium.json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