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انباری عیسی مسیح - نمبر پنجے</w:t>
      </w:r>
    </w:p>
    <w:p>
      <w:pPr>
        <w:pStyle w:val="ArticleSubtitle"/>
        <w:jc w:val="left"/>
      </w:pPr>
      <w:r>
        <w:rPr>
          <w:rFonts w:ascii="Arial" w:hAnsi="Arial" w:eastAsia="Arial" w:cs="Arial"/>
        </w:rPr>
        <w:t>Исайа қырқыншы бап: Жұбатыңдар, жұбатыңдар</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2023-10-25</w:t>
      </w:r>
    </w:p>
    <w:p>
      <w:pPr>
        <w:pStyle w:val="ArticleBody"/>
        <w:jc w:val="left"/>
      </w:pPr>
      <w:r>
        <w:rPr>
          <w:rFonts w:ascii="Times New Roman" w:hAnsi="Times New Roman" w:eastAsia="Times New Roman" w:cs="Times New Roman"/>
        </w:rPr>
        <w:t>Isaías cuarenta ñiqin chunka qanchisniyuq versiculokunapi, pachak tawa chunka tawa waranqa runakunaqa proféticamente churakunku kimsa p’unchay huk kuskan tukukuyninpi, maypichus ñankunakapi wañusqa hinalla siraykasharqanku, hinaptinpas kay pachaqa kusikurqan. Llapa profetakunam hukllachasqa rimanakunku, paykuna rikuchisqan profético ruwaykunapas sapa kutin wakin profetakunawanmi tupanku, Diosqa manam pantasqa ch’aqwaypa qillqaqninchu.</w:t>
      </w:r>
    </w:p>
    <w:p>
      <w:pPr>
        <w:pStyle w:val="ArticleScripture"/>
        <w:jc w:val="left"/>
      </w:pPr>
      <w:r>
        <w:rPr>
          <w:rFonts w:ascii="Times New Roman" w:hAnsi="Times New Roman" w:eastAsia="Times New Roman" w:cs="Times New Roman"/>
        </w:rPr>
        <w:t>Nabiiwwan ruuhuwwan nabiyyootaas nabiyyootaaf bitamu. Waaqayyo walitti bu’iinsaa utuu hin ta’in, kan nagaa ti; akkuma waldoota qulqullootaa hundumaa keessatti ta’etti. 1 Qorontos 14:32, 33.</w:t>
      </w:r>
    </w:p>
    <w:p>
      <w:pPr>
        <w:pStyle w:val="ArticleBody"/>
        <w:jc w:val="left"/>
      </w:pPr>
      <w:r>
        <w:rPr>
          <w:rFonts w:ascii="Gadugi" w:hAnsi="Gadugi" w:eastAsia="Gadugi" w:cs="Gadugi"/>
        </w:rPr>
        <w:t>ᎤᏓᏅᏘ</w:t>
      </w:r>
      <w:r>
        <w:rPr>
          <w:rFonts w:ascii="Times New Roman" w:hAnsi="Times New Roman" w:eastAsia="Times New Roman" w:cs="Times New Roman"/>
        </w:rPr>
        <w:t xml:space="preserve">, </w:t>
      </w:r>
      <w:r>
        <w:rPr>
          <w:rFonts w:ascii="Gadugi" w:hAnsi="Gadugi" w:eastAsia="Gadugi" w:cs="Gadugi"/>
        </w:rPr>
        <w:t>ᏥᏌ</w:t>
      </w:r>
      <w:r>
        <w:rPr>
          <w:rFonts w:ascii="Times New Roman" w:hAnsi="Times New Roman" w:eastAsia="Times New Roman" w:cs="Times New Roman"/>
        </w:rPr>
        <w:t xml:space="preserve"> </w:t>
      </w:r>
      <w:r>
        <w:rPr>
          <w:rFonts w:ascii="Gadugi" w:hAnsi="Gadugi" w:eastAsia="Gadugi" w:cs="Gadugi"/>
        </w:rPr>
        <w:t>ᎤᏚᎢᏍᏗ</w:t>
      </w:r>
      <w:r>
        <w:rPr>
          <w:rFonts w:ascii="Times New Roman" w:hAnsi="Times New Roman" w:eastAsia="Times New Roman" w:cs="Times New Roman"/>
        </w:rPr>
        <w:t xml:space="preserve"> </w:t>
      </w:r>
      <w:r>
        <w:rPr>
          <w:rFonts w:ascii="Gadugi" w:hAnsi="Gadugi" w:eastAsia="Gadugi" w:cs="Gadugi"/>
        </w:rPr>
        <w:t>ᎠᏍᏓᏩᏗᏍᎬ</w:t>
      </w:r>
      <w:r>
        <w:rPr>
          <w:rFonts w:ascii="Times New Roman" w:hAnsi="Times New Roman" w:eastAsia="Times New Roman" w:cs="Times New Roman"/>
        </w:rPr>
        <w:t xml:space="preserve"> </w:t>
      </w:r>
      <w:r>
        <w:rPr>
          <w:rFonts w:ascii="Gadugi" w:hAnsi="Gadugi" w:eastAsia="Gadugi" w:cs="Gadugi"/>
        </w:rPr>
        <w:t>ᎤᎵᏍᏕᎸᎲ</w:t>
      </w:r>
      <w:r>
        <w:rPr>
          <w:rFonts w:ascii="Times New Roman" w:hAnsi="Times New Roman" w:eastAsia="Times New Roman" w:cs="Times New Roman"/>
        </w:rPr>
        <w:t xml:space="preserve"> </w:t>
      </w:r>
      <w:r>
        <w:rPr>
          <w:rFonts w:ascii="Gadugi" w:hAnsi="Gadugi" w:eastAsia="Gadugi" w:cs="Gadugi"/>
        </w:rPr>
        <w:t>ᎤᏓᏅᏛ</w:t>
      </w:r>
      <w:r>
        <w:rPr>
          <w:rFonts w:ascii="Times New Roman" w:hAnsi="Times New Roman" w:eastAsia="Times New Roman" w:cs="Times New Roman"/>
        </w:rPr>
        <w:t xml:space="preserve"> </w:t>
      </w:r>
      <w:r>
        <w:rPr>
          <w:rFonts w:ascii="Gadugi" w:hAnsi="Gadugi" w:eastAsia="Gadugi" w:cs="Gadugi"/>
        </w:rPr>
        <w:t>ᏧᏓᎴᎾᏍᎬ</w:t>
      </w:r>
      <w:r>
        <w:rPr>
          <w:rFonts w:ascii="Times New Roman" w:hAnsi="Times New Roman" w:eastAsia="Times New Roman" w:cs="Times New Roman"/>
        </w:rPr>
        <w:t xml:space="preserve">, </w:t>
      </w:r>
      <w:r>
        <w:rPr>
          <w:rFonts w:ascii="Gadugi" w:hAnsi="Gadugi" w:eastAsia="Gadugi" w:cs="Gadugi"/>
        </w:rPr>
        <w:t>ᎤᏪᏙᎸᎩ</w:t>
      </w:r>
      <w:r>
        <w:rPr>
          <w:rFonts w:ascii="Times New Roman" w:hAnsi="Times New Roman" w:eastAsia="Times New Roman" w:cs="Times New Roman"/>
        </w:rPr>
        <w:t xml:space="preserve"> </w:t>
      </w:r>
      <w:r>
        <w:rPr>
          <w:rFonts w:ascii="Gadugi" w:hAnsi="Gadugi" w:eastAsia="Gadugi" w:cs="Gadugi"/>
        </w:rPr>
        <w:t>ᎢᏳᏍᏗ</w:t>
      </w:r>
      <w:r>
        <w:rPr>
          <w:rFonts w:ascii="Times New Roman" w:hAnsi="Times New Roman" w:eastAsia="Times New Roman" w:cs="Times New Roman"/>
        </w:rPr>
        <w:t xml:space="preserve"> </w:t>
      </w:r>
      <w:r>
        <w:rPr>
          <w:rFonts w:ascii="Gadugi" w:hAnsi="Gadugi" w:eastAsia="Gadugi" w:cs="Gadugi"/>
        </w:rPr>
        <w:t>ᎢᎬᏱᏱ</w:t>
      </w:r>
      <w:r>
        <w:rPr>
          <w:rFonts w:ascii="Times New Roman" w:hAnsi="Times New Roman" w:eastAsia="Times New Roman" w:cs="Times New Roman"/>
        </w:rPr>
        <w:t xml:space="preserve"> </w:t>
      </w:r>
      <w:r>
        <w:rPr>
          <w:rFonts w:ascii="Gadugi" w:hAnsi="Gadugi" w:eastAsia="Gadugi" w:cs="Gadugi"/>
        </w:rPr>
        <w:t>ᎧᏁᎬ</w:t>
      </w:r>
      <w:r>
        <w:rPr>
          <w:rFonts w:ascii="Times New Roman" w:hAnsi="Times New Roman" w:eastAsia="Times New Roman" w:cs="Times New Roman"/>
        </w:rPr>
        <w:t xml:space="preserve">, </w:t>
      </w:r>
      <w:r>
        <w:rPr>
          <w:rFonts w:ascii="Gadugi" w:hAnsi="Gadugi" w:eastAsia="Gadugi" w:cs="Gadugi"/>
        </w:rPr>
        <w:t>ᎢᎬᏱᏱ</w:t>
      </w:r>
      <w:r>
        <w:rPr>
          <w:rFonts w:ascii="Times New Roman" w:hAnsi="Times New Roman" w:eastAsia="Times New Roman" w:cs="Times New Roman"/>
        </w:rPr>
        <w:t xml:space="preserve"> </w:t>
      </w:r>
      <w:r>
        <w:rPr>
          <w:rFonts w:ascii="Gadugi" w:hAnsi="Gadugi" w:eastAsia="Gadugi" w:cs="Gadugi"/>
        </w:rPr>
        <w:t>ᎪᏪᎵ</w:t>
      </w:r>
      <w:r>
        <w:rPr>
          <w:rFonts w:ascii="Times New Roman" w:hAnsi="Times New Roman" w:eastAsia="Times New Roman" w:cs="Times New Roman"/>
        </w:rPr>
        <w:t xml:space="preserve">, </w:t>
      </w:r>
      <w:r>
        <w:rPr>
          <w:rFonts w:ascii="Gadugi" w:hAnsi="Gadugi" w:eastAsia="Gadugi" w:cs="Gadugi"/>
        </w:rPr>
        <w:t>ᎯᏍᎩ</w:t>
      </w:r>
      <w:r>
        <w:rPr>
          <w:rFonts w:ascii="Times New Roman" w:hAnsi="Times New Roman" w:eastAsia="Times New Roman" w:cs="Times New Roman"/>
        </w:rPr>
        <w:t xml:space="preserve"> </w:t>
      </w:r>
      <w:r>
        <w:rPr>
          <w:rFonts w:ascii="Gadugi" w:hAnsi="Gadugi" w:eastAsia="Gadugi" w:cs="Gadugi"/>
        </w:rPr>
        <w:t>ᏑᏓᎵ</w:t>
      </w:r>
      <w:r>
        <w:rPr>
          <w:rFonts w:ascii="Times New Roman" w:hAnsi="Times New Roman" w:eastAsia="Times New Roman" w:cs="Times New Roman"/>
        </w:rPr>
        <w:t xml:space="preserve"> </w:t>
      </w:r>
      <w:r>
        <w:rPr>
          <w:rFonts w:ascii="Gadugi" w:hAnsi="Gadugi" w:eastAsia="Gadugi" w:cs="Gadugi"/>
        </w:rPr>
        <w:t>ᏑᏓᎵ</w:t>
      </w:r>
      <w:r>
        <w:rPr>
          <w:rFonts w:ascii="Times New Roman" w:hAnsi="Times New Roman" w:eastAsia="Times New Roman" w:cs="Times New Roman"/>
        </w:rPr>
        <w:t xml:space="preserve"> </w:t>
      </w:r>
      <w:r>
        <w:rPr>
          <w:rFonts w:ascii="Gadugi" w:hAnsi="Gadugi" w:eastAsia="Gadugi" w:cs="Gadugi"/>
        </w:rPr>
        <w:t>ᏕᎪᏪᎵ</w:t>
      </w:r>
      <w:r>
        <w:rPr>
          <w:rFonts w:ascii="Times New Roman" w:hAnsi="Times New Roman" w:eastAsia="Times New Roman" w:cs="Times New Roman"/>
        </w:rPr>
        <w:t xml:space="preserve"> </w:t>
      </w:r>
      <w:r>
        <w:rPr>
          <w:rFonts w:ascii="Gadugi" w:hAnsi="Gadugi" w:eastAsia="Gadugi" w:cs="Gadugi"/>
        </w:rPr>
        <w:t>ᎢᏯᏂᏛ</w:t>
      </w:r>
      <w:r>
        <w:rPr>
          <w:rFonts w:ascii="Times New Roman" w:hAnsi="Times New Roman" w:eastAsia="Times New Roman" w:cs="Times New Roman"/>
        </w:rPr>
        <w:t xml:space="preserve"> </w:t>
      </w:r>
      <w:r>
        <w:rPr>
          <w:rFonts w:ascii="Gadugi" w:hAnsi="Gadugi" w:eastAsia="Gadugi" w:cs="Gadugi"/>
        </w:rPr>
        <w:t>ᎢᏯᏍᏗ</w:t>
      </w:r>
      <w:r>
        <w:rPr>
          <w:rFonts w:ascii="Times New Roman" w:hAnsi="Times New Roman" w:eastAsia="Times New Roman" w:cs="Times New Roman"/>
        </w:rPr>
        <w:t xml:space="preserve"> </w:t>
      </w:r>
      <w:r>
        <w:rPr>
          <w:rFonts w:ascii="Gadugi" w:hAnsi="Gadugi" w:eastAsia="Gadugi" w:cs="Gadugi"/>
        </w:rPr>
        <w:t>ᎢᏌᏯ</w:t>
      </w:r>
      <w:r>
        <w:rPr>
          <w:rFonts w:ascii="Times New Roman" w:hAnsi="Times New Roman" w:eastAsia="Times New Roman" w:cs="Times New Roman"/>
        </w:rPr>
        <w:t xml:space="preserve"> </w:t>
      </w:r>
      <w:r>
        <w:rPr>
          <w:rFonts w:ascii="Gadugi" w:hAnsi="Gadugi" w:eastAsia="Gadugi" w:cs="Gadugi"/>
        </w:rPr>
        <w:t>ᎤᎵᏱᎶᎯᏍᏔᏅ</w:t>
      </w:r>
      <w:r>
        <w:rPr>
          <w:rFonts w:ascii="Times New Roman" w:hAnsi="Times New Roman" w:eastAsia="Times New Roman" w:cs="Times New Roman"/>
        </w:rPr>
        <w:t xml:space="preserve"> </w:t>
      </w:r>
      <w:r>
        <w:rPr>
          <w:rFonts w:ascii="Gadugi" w:hAnsi="Gadugi" w:eastAsia="Gadugi" w:cs="Gadugi"/>
        </w:rPr>
        <w:t>ᎤᏙᎯᏳᎯ</w:t>
      </w:r>
      <w:r>
        <w:rPr>
          <w:rFonts w:ascii="Times New Roman" w:hAnsi="Times New Roman" w:eastAsia="Times New Roman" w:cs="Times New Roman"/>
        </w:rPr>
        <w:t xml:space="preserve"> </w:t>
      </w:r>
      <w:r>
        <w:rPr>
          <w:rFonts w:ascii="Gadugi" w:hAnsi="Gadugi" w:eastAsia="Gadugi" w:cs="Gadugi"/>
        </w:rPr>
        <w:t>ᎠᏙᎴᎰᏍᎬ</w:t>
      </w:r>
      <w:r>
        <w:rPr>
          <w:rFonts w:ascii="Times New Roman" w:hAnsi="Times New Roman" w:eastAsia="Times New Roman" w:cs="Times New Roman"/>
        </w:rPr>
        <w:t xml:space="preserve"> </w:t>
      </w:r>
      <w:r>
        <w:rPr>
          <w:rFonts w:ascii="Gadugi" w:hAnsi="Gadugi" w:eastAsia="Gadugi" w:cs="Gadugi"/>
        </w:rPr>
        <w:t>ᎧᏃᎮᏓ</w:t>
      </w:r>
      <w:r>
        <w:rPr>
          <w:rFonts w:ascii="Times New Roman" w:hAnsi="Times New Roman" w:eastAsia="Times New Roman" w:cs="Times New Roman"/>
        </w:rPr>
        <w:t>. “</w:t>
      </w:r>
      <w:r>
        <w:rPr>
          <w:rFonts w:ascii="Gadugi" w:hAnsi="Gadugi" w:eastAsia="Gadugi" w:cs="Gadugi"/>
        </w:rPr>
        <w:t>ᎠᏓᏅᏘᏍᎩ</w:t>
      </w:r>
      <w:r>
        <w:rPr>
          <w:rFonts w:ascii="Times New Roman" w:hAnsi="Times New Roman" w:eastAsia="Times New Roman" w:cs="Times New Roman"/>
        </w:rPr>
        <w:t xml:space="preserve">, </w:t>
      </w:r>
      <w:r>
        <w:rPr>
          <w:rFonts w:ascii="Gadugi" w:hAnsi="Gadugi" w:eastAsia="Gadugi" w:cs="Gadugi"/>
        </w:rPr>
        <w:t>ᎠᏓᏅᏘᏍᎩ</w:t>
      </w:r>
      <w:r>
        <w:rPr>
          <w:rFonts w:ascii="Times New Roman" w:hAnsi="Times New Roman" w:eastAsia="Times New Roman" w:cs="Times New Roman"/>
        </w:rPr>
        <w:t xml:space="preserve"> </w:t>
      </w:r>
      <w:r>
        <w:rPr>
          <w:rFonts w:ascii="Gadugi" w:hAnsi="Gadugi" w:eastAsia="Gadugi" w:cs="Gadugi"/>
        </w:rPr>
        <w:t>ᏴᏫ</w:t>
      </w:r>
      <w:r>
        <w:rPr>
          <w:rFonts w:ascii="Times New Roman" w:hAnsi="Times New Roman" w:eastAsia="Times New Roman" w:cs="Times New Roman"/>
        </w:rPr>
        <w:t xml:space="preserve">, </w:t>
      </w:r>
      <w:r>
        <w:rPr>
          <w:rFonts w:ascii="Gadugi" w:hAnsi="Gadugi" w:eastAsia="Gadugi" w:cs="Gadugi"/>
        </w:rPr>
        <w:t>ᎠᏗᏔᎴᎯᏌᏛ</w:t>
      </w:r>
      <w:r>
        <w:rPr>
          <w:rFonts w:ascii="Times New Roman" w:hAnsi="Times New Roman" w:eastAsia="Times New Roman" w:cs="Times New Roman"/>
        </w:rPr>
        <w:t xml:space="preserve"> </w:t>
      </w:r>
      <w:r>
        <w:rPr>
          <w:rFonts w:ascii="Gadugi" w:hAnsi="Gadugi" w:eastAsia="Gadugi" w:cs="Gadugi"/>
        </w:rPr>
        <w:t>ᎤᏁᎬ</w:t>
      </w:r>
      <w:r>
        <w:rPr>
          <w:rFonts w:ascii="Times New Roman" w:hAnsi="Times New Roman" w:eastAsia="Times New Roman" w:cs="Times New Roman"/>
        </w:rPr>
        <w:t xml:space="preserve"> </w:t>
      </w:r>
      <w:r>
        <w:rPr>
          <w:rFonts w:ascii="Gadugi" w:hAnsi="Gadugi" w:eastAsia="Gadugi" w:cs="Gadugi"/>
        </w:rPr>
        <w:t>ᎤᏁᎯ</w:t>
      </w:r>
      <w:r>
        <w:rPr>
          <w:rFonts w:ascii="Times New Roman" w:hAnsi="Times New Roman" w:eastAsia="Times New Roman" w:cs="Times New Roman"/>
        </w:rPr>
        <w:t xml:space="preserve">.” </w:t>
      </w:r>
      <w:r>
        <w:rPr>
          <w:rFonts w:ascii="Gadugi" w:hAnsi="Gadugi" w:eastAsia="Gadugi" w:cs="Gadugi"/>
        </w:rPr>
        <w:t>ᎢᎬᏱᏱ</w:t>
      </w:r>
      <w:r>
        <w:rPr>
          <w:rFonts w:ascii="Times New Roman" w:hAnsi="Times New Roman" w:eastAsia="Times New Roman" w:cs="Times New Roman"/>
        </w:rPr>
        <w:t xml:space="preserve"> </w:t>
      </w:r>
      <w:r>
        <w:rPr>
          <w:rFonts w:ascii="Gadugi" w:hAnsi="Gadugi" w:eastAsia="Gadugi" w:cs="Gadugi"/>
        </w:rPr>
        <w:t>ᎤᏃᎮᎸ</w:t>
      </w:r>
      <w:r>
        <w:rPr>
          <w:rFonts w:ascii="Times New Roman" w:hAnsi="Times New Roman" w:eastAsia="Times New Roman" w:cs="Times New Roman"/>
        </w:rPr>
        <w:t xml:space="preserve"> </w:t>
      </w:r>
      <w:r>
        <w:rPr>
          <w:rFonts w:ascii="Gadugi" w:hAnsi="Gadugi" w:eastAsia="Gadugi" w:cs="Gadugi"/>
        </w:rPr>
        <w:t>ᎤᏍᏆᏂᎪᏗ</w:t>
      </w:r>
      <w:r>
        <w:rPr>
          <w:rFonts w:ascii="Times New Roman" w:hAnsi="Times New Roman" w:eastAsia="Times New Roman" w:cs="Times New Roman"/>
        </w:rPr>
        <w:t xml:space="preserve"> </w:t>
      </w:r>
      <w:r>
        <w:rPr>
          <w:rFonts w:ascii="Gadugi" w:hAnsi="Gadugi" w:eastAsia="Gadugi" w:cs="Gadugi"/>
        </w:rPr>
        <w:t>ᎢᏳᏍᏗ</w:t>
      </w:r>
      <w:r>
        <w:rPr>
          <w:rFonts w:ascii="Times New Roman" w:hAnsi="Times New Roman" w:eastAsia="Times New Roman" w:cs="Times New Roman"/>
        </w:rPr>
        <w:t xml:space="preserve"> </w:t>
      </w:r>
      <w:r>
        <w:rPr>
          <w:rFonts w:ascii="Gadugi" w:hAnsi="Gadugi" w:eastAsia="Gadugi" w:cs="Gadugi"/>
        </w:rPr>
        <w:t>ᎠᏓᏟᎶᏍᏗᏍᎪᎢ</w:t>
      </w:r>
      <w:r>
        <w:rPr>
          <w:rFonts w:ascii="Times New Roman" w:hAnsi="Times New Roman" w:eastAsia="Times New Roman" w:cs="Times New Roman"/>
        </w:rPr>
        <w:t xml:space="preserve"> </w:t>
      </w:r>
      <w:r>
        <w:rPr>
          <w:rFonts w:ascii="Gadugi" w:hAnsi="Gadugi" w:eastAsia="Gadugi" w:cs="Gadugi"/>
        </w:rPr>
        <w:t>ᎯᏍᎩ</w:t>
      </w:r>
      <w:r>
        <w:rPr>
          <w:rFonts w:ascii="Times New Roman" w:hAnsi="Times New Roman" w:eastAsia="Times New Roman" w:cs="Times New Roman"/>
        </w:rPr>
        <w:t xml:space="preserve"> </w:t>
      </w:r>
      <w:r>
        <w:rPr>
          <w:rFonts w:ascii="Gadugi" w:hAnsi="Gadugi" w:eastAsia="Gadugi" w:cs="Gadugi"/>
        </w:rPr>
        <w:t>ᏑᏓᎵ</w:t>
      </w:r>
      <w:r>
        <w:rPr>
          <w:rFonts w:ascii="Times New Roman" w:hAnsi="Times New Roman" w:eastAsia="Times New Roman" w:cs="Times New Roman"/>
        </w:rPr>
        <w:t xml:space="preserve"> </w:t>
      </w:r>
      <w:r>
        <w:rPr>
          <w:rFonts w:ascii="Gadugi" w:hAnsi="Gadugi" w:eastAsia="Gadugi" w:cs="Gadugi"/>
        </w:rPr>
        <w:t>ᏑᏓᎵ</w:t>
      </w:r>
      <w:r>
        <w:rPr>
          <w:rFonts w:ascii="Times New Roman" w:hAnsi="Times New Roman" w:eastAsia="Times New Roman" w:cs="Times New Roman"/>
        </w:rPr>
        <w:t xml:space="preserve"> </w:t>
      </w:r>
      <w:r>
        <w:rPr>
          <w:rFonts w:ascii="Gadugi" w:hAnsi="Gadugi" w:eastAsia="Gadugi" w:cs="Gadugi"/>
        </w:rPr>
        <w:t>ᏕᎪᏪᎵ</w:t>
      </w:r>
      <w:r>
        <w:rPr>
          <w:rFonts w:ascii="Times New Roman" w:hAnsi="Times New Roman" w:eastAsia="Times New Roman" w:cs="Times New Roman"/>
        </w:rPr>
        <w:t xml:space="preserve"> </w:t>
      </w:r>
      <w:r>
        <w:rPr>
          <w:rFonts w:ascii="Gadugi" w:hAnsi="Gadugi" w:eastAsia="Gadugi" w:cs="Gadugi"/>
        </w:rPr>
        <w:t>ᎠᎾᏍᏓᏩᏗᏍᎬ</w:t>
      </w:r>
      <w:r>
        <w:rPr>
          <w:rFonts w:ascii="Times New Roman" w:hAnsi="Times New Roman" w:eastAsia="Times New Roman" w:cs="Times New Roman"/>
        </w:rPr>
        <w:t xml:space="preserve"> </w:t>
      </w:r>
      <w:r>
        <w:rPr>
          <w:rFonts w:ascii="Gadugi" w:hAnsi="Gadugi" w:eastAsia="Gadugi" w:cs="Gadugi"/>
        </w:rPr>
        <w:t>ᎤᏃᎯᏳᎯ</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ᎤᎵᏍᏆᏗᏗ</w:t>
      </w:r>
      <w:r>
        <w:rPr>
          <w:rFonts w:ascii="Times New Roman" w:hAnsi="Times New Roman" w:eastAsia="Times New Roman" w:cs="Times New Roman"/>
        </w:rPr>
        <w:t xml:space="preserve"> </w:t>
      </w:r>
      <w:r>
        <w:rPr>
          <w:rFonts w:ascii="Gadugi" w:hAnsi="Gadugi" w:eastAsia="Gadugi" w:cs="Gadugi"/>
        </w:rPr>
        <w:t>ᎤᏙᎯᏳᎯ</w:t>
      </w:r>
      <w:r>
        <w:rPr>
          <w:rFonts w:ascii="Times New Roman" w:hAnsi="Times New Roman" w:eastAsia="Times New Roman" w:cs="Times New Roman"/>
        </w:rPr>
        <w:t xml:space="preserve"> </w:t>
      </w:r>
      <w:r>
        <w:rPr>
          <w:rFonts w:ascii="Gadugi" w:hAnsi="Gadugi" w:eastAsia="Gadugi" w:cs="Gadugi"/>
        </w:rPr>
        <w:t>ᎠᏍᏆᎸᎲ</w:t>
      </w:r>
      <w:r>
        <w:rPr>
          <w:rFonts w:ascii="Times New Roman" w:hAnsi="Times New Roman" w:eastAsia="Times New Roman" w:cs="Times New Roman"/>
        </w:rPr>
        <w:t xml:space="preserve"> </w:t>
      </w:r>
      <w:r>
        <w:rPr>
          <w:rFonts w:ascii="Gadugi" w:hAnsi="Gadugi" w:eastAsia="Gadugi" w:cs="Gadugi"/>
        </w:rPr>
        <w:t>ᎤᏓᏅᏘ</w:t>
      </w:r>
      <w:r>
        <w:rPr>
          <w:rFonts w:ascii="Times New Roman" w:hAnsi="Times New Roman" w:eastAsia="Times New Roman" w:cs="Times New Roman"/>
        </w:rPr>
        <w:t xml:space="preserve"> </w:t>
      </w:r>
      <w:r>
        <w:rPr>
          <w:rFonts w:ascii="Gadugi" w:hAnsi="Gadugi" w:eastAsia="Gadugi" w:cs="Gadugi"/>
        </w:rPr>
        <w:t>ᎠᎯᎷᎩ</w:t>
      </w:r>
      <w:r>
        <w:rPr>
          <w:rFonts w:ascii="Times New Roman" w:hAnsi="Times New Roman" w:eastAsia="Times New Roman" w:cs="Times New Roman"/>
        </w:rPr>
        <w:t xml:space="preserve"> </w:t>
      </w:r>
      <w:r>
        <w:rPr>
          <w:rFonts w:ascii="Gadugi" w:hAnsi="Gadugi" w:eastAsia="Gadugi" w:cs="Gadugi"/>
        </w:rPr>
        <w:t>ᎠᎬᏩᏛᏁᎸᎢᏍᏗ</w:t>
      </w:r>
      <w:r>
        <w:rPr>
          <w:rFonts w:ascii="Times New Roman" w:hAnsi="Times New Roman" w:eastAsia="Times New Roman" w:cs="Times New Roman"/>
        </w:rPr>
        <w:t xml:space="preserve"> </w:t>
      </w:r>
      <w:r>
        <w:rPr>
          <w:rFonts w:ascii="Gadugi" w:hAnsi="Gadugi" w:eastAsia="Gadugi" w:cs="Gadugi"/>
        </w:rPr>
        <w:t>ᎢᎬᏁᎸᎢ</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Y yo rogaré al Padre, y os dará otro Consolador, para que esté con vosotros para siempre.... Mas el Consolador, el Espíritu Santo, a quien el Padre enviará en mi nombre, él os enseñará todas las cosas, y os recordará todo lo que yo os he dicho. Juan 14:16, 26.</w:t>
      </w:r>
    </w:p>
    <w:p>
      <w:pPr>
        <w:pStyle w:val="ArticleBody"/>
        <w:jc w:val="left"/>
      </w:pPr>
      <w:r>
        <w:rPr>
          <w:rFonts w:ascii="Times New Roman" w:hAnsi="Times New Roman" w:eastAsia="Times New Roman" w:cs="Times New Roman"/>
        </w:rPr>
        <w:t>Akhrib n Wamas n uḍris n Millerite yettwales deg umezruy n yiwen n meyyet d ukuẓt mraw d ukuẓt n ifḍanen.</w:t>
      </w:r>
    </w:p>
    <w:p>
      <w:pPr>
        <w:pStyle w:val="ArticleScripture"/>
        <w:jc w:val="left"/>
      </w:pPr>
      <w:r>
        <w:rPr>
          <w:rFonts w:ascii="Times New Roman" w:hAnsi="Times New Roman" w:eastAsia="Times New Roman" w:cs="Times New Roman"/>
        </w:rPr>
        <w:t>“Jest świat pogrążony w nieprawości, w zwiedzeniu i ułudzie, w samym cieniu śmierci, — śpi, śpi. Kto odczuwa bóle duszy, aby ich obudzić? Jaki głos może do nich dotrzeć? Mój umysł został przeniesiony w przyszłość, gdy dany będzie znak. ‘Oto Oblubieniec idzie; wyjdźcie Mu na spotkanie’. Lecz niektórzy zwlekali z nabyciem oliwy do uzupełnienia swoich lamp i zbyt późno przekonają się, że charakter, który jest przedstawiony przez oliwę, nie może być przekazany.” Review and Herald, 11 lutego 1896.</w:t>
      </w:r>
    </w:p>
    <w:p>
      <w:pPr>
        <w:pStyle w:val="ArticleBody"/>
        <w:jc w:val="left"/>
      </w:pPr>
      <w:r>
        <w:rPr>
          <w:rFonts w:ascii="Times New Roman" w:hAnsi="Times New Roman" w:eastAsia="Times New Roman" w:cs="Times New Roman"/>
        </w:rPr>
        <w:t>Mibuzo kugira kiti: “Ni irihe ‘jwi’ rishobora ‘gukangura’ abari ‘asinziriye’?” “Ijwi” ribakangura muri Yesaya igice cya mirongo ine, ni ryo “jwi” “rirangurura” mu “butayu.”</w:t>
      </w:r>
    </w:p>
    <w:p>
      <w:pPr>
        <w:pStyle w:val="ArticleScripture"/>
        <w:jc w:val="left"/>
      </w:pPr>
      <w:r>
        <w:rPr>
          <w:rFonts w:ascii="Ebrima" w:hAnsi="Ebrima" w:eastAsia="Ebrima" w:cs="Ebrima"/>
        </w:rPr>
        <w:t>ብልቢ</w:t>
      </w:r>
      <w:r>
        <w:rPr>
          <w:rFonts w:ascii="Times New Roman" w:hAnsi="Times New Roman" w:eastAsia="Times New Roman" w:cs="Times New Roman"/>
        </w:rPr>
        <w:t xml:space="preserve"> </w:t>
      </w:r>
      <w:r>
        <w:rPr>
          <w:rFonts w:ascii="Ebrima" w:hAnsi="Ebrima" w:eastAsia="Ebrima" w:cs="Ebrima"/>
        </w:rPr>
        <w:t>ናብ</w:t>
      </w:r>
      <w:r>
        <w:rPr>
          <w:rFonts w:ascii="Times New Roman" w:hAnsi="Times New Roman" w:eastAsia="Times New Roman" w:cs="Times New Roman"/>
        </w:rPr>
        <w:t xml:space="preserve"> </w:t>
      </w:r>
      <w:r>
        <w:rPr>
          <w:rFonts w:ascii="Ebrima" w:hAnsi="Ebrima" w:eastAsia="Ebrima" w:cs="Ebrima"/>
        </w:rPr>
        <w:t>የሩሳሌም</w:t>
      </w:r>
      <w:r>
        <w:rPr>
          <w:rFonts w:ascii="Times New Roman" w:hAnsi="Times New Roman" w:eastAsia="Times New Roman" w:cs="Times New Roman"/>
        </w:rPr>
        <w:t xml:space="preserve"> </w:t>
      </w:r>
      <w:r>
        <w:rPr>
          <w:rFonts w:ascii="Ebrima" w:hAnsi="Ebrima" w:eastAsia="Ebrima" w:cs="Ebrima"/>
        </w:rPr>
        <w:t>ተዛረቡ፣</w:t>
      </w:r>
      <w:r>
        <w:rPr>
          <w:rFonts w:ascii="Times New Roman" w:hAnsi="Times New Roman" w:eastAsia="Times New Roman" w:cs="Times New Roman"/>
        </w:rPr>
        <w:t xml:space="preserve"> </w:t>
      </w:r>
      <w:r>
        <w:rPr>
          <w:rFonts w:ascii="Ebrima" w:hAnsi="Ebrima" w:eastAsia="Ebrima" w:cs="Ebrima"/>
        </w:rPr>
        <w:t>ውን</w:t>
      </w:r>
      <w:r>
        <w:rPr>
          <w:rFonts w:ascii="Times New Roman" w:hAnsi="Times New Roman" w:eastAsia="Times New Roman" w:cs="Times New Roman"/>
        </w:rPr>
        <w:t xml:space="preserve"> </w:t>
      </w:r>
      <w:r>
        <w:rPr>
          <w:rFonts w:ascii="Ebrima" w:hAnsi="Ebrima" w:eastAsia="Ebrima" w:cs="Ebrima"/>
        </w:rPr>
        <w:t>ናብኣ</w:t>
      </w:r>
      <w:r>
        <w:rPr>
          <w:rFonts w:ascii="Times New Roman" w:hAnsi="Times New Roman" w:eastAsia="Times New Roman" w:cs="Times New Roman"/>
        </w:rPr>
        <w:t xml:space="preserve"> </w:t>
      </w:r>
      <w:r>
        <w:rPr>
          <w:rFonts w:ascii="Ebrima" w:hAnsi="Ebrima" w:eastAsia="Ebrima" w:cs="Ebrima"/>
        </w:rPr>
        <w:t>ጨውዩ፣</w:t>
      </w:r>
      <w:r>
        <w:rPr>
          <w:rFonts w:ascii="Times New Roman" w:hAnsi="Times New Roman" w:eastAsia="Times New Roman" w:cs="Times New Roman"/>
        </w:rPr>
        <w:t xml:space="preserve"> </w:t>
      </w:r>
      <w:r>
        <w:rPr>
          <w:rFonts w:ascii="Ebrima" w:hAnsi="Ebrima" w:eastAsia="Ebrima" w:cs="Ebrima"/>
        </w:rPr>
        <w:t>ውግእኣ</w:t>
      </w:r>
      <w:r>
        <w:rPr>
          <w:rFonts w:ascii="Times New Roman" w:hAnsi="Times New Roman" w:eastAsia="Times New Roman" w:cs="Times New Roman"/>
        </w:rPr>
        <w:t xml:space="preserve"> </w:t>
      </w:r>
      <w:r>
        <w:rPr>
          <w:rFonts w:ascii="Ebrima" w:hAnsi="Ebrima" w:eastAsia="Ebrima" w:cs="Ebrima"/>
        </w:rPr>
        <w:t>ከም</w:t>
      </w:r>
      <w:r>
        <w:rPr>
          <w:rFonts w:ascii="Times New Roman" w:hAnsi="Times New Roman" w:eastAsia="Times New Roman" w:cs="Times New Roman"/>
        </w:rPr>
        <w:t xml:space="preserve"> </w:t>
      </w:r>
      <w:r>
        <w:rPr>
          <w:rFonts w:ascii="Ebrima" w:hAnsi="Ebrima" w:eastAsia="Ebrima" w:cs="Ebrima"/>
        </w:rPr>
        <w:t>ዝተፈጸመ፣</w:t>
      </w:r>
      <w:r>
        <w:rPr>
          <w:rFonts w:ascii="Times New Roman" w:hAnsi="Times New Roman" w:eastAsia="Times New Roman" w:cs="Times New Roman"/>
        </w:rPr>
        <w:t xml:space="preserve"> </w:t>
      </w:r>
      <w:r>
        <w:rPr>
          <w:rFonts w:ascii="Ebrima" w:hAnsi="Ebrima" w:eastAsia="Ebrima" w:cs="Ebrima"/>
        </w:rPr>
        <w:t>ኣበሳኣ</w:t>
      </w:r>
      <w:r>
        <w:rPr>
          <w:rFonts w:ascii="Times New Roman" w:hAnsi="Times New Roman" w:eastAsia="Times New Roman" w:cs="Times New Roman"/>
        </w:rPr>
        <w:t xml:space="preserve"> </w:t>
      </w:r>
      <w:r>
        <w:rPr>
          <w:rFonts w:ascii="Ebrima" w:hAnsi="Ebrima" w:eastAsia="Ebrima" w:cs="Ebrima"/>
        </w:rPr>
        <w:t>ከም</w:t>
      </w:r>
      <w:r>
        <w:rPr>
          <w:rFonts w:ascii="Times New Roman" w:hAnsi="Times New Roman" w:eastAsia="Times New Roman" w:cs="Times New Roman"/>
        </w:rPr>
        <w:t xml:space="preserve"> </w:t>
      </w:r>
      <w:r>
        <w:rPr>
          <w:rFonts w:ascii="Ebrima" w:hAnsi="Ebrima" w:eastAsia="Ebrima" w:cs="Ebrima"/>
        </w:rPr>
        <w:t>ዝተሓደገ፤</w:t>
      </w:r>
      <w:r>
        <w:rPr>
          <w:rFonts w:ascii="Times New Roman" w:hAnsi="Times New Roman" w:eastAsia="Times New Roman" w:cs="Times New Roman"/>
        </w:rPr>
        <w:t xml:space="preserve"> </w:t>
      </w:r>
      <w:r>
        <w:rPr>
          <w:rFonts w:ascii="Ebrima" w:hAnsi="Ebrima" w:eastAsia="Ebrima" w:cs="Ebrima"/>
        </w:rPr>
        <w:t>እንሆ፣</w:t>
      </w:r>
      <w:r>
        <w:rPr>
          <w:rFonts w:ascii="Times New Roman" w:hAnsi="Times New Roman" w:eastAsia="Times New Roman" w:cs="Times New Roman"/>
        </w:rPr>
        <w:t xml:space="preserve"> </w:t>
      </w:r>
      <w:r>
        <w:rPr>
          <w:rFonts w:ascii="Ebrima" w:hAnsi="Ebrima" w:eastAsia="Ebrima" w:cs="Ebrima"/>
        </w:rPr>
        <w:t>ንዅሉ</w:t>
      </w:r>
      <w:r>
        <w:rPr>
          <w:rFonts w:ascii="Times New Roman" w:hAnsi="Times New Roman" w:eastAsia="Times New Roman" w:cs="Times New Roman"/>
        </w:rPr>
        <w:t xml:space="preserve"> </w:t>
      </w:r>
      <w:r>
        <w:rPr>
          <w:rFonts w:ascii="Ebrima" w:hAnsi="Ebrima" w:eastAsia="Ebrima" w:cs="Ebrima"/>
        </w:rPr>
        <w:t>ሓጢኣታ</w:t>
      </w:r>
      <w:r>
        <w:rPr>
          <w:rFonts w:ascii="Times New Roman" w:hAnsi="Times New Roman" w:eastAsia="Times New Roman" w:cs="Times New Roman"/>
        </w:rPr>
        <w:t xml:space="preserve"> </w:t>
      </w:r>
      <w:r>
        <w:rPr>
          <w:rFonts w:ascii="Ebrima" w:hAnsi="Ebrima" w:eastAsia="Ebrima" w:cs="Ebrima"/>
        </w:rPr>
        <w:t>ካብ</w:t>
      </w:r>
      <w:r>
        <w:rPr>
          <w:rFonts w:ascii="Times New Roman" w:hAnsi="Times New Roman" w:eastAsia="Times New Roman" w:cs="Times New Roman"/>
        </w:rPr>
        <w:t xml:space="preserve"> </w:t>
      </w:r>
      <w:r>
        <w:rPr>
          <w:rFonts w:ascii="Ebrima" w:hAnsi="Ebrima" w:eastAsia="Ebrima" w:cs="Ebrima"/>
        </w:rPr>
        <w:t>ኢድ</w:t>
      </w:r>
      <w:r>
        <w:rPr>
          <w:rFonts w:ascii="Times New Roman" w:hAnsi="Times New Roman" w:eastAsia="Times New Roman" w:cs="Times New Roman"/>
        </w:rPr>
        <w:t xml:space="preserve"> </w:t>
      </w:r>
      <w:r>
        <w:rPr>
          <w:rFonts w:ascii="Ebrima" w:hAnsi="Ebrima" w:eastAsia="Ebrima" w:cs="Ebrima"/>
        </w:rPr>
        <w:t>እግዚአብሔር</w:t>
      </w:r>
      <w:r>
        <w:rPr>
          <w:rFonts w:ascii="Times New Roman" w:hAnsi="Times New Roman" w:eastAsia="Times New Roman" w:cs="Times New Roman"/>
        </w:rPr>
        <w:t xml:space="preserve"> </w:t>
      </w:r>
      <w:r>
        <w:rPr>
          <w:rFonts w:ascii="Ebrima" w:hAnsi="Ebrima" w:eastAsia="Ebrima" w:cs="Ebrima"/>
        </w:rPr>
        <w:t>ዕፍሪ</w:t>
      </w:r>
      <w:r>
        <w:rPr>
          <w:rFonts w:ascii="Times New Roman" w:hAnsi="Times New Roman" w:eastAsia="Times New Roman" w:cs="Times New Roman"/>
        </w:rPr>
        <w:t xml:space="preserve"> </w:t>
      </w:r>
      <w:r>
        <w:rPr>
          <w:rFonts w:ascii="Ebrima" w:hAnsi="Ebrima" w:eastAsia="Ebrima" w:cs="Ebrima"/>
        </w:rPr>
        <w:t>ተቐቢላ</w:t>
      </w:r>
      <w:r>
        <w:rPr>
          <w:rFonts w:ascii="Times New Roman" w:hAnsi="Times New Roman" w:eastAsia="Times New Roman" w:cs="Times New Roman"/>
        </w:rPr>
        <w:t xml:space="preserve"> </w:t>
      </w:r>
      <w:r>
        <w:rPr>
          <w:rFonts w:ascii="Ebrima" w:hAnsi="Ebrima" w:eastAsia="Ebrima" w:cs="Ebrima"/>
        </w:rPr>
        <w:t>እያ።</w:t>
      </w:r>
      <w:r>
        <w:rPr>
          <w:rFonts w:ascii="Times New Roman" w:hAnsi="Times New Roman" w:eastAsia="Times New Roman" w:cs="Times New Roman"/>
        </w:rPr>
        <w:t xml:space="preserve"> </w:t>
      </w:r>
      <w:r>
        <w:rPr>
          <w:rFonts w:ascii="Ebrima" w:hAnsi="Ebrima" w:eastAsia="Ebrima" w:cs="Ebrima"/>
        </w:rPr>
        <w:t>ድምፂ</w:t>
      </w:r>
      <w:r>
        <w:rPr>
          <w:rFonts w:ascii="Times New Roman" w:hAnsi="Times New Roman" w:eastAsia="Times New Roman" w:cs="Times New Roman"/>
        </w:rPr>
        <w:t xml:space="preserve"> </w:t>
      </w:r>
      <w:r>
        <w:rPr>
          <w:rFonts w:ascii="Ebrima" w:hAnsi="Ebrima" w:eastAsia="Ebrima" w:cs="Ebrima"/>
        </w:rPr>
        <w:t>ናይ</w:t>
      </w:r>
      <w:r>
        <w:rPr>
          <w:rFonts w:ascii="Times New Roman" w:hAnsi="Times New Roman" w:eastAsia="Times New Roman" w:cs="Times New Roman"/>
        </w:rPr>
        <w:t xml:space="preserve"> </w:t>
      </w:r>
      <w:r>
        <w:rPr>
          <w:rFonts w:ascii="Ebrima" w:hAnsi="Ebrima" w:eastAsia="Ebrima" w:cs="Ebrima"/>
        </w:rPr>
        <w:t>እቲ</w:t>
      </w:r>
      <w:r>
        <w:rPr>
          <w:rFonts w:ascii="Times New Roman" w:hAnsi="Times New Roman" w:eastAsia="Times New Roman" w:cs="Times New Roman"/>
        </w:rPr>
        <w:t xml:space="preserve"> </w:t>
      </w:r>
      <w:r>
        <w:rPr>
          <w:rFonts w:ascii="Ebrima" w:hAnsi="Ebrima" w:eastAsia="Ebrima" w:cs="Ebrima"/>
        </w:rPr>
        <w:t>ኣብ</w:t>
      </w:r>
      <w:r>
        <w:rPr>
          <w:rFonts w:ascii="Times New Roman" w:hAnsi="Times New Roman" w:eastAsia="Times New Roman" w:cs="Times New Roman"/>
        </w:rPr>
        <w:t xml:space="preserve"> </w:t>
      </w:r>
      <w:r>
        <w:rPr>
          <w:rFonts w:ascii="Ebrima" w:hAnsi="Ebrima" w:eastAsia="Ebrima" w:cs="Ebrima"/>
        </w:rPr>
        <w:t>በረኻ</w:t>
      </w:r>
      <w:r>
        <w:rPr>
          <w:rFonts w:ascii="Times New Roman" w:hAnsi="Times New Roman" w:eastAsia="Times New Roman" w:cs="Times New Roman"/>
        </w:rPr>
        <w:t xml:space="preserve"> </w:t>
      </w:r>
      <w:r>
        <w:rPr>
          <w:rFonts w:ascii="Ebrima" w:hAnsi="Ebrima" w:eastAsia="Ebrima" w:cs="Ebrima"/>
        </w:rPr>
        <w:t>ዝጭውዕ</w:t>
      </w:r>
      <w:r>
        <w:rPr>
          <w:rFonts w:ascii="Times New Roman" w:hAnsi="Times New Roman" w:eastAsia="Times New Roman" w:cs="Times New Roman"/>
        </w:rPr>
        <w:t xml:space="preserve">.... </w:t>
      </w:r>
      <w:r>
        <w:rPr>
          <w:rFonts w:ascii="Ebrima" w:hAnsi="Ebrima" w:eastAsia="Ebrima" w:cs="Ebrima"/>
        </w:rPr>
        <w:t>ኢሳይያስ</w:t>
      </w:r>
      <w:r>
        <w:rPr>
          <w:rFonts w:ascii="Times New Roman" w:hAnsi="Times New Roman" w:eastAsia="Times New Roman" w:cs="Times New Roman"/>
        </w:rPr>
        <w:t xml:space="preserve"> 40:2, 3.</w:t>
      </w:r>
    </w:p>
    <w:p>
      <w:pPr>
        <w:pStyle w:val="ArticleBody"/>
        <w:jc w:val="left"/>
      </w:pPr>
      <w:r>
        <w:rPr>
          <w:rFonts w:ascii="Gadugi" w:hAnsi="Gadugi" w:eastAsia="Gadugi" w:cs="Gadugi"/>
        </w:rPr>
        <w:t>ᎢᎦᎵᏍᏙᏗ</w:t>
      </w:r>
      <w:r>
        <w:rPr>
          <w:rFonts w:ascii="Times New Roman" w:hAnsi="Times New Roman" w:eastAsia="Times New Roman" w:cs="Times New Roman"/>
        </w:rPr>
        <w:t xml:space="preserve"> </w:t>
      </w:r>
      <w:r>
        <w:rPr>
          <w:rFonts w:ascii="Gadugi" w:hAnsi="Gadugi" w:eastAsia="Gadugi" w:cs="Gadugi"/>
        </w:rPr>
        <w:t>ᎤᏁᎷᎬ</w:t>
      </w:r>
      <w:r>
        <w:rPr>
          <w:rFonts w:ascii="Times New Roman" w:hAnsi="Times New Roman" w:eastAsia="Times New Roman" w:cs="Times New Roman"/>
        </w:rPr>
        <w:t xml:space="preserve"> </w:t>
      </w:r>
      <w:r>
        <w:rPr>
          <w:rFonts w:ascii="Gadugi" w:hAnsi="Gadugi" w:eastAsia="Gadugi" w:cs="Gadugi"/>
        </w:rPr>
        <w:t>ᎤᏪᎵᏍᎬ</w:t>
      </w:r>
      <w:r>
        <w:rPr>
          <w:rFonts w:ascii="Times New Roman" w:hAnsi="Times New Roman" w:eastAsia="Times New Roman" w:cs="Times New Roman"/>
        </w:rPr>
        <w:t xml:space="preserve"> </w:t>
      </w:r>
      <w:r>
        <w:rPr>
          <w:rFonts w:ascii="Gadugi" w:hAnsi="Gadugi" w:eastAsia="Gadugi" w:cs="Gadugi"/>
        </w:rPr>
        <w:t>ᎾᏍᏉ</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ᎤᏪᎵᏍᎬ</w:t>
      </w:r>
      <w:r>
        <w:rPr>
          <w:rFonts w:ascii="Times New Roman" w:hAnsi="Times New Roman" w:eastAsia="Times New Roman" w:cs="Times New Roman"/>
        </w:rPr>
        <w:t xml:space="preserve"> </w:t>
      </w:r>
      <w:r>
        <w:rPr>
          <w:rFonts w:ascii="Gadugi" w:hAnsi="Gadugi" w:eastAsia="Gadugi" w:cs="Gadugi"/>
        </w:rPr>
        <w:t>ᎣᏂ</w:t>
      </w:r>
      <w:r>
        <w:rPr>
          <w:rFonts w:ascii="Times New Roman" w:hAnsi="Times New Roman" w:eastAsia="Times New Roman" w:cs="Times New Roman"/>
        </w:rPr>
        <w:t xml:space="preserve"> </w:t>
      </w:r>
      <w:r>
        <w:rPr>
          <w:rFonts w:ascii="Gadugi" w:hAnsi="Gadugi" w:eastAsia="Gadugi" w:cs="Gadugi"/>
        </w:rPr>
        <w:t>ᎤᎾᏫᏯ</w:t>
      </w:r>
      <w:r>
        <w:rPr>
          <w:rFonts w:ascii="Times New Roman" w:hAnsi="Times New Roman" w:eastAsia="Times New Roman" w:cs="Times New Roman"/>
        </w:rPr>
        <w:t xml:space="preserve"> </w:t>
      </w:r>
      <w:r>
        <w:rPr>
          <w:rFonts w:ascii="Gadugi" w:hAnsi="Gadugi" w:eastAsia="Gadugi" w:cs="Gadugi"/>
        </w:rPr>
        <w:t>ᎠᎹ</w:t>
      </w:r>
      <w:r>
        <w:rPr>
          <w:rFonts w:ascii="Times New Roman" w:hAnsi="Times New Roman" w:eastAsia="Times New Roman" w:cs="Times New Roman"/>
        </w:rPr>
        <w:t xml:space="preserve"> </w:t>
      </w:r>
      <w:r>
        <w:rPr>
          <w:rFonts w:ascii="Gadugi" w:hAnsi="Gadugi" w:eastAsia="Gadugi" w:cs="Gadugi"/>
        </w:rPr>
        <w:t>ᎤᏤᎵᎦᎵᏉᎩ</w:t>
      </w:r>
      <w:r>
        <w:rPr>
          <w:rFonts w:ascii="Times New Roman" w:hAnsi="Times New Roman" w:eastAsia="Times New Roman" w:cs="Times New Roman"/>
        </w:rPr>
        <w:t xml:space="preserve"> </w:t>
      </w:r>
      <w:r>
        <w:rPr>
          <w:rFonts w:ascii="Gadugi" w:hAnsi="Gadugi" w:eastAsia="Gadugi" w:cs="Gadugi"/>
        </w:rPr>
        <w:t>ᎤᏬᏢᏅᎯ</w:t>
      </w:r>
      <w:r>
        <w:rPr>
          <w:rFonts w:ascii="Times New Roman" w:hAnsi="Times New Roman" w:eastAsia="Times New Roman" w:cs="Times New Roman"/>
        </w:rPr>
        <w:t xml:space="preserve"> </w:t>
      </w:r>
      <w:r>
        <w:rPr>
          <w:rFonts w:ascii="Gadugi" w:hAnsi="Gadugi" w:eastAsia="Gadugi" w:cs="Gadugi"/>
        </w:rPr>
        <w:t>ᎤᏍᏗ</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«Сіздер Иеміздің келуін тым алысқа ысырып жүрсіздер. Мен кейінгі жаңбырдың түн ортасындағы айқай сияқты [кенеттен] және он есе зор құдіретпен келіп жатқанын көрдім». Spalding and Magan, 5.</w:t>
      </w:r>
    </w:p>
    <w:p>
      <w:pPr>
        <w:pStyle w:val="ArticleBody"/>
        <w:jc w:val="left"/>
      </w:pPr>
      <w:r>
        <w:rPr>
          <w:rFonts w:ascii="Times New Roman" w:hAnsi="Times New Roman" w:eastAsia="Times New Roman" w:cs="Times New Roman"/>
        </w:rPr>
        <w:t>Minji yvwi ade hla anetsohisdodi nihi Tsisa Gawonihisdi Duyukdv nvhi agidodadv, tsalagi ale “latter rain message” adanvdoa, ale udanvdoa digaduhv’i ugwutliha ale nidwa’dodi ge’i nigada, hla nigi adanvdoa. Ugwutliha ale nidwa’dodi ge’i nigada, hla nigi “Midnight Cry,” ale “latter rain message” tsigesv’i digaduhv’i adanvdoa. “Comfort ye, comfort ye” ugwutliha ale nidwa’dodi ge’i nigada adanvdoa, Isaiah agayv’i forty ade uwodvnehi “tarrying time” nigohilv’i ayelidodi, hla “parable of the ten virgins” gi “Midnight Cry” udanvdoa digaduhv’i ale ujumv adanvdoa, tsalagi atse nigada iha nigohilv’i, tsalagi iyuwodvnehi gagadoga. Hia tsunadeloquasdi, Christ agwaduliha Comforter, tsalagi “sleeping virgins” adanvdoa tsigesv’i iyuniyvda, hla nihi tsigesv’i atsogewi passages nihi “sleeping,” hla nigi “sleep of death” tsigesv’i “sleeping” nigada. Isaiah forty agayv’i svhi verse, tsigesv’i three and a half symbolic days “after” July 18, 2020 disappointment digaduhv’i ayelidodi, hla hia tsunadeloquasdi Comforter agwaduliha atsagesdi iyuniyvdanv. Three and a half days hla nigi wilderness adanvdoa, hla hia nigohilv’i “voice” adanvdoa “cry” adanvdoa udvnelvquodi.</w:t>
      </w:r>
    </w:p>
    <w:p>
      <w:pPr>
        <w:pStyle w:val="ArticleBody"/>
        <w:jc w:val="left"/>
      </w:pPr>
      <w:r>
        <w:rPr>
          <w:rFonts w:ascii="Segoe UI Historic" w:hAnsi="Segoe UI Historic" w:eastAsia="Segoe UI Historic" w:cs="Segoe UI Historic"/>
        </w:rPr>
        <w:t>ܓܠܝܢܐ</w:t>
      </w:r>
      <w:r>
        <w:rPr>
          <w:rFonts w:ascii="Times New Roman" w:hAnsi="Times New Roman" w:eastAsia="Times New Roman" w:cs="Times New Roman"/>
        </w:rPr>
        <w:t xml:space="preserve"> </w:t>
      </w:r>
      <w:r>
        <w:rPr>
          <w:rFonts w:ascii="Segoe UI Historic" w:hAnsi="Segoe UI Historic" w:eastAsia="Segoe UI Historic" w:cs="Segoe UI Historic"/>
        </w:rPr>
        <w:t>ܚܕܥܣܪ</w:t>
      </w:r>
      <w:r>
        <w:rPr>
          <w:rFonts w:ascii="Times New Roman" w:hAnsi="Times New Roman" w:eastAsia="Times New Roman" w:cs="Times New Roman"/>
        </w:rPr>
        <w:t xml:space="preserve">, </w:t>
      </w:r>
      <w:r>
        <w:rPr>
          <w:rFonts w:ascii="Segoe UI Historic" w:hAnsi="Segoe UI Historic" w:eastAsia="Segoe UI Historic" w:cs="Segoe UI Historic"/>
        </w:rPr>
        <w:t>ܚܙܩܝܐܝܠ</w:t>
      </w:r>
      <w:r>
        <w:rPr>
          <w:rFonts w:ascii="Times New Roman" w:hAnsi="Times New Roman" w:eastAsia="Times New Roman" w:cs="Times New Roman"/>
        </w:rPr>
        <w:t xml:space="preserve"> </w:t>
      </w:r>
      <w:r>
        <w:rPr>
          <w:rFonts w:ascii="Segoe UI Historic" w:hAnsi="Segoe UI Historic" w:eastAsia="Segoe UI Historic" w:cs="Segoe UI Historic"/>
        </w:rPr>
        <w:t>ܬܠܬܝܢ</w:t>
      </w:r>
      <w:r>
        <w:rPr>
          <w:rFonts w:ascii="Times New Roman" w:hAnsi="Times New Roman" w:eastAsia="Times New Roman" w:cs="Times New Roman"/>
        </w:rPr>
        <w:t xml:space="preserve"> </w:t>
      </w:r>
      <w:r>
        <w:rPr>
          <w:rFonts w:ascii="Segoe UI Historic" w:hAnsi="Segoe UI Historic" w:eastAsia="Segoe UI Historic" w:cs="Segoe UI Historic"/>
        </w:rPr>
        <w:t>ܘܫܒܥ</w:t>
      </w:r>
      <w:r>
        <w:rPr>
          <w:rFonts w:ascii="Times New Roman" w:hAnsi="Times New Roman" w:eastAsia="Times New Roman" w:cs="Times New Roman"/>
        </w:rPr>
        <w:t xml:space="preserve">, </w:t>
      </w:r>
      <w:r>
        <w:rPr>
          <w:rFonts w:ascii="Segoe UI Historic" w:hAnsi="Segoe UI Historic" w:eastAsia="Segoe UI Historic" w:cs="Segoe UI Historic"/>
        </w:rPr>
        <w:t>ܡܬܝ</w:t>
      </w:r>
      <w:r>
        <w:rPr>
          <w:rFonts w:ascii="Times New Roman" w:hAnsi="Times New Roman" w:eastAsia="Times New Roman" w:cs="Times New Roman"/>
        </w:rPr>
        <w:t xml:space="preserve"> </w:t>
      </w:r>
      <w:r>
        <w:rPr>
          <w:rFonts w:ascii="Segoe UI Historic" w:hAnsi="Segoe UI Historic" w:eastAsia="Segoe UI Historic" w:cs="Segoe UI Historic"/>
        </w:rPr>
        <w:t>ܥܣܪܝܢ</w:t>
      </w:r>
      <w:r>
        <w:rPr>
          <w:rFonts w:ascii="Times New Roman" w:hAnsi="Times New Roman" w:eastAsia="Times New Roman" w:cs="Times New Roman"/>
        </w:rPr>
        <w:t xml:space="preserve"> </w:t>
      </w:r>
      <w:r>
        <w:rPr>
          <w:rFonts w:ascii="Segoe UI Historic" w:hAnsi="Segoe UI Historic" w:eastAsia="Segoe UI Historic" w:cs="Segoe UI Historic"/>
        </w:rPr>
        <w:t>ܘܚܡܫ</w:t>
      </w:r>
      <w:r>
        <w:rPr>
          <w:rFonts w:ascii="Times New Roman" w:hAnsi="Times New Roman" w:eastAsia="Times New Roman" w:cs="Times New Roman"/>
        </w:rPr>
        <w:t xml:space="preserve">, </w:t>
      </w:r>
      <w:r>
        <w:rPr>
          <w:rFonts w:ascii="Segoe UI Historic" w:hAnsi="Segoe UI Historic" w:eastAsia="Segoe UI Historic" w:cs="Segoe UI Historic"/>
        </w:rPr>
        <w:t>ܘܬܫܥܝܬܐ</w:t>
      </w:r>
      <w:r>
        <w:rPr>
          <w:rFonts w:ascii="Times New Roman" w:hAnsi="Times New Roman" w:eastAsia="Times New Roman" w:cs="Times New Roman"/>
        </w:rPr>
        <w:t xml:space="preserve"> </w:t>
      </w:r>
      <w:r>
        <w:rPr>
          <w:rFonts w:ascii="Segoe UI Historic" w:hAnsi="Segoe UI Historic" w:eastAsia="Segoe UI Historic" w:cs="Segoe UI Historic"/>
        </w:rPr>
        <w:t>ܕܡܝܠܪ</w:t>
      </w:r>
      <w:r>
        <w:rPr>
          <w:rFonts w:ascii="Times New Roman" w:hAnsi="Times New Roman" w:eastAsia="Times New Roman" w:cs="Times New Roman"/>
        </w:rPr>
        <w:t>̈</w:t>
      </w:r>
      <w:r>
        <w:rPr>
          <w:rFonts w:ascii="Segoe UI Historic" w:hAnsi="Segoe UI Historic" w:eastAsia="Segoe UI Historic" w:cs="Segoe UI Historic"/>
        </w:rPr>
        <w:t>ܝܬܐ</w:t>
      </w:r>
      <w:r>
        <w:rPr>
          <w:rFonts w:ascii="Times New Roman" w:hAnsi="Times New Roman" w:eastAsia="Times New Roman" w:cs="Times New Roman"/>
        </w:rPr>
        <w:t xml:space="preserve"> (</w:t>
      </w:r>
      <w:r>
        <w:rPr>
          <w:rFonts w:ascii="Segoe UI Historic" w:hAnsi="Segoe UI Historic" w:eastAsia="Segoe UI Historic" w:cs="Segoe UI Historic"/>
        </w:rPr>
        <w:t>ܥܡ</w:t>
      </w:r>
      <w:r>
        <w:rPr>
          <w:rFonts w:ascii="Times New Roman" w:hAnsi="Times New Roman" w:eastAsia="Times New Roman" w:cs="Times New Roman"/>
        </w:rPr>
        <w:t xml:space="preserve"> </w:t>
      </w:r>
      <w:r>
        <w:rPr>
          <w:rFonts w:ascii="Segoe UI Historic" w:hAnsi="Segoe UI Historic" w:eastAsia="Segoe UI Historic" w:cs="Segoe UI Historic"/>
        </w:rPr>
        <w:t>ܐܢܘܢ</w:t>
      </w:r>
      <w:r>
        <w:rPr>
          <w:rFonts w:ascii="Times New Roman" w:hAnsi="Times New Roman" w:eastAsia="Times New Roman" w:cs="Times New Roman"/>
        </w:rPr>
        <w:t xml:space="preserve"> </w:t>
      </w:r>
      <w:r>
        <w:rPr>
          <w:rFonts w:ascii="Segoe UI Historic" w:hAnsi="Segoe UI Historic" w:eastAsia="Segoe UI Historic" w:cs="Segoe UI Historic"/>
        </w:rPr>
        <w:t>ܕܘܟܪ</w:t>
      </w:r>
      <w:r>
        <w:rPr>
          <w:rFonts w:ascii="Times New Roman" w:hAnsi="Times New Roman" w:eastAsia="Times New Roman" w:cs="Times New Roman"/>
        </w:rPr>
        <w:t>̈</w:t>
      </w:r>
      <w:r>
        <w:rPr>
          <w:rFonts w:ascii="Segoe UI Historic" w:hAnsi="Segoe UI Historic" w:eastAsia="Segoe UI Historic" w:cs="Segoe UI Historic"/>
        </w:rPr>
        <w:t>ܢܐ</w:t>
      </w:r>
      <w:r>
        <w:rPr>
          <w:rFonts w:ascii="Times New Roman" w:hAnsi="Times New Roman" w:eastAsia="Times New Roman" w:cs="Times New Roman"/>
        </w:rPr>
        <w:t xml:space="preserve"> </w:t>
      </w:r>
      <w:r>
        <w:rPr>
          <w:rFonts w:ascii="Segoe UI Historic" w:hAnsi="Segoe UI Historic" w:eastAsia="Segoe UI Historic" w:cs="Segoe UI Historic"/>
        </w:rPr>
        <w:t>ܕܕܪܟܐ</w:t>
      </w:r>
      <w:r>
        <w:rPr>
          <w:rFonts w:ascii="Times New Roman" w:hAnsi="Times New Roman" w:eastAsia="Times New Roman" w:cs="Times New Roman"/>
        </w:rPr>
        <w:t xml:space="preserve"> </w:t>
      </w:r>
      <w:r>
        <w:rPr>
          <w:rFonts w:ascii="Segoe UI Historic" w:hAnsi="Segoe UI Historic" w:eastAsia="Segoe UI Historic" w:cs="Segoe UI Historic"/>
        </w:rPr>
        <w:t>ܕܬܫܥܝܬܐ</w:t>
      </w:r>
      <w:r>
        <w:rPr>
          <w:rFonts w:ascii="Times New Roman" w:hAnsi="Times New Roman" w:eastAsia="Times New Roman" w:cs="Times New Roman"/>
        </w:rPr>
        <w:t xml:space="preserve"> </w:t>
      </w:r>
      <w:r>
        <w:rPr>
          <w:rFonts w:ascii="Segoe UI Historic" w:hAnsi="Segoe UI Historic" w:eastAsia="Segoe UI Historic" w:cs="Segoe UI Historic"/>
        </w:rPr>
        <w:t>ܕܡܝܠܪ</w:t>
      </w:r>
      <w:r>
        <w:rPr>
          <w:rFonts w:ascii="Times New Roman" w:hAnsi="Times New Roman" w:eastAsia="Times New Roman" w:cs="Times New Roman"/>
        </w:rPr>
        <w:t>̈</w:t>
      </w:r>
      <w:r>
        <w:rPr>
          <w:rFonts w:ascii="Segoe UI Historic" w:hAnsi="Segoe UI Historic" w:eastAsia="Segoe UI Historic" w:cs="Segoe UI Historic"/>
        </w:rPr>
        <w:t>ܝܬܐ</w:t>
      </w:r>
      <w:r>
        <w:rPr>
          <w:rFonts w:ascii="Times New Roman" w:hAnsi="Times New Roman" w:eastAsia="Times New Roman" w:cs="Times New Roman"/>
        </w:rPr>
        <w:t xml:space="preserve"> </w:t>
      </w:r>
      <w:r>
        <w:rPr>
          <w:rFonts w:ascii="Segoe UI Historic" w:hAnsi="Segoe UI Historic" w:eastAsia="Segoe UI Historic" w:cs="Segoe UI Historic"/>
        </w:rPr>
        <w:t>ܕܡܬܚܙܝܢ</w:t>
      </w:r>
      <w:r>
        <w:rPr>
          <w:rFonts w:ascii="Times New Roman" w:hAnsi="Times New Roman" w:eastAsia="Times New Roman" w:cs="Times New Roman"/>
        </w:rPr>
        <w:t xml:space="preserve"> </w:t>
      </w:r>
      <w:r>
        <w:rPr>
          <w:rFonts w:ascii="Segoe UI Historic" w:hAnsi="Segoe UI Historic" w:eastAsia="Segoe UI Historic" w:cs="Segoe UI Historic"/>
        </w:rPr>
        <w:t>ܒܟܠ</w:t>
      </w:r>
      <w:r>
        <w:rPr>
          <w:rFonts w:ascii="Times New Roman" w:hAnsi="Times New Roman" w:eastAsia="Times New Roman" w:cs="Times New Roman"/>
        </w:rPr>
        <w:t xml:space="preserve"> </w:t>
      </w:r>
      <w:r>
        <w:rPr>
          <w:rFonts w:ascii="Segoe UI Historic" w:hAnsi="Segoe UI Historic" w:eastAsia="Segoe UI Historic" w:cs="Segoe UI Historic"/>
        </w:rPr>
        <w:t>ܚܕܐ</w:t>
      </w:r>
      <w:r>
        <w:rPr>
          <w:rFonts w:ascii="Times New Roman" w:hAnsi="Times New Roman" w:eastAsia="Times New Roman" w:cs="Times New Roman"/>
        </w:rPr>
        <w:t xml:space="preserve"> </w:t>
      </w:r>
      <w:r>
        <w:rPr>
          <w:rFonts w:ascii="Segoe UI Historic" w:hAnsi="Segoe UI Historic" w:eastAsia="Segoe UI Historic" w:cs="Segoe UI Historic"/>
        </w:rPr>
        <w:t>ܡܢ</w:t>
      </w:r>
      <w:r>
        <w:rPr>
          <w:rFonts w:ascii="Times New Roman" w:hAnsi="Times New Roman" w:eastAsia="Times New Roman" w:cs="Times New Roman"/>
        </w:rPr>
        <w:t xml:space="preserve"> </w:t>
      </w:r>
      <w:r>
        <w:rPr>
          <w:rFonts w:ascii="Segoe UI Historic" w:hAnsi="Segoe UI Historic" w:eastAsia="Segoe UI Historic" w:cs="Segoe UI Historic"/>
        </w:rPr>
        <w:t>ܬܢܘ</w:t>
      </w:r>
      <w:r>
        <w:rPr>
          <w:rFonts w:ascii="Times New Roman" w:hAnsi="Times New Roman" w:eastAsia="Times New Roman" w:cs="Times New Roman"/>
        </w:rPr>
        <w:t>̈</w:t>
      </w:r>
      <w:r>
        <w:rPr>
          <w:rFonts w:ascii="Segoe UI Historic" w:hAnsi="Segoe UI Historic" w:eastAsia="Segoe UI Historic" w:cs="Segoe UI Historic"/>
        </w:rPr>
        <w:t>ܝܬܐ</w:t>
      </w:r>
      <w:r>
        <w:rPr>
          <w:rFonts w:ascii="Times New Roman" w:hAnsi="Times New Roman" w:eastAsia="Times New Roman" w:cs="Times New Roman"/>
        </w:rPr>
        <w:t xml:space="preserve"> </w:t>
      </w:r>
      <w:r>
        <w:rPr>
          <w:rFonts w:ascii="Segoe UI Historic" w:hAnsi="Segoe UI Historic" w:eastAsia="Segoe UI Historic" w:cs="Segoe UI Historic"/>
        </w:rPr>
        <w:t>ܕܬܘܪܨܐ</w:t>
      </w:r>
      <w:r>
        <w:rPr>
          <w:rFonts w:ascii="Times New Roman" w:hAnsi="Times New Roman" w:eastAsia="Times New Roman" w:cs="Times New Roman"/>
        </w:rPr>
        <w:t xml:space="preserve">)، </w:t>
      </w:r>
      <w:r>
        <w:rPr>
          <w:rFonts w:ascii="Segoe UI Historic" w:hAnsi="Segoe UI Historic" w:eastAsia="Segoe UI Historic" w:cs="Segoe UI Historic"/>
        </w:rPr>
        <w:t>ܡܬܚܒܪܝܢ</w:t>
      </w:r>
      <w:r>
        <w:rPr>
          <w:rFonts w:ascii="Times New Roman" w:hAnsi="Times New Roman" w:eastAsia="Times New Roman" w:cs="Times New Roman"/>
        </w:rPr>
        <w:t xml:space="preserve"> </w:t>
      </w:r>
      <w:r>
        <w:rPr>
          <w:rFonts w:ascii="Segoe UI Historic" w:hAnsi="Segoe UI Historic" w:eastAsia="Segoe UI Historic" w:cs="Segoe UI Historic"/>
        </w:rPr>
        <w:t>ܠܡܫܘܕܥܘ</w:t>
      </w:r>
      <w:r>
        <w:rPr>
          <w:rFonts w:ascii="Times New Roman" w:hAnsi="Times New Roman" w:eastAsia="Times New Roman" w:cs="Times New Roman"/>
        </w:rPr>
        <w:t xml:space="preserve"> </w:t>
      </w:r>
      <w:r>
        <w:rPr>
          <w:rFonts w:ascii="Segoe UI Historic" w:hAnsi="Segoe UI Historic" w:eastAsia="Segoe UI Historic" w:cs="Segoe UI Historic"/>
        </w:rPr>
        <w:t>ܥܠ</w:t>
      </w:r>
      <w:r>
        <w:rPr>
          <w:rFonts w:ascii="Times New Roman" w:hAnsi="Times New Roman" w:eastAsia="Times New Roman" w:cs="Times New Roman"/>
        </w:rPr>
        <w:t xml:space="preserve"> «</w:t>
      </w:r>
      <w:r>
        <w:rPr>
          <w:rFonts w:ascii="Segoe UI Historic" w:hAnsi="Segoe UI Historic" w:eastAsia="Segoe UI Historic" w:cs="Segoe UI Historic"/>
        </w:rPr>
        <w:t>ܗܠܝܟܐ</w:t>
      </w:r>
      <w:r>
        <w:rPr>
          <w:rFonts w:ascii="Times New Roman" w:hAnsi="Times New Roman" w:eastAsia="Times New Roman" w:cs="Times New Roman"/>
        </w:rPr>
        <w:t xml:space="preserve"> </w:t>
      </w:r>
      <w:r>
        <w:rPr>
          <w:rFonts w:ascii="Segoe UI Historic" w:hAnsi="Segoe UI Historic" w:eastAsia="Segoe UI Historic" w:cs="Segoe UI Historic"/>
        </w:rPr>
        <w:t>ܡܝܚܕܐ</w:t>
      </w:r>
      <w:r>
        <w:rPr>
          <w:rFonts w:ascii="Times New Roman" w:hAnsi="Times New Roman" w:eastAsia="Times New Roman" w:cs="Times New Roman"/>
        </w:rPr>
        <w:t xml:space="preserve">» </w:t>
      </w:r>
      <w:r>
        <w:rPr>
          <w:rFonts w:ascii="Segoe UI Historic" w:hAnsi="Segoe UI Historic" w:eastAsia="Segoe UI Historic" w:cs="Segoe UI Historic"/>
        </w:rPr>
        <w:t>ܕܡܥܝܪܘܬܐ</w:t>
      </w:r>
      <w:r>
        <w:rPr>
          <w:rFonts w:ascii="Times New Roman" w:hAnsi="Times New Roman" w:eastAsia="Times New Roman" w:cs="Times New Roman"/>
        </w:rPr>
        <w:t xml:space="preserve"> </w:t>
      </w:r>
      <w:r>
        <w:rPr>
          <w:rFonts w:ascii="Segoe UI Historic" w:hAnsi="Segoe UI Historic" w:eastAsia="Segoe UI Historic" w:cs="Segoe UI Historic"/>
        </w:rPr>
        <w:t>ܕܒܬܘ</w:t>
      </w:r>
      <w:r>
        <w:rPr>
          <w:rFonts w:ascii="Times New Roman" w:hAnsi="Times New Roman" w:eastAsia="Times New Roman" w:cs="Times New Roman"/>
        </w:rPr>
        <w:t>̈</w:t>
      </w:r>
      <w:r>
        <w:rPr>
          <w:rFonts w:ascii="Segoe UI Historic" w:hAnsi="Segoe UI Historic" w:eastAsia="Segoe UI Historic" w:cs="Segoe UI Historic"/>
        </w:rPr>
        <w:t>ܠܬܐ</w:t>
      </w:r>
      <w:r>
        <w:rPr>
          <w:rFonts w:ascii="Times New Roman" w:hAnsi="Times New Roman" w:eastAsia="Times New Roman" w:cs="Times New Roman"/>
        </w:rPr>
        <w:t xml:space="preserve"> </w:t>
      </w:r>
      <w:r>
        <w:rPr>
          <w:rFonts w:ascii="Segoe UI Historic" w:hAnsi="Segoe UI Historic" w:eastAsia="Segoe UI Historic" w:cs="Segoe UI Historic"/>
        </w:rPr>
        <w:t>ܕܕܡܟ</w:t>
      </w:r>
      <w:r>
        <w:rPr>
          <w:rFonts w:ascii="Times New Roman" w:hAnsi="Times New Roman" w:eastAsia="Times New Roman" w:cs="Times New Roman"/>
        </w:rPr>
        <w:t>̈</w:t>
      </w:r>
      <w:r>
        <w:rPr>
          <w:rFonts w:ascii="Segoe UI Historic" w:hAnsi="Segoe UI Historic" w:eastAsia="Segoe UI Historic" w:cs="Segoe UI Historic"/>
        </w:rPr>
        <w:t>ܢ</w:t>
      </w:r>
      <w:r>
        <w:rPr>
          <w:rFonts w:ascii="Times New Roman" w:hAnsi="Times New Roman" w:eastAsia="Times New Roman" w:cs="Times New Roman"/>
        </w:rPr>
        <w:t xml:space="preserve">. </w:t>
      </w:r>
      <w:r>
        <w:rPr>
          <w:rFonts w:ascii="Segoe UI Historic" w:hAnsi="Segoe UI Historic" w:eastAsia="Segoe UI Historic" w:cs="Segoe UI Historic"/>
        </w:rPr>
        <w:t>ܗܢܐ</w:t>
      </w:r>
      <w:r>
        <w:rPr>
          <w:rFonts w:ascii="Times New Roman" w:hAnsi="Times New Roman" w:eastAsia="Times New Roman" w:cs="Times New Roman"/>
        </w:rPr>
        <w:t xml:space="preserve"> </w:t>
      </w:r>
      <w:r>
        <w:rPr>
          <w:rFonts w:ascii="Segoe UI Historic" w:hAnsi="Segoe UI Historic" w:eastAsia="Segoe UI Historic" w:cs="Segoe UI Historic"/>
        </w:rPr>
        <w:t>ܗܠܝܟܐ</w:t>
      </w:r>
      <w:r>
        <w:rPr>
          <w:rFonts w:ascii="Times New Roman" w:hAnsi="Times New Roman" w:eastAsia="Times New Roman" w:cs="Times New Roman"/>
        </w:rPr>
        <w:t xml:space="preserve"> </w:t>
      </w:r>
      <w:r>
        <w:rPr>
          <w:rFonts w:ascii="Segoe UI Historic" w:hAnsi="Segoe UI Historic" w:eastAsia="Segoe UI Historic" w:cs="Segoe UI Historic"/>
        </w:rPr>
        <w:t>ܫܪܐ</w:t>
      </w:r>
      <w:r>
        <w:rPr>
          <w:rFonts w:ascii="Times New Roman" w:hAnsi="Times New Roman" w:eastAsia="Times New Roman" w:cs="Times New Roman"/>
        </w:rPr>
        <w:t xml:space="preserve"> </w:t>
      </w:r>
      <w:r>
        <w:rPr>
          <w:rFonts w:ascii="Segoe UI Historic" w:hAnsi="Segoe UI Historic" w:eastAsia="Segoe UI Historic" w:cs="Segoe UI Historic"/>
        </w:rPr>
        <w:t>ܟܕ</w:t>
      </w:r>
      <w:r>
        <w:rPr>
          <w:rFonts w:ascii="Times New Roman" w:hAnsi="Times New Roman" w:eastAsia="Times New Roman" w:cs="Times New Roman"/>
        </w:rPr>
        <w:t xml:space="preserve"> </w:t>
      </w:r>
      <w:r>
        <w:rPr>
          <w:rFonts w:ascii="Segoe UI Historic" w:hAnsi="Segoe UI Historic" w:eastAsia="Segoe UI Historic" w:cs="Segoe UI Historic"/>
        </w:rPr>
        <w:t>ܒܬܘ</w:t>
      </w:r>
      <w:r>
        <w:rPr>
          <w:rFonts w:ascii="Times New Roman" w:hAnsi="Times New Roman" w:eastAsia="Times New Roman" w:cs="Times New Roman"/>
        </w:rPr>
        <w:t>̈</w:t>
      </w:r>
      <w:r>
        <w:rPr>
          <w:rFonts w:ascii="Segoe UI Historic" w:hAnsi="Segoe UI Historic" w:eastAsia="Segoe UI Historic" w:cs="Segoe UI Historic"/>
        </w:rPr>
        <w:t>ܠܬܐ</w:t>
      </w:r>
      <w:r>
        <w:rPr>
          <w:rFonts w:ascii="Times New Roman" w:hAnsi="Times New Roman" w:eastAsia="Times New Roman" w:cs="Times New Roman"/>
        </w:rPr>
        <w:t xml:space="preserve"> </w:t>
      </w:r>
      <w:r>
        <w:rPr>
          <w:rFonts w:ascii="Segoe UI Historic" w:hAnsi="Segoe UI Historic" w:eastAsia="Segoe UI Historic" w:cs="Segoe UI Historic"/>
        </w:rPr>
        <w:t>ܐܙ</w:t>
      </w:r>
      <w:r>
        <w:rPr>
          <w:rFonts w:ascii="Times New Roman" w:hAnsi="Times New Roman" w:eastAsia="Times New Roman" w:cs="Times New Roman"/>
        </w:rPr>
        <w:t>̈</w:t>
      </w:r>
      <w:r>
        <w:rPr>
          <w:rFonts w:ascii="Segoe UI Historic" w:hAnsi="Segoe UI Historic" w:eastAsia="Segoe UI Historic" w:cs="Segoe UI Historic"/>
        </w:rPr>
        <w:t>ܠܢ</w:t>
      </w:r>
      <w:r>
        <w:rPr>
          <w:rFonts w:ascii="Times New Roman" w:hAnsi="Times New Roman" w:eastAsia="Times New Roman" w:cs="Times New Roman"/>
        </w:rPr>
        <w:t xml:space="preserve"> </w:t>
      </w:r>
      <w:r>
        <w:rPr>
          <w:rFonts w:ascii="Segoe UI Historic" w:hAnsi="Segoe UI Historic" w:eastAsia="Segoe UI Historic" w:cs="Segoe UI Historic"/>
        </w:rPr>
        <w:t>ܠܕܡܟܐ</w:t>
      </w:r>
      <w:r>
        <w:rPr>
          <w:rFonts w:ascii="Times New Roman" w:hAnsi="Times New Roman" w:eastAsia="Times New Roman" w:cs="Times New Roman"/>
        </w:rPr>
        <w:t xml:space="preserve"> </w:t>
      </w:r>
      <w:r>
        <w:rPr>
          <w:rFonts w:ascii="Segoe UI Historic" w:hAnsi="Segoe UI Historic" w:eastAsia="Segoe UI Historic" w:cs="Segoe UI Historic"/>
        </w:rPr>
        <w:t>ܒܐܟܣܦܬܐ</w:t>
      </w:r>
      <w:r>
        <w:rPr>
          <w:rFonts w:ascii="Times New Roman" w:hAnsi="Times New Roman" w:eastAsia="Times New Roman" w:cs="Times New Roman"/>
        </w:rPr>
        <w:t xml:space="preserve">. </w:t>
      </w:r>
      <w:r>
        <w:rPr>
          <w:rFonts w:ascii="Segoe UI Historic" w:hAnsi="Segoe UI Historic" w:eastAsia="Segoe UI Historic" w:cs="Segoe UI Historic"/>
        </w:rPr>
        <w:t>ܙܒܢܐ</w:t>
      </w:r>
      <w:r>
        <w:rPr>
          <w:rFonts w:ascii="Times New Roman" w:hAnsi="Times New Roman" w:eastAsia="Times New Roman" w:cs="Times New Roman"/>
        </w:rPr>
        <w:t xml:space="preserve"> </w:t>
      </w:r>
      <w:r>
        <w:rPr>
          <w:rFonts w:ascii="Segoe UI Historic" w:hAnsi="Segoe UI Historic" w:eastAsia="Segoe UI Historic" w:cs="Segoe UI Historic"/>
        </w:rPr>
        <w:t>ܕܡܘܫܟܐ</w:t>
      </w:r>
      <w:r>
        <w:rPr>
          <w:rFonts w:ascii="Times New Roman" w:hAnsi="Times New Roman" w:eastAsia="Times New Roman" w:cs="Times New Roman"/>
        </w:rPr>
        <w:t xml:space="preserve">، </w:t>
      </w:r>
      <w:r>
        <w:rPr>
          <w:rFonts w:ascii="Segoe UI Historic" w:hAnsi="Segoe UI Historic" w:eastAsia="Segoe UI Historic" w:cs="Segoe UI Historic"/>
        </w:rPr>
        <w:t>ܗܘ</w:t>
      </w:r>
      <w:r>
        <w:rPr>
          <w:rFonts w:ascii="Times New Roman" w:hAnsi="Times New Roman" w:eastAsia="Times New Roman" w:cs="Times New Roman"/>
        </w:rPr>
        <w:t xml:space="preserve"> </w:t>
      </w:r>
      <w:r>
        <w:rPr>
          <w:rFonts w:ascii="Segoe UI Historic" w:hAnsi="Segoe UI Historic" w:eastAsia="Segoe UI Historic" w:cs="Segoe UI Historic"/>
        </w:rPr>
        <w:t>ܕܫܪܝ</w:t>
      </w:r>
      <w:r>
        <w:rPr>
          <w:rFonts w:ascii="Times New Roman" w:hAnsi="Times New Roman" w:eastAsia="Times New Roman" w:cs="Times New Roman"/>
        </w:rPr>
        <w:t xml:space="preserve"> </w:t>
      </w:r>
      <w:r>
        <w:rPr>
          <w:rFonts w:ascii="Segoe UI Historic" w:hAnsi="Segoe UI Historic" w:eastAsia="Segoe UI Historic" w:cs="Segoe UI Historic"/>
        </w:rPr>
        <w:t>ܡܢ</w:t>
      </w:r>
      <w:r>
        <w:rPr>
          <w:rFonts w:ascii="Times New Roman" w:hAnsi="Times New Roman" w:eastAsia="Times New Roman" w:cs="Times New Roman"/>
        </w:rPr>
        <w:t xml:space="preserve"> </w:t>
      </w:r>
      <w:r>
        <w:rPr>
          <w:rFonts w:ascii="Segoe UI Historic" w:hAnsi="Segoe UI Historic" w:eastAsia="Segoe UI Historic" w:cs="Segoe UI Historic"/>
        </w:rPr>
        <w:t>ܐܟܣܦܬܐ</w:t>
      </w:r>
      <w:r>
        <w:rPr>
          <w:rFonts w:ascii="Times New Roman" w:hAnsi="Times New Roman" w:eastAsia="Times New Roman" w:cs="Times New Roman"/>
        </w:rPr>
        <w:t xml:space="preserve">، </w:t>
      </w:r>
      <w:r>
        <w:rPr>
          <w:rFonts w:ascii="Segoe UI Historic" w:hAnsi="Segoe UI Historic" w:eastAsia="Segoe UI Historic" w:cs="Segoe UI Historic"/>
        </w:rPr>
        <w:t>ܒܚܪܬܐ</w:t>
      </w:r>
      <w:r>
        <w:rPr>
          <w:rFonts w:ascii="Times New Roman" w:hAnsi="Times New Roman" w:eastAsia="Times New Roman" w:cs="Times New Roman"/>
        </w:rPr>
        <w:t xml:space="preserve"> </w:t>
      </w:r>
      <w:r>
        <w:rPr>
          <w:rFonts w:ascii="Segoe UI Historic" w:hAnsi="Segoe UI Historic" w:eastAsia="Segoe UI Historic" w:cs="Segoe UI Historic"/>
        </w:rPr>
        <w:t>ܡܫܬܘܕܥ</w:t>
      </w:r>
      <w:r>
        <w:rPr>
          <w:rFonts w:ascii="Times New Roman" w:hAnsi="Times New Roman" w:eastAsia="Times New Roman" w:cs="Times New Roman"/>
        </w:rPr>
        <w:t xml:space="preserve"> </w:t>
      </w:r>
      <w:r>
        <w:rPr>
          <w:rFonts w:ascii="Segoe UI Historic" w:hAnsi="Segoe UI Historic" w:eastAsia="Segoe UI Historic" w:cs="Segoe UI Historic"/>
        </w:rPr>
        <w:t>ܐܝܟ</w:t>
      </w:r>
      <w:r>
        <w:rPr>
          <w:rFonts w:ascii="Times New Roman" w:hAnsi="Times New Roman" w:eastAsia="Times New Roman" w:cs="Times New Roman"/>
        </w:rPr>
        <w:t xml:space="preserve"> </w:t>
      </w:r>
      <w:r>
        <w:rPr>
          <w:rFonts w:ascii="Segoe UI Historic" w:hAnsi="Segoe UI Historic" w:eastAsia="Segoe UI Historic" w:cs="Segoe UI Historic"/>
        </w:rPr>
        <w:t>ܙܒܢܐ</w:t>
      </w:r>
      <w:r>
        <w:rPr>
          <w:rFonts w:ascii="Times New Roman" w:hAnsi="Times New Roman" w:eastAsia="Times New Roman" w:cs="Times New Roman"/>
        </w:rPr>
        <w:t xml:space="preserve"> </w:t>
      </w:r>
      <w:r>
        <w:rPr>
          <w:rFonts w:ascii="Segoe UI Historic" w:hAnsi="Segoe UI Historic" w:eastAsia="Segoe UI Historic" w:cs="Segoe UI Historic"/>
        </w:rPr>
        <w:t>ܕܡܘܫܟܐ</w:t>
      </w:r>
      <w:r>
        <w:rPr>
          <w:rFonts w:ascii="Times New Roman" w:hAnsi="Times New Roman" w:eastAsia="Times New Roman" w:cs="Times New Roman"/>
        </w:rPr>
        <w:t xml:space="preserve">. </w:t>
      </w:r>
      <w:r>
        <w:rPr>
          <w:rFonts w:ascii="Segoe UI Historic" w:hAnsi="Segoe UI Historic" w:eastAsia="Segoe UI Historic" w:cs="Segoe UI Historic"/>
        </w:rPr>
        <w:t>ܦܠܓܗ</w:t>
      </w:r>
      <w:r>
        <w:rPr>
          <w:rFonts w:ascii="Times New Roman" w:hAnsi="Times New Roman" w:eastAsia="Times New Roman" w:cs="Times New Roman"/>
        </w:rPr>
        <w:t xml:space="preserve"> </w:t>
      </w:r>
      <w:r>
        <w:rPr>
          <w:rFonts w:ascii="Segoe UI Historic" w:hAnsi="Segoe UI Historic" w:eastAsia="Segoe UI Historic" w:cs="Segoe UI Historic"/>
        </w:rPr>
        <w:t>ܐܚܪܝܐ</w:t>
      </w:r>
      <w:r>
        <w:rPr>
          <w:rFonts w:ascii="Times New Roman" w:hAnsi="Times New Roman" w:eastAsia="Times New Roman" w:cs="Times New Roman"/>
        </w:rPr>
        <w:t xml:space="preserve"> </w:t>
      </w:r>
      <w:r>
        <w:rPr>
          <w:rFonts w:ascii="Segoe UI Historic" w:hAnsi="Segoe UI Historic" w:eastAsia="Segoe UI Historic" w:cs="Segoe UI Historic"/>
        </w:rPr>
        <w:t>ܕܙܒܢܐ</w:t>
      </w:r>
      <w:r>
        <w:rPr>
          <w:rFonts w:ascii="Times New Roman" w:hAnsi="Times New Roman" w:eastAsia="Times New Roman" w:cs="Times New Roman"/>
        </w:rPr>
        <w:t xml:space="preserve"> </w:t>
      </w:r>
      <w:r>
        <w:rPr>
          <w:rFonts w:ascii="Segoe UI Historic" w:hAnsi="Segoe UI Historic" w:eastAsia="Segoe UI Historic" w:cs="Segoe UI Historic"/>
        </w:rPr>
        <w:t>ܕܡܘܫܟܐ</w:t>
      </w:r>
      <w:r>
        <w:rPr>
          <w:rFonts w:ascii="Times New Roman" w:hAnsi="Times New Roman" w:eastAsia="Times New Roman" w:cs="Times New Roman"/>
        </w:rPr>
        <w:t xml:space="preserve"> </w:t>
      </w:r>
      <w:r>
        <w:rPr>
          <w:rFonts w:ascii="Segoe UI Historic" w:hAnsi="Segoe UI Historic" w:eastAsia="Segoe UI Historic" w:cs="Segoe UI Historic"/>
        </w:rPr>
        <w:t>ܗܘ</w:t>
      </w:r>
      <w:r>
        <w:rPr>
          <w:rFonts w:ascii="Times New Roman" w:hAnsi="Times New Roman" w:eastAsia="Times New Roman" w:cs="Times New Roman"/>
        </w:rPr>
        <w:t xml:space="preserve"> </w:t>
      </w:r>
      <w:r>
        <w:rPr>
          <w:rFonts w:ascii="Segoe UI Historic" w:hAnsi="Segoe UI Historic" w:eastAsia="Segoe UI Historic" w:cs="Segoe UI Historic"/>
        </w:rPr>
        <w:t>ܓܘܫܡܐ</w:t>
      </w:r>
      <w:r>
        <w:rPr>
          <w:rFonts w:ascii="Times New Roman" w:hAnsi="Times New Roman" w:eastAsia="Times New Roman" w:cs="Times New Roman"/>
        </w:rPr>
        <w:t xml:space="preserve"> </w:t>
      </w:r>
      <w:r>
        <w:rPr>
          <w:rFonts w:ascii="Segoe UI Historic" w:hAnsi="Segoe UI Historic" w:eastAsia="Segoe UI Historic" w:cs="Segoe UI Historic"/>
        </w:rPr>
        <w:t>ܕܐܓܪܬܐ</w:t>
      </w:r>
      <w:r>
        <w:rPr>
          <w:rFonts w:ascii="Times New Roman" w:hAnsi="Times New Roman" w:eastAsia="Times New Roman" w:cs="Times New Roman"/>
        </w:rPr>
        <w:t xml:space="preserve"> </w:t>
      </w:r>
      <w:r>
        <w:rPr>
          <w:rFonts w:ascii="Segoe UI Historic" w:hAnsi="Segoe UI Historic" w:eastAsia="Segoe UI Historic" w:cs="Segoe UI Historic"/>
        </w:rPr>
        <w:t>ܕܩܪܝܬܐ</w:t>
      </w:r>
      <w:r>
        <w:rPr>
          <w:rFonts w:ascii="Times New Roman" w:hAnsi="Times New Roman" w:eastAsia="Times New Roman" w:cs="Times New Roman"/>
        </w:rPr>
        <w:t xml:space="preserve"> </w:t>
      </w:r>
      <w:r>
        <w:rPr>
          <w:rFonts w:ascii="Segoe UI Historic" w:hAnsi="Segoe UI Historic" w:eastAsia="Segoe UI Historic" w:cs="Segoe UI Historic"/>
        </w:rPr>
        <w:t>ܕܦܠܓܐ</w:t>
      </w:r>
      <w:r>
        <w:rPr>
          <w:rFonts w:ascii="Times New Roman" w:hAnsi="Times New Roman" w:eastAsia="Times New Roman" w:cs="Times New Roman"/>
        </w:rPr>
        <w:t xml:space="preserve"> </w:t>
      </w:r>
      <w:r>
        <w:rPr>
          <w:rFonts w:ascii="Segoe UI Historic" w:hAnsi="Segoe UI Historic" w:eastAsia="Segoe UI Historic" w:cs="Segoe UI Historic"/>
        </w:rPr>
        <w:t>ܕܠܠܝܐ</w:t>
      </w:r>
      <w:r>
        <w:rPr>
          <w:rFonts w:ascii="Times New Roman" w:hAnsi="Times New Roman" w:eastAsia="Times New Roman" w:cs="Times New Roman"/>
        </w:rPr>
        <w:t xml:space="preserve">. </w:t>
      </w:r>
      <w:r>
        <w:rPr>
          <w:rFonts w:ascii="Segoe UI Historic" w:hAnsi="Segoe UI Historic" w:eastAsia="Segoe UI Historic" w:cs="Segoe UI Historic"/>
        </w:rPr>
        <w:t>ܘܟܕ</w:t>
      </w:r>
      <w:r>
        <w:rPr>
          <w:rFonts w:ascii="Times New Roman" w:hAnsi="Times New Roman" w:eastAsia="Times New Roman" w:cs="Times New Roman"/>
        </w:rPr>
        <w:t xml:space="preserve"> </w:t>
      </w:r>
      <w:r>
        <w:rPr>
          <w:rFonts w:ascii="Segoe UI Historic" w:hAnsi="Segoe UI Historic" w:eastAsia="Segoe UI Historic" w:cs="Segoe UI Historic"/>
        </w:rPr>
        <w:t>ܐܓܪܬܐ</w:t>
      </w:r>
      <w:r>
        <w:rPr>
          <w:rFonts w:ascii="Times New Roman" w:hAnsi="Times New Roman" w:eastAsia="Times New Roman" w:cs="Times New Roman"/>
        </w:rPr>
        <w:t xml:space="preserve"> </w:t>
      </w:r>
      <w:r>
        <w:rPr>
          <w:rFonts w:ascii="Segoe UI Historic" w:hAnsi="Segoe UI Historic" w:eastAsia="Segoe UI Historic" w:cs="Segoe UI Historic"/>
        </w:rPr>
        <w:t>ܡܬܩܝܡܐ</w:t>
      </w:r>
      <w:r>
        <w:rPr>
          <w:rFonts w:ascii="Times New Roman" w:hAnsi="Times New Roman" w:eastAsia="Times New Roman" w:cs="Times New Roman"/>
        </w:rPr>
        <w:t xml:space="preserve">، </w:t>
      </w:r>
      <w:r>
        <w:rPr>
          <w:rFonts w:ascii="Segoe UI Historic" w:hAnsi="Segoe UI Historic" w:eastAsia="Segoe UI Historic" w:cs="Segoe UI Historic"/>
        </w:rPr>
        <w:t>ܗܝܕܝܢ</w:t>
      </w:r>
      <w:r>
        <w:rPr>
          <w:rFonts w:ascii="Times New Roman" w:hAnsi="Times New Roman" w:eastAsia="Times New Roman" w:cs="Times New Roman"/>
        </w:rPr>
        <w:t xml:space="preserve"> </w:t>
      </w:r>
      <w:r>
        <w:rPr>
          <w:rFonts w:ascii="Segoe UI Historic" w:hAnsi="Segoe UI Historic" w:eastAsia="Segoe UI Historic" w:cs="Segoe UI Historic"/>
        </w:rPr>
        <w:t>ܡܬܟܪܙܐ</w:t>
      </w:r>
      <w:r>
        <w:rPr>
          <w:rFonts w:ascii="Times New Roman" w:hAnsi="Times New Roman" w:eastAsia="Times New Roman" w:cs="Times New Roman"/>
        </w:rPr>
        <w:t xml:space="preserve"> </w:t>
      </w:r>
      <w:r>
        <w:rPr>
          <w:rFonts w:ascii="Segoe UI Historic" w:hAnsi="Segoe UI Historic" w:eastAsia="Segoe UI Historic" w:cs="Segoe UI Historic"/>
        </w:rPr>
        <w:t>ܥܕܡܐ</w:t>
      </w:r>
      <w:r>
        <w:rPr>
          <w:rFonts w:ascii="Times New Roman" w:hAnsi="Times New Roman" w:eastAsia="Times New Roman" w:cs="Times New Roman"/>
        </w:rPr>
        <w:t xml:space="preserve"> </w:t>
      </w:r>
      <w:r>
        <w:rPr>
          <w:rFonts w:ascii="Segoe UI Historic" w:hAnsi="Segoe UI Historic" w:eastAsia="Segoe UI Historic" w:cs="Segoe UI Historic"/>
        </w:rPr>
        <w:t>ܕܡܛܝܐ</w:t>
      </w:r>
      <w:r>
        <w:rPr>
          <w:rFonts w:ascii="Times New Roman" w:hAnsi="Times New Roman" w:eastAsia="Times New Roman" w:cs="Times New Roman"/>
        </w:rPr>
        <w:t xml:space="preserve"> </w:t>
      </w:r>
      <w:r>
        <w:rPr>
          <w:rFonts w:ascii="Segoe UI Historic" w:hAnsi="Segoe UI Historic" w:eastAsia="Segoe UI Historic" w:cs="Segoe UI Historic"/>
        </w:rPr>
        <w:t>ܠܫܘܠܡܗ</w:t>
      </w:r>
      <w:r>
        <w:rPr>
          <w:rFonts w:ascii="Times New Roman" w:hAnsi="Times New Roman" w:eastAsia="Times New Roman" w:cs="Times New Roman"/>
        </w:rPr>
        <w:t xml:space="preserve">، </w:t>
      </w:r>
      <w:r>
        <w:rPr>
          <w:rFonts w:ascii="Segoe UI Historic" w:hAnsi="Segoe UI Historic" w:eastAsia="Segoe UI Historic" w:cs="Segoe UI Historic"/>
        </w:rPr>
        <w:t>ܕܝܢܐ</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رسولِ خدا که در اشعیا به‌صورت «صدا» نمود یافته است، پرسید پیامی که باید اعلام شود چیست. به او گفته شد که به زبانِ رمزی، پیامِ اسلام را عرضه کند. پیامِ نبویِ اسلام را نمی‌توان از قانونِ یکشنبه که به‌زودی خواهد آمد جدا ساخت، زیرا اسلام قوّتی از سنخِ شیپور است، و هفت شیپورِ مکاشفه داوریِ خدا را بر قدرت‌هایی نمایان می‌سازند که قوانینِ یکشنبه را به اجرا درمی‌آورند. آن قدرت‌ها عبارت بودند از رومِ مشرک در سال 321، نمادی از اژدها؛ رومِ پاپی در سال 538، نمادی از وحش؛ و قانونِ یکشنبه‌ای که به‌زودی در ایالات متحده خواهد آمد، نمادی از نبیِ کذّاب.</w:t>
      </w:r>
    </w:p>
    <w:p>
      <w:pPr>
        <w:pStyle w:val="ArticleBody"/>
        <w:jc w:val="left"/>
      </w:pPr>
      <w:r>
        <w:rPr>
          <w:rFonts w:ascii="Ebrima" w:hAnsi="Ebrima" w:eastAsia="Ebrima" w:cs="Ebrima"/>
        </w:rPr>
        <w:t>ⴳ</w:t>
      </w:r>
      <w:r>
        <w:rPr>
          <w:rFonts w:ascii="Times New Roman" w:hAnsi="Times New Roman" w:eastAsia="Times New Roman" w:cs="Times New Roman"/>
        </w:rPr>
        <w:t xml:space="preserve"> </w:t>
      </w:r>
      <w:r>
        <w:rPr>
          <w:rFonts w:ascii="Ebrima" w:hAnsi="Ebrima" w:eastAsia="Ebrima" w:cs="Ebrima"/>
        </w:rPr>
        <w:t>ⵓⵎⵢⵓⵏ</w:t>
      </w:r>
      <w:r>
        <w:rPr>
          <w:rFonts w:ascii="Times New Roman" w:hAnsi="Times New Roman" w:eastAsia="Times New Roman" w:cs="Times New Roman"/>
        </w:rPr>
        <w:t xml:space="preserve"> </w:t>
      </w:r>
      <w:r>
        <w:rPr>
          <w:rFonts w:ascii="Ebrima" w:hAnsi="Ebrima" w:eastAsia="Ebrima" w:cs="Ebrima"/>
        </w:rPr>
        <w:t>ⵏ</w:t>
      </w:r>
      <w:r>
        <w:rPr>
          <w:rFonts w:ascii="Times New Roman" w:hAnsi="Times New Roman" w:eastAsia="Times New Roman" w:cs="Times New Roman"/>
        </w:rPr>
        <w:t xml:space="preserve"> </w:t>
      </w:r>
      <w:r>
        <w:rPr>
          <w:rFonts w:ascii="Ebrima" w:hAnsi="Ebrima" w:eastAsia="Ebrima" w:cs="Ebrima"/>
        </w:rPr>
        <w:t>ⵓⵙⵙⵉⵏ</w:t>
      </w:r>
      <w:r>
        <w:rPr>
          <w:rFonts w:ascii="Times New Roman" w:hAnsi="Times New Roman" w:eastAsia="Times New Roman" w:cs="Times New Roman"/>
        </w:rPr>
        <w:t xml:space="preserve"> </w:t>
      </w:r>
      <w:r>
        <w:rPr>
          <w:rFonts w:ascii="Ebrima" w:hAnsi="Ebrima" w:eastAsia="Ebrima" w:cs="Ebrima"/>
        </w:rPr>
        <w:t>ⵏ</w:t>
      </w:r>
      <w:r>
        <w:rPr>
          <w:rFonts w:ascii="Times New Roman" w:hAnsi="Times New Roman" w:eastAsia="Times New Roman" w:cs="Times New Roman"/>
        </w:rPr>
        <w:t xml:space="preserve"> </w:t>
      </w:r>
      <w:r>
        <w:rPr>
          <w:rFonts w:ascii="Ebrima" w:hAnsi="Ebrima" w:eastAsia="Ebrima" w:cs="Ebrima"/>
        </w:rPr>
        <w:t>ⵎⴰⵏ</w:t>
      </w:r>
      <w:r>
        <w:rPr>
          <w:rFonts w:ascii="Times New Roman" w:hAnsi="Times New Roman" w:eastAsia="Times New Roman" w:cs="Times New Roman"/>
        </w:rPr>
        <w:t xml:space="preserve"> </w:t>
      </w:r>
      <w:r>
        <w:rPr>
          <w:rFonts w:ascii="Ebrima" w:hAnsi="Ebrima" w:eastAsia="Ebrima" w:cs="Ebrima"/>
        </w:rPr>
        <w:t>ⴰⵙ</w:t>
      </w:r>
      <w:r>
        <w:rPr>
          <w:rFonts w:ascii="Times New Roman" w:hAnsi="Times New Roman" w:eastAsia="Times New Roman" w:cs="Times New Roman"/>
        </w:rPr>
        <w:t xml:space="preserve"> </w:t>
      </w:r>
      <w:r>
        <w:rPr>
          <w:rFonts w:ascii="Ebrima" w:hAnsi="Ebrima" w:eastAsia="Ebrima" w:cs="Ebrima"/>
        </w:rPr>
        <w:t>ⴷ</w:t>
      </w:r>
      <w:r>
        <w:rPr>
          <w:rFonts w:ascii="Times New Roman" w:hAnsi="Times New Roman" w:eastAsia="Times New Roman" w:cs="Times New Roman"/>
        </w:rPr>
        <w:t xml:space="preserve"> </w:t>
      </w:r>
      <w:r>
        <w:rPr>
          <w:rFonts w:ascii="Ebrima" w:hAnsi="Ebrima" w:eastAsia="Ebrima" w:cs="Ebrima"/>
        </w:rPr>
        <w:t>ⵉⵍⵍⴰ</w:t>
      </w:r>
      <w:r>
        <w:rPr>
          <w:rFonts w:ascii="Times New Roman" w:hAnsi="Times New Roman" w:eastAsia="Times New Roman" w:cs="Times New Roman"/>
        </w:rPr>
        <w:t xml:space="preserve"> </w:t>
      </w:r>
      <w:r>
        <w:rPr>
          <w:rFonts w:ascii="Ebrima" w:hAnsi="Ebrima" w:eastAsia="Ebrima" w:cs="Ebrima"/>
        </w:rPr>
        <w:t>ⵓⵣⵎⵎⵓⵎ</w:t>
      </w:r>
      <w:r>
        <w:rPr>
          <w:rFonts w:ascii="Times New Roman" w:hAnsi="Times New Roman" w:eastAsia="Times New Roman" w:cs="Times New Roman"/>
        </w:rPr>
        <w:t xml:space="preserve"> </w:t>
      </w:r>
      <w:r>
        <w:rPr>
          <w:rFonts w:ascii="Ebrima" w:hAnsi="Ebrima" w:eastAsia="Ebrima" w:cs="Ebrima"/>
        </w:rPr>
        <w:t>ⵏ</w:t>
      </w:r>
      <w:r>
        <w:rPr>
          <w:rFonts w:ascii="Times New Roman" w:hAnsi="Times New Roman" w:eastAsia="Times New Roman" w:cs="Times New Roman"/>
        </w:rPr>
        <w:t xml:space="preserve"> </w:t>
      </w:r>
      <w:r>
        <w:rPr>
          <w:rFonts w:ascii="Ebrima" w:hAnsi="Ebrima" w:eastAsia="Ebrima" w:cs="Ebrima"/>
        </w:rPr>
        <w:t>ⵜⵉⴷⴷⵜ</w:t>
      </w:r>
      <w:r>
        <w:rPr>
          <w:rFonts w:ascii="Times New Roman" w:hAnsi="Times New Roman" w:eastAsia="Times New Roman" w:cs="Times New Roman"/>
        </w:rPr>
        <w:t xml:space="preserve"> </w:t>
      </w:r>
      <w:r>
        <w:rPr>
          <w:rFonts w:ascii="Ebrima" w:hAnsi="Ebrima" w:eastAsia="Ebrima" w:cs="Ebrima"/>
        </w:rPr>
        <w:t>ⵉⵜⵜⵙⵉⵍⵉⵏ</w:t>
      </w:r>
      <w:r>
        <w:rPr>
          <w:rFonts w:ascii="Times New Roman" w:hAnsi="Times New Roman" w:eastAsia="Times New Roman" w:cs="Times New Roman"/>
        </w:rPr>
        <w:t xml:space="preserve"> “</w:t>
      </w:r>
      <w:r>
        <w:rPr>
          <w:rFonts w:ascii="Ebrima" w:hAnsi="Ebrima" w:eastAsia="Ebrima" w:cs="Ebrima"/>
        </w:rPr>
        <w:t>ⵜⴰⵎⵙⵍⴰⵢⵜ</w:t>
      </w:r>
      <w:r>
        <w:rPr>
          <w:rFonts w:ascii="Times New Roman" w:hAnsi="Times New Roman" w:eastAsia="Times New Roman" w:cs="Times New Roman"/>
        </w:rPr>
        <w:t xml:space="preserve">” </w:t>
      </w:r>
      <w:r>
        <w:rPr>
          <w:rFonts w:ascii="Ebrima" w:hAnsi="Ebrima" w:eastAsia="Ebrima" w:cs="Ebrima"/>
        </w:rPr>
        <w:t>ⵉⵣⵣⵓⵖⵏ</w:t>
      </w:r>
      <w:r>
        <w:rPr>
          <w:rFonts w:ascii="Times New Roman" w:hAnsi="Times New Roman" w:eastAsia="Times New Roman" w:cs="Times New Roman"/>
        </w:rPr>
        <w:t xml:space="preserve"> </w:t>
      </w:r>
      <w:r>
        <w:rPr>
          <w:rFonts w:ascii="Ebrima" w:hAnsi="Ebrima" w:eastAsia="Ebrima" w:cs="Ebrima"/>
        </w:rPr>
        <w:t>ⴳ</w:t>
      </w:r>
      <w:r>
        <w:rPr>
          <w:rFonts w:ascii="Times New Roman" w:hAnsi="Times New Roman" w:eastAsia="Times New Roman" w:cs="Times New Roman"/>
        </w:rPr>
        <w:t xml:space="preserve"> </w:t>
      </w:r>
      <w:r>
        <w:rPr>
          <w:rFonts w:ascii="Ebrima" w:hAnsi="Ebrima" w:eastAsia="Ebrima" w:cs="Ebrima"/>
        </w:rPr>
        <w:t>ⵜⵉⵏⵉⵔⵉ</w:t>
      </w:r>
      <w:r>
        <w:rPr>
          <w:rFonts w:ascii="Times New Roman" w:hAnsi="Times New Roman" w:eastAsia="Times New Roman" w:cs="Times New Roman"/>
        </w:rPr>
        <w:t xml:space="preserve">, </w:t>
      </w:r>
      <w:r>
        <w:rPr>
          <w:rFonts w:ascii="Ebrima" w:hAnsi="Ebrima" w:eastAsia="Ebrima" w:cs="Ebrima"/>
        </w:rPr>
        <w:t>ⵉⵍⵍⴰ</w:t>
      </w:r>
      <w:r>
        <w:rPr>
          <w:rFonts w:ascii="Times New Roman" w:hAnsi="Times New Roman" w:eastAsia="Times New Roman" w:cs="Times New Roman"/>
        </w:rPr>
        <w:t xml:space="preserve"> </w:t>
      </w:r>
      <w:r>
        <w:rPr>
          <w:rFonts w:ascii="Ebrima" w:hAnsi="Ebrima" w:eastAsia="Ebrima" w:cs="Ebrima"/>
        </w:rPr>
        <w:t>ⵓⵍⵖⵓ</w:t>
      </w:r>
      <w:r>
        <w:rPr>
          <w:rFonts w:ascii="Times New Roman" w:hAnsi="Times New Roman" w:eastAsia="Times New Roman" w:cs="Times New Roman"/>
        </w:rPr>
        <w:t xml:space="preserve"> </w:t>
      </w:r>
      <w:r>
        <w:rPr>
          <w:rFonts w:ascii="Ebrima" w:hAnsi="Ebrima" w:eastAsia="Ebrima" w:cs="Ebrima"/>
        </w:rPr>
        <w:t>ⵎⴰⵙ</w:t>
      </w:r>
      <w:r>
        <w:rPr>
          <w:rFonts w:ascii="Times New Roman" w:hAnsi="Times New Roman" w:eastAsia="Times New Roman" w:cs="Times New Roman"/>
        </w:rPr>
        <w:t xml:space="preserve"> </w:t>
      </w:r>
      <w:r>
        <w:rPr>
          <w:rFonts w:ascii="Ebrima" w:hAnsi="Ebrima" w:eastAsia="Ebrima" w:cs="Ebrima"/>
        </w:rPr>
        <w:t>ⴰⵡⴰⵍ</w:t>
      </w:r>
      <w:r>
        <w:rPr>
          <w:rFonts w:ascii="Times New Roman" w:hAnsi="Times New Roman" w:eastAsia="Times New Roman" w:cs="Times New Roman"/>
        </w:rPr>
        <w:t xml:space="preserve"> </w:t>
      </w:r>
      <w:r>
        <w:rPr>
          <w:rFonts w:ascii="Ebrima" w:hAnsi="Ebrima" w:eastAsia="Ebrima" w:cs="Ebrima"/>
        </w:rPr>
        <w:t>ⵏ</w:t>
      </w:r>
      <w:r>
        <w:rPr>
          <w:rFonts w:ascii="Times New Roman" w:hAnsi="Times New Roman" w:eastAsia="Times New Roman" w:cs="Times New Roman"/>
        </w:rPr>
        <w:t xml:space="preserve"> </w:t>
      </w:r>
      <w:r>
        <w:rPr>
          <w:rFonts w:ascii="Ebrima" w:hAnsi="Ebrima" w:eastAsia="Ebrima" w:cs="Ebrima"/>
        </w:rPr>
        <w:t>ⵕⴱⴱⵉ</w:t>
      </w:r>
      <w:r>
        <w:rPr>
          <w:rFonts w:ascii="Times New Roman" w:hAnsi="Times New Roman" w:eastAsia="Times New Roman" w:cs="Times New Roman"/>
        </w:rPr>
        <w:t xml:space="preserve"> </w:t>
      </w:r>
      <w:r>
        <w:rPr>
          <w:rFonts w:ascii="Ebrima" w:hAnsi="Ebrima" w:eastAsia="Ebrima" w:cs="Ebrima"/>
        </w:rPr>
        <w:t>ⵓⵔ</w:t>
      </w:r>
      <w:r>
        <w:rPr>
          <w:rFonts w:ascii="Times New Roman" w:hAnsi="Times New Roman" w:eastAsia="Times New Roman" w:cs="Times New Roman"/>
        </w:rPr>
        <w:t xml:space="preserve"> </w:t>
      </w:r>
      <w:r>
        <w:rPr>
          <w:rFonts w:ascii="Ebrima" w:hAnsi="Ebrima" w:eastAsia="Ebrima" w:cs="Ebrima"/>
        </w:rPr>
        <w:t>ⵉⵜⵜⴼⵛⵛⴰⵍ</w:t>
      </w:r>
      <w:r>
        <w:rPr>
          <w:rFonts w:ascii="Times New Roman" w:hAnsi="Times New Roman" w:eastAsia="Times New Roman" w:cs="Times New Roman"/>
        </w:rPr>
        <w:t>. “</w:t>
      </w:r>
      <w:r>
        <w:rPr>
          <w:rFonts w:ascii="Ebrima" w:hAnsi="Ebrima" w:eastAsia="Ebrima" w:cs="Ebrima"/>
        </w:rPr>
        <w:t>ⴰⵍⵖⵓ</w:t>
      </w:r>
      <w:r>
        <w:rPr>
          <w:rFonts w:ascii="Times New Roman" w:hAnsi="Times New Roman" w:eastAsia="Times New Roman" w:cs="Times New Roman"/>
        </w:rPr>
        <w:t xml:space="preserve"> </w:t>
      </w:r>
      <w:r>
        <w:rPr>
          <w:rFonts w:ascii="Ebrima" w:hAnsi="Ebrima" w:eastAsia="Ebrima" w:cs="Ebrima"/>
        </w:rPr>
        <w:t>ⴷ</w:t>
      </w:r>
      <w:r>
        <w:rPr>
          <w:rFonts w:ascii="Times New Roman" w:hAnsi="Times New Roman" w:eastAsia="Times New Roman" w:cs="Times New Roman"/>
        </w:rPr>
        <w:t xml:space="preserve"> </w:t>
      </w:r>
      <w:r>
        <w:rPr>
          <w:rFonts w:ascii="Ebrima" w:hAnsi="Ebrima" w:eastAsia="Ebrima" w:cs="Ebrima"/>
        </w:rPr>
        <w:t>ⵜⵎⴰⵙⵙⴰⵢⵜ</w:t>
      </w:r>
      <w:r>
        <w:rPr>
          <w:rFonts w:ascii="Times New Roman" w:hAnsi="Times New Roman" w:eastAsia="Times New Roman" w:cs="Times New Roman"/>
        </w:rPr>
        <w:t xml:space="preserve">” </w:t>
      </w:r>
      <w:r>
        <w:rPr>
          <w:rFonts w:ascii="Ebrima" w:hAnsi="Ebrima" w:eastAsia="Ebrima" w:cs="Ebrima"/>
        </w:rPr>
        <w:t>ⵎⴰⵙ</w:t>
      </w:r>
      <w:r>
        <w:rPr>
          <w:rFonts w:ascii="Times New Roman" w:hAnsi="Times New Roman" w:eastAsia="Times New Roman" w:cs="Times New Roman"/>
        </w:rPr>
        <w:t xml:space="preserve"> </w:t>
      </w:r>
      <w:r>
        <w:rPr>
          <w:rFonts w:ascii="Ebrima" w:hAnsi="Ebrima" w:eastAsia="Ebrima" w:cs="Ebrima"/>
        </w:rPr>
        <w:t>ⴰⵡⴰⵍ</w:t>
      </w:r>
      <w:r>
        <w:rPr>
          <w:rFonts w:ascii="Times New Roman" w:hAnsi="Times New Roman" w:eastAsia="Times New Roman" w:cs="Times New Roman"/>
        </w:rPr>
        <w:t xml:space="preserve"> </w:t>
      </w:r>
      <w:r>
        <w:rPr>
          <w:rFonts w:ascii="Ebrima" w:hAnsi="Ebrima" w:eastAsia="Ebrima" w:cs="Ebrima"/>
        </w:rPr>
        <w:t>ⵏ</w:t>
      </w:r>
      <w:r>
        <w:rPr>
          <w:rFonts w:ascii="Times New Roman" w:hAnsi="Times New Roman" w:eastAsia="Times New Roman" w:cs="Times New Roman"/>
        </w:rPr>
        <w:t xml:space="preserve"> </w:t>
      </w:r>
      <w:r>
        <w:rPr>
          <w:rFonts w:ascii="Ebrima" w:hAnsi="Ebrima" w:eastAsia="Ebrima" w:cs="Ebrima"/>
        </w:rPr>
        <w:t>ⵕⴱⴱⵉ</w:t>
      </w:r>
      <w:r>
        <w:rPr>
          <w:rFonts w:ascii="Times New Roman" w:hAnsi="Times New Roman" w:eastAsia="Times New Roman" w:cs="Times New Roman"/>
        </w:rPr>
        <w:t xml:space="preserve"> </w:t>
      </w:r>
      <w:r>
        <w:rPr>
          <w:rFonts w:ascii="Ebrima" w:hAnsi="Ebrima" w:eastAsia="Ebrima" w:cs="Ebrima"/>
        </w:rPr>
        <w:t>ⵓⵔ</w:t>
      </w:r>
      <w:r>
        <w:rPr>
          <w:rFonts w:ascii="Times New Roman" w:hAnsi="Times New Roman" w:eastAsia="Times New Roman" w:cs="Times New Roman"/>
        </w:rPr>
        <w:t xml:space="preserve"> </w:t>
      </w:r>
      <w:r>
        <w:rPr>
          <w:rFonts w:ascii="Ebrima" w:hAnsi="Ebrima" w:eastAsia="Ebrima" w:cs="Ebrima"/>
        </w:rPr>
        <w:t>ⵉⵜⵜⴼⵛⵛⴰⵍ</w:t>
      </w:r>
      <w:r>
        <w:rPr>
          <w:rFonts w:ascii="Times New Roman" w:hAnsi="Times New Roman" w:eastAsia="Times New Roman" w:cs="Times New Roman"/>
        </w:rPr>
        <w:t xml:space="preserve">, </w:t>
      </w:r>
      <w:r>
        <w:rPr>
          <w:rFonts w:ascii="Ebrima" w:hAnsi="Ebrima" w:eastAsia="Ebrima" w:cs="Ebrima"/>
        </w:rPr>
        <w:t>ⵢⵓⴳⴰ</w:t>
      </w:r>
      <w:r>
        <w:rPr>
          <w:rFonts w:ascii="Times New Roman" w:hAnsi="Times New Roman" w:eastAsia="Times New Roman" w:cs="Times New Roman"/>
        </w:rPr>
        <w:t xml:space="preserve"> </w:t>
      </w:r>
      <w:r>
        <w:rPr>
          <w:rFonts w:ascii="Ebrima" w:hAnsi="Ebrima" w:eastAsia="Ebrima" w:cs="Ebrima"/>
        </w:rPr>
        <w:t>ⴳ</w:t>
      </w:r>
      <w:r>
        <w:rPr>
          <w:rFonts w:ascii="Times New Roman" w:hAnsi="Times New Roman" w:eastAsia="Times New Roman" w:cs="Times New Roman"/>
        </w:rPr>
        <w:t xml:space="preserve"> </w:t>
      </w:r>
      <w:r>
        <w:rPr>
          <w:rFonts w:ascii="Ebrima" w:hAnsi="Ebrima" w:eastAsia="Ebrima" w:cs="Ebrima"/>
        </w:rPr>
        <w:t>ⵓⵙⴰⴳⴳⵯⴰⵙ</w:t>
      </w:r>
      <w:r>
        <w:rPr>
          <w:rFonts w:ascii="Times New Roman" w:hAnsi="Times New Roman" w:eastAsia="Times New Roman" w:cs="Times New Roman"/>
        </w:rPr>
        <w:t xml:space="preserve"> </w:t>
      </w:r>
      <w:r>
        <w:rPr>
          <w:rFonts w:ascii="Ebrima" w:hAnsi="Ebrima" w:eastAsia="Ebrima" w:cs="Ebrima"/>
        </w:rPr>
        <w:t>ⵏ</w:t>
      </w:r>
      <w:r>
        <w:rPr>
          <w:rFonts w:ascii="Times New Roman" w:hAnsi="Times New Roman" w:eastAsia="Times New Roman" w:cs="Times New Roman"/>
        </w:rPr>
        <w:t xml:space="preserve"> </w:t>
      </w:r>
      <w:r>
        <w:rPr>
          <w:rFonts w:ascii="Ebrima" w:hAnsi="Ebrima" w:eastAsia="Ebrima" w:cs="Ebrima"/>
        </w:rPr>
        <w:t>ⵜⵉⵏⴱⵉⵢⵜ</w:t>
      </w:r>
      <w:r>
        <w:rPr>
          <w:rFonts w:ascii="Times New Roman" w:hAnsi="Times New Roman" w:eastAsia="Times New Roman" w:cs="Times New Roman"/>
        </w:rPr>
        <w:t xml:space="preserve"> </w:t>
      </w:r>
      <w:r>
        <w:rPr>
          <w:rFonts w:ascii="Ebrima" w:hAnsi="Ebrima" w:eastAsia="Ebrima" w:cs="Ebrima"/>
        </w:rPr>
        <w:t>ⵏⵏⴰ</w:t>
      </w:r>
      <w:r>
        <w:rPr>
          <w:rFonts w:ascii="Times New Roman" w:hAnsi="Times New Roman" w:eastAsia="Times New Roman" w:cs="Times New Roman"/>
        </w:rPr>
        <w:t xml:space="preserve"> </w:t>
      </w:r>
      <w:r>
        <w:rPr>
          <w:rFonts w:ascii="Ebrima" w:hAnsi="Ebrima" w:eastAsia="Ebrima" w:cs="Ebrima"/>
        </w:rPr>
        <w:t>ⵢⴰⴹⵏⵉⵏ</w:t>
      </w:r>
      <w:r>
        <w:rPr>
          <w:rFonts w:ascii="Times New Roman" w:hAnsi="Times New Roman" w:eastAsia="Times New Roman" w:cs="Times New Roman"/>
        </w:rPr>
        <w:t xml:space="preserve">, </w:t>
      </w:r>
      <w:r>
        <w:rPr>
          <w:rFonts w:ascii="Ebrima" w:hAnsi="Ebrima" w:eastAsia="Ebrima" w:cs="Ebrima"/>
        </w:rPr>
        <w:t>ⴰⵢⵍⵍⵉ</w:t>
      </w:r>
      <w:r>
        <w:rPr>
          <w:rFonts w:ascii="Times New Roman" w:hAnsi="Times New Roman" w:eastAsia="Times New Roman" w:cs="Times New Roman"/>
        </w:rPr>
        <w:t xml:space="preserve"> </w:t>
      </w:r>
      <w:r>
        <w:rPr>
          <w:rFonts w:ascii="Ebrima" w:hAnsi="Ebrima" w:eastAsia="Ebrima" w:cs="Ebrima"/>
        </w:rPr>
        <w:t>ⵉⵎⵎⴰⵍⵏ</w:t>
      </w:r>
      <w:r>
        <w:rPr>
          <w:rFonts w:ascii="Times New Roman" w:hAnsi="Times New Roman" w:eastAsia="Times New Roman" w:cs="Times New Roman"/>
        </w:rPr>
        <w:t xml:space="preserve"> </w:t>
      </w:r>
      <w:r>
        <w:rPr>
          <w:rFonts w:ascii="Ebrima" w:hAnsi="Ebrima" w:eastAsia="Ebrima" w:cs="Ebrima"/>
        </w:rPr>
        <w:t>ⴳ</w:t>
      </w:r>
      <w:r>
        <w:rPr>
          <w:rFonts w:ascii="Times New Roman" w:hAnsi="Times New Roman" w:eastAsia="Times New Roman" w:cs="Times New Roman"/>
        </w:rPr>
        <w:t xml:space="preserve"> Habakkuk </w:t>
      </w:r>
      <w:r>
        <w:rPr>
          <w:rFonts w:ascii="Ebrima" w:hAnsi="Ebrima" w:eastAsia="Ebrima" w:cs="Ebrima"/>
        </w:rPr>
        <w:t>ⵉⵖⵉⵔⵎ</w:t>
      </w:r>
      <w:r>
        <w:rPr>
          <w:rFonts w:ascii="Times New Roman" w:hAnsi="Times New Roman" w:eastAsia="Times New Roman" w:cs="Times New Roman"/>
        </w:rPr>
        <w:t xml:space="preserve"> </w:t>
      </w:r>
      <w:r>
        <w:rPr>
          <w:rFonts w:ascii="Ebrima" w:hAnsi="Ebrima" w:eastAsia="Ebrima" w:cs="Ebrima"/>
        </w:rPr>
        <w:t>ⵡⵉⵙ</w:t>
      </w:r>
      <w:r>
        <w:rPr>
          <w:rFonts w:ascii="Times New Roman" w:hAnsi="Times New Roman" w:eastAsia="Times New Roman" w:cs="Times New Roman"/>
        </w:rPr>
        <w:t xml:space="preserve"> </w:t>
      </w:r>
      <w:r>
        <w:rPr>
          <w:rFonts w:ascii="Ebrima" w:hAnsi="Ebrima" w:eastAsia="Ebrima" w:cs="Ebrima"/>
        </w:rPr>
        <w:t>ⵙⵉⵏ</w:t>
      </w:r>
      <w:r>
        <w:rPr>
          <w:rFonts w:ascii="Times New Roman" w:hAnsi="Times New Roman" w:eastAsia="Times New Roman" w:cs="Times New Roman"/>
        </w:rPr>
        <w:t xml:space="preserve">, </w:t>
      </w:r>
      <w:r>
        <w:rPr>
          <w:rFonts w:ascii="Ebrima" w:hAnsi="Ebrima" w:eastAsia="Ebrima" w:cs="Ebrima"/>
        </w:rPr>
        <w:t>ⴷ</w:t>
      </w:r>
      <w:r>
        <w:rPr>
          <w:rFonts w:ascii="Times New Roman" w:hAnsi="Times New Roman" w:eastAsia="Times New Roman" w:cs="Times New Roman"/>
        </w:rPr>
        <w:t xml:space="preserve"> </w:t>
      </w:r>
      <w:r>
        <w:rPr>
          <w:rFonts w:ascii="Ebrima" w:hAnsi="Ebrima" w:eastAsia="Ebrima" w:cs="Ebrima"/>
        </w:rPr>
        <w:t>ⴰⵢⴰⵜ</w:t>
      </w:r>
      <w:r>
        <w:rPr>
          <w:rFonts w:ascii="Times New Roman" w:hAnsi="Times New Roman" w:eastAsia="Times New Roman" w:cs="Times New Roman"/>
        </w:rPr>
        <w:t xml:space="preserve"> </w:t>
      </w:r>
      <w:r>
        <w:rPr>
          <w:rFonts w:ascii="Ebrima" w:hAnsi="Ebrima" w:eastAsia="Ebrima" w:cs="Ebrima"/>
        </w:rPr>
        <w:t>ⵡⵉⵙ</w:t>
      </w:r>
      <w:r>
        <w:rPr>
          <w:rFonts w:ascii="Times New Roman" w:hAnsi="Times New Roman" w:eastAsia="Times New Roman" w:cs="Times New Roman"/>
        </w:rPr>
        <w:t xml:space="preserve"> </w:t>
      </w:r>
      <w:r>
        <w:rPr>
          <w:rFonts w:ascii="Ebrima" w:hAnsi="Ebrima" w:eastAsia="Ebrima" w:cs="Ebrima"/>
        </w:rPr>
        <w:t>ⴽⵕⴰⴹ</w:t>
      </w:r>
      <w:r>
        <w:rPr>
          <w:rFonts w:ascii="Times New Roman" w:hAnsi="Times New Roman" w:eastAsia="Times New Roman" w:cs="Times New Roman"/>
        </w:rPr>
        <w:t xml:space="preserve">, </w:t>
      </w:r>
      <w:r>
        <w:rPr>
          <w:rFonts w:ascii="Ebrima" w:hAnsi="Ebrima" w:eastAsia="Ebrima" w:cs="Ebrima"/>
        </w:rPr>
        <w:t>ⵙ</w:t>
      </w:r>
      <w:r>
        <w:rPr>
          <w:rFonts w:ascii="Times New Roman" w:hAnsi="Times New Roman" w:eastAsia="Times New Roman" w:cs="Times New Roman"/>
        </w:rPr>
        <w:t xml:space="preserve"> </w:t>
      </w:r>
      <w:r>
        <w:rPr>
          <w:rFonts w:ascii="Ebrima" w:hAnsi="Ebrima" w:eastAsia="Ebrima" w:cs="Ebrima"/>
        </w:rPr>
        <w:t>ⵡⴰⵡⴰⵍ</w:t>
      </w:r>
      <w:r>
        <w:rPr>
          <w:rFonts w:ascii="Times New Roman" w:hAnsi="Times New Roman" w:eastAsia="Times New Roman" w:cs="Times New Roman"/>
        </w:rPr>
        <w:t xml:space="preserve"> </w:t>
      </w:r>
      <w:r>
        <w:rPr>
          <w:rFonts w:ascii="Ebrima" w:hAnsi="Ebrima" w:eastAsia="Ebrima" w:cs="Ebrima"/>
        </w:rPr>
        <w:t>ⴰ</w:t>
      </w:r>
      <w:r>
        <w:rPr>
          <w:rFonts w:ascii="Times New Roman" w:hAnsi="Times New Roman" w:eastAsia="Times New Roman" w:cs="Times New Roman"/>
        </w:rPr>
        <w:t xml:space="preserve">: “at the end it shall speak, and not lie: though it tarry, wait for it; because it will surely come, it will not tarry.” </w:t>
      </w:r>
      <w:r>
        <w:rPr>
          <w:rFonts w:ascii="Ebrima" w:hAnsi="Ebrima" w:eastAsia="Ebrima" w:cs="Ebrima"/>
        </w:rPr>
        <w:t>ⵜⵉⵏⵏⵓⴱⴳⴰ</w:t>
      </w:r>
      <w:r>
        <w:rPr>
          <w:rFonts w:ascii="Times New Roman" w:hAnsi="Times New Roman" w:eastAsia="Times New Roman" w:cs="Times New Roman"/>
        </w:rPr>
        <w:t xml:space="preserve"> </w:t>
      </w:r>
      <w:r>
        <w:rPr>
          <w:rFonts w:ascii="Ebrima" w:hAnsi="Ebrima" w:eastAsia="Ebrima" w:cs="Ebrima"/>
        </w:rPr>
        <w:t>ⵏ</w:t>
      </w:r>
      <w:r>
        <w:rPr>
          <w:rFonts w:ascii="Times New Roman" w:hAnsi="Times New Roman" w:eastAsia="Times New Roman" w:cs="Times New Roman"/>
        </w:rPr>
        <w:t xml:space="preserve"> Islam </w:t>
      </w:r>
      <w:r>
        <w:rPr>
          <w:rFonts w:ascii="Ebrima" w:hAnsi="Ebrima" w:eastAsia="Ebrima" w:cs="Ebrima"/>
        </w:rPr>
        <w:t>ⵓⵔ</w:t>
      </w:r>
      <w:r>
        <w:rPr>
          <w:rFonts w:ascii="Times New Roman" w:hAnsi="Times New Roman" w:eastAsia="Times New Roman" w:cs="Times New Roman"/>
        </w:rPr>
        <w:t xml:space="preserve"> </w:t>
      </w:r>
      <w:r>
        <w:rPr>
          <w:rFonts w:ascii="Ebrima" w:hAnsi="Ebrima" w:eastAsia="Ebrima" w:cs="Ebrima"/>
        </w:rPr>
        <w:t>ⵜⵜⴼⵛⵛⴰⵍ</w:t>
      </w:r>
      <w:r>
        <w:rPr>
          <w:rFonts w:ascii="Times New Roman" w:hAnsi="Times New Roman" w:eastAsia="Times New Roman" w:cs="Times New Roman"/>
        </w:rPr>
        <w:t xml:space="preserve">, </w:t>
      </w:r>
      <w:r>
        <w:rPr>
          <w:rFonts w:ascii="Ebrima" w:hAnsi="Ebrima" w:eastAsia="Ebrima" w:cs="Ebrima"/>
        </w:rPr>
        <w:t>ⴰⴷ</w:t>
      </w:r>
      <w:r>
        <w:rPr>
          <w:rFonts w:ascii="Times New Roman" w:hAnsi="Times New Roman" w:eastAsia="Times New Roman" w:cs="Times New Roman"/>
        </w:rPr>
        <w:t xml:space="preserve"> </w:t>
      </w:r>
      <w:r>
        <w:rPr>
          <w:rFonts w:ascii="Ebrima" w:hAnsi="Ebrima" w:eastAsia="Ebrima" w:cs="Ebrima"/>
        </w:rPr>
        <w:t>ⵜⴰⵙ</w:t>
      </w:r>
      <w:r>
        <w:rPr>
          <w:rFonts w:ascii="Times New Roman" w:hAnsi="Times New Roman" w:eastAsia="Times New Roman" w:cs="Times New Roman"/>
        </w:rPr>
        <w:t xml:space="preserve"> </w:t>
      </w:r>
      <w:r>
        <w:rPr>
          <w:rFonts w:ascii="Ebrima" w:hAnsi="Ebrima" w:eastAsia="Ebrima" w:cs="Ebrima"/>
        </w:rPr>
        <w:t>ⵙ</w:t>
      </w:r>
      <w:r>
        <w:rPr>
          <w:rFonts w:ascii="Times New Roman" w:hAnsi="Times New Roman" w:eastAsia="Times New Roman" w:cs="Times New Roman"/>
        </w:rPr>
        <w:t xml:space="preserve"> </w:t>
      </w:r>
      <w:r>
        <w:rPr>
          <w:rFonts w:ascii="Ebrima" w:hAnsi="Ebrima" w:eastAsia="Ebrima" w:cs="Ebrima"/>
        </w:rPr>
        <w:t>ⵜⵉⴷⵜ</w:t>
      </w:r>
      <w:r>
        <w:rPr>
          <w:rFonts w:ascii="Times New Roman" w:hAnsi="Times New Roman" w:eastAsia="Times New Roman" w:cs="Times New Roman"/>
        </w:rPr>
        <w:t xml:space="preserve">, </w:t>
      </w:r>
      <w:r>
        <w:rPr>
          <w:rFonts w:ascii="Ebrima" w:hAnsi="Ebrima" w:eastAsia="Ebrima" w:cs="Ebrima"/>
        </w:rPr>
        <w:t>ⵓⵔ</w:t>
      </w:r>
      <w:r>
        <w:rPr>
          <w:rFonts w:ascii="Times New Roman" w:hAnsi="Times New Roman" w:eastAsia="Times New Roman" w:cs="Times New Roman"/>
        </w:rPr>
        <w:t xml:space="preserve"> </w:t>
      </w:r>
      <w:r>
        <w:rPr>
          <w:rFonts w:ascii="Ebrima" w:hAnsi="Ebrima" w:eastAsia="Ebrima" w:cs="Ebrima"/>
        </w:rPr>
        <w:t>ⵜⵜⵉⵖⵉⵢ</w:t>
      </w:r>
      <w:r>
        <w:rPr>
          <w:rFonts w:ascii="Times New Roman" w:hAnsi="Times New Roman" w:eastAsia="Times New Roman" w:cs="Times New Roman"/>
        </w:rPr>
        <w:t xml:space="preserve">. </w:t>
      </w:r>
      <w:r>
        <w:rPr>
          <w:rFonts w:ascii="Ebrima" w:hAnsi="Ebrima" w:eastAsia="Ebrima" w:cs="Ebrima"/>
        </w:rPr>
        <w:t>ⴰⵢⴰⵜ</w:t>
      </w:r>
      <w:r>
        <w:rPr>
          <w:rFonts w:ascii="Times New Roman" w:hAnsi="Times New Roman" w:eastAsia="Times New Roman" w:cs="Times New Roman"/>
        </w:rPr>
        <w:t xml:space="preserve"> </w:t>
      </w:r>
      <w:r>
        <w:rPr>
          <w:rFonts w:ascii="Ebrima" w:hAnsi="Ebrima" w:eastAsia="Ebrima" w:cs="Ebrima"/>
        </w:rPr>
        <w:t>ⴰⵎⴳⴳⴰⵔⵓ</w:t>
      </w:r>
      <w:r>
        <w:rPr>
          <w:rFonts w:ascii="Times New Roman" w:hAnsi="Times New Roman" w:eastAsia="Times New Roman" w:cs="Times New Roman"/>
        </w:rPr>
        <w:t xml:space="preserve"> </w:t>
      </w:r>
      <w:r>
        <w:rPr>
          <w:rFonts w:ascii="Ebrima" w:hAnsi="Ebrima" w:eastAsia="Ebrima" w:cs="Ebrima"/>
        </w:rPr>
        <w:t>ⵏ</w:t>
      </w:r>
      <w:r>
        <w:rPr>
          <w:rFonts w:ascii="Times New Roman" w:hAnsi="Times New Roman" w:eastAsia="Times New Roman" w:cs="Times New Roman"/>
        </w:rPr>
        <w:t xml:space="preserve"> Isaiah </w:t>
      </w:r>
      <w:r>
        <w:rPr>
          <w:rFonts w:ascii="Ebrima" w:hAnsi="Ebrima" w:eastAsia="Ebrima" w:cs="Ebrima"/>
        </w:rPr>
        <w:t>ⵉⵖⵉⵔⵎ</w:t>
      </w:r>
      <w:r>
        <w:rPr>
          <w:rFonts w:ascii="Times New Roman" w:hAnsi="Times New Roman" w:eastAsia="Times New Roman" w:cs="Times New Roman"/>
        </w:rPr>
        <w:t xml:space="preserve"> </w:t>
      </w:r>
      <w:r>
        <w:rPr>
          <w:rFonts w:ascii="Ebrima" w:hAnsi="Ebrima" w:eastAsia="Ebrima" w:cs="Ebrima"/>
        </w:rPr>
        <w:t>ⵡⵉⵙ</w:t>
      </w:r>
      <w:r>
        <w:rPr>
          <w:rFonts w:ascii="Times New Roman" w:hAnsi="Times New Roman" w:eastAsia="Times New Roman" w:cs="Times New Roman"/>
        </w:rPr>
        <w:t xml:space="preserve"> </w:t>
      </w:r>
      <w:r>
        <w:rPr>
          <w:rFonts w:ascii="Ebrima" w:hAnsi="Ebrima" w:eastAsia="Ebrima" w:cs="Ebrima"/>
        </w:rPr>
        <w:t>ⴽⵓⵥ</w:t>
      </w:r>
      <w:r>
        <w:rPr>
          <w:rFonts w:ascii="Times New Roman" w:hAnsi="Times New Roman" w:eastAsia="Times New Roman" w:cs="Times New Roman"/>
        </w:rPr>
        <w:t xml:space="preserve">, </w:t>
      </w:r>
      <w:r>
        <w:rPr>
          <w:rFonts w:ascii="Ebrima" w:hAnsi="Ebrima" w:eastAsia="Ebrima" w:cs="Ebrima"/>
        </w:rPr>
        <w:t>ⵉⵜⵜⵡⴰⵍⴽⴰⵎ</w:t>
      </w:r>
      <w:r>
        <w:rPr>
          <w:rFonts w:ascii="Times New Roman" w:hAnsi="Times New Roman" w:eastAsia="Times New Roman" w:cs="Times New Roman"/>
        </w:rPr>
        <w:t xml:space="preserve"> </w:t>
      </w:r>
      <w:r>
        <w:rPr>
          <w:rFonts w:ascii="Ebrima" w:hAnsi="Ebrima" w:eastAsia="Ebrima" w:cs="Ebrima"/>
        </w:rPr>
        <w:t>ⵉ</w:t>
      </w:r>
      <w:r>
        <w:rPr>
          <w:rFonts w:ascii="Times New Roman" w:hAnsi="Times New Roman" w:eastAsia="Times New Roman" w:cs="Times New Roman"/>
        </w:rPr>
        <w:t xml:space="preserve"> </w:t>
      </w:r>
      <w:r>
        <w:rPr>
          <w:rFonts w:ascii="Ebrima" w:hAnsi="Ebrima" w:eastAsia="Ebrima" w:cs="Ebrima"/>
        </w:rPr>
        <w:t>ⵡⵉⴷⴰ</w:t>
      </w:r>
      <w:r>
        <w:rPr>
          <w:rFonts w:ascii="Times New Roman" w:hAnsi="Times New Roman" w:eastAsia="Times New Roman" w:cs="Times New Roman"/>
        </w:rPr>
        <w:t xml:space="preserve"> </w:t>
      </w:r>
      <w:r>
        <w:rPr>
          <w:rFonts w:ascii="Ebrima" w:hAnsi="Ebrima" w:eastAsia="Ebrima" w:cs="Ebrima"/>
        </w:rPr>
        <w:t>ⵢⵜⵜⵔⴰⵊⴰⵏ</w:t>
      </w:r>
      <w:r>
        <w:rPr>
          <w:rFonts w:ascii="Times New Roman" w:hAnsi="Times New Roman" w:eastAsia="Times New Roman" w:cs="Times New Roman"/>
        </w:rPr>
        <w:t xml:space="preserve"> </w:t>
      </w:r>
      <w:r>
        <w:rPr>
          <w:rFonts w:ascii="Ebrima" w:hAnsi="Ebrima" w:eastAsia="Ebrima" w:cs="Ebrima"/>
        </w:rPr>
        <w:t>ⵜⵉⵏⵉⵜ</w:t>
      </w:r>
      <w:r>
        <w:rPr>
          <w:rFonts w:ascii="Times New Roman" w:hAnsi="Times New Roman" w:eastAsia="Times New Roman" w:cs="Times New Roman"/>
        </w:rPr>
        <w:t xml:space="preserve"> </w:t>
      </w:r>
      <w:r>
        <w:rPr>
          <w:rFonts w:ascii="Ebrima" w:hAnsi="Ebrima" w:eastAsia="Ebrima" w:cs="Ebrima"/>
        </w:rPr>
        <w:t>ⴳ</w:t>
      </w:r>
      <w:r>
        <w:rPr>
          <w:rFonts w:ascii="Times New Roman" w:hAnsi="Times New Roman" w:eastAsia="Times New Roman" w:cs="Times New Roman"/>
        </w:rPr>
        <w:t xml:space="preserve"> Habakkuk.</w:t>
      </w:r>
    </w:p>
    <w:p>
      <w:pPr>
        <w:pStyle w:val="ArticleScripture"/>
        <w:jc w:val="left"/>
      </w:pPr>
      <w:r>
        <w:rPr>
          <w:rFonts w:ascii="Times New Roman" w:hAnsi="Times New Roman" w:eastAsia="Times New Roman" w:cs="Times New Roman"/>
        </w:rPr>
        <w:t>Emi umi kiet manektae iti Apo ket mapabaroda ti pigsada; agtayabda a kasla agila babaen kadagiti payakda; agtarayda ket saandanto a mabannog; magmagnaanda ket saandanto a mapuyat. Isaias 40:31.</w:t>
      </w:r>
    </w:p>
    <w:p>
      <w:pPr>
        <w:pStyle w:val="ArticleBody"/>
        <w:jc w:val="left"/>
      </w:pPr>
      <w:r>
        <w:rPr>
          <w:rFonts w:ascii="Times New Roman" w:hAnsi="Times New Roman" w:eastAsia="Times New Roman" w:cs="Times New Roman"/>
        </w:rPr>
        <w:t>“</w:t>
      </w:r>
      <w:r>
        <w:rPr>
          <w:rFonts w:ascii="Segoe UI Historic" w:hAnsi="Segoe UI Historic" w:eastAsia="Segoe UI Historic" w:cs="Segoe UI Historic"/>
        </w:rPr>
        <w:t>ܬܫܥܝܬܐ</w:t>
      </w:r>
      <w:r>
        <w:rPr>
          <w:rFonts w:ascii="Times New Roman" w:hAnsi="Times New Roman" w:eastAsia="Times New Roman" w:cs="Times New Roman"/>
        </w:rPr>
        <w:t xml:space="preserve"> </w:t>
      </w:r>
      <w:r>
        <w:rPr>
          <w:rFonts w:ascii="Segoe UI Historic" w:hAnsi="Segoe UI Historic" w:eastAsia="Segoe UI Historic" w:cs="Segoe UI Historic"/>
        </w:rPr>
        <w:t>ܟܣܝܬܐ</w:t>
      </w:r>
      <w:r>
        <w:rPr>
          <w:rFonts w:ascii="Times New Roman" w:hAnsi="Times New Roman" w:eastAsia="Times New Roman" w:cs="Times New Roman"/>
        </w:rPr>
        <w:t xml:space="preserve">” </w:t>
      </w:r>
      <w:r>
        <w:rPr>
          <w:rFonts w:ascii="Segoe UI Historic" w:hAnsi="Segoe UI Historic" w:eastAsia="Segoe UI Historic" w:cs="Segoe UI Historic"/>
        </w:rPr>
        <w:t>ܕܫܒܥܐ</w:t>
      </w:r>
      <w:r>
        <w:rPr>
          <w:rFonts w:ascii="Times New Roman" w:hAnsi="Times New Roman" w:eastAsia="Times New Roman" w:cs="Times New Roman"/>
        </w:rPr>
        <w:t xml:space="preserve"> </w:t>
      </w:r>
      <w:r>
        <w:rPr>
          <w:rFonts w:ascii="Segoe UI Historic" w:hAnsi="Segoe UI Historic" w:eastAsia="Segoe UI Historic" w:cs="Segoe UI Historic"/>
        </w:rPr>
        <w:t>ܪ</w:t>
      </w:r>
      <w:r>
        <w:rPr>
          <w:rFonts w:ascii="Times New Roman" w:hAnsi="Times New Roman" w:eastAsia="Times New Roman" w:cs="Times New Roman"/>
        </w:rPr>
        <w:t>̈</w:t>
      </w:r>
      <w:r>
        <w:rPr>
          <w:rFonts w:ascii="Segoe UI Historic" w:hAnsi="Segoe UI Historic" w:eastAsia="Segoe UI Historic" w:cs="Segoe UI Historic"/>
        </w:rPr>
        <w:t>ܥܡܐ</w:t>
      </w:r>
      <w:r>
        <w:rPr>
          <w:rFonts w:ascii="Times New Roman" w:hAnsi="Times New Roman" w:eastAsia="Times New Roman" w:cs="Times New Roman"/>
        </w:rPr>
        <w:t xml:space="preserve">، </w:t>
      </w:r>
      <w:r>
        <w:rPr>
          <w:rFonts w:ascii="Segoe UI Historic" w:hAnsi="Segoe UI Historic" w:eastAsia="Segoe UI Historic" w:cs="Segoe UI Historic"/>
        </w:rPr>
        <w:t>ܗ</w:t>
      </w:r>
      <w:r>
        <w:rPr>
          <w:rFonts w:ascii="Times New Roman" w:hAnsi="Times New Roman" w:eastAsia="Times New Roman" w:cs="Times New Roman"/>
        </w:rPr>
        <w:t>̇</w:t>
      </w:r>
      <w:r>
        <w:rPr>
          <w:rFonts w:ascii="Segoe UI Historic" w:hAnsi="Segoe UI Historic" w:eastAsia="Segoe UI Historic" w:cs="Segoe UI Historic"/>
        </w:rPr>
        <w:t>ܝ</w:t>
      </w:r>
      <w:r>
        <w:rPr>
          <w:rFonts w:ascii="Times New Roman" w:hAnsi="Times New Roman" w:eastAsia="Times New Roman" w:cs="Times New Roman"/>
        </w:rPr>
        <w:t xml:space="preserve"> </w:t>
      </w:r>
      <w:r>
        <w:rPr>
          <w:rFonts w:ascii="Segoe UI Historic" w:hAnsi="Segoe UI Historic" w:eastAsia="Segoe UI Historic" w:cs="Segoe UI Historic"/>
        </w:rPr>
        <w:t>ܕܗܫܐ</w:t>
      </w:r>
      <w:r>
        <w:rPr>
          <w:rFonts w:ascii="Times New Roman" w:hAnsi="Times New Roman" w:eastAsia="Times New Roman" w:cs="Times New Roman"/>
        </w:rPr>
        <w:t xml:space="preserve"> </w:t>
      </w:r>
      <w:r>
        <w:rPr>
          <w:rFonts w:ascii="Segoe UI Historic" w:hAnsi="Segoe UI Historic" w:eastAsia="Segoe UI Historic" w:cs="Segoe UI Historic"/>
        </w:rPr>
        <w:t>ܡܬܦܬܚܐ</w:t>
      </w:r>
      <w:r>
        <w:rPr>
          <w:rFonts w:ascii="Times New Roman" w:hAnsi="Times New Roman" w:eastAsia="Times New Roman" w:cs="Times New Roman"/>
        </w:rPr>
        <w:t xml:space="preserve">، </w:t>
      </w:r>
      <w:r>
        <w:rPr>
          <w:rFonts w:ascii="Segoe UI Historic" w:hAnsi="Segoe UI Historic" w:eastAsia="Segoe UI Historic" w:cs="Segoe UI Historic"/>
        </w:rPr>
        <w:t>ܡܚܘܝܐ</w:t>
      </w:r>
      <w:r>
        <w:rPr>
          <w:rFonts w:ascii="Times New Roman" w:hAnsi="Times New Roman" w:eastAsia="Times New Roman" w:cs="Times New Roman"/>
        </w:rPr>
        <w:t xml:space="preserve"> </w:t>
      </w:r>
      <w:r>
        <w:rPr>
          <w:rFonts w:ascii="Segoe UI Historic" w:hAnsi="Segoe UI Historic" w:eastAsia="Segoe UI Historic" w:cs="Segoe UI Historic"/>
        </w:rPr>
        <w:t>ܬܠܬܐ</w:t>
      </w:r>
      <w:r>
        <w:rPr>
          <w:rFonts w:ascii="Times New Roman" w:hAnsi="Times New Roman" w:eastAsia="Times New Roman" w:cs="Times New Roman"/>
        </w:rPr>
        <w:t xml:space="preserve"> </w:t>
      </w:r>
      <w:r>
        <w:rPr>
          <w:rFonts w:ascii="Segoe UI Historic" w:hAnsi="Segoe UI Historic" w:eastAsia="Segoe UI Historic" w:cs="Segoe UI Historic"/>
        </w:rPr>
        <w:t>ܐܬܪ</w:t>
      </w:r>
      <w:r>
        <w:rPr>
          <w:rFonts w:ascii="Times New Roman" w:hAnsi="Times New Roman" w:eastAsia="Times New Roman" w:cs="Times New Roman"/>
        </w:rPr>
        <w:t>̈</w:t>
      </w:r>
      <w:r>
        <w:rPr>
          <w:rFonts w:ascii="Segoe UI Historic" w:hAnsi="Segoe UI Historic" w:eastAsia="Segoe UI Historic" w:cs="Segoe UI Historic"/>
        </w:rPr>
        <w:t>ܐ</w:t>
      </w:r>
      <w:r>
        <w:rPr>
          <w:rFonts w:ascii="Times New Roman" w:hAnsi="Times New Roman" w:eastAsia="Times New Roman" w:cs="Times New Roman"/>
        </w:rPr>
        <w:t xml:space="preserve"> </w:t>
      </w:r>
      <w:r>
        <w:rPr>
          <w:rFonts w:ascii="Segoe UI Historic" w:hAnsi="Segoe UI Historic" w:eastAsia="Segoe UI Historic" w:cs="Segoe UI Historic"/>
        </w:rPr>
        <w:t>ܕܫܘܐܕܐ</w:t>
      </w:r>
      <w:r>
        <w:rPr>
          <w:rFonts w:ascii="Times New Roman" w:hAnsi="Times New Roman" w:eastAsia="Times New Roman" w:cs="Times New Roman"/>
        </w:rPr>
        <w:t xml:space="preserve"> </w:t>
      </w:r>
      <w:r>
        <w:rPr>
          <w:rFonts w:ascii="Segoe UI Historic" w:hAnsi="Segoe UI Historic" w:eastAsia="Segoe UI Historic" w:cs="Segoe UI Historic"/>
        </w:rPr>
        <w:t>ܕܫܪܝܢ</w:t>
      </w:r>
      <w:r>
        <w:rPr>
          <w:rFonts w:ascii="Times New Roman" w:hAnsi="Times New Roman" w:eastAsia="Times New Roman" w:cs="Times New Roman"/>
        </w:rPr>
        <w:t xml:space="preserve"> </w:t>
      </w:r>
      <w:r>
        <w:rPr>
          <w:rFonts w:ascii="Segoe UI Historic" w:hAnsi="Segoe UI Historic" w:eastAsia="Segoe UI Historic" w:cs="Segoe UI Historic"/>
        </w:rPr>
        <w:t>ܘܡܫܬܠܡܝܢ</w:t>
      </w:r>
      <w:r>
        <w:rPr>
          <w:rFonts w:ascii="Times New Roman" w:hAnsi="Times New Roman" w:eastAsia="Times New Roman" w:cs="Times New Roman"/>
        </w:rPr>
        <w:t xml:space="preserve"> </w:t>
      </w:r>
      <w:r>
        <w:rPr>
          <w:rFonts w:ascii="Segoe UI Historic" w:hAnsi="Segoe UI Historic" w:eastAsia="Segoe UI Historic" w:cs="Segoe UI Historic"/>
        </w:rPr>
        <w:t>ܒܟܐܒܐ</w:t>
      </w:r>
      <w:r>
        <w:rPr>
          <w:rFonts w:ascii="Times New Roman" w:hAnsi="Times New Roman" w:eastAsia="Times New Roman" w:cs="Times New Roman"/>
        </w:rPr>
        <w:t xml:space="preserve"> </w:t>
      </w:r>
      <w:r>
        <w:rPr>
          <w:rFonts w:ascii="Segoe UI Historic" w:hAnsi="Segoe UI Historic" w:eastAsia="Segoe UI Historic" w:cs="Segoe UI Historic"/>
        </w:rPr>
        <w:t>ܕܐܟܣܦܬܐ</w:t>
      </w:r>
      <w:r>
        <w:rPr>
          <w:rFonts w:ascii="Times New Roman" w:hAnsi="Times New Roman" w:eastAsia="Times New Roman" w:cs="Times New Roman"/>
        </w:rPr>
        <w:t xml:space="preserve">. </w:t>
      </w:r>
      <w:r>
        <w:rPr>
          <w:rFonts w:ascii="Segoe UI Historic" w:hAnsi="Segoe UI Historic" w:eastAsia="Segoe UI Historic" w:cs="Segoe UI Historic"/>
        </w:rPr>
        <w:t>ܒܗ</w:t>
      </w:r>
      <w:r>
        <w:rPr>
          <w:rFonts w:ascii="Times New Roman" w:hAnsi="Times New Roman" w:eastAsia="Times New Roman" w:cs="Times New Roman"/>
        </w:rPr>
        <w:t>̇</w:t>
      </w:r>
      <w:r>
        <w:rPr>
          <w:rFonts w:ascii="Segoe UI Historic" w:hAnsi="Segoe UI Historic" w:eastAsia="Segoe UI Historic" w:cs="Segoe UI Historic"/>
        </w:rPr>
        <w:t>ܝ</w:t>
      </w:r>
      <w:r>
        <w:rPr>
          <w:rFonts w:ascii="Times New Roman" w:hAnsi="Times New Roman" w:eastAsia="Times New Roman" w:cs="Times New Roman"/>
        </w:rPr>
        <w:t xml:space="preserve"> </w:t>
      </w:r>
      <w:r>
        <w:rPr>
          <w:rFonts w:ascii="Segoe UI Historic" w:hAnsi="Segoe UI Historic" w:eastAsia="Segoe UI Historic" w:cs="Segoe UI Historic"/>
        </w:rPr>
        <w:t>ܬܫܥܝܬܐ</w:t>
      </w:r>
      <w:r>
        <w:rPr>
          <w:rFonts w:ascii="Times New Roman" w:hAnsi="Times New Roman" w:eastAsia="Times New Roman" w:cs="Times New Roman"/>
        </w:rPr>
        <w:t xml:space="preserve"> </w:t>
      </w:r>
      <w:r>
        <w:rPr>
          <w:rFonts w:ascii="Segoe UI Historic" w:hAnsi="Segoe UI Historic" w:eastAsia="Segoe UI Historic" w:cs="Segoe UI Historic"/>
        </w:rPr>
        <w:t>ܪܡܙܝܬܐ</w:t>
      </w:r>
      <w:r>
        <w:rPr>
          <w:rFonts w:ascii="Times New Roman" w:hAnsi="Times New Roman" w:eastAsia="Times New Roman" w:cs="Times New Roman"/>
        </w:rPr>
        <w:t xml:space="preserve">، </w:t>
      </w:r>
      <w:r>
        <w:rPr>
          <w:rFonts w:ascii="Segoe UI Historic" w:hAnsi="Segoe UI Historic" w:eastAsia="Segoe UI Historic" w:cs="Segoe UI Historic"/>
        </w:rPr>
        <w:t>ܐܝܬ</w:t>
      </w:r>
      <w:r>
        <w:rPr>
          <w:rFonts w:ascii="Times New Roman" w:hAnsi="Times New Roman" w:eastAsia="Times New Roman" w:cs="Times New Roman"/>
        </w:rPr>
        <w:t xml:space="preserve"> </w:t>
      </w:r>
      <w:r>
        <w:rPr>
          <w:rFonts w:ascii="Segoe UI Historic" w:hAnsi="Segoe UI Historic" w:eastAsia="Segoe UI Historic" w:cs="Segoe UI Historic"/>
        </w:rPr>
        <w:t>ܬܠܬܐ</w:t>
      </w:r>
      <w:r>
        <w:rPr>
          <w:rFonts w:ascii="Times New Roman" w:hAnsi="Times New Roman" w:eastAsia="Times New Roman" w:cs="Times New Roman"/>
        </w:rPr>
        <w:t xml:space="preserve"> </w:t>
      </w:r>
      <w:r>
        <w:rPr>
          <w:rFonts w:ascii="Segoe UI Historic" w:hAnsi="Segoe UI Historic" w:eastAsia="Segoe UI Historic" w:cs="Segoe UI Historic"/>
        </w:rPr>
        <w:t>ܐܬܪ</w:t>
      </w:r>
      <w:r>
        <w:rPr>
          <w:rFonts w:ascii="Times New Roman" w:hAnsi="Times New Roman" w:eastAsia="Times New Roman" w:cs="Times New Roman"/>
        </w:rPr>
        <w:t>̈</w:t>
      </w:r>
      <w:r>
        <w:rPr>
          <w:rFonts w:ascii="Segoe UI Historic" w:hAnsi="Segoe UI Historic" w:eastAsia="Segoe UI Historic" w:cs="Segoe UI Historic"/>
        </w:rPr>
        <w:t>ܐ</w:t>
      </w:r>
      <w:r>
        <w:rPr>
          <w:rFonts w:ascii="Times New Roman" w:hAnsi="Times New Roman" w:eastAsia="Times New Roman" w:cs="Times New Roman"/>
        </w:rPr>
        <w:t xml:space="preserve"> </w:t>
      </w:r>
      <w:r>
        <w:rPr>
          <w:rFonts w:ascii="Segoe UI Historic" w:hAnsi="Segoe UI Historic" w:eastAsia="Segoe UI Historic" w:cs="Segoe UI Historic"/>
        </w:rPr>
        <w:t>ܕܫܘܐܕܐ</w:t>
      </w:r>
      <w:r>
        <w:rPr>
          <w:rFonts w:ascii="Times New Roman" w:hAnsi="Times New Roman" w:eastAsia="Times New Roman" w:cs="Times New Roman"/>
        </w:rPr>
        <w:t xml:space="preserve">، </w:t>
      </w:r>
      <w:r>
        <w:rPr>
          <w:rFonts w:ascii="Segoe UI Historic" w:hAnsi="Segoe UI Historic" w:eastAsia="Segoe UI Historic" w:cs="Segoe UI Historic"/>
        </w:rPr>
        <w:t>ܕܡܬܦܠܓܝܢ</w:t>
      </w:r>
      <w:r>
        <w:rPr>
          <w:rFonts w:ascii="Times New Roman" w:hAnsi="Times New Roman" w:eastAsia="Times New Roman" w:cs="Times New Roman"/>
        </w:rPr>
        <w:t xml:space="preserve"> </w:t>
      </w:r>
      <w:r>
        <w:rPr>
          <w:rFonts w:ascii="Segoe UI Historic" w:hAnsi="Segoe UI Historic" w:eastAsia="Segoe UI Historic" w:cs="Segoe UI Historic"/>
        </w:rPr>
        <w:t>ܒܬܪܝܢ</w:t>
      </w:r>
      <w:r>
        <w:rPr>
          <w:rFonts w:ascii="Times New Roman" w:hAnsi="Times New Roman" w:eastAsia="Times New Roman" w:cs="Times New Roman"/>
        </w:rPr>
        <w:t xml:space="preserve"> </w:t>
      </w:r>
      <w:r>
        <w:rPr>
          <w:rFonts w:ascii="Segoe UI Historic" w:hAnsi="Segoe UI Historic" w:eastAsia="Segoe UI Historic" w:cs="Segoe UI Historic"/>
        </w:rPr>
        <w:t>ܙܒܢ</w:t>
      </w:r>
      <w:r>
        <w:rPr>
          <w:rFonts w:ascii="Times New Roman" w:hAnsi="Times New Roman" w:eastAsia="Times New Roman" w:cs="Times New Roman"/>
        </w:rPr>
        <w:t>̈</w:t>
      </w:r>
      <w:r>
        <w:rPr>
          <w:rFonts w:ascii="Segoe UI Historic" w:hAnsi="Segoe UI Historic" w:eastAsia="Segoe UI Historic" w:cs="Segoe UI Historic"/>
        </w:rPr>
        <w:t>ܐ</w:t>
      </w:r>
      <w:r>
        <w:rPr>
          <w:rFonts w:ascii="Times New Roman" w:hAnsi="Times New Roman" w:eastAsia="Times New Roman" w:cs="Times New Roman"/>
        </w:rPr>
        <w:t xml:space="preserve">. </w:t>
      </w:r>
      <w:r>
        <w:rPr>
          <w:rFonts w:ascii="Segoe UI Historic" w:hAnsi="Segoe UI Historic" w:eastAsia="Segoe UI Historic" w:cs="Segoe UI Historic"/>
        </w:rPr>
        <w:t>ܐܟܣܦܬܐ</w:t>
      </w:r>
      <w:r>
        <w:rPr>
          <w:rFonts w:ascii="Times New Roman" w:hAnsi="Times New Roman" w:eastAsia="Times New Roman" w:cs="Times New Roman"/>
        </w:rPr>
        <w:t xml:space="preserve"> </w:t>
      </w:r>
      <w:r>
        <w:rPr>
          <w:rFonts w:ascii="Segoe UI Historic" w:hAnsi="Segoe UI Historic" w:eastAsia="Segoe UI Historic" w:cs="Segoe UI Historic"/>
        </w:rPr>
        <w:t>ܫܪܝܐ</w:t>
      </w:r>
      <w:r>
        <w:rPr>
          <w:rFonts w:ascii="Times New Roman" w:hAnsi="Times New Roman" w:eastAsia="Times New Roman" w:cs="Times New Roman"/>
        </w:rPr>
        <w:t xml:space="preserve"> </w:t>
      </w:r>
      <w:r>
        <w:rPr>
          <w:rFonts w:ascii="Segoe UI Historic" w:hAnsi="Segoe UI Historic" w:eastAsia="Segoe UI Historic" w:cs="Segoe UI Historic"/>
        </w:rPr>
        <w:t>ܠܙܒܢܐ</w:t>
      </w:r>
      <w:r>
        <w:rPr>
          <w:rFonts w:ascii="Times New Roman" w:hAnsi="Times New Roman" w:eastAsia="Times New Roman" w:cs="Times New Roman"/>
        </w:rPr>
        <w:t xml:space="preserve"> </w:t>
      </w:r>
      <w:r>
        <w:rPr>
          <w:rFonts w:ascii="Segoe UI Historic" w:hAnsi="Segoe UI Historic" w:eastAsia="Segoe UI Historic" w:cs="Segoe UI Historic"/>
        </w:rPr>
        <w:t>ܕܡܣܟܝܘܬܐ</w:t>
      </w:r>
      <w:r>
        <w:rPr>
          <w:rFonts w:ascii="Times New Roman" w:hAnsi="Times New Roman" w:eastAsia="Times New Roman" w:cs="Times New Roman"/>
        </w:rPr>
        <w:t xml:space="preserve">. </w:t>
      </w:r>
      <w:r>
        <w:rPr>
          <w:rFonts w:ascii="Segoe UI Historic" w:hAnsi="Segoe UI Historic" w:eastAsia="Segoe UI Historic" w:cs="Segoe UI Historic"/>
        </w:rPr>
        <w:t>ܙܒܢܐ</w:t>
      </w:r>
      <w:r>
        <w:rPr>
          <w:rFonts w:ascii="Times New Roman" w:hAnsi="Times New Roman" w:eastAsia="Times New Roman" w:cs="Times New Roman"/>
        </w:rPr>
        <w:t xml:space="preserve"> </w:t>
      </w:r>
      <w:r>
        <w:rPr>
          <w:rFonts w:ascii="Segoe UI Historic" w:hAnsi="Segoe UI Historic" w:eastAsia="Segoe UI Historic" w:cs="Segoe UI Historic"/>
        </w:rPr>
        <w:t>ܕܡܣܟܝܘܬܐ</w:t>
      </w:r>
      <w:r>
        <w:rPr>
          <w:rFonts w:ascii="Times New Roman" w:hAnsi="Times New Roman" w:eastAsia="Times New Roman" w:cs="Times New Roman"/>
        </w:rPr>
        <w:t xml:space="preserve"> </w:t>
      </w:r>
      <w:r>
        <w:rPr>
          <w:rFonts w:ascii="Segoe UI Historic" w:hAnsi="Segoe UI Historic" w:eastAsia="Segoe UI Historic" w:cs="Segoe UI Historic"/>
        </w:rPr>
        <w:t>ܡܘܒܠ</w:t>
      </w:r>
      <w:r>
        <w:rPr>
          <w:rFonts w:ascii="Times New Roman" w:hAnsi="Times New Roman" w:eastAsia="Times New Roman" w:cs="Times New Roman"/>
        </w:rPr>
        <w:t xml:space="preserve"> </w:t>
      </w:r>
      <w:r>
        <w:rPr>
          <w:rFonts w:ascii="Segoe UI Historic" w:hAnsi="Segoe UI Historic" w:eastAsia="Segoe UI Historic" w:cs="Segoe UI Historic"/>
        </w:rPr>
        <w:t>ܠܗ</w:t>
      </w:r>
      <w:r>
        <w:rPr>
          <w:rFonts w:ascii="Times New Roman" w:hAnsi="Times New Roman" w:eastAsia="Times New Roman" w:cs="Times New Roman"/>
        </w:rPr>
        <w:t xml:space="preserve">̇ </w:t>
      </w:r>
      <w:r>
        <w:rPr>
          <w:rFonts w:ascii="Segoe UI Historic" w:hAnsi="Segoe UI Historic" w:eastAsia="Segoe UI Historic" w:cs="Segoe UI Historic"/>
        </w:rPr>
        <w:t>ܠܡܠܬܐ</w:t>
      </w:r>
      <w:r>
        <w:rPr>
          <w:rFonts w:ascii="Times New Roman" w:hAnsi="Times New Roman" w:eastAsia="Times New Roman" w:cs="Times New Roman"/>
        </w:rPr>
        <w:t xml:space="preserve"> </w:t>
      </w:r>
      <w:r>
        <w:rPr>
          <w:rFonts w:ascii="Segoe UI Historic" w:hAnsi="Segoe UI Historic" w:eastAsia="Segoe UI Historic" w:cs="Segoe UI Historic"/>
        </w:rPr>
        <w:t>ܡܬܬܩܢܬܐ</w:t>
      </w:r>
      <w:r>
        <w:rPr>
          <w:rFonts w:ascii="Times New Roman" w:hAnsi="Times New Roman" w:eastAsia="Times New Roman" w:cs="Times New Roman"/>
        </w:rPr>
        <w:t xml:space="preserve"> </w:t>
      </w:r>
      <w:r>
        <w:rPr>
          <w:rFonts w:ascii="Segoe UI Historic" w:hAnsi="Segoe UI Historic" w:eastAsia="Segoe UI Historic" w:cs="Segoe UI Historic"/>
        </w:rPr>
        <w:t>ܘܠܢܒܝܘܬܐ</w:t>
      </w:r>
      <w:r>
        <w:rPr>
          <w:rFonts w:ascii="Times New Roman" w:hAnsi="Times New Roman" w:eastAsia="Times New Roman" w:cs="Times New Roman"/>
        </w:rPr>
        <w:t xml:space="preserve"> </w:t>
      </w:r>
      <w:r>
        <w:rPr>
          <w:rFonts w:ascii="Segoe UI Historic" w:hAnsi="Segoe UI Historic" w:eastAsia="Segoe UI Historic" w:cs="Segoe UI Historic"/>
        </w:rPr>
        <w:t>ܕܩܪܝܬܐ</w:t>
      </w:r>
      <w:r>
        <w:rPr>
          <w:rFonts w:ascii="Times New Roman" w:hAnsi="Times New Roman" w:eastAsia="Times New Roman" w:cs="Times New Roman"/>
        </w:rPr>
        <w:t xml:space="preserve"> </w:t>
      </w:r>
      <w:r>
        <w:rPr>
          <w:rFonts w:ascii="Segoe UI Historic" w:hAnsi="Segoe UI Historic" w:eastAsia="Segoe UI Historic" w:cs="Segoe UI Historic"/>
        </w:rPr>
        <w:t>ܕܦܠܓܐ</w:t>
      </w:r>
      <w:r>
        <w:rPr>
          <w:rFonts w:ascii="Times New Roman" w:hAnsi="Times New Roman" w:eastAsia="Times New Roman" w:cs="Times New Roman"/>
        </w:rPr>
        <w:t xml:space="preserve"> </w:t>
      </w:r>
      <w:r>
        <w:rPr>
          <w:rFonts w:ascii="Segoe UI Historic" w:hAnsi="Segoe UI Historic" w:eastAsia="Segoe UI Historic" w:cs="Segoe UI Historic"/>
        </w:rPr>
        <w:t>ܕܠܠܝܐ</w:t>
      </w:r>
      <w:r>
        <w:rPr>
          <w:rFonts w:ascii="Times New Roman" w:hAnsi="Times New Roman" w:eastAsia="Times New Roman" w:cs="Times New Roman"/>
        </w:rPr>
        <w:t xml:space="preserve">. </w:t>
      </w:r>
      <w:r>
        <w:rPr>
          <w:rFonts w:ascii="Segoe UI Historic" w:hAnsi="Segoe UI Historic" w:eastAsia="Segoe UI Historic" w:cs="Segoe UI Historic"/>
        </w:rPr>
        <w:t>ܡܠܬܐ</w:t>
      </w:r>
      <w:r>
        <w:rPr>
          <w:rFonts w:ascii="Times New Roman" w:hAnsi="Times New Roman" w:eastAsia="Times New Roman" w:cs="Times New Roman"/>
        </w:rPr>
        <w:t xml:space="preserve"> </w:t>
      </w:r>
      <w:r>
        <w:rPr>
          <w:rFonts w:ascii="Segoe UI Historic" w:hAnsi="Segoe UI Historic" w:eastAsia="Segoe UI Historic" w:cs="Segoe UI Historic"/>
        </w:rPr>
        <w:t>ܕܩܪܝܬܐ</w:t>
      </w:r>
      <w:r>
        <w:rPr>
          <w:rFonts w:ascii="Times New Roman" w:hAnsi="Times New Roman" w:eastAsia="Times New Roman" w:cs="Times New Roman"/>
        </w:rPr>
        <w:t xml:space="preserve"> </w:t>
      </w:r>
      <w:r>
        <w:rPr>
          <w:rFonts w:ascii="Segoe UI Historic" w:hAnsi="Segoe UI Historic" w:eastAsia="Segoe UI Historic" w:cs="Segoe UI Historic"/>
        </w:rPr>
        <w:t>ܕܦܠܓܐ</w:t>
      </w:r>
      <w:r>
        <w:rPr>
          <w:rFonts w:ascii="Times New Roman" w:hAnsi="Times New Roman" w:eastAsia="Times New Roman" w:cs="Times New Roman"/>
        </w:rPr>
        <w:t xml:space="preserve"> </w:t>
      </w:r>
      <w:r>
        <w:rPr>
          <w:rFonts w:ascii="Segoe UI Historic" w:hAnsi="Segoe UI Historic" w:eastAsia="Segoe UI Historic" w:cs="Segoe UI Historic"/>
        </w:rPr>
        <w:t>ܕܠܠܝܐ</w:t>
      </w:r>
      <w:r>
        <w:rPr>
          <w:rFonts w:ascii="Times New Roman" w:hAnsi="Times New Roman" w:eastAsia="Times New Roman" w:cs="Times New Roman"/>
        </w:rPr>
        <w:t xml:space="preserve"> </w:t>
      </w:r>
      <w:r>
        <w:rPr>
          <w:rFonts w:ascii="Segoe UI Historic" w:hAnsi="Segoe UI Historic" w:eastAsia="Segoe UI Historic" w:cs="Segoe UI Historic"/>
        </w:rPr>
        <w:t>ܫܪܝܐ</w:t>
      </w:r>
      <w:r>
        <w:rPr>
          <w:rFonts w:ascii="Times New Roman" w:hAnsi="Times New Roman" w:eastAsia="Times New Roman" w:cs="Times New Roman"/>
        </w:rPr>
        <w:t xml:space="preserve"> </w:t>
      </w:r>
      <w:r>
        <w:rPr>
          <w:rFonts w:ascii="Segoe UI Historic" w:hAnsi="Segoe UI Historic" w:eastAsia="Segoe UI Historic" w:cs="Segoe UI Historic"/>
        </w:rPr>
        <w:t>ܙܒܢܐ</w:t>
      </w:r>
      <w:r>
        <w:rPr>
          <w:rFonts w:ascii="Times New Roman" w:hAnsi="Times New Roman" w:eastAsia="Times New Roman" w:cs="Times New Roman"/>
        </w:rPr>
        <w:t xml:space="preserve"> </w:t>
      </w:r>
      <w:r>
        <w:rPr>
          <w:rFonts w:ascii="Segoe UI Historic" w:hAnsi="Segoe UI Historic" w:eastAsia="Segoe UI Historic" w:cs="Segoe UI Historic"/>
        </w:rPr>
        <w:t>ܕܟܪܘܙܘܬܐ</w:t>
      </w:r>
      <w:r>
        <w:rPr>
          <w:rFonts w:ascii="Times New Roman" w:hAnsi="Times New Roman" w:eastAsia="Times New Roman" w:cs="Times New Roman"/>
        </w:rPr>
        <w:t xml:space="preserve"> </w:t>
      </w:r>
      <w:r>
        <w:rPr>
          <w:rFonts w:ascii="Segoe UI Historic" w:hAnsi="Segoe UI Historic" w:eastAsia="Segoe UI Historic" w:cs="Segoe UI Historic"/>
        </w:rPr>
        <w:t>ܕܗ</w:t>
      </w:r>
      <w:r>
        <w:rPr>
          <w:rFonts w:ascii="Times New Roman" w:hAnsi="Times New Roman" w:eastAsia="Times New Roman" w:cs="Times New Roman"/>
        </w:rPr>
        <w:t>̇</w:t>
      </w:r>
      <w:r>
        <w:rPr>
          <w:rFonts w:ascii="Segoe UI Historic" w:hAnsi="Segoe UI Historic" w:eastAsia="Segoe UI Historic" w:cs="Segoe UI Historic"/>
        </w:rPr>
        <w:t>ܝ</w:t>
      </w:r>
      <w:r>
        <w:rPr>
          <w:rFonts w:ascii="Times New Roman" w:hAnsi="Times New Roman" w:eastAsia="Times New Roman" w:cs="Times New Roman"/>
        </w:rPr>
        <w:t xml:space="preserve"> </w:t>
      </w:r>
      <w:r>
        <w:rPr>
          <w:rFonts w:ascii="Segoe UI Historic" w:hAnsi="Segoe UI Historic" w:eastAsia="Segoe UI Historic" w:cs="Segoe UI Historic"/>
        </w:rPr>
        <w:t>ܡܠܬܐ</w:t>
      </w:r>
      <w:r>
        <w:rPr>
          <w:rFonts w:ascii="Times New Roman" w:hAnsi="Times New Roman" w:eastAsia="Times New Roman" w:cs="Times New Roman"/>
        </w:rPr>
        <w:t xml:space="preserve"> </w:t>
      </w:r>
      <w:r>
        <w:rPr>
          <w:rFonts w:ascii="Segoe UI Historic" w:hAnsi="Segoe UI Historic" w:eastAsia="Segoe UI Historic" w:cs="Segoe UI Historic"/>
        </w:rPr>
        <w:t>ܕܩܪܝܬܐ</w:t>
      </w:r>
      <w:r>
        <w:rPr>
          <w:rFonts w:ascii="Times New Roman" w:hAnsi="Times New Roman" w:eastAsia="Times New Roman" w:cs="Times New Roman"/>
        </w:rPr>
        <w:t xml:space="preserve"> </w:t>
      </w:r>
      <w:r>
        <w:rPr>
          <w:rFonts w:ascii="Segoe UI Historic" w:hAnsi="Segoe UI Historic" w:eastAsia="Segoe UI Historic" w:cs="Segoe UI Historic"/>
        </w:rPr>
        <w:t>ܕܦܠܓܐ</w:t>
      </w:r>
      <w:r>
        <w:rPr>
          <w:rFonts w:ascii="Times New Roman" w:hAnsi="Times New Roman" w:eastAsia="Times New Roman" w:cs="Times New Roman"/>
        </w:rPr>
        <w:t xml:space="preserve"> </w:t>
      </w:r>
      <w:r>
        <w:rPr>
          <w:rFonts w:ascii="Segoe UI Historic" w:hAnsi="Segoe UI Historic" w:eastAsia="Segoe UI Historic" w:cs="Segoe UI Historic"/>
        </w:rPr>
        <w:t>ܕܠܠܝܐ</w:t>
      </w:r>
      <w:r>
        <w:rPr>
          <w:rFonts w:ascii="Times New Roman" w:hAnsi="Times New Roman" w:eastAsia="Times New Roman" w:cs="Times New Roman"/>
        </w:rPr>
        <w:t xml:space="preserve">، </w:t>
      </w:r>
      <w:r>
        <w:rPr>
          <w:rFonts w:ascii="Segoe UI Historic" w:hAnsi="Segoe UI Historic" w:eastAsia="Segoe UI Historic" w:cs="Segoe UI Historic"/>
        </w:rPr>
        <w:t>ܗ</w:t>
      </w:r>
      <w:r>
        <w:rPr>
          <w:rFonts w:ascii="Times New Roman" w:hAnsi="Times New Roman" w:eastAsia="Times New Roman" w:cs="Times New Roman"/>
        </w:rPr>
        <w:t>̇</w:t>
      </w:r>
      <w:r>
        <w:rPr>
          <w:rFonts w:ascii="Segoe UI Historic" w:hAnsi="Segoe UI Historic" w:eastAsia="Segoe UI Historic" w:cs="Segoe UI Historic"/>
        </w:rPr>
        <w:t>ܘ</w:t>
      </w:r>
      <w:r>
        <w:rPr>
          <w:rFonts w:ascii="Times New Roman" w:hAnsi="Times New Roman" w:eastAsia="Times New Roman" w:cs="Times New Roman"/>
        </w:rPr>
        <w:t xml:space="preserve"> </w:t>
      </w:r>
      <w:r>
        <w:rPr>
          <w:rFonts w:ascii="Segoe UI Historic" w:hAnsi="Segoe UI Historic" w:eastAsia="Segoe UI Historic" w:cs="Segoe UI Historic"/>
        </w:rPr>
        <w:t>ܕܡܘܒܠ</w:t>
      </w:r>
      <w:r>
        <w:rPr>
          <w:rFonts w:ascii="Times New Roman" w:hAnsi="Times New Roman" w:eastAsia="Times New Roman" w:cs="Times New Roman"/>
        </w:rPr>
        <w:t xml:space="preserve"> </w:t>
      </w:r>
      <w:r>
        <w:rPr>
          <w:rFonts w:ascii="Segoe UI Historic" w:hAnsi="Segoe UI Historic" w:eastAsia="Segoe UI Historic" w:cs="Segoe UI Historic"/>
        </w:rPr>
        <w:t>ܠܐܟܣܦܬܐ</w:t>
      </w:r>
      <w:r>
        <w:rPr>
          <w:rFonts w:ascii="Times New Roman" w:hAnsi="Times New Roman" w:eastAsia="Times New Roman" w:cs="Times New Roman"/>
        </w:rPr>
        <w:t xml:space="preserve"> </w:t>
      </w:r>
      <w:r>
        <w:rPr>
          <w:rFonts w:ascii="Segoe UI Historic" w:hAnsi="Segoe UI Historic" w:eastAsia="Segoe UI Historic" w:cs="Segoe UI Historic"/>
        </w:rPr>
        <w:t>ܬܪܝܢܝܬܐ</w:t>
      </w:r>
      <w:r>
        <w:rPr>
          <w:rFonts w:ascii="Times New Roman" w:hAnsi="Times New Roman" w:eastAsia="Times New Roman" w:cs="Times New Roman"/>
        </w:rPr>
        <w:t xml:space="preserve">، </w:t>
      </w:r>
      <w:r>
        <w:rPr>
          <w:rFonts w:ascii="Segoe UI Historic" w:hAnsi="Segoe UI Historic" w:eastAsia="Segoe UI Historic" w:cs="Segoe UI Historic"/>
        </w:rPr>
        <w:t>ܗ</w:t>
      </w:r>
      <w:r>
        <w:rPr>
          <w:rFonts w:ascii="Times New Roman" w:hAnsi="Times New Roman" w:eastAsia="Times New Roman" w:cs="Times New Roman"/>
        </w:rPr>
        <w:t>̇</w:t>
      </w:r>
      <w:r>
        <w:rPr>
          <w:rFonts w:ascii="Segoe UI Historic" w:hAnsi="Segoe UI Historic" w:eastAsia="Segoe UI Historic" w:cs="Segoe UI Historic"/>
        </w:rPr>
        <w:t>ܝ</w:t>
      </w:r>
      <w:r>
        <w:rPr>
          <w:rFonts w:ascii="Times New Roman" w:hAnsi="Times New Roman" w:eastAsia="Times New Roman" w:cs="Times New Roman"/>
        </w:rPr>
        <w:t xml:space="preserve"> </w:t>
      </w:r>
      <w:r>
        <w:rPr>
          <w:rFonts w:ascii="Segoe UI Historic" w:hAnsi="Segoe UI Historic" w:eastAsia="Segoe UI Historic" w:cs="Segoe UI Historic"/>
        </w:rPr>
        <w:t>ܕܡܬܪܡܙܐ</w:t>
      </w:r>
      <w:r>
        <w:rPr>
          <w:rFonts w:ascii="Times New Roman" w:hAnsi="Times New Roman" w:eastAsia="Times New Roman" w:cs="Times New Roman"/>
        </w:rPr>
        <w:t xml:space="preserve"> </w:t>
      </w:r>
      <w:r>
        <w:rPr>
          <w:rFonts w:ascii="Segoe UI Historic" w:hAnsi="Segoe UI Historic" w:eastAsia="Segoe UI Historic" w:cs="Segoe UI Historic"/>
        </w:rPr>
        <w:t>ܐܝܟ</w:t>
      </w:r>
      <w:r>
        <w:rPr>
          <w:rFonts w:ascii="Times New Roman" w:hAnsi="Times New Roman" w:eastAsia="Times New Roman" w:cs="Times New Roman"/>
        </w:rPr>
        <w:t xml:space="preserve"> </w:t>
      </w:r>
      <w:r>
        <w:rPr>
          <w:rFonts w:ascii="Segoe UI Historic" w:hAnsi="Segoe UI Historic" w:eastAsia="Segoe UI Historic" w:cs="Segoe UI Historic"/>
        </w:rPr>
        <w:t>ܕܝܢܐ</w:t>
      </w:r>
      <w:r>
        <w:rPr>
          <w:rFonts w:ascii="Times New Roman" w:hAnsi="Times New Roman" w:eastAsia="Times New Roman" w:cs="Times New Roman"/>
        </w:rPr>
        <w:t xml:space="preserve">. </w:t>
      </w:r>
      <w:r>
        <w:rPr>
          <w:rFonts w:ascii="Segoe UI Historic" w:hAnsi="Segoe UI Historic" w:eastAsia="Segoe UI Historic" w:cs="Segoe UI Historic"/>
        </w:rPr>
        <w:t>ܗܢܘܢ</w:t>
      </w:r>
      <w:r>
        <w:rPr>
          <w:rFonts w:ascii="Times New Roman" w:hAnsi="Times New Roman" w:eastAsia="Times New Roman" w:cs="Times New Roman"/>
        </w:rPr>
        <w:t xml:space="preserve"> </w:t>
      </w:r>
      <w:r>
        <w:rPr>
          <w:rFonts w:ascii="Segoe UI Historic" w:hAnsi="Segoe UI Historic" w:eastAsia="Segoe UI Historic" w:cs="Segoe UI Historic"/>
        </w:rPr>
        <w:t>ܬܠܬܐ</w:t>
      </w:r>
      <w:r>
        <w:rPr>
          <w:rFonts w:ascii="Times New Roman" w:hAnsi="Times New Roman" w:eastAsia="Times New Roman" w:cs="Times New Roman"/>
        </w:rPr>
        <w:t xml:space="preserve"> </w:t>
      </w:r>
      <w:r>
        <w:rPr>
          <w:rFonts w:ascii="Segoe UI Historic" w:hAnsi="Segoe UI Historic" w:eastAsia="Segoe UI Historic" w:cs="Segoe UI Historic"/>
        </w:rPr>
        <w:t>ܫܠܒ</w:t>
      </w:r>
      <w:r>
        <w:rPr>
          <w:rFonts w:ascii="Times New Roman" w:hAnsi="Times New Roman" w:eastAsia="Times New Roman" w:cs="Times New Roman"/>
        </w:rPr>
        <w:t>̈</w:t>
      </w:r>
      <w:r>
        <w:rPr>
          <w:rFonts w:ascii="Segoe UI Historic" w:hAnsi="Segoe UI Historic" w:eastAsia="Segoe UI Historic" w:cs="Segoe UI Historic"/>
        </w:rPr>
        <w:t>ܐ</w:t>
      </w:r>
      <w:r>
        <w:rPr>
          <w:rFonts w:ascii="Times New Roman" w:hAnsi="Times New Roman" w:eastAsia="Times New Roman" w:cs="Times New Roman"/>
        </w:rPr>
        <w:t xml:space="preserve">، </w:t>
      </w:r>
      <w:r>
        <w:rPr>
          <w:rFonts w:ascii="Segoe UI Historic" w:hAnsi="Segoe UI Historic" w:eastAsia="Segoe UI Historic" w:cs="Segoe UI Historic"/>
        </w:rPr>
        <w:t>ܕܡܬܦܠܓܝܢ</w:t>
      </w:r>
      <w:r>
        <w:rPr>
          <w:rFonts w:ascii="Times New Roman" w:hAnsi="Times New Roman" w:eastAsia="Times New Roman" w:cs="Times New Roman"/>
        </w:rPr>
        <w:t xml:space="preserve"> </w:t>
      </w:r>
      <w:r>
        <w:rPr>
          <w:rFonts w:ascii="Segoe UI Historic" w:hAnsi="Segoe UI Historic" w:eastAsia="Segoe UI Historic" w:cs="Segoe UI Historic"/>
        </w:rPr>
        <w:t>ܒܬܪܝܢ</w:t>
      </w:r>
      <w:r>
        <w:rPr>
          <w:rFonts w:ascii="Times New Roman" w:hAnsi="Times New Roman" w:eastAsia="Times New Roman" w:cs="Times New Roman"/>
        </w:rPr>
        <w:t xml:space="preserve"> </w:t>
      </w:r>
      <w:r>
        <w:rPr>
          <w:rFonts w:ascii="Segoe UI Historic" w:hAnsi="Segoe UI Historic" w:eastAsia="Segoe UI Historic" w:cs="Segoe UI Historic"/>
        </w:rPr>
        <w:t>ܙܒܢ</w:t>
      </w:r>
      <w:r>
        <w:rPr>
          <w:rFonts w:ascii="Times New Roman" w:hAnsi="Times New Roman" w:eastAsia="Times New Roman" w:cs="Times New Roman"/>
        </w:rPr>
        <w:t>̈</w:t>
      </w:r>
      <w:r>
        <w:rPr>
          <w:rFonts w:ascii="Segoe UI Historic" w:hAnsi="Segoe UI Historic" w:eastAsia="Segoe UI Historic" w:cs="Segoe UI Historic"/>
        </w:rPr>
        <w:t>ܐ</w:t>
      </w:r>
      <w:r>
        <w:rPr>
          <w:rFonts w:ascii="Times New Roman" w:hAnsi="Times New Roman" w:eastAsia="Times New Roman" w:cs="Times New Roman"/>
        </w:rPr>
        <w:t xml:space="preserve">، </w:t>
      </w:r>
      <w:r>
        <w:rPr>
          <w:rFonts w:ascii="Segoe UI Historic" w:hAnsi="Segoe UI Historic" w:eastAsia="Segoe UI Historic" w:cs="Segoe UI Historic"/>
        </w:rPr>
        <w:t>ܡܪܡܙܝܢ</w:t>
      </w:r>
      <w:r>
        <w:rPr>
          <w:rFonts w:ascii="Times New Roman" w:hAnsi="Times New Roman" w:eastAsia="Times New Roman" w:cs="Times New Roman"/>
        </w:rPr>
        <w:t xml:space="preserve"> </w:t>
      </w:r>
      <w:r>
        <w:rPr>
          <w:rFonts w:ascii="Segoe UI Historic" w:hAnsi="Segoe UI Historic" w:eastAsia="Segoe UI Historic" w:cs="Segoe UI Historic"/>
        </w:rPr>
        <w:t>ܠܐܠܦ</w:t>
      </w:r>
      <w:r>
        <w:rPr>
          <w:rFonts w:ascii="Times New Roman" w:hAnsi="Times New Roman" w:eastAsia="Times New Roman" w:cs="Times New Roman"/>
        </w:rPr>
        <w:t xml:space="preserve"> </w:t>
      </w:r>
      <w:r>
        <w:rPr>
          <w:rFonts w:ascii="Segoe UI Historic" w:hAnsi="Segoe UI Historic" w:eastAsia="Segoe UI Historic" w:cs="Segoe UI Historic"/>
        </w:rPr>
        <w:t>ܘܬܘ</w:t>
      </w:r>
      <w:r>
        <w:rPr>
          <w:rFonts w:ascii="Times New Roman" w:hAnsi="Times New Roman" w:eastAsia="Times New Roman" w:cs="Times New Roman"/>
        </w:rPr>
        <w:t xml:space="preserve">، </w:t>
      </w:r>
      <w:r>
        <w:rPr>
          <w:rFonts w:ascii="Segoe UI Historic" w:hAnsi="Segoe UI Historic" w:eastAsia="Segoe UI Historic" w:cs="Segoe UI Historic"/>
        </w:rPr>
        <w:t>ܐܝܟ</w:t>
      </w:r>
      <w:r>
        <w:rPr>
          <w:rFonts w:ascii="Times New Roman" w:hAnsi="Times New Roman" w:eastAsia="Times New Roman" w:cs="Times New Roman"/>
        </w:rPr>
        <w:t xml:space="preserve"> </w:t>
      </w:r>
      <w:r>
        <w:rPr>
          <w:rFonts w:ascii="Segoe UI Historic" w:hAnsi="Segoe UI Historic" w:eastAsia="Segoe UI Historic" w:cs="Segoe UI Historic"/>
        </w:rPr>
        <w:t>ܕܐܬܒܪܝܘ</w:t>
      </w:r>
      <w:r>
        <w:rPr>
          <w:rFonts w:ascii="Times New Roman" w:hAnsi="Times New Roman" w:eastAsia="Times New Roman" w:cs="Times New Roman"/>
        </w:rPr>
        <w:t xml:space="preserve"> </w:t>
      </w:r>
      <w:r>
        <w:rPr>
          <w:rFonts w:ascii="Segoe UI Historic" w:hAnsi="Segoe UI Historic" w:eastAsia="Segoe UI Historic" w:cs="Segoe UI Historic"/>
        </w:rPr>
        <w:t>ܒܡܠܬܐ</w:t>
      </w:r>
      <w:r>
        <w:rPr>
          <w:rFonts w:ascii="Times New Roman" w:hAnsi="Times New Roman" w:eastAsia="Times New Roman" w:cs="Times New Roman"/>
        </w:rPr>
        <w:t xml:space="preserve"> </w:t>
      </w:r>
      <w:r>
        <w:rPr>
          <w:rFonts w:ascii="Segoe UI Historic" w:hAnsi="Segoe UI Historic" w:eastAsia="Segoe UI Historic" w:cs="Segoe UI Historic"/>
        </w:rPr>
        <w:t>ܥܒܪܝܬܐ</w:t>
      </w:r>
      <w:r>
        <w:rPr>
          <w:rFonts w:ascii="Times New Roman" w:hAnsi="Times New Roman" w:eastAsia="Times New Roman" w:cs="Times New Roman"/>
        </w:rPr>
        <w:t xml:space="preserve"> “</w:t>
      </w:r>
      <w:r>
        <w:rPr>
          <w:rFonts w:ascii="Segoe UI Historic" w:hAnsi="Segoe UI Historic" w:eastAsia="Segoe UI Historic" w:cs="Segoe UI Historic"/>
        </w:rPr>
        <w:t>ܫܪܪܐ</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En Ezequiel treinta y siete, Ezequiel también representa la «voz» de Isaías cuarenta. La voz en Isaías cuarenta pregunta: «¿Qué clamaré?» Entonces la «voz» en Ezequiel treinta y siete, versículo siete, «profetizó como» le «fue mandado».</w:t>
      </w:r>
    </w:p>
    <w:p>
      <w:pPr>
        <w:pStyle w:val="ArticleScripture"/>
        <w:jc w:val="left"/>
      </w:pPr>
      <w:r>
        <w:rPr>
          <w:rFonts w:ascii="Times New Roman" w:hAnsi="Times New Roman" w:eastAsia="Times New Roman" w:cs="Times New Roman"/>
        </w:rPr>
        <w:t>Asina amaŋana me kɔ ya la, mɛɛrɛ me kɔ ya la. Yɛlɛ maama la, sigi yɛlɛ, a ni mɛɛrɛ yɛlɛ, ni siini-biri maŋa ka taa kelen-kelen, biri ye a birina la. N ka yɛlɛ la, a la, kɔnɔnw ni sogo yera ka bɔ u kan, ni kari ye u datugu san fɛ: nka nɛfɛ tɛ u la. Ezekiel 37:7, 8.</w:t>
      </w:r>
    </w:p>
    <w:p>
      <w:pPr>
        <w:pStyle w:val="ArticleBody"/>
        <w:jc w:val="left"/>
      </w:pPr>
      <w:r>
        <w:rPr>
          <w:rFonts w:ascii="Times New Roman" w:hAnsi="Times New Roman" w:eastAsia="Times New Roman" w:cs="Times New Roman"/>
        </w:rPr>
        <w:t>Վերջինի առաջին մարգարեությունը ոսկորներն ու միսը միացրեց իրար, բայց դրանք դեռ կենդանի չէին։ «Եվ» Եզեկիելը «մարգարեացավ, ինչպես իրեն» «պատվիրված էր» երկրորդ անգամ։ Երկրորդ մարգարեությունը մարմիններին կյանք տվեց։ Այս երկու մարգարեությունները նախատիպավորված են Ադամի արարումով։</w:t>
      </w:r>
    </w:p>
    <w:p>
      <w:pPr>
        <w:pStyle w:val="ArticleScripture"/>
        <w:jc w:val="left"/>
      </w:pPr>
      <w:r>
        <w:rPr>
          <w:rFonts w:ascii="Times New Roman" w:hAnsi="Times New Roman" w:eastAsia="Times New Roman" w:cs="Times New Roman"/>
        </w:rPr>
        <w:t>Ыйаа Дуне́ Лемкаӏе мирал дуне тӏалбадашка цуьнан адам вуьйр вина, цуьнан нозакашна яьхьна тӏе кхелла доьзаллин самукъ; амма адам дийна йоьхка йолу са хилира. Genesis 2:7.</w:t>
      </w:r>
    </w:p>
    <w:p>
      <w:pPr>
        <w:pStyle w:val="ArticleBody"/>
        <w:jc w:val="left"/>
      </w:pPr>
      <w:r>
        <w:rPr>
          <w:rFonts w:ascii="Nirmala UI" w:hAnsi="Nirmala UI" w:eastAsia="Nirmala UI" w:cs="Nirmala UI"/>
        </w:rPr>
        <w:t>आदम</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सृष्टि</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मरे</w:t>
      </w:r>
      <w:r>
        <w:rPr>
          <w:rFonts w:ascii="Times New Roman" w:hAnsi="Times New Roman" w:eastAsia="Times New Roman" w:cs="Times New Roman"/>
        </w:rPr>
        <w:t xml:space="preserve"> </w:t>
      </w:r>
      <w:r>
        <w:rPr>
          <w:rFonts w:ascii="Nirmala UI" w:hAnsi="Nirmala UI" w:eastAsia="Nirmala UI" w:cs="Nirmala UI"/>
        </w:rPr>
        <w:t>हुए</w:t>
      </w:r>
      <w:r>
        <w:rPr>
          <w:rFonts w:ascii="Times New Roman" w:hAnsi="Times New Roman" w:eastAsia="Times New Roman" w:cs="Times New Roman"/>
        </w:rPr>
        <w:t xml:space="preserve"> </w:t>
      </w:r>
      <w:r>
        <w:rPr>
          <w:rFonts w:ascii="Nirmala UI" w:hAnsi="Nirmala UI" w:eastAsia="Nirmala UI" w:cs="Nirmala UI"/>
        </w:rPr>
        <w:t>सूखे</w:t>
      </w:r>
      <w:r>
        <w:rPr>
          <w:rFonts w:ascii="Times New Roman" w:hAnsi="Times New Roman" w:eastAsia="Times New Roman" w:cs="Times New Roman"/>
        </w:rPr>
        <w:t xml:space="preserve"> </w:t>
      </w:r>
      <w:r>
        <w:rPr>
          <w:rFonts w:ascii="Nirmala UI" w:hAnsi="Nirmala UI" w:eastAsia="Nirmala UI" w:cs="Nirmala UI"/>
        </w:rPr>
        <w:t>हड्डियों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जीवन</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लाने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w:t>
      </w:r>
      <w:r>
        <w:rPr>
          <w:rFonts w:ascii="Nirmala UI" w:hAnsi="Nirmala UI" w:eastAsia="Nirmala UI" w:cs="Nirmala UI"/>
        </w:rPr>
        <w:t>चरणीय</w:t>
      </w:r>
      <w:r>
        <w:rPr>
          <w:rFonts w:ascii="Times New Roman" w:hAnsi="Times New Roman" w:eastAsia="Times New Roman" w:cs="Times New Roman"/>
        </w:rPr>
        <w:t xml:space="preserve"> </w:t>
      </w:r>
      <w:r>
        <w:rPr>
          <w:rFonts w:ascii="Nirmala UI" w:hAnsi="Nirmala UI" w:eastAsia="Nirmala UI" w:cs="Nirmala UI"/>
        </w:rPr>
        <w:t>प्रक्रिया</w:t>
      </w:r>
      <w:r>
        <w:rPr>
          <w:rFonts w:ascii="Times New Roman" w:hAnsi="Times New Roman" w:eastAsia="Times New Roman" w:cs="Times New Roman"/>
        </w:rPr>
        <w:t xml:space="preserve"> </w:t>
      </w:r>
      <w:r>
        <w:rPr>
          <w:rFonts w:ascii="Nirmala UI" w:hAnsi="Nirmala UI" w:eastAsia="Nirmala UI" w:cs="Nirmala UI"/>
        </w:rPr>
        <w:t>पहले</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उल्लिखित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इस</w:t>
      </w:r>
      <w:r>
        <w:rPr>
          <w:rFonts w:ascii="Times New Roman" w:hAnsi="Times New Roman" w:eastAsia="Times New Roman" w:cs="Times New Roman"/>
        </w:rPr>
        <w:t xml:space="preserve"> </w:t>
      </w:r>
      <w:r>
        <w:rPr>
          <w:rFonts w:ascii="Nirmala UI" w:hAnsi="Nirmala UI" w:eastAsia="Nirmala UI" w:cs="Nirmala UI"/>
        </w:rPr>
        <w:t>प्रकार</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बल</w:t>
      </w:r>
      <w:r>
        <w:rPr>
          <w:rFonts w:ascii="Times New Roman" w:hAnsi="Times New Roman" w:eastAsia="Times New Roman" w:cs="Times New Roman"/>
        </w:rPr>
        <w:t xml:space="preserve"> </w:t>
      </w:r>
      <w:r>
        <w:rPr>
          <w:rFonts w:ascii="Nirmala UI" w:hAnsi="Nirmala UI" w:eastAsia="Nirmala UI" w:cs="Nirmala UI"/>
        </w:rPr>
        <w:t>देकर</w:t>
      </w:r>
      <w:r>
        <w:rPr>
          <w:rFonts w:ascii="Times New Roman" w:hAnsi="Times New Roman" w:eastAsia="Times New Roman" w:cs="Times New Roman"/>
        </w:rPr>
        <w:t xml:space="preserve"> </w:t>
      </w:r>
      <w:r>
        <w:rPr>
          <w:rFonts w:ascii="Nirmala UI" w:hAnsi="Nirmala UI" w:eastAsia="Nirmala UI" w:cs="Nirmala UI"/>
        </w:rPr>
        <w:t>प्रकट</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परमेश्वर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भविष्यवाणीमय</w:t>
      </w:r>
      <w:r>
        <w:rPr>
          <w:rFonts w:ascii="Times New Roman" w:hAnsi="Times New Roman" w:eastAsia="Times New Roman" w:cs="Times New Roman"/>
        </w:rPr>
        <w:t xml:space="preserve"> </w:t>
      </w:r>
      <w:r>
        <w:rPr>
          <w:rFonts w:ascii="Nirmala UI" w:hAnsi="Nirmala UI" w:eastAsia="Nirmala UI" w:cs="Nirmala UI"/>
        </w:rPr>
        <w:t>वचन</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सृजनात्मक</w:t>
      </w:r>
      <w:r>
        <w:rPr>
          <w:rFonts w:ascii="Times New Roman" w:hAnsi="Times New Roman" w:eastAsia="Times New Roman" w:cs="Times New Roman"/>
        </w:rPr>
        <w:t xml:space="preserve"> </w:t>
      </w:r>
      <w:r>
        <w:rPr>
          <w:rFonts w:ascii="Nirmala UI" w:hAnsi="Nirmala UI" w:eastAsia="Nirmala UI" w:cs="Nirmala UI"/>
        </w:rPr>
        <w:t>शक्ति</w:t>
      </w:r>
      <w:r>
        <w:rPr>
          <w:rFonts w:ascii="Times New Roman" w:hAnsi="Times New Roman" w:eastAsia="Times New Roman" w:cs="Times New Roman"/>
        </w:rPr>
        <w:t xml:space="preserve"> </w:t>
      </w:r>
      <w:r>
        <w:rPr>
          <w:rFonts w:ascii="Nirmala UI" w:hAnsi="Nirmala UI" w:eastAsia="Nirmala UI" w:cs="Nirmala UI"/>
        </w:rPr>
        <w:t>भी</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परमेश्वर</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पहले</w:t>
      </w:r>
      <w:r>
        <w:rPr>
          <w:rFonts w:ascii="Times New Roman" w:hAnsi="Times New Roman" w:eastAsia="Times New Roman" w:cs="Times New Roman"/>
        </w:rPr>
        <w:t xml:space="preserve"> </w:t>
      </w:r>
      <w:r>
        <w:rPr>
          <w:rFonts w:ascii="Nirmala UI" w:hAnsi="Nirmala UI" w:eastAsia="Nirmala UI" w:cs="Nirmala UI"/>
        </w:rPr>
        <w:t>आदम</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रचा</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यहेजकेल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पहली</w:t>
      </w:r>
      <w:r>
        <w:rPr>
          <w:rFonts w:ascii="Times New Roman" w:hAnsi="Times New Roman" w:eastAsia="Times New Roman" w:cs="Times New Roman"/>
        </w:rPr>
        <w:t xml:space="preserve"> </w:t>
      </w:r>
      <w:r>
        <w:rPr>
          <w:rFonts w:ascii="Nirmala UI" w:hAnsi="Nirmala UI" w:eastAsia="Nirmala UI" w:cs="Nirmala UI"/>
        </w:rPr>
        <w:t>भविष्यवाणी</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हड्डियों</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शरीरों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साथ</w:t>
      </w:r>
      <w:r>
        <w:rPr>
          <w:rFonts w:ascii="Times New Roman" w:hAnsi="Times New Roman" w:eastAsia="Times New Roman" w:cs="Times New Roman"/>
        </w:rPr>
        <w:t xml:space="preserve"> </w:t>
      </w:r>
      <w:r>
        <w:rPr>
          <w:rFonts w:ascii="Nirmala UI" w:hAnsi="Nirmala UI" w:eastAsia="Nirmala UI" w:cs="Nirmala UI"/>
        </w:rPr>
        <w:t>ला</w:t>
      </w:r>
      <w:r>
        <w:rPr>
          <w:rFonts w:ascii="Times New Roman" w:hAnsi="Times New Roman" w:eastAsia="Times New Roman" w:cs="Times New Roman"/>
        </w:rPr>
        <w:t xml:space="preserve"> </w:t>
      </w:r>
      <w:r>
        <w:rPr>
          <w:rFonts w:ascii="Nirmala UI" w:hAnsi="Nirmala UI" w:eastAsia="Nirmala UI" w:cs="Nirmala UI"/>
        </w:rPr>
        <w:t>दिया</w:t>
      </w:r>
      <w:r>
        <w:rPr>
          <w:rFonts w:ascii="Times New Roman" w:hAnsi="Times New Roman" w:eastAsia="Times New Roman" w:cs="Times New Roman"/>
        </w:rPr>
        <w:t xml:space="preserve">; </w:t>
      </w:r>
      <w:r>
        <w:rPr>
          <w:rFonts w:ascii="Nirmala UI" w:hAnsi="Nirmala UI" w:eastAsia="Nirmala UI" w:cs="Nirmala UI"/>
        </w:rPr>
        <w:t>फिर</w:t>
      </w:r>
      <w:r>
        <w:rPr>
          <w:rFonts w:ascii="Times New Roman" w:hAnsi="Times New Roman" w:eastAsia="Times New Roman" w:cs="Times New Roman"/>
        </w:rPr>
        <w:t xml:space="preserve"> </w:t>
      </w:r>
      <w:r>
        <w:rPr>
          <w:rFonts w:ascii="Nirmala UI" w:hAnsi="Nirmala UI" w:eastAsia="Nirmala UI" w:cs="Nirmala UI"/>
        </w:rPr>
        <w:t>परमेश्वर</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नथनों</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जीवन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श्वास</w:t>
      </w:r>
      <w:r>
        <w:rPr>
          <w:rFonts w:ascii="Times New Roman" w:hAnsi="Times New Roman" w:eastAsia="Times New Roman" w:cs="Times New Roman"/>
        </w:rPr>
        <w:t xml:space="preserve"> </w:t>
      </w:r>
      <w:r>
        <w:rPr>
          <w:rFonts w:ascii="Nirmala UI" w:hAnsi="Nirmala UI" w:eastAsia="Nirmala UI" w:cs="Nirmala UI"/>
        </w:rPr>
        <w:t>फूंका</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मनुष्य</w:t>
      </w:r>
      <w:r>
        <w:rPr>
          <w:rFonts w:ascii="Times New Roman" w:hAnsi="Times New Roman" w:eastAsia="Times New Roman" w:cs="Times New Roman"/>
        </w:rPr>
        <w:t xml:space="preserve"> </w:t>
      </w:r>
      <w:r>
        <w:rPr>
          <w:rFonts w:ascii="Nirmala UI" w:hAnsi="Nirmala UI" w:eastAsia="Nirmala UI" w:cs="Nirmala UI"/>
        </w:rPr>
        <w:t>जीवित</w:t>
      </w:r>
      <w:r>
        <w:rPr>
          <w:rFonts w:ascii="Times New Roman" w:hAnsi="Times New Roman" w:eastAsia="Times New Roman" w:cs="Times New Roman"/>
        </w:rPr>
        <w:t xml:space="preserve"> </w:t>
      </w:r>
      <w:r>
        <w:rPr>
          <w:rFonts w:ascii="Nirmala UI" w:hAnsi="Nirmala UI" w:eastAsia="Nirmala UI" w:cs="Nirmala UI"/>
        </w:rPr>
        <w:t>प्राणी</w:t>
      </w:r>
      <w:r>
        <w:rPr>
          <w:rFonts w:ascii="Times New Roman" w:hAnsi="Times New Roman" w:eastAsia="Times New Roman" w:cs="Times New Roman"/>
        </w:rPr>
        <w:t xml:space="preserve"> </w:t>
      </w:r>
      <w:r>
        <w:rPr>
          <w:rFonts w:ascii="Nirmala UI" w:hAnsi="Nirmala UI" w:eastAsia="Nirmala UI" w:cs="Nirmala UI"/>
        </w:rPr>
        <w:t>बन</w:t>
      </w:r>
      <w:r>
        <w:rPr>
          <w:rFonts w:ascii="Times New Roman" w:hAnsi="Times New Roman" w:eastAsia="Times New Roman" w:cs="Times New Roman"/>
        </w:rPr>
        <w:t xml:space="preserve"> </w:t>
      </w:r>
      <w:r>
        <w:rPr>
          <w:rFonts w:ascii="Nirmala UI" w:hAnsi="Nirmala UI" w:eastAsia="Nirmala UI" w:cs="Nirmala UI"/>
        </w:rPr>
        <w:t>गया।</w:t>
      </w:r>
      <w:r>
        <w:rPr>
          <w:rFonts w:ascii="Times New Roman" w:hAnsi="Times New Roman" w:eastAsia="Times New Roman" w:cs="Times New Roman"/>
        </w:rPr>
        <w:t>”</w:t>
      </w:r>
    </w:p>
    <w:p>
      <w:pPr>
        <w:pStyle w:val="ArticleBody"/>
        <w:jc w:val="left"/>
      </w:pPr>
      <w:r>
        <w:rPr>
          <w:rFonts w:ascii="Ebrima" w:hAnsi="Ebrima" w:eastAsia="Ebrima" w:cs="Ebrima"/>
        </w:rPr>
        <w:t>የሕዝቅኤል</w:t>
      </w:r>
      <w:r>
        <w:rPr>
          <w:rFonts w:ascii="Times New Roman" w:hAnsi="Times New Roman" w:eastAsia="Times New Roman" w:cs="Times New Roman"/>
        </w:rPr>
        <w:t xml:space="preserve"> </w:t>
      </w:r>
      <w:r>
        <w:rPr>
          <w:rFonts w:ascii="Ebrima" w:hAnsi="Ebrima" w:eastAsia="Ebrima" w:cs="Ebrima"/>
        </w:rPr>
        <w:t>ሁለተኛው</w:t>
      </w:r>
      <w:r>
        <w:rPr>
          <w:rFonts w:ascii="Times New Roman" w:hAnsi="Times New Roman" w:eastAsia="Times New Roman" w:cs="Times New Roman"/>
        </w:rPr>
        <w:t xml:space="preserve"> </w:t>
      </w:r>
      <w:r>
        <w:rPr>
          <w:rFonts w:ascii="Ebrima" w:hAnsi="Ebrima" w:eastAsia="Ebrima" w:cs="Ebrima"/>
        </w:rPr>
        <w:t>ትንቢት</w:t>
      </w:r>
      <w:r>
        <w:rPr>
          <w:rFonts w:ascii="Times New Roman" w:hAnsi="Times New Roman" w:eastAsia="Times New Roman" w:cs="Times New Roman"/>
        </w:rPr>
        <w:t xml:space="preserve"> “</w:t>
      </w:r>
      <w:r>
        <w:rPr>
          <w:rFonts w:ascii="Ebrima" w:hAnsi="Ebrima" w:eastAsia="Ebrima" w:cs="Ebrima"/>
        </w:rPr>
        <w:t>ለነፋስ</w:t>
      </w:r>
      <w:r>
        <w:rPr>
          <w:rFonts w:ascii="Times New Roman" w:hAnsi="Times New Roman" w:eastAsia="Times New Roman" w:cs="Times New Roman"/>
        </w:rPr>
        <w:t xml:space="preserve">” </w:t>
      </w:r>
      <w:r>
        <w:rPr>
          <w:rFonts w:ascii="Ebrima" w:hAnsi="Ebrima" w:eastAsia="Ebrima" w:cs="Ebrima"/>
        </w:rPr>
        <w:t>ነበር</w:t>
      </w:r>
      <w:r>
        <w:rPr>
          <w:rFonts w:ascii="Times New Roman" w:hAnsi="Times New Roman" w:eastAsia="Times New Roman" w:cs="Times New Roman"/>
        </w:rPr>
        <w:t xml:space="preserve"> </w:t>
      </w:r>
      <w:r>
        <w:rPr>
          <w:rFonts w:ascii="Ebrima" w:hAnsi="Ebrima" w:eastAsia="Ebrima" w:cs="Ebrima"/>
        </w:rPr>
        <w:t>የተመራው፣</w:t>
      </w:r>
      <w:r>
        <w:rPr>
          <w:rFonts w:ascii="Times New Roman" w:hAnsi="Times New Roman" w:eastAsia="Times New Roman" w:cs="Times New Roman"/>
        </w:rPr>
        <w:t xml:space="preserve"> </w:t>
      </w:r>
      <w:r>
        <w:rPr>
          <w:rFonts w:ascii="Ebrima" w:hAnsi="Ebrima" w:eastAsia="Ebrima" w:cs="Ebrima"/>
        </w:rPr>
        <w:t>ለአጥንቶቹ</w:t>
      </w:r>
      <w:r>
        <w:rPr>
          <w:rFonts w:ascii="Times New Roman" w:hAnsi="Times New Roman" w:eastAsia="Times New Roman" w:cs="Times New Roman"/>
        </w:rPr>
        <w:t xml:space="preserve"> </w:t>
      </w:r>
      <w:r>
        <w:rPr>
          <w:rFonts w:ascii="Ebrima" w:hAnsi="Ebrima" w:eastAsia="Ebrima" w:cs="Ebrima"/>
        </w:rPr>
        <w:t>ሳይሆን፤</w:t>
      </w:r>
      <w:r>
        <w:rPr>
          <w:rFonts w:ascii="Times New Roman" w:hAnsi="Times New Roman" w:eastAsia="Times New Roman" w:cs="Times New Roman"/>
        </w:rPr>
        <w:t xml:space="preserve"> </w:t>
      </w:r>
      <w:r>
        <w:rPr>
          <w:rFonts w:ascii="Ebrima" w:hAnsi="Ebrima" w:eastAsia="Ebrima" w:cs="Ebrima"/>
        </w:rPr>
        <w:t>ምክንያቱም</w:t>
      </w:r>
      <w:r>
        <w:rPr>
          <w:rFonts w:ascii="Times New Roman" w:hAnsi="Times New Roman" w:eastAsia="Times New Roman" w:cs="Times New Roman"/>
        </w:rPr>
        <w:t xml:space="preserve"> “</w:t>
      </w:r>
      <w:r>
        <w:rPr>
          <w:rFonts w:ascii="Ebrima" w:hAnsi="Ebrima" w:eastAsia="Ebrima" w:cs="Ebrima"/>
        </w:rPr>
        <w:t>ለነፋስ</w:t>
      </w:r>
      <w:r>
        <w:rPr>
          <w:rFonts w:ascii="Times New Roman" w:hAnsi="Times New Roman" w:eastAsia="Times New Roman" w:cs="Times New Roman"/>
        </w:rPr>
        <w:t xml:space="preserve"> </w:t>
      </w:r>
      <w:r>
        <w:rPr>
          <w:rFonts w:ascii="Ebrima" w:hAnsi="Ebrima" w:eastAsia="Ebrima" w:cs="Ebrima"/>
        </w:rPr>
        <w:t>ተናገር</w:t>
      </w:r>
      <w:r>
        <w:rPr>
          <w:rFonts w:ascii="Times New Roman" w:hAnsi="Times New Roman" w:eastAsia="Times New Roman" w:cs="Times New Roman"/>
        </w:rPr>
        <w:t xml:space="preserve">” </w:t>
      </w:r>
      <w:r>
        <w:rPr>
          <w:rFonts w:ascii="Ebrima" w:hAnsi="Ebrima" w:eastAsia="Ebrima" w:cs="Ebrima"/>
        </w:rPr>
        <w:t>ተብሎ</w:t>
      </w:r>
      <w:r>
        <w:rPr>
          <w:rFonts w:ascii="Times New Roman" w:hAnsi="Times New Roman" w:eastAsia="Times New Roman" w:cs="Times New Roman"/>
        </w:rPr>
        <w:t xml:space="preserve"> </w:t>
      </w:r>
      <w:r>
        <w:rPr>
          <w:rFonts w:ascii="Ebrima" w:hAnsi="Ebrima" w:eastAsia="Ebrima" w:cs="Ebrima"/>
        </w:rPr>
        <w:t>ታዞ</w:t>
      </w:r>
      <w:r>
        <w:rPr>
          <w:rFonts w:ascii="Times New Roman" w:hAnsi="Times New Roman" w:eastAsia="Times New Roman" w:cs="Times New Roman"/>
        </w:rPr>
        <w:t xml:space="preserve"> </w:t>
      </w:r>
      <w:r>
        <w:rPr>
          <w:rFonts w:ascii="Ebrima" w:hAnsi="Ebrima" w:eastAsia="Ebrima" w:cs="Ebrima"/>
        </w:rPr>
        <w:t>ነበር፥</w:t>
      </w:r>
      <w:r>
        <w:rPr>
          <w:rFonts w:ascii="Times New Roman" w:hAnsi="Times New Roman" w:eastAsia="Times New Roman" w:cs="Times New Roman"/>
        </w:rPr>
        <w:t xml:space="preserve"> “</w:t>
      </w:r>
      <w:r>
        <w:rPr>
          <w:rFonts w:ascii="Ebrima" w:hAnsi="Ebrima" w:eastAsia="Ebrima" w:cs="Ebrima"/>
        </w:rPr>
        <w:t>እነዚህ</w:t>
      </w:r>
      <w:r>
        <w:rPr>
          <w:rFonts w:ascii="Times New Roman" w:hAnsi="Times New Roman" w:eastAsia="Times New Roman" w:cs="Times New Roman"/>
        </w:rPr>
        <w:t xml:space="preserve"> </w:t>
      </w:r>
      <w:r>
        <w:rPr>
          <w:rFonts w:ascii="Ebrima" w:hAnsi="Ebrima" w:eastAsia="Ebrima" w:cs="Ebrima"/>
        </w:rPr>
        <w:t>የተገደሉት</w:t>
      </w:r>
      <w:r>
        <w:rPr>
          <w:rFonts w:ascii="Times New Roman" w:hAnsi="Times New Roman" w:eastAsia="Times New Roman" w:cs="Times New Roman"/>
        </w:rPr>
        <w:t xml:space="preserve"> </w:t>
      </w:r>
      <w:r>
        <w:rPr>
          <w:rFonts w:ascii="Ebrima" w:hAnsi="Ebrima" w:eastAsia="Ebrima" w:cs="Ebrima"/>
        </w:rPr>
        <w:t>እንዲኖሩ</w:t>
      </w:r>
      <w:r>
        <w:rPr>
          <w:rFonts w:ascii="Times New Roman" w:hAnsi="Times New Roman" w:eastAsia="Times New Roman" w:cs="Times New Roman"/>
        </w:rPr>
        <w:t xml:space="preserve"> </w:t>
      </w:r>
      <w:r>
        <w:rPr>
          <w:rFonts w:ascii="Ebrima" w:hAnsi="Ebrima" w:eastAsia="Ebrima" w:cs="Ebrima"/>
        </w:rPr>
        <w:t>ከአራቱ</w:t>
      </w:r>
      <w:r>
        <w:rPr>
          <w:rFonts w:ascii="Times New Roman" w:hAnsi="Times New Roman" w:eastAsia="Times New Roman" w:cs="Times New Roman"/>
        </w:rPr>
        <w:t xml:space="preserve"> </w:t>
      </w:r>
      <w:r>
        <w:rPr>
          <w:rFonts w:ascii="Ebrima" w:hAnsi="Ebrima" w:eastAsia="Ebrima" w:cs="Ebrima"/>
        </w:rPr>
        <w:t>ነፋሳት</w:t>
      </w:r>
      <w:r>
        <w:rPr>
          <w:rFonts w:ascii="Times New Roman" w:hAnsi="Times New Roman" w:eastAsia="Times New Roman" w:cs="Times New Roman"/>
        </w:rPr>
        <w:t xml:space="preserve"> </w:t>
      </w:r>
      <w:r>
        <w:rPr>
          <w:rFonts w:ascii="Ebrima" w:hAnsi="Ebrima" w:eastAsia="Ebrima" w:cs="Ebrima"/>
        </w:rPr>
        <w:t>ና፣</w:t>
      </w:r>
      <w:r>
        <w:rPr>
          <w:rFonts w:ascii="Times New Roman" w:hAnsi="Times New Roman" w:eastAsia="Times New Roman" w:cs="Times New Roman"/>
        </w:rPr>
        <w:t xml:space="preserve"> </w:t>
      </w:r>
      <w:r>
        <w:rPr>
          <w:rFonts w:ascii="Ebrima" w:hAnsi="Ebrima" w:eastAsia="Ebrima" w:cs="Ebrima"/>
        </w:rPr>
        <w:t>አቤቱ</w:t>
      </w:r>
      <w:r>
        <w:rPr>
          <w:rFonts w:ascii="Times New Roman" w:hAnsi="Times New Roman" w:eastAsia="Times New Roman" w:cs="Times New Roman"/>
        </w:rPr>
        <w:t xml:space="preserve"> </w:t>
      </w:r>
      <w:r>
        <w:rPr>
          <w:rFonts w:ascii="Ebrima" w:hAnsi="Ebrima" w:eastAsia="Ebrima" w:cs="Ebrima"/>
        </w:rPr>
        <w:t>ትንፋሽ፣</w:t>
      </w:r>
      <w:r>
        <w:rPr>
          <w:rFonts w:ascii="Times New Roman" w:hAnsi="Times New Roman" w:eastAsia="Times New Roman" w:cs="Times New Roman"/>
        </w:rPr>
        <w:t xml:space="preserve"> </w:t>
      </w:r>
      <w:r>
        <w:rPr>
          <w:rFonts w:ascii="Ebrima" w:hAnsi="Ebrima" w:eastAsia="Ebrima" w:cs="Ebrima"/>
        </w:rPr>
        <w:t>በእነዚህም</w:t>
      </w:r>
      <w:r>
        <w:rPr>
          <w:rFonts w:ascii="Times New Roman" w:hAnsi="Times New Roman" w:eastAsia="Times New Roman" w:cs="Times New Roman"/>
        </w:rPr>
        <w:t xml:space="preserve"> </w:t>
      </w:r>
      <w:r>
        <w:rPr>
          <w:rFonts w:ascii="Ebrima" w:hAnsi="Ebrima" w:eastAsia="Ebrima" w:cs="Ebrima"/>
        </w:rPr>
        <w:t>ላይ</w:t>
      </w:r>
      <w:r>
        <w:rPr>
          <w:rFonts w:ascii="Times New Roman" w:hAnsi="Times New Roman" w:eastAsia="Times New Roman" w:cs="Times New Roman"/>
        </w:rPr>
        <w:t xml:space="preserve"> </w:t>
      </w:r>
      <w:r>
        <w:rPr>
          <w:rFonts w:ascii="Ebrima" w:hAnsi="Ebrima" w:eastAsia="Ebrima" w:cs="Ebrima"/>
        </w:rPr>
        <w:t>እፍ</w:t>
      </w:r>
      <w:r>
        <w:rPr>
          <w:rFonts w:ascii="Times New Roman" w:hAnsi="Times New Roman" w:eastAsia="Times New Roman" w:cs="Times New Roman"/>
        </w:rPr>
        <w:t xml:space="preserve">” </w:t>
      </w:r>
      <w:r>
        <w:rPr>
          <w:rFonts w:ascii="Ebrima" w:hAnsi="Ebrima" w:eastAsia="Ebrima" w:cs="Ebrima"/>
        </w:rPr>
        <w:t>ተብሎ።</w:t>
      </w:r>
      <w:r>
        <w:rPr>
          <w:rFonts w:ascii="Times New Roman" w:hAnsi="Times New Roman" w:eastAsia="Times New Roman" w:cs="Times New Roman"/>
        </w:rPr>
        <w:t xml:space="preserve"> </w:t>
      </w:r>
      <w:r>
        <w:rPr>
          <w:rFonts w:ascii="Ebrima" w:hAnsi="Ebrima" w:eastAsia="Ebrima" w:cs="Ebrima"/>
        </w:rPr>
        <w:t>ሕዝቅኤል</w:t>
      </w:r>
      <w:r>
        <w:rPr>
          <w:rFonts w:ascii="Times New Roman" w:hAnsi="Times New Roman" w:eastAsia="Times New Roman" w:cs="Times New Roman"/>
        </w:rPr>
        <w:t xml:space="preserve"> </w:t>
      </w:r>
      <w:r>
        <w:rPr>
          <w:rFonts w:ascii="Ebrima" w:hAnsi="Ebrima" w:eastAsia="Ebrima" w:cs="Ebrima"/>
        </w:rPr>
        <w:t>ሁለተኛው</w:t>
      </w:r>
      <w:r>
        <w:rPr>
          <w:rFonts w:ascii="Times New Roman" w:hAnsi="Times New Roman" w:eastAsia="Times New Roman" w:cs="Times New Roman"/>
        </w:rPr>
        <w:t xml:space="preserve"> </w:t>
      </w:r>
      <w:r>
        <w:rPr>
          <w:rFonts w:ascii="Ebrima" w:hAnsi="Ebrima" w:eastAsia="Ebrima" w:cs="Ebrima"/>
        </w:rPr>
        <w:t>ትንቢት፣</w:t>
      </w:r>
      <w:r>
        <w:rPr>
          <w:rFonts w:ascii="Times New Roman" w:hAnsi="Times New Roman" w:eastAsia="Times New Roman" w:cs="Times New Roman"/>
        </w:rPr>
        <w:t xml:space="preserve"> </w:t>
      </w:r>
      <w:r>
        <w:rPr>
          <w:rFonts w:ascii="Ebrima" w:hAnsi="Ebrima" w:eastAsia="Ebrima" w:cs="Ebrima"/>
        </w:rPr>
        <w:t>የሞቱትን</w:t>
      </w:r>
      <w:r>
        <w:rPr>
          <w:rFonts w:ascii="Times New Roman" w:hAnsi="Times New Roman" w:eastAsia="Times New Roman" w:cs="Times New Roman"/>
        </w:rPr>
        <w:t xml:space="preserve"> </w:t>
      </w:r>
      <w:r>
        <w:rPr>
          <w:rFonts w:ascii="Ebrima" w:hAnsi="Ebrima" w:eastAsia="Ebrima" w:cs="Ebrima"/>
        </w:rPr>
        <w:t>ሥጋዎች</w:t>
      </w:r>
      <w:r>
        <w:rPr>
          <w:rFonts w:ascii="Times New Roman" w:hAnsi="Times New Roman" w:eastAsia="Times New Roman" w:cs="Times New Roman"/>
        </w:rPr>
        <w:t xml:space="preserve"> </w:t>
      </w:r>
      <w:r>
        <w:rPr>
          <w:rFonts w:ascii="Ebrima" w:hAnsi="Ebrima" w:eastAsia="Ebrima" w:cs="Ebrima"/>
        </w:rPr>
        <w:t>እንደ</w:t>
      </w:r>
      <w:r>
        <w:rPr>
          <w:rFonts w:ascii="Times New Roman" w:hAnsi="Times New Roman" w:eastAsia="Times New Roman" w:cs="Times New Roman"/>
        </w:rPr>
        <w:t xml:space="preserve"> </w:t>
      </w:r>
      <w:r>
        <w:rPr>
          <w:rFonts w:ascii="Ebrima" w:hAnsi="Ebrima" w:eastAsia="Ebrima" w:cs="Ebrima"/>
        </w:rPr>
        <w:t>ታላቅ</w:t>
      </w:r>
      <w:r>
        <w:rPr>
          <w:rFonts w:ascii="Times New Roman" w:hAnsi="Times New Roman" w:eastAsia="Times New Roman" w:cs="Times New Roman"/>
        </w:rPr>
        <w:t xml:space="preserve"> </w:t>
      </w:r>
      <w:r>
        <w:rPr>
          <w:rFonts w:ascii="Ebrima" w:hAnsi="Ebrima" w:eastAsia="Ebrima" w:cs="Ebrima"/>
        </w:rPr>
        <w:t>ሠራዊት</w:t>
      </w:r>
      <w:r>
        <w:rPr>
          <w:rFonts w:ascii="Times New Roman" w:hAnsi="Times New Roman" w:eastAsia="Times New Roman" w:cs="Times New Roman"/>
        </w:rPr>
        <w:t xml:space="preserve"> </w:t>
      </w:r>
      <w:r>
        <w:rPr>
          <w:rFonts w:ascii="Ebrima" w:hAnsi="Ebrima" w:eastAsia="Ebrima" w:cs="Ebrima"/>
        </w:rPr>
        <w:t>ወደ</w:t>
      </w:r>
      <w:r>
        <w:rPr>
          <w:rFonts w:ascii="Times New Roman" w:hAnsi="Times New Roman" w:eastAsia="Times New Roman" w:cs="Times New Roman"/>
        </w:rPr>
        <w:t xml:space="preserve"> </w:t>
      </w:r>
      <w:r>
        <w:rPr>
          <w:rFonts w:ascii="Ebrima" w:hAnsi="Ebrima" w:eastAsia="Ebrima" w:cs="Ebrima"/>
        </w:rPr>
        <w:t>ሕይወት</w:t>
      </w:r>
      <w:r>
        <w:rPr>
          <w:rFonts w:ascii="Times New Roman" w:hAnsi="Times New Roman" w:eastAsia="Times New Roman" w:cs="Times New Roman"/>
        </w:rPr>
        <w:t xml:space="preserve"> </w:t>
      </w:r>
      <w:r>
        <w:rPr>
          <w:rFonts w:ascii="Ebrima" w:hAnsi="Ebrima" w:eastAsia="Ebrima" w:cs="Ebrima"/>
        </w:rPr>
        <w:t>የሚያመጣው፣</w:t>
      </w:r>
      <w:r>
        <w:rPr>
          <w:rFonts w:ascii="Times New Roman" w:hAnsi="Times New Roman" w:eastAsia="Times New Roman" w:cs="Times New Roman"/>
        </w:rPr>
        <w:t xml:space="preserve"> </w:t>
      </w:r>
      <w:r>
        <w:rPr>
          <w:rFonts w:ascii="Ebrima" w:hAnsi="Ebrima" w:eastAsia="Ebrima" w:cs="Ebrima"/>
        </w:rPr>
        <w:t>ለሞቱት</w:t>
      </w:r>
      <w:r>
        <w:rPr>
          <w:rFonts w:ascii="Times New Roman" w:hAnsi="Times New Roman" w:eastAsia="Times New Roman" w:cs="Times New Roman"/>
        </w:rPr>
        <w:t xml:space="preserve"> </w:t>
      </w:r>
      <w:r>
        <w:rPr>
          <w:rFonts w:ascii="Ebrima" w:hAnsi="Ebrima" w:eastAsia="Ebrima" w:cs="Ebrima"/>
        </w:rPr>
        <w:t>ሥጋዎች</w:t>
      </w:r>
      <w:r>
        <w:rPr>
          <w:rFonts w:ascii="Times New Roman" w:hAnsi="Times New Roman" w:eastAsia="Times New Roman" w:cs="Times New Roman"/>
        </w:rPr>
        <w:t xml:space="preserve"> </w:t>
      </w:r>
      <w:r>
        <w:rPr>
          <w:rFonts w:ascii="Ebrima" w:hAnsi="Ebrima" w:eastAsia="Ebrima" w:cs="Ebrima"/>
        </w:rPr>
        <w:t>ሳይሆን</w:t>
      </w:r>
      <w:r>
        <w:rPr>
          <w:rFonts w:ascii="Times New Roman" w:hAnsi="Times New Roman" w:eastAsia="Times New Roman" w:cs="Times New Roman"/>
        </w:rPr>
        <w:t xml:space="preserve"> </w:t>
      </w:r>
      <w:r>
        <w:rPr>
          <w:rFonts w:ascii="Ebrima" w:hAnsi="Ebrima" w:eastAsia="Ebrima" w:cs="Ebrima"/>
        </w:rPr>
        <w:t>ለነፋስ</w:t>
      </w:r>
      <w:r>
        <w:rPr>
          <w:rFonts w:ascii="Times New Roman" w:hAnsi="Times New Roman" w:eastAsia="Times New Roman" w:cs="Times New Roman"/>
        </w:rPr>
        <w:t xml:space="preserve"> </w:t>
      </w:r>
      <w:r>
        <w:rPr>
          <w:rFonts w:ascii="Ebrima" w:hAnsi="Ebrima" w:eastAsia="Ebrima" w:cs="Ebrima"/>
        </w:rPr>
        <w:t>ነበር</w:t>
      </w:r>
      <w:r>
        <w:rPr>
          <w:rFonts w:ascii="Times New Roman" w:hAnsi="Times New Roman" w:eastAsia="Times New Roman" w:cs="Times New Roman"/>
        </w:rPr>
        <w:t xml:space="preserve"> </w:t>
      </w:r>
      <w:r>
        <w:rPr>
          <w:rFonts w:ascii="Ebrima" w:hAnsi="Ebrima" w:eastAsia="Ebrima" w:cs="Ebrima"/>
        </w:rPr>
        <w:t>የተመራው።</w:t>
      </w:r>
      <w:r>
        <w:rPr>
          <w:rFonts w:ascii="Times New Roman" w:hAnsi="Times New Roman" w:eastAsia="Times New Roman" w:cs="Times New Roman"/>
        </w:rPr>
        <w:t xml:space="preserve"> </w:t>
      </w:r>
      <w:r>
        <w:rPr>
          <w:rFonts w:ascii="Ebrima" w:hAnsi="Ebrima" w:eastAsia="Ebrima" w:cs="Ebrima"/>
        </w:rPr>
        <w:t>ለሥጋዎቹ</w:t>
      </w:r>
      <w:r>
        <w:rPr>
          <w:rFonts w:ascii="Times New Roman" w:hAnsi="Times New Roman" w:eastAsia="Times New Roman" w:cs="Times New Roman"/>
        </w:rPr>
        <w:t xml:space="preserve"> </w:t>
      </w:r>
      <w:r>
        <w:rPr>
          <w:rFonts w:ascii="Ebrima" w:hAnsi="Ebrima" w:eastAsia="Ebrima" w:cs="Ebrima"/>
        </w:rPr>
        <w:t>እንዲነፍስባቸው</w:t>
      </w:r>
      <w:r>
        <w:rPr>
          <w:rFonts w:ascii="Times New Roman" w:hAnsi="Times New Roman" w:eastAsia="Times New Roman" w:cs="Times New Roman"/>
        </w:rPr>
        <w:t xml:space="preserve"> </w:t>
      </w:r>
      <w:r>
        <w:rPr>
          <w:rFonts w:ascii="Ebrima" w:hAnsi="Ebrima" w:eastAsia="Ebrima" w:cs="Ebrima"/>
        </w:rPr>
        <w:t>ለነፋስ</w:t>
      </w:r>
      <w:r>
        <w:rPr>
          <w:rFonts w:ascii="Times New Roman" w:hAnsi="Times New Roman" w:eastAsia="Times New Roman" w:cs="Times New Roman"/>
        </w:rPr>
        <w:t xml:space="preserve"> </w:t>
      </w:r>
      <w:r>
        <w:rPr>
          <w:rFonts w:ascii="Ebrima" w:hAnsi="Ebrima" w:eastAsia="Ebrima" w:cs="Ebrima"/>
        </w:rPr>
        <w:t>የተሰጠ</w:t>
      </w:r>
      <w:r>
        <w:rPr>
          <w:rFonts w:ascii="Times New Roman" w:hAnsi="Times New Roman" w:eastAsia="Times New Roman" w:cs="Times New Roman"/>
        </w:rPr>
        <w:t xml:space="preserve"> </w:t>
      </w:r>
      <w:r>
        <w:rPr>
          <w:rFonts w:ascii="Ebrima" w:hAnsi="Ebrima" w:eastAsia="Ebrima" w:cs="Ebrima"/>
        </w:rPr>
        <w:t>ትእዛዝ</w:t>
      </w:r>
      <w:r>
        <w:rPr>
          <w:rFonts w:ascii="Times New Roman" w:hAnsi="Times New Roman" w:eastAsia="Times New Roman" w:cs="Times New Roman"/>
        </w:rPr>
        <w:t xml:space="preserve"> </w:t>
      </w:r>
      <w:r>
        <w:rPr>
          <w:rFonts w:ascii="Ebrima" w:hAnsi="Ebrima" w:eastAsia="Ebrima" w:cs="Ebrima"/>
        </w:rPr>
        <w:t>ነበር።</w:t>
      </w:r>
      <w:r>
        <w:rPr>
          <w:rFonts w:ascii="Times New Roman" w:hAnsi="Times New Roman" w:eastAsia="Times New Roman" w:cs="Times New Roman"/>
        </w:rPr>
        <w:t xml:space="preserve"> “</w:t>
      </w:r>
      <w:r>
        <w:rPr>
          <w:rFonts w:ascii="Ebrima" w:hAnsi="Ebrima" w:eastAsia="Ebrima" w:cs="Ebrima"/>
        </w:rPr>
        <w:t>ትንፋሽ</w:t>
      </w:r>
      <w:r>
        <w:rPr>
          <w:rFonts w:ascii="Times New Roman" w:hAnsi="Times New Roman" w:eastAsia="Times New Roman" w:cs="Times New Roman"/>
        </w:rPr>
        <w:t xml:space="preserve">” </w:t>
      </w:r>
      <w:r>
        <w:rPr>
          <w:rFonts w:ascii="Ebrima" w:hAnsi="Ebrima" w:eastAsia="Ebrima" w:cs="Ebrima"/>
        </w:rPr>
        <w:t>የሚለው</w:t>
      </w:r>
      <w:r>
        <w:rPr>
          <w:rFonts w:ascii="Times New Roman" w:hAnsi="Times New Roman" w:eastAsia="Times New Roman" w:cs="Times New Roman"/>
        </w:rPr>
        <w:t xml:space="preserve"> </w:t>
      </w:r>
      <w:r>
        <w:rPr>
          <w:rFonts w:ascii="Ebrima" w:hAnsi="Ebrima" w:eastAsia="Ebrima" w:cs="Ebrima"/>
        </w:rPr>
        <w:t>ቃል</w:t>
      </w:r>
      <w:r>
        <w:rPr>
          <w:rFonts w:ascii="Times New Roman" w:hAnsi="Times New Roman" w:eastAsia="Times New Roman" w:cs="Times New Roman"/>
        </w:rPr>
        <w:t xml:space="preserve"> </w:t>
      </w:r>
      <w:r>
        <w:rPr>
          <w:rFonts w:ascii="Ebrima" w:hAnsi="Ebrima" w:eastAsia="Ebrima" w:cs="Ebrima"/>
        </w:rPr>
        <w:t>በእግዚአብሔር</w:t>
      </w:r>
      <w:r>
        <w:rPr>
          <w:rFonts w:ascii="Times New Roman" w:hAnsi="Times New Roman" w:eastAsia="Times New Roman" w:cs="Times New Roman"/>
        </w:rPr>
        <w:t xml:space="preserve"> </w:t>
      </w:r>
      <w:r>
        <w:rPr>
          <w:rFonts w:ascii="Ebrima" w:hAnsi="Ebrima" w:eastAsia="Ebrima" w:cs="Ebrima"/>
        </w:rPr>
        <w:t>ቃል</w:t>
      </w:r>
      <w:r>
        <w:rPr>
          <w:rFonts w:ascii="Times New Roman" w:hAnsi="Times New Roman" w:eastAsia="Times New Roman" w:cs="Times New Roman"/>
        </w:rPr>
        <w:t xml:space="preserve"> </w:t>
      </w:r>
      <w:r>
        <w:rPr>
          <w:rFonts w:ascii="Ebrima" w:hAnsi="Ebrima" w:eastAsia="Ebrima" w:cs="Ebrima"/>
        </w:rPr>
        <w:t>ለመጀመሪያ</w:t>
      </w:r>
      <w:r>
        <w:rPr>
          <w:rFonts w:ascii="Times New Roman" w:hAnsi="Times New Roman" w:eastAsia="Times New Roman" w:cs="Times New Roman"/>
        </w:rPr>
        <w:t xml:space="preserve"> </w:t>
      </w:r>
      <w:r>
        <w:rPr>
          <w:rFonts w:ascii="Ebrima" w:hAnsi="Ebrima" w:eastAsia="Ebrima" w:cs="Ebrima"/>
        </w:rPr>
        <w:t>ጊዜ</w:t>
      </w:r>
      <w:r>
        <w:rPr>
          <w:rFonts w:ascii="Times New Roman" w:hAnsi="Times New Roman" w:eastAsia="Times New Roman" w:cs="Times New Roman"/>
        </w:rPr>
        <w:t xml:space="preserve"> </w:t>
      </w:r>
      <w:r>
        <w:rPr>
          <w:rFonts w:ascii="Ebrima" w:hAnsi="Ebrima" w:eastAsia="Ebrima" w:cs="Ebrima"/>
        </w:rPr>
        <w:t>የተጠቀሰው</w:t>
      </w:r>
      <w:r>
        <w:rPr>
          <w:rFonts w:ascii="Times New Roman" w:hAnsi="Times New Roman" w:eastAsia="Times New Roman" w:cs="Times New Roman"/>
        </w:rPr>
        <w:t xml:space="preserve"> </w:t>
      </w:r>
      <w:r>
        <w:rPr>
          <w:rFonts w:ascii="Ebrima" w:hAnsi="Ebrima" w:eastAsia="Ebrima" w:cs="Ebrima"/>
        </w:rPr>
        <w:t>በአዳም</w:t>
      </w:r>
      <w:r>
        <w:rPr>
          <w:rFonts w:ascii="Times New Roman" w:hAnsi="Times New Roman" w:eastAsia="Times New Roman" w:cs="Times New Roman"/>
        </w:rPr>
        <w:t xml:space="preserve"> </w:t>
      </w:r>
      <w:r>
        <w:rPr>
          <w:rFonts w:ascii="Ebrima" w:hAnsi="Ebrima" w:eastAsia="Ebrima" w:cs="Ebrima"/>
        </w:rPr>
        <w:t>ፍጥረት</w:t>
      </w:r>
      <w:r>
        <w:rPr>
          <w:rFonts w:ascii="Times New Roman" w:hAnsi="Times New Roman" w:eastAsia="Times New Roman" w:cs="Times New Roman"/>
        </w:rPr>
        <w:t xml:space="preserve"> </w:t>
      </w:r>
      <w:r>
        <w:rPr>
          <w:rFonts w:ascii="Ebrima" w:hAnsi="Ebrima" w:eastAsia="Ebrima" w:cs="Ebrima"/>
        </w:rPr>
        <w:t>ላይ</w:t>
      </w:r>
      <w:r>
        <w:rPr>
          <w:rFonts w:ascii="Times New Roman" w:hAnsi="Times New Roman" w:eastAsia="Times New Roman" w:cs="Times New Roman"/>
        </w:rPr>
        <w:t xml:space="preserve"> </w:t>
      </w:r>
      <w:r>
        <w:rPr>
          <w:rFonts w:ascii="Ebrima" w:hAnsi="Ebrima" w:eastAsia="Ebrima" w:cs="Ebrima"/>
        </w:rPr>
        <w:t>ነው፤</w:t>
      </w:r>
      <w:r>
        <w:rPr>
          <w:rFonts w:ascii="Times New Roman" w:hAnsi="Times New Roman" w:eastAsia="Times New Roman" w:cs="Times New Roman"/>
        </w:rPr>
        <w:t xml:space="preserve"> </w:t>
      </w:r>
      <w:r>
        <w:rPr>
          <w:rFonts w:ascii="Ebrima" w:hAnsi="Ebrima" w:eastAsia="Ebrima" w:cs="Ebrima"/>
        </w:rPr>
        <w:t>በዚያም</w:t>
      </w:r>
      <w:r>
        <w:rPr>
          <w:rFonts w:ascii="Times New Roman" w:hAnsi="Times New Roman" w:eastAsia="Times New Roman" w:cs="Times New Roman"/>
        </w:rPr>
        <w:t xml:space="preserve"> </w:t>
      </w:r>
      <w:r>
        <w:rPr>
          <w:rFonts w:ascii="Ebrima" w:hAnsi="Ebrima" w:eastAsia="Ebrima" w:cs="Ebrima"/>
        </w:rPr>
        <w:t>የሕይወት</w:t>
      </w:r>
      <w:r>
        <w:rPr>
          <w:rFonts w:ascii="Times New Roman" w:hAnsi="Times New Roman" w:eastAsia="Times New Roman" w:cs="Times New Roman"/>
        </w:rPr>
        <w:t xml:space="preserve"> </w:t>
      </w:r>
      <w:r>
        <w:rPr>
          <w:rFonts w:ascii="Ebrima" w:hAnsi="Ebrima" w:eastAsia="Ebrima" w:cs="Ebrima"/>
        </w:rPr>
        <w:t>ትንፋሽ</w:t>
      </w:r>
      <w:r>
        <w:rPr>
          <w:rFonts w:ascii="Times New Roman" w:hAnsi="Times New Roman" w:eastAsia="Times New Roman" w:cs="Times New Roman"/>
        </w:rPr>
        <w:t xml:space="preserve"> </w:t>
      </w:r>
      <w:r>
        <w:rPr>
          <w:rFonts w:ascii="Ebrima" w:hAnsi="Ebrima" w:eastAsia="Ebrima" w:cs="Ebrima"/>
        </w:rPr>
        <w:t>መሆኑ</w:t>
      </w:r>
      <w:r>
        <w:rPr>
          <w:rFonts w:ascii="Times New Roman" w:hAnsi="Times New Roman" w:eastAsia="Times New Roman" w:cs="Times New Roman"/>
        </w:rPr>
        <w:t xml:space="preserve"> </w:t>
      </w:r>
      <w:r>
        <w:rPr>
          <w:rFonts w:ascii="Ebrima" w:hAnsi="Ebrima" w:eastAsia="Ebrima" w:cs="Ebrima"/>
        </w:rPr>
        <w:t>ተገልጦአል፤</w:t>
      </w:r>
      <w:r>
        <w:rPr>
          <w:rFonts w:ascii="Times New Roman" w:hAnsi="Times New Roman" w:eastAsia="Times New Roman" w:cs="Times New Roman"/>
        </w:rPr>
        <w:t xml:space="preserve"> </w:t>
      </w:r>
      <w:r>
        <w:rPr>
          <w:rFonts w:ascii="Ebrima" w:hAnsi="Ebrima" w:eastAsia="Ebrima" w:cs="Ebrima"/>
        </w:rPr>
        <w:t>ሕይወትንም</w:t>
      </w:r>
      <w:r>
        <w:rPr>
          <w:rFonts w:ascii="Times New Roman" w:hAnsi="Times New Roman" w:eastAsia="Times New Roman" w:cs="Times New Roman"/>
        </w:rPr>
        <w:t xml:space="preserve"> </w:t>
      </w:r>
      <w:r>
        <w:rPr>
          <w:rFonts w:ascii="Ebrima" w:hAnsi="Ebrima" w:eastAsia="Ebrima" w:cs="Ebrima"/>
        </w:rPr>
        <w:t>ወደ</w:t>
      </w:r>
      <w:r>
        <w:rPr>
          <w:rFonts w:ascii="Times New Roman" w:hAnsi="Times New Roman" w:eastAsia="Times New Roman" w:cs="Times New Roman"/>
        </w:rPr>
        <w:t xml:space="preserve"> </w:t>
      </w:r>
      <w:r>
        <w:rPr>
          <w:rFonts w:ascii="Ebrima" w:hAnsi="Ebrima" w:eastAsia="Ebrima" w:cs="Ebrima"/>
        </w:rPr>
        <w:t>ሞቱት</w:t>
      </w:r>
      <w:r>
        <w:rPr>
          <w:rFonts w:ascii="Times New Roman" w:hAnsi="Times New Roman" w:eastAsia="Times New Roman" w:cs="Times New Roman"/>
        </w:rPr>
        <w:t xml:space="preserve"> </w:t>
      </w:r>
      <w:r>
        <w:rPr>
          <w:rFonts w:ascii="Ebrima" w:hAnsi="Ebrima" w:eastAsia="Ebrima" w:cs="Ebrima"/>
        </w:rPr>
        <w:t>ሥጋዎች</w:t>
      </w:r>
      <w:r>
        <w:rPr>
          <w:rFonts w:ascii="Times New Roman" w:hAnsi="Times New Roman" w:eastAsia="Times New Roman" w:cs="Times New Roman"/>
        </w:rPr>
        <w:t xml:space="preserve"> </w:t>
      </w:r>
      <w:r>
        <w:rPr>
          <w:rFonts w:ascii="Ebrima" w:hAnsi="Ebrima" w:eastAsia="Ebrima" w:cs="Ebrima"/>
        </w:rPr>
        <w:t>የሚያመጣው</w:t>
      </w:r>
      <w:r>
        <w:rPr>
          <w:rFonts w:ascii="Times New Roman" w:hAnsi="Times New Roman" w:eastAsia="Times New Roman" w:cs="Times New Roman"/>
        </w:rPr>
        <w:t xml:space="preserve"> </w:t>
      </w:r>
      <w:r>
        <w:rPr>
          <w:rFonts w:ascii="Ebrima" w:hAnsi="Ebrima" w:eastAsia="Ebrima" w:cs="Ebrima"/>
        </w:rPr>
        <w:t>ከአራቱ</w:t>
      </w:r>
      <w:r>
        <w:rPr>
          <w:rFonts w:ascii="Times New Roman" w:hAnsi="Times New Roman" w:eastAsia="Times New Roman" w:cs="Times New Roman"/>
        </w:rPr>
        <w:t xml:space="preserve"> </w:t>
      </w:r>
      <w:r>
        <w:rPr>
          <w:rFonts w:ascii="Ebrima" w:hAnsi="Ebrima" w:eastAsia="Ebrima" w:cs="Ebrima"/>
        </w:rPr>
        <w:t>ነፋሳት</w:t>
      </w:r>
      <w:r>
        <w:rPr>
          <w:rFonts w:ascii="Times New Roman" w:hAnsi="Times New Roman" w:eastAsia="Times New Roman" w:cs="Times New Roman"/>
        </w:rPr>
        <w:t xml:space="preserve"> </w:t>
      </w:r>
      <w:r>
        <w:rPr>
          <w:rFonts w:ascii="Ebrima" w:hAnsi="Ebrima" w:eastAsia="Ebrima" w:cs="Ebrima"/>
        </w:rPr>
        <w:t>ይመጣል።</w:t>
      </w:r>
    </w:p>
    <w:p>
      <w:pPr>
        <w:pStyle w:val="ArticleScripture"/>
        <w:jc w:val="left"/>
      </w:pPr>
      <w:r>
        <w:rPr>
          <w:rFonts w:ascii="Times New Roman" w:hAnsi="Times New Roman" w:eastAsia="Times New Roman" w:cs="Times New Roman"/>
        </w:rPr>
        <w:t>“Malaykoobni afurta qabadhoo jiru; isaanis farda dheekkame of irraa hiikamee fuula lafaa hundumaa irra ariifatee darbuu barbaaduudhaan, karaa isaa irratti badiisaa fi du’a baatee dhufuudhaan bakka bu’ameera.</w:t>
      </w:r>
    </w:p>
    <w:p>
      <w:pPr>
        <w:pStyle w:val="ArticleScripture"/>
        <w:jc w:val="left"/>
      </w:pPr>
      <w:r>
        <w:rPr>
          <w:rFonts w:ascii="Times New Roman" w:hAnsi="Times New Roman" w:eastAsia="Times New Roman" w:cs="Times New Roman"/>
        </w:rPr>
        <w:t>«¿Dormiremos al mismo borde del mundo eterno? ¿Seremos torpes, fríos y muertos? ¡Oh, que pudiéramos tener en nuestras iglesias el Espíritu y el aliento de Dios insuflados en su pueblo, para que se pongan sobre sus pies y vivan!» Manuscript Releases, tomo 20, 217.</w:t>
      </w:r>
    </w:p>
    <w:p>
      <w:pPr>
        <w:pStyle w:val="ArticleBody"/>
        <w:jc w:val="left"/>
      </w:pPr>
      <w:r>
        <w:rPr>
          <w:rFonts w:ascii="Times New Roman" w:hAnsi="Times New Roman" w:eastAsia="Times New Roman" w:cs="Times New Roman"/>
        </w:rPr>
        <w:t>Ibi bibazo bibiri hano ni iki: tuzasinzira, kandi tuzaba dupfuye?… amagambo abiri asobanura kimwe, ari yo mimerere y’ubuhanuzi. Ubutumwa bw’imiyaga ine ihagaritswe n’abamarayika ni bwo butuma umwuka w’Imana winjira mu bapfuye, kandi bukabatera guhaguruka bakabaho. Ubutumwa bw’imiyaga ine ni ubutumwa bw’ifarashi irakaye ya Isilamu. Ubutumwa bw’imiyaga ine mu gitabo cy’Ibyahishuwe ni ubutumwa bwo gushyirwaho ikimenyetso. Ubutumwa bwo gushyirwaho ikimenyetso bwo mu Byahishuwe 7:1–3 ni bwo butumwa bugaragaza ko imiyaga ine ihagaritswe kugeza aho abagaragu b’Imana bashyiriweho ikimenyetso.</w:t>
      </w:r>
    </w:p>
    <w:p>
      <w:pPr>
        <w:pStyle w:val="ArticleScripture"/>
        <w:jc w:val="left"/>
      </w:pPr>
      <w:r>
        <w:rPr>
          <w:rFonts w:ascii="Times New Roman" w:hAnsi="Times New Roman" w:eastAsia="Times New Roman" w:cs="Times New Roman"/>
        </w:rPr>
        <w:t>Kandi na sima ya biloko wana, namonaki baanzelu minei batelemi na bampembe minei ya mabele, bazalaki kokanga mipɛpɛ minei ya mabele, mpo ete mopɛpɛ epumbwa te likoló ya mabele, to likoló ya mbu, to likoló ya nzete moko te. Mpe namonaki anzelu mosusu azalaki komata uta na ɛsti, azalaki na elembo ya Nzambe na bomoi; mpe agangaki na mongongo makasi epai ya baanzelu minei, oyo epesamaki na bango nzela ya kosala mabe na mabele mpe na mbu, Alobaki: Bosala mabe te na mabele, ata na mbu te, to na banzete te, kino tokotia elembo na basali ya Nzambe na biso na bilongi na bango ya liboso. Emoniseli 7:1–3.</w:t>
      </w:r>
    </w:p>
    <w:p>
      <w:pPr>
        <w:pStyle w:val="ArticleBody"/>
        <w:jc w:val="left"/>
      </w:pPr>
      <w:r>
        <w:rPr>
          <w:rFonts w:ascii="Times New Roman" w:hAnsi="Times New Roman" w:eastAsia="Times New Roman" w:cs="Times New Roman"/>
        </w:rPr>
        <w:t>حزقیئیل کی دوسری نبوت ہوا کی طرف متوجہ تھی، اور وہ زندگی جو ہوا نے ان جسموں تک پہنچائی، چار ہواؤں کے پیغام سے آئی۔ حزقیئیل سینتیس کی آیات آٹھ سے دس میں وہ الفاظ جو کہیں “ہوا” اور کہیں “سانس” کے طور پر ظاہر ہوتے ہیں، ہر مقام پر ایک ہی عبرانی لفظ ہیں۔ خدا نے آدم میں زندگی کا سانس پھونکا، اور حزقیئیل میں زندگی کا سانس ایک لاکھ چوالیس ہزار کی مُہر بندی کے اُس پیغام کو کہا گیا ہے جو چار ہواؤں سے آتا ہے۔ یہی پیغام اُن جسموں تک خدا کی تخلیقی قدرت پہنچاتا ہے جو پہلی خبر کے ذریعے موت کی وادی میں اکٹھے کیے گئے تھے۔ چار ہواؤں کا پیغام، اتوار کے قانون کے سبب، ریاستہائے متحدہ پر اسلام کے ذریعے آنے والے عدالت کے فیصلے کا پیغام ہے۔ یہ نصف اللیل کے ندا کا پیغام ہے۔</w:t>
      </w:r>
    </w:p>
    <w:p>
      <w:pPr>
        <w:pStyle w:val="ArticleBody"/>
        <w:jc w:val="left"/>
      </w:pPr>
      <w:r>
        <w:rPr>
          <w:rFonts w:ascii="Times New Roman" w:hAnsi="Times New Roman" w:eastAsia="Times New Roman" w:cs="Times New Roman"/>
        </w:rPr>
        <w:t>Ja historia chinkapaskaq qanchis truynukunapa qallarin huk llakiywanmi, chaymi suyakuy unaykuy tiempota qallarin. Apocalipsis chunka hukniyuqpi, iskay profetakuna 18 julio 2020 p’unchaypi wañuchisqa kaptinku, suyakuy unaykuy tiempo qallarisqa. Ezequielqa wañusqakunawan kasharqanmi, Señor Ezequielta tapuptin, si callepi wañusqa kachkaq iskay testigokuna kawsarimuyta atinmanchu nispa.</w:t>
      </w:r>
    </w:p>
    <w:p>
      <w:pPr>
        <w:pStyle w:val="ArticleScripture"/>
        <w:jc w:val="left"/>
      </w:pPr>
      <w:r>
        <w:rPr>
          <w:rFonts w:ascii="Times New Roman" w:hAnsi="Times New Roman" w:eastAsia="Times New Roman" w:cs="Times New Roman"/>
        </w:rPr>
        <w:t>Tayta Diospa makinmi ñoqapi karqan, hinaspan Señorpa Espíritunwan horqomuwarqan, churaspataq huk pampapa chawpinman, chay pampaqa tullukunawan hunt’a karqan. Hinaspan muyuriqninpi purichiw arqan; qhawariy, pampapiqa ancha achka tullukuna karqan, chaykunataq ancha ch’akikapusaqña karqanku. Hinaspan niwarqan: Runa Churi, ¿kay tullukuna kawsarinqakuchu? Ñoqataq kutichirqani: Ay Señor Dios, qammi yachanqui. Ezequiel 37:1–3.</w:t>
      </w:r>
    </w:p>
    <w:p>
      <w:pPr>
        <w:pStyle w:val="ArticleBody"/>
        <w:jc w:val="left"/>
      </w:pPr>
      <w:r>
        <w:rPr>
          <w:rFonts w:ascii="Nirmala UI" w:hAnsi="Nirmala UI" w:eastAsia="Nirmala UI" w:cs="Nirmala UI"/>
        </w:rPr>
        <w:t>ꯚꯥꯔꯁ</w:t>
      </w:r>
      <w:r>
        <w:rPr>
          <w:rFonts w:ascii="Times New Roman" w:hAnsi="Times New Roman" w:eastAsia="Times New Roman" w:cs="Times New Roman"/>
        </w:rPr>
        <w:t xml:space="preserve"> </w:t>
      </w:r>
      <w:r>
        <w:rPr>
          <w:rFonts w:ascii="Nirmala UI" w:hAnsi="Nirmala UI" w:eastAsia="Nirmala UI" w:cs="Nirmala UI"/>
        </w:rPr>
        <w:t>ꯇꯔꯥꯅꯤꯗ</w:t>
      </w:r>
      <w:r>
        <w:rPr>
          <w:rFonts w:ascii="Times New Roman" w:hAnsi="Times New Roman" w:eastAsia="Times New Roman" w:cs="Times New Roman"/>
        </w:rPr>
        <w:t xml:space="preserve">, </w:t>
      </w:r>
      <w:r>
        <w:rPr>
          <w:rFonts w:ascii="Nirmala UI" w:hAnsi="Nirmala UI" w:eastAsia="Nirmala UI" w:cs="Nirmala UI"/>
        </w:rPr>
        <w:t>ꯏꯖꯦꯀꯤꯌꯦꯜꯅ</w:t>
      </w:r>
      <w:r>
        <w:rPr>
          <w:rFonts w:ascii="Times New Roman" w:hAnsi="Times New Roman" w:eastAsia="Times New Roman" w:cs="Times New Roman"/>
        </w:rPr>
        <w:t xml:space="preserve"> </w:t>
      </w:r>
      <w:r>
        <w:rPr>
          <w:rFonts w:ascii="Nirmala UI" w:hAnsi="Nirmala UI" w:eastAsia="Nirmala UI" w:cs="Nirmala UI"/>
        </w:rPr>
        <w:t>ꯃꯐꯝ</w:t>
      </w:r>
      <w:r>
        <w:rPr>
          <w:rFonts w:ascii="Times New Roman" w:hAnsi="Times New Roman" w:eastAsia="Times New Roman" w:cs="Times New Roman"/>
        </w:rPr>
        <w:t xml:space="preserve"> </w:t>
      </w:r>
      <w:r>
        <w:rPr>
          <w:rFonts w:ascii="Nirmala UI" w:hAnsi="Nirmala UI" w:eastAsia="Nirmala UI" w:cs="Nirmala UI"/>
        </w:rPr>
        <w:t>ꯑꯅꯤꯒꯤ</w:t>
      </w:r>
      <w:r>
        <w:rPr>
          <w:rFonts w:ascii="Times New Roman" w:hAnsi="Times New Roman" w:eastAsia="Times New Roman" w:cs="Times New Roman"/>
        </w:rPr>
        <w:t xml:space="preserve"> </w:t>
      </w:r>
      <w:r>
        <w:rPr>
          <w:rFonts w:ascii="Nirmala UI" w:hAnsi="Nirmala UI" w:eastAsia="Nirmala UI" w:cs="Nirmala UI"/>
        </w:rPr>
        <w:t>ꯑꯑꯣꯏꯕ</w:t>
      </w:r>
      <w:r>
        <w:rPr>
          <w:rFonts w:ascii="Times New Roman" w:hAnsi="Times New Roman" w:eastAsia="Times New Roman" w:cs="Times New Roman"/>
        </w:rPr>
        <w:t xml:space="preserve"> </w:t>
      </w:r>
      <w:r>
        <w:rPr>
          <w:rFonts w:ascii="Nirmala UI" w:hAnsi="Nirmala UI" w:eastAsia="Nirmala UI" w:cs="Nirmala UI"/>
        </w:rPr>
        <w:t>ꯄ꯭ꯔꯣꯐꯦꯁꯤ</w:t>
      </w:r>
      <w:r>
        <w:rPr>
          <w:rFonts w:ascii="Times New Roman" w:hAnsi="Times New Roman" w:eastAsia="Times New Roman" w:cs="Times New Roman"/>
        </w:rPr>
        <w:t xml:space="preserve"> </w:t>
      </w:r>
      <w:r>
        <w:rPr>
          <w:rFonts w:ascii="Nirmala UI" w:hAnsi="Nirmala UI" w:eastAsia="Nirmala UI" w:cs="Nirmala UI"/>
        </w:rPr>
        <w:t>ꯑꯃ</w:t>
      </w:r>
      <w:r>
        <w:rPr>
          <w:rFonts w:ascii="Times New Roman" w:hAnsi="Times New Roman" w:eastAsia="Times New Roman" w:cs="Times New Roman"/>
        </w:rPr>
        <w:t xml:space="preserve"> </w:t>
      </w:r>
      <w:r>
        <w:rPr>
          <w:rFonts w:ascii="Nirmala UI" w:hAnsi="Nirmala UI" w:eastAsia="Nirmala UI" w:cs="Nirmala UI"/>
        </w:rPr>
        <w:t>ꯄꯨꯔꯛꯄ</w:t>
      </w:r>
      <w:r>
        <w:rPr>
          <w:rFonts w:ascii="Times New Roman" w:hAnsi="Times New Roman" w:eastAsia="Times New Roman" w:cs="Times New Roman"/>
        </w:rPr>
        <w:t xml:space="preserve"> </w:t>
      </w:r>
      <w:r>
        <w:rPr>
          <w:rFonts w:ascii="Nirmala UI" w:hAnsi="Nirmala UI" w:eastAsia="Nirmala UI" w:cs="Nirmala UI"/>
        </w:rPr>
        <w:t>ꯃꯇꯝꯗ</w:t>
      </w:r>
      <w:r>
        <w:rPr>
          <w:rFonts w:ascii="Times New Roman" w:hAnsi="Times New Roman" w:eastAsia="Times New Roman" w:cs="Times New Roman"/>
        </w:rPr>
        <w:t xml:space="preserve">, </w:t>
      </w:r>
      <w:r>
        <w:rPr>
          <w:rFonts w:ascii="Nirmala UI" w:hAnsi="Nirmala UI" w:eastAsia="Nirmala UI" w:cs="Nirmala UI"/>
        </w:rPr>
        <w:t>ꯄꯥꯎꯗꯝ</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ꯃꯁꯤ</w:t>
      </w:r>
      <w:r>
        <w:rPr>
          <w:rFonts w:ascii="Times New Roman" w:hAnsi="Times New Roman" w:eastAsia="Times New Roman" w:cs="Times New Roman"/>
        </w:rPr>
        <w:t xml:space="preserve"> </w:t>
      </w:r>
      <w:r>
        <w:rPr>
          <w:rFonts w:ascii="Nirmala UI" w:hAnsi="Nirmala UI" w:eastAsia="Nirmala UI" w:cs="Nirmala UI"/>
        </w:rPr>
        <w:t>ꯑꯣꯏ</w:t>
      </w:r>
      <w:r>
        <w:rPr>
          <w:rFonts w:ascii="Times New Roman" w:hAnsi="Times New Roman" w:eastAsia="Times New Roman" w:cs="Times New Roman"/>
        </w:rPr>
        <w:t>, “</w:t>
      </w:r>
      <w:r>
        <w:rPr>
          <w:rFonts w:ascii="Nirmala UI" w:hAnsi="Nirmala UI" w:eastAsia="Nirmala UI" w:cs="Nirmala UI"/>
        </w:rPr>
        <w:t>ꯑꯩꯍꯥꯛ</w:t>
      </w:r>
      <w:r>
        <w:rPr>
          <w:rFonts w:ascii="Times New Roman" w:hAnsi="Times New Roman" w:eastAsia="Times New Roman" w:cs="Times New Roman"/>
        </w:rPr>
        <w:t xml:space="preserve"> </w:t>
      </w:r>
      <w:r>
        <w:rPr>
          <w:rFonts w:ascii="Nirmala UI" w:hAnsi="Nirmala UI" w:eastAsia="Nirmala UI" w:cs="Nirmala UI"/>
        </w:rPr>
        <w:t>ꯊꯤꯅ</w:t>
      </w:r>
      <w:r>
        <w:rPr>
          <w:rFonts w:ascii="Times New Roman" w:hAnsi="Times New Roman" w:eastAsia="Times New Roman" w:cs="Times New Roman"/>
        </w:rPr>
        <w:t xml:space="preserve"> </w:t>
      </w:r>
      <w:r>
        <w:rPr>
          <w:rFonts w:ascii="Nirmala UI" w:hAnsi="Nirmala UI" w:eastAsia="Nirmala UI" w:cs="Nirmala UI"/>
        </w:rPr>
        <w:t>ꯂꯩꯔꯤꯕ</w:t>
      </w:r>
      <w:r>
        <w:rPr>
          <w:rFonts w:ascii="Times New Roman" w:hAnsi="Times New Roman" w:eastAsia="Times New Roman" w:cs="Times New Roman"/>
        </w:rPr>
        <w:t xml:space="preserve"> </w:t>
      </w:r>
      <w:r>
        <w:rPr>
          <w:rFonts w:ascii="Nirmala UI" w:hAnsi="Nirmala UI" w:eastAsia="Nirmala UI" w:cs="Nirmala UI"/>
        </w:rPr>
        <w:t>ꯔꯨꯁꯤꯡꯁꯦ</w:t>
      </w:r>
      <w:r>
        <w:rPr>
          <w:rFonts w:ascii="Times New Roman" w:hAnsi="Times New Roman" w:eastAsia="Times New Roman" w:cs="Times New Roman"/>
        </w:rPr>
        <w:t xml:space="preserve">, </w:t>
      </w:r>
      <w:r>
        <w:rPr>
          <w:rFonts w:ascii="Nirmala UI" w:hAnsi="Nirmala UI" w:eastAsia="Nirmala UI" w:cs="Nirmala UI"/>
        </w:rPr>
        <w:t>ꯄ꯭ꯔꯚꯨꯒꯤ</w:t>
      </w:r>
      <w:r>
        <w:rPr>
          <w:rFonts w:ascii="Times New Roman" w:hAnsi="Times New Roman" w:eastAsia="Times New Roman" w:cs="Times New Roman"/>
        </w:rPr>
        <w:t xml:space="preserve"> </w:t>
      </w:r>
      <w:r>
        <w:rPr>
          <w:rFonts w:ascii="Nirmala UI" w:hAnsi="Nirmala UI" w:eastAsia="Nirmala UI" w:cs="Nirmala UI"/>
        </w:rPr>
        <w:t>ꯋꯥ</w:t>
      </w:r>
      <w:r>
        <w:rPr>
          <w:rFonts w:ascii="Times New Roman" w:hAnsi="Times New Roman" w:eastAsia="Times New Roman" w:cs="Times New Roman"/>
        </w:rPr>
        <w:t xml:space="preserve"> </w:t>
      </w:r>
      <w:r>
        <w:rPr>
          <w:rFonts w:ascii="Nirmala UI" w:hAnsi="Nirmala UI" w:eastAsia="Nirmala UI" w:cs="Nirmala UI"/>
        </w:rPr>
        <w:t>ꯇꯥꯕꯤꯌꯨ।</w:t>
      </w:r>
      <w:r>
        <w:rPr>
          <w:rFonts w:ascii="Times New Roman" w:hAnsi="Times New Roman" w:eastAsia="Times New Roman" w:cs="Times New Roman"/>
        </w:rPr>
        <w:t xml:space="preserve">” </w:t>
      </w:r>
      <w:r>
        <w:rPr>
          <w:rFonts w:ascii="Nirmala UI" w:hAnsi="Nirmala UI" w:eastAsia="Nirmala UI" w:cs="Nirmala UI"/>
        </w:rPr>
        <w:t>ꯖꯣꯟꯅ</w:t>
      </w:r>
      <w:r>
        <w:rPr>
          <w:rFonts w:ascii="Times New Roman" w:hAnsi="Times New Roman" w:eastAsia="Times New Roman" w:cs="Times New Roman"/>
        </w:rPr>
        <w:t xml:space="preserve"> </w:t>
      </w:r>
      <w:r>
        <w:rPr>
          <w:rFonts w:ascii="Nirmala UI" w:hAnsi="Nirmala UI" w:eastAsia="Nirmala UI" w:cs="Nirmala UI"/>
        </w:rPr>
        <w:t>ꯔꯦꯚꯦꯂꯦꯁꯟꯗ</w:t>
      </w:r>
      <w:r>
        <w:rPr>
          <w:rFonts w:ascii="Times New Roman" w:hAnsi="Times New Roman" w:eastAsia="Times New Roman" w:cs="Times New Roman"/>
        </w:rPr>
        <w:t xml:space="preserve"> </w:t>
      </w:r>
      <w:r>
        <w:rPr>
          <w:rFonts w:ascii="Nirmala UI" w:hAnsi="Nirmala UI" w:eastAsia="Nirmala UI" w:cs="Nirmala UI"/>
        </w:rPr>
        <w:t>ꯏꯔꯛꯏ</w:t>
      </w:r>
      <w:r>
        <w:rPr>
          <w:rFonts w:ascii="Times New Roman" w:hAnsi="Times New Roman" w:eastAsia="Times New Roman" w:cs="Times New Roman"/>
        </w:rPr>
        <w:t>, “</w:t>
      </w:r>
      <w:r>
        <w:rPr>
          <w:rFonts w:ascii="Nirmala UI" w:hAnsi="Nirmala UI" w:eastAsia="Nirmala UI" w:cs="Nirmala UI"/>
        </w:rPr>
        <w:t>ꯃꯁꯤ</w:t>
      </w:r>
      <w:r>
        <w:rPr>
          <w:rFonts w:ascii="Times New Roman" w:hAnsi="Times New Roman" w:eastAsia="Times New Roman" w:cs="Times New Roman"/>
        </w:rPr>
        <w:t xml:space="preserve"> </w:t>
      </w:r>
      <w:r>
        <w:rPr>
          <w:rFonts w:ascii="Nirmala UI" w:hAnsi="Nirmala UI" w:eastAsia="Nirmala UI" w:cs="Nirmala UI"/>
        </w:rPr>
        <w:t>ꯂꯥꯏꯔꯤꯛꯀꯤ</w:t>
      </w:r>
      <w:r>
        <w:rPr>
          <w:rFonts w:ascii="Times New Roman" w:hAnsi="Times New Roman" w:eastAsia="Times New Roman" w:cs="Times New Roman"/>
        </w:rPr>
        <w:t xml:space="preserve"> </w:t>
      </w:r>
      <w:r>
        <w:rPr>
          <w:rFonts w:ascii="Nirmala UI" w:hAnsi="Nirmala UI" w:eastAsia="Nirmala UI" w:cs="Nirmala UI"/>
        </w:rPr>
        <w:t>ꯄ꯭ꯔꯣꯐꯦꯁꯤꯒꯤ</w:t>
      </w:r>
      <w:r>
        <w:rPr>
          <w:rFonts w:ascii="Times New Roman" w:hAnsi="Times New Roman" w:eastAsia="Times New Roman" w:cs="Times New Roman"/>
        </w:rPr>
        <w:t xml:space="preserve"> </w:t>
      </w:r>
      <w:r>
        <w:rPr>
          <w:rFonts w:ascii="Nirmala UI" w:hAnsi="Nirmala UI" w:eastAsia="Nirmala UI" w:cs="Nirmala UI"/>
        </w:rPr>
        <w:t>ꯋꯥꯁꯤꯡ</w:t>
      </w:r>
      <w:r>
        <w:rPr>
          <w:rFonts w:ascii="Times New Roman" w:hAnsi="Times New Roman" w:eastAsia="Times New Roman" w:cs="Times New Roman"/>
        </w:rPr>
        <w:t xml:space="preserve"> </w:t>
      </w:r>
      <w:r>
        <w:rPr>
          <w:rFonts w:ascii="Nirmala UI" w:hAnsi="Nirmala UI" w:eastAsia="Nirmala UI" w:cs="Nirmala UI"/>
        </w:rPr>
        <w:t>ꯇꯥꯕꯁꯤꯡ</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ꯑꯉꯥꯡꯕ</w:t>
      </w:r>
      <w:r>
        <w:rPr>
          <w:rFonts w:ascii="Times New Roman" w:hAnsi="Times New Roman" w:eastAsia="Times New Roman" w:cs="Times New Roman"/>
        </w:rPr>
        <w:t xml:space="preserve"> </w:t>
      </w:r>
      <w:r>
        <w:rPr>
          <w:rFonts w:ascii="Nirmala UI" w:hAnsi="Nirmala UI" w:eastAsia="Nirmala UI" w:cs="Nirmala UI"/>
        </w:rPr>
        <w:t>ꯑꯣꯏꯔꯦ꯫</w:t>
      </w:r>
      <w:r>
        <w:rPr>
          <w:rFonts w:ascii="Times New Roman" w:hAnsi="Times New Roman" w:eastAsia="Times New Roman" w:cs="Times New Roman"/>
        </w:rPr>
        <w:t xml:space="preserve">” </w:t>
      </w:r>
      <w:r>
        <w:rPr>
          <w:rFonts w:ascii="Nirmala UI" w:hAnsi="Nirmala UI" w:eastAsia="Nirmala UI" w:cs="Nirmala UI"/>
        </w:rPr>
        <w:t>ꯏꯖꯦꯀꯤꯌꯦꯜꯅ</w:t>
      </w:r>
      <w:r>
        <w:rPr>
          <w:rFonts w:ascii="Times New Roman" w:hAnsi="Times New Roman" w:eastAsia="Times New Roman" w:cs="Times New Roman"/>
        </w:rPr>
        <w:t xml:space="preserve"> </w:t>
      </w:r>
      <w:r>
        <w:rPr>
          <w:rFonts w:ascii="Nirmala UI" w:hAnsi="Nirmala UI" w:eastAsia="Nirmala UI" w:cs="Nirmala UI"/>
        </w:rPr>
        <w:t>ꯑꯗꯨꯒ</w:t>
      </w:r>
      <w:r>
        <w:rPr>
          <w:rFonts w:ascii="Times New Roman" w:hAnsi="Times New Roman" w:eastAsia="Times New Roman" w:cs="Times New Roman"/>
        </w:rPr>
        <w:t xml:space="preserve"> </w:t>
      </w:r>
      <w:r>
        <w:rPr>
          <w:rFonts w:ascii="Nirmala UI" w:hAnsi="Nirmala UI" w:eastAsia="Nirmala UI" w:cs="Nirmala UI"/>
        </w:rPr>
        <w:t>ꯃꯔꯝ</w:t>
      </w:r>
      <w:r>
        <w:rPr>
          <w:rFonts w:ascii="Times New Roman" w:hAnsi="Times New Roman" w:eastAsia="Times New Roman" w:cs="Times New Roman"/>
        </w:rPr>
        <w:t xml:space="preserve"> </w:t>
      </w:r>
      <w:r>
        <w:rPr>
          <w:rFonts w:ascii="Nirmala UI" w:hAnsi="Nirmala UI" w:eastAsia="Nirmala UI" w:cs="Nirmala UI"/>
        </w:rPr>
        <w:t>ꯑꯣꯏꯅ</w:t>
      </w:r>
      <w:r>
        <w:rPr>
          <w:rFonts w:ascii="Times New Roman" w:hAnsi="Times New Roman" w:eastAsia="Times New Roman" w:cs="Times New Roman"/>
        </w:rPr>
        <w:t xml:space="preserve">, </w:t>
      </w:r>
      <w:r>
        <w:rPr>
          <w:rFonts w:ascii="Nirmala UI" w:hAnsi="Nirmala UI" w:eastAsia="Nirmala UI" w:cs="Nirmala UI"/>
        </w:rPr>
        <w:t>ꯊꯤꯅ</w:t>
      </w:r>
      <w:r>
        <w:rPr>
          <w:rFonts w:ascii="Times New Roman" w:hAnsi="Times New Roman" w:eastAsia="Times New Roman" w:cs="Times New Roman"/>
        </w:rPr>
        <w:t xml:space="preserve"> </w:t>
      </w:r>
      <w:r>
        <w:rPr>
          <w:rFonts w:ascii="Nirmala UI" w:hAnsi="Nirmala UI" w:eastAsia="Nirmala UI" w:cs="Nirmala UI"/>
        </w:rPr>
        <w:t>ꯂꯩꯔꯤꯕ</w:t>
      </w:r>
      <w:r>
        <w:rPr>
          <w:rFonts w:ascii="Times New Roman" w:hAnsi="Times New Roman" w:eastAsia="Times New Roman" w:cs="Times New Roman"/>
        </w:rPr>
        <w:t xml:space="preserve"> </w:t>
      </w:r>
      <w:r>
        <w:rPr>
          <w:rFonts w:ascii="Nirmala UI" w:hAnsi="Nirmala UI" w:eastAsia="Nirmala UI" w:cs="Nirmala UI"/>
        </w:rPr>
        <w:t>ꯃꯁꯥꯛ</w:t>
      </w:r>
      <w:r>
        <w:rPr>
          <w:rFonts w:ascii="Times New Roman" w:hAnsi="Times New Roman" w:eastAsia="Times New Roman" w:cs="Times New Roman"/>
        </w:rPr>
        <w:t xml:space="preserve"> </w:t>
      </w:r>
      <w:r>
        <w:rPr>
          <w:rFonts w:ascii="Nirmala UI" w:hAnsi="Nirmala UI" w:eastAsia="Nirmala UI" w:cs="Nirmala UI"/>
        </w:rPr>
        <w:t>ꯔꯨꯁꯤꯡꯁꯤꯡ</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ꯑꯉꯥꯡꯕꯁꯤꯡ</w:t>
      </w:r>
      <w:r>
        <w:rPr>
          <w:rFonts w:ascii="Times New Roman" w:hAnsi="Times New Roman" w:eastAsia="Times New Roman" w:cs="Times New Roman"/>
        </w:rPr>
        <w:t xml:space="preserve"> </w:t>
      </w:r>
      <w:r>
        <w:rPr>
          <w:rFonts w:ascii="Nirmala UI" w:hAnsi="Nirmala UI" w:eastAsia="Nirmala UI" w:cs="Nirmala UI"/>
        </w:rPr>
        <w:t>ꯑꯣꯏ</w:t>
      </w:r>
      <w:r>
        <w:rPr>
          <w:rFonts w:ascii="Times New Roman" w:hAnsi="Times New Roman" w:eastAsia="Times New Roman" w:cs="Times New Roman"/>
        </w:rPr>
        <w:t xml:space="preserve">, </w:t>
      </w:r>
      <w:r>
        <w:rPr>
          <w:rFonts w:ascii="Nirmala UI" w:hAnsi="Nirmala UI" w:eastAsia="Nirmala UI" w:cs="Nirmala UI"/>
        </w:rPr>
        <w:t>ꯃꯔꯝꯗꯤ</w:t>
      </w:r>
      <w:r>
        <w:rPr>
          <w:rFonts w:ascii="Times New Roman" w:hAnsi="Times New Roman" w:eastAsia="Times New Roman" w:cs="Times New Roman"/>
        </w:rPr>
        <w:t xml:space="preserve"> </w:t>
      </w:r>
      <w:r>
        <w:rPr>
          <w:rFonts w:ascii="Nirmala UI" w:hAnsi="Nirmala UI" w:eastAsia="Nirmala UI" w:cs="Nirmala UI"/>
        </w:rPr>
        <w:t>ꯃꯈꯣꯏꯅ</w:t>
      </w:r>
      <w:r>
        <w:rPr>
          <w:rFonts w:ascii="Times New Roman" w:hAnsi="Times New Roman" w:eastAsia="Times New Roman" w:cs="Times New Roman"/>
        </w:rPr>
        <w:t xml:space="preserve"> </w:t>
      </w:r>
      <w:r>
        <w:rPr>
          <w:rFonts w:ascii="Nirmala UI" w:hAnsi="Nirmala UI" w:eastAsia="Nirmala UI" w:cs="Nirmala UI"/>
        </w:rPr>
        <w:t>ꯏꯖꯦꯀꯤꯌꯦꯜꯒꯤ</w:t>
      </w:r>
      <w:r>
        <w:rPr>
          <w:rFonts w:ascii="Times New Roman" w:hAnsi="Times New Roman" w:eastAsia="Times New Roman" w:cs="Times New Roman"/>
        </w:rPr>
        <w:t xml:space="preserve"> </w:t>
      </w:r>
      <w:r>
        <w:rPr>
          <w:rFonts w:ascii="Nirmala UI" w:hAnsi="Nirmala UI" w:eastAsia="Nirmala UI" w:cs="Nirmala UI"/>
        </w:rPr>
        <w:t>ꯍꯥꯛꯆꯥꯡ</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ꯄ꯭ꯔꯚꯨꯒꯤ</w:t>
      </w:r>
      <w:r>
        <w:rPr>
          <w:rFonts w:ascii="Times New Roman" w:hAnsi="Times New Roman" w:eastAsia="Times New Roman" w:cs="Times New Roman"/>
        </w:rPr>
        <w:t xml:space="preserve"> </w:t>
      </w:r>
      <w:r>
        <w:rPr>
          <w:rFonts w:ascii="Nirmala UI" w:hAnsi="Nirmala UI" w:eastAsia="Nirmala UI" w:cs="Nirmala UI"/>
        </w:rPr>
        <w:t>ꯋꯥ</w:t>
      </w:r>
      <w:r>
        <w:rPr>
          <w:rFonts w:ascii="Times New Roman" w:hAnsi="Times New Roman" w:eastAsia="Times New Roman" w:cs="Times New Roman"/>
        </w:rPr>
        <w:t xml:space="preserve"> </w:t>
      </w:r>
      <w:r>
        <w:rPr>
          <w:rFonts w:ascii="Nirmala UI" w:hAnsi="Nirmala UI" w:eastAsia="Nirmala UI" w:cs="Nirmala UI"/>
        </w:rPr>
        <w:t>ꯇꯥꯕꯤꯌꯨ</w:t>
      </w:r>
      <w:r>
        <w:rPr>
          <w:rFonts w:ascii="Times New Roman" w:hAnsi="Times New Roman" w:eastAsia="Times New Roman" w:cs="Times New Roman"/>
        </w:rPr>
        <w:t xml:space="preserve"> </w:t>
      </w:r>
      <w:r>
        <w:rPr>
          <w:rFonts w:ascii="Nirmala UI" w:hAnsi="Nirmala UI" w:eastAsia="Nirmala UI" w:cs="Nirmala UI"/>
        </w:rPr>
        <w:t>ꯍꯥꯏꯕꯗꯨ</w:t>
      </w:r>
      <w:r>
        <w:rPr>
          <w:rFonts w:ascii="Times New Roman" w:hAnsi="Times New Roman" w:eastAsia="Times New Roman" w:cs="Times New Roman"/>
        </w:rPr>
        <w:t xml:space="preserve"> </w:t>
      </w:r>
      <w:r>
        <w:rPr>
          <w:rFonts w:ascii="Nirmala UI" w:hAnsi="Nirmala UI" w:eastAsia="Nirmala UI" w:cs="Nirmala UI"/>
        </w:rPr>
        <w:t>ꯇꯥꯕꯁꯤꯡ</w:t>
      </w:r>
      <w:r>
        <w:rPr>
          <w:rFonts w:ascii="Times New Roman" w:hAnsi="Times New Roman" w:eastAsia="Times New Roman" w:cs="Times New Roman"/>
        </w:rPr>
        <w:t xml:space="preserve"> </w:t>
      </w:r>
      <w:r>
        <w:rPr>
          <w:rFonts w:ascii="Nirmala UI" w:hAnsi="Nirmala UI" w:eastAsia="Nirmala UI" w:cs="Nirmala UI"/>
        </w:rPr>
        <w:t>ꯑꯣꯏꯕ</w:t>
      </w:r>
      <w:r>
        <w:rPr>
          <w:rFonts w:ascii="Times New Roman" w:hAnsi="Times New Roman" w:eastAsia="Times New Roman" w:cs="Times New Roman"/>
        </w:rPr>
        <w:t xml:space="preserve"> </w:t>
      </w:r>
      <w:r>
        <w:rPr>
          <w:rFonts w:ascii="Nirmala UI" w:hAnsi="Nirmala UI" w:eastAsia="Nirmala UI" w:cs="Nirmala UI"/>
        </w:rPr>
        <w:t>ꯅꯥꯇꯦ</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ꯃꯍꯥꯛꯀꯤ</w:t>
      </w:r>
      <w:r>
        <w:rPr>
          <w:rFonts w:ascii="Times New Roman" w:hAnsi="Times New Roman" w:eastAsia="Times New Roman" w:cs="Times New Roman"/>
        </w:rPr>
        <w:t xml:space="preserve"> </w:t>
      </w:r>
      <w:r>
        <w:rPr>
          <w:rFonts w:ascii="Nirmala UI" w:hAnsi="Nirmala UI" w:eastAsia="Nirmala UI" w:cs="Nirmala UI"/>
        </w:rPr>
        <w:t>ꯋꯥ</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ꯑꯆꯨꯝꯕ</w:t>
      </w:r>
      <w:r>
        <w:rPr>
          <w:rFonts w:ascii="Times New Roman" w:hAnsi="Times New Roman" w:eastAsia="Times New Roman" w:cs="Times New Roman"/>
        </w:rPr>
        <w:t xml:space="preserve"> </w:t>
      </w:r>
      <w:r>
        <w:rPr>
          <w:rFonts w:ascii="Nirmala UI" w:hAnsi="Nirmala UI" w:eastAsia="Nirmala UI" w:cs="Nirmala UI"/>
        </w:rPr>
        <w:t>ꯑꯣꯏ꯫</w:t>
      </w:r>
      <w:r>
        <w:rPr>
          <w:rFonts w:ascii="Times New Roman" w:hAnsi="Times New Roman" w:eastAsia="Times New Roman" w:cs="Times New Roman"/>
        </w:rPr>
        <w:t xml:space="preserve"> </w:t>
      </w:r>
      <w:r>
        <w:rPr>
          <w:rFonts w:ascii="Nirmala UI" w:hAnsi="Nirmala UI" w:eastAsia="Nirmala UI" w:cs="Nirmala UI"/>
        </w:rPr>
        <w:t>ꯏꯖꯦꯀꯤꯌꯦꯜꯒꯤ</w:t>
      </w:r>
      <w:r>
        <w:rPr>
          <w:rFonts w:ascii="Times New Roman" w:hAnsi="Times New Roman" w:eastAsia="Times New Roman" w:cs="Times New Roman"/>
        </w:rPr>
        <w:t xml:space="preserve"> </w:t>
      </w:r>
      <w:r>
        <w:rPr>
          <w:rFonts w:ascii="Nirmala UI" w:hAnsi="Nirmala UI" w:eastAsia="Nirmala UI" w:cs="Nirmala UI"/>
        </w:rPr>
        <w:t>ꯆꯥꯞꯇꯔ</w:t>
      </w:r>
      <w:r>
        <w:rPr>
          <w:rFonts w:ascii="Times New Roman" w:hAnsi="Times New Roman" w:eastAsia="Times New Roman" w:cs="Times New Roman"/>
        </w:rPr>
        <w:t xml:space="preserve"> </w:t>
      </w:r>
      <w:r>
        <w:rPr>
          <w:rFonts w:ascii="Nirmala UI" w:hAnsi="Nirmala UI" w:eastAsia="Nirmala UI" w:cs="Nirmala UI"/>
        </w:rPr>
        <w:t>ꯑꯅꯤꯗ</w:t>
      </w:r>
      <w:r>
        <w:rPr>
          <w:rFonts w:ascii="Times New Roman" w:hAnsi="Times New Roman" w:eastAsia="Times New Roman" w:cs="Times New Roman"/>
        </w:rPr>
        <w:t xml:space="preserve">, </w:t>
      </w:r>
      <w:r>
        <w:rPr>
          <w:rFonts w:ascii="Nirmala UI" w:hAnsi="Nirmala UI" w:eastAsia="Nirmala UI" w:cs="Nirmala UI"/>
        </w:rPr>
        <w:t>ꯏꯁ꯭ꯋꯔꯒꯤ</w:t>
      </w:r>
      <w:r>
        <w:rPr>
          <w:rFonts w:ascii="Times New Roman" w:hAnsi="Times New Roman" w:eastAsia="Times New Roman" w:cs="Times New Roman"/>
        </w:rPr>
        <w:t xml:space="preserve"> </w:t>
      </w:r>
      <w:r>
        <w:rPr>
          <w:rFonts w:ascii="Nirmala UI" w:hAnsi="Nirmala UI" w:eastAsia="Nirmala UI" w:cs="Nirmala UI"/>
        </w:rPr>
        <w:t>ꯋꯥ</w:t>
      </w:r>
      <w:r>
        <w:rPr>
          <w:rFonts w:ascii="Times New Roman" w:hAnsi="Times New Roman" w:eastAsia="Times New Roman" w:cs="Times New Roman"/>
        </w:rPr>
        <w:t xml:space="preserve"> </w:t>
      </w:r>
      <w:r>
        <w:rPr>
          <w:rFonts w:ascii="Nirmala UI" w:hAnsi="Nirmala UI" w:eastAsia="Nirmala UI" w:cs="Nirmala UI"/>
        </w:rPr>
        <w:t>ꯇꯥꯕꯁꯤꯡꯒꯤ</w:t>
      </w:r>
      <w:r>
        <w:rPr>
          <w:rFonts w:ascii="Times New Roman" w:hAnsi="Times New Roman" w:eastAsia="Times New Roman" w:cs="Times New Roman"/>
        </w:rPr>
        <w:t xml:space="preserve"> </w:t>
      </w:r>
      <w:r>
        <w:rPr>
          <w:rFonts w:ascii="Nirmala UI" w:hAnsi="Nirmala UI" w:eastAsia="Nirmala UI" w:cs="Nirmala UI"/>
        </w:rPr>
        <w:t>ꯑꯍꯥꯔꯣꯜ</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ꯄꯨꯊꯣꯛꯂꯤ꯫</w:t>
      </w:r>
    </w:p>
    <w:p>
      <w:pPr>
        <w:pStyle w:val="ArticleScripture"/>
        <w:jc w:val="left"/>
      </w:pPr>
      <w:r>
        <w:rPr>
          <w:rFonts w:ascii="Ebrima" w:hAnsi="Ebrima" w:eastAsia="Ebrima" w:cs="Ebrima"/>
        </w:rPr>
        <w:t>ሃድን</w:t>
      </w:r>
      <w:r>
        <w:rPr>
          <w:rFonts w:ascii="Times New Roman" w:hAnsi="Times New Roman" w:eastAsia="Times New Roman" w:cs="Times New Roman"/>
        </w:rPr>
        <w:t xml:space="preserve"> </w:t>
      </w:r>
      <w:r>
        <w:rPr>
          <w:rFonts w:ascii="Ebrima" w:hAnsi="Ebrima" w:eastAsia="Ebrima" w:cs="Ebrima"/>
        </w:rPr>
        <w:t>ወለየ</w:t>
      </w:r>
      <w:r>
        <w:rPr>
          <w:rFonts w:ascii="Times New Roman" w:hAnsi="Times New Roman" w:eastAsia="Times New Roman" w:cs="Times New Roman"/>
        </w:rPr>
        <w:t xml:space="preserve"> </w:t>
      </w:r>
      <w:r>
        <w:rPr>
          <w:rFonts w:ascii="Ebrima" w:hAnsi="Ebrima" w:eastAsia="Ebrima" w:cs="Ebrima"/>
        </w:rPr>
        <w:t>በለኒ፦</w:t>
      </w:r>
      <w:r>
        <w:rPr>
          <w:rFonts w:ascii="Times New Roman" w:hAnsi="Times New Roman" w:eastAsia="Times New Roman" w:cs="Times New Roman"/>
        </w:rPr>
        <w:t xml:space="preserve"> </w:t>
      </w:r>
      <w:r>
        <w:rPr>
          <w:rFonts w:ascii="Ebrima" w:hAnsi="Ebrima" w:eastAsia="Ebrima" w:cs="Ebrima"/>
        </w:rPr>
        <w:t>ወልደ</w:t>
      </w:r>
      <w:r>
        <w:rPr>
          <w:rFonts w:ascii="Times New Roman" w:hAnsi="Times New Roman" w:eastAsia="Times New Roman" w:cs="Times New Roman"/>
        </w:rPr>
        <w:t xml:space="preserve"> </w:t>
      </w:r>
      <w:r>
        <w:rPr>
          <w:rFonts w:ascii="Ebrima" w:hAnsi="Ebrima" w:eastAsia="Ebrima" w:cs="Ebrima"/>
        </w:rPr>
        <w:t>ሰብእ፥</w:t>
      </w:r>
      <w:r>
        <w:rPr>
          <w:rFonts w:ascii="Times New Roman" w:hAnsi="Times New Roman" w:eastAsia="Times New Roman" w:cs="Times New Roman"/>
        </w:rPr>
        <w:t xml:space="preserve"> </w:t>
      </w:r>
      <w:r>
        <w:rPr>
          <w:rFonts w:ascii="Ebrima" w:hAnsi="Ebrima" w:eastAsia="Ebrima" w:cs="Ebrima"/>
        </w:rPr>
        <w:t>በእግርከ</w:t>
      </w:r>
      <w:r>
        <w:rPr>
          <w:rFonts w:ascii="Times New Roman" w:hAnsi="Times New Roman" w:eastAsia="Times New Roman" w:cs="Times New Roman"/>
        </w:rPr>
        <w:t xml:space="preserve"> </w:t>
      </w:r>
      <w:r>
        <w:rPr>
          <w:rFonts w:ascii="Ebrima" w:hAnsi="Ebrima" w:eastAsia="Ebrima" w:cs="Ebrima"/>
        </w:rPr>
        <w:t>ቁም፤</w:t>
      </w:r>
      <w:r>
        <w:rPr>
          <w:rFonts w:ascii="Times New Roman" w:hAnsi="Times New Roman" w:eastAsia="Times New Roman" w:cs="Times New Roman"/>
        </w:rPr>
        <w:t xml:space="preserve"> </w:t>
      </w:r>
      <w:r>
        <w:rPr>
          <w:rFonts w:ascii="Ebrima" w:hAnsi="Ebrima" w:eastAsia="Ebrima" w:cs="Ebrima"/>
        </w:rPr>
        <w:t>ወእነግረከ።</w:t>
      </w:r>
      <w:r>
        <w:rPr>
          <w:rFonts w:ascii="Times New Roman" w:hAnsi="Times New Roman" w:eastAsia="Times New Roman" w:cs="Times New Roman"/>
        </w:rPr>
        <w:t xml:space="preserve"> </w:t>
      </w:r>
      <w:r>
        <w:rPr>
          <w:rFonts w:ascii="Ebrima" w:hAnsi="Ebrima" w:eastAsia="Ebrima" w:cs="Ebrima"/>
        </w:rPr>
        <w:t>ወመንፈስ</w:t>
      </w:r>
      <w:r>
        <w:rPr>
          <w:rFonts w:ascii="Times New Roman" w:hAnsi="Times New Roman" w:eastAsia="Times New Roman" w:cs="Times New Roman"/>
        </w:rPr>
        <w:t xml:space="preserve"> </w:t>
      </w:r>
      <w:r>
        <w:rPr>
          <w:rFonts w:ascii="Ebrima" w:hAnsi="Ebrima" w:eastAsia="Ebrima" w:cs="Ebrima"/>
        </w:rPr>
        <w:t>በቃሉ</w:t>
      </w:r>
      <w:r>
        <w:rPr>
          <w:rFonts w:ascii="Times New Roman" w:hAnsi="Times New Roman" w:eastAsia="Times New Roman" w:cs="Times New Roman"/>
        </w:rPr>
        <w:t xml:space="preserve"> </w:t>
      </w:r>
      <w:r>
        <w:rPr>
          <w:rFonts w:ascii="Ebrima" w:hAnsi="Ebrima" w:eastAsia="Ebrima" w:cs="Ebrima"/>
        </w:rPr>
        <w:t>ጊዜ</w:t>
      </w:r>
      <w:r>
        <w:rPr>
          <w:rFonts w:ascii="Times New Roman" w:hAnsi="Times New Roman" w:eastAsia="Times New Roman" w:cs="Times New Roman"/>
        </w:rPr>
        <w:t xml:space="preserve"> </w:t>
      </w:r>
      <w:r>
        <w:rPr>
          <w:rFonts w:ascii="Ebrima" w:hAnsi="Ebrima" w:eastAsia="Ebrima" w:cs="Ebrima"/>
        </w:rPr>
        <w:t>ኀቤየ</w:t>
      </w:r>
      <w:r>
        <w:rPr>
          <w:rFonts w:ascii="Times New Roman" w:hAnsi="Times New Roman" w:eastAsia="Times New Roman" w:cs="Times New Roman"/>
        </w:rPr>
        <w:t xml:space="preserve"> </w:t>
      </w:r>
      <w:r>
        <w:rPr>
          <w:rFonts w:ascii="Ebrima" w:hAnsi="Ebrima" w:eastAsia="Ebrima" w:cs="Ebrima"/>
        </w:rPr>
        <w:t>በአ፤</w:t>
      </w:r>
      <w:r>
        <w:rPr>
          <w:rFonts w:ascii="Times New Roman" w:hAnsi="Times New Roman" w:eastAsia="Times New Roman" w:cs="Times New Roman"/>
        </w:rPr>
        <w:t xml:space="preserve"> </w:t>
      </w:r>
      <w:r>
        <w:rPr>
          <w:rFonts w:ascii="Ebrima" w:hAnsi="Ebrima" w:eastAsia="Ebrima" w:cs="Ebrima"/>
        </w:rPr>
        <w:t>በእግሮቼም</w:t>
      </w:r>
      <w:r>
        <w:rPr>
          <w:rFonts w:ascii="Times New Roman" w:hAnsi="Times New Roman" w:eastAsia="Times New Roman" w:cs="Times New Roman"/>
        </w:rPr>
        <w:t xml:space="preserve"> </w:t>
      </w:r>
      <w:r>
        <w:rPr>
          <w:rFonts w:ascii="Ebrima" w:hAnsi="Ebrima" w:eastAsia="Ebrima" w:cs="Ebrima"/>
        </w:rPr>
        <w:t>አቆመኝ፥</w:t>
      </w:r>
      <w:r>
        <w:rPr>
          <w:rFonts w:ascii="Times New Roman" w:hAnsi="Times New Roman" w:eastAsia="Times New Roman" w:cs="Times New Roman"/>
        </w:rPr>
        <w:t xml:space="preserve"> </w:t>
      </w:r>
      <w:r>
        <w:rPr>
          <w:rFonts w:ascii="Ebrima" w:hAnsi="Ebrima" w:eastAsia="Ebrima" w:cs="Ebrima"/>
        </w:rPr>
        <w:t>እቲ</w:t>
      </w:r>
      <w:r>
        <w:rPr>
          <w:rFonts w:ascii="Times New Roman" w:hAnsi="Times New Roman" w:eastAsia="Times New Roman" w:cs="Times New Roman"/>
        </w:rPr>
        <w:t xml:space="preserve"> </w:t>
      </w:r>
      <w:r>
        <w:rPr>
          <w:rFonts w:ascii="Ebrima" w:hAnsi="Ebrima" w:eastAsia="Ebrima" w:cs="Ebrima"/>
        </w:rPr>
        <w:t>ይነግረኝ</w:t>
      </w:r>
      <w:r>
        <w:rPr>
          <w:rFonts w:ascii="Times New Roman" w:hAnsi="Times New Roman" w:eastAsia="Times New Roman" w:cs="Times New Roman"/>
        </w:rPr>
        <w:t xml:space="preserve"> </w:t>
      </w:r>
      <w:r>
        <w:rPr>
          <w:rFonts w:ascii="Ebrima" w:hAnsi="Ebrima" w:eastAsia="Ebrima" w:cs="Ebrima"/>
        </w:rPr>
        <w:t>ዘነበረ</w:t>
      </w:r>
      <w:r>
        <w:rPr>
          <w:rFonts w:ascii="Times New Roman" w:hAnsi="Times New Roman" w:eastAsia="Times New Roman" w:cs="Times New Roman"/>
        </w:rPr>
        <w:t xml:space="preserve"> </w:t>
      </w:r>
      <w:r>
        <w:rPr>
          <w:rFonts w:ascii="Ebrima" w:hAnsi="Ebrima" w:eastAsia="Ebrima" w:cs="Ebrima"/>
        </w:rPr>
        <w:t>ሰማሁ።</w:t>
      </w:r>
      <w:r>
        <w:rPr>
          <w:rFonts w:ascii="Times New Roman" w:hAnsi="Times New Roman" w:eastAsia="Times New Roman" w:cs="Times New Roman"/>
        </w:rPr>
        <w:t xml:space="preserve"> </w:t>
      </w:r>
      <w:r>
        <w:rPr>
          <w:rFonts w:ascii="Ebrima" w:hAnsi="Ebrima" w:eastAsia="Ebrima" w:cs="Ebrima"/>
        </w:rPr>
        <w:t>ሕዝቅኤል</w:t>
      </w:r>
      <w:r>
        <w:rPr>
          <w:rFonts w:ascii="Times New Roman" w:hAnsi="Times New Roman" w:eastAsia="Times New Roman" w:cs="Times New Roman"/>
        </w:rPr>
        <w:t xml:space="preserve"> 2</w:t>
      </w:r>
      <w:r>
        <w:rPr>
          <w:rFonts w:ascii="Ebrima" w:hAnsi="Ebrima" w:eastAsia="Ebrima" w:cs="Ebrima"/>
        </w:rPr>
        <w:t>፥</w:t>
      </w:r>
      <w:r>
        <w:rPr>
          <w:rFonts w:ascii="Times New Roman" w:hAnsi="Times New Roman" w:eastAsia="Times New Roman" w:cs="Times New Roman"/>
        </w:rPr>
        <w:t>1, 2</w:t>
      </w:r>
      <w:r>
        <w:rPr>
          <w:rFonts w:ascii="Ebrima" w:hAnsi="Ebrima" w:eastAsia="Ebrima" w:cs="Ebrima"/>
        </w:rPr>
        <w:t>።</w:t>
      </w:r>
    </w:p>
    <w:p>
      <w:pPr>
        <w:pStyle w:val="ArticleBody"/>
        <w:jc w:val="left"/>
      </w:pPr>
      <w:r>
        <w:rPr>
          <w:rFonts w:ascii="Nirmala UI" w:hAnsi="Nirmala UI" w:eastAsia="Nirmala UI" w:cs="Nirmala UI"/>
        </w:rPr>
        <w:t>ରିଭେଲେସନ୍</w:t>
      </w:r>
      <w:r>
        <w:rPr>
          <w:rFonts w:ascii="Times New Roman" w:hAnsi="Times New Roman" w:eastAsia="Times New Roman" w:cs="Times New Roman"/>
        </w:rPr>
        <w:t xml:space="preserve"> </w:t>
      </w:r>
      <w:r>
        <w:rPr>
          <w:rFonts w:ascii="Nirmala UI" w:hAnsi="Nirmala UI" w:eastAsia="Nirmala UI" w:cs="Nirmala UI"/>
        </w:rPr>
        <w:t>ଅଧ୍ୟାୟ</w:t>
      </w:r>
      <w:r>
        <w:rPr>
          <w:rFonts w:ascii="Times New Roman" w:hAnsi="Times New Roman" w:eastAsia="Times New Roman" w:cs="Times New Roman"/>
        </w:rPr>
        <w:t xml:space="preserve"> </w:t>
      </w:r>
      <w:r>
        <w:rPr>
          <w:rFonts w:ascii="Nirmala UI" w:hAnsi="Nirmala UI" w:eastAsia="Nirmala UI" w:cs="Nirmala UI"/>
        </w:rPr>
        <w:t>ଏଗାରରେ</w:t>
      </w:r>
      <w:r>
        <w:rPr>
          <w:rFonts w:ascii="Times New Roman" w:hAnsi="Times New Roman" w:eastAsia="Times New Roman" w:cs="Times New Roman"/>
        </w:rPr>
        <w:t xml:space="preserve">, </w:t>
      </w:r>
      <w:r>
        <w:rPr>
          <w:rFonts w:ascii="Nirmala UI" w:hAnsi="Nirmala UI" w:eastAsia="Nirmala UI" w:cs="Nirmala UI"/>
        </w:rPr>
        <w:t>ଯେତେବେଳେ</w:t>
      </w:r>
      <w:r>
        <w:rPr>
          <w:rFonts w:ascii="Times New Roman" w:hAnsi="Times New Roman" w:eastAsia="Times New Roman" w:cs="Times New Roman"/>
        </w:rPr>
        <w:t xml:space="preserve"> </w:t>
      </w:r>
      <w:r>
        <w:rPr>
          <w:rFonts w:ascii="Nirmala UI" w:hAnsi="Nirmala UI" w:eastAsia="Nirmala UI" w:cs="Nirmala UI"/>
        </w:rPr>
        <w:t>ମୃତଦେହମାନେ</w:t>
      </w:r>
      <w:r>
        <w:rPr>
          <w:rFonts w:ascii="Times New Roman" w:hAnsi="Times New Roman" w:eastAsia="Times New Roman" w:cs="Times New Roman"/>
        </w:rPr>
        <w:t xml:space="preserve"> </w:t>
      </w:r>
      <w:r>
        <w:rPr>
          <w:rFonts w:ascii="Nirmala UI" w:hAnsi="Nirmala UI" w:eastAsia="Nirmala UI" w:cs="Nirmala UI"/>
        </w:rPr>
        <w:t>ପ୍ରଭୁଙ୍କ</w:t>
      </w:r>
      <w:r>
        <w:rPr>
          <w:rFonts w:ascii="Times New Roman" w:hAnsi="Times New Roman" w:eastAsia="Times New Roman" w:cs="Times New Roman"/>
        </w:rPr>
        <w:t xml:space="preserve"> </w:t>
      </w:r>
      <w:r>
        <w:rPr>
          <w:rFonts w:ascii="Nirmala UI" w:hAnsi="Nirmala UI" w:eastAsia="Nirmala UI" w:cs="Nirmala UI"/>
        </w:rPr>
        <w:t>ବାକ୍ୟ</w:t>
      </w:r>
      <w:r>
        <w:rPr>
          <w:rFonts w:ascii="Times New Roman" w:hAnsi="Times New Roman" w:eastAsia="Times New Roman" w:cs="Times New Roman"/>
        </w:rPr>
        <w:t xml:space="preserve"> </w:t>
      </w:r>
      <w:r>
        <w:rPr>
          <w:rFonts w:ascii="Nirmala UI" w:hAnsi="Nirmala UI" w:eastAsia="Nirmala UI" w:cs="Nirmala UI"/>
        </w:rPr>
        <w:t>ଶୁଣନ୍ତି</w:t>
      </w:r>
      <w:r>
        <w:rPr>
          <w:rFonts w:ascii="Times New Roman" w:hAnsi="Times New Roman" w:eastAsia="Times New Roman" w:cs="Times New Roman"/>
        </w:rPr>
        <w:t xml:space="preserve">, </w:t>
      </w:r>
      <w:r>
        <w:rPr>
          <w:rFonts w:ascii="Nirmala UI" w:hAnsi="Nirmala UI" w:eastAsia="Nirmala UI" w:cs="Nirmala UI"/>
        </w:rPr>
        <w:t>ସାନ୍ତ୍ୱନାଦାତା</w:t>
      </w:r>
      <w:r>
        <w:rPr>
          <w:rFonts w:ascii="Times New Roman" w:hAnsi="Times New Roman" w:eastAsia="Times New Roman" w:cs="Times New Roman"/>
        </w:rPr>
        <w:t xml:space="preserve"> </w:t>
      </w:r>
      <w:r>
        <w:rPr>
          <w:rFonts w:ascii="Nirmala UI" w:hAnsi="Nirmala UI" w:eastAsia="Nirmala UI" w:cs="Nirmala UI"/>
        </w:rPr>
        <w:t>ସେମାନଙ୍କ</w:t>
      </w:r>
      <w:r>
        <w:rPr>
          <w:rFonts w:ascii="Times New Roman" w:hAnsi="Times New Roman" w:eastAsia="Times New Roman" w:cs="Times New Roman"/>
        </w:rPr>
        <w:t xml:space="preserve"> </w:t>
      </w:r>
      <w:r>
        <w:rPr>
          <w:rFonts w:ascii="Nirmala UI" w:hAnsi="Nirmala UI" w:eastAsia="Nirmala UI" w:cs="Nirmala UI"/>
        </w:rPr>
        <w:t>ଭିତରକୁ</w:t>
      </w:r>
      <w:r>
        <w:rPr>
          <w:rFonts w:ascii="Times New Roman" w:hAnsi="Times New Roman" w:eastAsia="Times New Roman" w:cs="Times New Roman"/>
        </w:rPr>
        <w:t xml:space="preserve"> </w:t>
      </w:r>
      <w:r>
        <w:rPr>
          <w:rFonts w:ascii="Nirmala UI" w:hAnsi="Nirmala UI" w:eastAsia="Nirmala UI" w:cs="Nirmala UI"/>
        </w:rPr>
        <w:t>ପ୍ରବେଶ</w:t>
      </w:r>
      <w:r>
        <w:rPr>
          <w:rFonts w:ascii="Times New Roman" w:hAnsi="Times New Roman" w:eastAsia="Times New Roman" w:cs="Times New Roman"/>
        </w:rPr>
        <w:t xml:space="preserve"> </w:t>
      </w:r>
      <w:r>
        <w:rPr>
          <w:rFonts w:ascii="Nirmala UI" w:hAnsi="Nirmala UI" w:eastAsia="Nirmala UI" w:cs="Nirmala UI"/>
        </w:rPr>
        <w:t>କରନ୍ତି</w:t>
      </w:r>
      <w:r>
        <w:rPr>
          <w:rFonts w:ascii="Times New Roman" w:hAnsi="Times New Roman" w:eastAsia="Times New Roman" w:cs="Times New Roman"/>
        </w:rPr>
        <w:t xml:space="preserve"> </w:t>
      </w:r>
      <w:r>
        <w:rPr>
          <w:rFonts w:ascii="Nirmala UI" w:hAnsi="Nirmala UI" w:eastAsia="Nirmala UI" w:cs="Nirmala UI"/>
        </w:rPr>
        <w:t>ଏବଂ</w:t>
      </w:r>
      <w:r>
        <w:rPr>
          <w:rFonts w:ascii="Times New Roman" w:hAnsi="Times New Roman" w:eastAsia="Times New Roman" w:cs="Times New Roman"/>
        </w:rPr>
        <w:t xml:space="preserve"> </w:t>
      </w:r>
      <w:r>
        <w:rPr>
          <w:rFonts w:ascii="Nirmala UI" w:hAnsi="Nirmala UI" w:eastAsia="Nirmala UI" w:cs="Nirmala UI"/>
        </w:rPr>
        <w:t>ସେମାନେ</w:t>
      </w:r>
      <w:r>
        <w:rPr>
          <w:rFonts w:ascii="Times New Roman" w:hAnsi="Times New Roman" w:eastAsia="Times New Roman" w:cs="Times New Roman"/>
        </w:rPr>
        <w:t xml:space="preserve"> </w:t>
      </w:r>
      <w:r>
        <w:rPr>
          <w:rFonts w:ascii="Nirmala UI" w:hAnsi="Nirmala UI" w:eastAsia="Nirmala UI" w:cs="Nirmala UI"/>
        </w:rPr>
        <w:t>ନିଜ</w:t>
      </w:r>
      <w:r>
        <w:rPr>
          <w:rFonts w:ascii="Times New Roman" w:hAnsi="Times New Roman" w:eastAsia="Times New Roman" w:cs="Times New Roman"/>
        </w:rPr>
        <w:t xml:space="preserve"> </w:t>
      </w:r>
      <w:r>
        <w:rPr>
          <w:rFonts w:ascii="Nirmala UI" w:hAnsi="Nirmala UI" w:eastAsia="Nirmala UI" w:cs="Nirmala UI"/>
        </w:rPr>
        <w:t>ପାଦ</w:t>
      </w:r>
      <w:r>
        <w:rPr>
          <w:rFonts w:ascii="Times New Roman" w:hAnsi="Times New Roman" w:eastAsia="Times New Roman" w:cs="Times New Roman"/>
        </w:rPr>
        <w:t xml:space="preserve"> </w:t>
      </w:r>
      <w:r>
        <w:rPr>
          <w:rFonts w:ascii="Nirmala UI" w:hAnsi="Nirmala UI" w:eastAsia="Nirmala UI" w:cs="Nirmala UI"/>
        </w:rPr>
        <w:t>ଉପରେ</w:t>
      </w:r>
      <w:r>
        <w:rPr>
          <w:rFonts w:ascii="Times New Roman" w:hAnsi="Times New Roman" w:eastAsia="Times New Roman" w:cs="Times New Roman"/>
        </w:rPr>
        <w:t xml:space="preserve"> </w:t>
      </w:r>
      <w:r>
        <w:rPr>
          <w:rFonts w:ascii="Nirmala UI" w:hAnsi="Nirmala UI" w:eastAsia="Nirmala UI" w:cs="Nirmala UI"/>
        </w:rPr>
        <w:t>ଦଣ୍ଡାୟମାନ</w:t>
      </w:r>
      <w:r>
        <w:rPr>
          <w:rFonts w:ascii="Times New Roman" w:hAnsi="Times New Roman" w:eastAsia="Times New Roman" w:cs="Times New Roman"/>
        </w:rPr>
        <w:t xml:space="preserve"> </w:t>
      </w:r>
      <w:r>
        <w:rPr>
          <w:rFonts w:ascii="Nirmala UI" w:hAnsi="Nirmala UI" w:eastAsia="Nirmala UI" w:cs="Nirmala UI"/>
        </w:rPr>
        <w:t>ହୁଅନ୍ତି।</w:t>
      </w:r>
      <w:r>
        <w:rPr>
          <w:rFonts w:ascii="Times New Roman" w:hAnsi="Times New Roman" w:eastAsia="Times New Roman" w:cs="Times New Roman"/>
        </w:rPr>
        <w:t xml:space="preserve"> </w:t>
      </w:r>
      <w:r>
        <w:rPr>
          <w:rFonts w:ascii="Nirmala UI" w:hAnsi="Nirmala UI" w:eastAsia="Nirmala UI" w:cs="Nirmala UI"/>
        </w:rPr>
        <w:t>ସେମାନଙ୍କୁ</w:t>
      </w:r>
      <w:r>
        <w:rPr>
          <w:rFonts w:ascii="Times New Roman" w:hAnsi="Times New Roman" w:eastAsia="Times New Roman" w:cs="Times New Roman"/>
        </w:rPr>
        <w:t xml:space="preserve"> </w:t>
      </w:r>
      <w:r>
        <w:rPr>
          <w:rFonts w:ascii="Nirmala UI" w:hAnsi="Nirmala UI" w:eastAsia="Nirmala UI" w:cs="Nirmala UI"/>
        </w:rPr>
        <w:t>ନିଜ</w:t>
      </w:r>
      <w:r>
        <w:rPr>
          <w:rFonts w:ascii="Times New Roman" w:hAnsi="Times New Roman" w:eastAsia="Times New Roman" w:cs="Times New Roman"/>
        </w:rPr>
        <w:t xml:space="preserve"> </w:t>
      </w:r>
      <w:r>
        <w:rPr>
          <w:rFonts w:ascii="Nirmala UI" w:hAnsi="Nirmala UI" w:eastAsia="Nirmala UI" w:cs="Nirmala UI"/>
        </w:rPr>
        <w:t>ପାଦ</w:t>
      </w:r>
      <w:r>
        <w:rPr>
          <w:rFonts w:ascii="Times New Roman" w:hAnsi="Times New Roman" w:eastAsia="Times New Roman" w:cs="Times New Roman"/>
        </w:rPr>
        <w:t xml:space="preserve"> </w:t>
      </w:r>
      <w:r>
        <w:rPr>
          <w:rFonts w:ascii="Nirmala UI" w:hAnsi="Nirmala UI" w:eastAsia="Nirmala UI" w:cs="Nirmala UI"/>
        </w:rPr>
        <w:t>ଉପରେ</w:t>
      </w:r>
      <w:r>
        <w:rPr>
          <w:rFonts w:ascii="Times New Roman" w:hAnsi="Times New Roman" w:eastAsia="Times New Roman" w:cs="Times New Roman"/>
        </w:rPr>
        <w:t xml:space="preserve"> </w:t>
      </w:r>
      <w:r>
        <w:rPr>
          <w:rFonts w:ascii="Nirmala UI" w:hAnsi="Nirmala UI" w:eastAsia="Nirmala UI" w:cs="Nirmala UI"/>
        </w:rPr>
        <w:t>ଦଣ୍ଡାୟମାନ</w:t>
      </w:r>
      <w:r>
        <w:rPr>
          <w:rFonts w:ascii="Times New Roman" w:hAnsi="Times New Roman" w:eastAsia="Times New Roman" w:cs="Times New Roman"/>
        </w:rPr>
        <w:t xml:space="preserve"> </w:t>
      </w:r>
      <w:r>
        <w:rPr>
          <w:rFonts w:ascii="Nirmala UI" w:hAnsi="Nirmala UI" w:eastAsia="Nirmala UI" w:cs="Nirmala UI"/>
        </w:rPr>
        <w:t>କରିଦେଇଥିବା</w:t>
      </w:r>
      <w:r>
        <w:rPr>
          <w:rFonts w:ascii="Times New Roman" w:hAnsi="Times New Roman" w:eastAsia="Times New Roman" w:cs="Times New Roman"/>
        </w:rPr>
        <w:t xml:space="preserve"> </w:t>
      </w:r>
      <w:r>
        <w:rPr>
          <w:rFonts w:ascii="Nirmala UI" w:hAnsi="Nirmala UI" w:eastAsia="Nirmala UI" w:cs="Nirmala UI"/>
        </w:rPr>
        <w:t>ସେହି</w:t>
      </w:r>
      <w:r>
        <w:rPr>
          <w:rFonts w:ascii="Times New Roman" w:hAnsi="Times New Roman" w:eastAsia="Times New Roman" w:cs="Times New Roman"/>
        </w:rPr>
        <w:t xml:space="preserve"> </w:t>
      </w:r>
      <w:r>
        <w:rPr>
          <w:rFonts w:ascii="Nirmala UI" w:hAnsi="Nirmala UI" w:eastAsia="Nirmala UI" w:cs="Nirmala UI"/>
        </w:rPr>
        <w:t>ସାନ୍ତ୍ୱନାଦାତା</w:t>
      </w:r>
      <w:r>
        <w:rPr>
          <w:rFonts w:ascii="Times New Roman" w:hAnsi="Times New Roman" w:eastAsia="Times New Roman" w:cs="Times New Roman"/>
        </w:rPr>
        <w:t xml:space="preserve"> </w:t>
      </w:r>
      <w:r>
        <w:rPr>
          <w:rFonts w:ascii="Nirmala UI" w:hAnsi="Nirmala UI" w:eastAsia="Nirmala UI" w:cs="Nirmala UI"/>
        </w:rPr>
        <w:t>ହେଉଛନ୍ତି।</w:t>
      </w:r>
    </w:p>
    <w:p>
      <w:pPr>
        <w:pStyle w:val="ArticleScripture"/>
        <w:jc w:val="left"/>
      </w:pPr>
      <w:r>
        <w:rPr>
          <w:rFonts w:ascii="Times New Roman" w:hAnsi="Times New Roman" w:eastAsia="Times New Roman" w:cs="Times New Roman"/>
        </w:rPr>
        <w:t>ۋە ئۈچ كۈن يېرىمدىن كېيىن، خۇدادىن كەلگەن ھاياتلىق رۇھى ئۇلارغا كىردى، ۋە ئۇلار پۇتلىرى ئۈستىدە تۇردى؛ ۋە ئۇلارنى كۆرگەنلەرنىڭ ئۈستىگە زور قورقۇنچ چۈشتى. ۋەھىي 11:11.</w:t>
      </w:r>
    </w:p>
    <w:p>
      <w:pPr>
        <w:pStyle w:val="ArticleBody"/>
        <w:jc w:val="left"/>
      </w:pPr>
      <w:r>
        <w:rPr>
          <w:rFonts w:ascii="Times New Roman" w:hAnsi="Times New Roman" w:eastAsia="Times New Roman" w:cs="Times New Roman"/>
        </w:rPr>
        <w:t>Ang pagbangon ng mga patay ay ang unang hakbang sa isang dalawang-hakbang na proseso na nag-aahon sa kanila mula sa kanilang mga libingan upang maging watawat na itinataas sa paghatol ng batas ng Linggo. Nang sila’y tumayo sa kabanata labing-isa, “malaking takot” ang sumapit sa mga nakakita sa kanila.</w:t>
      </w:r>
    </w:p>
    <w:p>
      <w:pPr>
        <w:pStyle w:val="ArticleScripture"/>
        <w:jc w:val="left"/>
      </w:pPr>
      <w:r>
        <w:rPr>
          <w:rFonts w:ascii="Times New Roman" w:hAnsi="Times New Roman" w:eastAsia="Times New Roman" w:cs="Times New Roman"/>
        </w:rPr>
        <w:t>Na u a ḓo fhira a ya hune ha vha fhethu hawe ha tsireledzo nga nṱhani ha nyofho, nahone vhakololo vhawe vha ḓo ofha fhasi ha ndila ya luswayo, hu ralo Yehova, ane mulilo wawe wa vha Tsioni, na tshivhiso tshawe Yerusalema. Yesaya 31:9.</w:t>
      </w:r>
    </w:p>
    <w:p>
      <w:pPr>
        <w:pStyle w:val="ArticleBody"/>
        <w:jc w:val="left"/>
      </w:pPr>
      <w:r>
        <w:rPr>
          <w:rFonts w:ascii="Times New Roman" w:hAnsi="Times New Roman" w:eastAsia="Times New Roman" w:cs="Times New Roman"/>
        </w:rPr>
        <w:t>Миллериттер тарыхындагы Түн ортосундагы кыйкырык кабары экинчи периштенин кабарынын экинчи бөлүгү болгон. Экинчи периштенин кабары ошол кезде Бабылдын кыздары деп таанылган чиркөөлөрдөн миллериттердин бөлүнүп чыгышын пайда кылган, жана ишенимдүүлөр чакырылып, чыгып келип, миллериттер менен бирге турууга үндөлгөн. Ошол кабар аркылуу ишенгендердин бир «денеси» түзүлгөн, андан соң экинчи кадам катары Түн ортосундагы кыйкырык кабары келип, экинчи кабарга кошулуп, ага күч берген. Ошондо миллериттер бул кабарды жер жүзү боюнча ташкындаган толкун сыяктуу алып өткөн кубаттуу аскерге айланган. Бул эки баскычтуу жараян — Аян он сегиздеги эки үн, жана ал Аян он бирдин көчөсүндө өлтүрүлгөн Жезекиилдеги кургак сөөктөрдүн тирилүүсүнүн дал өзүнө тең жараян.</w:t>
      </w:r>
    </w:p>
    <w:p>
      <w:pPr>
        <w:pStyle w:val="ArticleScripture"/>
        <w:jc w:val="left"/>
      </w:pPr>
      <w:r>
        <w:rPr>
          <w:rFonts w:ascii="Times New Roman" w:hAnsi="Times New Roman" w:eastAsia="Times New Roman" w:cs="Times New Roman"/>
        </w:rPr>
        <w:t>«فەرشتەکان نێردران بۆ یارمەتیدانی ئەو فەرشتەی بەهێزەی لە ئاسمانەوە، و من دەنگانم بیست کە وا دیاربوو لە هەموو شوێنێک دەنگ بدەن: لێی دەربچن، ئەی گەلی من، تاکو بەشدار نەبن لە گوناهەکانی، و لە بلاکانی وەرنەگرن؛ چونکە گوناهەکانی گەیشتوونەتە ئاسمان، و خودا تاوانەکانی هێناوەتەوە بیر. ئەم پەیامە وا دیاربوو زیادکراوێک بێت بۆ پەیامی سێیەم، و پێکەوە پەیوەست بوو بەوە، وەک هاواری نیوەشەو پەیوەست بوو بە پەیامی فەرشتەی دووەم لە ساڵی 1844.» Spiritual Gifts, volume 1, 195, 196.</w:t>
      </w:r>
    </w:p>
    <w:p>
      <w:pPr>
        <w:pStyle w:val="ArticleBody"/>
        <w:jc w:val="left"/>
      </w:pPr>
      <w:r>
        <w:rPr>
          <w:rFonts w:ascii="Nirmala UI" w:hAnsi="Nirmala UI" w:eastAsia="Nirmala UI" w:cs="Nirmala UI"/>
        </w:rPr>
        <w:t>ꯃꯄꯥꯟꯗꯒꯤ</w:t>
      </w:r>
      <w:r>
        <w:rPr>
          <w:rFonts w:ascii="Times New Roman" w:hAnsi="Times New Roman" w:eastAsia="Times New Roman" w:cs="Times New Roman"/>
        </w:rPr>
        <w:t xml:space="preserve"> </w:t>
      </w:r>
      <w:r>
        <w:rPr>
          <w:rFonts w:ascii="Nirmala UI" w:hAnsi="Nirmala UI" w:eastAsia="Nirmala UI" w:cs="Nirmala UI"/>
        </w:rPr>
        <w:t>ꯁꯦꯚꯦꯟ</w:t>
      </w:r>
      <w:r>
        <w:rPr>
          <w:rFonts w:ascii="Times New Roman" w:hAnsi="Times New Roman" w:eastAsia="Times New Roman" w:cs="Times New Roman"/>
        </w:rPr>
        <w:t xml:space="preserve"> </w:t>
      </w:r>
      <w:r>
        <w:rPr>
          <w:rFonts w:ascii="Nirmala UI" w:hAnsi="Nirmala UI" w:eastAsia="Nirmala UI" w:cs="Nirmala UI"/>
        </w:rPr>
        <w:t>ꯊꯟꯗꯔꯁꯀꯤ</w:t>
      </w:r>
      <w:r>
        <w:rPr>
          <w:rFonts w:ascii="Times New Roman" w:hAnsi="Times New Roman" w:eastAsia="Times New Roman" w:cs="Times New Roman"/>
        </w:rPr>
        <w:t xml:space="preserve"> </w:t>
      </w:r>
      <w:r>
        <w:rPr>
          <w:rFonts w:ascii="Nirmala UI" w:hAnsi="Nirmala UI" w:eastAsia="Nirmala UI" w:cs="Nirmala UI"/>
        </w:rPr>
        <w:t>ꯂꯣꯠꯂꯤꯕ</w:t>
      </w:r>
      <w:r>
        <w:rPr>
          <w:rFonts w:ascii="Times New Roman" w:hAnsi="Times New Roman" w:eastAsia="Times New Roman" w:cs="Times New Roman"/>
        </w:rPr>
        <w:t xml:space="preserve"> </w:t>
      </w:r>
      <w:r>
        <w:rPr>
          <w:rFonts w:ascii="Nirmala UI" w:hAnsi="Nirmala UI" w:eastAsia="Nirmala UI" w:cs="Nirmala UI"/>
        </w:rPr>
        <w:t>ꯄꯨꯋꯥꯔꯤꯗ</w:t>
      </w:r>
      <w:r>
        <w:rPr>
          <w:rFonts w:ascii="Times New Roman" w:hAnsi="Times New Roman" w:eastAsia="Times New Roman" w:cs="Times New Roman"/>
        </w:rPr>
        <w:t xml:space="preserve"> </w:t>
      </w:r>
      <w:r>
        <w:rPr>
          <w:rFonts w:ascii="Nirmala UI" w:hAnsi="Nirmala UI" w:eastAsia="Nirmala UI" w:cs="Nirmala UI"/>
        </w:rPr>
        <w:t>ꯑꯍꯥꯟꯕ</w:t>
      </w:r>
      <w:r>
        <w:rPr>
          <w:rFonts w:ascii="Times New Roman" w:hAnsi="Times New Roman" w:eastAsia="Times New Roman" w:cs="Times New Roman"/>
        </w:rPr>
        <w:t xml:space="preserve"> </w:t>
      </w:r>
      <w:r>
        <w:rPr>
          <w:rFonts w:ascii="Nirmala UI" w:hAnsi="Nirmala UI" w:eastAsia="Nirmala UI" w:cs="Nirmala UI"/>
        </w:rPr>
        <w:t>ꯋꯦꯃꯥꯔꯛ</w:t>
      </w:r>
      <w:r>
        <w:rPr>
          <w:rFonts w:ascii="Times New Roman" w:hAnsi="Times New Roman" w:eastAsia="Times New Roman" w:cs="Times New Roman"/>
        </w:rPr>
        <w:t xml:space="preserve"> </w:t>
      </w:r>
      <w:r>
        <w:rPr>
          <w:rFonts w:ascii="Nirmala UI" w:hAnsi="Nirmala UI" w:eastAsia="Nirmala UI" w:cs="Nirmala UI"/>
        </w:rPr>
        <w:t>ꯑꯁꯤ</w:t>
      </w:r>
      <w:r>
        <w:rPr>
          <w:rFonts w:ascii="Times New Roman" w:hAnsi="Times New Roman" w:eastAsia="Times New Roman" w:cs="Times New Roman"/>
        </w:rPr>
        <w:t xml:space="preserve">, </w:t>
      </w:r>
      <w:r>
        <w:rPr>
          <w:rFonts w:ascii="Nirmala UI" w:hAnsi="Nirmala UI" w:eastAsia="Nirmala UI" w:cs="Nirmala UI"/>
        </w:rPr>
        <w:t>ꯂꯦꯄꯊꯣꯛꯄ</w:t>
      </w:r>
      <w:r>
        <w:rPr>
          <w:rFonts w:ascii="Times New Roman" w:hAnsi="Times New Roman" w:eastAsia="Times New Roman" w:cs="Times New Roman"/>
        </w:rPr>
        <w:t xml:space="preserve"> </w:t>
      </w:r>
      <w:r>
        <w:rPr>
          <w:rFonts w:ascii="Nirmala UI" w:hAnsi="Nirmala UI" w:eastAsia="Nirmala UI" w:cs="Nirmala UI"/>
        </w:rPr>
        <w:t>ꯑꯁꯤꯅ</w:t>
      </w:r>
      <w:r>
        <w:rPr>
          <w:rFonts w:ascii="Times New Roman" w:hAnsi="Times New Roman" w:eastAsia="Times New Roman" w:cs="Times New Roman"/>
        </w:rPr>
        <w:t xml:space="preserve"> </w:t>
      </w:r>
      <w:r>
        <w:rPr>
          <w:rFonts w:ascii="Nirmala UI" w:hAnsi="Nirmala UI" w:eastAsia="Nirmala UI" w:cs="Nirmala UI"/>
        </w:rPr>
        <w:t>ꯑꯗꯨꯒ</w:t>
      </w:r>
      <w:r>
        <w:rPr>
          <w:rFonts w:ascii="Times New Roman" w:hAnsi="Times New Roman" w:eastAsia="Times New Roman" w:cs="Times New Roman"/>
        </w:rPr>
        <w:t xml:space="preserve"> </w:t>
      </w:r>
      <w:r>
        <w:rPr>
          <w:rFonts w:ascii="Nirmala UI" w:hAnsi="Nirmala UI" w:eastAsia="Nirmala UI" w:cs="Nirmala UI"/>
        </w:rPr>
        <w:t>ꯇꯥꯔꯤꯡ</w:t>
      </w:r>
      <w:r>
        <w:rPr>
          <w:rFonts w:ascii="Times New Roman" w:hAnsi="Times New Roman" w:eastAsia="Times New Roman" w:cs="Times New Roman"/>
        </w:rPr>
        <w:t xml:space="preserve"> </w:t>
      </w:r>
      <w:r>
        <w:rPr>
          <w:rFonts w:ascii="Nirmala UI" w:hAnsi="Nirmala UI" w:eastAsia="Nirmala UI" w:cs="Nirmala UI"/>
        </w:rPr>
        <w:t>ꯇꯥꯏꯝ</w:t>
      </w:r>
      <w:r>
        <w:rPr>
          <w:rFonts w:ascii="Times New Roman" w:hAnsi="Times New Roman" w:eastAsia="Times New Roman" w:cs="Times New Roman"/>
        </w:rPr>
        <w:t xml:space="preserve"> </w:t>
      </w:r>
      <w:r>
        <w:rPr>
          <w:rFonts w:ascii="Nirmala UI" w:hAnsi="Nirmala UI" w:eastAsia="Nirmala UI" w:cs="Nirmala UI"/>
        </w:rPr>
        <w:t>ꯍꯧꯗꯣꯛꯄ</w:t>
      </w:r>
      <w:r>
        <w:rPr>
          <w:rFonts w:ascii="Times New Roman" w:hAnsi="Times New Roman" w:eastAsia="Times New Roman" w:cs="Times New Roman"/>
        </w:rPr>
        <w:t xml:space="preserve"> </w:t>
      </w:r>
      <w:r>
        <w:rPr>
          <w:rFonts w:ascii="Nirmala UI" w:hAnsi="Nirmala UI" w:eastAsia="Nirmala UI" w:cs="Nirmala UI"/>
        </w:rPr>
        <w:t>ꯑꯁꯤꯅꯤ꯫</w:t>
      </w:r>
      <w:r>
        <w:rPr>
          <w:rFonts w:ascii="Times New Roman" w:hAnsi="Times New Roman" w:eastAsia="Times New Roman" w:cs="Times New Roman"/>
        </w:rPr>
        <w:t xml:space="preserve"> </w:t>
      </w:r>
      <w:r>
        <w:rPr>
          <w:rFonts w:ascii="Nirmala UI" w:hAnsi="Nirmala UI" w:eastAsia="Nirmala UI" w:cs="Nirmala UI"/>
        </w:rPr>
        <w:t>ꯇꯥꯔꯤꯡ</w:t>
      </w:r>
      <w:r>
        <w:rPr>
          <w:rFonts w:ascii="Times New Roman" w:hAnsi="Times New Roman" w:eastAsia="Times New Roman" w:cs="Times New Roman"/>
        </w:rPr>
        <w:t xml:space="preserve"> </w:t>
      </w:r>
      <w:r>
        <w:rPr>
          <w:rFonts w:ascii="Nirmala UI" w:hAnsi="Nirmala UI" w:eastAsia="Nirmala UI" w:cs="Nirmala UI"/>
        </w:rPr>
        <w:t>ꯇꯥꯏꯝ</w:t>
      </w:r>
      <w:r>
        <w:rPr>
          <w:rFonts w:ascii="Times New Roman" w:hAnsi="Times New Roman" w:eastAsia="Times New Roman" w:cs="Times New Roman"/>
        </w:rPr>
        <w:t xml:space="preserve"> </w:t>
      </w:r>
      <w:r>
        <w:rPr>
          <w:rFonts w:ascii="Nirmala UI" w:hAnsi="Nirmala UI" w:eastAsia="Nirmala UI" w:cs="Nirmala UI"/>
        </w:rPr>
        <w:t>ꯑꯁꯤ</w:t>
      </w:r>
      <w:r>
        <w:rPr>
          <w:rFonts w:ascii="Times New Roman" w:hAnsi="Times New Roman" w:eastAsia="Times New Roman" w:cs="Times New Roman"/>
        </w:rPr>
        <w:t xml:space="preserve"> </w:t>
      </w:r>
      <w:r>
        <w:rPr>
          <w:rFonts w:ascii="Nirmala UI" w:hAnsi="Nirmala UI" w:eastAsia="Nirmala UI" w:cs="Nirmala UI"/>
        </w:rPr>
        <w:t>ꯃꯇꯝ</w:t>
      </w:r>
      <w:r>
        <w:rPr>
          <w:rFonts w:ascii="Times New Roman" w:hAnsi="Times New Roman" w:eastAsia="Times New Roman" w:cs="Times New Roman"/>
        </w:rPr>
        <w:t xml:space="preserve"> </w:t>
      </w:r>
      <w:r>
        <w:rPr>
          <w:rFonts w:ascii="Nirmala UI" w:hAnsi="Nirmala UI" w:eastAsia="Nirmala UI" w:cs="Nirmala UI"/>
        </w:rPr>
        <w:t>ꯃꯄꯨꯡ</w:t>
      </w:r>
      <w:r>
        <w:rPr>
          <w:rFonts w:ascii="Times New Roman" w:hAnsi="Times New Roman" w:eastAsia="Times New Roman" w:cs="Times New Roman"/>
        </w:rPr>
        <w:t xml:space="preserve"> </w:t>
      </w:r>
      <w:r>
        <w:rPr>
          <w:rFonts w:ascii="Nirmala UI" w:hAnsi="Nirmala UI" w:eastAsia="Nirmala UI" w:cs="Nirmala UI"/>
        </w:rPr>
        <w:t>ꯑꯃꯥꯅꯤ</w:t>
      </w:r>
      <w:r>
        <w:rPr>
          <w:rFonts w:ascii="Times New Roman" w:hAnsi="Times New Roman" w:eastAsia="Times New Roman" w:cs="Times New Roman"/>
        </w:rPr>
        <w:t xml:space="preserve">, </w:t>
      </w:r>
      <w:r>
        <w:rPr>
          <w:rFonts w:ascii="Nirmala UI" w:hAnsi="Nirmala UI" w:eastAsia="Nirmala UI" w:cs="Nirmala UI"/>
        </w:rPr>
        <w:t>ꯃꯁꯤ</w:t>
      </w:r>
      <w:r>
        <w:rPr>
          <w:rFonts w:ascii="Times New Roman" w:hAnsi="Times New Roman" w:eastAsia="Times New Roman" w:cs="Times New Roman"/>
        </w:rPr>
        <w:t xml:space="preserve"> </w:t>
      </w:r>
      <w:r>
        <w:rPr>
          <w:rFonts w:ascii="Nirmala UI" w:hAnsi="Nirmala UI" w:eastAsia="Nirmala UI" w:cs="Nirmala UI"/>
        </w:rPr>
        <w:t>ꯑꯍꯨꯝ</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ꯑꯋꯥꯔꯤ</w:t>
      </w:r>
      <w:r>
        <w:rPr>
          <w:rFonts w:ascii="Times New Roman" w:hAnsi="Times New Roman" w:eastAsia="Times New Roman" w:cs="Times New Roman"/>
        </w:rPr>
        <w:t xml:space="preserve"> </w:t>
      </w:r>
      <w:r>
        <w:rPr>
          <w:rFonts w:ascii="Nirmala UI" w:hAnsi="Nirmala UI" w:eastAsia="Nirmala UI" w:cs="Nirmala UI"/>
        </w:rPr>
        <w:t>ꯅꯨꯃꯤꯠ</w:t>
      </w:r>
      <w:r>
        <w:rPr>
          <w:rFonts w:ascii="Times New Roman" w:hAnsi="Times New Roman" w:eastAsia="Times New Roman" w:cs="Times New Roman"/>
        </w:rPr>
        <w:t xml:space="preserve"> </w:t>
      </w:r>
      <w:r>
        <w:rPr>
          <w:rFonts w:ascii="Nirmala UI" w:hAnsi="Nirmala UI" w:eastAsia="Nirmala UI" w:cs="Nirmala UI"/>
        </w:rPr>
        <w:t>ꯑꯣꯏꯅ</w:t>
      </w:r>
      <w:r>
        <w:rPr>
          <w:rFonts w:ascii="Times New Roman" w:hAnsi="Times New Roman" w:eastAsia="Times New Roman" w:cs="Times New Roman"/>
        </w:rPr>
        <w:t xml:space="preserve"> </w:t>
      </w:r>
      <w:r>
        <w:rPr>
          <w:rFonts w:ascii="Nirmala UI" w:hAnsi="Nirmala UI" w:eastAsia="Nirmala UI" w:cs="Nirmala UI"/>
        </w:rPr>
        <w:t>ꯃꯤꯁꯛ</w:t>
      </w:r>
      <w:r>
        <w:rPr>
          <w:rFonts w:ascii="Times New Roman" w:hAnsi="Times New Roman" w:eastAsia="Times New Roman" w:cs="Times New Roman"/>
        </w:rPr>
        <w:t xml:space="preserve"> </w:t>
      </w:r>
      <w:r>
        <w:rPr>
          <w:rFonts w:ascii="Nirmala UI" w:hAnsi="Nirmala UI" w:eastAsia="Nirmala UI" w:cs="Nirmala UI"/>
        </w:rPr>
        <w:t>ꯄꯤꯔꯛꯄ</w:t>
      </w:r>
      <w:r>
        <w:rPr>
          <w:rFonts w:ascii="Times New Roman" w:hAnsi="Times New Roman" w:eastAsia="Times New Roman" w:cs="Times New Roman"/>
        </w:rPr>
        <w:t xml:space="preserve"> </w:t>
      </w:r>
      <w:r>
        <w:rPr>
          <w:rFonts w:ascii="Nirmala UI" w:hAnsi="Nirmala UI" w:eastAsia="Nirmala UI" w:cs="Nirmala UI"/>
        </w:rPr>
        <w:t>ꯑꯃꯗꯤ</w:t>
      </w:r>
      <w:r>
        <w:rPr>
          <w:rFonts w:ascii="Times New Roman" w:hAnsi="Times New Roman" w:eastAsia="Times New Roman" w:cs="Times New Roman"/>
        </w:rPr>
        <w:t xml:space="preserve">, </w:t>
      </w:r>
      <w:r>
        <w:rPr>
          <w:rFonts w:ascii="Nirmala UI" w:hAnsi="Nirmala UI" w:eastAsia="Nirmala UI" w:cs="Nirmala UI"/>
        </w:rPr>
        <w:t>ꯃꯁꯤ</w:t>
      </w:r>
      <w:r>
        <w:rPr>
          <w:rFonts w:ascii="Times New Roman" w:hAnsi="Times New Roman" w:eastAsia="Times New Roman" w:cs="Times New Roman"/>
        </w:rPr>
        <w:t xml:space="preserve"> </w:t>
      </w:r>
      <w:r>
        <w:rPr>
          <w:rFonts w:ascii="Nirmala UI" w:hAnsi="Nirmala UI" w:eastAsia="Nirmala UI" w:cs="Nirmala UI"/>
        </w:rPr>
        <w:t>ꯂꯝꯍꯥꯡꯕꯒꯤ</w:t>
      </w:r>
      <w:r>
        <w:rPr>
          <w:rFonts w:ascii="Times New Roman" w:hAnsi="Times New Roman" w:eastAsia="Times New Roman" w:cs="Times New Roman"/>
        </w:rPr>
        <w:t xml:space="preserve"> </w:t>
      </w:r>
      <w:r>
        <w:rPr>
          <w:rFonts w:ascii="Nirmala UI" w:hAnsi="Nirmala UI" w:eastAsia="Nirmala UI" w:cs="Nirmala UI"/>
        </w:rPr>
        <w:t>ꯃꯤꯁꯛ</w:t>
      </w:r>
      <w:r>
        <w:rPr>
          <w:rFonts w:ascii="Times New Roman" w:hAnsi="Times New Roman" w:eastAsia="Times New Roman" w:cs="Times New Roman"/>
        </w:rPr>
        <w:t xml:space="preserve"> </w:t>
      </w:r>
      <w:r>
        <w:rPr>
          <w:rFonts w:ascii="Nirmala UI" w:hAnsi="Nirmala UI" w:eastAsia="Nirmala UI" w:cs="Nirmala UI"/>
        </w:rPr>
        <w:t>ꯑꯃꯅꯤ꯫</w:t>
      </w:r>
      <w:r>
        <w:rPr>
          <w:rFonts w:ascii="Times New Roman" w:hAnsi="Times New Roman" w:eastAsia="Times New Roman" w:cs="Times New Roman"/>
        </w:rPr>
        <w:t xml:space="preserve"> </w:t>
      </w:r>
      <w:r>
        <w:rPr>
          <w:rFonts w:ascii="Nirmala UI" w:hAnsi="Nirmala UI" w:eastAsia="Nirmala UI" w:cs="Nirmala UI"/>
        </w:rPr>
        <w:t>ꯂꯝꯍꯥꯡꯕꯗ</w:t>
      </w:r>
      <w:r>
        <w:rPr>
          <w:rFonts w:ascii="Times New Roman" w:hAnsi="Times New Roman" w:eastAsia="Times New Roman" w:cs="Times New Roman"/>
        </w:rPr>
        <w:t xml:space="preserve"> </w:t>
      </w:r>
      <w:r>
        <w:rPr>
          <w:rFonts w:ascii="Nirmala UI" w:hAnsi="Nirmala UI" w:eastAsia="Nirmala UI" w:cs="Nirmala UI"/>
        </w:rPr>
        <w:t>ꯆꯍꯤ</w:t>
      </w:r>
      <w:r>
        <w:rPr>
          <w:rFonts w:ascii="Times New Roman" w:hAnsi="Times New Roman" w:eastAsia="Times New Roman" w:cs="Times New Roman"/>
        </w:rPr>
        <w:t xml:space="preserve"> </w:t>
      </w:r>
      <w:r>
        <w:rPr>
          <w:rFonts w:ascii="Nirmala UI" w:hAnsi="Nirmala UI" w:eastAsia="Nirmala UI" w:cs="Nirmala UI"/>
        </w:rPr>
        <w:t>ꯃꯔꯤ</w:t>
      </w:r>
      <w:r>
        <w:rPr>
          <w:rFonts w:ascii="Times New Roman" w:hAnsi="Times New Roman" w:eastAsia="Times New Roman" w:cs="Times New Roman"/>
        </w:rPr>
        <w:t xml:space="preserve"> </w:t>
      </w:r>
      <w:r>
        <w:rPr>
          <w:rFonts w:ascii="Nirmala UI" w:hAnsi="Nirmala UI" w:eastAsia="Nirmala UI" w:cs="Nirmala UI"/>
        </w:rPr>
        <w:t>ꯍꯤꯔꯤ</w:t>
      </w:r>
      <w:r>
        <w:rPr>
          <w:rFonts w:ascii="Times New Roman" w:hAnsi="Times New Roman" w:eastAsia="Times New Roman" w:cs="Times New Roman"/>
        </w:rPr>
        <w:t xml:space="preserve"> </w:t>
      </w:r>
      <w:r>
        <w:rPr>
          <w:rFonts w:ascii="Nirmala UI" w:hAnsi="Nirmala UI" w:eastAsia="Nirmala UI" w:cs="Nirmala UI"/>
        </w:rPr>
        <w:t>ꯍꯤꯔꯤ</w:t>
      </w:r>
      <w:r>
        <w:rPr>
          <w:rFonts w:ascii="Times New Roman" w:hAnsi="Times New Roman" w:eastAsia="Times New Roman" w:cs="Times New Roman"/>
        </w:rPr>
        <w:t xml:space="preserve"> </w:t>
      </w:r>
      <w:r>
        <w:rPr>
          <w:rFonts w:ascii="Nirmala UI" w:hAnsi="Nirmala UI" w:eastAsia="Nirmala UI" w:cs="Nirmala UI"/>
        </w:rPr>
        <w:t>ꯆꯠꯄ</w:t>
      </w:r>
      <w:r>
        <w:rPr>
          <w:rFonts w:ascii="Times New Roman" w:hAnsi="Times New Roman" w:eastAsia="Times New Roman" w:cs="Times New Roman"/>
        </w:rPr>
        <w:t xml:space="preserve"> </w:t>
      </w:r>
      <w:r>
        <w:rPr>
          <w:rFonts w:ascii="Nirmala UI" w:hAnsi="Nirmala UI" w:eastAsia="Nirmala UI" w:cs="Nirmala UI"/>
        </w:rPr>
        <w:t>ꯂꯣꯏꯔꯕ</w:t>
      </w:r>
      <w:r>
        <w:rPr>
          <w:rFonts w:ascii="Times New Roman" w:hAnsi="Times New Roman" w:eastAsia="Times New Roman" w:cs="Times New Roman"/>
        </w:rPr>
        <w:t xml:space="preserve"> </w:t>
      </w:r>
      <w:r>
        <w:rPr>
          <w:rFonts w:ascii="Nirmala UI" w:hAnsi="Nirmala UI" w:eastAsia="Nirmala UI" w:cs="Nirmala UI"/>
        </w:rPr>
        <w:t>ꯃꯇꯨꯡꯗ</w:t>
      </w:r>
      <w:r>
        <w:rPr>
          <w:rFonts w:ascii="Times New Roman" w:hAnsi="Times New Roman" w:eastAsia="Times New Roman" w:cs="Times New Roman"/>
        </w:rPr>
        <w:t xml:space="preserve">, </w:t>
      </w:r>
      <w:r>
        <w:rPr>
          <w:rFonts w:ascii="Nirmala UI" w:hAnsi="Nirmala UI" w:eastAsia="Nirmala UI" w:cs="Nirmala UI"/>
        </w:rPr>
        <w:t>ꯖꯣꯁꯨꯋꯥꯅ</w:t>
      </w:r>
      <w:r>
        <w:rPr>
          <w:rFonts w:ascii="Times New Roman" w:hAnsi="Times New Roman" w:eastAsia="Times New Roman" w:cs="Times New Roman"/>
        </w:rPr>
        <w:t xml:space="preserve"> </w:t>
      </w:r>
      <w:r>
        <w:rPr>
          <w:rFonts w:ascii="Nirmala UI" w:hAnsi="Nirmala UI" w:eastAsia="Nirmala UI" w:cs="Nirmala UI"/>
        </w:rPr>
        <w:t>ꯑꯉꯥꯡ</w:t>
      </w:r>
      <w:r>
        <w:rPr>
          <w:rFonts w:ascii="Times New Roman" w:hAnsi="Times New Roman" w:eastAsia="Times New Roman" w:cs="Times New Roman"/>
        </w:rPr>
        <w:t xml:space="preserve"> </w:t>
      </w:r>
      <w:r>
        <w:rPr>
          <w:rFonts w:ascii="Nirmala UI" w:hAnsi="Nirmala UI" w:eastAsia="Nirmala UI" w:cs="Nirmala UI"/>
        </w:rPr>
        <w:t>ꯑꯁꯦꯡꯕ</w:t>
      </w:r>
      <w:r>
        <w:rPr>
          <w:rFonts w:ascii="Times New Roman" w:hAnsi="Times New Roman" w:eastAsia="Times New Roman" w:cs="Times New Roman"/>
        </w:rPr>
        <w:t xml:space="preserve"> </w:t>
      </w:r>
      <w:r>
        <w:rPr>
          <w:rFonts w:ascii="Nirmala UI" w:hAnsi="Nirmala UI" w:eastAsia="Nirmala UI" w:cs="Nirmala UI"/>
        </w:rPr>
        <w:t>ꯂꯥꯟꯃꯤ</w:t>
      </w:r>
      <w:r>
        <w:rPr>
          <w:rFonts w:ascii="Times New Roman" w:hAnsi="Times New Roman" w:eastAsia="Times New Roman" w:cs="Times New Roman"/>
        </w:rPr>
        <w:t xml:space="preserve"> </w:t>
      </w:r>
      <w:r>
        <w:rPr>
          <w:rFonts w:ascii="Nirmala UI" w:hAnsi="Nirmala UI" w:eastAsia="Nirmala UI" w:cs="Nirmala UI"/>
        </w:rPr>
        <w:t>ꯑꯃ</w:t>
      </w:r>
      <w:r>
        <w:rPr>
          <w:rFonts w:ascii="Times New Roman" w:hAnsi="Times New Roman" w:eastAsia="Times New Roman" w:cs="Times New Roman"/>
        </w:rPr>
        <w:t xml:space="preserve"> </w:t>
      </w:r>
      <w:r>
        <w:rPr>
          <w:rFonts w:ascii="Nirmala UI" w:hAnsi="Nirmala UI" w:eastAsia="Nirmala UI" w:cs="Nirmala UI"/>
        </w:rPr>
        <w:t>ꯆꯤꯡꯕꯤꯅ</w:t>
      </w:r>
      <w:r>
        <w:rPr>
          <w:rFonts w:ascii="Times New Roman" w:hAnsi="Times New Roman" w:eastAsia="Times New Roman" w:cs="Times New Roman"/>
        </w:rPr>
        <w:t xml:space="preserve"> </w:t>
      </w:r>
      <w:r>
        <w:rPr>
          <w:rFonts w:ascii="Nirmala UI" w:hAnsi="Nirmala UI" w:eastAsia="Nirmala UI" w:cs="Nirmala UI"/>
        </w:rPr>
        <w:t>ꯄ꯭ꯔꯣꯃꯤꯁꯠ</w:t>
      </w:r>
      <w:r>
        <w:rPr>
          <w:rFonts w:ascii="Times New Roman" w:hAnsi="Times New Roman" w:eastAsia="Times New Roman" w:cs="Times New Roman"/>
        </w:rPr>
        <w:t xml:space="preserve"> </w:t>
      </w:r>
      <w:r>
        <w:rPr>
          <w:rFonts w:ascii="Nirmala UI" w:hAnsi="Nirmala UI" w:eastAsia="Nirmala UI" w:cs="Nirmala UI"/>
        </w:rPr>
        <w:t>ꯂꯦꯟꯗ</w:t>
      </w:r>
      <w:r>
        <w:rPr>
          <w:rFonts w:ascii="Times New Roman" w:hAnsi="Times New Roman" w:eastAsia="Times New Roman" w:cs="Times New Roman"/>
        </w:rPr>
        <w:t xml:space="preserve"> </w:t>
      </w:r>
      <w:r>
        <w:rPr>
          <w:rFonts w:ascii="Nirmala UI" w:hAnsi="Nirmala UI" w:eastAsia="Nirmala UI" w:cs="Nirmala UI"/>
        </w:rPr>
        <w:t>ꯆꯥꯠꯂꯛꯈꯤ꯫</w:t>
      </w:r>
      <w:r>
        <w:rPr>
          <w:rFonts w:ascii="Times New Roman" w:hAnsi="Times New Roman" w:eastAsia="Times New Roman" w:cs="Times New Roman"/>
        </w:rPr>
        <w:t xml:space="preserve"> </w:t>
      </w:r>
      <w:r>
        <w:rPr>
          <w:rFonts w:ascii="Nirmala UI" w:hAnsi="Nirmala UI" w:eastAsia="Nirmala UI" w:cs="Nirmala UI"/>
        </w:rPr>
        <w:t>ꯑꯍꯨꯝ</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ꯑꯋꯥꯔꯤ</w:t>
      </w:r>
      <w:r>
        <w:rPr>
          <w:rFonts w:ascii="Times New Roman" w:hAnsi="Times New Roman" w:eastAsia="Times New Roman" w:cs="Times New Roman"/>
        </w:rPr>
        <w:t xml:space="preserve"> </w:t>
      </w:r>
      <w:r>
        <w:rPr>
          <w:rFonts w:ascii="Nirmala UI" w:hAnsi="Nirmala UI" w:eastAsia="Nirmala UI" w:cs="Nirmala UI"/>
        </w:rPr>
        <w:t>ꯅꯨꯃꯤꯠ</w:t>
      </w:r>
      <w:r>
        <w:rPr>
          <w:rFonts w:ascii="Times New Roman" w:hAnsi="Times New Roman" w:eastAsia="Times New Roman" w:cs="Times New Roman"/>
        </w:rPr>
        <w:t xml:space="preserve"> </w:t>
      </w:r>
      <w:r>
        <w:rPr>
          <w:rFonts w:ascii="Nirmala UI" w:hAnsi="Nirmala UI" w:eastAsia="Nirmala UI" w:cs="Nirmala UI"/>
        </w:rPr>
        <w:t>ꯂꯣꯏꯔꯕ</w:t>
      </w:r>
      <w:r>
        <w:rPr>
          <w:rFonts w:ascii="Times New Roman" w:hAnsi="Times New Roman" w:eastAsia="Times New Roman" w:cs="Times New Roman"/>
        </w:rPr>
        <w:t xml:space="preserve"> </w:t>
      </w:r>
      <w:r>
        <w:rPr>
          <w:rFonts w:ascii="Nirmala UI" w:hAnsi="Nirmala UI" w:eastAsia="Nirmala UI" w:cs="Nirmala UI"/>
        </w:rPr>
        <w:t>ꯃꯇꯨꯡꯗ</w:t>
      </w:r>
      <w:r>
        <w:rPr>
          <w:rFonts w:ascii="Times New Roman" w:hAnsi="Times New Roman" w:eastAsia="Times New Roman" w:cs="Times New Roman"/>
        </w:rPr>
        <w:t xml:space="preserve">, </w:t>
      </w:r>
      <w:r>
        <w:rPr>
          <w:rFonts w:ascii="Nirmala UI" w:hAnsi="Nirmala UI" w:eastAsia="Nirmala UI" w:cs="Nirmala UI"/>
        </w:rPr>
        <w:t>ꯏꯖꯦꯛꯤꯌꯦꯜꯕꯨ</w:t>
      </w:r>
      <w:r>
        <w:rPr>
          <w:rFonts w:ascii="Times New Roman" w:hAnsi="Times New Roman" w:eastAsia="Times New Roman" w:cs="Times New Roman"/>
        </w:rPr>
        <w:t xml:space="preserve"> </w:t>
      </w:r>
      <w:r>
        <w:rPr>
          <w:rFonts w:ascii="Nirmala UI" w:hAnsi="Nirmala UI" w:eastAsia="Nirmala UI" w:cs="Nirmala UI"/>
        </w:rPr>
        <w:t>ꯁꯤꯕꯒꯤ</w:t>
      </w:r>
      <w:r>
        <w:rPr>
          <w:rFonts w:ascii="Times New Roman" w:hAnsi="Times New Roman" w:eastAsia="Times New Roman" w:cs="Times New Roman"/>
        </w:rPr>
        <w:t xml:space="preserve"> </w:t>
      </w:r>
      <w:r>
        <w:rPr>
          <w:rFonts w:ascii="Nirmala UI" w:hAnsi="Nirmala UI" w:eastAsia="Nirmala UI" w:cs="Nirmala UI"/>
        </w:rPr>
        <w:t>ꯊꯪꯈꯪꯗ</w:t>
      </w:r>
      <w:r>
        <w:rPr>
          <w:rFonts w:ascii="Times New Roman" w:hAnsi="Times New Roman" w:eastAsia="Times New Roman" w:cs="Times New Roman"/>
        </w:rPr>
        <w:t xml:space="preserve"> </w:t>
      </w:r>
      <w:r>
        <w:rPr>
          <w:rFonts w:ascii="Nirmala UI" w:hAnsi="Nirmala UI" w:eastAsia="Nirmala UI" w:cs="Nirmala UI"/>
        </w:rPr>
        <w:t>ꯄꯨꯈ꯭ꯔꯦ</w:t>
      </w:r>
      <w:r>
        <w:rPr>
          <w:rFonts w:ascii="Times New Roman" w:hAnsi="Times New Roman" w:eastAsia="Times New Roman" w:cs="Times New Roman"/>
        </w:rPr>
        <w:t xml:space="preserve">, </w:t>
      </w:r>
      <w:r>
        <w:rPr>
          <w:rFonts w:ascii="Nirmala UI" w:hAnsi="Nirmala UI" w:eastAsia="Nirmala UI" w:cs="Nirmala UI"/>
        </w:rPr>
        <w:t>ꯑꯗꯨꯒ</w:t>
      </w:r>
      <w:r>
        <w:rPr>
          <w:rFonts w:ascii="Times New Roman" w:hAnsi="Times New Roman" w:eastAsia="Times New Roman" w:cs="Times New Roman"/>
        </w:rPr>
        <w:t xml:space="preserve"> </w:t>
      </w:r>
      <w:r>
        <w:rPr>
          <w:rFonts w:ascii="Nirmala UI" w:hAnsi="Nirmala UI" w:eastAsia="Nirmala UI" w:cs="Nirmala UI"/>
        </w:rPr>
        <w:t>ꯁꯤꯕ</w:t>
      </w:r>
      <w:r>
        <w:rPr>
          <w:rFonts w:ascii="Times New Roman" w:hAnsi="Times New Roman" w:eastAsia="Times New Roman" w:cs="Times New Roman"/>
        </w:rPr>
        <w:t xml:space="preserve"> </w:t>
      </w:r>
      <w:r>
        <w:rPr>
          <w:rFonts w:ascii="Nirmala UI" w:hAnsi="Nirmala UI" w:eastAsia="Nirmala UI" w:cs="Nirmala UI"/>
        </w:rPr>
        <w:t>ꯍꯥꯞꯄꯁꯤꯡꯗ</w:t>
      </w:r>
      <w:r>
        <w:rPr>
          <w:rFonts w:ascii="Times New Roman" w:hAnsi="Times New Roman" w:eastAsia="Times New Roman" w:cs="Times New Roman"/>
        </w:rPr>
        <w:t xml:space="preserve"> “</w:t>
      </w:r>
      <w:r>
        <w:rPr>
          <w:rFonts w:ascii="Nirmala UI" w:hAnsi="Nirmala UI" w:eastAsia="Nirmala UI" w:cs="Nirmala UI"/>
        </w:rPr>
        <w:t>ꯃꯄꯨꯡ</w:t>
      </w:r>
      <w:r>
        <w:rPr>
          <w:rFonts w:ascii="Times New Roman" w:hAnsi="Times New Roman" w:eastAsia="Times New Roman" w:cs="Times New Roman"/>
        </w:rPr>
        <w:t xml:space="preserve"> </w:t>
      </w:r>
      <w:r>
        <w:rPr>
          <w:rFonts w:ascii="Nirmala UI" w:hAnsi="Nirmala UI" w:eastAsia="Nirmala UI" w:cs="Nirmala UI"/>
        </w:rPr>
        <w:t>ꯑꯁꯤꯒꯤ</w:t>
      </w:r>
      <w:r>
        <w:rPr>
          <w:rFonts w:ascii="Times New Roman" w:hAnsi="Times New Roman" w:eastAsia="Times New Roman" w:cs="Times New Roman"/>
        </w:rPr>
        <w:t xml:space="preserve"> </w:t>
      </w:r>
      <w:r>
        <w:rPr>
          <w:rFonts w:ascii="Nirmala UI" w:hAnsi="Nirmala UI" w:eastAsia="Nirmala UI" w:cs="Nirmala UI"/>
        </w:rPr>
        <w:t>ꯋꯥꯈꯜ</w:t>
      </w:r>
      <w:r>
        <w:rPr>
          <w:rFonts w:ascii="Times New Roman" w:hAnsi="Times New Roman" w:eastAsia="Times New Roman" w:cs="Times New Roman"/>
        </w:rPr>
        <w:t xml:space="preserve"> </w:t>
      </w:r>
      <w:r>
        <w:rPr>
          <w:rFonts w:ascii="Nirmala UI" w:hAnsi="Nirmala UI" w:eastAsia="Nirmala UI" w:cs="Nirmala UI"/>
        </w:rPr>
        <w:t>ꯇꯥꯕꯤꯌꯨ</w:t>
      </w:r>
      <w:r>
        <w:rPr>
          <w:rFonts w:ascii="Times New Roman" w:hAnsi="Times New Roman" w:eastAsia="Times New Roman" w:cs="Times New Roman"/>
        </w:rPr>
        <w:t xml:space="preserve">” </w:t>
      </w:r>
      <w:r>
        <w:rPr>
          <w:rFonts w:ascii="Nirmala UI" w:hAnsi="Nirmala UI" w:eastAsia="Nirmala UI" w:cs="Nirmala UI"/>
        </w:rPr>
        <w:t>ꯍꯥꯏꯅ</w:t>
      </w:r>
      <w:r>
        <w:rPr>
          <w:rFonts w:ascii="Times New Roman" w:hAnsi="Times New Roman" w:eastAsia="Times New Roman" w:cs="Times New Roman"/>
        </w:rPr>
        <w:t xml:space="preserve"> </w:t>
      </w:r>
      <w:r>
        <w:rPr>
          <w:rFonts w:ascii="Nirmala UI" w:hAnsi="Nirmala UI" w:eastAsia="Nirmala UI" w:cs="Nirmala UI"/>
        </w:rPr>
        <w:t>ꯌꯥꯟꯕꯥ</w:t>
      </w:r>
      <w:r>
        <w:rPr>
          <w:rFonts w:ascii="Times New Roman" w:hAnsi="Times New Roman" w:eastAsia="Times New Roman" w:cs="Times New Roman"/>
        </w:rPr>
        <w:t xml:space="preserve"> </w:t>
      </w:r>
      <w:r>
        <w:rPr>
          <w:rFonts w:ascii="Nirmala UI" w:hAnsi="Nirmala UI" w:eastAsia="Nirmala UI" w:cs="Nirmala UI"/>
        </w:rPr>
        <w:t>ꯄꯤꯕꯤꯔꯦ꯫</w:t>
      </w:r>
      <w:r>
        <w:rPr>
          <w:rFonts w:ascii="Times New Roman" w:hAnsi="Times New Roman" w:eastAsia="Times New Roman" w:cs="Times New Roman"/>
        </w:rPr>
        <w:t xml:space="preserve"> </w:t>
      </w:r>
      <w:r>
        <w:rPr>
          <w:rFonts w:ascii="Nirmala UI" w:hAnsi="Nirmala UI" w:eastAsia="Nirmala UI" w:cs="Nirmala UI"/>
        </w:rPr>
        <w:t>ꯏꯖꯦꯛꯤꯌꯦꯜ</w:t>
      </w:r>
      <w:r>
        <w:rPr>
          <w:rFonts w:ascii="Times New Roman" w:hAnsi="Times New Roman" w:eastAsia="Times New Roman" w:cs="Times New Roman"/>
        </w:rPr>
        <w:t xml:space="preserve"> </w:t>
      </w:r>
      <w:r>
        <w:rPr>
          <w:rFonts w:ascii="Nirmala UI" w:hAnsi="Nirmala UI" w:eastAsia="Nirmala UI" w:cs="Nirmala UI"/>
        </w:rPr>
        <w:t>ꯑꯁꯤ</w:t>
      </w:r>
      <w:r>
        <w:rPr>
          <w:rFonts w:ascii="Times New Roman" w:hAnsi="Times New Roman" w:eastAsia="Times New Roman" w:cs="Times New Roman"/>
        </w:rPr>
        <w:t xml:space="preserve"> </w:t>
      </w:r>
      <w:r>
        <w:rPr>
          <w:rFonts w:ascii="Nirmala UI" w:hAnsi="Nirmala UI" w:eastAsia="Nirmala UI" w:cs="Nirmala UI"/>
        </w:rPr>
        <w:t>ꯂꯝꯍꯥꯡꯕꯗ</w:t>
      </w:r>
      <w:r>
        <w:rPr>
          <w:rFonts w:ascii="Times New Roman" w:hAnsi="Times New Roman" w:eastAsia="Times New Roman" w:cs="Times New Roman"/>
        </w:rPr>
        <w:t xml:space="preserve"> </w:t>
      </w:r>
      <w:r>
        <w:rPr>
          <w:rFonts w:ascii="Nirmala UI" w:hAnsi="Nirmala UI" w:eastAsia="Nirmala UI" w:cs="Nirmala UI"/>
        </w:rPr>
        <w:t>ꯀꯧꯊꯣꯛꯄ</w:t>
      </w:r>
      <w:r>
        <w:rPr>
          <w:rFonts w:ascii="Times New Roman" w:hAnsi="Times New Roman" w:eastAsia="Times New Roman" w:cs="Times New Roman"/>
        </w:rPr>
        <w:t xml:space="preserve"> “</w:t>
      </w:r>
      <w:r>
        <w:rPr>
          <w:rFonts w:ascii="Nirmala UI" w:hAnsi="Nirmala UI" w:eastAsia="Nirmala UI" w:cs="Nirmala UI"/>
        </w:rPr>
        <w:t>ꯈꯣꯟꯖꯦꯜ</w:t>
      </w:r>
      <w:r>
        <w:rPr>
          <w:rFonts w:ascii="Times New Roman" w:hAnsi="Times New Roman" w:eastAsia="Times New Roman" w:cs="Times New Roman"/>
        </w:rPr>
        <w:t xml:space="preserve">” </w:t>
      </w:r>
      <w:r>
        <w:rPr>
          <w:rFonts w:ascii="Nirmala UI" w:hAnsi="Nirmala UI" w:eastAsia="Nirmala UI" w:cs="Nirmala UI"/>
        </w:rPr>
        <w:t>ꯑꯃꯅꯤ꯫</w:t>
      </w:r>
      <w:r>
        <w:rPr>
          <w:rFonts w:ascii="Times New Roman" w:hAnsi="Times New Roman" w:eastAsia="Times New Roman" w:cs="Times New Roman"/>
        </w:rPr>
        <w:t xml:space="preserve"> “</w:t>
      </w:r>
      <w:r>
        <w:rPr>
          <w:rFonts w:ascii="Nirmala UI" w:hAnsi="Nirmala UI" w:eastAsia="Nirmala UI" w:cs="Nirmala UI"/>
        </w:rPr>
        <w:t>ꯃꯄꯨꯡ</w:t>
      </w:r>
      <w:r>
        <w:rPr>
          <w:rFonts w:ascii="Times New Roman" w:hAnsi="Times New Roman" w:eastAsia="Times New Roman" w:cs="Times New Roman"/>
        </w:rPr>
        <w:t xml:space="preserve"> </w:t>
      </w:r>
      <w:r>
        <w:rPr>
          <w:rFonts w:ascii="Nirmala UI" w:hAnsi="Nirmala UI" w:eastAsia="Nirmala UI" w:cs="Nirmala UI"/>
        </w:rPr>
        <w:t>ꯑꯁꯤꯒꯤ</w:t>
      </w:r>
      <w:r>
        <w:rPr>
          <w:rFonts w:ascii="Times New Roman" w:hAnsi="Times New Roman" w:eastAsia="Times New Roman" w:cs="Times New Roman"/>
        </w:rPr>
        <w:t xml:space="preserve"> </w:t>
      </w:r>
      <w:r>
        <w:rPr>
          <w:rFonts w:ascii="Nirmala UI" w:hAnsi="Nirmala UI" w:eastAsia="Nirmala UI" w:cs="Nirmala UI"/>
        </w:rPr>
        <w:t>ꯋꯥꯈꯜ</w:t>
      </w:r>
      <w:r>
        <w:rPr>
          <w:rFonts w:ascii="Times New Roman" w:hAnsi="Times New Roman" w:eastAsia="Times New Roman" w:cs="Times New Roman"/>
        </w:rPr>
        <w:t xml:space="preserve">” </w:t>
      </w:r>
      <w:r>
        <w:rPr>
          <w:rFonts w:ascii="Nirmala UI" w:hAnsi="Nirmala UI" w:eastAsia="Nirmala UI" w:cs="Nirmala UI"/>
        </w:rPr>
        <w:t>ꯇꯥꯕꯤꯌꯨ</w:t>
      </w:r>
      <w:r>
        <w:rPr>
          <w:rFonts w:ascii="Times New Roman" w:hAnsi="Times New Roman" w:eastAsia="Times New Roman" w:cs="Times New Roman"/>
        </w:rPr>
        <w:t xml:space="preserve"> </w:t>
      </w:r>
      <w:r>
        <w:rPr>
          <w:rFonts w:ascii="Nirmala UI" w:hAnsi="Nirmala UI" w:eastAsia="Nirmala UI" w:cs="Nirmala UI"/>
        </w:rPr>
        <w:t>ꯍꯥꯏꯕ</w:t>
      </w:r>
      <w:r>
        <w:rPr>
          <w:rFonts w:ascii="Times New Roman" w:hAnsi="Times New Roman" w:eastAsia="Times New Roman" w:cs="Times New Roman"/>
        </w:rPr>
        <w:t xml:space="preserve"> </w:t>
      </w:r>
      <w:r>
        <w:rPr>
          <w:rFonts w:ascii="Nirmala UI" w:hAnsi="Nirmala UI" w:eastAsia="Nirmala UI" w:cs="Nirmala UI"/>
        </w:rPr>
        <w:t>ꯌꯥꯟꯕ</w:t>
      </w:r>
      <w:r>
        <w:rPr>
          <w:rFonts w:ascii="Times New Roman" w:hAnsi="Times New Roman" w:eastAsia="Times New Roman" w:cs="Times New Roman"/>
        </w:rPr>
        <w:t xml:space="preserve"> </w:t>
      </w:r>
      <w:r>
        <w:rPr>
          <w:rFonts w:ascii="Nirmala UI" w:hAnsi="Nirmala UI" w:eastAsia="Nirmala UI" w:cs="Nirmala UI"/>
        </w:rPr>
        <w:t>ꯑꯁꯤꯅ</w:t>
      </w:r>
      <w:r>
        <w:rPr>
          <w:rFonts w:ascii="Times New Roman" w:hAnsi="Times New Roman" w:eastAsia="Times New Roman" w:cs="Times New Roman"/>
        </w:rPr>
        <w:t xml:space="preserve"> </w:t>
      </w:r>
      <w:r>
        <w:rPr>
          <w:rFonts w:ascii="Nirmala UI" w:hAnsi="Nirmala UI" w:eastAsia="Nirmala UI" w:cs="Nirmala UI"/>
        </w:rPr>
        <w:t>ꯍꯥꯞꯄꯁꯤꯡꯒꯤ</w:t>
      </w:r>
      <w:r>
        <w:rPr>
          <w:rFonts w:ascii="Times New Roman" w:hAnsi="Times New Roman" w:eastAsia="Times New Roman" w:cs="Times New Roman"/>
        </w:rPr>
        <w:t xml:space="preserve"> </w:t>
      </w:r>
      <w:r>
        <w:rPr>
          <w:rFonts w:ascii="Nirmala UI" w:hAnsi="Nirmala UI" w:eastAsia="Nirmala UI" w:cs="Nirmala UI"/>
        </w:rPr>
        <w:t>ꯈꯨꯠꯁꯝ</w:t>
      </w:r>
      <w:r>
        <w:rPr>
          <w:rFonts w:ascii="Times New Roman" w:hAnsi="Times New Roman" w:eastAsia="Times New Roman" w:cs="Times New Roman"/>
        </w:rPr>
        <w:t xml:space="preserve"> </w:t>
      </w:r>
      <w:r>
        <w:rPr>
          <w:rFonts w:ascii="Nirmala UI" w:hAnsi="Nirmala UI" w:eastAsia="Nirmala UI" w:cs="Nirmala UI"/>
        </w:rPr>
        <w:t>ꯑꯄꯨꯟꯕ</w:t>
      </w:r>
      <w:r>
        <w:rPr>
          <w:rFonts w:ascii="Times New Roman" w:hAnsi="Times New Roman" w:eastAsia="Times New Roman" w:cs="Times New Roman"/>
        </w:rPr>
        <w:t xml:space="preserve"> </w:t>
      </w:r>
      <w:r>
        <w:rPr>
          <w:rFonts w:ascii="Nirmala UI" w:hAnsi="Nirmala UI" w:eastAsia="Nirmala UI" w:cs="Nirmala UI"/>
        </w:rPr>
        <w:t>ꯄꯨꯟꯅꯕ</w:t>
      </w:r>
      <w:r>
        <w:rPr>
          <w:rFonts w:ascii="Times New Roman" w:hAnsi="Times New Roman" w:eastAsia="Times New Roman" w:cs="Times New Roman"/>
        </w:rPr>
        <w:t xml:space="preserve"> </w:t>
      </w:r>
      <w:r>
        <w:rPr>
          <w:rFonts w:ascii="Nirmala UI" w:hAnsi="Nirmala UI" w:eastAsia="Nirmala UI" w:cs="Nirmala UI"/>
        </w:rPr>
        <w:t>ꯄꯨꯔꯛꯄꯤ</w:t>
      </w:r>
      <w:r>
        <w:rPr>
          <w:rFonts w:ascii="Times New Roman" w:hAnsi="Times New Roman" w:eastAsia="Times New Roman" w:cs="Times New Roman"/>
        </w:rPr>
        <w:t xml:space="preserve">, </w:t>
      </w:r>
      <w:r>
        <w:rPr>
          <w:rFonts w:ascii="Nirmala UI" w:hAnsi="Nirmala UI" w:eastAsia="Nirmala UI" w:cs="Nirmala UI"/>
        </w:rPr>
        <w:t>ꯑꯗꯨꯕꯨ</w:t>
      </w:r>
      <w:r>
        <w:rPr>
          <w:rFonts w:ascii="Times New Roman" w:hAnsi="Times New Roman" w:eastAsia="Times New Roman" w:cs="Times New Roman"/>
        </w:rPr>
        <w:t xml:space="preserve"> </w:t>
      </w:r>
      <w:r>
        <w:rPr>
          <w:rFonts w:ascii="Nirmala UI" w:hAnsi="Nirmala UI" w:eastAsia="Nirmala UI" w:cs="Nirmala UI"/>
        </w:rPr>
        <w:t>ꯃꯈꯣꯏ</w:t>
      </w:r>
      <w:r>
        <w:rPr>
          <w:rFonts w:ascii="Times New Roman" w:hAnsi="Times New Roman" w:eastAsia="Times New Roman" w:cs="Times New Roman"/>
        </w:rPr>
        <w:t xml:space="preserve"> </w:t>
      </w:r>
      <w:r>
        <w:rPr>
          <w:rFonts w:ascii="Nirmala UI" w:hAnsi="Nirmala UI" w:eastAsia="Nirmala UI" w:cs="Nirmala UI"/>
        </w:rPr>
        <w:t>ꯍꯧꯖꯤꯛ</w:t>
      </w:r>
      <w:r>
        <w:rPr>
          <w:rFonts w:ascii="Times New Roman" w:hAnsi="Times New Roman" w:eastAsia="Times New Roman" w:cs="Times New Roman"/>
        </w:rPr>
        <w:t xml:space="preserve"> </w:t>
      </w:r>
      <w:r>
        <w:rPr>
          <w:rFonts w:ascii="Nirmala UI" w:hAnsi="Nirmala UI" w:eastAsia="Nirmala UI" w:cs="Nirmala UI"/>
        </w:rPr>
        <w:t>ꯍꯤꯡꯂꯤꯇ꯭ꯔꯦ</w:t>
      </w:r>
      <w:r>
        <w:rPr>
          <w:rFonts w:ascii="Times New Roman" w:hAnsi="Times New Roman" w:eastAsia="Times New Roman" w:cs="Times New Roman"/>
        </w:rPr>
        <w:t xml:space="preserve">, </w:t>
      </w:r>
      <w:r>
        <w:rPr>
          <w:rFonts w:ascii="Nirmala UI" w:hAnsi="Nirmala UI" w:eastAsia="Nirmala UI" w:cs="Nirmala UI"/>
        </w:rPr>
        <w:t>ꯃꯈꯣꯏ</w:t>
      </w:r>
      <w:r>
        <w:rPr>
          <w:rFonts w:ascii="Times New Roman" w:hAnsi="Times New Roman" w:eastAsia="Times New Roman" w:cs="Times New Roman"/>
        </w:rPr>
        <w:t xml:space="preserve"> </w:t>
      </w:r>
      <w:r>
        <w:rPr>
          <w:rFonts w:ascii="Nirmala UI" w:hAnsi="Nirmala UI" w:eastAsia="Nirmala UI" w:cs="Nirmala UI"/>
        </w:rPr>
        <w:t>ꯍꯧꯖꯤꯛ</w:t>
      </w:r>
      <w:r>
        <w:rPr>
          <w:rFonts w:ascii="Times New Roman" w:hAnsi="Times New Roman" w:eastAsia="Times New Roman" w:cs="Times New Roman"/>
        </w:rPr>
        <w:t xml:space="preserve"> </w:t>
      </w:r>
      <w:r>
        <w:rPr>
          <w:rFonts w:ascii="Nirmala UI" w:hAnsi="Nirmala UI" w:eastAsia="Nirmala UI" w:cs="Nirmala UI"/>
        </w:rPr>
        <w:t>ꯂꯥꯟꯃꯤ</w:t>
      </w:r>
      <w:r>
        <w:rPr>
          <w:rFonts w:ascii="Times New Roman" w:hAnsi="Times New Roman" w:eastAsia="Times New Roman" w:cs="Times New Roman"/>
        </w:rPr>
        <w:t xml:space="preserve"> </w:t>
      </w:r>
      <w:r>
        <w:rPr>
          <w:rFonts w:ascii="Nirmala UI" w:hAnsi="Nirmala UI" w:eastAsia="Nirmala UI" w:cs="Nirmala UI"/>
        </w:rPr>
        <w:t>ꯑꯃ</w:t>
      </w:r>
      <w:r>
        <w:rPr>
          <w:rFonts w:ascii="Times New Roman" w:hAnsi="Times New Roman" w:eastAsia="Times New Roman" w:cs="Times New Roman"/>
        </w:rPr>
        <w:t xml:space="preserve"> </w:t>
      </w:r>
      <w:r>
        <w:rPr>
          <w:rFonts w:ascii="Nirmala UI" w:hAnsi="Nirmala UI" w:eastAsia="Nirmala UI" w:cs="Nirmala UI"/>
        </w:rPr>
        <w:t>ꯑꯣꯏꯇ꯭ꯔꯦ</w:t>
      </w:r>
      <w:r>
        <w:rPr>
          <w:rFonts w:ascii="Times New Roman" w:hAnsi="Times New Roman" w:eastAsia="Times New Roman" w:cs="Times New Roman"/>
        </w:rPr>
        <w:t xml:space="preserve">, </w:t>
      </w:r>
      <w:r>
        <w:rPr>
          <w:rFonts w:ascii="Nirmala UI" w:hAnsi="Nirmala UI" w:eastAsia="Nirmala UI" w:cs="Nirmala UI"/>
        </w:rPr>
        <w:t>ꯃꯈꯣꯏ</w:t>
      </w:r>
      <w:r>
        <w:rPr>
          <w:rFonts w:ascii="Times New Roman" w:hAnsi="Times New Roman" w:eastAsia="Times New Roman" w:cs="Times New Roman"/>
        </w:rPr>
        <w:t xml:space="preserve"> </w:t>
      </w:r>
      <w:r>
        <w:rPr>
          <w:rFonts w:ascii="Nirmala UI" w:hAnsi="Nirmala UI" w:eastAsia="Nirmala UI" w:cs="Nirmala UI"/>
        </w:rPr>
        <w:t>ꯍꯧꯖꯤꯛ</w:t>
      </w:r>
      <w:r>
        <w:rPr>
          <w:rFonts w:ascii="Times New Roman" w:hAnsi="Times New Roman" w:eastAsia="Times New Roman" w:cs="Times New Roman"/>
        </w:rPr>
        <w:t xml:space="preserve"> </w:t>
      </w:r>
      <w:r>
        <w:rPr>
          <w:rFonts w:ascii="Nirmala UI" w:hAnsi="Nirmala UI" w:eastAsia="Nirmala UI" w:cs="Nirmala UI"/>
        </w:rPr>
        <w:t>ꯁꯤꯜ</w:t>
      </w:r>
      <w:r>
        <w:rPr>
          <w:rFonts w:ascii="Times New Roman" w:hAnsi="Times New Roman" w:eastAsia="Times New Roman" w:cs="Times New Roman"/>
        </w:rPr>
        <w:t xml:space="preserve"> </w:t>
      </w:r>
      <w:r>
        <w:rPr>
          <w:rFonts w:ascii="Nirmala UI" w:hAnsi="Nirmala UI" w:eastAsia="Nirmala UI" w:cs="Nirmala UI"/>
        </w:rPr>
        <w:t>ꯇꯧꯔꯕ</w:t>
      </w:r>
      <w:r>
        <w:rPr>
          <w:rFonts w:ascii="Times New Roman" w:hAnsi="Times New Roman" w:eastAsia="Times New Roman" w:cs="Times New Roman"/>
        </w:rPr>
        <w:t xml:space="preserve"> </w:t>
      </w:r>
      <w:r>
        <w:rPr>
          <w:rFonts w:ascii="Nirmala UI" w:hAnsi="Nirmala UI" w:eastAsia="Nirmala UI" w:cs="Nirmala UI"/>
        </w:rPr>
        <w:t>ꯑꯣꯏꯇ꯭ꯔꯦ꯫</w:t>
      </w:r>
      <w:r>
        <w:rPr>
          <w:rFonts w:ascii="Times New Roman" w:hAnsi="Times New Roman" w:eastAsia="Times New Roman" w:cs="Times New Roman"/>
        </w:rPr>
        <w:t xml:space="preserve"> </w:t>
      </w:r>
      <w:r>
        <w:rPr>
          <w:rFonts w:ascii="Nirmala UI" w:hAnsi="Nirmala UI" w:eastAsia="Nirmala UI" w:cs="Nirmala UI"/>
        </w:rPr>
        <w:t>ꯆꯦꯞꯇꯔ</w:t>
      </w:r>
      <w:r>
        <w:rPr>
          <w:rFonts w:ascii="Times New Roman" w:hAnsi="Times New Roman" w:eastAsia="Times New Roman" w:cs="Times New Roman"/>
        </w:rPr>
        <w:t xml:space="preserve"> </w:t>
      </w:r>
      <w:r>
        <w:rPr>
          <w:rFonts w:ascii="Nirmala UI" w:hAnsi="Nirmala UI" w:eastAsia="Nirmala UI" w:cs="Nirmala UI"/>
        </w:rPr>
        <w:t>ꯑꯅꯤꯗ</w:t>
      </w:r>
      <w:r>
        <w:rPr>
          <w:rFonts w:ascii="Times New Roman" w:hAnsi="Times New Roman" w:eastAsia="Times New Roman" w:cs="Times New Roman"/>
        </w:rPr>
        <w:t xml:space="preserve"> </w:t>
      </w:r>
      <w:r>
        <w:rPr>
          <w:rFonts w:ascii="Nirmala UI" w:hAnsi="Nirmala UI" w:eastAsia="Nirmala UI" w:cs="Nirmala UI"/>
        </w:rPr>
        <w:t>ꯏꯖꯦꯛꯤꯌꯦꯜꯅ</w:t>
      </w:r>
      <w:r>
        <w:rPr>
          <w:rFonts w:ascii="Times New Roman" w:hAnsi="Times New Roman" w:eastAsia="Times New Roman" w:cs="Times New Roman"/>
        </w:rPr>
        <w:t xml:space="preserve"> </w:t>
      </w:r>
      <w:r>
        <w:rPr>
          <w:rFonts w:ascii="Nirmala UI" w:hAnsi="Nirmala UI" w:eastAsia="Nirmala UI" w:cs="Nirmala UI"/>
        </w:rPr>
        <w:t>ꯍꯥꯏꯈꯤꯕ</w:t>
      </w:r>
      <w:r>
        <w:rPr>
          <w:rFonts w:ascii="Times New Roman" w:hAnsi="Times New Roman" w:eastAsia="Times New Roman" w:cs="Times New Roman"/>
        </w:rPr>
        <w:t xml:space="preserve"> “</w:t>
      </w:r>
      <w:r>
        <w:rPr>
          <w:rFonts w:ascii="Nirmala UI" w:hAnsi="Nirmala UI" w:eastAsia="Nirmala UI" w:cs="Nirmala UI"/>
        </w:rPr>
        <w:t>ꯃꯄꯨꯡ</w:t>
      </w:r>
      <w:r>
        <w:rPr>
          <w:rFonts w:ascii="Times New Roman" w:hAnsi="Times New Roman" w:eastAsia="Times New Roman" w:cs="Times New Roman"/>
        </w:rPr>
        <w:t xml:space="preserve"> </w:t>
      </w:r>
      <w:r>
        <w:rPr>
          <w:rFonts w:ascii="Nirmala UI" w:hAnsi="Nirmala UI" w:eastAsia="Nirmala UI" w:cs="Nirmala UI"/>
        </w:rPr>
        <w:t>ꯑꯁꯤꯒꯤ</w:t>
      </w:r>
      <w:r>
        <w:rPr>
          <w:rFonts w:ascii="Times New Roman" w:hAnsi="Times New Roman" w:eastAsia="Times New Roman" w:cs="Times New Roman"/>
        </w:rPr>
        <w:t xml:space="preserve"> </w:t>
      </w:r>
      <w:r>
        <w:rPr>
          <w:rFonts w:ascii="Nirmala UI" w:hAnsi="Nirmala UI" w:eastAsia="Nirmala UI" w:cs="Nirmala UI"/>
        </w:rPr>
        <w:t>ꯋꯥꯈꯜ</w:t>
      </w:r>
      <w:r>
        <w:rPr>
          <w:rFonts w:ascii="Times New Roman" w:hAnsi="Times New Roman" w:eastAsia="Times New Roman" w:cs="Times New Roman"/>
        </w:rPr>
        <w:t xml:space="preserve">” </w:t>
      </w:r>
      <w:r>
        <w:rPr>
          <w:rFonts w:ascii="Nirmala UI" w:hAnsi="Nirmala UI" w:eastAsia="Nirmala UI" w:cs="Nirmala UI"/>
        </w:rPr>
        <w:t>ꯑꯁꯤꯅ</w:t>
      </w:r>
      <w:r>
        <w:rPr>
          <w:rFonts w:ascii="Times New Roman" w:hAnsi="Times New Roman" w:eastAsia="Times New Roman" w:cs="Times New Roman"/>
        </w:rPr>
        <w:t xml:space="preserve">, </w:t>
      </w:r>
      <w:r>
        <w:rPr>
          <w:rFonts w:ascii="Nirmala UI" w:hAnsi="Nirmala UI" w:eastAsia="Nirmala UI" w:cs="Nirmala UI"/>
        </w:rPr>
        <w:t>ꯀꯝꯐꯣꯔꯇꯔ</w:t>
      </w:r>
      <w:r>
        <w:rPr>
          <w:rFonts w:ascii="Times New Roman" w:hAnsi="Times New Roman" w:eastAsia="Times New Roman" w:cs="Times New Roman"/>
        </w:rPr>
        <w:t xml:space="preserve"> </w:t>
      </w:r>
      <w:r>
        <w:rPr>
          <w:rFonts w:ascii="Nirmala UI" w:hAnsi="Nirmala UI" w:eastAsia="Nirmala UI" w:cs="Nirmala UI"/>
        </w:rPr>
        <w:t>ꯂꯥꯛꯄ</w:t>
      </w:r>
      <w:r>
        <w:rPr>
          <w:rFonts w:ascii="Times New Roman" w:hAnsi="Times New Roman" w:eastAsia="Times New Roman" w:cs="Times New Roman"/>
        </w:rPr>
        <w:t xml:space="preserve"> </w:t>
      </w:r>
      <w:r>
        <w:rPr>
          <w:rFonts w:ascii="Nirmala UI" w:hAnsi="Nirmala UI" w:eastAsia="Nirmala UI" w:cs="Nirmala UI"/>
        </w:rPr>
        <w:t>ꯃꯇꯝꯗ</w:t>
      </w:r>
      <w:r>
        <w:rPr>
          <w:rFonts w:ascii="Times New Roman" w:hAnsi="Times New Roman" w:eastAsia="Times New Roman" w:cs="Times New Roman"/>
        </w:rPr>
        <w:t xml:space="preserve"> </w:t>
      </w:r>
      <w:r>
        <w:rPr>
          <w:rFonts w:ascii="Nirmala UI" w:hAnsi="Nirmala UI" w:eastAsia="Nirmala UI" w:cs="Nirmala UI"/>
        </w:rPr>
        <w:t>ꯏꯁ꯭ꯋꯔꯒꯤ</w:t>
      </w:r>
      <w:r>
        <w:rPr>
          <w:rFonts w:ascii="Times New Roman" w:hAnsi="Times New Roman" w:eastAsia="Times New Roman" w:cs="Times New Roman"/>
        </w:rPr>
        <w:t xml:space="preserve"> </w:t>
      </w:r>
      <w:r>
        <w:rPr>
          <w:rFonts w:ascii="Nirmala UI" w:hAnsi="Nirmala UI" w:eastAsia="Nirmala UI" w:cs="Nirmala UI"/>
        </w:rPr>
        <w:t>ꯃꯤꯌꯣꯏꯁꯤꯡꯅ</w:t>
      </w:r>
      <w:r>
        <w:rPr>
          <w:rFonts w:ascii="Times New Roman" w:hAnsi="Times New Roman" w:eastAsia="Times New Roman" w:cs="Times New Roman"/>
        </w:rPr>
        <w:t xml:space="preserve"> </w:t>
      </w:r>
      <w:r>
        <w:rPr>
          <w:rFonts w:ascii="Nirmala UI" w:hAnsi="Nirmala UI" w:eastAsia="Nirmala UI" w:cs="Nirmala UI"/>
        </w:rPr>
        <w:t>ꯂꯦꯄ꯭ꯂꯒ</w:t>
      </w:r>
      <w:r>
        <w:rPr>
          <w:rFonts w:ascii="Times New Roman" w:hAnsi="Times New Roman" w:eastAsia="Times New Roman" w:cs="Times New Roman"/>
        </w:rPr>
        <w:t xml:space="preserve"> </w:t>
      </w:r>
      <w:r>
        <w:rPr>
          <w:rFonts w:ascii="Nirmala UI" w:hAnsi="Nirmala UI" w:eastAsia="Nirmala UI" w:cs="Nirmala UI"/>
        </w:rPr>
        <w:t>ꯂꯦꯜꯂꯤ</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ꯃꯈꯣꯏꯅ</w:t>
      </w:r>
      <w:r>
        <w:rPr>
          <w:rFonts w:ascii="Times New Roman" w:hAnsi="Times New Roman" w:eastAsia="Times New Roman" w:cs="Times New Roman"/>
        </w:rPr>
        <w:t xml:space="preserve"> </w:t>
      </w:r>
      <w:r>
        <w:rPr>
          <w:rFonts w:ascii="Nirmala UI" w:hAnsi="Nirmala UI" w:eastAsia="Nirmala UI" w:cs="Nirmala UI"/>
        </w:rPr>
        <w:t>ꯃꯄꯨꯡ</w:t>
      </w:r>
      <w:r>
        <w:rPr>
          <w:rFonts w:ascii="Times New Roman" w:hAnsi="Times New Roman" w:eastAsia="Times New Roman" w:cs="Times New Roman"/>
        </w:rPr>
        <w:t xml:space="preserve"> </w:t>
      </w:r>
      <w:r>
        <w:rPr>
          <w:rFonts w:ascii="Nirmala UI" w:hAnsi="Nirmala UI" w:eastAsia="Nirmala UI" w:cs="Nirmala UI"/>
        </w:rPr>
        <w:t>ꯑꯁꯤꯒꯤ</w:t>
      </w:r>
      <w:r>
        <w:rPr>
          <w:rFonts w:ascii="Times New Roman" w:hAnsi="Times New Roman" w:eastAsia="Times New Roman" w:cs="Times New Roman"/>
        </w:rPr>
        <w:t xml:space="preserve"> </w:t>
      </w:r>
      <w:r>
        <w:rPr>
          <w:rFonts w:ascii="Nirmala UI" w:hAnsi="Nirmala UI" w:eastAsia="Nirmala UI" w:cs="Nirmala UI"/>
        </w:rPr>
        <w:t>ꯋꯥꯈꯜ</w:t>
      </w:r>
      <w:r>
        <w:rPr>
          <w:rFonts w:ascii="Times New Roman" w:hAnsi="Times New Roman" w:eastAsia="Times New Roman" w:cs="Times New Roman"/>
        </w:rPr>
        <w:t xml:space="preserve"> </w:t>
      </w:r>
      <w:r>
        <w:rPr>
          <w:rFonts w:ascii="Nirmala UI" w:hAnsi="Nirmala UI" w:eastAsia="Nirmala UI" w:cs="Nirmala UI"/>
        </w:rPr>
        <w:t>ꯇꯥꯕ</w:t>
      </w:r>
      <w:r>
        <w:rPr>
          <w:rFonts w:ascii="Times New Roman" w:hAnsi="Times New Roman" w:eastAsia="Times New Roman" w:cs="Times New Roman"/>
        </w:rPr>
        <w:t xml:space="preserve"> </w:t>
      </w:r>
      <w:r>
        <w:rPr>
          <w:rFonts w:ascii="Nirmala UI" w:hAnsi="Nirmala UI" w:eastAsia="Nirmala UI" w:cs="Nirmala UI"/>
        </w:rPr>
        <w:t>ꯃꯇꯝ</w:t>
      </w:r>
      <w:r>
        <w:rPr>
          <w:rFonts w:ascii="Times New Roman" w:hAnsi="Times New Roman" w:eastAsia="Times New Roman" w:cs="Times New Roman"/>
        </w:rPr>
        <w:t xml:space="preserve"> </w:t>
      </w:r>
      <w:r>
        <w:rPr>
          <w:rFonts w:ascii="Nirmala UI" w:hAnsi="Nirmala UI" w:eastAsia="Nirmala UI" w:cs="Nirmala UI"/>
        </w:rPr>
        <w:t>ꯑꯗꯨꯗ</w:t>
      </w:r>
      <w:r>
        <w:rPr>
          <w:rFonts w:ascii="Times New Roman" w:hAnsi="Times New Roman" w:eastAsia="Times New Roman" w:cs="Times New Roman"/>
        </w:rPr>
        <w:t xml:space="preserve"> </w:t>
      </w:r>
      <w:r>
        <w:rPr>
          <w:rFonts w:ascii="Nirmala UI" w:hAnsi="Nirmala UI" w:eastAsia="Nirmala UI" w:cs="Nirmala UI"/>
        </w:rPr>
        <w:t>ꯑꯃꯨꯛ</w:t>
      </w:r>
      <w:r>
        <w:rPr>
          <w:rFonts w:ascii="Times New Roman" w:hAnsi="Times New Roman" w:eastAsia="Times New Roman" w:cs="Times New Roman"/>
        </w:rPr>
        <w:t xml:space="preserve"> </w:t>
      </w:r>
      <w:r>
        <w:rPr>
          <w:rFonts w:ascii="Nirmala UI" w:hAnsi="Nirmala UI" w:eastAsia="Nirmala UI" w:cs="Nirmala UI"/>
        </w:rPr>
        <w:t>ꯑꯃꯨꯛ</w:t>
      </w:r>
      <w:r>
        <w:rPr>
          <w:rFonts w:ascii="Times New Roman" w:hAnsi="Times New Roman" w:eastAsia="Times New Roman" w:cs="Times New Roman"/>
        </w:rPr>
        <w:t xml:space="preserve"> </w:t>
      </w:r>
      <w:r>
        <w:rPr>
          <w:rFonts w:ascii="Nirmala UI" w:hAnsi="Nirmala UI" w:eastAsia="Nirmala UI" w:cs="Nirmala UI"/>
        </w:rPr>
        <w:t>ꯑꯣꯏꯅ</w:t>
      </w:r>
      <w:r>
        <w:rPr>
          <w:rFonts w:ascii="Times New Roman" w:hAnsi="Times New Roman" w:eastAsia="Times New Roman" w:cs="Times New Roman"/>
        </w:rPr>
        <w:t xml:space="preserve"> </w:t>
      </w:r>
      <w:r>
        <w:rPr>
          <w:rFonts w:ascii="Nirmala UI" w:hAnsi="Nirmala UI" w:eastAsia="Nirmala UI" w:cs="Nirmala UI"/>
        </w:rPr>
        <w:t>ꯊꯣꯛꯂꯤ</w:t>
      </w:r>
      <w:r>
        <w:rPr>
          <w:rFonts w:ascii="Times New Roman" w:hAnsi="Times New Roman" w:eastAsia="Times New Roman" w:cs="Times New Roman"/>
        </w:rPr>
        <w:t xml:space="preserve"> </w:t>
      </w:r>
      <w:r>
        <w:rPr>
          <w:rFonts w:ascii="Nirmala UI" w:hAnsi="Nirmala UI" w:eastAsia="Nirmala UI" w:cs="Nirmala UI"/>
        </w:rPr>
        <w:t>ꯍꯥꯏꯕ</w:t>
      </w:r>
      <w:r>
        <w:rPr>
          <w:rFonts w:ascii="Times New Roman" w:hAnsi="Times New Roman" w:eastAsia="Times New Roman" w:cs="Times New Roman"/>
        </w:rPr>
        <w:t xml:space="preserve"> </w:t>
      </w:r>
      <w:r>
        <w:rPr>
          <w:rFonts w:ascii="Nirmala UI" w:hAnsi="Nirmala UI" w:eastAsia="Nirmala UI" w:cs="Nirmala UI"/>
        </w:rPr>
        <w:t>ꯄꯨꯡꯗꯣꯛꯏ꯫</w:t>
      </w:r>
      <w:r>
        <w:rPr>
          <w:rFonts w:ascii="Times New Roman" w:hAnsi="Times New Roman" w:eastAsia="Times New Roman" w:cs="Times New Roman"/>
        </w:rPr>
        <w:t xml:space="preserve"> </w:t>
      </w:r>
      <w:r>
        <w:rPr>
          <w:rFonts w:ascii="Nirmala UI" w:hAnsi="Nirmala UI" w:eastAsia="Nirmala UI" w:cs="Nirmala UI"/>
        </w:rPr>
        <w:t>ꯈ꯭ꯔꯥꯏꯁꯇꯅ</w:t>
      </w:r>
      <w:r>
        <w:rPr>
          <w:rFonts w:ascii="Times New Roman" w:hAnsi="Times New Roman" w:eastAsia="Times New Roman" w:cs="Times New Roman"/>
        </w:rPr>
        <w:t xml:space="preserve"> </w:t>
      </w:r>
      <w:r>
        <w:rPr>
          <w:rFonts w:ascii="Nirmala UI" w:hAnsi="Nirmala UI" w:eastAsia="Nirmala UI" w:cs="Nirmala UI"/>
        </w:rPr>
        <w:t>ꯄꯣꯃꯤꯁ</w:t>
      </w:r>
      <w:r>
        <w:rPr>
          <w:rFonts w:ascii="Times New Roman" w:hAnsi="Times New Roman" w:eastAsia="Times New Roman" w:cs="Times New Roman"/>
        </w:rPr>
        <w:t xml:space="preserve"> </w:t>
      </w:r>
      <w:r>
        <w:rPr>
          <w:rFonts w:ascii="Nirmala UI" w:hAnsi="Nirmala UI" w:eastAsia="Nirmala UI" w:cs="Nirmala UI"/>
        </w:rPr>
        <w:t>ꯇꯧꯈꯤ</w:t>
      </w:r>
      <w:r>
        <w:rPr>
          <w:rFonts w:ascii="Times New Roman" w:hAnsi="Times New Roman" w:eastAsia="Times New Roman" w:cs="Times New Roman"/>
        </w:rPr>
        <w:t xml:space="preserve"> </w:t>
      </w:r>
      <w:r>
        <w:rPr>
          <w:rFonts w:ascii="Nirmala UI" w:hAnsi="Nirmala UI" w:eastAsia="Nirmala UI" w:cs="Nirmala UI"/>
        </w:rPr>
        <w:t>ꯃꯁꯥꯒꯤ</w:t>
      </w:r>
      <w:r>
        <w:rPr>
          <w:rFonts w:ascii="Times New Roman" w:hAnsi="Times New Roman" w:eastAsia="Times New Roman" w:cs="Times New Roman"/>
        </w:rPr>
        <w:t xml:space="preserve"> </w:t>
      </w:r>
      <w:r>
        <w:rPr>
          <w:rFonts w:ascii="Nirmala UI" w:hAnsi="Nirmala UI" w:eastAsia="Nirmala UI" w:cs="Nirmala UI"/>
        </w:rPr>
        <w:t>ꯁ꯭ꯇ꯭ꯔꯤꯠꯇ</w:t>
      </w:r>
      <w:r>
        <w:rPr>
          <w:rFonts w:ascii="Times New Roman" w:hAnsi="Times New Roman" w:eastAsia="Times New Roman" w:cs="Times New Roman"/>
        </w:rPr>
        <w:t xml:space="preserve"> </w:t>
      </w:r>
      <w:r>
        <w:rPr>
          <w:rFonts w:ascii="Nirmala UI" w:hAnsi="Nirmala UI" w:eastAsia="Nirmala UI" w:cs="Nirmala UI"/>
        </w:rPr>
        <w:t>ꯃꯍꯥꯛꯁꯤꯡ</w:t>
      </w:r>
      <w:r>
        <w:rPr>
          <w:rFonts w:ascii="Times New Roman" w:hAnsi="Times New Roman" w:eastAsia="Times New Roman" w:cs="Times New Roman"/>
        </w:rPr>
        <w:t xml:space="preserve"> </w:t>
      </w:r>
      <w:r>
        <w:rPr>
          <w:rFonts w:ascii="Nirmala UI" w:hAnsi="Nirmala UI" w:eastAsia="Nirmala UI" w:cs="Nirmala UI"/>
        </w:rPr>
        <w:t>ꯍꯥꯠꯄ</w:t>
      </w:r>
      <w:r>
        <w:rPr>
          <w:rFonts w:ascii="Times New Roman" w:hAnsi="Times New Roman" w:eastAsia="Times New Roman" w:cs="Times New Roman"/>
        </w:rPr>
        <w:t xml:space="preserve"> </w:t>
      </w:r>
      <w:r>
        <w:rPr>
          <w:rFonts w:ascii="Nirmala UI" w:hAnsi="Nirmala UI" w:eastAsia="Nirmala UI" w:cs="Nirmala UI"/>
        </w:rPr>
        <w:t>ꯃꯇꯨꯡꯗ</w:t>
      </w:r>
      <w:r>
        <w:rPr>
          <w:rFonts w:ascii="Times New Roman" w:hAnsi="Times New Roman" w:eastAsia="Times New Roman" w:cs="Times New Roman"/>
        </w:rPr>
        <w:t xml:space="preserve"> </w:t>
      </w:r>
      <w:r>
        <w:rPr>
          <w:rFonts w:ascii="Nirmala UI" w:hAnsi="Nirmala UI" w:eastAsia="Nirmala UI" w:cs="Nirmala UI"/>
        </w:rPr>
        <w:t>ꯑꯍꯨꯝ</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ꯑꯋꯥꯔꯤ</w:t>
      </w:r>
      <w:r>
        <w:rPr>
          <w:rFonts w:ascii="Times New Roman" w:hAnsi="Times New Roman" w:eastAsia="Times New Roman" w:cs="Times New Roman"/>
        </w:rPr>
        <w:t xml:space="preserve"> </w:t>
      </w:r>
      <w:r>
        <w:rPr>
          <w:rFonts w:ascii="Nirmala UI" w:hAnsi="Nirmala UI" w:eastAsia="Nirmala UI" w:cs="Nirmala UI"/>
        </w:rPr>
        <w:t>ꯅꯨꯃꯤꯠ</w:t>
      </w:r>
      <w:r>
        <w:rPr>
          <w:rFonts w:ascii="Times New Roman" w:hAnsi="Times New Roman" w:eastAsia="Times New Roman" w:cs="Times New Roman"/>
        </w:rPr>
        <w:t xml:space="preserve"> </w:t>
      </w:r>
      <w:r>
        <w:rPr>
          <w:rFonts w:ascii="Nirmala UI" w:hAnsi="Nirmala UI" w:eastAsia="Nirmala UI" w:cs="Nirmala UI"/>
        </w:rPr>
        <w:t>ꯂꯣꯏꯔꯕ</w:t>
      </w:r>
      <w:r>
        <w:rPr>
          <w:rFonts w:ascii="Times New Roman" w:hAnsi="Times New Roman" w:eastAsia="Times New Roman" w:cs="Times New Roman"/>
        </w:rPr>
        <w:t xml:space="preserve"> </w:t>
      </w:r>
      <w:r>
        <w:rPr>
          <w:rFonts w:ascii="Nirmala UI" w:hAnsi="Nirmala UI" w:eastAsia="Nirmala UI" w:cs="Nirmala UI"/>
        </w:rPr>
        <w:t>ꯃꯇꯨꯡꯗ</w:t>
      </w:r>
      <w:r>
        <w:rPr>
          <w:rFonts w:ascii="Times New Roman" w:hAnsi="Times New Roman" w:eastAsia="Times New Roman" w:cs="Times New Roman"/>
        </w:rPr>
        <w:t xml:space="preserve">, </w:t>
      </w:r>
      <w:r>
        <w:rPr>
          <w:rFonts w:ascii="Nirmala UI" w:hAnsi="Nirmala UI" w:eastAsia="Nirmala UI" w:cs="Nirmala UI"/>
        </w:rPr>
        <w:t>ꯃꯍꯥꯛꯅ</w:t>
      </w:r>
      <w:r>
        <w:rPr>
          <w:rFonts w:ascii="Times New Roman" w:hAnsi="Times New Roman" w:eastAsia="Times New Roman" w:cs="Times New Roman"/>
        </w:rPr>
        <w:t xml:space="preserve"> </w:t>
      </w:r>
      <w:r>
        <w:rPr>
          <w:rFonts w:ascii="Nirmala UI" w:hAnsi="Nirmala UI" w:eastAsia="Nirmala UI" w:cs="Nirmala UI"/>
        </w:rPr>
        <w:t>ꯀꯝꯐꯣꯔꯇꯔ</w:t>
      </w:r>
      <w:r>
        <w:rPr>
          <w:rFonts w:ascii="Times New Roman" w:hAnsi="Times New Roman" w:eastAsia="Times New Roman" w:cs="Times New Roman"/>
        </w:rPr>
        <w:t xml:space="preserve"> </w:t>
      </w:r>
      <w:r>
        <w:rPr>
          <w:rFonts w:ascii="Nirmala UI" w:hAnsi="Nirmala UI" w:eastAsia="Nirmala UI" w:cs="Nirmala UI"/>
        </w:rPr>
        <w:t>ꯊꯥꯗꯣꯛꯂꯒꯅꯤ꯫</w:t>
      </w:r>
    </w:p>
    <w:p>
      <w:pPr>
        <w:pStyle w:val="ArticleBody"/>
        <w:jc w:val="left"/>
      </w:pPr>
      <w:r>
        <w:rPr>
          <w:rFonts w:ascii="Times New Roman" w:hAnsi="Times New Roman" w:eastAsia="Times New Roman" w:cs="Times New Roman"/>
        </w:rPr>
        <w:t>Тік тұрғаннан кейін, «әлі тірі емес» денелерге екінші бір пайғамбарлық беріледі. Ишаядағы «шөлде айқайлаушының даусы» өзіне айқайлап жариялауы тиіс пайғамбарлықтың не екенін сұрайды. Езекиелге де, Ишая қырықтағы «дауысқа» да ұсыну бұйырылған «хабар» — Исламның хабары. Сол пайғамбарлық жеткізілген кезде, «Адам» құдіретті бір әскер болып тіріледі. Сонда тірі екі куәгер жуырда қабылданатын жексенбілік заңның қабылдануына байланысты, Америка Құрама Штаттарына Исламның үкімі туралы хабарды жариялайды. Жексенбілік заңның үкімі — жеті күн күркіреуінің жасырын тарихындағы үшінші жол-белгі. Ол орындалғанда, әскер көкке белгі ретінде көтеріліп, Аян он төртте бейнеленеді.</w:t>
      </w:r>
    </w:p>
    <w:p>
      <w:pPr>
        <w:pStyle w:val="ArticleScripture"/>
        <w:jc w:val="left"/>
      </w:pPr>
      <w:r>
        <w:rPr>
          <w:rFonts w:ascii="Times New Roman" w:hAnsi="Times New Roman" w:eastAsia="Times New Roman" w:cs="Times New Roman"/>
        </w:rPr>
        <w:t>“Nkaroon ako iti maysa a kapadasan iti umuna, maikadua, ken maikatlo a mensahe dagiti anghel. Dagiti anghel ket naiparangda a kas agtaytayab iti tengnga ti langit, nga ipakpakda iti lubong ti maysa a mensahe ti pammagbaga, ken adda diretso a pakaigapuan na kadagiti tattao nga agbiag kadagiti maudi nga aldaw ti pakasaritaan daytoy daga. Awan ti makangngeg iti timek dagitoy nga anghel, ta isuda ket maysa a simbolo a mangipakita kadagiti tattao ti Dios nga agtrabtrabaho a maitunos iti uniberso ti langit. Dagiti lallaki ken babbai, a nasilnaganda babaen ti Espiritu ti Dios ken napasantos babaen ti kinapudno, ipakpakdada dagiti tallo a mensahe iti umno a pannakaurnosda.” Selected Messages, libro 2, 387.</w:t>
      </w:r>
    </w:p>
    <w:p>
      <w:pPr>
        <w:pStyle w:val="ArticleBody"/>
        <w:jc w:val="left"/>
      </w:pPr>
      <w:r>
        <w:rPr>
          <w:rFonts w:ascii="Times New Roman" w:hAnsi="Times New Roman" w:eastAsia="Times New Roman" w:cs="Times New Roman"/>
        </w:rPr>
        <w:t>A bandera a ser levantada yaʼe pe mbojapyha ánhel oveháva yvága mbyte rupi, omomarandúva yvyporakuérape ani hag̃ua oguerovia mymba vai rembiu. Pe ehérsito mbarete osegi oikuaauka upe marandu ko yvy ape ári, peve Miguel opuʼã ha yvypóra aravo poravo oñemboty.</w:t>
      </w:r>
    </w:p>
    <w:p>
      <w:pPr>
        <w:pStyle w:val="ArticleBody"/>
        <w:jc w:val="left"/>
      </w:pPr>
      <w:r>
        <w:rPr>
          <w:rFonts w:ascii="Nirmala UI" w:hAnsi="Nirmala UI" w:eastAsia="Nirmala UI" w:cs="Nirmala UI"/>
        </w:rPr>
        <w:t>ꯑꯩꯈꯣꯏꯅꯥ</w:t>
      </w:r>
      <w:r>
        <w:rPr>
          <w:rFonts w:ascii="Times New Roman" w:hAnsi="Times New Roman" w:eastAsia="Times New Roman" w:cs="Times New Roman"/>
        </w:rPr>
        <w:t xml:space="preserve"> </w:t>
      </w:r>
      <w:r>
        <w:rPr>
          <w:rFonts w:ascii="Nirmala UI" w:hAnsi="Nirmala UI" w:eastAsia="Nirmala UI" w:cs="Nirmala UI"/>
        </w:rPr>
        <w:t>ꯃꯈꯥꯒꯤ</w:t>
      </w:r>
      <w:r>
        <w:rPr>
          <w:rFonts w:ascii="Times New Roman" w:hAnsi="Times New Roman" w:eastAsia="Times New Roman" w:cs="Times New Roman"/>
        </w:rPr>
        <w:t xml:space="preserve"> </w:t>
      </w:r>
      <w:r>
        <w:rPr>
          <w:rFonts w:ascii="Nirmala UI" w:hAnsi="Nirmala UI" w:eastAsia="Nirmala UI" w:cs="Nirmala UI"/>
        </w:rPr>
        <w:t>ꯑꯃꯨꯛ</w:t>
      </w:r>
      <w:r>
        <w:rPr>
          <w:rFonts w:ascii="Times New Roman" w:hAnsi="Times New Roman" w:eastAsia="Times New Roman" w:cs="Times New Roman"/>
        </w:rPr>
        <w:t xml:space="preserve"> </w:t>
      </w:r>
      <w:r>
        <w:rPr>
          <w:rFonts w:ascii="Nirmala UI" w:hAnsi="Nirmala UI" w:eastAsia="Nirmala UI" w:cs="Nirmala UI"/>
        </w:rPr>
        <w:t>ꯃꯇꯝ</w:t>
      </w:r>
      <w:r>
        <w:rPr>
          <w:rFonts w:ascii="Times New Roman" w:hAnsi="Times New Roman" w:eastAsia="Times New Roman" w:cs="Times New Roman"/>
        </w:rPr>
        <w:t xml:space="preserve"> </w:t>
      </w:r>
      <w:r>
        <w:rPr>
          <w:rFonts w:ascii="Nirmala UI" w:hAnsi="Nirmala UI" w:eastAsia="Nirmala UI" w:cs="Nirmala UI"/>
        </w:rPr>
        <w:t>ꯇꯧꯔꯒ</w:t>
      </w:r>
      <w:r>
        <w:rPr>
          <w:rFonts w:ascii="Times New Roman" w:hAnsi="Times New Roman" w:eastAsia="Times New Roman" w:cs="Times New Roman"/>
        </w:rPr>
        <w:t xml:space="preserve"> </w:t>
      </w:r>
      <w:r>
        <w:rPr>
          <w:rFonts w:ascii="Nirmala UI" w:hAnsi="Nirmala UI" w:eastAsia="Nirmala UI" w:cs="Nirmala UI"/>
        </w:rPr>
        <w:t>ꯉꯁꯤꯕ</w:t>
      </w:r>
      <w:r>
        <w:rPr>
          <w:rFonts w:ascii="Times New Roman" w:hAnsi="Times New Roman" w:eastAsia="Times New Roman" w:cs="Times New Roman"/>
        </w:rPr>
        <w:t xml:space="preserve"> </w:t>
      </w:r>
      <w:r>
        <w:rPr>
          <w:rFonts w:ascii="Nirmala UI" w:hAnsi="Nirmala UI" w:eastAsia="Nirmala UI" w:cs="Nirmala UI"/>
        </w:rPr>
        <w:t>ꯂꯝꯍꯤꯡ</w:t>
      </w:r>
      <w:r>
        <w:rPr>
          <w:rFonts w:ascii="Times New Roman" w:hAnsi="Times New Roman" w:eastAsia="Times New Roman" w:cs="Times New Roman"/>
        </w:rPr>
        <w:t xml:space="preserve"> </w:t>
      </w:r>
      <w:r>
        <w:rPr>
          <w:rFonts w:ascii="Nirmala UI" w:hAnsi="Nirmala UI" w:eastAsia="Nirmala UI" w:cs="Nirmala UI"/>
        </w:rPr>
        <w:t>ꯑꯁꯤ</w:t>
      </w:r>
      <w:r>
        <w:rPr>
          <w:rFonts w:ascii="Times New Roman" w:hAnsi="Times New Roman" w:eastAsia="Times New Roman" w:cs="Times New Roman"/>
        </w:rPr>
        <w:t xml:space="preserve"> </w:t>
      </w:r>
      <w:r>
        <w:rPr>
          <w:rFonts w:ascii="Nirmala UI" w:hAnsi="Nirmala UI" w:eastAsia="Nirmala UI" w:cs="Nirmala UI"/>
        </w:rPr>
        <w:t>ꯃꯊꯛꯀꯤ</w:t>
      </w:r>
      <w:r>
        <w:rPr>
          <w:rFonts w:ascii="Times New Roman" w:hAnsi="Times New Roman" w:eastAsia="Times New Roman" w:cs="Times New Roman"/>
        </w:rPr>
        <w:t xml:space="preserve"> </w:t>
      </w:r>
      <w:r>
        <w:rPr>
          <w:rFonts w:ascii="Nirmala UI" w:hAnsi="Nirmala UI" w:eastAsia="Nirmala UI" w:cs="Nirmala UI"/>
        </w:rPr>
        <w:t>ꯂꯤꯈꯤꯠ</w:t>
      </w:r>
      <w:r>
        <w:rPr>
          <w:rFonts w:ascii="Times New Roman" w:hAnsi="Times New Roman" w:eastAsia="Times New Roman" w:cs="Times New Roman"/>
        </w:rPr>
        <w:t xml:space="preserve"> </w:t>
      </w:r>
      <w:r>
        <w:rPr>
          <w:rFonts w:ascii="Nirmala UI" w:hAnsi="Nirmala UI" w:eastAsia="Nirmala UI" w:cs="Nirmala UI"/>
        </w:rPr>
        <w:t>ꯑꯗꯨꯒ</w:t>
      </w:r>
      <w:r>
        <w:rPr>
          <w:rFonts w:ascii="Times New Roman" w:hAnsi="Times New Roman" w:eastAsia="Times New Roman" w:cs="Times New Roman"/>
        </w:rPr>
        <w:t xml:space="preserve"> </w:t>
      </w:r>
      <w:r>
        <w:rPr>
          <w:rFonts w:ascii="Nirmala UI" w:hAnsi="Nirmala UI" w:eastAsia="Nirmala UI" w:cs="Nirmala UI"/>
        </w:rPr>
        <w:t>ꯃꯀꯣꯛ</w:t>
      </w:r>
      <w:r>
        <w:rPr>
          <w:rFonts w:ascii="Times New Roman" w:hAnsi="Times New Roman" w:eastAsia="Times New Roman" w:cs="Times New Roman"/>
        </w:rPr>
        <w:t xml:space="preserve"> </w:t>
      </w:r>
      <w:r>
        <w:rPr>
          <w:rFonts w:ascii="Nirmala UI" w:hAnsi="Nirmala UI" w:eastAsia="Nirmala UI" w:cs="Nirmala UI"/>
        </w:rPr>
        <w:t>ꯆꯥꯎꯅ</w:t>
      </w:r>
      <w:r>
        <w:rPr>
          <w:rFonts w:ascii="Times New Roman" w:hAnsi="Times New Roman" w:eastAsia="Times New Roman" w:cs="Times New Roman"/>
        </w:rPr>
        <w:t xml:space="preserve"> </w:t>
      </w:r>
      <w:r>
        <w:rPr>
          <w:rFonts w:ascii="Nirmala UI" w:hAnsi="Nirmala UI" w:eastAsia="Nirmala UI" w:cs="Nirmala UI"/>
        </w:rPr>
        <w:t>ꯆꯠꯅꯔꯒꯅꯤ॥</w:t>
      </w:r>
    </w:p>
    <w:p>
      <w:pPr>
        <w:pStyle w:val="ArticleScripture"/>
        <w:jc w:val="left"/>
      </w:pPr>
      <w:r>
        <w:rPr>
          <w:rFonts w:ascii="Times New Roman" w:hAnsi="Times New Roman" w:eastAsia="Times New Roman" w:cs="Times New Roman"/>
        </w:rPr>
        <w:t>Na ne mfinimfini no, wɔyɛɛ osebɔ sɛ, Hwɛ, ayeforohyia no reba; mommra mmekohyia no. Mateo 25:6.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انباری عیسی مسیح - نمبر پنجے</dc:title>
  <dc:subject>Исайа қырқыншы бап: Жұбатыңдар, жұбатыңдар</dc:subject>
  <dc:creator>Jeff Pippenger</dc:creator>
  <cp:keywords/>
  <dc:description>Generated by ArticleDigger from revelation\05_revelation.json</dc:description>
  <cp:lastModifiedBy>ArticleDigger</cp:lastModifiedBy>
  <cp:revision>1</cp:revision>
  <dcterms:created xsi:type="dcterms:W3CDTF">2000-01-01T00:00:00Z</dcterms:created>
  <dcterms:modified xsi:type="dcterms:W3CDTF">2000-01-01T00:00:00Z</dcterms:modified>
  <cp:category>revelation</cp:category>
  <cp:lastPrinted>2000-01-01T00:00:00Z</cp:lastPrinted>
</cp:coreProperties>
</file>