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عیسیٰ مسیح کا مکاشفہ — نمبر آٹھ</w:t>
      </w:r>
    </w:p>
    <w:p>
      <w:pPr>
        <w:pStyle w:val="ArticleSubtitle"/>
        <w:jc w:val="left"/>
      </w:pPr>
      <w:r>
        <w:rPr>
          <w:rFonts w:ascii="Segoe UI" w:hAnsi="Segoe UI" w:eastAsia="Segoe UI" w:cs="Segoe UI"/>
        </w:rPr>
        <w:t>میلادِ</w:t>
      </w:r>
      <w:r>
        <w:rPr>
          <w:rFonts w:ascii="Arial" w:hAnsi="Arial" w:eastAsia="Arial" w:cs="Arial"/>
        </w:rPr>
        <w:t xml:space="preserve"> </w:t>
      </w:r>
      <w:r>
        <w:rPr>
          <w:rFonts w:ascii="Segoe UI" w:hAnsi="Segoe UI" w:eastAsia="Segoe UI" w:cs="Segoe UI"/>
        </w:rPr>
        <w:t>ایک</w:t>
      </w:r>
      <w:r>
        <w:rPr>
          <w:rFonts w:ascii="Arial" w:hAnsi="Arial" w:eastAsia="Arial" w:cs="Arial"/>
        </w:rPr>
        <w:t xml:space="preserve"> </w:t>
      </w:r>
      <w:r>
        <w:rPr>
          <w:rFonts w:ascii="Segoe UI" w:hAnsi="Segoe UI" w:eastAsia="Segoe UI" w:cs="Segoe UI"/>
        </w:rPr>
        <w:t>قوم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Xabarga Oohinta Habeennimo bilowgii waxay ku dhammaatay furitaankii xukunka baadhista, xabarga Oohinta Habeennimona waxay ku dhammaanaysaa furitaanka xukunka fulinta. Hoogga saddexaad ee Islaamku wuxuu xukun ku soo dejinayaa Maraykanka sababta oo ah meelmarinta sharciga Axadda, wuxuuna matalaa xukun sii socda oo sii xoogaysanaya oo ku dhacaya dunida oo dhan, maadaama ay aqbaleen sharcigooda Axadda iyaga u gaarka ah, iyagoo ku jira cadaadiska awoodda rayidka ah ee silcisa, taas oo ay metelaan tobanka boqor ee sino la galay Yesebeel, dhilladii Turos.</w:t>
      </w:r>
    </w:p>
    <w:p>
      <w:pPr>
        <w:pStyle w:val="ArticleScripture"/>
        <w:jc w:val="left"/>
      </w:pPr>
      <w:r>
        <w:rPr>
          <w:rFonts w:ascii="Times New Roman" w:hAnsi="Times New Roman" w:eastAsia="Times New Roman" w:cs="Times New Roman"/>
        </w:rPr>
        <w:t>“ئەمەریکا، وڵاتی ئازادیی ئایینی، کاتێک لەگەڵ پاپایەتی یەکدەبێتەوە لە ناچارکردنی ویژدان و مەجبورکردنی مرۆڤەکان بۆ ڕێزگرتن لە شەممەی درۆین، ئەوا خەڵکی هەموو وڵاتێک لە سەرتاسەری گۆی زەوی ڕابەری دەکرێن بۆ ئەوەی شوێن نمونەی ئەو بکەون.” Testimonies, volume 6, 18.</w:t>
      </w:r>
    </w:p>
    <w:p>
      <w:pPr>
        <w:pStyle w:val="ArticleBody"/>
        <w:jc w:val="left"/>
      </w:pPr>
      <w:r>
        <w:rPr>
          <w:rFonts w:ascii="Times New Roman" w:hAnsi="Times New Roman" w:eastAsia="Times New Roman" w:cs="Times New Roman"/>
        </w:rPr>
        <w:t>Mubhangano wa mulayo wa Swondaha wa nndwa mnene wa khanyizhilo, nga hone, u dzhena tshoṱhe. Nga hone Sathane u vhonala a tshi ita sa uri ndi Kristo.</w:t>
      </w:r>
    </w:p>
    <w:p>
      <w:pPr>
        <w:pStyle w:val="ArticleScripture"/>
        <w:jc w:val="left"/>
      </w:pPr>
      <w:r>
        <w:rPr>
          <w:rFonts w:ascii="Times New Roman" w:hAnsi="Times New Roman" w:eastAsia="Times New Roman" w:cs="Times New Roman"/>
        </w:rPr>
        <w:t>“Sa utos na nagpapatupad ng pagtatatag ng Kapapahan na lumalabag sa kautusan ng Diyos, ang ating bansa ay lubusang hihiwalay sa katuwiran. Kapag iuunat ng Protestantismo ang kaniyang kamay sa kabila ng bangin upang kamayin ang kapangyarihang Romano, kapag aabot siya sa ibabaw ng kalaliman upang makipagkamay sa Espiritismo, kapag, sa ilalim ng impluwensiya ng tatluhang pagkakaisang ito, itatakwil ng ating bansa ang bawat simulain ng Konstitusyon nito bilang isang pamahalaang Protestante at republikano, at maglalaan para sa pagpapalaganap ng mga kabulaanan at mga pandarayang papal, kung magkagayo’y maaari nating malaman na dumating na ang panahon ng kagila-gilalas na paggawa ni Satanas at na ang wakas ay malapit na.” Testimonies, volume 5, 451.</w:t>
      </w:r>
    </w:p>
    <w:p>
      <w:pPr>
        <w:pStyle w:val="ArticleBody"/>
        <w:jc w:val="left"/>
      </w:pP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배도는</w:t>
      </w:r>
      <w:r>
        <w:rPr>
          <w:rFonts w:ascii="Times New Roman" w:hAnsi="Times New Roman" w:eastAsia="Times New Roman" w:cs="Times New Roman"/>
        </w:rPr>
        <w:t xml:space="preserve"> </w:t>
      </w: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파멸로</w:t>
      </w:r>
      <w:r>
        <w:rPr>
          <w:rFonts w:ascii="Times New Roman" w:hAnsi="Times New Roman" w:eastAsia="Times New Roman" w:cs="Times New Roman"/>
        </w:rPr>
        <w:t xml:space="preserve"> </w:t>
      </w:r>
      <w:r>
        <w:rPr>
          <w:rFonts w:ascii="Malgun Gothic" w:hAnsi="Malgun Gothic" w:eastAsia="Malgun Gothic" w:cs="Malgun Gothic"/>
        </w:rPr>
        <w:t>이어진다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Ebrima" w:hAnsi="Ebrima" w:eastAsia="Ebrima" w:cs="Ebrima"/>
        </w:rPr>
        <w:t>የዩናይትድ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የተሞገሰ</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የሃይማኖት</w:t>
      </w:r>
      <w:r>
        <w:rPr>
          <w:rFonts w:ascii="Times New Roman" w:hAnsi="Times New Roman" w:eastAsia="Times New Roman" w:cs="Times New Roman"/>
        </w:rPr>
        <w:t xml:space="preserve"> </w:t>
      </w:r>
      <w:r>
        <w:rPr>
          <w:rFonts w:ascii="Ebrima" w:hAnsi="Ebrima" w:eastAsia="Ebrima" w:cs="Ebrima"/>
        </w:rPr>
        <w:t>ነፃነትን</w:t>
      </w:r>
      <w:r>
        <w:rPr>
          <w:rFonts w:ascii="Times New Roman" w:hAnsi="Times New Roman" w:eastAsia="Times New Roman" w:cs="Times New Roman"/>
        </w:rPr>
        <w:t xml:space="preserve"> </w:t>
      </w:r>
      <w:r>
        <w:rPr>
          <w:rFonts w:ascii="Ebrima" w:hAnsi="Ebrima" w:eastAsia="Ebrima" w:cs="Ebrima"/>
        </w:rPr>
        <w:t>ሲገድቡ፣</w:t>
      </w:r>
      <w:r>
        <w:rPr>
          <w:rFonts w:ascii="Times New Roman" w:hAnsi="Times New Roman" w:eastAsia="Times New Roman" w:cs="Times New Roman"/>
        </w:rPr>
        <w:t xml:space="preserve"> </w:t>
      </w:r>
      <w:r>
        <w:rPr>
          <w:rFonts w:ascii="Ebrima" w:hAnsi="Ebrima" w:eastAsia="Ebrima" w:cs="Ebrima"/>
        </w:rPr>
        <w:t>ፕሮቴስታንትነትን</w:t>
      </w:r>
      <w:r>
        <w:rPr>
          <w:rFonts w:ascii="Times New Roman" w:hAnsi="Times New Roman" w:eastAsia="Times New Roman" w:cs="Times New Roman"/>
        </w:rPr>
        <w:t xml:space="preserve"> </w:t>
      </w:r>
      <w:r>
        <w:rPr>
          <w:rFonts w:ascii="Ebrima" w:hAnsi="Ebrima" w:eastAsia="Ebrima" w:cs="Ebrima"/>
        </w:rPr>
        <w:t>ሲተዉ፣</w:t>
      </w:r>
      <w:r>
        <w:rPr>
          <w:rFonts w:ascii="Times New Roman" w:hAnsi="Times New Roman" w:eastAsia="Times New Roman" w:cs="Times New Roman"/>
        </w:rPr>
        <w:t xml:space="preserve"> </w:t>
      </w:r>
      <w:r>
        <w:rPr>
          <w:rFonts w:ascii="Ebrima" w:hAnsi="Ebrima" w:eastAsia="Ebrima" w:cs="Ebrima"/>
        </w:rPr>
        <w:t>ለጳጳሳዊነትም</w:t>
      </w:r>
      <w:r>
        <w:rPr>
          <w:rFonts w:ascii="Times New Roman" w:hAnsi="Times New Roman" w:eastAsia="Times New Roman" w:cs="Times New Roman"/>
        </w:rPr>
        <w:t xml:space="preserve"> </w:t>
      </w:r>
      <w:r>
        <w:rPr>
          <w:rFonts w:ascii="Ebrima" w:hAnsi="Ebrima" w:eastAsia="Ebrima" w:cs="Ebrima"/>
        </w:rPr>
        <w:t>ድጋፍ</w:t>
      </w:r>
      <w:r>
        <w:rPr>
          <w:rFonts w:ascii="Times New Roman" w:hAnsi="Times New Roman" w:eastAsia="Times New Roman" w:cs="Times New Roman"/>
        </w:rPr>
        <w:t xml:space="preserve"> </w:t>
      </w:r>
      <w:r>
        <w:rPr>
          <w:rFonts w:ascii="Ebrima" w:hAnsi="Ebrima" w:eastAsia="Ebrima" w:cs="Ebrima"/>
        </w:rPr>
        <w:t>ሲሰጡ፣</w:t>
      </w:r>
      <w:r>
        <w:rPr>
          <w:rFonts w:ascii="Times New Roman" w:hAnsi="Times New Roman" w:eastAsia="Times New Roman" w:cs="Times New Roman"/>
        </w:rPr>
        <w:t xml:space="preserve"> </w:t>
      </w:r>
      <w:r>
        <w:rPr>
          <w:rFonts w:ascii="Ebrima" w:hAnsi="Ebrima" w:eastAsia="Ebrima" w:cs="Ebrima"/>
        </w:rPr>
        <w:t>የበደላቸው</w:t>
      </w:r>
      <w:r>
        <w:rPr>
          <w:rFonts w:ascii="Times New Roman" w:hAnsi="Times New Roman" w:eastAsia="Times New Roman" w:cs="Times New Roman"/>
        </w:rPr>
        <w:t xml:space="preserve"> </w:t>
      </w:r>
      <w:r>
        <w:rPr>
          <w:rFonts w:ascii="Ebrima" w:hAnsi="Ebrima" w:eastAsia="Ebrima" w:cs="Ebrima"/>
        </w:rPr>
        <w:t>መጠን</w:t>
      </w:r>
      <w:r>
        <w:rPr>
          <w:rFonts w:ascii="Times New Roman" w:hAnsi="Times New Roman" w:eastAsia="Times New Roman" w:cs="Times New Roman"/>
        </w:rPr>
        <w:t xml:space="preserve"> </w:t>
      </w:r>
      <w:r>
        <w:rPr>
          <w:rFonts w:ascii="Ebrima" w:hAnsi="Ebrima" w:eastAsia="Ebrima" w:cs="Ebrima"/>
        </w:rPr>
        <w:t>ይሞላል፣</w:t>
      </w:r>
      <w:r>
        <w:rPr>
          <w:rFonts w:ascii="Times New Roman" w:hAnsi="Times New Roman" w:eastAsia="Times New Roman" w:cs="Times New Roman"/>
        </w:rPr>
        <w:t xml:space="preserve"> ‘</w:t>
      </w:r>
      <w:r>
        <w:rPr>
          <w:rFonts w:ascii="Ebrima" w:hAnsi="Ebrima" w:eastAsia="Ebrima" w:cs="Ebrima"/>
        </w:rPr>
        <w:t>ብሔራዊ</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w:t>
      </w:r>
      <w:r>
        <w:rPr>
          <w:rFonts w:ascii="Ebrima" w:hAnsi="Ebrima" w:eastAsia="Ebrima" w:cs="Ebrima"/>
        </w:rPr>
        <w:t>ም</w:t>
      </w:r>
      <w:r>
        <w:rPr>
          <w:rFonts w:ascii="Times New Roman" w:hAnsi="Times New Roman" w:eastAsia="Times New Roman" w:cs="Times New Roman"/>
        </w:rPr>
        <w:t xml:space="preserve"> </w:t>
      </w:r>
      <w:r>
        <w:rPr>
          <w:rFonts w:ascii="Ebrima" w:hAnsi="Ebrima" w:eastAsia="Ebrima" w:cs="Ebrima"/>
        </w:rPr>
        <w:t>በሰማይ</w:t>
      </w:r>
      <w:r>
        <w:rPr>
          <w:rFonts w:ascii="Times New Roman" w:hAnsi="Times New Roman" w:eastAsia="Times New Roman" w:cs="Times New Roman"/>
        </w:rPr>
        <w:t xml:space="preserve"> </w:t>
      </w:r>
      <w:r>
        <w:rPr>
          <w:rFonts w:ascii="Ebrima" w:hAnsi="Ebrima" w:eastAsia="Ebrima" w:cs="Ebrima"/>
        </w:rPr>
        <w:t>መጻሕፍት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ይመዘገባል።</w:t>
      </w:r>
      <w:r>
        <w:rPr>
          <w:rFonts w:ascii="Times New Roman" w:hAnsi="Times New Roman" w:eastAsia="Times New Roman" w:cs="Times New Roman"/>
        </w:rPr>
        <w:t xml:space="preserve"> </w:t>
      </w:r>
      <w:r>
        <w:rPr>
          <w:rFonts w:ascii="Ebrima" w:hAnsi="Ebrima" w:eastAsia="Ebrima" w:cs="Ebrima"/>
        </w:rPr>
        <w:t>የዚህም</w:t>
      </w:r>
      <w:r>
        <w:rPr>
          <w:rFonts w:ascii="Times New Roman" w:hAnsi="Times New Roman" w:eastAsia="Times New Roman" w:cs="Times New Roman"/>
        </w:rPr>
        <w:t xml:space="preserve"> </w:t>
      </w:r>
      <w:r>
        <w:rPr>
          <w:rFonts w:ascii="Ebrima" w:hAnsi="Ebrima" w:eastAsia="Ebrima" w:cs="Ebrima"/>
        </w:rPr>
        <w:t>ክህደት</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ብሔራዊ</w:t>
      </w:r>
      <w:r>
        <w:rPr>
          <w:rFonts w:ascii="Times New Roman" w:hAnsi="Times New Roman" w:eastAsia="Times New Roman" w:cs="Times New Roman"/>
        </w:rPr>
        <w:t xml:space="preserve"> </w:t>
      </w:r>
      <w:r>
        <w:rPr>
          <w:rFonts w:ascii="Ebrima" w:hAnsi="Ebrima" w:eastAsia="Ebrima" w:cs="Ebrima"/>
        </w:rPr>
        <w:t>ጥፋት</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Review and Herald, May 2, 1893.</w:t>
      </w:r>
    </w:p>
    <w:p>
      <w:pPr>
        <w:pStyle w:val="ArticleBody"/>
        <w:jc w:val="left"/>
      </w:pPr>
      <w:r>
        <w:rPr>
          <w:rFonts w:ascii="Times New Roman" w:hAnsi="Times New Roman" w:eastAsia="Times New Roman" w:cs="Times New Roman"/>
        </w:rPr>
        <w:t>Ay Adventistak ti Laodicea a maag a mangikammayet iti pannakitinnulongda iti pannakabalin ti papado ket maparmekda, bayat a ti sabali a karnero ni Cristo a kaskasdi pay laeng idiay Babilonia ket makalibas iti ima ti papado.</w:t>
      </w:r>
    </w:p>
    <w:p>
      <w:pPr>
        <w:pStyle w:val="ArticleScripture"/>
        <w:jc w:val="left"/>
      </w:pPr>
      <w:r>
        <w:rPr>
          <w:rFonts w:ascii="Times New Roman" w:hAnsi="Times New Roman" w:eastAsia="Times New Roman" w:cs="Times New Roman"/>
        </w:rPr>
        <w:t>Añang̃a ojegueroike avei pe yvy porãitepe, ha heta tetã oñemongu’i hag̃ua; péro koʼãva osẽta chugui, Edom, Moab ha umi ñemoñare Amón pegua ijyvatevéva. Daniel 11:41.</w:t>
      </w:r>
    </w:p>
    <w:p>
      <w:pPr>
        <w:pStyle w:val="ArticleBody"/>
        <w:jc w:val="left"/>
      </w:pPr>
      <w:r>
        <w:rPr>
          <w:rFonts w:ascii="Times New Roman" w:hAnsi="Times New Roman" w:eastAsia="Times New Roman" w:cs="Times New Roman"/>
        </w:rPr>
        <w:t>الإسلام يضرب الولايات المتحدة فجأةً، إذ يجلب البوق السابع وَيلَ دينونةٍ بسبب إقرار قانون الأحد.</w:t>
      </w:r>
    </w:p>
    <w:p>
      <w:pPr>
        <w:pStyle w:val="ArticleScripture"/>
        <w:jc w:val="left"/>
      </w:pPr>
      <w:r>
        <w:rPr>
          <w:rFonts w:ascii="Times New Roman" w:hAnsi="Times New Roman" w:eastAsia="Times New Roman" w:cs="Times New Roman"/>
        </w:rPr>
        <w:t>Ac neçirî me kir, û min ferîşteyek di navbera asîmanê de difire dît û bihîst, ku bi dengekî bilind digot: Way, way, way li ser niştecihên erdê ji ber dengên din ên boriyê yên sê ferîştayan, yên ku hêj jî divê bêne lêdan! Vahiy 8:13.</w:t>
      </w:r>
    </w:p>
    <w:p>
      <w:pPr>
        <w:pStyle w:val="ArticleBody"/>
        <w:jc w:val="left"/>
      </w:pPr>
      <w:r>
        <w:rPr>
          <w:rFonts w:ascii="Times New Roman" w:hAnsi="Times New Roman" w:eastAsia="Times New Roman" w:cs="Times New Roman"/>
        </w:rPr>
        <w:t>Nāī̱ pikán íítstáwaayiistsi Revelation xiistsikistsi nitsíniiyiistsi, John annistsikistsi Revelation xiiistsikistsi áakííwaawa annistsikistsi áwaakii, ksisttsikóyiisii pookáítapiiwa anni nínna, kii prophetically annistsikistsi átsimoyistsi annistsikistsi nitaanikoanistsi kii áómahkapii.</w:t>
      </w:r>
    </w:p>
    <w:p>
      <w:pPr>
        <w:pStyle w:val="ArticleScripture"/>
        <w:jc w:val="left"/>
      </w:pPr>
      <w:r>
        <w:rPr>
          <w:rFonts w:ascii="Times New Roman" w:hAnsi="Times New Roman" w:eastAsia="Times New Roman" w:cs="Times New Roman"/>
        </w:rPr>
        <w:t>Ar diri me në qiell një mrekulli e madhe: një grua e veshur me diellin, me hënën nën këmbët e saj dhe mbi krye një kurorë me dymbëdhjetë yje. Dhe ajo, duke qenë shtatzënë, thërriste nga dhembjet e lindjes dhe vuante për të pjellë. Dhe u duk një tjetër mrekulli në qiell; dhe ja, një dragua i madh i kuq, që kishte shtatë koka dhe dhjetë brirë, dhe mbi kokat e tij shtatë kurora. Dhe bishti i tij tërhoqi të tretën pjesë të yjeve të qiellit dhe i hodhi mbi tokë; dhe dragoi qëndroi përpara gruas që ishte gati të lindte, me qëllim që ta përpinte fëmijën e saj sapo të lindte. Dhe ajo lindi një fëmijë mashkull, i cili do të sundonte të gjitha kombet me skeptër hekuri; dhe fëmija i saj u rrëmbye te Perëndia dhe te froni i tij. Zbulesa 12:1–5.</w:t>
      </w:r>
    </w:p>
    <w:p>
      <w:pPr>
        <w:pStyle w:val="ArticleBody"/>
        <w:jc w:val="left"/>
      </w:pPr>
      <w:r>
        <w:rPr>
          <w:rFonts w:ascii="Times New Roman" w:hAnsi="Times New Roman" w:eastAsia="Times New Roman" w:cs="Times New Roman"/>
        </w:rPr>
        <w:t>Ña kuña oĩ jasy ári ha ojaho’i chupe kuarahy. Jasy niko kuarahy jehechaukarã, ha upévare maranduháraicha ohechauka kuarahýpe. Umi doce mbyja oĩva iñakãjegua ári he’ise umi doce trívu Israel yma guare, Israel yma guare ñepyrũme, ha umíva ohechauka umi doce temimbo’epe Israel yma guare paha gotyo. Umi doce mbyja, ha’éva umi doce temimbo’e Israel yma guare paha gotyo, ha’e avei umi doce apóstol Israel pyahu ñepyrũme. Upévare umíva ohechauka umi ciento cuarenta y cuatro milpe Israel pyahu paha gotyo, ha’ekuéra temimbo’e ha apóstol. Upe tembiasakue ñepyrũme, pe kuña ha’éva iglesia, umi temimbo’e ohechaukárõ guare mokõivéva: Israel yma guare paha ha apóstolkuéra Israel pyahu ñepyrũ, ha’e hyeguasu Cristo reheve. Ha’e hína pe “mitã kuimba’e” ojeguerahátava Tupã rendápe Hembiapo asy ha Jeikove jey rire.</w:t>
      </w:r>
    </w:p>
    <w:p>
      <w:pPr>
        <w:pStyle w:val="ArticleBody"/>
        <w:jc w:val="left"/>
      </w:pPr>
      <w:r>
        <w:rPr>
          <w:rFonts w:ascii="Times New Roman" w:hAnsi="Times New Roman" w:eastAsia="Times New Roman" w:cs="Times New Roman"/>
        </w:rPr>
        <w:t>A so, i wahine ketipika met i nait tu birat bilong di wan handret na foti-fo tausin, hu tu asend go long heven bihain dem risorek mai long di valé bilong det. Wans dem de in heven, shi ud tu giv birat tu anoda pikin, dat riprezent di oda flok we kam aut long Babilon at di Sande lo.</w:t>
      </w:r>
    </w:p>
    <w:p>
      <w:pPr>
        <w:pStyle w:val="ArticleScripture"/>
        <w:jc w:val="left"/>
      </w:pPr>
      <w:r>
        <w:rPr>
          <w:rFonts w:ascii="Times New Roman" w:hAnsi="Times New Roman" w:eastAsia="Times New Roman" w:cs="Times New Roman"/>
        </w:rPr>
        <w:t>Başdan azap çekmänkä, ol dogurdy; agyrysy ýetmänkä, bir oglan çagany dünýä indirdi. Şeýle zady kim eşidipdir? Şeýle zatlary kim görüpdir? Ýer bir günde dogurarmy? Ýa-da bir millet birden döreýärmi? Çünki Sion azap çekip başlan badyna, öz çagalaryny dünýä indirdi. Reb şeýle diýýär: «Men dogrum derejesine ýetirip hem dogurtman goýarmyn? Ýa-da Men dogurtmagy berip, ýatgyny ýaparmyn?» diýýär seniň Hudaýyň. Işaýa 66:7–9.</w:t>
      </w:r>
    </w:p>
    <w:p>
      <w:pPr>
        <w:pStyle w:val="ArticleBody"/>
        <w:jc w:val="left"/>
      </w:pPr>
      <w:r>
        <w:rPr>
          <w:rFonts w:ascii="MV Boli" w:hAnsi="MV Boli" w:eastAsia="MV Boli" w:cs="MV Boli"/>
        </w:rPr>
        <w:t>ބިންމީގެ</w:t>
      </w:r>
      <w:r>
        <w:rPr>
          <w:rFonts w:ascii="Times New Roman" w:hAnsi="Times New Roman" w:eastAsia="Times New Roman" w:cs="Times New Roman"/>
        </w:rPr>
        <w:t xml:space="preserve"> </w:t>
      </w:r>
      <w:r>
        <w:rPr>
          <w:rFonts w:ascii="MV Boli" w:hAnsi="MV Boli" w:eastAsia="MV Boli" w:cs="MV Boli"/>
        </w:rPr>
        <w:t>ބައްލައިގެ</w:t>
      </w:r>
      <w:r>
        <w:rPr>
          <w:rFonts w:ascii="Times New Roman" w:hAnsi="Times New Roman" w:eastAsia="Times New Roman" w:cs="Times New Roman"/>
        </w:rPr>
        <w:t xml:space="preserve"> </w:t>
      </w:r>
      <w:r>
        <w:rPr>
          <w:rFonts w:ascii="MV Boli" w:hAnsi="MV Boli" w:eastAsia="MV Boli" w:cs="MV Boli"/>
        </w:rPr>
        <w:t>އަދާހަމުގެ</w:t>
      </w:r>
      <w:r>
        <w:rPr>
          <w:rFonts w:ascii="Times New Roman" w:hAnsi="Times New Roman" w:eastAsia="Times New Roman" w:cs="Times New Roman"/>
        </w:rPr>
        <w:t xml:space="preserve"> </w:t>
      </w:r>
      <w:r>
        <w:rPr>
          <w:rFonts w:ascii="MV Boli" w:hAnsi="MV Boli" w:eastAsia="MV Boli" w:cs="MV Boli"/>
        </w:rPr>
        <w:t>ޒަމާނުގައި</w:t>
      </w:r>
      <w:r>
        <w:rPr>
          <w:rFonts w:ascii="Times New Roman" w:hAnsi="Times New Roman" w:eastAsia="Times New Roman" w:cs="Times New Roman"/>
        </w:rPr>
        <w:t xml:space="preserve">، </w:t>
      </w:r>
      <w:r>
        <w:rPr>
          <w:rFonts w:ascii="MV Boli" w:hAnsi="MV Boli" w:eastAsia="MV Boli" w:cs="MV Boli"/>
        </w:rPr>
        <w:t>އެއްފަހަރަކުން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ޤައުމެއް</w:t>
      </w:r>
      <w:r>
        <w:rPr>
          <w:rFonts w:ascii="Times New Roman" w:hAnsi="Times New Roman" w:eastAsia="Times New Roman" w:cs="Times New Roman"/>
        </w:rPr>
        <w:t xml:space="preserve"> </w:t>
      </w:r>
      <w:r>
        <w:rPr>
          <w:rFonts w:ascii="MV Boli" w:hAnsi="MV Boli" w:eastAsia="MV Boli" w:cs="MV Boli"/>
        </w:rPr>
        <w:t>އުފެދެއެވެ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ޤައުމަކީ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ލައްކަ</w:t>
      </w:r>
      <w:r>
        <w:rPr>
          <w:rFonts w:ascii="Times New Roman" w:hAnsi="Times New Roman" w:eastAsia="Times New Roman" w:cs="Times New Roman"/>
        </w:rPr>
        <w:t xml:space="preserve"> </w:t>
      </w:r>
      <w:r>
        <w:rPr>
          <w:rFonts w:ascii="MV Boli" w:hAnsi="MV Boli" w:eastAsia="MV Boli" w:cs="MV Boli"/>
        </w:rPr>
        <w:t>ސާޅީސް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މަސީހާގެ</w:t>
      </w:r>
      <w:r>
        <w:rPr>
          <w:rFonts w:ascii="Times New Roman" w:hAnsi="Times New Roman" w:eastAsia="Times New Roman" w:cs="Times New Roman"/>
        </w:rPr>
        <w:t xml:space="preserve"> </w:t>
      </w:r>
      <w:r>
        <w:rPr>
          <w:rFonts w:ascii="MV Boli" w:hAnsi="MV Boli" w:eastAsia="MV Boli" w:cs="MV Boli"/>
        </w:rPr>
        <w:t>ސިފަތަ</w:t>
      </w:r>
      <w:r>
        <w:rPr>
          <w:rFonts w:ascii="Times New Roman" w:hAnsi="Times New Roman" w:eastAsia="Times New Roman" w:cs="Times New Roman"/>
        </w:rPr>
        <w:t xml:space="preserve"> </w:t>
      </w:r>
      <w:r>
        <w:rPr>
          <w:rFonts w:ascii="MV Boli" w:hAnsi="MV Boli" w:eastAsia="MV Boli" w:cs="MV Boli"/>
        </w:rPr>
        <w:t>ފުރިހަމައަށް</w:t>
      </w:r>
      <w:r>
        <w:rPr>
          <w:rFonts w:ascii="Times New Roman" w:hAnsi="Times New Roman" w:eastAsia="Times New Roman" w:cs="Times New Roman"/>
        </w:rPr>
        <w:t xml:space="preserve"> </w:t>
      </w:r>
      <w:r>
        <w:rPr>
          <w:rFonts w:ascii="MV Boli" w:hAnsi="MV Boli" w:eastAsia="MV Boli" w:cs="MV Boli"/>
        </w:rPr>
        <w:t>އިންޢިކާސްކުރާ</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ކުއްޖާ</w:t>
      </w:r>
      <w:r>
        <w:rPr>
          <w:rFonts w:ascii="Times New Roman" w:hAnsi="Times New Roman" w:eastAsia="Times New Roman" w:cs="Times New Roman"/>
        </w:rPr>
        <w:t xml:space="preserve">” </w:t>
      </w:r>
      <w:r>
        <w:rPr>
          <w:rFonts w:ascii="MV Boli" w:hAnsi="MV Boli" w:eastAsia="MV Boli" w:cs="MV Boli"/>
        </w:rPr>
        <w:t>ޔީސޫސްގެ</w:t>
      </w:r>
      <w:r>
        <w:rPr>
          <w:rFonts w:ascii="Times New Roman" w:hAnsi="Times New Roman" w:eastAsia="Times New Roman" w:cs="Times New Roman"/>
        </w:rPr>
        <w:t xml:space="preserve"> </w:t>
      </w:r>
      <w:r>
        <w:rPr>
          <w:rFonts w:ascii="MV Boli" w:hAnsi="MV Boli" w:eastAsia="MV Boli" w:cs="MV Boli"/>
        </w:rPr>
        <w:t>މިސާލުން</w:t>
      </w:r>
      <w:r>
        <w:rPr>
          <w:rFonts w:ascii="Times New Roman" w:hAnsi="Times New Roman" w:eastAsia="Times New Roman" w:cs="Times New Roman"/>
        </w:rPr>
        <w:t xml:space="preserve"> </w:t>
      </w:r>
      <w:r>
        <w:rPr>
          <w:rFonts w:ascii="MV Boli" w:hAnsi="MV Boli" w:eastAsia="MV Boli" w:cs="MV Boli"/>
        </w:rPr>
        <w:t>ދައްކައިފައިވާ</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އިޝަޢްޔާގެ</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ކުއްޖާ</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ވިހައިލުމަށް</w:t>
      </w:r>
      <w:r>
        <w:rPr>
          <w:rFonts w:ascii="Times New Roman" w:hAnsi="Times New Roman" w:eastAsia="Times New Roman" w:cs="Times New Roman"/>
        </w:rPr>
        <w:t xml:space="preserve"> </w:t>
      </w:r>
      <w:r>
        <w:rPr>
          <w:rFonts w:ascii="MV Boli" w:hAnsi="MV Boli" w:eastAsia="MV Boli" w:cs="MV Boli"/>
        </w:rPr>
        <w:t>ވަންނަން</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މީހެވެ</w:t>
      </w:r>
      <w:r>
        <w:rPr>
          <w:rFonts w:ascii="Times New Roman" w:hAnsi="Times New Roman" w:eastAsia="Times New Roman" w:cs="Times New Roman"/>
        </w:rPr>
        <w:t xml:space="preserve">. </w:t>
      </w:r>
      <w:r>
        <w:rPr>
          <w:rFonts w:ascii="MV Boli" w:hAnsi="MV Boli" w:eastAsia="MV Boli" w:cs="MV Boli"/>
        </w:rPr>
        <w:t>ދުނިޔޭގެ</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ހަރުޝަވެ</w:t>
      </w:r>
      <w:r>
        <w:rPr>
          <w:rFonts w:ascii="Times New Roman" w:hAnsi="Times New Roman" w:eastAsia="Times New Roman" w:cs="Times New Roman"/>
        </w:rPr>
        <w:t xml:space="preserve"> </w:t>
      </w:r>
      <w:r>
        <w:rPr>
          <w:rFonts w:ascii="MV Boli" w:hAnsi="MV Boli" w:eastAsia="MV Boli" w:cs="MV Boli"/>
        </w:rPr>
        <w:t>އުފާވި</w:t>
      </w:r>
      <w:r>
        <w:rPr>
          <w:rFonts w:ascii="Times New Roman" w:hAnsi="Times New Roman" w:eastAsia="Times New Roman" w:cs="Times New Roman"/>
        </w:rPr>
        <w:t xml:space="preserve">، </w:t>
      </w:r>
      <w:r>
        <w:rPr>
          <w:rFonts w:ascii="MV Boli" w:hAnsi="MV Boli" w:eastAsia="MV Boli" w:cs="MV Boli"/>
        </w:rPr>
        <w:t>ފުންނެތް</w:t>
      </w:r>
      <w:r>
        <w:rPr>
          <w:rFonts w:ascii="Times New Roman" w:hAnsi="Times New Roman" w:eastAsia="Times New Roman" w:cs="Times New Roman"/>
        </w:rPr>
        <w:t xml:space="preserve"> </w:t>
      </w:r>
      <w:r>
        <w:rPr>
          <w:rFonts w:ascii="MV Boli" w:hAnsi="MV Boli" w:eastAsia="MV Boli" w:cs="MV Boli"/>
        </w:rPr>
        <w:t>ކުނޑިއިން</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xml:space="preserve"> </w:t>
      </w:r>
      <w:r>
        <w:rPr>
          <w:rFonts w:ascii="MV Boli" w:hAnsi="MV Boli" w:eastAsia="MV Boli" w:cs="MV Boli"/>
        </w:rPr>
        <w:t>ބައްލައިން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މަރާލި</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މަރުވި</w:t>
      </w:r>
      <w:r>
        <w:rPr>
          <w:rFonts w:ascii="Times New Roman" w:hAnsi="Times New Roman" w:eastAsia="Times New Roman" w:cs="Times New Roman"/>
        </w:rPr>
        <w:t xml:space="preserve"> </w:t>
      </w:r>
      <w:r>
        <w:rPr>
          <w:rFonts w:ascii="MV Boli" w:hAnsi="MV Boli" w:eastAsia="MV Boli" w:cs="MV Boli"/>
        </w:rPr>
        <w:t>ހިކި</w:t>
      </w:r>
      <w:r>
        <w:rPr>
          <w:rFonts w:ascii="Times New Roman" w:hAnsi="Times New Roman" w:eastAsia="Times New Roman" w:cs="Times New Roman"/>
        </w:rPr>
        <w:t xml:space="preserve"> </w:t>
      </w:r>
      <w:r>
        <w:rPr>
          <w:rFonts w:ascii="MV Boli" w:hAnsi="MV Boli" w:eastAsia="MV Boli" w:cs="MV Boli"/>
        </w:rPr>
        <w:t>ކަށިތައް</w:t>
      </w:r>
      <w:r>
        <w:rPr>
          <w:rFonts w:ascii="Times New Roman" w:hAnsi="Times New Roman" w:eastAsia="Times New Roman" w:cs="Times New Roman"/>
        </w:rPr>
        <w:t xml:space="preserve"> </w:t>
      </w:r>
      <w:r>
        <w:rPr>
          <w:rFonts w:ascii="MV Boli" w:hAnsi="MV Boli" w:eastAsia="MV Boli" w:cs="MV Boli"/>
        </w:rPr>
        <w:t>ޔެރޫސަލަމުގައި</w:t>
      </w:r>
      <w:r>
        <w:rPr>
          <w:rFonts w:ascii="Times New Roman" w:hAnsi="Times New Roman" w:eastAsia="Times New Roman" w:cs="Times New Roman"/>
        </w:rPr>
        <w:t xml:space="preserve"> </w:t>
      </w:r>
      <w:r>
        <w:rPr>
          <w:rFonts w:ascii="MV Boli" w:hAnsi="MV Boli" w:eastAsia="MV Boli" w:cs="MV Boli"/>
        </w:rPr>
        <w:t>އޯގާތެރިކަން</w:t>
      </w:r>
      <w:r>
        <w:rPr>
          <w:rFonts w:ascii="Times New Roman" w:hAnsi="Times New Roman" w:eastAsia="Times New Roman" w:cs="Times New Roman"/>
        </w:rPr>
        <w:t xml:space="preserve"> </w:t>
      </w:r>
      <w:r>
        <w:rPr>
          <w:rFonts w:ascii="MV Boli" w:hAnsi="MV Boli" w:eastAsia="MV Boli" w:cs="MV Boli"/>
        </w:rPr>
        <w:t>ލިބޭނެއެވެ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ފަހުން</w:t>
      </w:r>
      <w:r>
        <w:rPr>
          <w:rFonts w:ascii="Times New Roman" w:hAnsi="Times New Roman" w:eastAsia="Times New Roman" w:cs="Times New Roman"/>
        </w:rPr>
        <w:t xml:space="preserve"> “</w:t>
      </w:r>
      <w:r>
        <w:rPr>
          <w:rFonts w:ascii="MV Boli" w:hAnsi="MV Boli" w:eastAsia="MV Boli" w:cs="MV Boli"/>
        </w:rPr>
        <w:t>ފިރިހެން</w:t>
      </w:r>
      <w:r>
        <w:rPr>
          <w:rFonts w:ascii="Times New Roman" w:hAnsi="Times New Roman" w:eastAsia="Times New Roman" w:cs="Times New Roman"/>
        </w:rPr>
        <w:t xml:space="preserve"> </w:t>
      </w:r>
      <w:r>
        <w:rPr>
          <w:rFonts w:ascii="MV Boli" w:hAnsi="MV Boli" w:eastAsia="MV Boli" w:cs="MV Boli"/>
        </w:rPr>
        <w:t>ކުއްޖާ</w:t>
      </w:r>
      <w:r>
        <w:rPr>
          <w:rFonts w:ascii="Times New Roman" w:hAnsi="Times New Roman" w:eastAsia="Times New Roman" w:cs="Times New Roman"/>
        </w:rPr>
        <w:t xml:space="preserve">” </w:t>
      </w:r>
      <w:r>
        <w:rPr>
          <w:rFonts w:ascii="MV Boli" w:hAnsi="MV Boli" w:eastAsia="MV Boli" w:cs="MV Boli"/>
        </w:rPr>
        <w:t>އުފެއްދާ</w:t>
      </w:r>
      <w:r>
        <w:rPr>
          <w:rFonts w:ascii="Times New Roman" w:hAnsi="Times New Roman" w:eastAsia="Times New Roman" w:cs="Times New Roman"/>
        </w:rPr>
        <w:t xml:space="preserve"> </w:t>
      </w:r>
      <w:r>
        <w:rPr>
          <w:rFonts w:ascii="MV Boli" w:hAnsi="MV Boli" w:eastAsia="MV Boli" w:cs="MV Boli"/>
        </w:rPr>
        <w:t>އަންހެނާއާ</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އުފާވާނެއެވެ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ވިހައިލުން</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އުފެއްދެވޭނެއެވެ</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އޭނާ</w:t>
      </w:r>
      <w:r>
        <w:rPr>
          <w:rFonts w:ascii="Times New Roman" w:hAnsi="Times New Roman" w:eastAsia="Times New Roman" w:cs="Times New Roman"/>
        </w:rPr>
        <w:t xml:space="preserve"> </w:t>
      </w:r>
      <w:r>
        <w:rPr>
          <w:rFonts w:ascii="MV Boli" w:hAnsi="MV Boli" w:eastAsia="MV Boli" w:cs="MV Boli"/>
        </w:rPr>
        <w:t>ވިހައިލާ</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އެހެން</w:t>
      </w:r>
      <w:r>
        <w:rPr>
          <w:rFonts w:ascii="Times New Roman" w:hAnsi="Times New Roman" w:eastAsia="Times New Roman" w:cs="Times New Roman"/>
        </w:rPr>
        <w:t xml:space="preserve"> “</w:t>
      </w:r>
      <w:r>
        <w:rPr>
          <w:rFonts w:ascii="MV Boli" w:hAnsi="MV Boli" w:eastAsia="MV Boli" w:cs="MV Boli"/>
        </w:rPr>
        <w:t>ދަރިން</w:t>
      </w:r>
      <w:r>
        <w:rPr>
          <w:rFonts w:ascii="Times New Roman" w:hAnsi="Times New Roman" w:eastAsia="Times New Roman" w:cs="Times New Roman"/>
        </w:rPr>
        <w:t xml:space="preserve">” </w:t>
      </w:r>
      <w:r>
        <w:rPr>
          <w:rFonts w:ascii="MV Boli" w:hAnsi="MV Boli" w:eastAsia="MV Boli" w:cs="MV Boli"/>
        </w:rPr>
        <w:t>އުފެއްދެއެވެ</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ވަގުތު</w:t>
      </w:r>
      <w:r>
        <w:rPr>
          <w:rFonts w:ascii="Times New Roman" w:hAnsi="Times New Roman" w:eastAsia="Times New Roman" w:cs="Times New Roman"/>
        </w:rPr>
        <w:t xml:space="preserve"> </w:t>
      </w:r>
      <w:r>
        <w:rPr>
          <w:rFonts w:ascii="MV Boli" w:hAnsi="MV Boli" w:eastAsia="MV Boli" w:cs="MV Boli"/>
        </w:rPr>
        <w:t>ޖެންޓައިލުން</w:t>
      </w:r>
      <w:r>
        <w:rPr>
          <w:rFonts w:ascii="Times New Roman" w:hAnsi="Times New Roman" w:eastAsia="Times New Roman" w:cs="Times New Roman"/>
        </w:rPr>
        <w:t xml:space="preserve"> </w:t>
      </w:r>
      <w:r>
        <w:rPr>
          <w:rFonts w:ascii="MV Boli" w:hAnsi="MV Boli" w:eastAsia="MV Boli" w:cs="MV Boli"/>
        </w:rPr>
        <w:t>ތިންވަނަ</w:t>
      </w:r>
      <w:r>
        <w:rPr>
          <w:rFonts w:ascii="Times New Roman" w:hAnsi="Times New Roman" w:eastAsia="Times New Roman" w:cs="Times New Roman"/>
        </w:rPr>
        <w:t xml:space="preserve"> </w:t>
      </w:r>
      <w:r>
        <w:rPr>
          <w:rFonts w:ascii="MV Boli" w:hAnsi="MV Boli" w:eastAsia="MV Boli" w:cs="MV Boli"/>
        </w:rPr>
        <w:t>މަލާއިކާގެ</w:t>
      </w:r>
      <w:r>
        <w:rPr>
          <w:rFonts w:ascii="Times New Roman" w:hAnsi="Times New Roman" w:eastAsia="Times New Roman" w:cs="Times New Roman"/>
        </w:rPr>
        <w:t xml:space="preserve"> </w:t>
      </w:r>
      <w:r>
        <w:rPr>
          <w:rFonts w:ascii="MV Boli" w:hAnsi="MV Boli" w:eastAsia="MV Boli" w:cs="MV Boli"/>
        </w:rPr>
        <w:t>މެސެޖަށް</w:t>
      </w:r>
      <w:r>
        <w:rPr>
          <w:rFonts w:ascii="Times New Roman" w:hAnsi="Times New Roman" w:eastAsia="Times New Roman" w:cs="Times New Roman"/>
        </w:rPr>
        <w:t xml:space="preserve"> </w:t>
      </w:r>
      <w:r>
        <w:rPr>
          <w:rFonts w:ascii="MV Boli" w:hAnsi="MV Boli" w:eastAsia="MV Boli" w:cs="MV Boli"/>
        </w:rPr>
        <w:t>އޮއްސާގޮތުން</w:t>
      </w:r>
      <w:r>
        <w:rPr>
          <w:rFonts w:ascii="Times New Roman" w:hAnsi="Times New Roman" w:eastAsia="Times New Roman" w:cs="Times New Roman"/>
        </w:rPr>
        <w:t xml:space="preserve"> </w:t>
      </w:r>
      <w:r>
        <w:rPr>
          <w:rFonts w:ascii="MV Boli" w:hAnsi="MV Boli" w:eastAsia="MV Boli" w:cs="MV Boli"/>
        </w:rPr>
        <w:t>ފެނުގެ</w:t>
      </w:r>
      <w:r>
        <w:rPr>
          <w:rFonts w:ascii="Times New Roman" w:hAnsi="Times New Roman" w:eastAsia="Times New Roman" w:cs="Times New Roman"/>
        </w:rPr>
        <w:t xml:space="preserve"> </w:t>
      </w:r>
      <w:r>
        <w:rPr>
          <w:rFonts w:ascii="MV Boli" w:hAnsi="MV Boli" w:eastAsia="MV Boli" w:cs="MV Boli"/>
        </w:rPr>
        <w:t>ކޯރެއް</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ޖަވާބު</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ހިނދު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މެސެޖު</w:t>
      </w:r>
      <w:r>
        <w:rPr>
          <w:rFonts w:ascii="Times New Roman" w:hAnsi="Times New Roman" w:eastAsia="Times New Roman" w:cs="Times New Roman"/>
        </w:rPr>
        <w:t xml:space="preserve"> </w:t>
      </w:r>
      <w:r>
        <w:rPr>
          <w:rFonts w:ascii="MV Boli" w:hAnsi="MV Boli" w:eastAsia="MV Boli" w:cs="MV Boli"/>
        </w:rPr>
        <w:t>އަރިބަރި</w:t>
      </w:r>
      <w:r>
        <w:rPr>
          <w:rFonts w:ascii="Times New Roman" w:hAnsi="Times New Roman" w:eastAsia="Times New Roman" w:cs="Times New Roman"/>
        </w:rPr>
        <w:t xml:space="preserve"> </w:t>
      </w:r>
      <w:r>
        <w:rPr>
          <w:rFonts w:ascii="MV Boli" w:hAnsi="MV Boli" w:eastAsia="MV Boli" w:cs="MV Boli"/>
        </w:rPr>
        <w:t>ރާޅެއް</w:t>
      </w:r>
      <w:r>
        <w:rPr>
          <w:rFonts w:ascii="Times New Roman" w:hAnsi="Times New Roman" w:eastAsia="Times New Roman" w:cs="Times New Roman"/>
        </w:rPr>
        <w:t xml:space="preserve"> </w:t>
      </w:r>
      <w:r>
        <w:rPr>
          <w:rFonts w:ascii="MV Boli" w:hAnsi="MV Boli" w:eastAsia="MV Boli" w:cs="MV Boli"/>
        </w:rPr>
        <w:t>ފަދައިން</w:t>
      </w:r>
      <w:r>
        <w:rPr>
          <w:rFonts w:ascii="Times New Roman" w:hAnsi="Times New Roman" w:eastAsia="Times New Roman" w:cs="Times New Roman"/>
        </w:rPr>
        <w:t xml:space="preserve"> </w:t>
      </w:r>
      <w:r>
        <w:rPr>
          <w:rFonts w:ascii="MV Boli" w:hAnsi="MV Boli" w:eastAsia="MV Boli" w:cs="MV Boli"/>
        </w:rPr>
        <w:t>މުޅި</w:t>
      </w:r>
      <w:r>
        <w:rPr>
          <w:rFonts w:ascii="Times New Roman" w:hAnsi="Times New Roman" w:eastAsia="Times New Roman" w:cs="Times New Roman"/>
        </w:rPr>
        <w:t xml:space="preserve"> </w:t>
      </w:r>
      <w:r>
        <w:rPr>
          <w:rFonts w:ascii="MV Boli" w:hAnsi="MV Boli" w:eastAsia="MV Boli" w:cs="MV Boli"/>
        </w:rPr>
        <w:t>ބިމުގައި</w:t>
      </w:r>
      <w:r>
        <w:rPr>
          <w:rFonts w:ascii="Times New Roman" w:hAnsi="Times New Roman" w:eastAsia="Times New Roman" w:cs="Times New Roman"/>
        </w:rPr>
        <w:t xml:space="preserve"> </w:t>
      </w:r>
      <w:r>
        <w:rPr>
          <w:rFonts w:ascii="MV Boli" w:hAnsi="MV Boli" w:eastAsia="MV Boli" w:cs="MV Boli"/>
        </w:rPr>
        <w:t>ފެތުރެމުން</w:t>
      </w:r>
      <w:r>
        <w:rPr>
          <w:rFonts w:ascii="Times New Roman" w:hAnsi="Times New Roman" w:eastAsia="Times New Roman" w:cs="Times New Roman"/>
        </w:rPr>
        <w:t xml:space="preserve"> </w:t>
      </w:r>
      <w:r>
        <w:rPr>
          <w:rFonts w:ascii="MV Boli" w:hAnsi="MV Boli" w:eastAsia="MV Boli" w:cs="MV Boli"/>
        </w:rPr>
        <w:t>ދާނެއެވެ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އުފެދެނީ</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ބަލާ</w:t>
      </w:r>
      <w:r>
        <w:rPr>
          <w:rFonts w:ascii="Times New Roman" w:hAnsi="Times New Roman" w:eastAsia="Times New Roman" w:cs="Times New Roman"/>
        </w:rPr>
        <w:t xml:space="preserve"> </w:t>
      </w:r>
      <w:r>
        <w:rPr>
          <w:rFonts w:ascii="MV Boli" w:hAnsi="MV Boli" w:eastAsia="MV Boli" w:cs="MV Boli"/>
        </w:rPr>
        <w:t>މުސީބާތެއްގެ</w:t>
      </w:r>
      <w:r>
        <w:rPr>
          <w:rFonts w:ascii="Times New Roman" w:hAnsi="Times New Roman" w:eastAsia="Times New Roman" w:cs="Times New Roman"/>
        </w:rPr>
        <w:t xml:space="preserve"> </w:t>
      </w:r>
      <w:r>
        <w:rPr>
          <w:rFonts w:ascii="MV Boli" w:hAnsi="MV Boli" w:eastAsia="MV Boli" w:cs="MV Boli"/>
        </w:rPr>
        <w:t>މެދުގައެވެ</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އޭނާގެ</w:t>
      </w:r>
      <w:r>
        <w:rPr>
          <w:rFonts w:ascii="Times New Roman" w:hAnsi="Times New Roman" w:eastAsia="Times New Roman" w:cs="Times New Roman"/>
        </w:rPr>
        <w:t xml:space="preserve"> </w:t>
      </w:r>
      <w:r>
        <w:rPr>
          <w:rFonts w:ascii="MV Boli" w:hAnsi="MV Boli" w:eastAsia="MV Boli" w:cs="MV Boli"/>
        </w:rPr>
        <w:t>ވިހައިލުމަށް</w:t>
      </w:r>
      <w:r>
        <w:rPr>
          <w:rFonts w:ascii="Times New Roman" w:hAnsi="Times New Roman" w:eastAsia="Times New Roman" w:cs="Times New Roman"/>
        </w:rPr>
        <w:t xml:space="preserve"> </w:t>
      </w:r>
      <w:r>
        <w:rPr>
          <w:rFonts w:ascii="MV Boli" w:hAnsi="MV Boli" w:eastAsia="MV Boli" w:cs="MV Boli"/>
        </w:rPr>
        <w:t>މިސާލެވެ</w:t>
      </w:r>
      <w:r>
        <w:rPr>
          <w:rFonts w:ascii="Times New Roman" w:hAnsi="Times New Roman" w:eastAsia="Times New Roman" w:cs="Times New Roman"/>
        </w:rPr>
        <w:t xml:space="preserve">. </w:t>
      </w:r>
      <w:r>
        <w:rPr>
          <w:rFonts w:ascii="MV Boli" w:hAnsi="MV Boli" w:eastAsia="MV Boli" w:cs="MV Boli"/>
        </w:rPr>
        <w:t>މުކާޝަފާ</w:t>
      </w:r>
      <w:r>
        <w:rPr>
          <w:rFonts w:ascii="Times New Roman" w:hAnsi="Times New Roman" w:eastAsia="Times New Roman" w:cs="Times New Roman"/>
        </w:rPr>
        <w:t xml:space="preserve"> </w:t>
      </w:r>
      <w:r>
        <w:rPr>
          <w:rFonts w:ascii="MV Boli" w:hAnsi="MV Boli" w:eastAsia="MV Boli" w:cs="MV Boli"/>
        </w:rPr>
        <w:t>ބާރަގަނޑުގެ</w:t>
      </w:r>
      <w:r>
        <w:rPr>
          <w:rFonts w:ascii="Times New Roman" w:hAnsi="Times New Roman" w:eastAsia="Times New Roman" w:cs="Times New Roman"/>
        </w:rPr>
        <w:t xml:space="preserve"> </w:t>
      </w:r>
      <w:r>
        <w:rPr>
          <w:rFonts w:ascii="MV Boli" w:hAnsi="MV Boli" w:eastAsia="MV Boli" w:cs="MV Boli"/>
        </w:rPr>
        <w:t>އަންހެނާ</w:t>
      </w:r>
      <w:r>
        <w:rPr>
          <w:rFonts w:ascii="Times New Roman" w:hAnsi="Times New Roman" w:eastAsia="Times New Roman" w:cs="Times New Roman"/>
        </w:rPr>
        <w:t xml:space="preserve">، </w:t>
      </w:r>
      <w:r>
        <w:rPr>
          <w:rFonts w:ascii="MV Boli" w:hAnsi="MV Boli" w:eastAsia="MV Boli" w:cs="MV Boli"/>
        </w:rPr>
        <w:t>އަސްލުގައި</w:t>
      </w:r>
      <w:r>
        <w:rPr>
          <w:rFonts w:ascii="Times New Roman" w:hAnsi="Times New Roman" w:eastAsia="Times New Roman" w:cs="Times New Roman"/>
        </w:rPr>
        <w:t xml:space="preserve"> </w:t>
      </w:r>
      <w:r>
        <w:rPr>
          <w:rFonts w:ascii="MV Boli" w:hAnsi="MV Boli" w:eastAsia="MV Boli" w:cs="MV Boli"/>
        </w:rPr>
        <w:t>ދެ</w:t>
      </w:r>
      <w:r>
        <w:rPr>
          <w:rFonts w:ascii="Times New Roman" w:hAnsi="Times New Roman" w:eastAsia="Times New Roman" w:cs="Times New Roman"/>
        </w:rPr>
        <w:t xml:space="preserve"> </w:t>
      </w:r>
      <w:r>
        <w:rPr>
          <w:rFonts w:ascii="MV Boli" w:hAnsi="MV Boli" w:eastAsia="MV Boli" w:cs="MV Boli"/>
        </w:rPr>
        <w:t>ތައްވަލު</w:t>
      </w:r>
      <w:r>
        <w:rPr>
          <w:rFonts w:ascii="Times New Roman" w:hAnsi="Times New Roman" w:eastAsia="Times New Roman" w:cs="Times New Roman"/>
        </w:rPr>
        <w:t xml:space="preserve"> </w:t>
      </w:r>
      <w:r>
        <w:rPr>
          <w:rFonts w:ascii="MV Boli" w:hAnsi="MV Boli" w:eastAsia="MV Boli" w:cs="MV Boli"/>
        </w:rPr>
        <w:t>ކުއްޖެއް</w:t>
      </w:r>
      <w:r>
        <w:rPr>
          <w:rFonts w:ascii="Times New Roman" w:hAnsi="Times New Roman" w:eastAsia="Times New Roman" w:cs="Times New Roman"/>
        </w:rPr>
        <w:t xml:space="preserve"> </w:t>
      </w:r>
      <w:r>
        <w:rPr>
          <w:rFonts w:ascii="MV Boli" w:hAnsi="MV Boli" w:eastAsia="MV Boli" w:cs="MV Boli"/>
        </w:rPr>
        <w:t>އުފައްދައެވެ</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އުފެދޭ</w:t>
      </w:r>
      <w:r>
        <w:rPr>
          <w:rFonts w:ascii="Times New Roman" w:hAnsi="Times New Roman" w:eastAsia="Times New Roman" w:cs="Times New Roman"/>
        </w:rPr>
        <w:t xml:space="preserve"> </w:t>
      </w:r>
      <w:r>
        <w:rPr>
          <w:rFonts w:ascii="MV Boli" w:hAnsi="MV Boli" w:eastAsia="MV Boli" w:cs="MV Boli"/>
        </w:rPr>
        <w:t>މީހުނަކީ</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ލައްކަ</w:t>
      </w:r>
      <w:r>
        <w:rPr>
          <w:rFonts w:ascii="Times New Roman" w:hAnsi="Times New Roman" w:eastAsia="Times New Roman" w:cs="Times New Roman"/>
        </w:rPr>
        <w:t xml:space="preserve"> </w:t>
      </w:r>
      <w:r>
        <w:rPr>
          <w:rFonts w:ascii="MV Boli" w:hAnsi="MV Boli" w:eastAsia="MV Boli" w:cs="MV Boli"/>
        </w:rPr>
        <w:t>ސާޅީސް</w:t>
      </w:r>
      <w:r>
        <w:rPr>
          <w:rFonts w:ascii="Times New Roman" w:hAnsi="Times New Roman" w:eastAsia="Times New Roman" w:cs="Times New Roman"/>
        </w:rPr>
        <w:t xml:space="preserve"> </w:t>
      </w:r>
      <w:r>
        <w:rPr>
          <w:rFonts w:ascii="MV Boli" w:hAnsi="MV Boli" w:eastAsia="MV Boli" w:cs="MV Boli"/>
        </w:rPr>
        <w:t>ހަތަރު</w:t>
      </w:r>
      <w:r>
        <w:rPr>
          <w:rFonts w:ascii="Times New Roman" w:hAnsi="Times New Roman" w:eastAsia="Times New Roman" w:cs="Times New Roman"/>
        </w:rPr>
        <w:t xml:space="preserve"> </w:t>
      </w:r>
      <w:r>
        <w:rPr>
          <w:rFonts w:ascii="MV Boli" w:hAnsi="MV Boli" w:eastAsia="MV Boli" w:cs="MV Boli"/>
        </w:rPr>
        <w:t>ހާސް</w:t>
      </w:r>
      <w:r>
        <w:rPr>
          <w:rFonts w:ascii="Times New Roman" w:hAnsi="Times New Roman" w:eastAsia="Times New Roman" w:cs="Times New Roman"/>
        </w:rPr>
        <w:t xml:space="preserve"> </w:t>
      </w:r>
      <w:r>
        <w:rPr>
          <w:rFonts w:ascii="MV Boli" w:hAnsi="MV Boli" w:eastAsia="MV Boli" w:cs="MV Boli"/>
        </w:rPr>
        <w:t>މީހުންނެވެ</w:t>
      </w:r>
      <w:r>
        <w:rPr>
          <w:rFonts w:ascii="Times New Roman" w:hAnsi="Times New Roman" w:eastAsia="Times New Roman" w:cs="Times New Roman"/>
        </w:rPr>
        <w:t xml:space="preserve">، </w:t>
      </w:r>
      <w:r>
        <w:rPr>
          <w:rFonts w:ascii="MV Boli" w:hAnsi="MV Boli" w:eastAsia="MV Boli" w:cs="MV Boli"/>
        </w:rPr>
        <w:t>އެމީހުން</w:t>
      </w:r>
      <w:r>
        <w:rPr>
          <w:rFonts w:ascii="Times New Roman" w:hAnsi="Times New Roman" w:eastAsia="Times New Roman" w:cs="Times New Roman"/>
        </w:rPr>
        <w:t xml:space="preserve"> “</w:t>
      </w:r>
      <w:r>
        <w:rPr>
          <w:rFonts w:ascii="MV Boli" w:hAnsi="MV Boli" w:eastAsia="MV Boli" w:cs="MV Boli"/>
        </w:rPr>
        <w:t>ފުރަތަމަ</w:t>
      </w:r>
      <w:r>
        <w:rPr>
          <w:rFonts w:ascii="Times New Roman" w:hAnsi="Times New Roman" w:eastAsia="Times New Roman" w:cs="Times New Roman"/>
        </w:rPr>
        <w:t xml:space="preserve"> </w:t>
      </w:r>
      <w:r>
        <w:rPr>
          <w:rFonts w:ascii="MV Boli" w:hAnsi="MV Boli" w:eastAsia="MV Boli" w:cs="MV Boli"/>
        </w:rPr>
        <w:t>ފޮނިވި</w:t>
      </w:r>
      <w:r>
        <w:rPr>
          <w:rFonts w:ascii="Times New Roman" w:hAnsi="Times New Roman" w:eastAsia="Times New Roman" w:cs="Times New Roman"/>
        </w:rPr>
        <w:t xml:space="preserve"> </w:t>
      </w:r>
      <w:r>
        <w:rPr>
          <w:rFonts w:ascii="MV Boli" w:hAnsi="MV Boli" w:eastAsia="MV Boli" w:cs="MV Boli"/>
        </w:rPr>
        <w:t>ފަލަ</w:t>
      </w:r>
      <w:r>
        <w:rPr>
          <w:rFonts w:ascii="Times New Roman" w:hAnsi="Times New Roman" w:eastAsia="Times New Roman" w:cs="Times New Roman"/>
        </w:rPr>
        <w:t xml:space="preserve">” </w:t>
      </w:r>
      <w:r>
        <w:rPr>
          <w:rFonts w:ascii="MV Boli" w:hAnsi="MV Boli" w:eastAsia="MV Boli" w:cs="MV Boli"/>
        </w:rPr>
        <w:t>އެވެ</w:t>
      </w:r>
      <w:r>
        <w:rPr>
          <w:rFonts w:ascii="Times New Roman" w:hAnsi="Times New Roman" w:eastAsia="Times New Roman" w:cs="Times New Roman"/>
        </w:rPr>
        <w:t xml:space="preserve"> </w:t>
      </w:r>
      <w:r>
        <w:rPr>
          <w:rFonts w:ascii="MV Boli" w:hAnsi="MV Boli" w:eastAsia="MV Boli" w:cs="MV Boli"/>
        </w:rPr>
        <w:t>ހުންނައިރު</w:t>
      </w:r>
      <w:r>
        <w:rPr>
          <w:rFonts w:ascii="Times New Roman" w:hAnsi="Times New Roman" w:eastAsia="Times New Roman" w:cs="Times New Roman"/>
        </w:rPr>
        <w:t xml:space="preserve">، </w:t>
      </w:r>
      <w:r>
        <w:rPr>
          <w:rFonts w:ascii="MV Boli" w:hAnsi="MV Boli" w:eastAsia="MV Boli" w:cs="MV Boli"/>
        </w:rPr>
        <w:t>ޖެންޓައިލުންނަކީ</w:t>
      </w:r>
      <w:r>
        <w:rPr>
          <w:rFonts w:ascii="Times New Roman" w:hAnsi="Times New Roman" w:eastAsia="Times New Roman" w:cs="Times New Roman"/>
        </w:rPr>
        <w:t xml:space="preserve"> </w:t>
      </w:r>
      <w:r>
        <w:rPr>
          <w:rFonts w:ascii="MV Boli" w:hAnsi="MV Boli" w:eastAsia="MV Boli" w:cs="MV Boli"/>
        </w:rPr>
        <w:t>ހޫނުވަގުތުގެ</w:t>
      </w:r>
      <w:r>
        <w:rPr>
          <w:rFonts w:ascii="Times New Roman" w:hAnsi="Times New Roman" w:eastAsia="Times New Roman" w:cs="Times New Roman"/>
        </w:rPr>
        <w:t xml:space="preserve"> </w:t>
      </w:r>
      <w:r>
        <w:rPr>
          <w:rFonts w:ascii="MV Boli" w:hAnsi="MV Boli" w:eastAsia="MV Boli" w:cs="MV Boli"/>
        </w:rPr>
        <w:t>މަސޫލުގެ</w:t>
      </w:r>
      <w:r>
        <w:rPr>
          <w:rFonts w:ascii="Times New Roman" w:hAnsi="Times New Roman" w:eastAsia="Times New Roman" w:cs="Times New Roman"/>
        </w:rPr>
        <w:t xml:space="preserve"> </w:t>
      </w:r>
      <w:r>
        <w:rPr>
          <w:rFonts w:ascii="MV Boli" w:hAnsi="MV Boli" w:eastAsia="MV Boli" w:cs="MV Boli"/>
        </w:rPr>
        <w:t>ބޮޑު</w:t>
      </w:r>
      <w:r>
        <w:rPr>
          <w:rFonts w:ascii="Times New Roman" w:hAnsi="Times New Roman" w:eastAsia="Times New Roman" w:cs="Times New Roman"/>
        </w:rPr>
        <w:t xml:space="preserve"> </w:t>
      </w:r>
      <w:r>
        <w:rPr>
          <w:rFonts w:ascii="MV Boli" w:hAnsi="MV Boli" w:eastAsia="MV Boli" w:cs="MV Boli"/>
        </w:rPr>
        <w:t>ޖަމާކުރުމެވެ</w:t>
      </w:r>
      <w:r>
        <w:rPr>
          <w:rFonts w:ascii="Times New Roman" w:hAnsi="Times New Roman" w:eastAsia="Times New Roman" w:cs="Times New Roman"/>
        </w:rPr>
        <w:t>.</w:t>
      </w:r>
    </w:p>
    <w:p>
      <w:pPr>
        <w:pStyle w:val="ArticleScripture"/>
        <w:jc w:val="left"/>
      </w:pP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ይበላችሁ</w:t>
      </w:r>
      <w:r>
        <w:rPr>
          <w:rFonts w:ascii="Times New Roman" w:hAnsi="Times New Roman" w:eastAsia="Times New Roman" w:cs="Times New Roman"/>
        </w:rPr>
        <w:t xml:space="preserve"> </w:t>
      </w:r>
      <w:r>
        <w:rPr>
          <w:rFonts w:ascii="Ebrima" w:hAnsi="Ebrima" w:eastAsia="Ebrima" w:cs="Ebrima"/>
        </w:rPr>
        <w:t>ከኢየሩሳሌም</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እናንተም</w:t>
      </w:r>
      <w:r>
        <w:rPr>
          <w:rFonts w:ascii="Times New Roman" w:hAnsi="Times New Roman" w:eastAsia="Times New Roman" w:cs="Times New Roman"/>
        </w:rPr>
        <w:t xml:space="preserve"> </w:t>
      </w:r>
      <w:r>
        <w:rPr>
          <w:rFonts w:ascii="Ebrima" w:hAnsi="Ebrima" w:eastAsia="Ebrima" w:cs="Ebrima"/>
        </w:rPr>
        <w:t>የምትወዱአት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ከእርስዋ</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ሐሴት</w:t>
      </w:r>
      <w:r>
        <w:rPr>
          <w:rFonts w:ascii="Times New Roman" w:hAnsi="Times New Roman" w:eastAsia="Times New Roman" w:cs="Times New Roman"/>
        </w:rPr>
        <w:t xml:space="preserve"> </w:t>
      </w:r>
      <w:r>
        <w:rPr>
          <w:rFonts w:ascii="Ebrima" w:hAnsi="Ebrima" w:eastAsia="Ebrima" w:cs="Ebrima"/>
        </w:rPr>
        <w:t>አድርጉ፤</w:t>
      </w:r>
      <w:r>
        <w:rPr>
          <w:rFonts w:ascii="Times New Roman" w:hAnsi="Times New Roman" w:eastAsia="Times New Roman" w:cs="Times New Roman"/>
        </w:rPr>
        <w:t xml:space="preserve"> </w:t>
      </w:r>
      <w:r>
        <w:rPr>
          <w:rFonts w:ascii="Ebrima" w:hAnsi="Ebrima" w:eastAsia="Ebrima" w:cs="Ebrima"/>
        </w:rPr>
        <w:t>እናንተም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የምታለቅሱ</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ከእርስዋ</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በደስታ</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ይበላችሁ፤</w:t>
      </w:r>
      <w:r>
        <w:rPr>
          <w:rFonts w:ascii="Times New Roman" w:hAnsi="Times New Roman" w:eastAsia="Times New Roman" w:cs="Times New Roman"/>
        </w:rPr>
        <w:t xml:space="preserve"> </w:t>
      </w:r>
      <w:r>
        <w:rPr>
          <w:rFonts w:ascii="Ebrima" w:hAnsi="Ebrima" w:eastAsia="Ebrima" w:cs="Ebrima"/>
        </w:rPr>
        <w:t>ከማጽናናትዋ</w:t>
      </w:r>
      <w:r>
        <w:rPr>
          <w:rFonts w:ascii="Times New Roman" w:hAnsi="Times New Roman" w:eastAsia="Times New Roman" w:cs="Times New Roman"/>
        </w:rPr>
        <w:t xml:space="preserve"> </w:t>
      </w:r>
      <w:r>
        <w:rPr>
          <w:rFonts w:ascii="Ebrima" w:hAnsi="Ebrima" w:eastAsia="Ebrima" w:cs="Ebrima"/>
        </w:rPr>
        <w:t>ጡቶች</w:t>
      </w:r>
      <w:r>
        <w:rPr>
          <w:rFonts w:ascii="Times New Roman" w:hAnsi="Times New Roman" w:eastAsia="Times New Roman" w:cs="Times New Roman"/>
        </w:rPr>
        <w:t xml:space="preserve"> </w:t>
      </w:r>
      <w:r>
        <w:rPr>
          <w:rFonts w:ascii="Ebrima" w:hAnsi="Ebrima" w:eastAsia="Ebrima" w:cs="Ebrima"/>
        </w:rPr>
        <w:t>እንድትጠቡና</w:t>
      </w:r>
      <w:r>
        <w:rPr>
          <w:rFonts w:ascii="Times New Roman" w:hAnsi="Times New Roman" w:eastAsia="Times New Roman" w:cs="Times New Roman"/>
        </w:rPr>
        <w:t xml:space="preserve"> </w:t>
      </w:r>
      <w:r>
        <w:rPr>
          <w:rFonts w:ascii="Ebrima" w:hAnsi="Ebrima" w:eastAsia="Ebrima" w:cs="Ebrima"/>
        </w:rPr>
        <w:t>እንድትጠግቡ፥</w:t>
      </w:r>
      <w:r>
        <w:rPr>
          <w:rFonts w:ascii="Times New Roman" w:hAnsi="Times New Roman" w:eastAsia="Times New Roman" w:cs="Times New Roman"/>
        </w:rPr>
        <w:t xml:space="preserve"> </w:t>
      </w:r>
      <w:r>
        <w:rPr>
          <w:rFonts w:ascii="Ebrima" w:hAnsi="Ebrima" w:eastAsia="Ebrima" w:cs="Ebrima"/>
        </w:rPr>
        <w:t>ከክብርዋም</w:t>
      </w:r>
      <w:r>
        <w:rPr>
          <w:rFonts w:ascii="Times New Roman" w:hAnsi="Times New Roman" w:eastAsia="Times New Roman" w:cs="Times New Roman"/>
        </w:rPr>
        <w:t xml:space="preserve"> </w:t>
      </w:r>
      <w:r>
        <w:rPr>
          <w:rFonts w:ascii="Ebrima" w:hAnsi="Ebrima" w:eastAsia="Ebrima" w:cs="Ebrima"/>
        </w:rPr>
        <w:t>ብዛት</w:t>
      </w:r>
      <w:r>
        <w:rPr>
          <w:rFonts w:ascii="Times New Roman" w:hAnsi="Times New Roman" w:eastAsia="Times New Roman" w:cs="Times New Roman"/>
        </w:rPr>
        <w:t xml:space="preserve"> </w:t>
      </w:r>
      <w:r>
        <w:rPr>
          <w:rFonts w:ascii="Ebrima" w:hAnsi="Ebrima" w:eastAsia="Ebrima" w:cs="Ebrima"/>
        </w:rPr>
        <w:t>እንድትጠቡና</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እንድትሰኙ።</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ይላልና፤</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ሰላምን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እርስዋ</w:t>
      </w:r>
      <w:r>
        <w:rPr>
          <w:rFonts w:ascii="Times New Roman" w:hAnsi="Times New Roman" w:eastAsia="Times New Roman" w:cs="Times New Roman"/>
        </w:rPr>
        <w:t xml:space="preserve"> </w:t>
      </w:r>
      <w:r>
        <w:rPr>
          <w:rFonts w:ascii="Ebrima" w:hAnsi="Ebrima" w:eastAsia="Ebrima" w:cs="Ebrima"/>
        </w:rPr>
        <w:t>እዘረጋለሁ፥</w:t>
      </w:r>
      <w:r>
        <w:rPr>
          <w:rFonts w:ascii="Times New Roman" w:hAnsi="Times New Roman" w:eastAsia="Times New Roman" w:cs="Times New Roman"/>
        </w:rPr>
        <w:t xml:space="preserve"> </w:t>
      </w:r>
      <w:r>
        <w:rPr>
          <w:rFonts w:ascii="Ebrima" w:hAnsi="Ebrima" w:eastAsia="Ebrima" w:cs="Ebrima"/>
        </w:rPr>
        <w:t>የአሕዛብንም</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እንደሚፈስ</w:t>
      </w:r>
      <w:r>
        <w:rPr>
          <w:rFonts w:ascii="Times New Roman" w:hAnsi="Times New Roman" w:eastAsia="Times New Roman" w:cs="Times New Roman"/>
        </w:rPr>
        <w:t xml:space="preserve"> </w:t>
      </w:r>
      <w:r>
        <w:rPr>
          <w:rFonts w:ascii="Ebrima" w:hAnsi="Ebrima" w:eastAsia="Ebrima" w:cs="Ebrima"/>
        </w:rPr>
        <w:t>ፈሳሽ</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ጊዜም</w:t>
      </w:r>
      <w:r>
        <w:rPr>
          <w:rFonts w:ascii="Times New Roman" w:hAnsi="Times New Roman" w:eastAsia="Times New Roman" w:cs="Times New Roman"/>
        </w:rPr>
        <w:t xml:space="preserve"> </w:t>
      </w:r>
      <w:r>
        <w:rPr>
          <w:rFonts w:ascii="Ebrima" w:hAnsi="Ebrima" w:eastAsia="Ebrima" w:cs="Ebrima"/>
        </w:rPr>
        <w:t>ትጠባላችሁ፥</w:t>
      </w:r>
      <w:r>
        <w:rPr>
          <w:rFonts w:ascii="Times New Roman" w:hAnsi="Times New Roman" w:eastAsia="Times New Roman" w:cs="Times New Roman"/>
        </w:rPr>
        <w:t xml:space="preserve"> </w:t>
      </w:r>
      <w:r>
        <w:rPr>
          <w:rFonts w:ascii="Ebrima" w:hAnsi="Ebrima" w:eastAsia="Ebrima" w:cs="Ebrima"/>
        </w:rPr>
        <w:t>በጎኖችዋም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ትሸከማላችሁ፥</w:t>
      </w:r>
      <w:r>
        <w:rPr>
          <w:rFonts w:ascii="Times New Roman" w:hAnsi="Times New Roman" w:eastAsia="Times New Roman" w:cs="Times New Roman"/>
        </w:rPr>
        <w:t xml:space="preserve"> </w:t>
      </w:r>
      <w:r>
        <w:rPr>
          <w:rFonts w:ascii="Ebrima" w:hAnsi="Ebrima" w:eastAsia="Ebrima" w:cs="Ebrima"/>
        </w:rPr>
        <w:t>በጕልበቶችዋም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ትንቀሳቀሳላችሁ።</w:t>
      </w:r>
      <w:r>
        <w:rPr>
          <w:rFonts w:ascii="Times New Roman" w:hAnsi="Times New Roman" w:eastAsia="Times New Roman" w:cs="Times New Roman"/>
        </w:rPr>
        <w:t xml:space="preserve"> </w:t>
      </w:r>
      <w:r>
        <w:rPr>
          <w:rFonts w:ascii="Ebrima" w:hAnsi="Ebrima" w:eastAsia="Ebrima" w:cs="Ebrima"/>
        </w:rPr>
        <w:t>እናቱ</w:t>
      </w:r>
      <w:r>
        <w:rPr>
          <w:rFonts w:ascii="Times New Roman" w:hAnsi="Times New Roman" w:eastAsia="Times New Roman" w:cs="Times New Roman"/>
        </w:rPr>
        <w:t xml:space="preserve"> </w:t>
      </w:r>
      <w:r>
        <w:rPr>
          <w:rFonts w:ascii="Ebrima" w:hAnsi="Ebrima" w:eastAsia="Ebrima" w:cs="Ebrima"/>
        </w:rPr>
        <w:t>የምታጽናናውን</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እንደሚሆን፥</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አጽናናችኋለሁ፤</w:t>
      </w:r>
      <w:r>
        <w:rPr>
          <w:rFonts w:ascii="Times New Roman" w:hAnsi="Times New Roman" w:eastAsia="Times New Roman" w:cs="Times New Roman"/>
        </w:rPr>
        <w:t xml:space="preserve"> </w:t>
      </w:r>
      <w:r>
        <w:rPr>
          <w:rFonts w:ascii="Ebrima" w:hAnsi="Ebrima" w:eastAsia="Ebrima" w:cs="Ebrima"/>
        </w:rPr>
        <w:t>በኢየሩሳሌምም</w:t>
      </w:r>
      <w:r>
        <w:rPr>
          <w:rFonts w:ascii="Times New Roman" w:hAnsi="Times New Roman" w:eastAsia="Times New Roman" w:cs="Times New Roman"/>
        </w:rPr>
        <w:t xml:space="preserve"> </w:t>
      </w:r>
      <w:r>
        <w:rPr>
          <w:rFonts w:ascii="Ebrima" w:hAnsi="Ebrima" w:eastAsia="Ebrima" w:cs="Ebrima"/>
        </w:rPr>
        <w:t>ትጽናናላችሁ።</w:t>
      </w:r>
      <w:r>
        <w:rPr>
          <w:rFonts w:ascii="Times New Roman" w:hAnsi="Times New Roman" w:eastAsia="Times New Roman" w:cs="Times New Roman"/>
        </w:rPr>
        <w:t xml:space="preserve"> </w:t>
      </w:r>
      <w:r>
        <w:rPr>
          <w:rFonts w:ascii="Ebrima" w:hAnsi="Ebrima" w:eastAsia="Ebrima" w:cs="Ebrima"/>
        </w:rPr>
        <w:t>ይህንም</w:t>
      </w:r>
      <w:r>
        <w:rPr>
          <w:rFonts w:ascii="Times New Roman" w:hAnsi="Times New Roman" w:eastAsia="Times New Roman" w:cs="Times New Roman"/>
        </w:rPr>
        <w:t xml:space="preserve"> </w:t>
      </w:r>
      <w:r>
        <w:rPr>
          <w:rFonts w:ascii="Ebrima" w:hAnsi="Ebrima" w:eastAsia="Ebrima" w:cs="Ebrima"/>
        </w:rPr>
        <w:t>በምታዩ</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ልባችሁ</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ይለዋል፥</w:t>
      </w:r>
      <w:r>
        <w:rPr>
          <w:rFonts w:ascii="Times New Roman" w:hAnsi="Times New Roman" w:eastAsia="Times New Roman" w:cs="Times New Roman"/>
        </w:rPr>
        <w:t xml:space="preserve"> </w:t>
      </w:r>
      <w:r>
        <w:rPr>
          <w:rFonts w:ascii="Ebrima" w:hAnsi="Ebrima" w:eastAsia="Ebrima" w:cs="Ebrima"/>
        </w:rPr>
        <w:t>አጥንቶቻችሁም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ሣር</w:t>
      </w:r>
      <w:r>
        <w:rPr>
          <w:rFonts w:ascii="Times New Roman" w:hAnsi="Times New Roman" w:eastAsia="Times New Roman" w:cs="Times New Roman"/>
        </w:rPr>
        <w:t xml:space="preserve"> </w:t>
      </w:r>
      <w:r>
        <w:rPr>
          <w:rFonts w:ascii="Ebrima" w:hAnsi="Ebrima" w:eastAsia="Ebrima" w:cs="Ebrima"/>
        </w:rPr>
        <w:t>ይለመልማሉ፤</w:t>
      </w:r>
      <w:r>
        <w:rPr>
          <w:rFonts w:ascii="Times New Roman" w:hAnsi="Times New Roman" w:eastAsia="Times New Roman" w:cs="Times New Roman"/>
        </w:rPr>
        <w:t xml:space="preserve"> </w:t>
      </w:r>
      <w:r>
        <w:rPr>
          <w:rFonts w:ascii="Ebrima" w:hAnsi="Ebrima" w:eastAsia="Ebrima" w:cs="Ebrima"/>
        </w:rPr>
        <w:t>የእግዚአብሔርም</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በባሪያዎቹ</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እንዳለ</w:t>
      </w:r>
      <w:r>
        <w:rPr>
          <w:rFonts w:ascii="Times New Roman" w:hAnsi="Times New Roman" w:eastAsia="Times New Roman" w:cs="Times New Roman"/>
        </w:rPr>
        <w:t xml:space="preserve"> </w:t>
      </w:r>
      <w:r>
        <w:rPr>
          <w:rFonts w:ascii="Ebrima" w:hAnsi="Ebrima" w:eastAsia="Ebrima" w:cs="Ebrima"/>
        </w:rPr>
        <w:t>ይታወቃል፥</w:t>
      </w:r>
      <w:r>
        <w:rPr>
          <w:rFonts w:ascii="Times New Roman" w:hAnsi="Times New Roman" w:eastAsia="Times New Roman" w:cs="Times New Roman"/>
        </w:rPr>
        <w:t xml:space="preserve"> </w:t>
      </w:r>
      <w:r>
        <w:rPr>
          <w:rFonts w:ascii="Ebrima" w:hAnsi="Ebrima" w:eastAsia="Ebrima" w:cs="Ebrima"/>
        </w:rPr>
        <w:t>ቍጣውም</w:t>
      </w:r>
      <w:r>
        <w:rPr>
          <w:rFonts w:ascii="Times New Roman" w:hAnsi="Times New Roman" w:eastAsia="Times New Roman" w:cs="Times New Roman"/>
        </w:rPr>
        <w:t xml:space="preserve"> </w:t>
      </w:r>
      <w:r>
        <w:rPr>
          <w:rFonts w:ascii="Ebrima" w:hAnsi="Ebrima" w:eastAsia="Ebrima" w:cs="Ebrima"/>
        </w:rPr>
        <w:t>በጠላቶቹ</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ይሆናል።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66</w:t>
      </w:r>
      <w:r>
        <w:rPr>
          <w:rFonts w:ascii="Ebrima" w:hAnsi="Ebrima" w:eastAsia="Ebrima" w:cs="Ebrima"/>
        </w:rPr>
        <w:t>፥</w:t>
      </w:r>
      <w:r>
        <w:rPr>
          <w:rFonts w:ascii="Times New Roman" w:hAnsi="Times New Roman" w:eastAsia="Times New Roman" w:cs="Times New Roman"/>
        </w:rPr>
        <w:t>10–14</w:t>
      </w:r>
      <w:r>
        <w:rPr>
          <w:rFonts w:ascii="Ebrima" w:hAnsi="Ebrima" w:eastAsia="Ebrima" w:cs="Ebrima"/>
        </w:rPr>
        <w:t>።</w:t>
      </w:r>
    </w:p>
    <w:p>
      <w:pPr>
        <w:pStyle w:val="ArticleBody"/>
        <w:jc w:val="left"/>
      </w:pPr>
      <w:r>
        <w:rPr>
          <w:rFonts w:ascii="Times New Roman" w:hAnsi="Times New Roman" w:eastAsia="Times New Roman" w:cs="Times New Roman"/>
        </w:rPr>
        <w:t>Iri vaye “vachichema” pamusoro peJerusarema ndivo vanogomera nokuridza mhere pamusoro pezvinonyangadza zvinoitwa mukati maro, uye ndivo vakaiswa chisimbiso; uye vanoiswa chisimbiso pamberi pomurayiro weSvondo. Zvino tiri mu“basa rokupedzisira rechechi,” rinova ndiwo maminitsi okupedzisira okuiswa chisimbiso kwezana namakumi mana nezvina zvuru.</w:t>
      </w:r>
    </w:p>
    <w:p>
      <w:pPr>
        <w:pStyle w:val="ArticleScripture"/>
        <w:jc w:val="left"/>
      </w:pPr>
      <w:r>
        <w:rPr>
          <w:rFonts w:ascii="Times New Roman" w:hAnsi="Times New Roman" w:eastAsia="Times New Roman" w:cs="Times New Roman"/>
        </w:rPr>
        <w:t>“Ñandejára retayguakuéra añetegua, oguerekóva ipy’apýpe Ñandejára rembiapo ha umi ánga salvación rehegua espíritu, opa ára ohecháta pe angaipa iñañaha añetévaicha. Tapiaite oĩta umi ojerovia hag̃ua ha oñe’ẽ hag̃ua hesakã porã umi angaipa Ñandejára retayguakuéra rehe ojepokuaáva ndahasýiva. Ko’ýte pe tembiapo paha tupao reheguape, pe sellado ára umi cien cuarenta y cuatro mil rehegua, umi oĩtava mba’eveichagua ky’a’ỹre Ñandejára tróno renondépe, ha’ekuéra oñandu asývéta Ñandejára pueblo he’isévante rembiapovaikuére. Kóva mbaretehápe ojehechauka proféta ta’ãngahápe pe tembiapo paha rehegua, umi kuimba’e peteĩteĩ oguerekóva ipope peteĩ arma jejuka hag̃ua. Peteĩ kuimba’e apytépekuéra apytégui oĩva oñemondeva’ekue líno rehe, ha ijykére oguereko peteĩ escriba tinta ryru. ‘Ha Ñandejára he’i chupe: Ehasa táva mbytére, Jerusalén mbytére, ha emoĩ peteĩ marka umi kuimba’e syvakuáre, umi ojehe’óiva ha osapukáiva opa umi mba’e vai oñemomba’eguasu hag̃uáicha ojejapóva ipype.’” Testimonies, volumen 3, 266.</w:t>
      </w:r>
    </w:p>
    <w:p>
      <w:pPr>
        <w:pStyle w:val="ArticleBody"/>
        <w:jc w:val="left"/>
      </w:pPr>
      <w:r>
        <w:rPr>
          <w:rFonts w:ascii="Times New Roman" w:hAnsi="Times New Roman" w:eastAsia="Times New Roman" w:cs="Times New Roman"/>
        </w:rPr>
        <w:t>Те, кто «воздыхают и вопиют», запечатлеваются прежде, чем ангелы-губители с орудиями заклания проходят через церковь, представленную как Иерусалим.</w:t>
      </w:r>
    </w:p>
    <w:p>
      <w:pPr>
        <w:pStyle w:val="ArticleScripture"/>
        <w:jc w:val="left"/>
      </w:pPr>
      <w:r>
        <w:rPr>
          <w:rFonts w:ascii="Microsoft Himalaya" w:hAnsi="Microsoft Himalaya" w:eastAsia="Microsoft Himalaya" w:cs="Microsoft Himalaya"/>
        </w:rPr>
        <w:t>བཀའ་ནི་འདི་ཡིན།</w:t>
      </w:r>
      <w:r>
        <w:rPr>
          <w:rFonts w:ascii="Times New Roman" w:hAnsi="Times New Roman" w:eastAsia="Times New Roman" w:cs="Times New Roman"/>
        </w:rPr>
        <w:t xml:space="preserve"> ‘</w:t>
      </w:r>
      <w:r>
        <w:rPr>
          <w:rFonts w:ascii="Microsoft Himalaya" w:hAnsi="Microsoft Himalaya" w:eastAsia="Microsoft Himalaya" w:cs="Microsoft Himalaya"/>
        </w:rPr>
        <w:t>གྲོང་ཁྱེར་གྱི་དབུས་སུ།</w:t>
      </w:r>
      <w:r>
        <w:rPr>
          <w:rFonts w:ascii="Times New Roman" w:hAnsi="Times New Roman" w:eastAsia="Times New Roman" w:cs="Times New Roman"/>
        </w:rPr>
        <w:t xml:space="preserve"> </w:t>
      </w:r>
      <w:r>
        <w:rPr>
          <w:rFonts w:ascii="Microsoft Himalaya" w:hAnsi="Microsoft Himalaya" w:eastAsia="Microsoft Himalaya" w:cs="Microsoft Himalaya"/>
        </w:rPr>
        <w:t>ཡེ་རུ་ས་ལེམ་གྱི་དབུས་སུ་བརྒྱུད་དེ་སོང་ལ།</w:t>
      </w:r>
      <w:r>
        <w:rPr>
          <w:rFonts w:ascii="Times New Roman" w:hAnsi="Times New Roman" w:eastAsia="Times New Roman" w:cs="Times New Roman"/>
        </w:rPr>
        <w:t xml:space="preserve"> </w:t>
      </w:r>
      <w:r>
        <w:rPr>
          <w:rFonts w:ascii="Microsoft Himalaya" w:hAnsi="Microsoft Himalaya" w:eastAsia="Microsoft Himalaya" w:cs="Microsoft Himalaya"/>
        </w:rPr>
        <w:t>དེའི་ནང་དུ་བྱས་པའི་མི་གཙང་བ་ཐམས་ཅད་ཀྱི་ཕྱིར་འཁངས་ཤིང་ངུ་བའི་མི་རྣམས་ཀྱི་ཐོད་ལ་རྟགས་ཤིག་བཀོད་ཅིག།</w:t>
      </w:r>
      <w:r>
        <w:rPr>
          <w:rFonts w:ascii="Times New Roman" w:hAnsi="Times New Roman" w:eastAsia="Times New Roman" w:cs="Times New Roman"/>
        </w:rPr>
        <w:t xml:space="preserve">’ </w:t>
      </w:r>
      <w:r>
        <w:rPr>
          <w:rFonts w:ascii="Microsoft Himalaya" w:hAnsi="Microsoft Himalaya" w:eastAsia="Microsoft Himalaya" w:cs="Microsoft Himalaya"/>
        </w:rPr>
        <w:t>འཁངས་ཤིང་ངུ་བ་དེ་རྣམས་ཀྱིས་ཚེའི་ཚིག་རྣམས་བསྟན་ཏེ་འཛིན་བཞིན་ཡོད་དེ།</w:t>
      </w:r>
      <w:r>
        <w:rPr>
          <w:rFonts w:ascii="Times New Roman" w:hAnsi="Times New Roman" w:eastAsia="Times New Roman" w:cs="Times New Roman"/>
        </w:rPr>
        <w:t xml:space="preserve"> </w:t>
      </w:r>
      <w:r>
        <w:rPr>
          <w:rFonts w:ascii="Microsoft Himalaya" w:hAnsi="Microsoft Himalaya" w:eastAsia="Microsoft Himalaya" w:cs="Microsoft Himalaya"/>
        </w:rPr>
        <w:t>ཁོང་ཚོས་བཀག་སྡོམ་བྱས།</w:t>
      </w:r>
      <w:r>
        <w:rPr>
          <w:rFonts w:ascii="Times New Roman" w:hAnsi="Times New Roman" w:eastAsia="Times New Roman" w:cs="Times New Roman"/>
        </w:rPr>
        <w:t xml:space="preserve"> </w:t>
      </w:r>
      <w:r>
        <w:rPr>
          <w:rFonts w:ascii="Microsoft Himalaya" w:hAnsi="Microsoft Himalaya" w:eastAsia="Microsoft Himalaya" w:cs="Microsoft Himalaya"/>
        </w:rPr>
        <w:t>གྲོས་སྟོན་བྱས།</w:t>
      </w:r>
      <w:r>
        <w:rPr>
          <w:rFonts w:ascii="Times New Roman" w:hAnsi="Times New Roman" w:eastAsia="Times New Roman" w:cs="Times New Roman"/>
        </w:rPr>
        <w:t xml:space="preserve"> </w:t>
      </w:r>
      <w:r>
        <w:rPr>
          <w:rFonts w:ascii="Microsoft Himalaya" w:hAnsi="Microsoft Himalaya" w:eastAsia="Microsoft Himalaya" w:cs="Microsoft Himalaya"/>
        </w:rPr>
        <w:t>ཞུ་བ་ཡང་ཡང་བྱས།</w:t>
      </w:r>
      <w:r>
        <w:rPr>
          <w:rFonts w:ascii="Times New Roman" w:hAnsi="Times New Roman" w:eastAsia="Times New Roman" w:cs="Times New Roman"/>
        </w:rPr>
        <w:t xml:space="preserve"> </w:t>
      </w:r>
      <w:r>
        <w:rPr>
          <w:rFonts w:ascii="Microsoft Himalaya" w:hAnsi="Microsoft Himalaya" w:eastAsia="Microsoft Himalaya" w:cs="Microsoft Himalaya"/>
        </w:rPr>
        <w:t>ཁ་ཅིག་གིས་དཀོན་མཆོག་ལ་མི་གུས་པ་བྱས་ཀྱང་།</w:t>
      </w:r>
      <w:r>
        <w:rPr>
          <w:rFonts w:ascii="Times New Roman" w:hAnsi="Times New Roman" w:eastAsia="Times New Roman" w:cs="Times New Roman"/>
        </w:rPr>
        <w:t xml:space="preserve"> </w:t>
      </w:r>
      <w:r>
        <w:rPr>
          <w:rFonts w:ascii="Microsoft Himalaya" w:hAnsi="Microsoft Himalaya" w:eastAsia="Microsoft Himalaya" w:cs="Microsoft Himalaya"/>
        </w:rPr>
        <w:t>ཕྱིས་སུ་འགྱོད་པ་སྐྱེས་ཤིང་།</w:t>
      </w:r>
      <w:r>
        <w:rPr>
          <w:rFonts w:ascii="Times New Roman" w:hAnsi="Times New Roman" w:eastAsia="Times New Roman" w:cs="Times New Roman"/>
        </w:rPr>
        <w:t xml:space="preserve"> </w:t>
      </w:r>
      <w:r>
        <w:rPr>
          <w:rFonts w:ascii="Microsoft Himalaya" w:hAnsi="Microsoft Himalaya" w:eastAsia="Microsoft Himalaya" w:cs="Microsoft Himalaya"/>
        </w:rPr>
        <w:t>ཁོང་གི་མདུན་དུ་རང་གི་སེམས་དམའ་བར་བྱས།</w:t>
      </w:r>
      <w:r>
        <w:rPr>
          <w:rFonts w:ascii="Times New Roman" w:hAnsi="Times New Roman" w:eastAsia="Times New Roman" w:cs="Times New Roman"/>
        </w:rPr>
        <w:t xml:space="preserve"> </w:t>
      </w:r>
      <w:r>
        <w:rPr>
          <w:rFonts w:ascii="Microsoft Himalaya" w:hAnsi="Microsoft Himalaya" w:eastAsia="Microsoft Himalaya" w:cs="Microsoft Himalaya"/>
        </w:rPr>
        <w:t>འོན་ཀྱང་གཙོ་བོའི་གཟི་དཔལ་ནི་ཨི་སི་ར་ཨེལ་ནས་ཕྱིར་འཐེན་ཟིན་ཏེ།</w:t>
      </w:r>
      <w:r>
        <w:rPr>
          <w:rFonts w:ascii="Times New Roman" w:hAnsi="Times New Roman" w:eastAsia="Times New Roman" w:cs="Times New Roman"/>
        </w:rPr>
        <w:t xml:space="preserve"> </w:t>
      </w:r>
      <w:r>
        <w:rPr>
          <w:rFonts w:ascii="Microsoft Himalaya" w:hAnsi="Microsoft Himalaya" w:eastAsia="Microsoft Himalaya" w:cs="Microsoft Himalaya"/>
        </w:rPr>
        <w:t>མང་པོས་ད་དུང་ཆོས་ལུགས་ཀྱི་ཕྱི་ཚུལ་རྣམས་མུ་མཐུད་དུ་བསྲུངས་ཀྱང་།</w:t>
      </w:r>
      <w:r>
        <w:rPr>
          <w:rFonts w:ascii="Times New Roman" w:hAnsi="Times New Roman" w:eastAsia="Times New Roman" w:cs="Times New Roman"/>
        </w:rPr>
        <w:t xml:space="preserve"> </w:t>
      </w:r>
      <w:r>
        <w:rPr>
          <w:rFonts w:ascii="Microsoft Himalaya" w:hAnsi="Microsoft Himalaya" w:eastAsia="Microsoft Himalaya" w:cs="Microsoft Himalaya"/>
        </w:rPr>
        <w:t>ཁོང་གི་མཐུ་དང་ཞལ་གྱི་ཉེ་འདུག་པ་ནི་མེད་པར་གྱུར་ཏོ།</w:t>
      </w:r>
    </w:p>
    <w:p>
      <w:pPr>
        <w:pStyle w:val="ArticleScripture"/>
        <w:jc w:val="left"/>
      </w:pPr>
      <w:r>
        <w:rPr>
          <w:rFonts w:ascii="Times New Roman" w:hAnsi="Times New Roman" w:eastAsia="Times New Roman" w:cs="Times New Roman"/>
        </w:rPr>
        <w:t>«اُس وقت میں جب اُس کا غضب عدالتوں کی صورت میں ظاہر ہوگا، مسیح کے یہ فروتن اور مخلص پیروکار اپنے جانکاہ روحانی کرب کے سبب باقی دنیا سے ممتاز پہچانے جائیں گے، جو نوحہ و گریہ، ملامت اور تنبیہ میں ظاہر ہوتا ہے۔ جبکہ دوسرے لوگ موجودہ بدی پر پردہ ڈالنے کی کوشش کرتے ہیں اور ہر طرف پھیلی ہوئی عظیم شرارت کے لیے عذر تراشتے ہیں، وہاں وہ لوگ جو خدا کے جلال کے لیے غیرت رکھتے ہیں اور جانوں سے محبت کرتے ہیں، کسی کی خوشنودی حاصل کرنے کے لیے خاموش نہ رہیں گے۔ اُن کی راستباز جانیں ناراستوں کے ناپاک اعمال اور گفتگو سے روز بروز آزردہ رہتی ہیں۔ وہ بدی کے اُمنڈتے ہوئے سیلاب کو روکنے سے عاجز ہیں، اور اسی سبب وہ غم اور خوف سے بھرے رہتے ہیں۔ وہ خدا کے حضور ماتم کرتے ہیں کہ اُن ہی گھروں میں، جہاں عظیم نور عطا کیا گیا تھا، مذہب کی تحقیر کی جاتی ہے۔ وہ اس لیے نوحہ کرتے اور اپنی جانوں کو رنج دیتے ہیں کہ کلیسیا میں تکبر، حرص، خودغرضی، اور تقریباً ہر قسم کا فریب پایا جاتا ہے۔ خدا کا روح، جو ملامت پر اُبھارتا ہے، پاؤں تلے روندا جاتا ہے، جبکہ شیطان کے خادم فتح یاب ہوتے ہیں۔ خدا کی بے حرمتی کی جاتی ہے، اور حق کو بے اثر کر دیا جاتا ہے۔»</w:t>
      </w:r>
    </w:p>
    <w:p>
      <w:pPr>
        <w:pStyle w:val="ArticleScripture"/>
        <w:jc w:val="left"/>
      </w:pPr>
      <w:r>
        <w:rPr>
          <w:rFonts w:ascii="Times New Roman" w:hAnsi="Times New Roman" w:eastAsia="Times New Roman" w:cs="Times New Roman"/>
        </w:rPr>
        <w:t>“Amɨnka täma ay yätiwen mïkïr nëtäwïrïkäkëy nïkäna yäkäri tïrëtänï, nïmïrïkïrïyï näka yäkäri tïrëtänï täma ay yäkkïrïrïkäkëy mïkïrïrï täma yäkkïrïrïkäkëy bïrïkï yïkäri täma ay yäkkïrïrïkäkëy mïkïrïrï täma yäkkïrïrïkäkëy bïrïkï yïkäri ay yäkkïrïrïkäkëy mïkïrïrï täma yäkkïrïrïkäkëy bïrïkï yïkäri. Bëkï Täriwën mïrïrïkïtäna yäkkïrïrïkäkëy nïwïtïrï mïrïrïkïtäna, amɨnka yäkkïrïrïkäkëy mïrïrï tïrëtänï yïrïkën nïkänakëy: ‘Na yiwën yïnäka ay tïrïkïrïtäna käta käri, ka yätïrïtäna: äyëkäri yäkäri nïwïrï ay yänäwïrï, nïkäna ay yänäpïtï; kïrïrï täma yäkïrïrïtäna awïrï, täma nïwïtï, täma ay maids, täma little children, täma women: käna amɨnka näka yäkäri mark yïkïrïrïkïtäna ay käri ay yänäkäri; ka ñïrïrïtäna My sanctuary. Käna mïrïrïkïtäna ancient men amɨnka before the house yïkïrïrïkïtäna.”</w:t>
      </w:r>
    </w:p>
    <w:p>
      <w:pPr>
        <w:pStyle w:val="ArticleScripture"/>
        <w:jc w:val="left"/>
      </w:pPr>
      <w:r>
        <w:rPr>
          <w:rFonts w:ascii="Times New Roman" w:hAnsi="Times New Roman" w:eastAsia="Times New Roman" w:cs="Times New Roman"/>
        </w:rPr>
        <w:t>«Այստեղ մենք տեսնում ենք, որ եկեղեցին՝ Տիրոջ սրբարանը, առաջինն էր, որ զգաց Աստծո բարկության հարվածը։ Ծեր մարդիկ, որոնց Աստված մեծ լույս էր տվել և որոնք կանգնած էին որպես ժողովրդի հոգևոր շահերի պահապաններ, դավաճանել էին իրենց վստահված պարտականությանը։ Նրանք ընդունել էին այն դիրքորոշումը, թե մենք չպետք է սպասենք հրաշքների և Աստծո զորության այն ակնառու դրսևորմանը, ինչպես նախկին օրերում։ Ժամանակները փոխվել են։ Այս խոսքերը զորացնում են նրանց անհավատությունը, և նրանք ասում են. Տերը ո՛չ բարիք կանի, ո՛չ էլ չարիք։ Նա չափազանց ողորմած է, որպեսզի դատաստանով այցելի Իր ժողովրդին։ Այսպես՝ «Խաղաղություն և անվտանգություն» է այն մարդկանց աղաղակը, որոնք այլևս երբեք իրենց ձայնը շեփորի պես չեն բարձրացնի, որպեսզի Աստծո ժողովրդին ցույց տան նրանց հանցանքները և Հակոբի տանը՝ նրանց մեղքերը։ Այս համր շները, որ չէին հաչում, հենց նրանք են, որ զգում են վիրավորված Աստծո արդար վրեժխնդրությունը։ Տղամարդիկ, օրիորդներ և փոքր երեխաներ բոլորը միասին կորչում են»։ Վկայություններ, հատոր 5, 210, 211։</w:t>
      </w:r>
    </w:p>
    <w:p>
      <w:pPr>
        <w:pStyle w:val="ArticleBody"/>
        <w:jc w:val="left"/>
      </w:pPr>
      <w:r>
        <w:rPr>
          <w:rFonts w:ascii="Times New Roman" w:hAnsi="Times New Roman" w:eastAsia="Times New Roman" w:cs="Times New Roman"/>
        </w:rPr>
        <w:t>Ишая қырықыншы бөлімді қосарлану рәмізін қолданудан бастайды; бұл — Вавилонның құлауы туралы хабармен бірігетін екінші хабар болып табылатын Түн ортасындағы айқай хабарының пайғамбарлық белгісі. Вавилонның құлауы пайғамбарлық түрде айтылғанда қосарланады. Бұл тіркес: «Вавилон құлады, құлады».</w:t>
      </w:r>
    </w:p>
    <w:p>
      <w:pPr>
        <w:pStyle w:val="ArticleScripture"/>
        <w:jc w:val="left"/>
      </w:pPr>
      <w:r>
        <w:rPr>
          <w:rFonts w:ascii="Times New Roman" w:hAnsi="Times New Roman" w:eastAsia="Times New Roman" w:cs="Times New Roman"/>
        </w:rPr>
        <w:t>Totonac niángel putújlit, wa̱n chuwíni: Babilonia talakgóxli, talakgóxli, xla̱ta chúchat, porke xlá makalhka̱tá̱nilh pu̱tum nacíones ta̱lakaskínit skujni xatuchoko̱n xakgalhtutu xlata̱ma̱xaní̱n. Apocalipsis 14:8.</w:t>
      </w:r>
    </w:p>
    <w:p>
      <w:pPr>
        <w:pStyle w:val="ArticleBody"/>
        <w:jc w:val="left"/>
      </w:pPr>
      <w:r>
        <w:rPr>
          <w:rFonts w:ascii="Times New Roman" w:hAnsi="Times New Roman" w:eastAsia="Times New Roman" w:cs="Times New Roman"/>
        </w:rPr>
        <w:t>May duha ka biblikanhong pagkapukan sang literal nga Babilonia, kag may duha man ka biblikanhong pagkapukan sang espirituhanon nga Babilonia. Sa tingub, ginarepresentar nila ang apat ka makasaysayanon nga mga saksi nga nagakilala sang mga propetikanhon nga kinaiya sang pagkapukan sang Babilonia.</w:t>
      </w:r>
    </w:p>
    <w:p>
      <w:pPr>
        <w:pStyle w:val="ArticleScripture"/>
        <w:jc w:val="left"/>
      </w:pPr>
      <w:r>
        <w:rPr>
          <w:rFonts w:ascii="Times New Roman" w:hAnsi="Times New Roman" w:eastAsia="Times New Roman" w:cs="Times New Roman"/>
        </w:rPr>
        <w:t>Na akwaara ya nne kɛse so denam nne a emu yɛ den so kae sɛ: Babilon kɛse no ahwe ase, ahwe ase, na abɛyɛ ahonhommɔne tenabea ne honhomm bɔne biara atenae ne anomaa fi ne tanfo biara afidie. Adiyisɛm 18:2.</w:t>
      </w:r>
    </w:p>
    <w:p>
      <w:pPr>
        <w:pStyle w:val="ArticleBody"/>
        <w:jc w:val="left"/>
      </w:pPr>
      <w:r>
        <w:rPr>
          <w:rFonts w:ascii="Times New Roman" w:hAnsi="Times New Roman" w:eastAsia="Times New Roman" w:cs="Times New Roman"/>
        </w:rPr>
        <w:t>Babilonia literal cayó como Babel en tiempo de Nimrod, y Babilonia literal también cayó en tiempo de Belshazzar. La Babilonia espiritual cayó en 1798, y su caída final es ilustrada repetidamente en las Escrituras. Por esta razón, el mensaje de la caída de Babilonia contiene el simbolismo profético del doblamiento. Con la caída de Babilonia hay un doblamiento, pero también hay otras dos razones proféticas primarias para el fenómeno del doblamiento.</w:t>
      </w:r>
    </w:p>
    <w:p>
      <w:pPr>
        <w:pStyle w:val="ArticleBody"/>
        <w:jc w:val="left"/>
      </w:pPr>
      <w:r>
        <w:rPr>
          <w:rFonts w:ascii="Times New Roman" w:hAnsi="Times New Roman" w:eastAsia="Times New Roman" w:cs="Times New Roman"/>
        </w:rPr>
        <w:t>Ризындзы хэсаратæн уымæн у, æмæ куыд фыст куысты уыцы фыстæг æндæр дыууæгæм фыстæгимæ баст у. Уый æвдисы дыууæ фыстæг. Дыккаг фæстагæйгæнгæ уацмысæйд ӕгъдау æмæ ацыдæр æмæхст истдзинадтæ баиттæгæн нæ фидар, фæлæ нæуæй фæрцæй куыд æрхъуыды кæнæм, Исаийы фæстаг пророчествойы рад, кæцы 40-æм сæргондæй райдайæд, райдайæд Утешителы символы дыууадон кæнæгæй, кæцы Христос дзырдта, йæ адæмæн фæхуыссæн ис кæндзæн, йæхицæн зæрдæйы святилищейы бадгæйæ.</w:t>
      </w:r>
    </w:p>
    <w:p>
      <w:pPr>
        <w:pStyle w:val="ArticleScripture"/>
        <w:jc w:val="left"/>
      </w:pPr>
      <w:r>
        <w:rPr>
          <w:rFonts w:ascii="Times New Roman" w:hAnsi="Times New Roman" w:eastAsia="Times New Roman" w:cs="Times New Roman"/>
        </w:rPr>
        <w:t>“</w:t>
      </w:r>
      <w:r>
        <w:rPr>
          <w:rFonts w:ascii="Ebrima" w:hAnsi="Ebrima" w:eastAsia="Ebrima" w:cs="Ebrima"/>
        </w:rPr>
        <w:t>ሕዝቤን</w:t>
      </w:r>
      <w:r>
        <w:rPr>
          <w:rFonts w:ascii="Times New Roman" w:hAnsi="Times New Roman" w:eastAsia="Times New Roman" w:cs="Times New Roman"/>
        </w:rPr>
        <w:t xml:space="preserve"> </w:t>
      </w:r>
      <w:r>
        <w:rPr>
          <w:rFonts w:ascii="Ebrima" w:hAnsi="Ebrima" w:eastAsia="Ebrima" w:cs="Ebrima"/>
        </w:rPr>
        <w:t>አጽናኑ፥</w:t>
      </w:r>
      <w:r>
        <w:rPr>
          <w:rFonts w:ascii="Times New Roman" w:hAnsi="Times New Roman" w:eastAsia="Times New Roman" w:cs="Times New Roman"/>
        </w:rPr>
        <w:t xml:space="preserve"> </w:t>
      </w:r>
      <w:r>
        <w:rPr>
          <w:rFonts w:ascii="Ebrima" w:hAnsi="Ebrima" w:eastAsia="Ebrima" w:cs="Ebrima"/>
        </w:rPr>
        <w:t>አጽናኑ፤</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አምላካችሁ።</w:t>
      </w:r>
      <w:r>
        <w:rPr>
          <w:rFonts w:ascii="Times New Roman" w:hAnsi="Times New Roman" w:eastAsia="Times New Roman" w:cs="Times New Roman"/>
        </w:rPr>
        <w:t xml:space="preserve"> </w:t>
      </w:r>
      <w:r>
        <w:rPr>
          <w:rFonts w:ascii="Ebrima" w:hAnsi="Ebrima" w:eastAsia="Ebrima" w:cs="Ebrima"/>
        </w:rPr>
        <w:t>ለኢየሩሳሌም</w:t>
      </w:r>
      <w:r>
        <w:rPr>
          <w:rFonts w:ascii="Times New Roman" w:hAnsi="Times New Roman" w:eastAsia="Times New Roman" w:cs="Times New Roman"/>
        </w:rPr>
        <w:t xml:space="preserve"> </w:t>
      </w:r>
      <w:r>
        <w:rPr>
          <w:rFonts w:ascii="Ebrima" w:hAnsi="Ebrima" w:eastAsia="Ebrima" w:cs="Ebrima"/>
        </w:rPr>
        <w:t>የሚያጽናና</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ተናገሩላት፥</w:t>
      </w:r>
      <w:r>
        <w:rPr>
          <w:rFonts w:ascii="Times New Roman" w:hAnsi="Times New Roman" w:eastAsia="Times New Roman" w:cs="Times New Roman"/>
        </w:rPr>
        <w:t xml:space="preserve"> </w:t>
      </w:r>
      <w:r>
        <w:rPr>
          <w:rFonts w:ascii="Ebrima" w:hAnsi="Ebrima" w:eastAsia="Ebrima" w:cs="Ebrima"/>
        </w:rPr>
        <w:t>ዘመቻዋም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ተፈጸመ፥</w:t>
      </w:r>
      <w:r>
        <w:rPr>
          <w:rFonts w:ascii="Times New Roman" w:hAnsi="Times New Roman" w:eastAsia="Times New Roman" w:cs="Times New Roman"/>
        </w:rPr>
        <w:t xml:space="preserve"> </w:t>
      </w:r>
      <w:r>
        <w:rPr>
          <w:rFonts w:ascii="Ebrima" w:hAnsi="Ebrima" w:eastAsia="Ebrima" w:cs="Ebrima"/>
        </w:rPr>
        <w:t>ኃጢአቷም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ተሰረየ፤</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ኃጢአቶቿ</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ከእግዚአብሔር</w:t>
      </w:r>
      <w:r>
        <w:rPr>
          <w:rFonts w:ascii="Times New Roman" w:hAnsi="Times New Roman" w:eastAsia="Times New Roman" w:cs="Times New Roman"/>
        </w:rPr>
        <w:t xml:space="preserve"> </w:t>
      </w:r>
      <w:r>
        <w:rPr>
          <w:rFonts w:ascii="Ebrima" w:hAnsi="Ebrima" w:eastAsia="Ebrima" w:cs="Ebrima"/>
        </w:rPr>
        <w:t>እጅ</w:t>
      </w:r>
      <w:r>
        <w:rPr>
          <w:rFonts w:ascii="Times New Roman" w:hAnsi="Times New Roman" w:eastAsia="Times New Roman" w:cs="Times New Roman"/>
        </w:rPr>
        <w:t xml:space="preserve"> </w:t>
      </w:r>
      <w:r>
        <w:rPr>
          <w:rFonts w:ascii="Ebrima" w:hAnsi="Ebrima" w:eastAsia="Ebrima" w:cs="Ebrima"/>
        </w:rPr>
        <w:t>ዕጥፍ</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ተቀበለች</w:t>
      </w:r>
      <w:r>
        <w:rPr>
          <w:rFonts w:ascii="Times New Roman" w:hAnsi="Times New Roman" w:eastAsia="Times New Roman" w:cs="Times New Roman"/>
        </w:rPr>
        <w:t xml:space="preserve"> </w:t>
      </w:r>
      <w:r>
        <w:rPr>
          <w:rFonts w:ascii="Ebrima" w:hAnsi="Ebrima" w:eastAsia="Ebrima" w:cs="Ebrima"/>
        </w:rPr>
        <w:t>ጩኹላት።</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40</w:t>
      </w:r>
      <w:r>
        <w:rPr>
          <w:rFonts w:ascii="Ebrima" w:hAnsi="Ebrima" w:eastAsia="Ebrima" w:cs="Ebrima"/>
        </w:rPr>
        <w:t>፥</w:t>
      </w:r>
      <w:r>
        <w:rPr>
          <w:rFonts w:ascii="Times New Roman" w:hAnsi="Times New Roman" w:eastAsia="Times New Roman" w:cs="Times New Roman"/>
        </w:rPr>
        <w:t>1-2</w:t>
      </w:r>
    </w:p>
    <w:p>
      <w:pPr>
        <w:pStyle w:val="ArticleBody"/>
        <w:jc w:val="left"/>
      </w:pPr>
      <w:r>
        <w:rPr>
          <w:rFonts w:ascii="Times New Roman" w:hAnsi="Times New Roman" w:eastAsia="Times New Roman" w:cs="Times New Roman"/>
        </w:rPr>
        <w:t>انجیلدا یشعیاء نىڭ قىرىقىنچى بابىدىن تا كىتابنىڭ ئاخىرىغىچە بولغان بۇ بۆلەككە ئوخشاش، مەسىھنىڭ خاراكتېرىدىكى «ئالفا ۋە ئومېگا» دېگەن ئامىلنى بۇنچىلىك ئېنىق بايان قىلىدىغان باشقا ھېچقانداق ئايەت يوق. مەسىھ «ئالفا ۋە ئومېگا» بولغانلىقى سۈپىتى بىلەن، بۇ بۆلەك ئۈستىگە ئۆز نامىنىڭ «ئالفا ۋە ئومېگا» دېگەن ئىمزاسىنى قويىدۇ؛ چۈنكى سىز يەشعىيانىڭ ئاخىرىغا يەتكەندە، ئۇ يەنە بىر قېتىم تەسەللى بەرگۈچىنى تىلغا ئالىدۇ، چۈنكى مەسىھ كالامدۇر، ۋە ئۇ باشلىنىش ھەم ئاياغلىشىشتۇر.</w:t>
      </w:r>
    </w:p>
    <w:p>
      <w:pPr>
        <w:pStyle w:val="ArticleScripture"/>
        <w:jc w:val="left"/>
      </w:pP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ሰማይ</w:t>
      </w:r>
      <w:r>
        <w:rPr>
          <w:rFonts w:ascii="Times New Roman" w:hAnsi="Times New Roman" w:eastAsia="Times New Roman" w:cs="Times New Roman"/>
        </w:rPr>
        <w:t xml:space="preserve"> </w:t>
      </w:r>
      <w:r>
        <w:rPr>
          <w:rFonts w:ascii="Ebrima" w:hAnsi="Ebrima" w:eastAsia="Ebrima" w:cs="Ebrima"/>
        </w:rPr>
        <w:t>ዙፋኔ</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ምድርም</w:t>
      </w:r>
      <w:r>
        <w:rPr>
          <w:rFonts w:ascii="Times New Roman" w:hAnsi="Times New Roman" w:eastAsia="Times New Roman" w:cs="Times New Roman"/>
        </w:rPr>
        <w:t xml:space="preserve"> </w:t>
      </w:r>
      <w:r>
        <w:rPr>
          <w:rFonts w:ascii="Ebrima" w:hAnsi="Ebrima" w:eastAsia="Ebrima" w:cs="Ebrima"/>
        </w:rPr>
        <w:t>የእግሬ</w:t>
      </w:r>
      <w:r>
        <w:rPr>
          <w:rFonts w:ascii="Times New Roman" w:hAnsi="Times New Roman" w:eastAsia="Times New Roman" w:cs="Times New Roman"/>
        </w:rPr>
        <w:t xml:space="preserve"> </w:t>
      </w:r>
      <w:r>
        <w:rPr>
          <w:rFonts w:ascii="Ebrima" w:hAnsi="Ebrima" w:eastAsia="Ebrima" w:cs="Ebrima"/>
        </w:rPr>
        <w:t>መረገጫ</w:t>
      </w:r>
      <w:r>
        <w:rPr>
          <w:rFonts w:ascii="Times New Roman" w:hAnsi="Times New Roman" w:eastAsia="Times New Roman" w:cs="Times New Roman"/>
        </w:rPr>
        <w:t xml:space="preserve"> </w:t>
      </w:r>
      <w:r>
        <w:rPr>
          <w:rFonts w:ascii="Ebrima" w:hAnsi="Ebrima" w:eastAsia="Ebrima" w:cs="Ebrima"/>
        </w:rPr>
        <w:t>ናት፤</w:t>
      </w:r>
      <w:r>
        <w:rPr>
          <w:rFonts w:ascii="Times New Roman" w:hAnsi="Times New Roman" w:eastAsia="Times New Roman" w:cs="Times New Roman"/>
        </w:rPr>
        <w:t xml:space="preserve"> </w:t>
      </w:r>
      <w:r>
        <w:rPr>
          <w:rFonts w:ascii="Ebrima" w:hAnsi="Ebrima" w:eastAsia="Ebrima" w:cs="Ebrima"/>
        </w:rPr>
        <w:t>ለእኔ</w:t>
      </w:r>
      <w:r>
        <w:rPr>
          <w:rFonts w:ascii="Times New Roman" w:hAnsi="Times New Roman" w:eastAsia="Times New Roman" w:cs="Times New Roman"/>
        </w:rPr>
        <w:t xml:space="preserve"> </w:t>
      </w:r>
      <w:r>
        <w:rPr>
          <w:rFonts w:ascii="Ebrima" w:hAnsi="Ebrima" w:eastAsia="Ebrima" w:cs="Ebrima"/>
        </w:rPr>
        <w:t>የምትሠሩልኝ</w:t>
      </w:r>
      <w:r>
        <w:rPr>
          <w:rFonts w:ascii="Times New Roman" w:hAnsi="Times New Roman" w:eastAsia="Times New Roman" w:cs="Times New Roman"/>
        </w:rPr>
        <w:t xml:space="preserve"> </w:t>
      </w:r>
      <w:r>
        <w:rPr>
          <w:rFonts w:ascii="Ebrima" w:hAnsi="Ebrima" w:eastAsia="Ebrima" w:cs="Ebrima"/>
        </w:rPr>
        <w:t>ቤት</w:t>
      </w:r>
      <w:r>
        <w:rPr>
          <w:rFonts w:ascii="Times New Roman" w:hAnsi="Times New Roman" w:eastAsia="Times New Roman" w:cs="Times New Roman"/>
        </w:rPr>
        <w:t xml:space="preserve"> </w:t>
      </w:r>
      <w:r>
        <w:rPr>
          <w:rFonts w:ascii="Ebrima" w:hAnsi="Ebrima" w:eastAsia="Ebrima" w:cs="Ebrima"/>
        </w:rPr>
        <w:t>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የዕረፍቴስ</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እጄ</w:t>
      </w:r>
      <w:r>
        <w:rPr>
          <w:rFonts w:ascii="Times New Roman" w:hAnsi="Times New Roman" w:eastAsia="Times New Roman" w:cs="Times New Roman"/>
        </w:rPr>
        <w:t xml:space="preserve"> </w:t>
      </w:r>
      <w:r>
        <w:rPr>
          <w:rFonts w:ascii="Ebrima" w:hAnsi="Ebrima" w:eastAsia="Ebrima" w:cs="Ebrima"/>
        </w:rPr>
        <w:t>ሠርታቸዋለችና፥</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ሆነዋል፥</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ወደዚህ</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እመለከታለሁ፥</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ችግረኛውና</w:t>
      </w:r>
      <w:r>
        <w:rPr>
          <w:rFonts w:ascii="Times New Roman" w:hAnsi="Times New Roman" w:eastAsia="Times New Roman" w:cs="Times New Roman"/>
        </w:rPr>
        <w:t xml:space="preserve"> </w:t>
      </w:r>
      <w:r>
        <w:rPr>
          <w:rFonts w:ascii="Ebrima" w:hAnsi="Ebrima" w:eastAsia="Ebrima" w:cs="Ebrima"/>
        </w:rPr>
        <w:t>በመንፈሱ</w:t>
      </w:r>
      <w:r>
        <w:rPr>
          <w:rFonts w:ascii="Times New Roman" w:hAnsi="Times New Roman" w:eastAsia="Times New Roman" w:cs="Times New Roman"/>
        </w:rPr>
        <w:t xml:space="preserve"> </w:t>
      </w:r>
      <w:r>
        <w:rPr>
          <w:rFonts w:ascii="Ebrima" w:hAnsi="Ebrima" w:eastAsia="Ebrima" w:cs="Ebrima"/>
        </w:rPr>
        <w:t>የተሰበረው፥</w:t>
      </w:r>
      <w:r>
        <w:rPr>
          <w:rFonts w:ascii="Times New Roman" w:hAnsi="Times New Roman" w:eastAsia="Times New Roman" w:cs="Times New Roman"/>
        </w:rPr>
        <w:t xml:space="preserve"> </w:t>
      </w:r>
      <w:r>
        <w:rPr>
          <w:rFonts w:ascii="Ebrima" w:hAnsi="Ebrima" w:eastAsia="Ebrima" w:cs="Ebrima"/>
        </w:rPr>
        <w:t>በቃሌም</w:t>
      </w:r>
      <w:r>
        <w:rPr>
          <w:rFonts w:ascii="Times New Roman" w:hAnsi="Times New Roman" w:eastAsia="Times New Roman" w:cs="Times New Roman"/>
        </w:rPr>
        <w:t xml:space="preserve"> </w:t>
      </w:r>
      <w:r>
        <w:rPr>
          <w:rFonts w:ascii="Ebrima" w:hAnsi="Ebrima" w:eastAsia="Ebrima" w:cs="Ebrima"/>
        </w:rPr>
        <w:t>የሚንቀጠቀጠው</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በሬ</w:t>
      </w:r>
      <w:r>
        <w:rPr>
          <w:rFonts w:ascii="Times New Roman" w:hAnsi="Times New Roman" w:eastAsia="Times New Roman" w:cs="Times New Roman"/>
        </w:rPr>
        <w:t xml:space="preserve"> </w:t>
      </w:r>
      <w:r>
        <w:rPr>
          <w:rFonts w:ascii="Ebrima" w:hAnsi="Ebrima" w:eastAsia="Ebrima" w:cs="Ebrima"/>
        </w:rPr>
        <w:t>የሚያርድ</w:t>
      </w:r>
      <w:r>
        <w:rPr>
          <w:rFonts w:ascii="Times New Roman" w:hAnsi="Times New Roman" w:eastAsia="Times New Roman" w:cs="Times New Roman"/>
        </w:rPr>
        <w:t xml:space="preserve"> </w:t>
      </w:r>
      <w:r>
        <w:rPr>
          <w:rFonts w:ascii="Ebrima" w:hAnsi="Ebrima" w:eastAsia="Ebrima" w:cs="Ebrima"/>
        </w:rPr>
        <w:t>ሰው</w:t>
      </w:r>
      <w:r>
        <w:rPr>
          <w:rFonts w:ascii="Times New Roman" w:hAnsi="Times New Roman" w:eastAsia="Times New Roman" w:cs="Times New Roman"/>
        </w:rPr>
        <w:t xml:space="preserve"> </w:t>
      </w:r>
      <w:r>
        <w:rPr>
          <w:rFonts w:ascii="Ebrima" w:hAnsi="Ebrima" w:eastAsia="Ebrima" w:cs="Ebrima"/>
        </w:rPr>
        <w:t>ሰውን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ገደለ</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በግ</w:t>
      </w:r>
      <w:r>
        <w:rPr>
          <w:rFonts w:ascii="Times New Roman" w:hAnsi="Times New Roman" w:eastAsia="Times New Roman" w:cs="Times New Roman"/>
        </w:rPr>
        <w:t xml:space="preserve"> </w:t>
      </w:r>
      <w:r>
        <w:rPr>
          <w:rFonts w:ascii="Ebrima" w:hAnsi="Ebrima" w:eastAsia="Ebrima" w:cs="Ebrima"/>
        </w:rPr>
        <w:t>የሚሠዋ</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ውሻ</w:t>
      </w:r>
      <w:r>
        <w:rPr>
          <w:rFonts w:ascii="Times New Roman" w:hAnsi="Times New Roman" w:eastAsia="Times New Roman" w:cs="Times New Roman"/>
        </w:rPr>
        <w:t xml:space="preserve"> </w:t>
      </w:r>
      <w:r>
        <w:rPr>
          <w:rFonts w:ascii="Ebrima" w:hAnsi="Ebrima" w:eastAsia="Ebrima" w:cs="Ebrima"/>
        </w:rPr>
        <w:t>አንገት</w:t>
      </w:r>
      <w:r>
        <w:rPr>
          <w:rFonts w:ascii="Times New Roman" w:hAnsi="Times New Roman" w:eastAsia="Times New Roman" w:cs="Times New Roman"/>
        </w:rPr>
        <w:t xml:space="preserve"> </w:t>
      </w:r>
      <w:r>
        <w:rPr>
          <w:rFonts w:ascii="Ebrima" w:hAnsi="Ebrima" w:eastAsia="Ebrima" w:cs="Ebrima"/>
        </w:rPr>
        <w:t>የቈረጠ</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ቍርባን</w:t>
      </w:r>
      <w:r>
        <w:rPr>
          <w:rFonts w:ascii="Times New Roman" w:hAnsi="Times New Roman" w:eastAsia="Times New Roman" w:cs="Times New Roman"/>
        </w:rPr>
        <w:t xml:space="preserve"> </w:t>
      </w:r>
      <w:r>
        <w:rPr>
          <w:rFonts w:ascii="Ebrima" w:hAnsi="Ebrima" w:eastAsia="Ebrima" w:cs="Ebrima"/>
        </w:rPr>
        <w:t>የሚያቀርብ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አሳማ</w:t>
      </w:r>
      <w:r>
        <w:rPr>
          <w:rFonts w:ascii="Times New Roman" w:hAnsi="Times New Roman" w:eastAsia="Times New Roman" w:cs="Times New Roman"/>
        </w:rPr>
        <w:t xml:space="preserve"> </w:t>
      </w:r>
      <w:r>
        <w:rPr>
          <w:rFonts w:ascii="Ebrima" w:hAnsi="Ebrima" w:eastAsia="Ebrima" w:cs="Ebrima"/>
        </w:rPr>
        <w:t>ደም</w:t>
      </w:r>
      <w:r>
        <w:rPr>
          <w:rFonts w:ascii="Times New Roman" w:hAnsi="Times New Roman" w:eastAsia="Times New Roman" w:cs="Times New Roman"/>
        </w:rPr>
        <w:t xml:space="preserve"> </w:t>
      </w:r>
      <w:r>
        <w:rPr>
          <w:rFonts w:ascii="Ebrima" w:hAnsi="Ebrima" w:eastAsia="Ebrima" w:cs="Ebrima"/>
        </w:rPr>
        <w:t>ያቀረበ</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ዕጣን</w:t>
      </w:r>
      <w:r>
        <w:rPr>
          <w:rFonts w:ascii="Times New Roman" w:hAnsi="Times New Roman" w:eastAsia="Times New Roman" w:cs="Times New Roman"/>
        </w:rPr>
        <w:t xml:space="preserve"> </w:t>
      </w:r>
      <w:r>
        <w:rPr>
          <w:rFonts w:ascii="Ebrima" w:hAnsi="Ebrima" w:eastAsia="Ebrima" w:cs="Ebrima"/>
        </w:rPr>
        <w:t>የሚያቃጥል</w:t>
      </w:r>
      <w:r>
        <w:rPr>
          <w:rFonts w:ascii="Times New Roman" w:hAnsi="Times New Roman" w:eastAsia="Times New Roman" w:cs="Times New Roman"/>
        </w:rPr>
        <w:t xml:space="preserve"> </w:t>
      </w:r>
      <w:r>
        <w:rPr>
          <w:rFonts w:ascii="Ebrima" w:hAnsi="Ebrima" w:eastAsia="Ebrima" w:cs="Ebrima"/>
        </w:rPr>
        <w:t>ጣዖትን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ባረከ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አዎን፥</w:t>
      </w:r>
      <w:r>
        <w:rPr>
          <w:rFonts w:ascii="Times New Roman" w:hAnsi="Times New Roman" w:eastAsia="Times New Roman" w:cs="Times New Roman"/>
        </w:rPr>
        <w:t xml:space="preserve"> </w:t>
      </w:r>
      <w:r>
        <w:rPr>
          <w:rFonts w:ascii="Ebrima" w:hAnsi="Ebrima" w:eastAsia="Ebrima" w:cs="Ebrima"/>
        </w:rPr>
        <w:t>መንገዳቸውን</w:t>
      </w:r>
      <w:r>
        <w:rPr>
          <w:rFonts w:ascii="Times New Roman" w:hAnsi="Times New Roman" w:eastAsia="Times New Roman" w:cs="Times New Roman"/>
        </w:rPr>
        <w:t xml:space="preserve"> </w:t>
      </w:r>
      <w:r>
        <w:rPr>
          <w:rFonts w:ascii="Ebrima" w:hAnsi="Ebrima" w:eastAsia="Ebrima" w:cs="Ebrima"/>
        </w:rPr>
        <w:t>ራሳቸው</w:t>
      </w:r>
      <w:r>
        <w:rPr>
          <w:rFonts w:ascii="Times New Roman" w:hAnsi="Times New Roman" w:eastAsia="Times New Roman" w:cs="Times New Roman"/>
        </w:rPr>
        <w:t xml:space="preserve"> </w:t>
      </w:r>
      <w:r>
        <w:rPr>
          <w:rFonts w:ascii="Ebrima" w:hAnsi="Ebrima" w:eastAsia="Ebrima" w:cs="Ebrima"/>
        </w:rPr>
        <w:t>መርጠዋል፥</w:t>
      </w:r>
      <w:r>
        <w:rPr>
          <w:rFonts w:ascii="Times New Roman" w:hAnsi="Times New Roman" w:eastAsia="Times New Roman" w:cs="Times New Roman"/>
        </w:rPr>
        <w:t xml:space="preserve"> </w:t>
      </w:r>
      <w:r>
        <w:rPr>
          <w:rFonts w:ascii="Ebrima" w:hAnsi="Ebrima" w:eastAsia="Ebrima" w:cs="Ebrima"/>
        </w:rPr>
        <w:t>ነፍሳቸውም</w:t>
      </w:r>
      <w:r>
        <w:rPr>
          <w:rFonts w:ascii="Times New Roman" w:hAnsi="Times New Roman" w:eastAsia="Times New Roman" w:cs="Times New Roman"/>
        </w:rPr>
        <w:t xml:space="preserve"> </w:t>
      </w:r>
      <w:r>
        <w:rPr>
          <w:rFonts w:ascii="Ebrima" w:hAnsi="Ebrima" w:eastAsia="Ebrima" w:cs="Ebrima"/>
        </w:rPr>
        <w:t>በርኵሰቶቻቸው</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ይላታል።</w:t>
      </w:r>
      <w:r>
        <w:rPr>
          <w:rFonts w:ascii="Times New Roman" w:hAnsi="Times New Roman" w:eastAsia="Times New Roman" w:cs="Times New Roman"/>
        </w:rPr>
        <w:t xml:space="preserve"> </w:t>
      </w: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ማታለያቸውን</w:t>
      </w:r>
      <w:r>
        <w:rPr>
          <w:rFonts w:ascii="Times New Roman" w:hAnsi="Times New Roman" w:eastAsia="Times New Roman" w:cs="Times New Roman"/>
        </w:rPr>
        <w:t xml:space="preserve"> </w:t>
      </w:r>
      <w:r>
        <w:rPr>
          <w:rFonts w:ascii="Ebrima" w:hAnsi="Ebrima" w:eastAsia="Ebrima" w:cs="Ebrima"/>
        </w:rPr>
        <w:t>እመርጣለሁ፥</w:t>
      </w:r>
      <w:r>
        <w:rPr>
          <w:rFonts w:ascii="Times New Roman" w:hAnsi="Times New Roman" w:eastAsia="Times New Roman" w:cs="Times New Roman"/>
        </w:rPr>
        <w:t xml:space="preserve"> </w:t>
      </w:r>
      <w:r>
        <w:rPr>
          <w:rFonts w:ascii="Ebrima" w:hAnsi="Ebrima" w:eastAsia="Ebrima" w:cs="Ebrima"/>
        </w:rPr>
        <w:t>የሚፈሩትንም</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አመጣለሁ፤</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በጠራሁ</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አልመለሰም፥</w:t>
      </w:r>
      <w:r>
        <w:rPr>
          <w:rFonts w:ascii="Times New Roman" w:hAnsi="Times New Roman" w:eastAsia="Times New Roman" w:cs="Times New Roman"/>
        </w:rPr>
        <w:t xml:space="preserve"> </w:t>
      </w:r>
      <w:r>
        <w:rPr>
          <w:rFonts w:ascii="Ebrima" w:hAnsi="Ebrima" w:eastAsia="Ebrima" w:cs="Ebrima"/>
        </w:rPr>
        <w:t>በተናገርሁም</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አልሰሙም፤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በዓይኔ</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ክፉ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አደረጉ፥</w:t>
      </w:r>
      <w:r>
        <w:rPr>
          <w:rFonts w:ascii="Times New Roman" w:hAnsi="Times New Roman" w:eastAsia="Times New Roman" w:cs="Times New Roman"/>
        </w:rPr>
        <w:t xml:space="preserve"> </w:t>
      </w:r>
      <w:r>
        <w:rPr>
          <w:rFonts w:ascii="Ebrima" w:hAnsi="Ebrima" w:eastAsia="Ebrima" w:cs="Ebrima"/>
        </w:rPr>
        <w:t>ደስ</w:t>
      </w:r>
      <w:r>
        <w:rPr>
          <w:rFonts w:ascii="Times New Roman" w:hAnsi="Times New Roman" w:eastAsia="Times New Roman" w:cs="Times New Roman"/>
        </w:rPr>
        <w:t xml:space="preserve"> </w:t>
      </w:r>
      <w:r>
        <w:rPr>
          <w:rFonts w:ascii="Ebrima" w:hAnsi="Ebrima" w:eastAsia="Ebrima" w:cs="Ebrima"/>
        </w:rPr>
        <w:t>ያላሰኘኝንም</w:t>
      </w:r>
      <w:r>
        <w:rPr>
          <w:rFonts w:ascii="Times New Roman" w:hAnsi="Times New Roman" w:eastAsia="Times New Roman" w:cs="Times New Roman"/>
        </w:rPr>
        <w:t xml:space="preserve"> </w:t>
      </w:r>
      <w:r>
        <w:rPr>
          <w:rFonts w:ascii="Ebrima" w:hAnsi="Ebrima" w:eastAsia="Ebrima" w:cs="Ebrima"/>
        </w:rPr>
        <w:t>መረጡ።</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66</w:t>
      </w:r>
      <w:r>
        <w:rPr>
          <w:rFonts w:ascii="Ebrima" w:hAnsi="Ebrima" w:eastAsia="Ebrima" w:cs="Ebrima"/>
        </w:rPr>
        <w:t>፥</w:t>
      </w:r>
      <w:r>
        <w:rPr>
          <w:rFonts w:ascii="Times New Roman" w:hAnsi="Times New Roman" w:eastAsia="Times New Roman" w:cs="Times New Roman"/>
        </w:rPr>
        <w:t>1–4</w:t>
      </w:r>
      <w:r>
        <w:rPr>
          <w:rFonts w:ascii="Ebrima" w:hAnsi="Ebrima" w:eastAsia="Ebrima" w:cs="Ebrima"/>
        </w:rPr>
        <w:t>።</w:t>
      </w:r>
    </w:p>
    <w:p>
      <w:pPr>
        <w:pStyle w:val="ArticleBody"/>
        <w:jc w:val="left"/>
      </w:pP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కొరకు</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గృహాన్ని</w:t>
      </w:r>
      <w:r>
        <w:rPr>
          <w:rFonts w:ascii="Times New Roman" w:hAnsi="Times New Roman" w:eastAsia="Times New Roman" w:cs="Times New Roman"/>
        </w:rPr>
        <w:t xml:space="preserve"> </w:t>
      </w:r>
      <w:r>
        <w:rPr>
          <w:rFonts w:ascii="Nirmala UI" w:hAnsi="Nirmala UI" w:eastAsia="Nirmala UI" w:cs="Nirmala UI"/>
        </w:rPr>
        <w:t>కట్టిరి</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ప్రశ్న</w:t>
      </w:r>
      <w:r>
        <w:rPr>
          <w:rFonts w:ascii="Times New Roman" w:hAnsi="Times New Roman" w:eastAsia="Times New Roman" w:cs="Times New Roman"/>
        </w:rPr>
        <w:t xml:space="preserve"> </w:t>
      </w:r>
      <w:r>
        <w:rPr>
          <w:rFonts w:ascii="Nirmala UI" w:hAnsi="Nirmala UI" w:eastAsia="Nirmala UI" w:cs="Nirmala UI"/>
        </w:rPr>
        <w:t>లేవనెత్తబడుతుంది</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పేతురుని</w:t>
      </w:r>
      <w:r>
        <w:rPr>
          <w:rFonts w:ascii="Times New Roman" w:hAnsi="Times New Roman" w:eastAsia="Times New Roman" w:cs="Times New Roman"/>
        </w:rPr>
        <w:t xml:space="preserve"> </w:t>
      </w:r>
      <w:r>
        <w:rPr>
          <w:rFonts w:ascii="Nirmala UI" w:hAnsi="Nirmala UI" w:eastAsia="Nirmala UI" w:cs="Nirmala UI"/>
        </w:rPr>
        <w:t>ఆత్మీయ</w:t>
      </w:r>
      <w:r>
        <w:rPr>
          <w:rFonts w:ascii="Times New Roman" w:hAnsi="Times New Roman" w:eastAsia="Times New Roman" w:cs="Times New Roman"/>
        </w:rPr>
        <w:t xml:space="preserve"> </w:t>
      </w:r>
      <w:r>
        <w:rPr>
          <w:rFonts w:ascii="Nirmala UI" w:hAnsi="Nirmala UI" w:eastAsia="Nirmala UI" w:cs="Nirmala UI"/>
        </w:rPr>
        <w:t>గృహమును</w:t>
      </w:r>
      <w:r>
        <w:rPr>
          <w:rFonts w:ascii="Times New Roman" w:hAnsi="Times New Roman" w:eastAsia="Times New Roman" w:cs="Times New Roman"/>
        </w:rPr>
        <w:t xml:space="preserve"> </w:t>
      </w:r>
      <w:r>
        <w:rPr>
          <w:rFonts w:ascii="Nirmala UI" w:hAnsi="Nirmala UI" w:eastAsia="Nirmala UI" w:cs="Nirmala UI"/>
        </w:rPr>
        <w:t>కట్టిరా</w:t>
      </w:r>
      <w:r>
        <w:rPr>
          <w:rFonts w:ascii="Times New Roman" w:hAnsi="Times New Roman" w:eastAsia="Times New Roman" w:cs="Times New Roman"/>
        </w:rPr>
        <w:t xml:space="preserve">, </w:t>
      </w:r>
      <w:r>
        <w:rPr>
          <w:rFonts w:ascii="Nirmala UI" w:hAnsi="Nirmala UI" w:eastAsia="Nirmala UI" w:cs="Nirmala UI"/>
        </w:rPr>
        <w:t>లేక</w:t>
      </w:r>
      <w:r>
        <w:rPr>
          <w:rFonts w:ascii="Times New Roman" w:hAnsi="Times New Roman" w:eastAsia="Times New Roman" w:cs="Times New Roman"/>
        </w:rPr>
        <w:t xml:space="preserve"> </w:t>
      </w:r>
      <w:r>
        <w:rPr>
          <w:rFonts w:ascii="Nirmala UI" w:hAnsi="Nirmala UI" w:eastAsia="Nirmala UI" w:cs="Nirmala UI"/>
        </w:rPr>
        <w:t>సాతాను</w:t>
      </w:r>
      <w:r>
        <w:rPr>
          <w:rFonts w:ascii="Times New Roman" w:hAnsi="Times New Roman" w:eastAsia="Times New Roman" w:cs="Times New Roman"/>
        </w:rPr>
        <w:t xml:space="preserve"> </w:t>
      </w:r>
      <w:r>
        <w:rPr>
          <w:rFonts w:ascii="Nirmala UI" w:hAnsi="Nirmala UI" w:eastAsia="Nirmala UI" w:cs="Nirmala UI"/>
        </w:rPr>
        <w:t>సమాజమును</w:t>
      </w:r>
      <w:r>
        <w:rPr>
          <w:rFonts w:ascii="Times New Roman" w:hAnsi="Times New Roman" w:eastAsia="Times New Roman" w:cs="Times New Roman"/>
        </w:rPr>
        <w:t xml:space="preserve"> </w:t>
      </w:r>
      <w:r>
        <w:rPr>
          <w:rFonts w:ascii="Nirmala UI" w:hAnsi="Nirmala UI" w:eastAsia="Nirmala UI" w:cs="Nirmala UI"/>
        </w:rPr>
        <w:t>కట్టిరా</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కట్టిన</w:t>
      </w:r>
      <w:r>
        <w:rPr>
          <w:rFonts w:ascii="Times New Roman" w:hAnsi="Times New Roman" w:eastAsia="Times New Roman" w:cs="Times New Roman"/>
        </w:rPr>
        <w:t xml:space="preserve"> </w:t>
      </w:r>
      <w:r>
        <w:rPr>
          <w:rFonts w:ascii="Nirmala UI" w:hAnsi="Nirmala UI" w:eastAsia="Nirmala UI" w:cs="Nirmala UI"/>
        </w:rPr>
        <w:t>గృహము</w:t>
      </w:r>
      <w:r>
        <w:rPr>
          <w:rFonts w:ascii="Times New Roman" w:hAnsi="Times New Roman" w:eastAsia="Times New Roman" w:cs="Times New Roman"/>
        </w:rPr>
        <w:t xml:space="preserve"> “</w:t>
      </w:r>
      <w:r>
        <w:rPr>
          <w:rFonts w:ascii="Nirmala UI" w:hAnsi="Nirmala UI" w:eastAsia="Nirmala UI" w:cs="Nirmala UI"/>
        </w:rPr>
        <w:t>దీనుడును</w:t>
      </w:r>
      <w:r>
        <w:rPr>
          <w:rFonts w:ascii="Times New Roman" w:hAnsi="Times New Roman" w:eastAsia="Times New Roman" w:cs="Times New Roman"/>
        </w:rPr>
        <w:t xml:space="preserve"> </w:t>
      </w:r>
      <w:r>
        <w:rPr>
          <w:rFonts w:ascii="Nirmala UI" w:hAnsi="Nirmala UI" w:eastAsia="Nirmala UI" w:cs="Nirmala UI"/>
        </w:rPr>
        <w:t>పశ్చాత్తాపభరితాత్మ</w:t>
      </w:r>
      <w:r>
        <w:rPr>
          <w:rFonts w:ascii="Times New Roman" w:hAnsi="Times New Roman" w:eastAsia="Times New Roman" w:cs="Times New Roman"/>
        </w:rPr>
        <w:t xml:space="preserve"> </w:t>
      </w:r>
      <w:r>
        <w:rPr>
          <w:rFonts w:ascii="Nirmala UI" w:hAnsi="Nirmala UI" w:eastAsia="Nirmala UI" w:cs="Nirmala UI"/>
        </w:rPr>
        <w:t>గలవారితోను</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వాక్యమునకు</w:t>
      </w:r>
      <w:r>
        <w:rPr>
          <w:rFonts w:ascii="Times New Roman" w:hAnsi="Times New Roman" w:eastAsia="Times New Roman" w:cs="Times New Roman"/>
        </w:rPr>
        <w:t xml:space="preserve"> </w:t>
      </w:r>
      <w:r>
        <w:rPr>
          <w:rFonts w:ascii="Nirmala UI" w:hAnsi="Nirmala UI" w:eastAsia="Nirmala UI" w:cs="Nirmala UI"/>
        </w:rPr>
        <w:t>కంపించువారితోను</w:t>
      </w:r>
      <w:r>
        <w:rPr>
          <w:rFonts w:ascii="Times New Roman" w:hAnsi="Times New Roman" w:eastAsia="Times New Roman" w:cs="Times New Roman"/>
        </w:rPr>
        <w:t xml:space="preserve">” </w:t>
      </w:r>
      <w:r>
        <w:rPr>
          <w:rFonts w:ascii="Nirmala UI" w:hAnsi="Nirmala UI" w:eastAsia="Nirmala UI" w:cs="Nirmala UI"/>
        </w:rPr>
        <w:t>నిర్మితమైయున్నదని</w:t>
      </w:r>
      <w:r>
        <w:rPr>
          <w:rFonts w:ascii="Times New Roman" w:hAnsi="Times New Roman" w:eastAsia="Times New Roman" w:cs="Times New Roman"/>
        </w:rPr>
        <w:t xml:space="preserve"> </w:t>
      </w:r>
      <w:r>
        <w:rPr>
          <w:rFonts w:ascii="Nirmala UI" w:hAnsi="Nirmala UI" w:eastAsia="Nirmala UI" w:cs="Nirmala UI"/>
        </w:rPr>
        <w:t>తెలియజేయుచున్నాడు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వాక్యమునకు</w:t>
      </w:r>
      <w:r>
        <w:rPr>
          <w:rFonts w:ascii="Times New Roman" w:hAnsi="Times New Roman" w:eastAsia="Times New Roman" w:cs="Times New Roman"/>
        </w:rPr>
        <w:t xml:space="preserve"> </w:t>
      </w:r>
      <w:r>
        <w:rPr>
          <w:rFonts w:ascii="Nirmala UI" w:hAnsi="Nirmala UI" w:eastAsia="Nirmala UI" w:cs="Nirmala UI"/>
        </w:rPr>
        <w:t>కంపించువారిని</w:t>
      </w:r>
      <w:r>
        <w:rPr>
          <w:rFonts w:ascii="Times New Roman" w:hAnsi="Times New Roman" w:eastAsia="Times New Roman" w:cs="Times New Roman"/>
        </w:rPr>
        <w:t xml:space="preserve">, </w:t>
      </w:r>
      <w:r>
        <w:rPr>
          <w:rFonts w:ascii="Nirmala UI" w:hAnsi="Nirmala UI" w:eastAsia="Nirmala UI" w:cs="Nirmala UI"/>
        </w:rPr>
        <w:t>అపవిత్ర</w:t>
      </w:r>
      <w:r>
        <w:rPr>
          <w:rFonts w:ascii="Times New Roman" w:hAnsi="Times New Roman" w:eastAsia="Times New Roman" w:cs="Times New Roman"/>
        </w:rPr>
        <w:t xml:space="preserve"> </w:t>
      </w:r>
      <w:r>
        <w:rPr>
          <w:rFonts w:ascii="Nirmala UI" w:hAnsi="Nirmala UI" w:eastAsia="Nirmala UI" w:cs="Nirmala UI"/>
        </w:rPr>
        <w:t>బలులను</w:t>
      </w:r>
      <w:r>
        <w:rPr>
          <w:rFonts w:ascii="Times New Roman" w:hAnsi="Times New Roman" w:eastAsia="Times New Roman" w:cs="Times New Roman"/>
        </w:rPr>
        <w:t xml:space="preserve"> </w:t>
      </w:r>
      <w:r>
        <w:rPr>
          <w:rFonts w:ascii="Nirmala UI" w:hAnsi="Nirmala UI" w:eastAsia="Nirmala UI" w:cs="Nirmala UI"/>
        </w:rPr>
        <w:t>అర్పించుచు</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స్వమార్గమును</w:t>
      </w:r>
      <w:r>
        <w:rPr>
          <w:rFonts w:ascii="Times New Roman" w:hAnsi="Times New Roman" w:eastAsia="Times New Roman" w:cs="Times New Roman"/>
        </w:rPr>
        <w:t xml:space="preserve"> </w:t>
      </w:r>
      <w:r>
        <w:rPr>
          <w:rFonts w:ascii="Nirmala UI" w:hAnsi="Nirmala UI" w:eastAsia="Nirmala UI" w:cs="Nirmala UI"/>
        </w:rPr>
        <w:t>ఎంచుకొనిన</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వర్గముతో</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వ్యత్యాసపరచుచున్నాడు</w:t>
      </w:r>
      <w:r>
        <w:rPr>
          <w:rFonts w:ascii="Times New Roman" w:hAnsi="Times New Roman" w:eastAsia="Times New Roman" w:cs="Times New Roman"/>
        </w:rPr>
        <w:t xml:space="preserve">. </w:t>
      </w:r>
      <w:r>
        <w:rPr>
          <w:rFonts w:ascii="Nirmala UI" w:hAnsi="Nirmala UI" w:eastAsia="Nirmala UI" w:cs="Nirmala UI"/>
        </w:rPr>
        <w:t>అపవిత్ర</w:t>
      </w:r>
      <w:r>
        <w:rPr>
          <w:rFonts w:ascii="Times New Roman" w:hAnsi="Times New Roman" w:eastAsia="Times New Roman" w:cs="Times New Roman"/>
        </w:rPr>
        <w:t xml:space="preserve"> </w:t>
      </w:r>
      <w:r>
        <w:rPr>
          <w:rFonts w:ascii="Nirmala UI" w:hAnsi="Nirmala UI" w:eastAsia="Nirmala UI" w:cs="Nirmala UI"/>
        </w:rPr>
        <w:t>బలులను</w:t>
      </w:r>
      <w:r>
        <w:rPr>
          <w:rFonts w:ascii="Times New Roman" w:hAnsi="Times New Roman" w:eastAsia="Times New Roman" w:cs="Times New Roman"/>
        </w:rPr>
        <w:t xml:space="preserve"> </w:t>
      </w:r>
      <w:r>
        <w:rPr>
          <w:rFonts w:ascii="Nirmala UI" w:hAnsi="Nirmala UI" w:eastAsia="Nirmala UI" w:cs="Nirmala UI"/>
        </w:rPr>
        <w:t>అర్పించుచున్న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వర్గమువారు</w:t>
      </w:r>
      <w:r>
        <w:rPr>
          <w:rFonts w:ascii="Times New Roman" w:hAnsi="Times New Roman" w:eastAsia="Times New Roman" w:cs="Times New Roman"/>
        </w:rPr>
        <w:t xml:space="preserve">, </w:t>
      </w:r>
      <w:r>
        <w:rPr>
          <w:rFonts w:ascii="Nirmala UI" w:hAnsi="Nirmala UI" w:eastAsia="Nirmala UI" w:cs="Nirmala UI"/>
        </w:rPr>
        <w:t>యూదులు</w:t>
      </w:r>
      <w:r>
        <w:rPr>
          <w:rFonts w:ascii="Times New Roman" w:hAnsi="Times New Roman" w:eastAsia="Times New Roman" w:cs="Times New Roman"/>
        </w:rPr>
        <w:t xml:space="preserve"> </w:t>
      </w:r>
      <w:r>
        <w:rPr>
          <w:rFonts w:ascii="Nirmala UI" w:hAnsi="Nirmala UI" w:eastAsia="Nirmala UI" w:cs="Nirmala UI"/>
        </w:rPr>
        <w:t>అనుభవించినట్లే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గృహము</w:t>
      </w:r>
      <w:r>
        <w:rPr>
          <w:rFonts w:ascii="Times New Roman" w:hAnsi="Times New Roman" w:eastAsia="Times New Roman" w:cs="Times New Roman"/>
        </w:rPr>
        <w:t xml:space="preserve"> </w:t>
      </w:r>
      <w:r>
        <w:rPr>
          <w:rFonts w:ascii="Nirmala UI" w:hAnsi="Nirmala UI" w:eastAsia="Nirmala UI" w:cs="Nirmala UI"/>
        </w:rPr>
        <w:t>తమకొరకు</w:t>
      </w:r>
      <w:r>
        <w:rPr>
          <w:rFonts w:ascii="Times New Roman" w:hAnsi="Times New Roman" w:eastAsia="Times New Roman" w:cs="Times New Roman"/>
        </w:rPr>
        <w:t xml:space="preserve"> </w:t>
      </w:r>
      <w:r>
        <w:rPr>
          <w:rFonts w:ascii="Nirmala UI" w:hAnsi="Nirmala UI" w:eastAsia="Nirmala UI" w:cs="Nirmala UI"/>
        </w:rPr>
        <w:t>పాడుబడినదై</w:t>
      </w:r>
      <w:r>
        <w:rPr>
          <w:rFonts w:ascii="Times New Roman" w:hAnsi="Times New Roman" w:eastAsia="Times New Roman" w:cs="Times New Roman"/>
        </w:rPr>
        <w:t xml:space="preserve"> </w:t>
      </w:r>
      <w:r>
        <w:rPr>
          <w:rFonts w:ascii="Nirmala UI" w:hAnsi="Nirmala UI" w:eastAsia="Nirmala UI" w:cs="Nirmala UI"/>
        </w:rPr>
        <w:t>విడిచిపెట్టబడునని</w:t>
      </w:r>
      <w:r>
        <w:rPr>
          <w:rFonts w:ascii="Times New Roman" w:hAnsi="Times New Roman" w:eastAsia="Times New Roman" w:cs="Times New Roman"/>
        </w:rPr>
        <w:t xml:space="preserve"> </w:t>
      </w:r>
      <w:r>
        <w:rPr>
          <w:rFonts w:ascii="Nirmala UI" w:hAnsi="Nirmala UI" w:eastAsia="Nirmala UI" w:cs="Nirmala UI"/>
        </w:rPr>
        <w:t>కనుగొందురు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Tanrı’nın bütün peygamberleri dünyanın sonundan söz eder; bu da O’nun Sözü karşısında titreyen bilge olanlarla, canlarının hoşlandığı iğrençlikleri Tanrı’ya sunan akılsızlar arasındaki ayrımın bir tasviridir. Bu sebeple Tanrı, akılsız Laodikyalı bakireler için yanılsamaları seçecektir; elçi Pavlus’un da belirttiği üzere bu yanılsama, bir “yalanı” kabul etmenin sonucu olarak ortaya çıkar.</w:t>
      </w:r>
    </w:p>
    <w:p>
      <w:pPr>
        <w:pStyle w:val="ArticleBody"/>
        <w:jc w:val="left"/>
      </w:pPr>
      <w:r>
        <w:rPr>
          <w:rFonts w:ascii="Times New Roman" w:hAnsi="Times New Roman" w:eastAsia="Times New Roman" w:cs="Times New Roman"/>
        </w:rPr>
        <w:t>«</w:t>
      </w:r>
      <w:r>
        <w:rPr>
          <w:rFonts w:ascii="Ebrima" w:hAnsi="Ebrima" w:eastAsia="Ebrima" w:cs="Ebrima"/>
        </w:rPr>
        <w:t>ሐሰት</w:t>
      </w:r>
      <w:r>
        <w:rPr>
          <w:rFonts w:ascii="Times New Roman" w:hAnsi="Times New Roman" w:eastAsia="Times New Roman" w:cs="Times New Roman"/>
        </w:rPr>
        <w:t xml:space="preserve">» </w:t>
      </w:r>
      <w:r>
        <w:rPr>
          <w:rFonts w:ascii="Ebrima" w:hAnsi="Ebrima" w:eastAsia="Ebrima" w:cs="Ebrima"/>
        </w:rPr>
        <w:t>በአድቨንቲዝም</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የተለየ</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1863 </w:t>
      </w:r>
      <w:r>
        <w:rPr>
          <w:rFonts w:ascii="Ebrima" w:hAnsi="Ebrima" w:eastAsia="Ebrima" w:cs="Ebrima"/>
        </w:rPr>
        <w:t>በሠራተኞቹ</w:t>
      </w:r>
      <w:r>
        <w:rPr>
          <w:rFonts w:ascii="Times New Roman" w:hAnsi="Times New Roman" w:eastAsia="Times New Roman" w:cs="Times New Roman"/>
        </w:rPr>
        <w:t xml:space="preserve"> </w:t>
      </w:r>
      <w:r>
        <w:rPr>
          <w:rFonts w:ascii="Ebrima" w:hAnsi="Ebrima" w:eastAsia="Ebrima" w:cs="Ebrima"/>
        </w:rPr>
        <w:t>ተቀብሎ</w:t>
      </w:r>
      <w:r>
        <w:rPr>
          <w:rFonts w:ascii="Times New Roman" w:hAnsi="Times New Roman" w:eastAsia="Times New Roman" w:cs="Times New Roman"/>
        </w:rPr>
        <w:t xml:space="preserve"> </w:t>
      </w:r>
      <w:r>
        <w:rPr>
          <w:rFonts w:ascii="Ebrima" w:hAnsi="Ebrima" w:eastAsia="Ebrima" w:cs="Ebrima"/>
        </w:rPr>
        <w:t>በአድቨንት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ተገንብቶበታል።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ሐሰት</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ያፈራ</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የሐሰት</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መሠራት</w:t>
      </w:r>
      <w:r>
        <w:rPr>
          <w:rFonts w:ascii="Times New Roman" w:hAnsi="Times New Roman" w:eastAsia="Times New Roman" w:cs="Times New Roman"/>
        </w:rPr>
        <w:t xml:space="preserve"> </w:t>
      </w:r>
      <w:r>
        <w:rPr>
          <w:rFonts w:ascii="Ebrima" w:hAnsi="Ebrima" w:eastAsia="Ebrima" w:cs="Ebrima"/>
        </w:rPr>
        <w:t>ጀመሩ።</w:t>
      </w:r>
      <w:r>
        <w:rPr>
          <w:rFonts w:ascii="Times New Roman" w:hAnsi="Times New Roman" w:eastAsia="Times New Roman" w:cs="Times New Roman"/>
        </w:rPr>
        <w:t xml:space="preserve"> </w:t>
      </w:r>
      <w:r>
        <w:rPr>
          <w:rFonts w:ascii="Ebrima" w:hAnsi="Ebrima" w:eastAsia="Ebrima" w:cs="Ebrima"/>
        </w:rPr>
        <w:t>እውነተኛውን</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መቅደስ</w:t>
      </w:r>
      <w:r>
        <w:rPr>
          <w:rFonts w:ascii="Times New Roman" w:hAnsi="Times New Roman" w:eastAsia="Times New Roman" w:cs="Times New Roman"/>
        </w:rPr>
        <w:t xml:space="preserve"> </w:t>
      </w:r>
      <w:r>
        <w:rPr>
          <w:rFonts w:ascii="Ebrima" w:hAnsi="Ebrima" w:eastAsia="Ebrima" w:cs="Ebrima"/>
        </w:rPr>
        <w:t>በማስመሰል</w:t>
      </w:r>
      <w:r>
        <w:rPr>
          <w:rFonts w:ascii="Times New Roman" w:hAnsi="Times New Roman" w:eastAsia="Times New Roman" w:cs="Times New Roman"/>
        </w:rPr>
        <w:t xml:space="preserve"> </w:t>
      </w:r>
      <w:r>
        <w:rPr>
          <w:rFonts w:ascii="Ebrima" w:hAnsi="Ebrima" w:eastAsia="Ebrima" w:cs="Ebrima"/>
        </w:rPr>
        <w:t>የሚያደርጉት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የመጨረሻው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ይቀጥላል።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የምዕራፍ</w:t>
      </w:r>
      <w:r>
        <w:rPr>
          <w:rFonts w:ascii="Times New Roman" w:hAnsi="Times New Roman" w:eastAsia="Times New Roman" w:cs="Times New Roman"/>
        </w:rPr>
        <w:t xml:space="preserve"> </w:t>
      </w:r>
      <w:r>
        <w:rPr>
          <w:rFonts w:ascii="Ebrima" w:hAnsi="Ebrima" w:eastAsia="Ebrima" w:cs="Ebrima"/>
        </w:rPr>
        <w:t>ስድሳ</w:t>
      </w:r>
      <w:r>
        <w:rPr>
          <w:rFonts w:ascii="Times New Roman" w:hAnsi="Times New Roman" w:eastAsia="Times New Roman" w:cs="Times New Roman"/>
        </w:rPr>
        <w:t xml:space="preserve"> </w:t>
      </w:r>
      <w:r>
        <w:rPr>
          <w:rFonts w:ascii="Ebrima" w:hAnsi="Ebrima" w:eastAsia="Ebrima" w:cs="Ebrima"/>
        </w:rPr>
        <w:t>ስድስትን</w:t>
      </w:r>
      <w:r>
        <w:rPr>
          <w:rFonts w:ascii="Times New Roman" w:hAnsi="Times New Roman" w:eastAsia="Times New Roman" w:cs="Times New Roman"/>
        </w:rPr>
        <w:t xml:space="preserve"> </w:t>
      </w:r>
      <w:r>
        <w:rPr>
          <w:rFonts w:ascii="Ebrima" w:hAnsi="Ebrima" w:eastAsia="Ebrima" w:cs="Ebrima"/>
        </w:rPr>
        <w:t>አውድ</w:t>
      </w:r>
      <w:r>
        <w:rPr>
          <w:rFonts w:ascii="Times New Roman" w:hAnsi="Times New Roman" w:eastAsia="Times New Roman" w:cs="Times New Roman"/>
        </w:rPr>
        <w:t xml:space="preserve"> </w:t>
      </w:r>
      <w:r>
        <w:rPr>
          <w:rFonts w:ascii="Ebrima" w:hAnsi="Ebrima" w:eastAsia="Ebrima" w:cs="Ebrima"/>
        </w:rPr>
        <w:t>በጠቢባንና</w:t>
      </w:r>
      <w:r>
        <w:rPr>
          <w:rFonts w:ascii="Times New Roman" w:hAnsi="Times New Roman" w:eastAsia="Times New Roman" w:cs="Times New Roman"/>
        </w:rPr>
        <w:t xml:space="preserve"> </w:t>
      </w:r>
      <w:r>
        <w:rPr>
          <w:rFonts w:ascii="Ebrima" w:hAnsi="Ebrima" w:eastAsia="Ebrima" w:cs="Ebrima"/>
        </w:rPr>
        <w:t>በሞኞች</w:t>
      </w:r>
      <w:r>
        <w:rPr>
          <w:rFonts w:ascii="Times New Roman" w:hAnsi="Times New Roman" w:eastAsia="Times New Roman" w:cs="Times New Roman"/>
        </w:rPr>
        <w:t xml:space="preserve"> </w:t>
      </w:r>
      <w:r>
        <w:rPr>
          <w:rFonts w:ascii="Ebrima" w:hAnsi="Ebrima" w:eastAsia="Ebrima" w:cs="Ebrima"/>
        </w:rPr>
        <w:t>ደናግል</w:t>
      </w:r>
      <w:r>
        <w:rPr>
          <w:rFonts w:ascii="Times New Roman" w:hAnsi="Times New Roman" w:eastAsia="Times New Roman" w:cs="Times New Roman"/>
        </w:rPr>
        <w:t xml:space="preserve"> </w:t>
      </w:r>
      <w:r>
        <w:rPr>
          <w:rFonts w:ascii="Ebrima" w:hAnsi="Ebrima" w:eastAsia="Ebrima" w:cs="Ebrima"/>
        </w:rPr>
        <w:t>መለየት</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ያቆማል።</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በኢሳይያስ</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ያደረገውን</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እየለየ</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ከጁላይ</w:t>
      </w:r>
      <w:r>
        <w:rPr>
          <w:rFonts w:ascii="Times New Roman" w:hAnsi="Times New Roman" w:eastAsia="Times New Roman" w:cs="Times New Roman"/>
        </w:rPr>
        <w:t xml:space="preserve"> 18, 2020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መቁረጥ</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ከሦስት</w:t>
      </w:r>
      <w:r>
        <w:rPr>
          <w:rFonts w:ascii="Times New Roman" w:hAnsi="Times New Roman" w:eastAsia="Times New Roman" w:cs="Times New Roman"/>
        </w:rPr>
        <w:t xml:space="preserve"> </w:t>
      </w:r>
      <w:r>
        <w:rPr>
          <w:rFonts w:ascii="Ebrima" w:hAnsi="Ebrima" w:eastAsia="Ebrima" w:cs="Ebrima"/>
        </w:rPr>
        <w:t>ተኩል</w:t>
      </w:r>
      <w:r>
        <w:rPr>
          <w:rFonts w:ascii="Times New Roman" w:hAnsi="Times New Roman" w:eastAsia="Times New Roman" w:cs="Times New Roman"/>
        </w:rPr>
        <w:t xml:space="preserve"> </w:t>
      </w:r>
      <w:r>
        <w:rPr>
          <w:rFonts w:ascii="Ebrima" w:hAnsi="Ebrima" w:eastAsia="Ebrima" w:cs="Ebrima"/>
        </w:rPr>
        <w:t>ምሳሌያዊ</w:t>
      </w:r>
      <w:r>
        <w:rPr>
          <w:rFonts w:ascii="Times New Roman" w:hAnsi="Times New Roman" w:eastAsia="Times New Roman" w:cs="Times New Roman"/>
        </w:rPr>
        <w:t xml:space="preserve"> </w:t>
      </w:r>
      <w:r>
        <w:rPr>
          <w:rFonts w:ascii="Ebrima" w:hAnsi="Ebrima" w:eastAsia="Ebrima" w:cs="Ebrima"/>
        </w:rPr>
        <w:t>ቀኖች</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መጽናኛውን</w:t>
      </w:r>
      <w:r>
        <w:rPr>
          <w:rFonts w:ascii="Times New Roman" w:hAnsi="Times New Roman" w:eastAsia="Times New Roman" w:cs="Times New Roman"/>
        </w:rPr>
        <w:t xml:space="preserve"> </w:t>
      </w:r>
      <w:r>
        <w:rPr>
          <w:rFonts w:ascii="Ebrima" w:hAnsi="Ebrima" w:eastAsia="Ebrima" w:cs="Ebrima"/>
        </w:rPr>
        <w:t>እንደሚልክ</w:t>
      </w:r>
      <w:r>
        <w:rPr>
          <w:rFonts w:ascii="Times New Roman" w:hAnsi="Times New Roman" w:eastAsia="Times New Roman" w:cs="Times New Roman"/>
        </w:rPr>
        <w:t xml:space="preserve"> </w:t>
      </w:r>
      <w:r>
        <w:rPr>
          <w:rFonts w:ascii="Ebrima" w:hAnsi="Ebrima" w:eastAsia="Ebrima" w:cs="Ebrima"/>
        </w:rPr>
        <w:t>ተስፋ</w:t>
      </w:r>
      <w:r>
        <w:rPr>
          <w:rFonts w:ascii="Times New Roman" w:hAnsi="Times New Roman" w:eastAsia="Times New Roman" w:cs="Times New Roman"/>
        </w:rPr>
        <w:t xml:space="preserve"> </w:t>
      </w:r>
      <w:r>
        <w:rPr>
          <w:rFonts w:ascii="Ebrima" w:hAnsi="Ebrima" w:eastAsia="Ebrima" w:cs="Ebrima"/>
        </w:rPr>
        <w:t>ሰጥቶ</w:t>
      </w:r>
      <w:r>
        <w:rPr>
          <w:rFonts w:ascii="Times New Roman" w:hAnsi="Times New Roman" w:eastAsia="Times New Roman" w:cs="Times New Roman"/>
        </w:rPr>
        <w:t xml:space="preserve"> </w:t>
      </w:r>
      <w:r>
        <w:rPr>
          <w:rFonts w:ascii="Ebrima" w:hAnsi="Ebrima" w:eastAsia="Ebrima" w:cs="Ebrima"/>
        </w:rPr>
        <w:t>ነበር።</w:t>
      </w:r>
    </w:p>
    <w:p>
      <w:pPr>
        <w:pStyle w:val="ArticleScripture"/>
        <w:jc w:val="left"/>
      </w:pPr>
      <w:r>
        <w:rPr>
          <w:rFonts w:ascii="Times New Roman" w:hAnsi="Times New Roman" w:eastAsia="Times New Roman" w:cs="Times New Roman"/>
        </w:rPr>
        <w:t>Lord-ëh vajan rengalek, ña i nanggringay apli vajan; agi-brethern mi a nang-ayat kamew, a nang-ikastak kamew gapu iti naganko, kinunada, “Maidaydayaw koma ti Lord”: ngem isu agparangto iti rag-o yo, ket isuda mabain danto. Maysa nga uni ti riribok manipud iti siudad, maysa nga uni manipud iti templo, maysa nga uni ti Lord a mangited iti supapak kadagiti kabusorna. Isaiah 66:5, 6.</w:t>
      </w:r>
    </w:p>
    <w:p>
      <w:pPr>
        <w:pStyle w:val="ArticleBody"/>
        <w:jc w:val="left"/>
      </w:pPr>
      <w:r>
        <w:rPr>
          <w:rFonts w:ascii="Times New Roman" w:hAnsi="Times New Roman" w:eastAsia="Times New Roman" w:cs="Times New Roman"/>
        </w:rPr>
        <w:t>1798 ٹھو 1844 گے دورہ اندر، میلرائٹاں دی تحریک وچ، ربّ نے ہک روحانی ہیکل قائم کیتی، جِدے کول اوہ 1844 وچ عہد دے قاصد دے طور اُتے اچانک آیا۔ ربّ ایک لاکھ چوّالی ہزار دی تحریک وچ ہک روحانی ہیکل قائم کردا ہے، تاں جو اوہ اچانک آوے تے اس ہیکل نال عہد وچ داخل ہووے۔ پطرس اپنے پہلے خط دے دوسرے باب وچ اس ہیکل نوں “روحانی گھر” آکھدا ہے۔ اوہ لوک جیہڑے “ربّ دا کلام سُندے ہن” اوہ اوہی ہن جنہاں ول یوحنا مکاشفہ وچ اشارہ کردا ہے جد اوہ آکھدا ہے کہ جیہڑے سُندے ہن اوہ “مبارک” ہن۔ اوہ جھنڈا ہن، کیوں جو جھنڈا “اسرائیل دے نکالے ہوئے لوکاں” توں بنیا ہے۔ بیوقوف لاؤدیقی شرمندہ ہون گے جد ربّ فلادلفیائیآں وچ، جیہڑے اُس دے کلام اُتے کانبدے ہن، اپنے آپ نوں جلال دیوے گا، تے اُس دا کلام “سچائی” ہے۔</w:t>
      </w:r>
    </w:p>
    <w:p>
      <w:pPr>
        <w:pStyle w:val="ArticleBody"/>
        <w:jc w:val="left"/>
      </w:pPr>
      <w:r>
        <w:rPr>
          <w:rFonts w:ascii="Times New Roman" w:hAnsi="Times New Roman" w:eastAsia="Times New Roman" w:cs="Times New Roman"/>
        </w:rPr>
        <w:t>ئەو سێ دەنگەی لەو ماوەیەدا دەبیسترێن کە ژیران و نەژیران لەو پۆلەی دیکە جیا دەکرێنەوە، لە «شار»ەوە، لە «پەرستگا»وە، و لە «یەزدانی کە پاداشت دەدات»ەوە دێن. یەکەم «دەنگ»ی لە شارەوە «دەنگی هاژە»یە، و ئەو «هاژە»یە هاتنی دڵنەوایی‌دەرە کە بە ناگەهانی دێت.</w:t>
      </w:r>
    </w:p>
    <w:p>
      <w:pPr>
        <w:pStyle w:val="ArticleScripture"/>
        <w:jc w:val="left"/>
      </w:pPr>
      <w:r>
        <w:rPr>
          <w:rFonts w:ascii="Nirmala UI" w:hAnsi="Nirmala UI" w:eastAsia="Nirmala UI" w:cs="Nirmala UI"/>
        </w:rPr>
        <w:t>ꯄꯦꯟꯇꯦꯀꯣꯁꯇꯀꯤ</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ꯃꯍꯥꯛꯁꯤꯡ</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ꯃꯅꯪ</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ꯈꯔ</w:t>
      </w:r>
      <w:r>
        <w:rPr>
          <w:rFonts w:ascii="Times New Roman" w:hAnsi="Times New Roman" w:eastAsia="Times New Roman" w:cs="Times New Roman"/>
        </w:rPr>
        <w:t xml:space="preserve"> </w:t>
      </w:r>
      <w:r>
        <w:rPr>
          <w:rFonts w:ascii="Nirmala UI" w:hAnsi="Nirmala UI" w:eastAsia="Nirmala UI" w:cs="Nirmala UI"/>
        </w:rPr>
        <w:t>ꯈꯥꯡꯅ</w:t>
      </w:r>
      <w:r>
        <w:rPr>
          <w:rFonts w:ascii="Times New Roman" w:hAnsi="Times New Roman" w:eastAsia="Times New Roman" w:cs="Times New Roman"/>
        </w:rPr>
        <w:t xml:space="preserve"> </w:t>
      </w:r>
      <w:r>
        <w:rPr>
          <w:rFonts w:ascii="Nirmala UI" w:hAnsi="Nirmala UI" w:eastAsia="Nirmala UI" w:cs="Nirmala UI"/>
        </w:rPr>
        <w:t>ꯅꯣꯡꯒꯤ</w:t>
      </w:r>
      <w:r>
        <w:rPr>
          <w:rFonts w:ascii="Times New Roman" w:hAnsi="Times New Roman" w:eastAsia="Times New Roman" w:cs="Times New Roman"/>
        </w:rPr>
        <w:t xml:space="preserve"> </w:t>
      </w:r>
      <w:r>
        <w:rPr>
          <w:rFonts w:ascii="Nirmala UI" w:hAnsi="Nirmala UI" w:eastAsia="Nirmala UI" w:cs="Nirmala UI"/>
        </w:rPr>
        <w:t>ꯃꯔꯛꯇꯒ</w:t>
      </w:r>
      <w:r>
        <w:rPr>
          <w:rFonts w:ascii="Times New Roman" w:hAnsi="Times New Roman" w:eastAsia="Times New Roman" w:cs="Times New Roman"/>
        </w:rPr>
        <w:t xml:space="preserve"> </w:t>
      </w:r>
      <w:r>
        <w:rPr>
          <w:rFonts w:ascii="Nirmala UI" w:hAnsi="Nirmala UI" w:eastAsia="Nirmala UI" w:cs="Nirmala UI"/>
        </w:rPr>
        <w:t>ꯈꯨꯍꯨꯝ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ꯂꯥꯛꯂꯛꯄꯥ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ꯌꯨꯝ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ꯍꯥꯄꯆꯤꯜꯂꯦ꯫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ꯃꯩꯒꯤ</w:t>
      </w:r>
      <w:r>
        <w:rPr>
          <w:rFonts w:ascii="Times New Roman" w:hAnsi="Times New Roman" w:eastAsia="Times New Roman" w:cs="Times New Roman"/>
        </w:rPr>
        <w:t xml:space="preserve"> </w:t>
      </w:r>
      <w:r>
        <w:rPr>
          <w:rFonts w:ascii="Nirmala UI" w:hAnsi="Nirmala UI" w:eastAsia="Nirmala UI" w:cs="Nirmala UI"/>
        </w:rPr>
        <w:t>ꯃꯈꯥꯡ</w:t>
      </w:r>
      <w:r>
        <w:rPr>
          <w:rFonts w:ascii="Times New Roman" w:hAnsi="Times New Roman" w:eastAsia="Times New Roman" w:cs="Times New Roman"/>
        </w:rPr>
        <w:t xml:space="preserve"> </w:t>
      </w:r>
      <w:r>
        <w:rPr>
          <w:rFonts w:ascii="Nirmala UI" w:hAnsi="Nirmala UI" w:eastAsia="Nirmala UI" w:cs="Nirmala UI"/>
        </w:rPr>
        <w:t>ꯎꯟꯅ</w:t>
      </w:r>
      <w:r>
        <w:rPr>
          <w:rFonts w:ascii="Times New Roman" w:hAnsi="Times New Roman" w:eastAsia="Times New Roman" w:cs="Times New Roman"/>
        </w:rPr>
        <w:t xml:space="preserve"> </w:t>
      </w:r>
      <w:r>
        <w:rPr>
          <w:rFonts w:ascii="Nirmala UI" w:hAnsi="Nirmala UI" w:eastAsia="Nirmala UI" w:cs="Nirmala UI"/>
        </w:rPr>
        <w:t>ꯄꯨꯁꯤꯜꯂꯕ</w:t>
      </w:r>
      <w:r>
        <w:rPr>
          <w:rFonts w:ascii="Times New Roman" w:hAnsi="Times New Roman" w:eastAsia="Times New Roman" w:cs="Times New Roman"/>
        </w:rPr>
        <w:t xml:space="preserve"> </w:t>
      </w:r>
      <w:r>
        <w:rPr>
          <w:rFonts w:ascii="Nirmala UI" w:hAnsi="Nirmala UI" w:eastAsia="Nirmala UI" w:cs="Nirmala UI"/>
        </w:rPr>
        <w:t>ꯂꯣꯟꯁꯤꯡ</w:t>
      </w:r>
      <w:r>
        <w:rPr>
          <w:rFonts w:ascii="Times New Roman" w:hAnsi="Times New Roman" w:eastAsia="Times New Roman" w:cs="Times New Roman"/>
        </w:rPr>
        <w:t xml:space="preserve"> </w:t>
      </w:r>
      <w:r>
        <w:rPr>
          <w:rFonts w:ascii="Nirmala UI" w:hAnsi="Nirmala UI" w:eastAsia="Nirmala UI" w:cs="Nirmala UI"/>
        </w:rPr>
        <w:t>ꯃꯍꯥꯛꯁꯤꯡꯗ</w:t>
      </w:r>
      <w:r>
        <w:rPr>
          <w:rFonts w:ascii="Times New Roman" w:hAnsi="Times New Roman" w:eastAsia="Times New Roman" w:cs="Times New Roman"/>
        </w:rPr>
        <w:t xml:space="preserve"> </w:t>
      </w:r>
      <w:r>
        <w:rPr>
          <w:rFonts w:ascii="Nirmala UI" w:hAnsi="Nirmala UI" w:eastAsia="Nirmala UI" w:cs="Nirmala UI"/>
        </w:rPr>
        <w:t>ꯎꯠꯂꯛꯄꯥ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ꯈꯨꯗꯤꯡꯃꯛꯀꯤ</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ꯂꯩꯁꯤꯟꯅꯈꯤ꯫</w:t>
      </w:r>
      <w:r>
        <w:rPr>
          <w:rFonts w:ascii="Times New Roman" w:hAnsi="Times New Roman" w:eastAsia="Times New Roman" w:cs="Times New Roman"/>
        </w:rPr>
        <w:t xml:space="preserve"> </w:t>
      </w:r>
      <w:r>
        <w:rPr>
          <w:rFonts w:ascii="Nirmala UI" w:hAnsi="Nirmala UI" w:eastAsia="Nirmala UI" w:cs="Nirmala UI"/>
        </w:rPr>
        <w:t>ꯑꯥꯛꯇꯁ</w:t>
      </w:r>
      <w:r>
        <w:rPr>
          <w:rFonts w:ascii="Times New Roman" w:hAnsi="Times New Roman" w:eastAsia="Times New Roman" w:cs="Times New Roman"/>
        </w:rPr>
        <w:t xml:space="preserve"> 2:1-3</w:t>
      </w:r>
      <w:r>
        <w:rPr>
          <w:rFonts w:ascii="Nirmala UI" w:hAnsi="Nirmala UI" w:eastAsia="Nirmala UI" w:cs="Nirmala UI"/>
        </w:rPr>
        <w:t>꯫</w:t>
      </w:r>
    </w:p>
    <w:p>
      <w:pPr>
        <w:pStyle w:val="ArticleBody"/>
        <w:jc w:val="left"/>
      </w:pPr>
      <w:r>
        <w:rPr>
          <w:rFonts w:ascii="Times New Roman" w:hAnsi="Times New Roman" w:eastAsia="Times New Roman" w:cs="Times New Roman"/>
        </w:rPr>
        <w:t>اعمال، باب دو، آیت دو میں جس لفظ کا ترجمہ “sound” کیا گیا ہے، اس کے معنی “شور” اور “افواہ” ہیں۔ “افواہ” ایک نبوت ہے۔ وہ “sound” یا “شور” جو “شہر” سے آتا ہے، “ایک زبردست ہوا” سے ممثل کیا گیا ہے۔ “شہر سے شور کی آواز” اسلام کی “افواہ” یا نبوی پیغام ہے، جو خشک ہڈیوں کی وادی میں تسلی دینے والے کی آمد کو نشان زد کرتا ہے؛ وہ ہڈیاں جو “اس بڑے شہر کی گلی میں قتل کی گئی تھیں، جو روحانی طور پر سدوم اور مصر کہلاتا ہے، جہاں ہمارے خداوند کو بھی مصلوب کیا گیا تھا۔”</w:t>
      </w:r>
    </w:p>
    <w:p>
      <w:pPr>
        <w:pStyle w:val="ArticleBody"/>
        <w:jc w:val="left"/>
      </w:pPr>
      <w:r>
        <w:rPr>
          <w:rFonts w:ascii="Times New Roman" w:hAnsi="Times New Roman" w:eastAsia="Times New Roman" w:cs="Times New Roman"/>
        </w:rPr>
        <w:t>ئیشعیا کے چالیسویں باب میں، اُس "آواز" نے جسے "عہد کے قاصد" کے لیے راہ تیار کرنی تھی، پوچھا کہ وہ کیا پیغام "پکارے"۔ اُسے حکم دیا گیا کہ وہ اسلام کا پیغام "پکارے"۔ اعمال میں وہ "صوت" جس نے پطرس کے روحانی "گھر" کو بھر دیا، ایک "تیز چلتی ہوئی زبردست ہوا" تھی، جو حزقی ایل سینتیس میں اسلام کی چار ہواؤں میں سے آئی تھی۔</w:t>
      </w:r>
    </w:p>
    <w:p>
      <w:pPr>
        <w:pStyle w:val="ArticleScripture"/>
        <w:jc w:val="left"/>
      </w:pPr>
      <w:r>
        <w:rPr>
          <w:rFonts w:ascii="Times New Roman" w:hAnsi="Times New Roman" w:eastAsia="Times New Roman" w:cs="Times New Roman"/>
        </w:rPr>
        <w:t>Сити аҟынтә абжьы, абаҟаратәы инаркны абжьы, иӷацәахь ахынҳәра ҟазҵо Иҳақәиҭу ибжьы. Исаиа 66:6.</w:t>
      </w:r>
    </w:p>
    <w:p>
      <w:pPr>
        <w:pStyle w:val="ArticleBody"/>
        <w:jc w:val="left"/>
      </w:pPr>
      <w:r>
        <w:rPr>
          <w:rFonts w:ascii="Times New Roman" w:hAnsi="Times New Roman" w:eastAsia="Times New Roman" w:cs="Times New Roman"/>
        </w:rPr>
        <w:t>Gatan che inchiñ Señor crucificasqa karqa chaymanta Consolador ñawpaqta yachachin “voz” nisqata—ch’in pampa-pi waqaqpa—imataq mensaje kananpaq kasqanta. Hinaspa atiyniyoq ejército hatun, sayarichisqa templo hina kasqan, qallariy puriypi 1798manta 1844kama rikuchisqa hina, waqayta hatarichin. Chay atiyniyoq ejército puriynin, Islam-pa waqayninta willakuspa, pusan kinsa kaq “voz”man, chaypi Diospa vozninta reqsichin Estados Unidos suyuman juicio kananpaq domingo ley pasasqa kasqanrayku. Chaypi Señor kutichin pagota. Chay kimsa voces kamachisqa kanku pakasqa historiapa estructuranpi qanchis truenos nisqapa ukhupi, chayqa rikuchin qallariy, chawpi, tukukuy letrakunata hebreo simipi chay Musuq Admirable Linguist pa rurasqanmantam, t’ikrasqa “verdad” nisqaman. ¡Kaykunaqa mana runaqa umallanmanta ruwanakunchu!</w:t>
      </w:r>
    </w:p>
    <w:p>
      <w:pPr>
        <w:pStyle w:val="ArticleBody"/>
        <w:jc w:val="left"/>
      </w:pPr>
      <w:r>
        <w:rPr>
          <w:rFonts w:ascii="Times New Roman" w:hAnsi="Times New Roman" w:eastAsia="Times New Roman" w:cs="Times New Roman"/>
        </w:rPr>
        <w:t>Ngokuhambisana nembali yesiprofeto ebesiyichonga, uIsaya emva koko uthetha ngokuzalwa kwesizwe.</w:t>
      </w:r>
    </w:p>
    <w:p>
      <w:pPr>
        <w:pStyle w:val="ArticleScripture"/>
        <w:jc w:val="left"/>
      </w:pPr>
      <w:r>
        <w:rPr>
          <w:rFonts w:ascii="Times New Roman" w:hAnsi="Times New Roman" w:eastAsia="Times New Roman" w:cs="Times New Roman"/>
        </w:rPr>
        <w:t>Anta hahúu tóratam maike, tarímadad; anta hahúu taabu jirru iyye maike, meessata gibxa kute. “Tana axxóónoh? Tana yabléénoh? Baaxó kariik numuh tórtam duddá? Qawmí qaran waqdiik marak tórtam duddá?” Aysáh Siyon tóratam maike, isi xayló tórte. “Ani tórtam geeh, tórsiisam ma kaacisá?” iyye Rabbí. “Ani tórsiisam geeh, maxa tórtam cukkóh?” iyye ku Ilaah. Ishacyaas 66:7–9.</w:t>
      </w:r>
    </w:p>
    <w:p>
      <w:pPr>
        <w:pStyle w:val="ArticleBody"/>
        <w:jc w:val="left"/>
      </w:pPr>
      <w:r>
        <w:rPr>
          <w:rFonts w:ascii="Nirmala UI" w:hAnsi="Nirmala UI" w:eastAsia="Nirmala UI" w:cs="Nirmala UI"/>
        </w:rPr>
        <w:t>महिलाले</w:t>
      </w:r>
      <w:r>
        <w:rPr>
          <w:rFonts w:ascii="Times New Roman" w:hAnsi="Times New Roman" w:eastAsia="Times New Roman" w:cs="Times New Roman"/>
        </w:rPr>
        <w:t xml:space="preserve"> </w:t>
      </w:r>
      <w:r>
        <w:rPr>
          <w:rFonts w:ascii="Nirmala UI" w:hAnsi="Nirmala UI" w:eastAsia="Nirmala UI" w:cs="Nirmala UI"/>
        </w:rPr>
        <w:t>प्रसववेदना</w:t>
      </w:r>
      <w:r>
        <w:rPr>
          <w:rFonts w:ascii="Times New Roman" w:hAnsi="Times New Roman" w:eastAsia="Times New Roman" w:cs="Times New Roman"/>
        </w:rPr>
        <w:t xml:space="preserve"> </w:t>
      </w:r>
      <w:r>
        <w:rPr>
          <w:rFonts w:ascii="Nirmala UI" w:hAnsi="Nirmala UI" w:eastAsia="Nirmala UI" w:cs="Nirmala UI"/>
        </w:rPr>
        <w:t>भोग्नुअघि</w:t>
      </w:r>
      <w:r>
        <w:rPr>
          <w:rFonts w:ascii="Times New Roman" w:hAnsi="Times New Roman" w:eastAsia="Times New Roman" w:cs="Times New Roman"/>
        </w:rPr>
        <w:t xml:space="preserve"> </w:t>
      </w:r>
      <w:r>
        <w:rPr>
          <w:rFonts w:ascii="Nirmala UI" w:hAnsi="Nirmala UI" w:eastAsia="Nirmala UI" w:cs="Nirmala UI"/>
        </w:rPr>
        <w:t>जन्मिएको</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हालसालै</w:t>
      </w:r>
      <w:r>
        <w:rPr>
          <w:rFonts w:ascii="Times New Roman" w:hAnsi="Times New Roman" w:eastAsia="Times New Roman" w:cs="Times New Roman"/>
        </w:rPr>
        <w:t xml:space="preserve"> </w:t>
      </w:r>
      <w:r>
        <w:rPr>
          <w:rFonts w:ascii="Nirmala UI" w:hAnsi="Nirmala UI" w:eastAsia="Nirmala UI" w:cs="Nirmala UI"/>
        </w:rPr>
        <w:t>सडकमा</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सुक्खा</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संसारले</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परिस्थितिहरूमाथि</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मनाइरहेको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मृत्युमा</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मनाइरहेका</w:t>
      </w:r>
      <w:r>
        <w:rPr>
          <w:rFonts w:ascii="Times New Roman" w:hAnsi="Times New Roman" w:eastAsia="Times New Roman" w:cs="Times New Roman"/>
        </w:rPr>
        <w:t xml:space="preserve"> </w:t>
      </w:r>
      <w:r>
        <w:rPr>
          <w:rFonts w:ascii="Nirmala UI" w:hAnsi="Nirmala UI" w:eastAsia="Nirmala UI" w:cs="Nirmala UI"/>
        </w:rPr>
        <w:t>मानिसहरू</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एकपटक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सुक्खा</w:t>
      </w:r>
      <w:r>
        <w:rPr>
          <w:rFonts w:ascii="Times New Roman" w:hAnsi="Times New Roman" w:eastAsia="Times New Roman" w:cs="Times New Roman"/>
        </w:rPr>
        <w:t xml:space="preserve">, </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शरीरहरू</w:t>
      </w:r>
      <w:r>
        <w:rPr>
          <w:rFonts w:ascii="Times New Roman" w:hAnsi="Times New Roman" w:eastAsia="Times New Roman" w:cs="Times New Roman"/>
        </w:rPr>
        <w:t xml:space="preserve"> </w:t>
      </w:r>
      <w:r>
        <w:rPr>
          <w:rFonts w:ascii="Nirmala UI" w:hAnsi="Nirmala UI" w:eastAsia="Nirmala UI" w:cs="Nirmala UI"/>
        </w:rPr>
        <w:t>राष्ट्रको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उठेर</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भएपछि</w:t>
      </w:r>
      <w:r>
        <w:rPr>
          <w:rFonts w:ascii="Times New Roman" w:hAnsi="Times New Roman" w:eastAsia="Times New Roman" w:cs="Times New Roman"/>
        </w:rPr>
        <w:t xml:space="preserve">, </w:t>
      </w:r>
      <w:r>
        <w:rPr>
          <w:rFonts w:ascii="Nirmala UI" w:hAnsi="Nirmala UI" w:eastAsia="Nirmala UI" w:cs="Nirmala UI"/>
        </w:rPr>
        <w:t>यरूशलेमलाई</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सबैले</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उनीसँगै</w:t>
      </w:r>
      <w:r>
        <w:rPr>
          <w:rFonts w:ascii="Times New Roman" w:hAnsi="Times New Roman" w:eastAsia="Times New Roman" w:cs="Times New Roman"/>
        </w:rPr>
        <w:t xml:space="preserve"> </w:t>
      </w:r>
      <w:r>
        <w:rPr>
          <w:rFonts w:ascii="Nirmala UI" w:hAnsi="Nirmala UI" w:eastAsia="Nirmala UI" w:cs="Nirmala UI"/>
        </w:rPr>
        <w:t>आनन्द</w:t>
      </w:r>
      <w:r>
        <w:rPr>
          <w:rFonts w:ascii="Times New Roman" w:hAnsi="Times New Roman" w:eastAsia="Times New Roman" w:cs="Times New Roman"/>
        </w:rPr>
        <w:t xml:space="preserve"> </w:t>
      </w:r>
      <w:r>
        <w:rPr>
          <w:rFonts w:ascii="Nirmala UI" w:hAnsi="Nirmala UI" w:eastAsia="Nirmala UI" w:cs="Nirmala UI"/>
        </w:rPr>
        <w:t>मनाउनेछन्।</w:t>
      </w:r>
      <w:r>
        <w:rPr>
          <w:rFonts w:ascii="Times New Roman" w:hAnsi="Times New Roman" w:eastAsia="Times New Roman" w:cs="Times New Roman"/>
        </w:rPr>
        <w:t xml:space="preserve"> </w:t>
      </w:r>
      <w:r>
        <w:rPr>
          <w:rFonts w:ascii="Nirmala UI" w:hAnsi="Nirmala UI" w:eastAsia="Nirmala UI" w:cs="Nirmala UI"/>
        </w:rPr>
        <w:t>यरूशलेमलाई</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गर्नेहरूमा</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राष्ट्र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बगाल</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पर्छ</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त्यसबेला</w:t>
      </w:r>
      <w:r>
        <w:rPr>
          <w:rFonts w:ascii="Times New Roman" w:hAnsi="Times New Roman" w:eastAsia="Times New Roman" w:cs="Times New Roman"/>
        </w:rPr>
        <w:t xml:space="preserve"> </w:t>
      </w:r>
      <w:r>
        <w:rPr>
          <w:rFonts w:ascii="Nirmala UI" w:hAnsi="Nirmala UI" w:eastAsia="Nirmala UI" w:cs="Nirmala UI"/>
        </w:rPr>
        <w:t>बाबेलबाट</w:t>
      </w:r>
      <w:r>
        <w:rPr>
          <w:rFonts w:ascii="Times New Roman" w:hAnsi="Times New Roman" w:eastAsia="Times New Roman" w:cs="Times New Roman"/>
        </w:rPr>
        <w:t xml:space="preserve"> </w:t>
      </w:r>
      <w:r>
        <w:rPr>
          <w:rFonts w:ascii="Nirmala UI" w:hAnsi="Nirmala UI" w:eastAsia="Nirmala UI" w:cs="Nirmala UI"/>
        </w:rPr>
        <w:t>बोलाइनेछ।</w:t>
      </w:r>
      <w:r>
        <w:rPr>
          <w:rFonts w:ascii="Times New Roman" w:hAnsi="Times New Roman" w:eastAsia="Times New Roman" w:cs="Times New Roman"/>
        </w:rPr>
        <w:t xml:space="preserve"> </w:t>
      </w:r>
      <w:r>
        <w:rPr>
          <w:rFonts w:ascii="Nirmala UI" w:hAnsi="Nirmala UI" w:eastAsia="Nirmala UI" w:cs="Nirmala UI"/>
        </w:rPr>
        <w:t>जुलाई</w:t>
      </w:r>
      <w:r>
        <w:rPr>
          <w:rFonts w:ascii="Times New Roman" w:hAnsi="Times New Roman" w:eastAsia="Times New Roman" w:cs="Times New Roman"/>
        </w:rPr>
        <w:t xml:space="preserve"> 18, 2020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निराशाबाट</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पुनरुत्थान</w:t>
      </w:r>
      <w:r>
        <w:rPr>
          <w:rFonts w:ascii="Times New Roman" w:hAnsi="Times New Roman" w:eastAsia="Times New Roman" w:cs="Times New Roman"/>
        </w:rPr>
        <w:t xml:space="preserve"> </w:t>
      </w:r>
      <w:r>
        <w:rPr>
          <w:rFonts w:ascii="Nirmala UI" w:hAnsi="Nirmala UI" w:eastAsia="Nirmala UI" w:cs="Nirmala UI"/>
        </w:rPr>
        <w:t>सान्त्वनादाताको</w:t>
      </w:r>
      <w:r>
        <w:rPr>
          <w:rFonts w:ascii="Times New Roman" w:hAnsi="Times New Roman" w:eastAsia="Times New Roman" w:cs="Times New Roman"/>
        </w:rPr>
        <w:t xml:space="preserve"> </w:t>
      </w:r>
      <w:r>
        <w:rPr>
          <w:rFonts w:ascii="Nirmala UI" w:hAnsi="Nirmala UI" w:eastAsia="Nirmala UI" w:cs="Nirmala UI"/>
        </w:rPr>
        <w:t>आगमनद्वारा</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सुक्खा</w:t>
      </w:r>
      <w:r>
        <w:rPr>
          <w:rFonts w:ascii="Times New Roman" w:hAnsi="Times New Roman" w:eastAsia="Times New Roman" w:cs="Times New Roman"/>
        </w:rPr>
        <w:t xml:space="preserve"> “</w:t>
      </w:r>
      <w:r>
        <w:rPr>
          <w:rFonts w:ascii="Nirmala UI" w:hAnsi="Nirmala UI" w:eastAsia="Nirmala UI" w:cs="Nirmala UI"/>
        </w:rPr>
        <w:t>हड्डीहरू</w:t>
      </w:r>
      <w:r>
        <w:rPr>
          <w:rFonts w:ascii="Times New Roman" w:hAnsi="Times New Roman" w:eastAsia="Times New Roman" w:cs="Times New Roman"/>
        </w:rPr>
        <w:t xml:space="preserve">” </w:t>
      </w:r>
      <w:r>
        <w:rPr>
          <w:rFonts w:ascii="Nirmala UI" w:hAnsi="Nirmala UI" w:eastAsia="Nirmala UI" w:cs="Nirmala UI"/>
        </w:rPr>
        <w:t>लाई</w:t>
      </w:r>
      <w:r>
        <w:rPr>
          <w:rFonts w:ascii="Times New Roman" w:hAnsi="Times New Roman" w:eastAsia="Times New Roman" w:cs="Times New Roman"/>
        </w:rPr>
        <w:t xml:space="preserve"> “</w:t>
      </w:r>
      <w:r>
        <w:rPr>
          <w:rFonts w:ascii="Nirmala UI" w:hAnsi="Nirmala UI" w:eastAsia="Nirmala UI" w:cs="Nirmala UI"/>
        </w:rPr>
        <w:t>घाँसझैँ</w:t>
      </w:r>
      <w:r>
        <w:rPr>
          <w:rFonts w:ascii="Times New Roman" w:hAnsi="Times New Roman" w:eastAsia="Times New Roman" w:cs="Times New Roman"/>
        </w:rPr>
        <w:t xml:space="preserve"> </w:t>
      </w:r>
      <w:r>
        <w:rPr>
          <w:rFonts w:ascii="Nirmala UI" w:hAnsi="Nirmala UI" w:eastAsia="Nirmala UI" w:cs="Nirmala UI"/>
        </w:rPr>
        <w:t>फुल्ने</w:t>
      </w:r>
      <w:r>
        <w:rPr>
          <w:rFonts w:ascii="Times New Roman" w:hAnsi="Times New Roman" w:eastAsia="Times New Roman" w:cs="Times New Roman"/>
        </w:rPr>
        <w:t>-</w:t>
      </w:r>
      <w:r>
        <w:rPr>
          <w:rFonts w:ascii="Nirmala UI" w:hAnsi="Nirmala UI" w:eastAsia="Nirmala UI" w:cs="Nirmala UI"/>
        </w:rPr>
        <w:t>फल्ने</w:t>
      </w:r>
      <w:r>
        <w:rPr>
          <w:rFonts w:ascii="Times New Roman" w:hAnsi="Times New Roman" w:eastAsia="Times New Roman" w:cs="Times New Roman"/>
        </w:rPr>
        <w:t xml:space="preserve">” </w:t>
      </w:r>
      <w:r>
        <w:rPr>
          <w:rFonts w:ascii="Nirmala UI" w:hAnsi="Nirmala UI" w:eastAsia="Nirmala UI" w:cs="Nirmala UI"/>
        </w:rPr>
        <w:t>तुल्याउनेछ।</w:t>
      </w:r>
    </w:p>
    <w:p>
      <w:pPr>
        <w:pStyle w:val="ArticleScripture"/>
        <w:jc w:val="left"/>
      </w:pPr>
      <w:r>
        <w:rPr>
          <w:rFonts w:ascii="Segoe UI Historic" w:hAnsi="Segoe UI Historic" w:eastAsia="Segoe UI Historic" w:cs="Segoe UI Historic"/>
        </w:rPr>
        <w:t>ܚܕܘ</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ܐܘܪܫܠܡ</w:t>
      </w:r>
      <w:r>
        <w:rPr>
          <w:rFonts w:ascii="Times New Roman" w:hAnsi="Times New Roman" w:eastAsia="Times New Roman" w:cs="Times New Roman"/>
        </w:rPr>
        <w:t xml:space="preserve">، </w:t>
      </w:r>
      <w:r>
        <w:rPr>
          <w:rFonts w:ascii="Segoe UI Historic" w:hAnsi="Segoe UI Historic" w:eastAsia="Segoe UI Historic" w:cs="Segoe UI Historic"/>
        </w:rPr>
        <w:t>ܘܦܨܘ</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 xml:space="preserve">̇، </w:t>
      </w:r>
      <w:r>
        <w:rPr>
          <w:rFonts w:ascii="Segoe UI Historic" w:hAnsi="Segoe UI Historic" w:eastAsia="Segoe UI Historic" w:cs="Segoe UI Historic"/>
        </w:rPr>
        <w:t>ܟܠܟܘܢ</w:t>
      </w:r>
      <w:r>
        <w:rPr>
          <w:rFonts w:ascii="Times New Roman" w:hAnsi="Times New Roman" w:eastAsia="Times New Roman" w:cs="Times New Roman"/>
        </w:rPr>
        <w:t xml:space="preserve"> </w:t>
      </w:r>
      <w:r>
        <w:rPr>
          <w:rFonts w:ascii="Segoe UI Historic" w:hAnsi="Segoe UI Historic" w:eastAsia="Segoe UI Historic" w:cs="Segoe UI Historic"/>
        </w:rPr>
        <w:t>ܕܪܚܡܝܢ</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ܚܕܘ</w:t>
      </w:r>
      <w:r>
        <w:rPr>
          <w:rFonts w:ascii="Times New Roman" w:hAnsi="Times New Roman" w:eastAsia="Times New Roman" w:cs="Times New Roman"/>
        </w:rPr>
        <w:t xml:space="preserve"> </w:t>
      </w:r>
      <w:r>
        <w:rPr>
          <w:rFonts w:ascii="Segoe UI Historic" w:hAnsi="Segoe UI Historic" w:eastAsia="Segoe UI Historic" w:cs="Segoe UI Historic"/>
        </w:rPr>
        <w:t>ܚܕܘܬܐ</w:t>
      </w:r>
      <w:r>
        <w:rPr>
          <w:rFonts w:ascii="Times New Roman" w:hAnsi="Times New Roman" w:eastAsia="Times New Roman" w:cs="Times New Roman"/>
        </w:rPr>
        <w:t xml:space="preserve"> </w:t>
      </w:r>
      <w:r>
        <w:rPr>
          <w:rFonts w:ascii="Segoe UI Historic" w:hAnsi="Segoe UI Historic" w:eastAsia="Segoe UI Historic" w:cs="Segoe UI Historic"/>
        </w:rPr>
        <w:t>ܥܡܗ</w:t>
      </w:r>
      <w:r>
        <w:rPr>
          <w:rFonts w:ascii="Times New Roman" w:hAnsi="Times New Roman" w:eastAsia="Times New Roman" w:cs="Times New Roman"/>
        </w:rPr>
        <w:t xml:space="preserve">̇، </w:t>
      </w:r>
      <w:r>
        <w:rPr>
          <w:rFonts w:ascii="Segoe UI Historic" w:hAnsi="Segoe UI Historic" w:eastAsia="Segoe UI Historic" w:cs="Segoe UI Historic"/>
        </w:rPr>
        <w:t>ܟܠܟܘܢ</w:t>
      </w:r>
      <w:r>
        <w:rPr>
          <w:rFonts w:ascii="Times New Roman" w:hAnsi="Times New Roman" w:eastAsia="Times New Roman" w:cs="Times New Roman"/>
        </w:rPr>
        <w:t xml:space="preserve"> </w:t>
      </w:r>
      <w:r>
        <w:rPr>
          <w:rFonts w:ascii="Segoe UI Historic" w:hAnsi="Segoe UI Historic" w:eastAsia="Segoe UI Historic" w:cs="Segoe UI Historic"/>
        </w:rPr>
        <w:t>ܕܐܒܝܠܝܢ</w:t>
      </w:r>
      <w:r>
        <w:rPr>
          <w:rFonts w:ascii="Times New Roman" w:hAnsi="Times New Roman" w:eastAsia="Times New Roman" w:cs="Times New Roman"/>
        </w:rPr>
        <w:t xml:space="preserve"> </w:t>
      </w:r>
      <w:r>
        <w:rPr>
          <w:rFonts w:ascii="Segoe UI Historic" w:hAnsi="Segoe UI Historic" w:eastAsia="Segoe UI Historic" w:cs="Segoe UI Historic"/>
        </w:rPr>
        <w:t>ܥܠܝܗ</w:t>
      </w:r>
      <w:r>
        <w:rPr>
          <w:rFonts w:ascii="Times New Roman" w:hAnsi="Times New Roman" w:eastAsia="Times New Roman" w:cs="Times New Roman"/>
        </w:rPr>
        <w:t xml:space="preserve">̇؛ </w:t>
      </w:r>
      <w:r>
        <w:rPr>
          <w:rFonts w:ascii="Segoe UI Historic" w:hAnsi="Segoe UI Historic" w:eastAsia="Segoe UI Historic" w:cs="Segoe UI Historic"/>
        </w:rPr>
        <w:t>ܕܬܝܢܩܘܢ</w:t>
      </w:r>
      <w:r>
        <w:rPr>
          <w:rFonts w:ascii="Times New Roman" w:hAnsi="Times New Roman" w:eastAsia="Times New Roman" w:cs="Times New Roman"/>
        </w:rPr>
        <w:t xml:space="preserve"> </w:t>
      </w:r>
      <w:r>
        <w:rPr>
          <w:rFonts w:ascii="Segoe UI Historic" w:hAnsi="Segoe UI Historic" w:eastAsia="Segoe UI Historic" w:cs="Segoe UI Historic"/>
        </w:rPr>
        <w:t>ܘܬܣܒܥܘܢ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ܬܕ</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xml:space="preserve">̇ </w:t>
      </w:r>
      <w:r>
        <w:rPr>
          <w:rFonts w:ascii="Segoe UI Historic" w:hAnsi="Segoe UI Historic" w:eastAsia="Segoe UI Historic" w:cs="Segoe UI Historic"/>
        </w:rPr>
        <w:t>ܕܒܘܝܐܐ</w:t>
      </w:r>
      <w:r>
        <w:rPr>
          <w:rFonts w:ascii="Times New Roman" w:hAnsi="Times New Roman" w:eastAsia="Times New Roman" w:cs="Times New Roman"/>
        </w:rPr>
        <w:t xml:space="preserve">؛ </w:t>
      </w:r>
      <w:r>
        <w:rPr>
          <w:rFonts w:ascii="Segoe UI Historic" w:hAnsi="Segoe UI Historic" w:eastAsia="Segoe UI Historic" w:cs="Segoe UI Historic"/>
        </w:rPr>
        <w:t>ܘܕܬܚܠܒܘܢ</w:t>
      </w:r>
      <w:r>
        <w:rPr>
          <w:rFonts w:ascii="Times New Roman" w:hAnsi="Times New Roman" w:eastAsia="Times New Roman" w:cs="Times New Roman"/>
        </w:rPr>
        <w:t xml:space="preserve"> </w:t>
      </w:r>
      <w:r>
        <w:rPr>
          <w:rFonts w:ascii="Segoe UI Historic" w:hAnsi="Segoe UI Historic" w:eastAsia="Segoe UI Historic" w:cs="Segoe UI Historic"/>
        </w:rPr>
        <w:t>ܘܬܬܒܣܡܘܢ</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ܣܘܓܐܐ</w:t>
      </w:r>
      <w:r>
        <w:rPr>
          <w:rFonts w:ascii="Times New Roman" w:hAnsi="Times New Roman" w:eastAsia="Times New Roman" w:cs="Times New Roman"/>
        </w:rPr>
        <w:t xml:space="preserve"> </w:t>
      </w:r>
      <w:r>
        <w:rPr>
          <w:rFonts w:ascii="Segoe UI Historic" w:hAnsi="Segoe UI Historic" w:eastAsia="Segoe UI Historic" w:cs="Segoe UI Historic"/>
        </w:rPr>
        <w:t>ܕܫܘܒܚܗ</w:t>
      </w:r>
      <w:r>
        <w:rPr>
          <w:rFonts w:ascii="Times New Roman" w:hAnsi="Times New Roman" w:eastAsia="Times New Roman" w:cs="Times New Roman"/>
        </w:rPr>
        <w:t xml:space="preserve">̇۔ </w:t>
      </w:r>
      <w:r>
        <w:rPr>
          <w:rFonts w:ascii="Segoe UI Historic" w:hAnsi="Segoe UI Historic" w:eastAsia="Segoe UI Historic" w:cs="Segoe UI Historic"/>
        </w:rPr>
        <w:t>ܡܛܠ</w:t>
      </w:r>
      <w:r>
        <w:rPr>
          <w:rFonts w:ascii="Times New Roman" w:hAnsi="Times New Roman" w:eastAsia="Times New Roman" w:cs="Times New Roman"/>
        </w:rPr>
        <w:t xml:space="preserve"> </w:t>
      </w:r>
      <w:r>
        <w:rPr>
          <w:rFonts w:ascii="Segoe UI Historic" w:hAnsi="Segoe UI Historic" w:eastAsia="Segoe UI Historic" w:cs="Segoe UI Historic"/>
        </w:rPr>
        <w:t>ܕܗܟܢܐ</w:t>
      </w:r>
      <w:r>
        <w:rPr>
          <w:rFonts w:ascii="Times New Roman" w:hAnsi="Times New Roman" w:eastAsia="Times New Roman" w:cs="Times New Roman"/>
        </w:rPr>
        <w:t xml:space="preserve"> </w:t>
      </w:r>
      <w:r>
        <w:rPr>
          <w:rFonts w:ascii="Segoe UI Historic" w:hAnsi="Segoe UI Historic" w:eastAsia="Segoe UI Historic" w:cs="Segoe UI Historic"/>
        </w:rPr>
        <w:t>ܐܡܪ</w:t>
      </w:r>
      <w:r>
        <w:rPr>
          <w:rFonts w:ascii="Times New Roman" w:hAnsi="Times New Roman" w:eastAsia="Times New Roman" w:cs="Times New Roman"/>
        </w:rPr>
        <w:t xml:space="preserve"> </w:t>
      </w:r>
      <w:r>
        <w:rPr>
          <w:rFonts w:ascii="Segoe UI Historic" w:hAnsi="Segoe UI Historic" w:eastAsia="Segoe UI Historic" w:cs="Segoe UI Historic"/>
        </w:rPr>
        <w:t>ܡܪܝܐ</w:t>
      </w:r>
      <w:r>
        <w:rPr>
          <w:rFonts w:ascii="Times New Roman" w:hAnsi="Times New Roman" w:eastAsia="Times New Roman" w:cs="Times New Roman"/>
        </w:rPr>
        <w:t xml:space="preserve">: </w:t>
      </w:r>
      <w:r>
        <w:rPr>
          <w:rFonts w:ascii="Segoe UI Historic" w:hAnsi="Segoe UI Historic" w:eastAsia="Segoe UI Historic" w:cs="Segoe UI Historic"/>
        </w:rPr>
        <w:t>ܗܐ</w:t>
      </w:r>
      <w:r>
        <w:rPr>
          <w:rFonts w:ascii="Times New Roman" w:hAnsi="Times New Roman" w:eastAsia="Times New Roman" w:cs="Times New Roman"/>
        </w:rPr>
        <w:t xml:space="preserve"> </w:t>
      </w:r>
      <w:r>
        <w:rPr>
          <w:rFonts w:ascii="Segoe UI Historic" w:hAnsi="Segoe UI Historic" w:eastAsia="Segoe UI Historic" w:cs="Segoe UI Historic"/>
        </w:rPr>
        <w:t>ܐܢܐ</w:t>
      </w:r>
      <w:r>
        <w:rPr>
          <w:rFonts w:ascii="Times New Roman" w:hAnsi="Times New Roman" w:eastAsia="Times New Roman" w:cs="Times New Roman"/>
        </w:rPr>
        <w:t xml:space="preserve"> </w:t>
      </w:r>
      <w:r>
        <w:rPr>
          <w:rFonts w:ascii="Segoe UI Historic" w:hAnsi="Segoe UI Historic" w:eastAsia="Segoe UI Historic" w:cs="Segoe UI Historic"/>
        </w:rPr>
        <w:t>ܡܦܫܛ</w:t>
      </w:r>
      <w:r>
        <w:rPr>
          <w:rFonts w:ascii="Times New Roman" w:hAnsi="Times New Roman" w:eastAsia="Times New Roman" w:cs="Times New Roman"/>
        </w:rPr>
        <w:t xml:space="preserve"> </w:t>
      </w:r>
      <w:r>
        <w:rPr>
          <w:rFonts w:ascii="Segoe UI Historic" w:hAnsi="Segoe UI Historic" w:eastAsia="Segoe UI Historic" w:cs="Segoe UI Historic"/>
        </w:rPr>
        <w:t>ܐܢܐ</w:t>
      </w:r>
      <w:r>
        <w:rPr>
          <w:rFonts w:ascii="Times New Roman" w:hAnsi="Times New Roman" w:eastAsia="Times New Roman" w:cs="Times New Roman"/>
        </w:rPr>
        <w:t xml:space="preserve"> </w:t>
      </w:r>
      <w:r>
        <w:rPr>
          <w:rFonts w:ascii="Segoe UI Historic" w:hAnsi="Segoe UI Historic" w:eastAsia="Segoe UI Historic" w:cs="Segoe UI Historic"/>
        </w:rPr>
        <w:t>ܫܠܡܐ</w:t>
      </w:r>
      <w:r>
        <w:rPr>
          <w:rFonts w:ascii="Times New Roman" w:hAnsi="Times New Roman" w:eastAsia="Times New Roman" w:cs="Times New Roman"/>
        </w:rPr>
        <w:t xml:space="preserve"> </w:t>
      </w:r>
      <w:r>
        <w:rPr>
          <w:rFonts w:ascii="Segoe UI Historic" w:hAnsi="Segoe UI Historic" w:eastAsia="Segoe UI Historic" w:cs="Segoe UI Historic"/>
        </w:rPr>
        <w:t>ܠܘܬܗ</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ܢܗܪܐ</w:t>
      </w:r>
      <w:r>
        <w:rPr>
          <w:rFonts w:ascii="Times New Roman" w:hAnsi="Times New Roman" w:eastAsia="Times New Roman" w:cs="Times New Roman"/>
        </w:rPr>
        <w:t xml:space="preserve">، </w:t>
      </w:r>
      <w:r>
        <w:rPr>
          <w:rFonts w:ascii="Segoe UI Historic" w:hAnsi="Segoe UI Historic" w:eastAsia="Segoe UI Historic" w:cs="Segoe UI Historic"/>
        </w:rPr>
        <w:t>ܘܫܘܒܚܐ</w:t>
      </w:r>
      <w:r>
        <w:rPr>
          <w:rFonts w:ascii="Times New Roman" w:hAnsi="Times New Roman" w:eastAsia="Times New Roman" w:cs="Times New Roman"/>
        </w:rPr>
        <w:t xml:space="preserve"> </w:t>
      </w:r>
      <w:r>
        <w:rPr>
          <w:rFonts w:ascii="Segoe UI Historic" w:hAnsi="Segoe UI Historic" w:eastAsia="Segoe UI Historic" w:cs="Segoe UI Historic"/>
        </w:rPr>
        <w:t>ܕܥܡ</w:t>
      </w:r>
      <w:r>
        <w:rPr>
          <w:rFonts w:ascii="Times New Roman" w:hAnsi="Times New Roman" w:eastAsia="Times New Roman" w:cs="Times New Roman"/>
        </w:rPr>
        <w:t>̈</w:t>
      </w:r>
      <w:r>
        <w:rPr>
          <w:rFonts w:ascii="Segoe UI Historic" w:hAnsi="Segoe UI Historic" w:eastAsia="Segoe UI Historic" w:cs="Segoe UI Historic"/>
        </w:rPr>
        <w:t>ܡܐ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ܢܚܠܐ</w:t>
      </w:r>
      <w:r>
        <w:rPr>
          <w:rFonts w:ascii="Times New Roman" w:hAnsi="Times New Roman" w:eastAsia="Times New Roman" w:cs="Times New Roman"/>
        </w:rPr>
        <w:t xml:space="preserve"> </w:t>
      </w:r>
      <w:r>
        <w:rPr>
          <w:rFonts w:ascii="Segoe UI Historic" w:hAnsi="Segoe UI Historic" w:eastAsia="Segoe UI Historic" w:cs="Segoe UI Historic"/>
        </w:rPr>
        <w:t>ܕܫܦܝܥ</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ܬܝܢܩܘܢ</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ܓܢܒ</w:t>
      </w:r>
      <w:r>
        <w:rPr>
          <w:rFonts w:ascii="Times New Roman" w:hAnsi="Times New Roman" w:eastAsia="Times New Roman" w:cs="Times New Roman"/>
        </w:rPr>
        <w:t>̈</w:t>
      </w:r>
      <w:r>
        <w:rPr>
          <w:rFonts w:ascii="Segoe UI Historic" w:hAnsi="Segoe UI Historic" w:eastAsia="Segoe UI Historic" w:cs="Segoe UI Historic"/>
        </w:rPr>
        <w:t>ܝܗ</w:t>
      </w:r>
      <w:r>
        <w:rPr>
          <w:rFonts w:ascii="Times New Roman" w:hAnsi="Times New Roman" w:eastAsia="Times New Roman" w:cs="Times New Roman"/>
        </w:rPr>
        <w:t xml:space="preserve">̇ </w:t>
      </w:r>
      <w:r>
        <w:rPr>
          <w:rFonts w:ascii="Segoe UI Historic" w:hAnsi="Segoe UI Historic" w:eastAsia="Segoe UI Historic" w:cs="Segoe UI Historic"/>
        </w:rPr>
        <w:t>ܬܫܬܩܠܘܢ</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ܒܘܪ</w:t>
      </w:r>
      <w:r>
        <w:rPr>
          <w:rFonts w:ascii="Times New Roman" w:hAnsi="Times New Roman" w:eastAsia="Times New Roman" w:cs="Times New Roman"/>
        </w:rPr>
        <w:t>̈</w:t>
      </w:r>
      <w:r>
        <w:rPr>
          <w:rFonts w:ascii="Segoe UI Historic" w:hAnsi="Segoe UI Historic" w:eastAsia="Segoe UI Historic" w:cs="Segoe UI Historic"/>
        </w:rPr>
        <w:t>ܟܝܗ</w:t>
      </w:r>
      <w:r>
        <w:rPr>
          <w:rFonts w:ascii="Times New Roman" w:hAnsi="Times New Roman" w:eastAsia="Times New Roman" w:cs="Times New Roman"/>
        </w:rPr>
        <w:t xml:space="preserve">̇ </w:t>
      </w:r>
      <w:r>
        <w:rPr>
          <w:rFonts w:ascii="Segoe UI Historic" w:hAnsi="Segoe UI Historic" w:eastAsia="Segoe UI Historic" w:cs="Segoe UI Historic"/>
        </w:rPr>
        <w:t>ܬܬܬܦܢܩܘܢ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ܓܒܪܐ</w:t>
      </w:r>
      <w:r>
        <w:rPr>
          <w:rFonts w:ascii="Times New Roman" w:hAnsi="Times New Roman" w:eastAsia="Times New Roman" w:cs="Times New Roman"/>
        </w:rPr>
        <w:t xml:space="preserve"> </w:t>
      </w:r>
      <w:r>
        <w:rPr>
          <w:rFonts w:ascii="Segoe UI Historic" w:hAnsi="Segoe UI Historic" w:eastAsia="Segoe UI Historic" w:cs="Segoe UI Historic"/>
        </w:rPr>
        <w:t>ܕܐܡܗ</w:t>
      </w:r>
      <w:r>
        <w:rPr>
          <w:rFonts w:ascii="Times New Roman" w:hAnsi="Times New Roman" w:eastAsia="Times New Roman" w:cs="Times New Roman"/>
        </w:rPr>
        <w:t xml:space="preserve"> </w:t>
      </w:r>
      <w:r>
        <w:rPr>
          <w:rFonts w:ascii="Segoe UI Historic" w:hAnsi="Segoe UI Historic" w:eastAsia="Segoe UI Historic" w:cs="Segoe UI Historic"/>
        </w:rPr>
        <w:t>ܡܒܝܐ</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ܗܟܢܐ</w:t>
      </w:r>
      <w:r>
        <w:rPr>
          <w:rFonts w:ascii="Times New Roman" w:hAnsi="Times New Roman" w:eastAsia="Times New Roman" w:cs="Times New Roman"/>
        </w:rPr>
        <w:t xml:space="preserve"> </w:t>
      </w:r>
      <w:r>
        <w:rPr>
          <w:rFonts w:ascii="Segoe UI Historic" w:hAnsi="Segoe UI Historic" w:eastAsia="Segoe UI Historic" w:cs="Segoe UI Historic"/>
        </w:rPr>
        <w:t>ܐܢܐ</w:t>
      </w:r>
      <w:r>
        <w:rPr>
          <w:rFonts w:ascii="Times New Roman" w:hAnsi="Times New Roman" w:eastAsia="Times New Roman" w:cs="Times New Roman"/>
        </w:rPr>
        <w:t xml:space="preserve"> </w:t>
      </w:r>
      <w:r>
        <w:rPr>
          <w:rFonts w:ascii="Segoe UI Historic" w:hAnsi="Segoe UI Historic" w:eastAsia="Segoe UI Historic" w:cs="Segoe UI Historic"/>
        </w:rPr>
        <w:t>ܐܒܝܐ</w:t>
      </w:r>
      <w:r>
        <w:rPr>
          <w:rFonts w:ascii="Times New Roman" w:hAnsi="Times New Roman" w:eastAsia="Times New Roman" w:cs="Times New Roman"/>
        </w:rPr>
        <w:t xml:space="preserve"> </w:t>
      </w:r>
      <w:r>
        <w:rPr>
          <w:rFonts w:ascii="Segoe UI Historic" w:hAnsi="Segoe UI Historic" w:eastAsia="Segoe UI Historic" w:cs="Segoe UI Historic"/>
        </w:rPr>
        <w:t>ܠܟܘܢ</w:t>
      </w:r>
      <w:r>
        <w:rPr>
          <w:rFonts w:ascii="Times New Roman" w:hAnsi="Times New Roman" w:eastAsia="Times New Roman" w:cs="Times New Roman"/>
        </w:rPr>
        <w:t xml:space="preserve">؛ </w:t>
      </w:r>
      <w:r>
        <w:rPr>
          <w:rFonts w:ascii="Segoe UI Historic" w:hAnsi="Segoe UI Historic" w:eastAsia="Segoe UI Historic" w:cs="Segoe UI Historic"/>
        </w:rPr>
        <w:t>ܘܒܐܘܪܫܠܡ</w:t>
      </w:r>
      <w:r>
        <w:rPr>
          <w:rFonts w:ascii="Times New Roman" w:hAnsi="Times New Roman" w:eastAsia="Times New Roman" w:cs="Times New Roman"/>
        </w:rPr>
        <w:t xml:space="preserve"> </w:t>
      </w:r>
      <w:r>
        <w:rPr>
          <w:rFonts w:ascii="Segoe UI Historic" w:hAnsi="Segoe UI Historic" w:eastAsia="Segoe UI Historic" w:cs="Segoe UI Historic"/>
        </w:rPr>
        <w:t>ܬܬܒܝܐܘܢ</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ܬܚܙܘܢ</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ܠܒܟܘܢ</w:t>
      </w:r>
      <w:r>
        <w:rPr>
          <w:rFonts w:ascii="Times New Roman" w:hAnsi="Times New Roman" w:eastAsia="Times New Roman" w:cs="Times New Roman"/>
        </w:rPr>
        <w:t xml:space="preserve"> </w:t>
      </w:r>
      <w:r>
        <w:rPr>
          <w:rFonts w:ascii="Segoe UI Historic" w:hAnsi="Segoe UI Historic" w:eastAsia="Segoe UI Historic" w:cs="Segoe UI Historic"/>
        </w:rPr>
        <w:t>ܢܚܕܐ</w:t>
      </w:r>
      <w:r>
        <w:rPr>
          <w:rFonts w:ascii="Times New Roman" w:hAnsi="Times New Roman" w:eastAsia="Times New Roman" w:cs="Times New Roman"/>
        </w:rPr>
        <w:t xml:space="preserve">، </w:t>
      </w:r>
      <w:r>
        <w:rPr>
          <w:rFonts w:ascii="Segoe UI Historic" w:hAnsi="Segoe UI Historic" w:eastAsia="Segoe UI Historic" w:cs="Segoe UI Historic"/>
        </w:rPr>
        <w:t>ܘܓܪ</w:t>
      </w:r>
      <w:r>
        <w:rPr>
          <w:rFonts w:ascii="Times New Roman" w:hAnsi="Times New Roman" w:eastAsia="Times New Roman" w:cs="Times New Roman"/>
        </w:rPr>
        <w:t>̈</w:t>
      </w:r>
      <w:r>
        <w:rPr>
          <w:rFonts w:ascii="Segoe UI Historic" w:hAnsi="Segoe UI Historic" w:eastAsia="Segoe UI Historic" w:cs="Segoe UI Historic"/>
        </w:rPr>
        <w:t>ܡܝܟܘܢ</w:t>
      </w:r>
      <w:r>
        <w:rPr>
          <w:rFonts w:ascii="Times New Roman" w:hAnsi="Times New Roman" w:eastAsia="Times New Roman" w:cs="Times New Roman"/>
        </w:rPr>
        <w:t xml:space="preserve"> </w:t>
      </w:r>
      <w:r>
        <w:rPr>
          <w:rFonts w:ascii="Segoe UI Historic" w:hAnsi="Segoe UI Historic" w:eastAsia="Segoe UI Historic" w:cs="Segoe UI Historic"/>
        </w:rPr>
        <w:t>ܢܦܪܚܘܢ</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ܥܣܒܐ</w:t>
      </w:r>
      <w:r>
        <w:rPr>
          <w:rFonts w:ascii="Times New Roman" w:hAnsi="Times New Roman" w:eastAsia="Times New Roman" w:cs="Times New Roman"/>
        </w:rPr>
        <w:t xml:space="preserve">؛ </w:t>
      </w:r>
      <w:r>
        <w:rPr>
          <w:rFonts w:ascii="Segoe UI Historic" w:hAnsi="Segoe UI Historic" w:eastAsia="Segoe UI Historic" w:cs="Segoe UI Historic"/>
        </w:rPr>
        <w:t>ܘܐܝܕܗ</w:t>
      </w:r>
      <w:r>
        <w:rPr>
          <w:rFonts w:ascii="Times New Roman" w:hAnsi="Times New Roman" w:eastAsia="Times New Roman" w:cs="Times New Roman"/>
        </w:rPr>
        <w:t xml:space="preserve"> </w:t>
      </w:r>
      <w:r>
        <w:rPr>
          <w:rFonts w:ascii="Segoe UI Historic" w:hAnsi="Segoe UI Historic" w:eastAsia="Segoe UI Historic" w:cs="Segoe UI Historic"/>
        </w:rPr>
        <w:t>ܕܡܪܝܐ</w:t>
      </w:r>
      <w:r>
        <w:rPr>
          <w:rFonts w:ascii="Times New Roman" w:hAnsi="Times New Roman" w:eastAsia="Times New Roman" w:cs="Times New Roman"/>
        </w:rPr>
        <w:t xml:space="preserve"> </w:t>
      </w:r>
      <w:r>
        <w:rPr>
          <w:rFonts w:ascii="Segoe UI Historic" w:hAnsi="Segoe UI Historic" w:eastAsia="Segoe UI Historic" w:cs="Segoe UI Historic"/>
        </w:rPr>
        <w:t>ܬܬܝܕܥ</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ܥܒ</w:t>
      </w:r>
      <w:r>
        <w:rPr>
          <w:rFonts w:ascii="Times New Roman" w:hAnsi="Times New Roman" w:eastAsia="Times New Roman" w:cs="Times New Roman"/>
        </w:rPr>
        <w:t>̈</w:t>
      </w:r>
      <w:r>
        <w:rPr>
          <w:rFonts w:ascii="Segoe UI Historic" w:hAnsi="Segoe UI Historic" w:eastAsia="Segoe UI Historic" w:cs="Segoe UI Historic"/>
        </w:rPr>
        <w:t>ܕܘܗܝ</w:t>
      </w:r>
      <w:r>
        <w:rPr>
          <w:rFonts w:ascii="Times New Roman" w:hAnsi="Times New Roman" w:eastAsia="Times New Roman" w:cs="Times New Roman"/>
        </w:rPr>
        <w:t xml:space="preserve">، </w:t>
      </w:r>
      <w:r>
        <w:rPr>
          <w:rFonts w:ascii="Segoe UI Historic" w:hAnsi="Segoe UI Historic" w:eastAsia="Segoe UI Historic" w:cs="Segoe UI Historic"/>
        </w:rPr>
        <w:t>ܘܪܘܓܙܗ</w:t>
      </w:r>
      <w:r>
        <w:rPr>
          <w:rFonts w:ascii="Times New Roman" w:hAnsi="Times New Roman" w:eastAsia="Times New Roman" w:cs="Times New Roman"/>
        </w:rPr>
        <w:t xml:space="preserve"> </w:t>
      </w:r>
      <w:r>
        <w:rPr>
          <w:rFonts w:ascii="Segoe UI Historic" w:hAnsi="Segoe UI Historic" w:eastAsia="Segoe UI Historic" w:cs="Segoe UI Historic"/>
        </w:rPr>
        <w:t>ܠܘܬ</w:t>
      </w:r>
      <w:r>
        <w:rPr>
          <w:rFonts w:ascii="Times New Roman" w:hAnsi="Times New Roman" w:eastAsia="Times New Roman" w:cs="Times New Roman"/>
        </w:rPr>
        <w:t xml:space="preserve"> </w:t>
      </w:r>
      <w:r>
        <w:rPr>
          <w:rFonts w:ascii="Segoe UI Historic" w:hAnsi="Segoe UI Historic" w:eastAsia="Segoe UI Historic" w:cs="Segoe UI Historic"/>
        </w:rPr>
        <w:t>ܒܥܠܕܒ</w:t>
      </w:r>
      <w:r>
        <w:rPr>
          <w:rFonts w:ascii="Times New Roman" w:hAnsi="Times New Roman" w:eastAsia="Times New Roman" w:cs="Times New Roman"/>
        </w:rPr>
        <w:t>̈</w:t>
      </w:r>
      <w:r>
        <w:rPr>
          <w:rFonts w:ascii="Segoe UI Historic" w:hAnsi="Segoe UI Historic" w:eastAsia="Segoe UI Historic" w:cs="Segoe UI Historic"/>
        </w:rPr>
        <w:t>ܒܘܗܝ</w:t>
      </w:r>
      <w:r>
        <w:rPr>
          <w:rFonts w:ascii="Times New Roman" w:hAnsi="Times New Roman" w:eastAsia="Times New Roman" w:cs="Times New Roman"/>
        </w:rPr>
        <w:t xml:space="preserve">۔ </w:t>
      </w:r>
      <w:r>
        <w:rPr>
          <w:rFonts w:ascii="Segoe UI Historic" w:hAnsi="Segoe UI Historic" w:eastAsia="Segoe UI Historic" w:cs="Segoe UI Historic"/>
        </w:rPr>
        <w:t>ܐܫܥܝܐ</w:t>
      </w:r>
      <w:r>
        <w:rPr>
          <w:rFonts w:ascii="Times New Roman" w:hAnsi="Times New Roman" w:eastAsia="Times New Roman" w:cs="Times New Roman"/>
        </w:rPr>
        <w:t xml:space="preserve"> 66:10–14۔</w:t>
      </w:r>
    </w:p>
    <w:p>
      <w:pPr>
        <w:pStyle w:val="ArticleBody"/>
        <w:jc w:val="left"/>
      </w:pPr>
      <w:r>
        <w:rPr>
          <w:rFonts w:ascii="Times New Roman" w:hAnsi="Times New Roman" w:eastAsia="Times New Roman" w:cs="Times New Roman"/>
        </w:rPr>
        <w:t>Альфа и Омега помещает завершение последнего повествования Исаии именно туда, где оно началось в начале, — к отождествлению пришествия Утешителя. И, как бывает всегда со всякой вестью, представляющей весть Илии, оно помещено в контекст того, как Господь поражает землю проклятием.</w:t>
      </w:r>
    </w:p>
    <w:p>
      <w:pPr>
        <w:pStyle w:val="ArticleScripture"/>
        <w:jc w:val="left"/>
      </w:pPr>
      <w:r>
        <w:rPr>
          <w:rFonts w:ascii="Times New Roman" w:hAnsi="Times New Roman" w:eastAsia="Times New Roman" w:cs="Times New Roman"/>
        </w:rPr>
        <w:t>Dha, wôl, uk Bänydit acï ke pïïr, ku guɛ̈nydië̈ käk acï cïm piny ku thuɔ̈ɔ̈k cïm guɔ̈p; ku ba ayiäk piou ku mïth pïïr tɔ̈n. Ku ku pïïr ku raanɛ̈ ba Bänydit bɛn ku bɛ̈n ke piny yic thok; ku kɔc käk acï Bänydit rë̈r bɛ̈n acï raan ëbɛn. Kɔc käk acï kɛ̈c yeeth ku kɛ̈c lëu piath kek ë käc, dhuk piny ku käk cïm wiëëc kɛ̈k tɔ̈n, ke nyuɔth guɔ̈p ril, ku miɛ̈th acï rot, ku miɛ̈th acï nyuɔth, bɛ̈n rë̈r kek cï tök, ye Bänydit. Ku an acï gɔ̈t ye looi kek gɔ̈t ye tak: raan bɛ̈n, ku an bï kɔc thok ku thok piäth gɔ̈t; ku kɔc bɛ̈n, ku bïk nyic muɔɔnydië̈. Isaiah 66:15–18.</w:t>
      </w:r>
    </w:p>
    <w:p>
      <w:pPr>
        <w:pStyle w:val="ArticleBody"/>
        <w:jc w:val="left"/>
      </w:pP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ᏄᏂᎦᎵᏍᏗ</w:t>
      </w:r>
      <w:r>
        <w:rPr>
          <w:rFonts w:ascii="Times New Roman" w:hAnsi="Times New Roman" w:eastAsia="Times New Roman" w:cs="Times New Roman"/>
        </w:rPr>
        <w:t xml:space="preserve"> </w:t>
      </w:r>
      <w:r>
        <w:rPr>
          <w:rFonts w:ascii="Gadugi" w:hAnsi="Gadugi" w:eastAsia="Gadugi" w:cs="Gadugi"/>
        </w:rPr>
        <w:t>ᎴᎣᏗᏏᎠ</w:t>
      </w:r>
      <w:r>
        <w:rPr>
          <w:rFonts w:ascii="Times New Roman" w:hAnsi="Times New Roman" w:eastAsia="Times New Roman" w:cs="Times New Roman"/>
        </w:rPr>
        <w:t xml:space="preserve"> </w:t>
      </w:r>
      <w:r>
        <w:rPr>
          <w:rFonts w:ascii="Gadugi" w:hAnsi="Gadugi" w:eastAsia="Gadugi" w:cs="Gadugi"/>
        </w:rPr>
        <w:t>ᎠᏂᎠᏛᏂᏍᎩ</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ᏡᎬ</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ᎠᎦᏔᎲᏍᎬ</w:t>
      </w:r>
      <w:r>
        <w:rPr>
          <w:rFonts w:ascii="Times New Roman" w:hAnsi="Times New Roman" w:eastAsia="Times New Roman" w:cs="Times New Roman"/>
        </w:rPr>
        <w:t xml:space="preserve"> </w:t>
      </w:r>
      <w:r>
        <w:rPr>
          <w:rFonts w:ascii="Gadugi" w:hAnsi="Gadugi" w:eastAsia="Gadugi" w:cs="Gadugi"/>
        </w:rPr>
        <w:t>ᎣᏏᏳ</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ᎤᏲᎢ</w:t>
      </w:r>
      <w:r>
        <w:rPr>
          <w:rFonts w:ascii="Times New Roman" w:hAnsi="Times New Roman" w:eastAsia="Times New Roman" w:cs="Times New Roman"/>
        </w:rPr>
        <w:t xml:space="preserve"> </w:t>
      </w:r>
      <w:r>
        <w:rPr>
          <w:rFonts w:ascii="Gadugi" w:hAnsi="Gadugi" w:eastAsia="Gadugi" w:cs="Gadugi"/>
        </w:rPr>
        <w:t>ᎠᏓᏅᏖᎵᏍᎬ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ᎤᏓᏖᎵᏛ</w:t>
      </w:r>
      <w:r>
        <w:rPr>
          <w:rFonts w:ascii="Times New Roman" w:hAnsi="Times New Roman" w:eastAsia="Times New Roman" w:cs="Times New Roman"/>
        </w:rPr>
        <w:t xml:space="preserve"> “</w:t>
      </w:r>
      <w:r>
        <w:rPr>
          <w:rFonts w:ascii="Gadugi" w:hAnsi="Gadugi" w:eastAsia="Gadugi" w:cs="Gadugi"/>
        </w:rPr>
        <w:t>ᎤᏓᎪᏩᏛ</w:t>
      </w:r>
      <w:r>
        <w:rPr>
          <w:rFonts w:ascii="Times New Roman" w:hAnsi="Times New Roman" w:eastAsia="Times New Roman" w:cs="Times New Roman"/>
        </w:rPr>
        <w:t xml:space="preserve">” </w:t>
      </w:r>
      <w:r>
        <w:rPr>
          <w:rFonts w:ascii="Gadugi" w:hAnsi="Gadugi" w:eastAsia="Gadugi" w:cs="Gadugi"/>
        </w:rPr>
        <w:t>ᎡᏕᏂ</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ᎤᏂᏃᎮᎭ</w:t>
      </w:r>
      <w:r>
        <w:rPr>
          <w:rFonts w:ascii="Times New Roman" w:hAnsi="Times New Roman" w:eastAsia="Times New Roman" w:cs="Times New Roman"/>
        </w:rPr>
        <w:t xml:space="preserve"> </w:t>
      </w:r>
      <w:r>
        <w:rPr>
          <w:rFonts w:ascii="Gadugi" w:hAnsi="Gadugi" w:eastAsia="Gadugi" w:cs="Gadugi"/>
        </w:rPr>
        <w:t>ᎤᏅᏒ</w:t>
      </w:r>
      <w:r>
        <w:rPr>
          <w:rFonts w:ascii="Times New Roman" w:hAnsi="Times New Roman" w:eastAsia="Times New Roman" w:cs="Times New Roman"/>
        </w:rPr>
        <w:t xml:space="preserve"> </w:t>
      </w:r>
      <w:r>
        <w:rPr>
          <w:rFonts w:ascii="Gadugi" w:hAnsi="Gadugi" w:eastAsia="Gadugi" w:cs="Gadugi"/>
        </w:rPr>
        <w:t>ᎤᏂᏍᎦᏅᏛ</w:t>
      </w:r>
      <w:r>
        <w:rPr>
          <w:rFonts w:ascii="Times New Roman" w:hAnsi="Times New Roman" w:eastAsia="Times New Roman" w:cs="Times New Roman"/>
        </w:rPr>
        <w:t xml:space="preserve"> </w:t>
      </w:r>
      <w:r>
        <w:rPr>
          <w:rFonts w:ascii="Gadugi" w:hAnsi="Gadugi" w:eastAsia="Gadugi" w:cs="Gadugi"/>
        </w:rPr>
        <w:t>ᎤᏂᏅᎦᎸᏗᏍᎬ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ᎤᏂᏅᎦᎸᏗᏍᎬ</w:t>
      </w:r>
      <w:r>
        <w:rPr>
          <w:rFonts w:ascii="Times New Roman" w:hAnsi="Times New Roman" w:eastAsia="Times New Roman" w:cs="Times New Roman"/>
        </w:rPr>
        <w:t xml:space="preserve">, </w:t>
      </w:r>
      <w:r>
        <w:rPr>
          <w:rFonts w:ascii="Gadugi" w:hAnsi="Gadugi" w:eastAsia="Gadugi" w:cs="Gadugi"/>
        </w:rPr>
        <w:t>ᎠᏎᏃ</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ᏓᏂᎩ</w:t>
      </w:r>
      <w:r>
        <w:rPr>
          <w:rFonts w:ascii="Times New Roman" w:hAnsi="Times New Roman" w:eastAsia="Times New Roman" w:cs="Times New Roman"/>
        </w:rPr>
        <w:t xml:space="preserve"> </w:t>
      </w:r>
      <w:r>
        <w:rPr>
          <w:rFonts w:ascii="Gadugi" w:hAnsi="Gadugi" w:eastAsia="Gadugi" w:cs="Gadugi"/>
        </w:rPr>
        <w:t>ᏳᏂᏍᎨᏂᎭ</w:t>
      </w:r>
      <w:r>
        <w:rPr>
          <w:rFonts w:ascii="Times New Roman" w:hAnsi="Times New Roman" w:eastAsia="Times New Roman" w:cs="Times New Roman"/>
        </w:rPr>
        <w:t xml:space="preserve"> </w:t>
      </w:r>
      <w:r>
        <w:rPr>
          <w:rFonts w:ascii="Gadugi" w:hAnsi="Gadugi" w:eastAsia="Gadugi" w:cs="Gadugi"/>
        </w:rPr>
        <w:t>ᏄᏓᎴᎾᎥᎾ</w:t>
      </w:r>
      <w:r>
        <w:rPr>
          <w:rFonts w:ascii="Times New Roman" w:hAnsi="Times New Roman" w:eastAsia="Times New Roman" w:cs="Times New Roman"/>
        </w:rPr>
        <w:t xml:space="preserve"> </w:t>
      </w:r>
      <w:r>
        <w:rPr>
          <w:rFonts w:ascii="Gadugi" w:hAnsi="Gadugi" w:eastAsia="Gadugi" w:cs="Gadugi"/>
        </w:rPr>
        <w:t>ᏧᏤᎵ</w:t>
      </w:r>
      <w:r>
        <w:rPr>
          <w:rFonts w:ascii="Times New Roman" w:hAnsi="Times New Roman" w:eastAsia="Times New Roman" w:cs="Times New Roman"/>
        </w:rPr>
        <w:t xml:space="preserve"> </w:t>
      </w:r>
      <w:r>
        <w:rPr>
          <w:rFonts w:ascii="Gadugi" w:hAnsi="Gadugi" w:eastAsia="Gadugi" w:cs="Gadugi"/>
        </w:rPr>
        <w:t>ᏣᏈᎶᏂ</w:t>
      </w:r>
      <w:r>
        <w:rPr>
          <w:rFonts w:ascii="Times New Roman" w:hAnsi="Times New Roman" w:eastAsia="Times New Roman" w:cs="Times New Roman"/>
        </w:rPr>
        <w:t xml:space="preserve"> </w:t>
      </w:r>
      <w:r>
        <w:rPr>
          <w:rFonts w:ascii="Gadugi" w:hAnsi="Gadugi" w:eastAsia="Gadugi" w:cs="Gadugi"/>
        </w:rPr>
        <w:t>ᏧᏕᏲᏅᏙ</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ᏓᏂᏚᎵᎭ</w:t>
      </w:r>
      <w:r>
        <w:rPr>
          <w:rFonts w:ascii="Times New Roman" w:hAnsi="Times New Roman" w:eastAsia="Times New Roman" w:cs="Times New Roman"/>
        </w:rPr>
        <w:t xml:space="preserve"> </w:t>
      </w:r>
      <w:r>
        <w:rPr>
          <w:rFonts w:ascii="Gadugi" w:hAnsi="Gadugi" w:eastAsia="Gadugi" w:cs="Gadugi"/>
        </w:rPr>
        <w:t>ᎠᏓᎻ</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ᎢᏫ</w:t>
      </w:r>
      <w:r>
        <w:rPr>
          <w:rFonts w:ascii="Times New Roman" w:hAnsi="Times New Roman" w:eastAsia="Times New Roman" w:cs="Times New Roman"/>
        </w:rPr>
        <w:t xml:space="preserve"> </w:t>
      </w:r>
      <w:r>
        <w:rPr>
          <w:rFonts w:ascii="Gadugi" w:hAnsi="Gadugi" w:eastAsia="Gadugi" w:cs="Gadugi"/>
        </w:rPr>
        <w:t>ᎤᏂᏚᎵᏍᎬ</w:t>
      </w:r>
      <w:r>
        <w:rPr>
          <w:rFonts w:ascii="Times New Roman" w:hAnsi="Times New Roman" w:eastAsia="Times New Roman" w:cs="Times New Roman"/>
        </w:rPr>
        <w:t xml:space="preserve"> </w:t>
      </w:r>
      <w:r>
        <w:rPr>
          <w:rFonts w:ascii="Gadugi" w:hAnsi="Gadugi" w:eastAsia="Gadugi" w:cs="Gadugi"/>
        </w:rPr>
        <w:t>ᎤᏂᏍᎦᏅᏨ</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ᎤᏂᎨᏳᎢ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ᎬᏩᏂᏲᏎᎵᏙᏗ</w:t>
      </w:r>
      <w:r>
        <w:rPr>
          <w:rFonts w:ascii="Times New Roman" w:hAnsi="Times New Roman" w:eastAsia="Times New Roman" w:cs="Times New Roman"/>
        </w:rPr>
        <w:t xml:space="preserve"> </w:t>
      </w:r>
      <w:r>
        <w:rPr>
          <w:rFonts w:ascii="Gadugi" w:hAnsi="Gadugi" w:eastAsia="Gadugi" w:cs="Gadugi"/>
        </w:rPr>
        <w:t>ᎠᏂᏲᎱᏍᎬᎢ</w:t>
      </w:r>
      <w:r>
        <w:rPr>
          <w:rFonts w:ascii="Times New Roman" w:hAnsi="Times New Roman" w:eastAsia="Times New Roman" w:cs="Times New Roman"/>
        </w:rPr>
        <w:t xml:space="preserve">. </w:t>
      </w:r>
      <w:r>
        <w:rPr>
          <w:rFonts w:ascii="Gadugi" w:hAnsi="Gadugi" w:eastAsia="Gadugi" w:cs="Gadugi"/>
        </w:rPr>
        <w:t>ᎠᏂᎪᎲᏍᏔᏂ</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ᏅᏩᎾᏓᎴ</w:t>
      </w:r>
      <w:r>
        <w:rPr>
          <w:rFonts w:ascii="Times New Roman" w:hAnsi="Times New Roman" w:eastAsia="Times New Roman" w:cs="Times New Roman"/>
        </w:rPr>
        <w:t xml:space="preserve"> </w:t>
      </w:r>
      <w:r>
        <w:rPr>
          <w:rFonts w:ascii="Gadugi" w:hAnsi="Gadugi" w:eastAsia="Gadugi" w:cs="Gadugi"/>
        </w:rPr>
        <w:t>ᎠᏂᏴᏫ</w:t>
      </w:r>
      <w:r>
        <w:rPr>
          <w:rFonts w:ascii="Times New Roman" w:hAnsi="Times New Roman" w:eastAsia="Times New Roman" w:cs="Times New Roman"/>
        </w:rPr>
        <w:t xml:space="preserve"> </w:t>
      </w:r>
      <w:r>
        <w:rPr>
          <w:rFonts w:ascii="Gadugi" w:hAnsi="Gadugi" w:eastAsia="Gadugi" w:cs="Gadugi"/>
        </w:rPr>
        <w:t>ᎨᏒᎢ</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ᎬᏗᏃᎮᏗ</w:t>
      </w:r>
      <w:r>
        <w:rPr>
          <w:rFonts w:ascii="Times New Roman" w:hAnsi="Times New Roman" w:eastAsia="Times New Roman" w:cs="Times New Roman"/>
        </w:rPr>
        <w:t xml:space="preserve"> </w:t>
      </w:r>
      <w:r>
        <w:rPr>
          <w:rFonts w:ascii="Gadugi" w:hAnsi="Gadugi" w:eastAsia="Gadugi" w:cs="Gadugi"/>
        </w:rPr>
        <w:t>ᎤᏂᏁᎫᏥᏍᏗ</w:t>
      </w:r>
      <w:r>
        <w:rPr>
          <w:rFonts w:ascii="Times New Roman" w:hAnsi="Times New Roman" w:eastAsia="Times New Roman" w:cs="Times New Roman"/>
        </w:rPr>
        <w:t xml:space="preserve"> </w:t>
      </w:r>
      <w:r>
        <w:rPr>
          <w:rFonts w:ascii="Gadugi" w:hAnsi="Gadugi" w:eastAsia="Gadugi" w:cs="Gadugi"/>
        </w:rPr>
        <w:t>ᎤᏂᏬᏚᎯ</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ᏛᎾᏂᎨᏒ</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ᎦᎴᏯᏍᏗ</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ᎠᏥᎦᎸᏉᏗᏍᎬ</w:t>
      </w:r>
      <w:r>
        <w:rPr>
          <w:rFonts w:ascii="Times New Roman" w:hAnsi="Times New Roman" w:eastAsia="Times New Roman" w:cs="Times New Roman"/>
        </w:rPr>
        <w:t xml:space="preserve"> </w:t>
      </w:r>
      <w:r>
        <w:rPr>
          <w:rFonts w:ascii="Gadugi" w:hAnsi="Gadugi" w:eastAsia="Gadugi" w:cs="Gadugi"/>
        </w:rPr>
        <w:t>ᏤᏍᏛ</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ᎤᏰᎸᎢ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ᏣᏁᎰ</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Ꮎ</w:t>
      </w:r>
      <w:r>
        <w:rPr>
          <w:rFonts w:ascii="Times New Roman" w:hAnsi="Times New Roman" w:eastAsia="Times New Roman" w:cs="Times New Roman"/>
        </w:rPr>
        <w:t xml:space="preserve"> </w:t>
      </w:r>
      <w:r>
        <w:rPr>
          <w:rFonts w:ascii="Gadugi" w:hAnsi="Gadugi" w:eastAsia="Gadugi" w:cs="Gadugi"/>
        </w:rPr>
        <w:t>ᏚᏂᏅᎦᎸᏗᏍᎪ</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Ya sababootaa, ijoolleen Israa’el Sanbata haa eegan; dhaloota isaanii hundumaa keessatti Sanbata haa kabajan, kakuu bara baraatiif. Inni ana fi ijoollee Israa’el gidduutti mallattoo bara baraa dha; mootummaa keessatti guyyaa jaha keessatti Waaqayyo samii fi lafa uume, guyyaa torbaffaattis boqotee haaromfameera. Ba’uu 31:16, 17.</w:t>
      </w:r>
    </w:p>
    <w:p>
      <w:pPr>
        <w:pStyle w:val="ArticleBody"/>
        <w:jc w:val="left"/>
      </w:pPr>
      <w:r>
        <w:rPr>
          <w:rFonts w:ascii="Times New Roman" w:hAnsi="Times New Roman" w:eastAsia="Times New Roman" w:cs="Times New Roman"/>
        </w:rPr>
        <w:t>Ақылдылар сырттай діндарлықтың ағашының тасасына жасырынбайды; олар ұлы тартыстың соңғы көріністерінде Құдайдың ұлылығын паш ететін ту іспетті жоғары көтеріледі. Оның ұлылығы — Оның мінезі, ал олар дүниеге танытатын Оның мінезінің қыры — Альфа мен Омега, басталуы мен соңы, алғашқысы мен соңғысы, бұл «Ақиқат» ретінде бейнеленеді.</w:t>
      </w:r>
    </w:p>
    <w:p>
      <w:pPr>
        <w:pStyle w:val="ArticleScripture"/>
        <w:jc w:val="left"/>
      </w:pPr>
      <w:r>
        <w:rPr>
          <w:rFonts w:ascii="Sylfaen" w:hAnsi="Sylfaen" w:eastAsia="Sylfaen" w:cs="Sylfaen"/>
        </w:rPr>
        <w:t>ვადგენ</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ნიშანს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გავგზავნი</w:t>
      </w:r>
      <w:r>
        <w:rPr>
          <w:rFonts w:ascii="Times New Roman" w:hAnsi="Times New Roman" w:eastAsia="Times New Roman" w:cs="Times New Roman"/>
        </w:rPr>
        <w:t xml:space="preserve"> </w:t>
      </w:r>
      <w:r>
        <w:rPr>
          <w:rFonts w:ascii="Sylfaen" w:hAnsi="Sylfaen" w:eastAsia="Sylfaen" w:cs="Sylfaen"/>
        </w:rPr>
        <w:t>მათგან</w:t>
      </w:r>
      <w:r>
        <w:rPr>
          <w:rFonts w:ascii="Times New Roman" w:hAnsi="Times New Roman" w:eastAsia="Times New Roman" w:cs="Times New Roman"/>
        </w:rPr>
        <w:t xml:space="preserve"> </w:t>
      </w:r>
      <w:r>
        <w:rPr>
          <w:rFonts w:ascii="Sylfaen" w:hAnsi="Sylfaen" w:eastAsia="Sylfaen" w:cs="Sylfaen"/>
        </w:rPr>
        <w:t>გადარჩენილთ</w:t>
      </w:r>
      <w:r>
        <w:rPr>
          <w:rFonts w:ascii="Times New Roman" w:hAnsi="Times New Roman" w:eastAsia="Times New Roman" w:cs="Times New Roman"/>
        </w:rPr>
        <w:t xml:space="preserve"> </w:t>
      </w:r>
      <w:r>
        <w:rPr>
          <w:rFonts w:ascii="Sylfaen" w:hAnsi="Sylfaen" w:eastAsia="Sylfaen" w:cs="Sylfaen"/>
        </w:rPr>
        <w:t>ერებთან</w:t>
      </w:r>
      <w:r>
        <w:rPr>
          <w:rFonts w:ascii="Times New Roman" w:hAnsi="Times New Roman" w:eastAsia="Times New Roman" w:cs="Times New Roman"/>
        </w:rPr>
        <w:t xml:space="preserve"> — </w:t>
      </w:r>
      <w:r>
        <w:rPr>
          <w:rFonts w:ascii="Sylfaen" w:hAnsi="Sylfaen" w:eastAsia="Sylfaen" w:cs="Sylfaen"/>
        </w:rPr>
        <w:t>თარშიშში</w:t>
      </w:r>
      <w:r>
        <w:rPr>
          <w:rFonts w:ascii="Times New Roman" w:hAnsi="Times New Roman" w:eastAsia="Times New Roman" w:cs="Times New Roman"/>
        </w:rPr>
        <w:t xml:space="preserve">, </w:t>
      </w:r>
      <w:r>
        <w:rPr>
          <w:rFonts w:ascii="Sylfaen" w:hAnsi="Sylfaen" w:eastAsia="Sylfaen" w:cs="Sylfaen"/>
        </w:rPr>
        <w:t>ფულთან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ლუდთან</w:t>
      </w:r>
      <w:r>
        <w:rPr>
          <w:rFonts w:ascii="Times New Roman" w:hAnsi="Times New Roman" w:eastAsia="Times New Roman" w:cs="Times New Roman"/>
        </w:rPr>
        <w:t xml:space="preserve">, </w:t>
      </w:r>
      <w:r>
        <w:rPr>
          <w:rFonts w:ascii="Sylfaen" w:hAnsi="Sylfaen" w:eastAsia="Sylfaen" w:cs="Sylfaen"/>
        </w:rPr>
        <w:t>მშვილდის</w:t>
      </w:r>
      <w:r>
        <w:rPr>
          <w:rFonts w:ascii="Times New Roman" w:hAnsi="Times New Roman" w:eastAsia="Times New Roman" w:cs="Times New Roman"/>
        </w:rPr>
        <w:t xml:space="preserve"> </w:t>
      </w:r>
      <w:r>
        <w:rPr>
          <w:rFonts w:ascii="Sylfaen" w:hAnsi="Sylfaen" w:eastAsia="Sylfaen" w:cs="Sylfaen"/>
        </w:rPr>
        <w:t>მომზიდველებთან</w:t>
      </w:r>
      <w:r>
        <w:rPr>
          <w:rFonts w:ascii="Times New Roman" w:hAnsi="Times New Roman" w:eastAsia="Times New Roman" w:cs="Times New Roman"/>
        </w:rPr>
        <w:t xml:space="preserve">, </w:t>
      </w:r>
      <w:r>
        <w:rPr>
          <w:rFonts w:ascii="Sylfaen" w:hAnsi="Sylfaen" w:eastAsia="Sylfaen" w:cs="Sylfaen"/>
        </w:rPr>
        <w:t>თუბალთან</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იავანთან</w:t>
      </w:r>
      <w:r>
        <w:rPr>
          <w:rFonts w:ascii="Times New Roman" w:hAnsi="Times New Roman" w:eastAsia="Times New Roman" w:cs="Times New Roman"/>
        </w:rPr>
        <w:t xml:space="preserve">, </w:t>
      </w:r>
      <w:r>
        <w:rPr>
          <w:rFonts w:ascii="Sylfaen" w:hAnsi="Sylfaen" w:eastAsia="Sylfaen" w:cs="Sylfaen"/>
        </w:rPr>
        <w:t>შორეულ</w:t>
      </w:r>
      <w:r>
        <w:rPr>
          <w:rFonts w:ascii="Times New Roman" w:hAnsi="Times New Roman" w:eastAsia="Times New Roman" w:cs="Times New Roman"/>
        </w:rPr>
        <w:t xml:space="preserve"> </w:t>
      </w:r>
      <w:r>
        <w:rPr>
          <w:rFonts w:ascii="Sylfaen" w:hAnsi="Sylfaen" w:eastAsia="Sylfaen" w:cs="Sylfaen"/>
        </w:rPr>
        <w:t>კუნძულებთან</w:t>
      </w:r>
      <w:r>
        <w:rPr>
          <w:rFonts w:ascii="Times New Roman" w:hAnsi="Times New Roman" w:eastAsia="Times New Roman" w:cs="Times New Roman"/>
        </w:rPr>
        <w:t xml:space="preserve">, </w:t>
      </w:r>
      <w:r>
        <w:rPr>
          <w:rFonts w:ascii="Sylfaen" w:hAnsi="Sylfaen" w:eastAsia="Sylfaen" w:cs="Sylfaen"/>
        </w:rPr>
        <w:t>რომელთაც</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სმენიათ</w:t>
      </w:r>
      <w:r>
        <w:rPr>
          <w:rFonts w:ascii="Times New Roman" w:hAnsi="Times New Roman" w:eastAsia="Times New Roman" w:cs="Times New Roman"/>
        </w:rPr>
        <w:t xml:space="preserve"> </w:t>
      </w:r>
      <w:r>
        <w:rPr>
          <w:rFonts w:ascii="Sylfaen" w:hAnsi="Sylfaen" w:eastAsia="Sylfaen" w:cs="Sylfaen"/>
        </w:rPr>
        <w:t>ჩემი</w:t>
      </w:r>
      <w:r>
        <w:rPr>
          <w:rFonts w:ascii="Times New Roman" w:hAnsi="Times New Roman" w:eastAsia="Times New Roman" w:cs="Times New Roman"/>
        </w:rPr>
        <w:t xml:space="preserve"> </w:t>
      </w:r>
      <w:r>
        <w:rPr>
          <w:rFonts w:ascii="Sylfaen" w:hAnsi="Sylfaen" w:eastAsia="Sylfaen" w:cs="Sylfaen"/>
        </w:rPr>
        <w:t>სახელი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უხილავთ</w:t>
      </w:r>
      <w:r>
        <w:rPr>
          <w:rFonts w:ascii="Times New Roman" w:hAnsi="Times New Roman" w:eastAsia="Times New Roman" w:cs="Times New Roman"/>
        </w:rPr>
        <w:t xml:space="preserve"> </w:t>
      </w:r>
      <w:r>
        <w:rPr>
          <w:rFonts w:ascii="Sylfaen" w:hAnsi="Sylfaen" w:eastAsia="Sylfaen" w:cs="Sylfaen"/>
        </w:rPr>
        <w:t>ჩემი</w:t>
      </w:r>
      <w:r>
        <w:rPr>
          <w:rFonts w:ascii="Times New Roman" w:hAnsi="Times New Roman" w:eastAsia="Times New Roman" w:cs="Times New Roman"/>
        </w:rPr>
        <w:t xml:space="preserve"> </w:t>
      </w:r>
      <w:r>
        <w:rPr>
          <w:rFonts w:ascii="Sylfaen" w:hAnsi="Sylfaen" w:eastAsia="Sylfaen" w:cs="Sylfaen"/>
        </w:rPr>
        <w:t>დიდება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გამოაცხადებენ</w:t>
      </w:r>
      <w:r>
        <w:rPr>
          <w:rFonts w:ascii="Times New Roman" w:hAnsi="Times New Roman" w:eastAsia="Times New Roman" w:cs="Times New Roman"/>
        </w:rPr>
        <w:t xml:space="preserve">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დიდებას</w:t>
      </w:r>
      <w:r>
        <w:rPr>
          <w:rFonts w:ascii="Times New Roman" w:hAnsi="Times New Roman" w:eastAsia="Times New Roman" w:cs="Times New Roman"/>
        </w:rPr>
        <w:t xml:space="preserve"> </w:t>
      </w:r>
      <w:r>
        <w:rPr>
          <w:rFonts w:ascii="Sylfaen" w:hAnsi="Sylfaen" w:eastAsia="Sylfaen" w:cs="Sylfaen"/>
        </w:rPr>
        <w:t>წარმართთა</w:t>
      </w:r>
      <w:r>
        <w:rPr>
          <w:rFonts w:ascii="Times New Roman" w:hAnsi="Times New Roman" w:eastAsia="Times New Roman" w:cs="Times New Roman"/>
        </w:rPr>
        <w:t xml:space="preserve"> </w:t>
      </w:r>
      <w:r>
        <w:rPr>
          <w:rFonts w:ascii="Sylfaen" w:hAnsi="Sylfaen" w:eastAsia="Sylfaen" w:cs="Sylfaen"/>
        </w:rPr>
        <w:t>შორის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მოიყვანენ</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თქვენს</w:t>
      </w:r>
      <w:r>
        <w:rPr>
          <w:rFonts w:ascii="Times New Roman" w:hAnsi="Times New Roman" w:eastAsia="Times New Roman" w:cs="Times New Roman"/>
        </w:rPr>
        <w:t xml:space="preserve"> </w:t>
      </w:r>
      <w:r>
        <w:rPr>
          <w:rFonts w:ascii="Sylfaen" w:hAnsi="Sylfaen" w:eastAsia="Sylfaen" w:cs="Sylfaen"/>
        </w:rPr>
        <w:t>ძმას</w:t>
      </w:r>
      <w:r>
        <w:rPr>
          <w:rFonts w:ascii="Times New Roman" w:hAnsi="Times New Roman" w:eastAsia="Times New Roman" w:cs="Times New Roman"/>
        </w:rPr>
        <w:t xml:space="preserve"> </w:t>
      </w:r>
      <w:r>
        <w:rPr>
          <w:rFonts w:ascii="Sylfaen" w:hAnsi="Sylfaen" w:eastAsia="Sylfaen" w:cs="Sylfaen"/>
        </w:rPr>
        <w:t>შესაწირავად</w:t>
      </w:r>
      <w:r>
        <w:rPr>
          <w:rFonts w:ascii="Times New Roman" w:hAnsi="Times New Roman" w:eastAsia="Times New Roman" w:cs="Times New Roman"/>
        </w:rPr>
        <w:t xml:space="preserve"> </w:t>
      </w:r>
      <w:r>
        <w:rPr>
          <w:rFonts w:ascii="Sylfaen" w:hAnsi="Sylfaen" w:eastAsia="Sylfaen" w:cs="Sylfaen"/>
        </w:rPr>
        <w:t>უფლისათვის</w:t>
      </w:r>
      <w:r>
        <w:rPr>
          <w:rFonts w:ascii="Times New Roman" w:hAnsi="Times New Roman" w:eastAsia="Times New Roman" w:cs="Times New Roman"/>
        </w:rPr>
        <w:t xml:space="preserve"> </w:t>
      </w:r>
      <w:r>
        <w:rPr>
          <w:rFonts w:ascii="Sylfaen" w:hAnsi="Sylfaen" w:eastAsia="Sylfaen" w:cs="Sylfaen"/>
        </w:rPr>
        <w:t>ყველა</w:t>
      </w:r>
      <w:r>
        <w:rPr>
          <w:rFonts w:ascii="Times New Roman" w:hAnsi="Times New Roman" w:eastAsia="Times New Roman" w:cs="Times New Roman"/>
        </w:rPr>
        <w:t xml:space="preserve"> </w:t>
      </w:r>
      <w:r>
        <w:rPr>
          <w:rFonts w:ascii="Sylfaen" w:hAnsi="Sylfaen" w:eastAsia="Sylfaen" w:cs="Sylfaen"/>
        </w:rPr>
        <w:t>ერიდან</w:t>
      </w:r>
      <w:r>
        <w:rPr>
          <w:rFonts w:ascii="Times New Roman" w:hAnsi="Times New Roman" w:eastAsia="Times New Roman" w:cs="Times New Roman"/>
        </w:rPr>
        <w:t xml:space="preserve"> — </w:t>
      </w:r>
      <w:r>
        <w:rPr>
          <w:rFonts w:ascii="Sylfaen" w:hAnsi="Sylfaen" w:eastAsia="Sylfaen" w:cs="Sylfaen"/>
        </w:rPr>
        <w:t>ცხენებზე</w:t>
      </w:r>
      <w:r>
        <w:rPr>
          <w:rFonts w:ascii="Times New Roman" w:hAnsi="Times New Roman" w:eastAsia="Times New Roman" w:cs="Times New Roman"/>
        </w:rPr>
        <w:t xml:space="preserve">, </w:t>
      </w:r>
      <w:r>
        <w:rPr>
          <w:rFonts w:ascii="Sylfaen" w:hAnsi="Sylfaen" w:eastAsia="Sylfaen" w:cs="Sylfaen"/>
        </w:rPr>
        <w:t>ეტლებით</w:t>
      </w:r>
      <w:r>
        <w:rPr>
          <w:rFonts w:ascii="Times New Roman" w:hAnsi="Times New Roman" w:eastAsia="Times New Roman" w:cs="Times New Roman"/>
        </w:rPr>
        <w:t xml:space="preserve">, </w:t>
      </w:r>
      <w:r>
        <w:rPr>
          <w:rFonts w:ascii="Sylfaen" w:hAnsi="Sylfaen" w:eastAsia="Sylfaen" w:cs="Sylfaen"/>
        </w:rPr>
        <w:t>საკაცეებით</w:t>
      </w:r>
      <w:r>
        <w:rPr>
          <w:rFonts w:ascii="Times New Roman" w:hAnsi="Times New Roman" w:eastAsia="Times New Roman" w:cs="Times New Roman"/>
        </w:rPr>
        <w:t xml:space="preserve">, </w:t>
      </w:r>
      <w:r>
        <w:rPr>
          <w:rFonts w:ascii="Sylfaen" w:hAnsi="Sylfaen" w:eastAsia="Sylfaen" w:cs="Sylfaen"/>
        </w:rPr>
        <w:t>ჯორებითა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სწრაფი</w:t>
      </w:r>
      <w:r>
        <w:rPr>
          <w:rFonts w:ascii="Times New Roman" w:hAnsi="Times New Roman" w:eastAsia="Times New Roman" w:cs="Times New Roman"/>
        </w:rPr>
        <w:t xml:space="preserve"> </w:t>
      </w:r>
      <w:r>
        <w:rPr>
          <w:rFonts w:ascii="Sylfaen" w:hAnsi="Sylfaen" w:eastAsia="Sylfaen" w:cs="Sylfaen"/>
        </w:rPr>
        <w:t>პირუტყვით</w:t>
      </w:r>
      <w:r>
        <w:rPr>
          <w:rFonts w:ascii="Times New Roman" w:hAnsi="Times New Roman" w:eastAsia="Times New Roman" w:cs="Times New Roman"/>
        </w:rPr>
        <w:t xml:space="preserve"> —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მთაზე</w:t>
      </w:r>
      <w:r>
        <w:rPr>
          <w:rFonts w:ascii="Times New Roman" w:hAnsi="Times New Roman" w:eastAsia="Times New Roman" w:cs="Times New Roman"/>
        </w:rPr>
        <w:t xml:space="preserve">, </w:t>
      </w:r>
      <w:r>
        <w:rPr>
          <w:rFonts w:ascii="Sylfaen" w:hAnsi="Sylfaen" w:eastAsia="Sylfaen" w:cs="Sylfaen"/>
        </w:rPr>
        <w:t>იერუსალიმში</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ისრაელის</w:t>
      </w:r>
      <w:r>
        <w:rPr>
          <w:rFonts w:ascii="Times New Roman" w:hAnsi="Times New Roman" w:eastAsia="Times New Roman" w:cs="Times New Roman"/>
        </w:rPr>
        <w:t xml:space="preserve"> </w:t>
      </w:r>
      <w:r>
        <w:rPr>
          <w:rFonts w:ascii="Sylfaen" w:hAnsi="Sylfaen" w:eastAsia="Sylfaen" w:cs="Sylfaen"/>
        </w:rPr>
        <w:t>ძენი</w:t>
      </w:r>
      <w:r>
        <w:rPr>
          <w:rFonts w:ascii="Times New Roman" w:hAnsi="Times New Roman" w:eastAsia="Times New Roman" w:cs="Times New Roman"/>
        </w:rPr>
        <w:t xml:space="preserve"> </w:t>
      </w:r>
      <w:r>
        <w:rPr>
          <w:rFonts w:ascii="Sylfaen" w:hAnsi="Sylfaen" w:eastAsia="Sylfaen" w:cs="Sylfaen"/>
        </w:rPr>
        <w:t>მიაქვთ</w:t>
      </w:r>
      <w:r>
        <w:rPr>
          <w:rFonts w:ascii="Times New Roman" w:hAnsi="Times New Roman" w:eastAsia="Times New Roman" w:cs="Times New Roman"/>
        </w:rPr>
        <w:t xml:space="preserve"> </w:t>
      </w:r>
      <w:r>
        <w:rPr>
          <w:rFonts w:ascii="Sylfaen" w:hAnsi="Sylfaen" w:eastAsia="Sylfaen" w:cs="Sylfaen"/>
        </w:rPr>
        <w:t>შესაწირავი</w:t>
      </w:r>
      <w:r>
        <w:rPr>
          <w:rFonts w:ascii="Times New Roman" w:hAnsi="Times New Roman" w:eastAsia="Times New Roman" w:cs="Times New Roman"/>
        </w:rPr>
        <w:t xml:space="preserve"> </w:t>
      </w:r>
      <w:r>
        <w:rPr>
          <w:rFonts w:ascii="Sylfaen" w:hAnsi="Sylfaen" w:eastAsia="Sylfaen" w:cs="Sylfaen"/>
        </w:rPr>
        <w:t>სუფთა</w:t>
      </w:r>
      <w:r>
        <w:rPr>
          <w:rFonts w:ascii="Times New Roman" w:hAnsi="Times New Roman" w:eastAsia="Times New Roman" w:cs="Times New Roman"/>
        </w:rPr>
        <w:t xml:space="preserve"> </w:t>
      </w:r>
      <w:r>
        <w:rPr>
          <w:rFonts w:ascii="Sylfaen" w:hAnsi="Sylfaen" w:eastAsia="Sylfaen" w:cs="Sylfaen"/>
        </w:rPr>
        <w:t>ჭურჭლით</w:t>
      </w:r>
      <w:r>
        <w:rPr>
          <w:rFonts w:ascii="Times New Roman" w:hAnsi="Times New Roman" w:eastAsia="Times New Roman" w:cs="Times New Roman"/>
        </w:rPr>
        <w:t xml:space="preserve"> </w:t>
      </w:r>
      <w:r>
        <w:rPr>
          <w:rFonts w:ascii="Sylfaen" w:hAnsi="Sylfaen" w:eastAsia="Sylfaen" w:cs="Sylfaen"/>
        </w:rPr>
        <w:t>უფლის</w:t>
      </w:r>
      <w:r>
        <w:rPr>
          <w:rFonts w:ascii="Times New Roman" w:hAnsi="Times New Roman" w:eastAsia="Times New Roman" w:cs="Times New Roman"/>
        </w:rPr>
        <w:t xml:space="preserve"> </w:t>
      </w:r>
      <w:r>
        <w:rPr>
          <w:rFonts w:ascii="Sylfaen" w:hAnsi="Sylfaen" w:eastAsia="Sylfaen" w:cs="Sylfaen"/>
        </w:rPr>
        <w:t>სახლში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მათგანაც</w:t>
      </w:r>
      <w:r>
        <w:rPr>
          <w:rFonts w:ascii="Times New Roman" w:hAnsi="Times New Roman" w:eastAsia="Times New Roman" w:cs="Times New Roman"/>
        </w:rPr>
        <w:t xml:space="preserve"> </w:t>
      </w:r>
      <w:r>
        <w:rPr>
          <w:rFonts w:ascii="Sylfaen" w:hAnsi="Sylfaen" w:eastAsia="Sylfaen" w:cs="Sylfaen"/>
        </w:rPr>
        <w:t>ავიყვან</w:t>
      </w:r>
      <w:r>
        <w:rPr>
          <w:rFonts w:ascii="Times New Roman" w:hAnsi="Times New Roman" w:eastAsia="Times New Roman" w:cs="Times New Roman"/>
        </w:rPr>
        <w:t xml:space="preserve"> </w:t>
      </w:r>
      <w:r>
        <w:rPr>
          <w:rFonts w:ascii="Sylfaen" w:hAnsi="Sylfaen" w:eastAsia="Sylfaen" w:cs="Sylfaen"/>
        </w:rPr>
        <w:t>მღვდლებად</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ლევიანებად</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ცანი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ახალი</w:t>
      </w:r>
      <w:r>
        <w:rPr>
          <w:rFonts w:ascii="Times New Roman" w:hAnsi="Times New Roman" w:eastAsia="Times New Roman" w:cs="Times New Roman"/>
        </w:rPr>
        <w:t xml:space="preserve"> </w:t>
      </w:r>
      <w:r>
        <w:rPr>
          <w:rFonts w:ascii="Sylfaen" w:hAnsi="Sylfaen" w:eastAsia="Sylfaen" w:cs="Sylfaen"/>
        </w:rPr>
        <w:t>დედამიწა</w:t>
      </w:r>
      <w:r>
        <w:rPr>
          <w:rFonts w:ascii="Times New Roman" w:hAnsi="Times New Roman" w:eastAsia="Times New Roman" w:cs="Times New Roman"/>
        </w:rPr>
        <w:t xml:space="preserve">, </w:t>
      </w:r>
      <w:r>
        <w:rPr>
          <w:rFonts w:ascii="Sylfaen" w:hAnsi="Sylfaen" w:eastAsia="Sylfaen" w:cs="Sylfaen"/>
        </w:rPr>
        <w:t>რომელთაც</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შევქმნი</w:t>
      </w:r>
      <w:r>
        <w:rPr>
          <w:rFonts w:ascii="Times New Roman" w:hAnsi="Times New Roman" w:eastAsia="Times New Roman" w:cs="Times New Roman"/>
        </w:rPr>
        <w:t xml:space="preserve">, </w:t>
      </w:r>
      <w:r>
        <w:rPr>
          <w:rFonts w:ascii="Sylfaen" w:hAnsi="Sylfaen" w:eastAsia="Sylfaen" w:cs="Sylfaen"/>
        </w:rPr>
        <w:t>იდგებიან</w:t>
      </w:r>
      <w:r>
        <w:rPr>
          <w:rFonts w:ascii="Times New Roman" w:hAnsi="Times New Roman" w:eastAsia="Times New Roman" w:cs="Times New Roman"/>
        </w:rPr>
        <w:t xml:space="preserve">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წინაშე</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ასევე</w:t>
      </w:r>
      <w:r>
        <w:rPr>
          <w:rFonts w:ascii="Times New Roman" w:hAnsi="Times New Roman" w:eastAsia="Times New Roman" w:cs="Times New Roman"/>
        </w:rPr>
        <w:t xml:space="preserve"> </w:t>
      </w:r>
      <w:r>
        <w:rPr>
          <w:rFonts w:ascii="Sylfaen" w:hAnsi="Sylfaen" w:eastAsia="Sylfaen" w:cs="Sylfaen"/>
        </w:rPr>
        <w:t>იდგება</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თესლი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თქვენი</w:t>
      </w:r>
      <w:r>
        <w:rPr>
          <w:rFonts w:ascii="Times New Roman" w:hAnsi="Times New Roman" w:eastAsia="Times New Roman" w:cs="Times New Roman"/>
        </w:rPr>
        <w:t xml:space="preserve"> </w:t>
      </w:r>
      <w:r>
        <w:rPr>
          <w:rFonts w:ascii="Sylfaen" w:hAnsi="Sylfaen" w:eastAsia="Sylfaen" w:cs="Sylfaen"/>
        </w:rPr>
        <w:t>სახელი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მოხდება</w:t>
      </w:r>
      <w:r>
        <w:rPr>
          <w:rFonts w:ascii="Times New Roman" w:hAnsi="Times New Roman" w:eastAsia="Times New Roman" w:cs="Times New Roman"/>
        </w:rPr>
        <w:t xml:space="preserve"> </w:t>
      </w:r>
      <w:r>
        <w:rPr>
          <w:rFonts w:ascii="Sylfaen" w:hAnsi="Sylfaen" w:eastAsia="Sylfaen" w:cs="Sylfaen"/>
        </w:rPr>
        <w:t>ასე</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ახალმთვარობიდან</w:t>
      </w:r>
      <w:r>
        <w:rPr>
          <w:rFonts w:ascii="Times New Roman" w:hAnsi="Times New Roman" w:eastAsia="Times New Roman" w:cs="Times New Roman"/>
        </w:rPr>
        <w:t xml:space="preserve"> </w:t>
      </w:r>
      <w:r>
        <w:rPr>
          <w:rFonts w:ascii="Sylfaen" w:hAnsi="Sylfaen" w:eastAsia="Sylfaen" w:cs="Sylfaen"/>
        </w:rPr>
        <w:t>მეორემდე</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შაბათიდან</w:t>
      </w:r>
      <w:r>
        <w:rPr>
          <w:rFonts w:ascii="Times New Roman" w:hAnsi="Times New Roman" w:eastAsia="Times New Roman" w:cs="Times New Roman"/>
        </w:rPr>
        <w:t xml:space="preserve"> </w:t>
      </w:r>
      <w:r>
        <w:rPr>
          <w:rFonts w:ascii="Sylfaen" w:hAnsi="Sylfaen" w:eastAsia="Sylfaen" w:cs="Sylfaen"/>
        </w:rPr>
        <w:t>მეორემდე</w:t>
      </w:r>
      <w:r>
        <w:rPr>
          <w:rFonts w:ascii="Times New Roman" w:hAnsi="Times New Roman" w:eastAsia="Times New Roman" w:cs="Times New Roman"/>
        </w:rPr>
        <w:t xml:space="preserve"> </w:t>
      </w:r>
      <w:r>
        <w:rPr>
          <w:rFonts w:ascii="Sylfaen" w:hAnsi="Sylfaen" w:eastAsia="Sylfaen" w:cs="Sylfaen"/>
        </w:rPr>
        <w:t>ყოველი</w:t>
      </w:r>
      <w:r>
        <w:rPr>
          <w:rFonts w:ascii="Times New Roman" w:hAnsi="Times New Roman" w:eastAsia="Times New Roman" w:cs="Times New Roman"/>
        </w:rPr>
        <w:t xml:space="preserve"> </w:t>
      </w:r>
      <w:r>
        <w:rPr>
          <w:rFonts w:ascii="Sylfaen" w:hAnsi="Sylfaen" w:eastAsia="Sylfaen" w:cs="Sylfaen"/>
        </w:rPr>
        <w:t>ხორციელი</w:t>
      </w:r>
      <w:r>
        <w:rPr>
          <w:rFonts w:ascii="Times New Roman" w:hAnsi="Times New Roman" w:eastAsia="Times New Roman" w:cs="Times New Roman"/>
        </w:rPr>
        <w:t xml:space="preserve"> </w:t>
      </w:r>
      <w:r>
        <w:rPr>
          <w:rFonts w:ascii="Sylfaen" w:hAnsi="Sylfaen" w:eastAsia="Sylfaen" w:cs="Sylfaen"/>
        </w:rPr>
        <w:t>მოვა</w:t>
      </w:r>
      <w:r>
        <w:rPr>
          <w:rFonts w:ascii="Times New Roman" w:hAnsi="Times New Roman" w:eastAsia="Times New Roman" w:cs="Times New Roman"/>
        </w:rPr>
        <w:t xml:space="preserve"> </w:t>
      </w:r>
      <w:r>
        <w:rPr>
          <w:rFonts w:ascii="Sylfaen" w:hAnsi="Sylfaen" w:eastAsia="Sylfaen" w:cs="Sylfaen"/>
        </w:rPr>
        <w:t>ჩემს</w:t>
      </w:r>
      <w:r>
        <w:rPr>
          <w:rFonts w:ascii="Times New Roman" w:hAnsi="Times New Roman" w:eastAsia="Times New Roman" w:cs="Times New Roman"/>
        </w:rPr>
        <w:t xml:space="preserve"> </w:t>
      </w:r>
      <w:r>
        <w:rPr>
          <w:rFonts w:ascii="Sylfaen" w:hAnsi="Sylfaen" w:eastAsia="Sylfaen" w:cs="Sylfaen"/>
        </w:rPr>
        <w:t>წინაშე</w:t>
      </w:r>
      <w:r>
        <w:rPr>
          <w:rFonts w:ascii="Times New Roman" w:hAnsi="Times New Roman" w:eastAsia="Times New Roman" w:cs="Times New Roman"/>
        </w:rPr>
        <w:t xml:space="preserve"> </w:t>
      </w:r>
      <w:r>
        <w:rPr>
          <w:rFonts w:ascii="Sylfaen" w:hAnsi="Sylfaen" w:eastAsia="Sylfaen" w:cs="Sylfaen"/>
        </w:rPr>
        <w:t>თაყვანისსაცემად</w:t>
      </w:r>
      <w:r>
        <w:rPr>
          <w:rFonts w:ascii="Times New Roman" w:hAnsi="Times New Roman" w:eastAsia="Times New Roman" w:cs="Times New Roman"/>
        </w:rPr>
        <w:t xml:space="preserve">, </w:t>
      </w:r>
      <w:r>
        <w:rPr>
          <w:rFonts w:ascii="Sylfaen" w:hAnsi="Sylfaen" w:eastAsia="Sylfaen" w:cs="Sylfaen"/>
        </w:rPr>
        <w:t>ამბობს</w:t>
      </w:r>
      <w:r>
        <w:rPr>
          <w:rFonts w:ascii="Times New Roman" w:hAnsi="Times New Roman" w:eastAsia="Times New Roman" w:cs="Times New Roman"/>
        </w:rPr>
        <w:t xml:space="preserve"> </w:t>
      </w:r>
      <w:r>
        <w:rPr>
          <w:rFonts w:ascii="Sylfaen" w:hAnsi="Sylfaen" w:eastAsia="Sylfaen" w:cs="Sylfaen"/>
        </w:rPr>
        <w:t>უფალი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გამოვლენ</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შეხედავენ</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კაცთა</w:t>
      </w:r>
      <w:r>
        <w:rPr>
          <w:rFonts w:ascii="Times New Roman" w:hAnsi="Times New Roman" w:eastAsia="Times New Roman" w:cs="Times New Roman"/>
        </w:rPr>
        <w:t xml:space="preserve"> </w:t>
      </w:r>
      <w:r>
        <w:rPr>
          <w:rFonts w:ascii="Sylfaen" w:hAnsi="Sylfaen" w:eastAsia="Sylfaen" w:cs="Sylfaen"/>
        </w:rPr>
        <w:t>გვამებს</w:t>
      </w:r>
      <w:r>
        <w:rPr>
          <w:rFonts w:ascii="Times New Roman" w:hAnsi="Times New Roman" w:eastAsia="Times New Roman" w:cs="Times New Roman"/>
        </w:rPr>
        <w:t xml:space="preserve">, </w:t>
      </w:r>
      <w:r>
        <w:rPr>
          <w:rFonts w:ascii="Sylfaen" w:hAnsi="Sylfaen" w:eastAsia="Sylfaen" w:cs="Sylfaen"/>
        </w:rPr>
        <w:t>რომელნიც</w:t>
      </w:r>
      <w:r>
        <w:rPr>
          <w:rFonts w:ascii="Times New Roman" w:hAnsi="Times New Roman" w:eastAsia="Times New Roman" w:cs="Times New Roman"/>
        </w:rPr>
        <w:t xml:space="preserve"> </w:t>
      </w:r>
      <w:r>
        <w:rPr>
          <w:rFonts w:ascii="Sylfaen" w:hAnsi="Sylfaen" w:eastAsia="Sylfaen" w:cs="Sylfaen"/>
        </w:rPr>
        <w:t>შემცოდეს</w:t>
      </w:r>
      <w:r>
        <w:rPr>
          <w:rFonts w:ascii="Times New Roman" w:hAnsi="Times New Roman" w:eastAsia="Times New Roman" w:cs="Times New Roman"/>
        </w:rPr>
        <w:t xml:space="preserve"> </w:t>
      </w:r>
      <w:r>
        <w:rPr>
          <w:rFonts w:ascii="Sylfaen" w:hAnsi="Sylfaen" w:eastAsia="Sylfaen" w:cs="Sylfaen"/>
        </w:rPr>
        <w:t>მე</w:t>
      </w:r>
      <w:r>
        <w:rPr>
          <w:rFonts w:ascii="Times New Roman" w:hAnsi="Times New Roman" w:eastAsia="Times New Roman" w:cs="Times New Roman"/>
        </w:rPr>
        <w:t xml:space="preserve">; </w:t>
      </w:r>
      <w:r>
        <w:rPr>
          <w:rFonts w:ascii="Sylfaen" w:hAnsi="Sylfaen" w:eastAsia="Sylfaen" w:cs="Sylfaen"/>
        </w:rPr>
        <w:t>რადგან</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მატლი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მოკვდება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ცეცხლი</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ჩაქრება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საძაგლობა</w:t>
      </w:r>
      <w:r>
        <w:rPr>
          <w:rFonts w:ascii="Times New Roman" w:hAnsi="Times New Roman" w:eastAsia="Times New Roman" w:cs="Times New Roman"/>
        </w:rPr>
        <w:t xml:space="preserve"> </w:t>
      </w:r>
      <w:r>
        <w:rPr>
          <w:rFonts w:ascii="Sylfaen" w:hAnsi="Sylfaen" w:eastAsia="Sylfaen" w:cs="Sylfaen"/>
        </w:rPr>
        <w:t>იქნებიან</w:t>
      </w:r>
      <w:r>
        <w:rPr>
          <w:rFonts w:ascii="Times New Roman" w:hAnsi="Times New Roman" w:eastAsia="Times New Roman" w:cs="Times New Roman"/>
        </w:rPr>
        <w:t xml:space="preserve"> </w:t>
      </w:r>
      <w:r>
        <w:rPr>
          <w:rFonts w:ascii="Sylfaen" w:hAnsi="Sylfaen" w:eastAsia="Sylfaen" w:cs="Sylfaen"/>
        </w:rPr>
        <w:t>ყოველი</w:t>
      </w:r>
      <w:r>
        <w:rPr>
          <w:rFonts w:ascii="Times New Roman" w:hAnsi="Times New Roman" w:eastAsia="Times New Roman" w:cs="Times New Roman"/>
        </w:rPr>
        <w:t xml:space="preserve"> </w:t>
      </w:r>
      <w:r>
        <w:rPr>
          <w:rFonts w:ascii="Sylfaen" w:hAnsi="Sylfaen" w:eastAsia="Sylfaen" w:cs="Sylfaen"/>
        </w:rPr>
        <w:t>ხორციელისათვის</w:t>
      </w:r>
      <w:r>
        <w:rPr>
          <w:rFonts w:ascii="Times New Roman" w:hAnsi="Times New Roman" w:eastAsia="Times New Roman" w:cs="Times New Roman"/>
        </w:rPr>
        <w:t xml:space="preserve">. </w:t>
      </w:r>
      <w:r>
        <w:rPr>
          <w:rFonts w:ascii="Sylfaen" w:hAnsi="Sylfaen" w:eastAsia="Sylfaen" w:cs="Sylfaen"/>
        </w:rPr>
        <w:t>ესაია</w:t>
      </w:r>
      <w:r>
        <w:rPr>
          <w:rFonts w:ascii="Times New Roman" w:hAnsi="Times New Roman" w:eastAsia="Times New Roman" w:cs="Times New Roman"/>
        </w:rPr>
        <w:t xml:space="preserve"> 66:16–24.</w:t>
      </w:r>
    </w:p>
    <w:p>
      <w:pPr>
        <w:pStyle w:val="ArticleBody"/>
        <w:jc w:val="left"/>
      </w:pP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ትረኻ</w:t>
      </w:r>
      <w:r>
        <w:rPr>
          <w:rFonts w:ascii="Times New Roman" w:hAnsi="Times New Roman" w:eastAsia="Times New Roman" w:cs="Times New Roman"/>
        </w:rPr>
        <w:t xml:space="preserve"> </w:t>
      </w:r>
      <w:r>
        <w:rPr>
          <w:rFonts w:ascii="Ebrima" w:hAnsi="Ebrima" w:eastAsia="Ebrima" w:cs="Ebrima"/>
        </w:rPr>
        <w:t>ብመዓልቲ</w:t>
      </w:r>
      <w:r>
        <w:rPr>
          <w:rFonts w:ascii="Times New Roman" w:hAnsi="Times New Roman" w:eastAsia="Times New Roman" w:cs="Times New Roman"/>
        </w:rPr>
        <w:t xml:space="preserve"> </w:t>
      </w:r>
      <w:r>
        <w:rPr>
          <w:rFonts w:ascii="Ebrima" w:hAnsi="Ebrima" w:eastAsia="Ebrima" w:cs="Ebrima"/>
        </w:rPr>
        <w:t>ሓምለ</w:t>
      </w:r>
      <w:r>
        <w:rPr>
          <w:rFonts w:ascii="Times New Roman" w:hAnsi="Times New Roman" w:eastAsia="Times New Roman" w:cs="Times New Roman"/>
        </w:rPr>
        <w:t xml:space="preserve"> 2023 </w:t>
      </w:r>
      <w:r>
        <w:rPr>
          <w:rFonts w:ascii="Ebrima" w:hAnsi="Ebrima" w:eastAsia="Ebrima" w:cs="Ebrima"/>
        </w:rPr>
        <w:t>ምምጻእ</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መጽናንዒ</w:t>
      </w:r>
      <w:r>
        <w:rPr>
          <w:rFonts w:ascii="Times New Roman" w:hAnsi="Times New Roman" w:eastAsia="Times New Roman" w:cs="Times New Roman"/>
        </w:rPr>
        <w:t xml:space="preserve"> </w:t>
      </w:r>
      <w:r>
        <w:rPr>
          <w:rFonts w:ascii="Ebrima" w:hAnsi="Ebrima" w:eastAsia="Ebrima" w:cs="Ebrima"/>
        </w:rPr>
        <w:t>ይጅምር፣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ትረኻ</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በቲ</w:t>
      </w:r>
      <w:r>
        <w:rPr>
          <w:rFonts w:ascii="Times New Roman" w:hAnsi="Times New Roman" w:eastAsia="Times New Roman" w:cs="Times New Roman"/>
        </w:rPr>
        <w:t xml:space="preserve"> </w:t>
      </w:r>
      <w:r>
        <w:rPr>
          <w:rFonts w:ascii="Ebrima" w:hAnsi="Ebrima" w:eastAsia="Ebrima" w:cs="Ebrima"/>
        </w:rPr>
        <w:t>ዝጀመረሉ</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ገና</w:t>
      </w:r>
      <w:r>
        <w:rPr>
          <w:rFonts w:ascii="Times New Roman" w:hAnsi="Times New Roman" w:eastAsia="Times New Roman" w:cs="Times New Roman"/>
        </w:rPr>
        <w:t xml:space="preserve"> </w:t>
      </w:r>
      <w:r>
        <w:rPr>
          <w:rFonts w:ascii="Ebrima" w:hAnsi="Ebrima" w:eastAsia="Ebrima" w:cs="Ebrima"/>
        </w:rPr>
        <w:t>ይውዳእ።</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ምዕጻዉ</w:t>
      </w:r>
      <w:r>
        <w:rPr>
          <w:rFonts w:ascii="Times New Roman" w:hAnsi="Times New Roman" w:eastAsia="Times New Roman" w:cs="Times New Roman"/>
        </w:rPr>
        <w:t xml:space="preserve"> </w:t>
      </w:r>
      <w:r>
        <w:rPr>
          <w:rFonts w:ascii="Ebrima" w:hAnsi="Ebrima" w:eastAsia="Ebrima" w:cs="Ebrima"/>
        </w:rPr>
        <w:t>ብቕሩብ</w:t>
      </w:r>
      <w:r>
        <w:rPr>
          <w:rFonts w:ascii="Times New Roman" w:hAnsi="Times New Roman" w:eastAsia="Times New Roman" w:cs="Times New Roman"/>
        </w:rPr>
        <w:t xml:space="preserve"> </w:t>
      </w:r>
      <w:r>
        <w:rPr>
          <w:rFonts w:ascii="Ebrima" w:hAnsi="Ebrima" w:eastAsia="Ebrima" w:cs="Ebrima"/>
        </w:rPr>
        <w:t>ግዜ</w:t>
      </w:r>
      <w:r>
        <w:rPr>
          <w:rFonts w:ascii="Times New Roman" w:hAnsi="Times New Roman" w:eastAsia="Times New Roman" w:cs="Times New Roman"/>
        </w:rPr>
        <w:t xml:space="preserve"> </w:t>
      </w:r>
      <w:r>
        <w:rPr>
          <w:rFonts w:ascii="Ebrima" w:hAnsi="Ebrima" w:eastAsia="Ebrima" w:cs="Ebrima"/>
        </w:rPr>
        <w:t>ዝፍታሕ</w:t>
      </w:r>
      <w:r>
        <w:rPr>
          <w:rFonts w:ascii="Times New Roman" w:hAnsi="Times New Roman" w:eastAsia="Times New Roman" w:cs="Times New Roman"/>
        </w:rPr>
        <w:t xml:space="preserve"> </w:t>
      </w:r>
      <w:r>
        <w:rPr>
          <w:rFonts w:ascii="Ebrima" w:hAnsi="Ebrima" w:eastAsia="Ebrima" w:cs="Ebrima"/>
        </w:rPr>
        <w:t>ሕቡእ</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ሸውዓተ</w:t>
      </w:r>
      <w:r>
        <w:rPr>
          <w:rFonts w:ascii="Times New Roman" w:hAnsi="Times New Roman" w:eastAsia="Times New Roman" w:cs="Times New Roman"/>
        </w:rPr>
        <w:t xml:space="preserve"> </w:t>
      </w:r>
      <w:r>
        <w:rPr>
          <w:rFonts w:ascii="Ebrima" w:hAnsi="Ebrima" w:eastAsia="Ebrima" w:cs="Ebrima"/>
        </w:rPr>
        <w:t>ነጎድጓድ</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ይመጽእ።</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መጀመርታ</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ድግግም</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ሚለራውያን</w:t>
      </w:r>
      <w:r>
        <w:rPr>
          <w:rFonts w:ascii="Times New Roman" w:hAnsi="Times New Roman" w:eastAsia="Times New Roman" w:cs="Times New Roman"/>
        </w:rPr>
        <w:t xml:space="preserve"> </w:t>
      </w:r>
      <w:r>
        <w:rPr>
          <w:rFonts w:ascii="Ebrima" w:hAnsi="Ebrima" w:eastAsia="Ebrima" w:cs="Ebrima"/>
        </w:rPr>
        <w:t>ንቕናቐ፣</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ታሪኽ</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ምንቅስቓስ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መቶን</w:t>
      </w:r>
      <w:r>
        <w:rPr>
          <w:rFonts w:ascii="Times New Roman" w:hAnsi="Times New Roman" w:eastAsia="Times New Roman" w:cs="Times New Roman"/>
        </w:rPr>
        <w:t xml:space="preserve"> </w:t>
      </w:r>
      <w:r>
        <w:rPr>
          <w:rFonts w:ascii="Ebrima" w:hAnsi="Ebrima" w:eastAsia="Ebrima" w:cs="Ebrima"/>
        </w:rPr>
        <w:t>ኣርብዓን</w:t>
      </w:r>
      <w:r>
        <w:rPr>
          <w:rFonts w:ascii="Times New Roman" w:hAnsi="Times New Roman" w:eastAsia="Times New Roman" w:cs="Times New Roman"/>
        </w:rPr>
        <w:t xml:space="preserve"> </w:t>
      </w:r>
      <w:r>
        <w:rPr>
          <w:rFonts w:ascii="Ebrima" w:hAnsi="Ebrima" w:eastAsia="Ebrima" w:cs="Ebrima"/>
        </w:rPr>
        <w:t>ኣርባዕተ</w:t>
      </w:r>
      <w:r>
        <w:rPr>
          <w:rFonts w:ascii="Times New Roman" w:hAnsi="Times New Roman" w:eastAsia="Times New Roman" w:cs="Times New Roman"/>
        </w:rPr>
        <w:t xml:space="preserve"> </w:t>
      </w:r>
      <w:r>
        <w:rPr>
          <w:rFonts w:ascii="Ebrima" w:hAnsi="Ebrima" w:eastAsia="Ebrima" w:cs="Ebrima"/>
        </w:rPr>
        <w:t>ሽሕን</w:t>
      </w:r>
      <w:r>
        <w:rPr>
          <w:rFonts w:ascii="Times New Roman" w:hAnsi="Times New Roman" w:eastAsia="Times New Roman" w:cs="Times New Roman"/>
        </w:rPr>
        <w:t xml:space="preserve"> </w:t>
      </w:r>
      <w:r>
        <w:rPr>
          <w:rFonts w:ascii="Ebrima" w:hAnsi="Ebrima" w:eastAsia="Ebrima" w:cs="Ebrima"/>
        </w:rPr>
        <w:t>ይለልዮ።</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ኤልያስ</w:t>
      </w:r>
      <w:r>
        <w:rPr>
          <w:rFonts w:ascii="Times New Roman" w:hAnsi="Times New Roman" w:eastAsia="Times New Roman" w:cs="Times New Roman"/>
        </w:rPr>
        <w:t xml:space="preserve"> </w:t>
      </w:r>
      <w:r>
        <w:rPr>
          <w:rFonts w:ascii="Ebrima" w:hAnsi="Ebrima" w:eastAsia="Ebrima" w:cs="Ebrima"/>
        </w:rPr>
        <w:t>ዝሰነይ</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መርገም፣</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እስልምና</w:t>
      </w:r>
      <w:r>
        <w:rPr>
          <w:rFonts w:ascii="Times New Roman" w:hAnsi="Times New Roman" w:eastAsia="Times New Roman" w:cs="Times New Roman"/>
        </w:rPr>
        <w:t xml:space="preserve"> </w:t>
      </w:r>
      <w:r>
        <w:rPr>
          <w:rFonts w:ascii="Ebrima" w:hAnsi="Ebrima" w:eastAsia="Ebrima" w:cs="Ebrima"/>
        </w:rPr>
        <w:t>ነህዛብ</w:t>
      </w:r>
      <w:r>
        <w:rPr>
          <w:rFonts w:ascii="Times New Roman" w:hAnsi="Times New Roman" w:eastAsia="Times New Roman" w:cs="Times New Roman"/>
        </w:rPr>
        <w:t xml:space="preserve"> </w:t>
      </w:r>
      <w:r>
        <w:rPr>
          <w:rFonts w:ascii="Ebrima" w:hAnsi="Ebrima" w:eastAsia="Ebrima" w:cs="Ebrima"/>
        </w:rPr>
        <w:t>ዘቘጥዕ</w:t>
      </w:r>
      <w:r>
        <w:rPr>
          <w:rFonts w:ascii="Times New Roman" w:hAnsi="Times New Roman" w:eastAsia="Times New Roman" w:cs="Times New Roman"/>
        </w:rPr>
        <w:t xml:space="preserve"> </w:t>
      </w:r>
      <w:r>
        <w:rPr>
          <w:rFonts w:ascii="Ebrima" w:hAnsi="Ebrima" w:eastAsia="Ebrima" w:cs="Ebrima"/>
        </w:rPr>
        <w:t>እናኾነ</w:t>
      </w:r>
      <w:r>
        <w:rPr>
          <w:rFonts w:ascii="Times New Roman" w:hAnsi="Times New Roman" w:eastAsia="Times New Roman" w:cs="Times New Roman"/>
        </w:rPr>
        <w:t xml:space="preserve"> </w:t>
      </w:r>
      <w:r>
        <w:rPr>
          <w:rFonts w:ascii="Ebrima" w:hAnsi="Ebrima" w:eastAsia="Ebrima" w:cs="Ebrima"/>
        </w:rPr>
        <w:t>ጐይታ</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ንፍርዲ</w:t>
      </w:r>
      <w:r>
        <w:rPr>
          <w:rFonts w:ascii="Times New Roman" w:hAnsi="Times New Roman" w:eastAsia="Times New Roman" w:cs="Times New Roman"/>
        </w:rPr>
        <w:t xml:space="preserve"> </w:t>
      </w:r>
      <w:r>
        <w:rPr>
          <w:rFonts w:ascii="Ebrima" w:hAnsi="Ebrima" w:eastAsia="Ebrima" w:cs="Ebrima"/>
        </w:rPr>
        <w:t>ንኣሜሪካ</w:t>
      </w:r>
      <w:r>
        <w:rPr>
          <w:rFonts w:ascii="Times New Roman" w:hAnsi="Times New Roman" w:eastAsia="Times New Roman" w:cs="Times New Roman"/>
        </w:rPr>
        <w:t xml:space="preserve"> </w:t>
      </w:r>
      <w:r>
        <w:rPr>
          <w:rFonts w:ascii="Ebrima" w:hAnsi="Ebrima" w:eastAsia="Ebrima" w:cs="Ebrima"/>
        </w:rPr>
        <w:t>ብሰንበት</w:t>
      </w:r>
      <w:r>
        <w:rPr>
          <w:rFonts w:ascii="Times New Roman" w:hAnsi="Times New Roman" w:eastAsia="Times New Roman" w:cs="Times New Roman"/>
        </w:rPr>
        <w:t xml:space="preserve"> </w:t>
      </w:r>
      <w:r>
        <w:rPr>
          <w:rFonts w:ascii="Ebrima" w:hAnsi="Ebrima" w:eastAsia="Ebrima" w:cs="Ebrima"/>
        </w:rPr>
        <w:t>ሕጊ</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ክወስዶ፣</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ብተመሳሳሊ</w:t>
      </w:r>
      <w:r>
        <w:rPr>
          <w:rFonts w:ascii="Times New Roman" w:hAnsi="Times New Roman" w:eastAsia="Times New Roman" w:cs="Times New Roman"/>
        </w:rPr>
        <w:t xml:space="preserve"> </w:t>
      </w:r>
      <w:r>
        <w:rPr>
          <w:rFonts w:ascii="Ebrima" w:hAnsi="Ebrima" w:eastAsia="Ebrima" w:cs="Ebrima"/>
        </w:rPr>
        <w:t>ዓመፅ</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ንመላእ</w:t>
      </w:r>
      <w:r>
        <w:rPr>
          <w:rFonts w:ascii="Times New Roman" w:hAnsi="Times New Roman" w:eastAsia="Times New Roman" w:cs="Times New Roman"/>
        </w:rPr>
        <w:t xml:space="preserve"> </w:t>
      </w:r>
      <w:r>
        <w:rPr>
          <w:rFonts w:ascii="Ebrima" w:hAnsi="Ebrima" w:eastAsia="Ebrima" w:cs="Ebrima"/>
        </w:rPr>
        <w:t>ዓለም</w:t>
      </w:r>
      <w:r>
        <w:rPr>
          <w:rFonts w:ascii="Times New Roman" w:hAnsi="Times New Roman" w:eastAsia="Times New Roman" w:cs="Times New Roman"/>
        </w:rPr>
        <w:t xml:space="preserve"> </w:t>
      </w:r>
      <w:r>
        <w:rPr>
          <w:rFonts w:ascii="Ebrima" w:hAnsi="Ebrima" w:eastAsia="Ebrima" w:cs="Ebrima"/>
        </w:rPr>
        <w:t>ክወስዶ</w:t>
      </w:r>
      <w:r>
        <w:rPr>
          <w:rFonts w:ascii="Times New Roman" w:hAnsi="Times New Roman" w:eastAsia="Times New Roman" w:cs="Times New Roman"/>
        </w:rPr>
        <w:t xml:space="preserve"> </w:t>
      </w:r>
      <w:r>
        <w:rPr>
          <w:rFonts w:ascii="Ebrima" w:hAnsi="Ebrima" w:eastAsia="Ebrima" w:cs="Ebrima"/>
        </w:rPr>
        <w:t>ዝጥቀመሉ</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ዝውክል</w:t>
      </w:r>
      <w:r>
        <w:rPr>
          <w:rFonts w:ascii="Times New Roman" w:hAnsi="Times New Roman" w:eastAsia="Times New Roman" w:cs="Times New Roman"/>
        </w:rPr>
        <w:t xml:space="preserve"> </w:t>
      </w:r>
      <w:r>
        <w:rPr>
          <w:rFonts w:ascii="Ebrima" w:hAnsi="Ebrima" w:eastAsia="Ebrima" w:cs="Ebrima"/>
        </w:rPr>
        <w:t>ይገልጽ።</w:t>
      </w:r>
    </w:p>
    <w:p>
      <w:pPr>
        <w:pStyle w:val="ArticleBody"/>
        <w:jc w:val="left"/>
      </w:pPr>
      <w:r>
        <w:rPr>
          <w:rFonts w:ascii="Times New Roman" w:hAnsi="Times New Roman" w:eastAsia="Times New Roman" w:cs="Times New Roman"/>
        </w:rPr>
        <w:t>A na-ci nụle ikpeazụ akụkọ Aisaia n’akwụkwọ na-esote.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عیسیٰ مسیح کا مکاشفہ — نمبر آٹھ</dc:title>
  <dc:subject>میلادِ ایک قوم</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