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Səkkizinci Hissə</w:t>
      </w:r>
    </w:p>
    <w:p>
      <w:pPr>
        <w:pStyle w:val="ArticleSubtitle"/>
        <w:jc w:val="left"/>
      </w:pPr>
      <w:r>
        <w:rPr>
          <w:rFonts w:ascii="Arial" w:hAnsi="Arial" w:eastAsia="Arial" w:cs="Arial"/>
        </w:rPr>
        <w:t>Bir Proses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Yəhuda padşahı Yehoyaqimin padşahlığının üçüncü ilində Babil padşahı Navuxodonosor Yerusəlimə gəlib onu mühasirəyə aldı. Rəbb Yəhuda padşahı Yehoyaqimi, habelə Allahın evinin qablarının bir qismini onun əlinə verdi; o da bunları Şinar diyarına, öz allahının məbədinə apardı və qabları öz allahının xəzinə evinə qoydu. Daniel 1:1, 2.</w:t>
      </w:r>
    </w:p>
    <w:p>
      <w:pPr>
        <w:pStyle w:val="ArticleBody"/>
        <w:jc w:val="left"/>
      </w:pPr>
      <w:r>
        <w:rPr>
          <w:rFonts w:ascii="Times New Roman" w:hAnsi="Times New Roman" w:eastAsia="Times New Roman" w:cs="Times New Roman"/>
        </w:rPr>
        <w:t>Daniel və Vəhy kitabları eyni kitabdır və Daniel kitabında təsvir olunan eyni peyğəmbərlik xətləri Vəhy kitabında davam etdirilir. İsa Məsihin Vəhyi, möhlət dövrünün başa çatmasından dərhal əvvəl açılan son peyğəmbərlik xəbərini təmsil edir.</w:t>
      </w:r>
    </w:p>
    <w:p>
      <w:pPr>
        <w:pStyle w:val="ArticleBody"/>
        <w:jc w:val="left"/>
      </w:pPr>
      <w:r>
        <w:rPr>
          <w:rFonts w:ascii="Times New Roman" w:hAnsi="Times New Roman" w:eastAsia="Times New Roman" w:cs="Times New Roman"/>
        </w:rPr>
        <w:t>Keçmişdə Vəhy kitabından düzgün başa düşülmüş, lakin adət və ənənə tərəfindən möhürlənib qapanmış həqiqətlər hələ də həqiqətdir və bu gün onlar Yəhuda qəbiləsinin Şiri tərəfindən yenidən açılır; həmin həqiqətlər indi öz kamil yerinə yetməsini aşkara çıxarır.</w:t>
      </w:r>
    </w:p>
    <w:p>
      <w:pPr>
        <w:pStyle w:val="ArticleBody"/>
        <w:jc w:val="left"/>
      </w:pPr>
      <w:r>
        <w:rPr>
          <w:rFonts w:ascii="Times New Roman" w:hAnsi="Times New Roman" w:eastAsia="Times New Roman" w:cs="Times New Roman"/>
        </w:rPr>
        <w:t>Keçmişdə Daniel kitabından düzgün şəkildə dərk edilmiş, lakin adət və ənənə ilə möhürlənmiş həqiqətlər yenə də həqiqətdir; bu gün isə onlar Yəhuda qəbiləsinin Şiri tərəfindən yenidən açılır və həmin həqiqətlər indi öz kamil yerinə yetməsini aşkara çıxarır.</w:t>
      </w:r>
    </w:p>
    <w:p>
      <w:pPr>
        <w:pStyle w:val="ArticleBody"/>
        <w:jc w:val="left"/>
      </w:pPr>
      <w:r>
        <w:rPr>
          <w:rFonts w:ascii="Times New Roman" w:hAnsi="Times New Roman" w:eastAsia="Times New Roman" w:cs="Times New Roman"/>
        </w:rPr>
        <w:t>Daniel sadəcə İsa Məsihin Vəhyini təmsil edən iki kitabın birincisidir.</w:t>
      </w:r>
    </w:p>
    <w:p>
      <w:pPr>
        <w:pStyle w:val="ArticleBody"/>
        <w:jc w:val="left"/>
      </w:pPr>
      <w:r>
        <w:rPr>
          <w:rFonts w:ascii="Times New Roman" w:hAnsi="Times New Roman" w:eastAsia="Times New Roman" w:cs="Times New Roman"/>
        </w:rPr>
        <w:t>Yehoyaqim islahat hərəkatında birinci xəbərin gücləndirilməsinin rəmzidir. O, həmçinin əhdin də rəmzidir, çünki adın dəyişdirilməsi peyğəmbərcəsinə əhd münasibətinin başlanğıcını müəyyən edir. Allahın əvvəllər Onun əhd xalqı olmamış bir xalqla bağladığı əhd münasibəti birinci xəbərin gücləndirilməsi ilə başlayır.</w:t>
      </w:r>
    </w:p>
    <w:p>
      <w:pPr>
        <w:pStyle w:val="ArticleScripture"/>
        <w:jc w:val="left"/>
      </w:pPr>
      <w:r>
        <w:rPr>
          <w:rFonts w:ascii="Times New Roman" w:hAnsi="Times New Roman" w:eastAsia="Times New Roman" w:cs="Times New Roman"/>
        </w:rPr>
        <w:t>Vaxtilə xalq olmayan sizlər, indi Allahın xalqısınız; mərhəmət tapmamış olan sizlər, indi mərhəmət tapmısınız. 1 Peter 2:10.</w:t>
      </w:r>
    </w:p>
    <w:p>
      <w:pPr>
        <w:pStyle w:val="ArticleBody"/>
        <w:jc w:val="left"/>
      </w:pPr>
      <w:r>
        <w:rPr>
          <w:rFonts w:ascii="Times New Roman" w:hAnsi="Times New Roman" w:eastAsia="Times New Roman" w:cs="Times New Roman"/>
        </w:rPr>
        <w:t>Adın dəyişdirilməsinin əhd münasibətini təmsil edən bir rəmz olması, Abramın adının İbrahimə, Sarayın adının Saraya, Yaqubun adının İsrailə və Şaulun adının Paula dəyişdirilməsi ilə təsbit edilir. Bu rəmzə dair başqa şahidliklər də vardır, lakin Daniel kitabının birinci fəslində Danielin adı Beltşassara, Xananyanın adı Şadraka, Mişaelin adı Meşaka və Azaryanın adı Avedneqoya dəyişdirilir.</w:t>
      </w:r>
    </w:p>
    <w:p>
      <w:pPr>
        <w:pStyle w:val="ArticleBody"/>
        <w:jc w:val="left"/>
      </w:pPr>
      <w:r>
        <w:rPr>
          <w:rFonts w:ascii="Times New Roman" w:hAnsi="Times New Roman" w:eastAsia="Times New Roman" w:cs="Times New Roman"/>
        </w:rPr>
        <w:t>Rəbb bir xalqla əhd münasibətinə girdiyi zaman, eyni anda əvvəlki bir əhd xalqının yanından keçməkdədir. Yehoyaqim yanından keçilən əhd xalqını təmsil edir, Daniel, Xananya, Mişael və Azarya isə bundan sonra seçilən əhd xalqını təmsil edirlər. İnsanlar əhd münasibətinə daxil olduqda, daha sonra əhdin şərtlərini qoruyub saxlayacaqları baxımından sınağa çəkilirlər. Bu sınaq yemək yemək əməli ilə təmsil olunur.</w:t>
      </w:r>
    </w:p>
    <w:p>
      <w:pPr>
        <w:pStyle w:val="ArticleBody"/>
        <w:jc w:val="left"/>
      </w:pPr>
      <w:r>
        <w:rPr>
          <w:rFonts w:ascii="Times New Roman" w:hAnsi="Times New Roman" w:eastAsia="Times New Roman" w:cs="Times New Roman"/>
        </w:rPr>
        <w:t>Adəm və Həvva yemək əməlinə görə sınaqda uğursuz oldular və Allah ilk dəfə seçilmiş bir xalqla əhdə daxil olduqda, həmin münasibətə onları manna ilə sınamaqla başladı. Qədim İsrail nəhayət həmin sınaqda uğursuz oldu, lakin bunu etməklə onlar əhd sınağının tək bir sınaq deyil, sınaq prosesi olduğunu göstərən ilk istinadı və ilk şahidliyi ortaya qoydular. Onuncu sınaqda onlara növbəti qırx il ərzində səhrada ölmək hökmü verildi. Bundan sonra Allah Yeşua və Kalevlə əhdə daxil oldu; beləliklə, Rəbb seçilmiş bir xalqla əhdə daxil olduqda, eyni zamanda əvvəlki bir əhd xalqının yanından keçib getdiyinə də şahidlik verildi. Qədim İsrailin sonunda, hansı ki ruhani İsrailin də başlanğıcı idi, qədim İsrail üçün sonuncu sınaq prosesi ruhani İsrail üçün birinci sınaq prosesi idi və o, Göylərin Çörəyi kimi təmsil olunmuşdu. Bu, birinci əhd sınaq prosesində manna ilə əvvəlcədən tipoloji şəkildə göstərilmişdi.</w:t>
      </w:r>
    </w:p>
    <w:p>
      <w:pPr>
        <w:pStyle w:val="ArticleBody"/>
        <w:jc w:val="left"/>
      </w:pPr>
      <w:r>
        <w:rPr>
          <w:rFonts w:ascii="Times New Roman" w:hAnsi="Times New Roman" w:eastAsia="Times New Roman" w:cs="Times New Roman"/>
        </w:rPr>
        <w:t>Həm ilk, həm də son sınaq prosesi olan həmin sınaq prosesində İsa, Ona məxsus əhd xalqının Onun bədənini yeməli və qanını içməli olduğunu söylədikdə, səmavi Çörəyin sınağını müəyyənləşdirdi. O, bu təqdimatda Öz xidmətinin başqa hər hansı bir vaxtındakından daha çox şagird itirdi. Onun xidmətindəki həmin mübahisə əhd üzrə sınaq prosesinin təsvirinin ən yüksək nöqtəsi idi və Sister White bu hadisə barədə “Desire of Ages” əsərində, fəslin başlığının “The Crisis in Galilee” olduğu yerdə, geniş şəkildə fikir bildirir. Galilee adı “bir menteşə” və ya “bir dönüş nöqtəsi” mənasını verir və həmin fəsildə o, şagirdlərin nə üçün Ondan üz döndərdiklərini izah edir. Onlar Onun bədənini yemək və qanını içmək tələbinə dair şəhadətini düzgün peyğəmbərlik metodologiyası ilə tətbiq etməkdən imtina etdilər. O, onların şeytanın qədim İsrailin Müqəddəs Kitab anlayışına aşılamış olduğu peyğəmbərlik anlayışlarının adət və ənənələrinə bağlı qaldıqlarını göstərdi. Həmin yanlış anlamalar onlara, öz zənnlərinə görə, Onun sözlərini ruhani deyil, hərfi şəkildə tətbiq etmək üçün bəhanə verirdi. O həmçinin qeyd edir ki, Yəhyanın altıncı fəslində (John 6:66) müəyyən edilən və İsadan “üz döndərən”lərə (Galilee) gəldikdə, onlar artıq heç vaxt Onunla bir daha yerimədilər.</w:t>
      </w:r>
    </w:p>
    <w:p>
      <w:pPr>
        <w:pStyle w:val="ArticleBody"/>
        <w:jc w:val="left"/>
      </w:pPr>
      <w:r>
        <w:rPr>
          <w:rFonts w:ascii="Times New Roman" w:hAnsi="Times New Roman" w:eastAsia="Times New Roman" w:cs="Times New Roman"/>
        </w:rPr>
        <w:t>Qədim İsrailin həm ilk, həm də son əhd sınağı prosesində görürük ki, Allah seçilmiş bir xalqla əhd münasibətinə daxil olduqda, eyni zamanda əvvəlki əhd xalqının yanından keçir. Həmçinin görürük ki, O, həmin xalqı tək bir sınaqla deyil, sınaq prosesi ilə yoxlayır. Həm də görürük ki, bu sınaq prosesi yeyilməli olan bir şeylə təmsil olunur. Yenə görürük ki, həmin qida Allahın Kəlamını təmsil edir və sınaq, yeyiləcək iki növ qida arasında edilən seçimi ehtiva edir. Allahın bizə yeyə biləcəyimizi dediyi hər ağacdanmı yeyirik, yoxsa yeməyimiz qadağan olunmuş ağacdanmı yeyirik? Həmçinin görürük ki, nəyi yemək seçiminə, təqdim olunan qidanı necə yediyimizlə bağlı sınaq da daxildir.</w:t>
      </w:r>
    </w:p>
    <w:p>
      <w:pPr>
        <w:pStyle w:val="ArticleBody"/>
        <w:jc w:val="left"/>
      </w:pPr>
      <w:r>
        <w:rPr>
          <w:rFonts w:ascii="Times New Roman" w:hAnsi="Times New Roman" w:eastAsia="Times New Roman" w:cs="Times New Roman"/>
        </w:rPr>
        <w:t>Ruhani İsrailin sonunda, Millerçi hərəkat dövründə, birinci xəbər 11 avqust 1840-cı ildə qüvvətləndirildi. Yəhoyaqim burada o zaman Babilə aparılaraq onun qızları olmalı olan protestantları təmsil edir. Vəhy onuncu fəslin mələyi enib əlində açıq kiçik kitab olduğu zaman onlar bir sınaqla üz-üzə qaldılar. Necə ki, Yəhoyaqim Navuxodonosorun tələblərinə qarşı üsyan etdi və bundan sonra əsarətə aparıldı, eləcə də protestantlar Qaranlıq Əsrlərdən özləri ilə gətirdikləri ənənə və adətlərə əsaslanaraq mələyin əlindəki yeməyi yeməkdən imtina etdilər.</w:t>
      </w:r>
    </w:p>
    <w:p>
      <w:pPr>
        <w:pStyle w:val="ArticleBody"/>
        <w:jc w:val="left"/>
      </w:pPr>
      <w:r>
        <w:rPr>
          <w:rFonts w:ascii="Times New Roman" w:hAnsi="Times New Roman" w:eastAsia="Times New Roman" w:cs="Times New Roman"/>
        </w:rPr>
        <w:t>1844-cü ilin yazına qədər sınaq prosesi Yehoyaqim və protestantlar üçün “dönüş nöqtəsi”nə çatmışdı və necə ki, ruhani İsrail üçün olan birinci sınaq prosesində olmuşdu, onlar da “döndülər” və artıq İsa ilə bir daha yerimədilər. Həmin tarixdə Daniel, Hananya, Mişael və Azarya Millerçiləri təmsil edirlər; onlar ağızlarında şirin, lakin qarınlarında acı olan kiçik kitabı yeməyi seçdilər.</w:t>
      </w:r>
    </w:p>
    <w:p>
      <w:pPr>
        <w:pStyle w:val="ArticleBody"/>
        <w:jc w:val="left"/>
      </w:pPr>
      <w:r>
        <w:rPr>
          <w:rFonts w:ascii="Times New Roman" w:hAnsi="Times New Roman" w:eastAsia="Times New Roman" w:cs="Times New Roman"/>
        </w:rPr>
        <w:t>Əgər biz Adəm və Həvvanı da daxil etsək, sınağın yemək yemək əməli ilə təmsil olunduğunu göstərən dörd klassik şahidimiz vardır. İlkə və axıra məxsus əlaməti daşıyan bir neçə peyğəmbərlik şahidimiz də vardır. Mannanın sınağına dair şahid ilk şahiddir, Səmavi Çörəyin sınağı isə həm ruhani İsrail üçün ilk sınaq, həm də qədim İsrail üçün son şahiddir. Kiçik kitabın sınağı həm ilkdir, həm də sondur. O, ruhani İsrailin səhradakı kilsə olaraq sərgərdanlığının sonudur və Allahın son adlı xalqı olmaq üçün seçilmiş olanların birincisidir. Millerçilər Allahın adlı xalqının başlanğıcı idilər; bu xalq Protestantlığın həqiqi buynuzu kimi müəyyən edilməli idi. Birinci xəbər qüvvətləndirildiyi zaman başlayan sınaq prosesinə dair bir neçə şahid vardır.</w:t>
      </w:r>
    </w:p>
    <w:p>
      <w:pPr>
        <w:pStyle w:val="ArticleBody"/>
        <w:jc w:val="left"/>
      </w:pPr>
      <w:r>
        <w:rPr>
          <w:rFonts w:ascii="Times New Roman" w:hAnsi="Times New Roman" w:eastAsia="Times New Roman" w:cs="Times New Roman"/>
        </w:rPr>
        <w:t>Sınaq proseslərində elə bir “dönüş nöqtəsi” yetişir ki, şagirdlərin demək olar ki, hamısı üz döndərir. Yeşua və Kalebin şəhadəti zamanı bütün İsrail üz döndərdi və Misirə qayıtmağa cəhd göstərdi. Qalileyadakı kilsədə şagirdlərin əksəriyyəti üz döndərdi. İsa Alfa və Omeqa olduğuna görə, sınaq prosesinin sonunda təmsil olunan “dönüş nöqtəsi” sınaq prosesinin əvvəlində də təsvir edilir. Qədim İsrail üçün manna ilk dəfə verildikdə, göstərişlərdən dərhal üz döndərənlər oldu. Məsihin vəftizi zamanı O, üz döndərib səhraya getdi. Bacı Uayt dönüş nöqtəsi rəmzindən çox maarifləndirici şəkildə istifadə edir.</w:t>
      </w:r>
    </w:p>
    <w:p>
      <w:pPr>
        <w:pStyle w:val="ArticleScripture"/>
        <w:jc w:val="left"/>
      </w:pPr>
      <w:r>
        <w:rPr>
          <w:rFonts w:ascii="Times New Roman" w:hAnsi="Times New Roman" w:eastAsia="Times New Roman" w:cs="Times New Roman"/>
        </w:rPr>
        <w:t>“Millətlərin və kilsənin tarixində dönüş nöqtələri olan dövrlər vardır. Allahın inayəti ilə, bu müxtəlif böhranlar yetişdiyi zaman, həmin vaxt üçün olan nur verilir. Əgər o qəbul edilərsə, ruhani tərəqqi baş verir; əgər rədd edilərsə, ruhani tənəzzül və məhv ardınca gəlir. Rəbb Öz Kəlamında Müjdənin keçmişdə necə irəli aparılmış olduğunu və gələcəkdə, hətta son qarşıdurmaya qədər, necə aparılacağını açmışdır; həmin qarşıdurmada şeytani vasitələr öz son möhtəşəm hərəkətlərini edəcəklər. Həmin Kəlamdan anlayırıq ki, indi xeyirlə şər arasında — qaranlığın şahzadəsi Şeytanla həyatın Şahzadəsi Məsih arasında — son böyük qarşıdurmanı gətirib çıxaracaq qüvvələr fəaliyyətdədir. Lakin Allahı sevən və Ondan qorxan insanlar üçün gələcək zəfər, Onun taxtının göylərdə bərqərar olması qədər qətidir.” Bible Echo, 26 avqust 1895.</w:t>
      </w:r>
    </w:p>
    <w:p>
      <w:pPr>
        <w:pStyle w:val="ArticleBody"/>
        <w:jc w:val="left"/>
      </w:pPr>
      <w:r>
        <w:rPr>
          <w:rFonts w:ascii="Times New Roman" w:hAnsi="Times New Roman" w:eastAsia="Times New Roman" w:cs="Times New Roman"/>
        </w:rPr>
        <w:t>Mənna qədim İsrailə ilk dəfə verildikdə, həmin tarix üçün işıq verildi. Məsihin vəftizi zamanı həmin tarix üçün işıq verildi. 11 avqust 1840-cı ildə həmin tarix üçün işıq verildi. Həmin dönüş nöqtələrinin hər biri sonda başqa bir dönüş nöqtəsində başa çatan sınaq prosesinin başlanğıcını göstərir; o zaman əvvəlki əhd xalqı üz döndərir və artıq Məsihlə birlikdə yerimir.</w:t>
      </w:r>
    </w:p>
    <w:p>
      <w:pPr>
        <w:pStyle w:val="ArticleBody"/>
        <w:jc w:val="left"/>
      </w:pPr>
      <w:r>
        <w:rPr>
          <w:rFonts w:ascii="Times New Roman" w:hAnsi="Times New Roman" w:eastAsia="Times New Roman" w:cs="Times New Roman"/>
        </w:rPr>
        <w:t>Bu müxtəlif sınaq prosesləri həm əvvəlki əhd xalqı, həm də yeni əhd xalqı üçün bir sınaq prosesini təmsil etdiyinə görə, sınaq prosesinin iki nəticəsi vardır. Sınaq prosesinin nəticəsi və buna görə də Millerit tarixində protestantlar üçün son dönüş nöqtəsi 1844-cü ilin yazı idi. Sınaq prosesinin nəticəsi (1844-cü ilin payızında), yaxud Milleritlərin özləri üçün dönüş nöqtəsi, Allahın keçmiş xalqı üçün olan dönüş nöqtəsindən sonra baş verdi.</w:t>
      </w:r>
    </w:p>
    <w:p>
      <w:pPr>
        <w:pStyle w:val="ArticleBody"/>
        <w:jc w:val="left"/>
      </w:pPr>
      <w:r>
        <w:rPr>
          <w:rFonts w:ascii="Times New Roman" w:hAnsi="Times New Roman" w:eastAsia="Times New Roman" w:cs="Times New Roman"/>
        </w:rPr>
        <w:t>Məsihin tarixində sınaq prosesi Onun məbədi iki dəfə təmizləməsi ilə müəyyən edilir: bir dəfə xidmətinin başlanğıcında, sonra isə yenə xidmətinin sonunda.</w:t>
      </w:r>
    </w:p>
    <w:p>
      <w:pPr>
        <w:pStyle w:val="ArticleScripture"/>
        <w:jc w:val="left"/>
      </w:pPr>
      <w:r>
        <w:rPr>
          <w:rFonts w:ascii="Times New Roman" w:hAnsi="Times New Roman" w:eastAsia="Times New Roman" w:cs="Times New Roman"/>
        </w:rPr>
        <w:t>“İsa Öz ictimai xidmətinə başlayanda Məbədi onun müqəddəsliyi təhqir edən murdarlığından təmizlədi. Onun xidmətinin son əməlləri sırasında Məbədin ikinci dəfə təmizlənməsi də var idi. Beləliklə, dünyaya edilən son xəbərdarlıq işində kilsələrə iki ayrı çağırış edilir. İkinci mələyin xəbəri belədir: ‘Böyük şəhər Babil yıxıldı, yıxıldı, çünki o, bütün millətlərə öz zinakarlığının qəzəb şərabından içirdi’ (Vəhy 14:8). Və üçüncü mələyin xəbərinin uca hayqırtısında göydən bir səs eşidilir: ‘Ey Mənim xalqım, ondan çıxın ki, onun günahlarına şərik olmayasınız və onun bəla­larına düçar olmayasınız. Çünki onun günahları göyə qədər çatmışdır və Allah onun haqsızlıqlarını yada salmışdır’ (Vəhy 18:4, 5).” Selected Messages, 2-ci kitab, 118.</w:t>
      </w:r>
    </w:p>
    <w:p>
      <w:pPr>
        <w:pStyle w:val="ArticleBody"/>
        <w:jc w:val="left"/>
      </w:pPr>
      <w:r>
        <w:rPr>
          <w:rFonts w:ascii="Times New Roman" w:hAnsi="Times New Roman" w:eastAsia="Times New Roman" w:cs="Times New Roman"/>
        </w:rPr>
        <w:t>Məsihin məbədi iki dəfə təmizləməsinin sınaq prosesi, Peyğəmbərlik Ruhu yazılarında Malaki kitabının üçüncü fəsli ilə uyğunluq təşkil edir.</w:t>
      </w:r>
    </w:p>
    <w:p>
      <w:pPr>
        <w:pStyle w:val="ArticleScripture"/>
        <w:jc w:val="left"/>
      </w:pPr>
      <w:r>
        <w:rPr>
          <w:rFonts w:ascii="Times New Roman" w:hAnsi="Times New Roman" w:eastAsia="Times New Roman" w:cs="Times New Roman"/>
        </w:rPr>
        <w:t>“Məbədi dünyanın alıcı və satıcılarından təmizləməklə, İsa ürəyi günahın murdarlığından,—ruhu pozan dünyəvi arzularından, eqoist şəhvətlərdən, pis vərdişlərdən təmizləmək missiyasını bəyan etdi. Malaki 3:1–3 sitat gətirilmişdir.” The Desire of Ages, 161.</w:t>
      </w:r>
    </w:p>
    <w:p>
      <w:pPr>
        <w:pStyle w:val="ArticleBody"/>
        <w:jc w:val="left"/>
      </w:pPr>
      <w:r>
        <w:rPr>
          <w:rFonts w:ascii="Times New Roman" w:hAnsi="Times New Roman" w:eastAsia="Times New Roman" w:cs="Times New Roman"/>
        </w:rPr>
        <w:t>Allahın xalqının təmizlənməsi bir neçə peyğəmbərlik xətti ilə təkrar-təkrar eyniləşdirilən sınaq prosesini təmsil edir. Adəm və Həvvadan başlayaraq Millerçi tarixədək hər bir istinad yüz qırx dörd minin təmizlənməsini təmsil edir.</w:t>
      </w:r>
    </w:p>
    <w:p>
      <w:pPr>
        <w:pStyle w:val="ArticleScripture"/>
        <w:jc w:val="left"/>
      </w:pPr>
      <w:r>
        <w:rPr>
          <w:rFonts w:ascii="Times New Roman" w:hAnsi="Times New Roman" w:eastAsia="Times New Roman" w:cs="Times New Roman"/>
        </w:rPr>
        <w:t>“Bu yer üzünün tarixinin son günlərində Allahın əmrlərini yerinə yetirən xalqı ilə olan əhdi yenilənməlidir.” Review and Herald, 26 fevral 1914.</w:t>
      </w:r>
    </w:p>
    <w:p>
      <w:pPr>
        <w:pStyle w:val="ArticleBody"/>
        <w:jc w:val="left"/>
      </w:pPr>
      <w:r>
        <w:rPr>
          <w:rFonts w:ascii="Times New Roman" w:hAnsi="Times New Roman" w:eastAsia="Times New Roman" w:cs="Times New Roman"/>
        </w:rPr>
        <w:t>Yüz qırx dörd min nəfərin təmizlənmə prosesi, Daniel kitabında olan ilk istinaddır; Daniel isə birlikdə insanın möhləti başa çatmazdan az əvvəl möhüründən açılan İsa Məsihin Vəhyini təmsil edən iki kitabın birincisidir. Yüz qırx dörd min nəfərin təmizlənmə prosesi həmçinin möhürlənmə prosesi kimi də təqdim olunur. Yüz qırx dörd min nəfərin təmizlənmə, möhürlənmə prosesinə dair ilk xəbər 11 sentyabr 2001-ci ildə başladıqda, bu, kilsə və dünya üçün dönüş nöqtəsi oldu. Vəhy kitabının on səkkizinci fəslində dünyanı öz izzəti ilə işıqlandıran mələk də o zaman gəldi. Bununla belə, Vəhy 18-də mələk əlində yeyəcək bir şey tutan kimi təsvir edilmir — lakin o, oradadır. Kiçik kitab oradadır. O, “sətir üstə sətir” kimi peyğəmbər Yeşayanın ifadə etdiyi metodologiyanı yeməyi seçənlər tərəfindən asanlıqla tanına bilər.</w:t>
      </w:r>
    </w:p>
    <w:p>
      <w:pPr>
        <w:pStyle w:val="ArticleBody"/>
        <w:jc w:val="left"/>
      </w:pPr>
      <w:r>
        <w:rPr>
          <w:rFonts w:ascii="Times New Roman" w:hAnsi="Times New Roman" w:eastAsia="Times New Roman" w:cs="Times New Roman"/>
        </w:rPr>
        <w:t>“Sətir üstünə sətir” qoymaqla biz belə anlayırıq ki, Məsih 11 sentyabr 2001-ci ildə endikdə, Onun yanında həmçinin “kiçik kitab” var idi; bu, “manna”, “göy çörəyi” və “kiçik kitab” kimi təmsil olunmuşdu. Lakin 11 sentyabr 2001-ci ildə, Yehoyaqim tərəfindən təmsil olunan əvvəlki seçilmiş xalq, Adventizmin adət və ənənələrinə bağlı qalmağı seçdi və sonra bazar günü qanununda tamamlanacaq Babil əsarətinə doğru yürüşünə başladı.</w:t>
      </w:r>
    </w:p>
    <w:p>
      <w:pPr>
        <w:pStyle w:val="ArticleScripture"/>
        <w:jc w:val="left"/>
      </w:pPr>
      <w:r>
        <w:rPr>
          <w:rFonts w:ascii="Times New Roman" w:hAnsi="Times New Roman" w:eastAsia="Times New Roman" w:cs="Times New Roman"/>
        </w:rPr>
        <w:t>“İndi belə bir söz yayılır ki, guya mən Nyu-Yorkun gelgit dalğası ilə süpürülüb aparılacağını bəyan etmişəm? Mən bunu heç vaxt deməmişəm. Mən demişəm ki, orada mərtəbə üstünə mərtəbə ucalan nəhəng binalara baxarkən belə düşünürdüm: ‘Rəbb yeri dəhşətli surətdə sarsıtmaq üçün qalxdığı zaman necə dəhşətli səhnələr baş verəcək! O zaman Vəhy 18:1–3 ayələrinin sözləri yerinə yetəcək.’ Vəhy kitabının on səkkizinci fəslinin hamısı yer üzərinə gəlməkdə olanlar barədə bir xəbərdarlıqdır. Lakin Nyu-Yorkun başına gələcək şeylər barəsində mənə xüsusi olaraq heç bir nur verilməyib; yalnız bunu bilirəm ki, bir gün oradakı böyük binalar Allahın qüdrətinin çevirməsi və alt-üst etməsi ilə yıxılacaq. Mənə verilən nurdan bilirəm ki, məhvetmə dünyadadır. Rəbbdən çıxan bir söz, Onun qüdrətli gücünün bir toxunuşu — və bu nəhəng tikililər uçub dağılacaq.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2001-ci il sentyabrın 11-də “Allahın qüdrətinin döndərməsi və alt-üst etməsi ilə” “Nyu-York”un “böyük binaları” “yerə yıxıldığı” zaman, Vəhy on səkkizinci fəslin mələyinin nuru bütün yer üzünü doldurdu; çünki Vəhy on üçüncü fəslin yer heyvanının tarixində bir dönüş nöqtəsi gəlib çatmışdı.</w:t>
      </w:r>
    </w:p>
    <w:p>
      <w:pPr>
        <w:pStyle w:val="ArticleScripture"/>
        <w:jc w:val="left"/>
      </w:pPr>
      <w:r>
        <w:rPr>
          <w:rFonts w:ascii="Times New Roman" w:hAnsi="Times New Roman" w:eastAsia="Times New Roman" w:cs="Times New Roman"/>
        </w:rPr>
        <w:t>“Xalqların və kilsənin tarixində dönüş nöqtələri olan dövrlər vardır. Allahın inayəti ilə, bu müxtəlif böhranlar yetişdiyi zaman, həmin vaxt üçün işıq verilir. Əgər o qəbul olunarsa, ruhani tərəqqi baş verir; əgər rədd olunarsa, bunun ardınca ruhani tənəzzül və iman gəmisinin qəzaya uğraması gəlir.” Bible Echo, 26 avqust 1895.</w:t>
      </w:r>
    </w:p>
    <w:p>
      <w:pPr>
        <w:pStyle w:val="ArticleBody"/>
        <w:jc w:val="left"/>
      </w:pPr>
      <w:r>
        <w:rPr>
          <w:rFonts w:ascii="Times New Roman" w:hAnsi="Times New Roman" w:eastAsia="Times New Roman" w:cs="Times New Roman"/>
        </w:rPr>
        <w:t>Vəhy on səkkizin mələyinin işığı 11 sentyabr 2001-ci ildə gəldikdə, işığı qəbul edənlər ruhani cəhətdən irəlilədi, işığı rədd edənlər isə ruhani cəhətdən tənəzzülə uğradı və bazar günü qanunu olan son dönüş nöqtələrinə doğru üsyankar səfərlərinə başladılar; orada onlar üçüncü mələyin elçiləri kimi etiraflarını həmişəlik gəmi qəzasına uğradırlar. Yəhya 6:66-da üz döndərib artıq Məsihlə yeriməyən Qalileyalılar, ilk dəfə Onun vəftizində gəlmiş olan işıqdan üz döndərirdilər; məhz orada həmin sınaq tarixinin birinci xəbəri qüvvətləndirilmişdi. Daniel kitabının birinci fəslində, birinci xəbər qüvvətləndirildiyi tarixdə iki ibadət edən sinfi təsvir olunur. Yehoyaqim imanı gəmi qəzasına uğradanları təmsil edir, Daniel, Hananya, Mişael və Azarya isə sadiqləri təmsil edirlər.</w:t>
      </w:r>
    </w:p>
    <w:p>
      <w:pPr>
        <w:pStyle w:val="ArticleScripture"/>
        <w:jc w:val="left"/>
      </w:pPr>
      <w:r>
        <w:rPr>
          <w:rFonts w:ascii="Times New Roman" w:hAnsi="Times New Roman" w:eastAsia="Times New Roman" w:cs="Times New Roman"/>
        </w:rPr>
        <w:t>Yəhuda padşahı Yehoyaqimin padşahlığının üçüncü ilində Babil padşahı Navuxodonosor Yerusəlimə gəlib onu mühasirəyə aldı. Rəbb Yəhuda padşahı Yehoyaqimi, eləcə də Allahın evinin qablarının bir hissəsini onun əlinə verdi; o da bunları Şinar ölkəsinə, öz allahının evinə apardı və qabları öz allahının xəzinə evinə qoydu. Padşah hərəmliklərin başçısı Aşpenaza əmr etdi ki, İsrail övladlarından, padşah nəslindən və əsilzadələrdən bəzilərini gətirsin; elə cavanları ki, onlarda heç bir qüsur olmasın, gözəl görkəmli, hər cür hikmətdə bacarıqlı, bilikdə mahir, elmdə anlayışlı olsunlar və padşah sarayında durmağa qabiliyyətləri çatsın; həm də onlara Kaldelilərin yazısını və dilini öyrətsinlər. Padşah onlara hər gün padşahın yeməyindən və içdiyi şərabdan pay təyin etdi; beləliklə, üç il onları bəsləsinlər ki, bunun sonunda padşahın hüzurunda dursunlar. Bunların arasında Yəhuda övladlarından Daniyel, Xananya, Mişael və Azarya da var idi. Hərəmliklərin başçısı onlara adlar verdi: Daniyeli Belteşassar, Xananyanı Şadrak, Mişaeli Meşak, Azaryanı isə Avedneqo adlandırdı. Lakin Daniyel ürəyində qərara aldı ki, padşahın yeməyindən olan payla, yaxud onun içdiyi şərabla özünü murdarlamasın; buna görə də hərəmliklərin başçısından xahiş etdi ki, özünü murdarlamasın. Daniel 1:1-8.</w:t>
      </w:r>
    </w:p>
    <w:p>
      <w:pPr>
        <w:pStyle w:val="ArticleBody"/>
        <w:jc w:val="left"/>
      </w:pPr>
      <w:r>
        <w:rPr>
          <w:rFonts w:ascii="Times New Roman" w:hAnsi="Times New Roman" w:eastAsia="Times New Roman" w:cs="Times New Roman"/>
        </w:rPr>
        <w:t>Daniyel, Xananya, Mişael və Azarya Yəhudanın övladları idilər. Onlar xədim edildilər və beləliklə Adventizmin son nəslini təmsil etdilər. Qədim padşahların bir çoxu kimi, Navuxodonosor da bu dörd Yəhuda gəncini axtaltdırdı ki, onlar qul kimi xidmət edərkən və padşahın arvadları və cariyələri ilə təmasda olarkən padşahın daşıya biləcəyi hər hansı narahatlığı aradan qaldırsın.</w:t>
      </w:r>
    </w:p>
    <w:p>
      <w:pPr>
        <w:pStyle w:val="ArticleBody"/>
        <w:jc w:val="left"/>
      </w:pPr>
      <w:r>
        <w:rPr>
          <w:rFonts w:ascii="Times New Roman" w:hAnsi="Times New Roman" w:eastAsia="Times New Roman" w:cs="Times New Roman"/>
        </w:rPr>
        <w:t>Simvolik olaraq bu, Adventizmin son nəslini təmsil edir, çünki bu dörddən sonra daha Yəhuda nəsli olmayacaqdı. Dörd ümumdünya miqyasının rəmzidir və buna görə də Allahın peyğəmbərlik Kəlamının yerinə yetməsi kimi 11 sentyabr 2001-ci ili tanıyan bütün dünyadakı Yeddinci Gün Adventistlərinin son nəslini təmsil edir.</w:t>
      </w:r>
    </w:p>
    <w:p>
      <w:pPr>
        <w:pStyle w:val="ArticleBody"/>
        <w:jc w:val="left"/>
      </w:pPr>
      <w:r>
        <w:rPr>
          <w:rFonts w:ascii="Times New Roman" w:hAnsi="Times New Roman" w:eastAsia="Times New Roman" w:cs="Times New Roman"/>
        </w:rPr>
        <w:t>Həmin Yeddinci Gün Adventistləri Allahın peyğəmbərlik Kəlamının mövzusudur, çünki onlar yüz qırx dörd min olmağa çağırılanlardır. Lakin onların peyğəmbərlik irsi 1863-cü ildə atalarının üsyanı ilə başladı. Həmin ilkin üsyanı tanımaq demək olar ki, qeyri-mümkündür, çünki o, getdikcə artan üsyanın dörd nəslinin ənənələri və adət-ənənələri ilə ört-basdır edilmişdir. Onu tanımaq çətin olsa da, görülməli və etiraf edilməlidir, necə ki, Daniel nəhayət Daniel kitabının doqquzuncu fəslində bunu edir. O, bunu Allahın peyğəmbərlik Kəlamında yerləşən həqiqəti tanımaqla etdi.</w:t>
      </w:r>
    </w:p>
    <w:p>
      <w:pPr>
        <w:pStyle w:val="ArticleBody"/>
        <w:jc w:val="left"/>
      </w:pPr>
      <w:r>
        <w:rPr>
          <w:rFonts w:ascii="Times New Roman" w:hAnsi="Times New Roman" w:eastAsia="Times New Roman" w:cs="Times New Roman"/>
        </w:rPr>
        <w:t>Daniel və üç sadiq gəncin birbaşa nəslindən gəldiyi üsyan, atalarının onları əhatə edən bütpərəst təsirlərdən ayrı qalmaqdan imtina etməsi idi. 1863-cü ildə Laodikeya Adventizmi, Millerin Levililər iyirmi altıncı fəsildəki “yeddi dəfə”nin müəyyənləşdirilməsini rədd etmələrini müdafiə etmək üçün mürtəd Protestantlığın və Katolisizmin bibliya metodologiyasına qayıtdı. Daniel və üç sadiq gənc üçün həmin üsyan padşah Hizqiya ilə təmsil olunurdu.</w:t>
      </w:r>
    </w:p>
    <w:p>
      <w:pPr>
        <w:pStyle w:val="ArticleBody"/>
        <w:jc w:val="left"/>
      </w:pPr>
      <w:r>
        <w:rPr>
          <w:rFonts w:ascii="Times New Roman" w:hAnsi="Times New Roman" w:eastAsia="Times New Roman" w:cs="Times New Roman"/>
        </w:rPr>
        <w:t>Padşah Hizqiya ölməmək üçün Rəbbə yalvardı və Rəbb ona daha 15 il verdikdə onun duası cavablandırıldı. Bununla o, Yəhudanın ən pis padşahlarından biri olan, eyni zamanda Yəhudanın tədrici yeddi mərhələli fəth və əsarət altına alınmasının başlanğıcını işarələyən padşah Mənəşşeyə ata oldu. 1856-cı ildə Həqiqi Şahid Laodikeyalı Adventizmin qapısını döyməyə gəldi, lakin onlar yaşamağı seçdilər və mənliyə ölmədilər. 1863-cü ilə qədər onlar “Əriha”nı yenidən qurmuş və nəticədə 11 sentyabr 2001-ci ili bazar qanunu ilə sona çatan ruhani Babil əsarətinə doğru üç mərhələli səfərlərinin başlanğıcı kimi tanımalarına mane olan getdikcə artan üsyanı başlamışdılar.</w:t>
      </w:r>
    </w:p>
    <w:p>
      <w:pPr>
        <w:pStyle w:val="ArticleBody"/>
        <w:jc w:val="left"/>
      </w:pPr>
      <w:r>
        <w:rPr>
          <w:rFonts w:ascii="Times New Roman" w:hAnsi="Times New Roman" w:eastAsia="Times New Roman" w:cs="Times New Roman"/>
        </w:rPr>
        <w:t>Padşah Xizqiya üçün 1863, yaşamaq barədə etdiyi duanın qəbul olunduğu zaman gəldi. Rəbb onun duasının qəbul edildiyinə dair bir əlamət verdi. Allah günəşi hərəkət etdirməklə duanı təsdiqlədi və babillilər bunun nə məna daşıdığını bilməsələr də, göylərdə Allahın fəaliyyətini gördülər. Sonra babillilər günəşi idarə etməyə qadir olan Allah haqqında öyrənmək üçün Yerusəlimə gəldilər. Göyün Allahını izzətləndirmək əvəzinə, padşah Xizqiya, özünə ölmək əvəzinə, Öz adını həmin məbəd və şəhərdə qərarlaşdırmağı seçmiş olan Allahın əvəzinə öz məbədini və şəhərini izzətləndirməyi seçdi.</w:t>
      </w:r>
    </w:p>
    <w:p>
      <w:pPr>
        <w:pStyle w:val="ArticleBody"/>
        <w:jc w:val="left"/>
      </w:pPr>
      <w:r>
        <w:rPr>
          <w:rFonts w:ascii="Times New Roman" w:hAnsi="Times New Roman" w:eastAsia="Times New Roman" w:cs="Times New Roman"/>
        </w:rPr>
        <w:t>Həmin üsyan onun soyundan olan övladların Babildə qullar və hadımlar olacağına dair peyğəmbərliyi gətirdi. O övladlar Daniel, Xananya, Mişael və Azarya idi və onlar 11 sentyabr 2001-ci ili dünya xalqlarının və kilsənin tarixində dönüş nöqtəsi kimi tanıyan, yüz qırx dörd min nəfəri sınaqdan keçirəcək və möhürləyəcək işığın verildiyi zamanın Yeddinci Gün Adventistlərinin mənəvi son nəslini təmsil edirlər.</w:t>
      </w:r>
    </w:p>
    <w:p>
      <w:pPr>
        <w:pStyle w:val="ArticleScripture"/>
        <w:jc w:val="left"/>
      </w:pPr>
      <w:r>
        <w:rPr>
          <w:rFonts w:ascii="Times New Roman" w:hAnsi="Times New Roman" w:eastAsia="Times New Roman" w:cs="Times New Roman"/>
        </w:rPr>
        <w:t>O günlərdə Hizqiya ölümcül xəstələndi. Və Amoz oğlu peyğəmbər Yeşaya onun yanına gəlib ona dedi: Rəbb belə deyir: evini sahmana sal; çünki öləcəksən, sağ qalmayacaqsan. O zaman o üzünü divara tutub Rəbbə dua edərək dedi: Yalvarıram, ya Rəbb, indi xatırla ki, mən Sənin önündə həqiqətlə və kamil ürəklə yerimişəm və gözündə yaxşı olanı etmişəm. Və Hizqiya acı-acı ağladı. Yeşaya orta həyətə çıxmamışdan əvvəl belə oldu ki, Rəbbin sözü ona gəlib dedi: Geri dön və xalqımın başçısı Hizqiyaya de: Atan Davudun Allahı olan Rəbb belə deyir: duanı eşitdim, göz yaşlarını gördüm; budur, sənə şəfa verəcəyəm: üçüncü gün Rəbbin evinə çıxacaqsan. Və ömrünə on beş il artıracağam; səni də, bu şəhəri də Aşşur padşahının əlindən qurtaracağam; Öz xatirim üçün və qulum Davudun xatiri üçün bu şəhəri müdafiə edəcəyəm. Və Yeşaya dedi: Əncir kütləsi götürün. Onlar da götürüb çibanın üstünə qoydular və o sağaldı. Hizqiya isə Yeşayaya dedi: Rəbbin mənə şəfa verəcəyinin və üçüncü gün Rəbbin evinə çıxacağımın əlaməti nə olacaq? Yeşaya dedi: Rəbbin söylədiyi işi yerinə yetirəcəyinə dair Rəbbdən sənin üçün bu əlamət olacaq: kölgə on pillə irəli getsin, yoxsa on pillə geri qayıtsın? Hizqiya cavab verdi: Kölgənin on pillə aşağı enməsi asan şeydir; yox, qoy kölgə on pillə geri qayıtsın. Və peyğəmbər Yeşaya Rəbbə fəryad etdi; O da Axazın günəş saatında enmiş olduğu on pillə qədər kölgəni geri qaytardı. O zaman Babil padşahı Baladan oğlu Berodakbaladan Hizqiyaya məktublar və bir hədiyyə göndərdi; çünki Hizqiyanın xəstələndiyini eşitmişdi. Hizqiya onları qəbul etdi və bütün qiymətli əşyalar evini, gümüşü, qızılı, ədviyyatları, qiymətli məlhəmi, bütün silahxana evini və xəzinələrində olan hər şeyi onlara göstərdi; nə öz evində, nə də bütün hökmranlığında Hizqiyanın onlara göstərmədiyi bir şey qalmadı. Sonra peyğəmbər Yeşaya padşah Hizqiyanın yanına gəlib ona dedi: Bu adamlar nə dedilər? Sənin yanına haradan gəldilər? Hizqiya dedi: Uzaq ölkədən, Babildən gəliblər. O dedi: Sənin evində nə görüblər? Hizqiya cavab verdi: Evimdə olan hər şeyi görüblər; xəzinələrim arasında onlara göstərmədiyim heç nə yoxdur. Yeşaya Hizqiyaya dedi: Rəbbin sözünü eşit. Budur, elə günlər gəlir ki, evində olanların hamısı və atalarının bu günə qədər yığıb saxladıqları şeylərin hamısı Babilə aparılacaq; Rəbb deyir, heç nə qalmayacaq. Səndən törəyəcək, dünyaya gətirəcəyin oğullarından da aparacaqlar; onlar Babil padşahının sarayında xədim olacaqlar. Onda Hizqiya Yeşayaya dedi: Sənin söylədiyin Rəbbin sözü yaxşıdır. Və dedi: Məgər mənim günlərimdə sülh və həqiqət olsa, yaxşı deyilmi? Hizqiyanın qalan işləri, bütün qüdrəti, necə hovuz və su yolu düzəltdiyi və suyu şəhərə gətirdiyi, məgər Yəhuda padşahlarının salnamələr kitabında yazılmamışdırmı? Və Hizqiya ataları ilə uyudu; yerinə oğlu Mənəşşe padşah oldu. 2 Padşahlar 20:1–21.</w:t>
      </w:r>
    </w:p>
    <w:p>
      <w:pPr>
        <w:pStyle w:val="ArticleBody"/>
        <w:jc w:val="left"/>
      </w:pPr>
      <w:r>
        <w:rPr>
          <w:rFonts w:ascii="Times New Roman" w:hAnsi="Times New Roman" w:eastAsia="Times New Roman" w:cs="Times New Roman"/>
        </w:rPr>
        <w:t>Növbəti ayə belə deyir:</w:t>
      </w:r>
    </w:p>
    <w:p>
      <w:pPr>
        <w:pStyle w:val="ArticleScripture"/>
        <w:jc w:val="left"/>
      </w:pPr>
      <w:r>
        <w:rPr>
          <w:rFonts w:ascii="Times New Roman" w:hAnsi="Times New Roman" w:eastAsia="Times New Roman" w:cs="Times New Roman"/>
        </w:rPr>
        <w:t>Mənaşşe padşahlıq etməyə başlayanda on iki yaşında idi və Yerusəlimdə əlli beş il padşahlıq etdi. Anasının adı Heftsiba idi. 2 Padşahlar 21:1.</w:t>
      </w:r>
    </w:p>
    <w:p>
      <w:pPr>
        <w:pStyle w:val="ArticleBody"/>
        <w:jc w:val="left"/>
      </w:pPr>
      <w:r>
        <w:rPr>
          <w:rFonts w:ascii="Times New Roman" w:hAnsi="Times New Roman" w:eastAsia="Times New Roman" w:cs="Times New Roman"/>
        </w:rPr>
        <w:t>Əgər padşah Xizqiya Rəbbin iradəsini qəbul edib sadəcə öz evini qaydaya salaraq ölsəydi, bunun nəticəsi nə olardı? Ona əlavə on beş il verildi və üç il sonra pis Manasseh doğuldu. Əgər 1856-cı ildə Adventizm Filadelfiyadan Laodikiyaya keçidi qəbul edib öz evini qaydaya salsaydı və William Millerin təməl həqiqətlərini toxunulmaz saxlasaydı, nə baş verərdi? Güman edirəm ki, bu sualın cavabını heç vaxt bilməyəcəyik, lakin bildiyimiz budur ki, “Daniel ürəyində qərara aldı ki, nə padşahın yeməyindən olan pay ilə, nə də onun içdiyi şərabla özünü murdar etsin.”</w:t>
      </w:r>
    </w:p>
    <w:p>
      <w:pPr>
        <w:pStyle w:val="ArticleBody"/>
        <w:jc w:val="left"/>
      </w:pPr>
      <w:r>
        <w:rPr>
          <w:rFonts w:ascii="Times New Roman" w:hAnsi="Times New Roman" w:eastAsia="Times New Roman" w:cs="Times New Roman"/>
        </w:rPr>
        <w:t>Növbəti məqalədə Daniel kitabının birinci fəslini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Səkkizinci Hissə</dc:title>
  <dc:subject>Bir Proses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