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Yeddinci</w:t>
      </w:r>
    </w:p>
    <w:p>
      <w:pPr>
        <w:pStyle w:val="ArticleSubtitle"/>
        <w:jc w:val="left"/>
      </w:pPr>
      <w:r>
        <w:rPr>
          <w:rFonts w:ascii="Arial" w:hAnsi="Arial" w:eastAsia="Arial" w:cs="Arial"/>
        </w:rPr>
        <w:t>Peyğəmbərlik Rəvayəti: Yarobamdan Yoşiyaya və Qədim Yolların Bərpasına Doğru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1844-cü ildə Amerika Birləşmiş Ştatlarının protestantları Millerçi hərəkatdan geri çəkildilər və on şimal qəbiləsi cənubdakı Yəhuda padşahlığından ayrıldıqda Yarovamın saxta bir ibadət sistemi təsis etməsi ilə timsal olunan şəkildə, Babilin bir qızı kimi öz peyğəmbərlik mövqelərini tutdular. Yarovamın iki qızıl buzovu—biri Bet-El şəhərində (mənası “Allahın evi”/Kilsə), digəri isə Danda (mənası mühakimə/Dövlət)—Amerika Birləşmiş Ştatlarını timsal edən saxta Kilsə və Dövlət sistemini timsal edirdi. Yarovamın saxta kilsə və dövlət sisteminin bütün ünsürləri Harunun üsyanında ortaya qoyulmuş elə həmin quruluş əsasında formalaşdırılmışdı. Beləliklə, Yarovamın saxta ibadət sistemi Harunun saxta ibadət sisteminin bir surəti idi.</w:t>
      </w:r>
    </w:p>
    <w:p>
      <w:pPr>
        <w:pStyle w:val="ArticleBody"/>
        <w:jc w:val="left"/>
      </w:pPr>
      <w:r>
        <w:rPr>
          <w:rFonts w:ascii="Times New Roman" w:hAnsi="Times New Roman" w:eastAsia="Times New Roman" w:cs="Times New Roman"/>
        </w:rPr>
        <w:t>Yarobamın saxta sistemi, Protestantlığın birinci mələyin hərəkatından ayrılıb papalığın Roma vəhşisinin qızı, yaxud surəti olduğu zaman müdafiə etdiyi ibadət sistemini təmsil edirdi. Yarobamın saxta sisteminin məhz təsis edildiyi zaman Yəhudadan olan bir peyğəmbər onun qurbangahı və saxta ibadət sistemi ilə üz-üzə gəldi. 1844-cü ildə, Romaya məxsus qız kimi təmsil olunan bir ibadət sistemini təsis edən mürtəd Protestantlığın rolunun lap başlanğıcında, Millerçilər imanla səmavi məbədin Ən Müqəddəs Yerinə daxil oldular və Şənbəni tanıdılar; beləliklə, Romanın qızlarına qarşı peyğəmbərlik məzəmmətini təmsil etdilər; çünki onlar Romanın hakimiyyət nişanəsi olan bazar ibadətini müşahidə etməyə davam etməyi seçdilər.</w:t>
      </w:r>
    </w:p>
    <w:p>
      <w:pPr>
        <w:pStyle w:val="ArticleBody"/>
        <w:jc w:val="left"/>
      </w:pPr>
      <w:r>
        <w:rPr>
          <w:rFonts w:ascii="Times New Roman" w:hAnsi="Times New Roman" w:eastAsia="Times New Roman" w:cs="Times New Roman"/>
        </w:rPr>
        <w:t>Yəhudalı peyğəmbər Yerobama qarşı çıxaraq, elə oradaca və o anda bir peyğəmbərlik bəyan etdi.</w:t>
      </w:r>
    </w:p>
    <w:p>
      <w:pPr>
        <w:pStyle w:val="ArticleScripture"/>
        <w:jc w:val="left"/>
      </w:pPr>
      <w:r>
        <w:rPr>
          <w:rFonts w:ascii="Times New Roman" w:hAnsi="Times New Roman" w:eastAsia="Times New Roman" w:cs="Times New Roman"/>
        </w:rPr>
        <w:t>O, Rəbbin sözü ilə qurbangaha qarşı səslənib dedi: Ey qurbangah, qurbangah, Rəbb belə deyir: Bax, Davud evinə Yoşiya adlı bir oğul doğulacaq; sənin üzərində buxur yandıran səcdəgahların kahinlərini sənin üzərində qurban edəcək və insan sümükləri sənin üzərində yandırılacaq. Və həmin gün bir əlamət verib dedi: Rəbbin söylədiyi əlamət budur; bax, qurbangah yarılacaq və onun üzərində olan kül töküləcək. 1 Padşahlar 13:2, 3.</w:t>
      </w:r>
    </w:p>
    <w:p>
      <w:pPr>
        <w:pStyle w:val="ArticleBody"/>
        <w:jc w:val="left"/>
      </w:pPr>
      <w:r>
        <w:rPr>
          <w:rFonts w:ascii="Times New Roman" w:hAnsi="Times New Roman" w:eastAsia="Times New Roman" w:cs="Times New Roman"/>
        </w:rPr>
        <w:t>Peyğəmbərlikdə “qurbangah” sözünün iki dəfə təkrarlanması da yer alırdı. Peyğəmbərlikdə bir sözün və ya ifadənin təkrarlanması ikinci mələyin xəbərinin rəmzini ifadə edir; beləliklə, ikinci mələyin gəldiyi və protestantlığın yıxılaraq Babilin bir qızına çevrildiyi 1844-cü ili müəyyən edir. Eyni zamanda peyğəmbər bir əlamət verdi; necə ki, 1844-cü ildə Millerçilər Şənbə əlamətini tanımışdılar. Sonrakı ayələrdə Yerobam peyğəmbəri hədələdiyi zaman onun əli iflic oldu; bu isə ya alına, ya da ələ zorla qəbul etdirilən Babil nişanına işarə edir və bu nişan ruhani mənada qəbul edildikdə insanı əbədiyyət boyu şikəst edir.</w:t>
      </w:r>
    </w:p>
    <w:p>
      <w:pPr>
        <w:pStyle w:val="ArticleBody"/>
        <w:jc w:val="left"/>
      </w:pPr>
      <w:r>
        <w:rPr>
          <w:rFonts w:ascii="Times New Roman" w:hAnsi="Times New Roman" w:eastAsia="Times New Roman" w:cs="Times New Roman"/>
        </w:rPr>
        <w:t>Bu tədqiqatın məqsədləri baxımından, biz peyğəmbərin irəli sürdüyü bu önxəbərdarlığı nəzərdən keçiririk; orada belə müəyyən edilir ki, “Davud nəslinə bir uşaq doğulacaq, adı Yoşiya olacaq; və sənin üzərində sənin üzərində buxur yandıran yüksək yerlərin kahinlərini qurban verəcək, və insan sümükləri sənin üzərində yandırılacaq.” Yoşiya “Allahın təməli” mənasını daşıyır və Yerobamın öz saxta ibadət sisteminin açılışını etdiyi tarixdə tipik şəkildə göstərilən məhz həmin tarixdə qurulmuş Adventizmin təməllərini təmsil edir. Yerobam tərəfindən təsis edilmiş saxta ibadət sistemi üzərinə Yoşiya saxta ibadətdə rəhbərlik edən kahinləri cəzalandıracaqdı.</w:t>
      </w:r>
    </w:p>
    <w:p>
      <w:pPr>
        <w:pStyle w:val="ArticleBody"/>
        <w:jc w:val="left"/>
      </w:pPr>
      <w:r>
        <w:rPr>
          <w:rFonts w:ascii="Times New Roman" w:hAnsi="Times New Roman" w:eastAsia="Times New Roman" w:cs="Times New Roman"/>
        </w:rPr>
        <w:t>Peyğəmbər, Yarovamın taxta çıxma mərasiminə gəldiyi yolla geri qayıtmamaq və Bet-El-də yeyib-içməmək barədə Rəbbin əmrini pozdu. O, Bet-Elin yalançı peyğəmbərinin verdiyi yeməyi yediyi zaman, 1844-cü ildən sonra geri qayıdaraq 1863-cü il üsyanı ilə təmsil olunan mürtəd protestantlığın təlimlərini və saxta peyğəmbərlik metodologiyalarını yeməyi seçəcək olanların üzərinə gətiriləcək ölümün bir simvolu kimi ortaya qoyuldu. 1863-cü ildə üsyan edənlərin ölüm yatağı, Bet-Elin yalançı peyğəmbərinin ölüm yatağı ilə eyni olacaqdı. Mürtəd protestantlıq üçün ölüm yatağı 11 avqust 1840-cı ildən 1844-cü ilə qədər olan tarix idi; həmin vaxt Allahın əvvəllər seçilmiş xalqı olan onlar kənara qoyuldular və Romanın qızlarına çevrildilər. Laodikeya Adventizminin ölüm yatağı da, 1840-cı ildə olduğu kimi, qüdrətli mələyin 11 sentyabr 2001-ci ildə endiyi tarix ilə tezliklə gələcək bazar qanununu təmsil edən böyük zəlzələnin saatı arasında olacaqdır.</w:t>
      </w:r>
    </w:p>
    <w:p>
      <w:pPr>
        <w:pStyle w:val="ArticleBody"/>
        <w:jc w:val="left"/>
      </w:pPr>
      <w:r>
        <w:rPr>
          <w:rFonts w:ascii="Times New Roman" w:hAnsi="Times New Roman" w:eastAsia="Times New Roman" w:cs="Times New Roman"/>
        </w:rPr>
        <w:t>11 sentyabr 2001-ci ildə yüz qırx dörd min nəfərin möhürlənməsi başlandı və mələk Yerusəlimin içindən keçərək ölkədə (Amerika Birləşmiş Ştatlarında) və kilsədə (Laodikeyalı Adventizmdə) edilən iyrəncliklər üçün ah çəkib fəryad edənlərin alnına nişan qoymağa başladı. 11 sentyabr 2001-ci ildə, Yezekelin dörd iyrəncliyi ilə təmsil olunan ataların günahları, həmin vaxt başlanan möhürlənmə prosesində mövcud sınaq həqiqətlərinə çevrildi.</w:t>
      </w:r>
    </w:p>
    <w:p>
      <w:pPr>
        <w:pStyle w:val="ArticleBody"/>
        <w:jc w:val="left"/>
      </w:pPr>
      <w:r>
        <w:rPr>
          <w:rFonts w:ascii="Times New Roman" w:hAnsi="Times New Roman" w:eastAsia="Times New Roman" w:cs="Times New Roman"/>
        </w:rPr>
        <w:t>1863-cü ilin sınağı, 1863-cü ildə rədd edilmiş olan Levililər iyirmi altıdakı “yeddi vaxt”la təmsil edilən Miller hərəkatının təməllərini əhatə edirdi. Bu sınaq, son yağışın rahatlığını tapmaq üçün Yeremiyanın qədim yollarına qayıtmağa hazır olmaq və ya hazır olmamaq məsələsini ehtiva edirdi. 1888-ci ilin sınağı isə, Ağsaqqallar Jones və Waggoner tərəfindən gətirilən Laodikeya kilsəsinə ünvanlanmış xəbər idi; bu, eyni zamanda imanla saleh sayılma xəbəri idi.</w:t>
      </w:r>
    </w:p>
    <w:p>
      <w:pPr>
        <w:pStyle w:val="ArticleBody"/>
        <w:jc w:val="left"/>
      </w:pPr>
      <w:r>
        <w:rPr>
          <w:rFonts w:ascii="Times New Roman" w:hAnsi="Times New Roman" w:eastAsia="Times New Roman" w:cs="Times New Roman"/>
        </w:rPr>
        <w:t>1856-cı ildə Laodikeyaya ünvanlanan xəbər ilk dəfə Millerçilərin hərəkatına gəldi və o, “yeddi vaxt”ın artmış nuru ilə birlikdə gəldi; lakin həm Laodikeyaya ünvanlanan xəbərdəki çarələrlə təmsil olunan təcrübə, həm də peyğəmbərlik tarixinin xəbəri 1863-cü ildə rədd edildi. Bu təcrübə “görünüş”ün vəhyi (mareh) ilə, həmçinin (chazon) “peyğəmbərlik tarixi”nin vəhyi ilə təmsil olunurdu; onların hər ikisi də rədd edildi. Bu vəhylərin hər ikisi 22 oktyabr 1844-cü ildə öz yerinə yetməsini tapmışdı və on doqquz il sonra onların hər ikisi rədd edildi, çünki İsa həmişə sonu başlanğıcla eyniləşdirir.</w:t>
      </w:r>
    </w:p>
    <w:p>
      <w:pPr>
        <w:pStyle w:val="ArticleBody"/>
        <w:jc w:val="left"/>
      </w:pPr>
      <w:r>
        <w:rPr>
          <w:rFonts w:ascii="Times New Roman" w:hAnsi="Times New Roman" w:eastAsia="Times New Roman" w:cs="Times New Roman"/>
        </w:rPr>
        <w:t>11 sentyabr 2001-ci ildə 1863 və 1888-ci illərin üsyanlarının sınağı yenidən sınaq həqiqəti oldu, çünki onların hər ikisi Yeremyanın qədim yolları ilə bağlı idi. Həmin tarixdə son yağış xəbəri gəldi və 1919-cu ilin sınağı da gəldi, çünki 1919-cu ildə peyğəmbərlik baxımından hər cür əhəmiyyətindən məhrum bir Məsihin yalançı müjdəsi saxta “sülh və əmin-amanlıq” xəbəri kimi irəli sürülmüşdü. Vəhy kitabının on səkkizinci fəslindəki qüdrətli mələk 11 sentyabr 2001-ci ildə endiyi zaman, birinci ayədən üçüncü ayəyədək olan ayələr yerinə yetdi və birinci ayədən üçüncü ayəyədək olan ayələr “birinci səs”in xəbərini təmsil edir.</w:t>
      </w:r>
    </w:p>
    <w:p>
      <w:pPr>
        <w:pStyle w:val="ArticleScripture"/>
        <w:jc w:val="left"/>
      </w:pPr>
      <w:r>
        <w:rPr>
          <w:rFonts w:ascii="Times New Roman" w:hAnsi="Times New Roman" w:eastAsia="Times New Roman" w:cs="Times New Roman"/>
        </w:rPr>
        <w:t>“İndi mənim Nyu-Yorkun nəhəng bir dalğa ilə süpürülüb aparılacağını bəyan etdiyim sözü yayılırmı? Mən bunu heç vaxt deməmişəm. Mən demişəm ki, orada mərtəbə-mərtəbə ucaldılan böyük binalara baxarkən belə demişəm: “Rəbb yeri şiddətlə sarsıtmaq üçün qalxanda nə dəhşətli səhnələr baş verəcək! O zaman Vəhy 18:1–3 ayələrinin sözləri yerinə yetəcək.” Vəhy kitabının on səkkizinci fəslinin bütövlüyü yer üzərinə gələcək şeylər barədə bir xəbərdarlıqdır. Lakin Nyu-Yorkun başına gələcək şeylər barəsində mənə xüsusi olaraq heç bir nur verilməmişdir; yalnız bunu bilirəm ki, bir gün oradakı böyük binalar Allahın qüdrətinin döndərməsi və alt-üst etməsi ilə yerlə-yeksan ediləcək. Mənə verilən nurdan bilirəm ki, dünyada məhv vardır. Rəbbdən gələn bir söz, Onun qüdrətli gücünün bir toxunuşu — və bu nəhəng tikililər yıxılacaq. Elə səhnələr baş verəcək ki, onların dəhşətini təsəvvür belə edə bilmərik.” Review and Herald, 5 iyul 1906.</w:t>
      </w:r>
    </w:p>
    <w:p>
      <w:pPr>
        <w:pStyle w:val="ArticleBody"/>
        <w:jc w:val="left"/>
      </w:pPr>
      <w:r>
        <w:rPr>
          <w:rFonts w:ascii="Times New Roman" w:hAnsi="Times New Roman" w:eastAsia="Times New Roman" w:cs="Times New Roman"/>
        </w:rPr>
        <w:t>Vəhy on səkkizinci fəslin mələyinin gəlişi ilə axırıncı yağış səpilməyə başladı və Habakkuk kitabının ikinci fəslində təmsil olunan “peyğəmbərlik mübahisəsi” başlandı. Mübahisə Müqəddəs Kitab peyğəmbərliklərini anlamaq üçün iki metodologiya, habelə yalançı və həqiqi bir axırıncı yağış xəbəri üzərində idi. Mübahisə Vəhy on səkkizinci fəslin “ikinci səsi” gəldikdə sona çatır; o, müasir Babil üzərinə Allahın icraedici hökmünün başlanğıcını müəyyən edir və Allahın digər sürüsünü Babildən çıxmağa çağırır. İkinci səsin gəlişi yüz qırx dörd min nəfərin möhürlənməsi tarixinin sonunu göstərir; bu tarix dördüncü iyrəncliklə təmsil olunur və həmin iyrənclik də öz növbəsində, tezliklə gələcək bazar qanunu zamanı günəşə səcdə edən Laodikeya Adventizminin dördüncü və son nəslini təmsil edir.</w:t>
      </w:r>
    </w:p>
    <w:p>
      <w:pPr>
        <w:pStyle w:val="ArticleBody"/>
        <w:jc w:val="left"/>
      </w:pPr>
      <w:r>
        <w:rPr>
          <w:rFonts w:ascii="Times New Roman" w:hAnsi="Times New Roman" w:eastAsia="Times New Roman" w:cs="Times New Roman"/>
        </w:rPr>
        <w:t>Mürtəd Protestantizmin ölüm döşəyi, mələyin enişi ilə 1844-cü ilin bağlanmış qapısı arasında, mələyin enişi ilə tezliklə gələcək Bazar qanununun bağlanmış qapısı arasında yerləşən Laodikeyalı Adventizmin ölüm döşəyini təmsil edirdi. Yəhudadan olan peyğəmbər Bet-Elin yalançı peyğəmbəri ilə eyni qəbirdə dəfn edildi və padşah Yoşiya öz islahatına başlayanda məhz həmin qəbirin qarşısında dayandı. Adı “Allahın təməlləri” mənasını ifadə edən padşah Yoşiyanın islahatı, Allah Öz axırzaman xalqını 11 sentyabr 2001-ci ildə yenidən təməllərə qaytarmağa başladığı zaman başlandı. Onun islahatı məbədin bərpası işinin üzərinə götürüldüyü zaman başlamışdı.</w:t>
      </w:r>
    </w:p>
    <w:p>
      <w:pPr>
        <w:pStyle w:val="ArticleScripture"/>
        <w:jc w:val="left"/>
      </w:pPr>
      <w:r>
        <w:rPr>
          <w:rFonts w:ascii="Times New Roman" w:hAnsi="Times New Roman" w:eastAsia="Times New Roman" w:cs="Times New Roman"/>
        </w:rPr>
        <w:t>Padşah Yoşiyanın on səkkizinci ilində belə oldu ki, padşah Azalyanın oğlu, Meşullamın oğlu katib Şafanı Rəbbin evinə göndərib dedi: “Baş kahin Hilqiyanın yanına çıx ki, Rəbbin evinə gətirilən və qapı gözətçilərinin xalqdan topladığı gümüşü hesablasın. Qoy onu Rəbbin evinə nəzarət edən iş icraçılarının əlinə versinlər; onlar da Rəbbin evində çalışan işçilərə versinlər ki, evin yarıqlarını təmir etsinlər; dülgərlərə, bənnalara və daşyonanlara, həmçinin evi təmir etmək üçün ağac və yonulmuş daş almağa versinlər. Ancaq onların əlinə verilən pul barəsində onlarla hesab aparılmadı, çünki onlar sədaqətlə davranırdılar.” Baş kahin Hilqiya katib Şafana dedi: “Rəbbin evində Qanun kitabını tapdım.” Hilqiya kitabı Şafana verdi, o da onu oxudu. Katib Şafan padşahın yanına gəlib padşaha xəbər çatdıraraq dedi: “Qulların evdə tapılan pulu yığıb Rəbbin evinə nəzarət edən iş icraçılarının əlinə veriblər.” Sonra katib Şafan padşaha bildirib dedi: “Kahin Hilqiya mənə bir kitab verdi.” Şafan onu padşahın hüzurunda oxudu. Belə oldu ki, padşah Qanun kitabının sözlərini eşidəndə paltarlarını cırdı. Padşah kahin Hilqiyaya, Şafanın oğlu Ahiqama, Mikayanın oğlu Akbora, katib Şafana və padşahın qulu Asayaya əmr edib dedi: “Gedin, tapılan bu kitabın sözləri barəsində mənim, xalqın və bütün Yəhudanın xatirinə Rəbdən soruşun. Çünki atalarımız bu kitabın sözlərinə qulaq asmadıqları və bizim barəmizdə yazılanların hamısına uyğun əməl etmədikləri üçün Rəbbin bizə qarşı alovlanan qəzəbi böyükdür.” 2 Padşahlar 22:3–13.</w:t>
      </w:r>
    </w:p>
    <w:p>
      <w:pPr>
        <w:pStyle w:val="ArticleBody"/>
        <w:jc w:val="left"/>
      </w:pPr>
      <w:r>
        <w:rPr>
          <w:rFonts w:ascii="Times New Roman" w:hAnsi="Times New Roman" w:eastAsia="Times New Roman" w:cs="Times New Roman"/>
        </w:rPr>
        <w:t>Yoşiya adlı bir uşağın doğulacağı barədə qabaqcadan verilmiş xəbərdarlıq, qüdrətli mələyin enib Özünün axırgün xalqını qədim cığırlara geri apardığı 11 sentyabr 2001-ci ili müəyyənləşdirir. Həmin eniş, eyni mələyin 11 avqust 1840-cı ildə enməsi ilə əvvəlcədən simvollaşdırılmışdı. Hər iki eniş İslam haqqında bir peyğəmbərliyin yerinə yetməsini qeyd edirdi. Adı Vəhy kitabının doqquzuncu fəslinin on beşinci ayəsində tapılan İslamın zaman peyğəmbərliyinin yerinə yetməsinin qabaqcadan müəyyən edilməsi və bu qabaqcadan verilmiş xəbərdarlığın nəşr olunması ilə əlaqələndirilən tarixi şəxsiyyət Yoşiya idi.</w:t>
      </w:r>
    </w:p>
    <w:p>
      <w:pPr>
        <w:pStyle w:val="ArticleBody"/>
        <w:jc w:val="left"/>
      </w:pPr>
      <w:r>
        <w:rPr>
          <w:rFonts w:ascii="Times New Roman" w:hAnsi="Times New Roman" w:eastAsia="Times New Roman" w:cs="Times New Roman"/>
        </w:rPr>
        <w:t>Vəhy kitabının onuncu və ya on səkkizinci fəslindəki mələyin hər iki enişində “Yosiya” adı qeyd olunur. Yosiya Liç 11 avqust 1840-cı ildə yerinə yetmiş İslam xəbərini təqdim etdi və 11 sentyabr 2001-ci ildə Yeroboamın tarixində itaətsiz peyğəmbər tərəfindən irəli sürülmüş, Yosiya adlı bir uşağın doğuluşuna dair peyğəmbərlik Laodikiya Adventizmində yerinə yetdi; belə ki, mələk Özünün axırzaman xalqını itaətsiz peyğəmbərlə Yeroboamın qarşıdurmasının öz yerinə yetməsinə çatdığı təməl tarixə geri apardı. Müqəddəs Kitabın şahidliyi gələcəkdə gələcək bir Yosiyanın öncədən bildiriləcəyini müəyyənləşdirmişdi və itaətsiz peyğəmbərlə timsallaşdırılan tarix 1844-cü ildə təkrarlandıqda, onun ada dair öncədən söylədiyi xəbər bir daha peyğəmbərlik nəqlinin içinə daxil edildi.</w:t>
      </w:r>
    </w:p>
    <w:p>
      <w:pPr>
        <w:pStyle w:val="ArticleBody"/>
        <w:jc w:val="left"/>
      </w:pPr>
      <w:r>
        <w:rPr>
          <w:rFonts w:ascii="Times New Roman" w:hAnsi="Times New Roman" w:eastAsia="Times New Roman" w:cs="Times New Roman"/>
        </w:rPr>
        <w:t>2001-ci il sentyabrın 11-də Yəhuda qəbiləsinin Aslanı Öz son gün xalqını Yeremyanın qədim yollarına geri apardı; bu yollar Əhdin Elçisinin qəflətən gəlmək üçün 22 oktyabr 1844-cü ildə gəldiyi məbədi tikdiyi qırx altı ili təmsil edirdi. Yoşiya məbədin təmiri işinə başladığı zaman Musanın lənətini kəşf etmişdi. Yüz qırx dörd minin işi Yeşaya tərəfindən bərpa işi kimi təmsil olunur.</w:t>
      </w:r>
    </w:p>
    <w:p>
      <w:pPr>
        <w:pStyle w:val="ArticleScripture"/>
        <w:jc w:val="left"/>
      </w:pPr>
      <w:r>
        <w:rPr>
          <w:rFonts w:ascii="Times New Roman" w:hAnsi="Times New Roman" w:eastAsia="Times New Roman" w:cs="Times New Roman"/>
        </w:rPr>
        <w:t>Onlar qədim xarabalıqları bərpa edəcək, əvvəlki viranəlikləri yenidən ucaldacaq və bir çox nəsillərin viran qalmış şəhərlərini təmir edəcəklər. Yeşaya 61:4.</w:t>
      </w:r>
    </w:p>
    <w:p>
      <w:pPr>
        <w:pStyle w:val="ArticleBody"/>
        <w:jc w:val="left"/>
      </w:pPr>
      <w:r>
        <w:rPr>
          <w:rFonts w:ascii="Times New Roman" w:hAnsi="Times New Roman" w:eastAsia="Times New Roman" w:cs="Times New Roman"/>
        </w:rPr>
        <w:t>Yoşiyanın məbədi təmir edib bərpa etmək işi, Yeşayanın Allahın axırzaman xalqı tərəfindən yerinə yetiriləcəyini göstərdiyi işdir; çünki bütün peyğəmbərlər yaşadıqları günlərdən daha çox axırzamanlardan danışırlar. Həmin iş, həmçinin Ezra dövründə Babildən çıxanlar tərəfindən də əvvəlcədən təmsil olunmuşdur.</w:t>
      </w:r>
    </w:p>
    <w:p>
      <w:pPr>
        <w:pStyle w:val="ArticleScripture"/>
        <w:jc w:val="left"/>
      </w:pPr>
      <w:r>
        <w:rPr>
          <w:rFonts w:ascii="Times New Roman" w:hAnsi="Times New Roman" w:eastAsia="Times New Roman" w:cs="Times New Roman"/>
        </w:rPr>
        <w:t>Çünki biz qullar idik; lakin Allahımız əsarətimizdə bizi tərk etmədi, əksinə, Fars padşahlarının gözündə bizə mərhəmət göstərdi ki, bizə yenidən həyat versin, Allahımızın evini ucaltsın, onun viranəliklərini bərpa etsin və Yəhudada və Yerusəlimdə bizə bir hasar versin. Ezra 9:9.</w:t>
      </w:r>
    </w:p>
    <w:p>
      <w:pPr>
        <w:pStyle w:val="ArticleBody"/>
        <w:jc w:val="left"/>
      </w:pPr>
      <w:r>
        <w:rPr>
          <w:rFonts w:ascii="Times New Roman" w:hAnsi="Times New Roman" w:eastAsia="Times New Roman" w:cs="Times New Roman"/>
        </w:rPr>
        <w:t>Ezra tərəfindən həyata keçirilən iş Babilon’dan çıxmış olduqları vaxt başa çatdırıldı və bu, Yoşiyanın yerinə yetirdiyi məbədin bərpası işini, Yeşayanın Allahın axır gün xalqına aid olaraq müəyyən etdiyi işi təmsil edir və bu iş 11 sentyabr 2001-ci ildə başladı. Vəhy kitabında Yəhya da həmin işi müəyyən edir.</w:t>
      </w:r>
    </w:p>
    <w:p>
      <w:pPr>
        <w:pStyle w:val="ArticleScripture"/>
        <w:jc w:val="left"/>
      </w:pPr>
      <w:r>
        <w:rPr>
          <w:rFonts w:ascii="Times New Roman" w:hAnsi="Times New Roman" w:eastAsia="Times New Roman" w:cs="Times New Roman"/>
        </w:rPr>
        <w:t>Və göydən eşitdiyim səs yenə mənimlə danışıb dedi: Get, dənizin və yerin üzərində duran mələyin əlində açıq olan kiçik kitabı götür. Mən də mələyin yanına gedib ona dedim: Kiçik kitabı mənə ver. O isə mənə dedi: Onu götür və ye; o, qarnını acı edəcək, amma ağzında bal kimi şirin olacaq. Mən də kiçik kitabı mələyin əlindən götürüb yedim; o, ağzımda bal kimi şirin idi; lakin onu yeyən kimi qarnım acı oldu. O da mənə dedi: Sən yenə bir çox xalqlar, millətlər, dillər və padşahlar barəsində peyğəmbərlik etməlisən. Və mənə əsaya bənzər bir qamış verildi; mələk durub dedi: Qalx və Allahın məbədini, qurbangahı və orada ibadət edənləri ölç. Lakin məbədin xaricində olan həyəti kənarda qoy və onu ölçmə; çünki o, bütpərəstlərə verilmişdir; onlar müqəddəs şəhəri qırx iki ay ayaq altında tapdalayacaqlar. Mən iki şahidimə qüdrət verəcəyəm və onlar çul geyinmiş halda min iki yüz altmış gün peyğəmbərlik edəcəklər. Vəhy 10:8–11:3.</w:t>
      </w:r>
    </w:p>
    <w:p>
      <w:pPr>
        <w:pStyle w:val="ArticleBody"/>
        <w:jc w:val="left"/>
      </w:pPr>
      <w:r>
        <w:rPr>
          <w:rFonts w:ascii="Times New Roman" w:hAnsi="Times New Roman" w:eastAsia="Times New Roman" w:cs="Times New Roman"/>
        </w:rPr>
        <w:t>Bu parçada Yəhya, 1840-cı il avqustun 11-də mələk enərkən onun əlində olan xəbəri yemiş, lakin 1844-cü il oktyabrın 22-də baş vermiş acı məyusluğu da yaşamış Millerçiləri təmsil edir. 1844-cü ilin acı məyusluğunun üzərində duran Yəhyaya bildirildi ki, o, Allahın axır günlərdəki xalqının rəmzi olaraq, 1840-dan 1844-ə qədər təmsil edilən təcrübəni yenidən təkrar etməlidir; bununla da 2001-ci il sentyabrın 11-nə və tezliklə gələcək bazar qanununa işarə edilirdi. Ona belə deyildi: “Sən yenə bir çox xalqlar, millətlər, dillər və padşahlar önündə peyğəmbərlik etməlisən”; bu isə Vəhyin on səkkizinci fəslində mələk enəndə bütün dünyanın işıqlandırılmasını təmsil edir, yəni Vəhyin onuncu fəslinin tarixi “sətir üstünə sətir” olaraq təkrar edildiyi zaman.</w:t>
      </w:r>
    </w:p>
    <w:p>
      <w:pPr>
        <w:pStyle w:val="ArticleBody"/>
        <w:jc w:val="left"/>
      </w:pPr>
      <w:r>
        <w:rPr>
          <w:rFonts w:ascii="Times New Roman" w:hAnsi="Times New Roman" w:eastAsia="Times New Roman" w:cs="Times New Roman"/>
        </w:rPr>
        <w:t>Allahın axır gün xalqı yenidən peyğəmbərlik edərkən təkrarlanacaq tarixi müəyyənləşdirməklə bağlı olaraq, Yəhyaya Allahın məbədini “qalxıb ölçməsi” deyildi. Onun “ölçməsi” xüsusi olaraq müəyyən edilmişdi, çünki o, 1844-cü ilə yerləşdirilmişdi; burada onun qarnı 22 oktyabr məyusluğu ilə acı olmuşdu. Ona məbədi ölçməsi, lakin həyəti kənarda qoyması deyildi; ona bildirilmişdi ki, bu, başqa millətlərin vaxtını təmsil edir və onlar min iki yüz altmış il ərzində həyəti tapdalayacaqdılar. Min iki yüz altmış il 1798-ci ildə başa çatdı. Yəhya ölçməsinə 1798-ci ildə başlamalı və bundan əvvəlki min iki yüz altmış ili kənarda qoymalı idi; həmin dövrdə ruhani məbəd və ruhani Yerusəlim tapdalanmışdı. O, 1844-cü il məyusluğunda dayanmışdı; buna görə də 1798-ci ildən 1844-cü ilə qədər qırx altı ildir. Həmin qırx altı il məbədi təmsil edir.</w:t>
      </w:r>
    </w:p>
    <w:p>
      <w:pPr>
        <w:pStyle w:val="ArticleBody"/>
        <w:jc w:val="left"/>
      </w:pPr>
      <w:r>
        <w:rPr>
          <w:rFonts w:ascii="Times New Roman" w:hAnsi="Times New Roman" w:eastAsia="Times New Roman" w:cs="Times New Roman"/>
        </w:rPr>
        <w:t>Yəhya, Allahın axırzaman xalqı yenidən peyğəmbərlik etməli olduğu kimi, necə ki, onlar 1840-dan 1844-ə qədər etmişdilər, İslam haqqında bir peyğəmbərliyin yerinə yetməsi zamanı mələk enəndə başlayacaqdılar. Onların yenidən peyğəmbərlik etmə işi məbədi ölçmək işini tələb edəcəkdi və bu iş “qədim yollar”ın araşdırılmasını təmsil edəcəkdi; bu isə 1798-ci ildə axır zamanın başlanğıcında başlayıb 1844-cü ilin böyük məyusluğu ilə bitən və “məbəd”lə təmsil olunan tarix idi. Onlar Yeremyanın qədim yollarını araşdırmaq işinə, Yəhyanın “qırx altı illik məbədi”nə başladıqda, Musanın lənəti məbədin hər tərəfinə səpələnmiş dağıntılar içində tapıldı və gələcək Yoşiyanın qabaqcadan xəbəri yerinə yetdi. Yoşiyanın işi Yeşaya tərəfindən də yenidən müəyyən edilir:</w:t>
      </w:r>
    </w:p>
    <w:p>
      <w:pPr>
        <w:pStyle w:val="ArticleScripture"/>
        <w:jc w:val="left"/>
      </w:pPr>
      <w:r>
        <w:rPr>
          <w:rFonts w:ascii="Times New Roman" w:hAnsi="Times New Roman" w:eastAsia="Times New Roman" w:cs="Times New Roman"/>
        </w:rPr>
        <w:t>Səndən törəyənlər qədim viranəlikləri yenidən tikəcəklər; sən bir çox nəsillərin təməllərini bərpa edəcəksən; və sənə “uçulmuş yerləri bərpa edən”, “yaşamaq üçün yolları əvvəlki halına qaytaran” deyiləcək. Yeşaya 58:12.</w:t>
      </w:r>
    </w:p>
    <w:p>
      <w:pPr>
        <w:pStyle w:val="ArticleBody"/>
        <w:jc w:val="left"/>
      </w:pPr>
      <w:r>
        <w:rPr>
          <w:rFonts w:ascii="Times New Roman" w:hAnsi="Times New Roman" w:eastAsia="Times New Roman" w:cs="Times New Roman"/>
        </w:rPr>
        <w:t>Allahın axırzaman xalqı Yeremyanın “qədim yolları” olan “yaşamaq üçün yolları” bərpa etməli idi. Onlar Yoşiya və Ezra tarixlərindəki işçilərin həyata keçirdiyi kimi, qədim xarabalıqları yenidən qurmalı idilər. Onlar “sətir üstə sətir” metodologiyasından istifadə etməli idilər, çünki onlar sadəcə qırx altı illik məbədlə təmsil olunan Adventizmin təməl tarixini “ucaltmalı” deyildilər, əksinə bunu etməklə “bir çox nəsillərin təməllərini” də “ucaltmalı” idilər. Onlar hər bir islahat hərəkatının təməl bir işi təmsil etdiyini və “sətir üstə sətir” ifadəsinin 1798-dən 1844-ə qədər olan axırzaman təməllərini göstərdiyini müəyyən etməli idilər. Onlar “yarığı” təmir etməli idilər, və yarıq bir qabda və ya divarda sonrakı fəlakətə yol açan ilkin qırılmanı təmsil edir. Təmir edilməli olan “yarıq” 1863-cü ilin üsyanı idi.</w:t>
      </w:r>
    </w:p>
    <w:p>
      <w:pPr>
        <w:pStyle w:val="ArticleBody"/>
        <w:jc w:val="left"/>
      </w:pPr>
      <w:r>
        <w:rPr>
          <w:rFonts w:ascii="Times New Roman" w:hAnsi="Times New Roman" w:eastAsia="Times New Roman" w:cs="Times New Roman"/>
        </w:rPr>
        <w:t>Yoşiya 11 sentyabr 2001-ci ildə gəldikdə, Allahın axırzaman xalqı Yeremyanın qədim yollarına qayıtdı və Millerçi tarixi ölçməyə başladı. Onlar “yarığı” aşkar etdilər. “Köhnə xarabalıqları” bərpa edərkən Millerin yuxusundakı cəvahiratların həqiqətini müəyyən etdilər. Yoşiya kimi onlar da “yeddi vaxt”ı kəşf etdilər və Levililər iyirmi altının həqiqətini bərpa etdilər; beləliklə, “əvvəlki viranəlikləri” dirçəltmiş oldular. Levililər iyirmi altının “birinci” və “sonuncu” viranəliklərini bərpa etdikdə, onlardan birinin 1798-ci ildə, o birinin isə 1844-cü ildə başa çatdığını dərk etdilər. Beləliklə, onların əvvəlki viranəlikləri dirçəltmək işi məhz Yəhyaya verilmiş o “çubuq” idi ki, ona məbədi ölçməyə imkan verdi.</w:t>
      </w:r>
    </w:p>
    <w:p>
      <w:pPr>
        <w:pStyle w:val="ArticleBody"/>
        <w:jc w:val="left"/>
      </w:pPr>
      <w:r>
        <w:rPr>
          <w:rFonts w:ascii="Times New Roman" w:hAnsi="Times New Roman" w:eastAsia="Times New Roman" w:cs="Times New Roman"/>
        </w:rPr>
        <w:t>Yəhuda qəbiləsinin Aslanı Öz xalqını köhnə yollara geri apardı ki, onlar axır yağış xəbərini tapa bilsinlər; axır yağış xəbəri isə üçüncü vayın İslam xəbəridir. Onlar nəhayət, 1843 və 1850-ci il pioner cədvəlləri ilə təmsil olunan Habaqququn iki müqəddəs lövhəsini aşkar etdikdə gördülər ki, təmələ Vəhy kitabının səkkizinci fəslindəki “üç vay” daxil idi və ikinci vay, Millerçi məbədin qurulduğu təməl tarixində başa çatmışdı. Sonra onlar anladılar ki, peyğəmbərliklərin üçqat tətbiqi qaydasının dərk olunması əvvəldən Yəhuda qəbiləsinin Aslanı tərəfindən müəyyən edilmişdi ki, onlar Yeremyanın köhnə yollarına qayıtdıqda “rahatlığı və təravəti” tanıya bilsinlər; bu da birinci və ikinci vayların iki şahidi ilə müəyyən edilən və təsbit olunan üçüncü vayın, yəni axır yağış xəbəridir.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“Düşmən qardaş və bacılarımızın zehnini bu son günlərdə ayaqda duracaq bir xalq hazırlamaq işindən yayındırmağa çalışır. Onun safsataları zehnləri bu vaxtın təhlükələri və vəzifələrindən uzaqlaşdırmaq üçün nəzərdə tutulmuşdur. Onlar Məsihin Öz xalqı üçün Yəhyaya vermək məqsədilə göydən gətirdiyi nuru heçə sayırlar. Onlar öyrədirlər ki, qarşımızda duran səhnələr xüsusi diqqətə layiq olacaq qədər mühüm deyildir. Onlar səmavi mənşəli həqiqəti təsirsiz edir və Allahın xalqını keçmiş təcrübəsindən məhrum edərək, onun əvəzində yalançı bir elm verirlər.</w:t>
      </w:r>
    </w:p>
    <w:p>
      <w:pPr>
        <w:pStyle w:val="ArticleScripture"/>
        <w:jc w:val="left"/>
      </w:pPr>
      <w:r>
        <w:rPr>
          <w:rFonts w:ascii="Times New Roman" w:hAnsi="Times New Roman" w:eastAsia="Times New Roman" w:cs="Times New Roman"/>
        </w:rPr>
        <w:t>“‘Rəbb belə deyir: Yollarda durun, baxın və qədim cığırları soruşun; yaxşı yolun harada olduğunu öyrənin və onunla gedin.’ Yeremya 6:16.</w:t>
      </w:r>
    </w:p>
    <w:p>
      <w:pPr>
        <w:pStyle w:val="ArticleScripture"/>
        <w:jc w:val="left"/>
      </w:pPr>
      <w:r>
        <w:rPr>
          <w:rFonts w:ascii="Times New Roman" w:hAnsi="Times New Roman" w:eastAsia="Times New Roman" w:cs="Times New Roman"/>
        </w:rPr>
        <w:t>“Heç kəs imanımızın təməllərini söküb atmağa cəhd etməsin — sözün dua ilə müşayiət olunan tədqiqi və vəhy vasitəsilə işimizin başlanğıcında qoyulmuş təməlləri. Son əlli il ərzində biz bu təməllər üzərində qurmuşuq. İnsanlar elə güman edə bilərlər ki, yeni bir yol tapıblar və qoyulmuş olandan daha möhkəm bir təməl qoya bilərlər. Lakin bu, böyük bir aldanışdır. Qoyulmuş olandan başqa heç kəs başqa bir təməl qoya bilməz.”</w:t>
      </w:r>
    </w:p>
    <w:p>
      <w:pPr>
        <w:pStyle w:val="ArticleScripture"/>
        <w:jc w:val="left"/>
      </w:pPr>
      <w:r>
        <w:rPr>
          <w:rFonts w:ascii="Times New Roman" w:hAnsi="Times New Roman" w:eastAsia="Times New Roman" w:cs="Times New Roman"/>
        </w:rPr>
        <w:t>Keçmişdə bir çoxları yeni bir iman qurmağa, yeni prinsiplər təsis etməyə girişmişlər. Lakin onların qurduğu bina nə qədər davam etdi? O, tezliklə yıxıldı, çünki Qayanın üzərində təməl qoyulmamışdı.</w:t>
      </w:r>
    </w:p>
    <w:p>
      <w:pPr>
        <w:pStyle w:val="ArticleScripture"/>
        <w:jc w:val="left"/>
      </w:pPr>
      <w:r>
        <w:rPr>
          <w:rFonts w:ascii="Times New Roman" w:hAnsi="Times New Roman" w:eastAsia="Times New Roman" w:cs="Times New Roman"/>
        </w:rPr>
        <w:t>“İlk şagirdlər insan sözləri ilə üzləşməli olmadılarmı? Məgər onlar yalan nəzəriyyələrə qulaq asmalı, sonra isə əllərindən gələni etdikdən sonra möhkəm dayanıb deməli deyildilərmi: ‘Qoyulmuş olandan başqa heç kəs başqa bir təməl qoya bilməz’? 1 Korinflilərə 3:11.</w:t>
      </w:r>
    </w:p>
    <w:p>
      <w:pPr>
        <w:pStyle w:val="ArticleScripture"/>
        <w:jc w:val="left"/>
      </w:pPr>
      <w:r>
        <w:rPr>
          <w:rFonts w:ascii="Times New Roman" w:hAnsi="Times New Roman" w:eastAsia="Times New Roman" w:cs="Times New Roman"/>
        </w:rPr>
        <w:t>“Beləliklə, etimadımızın başlanğıcını sona qədər sarsılmaz şəkildə möhkəm saxlamalıyıq. Allah və Məsih tərəfindən bu xalqa qüdrətli sözlər göndərilmişdir; bu sözlər onları addım-addım dünyadan çıxarıb hazırkı həqiqətin aydın işığına gətirmişdir. Dodaqları müqəddəs odla toxundurulmuş Allahın xidmətçiləri bu xəbəri bəyan etmişlər. İlahî kəlam bəyan olunmuş həqiqətin həqiqiliyinə öz möhürünü vurmuşdur.” Testimonies, 8-ci cild,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Yeddinci</dc:title>
  <dc:subject>Peyğəmbərlik Rəvayəti: Yarobamdan Yoşiyaya və Qədim Yolların Bərpasına Doğru</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