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İki</w:t>
      </w:r>
    </w:p>
    <w:p>
      <w:pPr>
        <w:pStyle w:val="ArticleSubtitle"/>
        <w:jc w:val="left"/>
      </w:pPr>
      <w:r>
        <w:rPr>
          <w:rFonts w:ascii="Arial" w:hAnsi="Arial" w:eastAsia="Arial" w:cs="Arial"/>
        </w:rPr>
        <w:t>Qaranlıq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İlham olunmuş kəlam daxilində iki dəfə təkrarlanan bir söz və ya ifadə ikinci mələyin xəbərinin rəmzidir.</w:t>
      </w:r>
    </w:p>
    <w:p>
      <w:pPr>
        <w:pStyle w:val="ArticleScripture"/>
        <w:jc w:val="left"/>
      </w:pPr>
      <w:r>
        <w:rPr>
          <w:rFonts w:ascii="Times New Roman" w:hAnsi="Times New Roman" w:eastAsia="Times New Roman" w:cs="Times New Roman"/>
        </w:rPr>
        <w:t>Navuxodonosorun padşahlığının ikinci ilində Navuxodonosor yuxular gördü; buna görə onun ruhu təşvişə düşdü və yuxusu ondan qaçdı. O zaman padşah sehrbazları, münəccimləri, cadugərləri və Xaldeyliləri çağırmağı əmr etdi ki, padşaha yuxularını bildirsinlər. Beləliklə, onlar gəlib padşahın önündə durdular. Padşah onlara dedi: “Bir yuxu görmüşəm və bu yuxunu bilmək üçün ruhum təşviş içindədir.” Daniel 2:1–3.</w:t>
      </w:r>
    </w:p>
    <w:p>
      <w:pPr>
        <w:pStyle w:val="ArticleBody"/>
        <w:jc w:val="left"/>
      </w:pPr>
      <w:r>
        <w:rPr>
          <w:rFonts w:ascii="Times New Roman" w:hAnsi="Times New Roman" w:eastAsia="Times New Roman" w:cs="Times New Roman"/>
        </w:rPr>
        <w:t>Gecənin “qaranlığında” Navuxodonosor bir surət haqqında yuxu gördü, lakin yuxunu xatırlaya bilmədi. Gecə yuxusunda o, bir surət haqqında yuxu gördü, amma surətə dair yuxu, yuxunu gördüyü gecə necə qaranlıq idisə, onun anlayışı üçün də elə qaranlıq idi.</w:t>
      </w:r>
    </w:p>
    <w:p>
      <w:pPr>
        <w:pStyle w:val="ArticleScripture"/>
        <w:jc w:val="left"/>
      </w:pPr>
      <w:r>
        <w:rPr>
          <w:rFonts w:ascii="Times New Roman" w:hAnsi="Times New Roman" w:eastAsia="Times New Roman" w:cs="Times New Roman"/>
        </w:rPr>
        <w:t>Onda Kaldelilər padşaha suryanicə dedilər: Ey padşah, əbədi yaşa! Yuxunu qullarına söylə, biz də onun yozumunu bildirək. Padşah cavab verib Kaldelilərə dedi: Bu şey məndən çıxıb getmişdir; əgər yuxunu və onun yozumunu mənə bildirməsəniz, parça-parça ediləcəksiniz, evləriniz isə zibilliyə çevriləcək. Lakin yuxunu və onun yozumunu bildirsəniz, məndən hədiyyələr, mükafatlar və böyük izzət alacaqsınız; buna görə yuxunu və onun yozumunu mənə bildirin. Daniel 2:4–7.</w:t>
      </w:r>
    </w:p>
    <w:p>
      <w:pPr>
        <w:pStyle w:val="ArticleBody"/>
        <w:jc w:val="left"/>
      </w:pPr>
      <w:r>
        <w:rPr>
          <w:rFonts w:ascii="Times New Roman" w:hAnsi="Times New Roman" w:eastAsia="Times New Roman" w:cs="Times New Roman"/>
        </w:rPr>
        <w:t>Navuxodonosorun surət barədə yuxusunun sınağı, qaranlıqla örtülmüş bir surətin düzgün peyğəmbərlik təsvirini, eləcə də yuxunun məzmununun təfsirini kimin verə biləcəyini müəyyən etmək üçün nəzərdə tutulmuş bir sınaq idi. Millerçi tarixdə Gecəyarısı Hayqırtısı xəbəri ilə birləşən ikinci mələyin xəbəri, Karmel dağındakı qarşıdurmada İlyas tərəfindən əvvəlcədən nümayiş etdirilmişdi. O da yalnız həqiqi Allahın kim olduğunu deyil, həm də həqiqi peyğəmbərin kim olduğunu aşkara çıxaracaq bir sınaq idi. Sister White-ın birbaşa olaraq İlyasla təmsil olunduğunu söylədiyi William Miller, Karmel dağında İlyası təmsil edirdi. Bununla belə, təmsil olunan, William Millerin özü olduğu qədər, onun dərk etməyə yönəldildiyi peyğəmbərlik təfsiri qaydaları idi. Karmel dağında kişi tanrı Baalın peyğəmbərlərinin və qadın tanrıça Aştarotun peyğəmbərlərinin yalançı peyğəmbərlər olduğu nümayiş etdirildi. Millerçilərin tarixində isə, Karmel dağı ilə əvvəlcədən göstərildiyi kimi, protestant kilsələrinin yalançı peyğəmbərlər olduğu nümayiş etdirildi.</w:t>
      </w:r>
    </w:p>
    <w:p>
      <w:pPr>
        <w:pStyle w:val="ArticleBody"/>
        <w:jc w:val="left"/>
      </w:pPr>
      <w:r>
        <w:rPr>
          <w:rFonts w:ascii="Times New Roman" w:hAnsi="Times New Roman" w:eastAsia="Times New Roman" w:cs="Times New Roman"/>
        </w:rPr>
        <w:t>Protestant kilsələri Uilyam Millerin peyğəmbərlik təfsiri qaydalarını rədd etdiklərini nümayiş etdirdikdə, Romanın qızları oldular. Peyğəmbərlik baxımından qız anasının surətidir. Protestantların Millerçi tarixdə uğursuz olduqları sınaq, vəhşinin surətini (qızını) müəyyənləşdirən və meydana gətirən sınaq idi. Məhz orada həqiqi Protestantlığın buynuzu mürtəd Protestantlığın buynuzuna qarşı təzahür etdi. Navuxodonosor bir təfsir tələb edirdi və bunu etməklə o, ilahi təqdirlə həm yalançı, həm də həqiqi peyğəmbərlərin təzahürə çıxarılmasında iştirak edirdi.</w:t>
      </w:r>
    </w:p>
    <w:p>
      <w:pPr>
        <w:pStyle w:val="ArticleScripture"/>
        <w:jc w:val="left"/>
      </w:pPr>
      <w:r>
        <w:rPr>
          <w:rFonts w:ascii="Times New Roman" w:hAnsi="Times New Roman" w:eastAsia="Times New Roman" w:cs="Times New Roman"/>
        </w:rPr>
        <w:t>Onlar yenə cavab verib dedilər: Padşah yuxunu qullarına bildirsin, biz də onun yozumunu göstərərik. Padşah cavab verib dedi: Mən qəti surətdə bilirəm ki, siz vaxt udmaq istəyirsiniz, çünki görürsünüz ki, məsələ məndən çıxıb. Amma əgər yuxunu mənə bildirməsəniz, sizin üçün yalnız bir hökm vardır; çünki vaxt dəyişənədək mənim hüzurumda söyləmək üçün yalan və pozğun sözlər hazırlamısınız. Buna görə də yuxunu mənə deyin, onda biləcəyəm ki, onun yozumunu da göstərə bilərsiniz. Daniel 2:7–9.</w:t>
      </w:r>
    </w:p>
    <w:p>
      <w:pPr>
        <w:pStyle w:val="ArticleBody"/>
        <w:jc w:val="left"/>
      </w:pPr>
      <w:r>
        <w:rPr>
          <w:rFonts w:ascii="Times New Roman" w:hAnsi="Times New Roman" w:eastAsia="Times New Roman" w:cs="Times New Roman"/>
        </w:rPr>
        <w:t>Sınaq dövrlərinin sonunda, Karmel dağında və 22 oktyabr 1844-cü ildə nümayiş etdirilmiş olan fərq, Daniel kitabının ikinci fəslində də təsvir olunmuşdur. Karmel dağının, Miller hərəkatı tarixinin və Navuxodonosorun büt haqqında yuxusunun üç peyğəmbərlik təqdimatında vurğu, İlyas, Miller və Daniel vasitəsilə təmsil olunan düzgün peyğəmbərlik yozumu üzərindədir. Yuxunun yozumu, iki sinif peyğəmbərin zahir olduğu tarixdə açılan möhürlü ismarışdır.</w:t>
      </w:r>
    </w:p>
    <w:p>
      <w:pPr>
        <w:pStyle w:val="ArticleScripture"/>
        <w:jc w:val="left"/>
      </w:pPr>
      <w:r>
        <w:rPr>
          <w:rFonts w:ascii="Times New Roman" w:hAnsi="Times New Roman" w:eastAsia="Times New Roman" w:cs="Times New Roman"/>
        </w:rPr>
        <w:t>Kəldanilər padşahın hüzurunda cavab verib dedilər: Yer üzündə elə bir adam yoxdur ki, padşahın işini açıqlaya bilsin; buna görə də heç bir padşah, ağa və ya hökmdar heç bir sehrbazdan, münəccimdən və ya kəldanidən belə şeylər soruşmamışdır. Padşahın tələb etdiyi şey nadir bir şeydir və onu padşahın hüzurunda göstərə biləcək, tanrılardan başqa heç kəs yoxdur; onların məskəni isə bəşərlə bir yerdə deyildir. Buna görə padşah qəzəbləndi və çox hiddətləndi, Babilin bütün müdrik adamlarının məhv edilməsini əmr etdi. Daniel 2:10–12.</w:t>
      </w:r>
    </w:p>
    <w:p>
      <w:pPr>
        <w:pStyle w:val="ArticleBody"/>
        <w:jc w:val="left"/>
      </w:pPr>
      <w:r>
        <w:rPr>
          <w:rFonts w:ascii="Times New Roman" w:hAnsi="Times New Roman" w:eastAsia="Times New Roman" w:cs="Times New Roman"/>
        </w:rPr>
        <w:t>Karmel dağında İlyas sınağı təklif etdi və onun təklif etdiyi sınaq yalnız həqiqi Allahın kim olduğunu deyil, həm də həqiqi peyğəmbərin kim olduğunu aşkara çıxarmaq üçün idi. Daniel kitabının ikinci fəslində isə həqiqi ilə yalançı arasındakı fərqi üzə çıxaran sınağı müəyyən edənlər Xaldeylilərdir. Onlar izah edirlər ki, Navuxodonosorun axtardığı yozum yalnız Allah tərəfindən bilinib açıqlana bilər, insanlar tərəfindən yox. Onlar həmçinin “padşahın tələb etdiyi şey nadir bir şeydir” dedikdə, Navuxodonosor ilə onun dini müdrikləri arasındakı münasibətin düzgün olmayan bir münasibət olmasından da şikayətlənirdilər. Onlar istəyirdilər ki, dövləti təmsil edən padşah, özlərinin səlahiyyət sahibi sayıldıqları dini sahəyə qarışmasın. Onlar kilsə ilə dövlətin birləşməsi prinsiplərinə etiraz etmirdilər; onların etirazı onda idi ki, dövləti təmsil edən Navuxodonosor kilsəyə nəzarət etməyi tələb edirdi. Əgər dini rəhbərlər dövlət üzərində hökmranlıq etsəydilər, onlar kilsə-dövlət münasibəti ilə rahat olardılar. Vəhşinin surəti sınağı, Navuxodonosorun surət yuxusu kimi, həyat və ölüm sınağı olmaqla, bizim əbədi taleyimizi müəyyən etdiyimiz yerdir.</w:t>
      </w:r>
    </w:p>
    <w:p>
      <w:pPr>
        <w:pStyle w:val="ArticleScripture"/>
        <w:jc w:val="left"/>
      </w:pPr>
      <w:r>
        <w:rPr>
          <w:rFonts w:ascii="Times New Roman" w:hAnsi="Times New Roman" w:eastAsia="Times New Roman" w:cs="Times New Roman"/>
        </w:rPr>
        <w:t>Və fərman verildi ki, müdriklər öldürülsün; Danieli və onun yoldaşlarını da öldürmək üçün axtardılar. O zaman Daniel Babilin müdriklərini öldürməyə çıxmış padşahın mühafizə dəstəsinin başçısı Arioka məsləhət və hikmətlə cavab verdi: O, padşahın başçısı Arioka cavab verib dedi: Padşahdan çıxan bu fərman nə üçün belə tələsikdir? O zaman Ariok məsələni Danielə bildirdi. Daniel 2:13–15.</w:t>
      </w:r>
    </w:p>
    <w:p>
      <w:pPr>
        <w:pStyle w:val="ArticleBody"/>
        <w:jc w:val="left"/>
      </w:pPr>
      <w:r>
        <w:rPr>
          <w:rFonts w:ascii="Times New Roman" w:hAnsi="Times New Roman" w:eastAsia="Times New Roman" w:cs="Times New Roman"/>
        </w:rPr>
        <w:t>Daniel hələ naməlum olan surətin yuxusunun həyat və ölüm şəraitinin dərk edilməsi barədə nurlandırıldıqda, o, yüz qırx dörd minin üçmərhələli sınaq prosesinin ikinci və görünən sınağının tarixində olduqları həqiqəti barədə nurlandırılmasını təmsil edir. Lakin Daniel sadəcə düzgün qidanı seçmiş və bununla birinci sınaqdan keçmiş olanları təmsil etmir; o, həmçinin Allahın Müqəddəs Kitab peyğəmbərliyi barədə xüsusi bəsirət verdiyi insan nümayəndəni də təmsil edir.</w:t>
      </w:r>
    </w:p>
    <w:p>
      <w:pPr>
        <w:pStyle w:val="ArticleScripture"/>
        <w:jc w:val="left"/>
      </w:pPr>
      <w:r>
        <w:rPr>
          <w:rFonts w:ascii="Times New Roman" w:hAnsi="Times New Roman" w:eastAsia="Times New Roman" w:cs="Times New Roman"/>
        </w:rPr>
        <w:t>Bu dörd gəncə gəlincə, Allah onlara hər cür elm və hikmətdə bilik və məharət verdi; Daniel isə bütün görüntüləri və yuxuları anlamaq qabiliyyətinə malik idi. Daniel 1:17.</w:t>
      </w:r>
    </w:p>
    <w:p>
      <w:pPr>
        <w:pStyle w:val="ArticleBody"/>
        <w:jc w:val="left"/>
      </w:pPr>
      <w:r>
        <w:rPr>
          <w:rFonts w:ascii="Times New Roman" w:hAnsi="Times New Roman" w:eastAsia="Times New Roman" w:cs="Times New Roman"/>
        </w:rPr>
        <w:t>Dörd sadiq İbrani hamısı qida sınağından keçsələr də, görüntülərin və yuxuların xəbərçisi kimi Daniel seçildi. Daniel, İlyas, Vəftizçi Yəhya, Vəhyçi Yəhya, William Miller və Future for America tərəfindən təmsil olunduğu kimi, peyğəmbərlik xəbərçisini təmsil edir. Peyğəmbərlik xəbərçisi heç vaxt peyğəmbərlik sınağından ayrılmır.</w:t>
      </w:r>
    </w:p>
    <w:p>
      <w:pPr>
        <w:pStyle w:val="ArticleBody"/>
        <w:jc w:val="left"/>
      </w:pPr>
      <w:r>
        <w:rPr>
          <w:rFonts w:ascii="Times New Roman" w:hAnsi="Times New Roman" w:eastAsia="Times New Roman" w:cs="Times New Roman"/>
        </w:rPr>
        <w:t>Məsihin zamanında Yəhyanın şəhadətini rədd edənlər İsadan fayda görə bilməzdilər. Millerçi tarixində birinci xəbəri (William Miller ilə təmsil olunan) rədd edənlər ikinci xəbərdən fayda görə bilməzdilər. Hər iki tarixdə sadiqlər sınaq prosesinin nəyə doğru apardığını dərk etmirdilər. Şagirdlər bunun baş verəcəyi onlara açıqca bildirilsə də, çarmıxı görməkdən imtina etdilər. Millerçilər böyük məyusluğu görə bilmirdilər. Daniel, Arioxdan Navuxodonosorun heykəl yuxusu ilə bağlı həyat və ölüm məsələləri barədə məlumat aldıqda, yuxunun məzmununun nə olduğunu və heykəl sınağının hara apardığını bilmirdi. Onun bildiyi tək şey bunun həyat və ölüm məsələsi olması idi. Buna görə də Daniel təfsiri anlamaq üçün vaxta ehtiyac duyurdu.</w:t>
      </w:r>
    </w:p>
    <w:p>
      <w:pPr>
        <w:pStyle w:val="ArticleScripture"/>
        <w:jc w:val="left"/>
      </w:pPr>
      <w:r>
        <w:rPr>
          <w:rFonts w:ascii="Times New Roman" w:hAnsi="Times New Roman" w:eastAsia="Times New Roman" w:cs="Times New Roman"/>
        </w:rPr>
        <w:t>Sonra Daniel içəri girib padşahdan xahiş etdi ki, ona vaxt versin və o da yozumunu padşaha bildirsin. Daniel 2:16.</w:t>
      </w:r>
    </w:p>
    <w:p>
      <w:pPr>
        <w:pStyle w:val="ArticleBody"/>
        <w:jc w:val="left"/>
      </w:pPr>
      <w:r>
        <w:rPr>
          <w:rFonts w:ascii="Times New Roman" w:hAnsi="Times New Roman" w:eastAsia="Times New Roman" w:cs="Times New Roman"/>
        </w:rPr>
        <w:t>Daniyel ilk sınaqda yeməyi qərara aldığı pəhrizdə (metodologiyada) iman təzahür etdirmişdi. Buna görə də ona vaxt verildi; necə ki, Məsihin dövründə şagirdlərə də verilmişdi. Şagirdlərə verilən vaxt Məsihin ölümü, dəfni, dirilməsi və Emmausa gedən yolda şagirdlərlə görüşməsindən, sonra isə yenidən yuxarı otaqda onlarla görüşməsindən əvvəlki ilkin göyə yüksəlişi müddəti idi. Sonra isə vaxtın sonunda O, Müqəddəs Ruhu onların üzərinə üfürdü.</w:t>
      </w:r>
    </w:p>
    <w:p>
      <w:pPr>
        <w:pStyle w:val="ArticleScripture"/>
        <w:jc w:val="left"/>
      </w:pPr>
      <w:r>
        <w:rPr>
          <w:rFonts w:ascii="Times New Roman" w:hAnsi="Times New Roman" w:eastAsia="Times New Roman" w:cs="Times New Roman"/>
        </w:rPr>
        <w:t>Bunu dedikdən sonra onların üzərinə üfürdü və onlara dedi: Müqəddəs Ruhu qəbul edin. Yəhya 20:22.</w:t>
      </w:r>
    </w:p>
    <w:p>
      <w:pPr>
        <w:pStyle w:val="ArticleBody"/>
        <w:jc w:val="left"/>
      </w:pPr>
      <w:r>
        <w:rPr>
          <w:rFonts w:ascii="Times New Roman" w:hAnsi="Times New Roman" w:eastAsia="Times New Roman" w:cs="Times New Roman"/>
        </w:rPr>
        <w:t>Yezekel peyğəmbərlik etdi və quru sümüklər bir yerə toplandı. Sonra Yezekel yenə peyğəmbərlik etdi və Müqəddəs Ruh yeni formalaşmış bədənlərin üzərinə üfürüldü, onlar da qüdrətli bir ordu kimi ayağa qalxdılar. Məsih şagirdlərin üzərinə üfürdükdə, onların anlayışını açdı.</w:t>
      </w:r>
    </w:p>
    <w:p>
      <w:pPr>
        <w:pStyle w:val="ArticleScripture"/>
        <w:jc w:val="left"/>
      </w:pPr>
      <w:r>
        <w:rPr>
          <w:rFonts w:ascii="Times New Roman" w:hAnsi="Times New Roman" w:eastAsia="Times New Roman" w:cs="Times New Roman"/>
        </w:rPr>
        <w:t>Sonra O, onların anlayışını açdı ki, Yazıları dərk etsinlər. Luka 24:25.</w:t>
      </w:r>
    </w:p>
    <w:p>
      <w:pPr>
        <w:pStyle w:val="ArticleBody"/>
        <w:jc w:val="left"/>
      </w:pPr>
      <w:r>
        <w:rPr>
          <w:rFonts w:ascii="Times New Roman" w:hAnsi="Times New Roman" w:eastAsia="Times New Roman" w:cs="Times New Roman"/>
        </w:rPr>
        <w:t>Bütün peyğəmbərlər dünyanın sonundan danışırlar və Daniel də istisna deyil. Onun istədiyi vaxt, maariflənmə ala bilməsi üçün bir zaman dövrü idi. Millerçilər üçün gözləmə vaxtı ilk məyusluqdan, onların Matta 25-ci fəsil və Habaqquq 2-ci fəsildəki peyğəmbərliklərlə əlaqədar gecikmə vaxtında olduqlarını dərk etdikləri ana qədər olan dövr idi. Millerçi tarixində gecikmə vaxtının tarixi ikinci mələyin xəbəri zamanı yerinə yetdi. Daniel 2-ci fəsil həmin eyni tarixi təmsil edir; buna görə də onun vaxt istəməsi peyğəmbərlik baxımından Millerçilərin gecikmə vaxtı ilə uyğunlaşır. Buna görə, Danielin vaxt istəyi və Millerçilərin gecikmə vaxtı, 18 iyul 2020-ci ildə başlamış olan yüz qırx dörd minin gecikmə vaxtını təmsil edir.</w:t>
      </w:r>
    </w:p>
    <w:p>
      <w:pPr>
        <w:pStyle w:val="ArticleBody"/>
        <w:jc w:val="left"/>
      </w:pPr>
      <w:r>
        <w:rPr>
          <w:rFonts w:ascii="Times New Roman" w:hAnsi="Times New Roman" w:eastAsia="Times New Roman" w:cs="Times New Roman"/>
        </w:rPr>
        <w:t>Daniyelin Navuxodonosorun surət yuxusunu başa düşmək üçün vaxt istəməsi, Vəhy kitabının on birinci fəslində iki şahidin küçədə ölü uzandığı üç gün yarım olaraq təsvir olunur. Vəhyin on birinci fəslindəki üç gün yarımın tarixində — simvolik olaraq peyğəmbərlik səhrasını təmsil edən həmin üç gün yarımda — fəryad edən bir səs vardır. Təsəlliverici tərəfindən ölüləri olan quru sümükləri oyatmaq və diriltmək üçün istifadə edilən insan səsi, yuxunun nə olduğu və nəyi təmsil etdiyi barədə peyğəmbərlik vəhyinin verildiyi Daniyellə təmsil olunur. Səhrada fəryad edən səsə, Daniyellə təmsil olunduğu kimi, yuxular və görüntülər haqqında peyğəmbərlik anlayışı verilmişdir. Səs fəryad edir; beləliklə, ona Gecəyarısı Fəryadının xəbəri verildiyi müəyyən edilir və fəryad gecəyarısı verilir ki, bu da qaranlığı təmsil edir.</w:t>
      </w:r>
    </w:p>
    <w:p>
      <w:pPr>
        <w:pStyle w:val="ArticleBody"/>
        <w:jc w:val="left"/>
      </w:pPr>
      <w:r>
        <w:rPr>
          <w:rFonts w:ascii="Times New Roman" w:hAnsi="Times New Roman" w:eastAsia="Times New Roman" w:cs="Times New Roman"/>
        </w:rPr>
        <w:t>Gecəyarısı ən dərin qaranlıqda səsə (Danielə) qaranlığa bürünmüş bir xəbəri anlamaq verildi. Səsə (Yezekelə) verilən əmr isə ölü quru sümüklərə peyğəmbərlik etməkdir. O, bunu edərkən Təsəlliverici küçədəki ölülərin üzərinə üfürülür və onlar “dirildilir.” Lakin diriliş yalnız dua vasitəsilə həyata keçirilir. Dua, küçədə öldürülmüş ölü quru sümüklərin dirilişi tarixində bir nişangahdır. Daniel həmin nişangahın müəyyən edildiyi məhz uyğun yerdə, peyğəmbərcəsinə o nişangahı təmsil edir.</w:t>
      </w:r>
    </w:p>
    <w:p>
      <w:pPr>
        <w:pStyle w:val="ArticleScripture"/>
        <w:jc w:val="left"/>
      </w:pPr>
      <w:r>
        <w:rPr>
          <w:rFonts w:ascii="Times New Roman" w:hAnsi="Times New Roman" w:eastAsia="Times New Roman" w:cs="Times New Roman"/>
        </w:rPr>
        <w:t>“Aramızda həqiqi möminliyin dirçəlişi bütün ehtiyaclarımızın ən böyüyü və ən təcilisidir. Buna can atmaq bizim ilk işimiz olmalıdır. Rəbbin xeyir-duasını əldə etmək üçün səmimi səy göstərilməlidir; bu, Allahın Öz xeyir-duasını bizə verməyə istəkli olmadığına görə deyil, bizim onu qəbul etməyə hazır olmadığımıza görədir. Səmavi Atamız Ondan diləyənlərə Müqəddəs Ruhunu verməyə, yer üzündəki valideynlərin öz övladlarına yaxşı ənamlar verməyə olduqlarından daha artıq istəklidir. Lakin etiraf, alçalma, tövbə və səmimi dua vasitəsilə Allahın bizə Öz xeyir-duasını verəcəyinə dair vəd etdiyi şərtləri yerinə yetirmək bizim işimizdir. Dirçəliş yalnız duaya cavab olaraq gözlənilə bilər. Xalq Allahın Müqəddəs Ruhundan belə məhrum olduqca, Kəlamın təbliğini dəyərləndirə bilməz; amma Ruhun qüvvəsi onların qəlblərinə toxunduqda, o zaman söylənən moizələr təsirsiz qalmayacaqdır. Allahın Kəlamının təlimləri ilə yönəldilərək, Onun Ruhunun təzahürü altında, sağlam mühakimədən istifadə etməklə, yığıncaqlarımıza qatılanlar qiymətli bir təcrübə qazanacaq və evlərinə qayıtdıqda faydalı təsir göstərməyə hazır olacaqlar.”</w:t>
      </w:r>
    </w:p>
    <w:p>
      <w:pPr>
        <w:pStyle w:val="ArticleScripture"/>
        <w:jc w:val="left"/>
      </w:pPr>
      <w:r>
        <w:rPr>
          <w:rFonts w:ascii="Times New Roman" w:hAnsi="Times New Roman" w:eastAsia="Times New Roman" w:cs="Times New Roman"/>
        </w:rPr>
        <w:t>“Qədim bayraqdarlar duada Allahla güləşməyin nə demək olduğunu və Onun Ruhunun tökülməsindən zövq almağı bilirdilər. Lakin bunlar fəaliyyət səhnəsindən çəkilib gedirlər; bəs onların yerlərini doldurmaq üçün kimlər irəli çıxır? Yüksələn nəsildə vəziyyət necədir? Onlar Allaha dönüblərmi? Biz səmavi məbəddə gedən işə ayıqıqmı, yoxsa oyanmağımız üçün əvvəlcə kilsənin üzərinə hansısa məcburedici bir qüvvənin gəlməsini gözləyirik? Biz bütün kilsənin dirçəldiyini görməyə ümid bağlayırıqmı? O vaxt heç vaxt gəlməyəcək.”</w:t>
      </w:r>
    </w:p>
    <w:p>
      <w:pPr>
        <w:pStyle w:val="ArticleScripture"/>
        <w:jc w:val="left"/>
      </w:pPr>
      <w:r>
        <w:rPr>
          <w:rFonts w:ascii="Times New Roman" w:hAnsi="Times New Roman" w:eastAsia="Times New Roman" w:cs="Times New Roman"/>
        </w:rPr>
        <w:t>“Kilsədə elə adamlar var ki, iman gətirib dönməyiblər və ciddi, qalib gələn duada birləşməyəcəklər. Biz işə fərdi şəkildə başlamalıyıq. Biz daha çox dua etməli, daha az danışmalıyıq. Qanunsuzluq artmaqdadır və xalq öyrədilməlidir ki, ruhu və qüvvəsi olmayan möminlik surəti ilə kifayətlənməsin. Əgər öz ürəklərimizi araşdırmağa, günahlarımızı kənara qoymağa və pis meyllərimizi düzəltməyə qətiyyətlə yönəlsək, canlarımız puçluğa ucaldılmayacaq; biz özümüzə etibar etməyən olacağıq və daim belə bir şüura sahib olacağıq ki, kifayətimiz Allahdandır.” Selected Messages, kitab 1, 121, 122.</w:t>
      </w:r>
    </w:p>
    <w:p>
      <w:pPr>
        <w:pStyle w:val="ArticleBody"/>
        <w:jc w:val="left"/>
      </w:pPr>
      <w:r>
        <w:rPr>
          <w:rFonts w:ascii="Times New Roman" w:hAnsi="Times New Roman" w:eastAsia="Times New Roman" w:cs="Times New Roman"/>
        </w:rPr>
        <w:t>Danielın seçdiyi pəhrizə olan iman əsasında, o, həmin pəhrizin təmsil etdiyi metodologiyadan istifadə etməsini tələb edən görsel bir sınaq prosesinə gətirildi; əvvəlcə onun Allahının yuxunu müəyyən edib izah edəcəyinə dair vəd verməli, bundan sonra isə həmin yuxunun padşaha təqdim olunmasını həyata keçirməli idi. O, düzgün pəhrizə, yaxud düzgün metodologiyaya malik idi və sonra tam “qaranlıq” içində olan Navuxodonosorun heykəl yuxusu barədə xəbəri təqdim etməklə imanını gözlə görünən şəkildə təzahür etdirməli idi. Onun növbəti hərəkəti imanın görsel təzahürü oldu, çünki o zaman Allahın xalqı qaranlıqda qaldıqda onlar üçün nəzərdə tutulan ilahi düsturu icra etdi.</w:t>
      </w:r>
    </w:p>
    <w:p>
      <w:pPr>
        <w:pStyle w:val="ArticleScripture"/>
        <w:jc w:val="left"/>
      </w:pPr>
      <w:r>
        <w:rPr>
          <w:rFonts w:ascii="Times New Roman" w:hAnsi="Times New Roman" w:eastAsia="Times New Roman" w:cs="Times New Roman"/>
        </w:rPr>
        <w:t>“Şər olanın qaranlığı dua etməyə etinasız yanaşanları bürüyür. Düşmənin pıçıltı ilə gələn vəsvəsələri onları günaha sövq edir; və bütün bunlar ona görədir ki, Allahın duanın ilahi təyinatında onlara verdiyi imtiyazlardan istifadə etmirlər. Nə üçün Allahın oğulları və qızları dua etməyə həvəssiz olsunlar, halbuki dua iman əlində olan açardır ki, onunla göylərin xəzinəsi açılır və orada Qadirin sonsuz sərvətləri saxlanılır? Fasiləsiz dua və ayıq-sayıq səylə gözətçilik olmadan, biz laqeydliyə qapılmaq və doğru yoldan sapmaq təhlükəsi qarşısındayıq. Düşmən daim mərhəmət taxtına aparan yolu kəsməyə çalışır ki, biz ciddi yalvarış və iman vasitəsilə vəsvəsəyə qarşı durmaq üçün lütf və qüvvət əldə etməyək.” Məsihə Doğru Addımlar, 94.</w:t>
      </w:r>
    </w:p>
    <w:p>
      <w:pPr>
        <w:pStyle w:val="ArticleBody"/>
        <w:jc w:val="left"/>
      </w:pPr>
      <w:r>
        <w:rPr>
          <w:rFonts w:ascii="Times New Roman" w:hAnsi="Times New Roman" w:eastAsia="Times New Roman" w:cs="Times New Roman"/>
        </w:rPr>
        <w:t>Navuxodonosorun gecə yuxusunun məzmununun qaranlığı qarşısında Daniel üç yoldaşı ilə birgə sıxılıb dua etdi.</w:t>
      </w:r>
    </w:p>
    <w:p>
      <w:pPr>
        <w:pStyle w:val="ArticleScripture"/>
        <w:jc w:val="left"/>
      </w:pPr>
      <w:r>
        <w:rPr>
          <w:rFonts w:ascii="Times New Roman" w:hAnsi="Times New Roman" w:eastAsia="Times New Roman" w:cs="Times New Roman"/>
        </w:rPr>
        <w:t>Sonra Daniel öz evinə getdi və bu məsələni öz yoldaşları Hananya, Mişael və Azaryaya bildirdi ki, bu sirr barəsində göylərin Allahından mərhəmət diləsinlər; beləliklə, Daniel və yoldaşları Babilin qalan müdrikləri ilə birlikdə həlak olmasınlar. O zaman sirr Danielə gecə görüntüsündə açıldı. Onda Daniel göylərin Allahına alqış etdi. Daniel cavab verib dedi: Allahın adı əbədlər boyu mübarək olsun! Çünki hikmət də, qüdrət də Onundur. Zamanları və mövsümləri dəyişdirən Odur; padşahları devirən də, padşahları taxta çıxaran da Odur; müdriklərə hikmət, anlayış sahiblərinə bilik verən Odur. Dərin və gizli şeyləri aşkara çıxaran Odur; qaranlıqda olanı bilir, nur isə Onunladır. Ey atalarımın Allahı, Sənə şükür edir və Sənə həmd edirəm; çünki mənə hikmət və qüdrət vermisən, indi isə Səndən dilədiyimizi mənə bildirmisən; çünki padşahın işini bizə indi bildirmisən. Daniel 2:17–23.</w:t>
      </w:r>
    </w:p>
    <w:p>
      <w:pPr>
        <w:pStyle w:val="ArticleBody"/>
        <w:jc w:val="left"/>
      </w:pPr>
      <w:r>
        <w:rPr>
          <w:rFonts w:ascii="Times New Roman" w:hAnsi="Times New Roman" w:eastAsia="Times New Roman" w:cs="Times New Roman"/>
        </w:rPr>
        <w:t>Sonra Daniel “qaranlıqda nə olduğunu bilən” Olan tərəfindən mükafatlandırıldı. Bazar günü qanunvericiliyi uğrunda hərəkat qaranlıqda irəliləyir, və ilahi pəhrizi qəbul etdiklərini etiraf etmiş olanlardan papalıq hakimiyyətinin nişanını məcburi tətbiq etmək üçün dini və siyasi platforma hazırlayan vəhşi heyvanın surətinin formalaşmasını tanımaq tələb olunur.</w:t>
      </w:r>
    </w:p>
    <w:p>
      <w:pPr>
        <w:pStyle w:val="ArticleBody"/>
        <w:jc w:val="left"/>
      </w:pPr>
      <w:r>
        <w:rPr>
          <w:rFonts w:ascii="Times New Roman" w:hAnsi="Times New Roman" w:eastAsia="Times New Roman" w:cs="Times New Roman"/>
        </w:rPr>
        <w:t>Danielın ikinci fəsli sadəcə Millerçi tarixdə ikinci mələyin tarixini müəyyənləşdirmir; əksinə, o, daha birbaşa olaraq üçüncü mələyin hərəkatı daxilində ikinci mələyin tarixini təsvir edir. Navuxodonosorun heykəl yuxusunun sınağında vəhşi heyvanın surətinin sınağı təmsil olunur. Allah xalqının yaxınlaşmaqda olan bazar qanununun həyat və ölüm xarakterli şəraitinə oyanmasının peyğəmbərlik addımları Daniel və Vəhy kitablarında çox aydın şəkildə müəyyən edilir.</w:t>
      </w:r>
    </w:p>
    <w:p>
      <w:pPr>
        <w:pStyle w:val="ArticleBody"/>
        <w:jc w:val="left"/>
      </w:pPr>
      <w:r>
        <w:rPr>
          <w:rFonts w:ascii="Times New Roman" w:hAnsi="Times New Roman" w:eastAsia="Times New Roman" w:cs="Times New Roman"/>
        </w:rPr>
        <w:t>Daniel, surət yuxusunun həyat və ya ölüm xəbəri irəli gedən tarixin xəbərçisini təmsil edir. O, dərk etmiş olduğu pəhriz üzərində möhkəm dayanır və imanla bildirir ki, Allah röyanı aşkar edə bilər, lakin vaxt istəyir. Bu vaxt ləngimə vaxtıdır. Ləngimə vaxtının sonunda ona Navuxodonosorun qaranlıq röyasında nə olduğu barədə bilik verilir, lakin təkcə bu deyil. O, yalnız vəhşinin surətini və onunla bağlı sınağı təmsil edən surət yuxusunu anlamaqla kifayətlənmir, həm də ləngimə vaxtının sonunda Allahı tərifləyir; çünki Allah “müdriklərə hikmət, anlayışı olanlara bilik verir; dərin və gizli şeyləri aşkar edir; qaranlıqda olanı bilir, nur Onunla məskən salır.”</w:t>
      </w:r>
    </w:p>
    <w:p>
      <w:pPr>
        <w:pStyle w:val="ArticleBody"/>
        <w:jc w:val="left"/>
      </w:pPr>
      <w:r>
        <w:rPr>
          <w:rFonts w:ascii="Times New Roman" w:hAnsi="Times New Roman" w:eastAsia="Times New Roman" w:cs="Times New Roman"/>
        </w:rPr>
        <w:t>Daniel burada öz həmdini “biliyin artması” kontekstində ifadə edir; çünki on ikinci fəsildə “hikmətlilər”in “biliyin artması”nı anlayacağını müəyyən edən də odur və o, həmçinin Allaha “hikmət”i və “bilik”i “hikmətlilər”ə verdiyi üçün həmd edir. O, birbaşa müdrik bakirələrə istinad edir və öz zamanını gecikmə vaxtı ilə əlaqələndirir. O, ikinci fəsildə tapılan təsviri birbaşa üçüncü mələyin hərəkatında Matta iyirmi beşdəki gecikmə vaxtının kamil yerinə yetməsinə yerləşdirir. Daha mühüm olan isə budur ki, Vəhy kitabı sınaq müddətinin başa çatmasından dərhal əvvəl Yəhyaya Daniel və Vəhy kitablarının peyğəmbərliklərinin sözlərini möhürləməməsinin bildirildiyini göstərir; çünki onlar eyni kitabdır.</w:t>
      </w:r>
    </w:p>
    <w:p>
      <w:pPr>
        <w:pStyle w:val="ArticleScripture"/>
        <w:jc w:val="left"/>
      </w:pPr>
      <w:r>
        <w:rPr>
          <w:rFonts w:ascii="Times New Roman" w:hAnsi="Times New Roman" w:eastAsia="Times New Roman" w:cs="Times New Roman"/>
        </w:rPr>
        <w:t>O mənə dedi: Bu kitabın peyğəmbərlik sözlərini möhürləmə, çünki vaxt yaxındır. Qoy haqsız olan yenə haqsızlıq etsin; murdar olan yenə murdar qalsın; saleh olan yenə salehlik etsin; müqəddəs olan yenə müqəddəs olsun. Vəhy 22:10, 11.</w:t>
      </w:r>
    </w:p>
    <w:p>
      <w:pPr>
        <w:pStyle w:val="ArticleBody"/>
        <w:jc w:val="left"/>
      </w:pPr>
      <w:r>
        <w:rPr>
          <w:rFonts w:ascii="Times New Roman" w:hAnsi="Times New Roman" w:eastAsia="Times New Roman" w:cs="Times New Roman"/>
        </w:rPr>
        <w:t>Daniel və Vəhy kitablarındakı peyğəmbərliklərin möhürünün açılmalı olduğu vaxt on qız məsəlindəki gecikmə vaxtıdır və həmin vaxt Danielin vaxt istəməsi ilə təmsil olunur. Onun vaxt istəyi dua ilə davam etdi; bu isə ölü quru sümüklərin dirilməsindən əvvəl baş verməlidir. Biliyin artdığı və qaranlığa bürünmüş yuxu heykəlinin anlaşılmasının açıldığı zaman dövründə Allah Daniel üçün başqa bir iş də gördü. “O, dərin və gizli şeyləri açır.” Gecəyarısı Nidası tarixinin gizli şeyi möhlət bağlanmazdan az əvvəl möhürü açılan Vəhy kitabındakı peyğəmbərlikdir. Həmin “dərin və gizli” şey “həqiqət”dir.</w:t>
      </w:r>
    </w:p>
    <w:p>
      <w:pPr>
        <w:pStyle w:val="ArticleBody"/>
        <w:jc w:val="left"/>
      </w:pPr>
      <w:r>
        <w:rPr>
          <w:rFonts w:ascii="Times New Roman" w:hAnsi="Times New Roman" w:eastAsia="Times New Roman" w:cs="Times New Roman"/>
        </w:rPr>
        <w:t>Həqiqət, Daniel ilə təmsil olunan xəbərçiyə açılan peyğəmbərlik açarına çevrilir ki, bu da “yeddi ildırım”ın gizli tarixinin tanınmasına imkan verir. Gizli tarix üç nişangahın tarixidir. Birincisi məyusluqdur, sonuncusu da Millerçi tarixdə göstərildiyi kimi məyusluqdur. “Həqiqət” kimi tərcümə olunan ibrani sözü “Möcüzəli Dilçi” tərəfindən ivrit əlifbasının birinci, on üçüncü və son hərfinin birləşdirilməsi ilə yaradılmışdır. İsa birinci və sonuncudur, O “həqiqət”dir. “Möcüzəli Dilçi” tərəfindən yaradılmış sözün quruluşu “yeddi ildırım”ın gizli tarixi olan üç peyğəmbərlik nişangahını müəyyən edir; bunlar Daniel “vaxt” istəyib dua etməyə getməyincə möhürlü qalmalı idi.</w:t>
      </w:r>
    </w:p>
    <w:p>
      <w:pPr>
        <w:pStyle w:val="ArticleBody"/>
        <w:jc w:val="left"/>
      </w:pPr>
      <w:r>
        <w:rPr>
          <w:rFonts w:ascii="Times New Roman" w:hAnsi="Times New Roman" w:eastAsia="Times New Roman" w:cs="Times New Roman"/>
        </w:rPr>
        <w:t>18 iyul 2020-ci il məyusluğu ilk nişanə idi və o, üç nişanənin sonuncusu olan Bazar qanunu ilə əlaqəli məyusluğu nümayiş etdirir. Orta hərf, on üçüncü hərf, üsyanın rəmzidir və yeddi ildırımın gizli tarixinin orta nişanəsinin də rəmzidir. Üsyan, Axşamyarısı hayqırtısında ağılsız bakirələr vasitəsilə təmsil olunur, çünki Axşamyarısı hayqırtısı 18 iyul 2020, Axşamyarısı hayqırtısı və tezliklə gələcək Bazar qanununun üçmərhələli tarixinin orta nişanəsidir. Saat on iki olan kimi, zaman on üçüncü saata keçir; burada ağılsız bakirələrin zahiri təzahürü onların qızıl yağın özlərində olmadığını dərk etmələri ilə göstərilir.</w:t>
      </w:r>
    </w:p>
    <w:p>
      <w:pPr>
        <w:pStyle w:val="ArticleBody"/>
        <w:jc w:val="left"/>
      </w:pPr>
      <w:r>
        <w:rPr>
          <w:rFonts w:ascii="Times New Roman" w:hAnsi="Times New Roman" w:eastAsia="Times New Roman" w:cs="Times New Roman"/>
        </w:rPr>
        <w:t>Vəhy kitabının on birinci fəslindəki “üç yarım gün”ün rəmzi “səhrasında” Allahın xalqı “yeddi dəfə” lənətinin rəmzi tarixində təsvir olunur. Həmin dövrün sonunda onlar dərk etməlidirlər ki, səpələnmişlər, günah etmişlər, ataları günah etmişdir, Allaha qarşı zidd yolla getmişlər və Allah da onlara qarşı zidd yolla getmişdir. Bu dərk onları Levililər kitabının iyirmi altıncı fəslinin duasını etməyə yönəltməlidir. Levililər kitabının iyirmi altıncı fəslinin duasını etməli olduqlarına dair bu dərk, peyğəmbərlik baxımından Daniel kitabının ikinci fəslindəki Danielin duası ilə uyğunluq təşkil edir və bu, doqquzuncu fəsildə Danielin duası ilə nümayiş etdirilir. Danielin doqquzuncu fəsildə Levililər kitabının iyirmi altıncı fəslinin duasını etməsinin səbəbi, Allahın xalqının əsarəti haqqında Yeremyanın peyğəmbərliyindəki yetmiş ilin sonuna çatdığını dərk etməsinə əsaslanırdı.</w:t>
      </w:r>
    </w:p>
    <w:p>
      <w:pPr>
        <w:pStyle w:val="ArticleBody"/>
        <w:jc w:val="left"/>
      </w:pPr>
      <w:r>
        <w:rPr>
          <w:rFonts w:ascii="Times New Roman" w:hAnsi="Times New Roman" w:eastAsia="Times New Roman" w:cs="Times New Roman"/>
        </w:rPr>
        <w:t>Həmin yetmiş il Allahın xalqının möhürlənməsi tarixini təmsil edir. Həmin yetmiş il Malaki kitabının üçüncü fəslindəki təmizlənməni və Məsihin məbədi iki dəfə təmizləməsini təmsil edir. Onlar vəhşi heyvanın surəti sınağının tarixini təmsil edir. Həmin tarix 11 sentyabr 2001-ci ildə başlamışdır və tezliklə gələcək bazar günü qanunu ilə başa çatır. O simvolik yetmişillik dövrün sonunda Daniel dua edə bilmək üçün “yubanma vaxtı” axtarır. Onun duası peyğəmbərliyin son sirri ona açıldıqda cavablandırıldı. Həmin vəhy Allahın həqiqi protestant xalqı 18 iyul 2020-ci ildən sonrakı “çöldə” dağılma vaxtında hələ də olarkən gəldi. O zaman “həqiqət” “çöldə fəryad edən səs”ə açıldı.</w:t>
      </w:r>
    </w:p>
    <w:p>
      <w:pPr>
        <w:pStyle w:val="ArticleBody"/>
        <w:jc w:val="left"/>
      </w:pPr>
      <w:r>
        <w:rPr>
          <w:rFonts w:ascii="Times New Roman" w:hAnsi="Times New Roman" w:eastAsia="Times New Roman" w:cs="Times New Roman"/>
        </w:rPr>
        <w:t>Növbəti məqalədə Daniel kitabının ikinci fəslini davam etdirəcəyik.</w:t>
      </w:r>
    </w:p>
    <w:p>
      <w:pPr>
        <w:pStyle w:val="ArticleScripture"/>
        <w:jc w:val="left"/>
      </w:pPr>
      <w:r>
        <w:rPr>
          <w:rFonts w:ascii="Times New Roman" w:hAnsi="Times New Roman" w:eastAsia="Times New Roman" w:cs="Times New Roman"/>
        </w:rPr>
        <w:t>Və Rəbbin qəzəbi bu torpağa qarşı alovlandı ki, bu kitabda yazılmış bütün lənətləri onun üzərinə gətirsin. Və Rəbb onları qəzəb, hiddət və böyük hiddətlə öz torpaqlarından kökündən çıxardı və bugünkü kimi başqa bir torpağa atdı. Gizli şeylər Allahımız Rəbbə məxsusdur; lakin aşkar edilən şeylər bizə və övladlarımıza əbədilik məxsusdur ki, bu Qanunun bütün sözlərini yerinə yetirək. Qanunun Təkrarı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İki</dc:title>
  <dc:subject>Qaranlıq</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