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Otuzuncu Bölüm</w:t>
      </w:r>
    </w:p>
    <w:p>
      <w:pPr>
        <w:pStyle w:val="ArticleSubtitle"/>
        <w:jc w:val="left"/>
      </w:pPr>
      <w:r>
        <w:rPr>
          <w:rFonts w:ascii="Arial" w:hAnsi="Arial" w:eastAsia="Arial" w:cs="Arial"/>
        </w:rPr>
        <w:t>Amerika Birləşmiş Ştatlarının peyğəmbərlikdəki keçidi: altıncı padşahlıqdan üçqat ittifaqa doğru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Birləşmiş Ştatlar tezliklə gələcək bazar qanununu tətbiq etdikdə, Müqəddəs Kitab peyğəmbərliyinin altıncı padşahlığı olmaqdan çıxacaq və Müasir Romanın üçqat ittifaqının üçdə birinə çevriləcək. Bazar qanununu tətbiq edən prezident sonuncu prezident olacaq və o, Respublikaçı prezident olacaq. Bu, iki şahid əsasında təsbit edilir.</w:t>
      </w:r>
    </w:p>
    <w:p>
      <w:pPr>
        <w:pStyle w:val="ArticleBody"/>
        <w:jc w:val="left"/>
      </w:pPr>
      <w:r>
        <w:rPr>
          <w:rFonts w:ascii="Times New Roman" w:hAnsi="Times New Roman" w:eastAsia="Times New Roman" w:cs="Times New Roman"/>
        </w:rPr>
        <w:t>Birinci Respublikaçı prezident olan Abraham Linkoln 1863-cü ildə Azadlıq Bəyannaməsini “dilə gətirdi”; bu, yer heyvanının peyğəmbərlik tarixində danışmanın orta nişanı idi. Linkoln 1863-cü ildə Azadlıq Bəyannaməsini “dilə gətirdikdə”, o, birinci Respublikaçı prezident idi; beləliklə, o, son Respublikaçı prezidenti təmsil edirdi. Abraham Linkoln yer heyvanının birinci dövrünün son nişanını, həm də yer heyvanının ikinci dövrünün birinci nişanını təmsil edir. İsa həmişə sonu başlanğıc vasitəsilə təsvir edir. Yer heyvanı iki dövrün sonuncusunun sonunda əjdaha kimi danışdıqda, Linkolnun timsalında göstərildiyi kimi, prezident Respublikaçı prezident olacaqdır.</w:t>
      </w:r>
    </w:p>
    <w:p>
      <w:pPr>
        <w:pStyle w:val="ArticleBody"/>
        <w:jc w:val="left"/>
      </w:pPr>
      <w:r>
        <w:rPr>
          <w:rFonts w:ascii="Times New Roman" w:hAnsi="Times New Roman" w:eastAsia="Times New Roman" w:cs="Times New Roman"/>
        </w:rPr>
        <w:t>Sonuncu prezidentin Respublikaçı prezident olmasının ikinci şahidliyi 1989-cu ildə, son zamanın vaxtında Ronald Reyqan ilə başlamış dövrdür. 1989-cu ildən tezliklə gələcək bazar qanununa qədər olan peyğəmbərlik dövrü, 508-dən 538-ə qədər olan tarixdə papalıq Romanın taxta çıxmasına hazırlıq üçün olan peyğəmbərlik dövrü ilə təmsil olunmuşdur. 538-ci ildə antixristin gücləndirilməsinə hazırlıqdan ibarət həmin peyğəmbərlik dövrü Məsihin otuz illik hazırlığı, yəni Onun doğumundan vəftizinə qədər olan müddətlə əvvəlcədən canlandırılmışdır.</w:t>
      </w:r>
    </w:p>
    <w:p>
      <w:pPr>
        <w:pStyle w:val="ArticleBody"/>
        <w:jc w:val="left"/>
      </w:pPr>
      <w:r>
        <w:rPr>
          <w:rFonts w:ascii="Times New Roman" w:hAnsi="Times New Roman" w:eastAsia="Times New Roman" w:cs="Times New Roman"/>
        </w:rPr>
        <w:t>Məsihin əleyhdarının, Məsihin otuz illik hazırlığını saxtakarlıqla təqlid edən otuz illik bir hazırlıq dövrü var idi. Həm Məsih, həm də Məsihin əleyhdarı üçün otuz illik hazırlıq dövrü, tezliklə gələcək bazar günü qanununda ölümcül yaranın sağalması üçün olan hazırlıq dövrünə dair iki şahid təqdim edir. Bu hazırlıq dövrü 1989-cu ildə, axır zamanında başladı; necə ki, Məsihin hazırlıq dövrü Onun doğulduğu zaman gəlib çatmışdı və bu, Onun peyğəmbərlik tarixində axır zamanını işarələyirdi.</w:t>
      </w:r>
    </w:p>
    <w:p>
      <w:pPr>
        <w:pStyle w:val="ArticleBody"/>
        <w:jc w:val="left"/>
      </w:pPr>
      <w:r>
        <w:rPr>
          <w:rFonts w:ascii="Times New Roman" w:hAnsi="Times New Roman" w:eastAsia="Times New Roman" w:cs="Times New Roman"/>
        </w:rPr>
        <w:t>Sonuncu prezidentdən əvvəl, Daniel on birinci fəslin ikinci ayəsi öyrədir ki, qlobalistlərin səltənətini “qızışdıran” varlı prezidentə qədər çatan altı prezident olacaq. Həmin altı prezidentdən birincisi respublikaçı Ronald Reyqan idi. Ronald Reyqan və Abraham Linkoln iki şahidi təmin edirlər. 1863-cü il üsyanının yol nişanı və 1989-cu ildən başlayan prezidentlər xətti Amerika Birləşmiş Ştatlarının son prezidentinin xüsusiyyətlərini dəqiq göstərir.</w:t>
      </w:r>
    </w:p>
    <w:p>
      <w:pPr>
        <w:pStyle w:val="ArticleBody"/>
        <w:jc w:val="left"/>
      </w:pPr>
      <w:r>
        <w:rPr>
          <w:rFonts w:ascii="Times New Roman" w:hAnsi="Times New Roman" w:eastAsia="Times New Roman" w:cs="Times New Roman"/>
        </w:rPr>
        <w:t>Ronald Reyqan birincinin rəmzidir və buna görə də sonuncunu təsvir edir. Reyqan keçmiş media ulduzu idi, respublikaçı olmaq üçün mövqeyini dəyişmiş keçmiş bir demokrat idi. O, ingilis dilindən təhrikedici şəkildə istifadə etməsi ilə tanınırdı. O, yumor hissi ilə tanınırdı. O, özünü protestant adlandırırdı, lakin Müqəddəs Kitab peyğəmbərliyindəki Məsihin əleyhdarı ilə ittifaq bağladıqda, “protestant”ın nə demək olduğunu əslində başa düşmədiyini göstərdi.</w:t>
      </w:r>
    </w:p>
    <w:p>
      <w:pPr>
        <w:pStyle w:val="ArticleBody"/>
        <w:jc w:val="left"/>
      </w:pPr>
      <w:r>
        <w:rPr>
          <w:rFonts w:ascii="Times New Roman" w:hAnsi="Times New Roman" w:eastAsia="Times New Roman" w:cs="Times New Roman"/>
        </w:rPr>
        <w:t>O, Amerikayönlü idi və siyasi baxımdan qorxmaz idi. Müasir siyasətin həmin dövründə ən səmərəsiz prezidentin ardınca gəlmişdi və sələfi radikal İslamın tələbləri qarşısında baş əymişdi. Bəlkə də onun söylədiyi və həyata keçirdiyinə görə ona ən çox etibar edilən ən mühüm söz bu idi: “Cənab Qorbaçov, bu divarı sökün.”</w:t>
      </w:r>
    </w:p>
    <w:p>
      <w:pPr>
        <w:pStyle w:val="ArticleBody"/>
        <w:jc w:val="left"/>
      </w:pPr>
      <w:r>
        <w:rPr>
          <w:rFonts w:ascii="Times New Roman" w:hAnsi="Times New Roman" w:eastAsia="Times New Roman" w:cs="Times New Roman"/>
        </w:rPr>
        <w:t>Donald Trump axırının rəmzidir və buna görə də birinci vasitəsilə təsvir edilmişdir. Trump keçmiş media ulduzu, Respublikaçıya dönmüş keçmiş Demokrat idi. O, ingilis dilindən təhrikedici şəkildə istifadə etməsi ilə tanınır. O, yumor hissi ilə tanınır. O, özünü Protestant adlandırır; lakin Protestant sözünün nə məna daşıdığını həqiqətdə anlamadığını göstərmişdir və tezliklə gələcək bazar günü qanunu zamanı Müqəddəs Kitab peyğəmbərliyindəki antixristlə ittifaq yaradacaqdır.</w:t>
      </w:r>
    </w:p>
    <w:p>
      <w:pPr>
        <w:pStyle w:val="ArticleBody"/>
        <w:jc w:val="left"/>
      </w:pPr>
      <w:r>
        <w:rPr>
          <w:rFonts w:ascii="Times New Roman" w:hAnsi="Times New Roman" w:eastAsia="Times New Roman" w:cs="Times New Roman"/>
        </w:rPr>
        <w:t>O, Amerikayönlüdür və siyasi baxımdan qorxusuzdur. Ondan əvvəl müasir siyasət dövründə həmin çağın ən təsirsiz prezidenti gəlmişdi və o, 2024-cü ildə yenidən seçildikdə, bir daha müasir siyasət dövründə yeni ən təsirsiz prezident tərəfindən öncədən gəlmiş olacaq. Hər iki halda onun sələfləri radikal İslamın tələbləri qarşısında baş əymələri ilə tanınırlar. Şübhəsiz ki, onun indiyədək söylədiyi və həyata keçirdiyinə görə adına yazılacaq ən mühüm şey budur: “Divarı tikin.”</w:t>
      </w:r>
    </w:p>
    <w:p>
      <w:pPr>
        <w:pStyle w:val="ArticleBody"/>
        <w:jc w:val="left"/>
      </w:pPr>
      <w:r>
        <w:rPr>
          <w:rFonts w:ascii="Times New Roman" w:hAnsi="Times New Roman" w:eastAsia="Times New Roman" w:cs="Times New Roman"/>
        </w:rPr>
        <w:t>Bu, Jimmy Carter, Barack Hussein Obama və Joe Biden-in prezidentlikləri dövründə son dərəcə təsirli olmadıqlarını iddia etmək üçün deyil; sadəcə olaraq, onların təsirliliyi Birləşmiş Ştatlar Konstitusiyasında təsbit olunmuş prinsipləri — hər birinin qoruyub müdafiə edəcəyinə and içdiyi məhz həmin sənədi — məhv etmək istiqamətində gördükləri işə əsaslanırdı; buna, Carter-in İslama Reyqanın seçilməsinədək girovları saxlamağa imkan verməsi, Obama-nın İslam dünyası qarşısında üzr turuna çıxması və radikal İslamın əsas bankına azı bir milyard dollar nağd pul verməsi, həmçinin Biden-in İslama dəstək göstərməsi ilə bağlı keçmişinin sadalanmayacaq qədər uzun olması reallığı da əlavə olunur.</w:t>
      </w:r>
    </w:p>
    <w:p>
      <w:pPr>
        <w:pStyle w:val="ArticleBody"/>
        <w:jc w:val="left"/>
      </w:pPr>
      <w:r>
        <w:rPr>
          <w:rFonts w:ascii="Times New Roman" w:hAnsi="Times New Roman" w:eastAsia="Times New Roman" w:cs="Times New Roman"/>
        </w:rPr>
        <w:t>Ronald Reagan “dəmir pərdə” adlanan rəmzi divarın dağıdılması işini həyata keçirdi və 11 noyabr 1989-cu ildə Berlin divarı həmin ruhani fəthi hərfi bir nişanla qeyd etmək üçün dağıldı. Trump Kilsə ilə Dövlətin ayrılığına dair rəmzi divarı dağıdacaq və üçüncü Vay həmin hadisənin hərfi bir nişanını təmin edəcək. Həmin hadisə üçüncü Vayın İslamının gəlişi ilə başlamış olan yüz qırx dörd minin möhürlənməsi dövrünü başa çatdıracaq; həmin gəliş möhürlənmə dövrünün ruhani işinin başlandığını müəyyən etmək üçün hərfi bir nişan təmin etmişdi. 7 oktyabr 2023-cü il yüz qırx dörd minin möhürlənmə vaxtının üç hərfi tarixi nişanının orta nöqtəsini təmin etdi.</w:t>
      </w:r>
    </w:p>
    <w:p>
      <w:pPr>
        <w:pStyle w:val="ArticleBody"/>
        <w:jc w:val="left"/>
      </w:pPr>
      <w:r>
        <w:rPr>
          <w:rFonts w:ascii="Times New Roman" w:hAnsi="Times New Roman" w:eastAsia="Times New Roman" w:cs="Times New Roman"/>
        </w:rPr>
        <w:t>Möhürlənmə tarixinin ortasında, Ronald Reyqandan sonrakı altıncı prezident rəmzi siyasi şəkildə dibsiz quyudan çıxan vəhşi heyvan tərəfindən öldürüldü. Möhürlənmə vaxtının başlanğıcında dibsiz quyudan çıxan vəhşi heyvan İslam idi; o, yalançı peyğəmbərin simvolu olan Məhəmmədi təmsil edirdi. Möhürlənmə vaxtının sonunda dibsiz quyudan çıxan vəhşi heyvan isə katolisizmin dənizdən çıxan vəhşi heyvanıdır; onun ölümcül yarası da o zaman sağalır. Möhürlənmə vaxtının ortasında yüksələn dibsiz quyudan çıxan vəhşi heyvan isə ateizmin vəhşi heyvanı, əjdahadır. Möhürlənmə vaxtının ortasında dibsiz quyudan çıxan əjdaha-vəhşi heyvan Vəhy kitabının on birinci fəslindəki iki şahidi öldürür.</w:t>
      </w:r>
    </w:p>
    <w:p>
      <w:pPr>
        <w:pStyle w:val="ArticleBody"/>
        <w:jc w:val="left"/>
      </w:pPr>
      <w:r>
        <w:rPr>
          <w:rFonts w:ascii="Times New Roman" w:hAnsi="Times New Roman" w:eastAsia="Times New Roman" w:cs="Times New Roman"/>
        </w:rPr>
        <w:t>ABŞ Vətəndaş Müharibəsində köləlik tərəfdarı olan Demokrat əjdaha fraksiyası sözün həqiqi mənasında ilk Respublikaçı prezidenti öldürdü. Vətəndaş Müharibəsi rəsmi olaraq 9 aprel 1865-ci ildə başa çatdı və Linkoln bir həftə sonra, ayın 15-də vəfat etdi, baxmayaraq ki, o, əvvəlki gün güllələnmişdi. Müharibə yeddinci günün Şənbə günü sona çatdı və Linkoln da yeddinci günün Şənbə günü vəfat etdi.</w:t>
      </w:r>
    </w:p>
    <w:p>
      <w:pPr>
        <w:pStyle w:val="ArticleBody"/>
        <w:jc w:val="left"/>
      </w:pPr>
      <w:r>
        <w:rPr>
          <w:rFonts w:ascii="Times New Roman" w:hAnsi="Times New Roman" w:eastAsia="Times New Roman" w:cs="Times New Roman"/>
        </w:rPr>
        <w:t>Varlı və qüdrətli prezidentə qarşı oyadılmış (təhrik edilmiş) qlobalistlər 3 noyabr 2020-ci ildə siyasi bir sui-qəsd həyata keçirdilər. Dibsiz quyudan çıxan həmin vəhşi heyvan, ilk respublikaçı prezidentin həqiqi ölümü ilə əvvəlcədən nümunələndirilmiş şəkildə, son respublikaçı prezidenti simvolik olaraq öldürən əjdaha-vəhşi heyvanını təmsil edirdi. Allahın Kəlamı göstərir ki, dünya onun ölümü üzərində sevindikdən sonra o, ayaqları üstə duracaqdı. İndi 2024-cü ildəyik və aydındır ki, Tramp ona qarşı səfərbər edilən bütün hüquqi təqiblərə, yalanlara, təbliğata və pullara baxmayaraq, yenidən həyata qayıtmışdır.</w:t>
      </w:r>
    </w:p>
    <w:p>
      <w:pPr>
        <w:pStyle w:val="ArticleBody"/>
        <w:jc w:val="left"/>
      </w:pPr>
      <w:r>
        <w:rPr>
          <w:rFonts w:ascii="Times New Roman" w:hAnsi="Times New Roman" w:eastAsia="Times New Roman" w:cs="Times New Roman"/>
        </w:rPr>
        <w:t>Birləşmiş Ştatlarda özünü göstərən və bununla da dünyadakı həmin mübahisəni qabaqcadan təsvir edən mübahisədə, son yağışla təmsil olunan Allahın qüdrəti yuxarıdan enməkdə olduğu vaxt, aşağıdan şeytani bir qüvvə qalxacaqdır.</w:t>
      </w:r>
    </w:p>
    <w:p>
      <w:pPr>
        <w:pStyle w:val="ArticleBody"/>
        <w:jc w:val="left"/>
      </w:pPr>
      <w:r>
        <w:rPr>
          <w:rFonts w:ascii="Times New Roman" w:hAnsi="Times New Roman" w:eastAsia="Times New Roman" w:cs="Times New Roman"/>
        </w:rPr>
        <w:t>11 sentyabr 2001-ci il tarixindən Birləşmiş Ştatlarda tezliklə gələcək bazar günü qanununa qədər olan tarixdə, üçüncü Vay halının İslamı tüstü kimi dibsiz quyudan çıxdı; bu, həmin tarixin başlanğıcında yanan binaların tüstüsünü təmsil edir. 2016-cı ildə isə qlobalistlərin kommunist “woke”-izmi iki şahidi öldürmək üçün yüksəldi. Sonra tezliklə gələcək bazar günü qanununda, o zaman yeddidən olub səkkizinci vəhşi heyvana çevriləcək papalıq, ölümcül yarası sağaldıqca yer üzünün taxtına yüksələcək.</w:t>
      </w:r>
    </w:p>
    <w:p>
      <w:pPr>
        <w:pStyle w:val="ArticleBody"/>
        <w:jc w:val="left"/>
      </w:pPr>
      <w:r>
        <w:rPr>
          <w:rFonts w:ascii="Times New Roman" w:hAnsi="Times New Roman" w:eastAsia="Times New Roman" w:cs="Times New Roman"/>
        </w:rPr>
        <w:t>Yuxarıdan gələn qüvvə kimi axır yağışın yağdığı vaxtda, aşağıdan gələn qüvvəni təmsil edən vəhşilər peyğəmbərlik xarakterli bir “Həqiqəti” təmsil edir. Tüstü kimi yüksələcək ilk varlıq, Vəhy kitabının on səkkizinci fəslinin birinci səsi səsləndiyi vaxtda, üçüncü Vayın İslamıdır və o, axır yağışın “ölçülməyə” başladığı zaman yüksəlir. Yüksələcək son vəhşi isə papalıqdır; bu, Vəhy kitabının on səkkizinci fəslinin ikinci səsi səsləndiyi vaxtda baş verir və o, axır yağış ölçüsüz şəkildə tökülərkən yüksəlir.</w:t>
      </w:r>
    </w:p>
    <w:p>
      <w:pPr>
        <w:pStyle w:val="ArticleBody"/>
        <w:jc w:val="left"/>
      </w:pPr>
      <w:r>
        <w:rPr>
          <w:rFonts w:ascii="Times New Roman" w:hAnsi="Times New Roman" w:eastAsia="Times New Roman" w:cs="Times New Roman"/>
        </w:rPr>
        <w:t>Birincisi sonuncunu təmsil edir və ortada yüksələn vəhşi heyvan 2020-ci ildə iki şahidi öldürən ateist qlobalizm vəhşi heyvanıdır. Şahidlərdən biri protestant buynuzu, digəri isə respublikaçı buynuz idi. Ateizm vəhşi heyvanı ilə əlaqəli üsyan və anarxiya İbrani əlifbasının on üçüncü hərfi ilə təmsil olunur və dibsiz quyudan çıxan həmin vəhşi heyvan, dibsiz quyudan çıxan ilk və son vəhşi heyvanların arasında gəldi; bu isə İbrani dilində “həqiqət” sözünün tərifini yaradır, hətta bu, yuxarıdan gələn səmavi qüdrətin gəldiyi zaman aşağıdan gələn şeytani qüvvəni müəyyən edən bir həqiqət olsa belə.</w:t>
      </w:r>
    </w:p>
    <w:p>
      <w:pPr>
        <w:pStyle w:val="ArticleBody"/>
        <w:jc w:val="left"/>
      </w:pPr>
      <w:r>
        <w:rPr>
          <w:rFonts w:ascii="Times New Roman" w:hAnsi="Times New Roman" w:eastAsia="Times New Roman" w:cs="Times New Roman"/>
        </w:rPr>
        <w:t>İki şahid öldürüldükdən üç gün yarım sonra “orta səs” eşidilməyə başladı. Bu, “səhrada fəryad edənin səsi” idi. Həmin səs Əhdin Elçisi üçün yolu hazırlayan elçinin səsinin “sonu”, və kişilərlə qadınları Karmel dağına çağıran İlyasın səsinin başlanğıcı idi.</w:t>
      </w:r>
    </w:p>
    <w:p>
      <w:pPr>
        <w:pStyle w:val="ArticleScripture"/>
        <w:jc w:val="left"/>
      </w:pPr>
      <w:r>
        <w:rPr>
          <w:rFonts w:ascii="Times New Roman" w:hAnsi="Times New Roman" w:eastAsia="Times New Roman" w:cs="Times New Roman"/>
        </w:rPr>
        <w:t>“Qardaşlar və bacılar, kaş ki, sizi bu zamanın əhəmiyyətinə, hazırda baş verən hadisələrin mənasına oyatmaq üçün bir söz deyə biləydim. Diqqətinizi indi dini azadlığın məhdudlaşdırılması üçün atılan təcavüzkar addımlara yönəldirəm. Allahın müqəddəsləşdirilmiş xatirə nişanəsi yıxılıb aradan qaldırılmışdır və onun yerində heç bir müqəddəslik daşımayan saxta bir şənbə dünyanın qarşısında durur. Qaranlıq qüvvələri aşağıdan ünsürləri hərəkətə gətirərkən, göylərin Rəbbi Allah fövqəladə vəziyyətə cavab vermək üçün Öz diri vasitələrini oyadaraq göyün qanununu ucaltsınlar deyə yuxarıdan qüvvə göndərir. İndi, məhz indi, xarici ölkələrdə çalışmaq zamanımızdır. Dini azadlıq ölkəsi olan Amerika vicdanı zorlayaraq və insanları saxta şənbəyə ehtiram göstərməyə məcbur edərək papalıqla birləşdiyi zaman, yer üzündəki hər bir ölkənin xalqı onun nümunəsini izləməyə yönəldiləcək. Xalqımız, xəbərdarlıq xəbərini yaymaq üçün əllərindən gələn hər şeyi, ixtiyarlarında olan imkanlarla yerinə yetirməkdən ötrü, hələ yarı qədər də oyanmamışdır.”</w:t>
      </w:r>
    </w:p>
    <w:p>
      <w:pPr>
        <w:pStyle w:val="ArticleScripture"/>
        <w:jc w:val="left"/>
      </w:pPr>
      <w:r>
        <w:rPr>
          <w:rFonts w:ascii="Times New Roman" w:hAnsi="Times New Roman" w:eastAsia="Times New Roman" w:cs="Times New Roman"/>
        </w:rPr>
        <w:t>“Göylərin Rəbbi olan Allah itaətsizlik və günahkarlıq üzündən Öz hökmlərini dünya üzərinə göndərməyəcək ta ki, xəbərdarlığı vermək üçün Öz gözətçilərini göndərmiş olsun. O, sınaq müddətini o vaxta qədər bağlamayacaq ki, xəbər daha aydın şəkildə bəyan edilmiş olsun. Allahın Qanunu ucaldılmalıdır; onun tələbləri öz həqiqi, müqəddəs mahiyyətində təqdim olunmalıdır ki, insanlar həqiqətin tərəfdarı və ya əleyhdarı olmaq barədə qərar verməyə gətirilsinlər. Bununla belə, iş salehlik içində qısaldılacaqdır. Məsihin salehliyi haqqında xəbər Rəbbin yolunu hazırlamaq üçün yer üzünün bir ucundan o biri ucuna qədər səslənməlidir. Üçüncü mələyin işini tamamlayan Allahın izzəti budur.” Testimonies, 6-cı cild, 18, 19.</w:t>
      </w:r>
    </w:p>
    <w:p>
      <w:pPr>
        <w:pStyle w:val="ArticleBody"/>
        <w:jc w:val="left"/>
      </w:pPr>
      <w:r>
        <w:rPr>
          <w:rFonts w:ascii="Times New Roman" w:hAnsi="Times New Roman" w:eastAsia="Times New Roman" w:cs="Times New Roman"/>
        </w:rPr>
        <w:t>2023-cü ilin iyul ayının sonunda başlamış olan xəbər indi “aydın şəkildə bəyan edir”, “xəbərdarlığı” çatdırır, “bu vaxtın əhəmiyyətini, indi baş verməkdə olan hadisələrin mühümlüyünü” göstərir. O, “qaranlıq qüvvələri” açıq şəkildə müəyyən edir; onlar “aşağıdan ünsürləri hərəkətə gətirirlər”, və “göylərin Rəbbi Allahı” 11 sentyabr 2001-ci ildə “yuxarıdan qüvvə göndərməyə” başlamışdır. O, “yer üzünün bir ucundan o biri ucuna qədər” “Məsihin salehliyi xəbərini” “səsləndirir”. “Bu vaxtın əhəmiyyətinə” görə “oyanmağın” tam vaxtıdır, çünki Allah indi “itaətsizlik və qanun pozuntusuna görə Öz hökmlərini dünyanın üzərinə göndərməyə” başlayacaqdır.</w:t>
      </w:r>
    </w:p>
    <w:p>
      <w:pPr>
        <w:pStyle w:val="ArticleBody"/>
        <w:jc w:val="left"/>
      </w:pPr>
      <w:r>
        <w:rPr>
          <w:rFonts w:ascii="Times New Roman" w:hAnsi="Times New Roman" w:eastAsia="Times New Roman" w:cs="Times New Roman"/>
        </w:rPr>
        <w:t>Qırxıncı ayədə son zaman kimi 1989-u göstərən peyğəmbərlik xətti, Daniel on birin qırxıncı ayəsində son zaman kimi 1798-lə təqdim olunan daxili peyğəmbərlik xəttinin xarici tarixini vurğulayır. Ayədə 1989-cu ildən başlayan peyğəmbərlik tarixi, papa Romanın ölümcül yarasının sağalmasının üçmərhələli prosesini müəyyən edir. 1989-cu ildən həmin yaranın tezliklə gələcək Bazar qanununda sağalacağı vaxta qədər olan dövr müəyyən bir peyğəmbərlik müddətini təmsil edir. Daniel on birin ikinci ayəsi, 1989-cu ildə Ronald Reagan ilə başlayaraq, Amerika Birləşmiş Ştatları prezidentlərinin peyğəmbərlikdəki rolunu müəyyən etməklə ikinci bir xətt əlavə edir. Bazar qanununa aparan peyğəmbərlik zaman dövrünün ikinci şahidi, papalığın ilk dəfə taxta çıxdığı və elə həmin il Bazar qanunu qəbul etdiyi 508-dən 538-ə qədər tamamlanan otuz illik hazırlıq dövrüdür.</w:t>
      </w:r>
    </w:p>
    <w:p>
      <w:pPr>
        <w:pStyle w:val="ArticleBody"/>
        <w:jc w:val="left"/>
      </w:pPr>
      <w:r>
        <w:rPr>
          <w:rFonts w:ascii="Times New Roman" w:hAnsi="Times New Roman" w:eastAsia="Times New Roman" w:cs="Times New Roman"/>
        </w:rPr>
        <w:t>Məsih otuz yaşında ikən vəftiz olundu və üç il yarımlıq xidmətinə başladı. Papalıq Məsihin şeytani saxtakarlığıdır və 508-dən 538-ə qədər olan otuz il, Onun vəftizinə aparan Məsihin ilk otuz ilinin saxta təqlididir. Onun üç il yarımlıq xidməti, Məsihin həyat xidmətinin saxta təqlidi olaraq, papalığın dünyaya öz ölüm xidmətini təqdim etdiyi üç il yarımlıq peyğəmbərlik ili ilə saxtalaşdırılmışdır.</w:t>
      </w:r>
    </w:p>
    <w:p>
      <w:pPr>
        <w:pStyle w:val="ArticleBody"/>
        <w:jc w:val="left"/>
      </w:pPr>
      <w:r>
        <w:rPr>
          <w:rFonts w:ascii="Times New Roman" w:hAnsi="Times New Roman" w:eastAsia="Times New Roman" w:cs="Times New Roman"/>
        </w:rPr>
        <w:t>Öz xidmətinin sonunda O öldü, yeddinci gün qəbirdə dincəldi və sonra dirildi. 1798-ci ildə, papalığın şeytani xidmətinin üç yarım peyğəmbərlik ilinin sonunda, papalıq ölümcül yarasını aldı; sonra isə yeddidən olan səkkizincisi kimi dirildilənədək yetmiş simvolik il ərzində unudulmuşdur. Məsih həftənin birinci günündə dirildi, lakin ardıcıllıq baxımından birinci gün “səkkizinci” gündür və Məsihin yaratdığı “yeddi” gündəndir. Səkkiz rəqəm kimi “dirilməni” təmsil edir və papalıq dirildilir, çünki Müqəddəs Kitab peyğəmbərliklərinin səltənətlərindən ölümcül yara aldığı müəyyən edilmiş yeganə səltənət odur.</w:t>
      </w:r>
    </w:p>
    <w:p>
      <w:pPr>
        <w:pStyle w:val="ArticleBody"/>
        <w:jc w:val="left"/>
      </w:pPr>
      <w:r>
        <w:rPr>
          <w:rFonts w:ascii="Times New Roman" w:hAnsi="Times New Roman" w:eastAsia="Times New Roman" w:cs="Times New Roman"/>
        </w:rPr>
        <w:t>Paul qeyd edir ki, Allah qədim İsraili Qırmızı dənizdən keçirəndə, vəftiz simvolik şəkildə təmsil olunmuşdu.</w:t>
      </w:r>
    </w:p>
    <w:p>
      <w:pPr>
        <w:pStyle w:val="ArticleScripture"/>
        <w:jc w:val="left"/>
      </w:pPr>
      <w:r>
        <w:rPr>
          <w:rFonts w:ascii="Times New Roman" w:hAnsi="Times New Roman" w:eastAsia="Times New Roman" w:cs="Times New Roman"/>
        </w:rPr>
        <w:t>Bundan əlavə, ey qardaşlar, istəyirəm ki, xəbərsiz qalmayasınız: atalarımızın hamısı buludun altında idi və hamısı dənizdən keçdi; və hamısı buludda və dənizdə Musaya vəftiz olundu. 1 Korinflilərə 10:1, 2.</w:t>
      </w:r>
    </w:p>
    <w:p>
      <w:pPr>
        <w:pStyle w:val="ArticleBody"/>
        <w:jc w:val="left"/>
      </w:pPr>
      <w:r>
        <w:rPr>
          <w:rFonts w:ascii="Times New Roman" w:hAnsi="Times New Roman" w:eastAsia="Times New Roman" w:cs="Times New Roman"/>
        </w:rPr>
        <w:t>Ruhani İsrail üçün vəftiz ayini cismani İsrail üçün sünnət ayinini əvəz etdi və sünnət səkkizinci gündə icra olunmalı idi. Buna görə də Məsih yeddidən olan səkkizinci gün dirildildi; papalıq da yeddidən olan səkkizinci olaraq dirildildikdə, bu, Məsihin xəttinə şeytani paraleldir. Papalığın taxta çıxarılmaq üçün otuz illik hazırlıq dövrü, Məsihin vəftizinə, xidmətinə və ölümünə hazırlıq üçün həyatının otuz ili ilə rəmzləşdirilmişdi. Bu xətlərin hər ikisi Müqəddəs Kitab peyğəmbərliyinin altıncı padşahlığının ölümünə aparan bir dövrü müəyyən edir. Hər iki xətt yer üzünün vəhşi heyvanının son dövrünü təmsil edir. Məsihin xəttində Onun doğumu həmin tarix üçün “axır zaman”ı qeyd etdi.</w:t>
      </w:r>
    </w:p>
    <w:p>
      <w:pPr>
        <w:pStyle w:val="ArticleBody"/>
        <w:jc w:val="left"/>
      </w:pPr>
      <w:r>
        <w:rPr>
          <w:rFonts w:ascii="Times New Roman" w:hAnsi="Times New Roman" w:eastAsia="Times New Roman" w:cs="Times New Roman"/>
        </w:rPr>
        <w:t>Beləliklə, bizim dörd xəttimiz vardır. Qırxıncı ayədəki son zaman 1989-cu ildə başlayıb qırx birinci ayədəki bazar qanununa qədər uzanır. İkinci ayə prezidentlərin təqdimatını və həm Məsih, həm də antixrist üçün otuz illik hazırlıq dövrünü verir. Məsihin otuz ili Onun xəttində “son zamanda” başladı ki, bu da Onun doğumu ilə işarələnmişdi. 1798-ci ildəki son zaman, həqiqi Babil əsarətində olan hərfi İsrailin yetmiş illik əsarətinin sonu ilə təmsil olunmuşdu. Buna görə də Daniel on birinci fəslin ikinci ayəsi Daradan başlayır, çünki Dara Babilin süqutu zamanı padşahlıq etməyə başladı. 1989 qırxıncı ayədə son zamandır və Daniel on birinci fəslin ikinci ayəsi də son zamandır; Məsihin otuz illik hazırlığı da “son zamanda” başladı. Bu dörd xətdən üçünün başlanğıc nişangahı kimi “son zaman” asanlıqla müəyyən edilir.</w:t>
      </w:r>
    </w:p>
    <w:p>
      <w:pPr>
        <w:pStyle w:val="ArticleBody"/>
        <w:jc w:val="left"/>
      </w:pPr>
      <w:r>
        <w:rPr>
          <w:rFonts w:ascii="Times New Roman" w:hAnsi="Times New Roman" w:eastAsia="Times New Roman" w:cs="Times New Roman"/>
        </w:rPr>
        <w:t>Birinci mələyin hərəkatında və üçüncü mələyin hərəkatında iki yüz iyirmi illik iki xətt, iki yüz iyirmini bəşəriyyətlə ilahilik arasındakı əlaqənin rəmzi kimi müəyyən edir. 1776-cı ildə başlamış iki yüz iyirmi illik rəmzi əlaqənin başlanğıcı 1996-cı ilə apardı.</w:t>
      </w:r>
    </w:p>
    <w:p>
      <w:pPr>
        <w:pStyle w:val="ArticleBody"/>
        <w:jc w:val="left"/>
      </w:pPr>
      <w:r>
        <w:rPr>
          <w:rFonts w:ascii="Times New Roman" w:hAnsi="Times New Roman" w:eastAsia="Times New Roman" w:cs="Times New Roman"/>
        </w:rPr>
        <w:t>Həmin dövr, Millerçi tarixində 1611-ci ildən 1831-ci ilə qədər olan iki yüz iyirmi il ilə timsal olunmuşdu. 1776-cı ildə Müstəqillik Bəyannaməsindən 1798-ci ilə qədər olan, yer heyvanının Müqəddəs Kitab peyğəmbərliyinin altıncı padşahlığı kimi taxta çıxdığı dövr, 1996-cı ildə başa çatan iki yüz iyirmi il daxilindəki üç nişangahın ilk ikisini təmsil edir.</w:t>
      </w:r>
    </w:p>
    <w:p>
      <w:pPr>
        <w:pStyle w:val="ArticleBody"/>
        <w:jc w:val="left"/>
      </w:pPr>
      <w:r>
        <w:rPr>
          <w:rFonts w:ascii="Times New Roman" w:hAnsi="Times New Roman" w:eastAsia="Times New Roman" w:cs="Times New Roman"/>
        </w:rPr>
        <w:t>1776-dan 1798-ə qədər olan dövr Müqəddəs Kitab peyğəmbərliyindəki altıncı padşahlığın qüvvətləndirilməsinə aparan bir dövrü təmsil edir və buna görə də Məsihin və antixristin otuzillik hazırlıq dövrü ilə uyğunluq təşkil edir. Yer vəhşisinin qüvvətləndirilməsindən əvvəl gələn dövr, yeddidən olub səkkizinci vəhşi olan üçqat ittifaqın qüvvətləndirilməsindən əvvəl gələn dövrü təmsil edir. Yeddidən olub səkkizinci vəhşi, papalığın dünyaya hökmranlıq etməsinin ikinci və son təzahürüdür. Papalığın dünyaya hökmranlıq etməsinin birinci təzahüründə otuzillik bir hazırlıq dövrü var idi.</w:t>
      </w:r>
    </w:p>
    <w:p>
      <w:pPr>
        <w:pStyle w:val="ArticleBody"/>
        <w:jc w:val="left"/>
      </w:pPr>
      <w:r>
        <w:rPr>
          <w:rFonts w:ascii="Times New Roman" w:hAnsi="Times New Roman" w:eastAsia="Times New Roman" w:cs="Times New Roman"/>
        </w:rPr>
        <w:t>Sətir üzərinə sətir, 1989-cu ilin tarixçəsindən Bazar qanununadək; 538-ə aparan otuz ilin tarixçəsi; Məsihin vəftizinə aparan otuz ilin tarixçəsi; Daniel on birinci fəslin ikinci ayəsinin tarixçəsi, Ronald Reyqandan Bazar qanununadək; və 1776-dan 1798-ə qədər olan tarixçənin hamısı son günlərdə eyni tarixi təmsil edir. Bu həqiqət barəsində aydın olmaq zəruridir, çünki 1776-da başlayıb 1798-dək uzanan tarixçə bütün xətləri bir araya gətirərək aydınlığa qovuşduran xətdir.</w:t>
      </w:r>
    </w:p>
    <w:p>
      <w:pPr>
        <w:pStyle w:val="ArticleBody"/>
        <w:jc w:val="left"/>
      </w:pPr>
      <w:r>
        <w:rPr>
          <w:rFonts w:ascii="Times New Roman" w:hAnsi="Times New Roman" w:eastAsia="Times New Roman" w:cs="Times New Roman"/>
        </w:rPr>
        <w:t>Vəhyin on üçüncü fəslindəki yer heyvanının yer üzündəki tarixinin yekun hissəsi olan həmin peyğəmbərlik tarix xəttində, Allahın xalqına həqiqi Protestantizmin buynuzu ilə təmsil olunan daxili bir xətt vardır, həmçinin Respublikaçılıq buynuzu ilə təmsil olunan xarici bir xətt də vardır. Hər iki buynuzda peyğəmbərliyin müraciət etdiyi ikili bir mübarizə və mübahisə mövcuddur. Biz 1989-cu ildən Bazar qanununadək olan tarixdə zahir olan əjdaha, vəhşi heyvan, yalançı peyğəmbər və İslamın peyğəmbərlik ünsürlərini müəyyənləşdirirdik.</w:t>
      </w:r>
    </w:p>
    <w:p>
      <w:pPr>
        <w:pStyle w:val="ArticleBody"/>
        <w:jc w:val="left"/>
      </w:pPr>
      <w:r>
        <w:rPr>
          <w:rFonts w:ascii="Times New Roman" w:hAnsi="Times New Roman" w:eastAsia="Times New Roman" w:cs="Times New Roman"/>
        </w:rPr>
        <w:t>Əjdahanın peyğəmbərlikdəki səciyyəvi xüsusiyyəti budur ki, o, yalanın atasıdır, qatildir və göydə olduğu kimi yer üzündə də gizli sui-qəsdlərin başçısıdır. Onun dini spiritualizmdir. O, bu gün “lawfare” adlandırılan şeyin bayraqdarçısıdır; o, murdar vəkildir, qardaşlarımızın ittihamçısıdır; necə ki, Əyyubun itaəti və imanı barəsində mübahisə etdiyi zaman, Musanın bədəni üzərində mübahisə etdiyi zaman səmavi məhkəmədə belə idi, eləcə də Zəkəriyyanın üçüncü fəslində Məsihin Yuşanın çirkli paltarlarını onun üzərindən çıxarmaq işi barəsində də mübahisə etmişdir. Padşahlıqlar üzərində hökmranlıq edən də odur, özünü Allah kimi ucaldan da odur.</w:t>
      </w:r>
    </w:p>
    <w:p>
      <w:pPr>
        <w:pStyle w:val="ArticleBody"/>
        <w:jc w:val="left"/>
      </w:pPr>
      <w:r>
        <w:rPr>
          <w:rFonts w:ascii="Times New Roman" w:hAnsi="Times New Roman" w:eastAsia="Times New Roman" w:cs="Times New Roman"/>
        </w:rPr>
        <w:t>Vəhşinin dini Katoliklikdir və o, davamçılarını Allahın Kəlamından üstün tutulmalı olduqlarına inandırdığı ənənələr və adətlər vasitəsilə dünyanı aldadan qadındır. O, dünyanı öz sehrləri ilə aldadır; Vəhy kitabının on səkkizinci fəslinin iyirmi üçüncü ayəsində bu, yunan dilində pharmakeia sözüdür və “dərmanlar” mənasını verir. O, yer üzünün padşahları ilə zinakarlıq edən odur. O, ölü olub, lakin yenidən yaşayanın saxtasıdır. O, unudulan, sonra isə xatırlanan odur və o, yeddidən olan səkkizincidir. O, Birləşmiş Ştatların həm surətini yaratdığı, həm də surət olduğu vəhşidir.</w:t>
      </w:r>
    </w:p>
    <w:p>
      <w:pPr>
        <w:pStyle w:val="ArticleBody"/>
        <w:jc w:val="left"/>
      </w:pPr>
      <w:r>
        <w:rPr>
          <w:rFonts w:ascii="Times New Roman" w:hAnsi="Times New Roman" w:eastAsia="Times New Roman" w:cs="Times New Roman"/>
        </w:rPr>
        <w:t>Yalançı peyğəmbər mürtəd Protestantizmdir; o, Allahın Kəlamının inkar etdiyi bir şey olmağı cəsarətlə iddia edir və Allahın Kəlamını inkar etdiyinə görə, Allahın Kəlamının təmin etdiyi qüdrətdən məhrumdur. Allahın Kəlamının qüdrəti olmadan, yenə də özlərini cəsarətlə Allahın xalqı adlandıran bir kilsə və ya bir xalq, Allahın işini yerinə yetirirmiş kimi görünmək üçün məntiqi olaraq mülki hakimiyyətə söykənməyə məcbur qalır. Mürtəd Protestantizm, İzebel və Hirodiya üçün aldadıcı rəqsi təqdim edən Baal və Aştarotun peyğəmbərləridir və onlar Hirodiyanın qızı Salomedirlər.</w:t>
      </w:r>
    </w:p>
    <w:p>
      <w:pPr>
        <w:pStyle w:val="ArticleBody"/>
        <w:jc w:val="left"/>
      </w:pPr>
      <w:r>
        <w:rPr>
          <w:rFonts w:ascii="Times New Roman" w:hAnsi="Times New Roman" w:eastAsia="Times New Roman" w:cs="Times New Roman"/>
        </w:rPr>
        <w:t>Bu üç qüvvə üçqat ittifaq şəklində bir araya gəlir, lakin əslində onlar bir-birlərinə nifrət edirlər. Onların bir-biri ilə mübahisə və qarşıdurma içində olduqları həqiqətini anlamadan, on padşahın (Birləşmiş Millətlər Təşkilatının) öz səltənətlərini papalığa verməyə necə razı olacağını və elə həmin fəsildə onun ətini yeyib onu odla yandıracağını anlamaq mümkün deyildir. Bu qüvvələr arasındakı mübahisə Allahın peyğəmbərlik tələbələrinə öyrədilməlidir.</w:t>
      </w:r>
    </w:p>
    <w:p>
      <w:pPr>
        <w:pStyle w:val="ArticleBody"/>
        <w:jc w:val="left"/>
      </w:pPr>
      <w:r>
        <w:rPr>
          <w:rFonts w:ascii="Times New Roman" w:hAnsi="Times New Roman" w:eastAsia="Times New Roman" w:cs="Times New Roman"/>
        </w:rPr>
        <w:t>İslam yeddinci şeypurdur və üçüncü vay olaraq, müasir Babil üzərinə hökm gətirmək üçün Allahın işlədiyi hökm alətidir; necə ki, ilk dörd şeypur qərb bütpərəst Roma üzərinə hökm gətirdi, beşinci və altıncı şeypurlar isə papaçılıq Roma və şərq bütpərəst Roma üzərinə hökm gətirdi.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“Bu xüsusi maraq doğuran zamanlarda Allahın sürüsünün keşikçiləri xalqa öyrətməlidirlər ki, ruhani qüvvələr arasında mübahisə gedir. Dini aləmdə indi mövcud olan belə hiss gərginliyini yaradan insanlar deyildir. Şeytanın ruhani sinaqoqundan gələn bir qüvvə dünyanın dini ünsürlərinə nüfuz edir, insanları qətiyyətli fəaliyyətə təhrik edir ki, Allahın Kəlamını öz bələdçisi və təlimin yeganə əsası edənlərə qarşı dini aləmi qətiyyətli müharibəyə sövq etməklə Şeytanın əldə etdiyi üstünlükləri irəli aparsınlar. Şeytanın ustalıqla həyata keçirdiyi səylər indi Yehovanın qanununun, xüsusilə də göylərin və yerin Yaradanının kim olduğunu müəyyən edən dördüncü əmrin məcburi tələblərini təkzib etmək üçün istifadə edə biləcəyi hər bir prinsipi və hər bir gücü toplamaq məqsədilə ortaya qoyulur.”</w:t>
      </w:r>
    </w:p>
    <w:p>
      <w:pPr>
        <w:pStyle w:val="ArticleScripture"/>
        <w:jc w:val="left"/>
      </w:pPr>
      <w:r>
        <w:rPr>
          <w:rFonts w:ascii="Times New Roman" w:hAnsi="Times New Roman" w:eastAsia="Times New Roman" w:cs="Times New Roman"/>
        </w:rPr>
        <w:t>“Günah adamı zamanları və qanunları dəyişdirməyi düşünmüşdür; bəs o bunu etmişdirmi? Böyük məsələ budur. Roma və onun təqsirsizlik deyil, təqsir kasasından içmiş bütün kilsələr, zamanları və qanunları dəyişdirməyi düşünərək, özlərini Allahdan yuxarı qaldırmış və Allahın böyük xatirə abidəsini — yeddinci gün Şənbəsini — yıxmışlar. Şənbə, Allahın dünyanı altı gündə yaratmaq qüdrətini və yeddinci gündə istirahət etməsini təmsil edərək durmalı idi. ‘Buna görə O, Şənbə gününə xeyir-dua verdi və onu müqəddəs etdi,’ çünki həmin gündə Allahın yaratdığı və etdiyi bütün işlərdən O istirahət etmişdi. Böyük aldadıcının məharətli fəaliyyətinin məqsədi Allahı əvəz etmək olmuşdur. Zamanları və qanunları dəyişdirmək cəhdlərində o, Allaha qarşı və Ondan yuxarı bir hakimiyyəti qoruyub saxlamaq üçün çalışmışdır.”</w:t>
      </w:r>
    </w:p>
    <w:p>
      <w:pPr>
        <w:pStyle w:val="ArticleScripture"/>
        <w:jc w:val="left"/>
      </w:pPr>
      <w:r>
        <w:rPr>
          <w:rFonts w:ascii="Times New Roman" w:hAnsi="Times New Roman" w:eastAsia="Times New Roman" w:cs="Times New Roman"/>
        </w:rPr>
        <w:t>“Budur böyük məsələ. Qarşı-qarşıya duran iki böyük qüvvə budur,—Allahın Şahzadəsi, İsa Məsih; və qaranlığın hökmdarı, Şeytan. Budur açıq qarşıdurma. Dünyada yalnız iki sinif vardır və hər bir insan bu iki bayraqdan birinin altında yer alacaqdır,—ya qaranlığın hökmdarının bayrağı altında, ya da İsa Məsihin bayrağı altında.</w:t>
      </w:r>
    </w:p>
    <w:p>
      <w:pPr>
        <w:pStyle w:val="ArticleScripture"/>
        <w:jc w:val="left"/>
      </w:pPr>
      <w:r>
        <w:rPr>
          <w:rFonts w:ascii="Times New Roman" w:hAnsi="Times New Roman" w:eastAsia="Times New Roman" w:cs="Times New Roman"/>
        </w:rPr>
        <w:t>“Allah Öz Ruhu ilə Özünə sadiq və həqiqi övladlarını ilhamlandıracaqdır. Müqəddəs Ruh Allahın nümayəndəsidir və dünyamızda Rəbbin anbarı üçün sadiq və həqiqi olanları dəstələr halında bir yerə toplamaq üçün qüdrətlə fəaliyyət göstərən vasitə olacaqdır. Şeytan da buğdanın arasından öz alaq otlarını dəstələr halında bir yerə toplamaq üçün şiddətli fəaliyyət içindədir.</w:t>
      </w:r>
    </w:p>
    <w:p>
      <w:pPr>
        <w:pStyle w:val="ArticleScripture"/>
        <w:jc w:val="left"/>
      </w:pPr>
      <w:r>
        <w:rPr>
          <w:rFonts w:ascii="Times New Roman" w:hAnsi="Times New Roman" w:eastAsia="Times New Roman" w:cs="Times New Roman"/>
        </w:rPr>
        <w:t>“Məsih üçün hər bir həqiqi səfirin təlimi indi son dərəcə təntənəli və ciddi bir məsələdir. Biz elə bir müharibədə iştirak edirik ki, bütün əbədiyyət üçün son qərar verilənədək o, heç vaxt başa çatmayacaq. Qoy İsanın hər bir şagirdi xatırlasın ki, biz ‘əti və qanı deyil, rəislikləri, hakimiyyətləri, bu dünyanın qaranlığının hökmdarlarını, səmavi yerlərdəki ruhani şər qüvvələrini məğlub etmək üçün güləşirik.’ Ah, bu münaqişədə əbədi mənafelər iştirak edir və bu məsələyə cavab vermək üçün nə zahiri işə, nə də ucuz təcrübəyə yer ola bilər. ‘Rəbb salehləri sınaqdan qurtarmağı, haqsızları isə cəza verilmək üçün hökm gününədək saxlamağı bilir.... Halbuki qüdrət və güc baxımından daha böyük olan mələklər onların əleyhinə Rəbbin önündə təhqiramiz ittiham gətirmirlər.’”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Otuzuncu Bölüm</dc:title>
  <dc:subject>Amerika Birləşmiş Ştatlarının peyğəmbərlikdəki keçidi: altıncı padşahlıqdan üçqat ittifaqa doğru</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