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Otuz Beşinci</w:t>
      </w:r>
    </w:p>
    <w:p>
      <w:pPr>
        <w:pStyle w:val="ArticleSubtitle"/>
        <w:jc w:val="left"/>
      </w:pPr>
      <w:r>
        <w:rPr>
          <w:rFonts w:ascii="Arial" w:hAnsi="Arial" w:eastAsia="Arial" w:cs="Arial"/>
        </w:rPr>
        <w:t>1776, 1789 və 1798-ci illərin peyğəmbərlik səsləri: 144.000 nəfərin möhürlənməsinə müqəddimə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1776, 1789 və 1798-ci illərin tarixi yüz qırx dörd minin möhürlənməsinin tarixini nümayiş etdirir. Həmin tarixlərin hər birində yerin vəhşi heyvanı danışdı. Yerin vəhşi heyvanının üç dəfə danışması ilə təmsil olunan bu üç nişangah 11 sentyabr 2001-ci il, iyul 2023 və tezliklə gələcək bazar günü qanununda Məsihin üç səsi ilə paralel uzanır.</w:t>
      </w:r>
    </w:p>
    <w:p>
      <w:pPr>
        <w:pStyle w:val="ArticleScripture"/>
        <w:jc w:val="left"/>
      </w:pPr>
      <w:r>
        <w:rPr>
          <w:rFonts w:ascii="Times New Roman" w:hAnsi="Times New Roman" w:eastAsia="Times New Roman" w:cs="Times New Roman"/>
        </w:rPr>
        <w:t>Rəbbin günündə Ruhda idim və arxamca şeypura bənzər uca bir səs eşitdim. Vəhy 1:10.</w:t>
      </w:r>
    </w:p>
    <w:p>
      <w:pPr>
        <w:pStyle w:val="ArticleBody"/>
        <w:jc w:val="left"/>
      </w:pPr>
      <w:r>
        <w:rPr>
          <w:rFonts w:ascii="Times New Roman" w:hAnsi="Times New Roman" w:eastAsia="Times New Roman" w:cs="Times New Roman"/>
        </w:rPr>
        <w:t>Həmin üç səsli nişanın hər biri üçüncü vayın — yəni həm də yeddinci xəbərdarlıq şeypurunun — getdikcə güclənən “səslənməsini” müəyyən edir; şeypur isə bir səsdir.</w:t>
      </w:r>
    </w:p>
    <w:p>
      <w:pPr>
        <w:pStyle w:val="ArticleScripture"/>
        <w:jc w:val="left"/>
      </w:pPr>
      <w:r>
        <w:rPr>
          <w:rFonts w:ascii="Times New Roman" w:hAnsi="Times New Roman" w:eastAsia="Times New Roman" w:cs="Times New Roman"/>
        </w:rPr>
        <w:t>Ucadan fəryad et, əsirgəmə, səsini şeypur kimi ucalt və xalqıma öz üsyanını, Yaqub evinə də öz günahlarını göstər. Yeşaya 58:1.</w:t>
      </w:r>
    </w:p>
    <w:p>
      <w:pPr>
        <w:pStyle w:val="ArticleBody"/>
        <w:jc w:val="left"/>
      </w:pPr>
      <w:r>
        <w:rPr>
          <w:rFonts w:ascii="Times New Roman" w:hAnsi="Times New Roman" w:eastAsia="Times New Roman" w:cs="Times New Roman"/>
        </w:rPr>
        <w:t>11 sentyabr 2001-ci ildə protestant buynuzuna səslənən səs, Laodikeyalı Adventizmi Yeremiyanın qədim yollarına geri çağıran keşikçilərin səsi idi, lakin istehzaçılar məclisi orada yeriməkdən imtina etdi.</w:t>
      </w:r>
    </w:p>
    <w:p>
      <w:pPr>
        <w:pStyle w:val="ArticleScripture"/>
        <w:jc w:val="left"/>
      </w:pPr>
      <w:r>
        <w:rPr>
          <w:rFonts w:ascii="Times New Roman" w:hAnsi="Times New Roman" w:eastAsia="Times New Roman" w:cs="Times New Roman"/>
        </w:rPr>
        <w:t>Rəbb belə deyir: Yollarda durun, baxın və qədim yolları soruşun; yaxşı yolun harada olduğunu öyrənin və orada yeriyin; onda canlarınız üçün rahatlıq tapacaqsınız. Amma onlar dedilər: “Biz orada yeriməyəcəyik.” Mən sizin üzərinizə gözətçilər də qoydum və dedim: “Şeypurun səsinə qulaq asın.” Amma onlar dedilər: “Biz qulaq asmayacağıq.” Yeremya 6:16, 17.</w:t>
      </w:r>
    </w:p>
    <w:p>
      <w:pPr>
        <w:pStyle w:val="ArticleBody"/>
        <w:jc w:val="left"/>
      </w:pPr>
      <w:r>
        <w:rPr>
          <w:rFonts w:ascii="Times New Roman" w:hAnsi="Times New Roman" w:eastAsia="Times New Roman" w:cs="Times New Roman"/>
        </w:rPr>
        <w:t>2023-cü ilin iyul ayının səsi, 18 iyul 2020-ci ildə baş vermiş ilk məyusluqdan bəri susmuş olan Future for America xidmətinin dirilməsi idi. Yəhyanın tezliklə gələcək Məsihin gəlişini elan etməsində olduğu kimi və Yustinianın tezliklə gələcək anti-məsihi elan etməsində olduğu kimi, Future for America da müəyyən etdi ki, Amerikanın gələcəyi tezliklə gələcək Bazar qanunu ilə və həmin yol nişanında yeddinci şeypurun səslənməsi ilə əbədi olaraq dəyişmək üzrə idi. Səhrada fəryad edən birinin səsi 2023-cü ilin iyul ayının səsi idi.</w:t>
      </w:r>
    </w:p>
    <w:p>
      <w:pPr>
        <w:pStyle w:val="ArticleBody"/>
        <w:jc w:val="left"/>
      </w:pPr>
      <w:r>
        <w:rPr>
          <w:rFonts w:ascii="Times New Roman" w:hAnsi="Times New Roman" w:eastAsia="Times New Roman" w:cs="Times New Roman"/>
        </w:rPr>
        <w:t>Vəhy kitabının on səkkizinci fəslindəki ikinci səs, tezliklə gələcək bazar günü qanunu zamanı, yer vəhşisinin əjdaha kimi danışmasının baş verdiyi vaxt səslənir. Məhz həmin anda “eşşək” üçüncü dəfə vurulur və sonra “eşşək” danışacaq. Eşşək 11 sentyabr 2001-dən az sonra, 7 oktyabr 2023-dən sonra vuruldu və sonra da tezliklə gələcək bazar günü qanunu zamanı, danışdığı yerdə, yenidən vurulacaq. Bilamın şəhadətində o, bir mələk tərəfindən yoldan döndərildi və həmin mələk İslamın dörd küləyini saxlamaq əmri verilmiş dörd mələyi təmsil edir; lakin bazar günü qanunu zamanı İslamın eşşəyi yeddinci şeypurun səsi ilə danışır ki, bu da üçüncü vaydır.</w:t>
      </w:r>
    </w:p>
    <w:p>
      <w:pPr>
        <w:pStyle w:val="ArticleBody"/>
        <w:jc w:val="left"/>
      </w:pPr>
      <w:r>
        <w:rPr>
          <w:rFonts w:ascii="Times New Roman" w:hAnsi="Times New Roman" w:eastAsia="Times New Roman" w:cs="Times New Roman"/>
        </w:rPr>
        <w:t>Məhz oradadır ki, 18 iyul 2020-ci ildən bəri ləngiməkdə olan İslam görüntüsü danışır, çünki o zaman artıq ləngiməyəcək. Yüz qırx dörd min nəfərin möhürlənməsi dövründə çoxlu səslər vardır və həmin dövr tezliklə gələcək bazar qanunu ilə başlayan Allahın icraedici hökmündən əvvəl gəlir. Allahın icraedici hökmü yeddi camı olan yeddi mələklə təmsil olunur. Həmin dövr Müqəddəs Ruhun tökülməsi ilə başlayır və o, Pentikostun təkrarını təmsil edir; o zaman Müqəddəs Ruh tökülmüşdü və od dilləri bu hadisəyə şəhadət etmişdi. Zamanın həmin nöqtəsindəki tökülmə artıq ölçü ilə verilməyəcək, çünki o zaman Müqəddəs Ruh ölçüsüz olaraq töküləcəkdir.</w:t>
      </w:r>
    </w:p>
    <w:p>
      <w:pPr>
        <w:pStyle w:val="ArticleScripture"/>
        <w:jc w:val="left"/>
      </w:pPr>
      <w:r>
        <w:rPr>
          <w:rFonts w:ascii="Times New Roman" w:hAnsi="Times New Roman" w:eastAsia="Times New Roman" w:cs="Times New Roman"/>
        </w:rPr>
        <w:t>“Üçüncü mələyin xəbərinin elanına qoşulan mələk bütün yeri öz izzəti ilə işıqlandırmalıdır. Burada dünya miqyaslı və qeyri-adi qüdrətə malik bir iş öncədən xəbər verilir. 1840–44-cü illərin advent hərəkatı Allahın qüdrətinin əzəmətli bir təzahürü idi; birinci mələyin xəbəri dünyadakı hər bir missioner məntəqəsinə çatdırıldı və bəzi ölkələrdə on altıncı əsrin Reformasiyasından bəri hər hansı bir diyarda şahid olunmuş ən böyük dini maraq baş qaldırdı; lakin bütün bunlar üçüncü mələyin son xəbərdarlığı altındakı qüdrətli hərəkat tərəfindən geridə qoyulacaqdır.</w:t>
      </w:r>
    </w:p>
    <w:p>
      <w:pPr>
        <w:pStyle w:val="ArticleScripture"/>
        <w:jc w:val="left"/>
      </w:pPr>
      <w:r>
        <w:rPr>
          <w:rFonts w:ascii="Times New Roman" w:hAnsi="Times New Roman" w:eastAsia="Times New Roman" w:cs="Times New Roman"/>
        </w:rPr>
        <w:t>“İş Pentikost Günü’nünkü kimi olacaq. Necə ki, Müjdənin başlanğıcında Müqəddəs Ruhun tökülməsi ilə ‘erkən yağış’ qiymətli toxumun cücərib boy atmasına səbəb olmaq üçün verilmişdisə, eləcə də məhsulun yetişməsi üçün ‘son yağış’ onun sonunda veriləcəkdir.” The Great Controversy, 611.</w:t>
      </w:r>
    </w:p>
    <w:p>
      <w:pPr>
        <w:pStyle w:val="ArticleBody"/>
        <w:jc w:val="left"/>
      </w:pPr>
      <w:r>
        <w:rPr>
          <w:rFonts w:ascii="Times New Roman" w:hAnsi="Times New Roman" w:eastAsia="Times New Roman" w:cs="Times New Roman"/>
        </w:rPr>
        <w:t>11 sentyabr 2001-ci ildə yüz qırx dörd minin möhürlənməsi başlandı və Müqəddəs Ruh müəyyən ölçüdə töküldü. Bu tökülmənin ölçülməsi Pentikost tarixində, Məsihin dirilməsindən başlayaraq təmsil olunmuşdu; o zaman bir mələk danışıb dedi: “Allahın Oğlu, çıx bayıra, Ata səni çağırır”, necə ki İsa da “Lazar, çıx bayıra” sözləri ilə Lazarı qəbirdən çağırmışdı. 2023-cü ildə Məsih iki şahidin ölü, quru sümüklərini “çıxın bayıra” deyə çağırdı.</w:t>
      </w:r>
    </w:p>
    <w:p>
      <w:pPr>
        <w:pStyle w:val="ArticleBody"/>
        <w:jc w:val="left"/>
      </w:pPr>
      <w:r>
        <w:rPr>
          <w:rFonts w:ascii="Times New Roman" w:hAnsi="Times New Roman" w:eastAsia="Times New Roman" w:cs="Times New Roman"/>
        </w:rPr>
        <w:t>Məsihin dirilməsindən sonra O, əvvəlcə Öz Atasının yanına yüksəldi, sonra isə 11 sentyabr 2001-ci ildə etdiyi kimi endi. Daha sonra O, Məryəmlə görüşməsi, Emmausa gedən yolda rast gəlib təlim verdiyi şagirdlər və bundan sonra qalan şagirdlərə görünməsi ilə təmsil olunduğu kimi, Öz şagirdlərini mərhələlərlə nurlandırdı. Son yüksəlişindən əvvəl qırx gün ərzində şagirdlərə təlim verdi; sonra daha on gün keçdikdən sonra onların hamısı bir ürəkdə və bir yerdə idilər və Müqəddəs Ruh ölçüsüz şəkildə töküldü.</w:t>
      </w:r>
    </w:p>
    <w:p>
      <w:pPr>
        <w:pStyle w:val="ArticleScripture"/>
        <w:jc w:val="left"/>
      </w:pPr>
      <w:r>
        <w:rPr>
          <w:rFonts w:ascii="Times New Roman" w:hAnsi="Times New Roman" w:eastAsia="Times New Roman" w:cs="Times New Roman"/>
        </w:rPr>
        <w:t>“İsa şagirdləri ilə görüşəndə, ölümündən əvvəl onlara söyləmiş olduğu sözləri xatırlatdı: Musanın qanununda, peyğəmbərlərdə və Zəburda Onun barəsində yazılmış olan hər şeyin yerinə yetməsi zəruri idi. ‘O zaman Müqəddəs Yazıları anlasınlar deyə onların idrakını açdı və onlara dedi: Belə yazılmışdır və Məsihin əzab çəkməsi, üçüncü gün ölülər arasından dirilməsi; həmçinin Onun adı ilə tövbə və günahların bağışlanmasının Yerusəlimdən başlayaraq bütün millətlər arasında təbliğ olunması lazım idi. Siz isə bu şeylərin şahidlərisiniz.’” The Desire of Ages, 804.</w:t>
      </w:r>
    </w:p>
    <w:p>
      <w:pPr>
        <w:pStyle w:val="ArticleBody"/>
        <w:jc w:val="left"/>
      </w:pPr>
      <w:r>
        <w:rPr>
          <w:rFonts w:ascii="Times New Roman" w:hAnsi="Times New Roman" w:eastAsia="Times New Roman" w:cs="Times New Roman"/>
        </w:rPr>
        <w:t>2023-cü ilin iyul ayında İsanın səsi iki ölü şahidi oyatdı və Onun şagirdlərinin Musanın qanununda (“yeddi vaxt”), peyğəmbərlərdə (NəbuKadnetsarın vəhşilər surəti), və Məzmurlarda (Musanın və Quzunun təcrübəsi) yazılmış hər şeyə dair anlayışını açmağa başladı. Onun təlim işi dirilməsindən etibarən başlandı və sonrakı qırx gün ərzində getdikcə gücləndi. Bu, Onun yemək istəyi ilə başladı.</w:t>
      </w:r>
    </w:p>
    <w:p>
      <w:pPr>
        <w:pStyle w:val="ArticleScripture"/>
        <w:jc w:val="left"/>
      </w:pPr>
      <w:r>
        <w:rPr>
          <w:rFonts w:ascii="Times New Roman" w:hAnsi="Times New Roman" w:eastAsia="Times New Roman" w:cs="Times New Roman"/>
        </w:rPr>
        <w:t>Onlar sevincdən hələ də inanmır və heyrət içində ikən, O onlara dedi: Burada yeməyə bir şeyiniz varmı? Onlar Ona qızardılmış balıqdan bir parça və bir şan bal verdilər. O da onu götürüb onların gözləri önündə yedi. Və onlara dedi: Mən hələ sizinlə birlikdə ikən sizə söylədiyim sözlər bunlardır ki, Musa Qanununda, peyğəmbərlərdə və məzmurlarda Mənim haqqımda yazılmış olanların hamısı yerinə yetməlidir. Luka 24:41–44.</w:t>
      </w:r>
    </w:p>
    <w:p>
      <w:pPr>
        <w:pStyle w:val="ArticleBody"/>
        <w:jc w:val="left"/>
      </w:pPr>
      <w:r>
        <w:rPr>
          <w:rFonts w:ascii="Times New Roman" w:hAnsi="Times New Roman" w:eastAsia="Times New Roman" w:cs="Times New Roman"/>
        </w:rPr>
        <w:t>Dua davam edən tarixdə əsas bir nişanə idi və Məsihin dirilməsindən qırx gün sonra göyə yüksəlməsinə qədər olan tarixçə, Pentikosta qədər on gün (on sınaqdır) buraxdı; o zaman Müqəddəs Ruh ölçüsüz şəkildə töküləcəkdi. Onun dirilməsi, göyə yüksəlməsi və bunun ardınca yenidən enməsi 11 sentyabr 2001-ci ili təmsil edir. İyul 2023 qırx günün sonunu təmsil edir və iyul 2023-dən sonra gələn on gün tezliklə gələcək bazar qanununa aparır. Həmin son on günlük dövrdə birlik və dua nişanədir. Bu birlik, Yezekelin otuz yeddinci fəsildəki birinci peyğəmbərliyi ilə təmsil olunurdu; həmin peyğəmbərlik sümükləri, vətərləri və əti bir yerə gətirdi. Yezekelin ikinci peyğəmbərliyi dörd küləyin nəfəsi idi və nəfəs duanın rəmzidir. Həmin son on gündə yüz qırx dörd min nəfər möhürlənir, necə ki, onlar Lazar vasitəsilə timsal olunmuşlar.</w:t>
      </w:r>
    </w:p>
    <w:p>
      <w:pPr>
        <w:pStyle w:val="ArticleScripture"/>
        <w:jc w:val="left"/>
      </w:pPr>
      <w:r>
        <w:rPr>
          <w:rFonts w:ascii="Times New Roman" w:hAnsi="Times New Roman" w:eastAsia="Times New Roman" w:cs="Times New Roman"/>
        </w:rPr>
        <w:t>“Onun Betaniyaya getməkdə gecikməsinin səbəbi bu idi. Bu zirvə möcüzə — Lazarın dirildilməsi — Allahın möhürünü Onun işinin və ilahiliyinə dair iddiasının üzərinə qoymalı idi.” The Desire of Ages, 529.</w:t>
      </w:r>
    </w:p>
    <w:p>
      <w:pPr>
        <w:pStyle w:val="ArticleBody"/>
        <w:jc w:val="left"/>
      </w:pPr>
      <w:r>
        <w:rPr>
          <w:rFonts w:ascii="Times New Roman" w:hAnsi="Times New Roman" w:eastAsia="Times New Roman" w:cs="Times New Roman"/>
        </w:rPr>
        <w:t>Bu tacqoyma möcüzəsi zamanı yalnız müdrik bakirələr möhürlənmir, axmaq bakirələr də məsələnin yanlış tərəfində möhürlənirlər.</w:t>
      </w:r>
    </w:p>
    <w:p>
      <w:pPr>
        <w:pStyle w:val="ArticleScripture"/>
        <w:jc w:val="left"/>
      </w:pPr>
      <w:r>
        <w:rPr>
          <w:rFonts w:ascii="Times New Roman" w:hAnsi="Times New Roman" w:eastAsia="Times New Roman" w:cs="Times New Roman"/>
        </w:rPr>
        <w:t>“Məsihin taclandırıcı möcüzəsi — Lazarın dirildilməsi — kahinlərin İsanı və Onun xalq üzərindəki nüfuzlarını sürətlə məhv edən ecazkar işlərini dünyadan silib atmaq barədə qəti qərarını möhürləmişdi.” Həvarilərin İşləri, 67.</w:t>
      </w:r>
    </w:p>
    <w:p>
      <w:pPr>
        <w:pStyle w:val="ArticleBody"/>
        <w:jc w:val="left"/>
      </w:pPr>
      <w:r>
        <w:rPr>
          <w:rFonts w:ascii="Times New Roman" w:hAnsi="Times New Roman" w:eastAsia="Times New Roman" w:cs="Times New Roman"/>
        </w:rPr>
        <w:t>Yüz qırx dörd minin möhürlənməsinin tarixində tezliklə gələcək Bazar qanununa qədərki çoxsaylı səslər “sətir üstünə sətir”dir, Allahın peyğəmbərlik Kəlamının səsləridir və bu səslər “hər görüntünün icrasının” başa çatdığı dövrdə səslənir. Onlar yeddinci möhür açıldığı zaman səslənir.</w:t>
      </w:r>
    </w:p>
    <w:p>
      <w:pPr>
        <w:pStyle w:val="ArticleScripture"/>
        <w:jc w:val="left"/>
      </w:pPr>
      <w:r>
        <w:rPr>
          <w:rFonts w:ascii="Times New Roman" w:hAnsi="Times New Roman" w:eastAsia="Times New Roman" w:cs="Times New Roman"/>
        </w:rPr>
        <w:t>Və yeddinci möhürü açanda, göydə təxminən yarım saatlıq sükut oldu. Və Allahın hüzurunda dayanan yeddi mələyi gördüm; onlara yeddi sur verildi. Və başqa bir mələk gəlib qurbangahın yanında dayandı; onun əlində qızıl buxurdan var idi. Ona çoxlu buxur verildi ki, onu taxtın önündə olan qızıl qurbangah üzərində bütün müqəddəslərin duaları ilə birlikdə təqdim etsin. Və buxurun tüstüsü, müqəddəslərin duaları ilə birlikdə, mələyin əlindən Allahın hüzuruna yüksəldi. Və mələk buxurdanı götürdü, onu qurbangahın odu ilə doldurdu və yerə atdı; səslər, göy gurultuları, şimşəklər və zəlzələ baş verdi. Vəhy 8:1–5.</w:t>
      </w:r>
    </w:p>
    <w:p>
      <w:pPr>
        <w:pStyle w:val="ArticleBody"/>
        <w:jc w:val="left"/>
      </w:pPr>
      <w:r>
        <w:rPr>
          <w:rFonts w:ascii="Times New Roman" w:hAnsi="Times New Roman" w:eastAsia="Times New Roman" w:cs="Times New Roman"/>
        </w:rPr>
        <w:t>Yeddinci möhürün açılması sükut meydana gətirdi, çünki həmin dövr dispensasiyanın dəyişməsini təmsil edir; müqəddəs bir dispensasiyada dəyişiklik baş verdikdə isə, həmişə göydə sükut olur; buna mələklərin öz musiqilərini və həmdlərini dayandırdıqları vaxt çarmıx şahidlik edir. Göydəki sükuta Kəffarə gününün tələbləri də şahidlik edir və 22 oktyabr 1844-cü ildə Habaqquq İKİ, İYİRMİ-ci ayə bütün yer üzünə sükut etməyi əmr etdi.</w:t>
      </w:r>
    </w:p>
    <w:p>
      <w:pPr>
        <w:pStyle w:val="ArticleScripture"/>
        <w:jc w:val="left"/>
      </w:pPr>
      <w:r>
        <w:rPr>
          <w:rFonts w:ascii="Times New Roman" w:hAnsi="Times New Roman" w:eastAsia="Times New Roman" w:cs="Times New Roman"/>
        </w:rPr>
        <w:t>“Mənə göstərildi ki, Allah Öz Oğlunu insanın bağışlanma tapıb yaşaması üçün ölümə verməklə böyük məhəbbət və təvazökarlıq göstərmişdir. Mənə Adəm və Həvva göstərildi; onlara Eden bağının gözəlliyini və füsunkarlığını görmək imtiyazı verilmişdi və bağdakı ağaclardan birindən başqa hamısından yeməyə icazə verilmişdi. Lakin ilan Həvvanı sınağa çəkdi, o da öz ərini sınağa çəkdi və hər ikisi qadağan olunmuş ağacdan yedilər. Onlar Allahın əmrini pozdular və günahkar oldular. Bu xəbər bütün göylərə yayıldı və hər bir arfa susdu. Mələklər kədərləndilər və qorxdular ki, Adəm və Həvva yenidən əllərini uzadıb həyat ağacından yeyər və ölməz günahkarlar olarlar. Lakin Allah dedi ki, O, günahı aşanları bağdan qovacaq, və keruvlar və alovlu qılınc vasitəsilə həyat ağacının yolunu qoruyacaq ki, insan ona yaxınlaşıb ölməzliyi əbədiləşdirən meyvəsindən yeyə bilməsin.” Early Writings, 125.</w:t>
      </w:r>
    </w:p>
    <w:p>
      <w:pPr>
        <w:pStyle w:val="ArticleBody"/>
        <w:jc w:val="left"/>
      </w:pPr>
      <w:r>
        <w:rPr>
          <w:rFonts w:ascii="Times New Roman" w:hAnsi="Times New Roman" w:eastAsia="Times New Roman" w:cs="Times New Roman"/>
        </w:rPr>
        <w:t>İnsanlar günahkar olduqda göy susdu; günahkarları satın almaq üçün Məsihin qanı töküldükdə göy susdu; Öz xalqının üzərindən günahı götürərək Məsihin mühakimə işi başladıqda da göy susdu.</w:t>
      </w:r>
    </w:p>
    <w:p>
      <w:pPr>
        <w:pStyle w:val="ArticleScripture"/>
        <w:jc w:val="left"/>
      </w:pPr>
      <w:r>
        <w:rPr>
          <w:rFonts w:ascii="Times New Roman" w:hAnsi="Times New Roman" w:eastAsia="Times New Roman" w:cs="Times New Roman"/>
        </w:rPr>
        <w:t>“Məsihin insanın xeyrinə yuxarıdakı müqəddəs məkanda etdiyi vəsatət, xilas planı üçün Onun çarmıxdakı ölümü qədər zəruridir. O, öz ölümü ilə, dirilməsindən sonra göydə tamamlamaq üçün yüksəldiyi həmin işə başladı.” The Great Controversy, 489.</w:t>
      </w:r>
    </w:p>
    <w:p>
      <w:pPr>
        <w:pStyle w:val="ArticleBody"/>
        <w:jc w:val="left"/>
      </w:pPr>
      <w:r>
        <w:rPr>
          <w:rFonts w:ascii="Times New Roman" w:hAnsi="Times New Roman" w:eastAsia="Times New Roman" w:cs="Times New Roman"/>
        </w:rPr>
        <w:t>Mühakimə işi 1844-cü ildə üçüncü mələyin gəlişi ilə başladı, lakin Allahın xalqı ilahiliklə əbədi surətdə bir olmaq əvəzinə, səhrada ölməyi seçdi. Üçüncü mələk 11 sentyabr 2001-ci ildə yenidən gəldi və bir daha göydə sükut oldu. Sonra Yəhuda qəbiləsinin Şiri, mələklər son nəslin tarixinə üçüncü mələyin gəlişini seyr edərkən, yeddinci möhürü açmağa başladı.</w:t>
      </w:r>
    </w:p>
    <w:p>
      <w:pPr>
        <w:pStyle w:val="ArticleBody"/>
        <w:jc w:val="left"/>
      </w:pPr>
      <w:r>
        <w:rPr>
          <w:rFonts w:ascii="Times New Roman" w:hAnsi="Times New Roman" w:eastAsia="Times New Roman" w:cs="Times New Roman"/>
        </w:rPr>
        <w:t>Yeddi hökm mələyi öz dağıdıcı işlərinə başlamağa hazır halda orada idilər, lakin yüz qırx dörd min nəfər möhürlənərkən onlara belə deyildi: “Dayanın, dayanın, dayanın, dayanın.” Sadiqlərin ikiqat duaları, Əllinci Gün bayramından əvvəl gələn və qırx gündən sonra başlayan on günlə rəmzlənərək göyə yüksəldi; bu da Vəhy kitabının on birinci fəslindəki üç gün yarımı (səhranın rəmzi) təmsil edirdi. Bundan sonra iki şahidə səhradan gələn səs tərəfindən bildirilirdi ki, onlar Danielin iki duasını yerinə yetirməlidirlər. Daniel ikinci fəsildəki duasında, Daniel ilə üç dəyərli şəxsin vəhşi heyvanların surəti haqqında Navuxodonosorun gizli yuxusunu anlamaq üçün nur dilədikləri dua; və doqquzuncu fəsildə Danielin təkbaşına etdiyi dua — burada Daniel Levililər kitabının iyirmi altıncı fəslindəki duanın tələblərini yerinə yetirirdi.</w:t>
      </w:r>
    </w:p>
    <w:p>
      <w:pPr>
        <w:pStyle w:val="ArticleBody"/>
        <w:jc w:val="left"/>
      </w:pPr>
      <w:r>
        <w:rPr>
          <w:rFonts w:ascii="Times New Roman" w:hAnsi="Times New Roman" w:eastAsia="Times New Roman" w:cs="Times New Roman"/>
        </w:rPr>
        <w:t>Daniel 2-dəki birgə dua, peyğəmbərlik tarixinin zahiri xətti daxilində gizlədilmiş bir sirr barəsində nur almaq üçün idi. Daniel 9-dakı şəxsi, fərdi dua isə daxili bir ehtiyac barəsində mərhəmət diləmək üçün idi. Axır yağışın odunun 2001-ci ildə düşməyə başlaması ilə, sətir üzərinə sətir metodologiyasını anlayanların eşidə bildiyi çoxlu səslər var idi. Yerə atılan qurbangahın odu, müdriklərlə ağılsızların son ayrılığını meydana gətirən xəbər idi və bu xəbər həmin on rəmzi gün ərzində inkişaf etməyə davam etdikcə, xəbər getdikcə daha aydın olurdu.</w:t>
      </w:r>
    </w:p>
    <w:p>
      <w:pPr>
        <w:pStyle w:val="ArticleBody"/>
        <w:jc w:val="left"/>
      </w:pPr>
      <w:r>
        <w:rPr>
          <w:rFonts w:ascii="Times New Roman" w:hAnsi="Times New Roman" w:eastAsia="Times New Roman" w:cs="Times New Roman"/>
        </w:rPr>
        <w:t>Bu xəbərdarlıq üçüncü vayın getdikcə dərinləşən böhranı idi; bu, Yezekel kitabının otuz yeddinci fəslində əvvəlcə iki şahidin bir araya gəlməsinə, sonra isə qüdrətli bir ordu kimi ayağa qalxmasına səbəb olan iki peyğəmbərlik idi. Bundan sonra, otuz yeddinci fəsildə onlar bir çubuqda birləşdirilirlər və bir çubuq kimi birləşdirilmə ilə təmsil olunan birlik ilahiliyin bəşəriyyətlə birləşməsini ifadə edir; bu isə yüz qırx dörd minin möhürlənməsinin son hərəkətlərində həyata keçirilir.</w:t>
      </w:r>
    </w:p>
    <w:p>
      <w:pPr>
        <w:pStyle w:val="ArticleBody"/>
        <w:jc w:val="left"/>
      </w:pPr>
      <w:r>
        <w:rPr>
          <w:rFonts w:ascii="Times New Roman" w:hAnsi="Times New Roman" w:eastAsia="Times New Roman" w:cs="Times New Roman"/>
        </w:rPr>
        <w:t>2023-cü ilin iyul ayında dualar yüksəlməyə başladı və bunlar Daniel kitabının doqquzuncu fəslinin və ikinci fəslinin duaları idi. Sonra səslər eşidildi, habelə göy gurultuları oldu və daha sonra şimşəklər göründü. Həm təbii aləmdə, həm də peyğəmbərlikdə şimşək və göy gurultusu yağışı müşayiət edir. Yağış 11 sentyabr 2001-ci ildə başladı. Şimşək və göy gurultusuna dair ilk istinad bunun ilahi qorxu doğurmaq üçün nəzərdə tutulmuş bir xəbər olduğunu göstərir.</w:t>
      </w:r>
    </w:p>
    <w:p>
      <w:pPr>
        <w:pStyle w:val="ArticleScripture"/>
        <w:jc w:val="left"/>
      </w:pPr>
      <w:r>
        <w:rPr>
          <w:rFonts w:ascii="Times New Roman" w:hAnsi="Times New Roman" w:eastAsia="Times New Roman" w:cs="Times New Roman"/>
        </w:rPr>
        <w:t>Və üçüncü gün səhər oldu ki, dağ üzərində göy gurultuları və şimşəklər, qalın bir bulud vardı və şeypur səsi son dərəcə uca idi; belə ki, düşərgədə olan bütün xalq titrədi. Çıxış 19:16.</w:t>
      </w:r>
    </w:p>
    <w:p>
      <w:pPr>
        <w:pStyle w:val="ArticleBody"/>
        <w:jc w:val="left"/>
      </w:pPr>
      <w:r>
        <w:rPr>
          <w:rFonts w:ascii="Times New Roman" w:hAnsi="Times New Roman" w:eastAsia="Times New Roman" w:cs="Times New Roman"/>
        </w:rPr>
        <w:t>Şimşəklər və gurultular şeypurun “səsi” ilə müşayiət olunurdu. Onlar yağışla müşayiət olunur və Allahın xalqına yol göstərmək üçün peyğəmbərlik addımlarını təmsil edir.</w:t>
      </w:r>
    </w:p>
    <w:p>
      <w:pPr>
        <w:pStyle w:val="ArticleScripture"/>
        <w:jc w:val="left"/>
      </w:pPr>
      <w:r>
        <w:rPr>
          <w:rFonts w:ascii="Times New Roman" w:hAnsi="Times New Roman" w:eastAsia="Times New Roman" w:cs="Times New Roman"/>
        </w:rPr>
        <w:t>Buludlar su tökdü; göylər səs çıxardı; oxların da hər yana yayıldı. Sənin göy gurultunun səsi göylərdə idi; şimşəklər dünyanı işıqlandırdı; yer titrədi və sarsıldı. Yolun dənizdədir, cığırın böyük sulardadır və izlərin bilinməz. Xalqını Musa və Harunun əli ilə sürü kimi apardın. Məzmurlar 77:17–20.</w:t>
      </w:r>
    </w:p>
    <w:p>
      <w:pPr>
        <w:pStyle w:val="ArticleBody"/>
        <w:jc w:val="left"/>
      </w:pPr>
      <w:r>
        <w:rPr>
          <w:rFonts w:ascii="Times New Roman" w:hAnsi="Times New Roman" w:eastAsia="Times New Roman" w:cs="Times New Roman"/>
        </w:rPr>
        <w:t>Şimşəklər və göy gurultuları Allahın səsidir; bu səs yağış vaxtında eşidilir və həmin dövrdə O, Öz küləklərini (İslam şərq küləyidir) Öz xəzinəsindən çıxarır.</w:t>
      </w:r>
    </w:p>
    <w:p>
      <w:pPr>
        <w:pStyle w:val="ArticleScripture"/>
        <w:jc w:val="left"/>
      </w:pPr>
      <w:r>
        <w:rPr>
          <w:rFonts w:ascii="Times New Roman" w:hAnsi="Times New Roman" w:eastAsia="Times New Roman" w:cs="Times New Roman"/>
        </w:rPr>
        <w:t>O səsini ucaltdıqda göylərdə suların gurultusu yaranır, yerin uclarından buxarların qalxmasına səbəb olur; yağışla birlikdə şimşəklər yaradır və küləyi öz xəzinələrindən çıxarır. Yeremya 10:13.</w:t>
      </w:r>
    </w:p>
    <w:p>
      <w:pPr>
        <w:pStyle w:val="ArticleBody"/>
        <w:jc w:val="left"/>
      </w:pPr>
      <w:r>
        <w:rPr>
          <w:rFonts w:ascii="Times New Roman" w:hAnsi="Times New Roman" w:eastAsia="Times New Roman" w:cs="Times New Roman"/>
        </w:rPr>
        <w:t>Allah şir kimi nərə çəkib Öz səsini ucaltdığı zaman, buna cavab olaraq yeddi göy gurultusu öz səslərini ucaltdı; və həmin yeddi göy gurultusu Millerçi hərəkatın tarixi boyunca, həmçinin O, şərq küləyini Öz xəzinələrindən çıxardığı zaman, 11 sentyabr 2001-ci ildə yenidən gəlmiş üçüncü mələyin hərəkatında Allahın ayaq səslərini təmsil edir.</w:t>
      </w:r>
    </w:p>
    <w:p>
      <w:pPr>
        <w:pStyle w:val="ArticleScripture"/>
        <w:jc w:val="left"/>
      </w:pPr>
      <w:r>
        <w:rPr>
          <w:rFonts w:ascii="Times New Roman" w:hAnsi="Times New Roman" w:eastAsia="Times New Roman" w:cs="Times New Roman"/>
        </w:rPr>
        <w:t>O, buxarların yerin uclarından yüksəlməsinə səbəb olur; yağış üçün şimşəklər yaradır; küləyi Öz xəzinələrindən çıxarır. O, Misirin ilk doğulanlarını, həm insanın, həm də heyvanınkını vurdu. Məzmurlar 135:7, 8.</w:t>
      </w:r>
    </w:p>
    <w:p>
      <w:pPr>
        <w:pStyle w:val="ArticleBody"/>
        <w:jc w:val="left"/>
      </w:pPr>
      <w:r>
        <w:rPr>
          <w:rFonts w:ascii="Times New Roman" w:hAnsi="Times New Roman" w:eastAsia="Times New Roman" w:cs="Times New Roman"/>
        </w:rPr>
        <w:t>O, Öz xəzinələrindən küləyi çıxardı, Misirin ilk doğulanları vurulduğu zaman; Pasxa isə çarmıxı əvvəlcədən təsvir edirdi, çarmıx da öz növbəsində 1844-cü ildə üçüncü mələyin gəlişini əvvəlcədən təsvir edirdi, bu da öz növbəsində şərq küləyi günündə, 11 sentyabr 2001-ci ildə üçüncü mələyin qayıdışını əvvəlcədən təsvir edirdi.</w:t>
      </w:r>
    </w:p>
    <w:p>
      <w:pPr>
        <w:pStyle w:val="ArticleBody"/>
        <w:jc w:val="left"/>
      </w:pPr>
      <w:r>
        <w:rPr>
          <w:rFonts w:ascii="Times New Roman" w:hAnsi="Times New Roman" w:eastAsia="Times New Roman" w:cs="Times New Roman"/>
        </w:rPr>
        <w:t>Yeddi möhürlə möhürlənmiş kitabın möhürləri açıldıqda, bu, həqiqətin tədrici inkişafını təmsil edir. Yeddinci möhürün açılması yüz qırx dörd minin möhürlənmə vaxtını təmsil edir. Yeddi möhürlə möhürlənmiş kitab ilk dəfə xatırlandıqda, orada şimşəklər, göy gurultuları və səslər var, lakin zəlzələ yoxdur.</w:t>
      </w:r>
    </w:p>
    <w:p>
      <w:pPr>
        <w:pStyle w:val="ArticleScripture"/>
        <w:jc w:val="left"/>
      </w:pPr>
      <w:r>
        <w:rPr>
          <w:rFonts w:ascii="Times New Roman" w:hAnsi="Times New Roman" w:eastAsia="Times New Roman" w:cs="Times New Roman"/>
        </w:rPr>
        <w:t>Taxtdan şimşəklər, gurultular və səslər çıxırdı; və taxtın önündə yeddi od çırağı yanırdı; bunlar Allahın yeddi Ruhudur. Vəhy 4:5.</w:t>
      </w:r>
    </w:p>
    <w:p>
      <w:pPr>
        <w:pStyle w:val="ArticleBody"/>
        <w:jc w:val="left"/>
      </w:pPr>
      <w:r>
        <w:rPr>
          <w:rFonts w:ascii="Times New Roman" w:hAnsi="Times New Roman" w:eastAsia="Times New Roman" w:cs="Times New Roman"/>
        </w:rPr>
        <w:t>Səslərin, şimşəklərin və gurultuların ilk dəfə xatırlanmasında yağış Müqəddəs Ruhla təmsil olunur; O, yeddi alov məşəlidir, lakin orada zəlzələ yoxdur. Məhz Yeddinci Möhürün qaldırılması zamanı tezliklə gələcək bazar qanununun zəlzələsi müəyyən edilir. Vəhy kitabının dördüncü fəsli Yəhuda qəbiləsindən olan Aslanın həyata keçirdiyi həqiqətin möhürlərinin açılmasının başlanğıcını müəyyən edir və möhürləmə vaxtı müəyyən edildikdə, o, dövrün başlanğıcını və sonunu müəyyən edir.</w:t>
      </w:r>
    </w:p>
    <w:p>
      <w:pPr>
        <w:pStyle w:val="ArticleBody"/>
        <w:jc w:val="left"/>
      </w:pPr>
      <w:r>
        <w:rPr>
          <w:rFonts w:ascii="Times New Roman" w:hAnsi="Times New Roman" w:eastAsia="Times New Roman" w:cs="Times New Roman"/>
        </w:rPr>
        <w:t>Mövcud dövrün başlanğıcı, 11 sentyabr 2001-ci ildə mələyin Öz izzəti ilə yeri işıqlandırmaq üçün enməsi ilə oldu; sonra Yeşaya altıncı fəsildə bizə xəbər verilir ki, bazar günü qanunu ilə yekunlaşan “səslər, şimşəklər, göy gurultuları, külək və yağış” ilə təmsil olunan xəbərdarlıq, görən, lakin şimşəklərin mənasını qavraya bilməyən, eşidən, lakin böyük zəlzələ onlara yetişənədək səsləri və göy gurultularını anlaya bilməyəcək bir xalqa bəyan edilməlidir. Yüz qırx dörd min nəfərin möhürlənməsi dövrü, hər bir görüntünün təsirinin yerinə yetdiyi dövrdür.</w:t>
      </w:r>
    </w:p>
    <w:p>
      <w:pPr>
        <w:pStyle w:val="ArticleBody"/>
        <w:jc w:val="left"/>
      </w:pPr>
      <w:r>
        <w:rPr>
          <w:rFonts w:ascii="Times New Roman" w:hAnsi="Times New Roman" w:eastAsia="Times New Roman" w:cs="Times New Roman"/>
        </w:rPr>
        <w:t>Həmin tarix ibadət edənlərin iki sinfini əmələ gətirir və aşkar edir. Bir sinif yağışı tanıyır və buna görə də onu qəbul edir, çünki onlar şimşeği görə, səsləri, göy gurultusunu və küləyi eşidə bilirlər. Möhürlənmə dövrünün sonunda, tezliklə gələcək Bazar qanununun böyük zəlzələsi Allahın icraedici hökmlərini təqdim edir.</w:t>
      </w:r>
    </w:p>
    <w:p>
      <w:pPr>
        <w:pStyle w:val="ArticleScripture"/>
        <w:jc w:val="left"/>
      </w:pPr>
      <w:r>
        <w:rPr>
          <w:rFonts w:ascii="Times New Roman" w:hAnsi="Times New Roman" w:eastAsia="Times New Roman" w:cs="Times New Roman"/>
        </w:rPr>
        <w:t>Və Allahın məbədi göydə açıldı və Onun məbədində əhdinin sandığı göründü; şimşəklər, səslər, göy gurultuları, zəlzələ və böyük dolu oldu. Vəhy 11:19.</w:t>
      </w:r>
    </w:p>
    <w:p>
      <w:pPr>
        <w:pStyle w:val="ArticleBody"/>
        <w:jc w:val="left"/>
      </w:pPr>
      <w:r>
        <w:rPr>
          <w:rFonts w:ascii="Times New Roman" w:hAnsi="Times New Roman" w:eastAsia="Times New Roman" w:cs="Times New Roman"/>
        </w:rPr>
        <w:t>Böyük zəlzələ zamanı “şimşəklər, səslər və göy gurultuları”na “dolu” da daxildir. “Dolu”, yeddinci möhür açılarkən, möhürləmə dövrünün başlanğıcında bunu etməyə hazırlaşan yeddi mələk tərəfindən tökülməyə başlayan hökmləri təmsil edir; eynilə onlar mələyin Yerusəlimin içindən keçib ölkədə (xarici), və kilsədə (daxili) edilən iyrəncliklərə görə ah çəkib fəryad edənlərin üzərinə nişan qoymasını gözlədikləri kimi.</w:t>
      </w:r>
    </w:p>
    <w:p>
      <w:pPr>
        <w:pStyle w:val="ArticleBody"/>
        <w:jc w:val="left"/>
      </w:pPr>
      <w:r>
        <w:rPr>
          <w:rFonts w:ascii="Times New Roman" w:hAnsi="Times New Roman" w:eastAsia="Times New Roman" w:cs="Times New Roman"/>
        </w:rPr>
        <w:t>“Dolu” Allahın məhvedici hökmlərinin vaxtını bildirir; bu isə o zaman Babildən çağırılıb çıxarılan Allahın başqa sürüsü üçün mərhəmət vaxtıdır və böyük izdihamın sonuncusu da Allahın sürüsünə qoşulduqda, insanın sınaq müddəti tamamilə başa çatır.</w:t>
      </w:r>
    </w:p>
    <w:p>
      <w:pPr>
        <w:pStyle w:val="ArticleScripture"/>
        <w:jc w:val="left"/>
      </w:pPr>
      <w:r>
        <w:rPr>
          <w:rFonts w:ascii="Times New Roman" w:hAnsi="Times New Roman" w:eastAsia="Times New Roman" w:cs="Times New Roman"/>
        </w:rPr>
        <w:t>Yeddinci mələk camını havaya tökdü; və göydəki məbəddən, taxtdan böyük bir səs çıxıb dedi: “Tamam oldu.” Və səslər, göy gurultuları və şimşəklər oldu; elə böyük bir zəlzələ oldu ki, insanlar yer üzərində olandan bəri onun kimisi olmamışdı; bu, son dərəcə qüdrətli və çox böyük bir zəlzələ idi. Və böyük şəhər üç hissəyə bölündü, millətlərin şəhərləri yıxıldı; və böyük Babil Allahın önündə yada düşdü ki, Onun şiddətli qəzəbinin şərabının camı ona verilsin. Vəhy 16:17–19.</w:t>
      </w:r>
    </w:p>
    <w:p>
      <w:pPr>
        <w:pStyle w:val="ArticleBody"/>
        <w:jc w:val="left"/>
      </w:pPr>
      <w:r>
        <w:rPr>
          <w:rFonts w:ascii="Times New Roman" w:hAnsi="Times New Roman" w:eastAsia="Times New Roman" w:cs="Times New Roman"/>
        </w:rPr>
        <w:t>Əziz Oxucu: Sən səsləri və göy gurultularını eşidə bilirsənmi? Şimşəkləri görə bilirsənmi? Külüyi hiss edə bilirsənmi? Tezliklə ağılsız bakirələrin yağ üçün yalvaran səslərini eşidəcəksən.</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Biz sülh gözlədik, amma heç bir xeyir gəlmədi; şəfa vaxtını gözlədik, və budur, dəhşət! Onun atlarının kişnərtisi Dandan eşidildi; qüvvətli atlarının kişnəməsinin səsindən bütün ölkə titrədi; çünki onlar gəlib ölkəni və onda olan hər şeyi, şəhəri və orada yaşayanları udub məhv etdilər. Çünki budur, Mən aranıza ovsunlanmayan və sizi sancacaq ilanlar, əfi ilanları göndərəcəyəm, Rəbb belə deyir. Kədərə qarşı özümü təsəlli etmək istədiyim zaman, qəlbim içimdə taqətdən düşür. Budur, xalqımın qızının fəryadının səsi uzaq ölkədə yaşayanlara görə yüksəlir: Məgər Rəbb Sionda deyilmi? Məgər onun Padşahı onun içində deyilmi? Oyma bütləri və yad puç şeyləri ilə nə üçün Məni qəzəbləndirdilər? Biçin keçdi, yay qurtardı, amma biz xilas olmadıq. Xalqımın qızının yarası üçün mən də yaralandım; qaralmışam; heyrət məni bürüyüb. Məgər Gileadda məlhəm yoxdur? Məgər orada həkim yoxdur? Bəs onda nə üçün xalqımın qızının yarası sağalmadı? Yeremya 8:15–22.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Otuz Beşinci</dc:title>
  <dc:subject>1776, 1789 və 1798-ci illərin peyğəmbərlik səsləri: 144.000 nəfərin möhürlənməsinə müqəddimə</dc:subject>
  <dc:creator>Jeff Pippenger</dc:creator>
  <cp:keywords/>
  <dc:description>Generated by ArticleDigger from daniel\135_daniel.json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