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Daniyel Kitabı - Yüz Otuz Doqquzuncu</w:t>
      </w:r>
    </w:p>
    <w:p>
      <w:pPr>
        <w:pStyle w:val="ArticleSubtitle"/>
        <w:jc w:val="left"/>
      </w:pPr>
      <w:r>
        <w:rPr>
          <w:rFonts w:ascii="Arial" w:hAnsi="Arial" w:eastAsia="Arial" w:cs="Arial"/>
        </w:rPr>
        <w:t>Daniel 11:40-ın Müasir Siyasi Reallıqlarla Peyğəmbərlik Uyğunluğu: Son Prezidentin Sirrinin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Biz Daniel kitabının on birinci fəslinin qırxıncı ayəsinin həmin fəslin birinci və ikinci ayələri ilə uyğunluğunu nəzərdən keçiririk. Birinci ayə son vaxtı 1989-cu ildə müəyyən edir, qırxıncı ayə də son vaxtı 1989-cu ildə, 9 noyabr 1989-cu ildə Berlin divarının sökülməsi ilə təmsil olunan Sovet İttifaqının süqutu ilə qeyd edir.</w:t>
      </w:r>
    </w:p>
    <w:p>
      <w:pPr>
        <w:pStyle w:val="ArticleBody"/>
        <w:jc w:val="left"/>
      </w:pPr>
      <w:r>
        <w:rPr>
          <w:rFonts w:ascii="Times New Roman" w:hAnsi="Times New Roman" w:eastAsia="Times New Roman" w:cs="Times New Roman"/>
        </w:rPr>
        <w:t>İkinci ayə 1989-cu ildən sonrakı Amerika Birləşmiş Ştatlarının altıncı prezidentini bütün prezidentlərin ən varlısı kimi müəyyən edir və bununla da Donald Trampa işarə edir. Bununla o, Trampın üçüncü ayədə bəhs olunan Makedoniyalı İsgəndərin Yunan imperiyası olan bütün Yunanıstanı “qarışdıracağını” müəyyən edir. Üçüncü və dördüncü ayələrdəki yunan padşahlığı Daniel kitabının on birinci fəslində ümumdünya padşahlığının simvoludur.</w:t>
      </w:r>
    </w:p>
    <w:p>
      <w:pPr>
        <w:pStyle w:val="ArticleBody"/>
        <w:jc w:val="left"/>
      </w:pPr>
      <w:r>
        <w:rPr>
          <w:rFonts w:ascii="Times New Roman" w:hAnsi="Times New Roman" w:eastAsia="Times New Roman" w:cs="Times New Roman"/>
        </w:rPr>
        <w:t>William Miller “tarix və peyğəmbərlik bir-biri ilə uyğun gəlir” ifadəsini işlətmişdir və Donald Trampın tarixi təkzibolunmaz dəlil təqdim edir ki, o, yalnız Amerika Birləşmiş Ştatlarının son səkkiz prezidentinin ən varlısı olmamışdır, həm də Amerika Birləşmiş Ştatlarının və bütün dünyanın qlobalistləri Donald Trampa elə bir nifrətlə nifrət edirlər ki, bu nifrət o qədər məntiqsizdir ki, bir çoxları onu dəlilik kimi xarakterizə edir.</w:t>
      </w:r>
    </w:p>
    <w:p>
      <w:pPr>
        <w:pStyle w:val="ArticleBody"/>
        <w:jc w:val="left"/>
      </w:pPr>
      <w:r>
        <w:rPr>
          <w:rFonts w:ascii="Times New Roman" w:hAnsi="Times New Roman" w:eastAsia="Times New Roman" w:cs="Times New Roman"/>
        </w:rPr>
        <w:t>1989-cu ildən başlayaraq son səkkiz prezidentin birincisi müxtəlif cəhətlərdən aydın şəkildə Trampın timsalı idi; beləliklə, ikinci ayədəki altıncı prezidentin sonda səkkizinci və sonuncu prezident olacağı təsdiqlənirdi. Reyqan, səkkiz nəfərlik bir silsilənin birincisi olaraq, səkkizinci və sonuncunun timsalı olacaqdı, çünki İsa hər zaman bir şeyin sonunu həmin şeyin başlanğıcı ilə göstərir.</w:t>
      </w:r>
    </w:p>
    <w:p>
      <w:pPr>
        <w:pStyle w:val="ArticleBody"/>
        <w:jc w:val="left"/>
      </w:pPr>
      <w:r>
        <w:rPr>
          <w:rFonts w:ascii="Times New Roman" w:hAnsi="Times New Roman" w:eastAsia="Times New Roman" w:cs="Times New Roman"/>
        </w:rPr>
        <w:t>1989-cu ildə, axır zamanın vaxtındakı prezident olan Ronald Reyqanın şahidliyi peyğəmbərlik baxımından səkkiz prezidentdən sonuncusu olacaq prezidenti təmsil edir. Reyqandan sonra yeddi prezident olacaqdı, çünki Birləşmiş Ştatlar tezliklə gələcək bazar qanununda Müqəddəs Kitab peyğəmbərliyinin altıncı padşahlığı kimi mövcudluğunu dayandırır və həmin bazar qanununa aparan müddətdə Birləşmiş Ştatlar vəhşi heyvanın surətini yaradır, və o vəhşi heyvan yeddi vəhşi heyvandan olan səkkizincidir. Reyqan 1989-cu ildə axır zamanın vaxtındakı ilk prezident idi, sonuncu isə yeddidən olan səkkizinci olacaqdı.</w:t>
      </w:r>
    </w:p>
    <w:p>
      <w:pPr>
        <w:pStyle w:val="ArticleBody"/>
        <w:jc w:val="left"/>
      </w:pPr>
      <w:r>
        <w:rPr>
          <w:rFonts w:ascii="Times New Roman" w:hAnsi="Times New Roman" w:eastAsia="Times New Roman" w:cs="Times New Roman"/>
        </w:rPr>
        <w:t>Reyqan 12 iyun 1987-ci ildə Almaniyanın Qərbi Berlin şəhərində, Berlin Divarı yaxınlığındakı Brandenburq darvazasında söylədiyi nitq zamanı Sovet İttifaqı Kommunist Partiyasının Baş katibi Mixail Qorbaçova müraciətlə belə dedi: “Baş katib Qorbaçov, əgər sülh istəyirsinizsə, əgər Sovet İttifaqı və Şərqi Avropa üçün rifah istəyirsinizsə, əgər liberallaşma istəyirsinizsə: Bu darvazaya gəlin! Cənab Qorbaçov, bu darvazanı açın! Cənab Qorbaçov, bu divarı yıxın!” Son səkkiz prezidentdən birincisinin ən məşhur ifadəsi iki il sonra, 9 noyabr 1989-cu ildə divarın yıxılmasının gerçəkləşməsi ilə öz yerinə yetməsini tapdı.</w:t>
      </w:r>
    </w:p>
    <w:p>
      <w:pPr>
        <w:pStyle w:val="ArticleBody"/>
        <w:jc w:val="left"/>
      </w:pPr>
      <w:r>
        <w:rPr>
          <w:rFonts w:ascii="Times New Roman" w:hAnsi="Times New Roman" w:eastAsia="Times New Roman" w:cs="Times New Roman"/>
        </w:rPr>
        <w:t>Reyqanın divarın dağıdılması üzərindəki vurğusu, “divarı tikmək” vədi üzərində qurduğu kampaniya ilə altıncı prezident olmağa namizədliyini irəli sürərkən, səkkizinci prezidentə xitab etmiş oldu. Son səkkiz prezidentin birincisi divarın dağıdılmasına çağırdı və Berlin Divarı 1989-cu ildə, axır zamanında dağıdıldı. Tezliklə gələcək bazar qanununda Kilsə ilə Dövlətin ayrılığına dair “divar”, 1989-cu ildəki başlanğıc ilə təmsil olunduğu kimi, dağıdılacaq. Həmin dövrün ortasında qlobalistləri hərəkətə gətirən altıncı prezident onların istəmədiyi bir divar tikməyə cəhd edir və o, yeddinin içindən yenidən səkkizinci prezident olduqda, başqa bir “divar” da yıxılacaq.</w:t>
      </w:r>
    </w:p>
    <w:p>
      <w:pPr>
        <w:pStyle w:val="ArticleBody"/>
        <w:jc w:val="left"/>
      </w:pPr>
      <w:r>
        <w:rPr>
          <w:rFonts w:ascii="Times New Roman" w:hAnsi="Times New Roman" w:eastAsia="Times New Roman" w:cs="Times New Roman"/>
        </w:rPr>
        <w:t>Səkkiz prezidentdən birincisi, Daniel 11:40-da təmsil olunduğu kimi, axır zamanın dövrünü işarələyən bir divarın yıxılması ilə səciyyələnir; səkkiz prezidentdən sonuncusu isə Daniel 11:41-də təmsil olunduğu kimi, yüz qırx dörd minin möhürlənmə dövrünün sonunu işarələyən bir “divarın” yıxılması ilə səciyyələnir.</w:t>
      </w:r>
    </w:p>
    <w:p>
      <w:pPr>
        <w:pStyle w:val="ArticleBody"/>
        <w:jc w:val="left"/>
      </w:pPr>
      <w:r>
        <w:rPr>
          <w:rFonts w:ascii="Times New Roman" w:hAnsi="Times New Roman" w:eastAsia="Times New Roman" w:cs="Times New Roman"/>
        </w:rPr>
        <w:t>Prezident Reyqan keçmişdə demokrat olmuş, sonradan respublikaçıya çevrilmiş, keçmiş media ulduzu, aydın natiqliyi ilə tanınan, dərin yumor hissinə malik bir şəxs, Vaşinqton, D.C.-dəki quruluşa qarşı kampaniya aparan fiskal mühafizəkar idi. Lakin Reyqanın ölkənin paytaxtında kök salmış quruluşa (bataqlığa) qarşı ilk kampaniyasındakı ritorikasına baxmayaraq, o, nəticədə həmin vaxta qədərki digər bütün müasir prezidentlərdən daha yüksək faizlə təsdiqlənmiş qlobalist siyasətçiləri kabinet vəzifələrinə təyin etdi. Hətta birinci Corc Buşu da ailə kökləri qlobalist tarixə çox uzaqlara gedib çıxan bir adamı öz vitse-prezidenti seçəcək qədər irəli getdi.</w:t>
      </w:r>
    </w:p>
    <w:p>
      <w:pPr>
        <w:pStyle w:val="ArticleBody"/>
        <w:jc w:val="left"/>
      </w:pPr>
      <w:r>
        <w:rPr>
          <w:rFonts w:ascii="Times New Roman" w:hAnsi="Times New Roman" w:eastAsia="Times New Roman" w:cs="Times New Roman"/>
        </w:rPr>
        <w:t>Tramp “bataqlıq” adlandırdığı establişmenti təmizləmək şüarı ilə kampaniya apardı, lakin onun sıx əməkdaşlıq etmək üçün seçdiyi adamlarla bağlı keçmişi onun ən böyük zəifliyini üzə çıxarır. Həmin adamların, demək olar ki, hamısı Trampın bu qədər qətiyyətlə qarşı çıxdığı “bataqlığın” nümayəndələri idi. Tramp da, Reyqan kimi, sonradan Respublikaçı olmuş keçmiş bir Demokrat, keçmiş media ulduzu, natiqliyi ilə tanınan, dərin yumor hissinə malik və maliyyə baxımından mühafizəkar bir adam idi.</w:t>
      </w:r>
    </w:p>
    <w:p>
      <w:pPr>
        <w:pStyle w:val="ArticleBody"/>
        <w:jc w:val="left"/>
      </w:pPr>
      <w:r>
        <w:rPr>
          <w:rFonts w:ascii="Times New Roman" w:hAnsi="Times New Roman" w:eastAsia="Times New Roman" w:cs="Times New Roman"/>
        </w:rPr>
        <w:t>Amerika Birləşmiş Ştatlarının sonuncu prezidenti, papalığın surəti (vəhşinin surəti) Amerika Birləşmiş Ştatlarında qurulduğu zaman prezident olacaq. Deməli, 1989-cu ildən bəri səkkizinci və sonuncu prezident əjdaha qüvvəsinə qarşı bir müharibə ilə əlaqədar olacaq; çünki məhz əjdaha ilə uzun, uzadılmış bir müharibədə papalıq əvvəlcə 538-ci ildə bir əjdaha qüvvəsi tərəfindən taxta çıxarıldı, sonra 1798-ci ildə eyni əjdaha qüvvəsi tərəfindən taxtdan endirildi və yenidən öz yeddinci səltənətlərini papalığa verməyə razı olan on padşahın təmsil etdiyi əjdaha qüvvəsi tərəfindən taxta çıxarılacaq; və bundan sonra onlar papalıq vəhşisini odla yandırıb onun ətini yeyəndə, o, kömək edəni olmadan öz sonuna yetişərkən, onu taxtdan endirəcəklər.</w:t>
      </w:r>
    </w:p>
    <w:p>
      <w:pPr>
        <w:pStyle w:val="ArticleBody"/>
        <w:jc w:val="left"/>
      </w:pPr>
      <w:r>
        <w:rPr>
          <w:rFonts w:ascii="Times New Roman" w:hAnsi="Times New Roman" w:eastAsia="Times New Roman" w:cs="Times New Roman"/>
        </w:rPr>
        <w:t>Səkkizinci olacaq prezident, yəni yeddidən olan, həm də əjdaha qüvvəsinə qarşı müharibəyə cəlb olunan prezident olacaq. Həmin müharibə, altıncı və ən varlı prezidentin bütün qlobalist əjdaha qüvvələrini hərəkətə gətirdiyi zaman müəyyən edilir. 1989-cu ildən başlayaraq son səkkiz prezidentdən ikisi vəfat etmişdir və beləliklə, əjdaha qüvvəsinə qarşı müharibəyə cəlb oluna biləcək altı mümkün prezident qalır.</w:t>
      </w:r>
    </w:p>
    <w:p>
      <w:pPr>
        <w:pStyle w:val="ArticleBody"/>
        <w:jc w:val="left"/>
      </w:pPr>
      <w:r>
        <w:rPr>
          <w:rFonts w:ascii="Times New Roman" w:hAnsi="Times New Roman" w:eastAsia="Times New Roman" w:cs="Times New Roman"/>
        </w:rPr>
        <w:t>Həmin altı ehtimaldan dördü açıq-aşkar əjdaha gücü ilə hərəkət edən qlobalistlərdir. Altı nəfərdən biri atasına bənzər şəkildə özünü Respublikaçı hesab etdiyini bildirir, lakin o, yalnız ad etibarilə Respublikaçıdır və atası kimi qlobalist əjdaha gücünün nümayəndəsidir. Yaşayan altı prezidentdən yalnız biri açıq şəkildə qlobalist deyildir və o, qlobalistləri təşvişə salan prezidentdir. Son səkkiz prezidentdən yalnız o, əjdaha gücünə qarşı aparılan bir müharibədə iştirak baxımından papalığın surəti ünsürünü yerinə yetirə bilərdi.</w:t>
      </w:r>
    </w:p>
    <w:p>
      <w:pPr>
        <w:pStyle w:val="ArticleBody"/>
        <w:jc w:val="left"/>
      </w:pPr>
      <w:r>
        <w:rPr>
          <w:rFonts w:ascii="Times New Roman" w:hAnsi="Times New Roman" w:eastAsia="Times New Roman" w:cs="Times New Roman"/>
        </w:rPr>
        <w:t>İlk Respublikaçı prezident ABŞ Vətəndaş Müharibəsi ilə bağlı məhz bu həqiqətə toxunan bir Müqəddəs Yazı ayəsini məşhur şəkildə sitat gətirmişdi.</w:t>
      </w:r>
    </w:p>
    <w:p>
      <w:pPr>
        <w:pStyle w:val="ArticleScripture"/>
        <w:jc w:val="left"/>
      </w:pPr>
      <w:r>
        <w:rPr>
          <w:rFonts w:ascii="Times New Roman" w:hAnsi="Times New Roman" w:eastAsia="Times New Roman" w:cs="Times New Roman"/>
        </w:rPr>
        <w:t>İsa isə onların düşüncələrini bilib onlara dedi: Öz-özünə qarşı bölünmüş hər bir padşahlıq viran qoyular; və öz-özünə qarşı bölünmüş hər bir şəhər və ya ev dura bilməz. Əgər Şeytan Şeytanı qovursa, o, öz-özünə qarşı bölünmüşdür; onda onun padşahlığı necə dura bilər? Əgər mən cinləri Beelzebub vasitəsilə qovuramsa, sizin oğullarınız onları kimin vasitəsilə qovurlar? Buna görə də onlar sizin hakimləriniz olacaqlar. Lakin əgər mən cinləri Allahın Ruhu ilə qovuramsa, deməli Allahın padşahlığı sizə gəlib çatmışdır. Matta 12:25–28.</w:t>
      </w:r>
    </w:p>
    <w:p>
      <w:pPr>
        <w:pStyle w:val="ArticleBody"/>
        <w:jc w:val="left"/>
      </w:pPr>
      <w:r>
        <w:rPr>
          <w:rFonts w:ascii="Times New Roman" w:hAnsi="Times New Roman" w:eastAsia="Times New Roman" w:cs="Times New Roman"/>
        </w:rPr>
        <w:t>Əjdahanın Yunanıstan aləmini təhrikə gətirmiş ən varlı prezidentə qarşı apardığı müharibə yalnız Donald Tramp ilə qlobalistlər arasında ola bilər, çünki sağ olan digər beş mümkün prezidentin hamısı Amerikaya qarşı olan qlobalistlərdir. Linkoln əvvəlki ayələrə istinad etdikdə, millətin köləlik tərəfdarı və köləlik əleyhdarı olan iki düşərgəyə bölünməsinə müraciət edirdi; o, köləlik tərəfdarı demokratlara və köləlik əleyhdarı respublikaçılara müraciət edirdi və bununla da, son Respublikaçı prezidentin təmsil və rəhbərlik etdiyi MAGA-izm hərəkatı ilə təhrikə gətirdiyi qlobalist Demokratlar arasındakı axır günlərin müharibəsinə müraciət etmiş olurdu.</w:t>
      </w:r>
    </w:p>
    <w:p>
      <w:pPr>
        <w:pStyle w:val="ArticleBody"/>
        <w:jc w:val="left"/>
      </w:pPr>
      <w:r>
        <w:rPr>
          <w:rFonts w:ascii="Times New Roman" w:hAnsi="Times New Roman" w:eastAsia="Times New Roman" w:cs="Times New Roman"/>
        </w:rPr>
        <w:t>İlk Respublikaçı prezident kimi Linkoln son Respublikaçı prezidenti təmsil edir. Sonuncu prezident həmçinin 1989-cu ildə, axır zamanda vəzifədə olan Respublikaçı prezident tərəfindən də təmsil olunur. Bu iki şahid təmsil etdikləri prezidentin Respublikaçı olduğunu müəyyən edir. 1989-cu ildə, axır zamanda vəzifədə olan Respublikaçı prezident sadəcə Respublikaçı deyildi, o, həm də son səkkiz prezidentin birincisi idi. Sonuncu prezident həmçinin ilk prezident və ilk Ali Baş Komandan olan Corc Vaşinqton tərəfindən də təmsil edilmiş olacaqdır.</w:t>
      </w:r>
    </w:p>
    <w:p>
      <w:pPr>
        <w:pStyle w:val="ArticleBody"/>
        <w:jc w:val="left"/>
      </w:pPr>
      <w:r>
        <w:rPr>
          <w:rFonts w:ascii="Times New Roman" w:hAnsi="Times New Roman" w:eastAsia="Times New Roman" w:cs="Times New Roman"/>
        </w:rPr>
        <w:t>Öz növbəsində Vaşinqton, 1776-cı ilin təmsil etdiyi dövrdə ilk prezident tərəfindən tipləndirilmişdi və həmin ilk prezident (Peyton Randolph) yeddi adamın təmsil etdiyi səkkiz dövr ərzində xidmət edən yeddi nəfərdən biri idi. Randolph səkkiz nəfərin birincisi idi və buna görə də səkkiz nəfərin birincisi olan Reagan-ı təmsil edirdi; o, həmçinin yeddidən olub səkkizinci idi. Buna görə də Randolph Vaşinqtonu (ilk prezidenti), Linkolnu (ilk Respublikaçı prezidenti), Reagan-ı (son səkkizin ilk prezidenti) və 1989-cu ildən sonrakı səkkizinci prezidenti təmsil edirdi; peyğəmbərlik zərurətinə görə həmin şəxs yeddidən olub səkkizinci olmalı idi.</w:t>
      </w:r>
    </w:p>
    <w:p>
      <w:pPr>
        <w:pStyle w:val="ArticleBody"/>
        <w:jc w:val="left"/>
      </w:pPr>
      <w:r>
        <w:rPr>
          <w:rFonts w:ascii="Times New Roman" w:hAnsi="Times New Roman" w:eastAsia="Times New Roman" w:cs="Times New Roman"/>
        </w:rPr>
        <w:t>Vaşinqton həmçinin, 1789-cu ilin təmsil etdiyi tarixdə prezident olmuş və Randolph kimi yeddidən olub səkkizinci olan Con Henkok tərəfindən də tipləşdirilərdi. Randolph Vaşinqtonu tipləşdirmişdi; buna görə də Henkok, yeddidən olub səkkizinci olan şəxs kimi Randolphla uyğunlaşdıqda, Henkok 1989-dan sonrakı səkkizinci prezidenti təmsil edir; o da peyğəmbərlik zərurəti etibarilə yeddidən olub səkkizinci olacaqdı.</w:t>
      </w:r>
    </w:p>
    <w:p>
      <w:pPr>
        <w:pStyle w:val="ArticleBody"/>
        <w:jc w:val="left"/>
      </w:pPr>
      <w:r>
        <w:rPr>
          <w:rFonts w:ascii="Times New Roman" w:hAnsi="Times New Roman" w:eastAsia="Times New Roman" w:cs="Times New Roman"/>
        </w:rPr>
        <w:t>Randolph, Hancock, Washington, Lincoln və Reagan hamısı son prezidenti təmsil edir. Bu şahidlərdən ikisi son prezidentin Respublikaçı olacağını təsbit edir. İkisi də son prezidentin yeddidən olub səkkizinci olacağını təsbit edir. 1989-cu ildə sonun zamanından sonra gələn səkkiz prezidentdən sağ olan beş prezident göstərir ki, əjdaha qüvvəsi ilə müharibəyə cəlb olunmaq üçün siyasi ideologiyaya yalnız Tramp malikdir.</w:t>
      </w:r>
    </w:p>
    <w:p>
      <w:pPr>
        <w:pStyle w:val="ArticleBody"/>
        <w:jc w:val="left"/>
      </w:pPr>
      <w:r>
        <w:rPr>
          <w:rFonts w:ascii="Times New Roman" w:hAnsi="Times New Roman" w:eastAsia="Times New Roman" w:cs="Times New Roman"/>
        </w:rPr>
        <w:t>Linkolndan əvvəl demokrat Ceyms Byukenen gəlmişdi; vicdanlı tarixçilər onu Amerika tarixinin o erkən dövründə ən təsirsiz prezident kimi tanıyırlar və onun səmərəsiz rəhbərliyi mahiyyət etibarilə ABŞ Vətəndaş Müharibəsinə səbəb olmuşdu. Linkoln hələ and içməmişdən əvvəl cənub ştatları artıq ittifaqdan ayrılmağa başlamışdı və Linkolnun andiçməsindən cəmi bir ay sonra ilk atəşlər açıldı. Byukenen Linkolnun həll etməyə məcbur qaldığı bir müharibəni doğuran hərəkətləri hərəkətə gətirmişdi.</w:t>
      </w:r>
    </w:p>
    <w:p>
      <w:pPr>
        <w:pStyle w:val="ArticleBody"/>
        <w:jc w:val="left"/>
      </w:pPr>
      <w:r>
        <w:rPr>
          <w:rFonts w:ascii="Times New Roman" w:hAnsi="Times New Roman" w:eastAsia="Times New Roman" w:cs="Times New Roman"/>
        </w:rPr>
        <w:t>Reyqandan əvvəl müasir dövrün ən səmərəsiz prezidenti gəlmişdi. Demokrat olan Karter, İranda yerləşən radikal İslamla düzgün şəkildə məşğul ola bilməməsi ilə Amerika Birləşmiş Ştatlarını rüsvay etdi.</w:t>
      </w:r>
    </w:p>
    <w:p>
      <w:pPr>
        <w:pStyle w:val="ArticleBody"/>
        <w:jc w:val="left"/>
      </w:pPr>
      <w:r>
        <w:rPr>
          <w:rFonts w:ascii="Times New Roman" w:hAnsi="Times New Roman" w:eastAsia="Times New Roman" w:cs="Times New Roman"/>
        </w:rPr>
        <w:t>Trampdan əvvəl demokrat Obama gəlmişdi; o, o vaxtdan bəri yalnız artmaqda olan mədəni, siyasi və iqtisadi parçalanmaları qəsdən başlatdı. Onun səmərəsiz rəhbərliyi həm Buchanan, həm də Karter tərəfindən səciyyələndirilirdi, lakin onun rəhbərlik etdiyi tarix dövründə Əsas Axın KİV-ləri artıq Adolf Hitlerin Xalq Maarifləndirilməsi və Təbliğat Reyx Nazirliyinə paralel şəkildə özünü büruzə verməyə başlamışdı. Obamanın Amerika Birləşmiş Ştatlarının ictimai, siyasi, maliyyə və dini institutlarına qarşı hücumlarının üstü, görməyi seçməyənlər üçün, ört-basdır edildi və Konstitusiyanı qorumağa and içmiş biri kimi onun səmərəsizliyi diqqətlə gizlədildi. Obama, İranda yerləşən radikal islamı düzgün şəkildə qarşılayıb cavablandıra bilməməsi ilə Amerika Birləşmiş Ştatlarını rüsvay etdi.</w:t>
      </w:r>
    </w:p>
    <w:p>
      <w:pPr>
        <w:pStyle w:val="ArticleBody"/>
        <w:jc w:val="left"/>
      </w:pPr>
      <w:r>
        <w:rPr>
          <w:rFonts w:ascii="Times New Roman" w:hAnsi="Times New Roman" w:eastAsia="Times New Roman" w:cs="Times New Roman"/>
        </w:rPr>
        <w:t>Tramp 2024-cü ildə yenidən seçildikdə, 1989-cu ildə Reyqandan bəri səkkizinci prezident olaraq, o, bir daha tarixdə ən səmərəsiz prezident tacını indi taxmış, İranda yerləşən radikal İslamı cilovlamaq cəhdində ABŞ-ı dəfələrlə rüsvay etmiş, qloballaşmaçı, əjdaha qüvvəsi ilə hərəkət edən bir demokrat tərəfindən əvvəlcədən müşayiət olunmuş olacaq; halbuki müasir əsas axın mediası (İctimai Maarifləndirmə və Təbliğat üzrə Reyx Nazirliyinin timsalında) bu aşkar gerçəkliyi yenə də ört-basdır etməyə çalışır.</w:t>
      </w:r>
    </w:p>
    <w:p>
      <w:pPr>
        <w:pStyle w:val="ArticleBody"/>
        <w:jc w:val="left"/>
      </w:pPr>
      <w:r>
        <w:rPr>
          <w:rFonts w:ascii="Times New Roman" w:hAnsi="Times New Roman" w:eastAsia="Times New Roman" w:cs="Times New Roman"/>
        </w:rPr>
        <w:t>Reyqan vəzifəyə başladıqda, İranın timsalında təcəssüm edən radikal islamla bağlı həll olunmamış bir böhran Demokrat prezident tərəfindən həllsiz buraxılmışdı. Reyqan dərhal Amerika Birləşmiş Ştatları ilə İranın timsalında təmsil olunan radikal islam arasındakı gərginliyin istiqamətini çevirmək üçün addımlar atdı. Tramp vəzifəyə başladıqda, yenə də İranın timsalında təcəssüm edən radikal islamla bağlı həll olunmamış bir böhran Demokrat prezident tərəfindən nəinki həllsiz buraxılmış, hətta maliyyələşdirilmişdi. Tramp dərhal Amerika Birləşmiş Ştatları ilə İranın timsalında təmsil olunan radikal islam arasındakı gərginliyin istiqamətini çevirmək üçün addımlar atdı. Hazırkı Demokrat prezident Trampın əldə etdiyi bütün irəliləyişi geri çevirdi və indi bütün dünya Baydenin səmərəsiz rəhbərliyi ucbatından üçüncü dünya müharibəsinə doğru sürüklənir.</w:t>
      </w:r>
    </w:p>
    <w:p>
      <w:pPr>
        <w:pStyle w:val="ArticleBody"/>
        <w:jc w:val="left"/>
      </w:pPr>
      <w:r>
        <w:rPr>
          <w:rFonts w:ascii="Times New Roman" w:hAnsi="Times New Roman" w:eastAsia="Times New Roman" w:cs="Times New Roman"/>
        </w:rPr>
        <w:t>Bu, təkcə Karterin səmərəsizliyi və Obamanın İslamı təşviq etməsi ilə təmsil olunan İslamla bağlı işi deyil, həm də müharibəyə başlayan Bukananın işini də tamamlayır; həmin işi Respublikaçı prezidentin həll etməsi lazım idi.</w:t>
      </w:r>
    </w:p>
    <w:p>
      <w:pPr>
        <w:pStyle w:val="ArticleBody"/>
        <w:jc w:val="left"/>
      </w:pPr>
      <w:r>
        <w:rPr>
          <w:rFonts w:ascii="Times New Roman" w:hAnsi="Times New Roman" w:eastAsia="Times New Roman" w:cs="Times New Roman"/>
        </w:rPr>
        <w:t>Birinci Respublikaçı prezidentdə olduğu kimi, Tramp da 2020-ci il seçkisində qlobalist əjdaha qüvvələri tərəfindən siyasi cəhətdən qətlə yetirildi. O, küçədə ölü sayılarkən, Vəhy kitabının on birinci fəslində peyğəmbərlik edildiyi kimi, yer vəhşisinin qlobalistləri və bütün dünyanın qlobalistləri bayram etməyə başladılar.</w:t>
      </w:r>
    </w:p>
    <w:p>
      <w:pPr>
        <w:pStyle w:val="ArticleScripture"/>
        <w:jc w:val="left"/>
      </w:pPr>
      <w:r>
        <w:rPr>
          <w:rFonts w:ascii="Times New Roman" w:hAnsi="Times New Roman" w:eastAsia="Times New Roman" w:cs="Times New Roman"/>
        </w:rPr>
        <w:t>Və onlar öz şəhadətlərini başa çatdırdıqları zaman, dibsiz quyu­dan çıxan vəhşi heyvan onlara qarşı müharibə edəcək, onlara qalib gələcək və onları öldürəcək. Onların cəsədləri ruhani mənada Sodom və Misir adlanan böyük şəhərin küçəsində qalacaq; elə həmin yerdə də Rəbbimiz çarmıxa çəkildi. Xalqlardan, qəbilələrdən, dillərdən və millətlərdən olanlar onların cəsədlərini üç gün yarım görəcək və onların cəsədlərinin qəbirlərə qoyulmasına yol verməyəcəklər. Yer üzündə yaşayanlar isə onların üzərinə sevinəcək, şadlanacaq və bir-birinə hədiyyələr göndərəcəklər; çünki bu iki peyğəmbər yer üzündə yaşayanlara əzab verirdi. Üç gün yarımdan sonra Allahdan gələn həyat ruhu onların içinə daxil oldu və onlar ayaqları üstə qalxdılar; onları görənlərin üzərinə böyük qorxu düşdü. Vəhy 11:7–11.</w:t>
      </w:r>
    </w:p>
    <w:p>
      <w:pPr>
        <w:pStyle w:val="ArticleBody"/>
        <w:jc w:val="left"/>
      </w:pPr>
      <w:r>
        <w:rPr>
          <w:rFonts w:ascii="Times New Roman" w:hAnsi="Times New Roman" w:eastAsia="Times New Roman" w:cs="Times New Roman"/>
        </w:rPr>
        <w:t>İndi 2024-cü ilə çatmışıq; burada Tramp ayaqları üzərində dayanır, və 6 yanvar 2021-dən bəri sevinib şadlıq edən əjdaha dünyası indi “böyük qorxu” ilə üz-üzədir. Əsas Axın KİV-i (MSM) təşviş içindədir. Onların öz danışıq tezisləri belə, köhnə rok-n-roll mahnısında deyildiyi kimi, “onların kral seçdiyi o yorğun qocanın” Baydeni onların səsvermə maşınlarının zirvəyə çıxarmasına imkan verəcək qədər Trampın göstəricilərinə yaxın qala bilmək qabiliyyətinə malik olmadığına dair narahatlıqlarını üzə çıxarmağa başlayır. Əsas Axın KİV-i indi Hitler dövründə Reyxin Xalqın Maarifləndirilməsi və Təbliğat Nazirliyi nə idisə, bir təbliğat maşını olaraq o qədərdir.</w:t>
      </w:r>
    </w:p>
    <w:p>
      <w:pPr>
        <w:pStyle w:val="ArticleBody"/>
        <w:jc w:val="left"/>
      </w:pPr>
      <w:r>
        <w:rPr>
          <w:rFonts w:ascii="Times New Roman" w:hAnsi="Times New Roman" w:eastAsia="Times New Roman" w:cs="Times New Roman"/>
        </w:rPr>
        <w:t>Bu həqiqət bunun başqa cür ola bilməsinə dair hər hansı riyazi ehtimalın fövqündə dəfələrlə nümayiş etdirilmişdir. Hər dəfə yeni bir qlobalist təbliğat tezisi geniş cəmiyyətə təqdim edildikdə, təkrar-təkrar sənədləşdirilmişdir ki, əjdahanın təbliğat maşını tərəfindən idarə olunan müxtəlif kommunikasiya xətləri bu hadisəni və ya həmin məsələni təsvir edərkən eyni ifadələri sözbəsöz hasil edir.</w:t>
      </w:r>
    </w:p>
    <w:p>
      <w:pPr>
        <w:pStyle w:val="ArticleBody"/>
        <w:jc w:val="left"/>
      </w:pPr>
      <w:r>
        <w:rPr>
          <w:rFonts w:ascii="Times New Roman" w:hAnsi="Times New Roman" w:eastAsia="Times New Roman" w:cs="Times New Roman"/>
        </w:rPr>
        <w:t>Əgər sizlərdən hər hansı biri “telefon” və ya bəzən “Çin pıçıltıları” adlanan köhnə uşaq oyununu tanıyırsa, bilirsiniz ki, insanlar dairə şəklində oturduqda və oyun gedişində birinci şəxs növbəti şəxsin qulağına pıçıldadıqda, sonra isə həmin pıçıltı dairə boyu təkrar olunduqda, dairə boyunca ötürülən ilkin pıçıltı dəyişməz olaraq birinci pıçıltının ifadə etdiyi məzmundan fərqli bir şeyə çevrilir. Halbuki əsas axın media öz tərəfdarlarından gözləyir ki, bu ölkədə və bütün dünyada hər bir jurnalistin hansısa mövzu və ya hadisə barədə əjdahanın mövqeyini izah etmək üçün nədənsə eyni sözləri və ifadələri seçdiyinə inansınlar. Yüzlərlə özünü jurnalist adlandıran şəxs eyni hadisəyə baxdı və onlar təkcə eyni nəticəyə gəlmədilər, həm də həmin hadisəni təsvir etmək üçün tamamilə eyni sözləri və ifadələri seçdilər.</w:t>
      </w:r>
    </w:p>
    <w:p>
      <w:pPr>
        <w:pStyle w:val="ArticleBody"/>
        <w:jc w:val="left"/>
      </w:pPr>
      <w:r>
        <w:rPr>
          <w:rFonts w:ascii="Times New Roman" w:hAnsi="Times New Roman" w:eastAsia="Times New Roman" w:cs="Times New Roman"/>
        </w:rPr>
        <w:t>Bu zaman kəsiyində toxunduğumuz məsələ qlobalistlərin təbliğat maşınına qarşı bir hücum deyil; bu, sadəcə, hazırda Yer üzündə cərəyan edən ruhani müharibənin peyğəmbərlik xarakterli bir xüsusiyyətini müəyyənləşdirməkdir. Məsihin dövründə yəhudilər, Məsihlərini rədd etdikləri üçün, nəhayət, açıq şəkildə Sezarı öz padşahları kimi seçdilər. Həmin mübahisəli dövrdə baş kahin Məsihin öldürülməsi üçün şeytani xarakter daşıyan və qüsurlu mülahizəyə əsaslanan, lakin eyni zamanda doğru olan bir dəlil irəli sürdü.</w:t>
      </w:r>
    </w:p>
    <w:p>
      <w:pPr>
        <w:pStyle w:val="ArticleScripture"/>
        <w:jc w:val="left"/>
      </w:pPr>
      <w:r>
        <w:rPr>
          <w:rFonts w:ascii="Times New Roman" w:hAnsi="Times New Roman" w:eastAsia="Times New Roman" w:cs="Times New Roman"/>
        </w:rPr>
        <w:t>Onlardan biri, adı Qayafa olan və həmin il baş kahin olan, onlara dedi: “Siz heç nə bilmirsiniz; nə də bunu düşünürsünüz ki, bütün xalq həlak olmasın deyə, bir adamın xalq uğrunda ölməsi bizim üçün münasibdir.” O bunu özündən demədi; lakin həmin il baş kahin olduğuna görə, İsanın o millət uğrunda öləcəyini peyğəmbərlik etdi; və təkcə o millət uğrunda deyil, həm də dağınıq halda olan Allah övladlarını bir yerə toplayıb bir etməsi üçün. Yəhya 11:49–52.</w:t>
      </w:r>
    </w:p>
    <w:p>
      <w:pPr>
        <w:pStyle w:val="ArticleBody"/>
        <w:jc w:val="left"/>
      </w:pPr>
      <w:r>
        <w:rPr>
          <w:rFonts w:ascii="Times New Roman" w:hAnsi="Times New Roman" w:eastAsia="Times New Roman" w:cs="Times New Roman"/>
        </w:rPr>
        <w:t>Qayafa Məsihə hücum etmək üçün bir məntiq uydururdu və bunu etməklə, əslində, düzgün bir qabaqcadan xəbər verirdi. O, Məsihin bəşəriyyətin qurbanı olmalı olduğuna inanmırdı; sadəcə Onu öldürmək istəyirdi. Əjdaha gücünün Mainstream Media-sı indi Trampla bağlı buna bənzər bir işi həyata keçirir. Onlar əhali arasında belə bir qorxunu təlqin etməyə çalışırlar ki, guya Tramp yenidən seçilərsə, Adolph Hitler kimi bir diktatora çevriləcək. Demokratlar köləlik tərəfdarı olan partiyadır və Nasist partiyasının xüsusiyyətlərinə malikdir; buna təkcə alman deyil, dünya miqyaslı təbliğat maşını da daxildir; lakin onlar iddia edirlər ki, Tramp seçilərsə, demokratiya devriləcək və Tramp Adolph Hitler kimi bir diktator olacaq.</w:t>
      </w:r>
    </w:p>
    <w:p>
      <w:pPr>
        <w:pStyle w:val="ArticleBody"/>
        <w:jc w:val="left"/>
      </w:pPr>
      <w:r>
        <w:rPr>
          <w:rFonts w:ascii="Times New Roman" w:hAnsi="Times New Roman" w:eastAsia="Times New Roman" w:cs="Times New Roman"/>
        </w:rPr>
        <w:t>Məhz Allahın Kəlamı Birləşmiş Ştatların son prezidenti barədə bunu bildirir; lakin əsas axın mediası, əjdahanın ilhamlandırdığı Qayafa kimi, onların danışıq tezislərinin peyğəmbərlik xarakteri daşıdığını və həqiqətən gerçəkləşəcəyini anlamır.</w:t>
      </w:r>
    </w:p>
    <w:p>
      <w:pPr>
        <w:pStyle w:val="ArticleScripture"/>
        <w:jc w:val="left"/>
      </w:pPr>
      <w:r>
        <w:rPr>
          <w:rFonts w:ascii="Times New Roman" w:hAnsi="Times New Roman" w:eastAsia="Times New Roman" w:cs="Times New Roman"/>
        </w:rPr>
        <w:t>“Ölkəmiz təhlükə qarşısındadır. Elə bir vaxt yaxınlaşır ki, onun qanunvericiləri Protestantlığın prinsiplərindən o dərəcədə imtina edəcəklər ki, Roma mürtədliyinə rəvac verəcəklər. Allahın onlar üçün belə ecazkar surətdə fəaliyyət göstərdiyi, onları papalığın əzabverici boyunduruğunu üzərlərindən atmağa qüvvətləndirdiyi xalq milli bir aktla Romanın pozğun imanına güc verəcək və beləliklə, yenidən qəddarlığa və istibdada başlamaq üçün yalnız bir toxunuş gözləyən zülmü oyadacaq. Biz artıq sürətli addımlarla bu dövrə yaxınlaşırıq.” The Spirit of Prophecy, cild 4, 410.</w:t>
      </w:r>
    </w:p>
    <w:p>
      <w:pPr>
        <w:pStyle w:val="ArticleBody"/>
        <w:jc w:val="left"/>
      </w:pPr>
      <w:r>
        <w:rPr>
          <w:rFonts w:ascii="Times New Roman" w:hAnsi="Times New Roman" w:eastAsia="Times New Roman" w:cs="Times New Roman"/>
        </w:rPr>
        <w:t>Mən dərk edirəm ki, ABŞ-da demokratların korrupsiyalaşmış ünsürlərini, əslində isə qlobalist olan guya respublikaçıları və dünyanın mütərəqqi qlobalistlərini müəyyən etdikcə, oxucu məndə Respublikaçılar partiyasına və ya Donald Trampa hansısa siyasi rəğbətin olduğu qənaətinə gələ bilər. Bu, məsələnin həqiqətlərindən çox uzaqdır; son prezident, məhz əsas axın mediasının qabaqcadan bildirdiyi kimi, diktatora çevrilməlidir, hərçənd onlar əslində nəyi qabaqcadan bildirdiklərini Qayafadan da artıq bilmirlər. Biz sadəcə olaraq, Yezekelin təkər içində təkərləri ilə təmsil olunan “insani hadisələrin mürəkkəb qarşılıqlı təsiri” ilə əlaqədar peyğəmbərlik dinamikalarını müəyyənləşdiririk.</w:t>
      </w:r>
    </w:p>
    <w:p>
      <w:pPr>
        <w:pStyle w:val="ArticleBody"/>
        <w:jc w:val="left"/>
      </w:pPr>
      <w:r>
        <w:rPr>
          <w:rFonts w:ascii="Times New Roman" w:hAnsi="Times New Roman" w:eastAsia="Times New Roman" w:cs="Times New Roman"/>
        </w:rPr>
        <w:t>Bu tədqiqatı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Daniyel Kitabı - Yüz Otuz Doqquzuncu</dc:title>
  <dc:subject>Daniel 11:40-ın Müasir Siyasi Reallıqlarla Peyğəmbərlik Uyğunluğu: Son Prezidentin Sirrinin Açılması</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