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On Üçüncü Sayı</w:t>
      </w:r>
    </w:p>
    <w:p>
      <w:pPr>
        <w:pStyle w:val="ArticleSubtitle"/>
        <w:jc w:val="left"/>
      </w:pPr>
      <w:r>
        <w:rPr>
          <w:rFonts w:ascii="Arial" w:hAnsi="Arial" w:eastAsia="Arial" w:cs="Arial"/>
        </w:rPr>
        <w:t>Axır Günlərin Sirri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2023-12-08</w:t>
      </w:r>
    </w:p>
    <w:p>
      <w:pPr>
        <w:pStyle w:val="ArticleBody"/>
        <w:jc w:val="left"/>
      </w:pPr>
      <w:r>
        <w:rPr>
          <w:rFonts w:ascii="Times New Roman" w:hAnsi="Times New Roman" w:eastAsia="Times New Roman" w:cs="Times New Roman"/>
        </w:rPr>
        <w:t>Danielın ikinci fəsli Vəhy on dördün ikinci mələyini təmsil edir. Beləliklə, o, qida sınağı kimi təqdim olunan, ardınca görmə sınağı ilə davam edən və lakmus sınağı ilə yekunlaşan üç sınaqdan ikincisini təmsil edir. Həmin üç sınağın hamısı, eyni zamanda peyğəmbərlik nişanələri olaraq, Vəhy on dördün birinci mələyinin xəbərində mövcuddur. Vəhy on dördün birinci mələyində olduğu kimi, Danielın birinci fəsli də bu üç sınağın hər birini özündə daşıyır.</w:t>
      </w:r>
    </w:p>
    <w:p>
      <w:pPr>
        <w:pStyle w:val="ArticleBody"/>
        <w:jc w:val="left"/>
      </w:pPr>
      <w:r>
        <w:rPr>
          <w:rFonts w:ascii="Times New Roman" w:hAnsi="Times New Roman" w:eastAsia="Times New Roman" w:cs="Times New Roman"/>
        </w:rPr>
        <w:t>İkinci sınaq, yaxud ikinci mələyin xəbəri, birinci sınağın sonunda başlayır. İkinci fəsil birinci fəsildən sonra gəlir. İkinci sınağın yekunu ardınca üçüncü sınağı başlayır. İkinci sınaqla təmsil olunan zaman dövrü Danielin əsarətdə keçirdiyi yetmiş il ilə rəmzləşdirilmişdi; bu dövr Yehoyaqimin fəth olunması ilə başlamış və Kirin fərmanı ilə başa çatmışdı. Həmin yetmiş ilin sonu yaxınlaşdıqca, Daniel Allahın peyğəmbərlik Kəlamı vasitəsilə bu sonun artıq yetişmək üzrə olduğunu dərk etdi.</w:t>
      </w:r>
    </w:p>
    <w:p>
      <w:pPr>
        <w:pStyle w:val="ArticleScripture"/>
        <w:jc w:val="left"/>
      </w:pPr>
      <w:r>
        <w:rPr>
          <w:rFonts w:ascii="Times New Roman" w:hAnsi="Times New Roman" w:eastAsia="Times New Roman" w:cs="Times New Roman"/>
        </w:rPr>
        <w:t>Xaldeylilərin səltənəti üzərində padşah edilmiş, midiyalıların nəslindən olan Ahaşveroş oğlu Darinin padşahlığının birinci ilində, mən Daniel kitablardan anladım ki, Rəbbin sözü Yeremya peyğəmbərə gəlib Yerusəlimin viranəliyi üçün yetmiş ilin tamam olacağını bildirmişdir. Daniel 9:1, 2.</w:t>
      </w:r>
    </w:p>
    <w:p>
      <w:pPr>
        <w:pStyle w:val="ArticleBody"/>
        <w:jc w:val="left"/>
      </w:pPr>
      <w:r>
        <w:rPr>
          <w:rFonts w:ascii="Times New Roman" w:hAnsi="Times New Roman" w:eastAsia="Times New Roman" w:cs="Times New Roman"/>
        </w:rPr>
        <w:t>Daniel axır günlərdə yetmiş illik əsarətin simvolik mənasını dərk edən Allahın xalqını təmsil edir və bu dərk etmə yetmiş simvolik ilin sona çatmasından azacıq əvvəl baş verir. Allahın xalqı yetmiş illik əsarəti düzgün başa düşmüşdür, lakin Danielin təmsil etdiyi şey, həmin yetmiş ilin 11 sentyabr 2001-ci ildən başlayıb Bazar qanununa qədər uzanan peyğəmbərlik dövrünü ifadə etdiyini anlamaqdır. Daniel üçün həmin illər Kirin fərmanı ilə başa çatdı; bu isə axır günlərdə Amerika Birləşmiş Ştatlarında Bazar qanununu təmsil edir.</w:t>
      </w:r>
    </w:p>
    <w:p>
      <w:pPr>
        <w:pStyle w:val="ArticleBody"/>
        <w:jc w:val="left"/>
      </w:pPr>
      <w:r>
        <w:rPr>
          <w:rFonts w:ascii="Times New Roman" w:hAnsi="Times New Roman" w:eastAsia="Times New Roman" w:cs="Times New Roman"/>
        </w:rPr>
        <w:t>Bazar qanunundan az əvvəl Allahın xalqı, simvolik yetmiş illə təmsil olunan peyğəmbərlik anlayışına oyadılır. Bu simvolik illər, üçüncü Vay olan İslamın gəlişi ilə Vəhy on səkkizin qüdrətli mələyinin enib Babilin süqutunu elan etdiyi 11 sentyabr 2001-ci ili təmsil edən Yehoyaqimlə başladı. Babilin süqutu ikinci mələyin xəbərini təmsil edir və 11 sentyabr 2001-ci ildə mələyin əlində olan gizli kitabı yemiş olanlar üçün ikinci sınaq dövrü başladı. Simvolik yetmiş illə təmsil olunan həmin dövr Bazar qanununa qədər davam edir.</w:t>
      </w:r>
    </w:p>
    <w:p>
      <w:pPr>
        <w:pStyle w:val="ArticleBody"/>
        <w:jc w:val="left"/>
      </w:pPr>
      <w:r>
        <w:rPr>
          <w:rFonts w:ascii="Times New Roman" w:hAnsi="Times New Roman" w:eastAsia="Times New Roman" w:cs="Times New Roman"/>
        </w:rPr>
        <w:t>Son yaxınlaşdıqca, Daranın birinci ilində Danielin timsalında göstərildiyi kimi, Allahın xalqı vəhşinin surəti sınağına oyadılır. Onlar əvvəllər vəhşinin surəti sınağı ilə bağlı həqiqətlərin bəzilərini başa düşmüşdülər, lakin ikinci mələyin peyğəmbərlik dövrünün sonuna az qalmış anlamağa gəldikləri hissə qaranlıqda gizlədilmişdi. Daniel Allahın peyğəmbərlik Kəlamını araşdırdıqda və sonra yetmiş ilin əhəmiyyətini dərk etdikdə, o, duaya yönəldildi; necə ki, surət-yuxusu ilə bağlı Navuxodonosorun ölüm-dirim təhdidinin fərqinə vardıqda da duaya yönəldilmişdi. Danielin doqquzuncu fəslində, eləcə də Danielin ikinci fəslində, Daniel dua edərkən peyğəmbərlik nuru aldı.</w:t>
      </w:r>
    </w:p>
    <w:p>
      <w:pPr>
        <w:pStyle w:val="ArticleScripture"/>
        <w:jc w:val="left"/>
      </w:pPr>
      <w:r>
        <w:rPr>
          <w:rFonts w:ascii="Times New Roman" w:hAnsi="Times New Roman" w:eastAsia="Times New Roman" w:cs="Times New Roman"/>
        </w:rPr>
        <w:t>Bəli, mən duada danışarkən, əvvəlcə görüntüdə gördüyüm həmin adam Cəbrail sürətlə uçaraq gəlib axşam təqdimatı vaxtı mənə toxundu. O, mənə izah etdi, mənimlə danışdı və dedi: Ey Daniel, indi sənə hikmət və anlayış vermək üçün gəlmişəm. Daniel 9:21, 22.</w:t>
      </w:r>
    </w:p>
    <w:p>
      <w:pPr>
        <w:pStyle w:val="ArticleBody"/>
        <w:jc w:val="left"/>
      </w:pPr>
      <w:r>
        <w:rPr>
          <w:rFonts w:ascii="Times New Roman" w:hAnsi="Times New Roman" w:eastAsia="Times New Roman" w:cs="Times New Roman"/>
        </w:rPr>
        <w:t>Daniela dua edərkən verilən “bacarıq və anlayış” onun ikinci fəsildəki duası ilə uyğunluq təşkil edir.</w:t>
      </w:r>
    </w:p>
    <w:p>
      <w:pPr>
        <w:pStyle w:val="ArticleScripture"/>
        <w:jc w:val="left"/>
      </w:pPr>
      <w:r>
        <w:rPr>
          <w:rFonts w:ascii="Times New Roman" w:hAnsi="Times New Roman" w:eastAsia="Times New Roman" w:cs="Times New Roman"/>
        </w:rPr>
        <w:t>Sonra Daniel öz evinə getdi və bu işi öz yoldaşları Hananya, Mişael və Azaryaya bildirdi ki, bu sirr barəsində göylərin Allahından mərhəmət diləsinlər; ta ki Daniel və onun yoldaşları Babilin qalan hikmətli adamları ilə birlikdə həlak olmasınlar. O zaman bu sirr Danielə gecə görüntüsündə aşkar edildi. O zaman Daniel göylərin Allahına alqış etdi. Daniel 2:17–19.</w:t>
      </w:r>
    </w:p>
    <w:p>
      <w:pPr>
        <w:pStyle w:val="ArticleBody"/>
        <w:jc w:val="left"/>
      </w:pPr>
      <w:r>
        <w:rPr>
          <w:rFonts w:ascii="Times New Roman" w:hAnsi="Times New Roman" w:eastAsia="Times New Roman" w:cs="Times New Roman"/>
        </w:rPr>
        <w:t>Sətir üzərinə sətir, Danielin iki duası eyni duadır. Hər ikisi, 11 sentyabr 2001 ilə tezliklə gələcək Bazar qanunu arasında baş verən və ikinci mələyin vizual sınağını simvolik şəkildə təmsil edən tarix dövründə verilir. Navuxodonosorun yaxınlaşan ölüm təhdidi, həmçinin Yeremyanın yetmiş ili və Musanın “yeddi dəfə” andı barədə peyğəmbərlik biliyi ilə Daniel Levililər iyirmi altıncı fəslin duasını edir, eyni zamanda Allahdan Müqəddəs Kitab peyğəmbərliyinin son peyğəmbərlik sirrini ona açmasını xahiş edir. Yəhyanın İsa Məsihin Vəhyi kimi müəyyən etdiyi sirr.</w:t>
      </w:r>
    </w:p>
    <w:p>
      <w:pPr>
        <w:pStyle w:val="ArticleBody"/>
        <w:jc w:val="left"/>
      </w:pPr>
      <w:r>
        <w:rPr>
          <w:rFonts w:ascii="Times New Roman" w:hAnsi="Times New Roman" w:eastAsia="Times New Roman" w:cs="Times New Roman"/>
        </w:rPr>
        <w:t>Doqquzuncu fəsildə Daniel iki padşahlığın keçid nöqtəsində təsvir olunur. Babil yenicə Midiyalılara və Farslara məğlub olmuşdu, çünki bu, Darinin birinci ili idi; beləliklə, bu, Allahın xalqını son günlərdə birinci mələyin hərəkətində və həmçinin üçüncü mələyin hərəkətində qeyd olunmuş keçid nöqtəsində yerləşdirir.</w:t>
      </w:r>
    </w:p>
    <w:p>
      <w:pPr>
        <w:pStyle w:val="ArticleBody"/>
        <w:jc w:val="left"/>
      </w:pPr>
      <w:r>
        <w:rPr>
          <w:rFonts w:ascii="Times New Roman" w:hAnsi="Times New Roman" w:eastAsia="Times New Roman" w:cs="Times New Roman"/>
        </w:rPr>
        <w:t>Filadelfiyalı Millerçi hərəkat 1856-cı ildə Laodikeyaya keçdi, və Future for America-nın Laodikeyalı hərəkatı, Vəhy kitabının on birinci fəslində küçədə ölü qalmış üç gün yarımın sonunda Filadelfiyalı hərəkatına keçir. Millerçilərin Filadelfiyalı hərəkatı ilə 1856-cı ildən 1863-cü ilədək uğursuzluğa düçar olunan sınaq, “yeddi vaxt” təlimi ilə əlaqədar idi.</w:t>
      </w:r>
    </w:p>
    <w:p>
      <w:pPr>
        <w:pStyle w:val="ArticleBody"/>
        <w:jc w:val="left"/>
      </w:pPr>
      <w:r>
        <w:rPr>
          <w:rFonts w:ascii="Times New Roman" w:hAnsi="Times New Roman" w:eastAsia="Times New Roman" w:cs="Times New Roman"/>
        </w:rPr>
        <w:t>Future for America-nın Laodikiya hərəkatı üçün sınaq, onların dağınıq vəziyyətlərini tanımağın zəruriliyi ilə, sonra isə Levililər iyirmi altıncı fəslin duasına və təcrübəsinə daxil olmaları ilə əlaqədardır. Daniel Babil və Midiya-Fars imperiyaları arasındakı keçid zamanında idi və Kirosun fərmanı ilə işarələnən yetmiş illik dövrün sonundan dərhal əvvəl yaşayırdı. Yetmiş il Danielin duasının kontekstidir və yetmiş il Musanın “yeddi vaxtını” təmsil edir. Danielin hər iki duası “yeddi vaxt” ilə işarələnən keçid zamanı ilə üst-üstə düşür; həm birinci mələyin hərəkatında, həm də üçüncü mələyin hərəkatında.</w:t>
      </w:r>
    </w:p>
    <w:p>
      <w:pPr>
        <w:pStyle w:val="ArticleBody"/>
        <w:jc w:val="left"/>
      </w:pPr>
      <w:r>
        <w:rPr>
          <w:rFonts w:ascii="Times New Roman" w:hAnsi="Times New Roman" w:eastAsia="Times New Roman" w:cs="Times New Roman"/>
        </w:rPr>
        <w:t>Daniela aşkar edilən “sirr” Navuxodonosorun heykəlinin vəhyidir. Son günlərdə Navuxodonosorun heykəlinin “sirri” ondadır ki, o, dörd deyil, səkkiz padşahlığı təmsil edir. “Səkkizinci Yeddidəndir” kateqoriyasına daxil olan əvvəlki məqalələrdə bu həqiqət artıq təqdim edilmişdir. Həmin sirrin daxilində yeddidən olan səkkizincinin gəldiyi keçid nöqtəsinin vəhyi vardır. Navuxodonosorun heykəlinin “sirri” həqiqi protestantlığın buynuzunun və respublikaçılığın buynuzunun dirilməsinin təsdiqidir. Bu dirilmələrin hər ikisi hər bir buynuzun səkkizinci olduğunu, lakin yeddidən olduğunu müəyyən edir; və hər iki buynuzun altıncıdan səkkizinciyə keçidi Musanın “yeddi dəfə”si ilə əlaqəli bir sınağın peyğəmbərlik kontekstində baş verir. Keçid, Kirin fərmanından dərhal əvvəl Daniel tərəfindən təmsil olunduğu kimi baş verir; bu isə Birləşmiş Ştatlarda bazar günü qanunu fərmanını təmsil edir. Sonra isə bazar günü qanunu zamanı, sürətli hərəkətlərlə, papalığın ölümcül yarası sağalır; belə ki, papalıq da, Danielin ikinci fəslindəki Navuxodonosorun heykəli ilə təmsil olunan şəkildə, peyğəmbərlik keçidindən keçərək, yeddidən olan səkkizinci başa çevrilir.</w:t>
      </w:r>
    </w:p>
    <w:p>
      <w:pPr>
        <w:pStyle w:val="ArticleScripture"/>
        <w:jc w:val="left"/>
      </w:pPr>
      <w:r>
        <w:rPr>
          <w:rFonts w:ascii="Times New Roman" w:hAnsi="Times New Roman" w:eastAsia="Times New Roman" w:cs="Times New Roman"/>
        </w:rPr>
        <w:t>Buna görə də Daniel padşahın Babilin müdrik adamlarını məhv etmək üçün təyin etdiyi Arioxun yanına getdi; gedib ona belə dedi: Babilin müdrik adamlarını məhv etmə; məni padşahın hüzuruna apar, mən də yozumu padşaha bildirərəm. O zaman Ariox tələsik Danieli padşahın hüzuruna gətirdi və ona belə dedi: Yəhuda əsirlərindən bir adam tapmışam ki, yozumu padşaha bildirəcək. Padşah cavab verib Belteşassar adlanan Danielə dedi: Gördüyüm röyanı və onun yozumunu mənə bildirməyə qadir­sənmi? Daniel 2:24–26.</w:t>
      </w:r>
    </w:p>
    <w:p>
      <w:pPr>
        <w:pStyle w:val="ArticleBody"/>
        <w:jc w:val="left"/>
      </w:pPr>
      <w:r>
        <w:rPr>
          <w:rFonts w:ascii="Times New Roman" w:hAnsi="Times New Roman" w:eastAsia="Times New Roman" w:cs="Times New Roman"/>
        </w:rPr>
        <w:t>Daniela sirr verildikdən sonra onun hər iki adına istinad edilir və bununla da onun son günlərdə yenicə yüz qırx dörd minin Filadelfiya hərəkatına keçmiş əhd xalqını təmsil etdiyi göstərilir. O, “sirr”i anlamaqda aciz olduqlarına görə heç kimin öldürülməməsini xahiş etməklə Allahın qulunun xasiyyətini təzahür etdirir. Onun xasiyyəti, Danieli tapdığına görə padşah yanında özünə şöhrət qazanmaq istəyən Navuxodonosorun qulu Ariokun xasiyyəti ilə qarşılaşdırılır. Sonra Daniel, Navuxodonosorun sualına sualla cavab verəndə həqiqi peyğəmbərlik təzahürü ilə Babilin hikmət sahiblərinin təzahürü arasındakı fərqi göstərir; və daha sonra, Ariokdan fərqli olaraq, “sirr”i başa düşməsindən özünü irəli çəkmək üçün istifadə etmir, əksinə göylərin Allahını ucaldır.</w:t>
      </w:r>
    </w:p>
    <w:p>
      <w:pPr>
        <w:pStyle w:val="ArticleScripture"/>
        <w:jc w:val="left"/>
      </w:pPr>
      <w:r>
        <w:rPr>
          <w:rFonts w:ascii="Times New Roman" w:hAnsi="Times New Roman" w:eastAsia="Times New Roman" w:cs="Times New Roman"/>
        </w:rPr>
        <w:t>Daniel padşahın hüzurunda cavab verib dedi: “Padşahın tələb etdiyi sirri nə müdriklər, nə münəccimlər, nə sehrbazlar, nə də falçılar padşaha aça bilərlər; lakin göylərdə sirləri açan bir Allah vardır və O, axır günlərdə nə olacağını padşah Navuxodonosora bildirmişdir. Sənin yuxun və yatağında başına gələn görüntülər bunlardır.” Daniel 2:27, 28.</w:t>
      </w:r>
    </w:p>
    <w:p>
      <w:pPr>
        <w:pStyle w:val="ArticleBody"/>
        <w:jc w:val="left"/>
      </w:pPr>
      <w:r>
        <w:rPr>
          <w:rFonts w:ascii="Times New Roman" w:hAnsi="Times New Roman" w:eastAsia="Times New Roman" w:cs="Times New Roman"/>
        </w:rPr>
        <w:t>Daniel “sirrin” təqdimatına onu axır günlərdə nə olacağını izah edən bir “sirr” kimi müəyyənləşdirməklə başlayır. Yeddi gurultunun gizli tarixinin sirri axır günlərdə nə olacağını müəyyən edir. Navuxodonosorun heykəli möhlətin bağlanmasından bir qədər əvvəl möhürü açılan axır-gün sirrinin bir ünsürüdür. O, möhlətin bağlanmasından bir qədər əvvəl, yer vəhşisinin hər iki buynuzunun yeddidən olub səkkizinciyə çevrildiyi keçid dövründə aşkar edilir; necə ki, bunu Daniel Darinin birinci ilində təsvir etmişdir.</w:t>
      </w:r>
    </w:p>
    <w:p>
      <w:pPr>
        <w:pStyle w:val="ArticleScripture"/>
        <w:jc w:val="left"/>
      </w:pPr>
      <w:r>
        <w:rPr>
          <w:rFonts w:ascii="Times New Roman" w:hAnsi="Times New Roman" w:eastAsia="Times New Roman" w:cs="Times New Roman"/>
        </w:rPr>
        <w:t>Sənə gəlincə, ey padşah, yatağında ikən ağlına bundan sonra nə baş verəcəyi barədə düşüncələr gəldi; sirləri açan isə baş verəcək şeyləri sənə bildirir. Mənə gəlincə isə, bu sirr mənə yaşayanların hər hansından artıq məndə olan bir hikmətə görə açılmayıb, lakin təbir padşaha bildirilsin və sən öz qəlbinin düşüncələrini biləsən deyə açılıb. Daniel 2:29, 30.</w:t>
      </w:r>
    </w:p>
    <w:p>
      <w:pPr>
        <w:pStyle w:val="ArticleBody"/>
        <w:jc w:val="left"/>
      </w:pPr>
      <w:r>
        <w:rPr>
          <w:rFonts w:ascii="Times New Roman" w:hAnsi="Times New Roman" w:eastAsia="Times New Roman" w:cs="Times New Roman"/>
        </w:rPr>
        <w:t>Daniel ikinci bir şahidliklə bu həqiqəti təsdiq edir ki, Navuxodonosorun yuxusu axır zamanlar haqqındadır; o deyir: “sirləri açan sənə bundan sonra nə olacağını bildirir.” Sonra Daniel göstərir ki, bu sirr ona görə, yaxud hər hansı başqa bir insandan üstün hikmətə malik olduğu üçün verilməmişdi; əksinə, “sirrin” Navuxodonosora “təbirini bildirəcək olanlar naminə” verildiyini bildirir. “Sirr” axır günlərdə Babilin ruhani padşahına yuxunun “təbirini” təqdim edəcək olanlar üçün verilmişdi. Sirr xüsusilə yüz qırx dörd min üçün verilmişdi, çünki “sirr” axır günlərdə Babilin son süqutunu bəyan edənlər üçündür. Sonra Daniel qaranlıqda gizlədilmiş və həyatla ölüm sınağını meydana gətirmiş surət-yuxunu açıqlayır.</w:t>
      </w:r>
    </w:p>
    <w:p>
      <w:pPr>
        <w:pStyle w:val="ArticleScripture"/>
        <w:jc w:val="left"/>
      </w:pPr>
      <w:r>
        <w:rPr>
          <w:rFonts w:ascii="Times New Roman" w:hAnsi="Times New Roman" w:eastAsia="Times New Roman" w:cs="Times New Roman"/>
        </w:rPr>
        <w:t>Ey padşah, sən baxdın, və budur, böyük bir heykəl vardı. Bu böyük heykəl, parlaqlığı çox möhtəşəm olan, sənin önündə durmuşdu; və onun surəti dəhşətli idi. Bu heykəlin başı xalis qızıldan, sinəsi və qolları gümüşdən, qarnı və budları tuncdan idi, ayaqları dəmirdən, pəncələri isə qismən dəmirdən, qismən gildən idi. Sən baxırdın ki, əlsiz bir daş qoparıldı; o daş dəmir və gildən olan pəncələri üzərinə heykələ dəyib onları parça-parça etdi. O zaman dəmir, gil, tunc, gümüş və qızıl birlikdə parça-parça olub yay xırmanlarının saman çöpü kimi oldu; külək onları apardı, belə ki, onlar üçün heç bir yer tapılmadı; heykələ dəyən daş isə böyük bir dağa çevrildi və bütün yer üzünü doldurdu. Yuxu budur; və onun yozumunu padşahın hüzurunda bildirəcəyik. Daniel 2:31–36.</w:t>
      </w:r>
    </w:p>
    <w:p>
      <w:pPr>
        <w:pStyle w:val="ArticleBody"/>
        <w:jc w:val="left"/>
      </w:pPr>
      <w:r>
        <w:rPr>
          <w:rFonts w:ascii="Times New Roman" w:hAnsi="Times New Roman" w:eastAsia="Times New Roman" w:cs="Times New Roman"/>
        </w:rPr>
        <w:t>Navuxodonosorun yuxusu Müqəddəs Kitab peyğəmbərliyinin səltənətlərini onun zamanından son günlərədək müəyyənləşdirdi; həmin vaxt yüz qırx dörd min nəfər — Navuxodonosora təqdim olunmasında Daniellə, habelə surətdə təmsil olunan yer üzünün səltənətlərini məhv edən, əlsiz qoparılmış daşla təmsil olunanlar — sonra bütün yeri dolduran bir dağa çevrilirlər. Bu yuxu axır günlər barəsində idi; yüz qırx dörd min nəfərə son peyğəmbərlik sirrinin aşkar edildiyi peyğəmbərlik keçid nöqtəsinə dair idi.</w:t>
      </w:r>
    </w:p>
    <w:p>
      <w:pPr>
        <w:pStyle w:val="ArticleBody"/>
        <w:jc w:val="left"/>
      </w:pPr>
      <w:r>
        <w:rPr>
          <w:rFonts w:ascii="Times New Roman" w:hAnsi="Times New Roman" w:eastAsia="Times New Roman" w:cs="Times New Roman"/>
        </w:rPr>
        <w:t>Həqiqi Protestant buynuzunun bayraqdarı olaraq, onlar bundan sonra üçüncü mələyin xəbərini ölməkdə olan bir dünyaya aparırlar. ABŞ-da bazar günü qanunu qəbul edildiyi, vəhşinin nişanı məcburi şəkildə tətbiq olunduğu zaman, həmin xəbər uca fəryada çevrilir. Həmin fərmandan əvvəl, axır günlərdə Daniel tərəfindən təmsil olunanlar vəhşinin surəti sınağı ilə üz-üzə qoyulmalıdırlar. Bu sınaq vizual bir sınaqdır və bazar günü qanunu fərmanını meydana gətirən hərəkətlərin Daniel tərəfindən təmsil olunanlar tərəfindən görülməsini tələb edir. Onlar qaranlıqda gizlədilmiş surət sınağını görmələrinə imkan verən ilahi metodologiyanı seçib-seçmədiklərini üzə çıxarmaq üçün sınanırlar. Onların sınağı şəxsi alçalmanı və etirafı əhatə edir. Bu, Danielə yuxular və görüntülər vasitəsilə anlayış verildiyinin etirafını ehtiva edir; çünki əgər onlar səhrada fəryad edən Danielin səsini eşitməkdən imtina edərlərsə, bu, Məsihin günlərində Vəftizçi Yəhyanın xəbərini rədd edənlər kimi olmaqdır.</w:t>
      </w:r>
    </w:p>
    <w:p>
      <w:pPr>
        <w:pStyle w:val="ArticleBody"/>
        <w:jc w:val="left"/>
      </w:pPr>
      <w:r>
        <w:rPr>
          <w:rFonts w:ascii="Times New Roman" w:hAnsi="Times New Roman" w:eastAsia="Times New Roman" w:cs="Times New Roman"/>
        </w:rPr>
        <w:t>Bacı Uayt bizə bildirir ki, Daniel və Vəhy kitabları bir-birini tamamlayır və onun işlətdiyi “tamamlamaq” sözü kamilliyə çatdırmaq mənasını verir. 2023-cü ilin iyul ayının sonunda, Yəhuda qəbiləsinin Aslanı, möhlət bağlanmazdan bir qədər əvvəl etməyi vəd etdiyi kimi, İsa Məsihin Vəhyini möhürlərdən açmağa başladı. Bunu etməklə, O, əvvəllər düzgün şəkildə anlaşılmış, lakin indi axır günlərin çərçivəsində başa düşülməli olan Müqəddəs Kitab həqiqətlərini müəyyənləşdirdi.</w:t>
      </w:r>
    </w:p>
    <w:p>
      <w:pPr>
        <w:pStyle w:val="ArticleBody"/>
        <w:jc w:val="left"/>
      </w:pPr>
      <w:r>
        <w:rPr>
          <w:rFonts w:ascii="Times New Roman" w:hAnsi="Times New Roman" w:eastAsia="Times New Roman" w:cs="Times New Roman"/>
        </w:rPr>
        <w:t>Bu həqiqətlərdən biri Vəhy kitabının on birinci fəslindəki iki şahiddir. Digəri isə Vəhy kitabının onuncu fəslindəki “yeddi göy gurultusu”nun kamil yerinə yetirilməsi olan tarixdir. O, 18 iyul 2020-ci il məyusluğuna dair danışan müqəddəs islahat xətlərindən həqiqətlər üzə çıxarmışdır. O, müqəddəs islahat xətlərinin hər birində olan və birinci xəbərin qüvvətləndirilməsinin tarixini mühakiməyədək təsvir edən dörd yol nişanəsindən indiyədək heç vaxt dərk edilməmiş bir şəkildə istifadə etmişdir. Daniel kitabının ikinci fəsli bu anlayışların bir çoxunu kamilliyə çatdırır, baxmayaraq ki, bu dərin həqiqətlər Alpha və Omega kimi müəyyən edilmiş metodologiyanı qəbul etməkdən imtina edənlər üçün qaranlıqda gizli qalır.</w:t>
      </w:r>
    </w:p>
    <w:p>
      <w:pPr>
        <w:pStyle w:val="ArticleBody"/>
        <w:jc w:val="left"/>
      </w:pPr>
      <w:r>
        <w:rPr>
          <w:rFonts w:ascii="Times New Roman" w:hAnsi="Times New Roman" w:eastAsia="Times New Roman" w:cs="Times New Roman"/>
        </w:rPr>
        <w:t>Daniel kitabının ikinci fəslinin bu araşdırmasını yekunlaşdırarkən, Daniel kitabının ikinci fəslində kamala çatdırılan bəzi həqiqətləri və nişanələri ümumiləşdirəcək və bir-biri ilə əlaqələndirəcəyik. Bunu etməklə, gecə görüntüsündə Danielə aşkar edilən sirrin məhz bu həqiqətləri təmsil etdiyini müəyyən edirik.</w:t>
      </w:r>
    </w:p>
    <w:p>
      <w:pPr>
        <w:pStyle w:val="ArticleBody"/>
        <w:jc w:val="left"/>
      </w:pPr>
      <w:r>
        <w:rPr>
          <w:rFonts w:ascii="Times New Roman" w:hAnsi="Times New Roman" w:eastAsia="Times New Roman" w:cs="Times New Roman"/>
        </w:rPr>
        <w:t>Xülasə və nəticəni növbəti məqalədə təqdim edəcəyik.</w:t>
      </w:r>
    </w:p>
    <w:p>
      <w:pPr>
        <w:pStyle w:val="ArticleScripture"/>
        <w:jc w:val="left"/>
      </w:pPr>
      <w:r>
        <w:rPr>
          <w:rFonts w:ascii="Times New Roman" w:hAnsi="Times New Roman" w:eastAsia="Times New Roman" w:cs="Times New Roman"/>
        </w:rPr>
        <w:t>“Rəbb insanların yanılmaları və dönüklükləri içində onlara yetişmək üçün Özünün təyin etdiyi vasitələrə malikdir. Onun elçiləri onlara açıq bir şahidlik çatdırmaq, onları yuxulu hallarından oyatmaq və həyatın qiymətli sözlərini, Müqəddəs Yazıları, onların anlayışına açmaq üçün göndərilir. Bu adamlar sadəcə vaizlər deyil, xidmətçilər, işıq daşıyanlar, təhlükəni qabaqcadan görüb xalqı xəbərdar edən sadiq gözətçilər olmalıdırlar. Onlar ciddi qeyrətlərində, düşüncəli tədbirlərində, şəxsi səylərində—bir sözlə, bütün xidmətlərində Məsihə bənzəməlidirlər. Onlar Allahla həyati bir bağlılığa malik olmalı və Əhdi-Ətiqin və Əhdi-Cədidin peyğəmbərlikləri və əməli dərsləri ilə o qədər yaxından tanış olmalıdırlar ki, Allahın kəlamının xəzinə evindən yeni və köhnə şeylər çıxara bilsinlər.” Testimonies, volume 5, 251.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On Üçüncü Sayı</dc:title>
  <dc:subject>Axır Günlərin Sirri</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