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 İki nömrə</w:t>
      </w:r>
    </w:p>
    <w:p>
      <w:pPr>
        <w:pStyle w:val="ArticleSubtitle"/>
        <w:jc w:val="left"/>
      </w:pPr>
      <w:r>
        <w:rPr>
          <w:rFonts w:ascii="Arial" w:hAnsi="Arial" w:eastAsia="Arial" w:cs="Arial"/>
        </w:rPr>
        <w:t>Vəhşi heyvanın surətinin formalaşdırılması: peyğəmbərlik səfərinin aşkara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Möhürlənməzdən əvvəl Allahın xalqının keçməli olduğu böyük sınaq vəhşi heyvanın surətinin formalaşdırılmasıdır. Bu formalaşma 11 sentyabr 2001-ci ildən Birləşmiş Ştatlarda bazar günü qanununa qədər baş verir. Həmin peyğəmbərlik dövrü yüz qırx dörd minin möhürlənmə vaxtını və hər bir Müqəddəs Kitab görüntüsünün öz kamil yerinə yetməsini tapdığı dövrü təmsil edir. O dövrdə həqiqi protestant buynuzu təmizlənəcək və əbədiyyət boyu Məsihin surətini əks etdirəcək, çünki Məsih Protestandır.</w:t>
      </w:r>
    </w:p>
    <w:p>
      <w:pPr>
        <w:pStyle w:val="ArticleScripture"/>
        <w:jc w:val="left"/>
      </w:pPr>
      <w:r>
        <w:rPr>
          <w:rFonts w:ascii="Times New Roman" w:hAnsi="Times New Roman" w:eastAsia="Times New Roman" w:cs="Times New Roman"/>
        </w:rPr>
        <w:t>“Məsih protestant idi. O, Allahın Özlərinə qarşı olan məsləhətini rədd etmiş yəhudi xalqının formal ibadətinə etiraz etdi. O, onlara dedi ki, insan əmrlərini təlimlər kimi öyrədirlər və özləri də saxtakarlar və münafiqlərdirlər. Ağardılmış qəbirlər kimi onlar zahirdə gözəl idilər, lakin daxildə murdarlıq və çürümə ilə dolu idilər. Reformatorların başlanğıcı Məsihə və həvarilərə gedib çıxır. Onlar ayinlər və mərasimlər dinindən çıxıb özlərini ayırdılar. Lüter və onun ardıcılları islah olunmuş dini icad etmədilər. Onlar sadəcə onu Məsih və həvarilər tərəfindən təqdim olunduğu kimi qəbul etdilər. Müqəddəs Kitab bizə yetərli bir rəhbər kimi təqdim olunur; lakin papa və onun xidmətçiləri onu xalqdan uzaqlaşdırırlar, sanki o, bir lənətdir, çünki o, onların saxta iddialarını üzə çıxarır və bütpərəstliklərini məzəmmət edir.” Review and Herald, 1 iyun 1886.</w:t>
      </w:r>
    </w:p>
    <w:p>
      <w:pPr>
        <w:pStyle w:val="ArticleBody"/>
        <w:jc w:val="left"/>
      </w:pPr>
      <w:r>
        <w:rPr>
          <w:rFonts w:ascii="Times New Roman" w:hAnsi="Times New Roman" w:eastAsia="Times New Roman" w:cs="Times New Roman"/>
        </w:rPr>
        <w:t>Möhürlənmə zamanında protestant buynuzu saflaşdırılır və təmizlənir. Elə həmin zaman dövründə mürtəd Respublikaçı buynuz mürtəd protestantlarla birləşir və beləliklə, kilsə ilə dövlətin birləşməsindən ibarət olan bir hakimiyyət buynuzu formalaşdırır. O zaman yer heyvanının iki buynuzu vəhşinin surəti və Məsihin surəti olur. Mürtədlik buynuzu pozğun bir kilsənin pozğun bir dövlətlə ikili münasibətidir, salehlik buynuzu isə İlahiliyin bəşəriyyətlə ikili münasibətidir.</w:t>
      </w:r>
    </w:p>
    <w:p>
      <w:pPr>
        <w:pStyle w:val="ArticleBody"/>
        <w:jc w:val="left"/>
      </w:pPr>
      <w:r>
        <w:rPr>
          <w:rFonts w:ascii="Times New Roman" w:hAnsi="Times New Roman" w:eastAsia="Times New Roman" w:cs="Times New Roman"/>
        </w:rPr>
        <w:t>Bundan sonra vəhşinin surəti dünyada formalaşdırılır və bu, yer vəhşisinin dönük protestantlığını özünün on başının başlıca başı kimi qəbul etmiş bir Dövlətlə (Birləşmiş Millətlər Təşkilatı) təmsil olunan ikili bir vəhşdir. Fahişələrin anası olan qadın həmin vəhşinin üzərində, on padşahlı vəhşə hökmranlıq edir. Onun mindiyi vəhş Herodun Herodiasın qızı Salome ilə qohumluq qanununu pozan ruhani zinakarlığı ilə təmsil olunduğu kimi, Kilsə ilə Dövlətin birləşməsidir. Və vəhşin üzərində hökmranlıq edən qadınla olan münasibət də Kilsə ilə Dövlətin birləşməsidir; Romalı fahişənin, Birləşmiş Millətlər Təşkilatını təmsil edən, bütün dünyanı əhatə edən vəhşi təşkil edən padşahlarla qanunsuz münasibəti bunu göstərir. Bütün dünyaya zorla qəbul etdirilən vəhşin surətində hər bir millət iştirak edəcək, bütün pozulmuş qüvvələr birləşəcəklər.</w:t>
      </w:r>
    </w:p>
    <w:p>
      <w:pPr>
        <w:pStyle w:val="ArticleScripture"/>
        <w:jc w:val="left"/>
      </w:pPr>
      <w:r>
        <w:rPr>
          <w:rFonts w:ascii="Times New Roman" w:hAnsi="Times New Roman" w:eastAsia="Times New Roman" w:cs="Times New Roman"/>
        </w:rPr>
        <w:t>“Vəhy 17:13–14-dən sitat. ‘Bunların bir fikri vardır.’ Ümumbəşəri bir birləşdirici bağ, böyük bir ahəng, Şeytanın qüvvələrinin bir konfederasiyası olacaqdır. ‘Və öz qüdrət və güclərini vəhşiyə verəcəklər.’ Beləcə, keçmişdə Romaçılığın dini ayin və mərasimlərinə uyğunlaşmaqdan imtina etməyə cəsarət edənləri təqib etdiyi zaman papalıq tərəfindən nümayiş etdirilmiş olan həmin özbaşına, zülmkar hakimiyyət — vicdanın diktəsinə uyğun olaraq Allaha ibadət etmək azadlığına, dini azadlığa qarşı yönəlmiş eyni hakimiyyət — üzə çıxır.”</w:t>
      </w:r>
    </w:p>
    <w:p>
      <w:pPr>
        <w:pStyle w:val="ArticleScripture"/>
        <w:jc w:val="left"/>
      </w:pPr>
      <w:r>
        <w:rPr>
          <w:rFonts w:ascii="Times New Roman" w:hAnsi="Times New Roman" w:eastAsia="Times New Roman" w:cs="Times New Roman"/>
        </w:rPr>
        <w:t>“Axır günlərdə aparılacaq mübarizədə Yehovanın qanununa sədaqətdən dönmüş bütün pozulmuş qüvvələr Allahın xalqına qarşı birləşəcək. Bu mübarizədə dördüncü əmrə aid olan Şənbə əsas mübahisə nöqtəsi olacaq; çünki Şənbə əmrində böyük Qanunverən Özünü göylərin və yerin Yaradıcısı kimi tanıdır.” The Seventh-day Adventist Bible Commentary, cild 8, 983.</w:t>
      </w:r>
    </w:p>
    <w:p>
      <w:pPr>
        <w:pStyle w:val="ArticleBody"/>
        <w:jc w:val="left"/>
      </w:pPr>
      <w:r>
        <w:rPr>
          <w:rFonts w:ascii="Times New Roman" w:hAnsi="Times New Roman" w:eastAsia="Times New Roman" w:cs="Times New Roman"/>
        </w:rPr>
        <w:t>Bütün dünyanı əhatə edən vəhşinin surəti ilə bağlı üsyanın “ümumbəşəri” olması və “Yehovanın qanununa sədaqətdən dönmüş bütün pozğun qüvvələri” təmsil etməsi, Amerika Birləşmiş Ştatları daxilində vəhşinin surətinin formalaşdırılmasının dönüklüyə uğramış bütün pozğun qüvvələrin birləşməsini göstərdiyini müəyyən edir. Amerika Birləşmiş Ştatlarının protestantları 1844-cü ildə birinci mələyin xəbərini rədd etdikdə dönüklüyə uğradılar, Laodikiyalı Adventizm isə 1863-cü ildə dönüklüyə uğradı. Dönük Protestantizm və Laodikiyalı Adventizm, yalançı peyğəmbər tərəfindən şirnikdirilərək öz səltənətlərinin yarısından əl çəkməyə sövq edilən Respublikaçılıq buynuzu daxilindəki siyasi qruplarla birlikdə “birlik bağı” yaradacaqlar.</w:t>
      </w:r>
    </w:p>
    <w:p>
      <w:pPr>
        <w:pStyle w:val="ArticleBody"/>
        <w:jc w:val="left"/>
      </w:pPr>
      <w:r>
        <w:rPr>
          <w:rFonts w:ascii="Times New Roman" w:hAnsi="Times New Roman" w:eastAsia="Times New Roman" w:cs="Times New Roman"/>
        </w:rPr>
        <w:t>Heyvanın dünya surətində yer üzünü aldadan saxta peyğəmbərdir. Birləşmiş Ştatlar daxilindəki heyvan surətində isə müqəddəs olmayan, lakin birləşmiş “Şeytanın qüvvələrinin konfederasiyası”nı meydana gətirən saxta peyğəmbər də həmçinin bir “saxta peyğəmbər” olmalıdır. Heyvanın dünya surəti ikiqatdır, lakin eyni zamanda üçqat bir birlikdir. Əjdaha, heyvan və saxta peyğəmbərdən ibarət olan bu üçqat birlik dünyanı Armageddona aparır. Birləşmiş Ştatlar daxilində əvvəlcə formalaşan heyvan surətində də üçqat bir birlik olmalıdır; bu birlik eyni zamanda ikiqat olan bir heyvandır. Heyvana aid hər iki surətdə ikiqat təbiət Kilsə ilə Dövlətin birləşməsidir; bu münasibətdə nəzarət isə kilsənin əlindədir.</w:t>
      </w:r>
    </w:p>
    <w:p>
      <w:pPr>
        <w:pStyle w:val="ArticleBody"/>
        <w:jc w:val="left"/>
      </w:pPr>
      <w:r>
        <w:rPr>
          <w:rFonts w:ascii="Times New Roman" w:hAnsi="Times New Roman" w:eastAsia="Times New Roman" w:cs="Times New Roman"/>
        </w:rPr>
        <w:t>Üçqat birlik hər iki vəhşi heyvan surətində təmsil olunmalıdır, lakin Vəhy kitabında əjdahanın, vəhşi heyvanın və yalançı peyğəmbərin iki təzahürü vardır. Vəhşi heyvanın dünya miqyaslı surətinin üçqat quruluşu spiritizm (əjdaha), katoliklik (vəhşi heyvan) və mürtəd protestantlıq (yalançı peyğəmbər) vasitəsilə təmsil olunur. Həmin bu üçlüyün hər birində təkcə dini ünsür (spiritizm, katoliklik və mürtəd protestantlıq) deyil, həm də siyasi ünsür vardır. Əjdaha (müxtəlif formaları ilə sosializm), vəhşi heyvan (monarxiya) və yalançı peyğəmbər (respublika kimi başlayır, demokratiya kimi başa çatır).</w:t>
      </w:r>
    </w:p>
    <w:p>
      <w:pPr>
        <w:pStyle w:val="ArticleBody"/>
        <w:jc w:val="left"/>
      </w:pPr>
      <w:r>
        <w:rPr>
          <w:rFonts w:ascii="Times New Roman" w:hAnsi="Times New Roman" w:eastAsia="Times New Roman" w:cs="Times New Roman"/>
        </w:rPr>
        <w:t>Birləşmiş Ştatlarda bir araya gələn üçqat birlik, necə ki, bütün dünya miqyasında olan vəhşi heyvanın surəti də belədirsə, yalançı peyğəmbər tərəfindən məcburi şəkildə birləşdirilir (aldadılır). Vəhy kitabında dibsiz quyudan çıxan üç mürtəd qüvvə ilə müəyyən edilən başqa bir üçqat birlik də vardır. Katoliklik on yeddinci fəsildə dibsiz quyudan çıxır və o, dibsiz quyudan çıxan bu üçqat birliyin vəhşi heyvanıdır.</w:t>
      </w:r>
    </w:p>
    <w:p>
      <w:pPr>
        <w:pStyle w:val="ArticleScripture"/>
        <w:jc w:val="left"/>
      </w:pPr>
      <w:r>
        <w:rPr>
          <w:rFonts w:ascii="Times New Roman" w:hAnsi="Times New Roman" w:eastAsia="Times New Roman" w:cs="Times New Roman"/>
        </w:rPr>
        <w:t>Sənin gördüyün vəhşi heyvan var idi, indi yoxdur; o, dibsiz quyudan çıxacaq və həlaka gedəcək. Dünyanın təməli qoyulandan bəri adları həyat kitabında yazılmamış olan yer üzündə yaşayanlar, var olmuş, indi olmayan, lakin yenə də mövcud olan o vəhşi heyvanı görəndə heyrətə düşəcəklər. Vəhy 17:8.</w:t>
      </w:r>
    </w:p>
    <w:p>
      <w:pPr>
        <w:pStyle w:val="ArticleBody"/>
        <w:jc w:val="left"/>
      </w:pPr>
      <w:r>
        <w:rPr>
          <w:rFonts w:ascii="Times New Roman" w:hAnsi="Times New Roman" w:eastAsia="Times New Roman" w:cs="Times New Roman"/>
        </w:rPr>
        <w:t>Ateizmin əjdaha qüvvəsi on birinci fəsildə dibsiz quyudan çıxır.</w:t>
      </w:r>
    </w:p>
    <w:p>
      <w:pPr>
        <w:pStyle w:val="ArticleScripture"/>
        <w:jc w:val="left"/>
      </w:pPr>
      <w:r>
        <w:rPr>
          <w:rFonts w:ascii="Times New Roman" w:hAnsi="Times New Roman" w:eastAsia="Times New Roman" w:cs="Times New Roman"/>
        </w:rPr>
        <w:t>Onlar öz şəhadətlərini başa çatdırdıqda, dibsiz quyudan çıxan vəhşi heyvan onlarla müharibə edəcək, onlara qalib gələcək və onları öldürəcəkdir. Vəhy 11:7.</w:t>
      </w:r>
    </w:p>
    <w:p>
      <w:pPr>
        <w:pStyle w:val="ArticleBody"/>
        <w:jc w:val="left"/>
      </w:pPr>
      <w:r>
        <w:rPr>
          <w:rFonts w:ascii="Times New Roman" w:hAnsi="Times New Roman" w:eastAsia="Times New Roman" w:cs="Times New Roman"/>
        </w:rPr>
        <w:t>İslamın yalançı peyğəmbəri doqquzuncu fəsildə dibsiz quyudan çıxır.</w:t>
      </w:r>
    </w:p>
    <w:p>
      <w:pPr>
        <w:pStyle w:val="ArticleScripture"/>
        <w:jc w:val="left"/>
      </w:pPr>
      <w:r>
        <w:rPr>
          <w:rFonts w:ascii="Times New Roman" w:hAnsi="Times New Roman" w:eastAsia="Times New Roman" w:cs="Times New Roman"/>
        </w:rPr>
        <w:t>Beşinci mələk sur çaldı və mən göydən yerə düşmüş bir ulduz gördüm; və ona dibsiz quyunun açarı verildi. O, dibsiz quyunu açdı; və quyudan böyük bir kürənin tüstüsü kimi bir tüstü qalxdı; və quyunun tüstüsü üzündən günəş və hava qaraldı. Və tüstünün içindən yer üzünə çəyirtkələr çıxdı; və onlara yer əqrəblərinin qüdrəti kimi qüdrət verildi. Vəhy 9:1–3.</w:t>
      </w:r>
    </w:p>
    <w:p>
      <w:pPr>
        <w:pStyle w:val="ArticleBody"/>
        <w:jc w:val="left"/>
      </w:pPr>
      <w:r>
        <w:rPr>
          <w:rFonts w:ascii="Times New Roman" w:hAnsi="Times New Roman" w:eastAsia="Times New Roman" w:cs="Times New Roman"/>
        </w:rPr>
        <w:t>Göydən düşüb dibi görünməyən quyunu açan ulduz yalançı peyğəmbər Məhəmməd idi; o quyu açıldığı zaman “çəyirtkələr” kimi təmsil olunan İslam döyüşçülərini axır günlərin peyğəmbərlik rəvayətinə daxil etdi. Dibi görünməyən quyunun üçqat birliyində əjdaha (ateizm), vəhşi heyvan (katoliklik) və yalançı peyğəmbər (İslam) vardır. Vəhşi heyvanın ümumdünya surətində yalançı peyğəmbər mürtəd protestantlıqdır. Həmin yalançı peyğəmbər Salomenin cazibədar rəqsi, yaxud Karmel dağında Baal peyğəmbərlərinin rəqsi vasitəsilə bütün dünyanı aldadır. Vəhy kitabının on üçüncü fəslində isə o, vəhşi heyvanın hüzurunda göstərdiyi möcüzələrlə dünyanı aldadır. Aldanmanın həmin simvolik təsvirləri iqtisadi zorakılığın və hərbi qüdrətin gücünü təmsil edir.</w:t>
      </w:r>
    </w:p>
    <w:p>
      <w:pPr>
        <w:pStyle w:val="ArticleScripture"/>
        <w:jc w:val="left"/>
      </w:pPr>
      <w:r>
        <w:rPr>
          <w:rFonts w:ascii="Times New Roman" w:hAnsi="Times New Roman" w:eastAsia="Times New Roman" w:cs="Times New Roman"/>
        </w:rPr>
        <w:t>Və o, böyük möcüzələr edir; belə ki, insanların gözü önündə göydən yer üzünə od endirir. Və heyvanın önündə göstərməyə səlahiyyəti olduğu möcüzələr vasitəsilə yer üzündə yaşayanları aldadır; yer üzündə yaşayanlara deyir ki, qılınc yarası almış, lakin sağ qalmış heyvan üçün bir surət düzəltsinlər. Və ona heyvanın surətinə nəfəs vermək səlahiyyəti verildi ki, heyvanın surəti həm danışsın, həm də heyvanın surətinə səcdə etməyənlərin hamısının öldürülməsinə səbəb olsun. Və o, hamını — kiçik və böyük, varlı və kasıb, azad və qul olanları — sağ əllərində, yaxud alınlarında bir nişan almağa məcbur edir; və elə edir ki, o nişanı, yaxud heyvanın adını, yaxud onun adının sayını daşımayan heç kəs alıb-sata bilməsin. Vəhy 13:13–17.</w:t>
      </w:r>
    </w:p>
    <w:p>
      <w:pPr>
        <w:pStyle w:val="ArticleBody"/>
        <w:jc w:val="left"/>
      </w:pPr>
      <w:r>
        <w:rPr>
          <w:rFonts w:ascii="Times New Roman" w:hAnsi="Times New Roman" w:eastAsia="Times New Roman" w:cs="Times New Roman"/>
        </w:rPr>
        <w:t>Yalançı peyğəmbərlə əlaqələndirilən aldatma və möcüzələr əslində iqtisadiyyatın (“heç kəs alıb-sata bilməsin”) və hərbi qüdrətin (“öldürülməlidir”) meydana gətirdiyi gücü təmsil edir. Müqəddəs Kitabdakı İslamın yalançı peyğəmbəri, İslamın xalqları qəzəbləndirmək və sıxıntıya salmaq sahəsindəki fəaliyyətini təmsil edir. Onlar qəzəbləndirmə və sıxıntıya salma işini müharibə yolu ilə həyata keçirirlər və Müqəddəs Kitab göstərir ki, onların apardığı müharibə də öz növbəsində iqtisadi fəlakət doğurur. İslamın müharibəsi və onun ardınca gələn iqtisadi çöküş, Amerika Birləşmiş Ştatlarında “Yehovanın qanununa sədaqətdən dönmüş bütün pozğun qüvvələri” bir araya gətirən məsələdir.</w:t>
      </w:r>
    </w:p>
    <w:p>
      <w:pPr>
        <w:pStyle w:val="ArticleBody"/>
        <w:jc w:val="left"/>
      </w:pPr>
      <w:r>
        <w:rPr>
          <w:rFonts w:ascii="Times New Roman" w:hAnsi="Times New Roman" w:eastAsia="Times New Roman" w:cs="Times New Roman"/>
        </w:rPr>
        <w:t>Çarmıxda Sadukeylər və Fariseylər həqiqi Protestant buynuzu çarmıxa çəkmək üçün bir araya gəldikləri zaman, “Yehovanın qanununa sədaqətdən” tamamilə “mürtəd oldular”. Məsihi rədd etməklə onlar yalançı Məsihi təmsil edən Barabbanı seçdilər. “Bar” oğul, “Abba” isə ata deməkdir. Barabba “Atanın Oğlu” deməkdir. Məsih bütün peyğəmbərlərin ən böyüyü idi, Barabba isə yalançı peyğəmbərin rəmzi idi.</w:t>
      </w:r>
    </w:p>
    <w:p>
      <w:pPr>
        <w:pStyle w:val="ArticleBody"/>
        <w:jc w:val="left"/>
      </w:pPr>
      <w:r>
        <w:rPr>
          <w:rFonts w:ascii="Times New Roman" w:hAnsi="Times New Roman" w:eastAsia="Times New Roman" w:cs="Times New Roman"/>
        </w:rPr>
        <w:t>Yüz qırx dörd min nəfərin möhürlənməsi vaxtında, yer vəhşisinin iki buynuzu özlərinin son peyğəmbərlik təzahürünün nöqtəsinə çatır. Bunlardan biri Məsihin surətini, digəri isə vəhşinin surətini təmsil edir. Bu iki buynuzun özlərini aşkar etdiyi tarixdə, mürtəd protestantizm 2001-ci ildə Patriot Aktı ilə tezliklə gələcək bazar günü qanununa doğru öz yürüşünə başladı. Həmin yol nişanı Müstəqillik Bəyannaməsi ilə uyğunluq təşkil edir; çünki o, başlanğıcında quzu kimi danışdı, belə ki, protestantizmin padşah hakimiyyətinə və papalıq hökmranlığına qarşı etirazını ifadə edirdi. Sonunda onun uyğun gəldiyi yol nişanı isə (Patriot Aktı) protestantizmin boğulmasını ifadə edir.</w:t>
      </w:r>
    </w:p>
    <w:p>
      <w:pPr>
        <w:pStyle w:val="ArticleBody"/>
        <w:jc w:val="left"/>
      </w:pPr>
      <w:r>
        <w:rPr>
          <w:rFonts w:ascii="Times New Roman" w:hAnsi="Times New Roman" w:eastAsia="Times New Roman" w:cs="Times New Roman"/>
        </w:rPr>
        <w:t>Möhürlənmə vaxtı ərzində iki buynuzun səyahətindəki ikinci yol nişanı başlanğıcda iki hakimiyyətin ayrılığını hüquqi şəkildə təsbit edən Konstitusiya ilə təmsil olunurdu; bu, yer vəhşisinin gücüdür. Həmin yol nişanı öz paralelinə sonda, 6 yanvar 2021-ci il dinləmələrinin “Kenguru Məhkəməsi”ndə çatdı; burada Konstitusiyanın əsas imtiyazları siyasi məqsədəuyğunluq naminə kənara qoyuldu.</w:t>
      </w:r>
    </w:p>
    <w:p>
      <w:pPr>
        <w:pStyle w:val="ArticleBody"/>
        <w:jc w:val="left"/>
      </w:pPr>
      <w:r>
        <w:rPr>
          <w:rFonts w:ascii="Times New Roman" w:hAnsi="Times New Roman" w:eastAsia="Times New Roman" w:cs="Times New Roman"/>
        </w:rPr>
        <w:t>İki buynuzun son səfərindəki son yol nişanı tezliklə gələcək Bazar qanunudur; bu qanun öz başlanğıcında Əcnəbi və Qiyam Aktları ilə simvolizə edilmişdi. Beləliklə, başlanğıc tarixinin üç yol nişanı, Quzu ilə təmsil olunan müstəqillik və azadlıqdan (1776) — həqiqətən azad olmağın yeganə yolu olan bu vəziyyətdən — əjdahanın əsarətinə (1798) keçidi müəyyən edirdi.</w:t>
      </w:r>
    </w:p>
    <w:p>
      <w:pPr>
        <w:pStyle w:val="ArticleBody"/>
        <w:jc w:val="left"/>
      </w:pPr>
      <w:r>
        <w:rPr>
          <w:rFonts w:ascii="Times New Roman" w:hAnsi="Times New Roman" w:eastAsia="Times New Roman" w:cs="Times New Roman"/>
        </w:rPr>
        <w:t>Möhürlənmə vaxtının üç yol nişanı yalançı peyğəmbər olan yer vəhşisinin son səfərini müəyyən edir. Həmin səfər bayraq qaldırıldığı zaman, və bir çoxlarının o vaxt belə deyəcəyi zaman Yerusəlimdə başa çatır: “Gəlin, Rəbbin dağına, Yaqubun Allahının evinə qalxaq; O bizə Öz yollarını öyrədəcək, biz də Onun cığırları ilə yeriyəcəyik; çünki qanun Siondan, Rəbbin sözü isə Yerusəlimdən çıxacaqdır.”</w:t>
      </w:r>
    </w:p>
    <w:p>
      <w:pPr>
        <w:pStyle w:val="ArticleBody"/>
        <w:jc w:val="left"/>
      </w:pPr>
      <w:r>
        <w:rPr>
          <w:rFonts w:ascii="Times New Roman" w:hAnsi="Times New Roman" w:eastAsia="Times New Roman" w:cs="Times New Roman"/>
        </w:rPr>
        <w:t>Yer heyvanının son üçmərhələli səfəri, Yerusəlimə doğru gedən yalançı peyğəmbərin səfəridir. Həqiqi Peyğəmbər gəlib Yerusəlimə daxil olduqda, bunu eşşəyə minərək etdi. Yer heyvanı da Yerusəlimə “eşşəyə” minərək daxil olur, çünki yalançı peyğəmbər olaraq (yer heyvanı) o, Bilam ilə təmsil olunur. Bilam şöhrət və sərvət axtarışında həqiqi peyğəmbər olmaq çağırışından döndü və “Yehovanın qanununa sədaqətdən dönərək mürtədləşdi.” O, Allahın xalqını lənətləməkdə iştirak etməyə qərar verdi; necə ki, Birləşmiş Ştatlar da yaxınlaşmaqda olan bazar qanununda bunu edəcək.</w:t>
      </w:r>
    </w:p>
    <w:p>
      <w:pPr>
        <w:pStyle w:val="ArticleBody"/>
        <w:jc w:val="left"/>
      </w:pPr>
      <w:r>
        <w:rPr>
          <w:rFonts w:ascii="Times New Roman" w:hAnsi="Times New Roman" w:eastAsia="Times New Roman" w:cs="Times New Roman"/>
        </w:rPr>
        <w:t>Bəlamın səfəri bir eşşəyə minməklə yerinə yetirildi və səfəri boyunca üç dəfə qeyd olunur ki, Bəlamın eşşəyi Bəlama qəm gətirdi. Birinci dəfə eşşək yoldan çıxdı.</w:t>
      </w:r>
    </w:p>
    <w:p>
      <w:pPr>
        <w:pStyle w:val="ArticleScripture"/>
        <w:jc w:val="left"/>
      </w:pPr>
      <w:r>
        <w:rPr>
          <w:rFonts w:ascii="Times New Roman" w:hAnsi="Times New Roman" w:eastAsia="Times New Roman" w:cs="Times New Roman"/>
        </w:rPr>
        <w:t>Və eşşək Rəbbin mələyini yolda dayanmış və əlində qılıncını çəkmiş gördü; eşşək yoldan kənara dönüb tarlaya girdi; Bilam isə onu yenidən yola qaytarmaq üçün eşşəyi vurdu. Saylar 22:23.</w:t>
      </w:r>
    </w:p>
    <w:p>
      <w:pPr>
        <w:pStyle w:val="ArticleBody"/>
        <w:jc w:val="left"/>
      </w:pPr>
      <w:r>
        <w:rPr>
          <w:rFonts w:ascii="Times New Roman" w:hAnsi="Times New Roman" w:eastAsia="Times New Roman" w:cs="Times New Roman"/>
        </w:rPr>
        <w:t>11 sentyabr 2001-ci ildə üçüncü vayın İslamı, Müqəddəs Kitab peyğəmbərliyinin vəhşi ərəb eşşəyi, Balamı yoldan çıxardı; çünki Nyu-York şəhərinin böyük binaları dağılanda, bu, xalqların və kilsənin tarixində bir “dönüş nöqtəsi” idi. Yolda duran mələk, həmin vaxt enərək yer üzünü Öz izzəti ilə işıqlandıran qüdrətli mələk idi. Eşşək bir daha Balamın kədərinə səbəb olacaqdı.</w:t>
      </w:r>
    </w:p>
    <w:p>
      <w:pPr>
        <w:pStyle w:val="ArticleScripture"/>
        <w:jc w:val="left"/>
      </w:pPr>
      <w:r>
        <w:rPr>
          <w:rFonts w:ascii="Times New Roman" w:hAnsi="Times New Roman" w:eastAsia="Times New Roman" w:cs="Times New Roman"/>
        </w:rPr>
        <w:t>Lakin Rəbbin mələyi üzümlüklərin arasındakı bir cığırda dayandı; bu tərəfdə bir divar, o tərəfdə də bir divar var idi. Eşşək Rəbbin mələyini görəndə özünü divara sıxdı və Bilamın ayağını divara qarşı əzdi; o da onu yenə vurdu. Saylar 22:24, 25.</w:t>
      </w:r>
    </w:p>
    <w:p>
      <w:pPr>
        <w:pStyle w:val="ArticleBody"/>
        <w:jc w:val="left"/>
      </w:pPr>
      <w:r>
        <w:rPr>
          <w:rFonts w:ascii="Times New Roman" w:hAnsi="Times New Roman" w:eastAsia="Times New Roman" w:cs="Times New Roman"/>
        </w:rPr>
        <w:t>11 sentyabr 2001-ci ildən sonra Allahın xalqı üzüm bağının nəğməsinin xəbərini (Yeşaya, iyirmi yeddinci fəsil) oxumalı idi; Balaam hazırda məhz oradadır — bu tərəfdə bir “divar”, o tərəfdə də bir “divar”. Amerika Birləşmiş Ştatlarının cənub sərhədindəki divar məsələsi üçüncü və son yol nişanında “Kilsə ilə Dövlətin ayrılığı divarı”nın süqutundan əvvəl gələn məsələdir. Cənub sərhədindəki “divar” məsələsi Balaamın “ayağı”nın əzildiyi yerdir; belə ki, immiqrasiya üzərindəki daxili müharibə Vətəndaş Müharibəsinin təkrarından əvvəl yer üzünün vəhşi heyvanını iki qarşı duran partiyaya bölməyə başlayır.</w:t>
      </w:r>
    </w:p>
    <w:p>
      <w:pPr>
        <w:pStyle w:val="ArticleBody"/>
        <w:jc w:val="left"/>
      </w:pPr>
      <w:r>
        <w:rPr>
          <w:rFonts w:ascii="Times New Roman" w:hAnsi="Times New Roman" w:eastAsia="Times New Roman" w:cs="Times New Roman"/>
        </w:rPr>
        <w:t>İki divar arasındakı tarix, 1789-dan 1798-ə qədər olan Konstitusiya yol nişanı ilə təmsil edilən tarixdir; bu da 2015-ci ilin tarixini tipləşdirirdi—Trampın “divarı tikmək” vurğusu ilə prezident vəzifəsi üçün öz namizədliyini elan etdiyi vaxtdan, tezliklə gələcək Bazar qanununun Kilsə ilə Dövlət arasındakı ayrılıq divarını aradan qaldıracağı vaxta qədər.</w:t>
      </w:r>
    </w:p>
    <w:p>
      <w:pPr>
        <w:pStyle w:val="ArticleBody"/>
        <w:jc w:val="left"/>
      </w:pPr>
      <w:r>
        <w:rPr>
          <w:rFonts w:ascii="Times New Roman" w:hAnsi="Times New Roman" w:eastAsia="Times New Roman" w:cs="Times New Roman"/>
        </w:rPr>
        <w:t>11 sentyabr 2001-ci ildən sonra, Bilamla təmsil olunan yer vəhşi heyvanı parçalanmağa başladı. Bilamın iki divarının ayrılması, yer vəhşi heyvanının hər iki buynuzu daxilində iki sinfin ayrılmasını ifadə edir; bu ayrılma 2016-cı ildə Trampın seçilməsi, 2020-ci ildə iki şahidin ölümü, 6 yanvar 2021-ci ilin Pelosi məhkəmələri, 2023-cü ildə iki şahidin dirçəldilməsi və 7 oktyabr 2023-cü ildə eşşəyin Bilamı şikəst etməsi ilə təmsil olunur.</w:t>
      </w:r>
    </w:p>
    <w:p>
      <w:pPr>
        <w:pStyle w:val="ArticleBody"/>
        <w:jc w:val="left"/>
      </w:pPr>
      <w:r>
        <w:rPr>
          <w:rFonts w:ascii="Times New Roman" w:hAnsi="Times New Roman" w:eastAsia="Times New Roman" w:cs="Times New Roman"/>
        </w:rPr>
        <w:t>Bilamın səfərinin son nişangahı eşşəyin “danışdığı” vaxtdır; bu da yaxınlaşmaqda olan bazar qanunudur; burada Amerika Birləşmiş Ştatları əjdaha kimi danışır, Vəhy on səkkizinci fəslin mələyi ikinci dəfə danışır və Habaqququn ləngimiş görüntüsü danışır. Ləngimiş görüntü üçüncü vayın İslam görüntüsü idi və o, yaxınlaşmaqda olan bazar qanununda vəhşi hərəkətləri ilə vəhşi eşşək kimi danışır.</w:t>
      </w:r>
    </w:p>
    <w:p>
      <w:pPr>
        <w:pStyle w:val="ArticleScripture"/>
        <w:jc w:val="left"/>
      </w:pPr>
      <w:r>
        <w:rPr>
          <w:rFonts w:ascii="Times New Roman" w:hAnsi="Times New Roman" w:eastAsia="Times New Roman" w:cs="Times New Roman"/>
        </w:rPr>
        <w:t>Və Rəbbin mələyi daha irəli getdi və sağa da, sola da dönmək üçün heç bir yol olmayan dar bir yerdə durdu. Və dişi eşşək Rəbbin mələyini görəndə Bilamın altında yerə çökdü; Bilamın qəzəbi alovlandı və o, dişi eşşəyi dəyənəklə vurdu. O zaman Rəbb dişi eşşəyin ağzını açdı və o, Bilama dedi: “Sənə nə etmişəm ki, məni bu üç dəfə vurmusan?” Bilam dişi eşşəyə dedi: “Çünki sən mənə məsxərə etmisən; kaş əlimdə bir qılınc olaydı, indi səni öldürərdim.” Dişi eşşək Bilama dedi: “Mən sənin bu günə qədər həmişə mindiyin öz dişi eşşəyin deyiləmmi? Heç vaxt sənə qarşı belə etməyə adət etmişdimmi?” O dedi: “Xeyr.” O zaman Rəbb Bilamın gözlərini açdı və o, əlində çəkilmiş qılıncı ilə yolda duran Rəbbin mələyini gördü; başını aşağı əydi və üzüstə yerə qapandı. Saylar 22:26–31.</w:t>
      </w:r>
    </w:p>
    <w:p>
      <w:pPr>
        <w:pStyle w:val="ArticleBody"/>
        <w:jc w:val="left"/>
      </w:pPr>
      <w:r>
        <w:rPr>
          <w:rFonts w:ascii="Times New Roman" w:hAnsi="Times New Roman" w:eastAsia="Times New Roman" w:cs="Times New Roman"/>
        </w:rPr>
        <w:t>Birləşmiş Ştatlar dünyanı aldadaraq vəhşi heyvanın bütün dünyanı əhatə edən bir surətini qurmağa sövq edən yalançı peyğəmbərdir. Birləşmiş Ştatların daxilində vəhşi heyvanın surətinin formalaşması dövrü olan zaman kəsiyində, Birləşmiş Ştatlar Bilamın dişi eşşəyi ilə təmsil olunan yalançı peyğəmbər tərəfindən daşınır. Yüz qırx dörd min nəfərin möhürlənməsi vaxtında, Birləşmiş Ştatlardakı bütün bu pozğun gücləri kilsə ilə dövlət münasibəti içində bir araya gəlməyə məcbur edən yalançı peyğəmbər üçüncü vayın İslamıdır.</w:t>
      </w:r>
    </w:p>
    <w:p>
      <w:pPr>
        <w:pStyle w:val="ArticleBody"/>
        <w:jc w:val="left"/>
      </w:pPr>
      <w:r>
        <w:rPr>
          <w:rFonts w:ascii="Times New Roman" w:hAnsi="Times New Roman" w:eastAsia="Times New Roman" w:cs="Times New Roman"/>
        </w:rPr>
        <w:t>O, öz işini müharibə vasitəsilə və həmin müharibənin meydana gətirdiyi iqtisadi çöküş vasitəsilə həyata keçirir. Bu iki xüsusiyyət, dibsiz quyuya məxsus yalançı peyğəmbərin Birləşmiş Ştatlarda gördüyü işi təkrar etdikdə, Birləşmiş Ştatların yalançı peyğəmbərinin bütün dünyanı məcbur etmək üçün işlətdiyi eyni qüvvələrdir.</w:t>
      </w:r>
    </w:p>
    <w:p>
      <w:pPr>
        <w:pStyle w:val="ArticleBody"/>
        <w:jc w:val="left"/>
      </w:pPr>
      <w:r>
        <w:rPr>
          <w:rFonts w:ascii="Times New Roman" w:hAnsi="Times New Roman" w:eastAsia="Times New Roman" w:cs="Times New Roman"/>
        </w:rPr>
        <w:t>Birləşmiş Ştatlar indi 1798-ci il Əcnəbilər və Qiyama Təhriq Aktlarının mərkəzində duran divar məsələsi (immiqrasiya) ilə tezliklə gələcək bazar günü qanununda tamamilə aradan qaldırılacaq kilsə ilə dövlətin ayrılığı divarı arasında dayanır. Birləşmiş Ştatlar artıq maliyyə baxımından şikəstdir, çünki onun milli borcu bərpaedilməz həddi aşmışdır. Əjdaha qüvvəsi hazırda saxta bir maliyyə proqnozunu ayaqda saxlayır, lakin bu, sərvətin çap maşını ilə istehsal olunduğunu iddia edən bir yalandır; hər halda, əjdaha Müqəddəs Kitab peyğəmbərliyinin yalançısıdır. O, öz yalanını Hitlerin məşhur təbliğat maşınının müasir təmsili vasitəsilə yayır və bununla da Əcnəbilər və Qiyama Təhriq Aktlarının dördüncü maddəsinin yenidən təkrarlanması üçün məntiqi əsas yaradır; həmin maddə prezidentə onun ideyalarına qarşı çıxan istənilən media orqanını bağlamaq səlahiyyəti verirdi.</w:t>
      </w:r>
    </w:p>
    <w:p>
      <w:pPr>
        <w:pStyle w:val="ArticleBody"/>
        <w:jc w:val="left"/>
      </w:pPr>
      <w:r>
        <w:rPr>
          <w:rFonts w:ascii="Times New Roman" w:hAnsi="Times New Roman" w:eastAsia="Times New Roman" w:cs="Times New Roman"/>
        </w:rPr>
        <w:t>İsa həmişə bir şeyin sonunu başqa bir şeyin başlanğıcı ilə təsvir edir. Birləşmiş Ştatlarda olan vəhşinin surəti, bütün dünyaya aid vəhşinin surəti ilə eyni peyğəmbərlik xüsusiyyətlərinə malik olmalıdır və malikdir, lakin yer vəhşisinin yalançı peyğəmbəri daxilində pozulmuş ittifaqı meydana gətirən aldatma İslamın yalançı peyğəmbəridir. Həm Bilam, həm də eşşək yalançı peyğəmbərlərin rəmzləridir. Yüz qırx dörd minin möhürlənməsi tarixi, dibsiz quyuya aid üç qüvvənin tarixidir. Dibsiz quyudan çıxan İslam 11 sentyabr 2001-ci ilin ilk nişanəsidir. Dibsiz quyuya aid ateizm 2020-ci ildə iki şahidi öldürmək üçün ayağa qalxır və dibsiz quyuya aid katoliklik tezliklə gələcək bazar qanununda öz ölümündən qalxır.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“Dünya yaxşılaşmır. Pis adamlar və aldadıcılar həm aldadaraq, həm də aldanaraq getdikcə daha da pisləşəcəklər. Həqiqi olan yeganə Allahın təcəssümü, xeyirxahlığa, mərhəmətə və yorulmaz məhəbbətə malik olan, ürəyi daim insan dərdinə toxunan Allah Oğlunu rədd edib, Onun yerinə bir qatil seçməklə, yəhudilər Allahın Ruhunun cilovlayıcı qüvvəsi aradan qaldırıldıqda və insanlar mürtədin nəzarəti altına düşdükdə insan təbiətinin nə edə biləcəyini və nə edəcəyini göstərdilər. Şeytanı öz hökmdarı seçənlər seçdikləri ağanın ruhunu aşkara çıxaracaqlar.”</w:t>
      </w:r>
    </w:p>
    <w:p>
      <w:pPr>
        <w:pStyle w:val="ArticleScripture"/>
        <w:jc w:val="left"/>
      </w:pPr>
      <w:r>
        <w:rPr>
          <w:rFonts w:ascii="Times New Roman" w:hAnsi="Times New Roman" w:eastAsia="Times New Roman" w:cs="Times New Roman"/>
        </w:rPr>
        <w:t>“Allah Öz yerindən çıxıb onun təqsirinə görə onu cəzalandırmayınca dünya yaxşılaşmayacaq. O zaman yer üzə çıxaracaq onun qanını və daha öz öldürülənlərini örtməyəcək. Məsih şagirdlərinə xəbərdarlıq etdi: “Diqqət edin ki, heç kəs sizi aldatmasın. Çünki çoxları Mənim adımla gəlib deyəcəklər: Mən Məsihəm; və çoxlarını aldadacaqlar. Siz müharibələrdən və müharibə xəbərlərindən eşidəcəksiniz; baxın, təşvişə düşməyin; çünki bütün bunlar baş verməlidir, lakin son hələ deyil. Çünki millət millətə qarşı, padşahlıq padşahlığa qarşı qalxacaq; və müxtəlif yerlərdə qıtlıqlar, vəbalar və zəlzələlər olacaq. Bütün bunlar ağrıların başlanğıcıdır. O zaman sizi əziyyət çəkmək üçün təslim edəcək və öldürəcəklər; və Mənim adım naminə bütün millətlər tərəfindən nifrət ediləcəksiniz. Və o zaman çoxları büdrəyəcək, bir-birini satacaq və bir-birinə nifrət edəcək. Və çoxlu yalançı peyğəmbərlər çıxacaq və çoxlarını aldadacaq. Və qanunsuzluq çoxaldığı üçün çoxlarının məhəbbəti soyuyacaq. Lakin sona qədər səbir edən, xilas olacaq.”</w:t>
      </w:r>
    </w:p>
    <w:p>
      <w:pPr>
        <w:pStyle w:val="ArticleScripture"/>
        <w:jc w:val="left"/>
      </w:pPr>
      <w:r>
        <w:rPr>
          <w:rFonts w:ascii="Times New Roman" w:hAnsi="Times New Roman" w:eastAsia="Times New Roman" w:cs="Times New Roman"/>
        </w:rPr>
        <w:t>“Məsih bu yer üzündə olarkən, dünya Barabbanı üstün tutdu. Bu gün isə dünya və kilsələr eyni seçimi edirlər. Məsihin xəyanətə uğradılması, rədd edilməsi və çarmıxa çəkilməsi səhnələri yenidən canlandırılmışdır və yenə də olduqca geniş miqyasda canlandırılacaqdır. İnsanlar düşmənin xüsusiyyətləri ilə dolacaqlar və onun aldatmaları onların arasında böyük qüdrətə malik olacaq. İşıq hansı dərəcədə rədd edilirsə, yanlış qavrayış və yanlış anlama da məhz o dərəcədə olacaq. Məsihi rədd edib Barabbanı seçənlər məhvedici bir aldanış altında fəaliyyət göstərirlər. Təhrif və yalan şahidlik açıq üsyana çevriləcəkdir. Göz pis olduqda, bütün bədən qaranlıqla dolu olacaqdır. Məhəbbətlərini Məsihdən başqa hər hansı bir rəhbərə bağlayanlar, elə bir valehedici azğınlığın bədən, can və ruh üzrə hökmranlığı altına düşdüklərini görəcəklər ki, onun qüvvəsi altında canlar həqiqəti eşitməkdən üz döndərib yalana inanırlar. Onlar tora düşür və ələ keçirilirlər; hər bir hərəkətləri ilə də fəryad edirlər: Barabbanı bizə azad et, amma Məsihi çarmıxa çək.”</w:t>
      </w:r>
    </w:p>
    <w:p>
      <w:pPr>
        <w:pStyle w:val="ArticleScripture"/>
        <w:jc w:val="left"/>
      </w:pPr>
      <w:r>
        <w:rPr>
          <w:rFonts w:ascii="Times New Roman" w:hAnsi="Times New Roman" w:eastAsia="Times New Roman" w:cs="Times New Roman"/>
        </w:rPr>
        <w:t>“Bu qərar elə indi verilir. Çarmıxda baş vermiş səhnələr yenidən canlandırılır. Həqiqətdən və salehlikdən uzaqlaşmış kilsələrdə Allah məhəbbəti canın daxilində daimi bir prinsip olmadıqda insan təbiətinin nə edə biləcəyi və nə edəcəyi aşkara çıxır. İndi baş verə biləcək heç nəyə təəccüblənməyə ehtiyacımız yoxdur. Dəhşətin hər hansı təzahürünə heyrət etməyə ehtiyacımız yoxdur. Allahın qanununu müqəddəs olmayan ayaqları altında tapdalayanlar İsanı təhqir edən və Ona xəyanət edən adamların malik olduqları həmin ruha malikdirlər. Vicdan əzabı duymadan onlar ataları olan iblisin əməllərini edəcəklər. Onlar Yəhudanın xain dodaqlarından çıxmış sualı verəcəklər: Əgər İsa Məsihi sizə təslim etsəm, mənə nə verərsiniz? Elə indi də Məsih Öz müqəddəslərinin timsalında xəyanətə uğrayır.” Review and Herald, 30 yanvar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 İki nömrə</dc:title>
  <dc:subject>Vəhşi heyvanın surətinin formalaşdırılması: peyğəmbərlik səfərinin aşkara çıxarılması</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