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Üçüncü</w:t>
      </w:r>
    </w:p>
    <w:p>
      <w:pPr>
        <w:pStyle w:val="ArticleSubtitle"/>
        <w:jc w:val="left"/>
      </w:pPr>
      <w:r>
        <w:rPr>
          <w:rFonts w:ascii="Arial" w:hAnsi="Arial" w:eastAsia="Arial" w:cs="Arial"/>
        </w:rPr>
        <w:t>Əbədi Təməl: Məsih Peyğəmbərlik Tarixində və Möminin İmanında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Peterin etiraf etdiyi “həqiqət imanlının imanının təməlidir. Məsihin Özünün əbədi həyat olduğunu bəyan etdiyi də budur.” Bu “həqiqət” Məsihin iki cəhətini müəyyənləşdirirdi. Birincisi, Məsihin peyğəmbərlik tarixinin bir ünsürü olması idi. Peyğəmbərlik tarixinin hadisələrini təmsil edən nişanələr Məsihi təmsil edir. Onun bu hadisələrlə əlaqəsi peyğəmbərlik nişanələrinin müqəddəsliyini müəyyən edir və Bacı Uaytın bu nişanələri qorumalı olduğumuzu bu qədər tez-tez söyləməsinin məntiqi əsasını təmin edir; çünki həmin nişanələr İsa Məsihi təmsil edir. Məsihin dövründə sınaq mövzusunu təmsil edən nişanə Onun vəftizi idi və bu, ilahi bir rəmzin enişi ilə seçilən müqəddəs islahat xətlərindəki digər hadisələrlə uyğunlaşırdı.</w:t>
      </w:r>
    </w:p>
    <w:p>
      <w:pPr>
        <w:pStyle w:val="ArticleBody"/>
        <w:jc w:val="left"/>
      </w:pPr>
      <w:r>
        <w:rPr>
          <w:rFonts w:ascii="Times New Roman" w:hAnsi="Times New Roman" w:eastAsia="Times New Roman" w:cs="Times New Roman"/>
        </w:rPr>
        <w:t>Musanın islahat xəttində İlahilik enib yanan kolda məskən saldı; bu, Yaradanın yaradılışla birləşməsinin rəmzi idi. Yetmiş ilin sonunda olan islahat xəttində Mixail birinci fərmanla irəliləməsi üçün Kiri gücləndirmək məqsədilə endi və eyni zamanda Daniel Məsihin surətinə dəyişdirildi. Məsihin islahat xəttində Müqəddəs Ruh Allahın Oğlunu məsh etmək üçün göyərçin surətində endi; bu, İlahiliyin bəşəriyyətlə birləşməsinin rəmzi idi. Millerçi tarixdə 11 avqust 1840-cı ildə enən mələk “İsa Məsihdən heç də aşağı bir Şəxs deyildi”; O, yeyilməli olan kiçik kitabçanı gətirərək endi və Özü həmin kiçik kitabça idi. Orada O göstərdi ki, İlahiliyin bəşəriyyətlə birləşməsi Göydən enən Çörəyin ətini və qanını yemək və içməklə həyata keçirilir.</w:t>
      </w:r>
    </w:p>
    <w:p>
      <w:pPr>
        <w:pStyle w:val="ArticleBody"/>
        <w:jc w:val="left"/>
      </w:pPr>
      <w:r>
        <w:rPr>
          <w:rFonts w:ascii="Times New Roman" w:hAnsi="Times New Roman" w:eastAsia="Times New Roman" w:cs="Times New Roman"/>
        </w:rPr>
        <w:t>Müqəddəs tarix müqəddəsdir, çünki o, Məsihin hüzuru ilə təcəssüm olunur. Gələcək hadisələri müəyyən edən Allah Kəlamının qabaqcadan bildirişləri İsa Məsihdir, çünki O, “Kəlam”dır. Həmin qabaqcadan bildirişlər tarixdə yerinə yetirildikdə, bu hadisələr Onun sözünün yerinə yetməsini təmsil edir və Onun Kəlamı Həqiqətdir. Qabaqcadan bildirişi ortaya qoyan da Onun Kəlamıdır, hadisə baş verdikdə yerinə yetən də Onun Kəlamıdır; beləliklə, başlanğıcda da, sondə də İsa Məsihdir, çünki O, Alfa və Omeqadır. Buna görə də Peter İsanın Məsih və yaşayan Allahın Oğlu olduğunu bəyan etdikdə, o, İsa Məsih olan bir nişanə nöqtəsini və son günlərdə öz kamil yerinə yetməsinə çatan bir nişanə nöqtəsini müəyyən edirdi. 11 sentyabr 2001-ci il Məsihin kamil yerinə yetməsi idi.</w:t>
      </w:r>
    </w:p>
    <w:p>
      <w:pPr>
        <w:pStyle w:val="ArticleBody"/>
        <w:jc w:val="left"/>
      </w:pPr>
      <w:r>
        <w:rPr>
          <w:rFonts w:ascii="Times New Roman" w:hAnsi="Times New Roman" w:eastAsia="Times New Roman" w:cs="Times New Roman"/>
        </w:rPr>
        <w:t>11 sentyabr 2001-ci ilin peyğəmbərlik üzrə yerinə yetməsini rədd etmək diri Allahın Oğlu olan Məsihi rədd etmək deməkdir. Peter tərəfindən ifadə edilən bu həqiqət “möminin imanının təməli” idi və 11 sentyabr 2001-ci ildə Məsih Özünün axırzaman xalqını Yeremyanın “qədim yollar”ına geri apardı; bu yollar birinci və üçüncü mələklərin xəbərləri hərəkatının “təməlləri”ni təmsil edir. Peter dörd mələyin dörd küləyi saxladıqları dövrdə möhürlənən yüz qırx dörd mini təmsil edirdi. Möhürlənmə vaxtı 11 sentyabr 2001-ci ildə başlayıb tezliklə gələcək bazar qanunu ilə başa çatan müəyyən bir peyğəmbərlik dövrüdür. İsa hər zaman bir şeyin sonunu həmin şeyin başlanğıcı ilə təsvir edir.</w:t>
      </w:r>
    </w:p>
    <w:p>
      <w:pPr>
        <w:pStyle w:val="ArticleBody"/>
        <w:jc w:val="left"/>
      </w:pPr>
      <w:r>
        <w:rPr>
          <w:rFonts w:ascii="Times New Roman" w:hAnsi="Times New Roman" w:eastAsia="Times New Roman" w:cs="Times New Roman"/>
        </w:rPr>
        <w:t>Möhürlənmə vaxtının başlanğıcında Vəhy on səkkizinci fəslin mələyi endi; Müqəddəs Ruh vəftiz zamanı necə enmişdisə, o mələk də elə endi və həmin mələk “İsa Məsihdən başqa bir Şəxsiyyət deyildi,” çünki Millerçi tarixində Öz izzəti ilə yeri nurlandırmaq üçün enən mələk də “İsa Məsihdən başqa bir Şəxsiyyət deyildi.” Tezliklə gələcək bazar günü qanunu zamanı “İsa Məsihdən başqa bir Şəxsiyyət olmayan” həmin Şəxs yenidən enir və Vəhy on səkkizinci fəslin iki xəbərindən ikincisini təqdim edir; O, Babilondan Öz başqa sürüsünü çağırıb çıxarır. Möhürlənmə vaxtı dövrünün ortasında isə bir mələk endi; necə ki, ikinci mələk 19 aprel 1844-cü ildə, Millerçi hərəkatının ilk məyusluğu zamanı enmişdi.</w:t>
      </w:r>
    </w:p>
    <w:p>
      <w:pPr>
        <w:pStyle w:val="ArticleBody"/>
        <w:jc w:val="left"/>
      </w:pPr>
      <w:r>
        <w:rPr>
          <w:rFonts w:ascii="Times New Roman" w:hAnsi="Times New Roman" w:eastAsia="Times New Roman" w:cs="Times New Roman"/>
        </w:rPr>
        <w:t>Həmin ikinci mələyin gəlişi ilə üçüncü mələyin 22 oktyabr 1844-cü ildəki gəlişi arasında, Gecəyarısı Nidası xəbəri gəldiyi zaman ikinci mələyə qüvvə qatmaq üçün çoxlu mələklər göndərildi. Bu mələklərin Millerçi tarixində gəldiyi dövrün tarixindən danışarkən, Sister White bizə bildirir ki, bu xəbərləri rədd edənlər, yəhudilərin Məsihi çarmıxa çəkdiyi qədər qəti surətdə, Məsihi çarmıxa çəkmişdilər.</w:t>
      </w:r>
    </w:p>
    <w:p>
      <w:pPr>
        <w:pStyle w:val="ArticleScripture"/>
        <w:jc w:val="left"/>
      </w:pPr>
      <w:r>
        <w:rPr>
          <w:rFonts w:ascii="Times New Roman" w:hAnsi="Times New Roman" w:eastAsia="Times New Roman" w:cs="Times New Roman"/>
        </w:rPr>
        <w:t>“Mən gördüm ki, yəhudilər İsanı çarmıxa çəkdikləri kimi, yalnız adca olan kilsələr də bu xəbərləri çarmıxa çəkmişlər; buna görə də onların Ən Müqəddəs Yerə gedən yoldan xəbərləri yoxdur və orada İsanın vəsatətindən faydalana bilməzlər.” Early Writings, 261.</w:t>
      </w:r>
    </w:p>
    <w:p>
      <w:pPr>
        <w:pStyle w:val="ArticleBody"/>
        <w:jc w:val="left"/>
      </w:pPr>
      <w:r>
        <w:rPr>
          <w:rFonts w:ascii="Times New Roman" w:hAnsi="Times New Roman" w:eastAsia="Times New Roman" w:cs="Times New Roman"/>
        </w:rPr>
        <w:t>Mələklərin təmsil etdiyi ismarıclar, rədd edildikdə, Məsihin çarmıxa çəkilməsini təmsil edir; çünki O, həmin ismarıcların və onların tarixi yerinə yetməsinin təcəssümüdür. 18 iyul 2020-ci ildə “İsa Məsihin Özündən heç də aşağı olmayan bir Şəxsiyyət” nazil oldu və bununla ilk məyusluq və ləngimə vaxtının başlanğıcı qeyd olundu. Küçələrdə öldürülmüş halda, Onun axırzaman xalqının ölü quru sümükləri, insanları yenidən həyata qaytara bilən yeganə səsi eşitməklə oyadılmalı idi.</w:t>
      </w:r>
    </w:p>
    <w:p>
      <w:pPr>
        <w:pStyle w:val="ArticleScripture"/>
        <w:jc w:val="left"/>
      </w:pPr>
      <w:r>
        <w:rPr>
          <w:rFonts w:ascii="Times New Roman" w:hAnsi="Times New Roman" w:eastAsia="Times New Roman" w:cs="Times New Roman"/>
        </w:rPr>
        <w:t>Doğrusunu, doğrusunu sizə deyirəm: elə bir saat gəlir və indi də gəlib çatmışdır ki, ölülər Allah Oğlunun səsini eşidəcəklər; eşidənlər isə yaşayacaqlar. Çünki Ata Özündə həyata malik olduğu kimi, Oğula da Özündə həyata malik olmağı vermişdir; və Ona hökm icra etmək səlahiyyəti də vermişdir, çünki O, Bəşər Oğludur. Buna təəccüblənməyin; çünki elə bir saat gəlir ki, qəbirlərdə olanların hamısı Onun səsini eşidəcəklər və bayıra çıxacaqlar: yaxşılıq etmiş olanlar həyat dirilişinə, pislik etmiş olanlar isə məhkumiyyət dirilişinə. Yəhya 5:25–29.</w:t>
      </w:r>
    </w:p>
    <w:p>
      <w:pPr>
        <w:pStyle w:val="ArticleBody"/>
        <w:jc w:val="left"/>
      </w:pPr>
      <w:r>
        <w:rPr>
          <w:rFonts w:ascii="Times New Roman" w:hAnsi="Times New Roman" w:eastAsia="Times New Roman" w:cs="Times New Roman"/>
        </w:rPr>
        <w:t>2023-cü ilin iyulunda Onun səsi ölü quru sümükləri həyata çağırdı və sonra Alfa və Omeqa möhürlənmə vaxtının başlanğıcını təkrar etdi, çünki 2023-cü ilin iyulu möhürlənmə vaxtının son dövrünü qeyd edir. Sonra Onun xalqı yenidən Yeremyanın qədim yollarına, Millerit tarixinin təməllərinə geri çağırıldı. Milleritlərin başlanğıcının və sonunun təməl xəbəri Millerit tarixinin ilk və son xəbərləri idi; bu isə Levililər kitabının iyirmi altıncı fəslindəki “yeddi vaxt” idi.</w:t>
      </w:r>
    </w:p>
    <w:p>
      <w:pPr>
        <w:pStyle w:val="ArticleBody"/>
        <w:jc w:val="left"/>
      </w:pPr>
      <w:r>
        <w:rPr>
          <w:rFonts w:ascii="Times New Roman" w:hAnsi="Times New Roman" w:eastAsia="Times New Roman" w:cs="Times New Roman"/>
        </w:rPr>
        <w:t>2023-cü ilin iyulunda Allahın axır gün xalqına bir daha əmr olundu ki, kiçik kitabı götürüb yesinlər. Onlar kiçik kitabı yedikcə, sonra sınaqdan keçirilirlər ki, Vəhy kitabının doqquzuncu fəslindəki üçüncü Vay xəbərini (şərqdən gələn xəbərləri) və Daniel kitabının on birinci fəslindəki xəbəri (şimala dair xəbərləri) qəbul edib-etməyəcəkləri müəyyən edilsin. Bu sınaq prosesi onları Daniel kitabının on birinci fəslinin on üçüncü ayəsindən on beşinci ayəsinə aparır; bu, Panium Döyüşüdür, Qeysəriyyə Filipidir və Gecəyarısı Nidasının xəbəridir; burada Onun səsini eşitmiş iki sinif zahir olur: bir sinif “yaxşı iş görənlər həyat dirilişinə, pis iş görənlər isə məhkumluq dirilişinə.”</w:t>
      </w:r>
    </w:p>
    <w:p>
      <w:pPr>
        <w:pStyle w:val="ArticleBody"/>
        <w:jc w:val="left"/>
      </w:pPr>
      <w:r>
        <w:rPr>
          <w:rFonts w:ascii="Times New Roman" w:hAnsi="Times New Roman" w:eastAsia="Times New Roman" w:cs="Times New Roman"/>
        </w:rPr>
        <w:t>Yüz qırx dörd min nəfərin möhürlənmə zamanında üç səs vardır və onların hamısı “İsa Məsihin özündən heç də aşağı olmayan bir Şəxsin səsi”dir. Vəhyin on səkkizinci fəslindəki birinci səs Nyu-York şəhərinin böyük binaları Allahın bir toxunuşu ilə yerlə yeksan edildiyi zaman səsləndi. İkinci səs, ölüləri qəbirlərindən çağıran baş mələk Mikayılın səsidir. Üçüncü səs isə Vəhyin on səkkizinci fəslindəki ikinci səsdir; o, Vəhyin on birinci fəslindəki “böyük zəlzələ” saatında Onun başqa sürüsünü Babildən çağırır. Peterin Qeysəriyyə Filipidəki etirafının kamil yerinə yetməsi, Məsih Öz axırzaman xalqını “Daniel peyğəmbərliyinin axır günlərə aid olan hissəsi”nə apardığı zaman baş verir.</w:t>
      </w:r>
    </w:p>
    <w:p>
      <w:pPr>
        <w:pStyle w:val="ArticleBody"/>
        <w:jc w:val="left"/>
      </w:pPr>
      <w:r>
        <w:rPr>
          <w:rFonts w:ascii="Times New Roman" w:hAnsi="Times New Roman" w:eastAsia="Times New Roman" w:cs="Times New Roman"/>
        </w:rPr>
        <w:t>Daniel on birin on üçüncü ayəsindən on beşinci ayəsinədək olan Panium, Daniel peyğəmbərliyinin möhürlənmiş “hissəsi”dir ki, Gecəyarısı Fəryadının xəbərini müəyyən edir. Panium 1844-cü ilin avqustunda Exeter düşərgə toplantısıdır; bu, Donald Trampın ikinci müddətində yerinə yetən bir tarixdir və yüz qırx dörd min nəfərin alınlarına Allahın möhürünü həkk edən peyğəmbərlik xəbəridir. İndi araşdırdığımız ayələr çox müqəddəs məkandır.</w:t>
      </w:r>
    </w:p>
    <w:p>
      <w:pPr>
        <w:pStyle w:val="ArticleScripture"/>
        <w:jc w:val="left"/>
      </w:pPr>
      <w:r>
        <w:rPr>
          <w:rFonts w:ascii="Times New Roman" w:hAnsi="Times New Roman" w:eastAsia="Times New Roman" w:cs="Times New Roman"/>
        </w:rPr>
        <w:t>“Peterin etiraf etdiyi həqiqət möminin imanının təməlidir. Bu, Məsihin Özünün əbədi həyat adlandırdığı həqiqətdir. Lakin bu biliyə malik olmaq özünü ucaltmaq üçün heç bir əsas deyildi. Bu həqiqət Peterə onun öz hikməti və ya yaxşılığı sayəsində açılmamışdı. Bəşəriyyət heç vaxt özlüyündə ilahi biliyə çata bilməz. ‘O, göylər qədər ucadır; sən nə edə bilərsən? Ölülər diyarından dərindir; sən nə bilə bilərsən?’ Əyyub 11:8. Yalnız övladlığa götürülmə Ruhu bizə Allahın o dərinliklərini açıqlaya bilər ki, onları ‘nə göz görmüş, nə qulaq eşitmiş, nə də insan ürəyinə gəlmişdir.’ ‘Allah onları Öz Ruhu vasitəsilə bizə aşkar etmişdir; çünki Ruh hər şeyi, bəli, Allahın dərinliklərini də araşdırır.’ 1 Korinflilərə 2:9, 10. ‘Rəbbin sirri Ondan qorxanlarladır;’ və Peterin Məsihin izzətini dərk etməsi onun ‘Allah tərəfindən öyrədildiyinə’ bir dəlil idi. Məzmur 25:14; Yəhya 6:45. Ah, həqiqətən, ‘mübarəksən, ey Şimon Bar-Yona; çünki bunu sənə ət və qan açmamışdır.’”</w:t>
      </w:r>
    </w:p>
    <w:p>
      <w:pPr>
        <w:pStyle w:val="ArticleScripture"/>
        <w:jc w:val="left"/>
      </w:pPr>
      <w:r>
        <w:rPr>
          <w:rFonts w:ascii="Times New Roman" w:hAnsi="Times New Roman" w:eastAsia="Times New Roman" w:cs="Times New Roman"/>
        </w:rPr>
        <w:t>“İsa davam etdi: “Sənə də deyirəm ki, sən Petersən və Mən Öz kilsəmi bu qaya üzərində quracağam; cəhənnəmin qapıları ona qalib gəlməyəcək.” Peter sözü daş mənasını verir,—yuvarlanan bir daş. Peter kilsənin üzərində təsis edildiyi qaya deyildi. O, lənət edib and içərək öz Rəbbini inkar etdikdə, cəhənnəmin qapıları ona qarşı qalib gəldi. Kilsə isə cəhənnəmin qapılarının qarşısında qalib gələ bilmədiyi Olanın üzərində qurulmuşdu.” Əsrlərin Arzusu, 413</w:t>
      </w:r>
    </w:p>
    <w:p>
      <w:pPr>
        <w:pStyle w:val="ArticleBody"/>
        <w:jc w:val="left"/>
      </w:pPr>
      <w:r>
        <w:rPr>
          <w:rFonts w:ascii="Times New Roman" w:hAnsi="Times New Roman" w:eastAsia="Times New Roman" w:cs="Times New Roman"/>
        </w:rPr>
        <w:t>Məsihin Qeysəriyyə Filipidə Öz şagirdlərinə təqdim etdiyi və etməkdə olduğu xəbər Gecəyarısı Nidasının xəbəridir və bu, məbədi “cəhənnəmin qapıları” adlanan yunan tanrısı Pan ilə yer vəhşisinin iki mürtəd buynuzu arasındakı ruhani müharibə kontekstində yerləşdirilmişdir. Makkabilər Allahın mürtəd xalqı idilər; onlar yunanların dininə qarşı müharibə apardıqları üçün Allahın kilsəsinin müdafiəçiləri olduqlarını iddia edirdilər. Onlar özlərini həm dini, həm də siyasi rəhbərlər kimi tanıdırdılar. Onlar indi Amerika Birləşmiş Ştatları hökuməti ilə birlikdə vəhşinin surətini formalaşdırmaqda olan və “woke-ism”in və Ana Torpağın qlobalist dininə qarşı müharibə aparan həmin düşmüş kilsələrin mürtəd protestantlığını təmsil edirlər. Mürtəd buynuzlar qlobalizmin dini və siyasi ünsürləri ilə apardıqları mübarizədə üstün gəlir, eyni zamanda isə həqiqi protestant buynuzu, tezliklə gələcək bazar günü qanununun “böyük zəlzələ”sində bayraq kimi ucaldılmasından əvvəl, ağılsız bakirələrin son qalıqlarının kənarlaşdırılması ilə təmizlənir.</w:t>
      </w:r>
    </w:p>
    <w:p>
      <w:pPr>
        <w:pStyle w:val="ArticleBody"/>
        <w:jc w:val="left"/>
      </w:pPr>
      <w:r>
        <w:rPr>
          <w:rFonts w:ascii="Times New Roman" w:hAnsi="Times New Roman" w:eastAsia="Times New Roman" w:cs="Times New Roman"/>
        </w:rPr>
        <w:t>Daniel kitabının axır zamanlara aid olan peyğəmbərlik hissəsi — ki, bu həm də İsa Məsihin Vəhyidir və Gecəyarısı Fəryadının ismarıcıdır — Yəhuda qəbiləsinin Aslanı tərəfindən Panium olan Qeysəriyyə Filipidə açılır. Bu, 2015-ci ildə o vəhşi heyvanı hərəkətə gətirməyə başlayan Respublikaçılıq buynuzu ilə dibsiz quyudan çıxan ateist vəhşi heyvan arasında gedən müharibənin ortasında, həmçinin indi qüdrətli bir ordu kimi yenidən dirildilməkdə olan həqiqi Protestantlıq buynuzuna qarşı açılır.</w:t>
      </w:r>
    </w:p>
    <w:p>
      <w:pPr>
        <w:pStyle w:val="ArticleBody"/>
        <w:jc w:val="left"/>
      </w:pPr>
      <w:r>
        <w:rPr>
          <w:rFonts w:ascii="Times New Roman" w:hAnsi="Times New Roman" w:eastAsia="Times New Roman" w:cs="Times New Roman"/>
        </w:rPr>
        <w:t>Peterin etiraf etdiyi həqiqət 11 sentyabr 2001-ci ilin nişanəsini təmsil edir və həmçinin Məsihin diri Allahın Oğlu olduğunu göstərir. İsanın Allahın Oğlu olması ilə təmsil olunan həqiqət, Peterin günlərində İsanın Məsih olub-olmaması necə sınaq həqiqəti idisə, eləcə də qəti surətdə sınaq həqiqətidir. İsanın Allahın Oğlu olduğuna dair bəyanat, Oğulun kim olduğuna dair aşkar edilmiş hər şeyi təmsil edir. Bu, yalnız Onun Allahın Oğlu olduğunu deyil, həm də bəşər Oğlu olduğunu təmsil edir. Bu, ilahiliyin bəşəriyyətə təcəssüm etməsi həqiqətidir ki, məhz yüz qırx dörd min nəfərin möhürlənməsi zamanı yerinə yetirilən iş budur. “Təcəssüm” həqiqəti, başlanğıcdakı “Şənbə” həqiqəti ilə simvollaşdırılmış olan sondakı həqiqətdir.</w:t>
      </w:r>
    </w:p>
    <w:p>
      <w:pPr>
        <w:pStyle w:val="ArticleBody"/>
        <w:jc w:val="left"/>
      </w:pPr>
      <w:r>
        <w:rPr>
          <w:rFonts w:ascii="Times New Roman" w:hAnsi="Times New Roman" w:eastAsia="Times New Roman" w:cs="Times New Roman"/>
        </w:rPr>
        <w:t>1844-cü il oktyabrın 22-si üçüncü mələyin gəlişini qeyd etdi. Mələk gəldikdə, həqiqətin möhürünün açıldığı dövrə uyğun xüsusi bir həqiqət Yəhuda qəbiləsinin Aslanı tərəfindən açılır və həmin həqiqət sonra o həqiqətin açıldığı nəsli sınaqdan keçirir. 1844-cü il oktyabrın 22-də 1798-ci ildən 1844-cü ilədək olan qırx altı il ərzində ucaltdığı məbədə qəflətən gələn Məsihin işi ilə bağlı həqiqətlər aşkar edildi. Məsihin mühakimə işi, Allahın qanunu, Onun Baş Kahin kimi rolu, vəhşinin damğası məsələsi və yüz qırx dörd min nəfərin möhürlənməsi — bunların hamısı açıldı. Bacı Uayta göstərildi ki, bu həqiqətlər içərisində Alfa və Omeqanın xüsusi bir işıq altında müəyyən etdiyi bir həqiqət var idi.</w:t>
      </w:r>
    </w:p>
    <w:p>
      <w:pPr>
        <w:pStyle w:val="ArticleScripture"/>
        <w:jc w:val="left"/>
      </w:pPr>
      <w:r>
        <w:rPr>
          <w:rFonts w:ascii="Times New Roman" w:hAnsi="Times New Roman" w:eastAsia="Times New Roman" w:cs="Times New Roman"/>
        </w:rPr>
        <w:t>“On Əmrin lap mərkəzində dördüncü əmri gördükdə heyrətə gəldim; onu yumşaq bir nur haləsi əhatə edirdi. Mələk dedi: ‘Göyləri, yeri və onların içində olan hər şeyi yaratmış yaşayan Allahı müəyyən edən On əmrin içində yeganə əmr budur. Yerin təməlləri qoyulduqda, Şənbənin təməli də o zaman qoyuldu.’” Testimonies, cild 1, 75.</w:t>
      </w:r>
    </w:p>
    <w:p>
      <w:pPr>
        <w:pStyle w:val="ArticleBody"/>
        <w:jc w:val="left"/>
      </w:pPr>
      <w:r>
        <w:rPr>
          <w:rFonts w:ascii="Times New Roman" w:hAnsi="Times New Roman" w:eastAsia="Times New Roman" w:cs="Times New Roman"/>
        </w:rPr>
        <w:t>Yüz qırx dörd min nəfərin möhürlənmə vaxtı gəlib çatmışdı, lakin bu, 1863-cü ilin üsyanı səbəbilə gecikdirilməli idi. 11 sentyabr 2001-ci ildə möhürləmə prosesi başladı; həmin vaxt Məsih, Vəhy kitabının on səkkizinci fəslindəki qüdrətli mələk kimi təmsil olunaraq, Allahın axır gün xalqının yeməli olduğu gizli bir kitab əlində enmişdi. Alfa və Omeqa həmişə sonu başlanğıcla göstərir; buna görə də axır günlərdə xüsusi bir işıq altında qoyulan başqa bir həqiqət də var idi və bu həqiqət Məsihin yüz qırx dörd min nəfəri möhürləməyə ilk dəfə cəhd etdiyi zaman önə çıxarılan Şənbə həqiqəti ilə birbaşa bağlı idi.</w:t>
      </w:r>
    </w:p>
    <w:p>
      <w:pPr>
        <w:pStyle w:val="ArticleScripture"/>
        <w:jc w:val="left"/>
      </w:pPr>
      <w:r>
        <w:rPr>
          <w:rFonts w:ascii="Times New Roman" w:hAnsi="Times New Roman" w:eastAsia="Times New Roman" w:cs="Times New Roman"/>
        </w:rPr>
        <w:t>“Danielin öz payında durmasının vaxtı gəlib çatmışdır. Ona verilmiş nurun, indiyədək heç vaxt olmadığı kimi, dünyaya yayılmasının vaxtı gəlib çatmışdır. Əgər Rəbbin özləri üçün bu qədər çox iş gördüyü kəslər bu nurda yerisələr, Məsih və Ona aid peyğəmbərliklər haqqındakı bilikləri, bu yer üzünün tarixinin sonuna yaxınlaşdıqca, böyük dərəcədə artacaqdır.</w:t>
      </w:r>
    </w:p>
    <w:p>
      <w:pPr>
        <w:pStyle w:val="ArticleScripture"/>
        <w:jc w:val="left"/>
      </w:pPr>
      <w:r>
        <w:rPr>
          <w:rFonts w:ascii="Times New Roman" w:hAnsi="Times New Roman" w:eastAsia="Times New Roman" w:cs="Times New Roman"/>
        </w:rPr>
        <w:t>“Allahla ünsiyyətdə olanlar Salehlik Günəşinin nurunda yeriyirlər. Onlar Allahın hüzurunda öz yollarını pozmaqla Öz Xilaskarlarını hörmətdən salmırlar. Səmavi nur onların üzərinə saçır. Onlar Allahın gözündə sonsuz dəyərə malikdirlər, çünki Məsihlə birdirlər. Allahın Kəlamı onlar üçün son dərəcə gözəl və cəlbedicidir. Onlar onun əhəmiyyətini görürlər. Həqiqət onlara açılır. Təcəssüm təlimi zərif bir parlaqlığa bürünür. Onlar görürlər ki, Müqəddəs Yazı bütün sirləri açan və bütün çətinlikləri həll edən açardır. Nuru qəbul etməyə və nurda yeriməyə könülsüz olmuş olanlar ilahiliyin sirrini anlaya bilməyəcəklər, lakin çarmıxı götürüb İsanın ardınca getməkdə tərəddüd etməmiş olanlar Allahın nurunda nur görəcəklər.” Manuscript Releases, number 21, 406, 407.</w:t>
      </w:r>
    </w:p>
    <w:p>
      <w:pPr>
        <w:pStyle w:val="ArticleBody"/>
        <w:jc w:val="left"/>
      </w:pPr>
      <w:r>
        <w:rPr>
          <w:rFonts w:ascii="Times New Roman" w:hAnsi="Times New Roman" w:eastAsia="Times New Roman" w:cs="Times New Roman"/>
        </w:rPr>
        <w:t>Təcəssüm doktrinası belə bir həqiqətdir ki, ilahilik bəşəriyyətlə birləşdikdə günah etmir; axır günlərdə bu təcrübəyə çatmış olanların əlaməti isə Şənbədir.</w:t>
      </w:r>
    </w:p>
    <w:p>
      <w:pPr>
        <w:pStyle w:val="ArticleScripture"/>
        <w:jc w:val="left"/>
      </w:pPr>
      <w:r>
        <w:rPr>
          <w:rFonts w:ascii="Times New Roman" w:hAnsi="Times New Roman" w:eastAsia="Times New Roman" w:cs="Times New Roman"/>
        </w:rPr>
        <w:t>Bundan əlavə, Mən onlara Öz şənbətlərimi də verdim ki, Mənimlə onların arasında bir əlamət olsun; ta ki, onları müqəddəs edən Rəbbin Mən olduğumu bilsinlər. Yezekel 20:12.</w:t>
      </w:r>
    </w:p>
    <w:p>
      <w:pPr>
        <w:pStyle w:val="ArticleBody"/>
        <w:jc w:val="left"/>
      </w:pPr>
      <w:r>
        <w:rPr>
          <w:rFonts w:ascii="Times New Roman" w:hAnsi="Times New Roman" w:eastAsia="Times New Roman" w:cs="Times New Roman"/>
        </w:rPr>
        <w:t>Yüz qırx dörd min nəfər əbədiyyət üçün möhürlənir və möhürlənmə prosesi, möhürün vurulduğu, Bazar qanunundan dərhal əvvəl, möhürlənmə prosesinin sonunda olan qısa bir zaman dövrünü müəyyən edir. Həmin qısa zaman dövründə İlahilik bəşəriyyətlə daimi surətdə birləşdirilir.</w:t>
      </w:r>
    </w:p>
    <w:p>
      <w:pPr>
        <w:pStyle w:val="ArticleScripture"/>
        <w:jc w:val="left"/>
      </w:pPr>
      <w:r>
        <w:rPr>
          <w:rFonts w:ascii="Times New Roman" w:hAnsi="Times New Roman" w:eastAsia="Times New Roman" w:cs="Times New Roman"/>
        </w:rPr>
        <w:t>“Ey qardaşlar, siz bu böyük hazırlıq işində nə edirsiniz? Dünya ilə birləşənlər dünyəvi qəlibi qəbul edir və vəhşinin nişanı üçün hazırlanırlar. Özünə güvənməyənlər, Allahın önündə özlərini alçaldanlar və həqiqətə itaət etməklə canlarını pak edənlər isə səmavi qəlibi qəbul edir və alınlarında Allahın möhürü üçün hazırlanırlar. Fərman verildikdə və damğa vurulduqda, onların xasiyyəti əbədiyyət boyunca saf və ləkəsiz qalacaqdır.</w:t>
      </w:r>
    </w:p>
    <w:p>
      <w:pPr>
        <w:pStyle w:val="ArticleScripture"/>
        <w:jc w:val="left"/>
      </w:pPr>
      <w:r>
        <w:rPr>
          <w:rFonts w:ascii="Times New Roman" w:hAnsi="Times New Roman" w:eastAsia="Times New Roman" w:cs="Times New Roman"/>
        </w:rPr>
        <w:t>“İndi hazırlanma vaxtıdır. Allahın möhürü heç vaxt murdar bir kişinin və ya qadının alnına qoyulmayacaq. O, heç vaxt şöhrətpərəst, dünyasevər kişinin və ya qadının alnına qoyulmayacaq. O, heç vaxt yalançı dillərin və ya hiyləgər ürəklərin sahibi olan kişilərin və ya qadınların alnına qoyulmayacaq. Möhürü qəbul edənlərin hamısı Allahın qarşısında ləkəsiz olmalıdırlar — göy üçün namizədlər. İrəli gedin, qardaşlarım və bacılarım. Mən bu vaxt yalnız bu məqamlar haqqında qısa yaza bilirəm, sadəcə diqqətinizi hazırlığın zərurətinə yönəldirəm. Müqəddəs Yazıları özünüz araşdırın ki, indiki saatın vahiməli ciddiyyətini dərk edə biləsiniz.” Testimonies, 5-ci cild, 216.</w:t>
      </w:r>
    </w:p>
    <w:p>
      <w:pPr>
        <w:pStyle w:val="ArticleBody"/>
        <w:jc w:val="left"/>
      </w:pPr>
      <w:r>
        <w:rPr>
          <w:rFonts w:ascii="Times New Roman" w:hAnsi="Times New Roman" w:eastAsia="Times New Roman" w:cs="Times New Roman"/>
        </w:rPr>
        <w:t>Əvvəlki parça möhürün bazar günü qanunu zamanı vurulduğunu düşündürə bilər, lakin belə deyil. Bacı Uayt aydın şəkildə bildirir ki, bazar günü qanunu böyük bir böhrandır; o həmçinin bunu da aydın öyrədir ki, xarakter böhran içində təzahür edir, lakin heç vaxt böhran içində formalaşmır. Möhür bazar günü qanunu zamanı o mənada vurulur ki, o zaman görünən olur; çünki həmin vaxt möhürə malik olanlar bayraq kimi ucaldılır. Möhür qısa bir müddət ərzində, möhlət bağlanmazdan az əvvəl vurulur və şənbəni saxlayanlar üçün möhlət bazar günü qanunu zamanı bağlanır. Möhürlənmə 11 sentyabr 2001-ci ildə başladı və o zaman heç kim Allahın möhürünü almadı; çünki 22 oktyabr 1844-dən sonrakı zaman dövründə göstərildiyi kimi, əvvəlcə bir sınaq prosesi olmalı idi.</w:t>
      </w:r>
    </w:p>
    <w:p>
      <w:pPr>
        <w:pStyle w:val="ArticleBody"/>
        <w:jc w:val="left"/>
      </w:pPr>
      <w:r>
        <w:rPr>
          <w:rFonts w:ascii="Times New Roman" w:hAnsi="Times New Roman" w:eastAsia="Times New Roman" w:cs="Times New Roman"/>
        </w:rPr>
        <w:t>Hər bir islahat hərəkatında, ilahi rəmz axır zamanında möhürü açılmış xəbəri qüvvətləndirmək üçün endikdə, sınaq prosesi başlanır. Mikayıl birinci fərmanı irəli aparmaq üçün Kirə qüvvət vermək məqsədilə endikdə, yəhudilər o zaman əvvəlki yetmiş il ərzində yaşadıqları evi tərk edib viran qalmış bir şəhərə qayıdaraq onu yenidən quracaqları məsələsində sınağa çəkildilər. Müqəddəs Ruh Məsihin vəftizi zamanı endikdə, yəhudilər Məsih məsələsi üzrə sınağa çəkildilər. Vəhy onuncu fəslin qüdrətli mələyi 11 avqust 1840-cı ildə endikdə, həmin nəsil kiçik kitabçanı yeyib-yeməyəcəkləri və kiçik kitabçanın təmsil etdiyi bütün şeylər barəsində sınağa çəkildi.</w:t>
      </w:r>
    </w:p>
    <w:p>
      <w:pPr>
        <w:pStyle w:val="ArticleBody"/>
        <w:jc w:val="left"/>
      </w:pPr>
      <w:r>
        <w:rPr>
          <w:rFonts w:ascii="Times New Roman" w:hAnsi="Times New Roman" w:eastAsia="Times New Roman" w:cs="Times New Roman"/>
        </w:rPr>
        <w:t>11 avqust 1840-cı ildə iki ibadət edən sinif meydana gətirən bir sınaq prosesi başlandı və Quzunu Ən Müqəddəs Yerə qədər izləyən sinif yüz qırx dörd minin arasında olmağa namizəd idi. Sınaq prosesindən keçməyən həmin nəsil üçün son sınaq Levililər iyirmi altıda olan “yeddi vaxt” barədə artan işığın gəlişi ilə başlandı. 1856-cı ildən 1863-cü ilədək Laodikiya xəbəri 22 oktyabr 1844-cü ildə üçüncü mələyin gəlişi ilə başlanan dövr daxilində son bir zaman mərhələsini işarələyirdi. Həmin zaman mərhələsi Daniel kitabının on birinci fəslinin on üçdən on beşə qədər olan ayələri ilə təmsil olunur.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“Başlanğıcda Kəlam var idi, Kəlam Allahla idi və Kəlam Allah idi. O, başlanğıcda Allahla idi. Hər şey Onun vasitəsilə yaradıldı; yaradılmış olanlardan heç bir şey Onsuz yaradılmadı. Həyat Onda idi; və həyat insanların nuru idi. Nur qaranlıqda parlayır; və qaranlıq onu dərk etmədi.” “Və Kəlam bədən olub aramızda məskən saldı, (və biz Onun izzətini gördük, Atanın yeganə Oğlunun izzəti kimi,) lütf və həqiqətlə dolu idi” (Yəhya 1:1–5, 14).</w:t>
      </w:r>
    </w:p>
    <w:p>
      <w:pPr>
        <w:pStyle w:val="ArticleScripture"/>
        <w:jc w:val="left"/>
      </w:pPr>
      <w:r>
        <w:rPr>
          <w:rFonts w:ascii="Times New Roman" w:hAnsi="Times New Roman" w:eastAsia="Times New Roman" w:cs="Times New Roman"/>
        </w:rPr>
        <w:t>“Bu fəsil Məsihin işinin xarakterini və əhəmiyyətini təsvir edir. Öz mövzusunu anlayan biri kimi, Yəhya bütün qüdrəti Məsihə aid edir və Onun böyüklüyü və əzəməti haqqında danışır. O, günəşdən gələn işıq kimi, qiymətli həqiqətin ilahi şüalarını saçır. O, Məsihi Allahla bəşəriyyət arasında yeganə Vasitəçi kimi təqdim edir.</w:t>
      </w:r>
    </w:p>
    <w:p>
      <w:pPr>
        <w:pStyle w:val="ArticleScripture"/>
        <w:jc w:val="left"/>
      </w:pPr>
      <w:r>
        <w:rPr>
          <w:rFonts w:ascii="Times New Roman" w:hAnsi="Times New Roman" w:eastAsia="Times New Roman" w:cs="Times New Roman"/>
        </w:rPr>
        <w:t>“Məsihin insan cisminə bürünməsi haqqında təlim bir sirdir, ‘əsrlərdən və nəsillərdən gizli qalmış sirr’ (Koloslulara 1:26). Bu, təqvanın böyük və dərin sirridir. ‘Kəlam bədən oldu və aramızda məskən saldı’ (Yəhya 1:14). Məsih Öz üzərinə insan təbiətini, Öz səmavi təbiətindən aşağı olan bir təbiəti götürdü. Allahın ecazkar lütfkarlığını bundan daha aydın göstərən heç nə yoxdur. O, ‘dünyanı elə sevdi ki, Öz yeganə Oğlunu verdi’ (Yəhya 3:16). Yəhya bu ecazkar mövzunu elə sadəliklə təqdim edir ki, hamı irəli sürülən fikirləri qavraya və nurlansın.”</w:t>
      </w:r>
    </w:p>
    <w:p>
      <w:pPr>
        <w:pStyle w:val="ArticleScripture"/>
        <w:jc w:val="left"/>
      </w:pPr>
      <w:r>
        <w:rPr>
          <w:rFonts w:ascii="Times New Roman" w:hAnsi="Times New Roman" w:eastAsia="Times New Roman" w:cs="Times New Roman"/>
        </w:rPr>
        <w:t>“Məsih zahiri surətdə insan təbiətini qəbul etmiş kimi davranmadı; O, həqiqətən onu qəbul etdi. O, gerçəkdən insan təbiətinə malik idi. ‘Uşaqlar ətə və qana şərik olduqlarına görə, O da eyni surətdə bunlara şərik oldu’ (İbranilərə 2:14). O, Məryəmin oğlu idi; bəşəri mənşəyə görə Davudun nəslindən idi. Onun insan, yəni İnsan olan Məsih İsa olduğu bəyan edilir. Pavel yazır: ‘Bu Adam Musadan daha çox izzətə layiq sayıldı, çünki evi quranın evdən daha artıq hörməti vardır’ (İbranilərə 3:3).”</w:t>
      </w:r>
    </w:p>
    <w:p>
      <w:pPr>
        <w:pStyle w:val="ArticleScripture"/>
        <w:jc w:val="left"/>
      </w:pPr>
      <w:r>
        <w:rPr>
          <w:rFonts w:ascii="Times New Roman" w:hAnsi="Times New Roman" w:eastAsia="Times New Roman" w:cs="Times New Roman"/>
        </w:rPr>
        <w:t>“Lakin Allahın Kəlamı Məsihin bu yer üzündə olduğu zaman Onun bəşəriyyəti haqqında danışdığı kimi, Onun əvvəlcədən mövcudluğu barəsində də qəti şəkildə danışır. Kəlam ilahi bir Varlıq kimi, əbədi Allah Oğlu olaraq, Öz Atası ilə birlik və vəhdət içində mövcud idi. Əzəldən bəri O, əhdin Vasitəçisi idi; yəhudilər də, başqa millətlər də daxil olmaqla, yer üzünün bütün xalqlarının, əgər Onu qəbul etsəydilər, xeyir-dua alacaqları Şəxs O idi. “Kəlam Allahla idi və Kəlam Allah idi” (Yəhya 1:1). İnsanlar və ya mələklər yaradılmazdan əvvəl Kəlam Allahla idi və Allah idi.</w:t>
      </w:r>
    </w:p>
    <w:p>
      <w:pPr>
        <w:pStyle w:val="ArticleScripture"/>
        <w:jc w:val="left"/>
      </w:pPr>
      <w:r>
        <w:rPr>
          <w:rFonts w:ascii="Times New Roman" w:hAnsi="Times New Roman" w:eastAsia="Times New Roman" w:cs="Times New Roman"/>
        </w:rPr>
        <w:t>“Dünya Onun vasitəsilə yaradıldı, ‘və Onsuz yaradılmış olan heç bir şey yaradılmadı’ (Yəhya 1:3). Əgər Məsih hər şeyi yaratdısa, O, hər şeydən əvvəl mövcud idi. Bununla bağlı deyilən sözlər o qədər qəti və həlledicidir ki, heç kəs şübhə içində qalmalı deyil. Məsih mahiyyət etibarilə Allah idi və ən yüksək mənada Allah idi. O, əzəldən bəri Allahla birlikdə idi, hamının üzərində olan Allah, əbədi olaraq mübarəkdir.</w:t>
      </w:r>
    </w:p>
    <w:p>
      <w:pPr>
        <w:pStyle w:val="ArticleScripture"/>
        <w:jc w:val="left"/>
      </w:pPr>
      <w:r>
        <w:rPr>
          <w:rFonts w:ascii="Times New Roman" w:hAnsi="Times New Roman" w:eastAsia="Times New Roman" w:cs="Times New Roman"/>
        </w:rPr>
        <w:t>“Rəbb İsa Məsih, Allahın ilahi Oğlu, əzəldən mövcud idi; O, ayrıca bir Şəxs idi, lakin Ata ilə bir idi. O, göyün üstün izzəti idi. O, səmavi zəka sahiblərinin Komandanı idi və mələklərin ibadət dolu ehtiramı Onun haqqı olaraq Ona təqdim edilirdi. Bu, Allahdan bir qəsb deyildi. O bəyan edir: ‘Rəbb məni Öz yolunun başlanğıcında, qədim işlərindən əvvəl malik oldu. Mən əzəldən, başlanğıcdan, yer hələ yaradılmamışdan əvvəl təyin edildim. Dərinliklər yox ikən mən dünyaya gətirildim; su ilə dolu çeşmələr yox ikən. Dağlar bərqərar edilməmişdən əvvəl, təpələrdən əvvəl mən dünyaya gətirildim; O hələ nə yeri, nə çölləri, nə də dünyanın torpağının ən uca hissəsini yaratmamışkən. O, göyləri hazırlayanda mən orada idim; dərinliyin üzü üzərində dairə çəkəndə’ (Süleymanın Məsəlləri 8:22–27).”</w:t>
      </w:r>
    </w:p>
    <w:p>
      <w:pPr>
        <w:pStyle w:val="ArticleScripture"/>
        <w:jc w:val="left"/>
      </w:pPr>
      <w:r>
        <w:rPr>
          <w:rFonts w:ascii="Times New Roman" w:hAnsi="Times New Roman" w:eastAsia="Times New Roman" w:cs="Times New Roman"/>
        </w:rPr>
        <w:t>“Dünya təməli qoyulmamışdan əvvəl Məsihin Ata ilə bir olması həqiqətində nur və izzət vardır. Qaranlıq bir yerdə parlayan, oranı ilahi, ilkin izzətlə nurlandıran işıq budur. Özlüyündə sonsuz dərəcədə müəmmalı olan bu həqiqət, işıq içində qorunub saxlanıldığı, əlçatmaz və dərkedilməz olduğu halda, digər müəmmalı və başqa cür izaholunmaz həqiqətləri açıqlayır.” Seçilmiş Xəbərlər, 1-ci kitab,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Üçüncü</dc:title>
  <dc:subject>Əbədi Təməl: Məsih Peyğəmbərlik Tarixində və Möminin İmanında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