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Səksən Yeddinci</w:t>
      </w:r>
    </w:p>
    <w:p>
      <w:pPr>
        <w:pStyle w:val="ArticleSubtitle"/>
        <w:jc w:val="left"/>
      </w:pPr>
      <w:r>
        <w:rPr>
          <w:rFonts w:ascii="Arial" w:hAnsi="Arial" w:eastAsia="Arial" w:cs="Arial"/>
        </w:rPr>
        <w:t>Şirin Vəhyi: Paniumdan Son Möhürlənməyə qədər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İsa peyğəmbərlik həqiqətini möhürdən açdıqda, O, Yəhuda qəbiləsinin Aslanı kimi təmsil olunur; və Qeysəriyyə Filipidə Yəhuda qəbiləsinin Aslanı belə bir həqiqəti möhürdən açmağa başladı: “that he must go unto Jerusalem, and suffer many things of the elders and chief priests and scribes, and be killed, and be raised again the third day.” Bu həqiqətlər yüz qırx dörd min nəfərin möhürlənmə vaxtının əvvəlində Onun möhürdən açdığı xəbərlə, sonra isə məhz həmin dövrün sonunda yenidən açdığı xəbərlə uyğunluq təşkil edir. Bu həqiqətlər Daniel kitabının on birinci fəslinin on üçüncü ayəsindən on beşinci ayəsinədək təqdim olunan xəbərlə uyğunluq təşkil edir.</w:t>
      </w:r>
    </w:p>
    <w:p>
      <w:pPr>
        <w:pStyle w:val="ArticleBody"/>
        <w:jc w:val="left"/>
      </w:pPr>
      <w:r>
        <w:rPr>
          <w:rFonts w:ascii="Times New Roman" w:hAnsi="Times New Roman" w:eastAsia="Times New Roman" w:cs="Times New Roman"/>
        </w:rPr>
        <w:t>O, o həqiqəti yüz qırx dörd minə açanda bunu sətir üzərinə sətir metodologiyası vasitəsilə edir; çünki Allahın Padşahlığının “açarları” orada tapılır. Həmin həqiqətlər yeyilməlidir, çünki onlar Allahın Padşahlığının açarlarıdır və Allahın Padşahlığı Onun xalqının daxilində olmalıdır.</w:t>
      </w:r>
    </w:p>
    <w:p>
      <w:pPr>
        <w:pStyle w:val="ArticleScripture"/>
        <w:jc w:val="left"/>
      </w:pPr>
      <w:r>
        <w:rPr>
          <w:rFonts w:ascii="Times New Roman" w:hAnsi="Times New Roman" w:eastAsia="Times New Roman" w:cs="Times New Roman"/>
        </w:rPr>
        <w:t>Fariseylər Ondan Allahın Padşahlığının nə vaxt gələcəyini soruşduqları zaman, O onlara cavab verib dedi: “Allahın Padşahlığı görünən əlamətlərlə gəlməz; nə də deyəcəklər: ‘Budur, burada!’ və ya: ‘Budur, orada!’ Çünki, baxın, Allahın Padşahlığı sizin içinizdədir.” Luka 17:20, 21.</w:t>
      </w:r>
    </w:p>
    <w:p>
      <w:pPr>
        <w:pStyle w:val="ArticleBody"/>
        <w:jc w:val="left"/>
      </w:pPr>
      <w:r>
        <w:rPr>
          <w:rFonts w:ascii="Times New Roman" w:hAnsi="Times New Roman" w:eastAsia="Times New Roman" w:cs="Times New Roman"/>
        </w:rPr>
        <w:t>Şeytanlar da iman edir və yenə də tir-tir əsirlər, çünki sadəcə “həqiqət”ə iman etmək kifayət deyildir. O, yeyilən cismani qida kimi, sənin bir parçana çevrilməlidir. On üçdən on beşə qədər olan ayələrin tarixində Yəhuda qəbiləsinin Aslanı tezliklə gələcək bazar qanunu ilə bağlı həqiqətlərin möhürünü açır və bu həqiqətlər gələcək böhrandan əvvəl müdrik bakirələrin alınları üzərinə möhürü həkk edir. Yəhuda qəbiləsinin Aslanı Matta kitabının on altıncı fəslinin şəhadətini tamamilə bilirdi və Onun Qeysəriyyə Filipiyə səfəri Danielin Panium haqqındakı şəhadəti ilə uyğunluq təşkil edirdi; O, həm Özünün, həm də şagirdinin Qeysəriyyə Filipidə altında dayandığı çarmıx kölgəsinin, Özünün son günlər xalqının tarixində gələcək bazar qanununun kölgəsini təmsil etdiyini bilirdi.</w:t>
      </w:r>
    </w:p>
    <w:p>
      <w:pPr>
        <w:pStyle w:val="ArticleScripture"/>
        <w:jc w:val="left"/>
      </w:pPr>
      <w:r>
        <w:rPr>
          <w:rFonts w:ascii="Times New Roman" w:hAnsi="Times New Roman" w:eastAsia="Times New Roman" w:cs="Times New Roman"/>
        </w:rPr>
        <w:t>O vaxtdan etibarən İsa öz şagirdlərinə göstərməyə başladı ki, O, Yerusəlimə getməli, ağsaqqallardan, baş kahinlərdən və ilahiyyatçılardan çox əzab çəkməli, öldürülməli və üçüncü gün dirildilməlidir. O zaman Peter Onu kənara çəkib danlamağa başladı və dedi: Ya Rəbb, bu Səndən uzaq olsun; bu heç vaxt Sənin başına gəlməyəcək. Lakin O dönüb Peterə dedi: Çəkil arxama, Şeytan; sən Mənə büdrəmə səbəbisən; çünki sən Allahın şeylərini deyil, insanların şeylərini düşünürsən. O zaman İsa öz şagirdlərinə dedi: Əgər kimsə Mənim ardımca gəlmək istəyirsə, özünü inkar etsin, öz xaçını götürsün və Mənim ardımca gəlsin. Çünki kim öz canını xilas etmək istəyirsə, onu itirəcək; kim isə Mənim uğruma öz canını itirərsə, onu tapacaq. Çünki insan bütün dünyanı qazansa, amma öz canını itirsə, ona nə fayda? Yaxud insan öz canının əvəzində nə verə bilər? Çünki Bəşər Oğlu Öz Mələkləri ilə Atasının izzətində gələcək; və o zaman hər kəsə əməllərinə görə əvəzini verəcək. Doğrusunu sizə deyirəm: burada duranlardan bəziləri var ki, Bəşər Oğlunun Öz Padşahlığında gəldiyini görməyincə ölümü dadmayacaqlar. Matta 16:21–28.</w:t>
      </w:r>
    </w:p>
    <w:p>
      <w:pPr>
        <w:pStyle w:val="ArticleBody"/>
        <w:jc w:val="left"/>
      </w:pPr>
      <w:r>
        <w:rPr>
          <w:rFonts w:ascii="Times New Roman" w:hAnsi="Times New Roman" w:eastAsia="Times New Roman" w:cs="Times New Roman"/>
        </w:rPr>
        <w:t>Birinci məsələ — və buna görə də ilk xatırlanma qaydasına əsasən ən mühüm məqam — İsanın şagirdlərinə çarmıxın əzabları barədə söylədiyi şey, Onun ardınca getməyi seçsələr, öz çarmıxlarını da götürməli olacaqları idi. Bacı Uayt aydın şəkildə bildirir ki, çarmıx həm də boyunduruqdur. Boyunduruq və çarmıx insanın şəxsi iradəsinin rəmzləridir və hər şey iradənin düzgün şəkildə işlədilməsindən asılıdır. Allahın məbədini ayaqda saxlayan qüvvə, boğazlanmış və bir “sütun” üzərində asılmış Quzudur. Boğazlanmış Quzu aşağı cismani təbiətin çarmıxa çəkilməsini təmsil edir və ölü cismin asıldığı “sütun” iradədir. Məsih Öz iradəsini həmişə Atasının iradəsinə tabe saxlamaqla necə qalib gəlmək lazım olduğuna dair Öz nümunəsini verdi və həmin işi başa çatdırdığı üçün Atası ilə birlikdə taxtda oturdu. Qələbə çalmağın rəmzi, sütunda asılmış boğazlanmış Quzudur. Bütün bu həqiqətlər Peter kimi təmsil olunanlarla birbaşa əlaqəlidir.</w:t>
      </w:r>
    </w:p>
    <w:p>
      <w:pPr>
        <w:pStyle w:val="ArticleBody"/>
        <w:jc w:val="left"/>
      </w:pPr>
      <w:r>
        <w:rPr>
          <w:rFonts w:ascii="Times New Roman" w:hAnsi="Times New Roman" w:eastAsia="Times New Roman" w:cs="Times New Roman"/>
        </w:rPr>
        <w:t>Filadelfiyaya, Exeter çadırı ilə təmsil olunan camaata, belə deyilir:</w:t>
      </w:r>
    </w:p>
    <w:p>
      <w:pPr>
        <w:pStyle w:val="ArticleScripture"/>
        <w:jc w:val="left"/>
      </w:pPr>
      <w:r>
        <w:rPr>
          <w:rFonts w:ascii="Times New Roman" w:hAnsi="Times New Roman" w:eastAsia="Times New Roman" w:cs="Times New Roman"/>
        </w:rPr>
        <w:t>Qalib gələn şəxsi Allahımın məbədində bir sütun edəcəyəm və o, artıq oradan heç vaxt çıxmayacaq; onun üzərinə Allahımın adını, Allahımın şəhərinin adını, yəni Allahımdan göydən enən yeni Yerusəlimin adını və Özümün yeni adımı yazacağam. Qulağı olan qoy eşitsin ki, Ruh cəmiyyətlərə nə deyir. Vəhy 3:12, 13.</w:t>
      </w:r>
    </w:p>
    <w:p>
      <w:pPr>
        <w:pStyle w:val="ArticleBody"/>
        <w:jc w:val="left"/>
      </w:pPr>
      <w:r>
        <w:rPr>
          <w:rFonts w:ascii="Times New Roman" w:hAnsi="Times New Roman" w:eastAsia="Times New Roman" w:cs="Times New Roman"/>
        </w:rPr>
        <w:t>Məsih necə qalib gəldisə, qalib gələn də Şimon Bar-Yonanı kimi yeni bir ad alacaq və Allahın məbədində bir sütun olacaq; necə ki, Məsih boğazlanmış Quzudur və Allahın məbədində bir sütun üzərində asılmışdır. Onlar Məsih necə qalib gəldisə, elə qalib gəldikdə, Məsihin etdiyi kimi, səmavi məkanlarda taxt üzərində də oturacaqlar.</w:t>
      </w:r>
    </w:p>
    <w:p>
      <w:pPr>
        <w:pStyle w:val="ArticleBody"/>
        <w:jc w:val="left"/>
      </w:pPr>
      <w:r>
        <w:rPr>
          <w:rFonts w:ascii="Times New Roman" w:hAnsi="Times New Roman" w:eastAsia="Times New Roman" w:cs="Times New Roman"/>
        </w:rPr>
        <w:t>Votertaun çadırı ilə təmsil olunan Laodikiyaya belə deyilir:</w:t>
      </w:r>
    </w:p>
    <w:p>
      <w:pPr>
        <w:pStyle w:val="ArticleScripture"/>
        <w:jc w:val="left"/>
      </w:pPr>
      <w:r>
        <w:rPr>
          <w:rFonts w:ascii="Times New Roman" w:hAnsi="Times New Roman" w:eastAsia="Times New Roman" w:cs="Times New Roman"/>
        </w:rPr>
        <w:t>Budur, Mən qapıda durub döyürəm; əgər kimsə səsimi eşidib qapını açsa, onun yanına girəcəyəm və onunla birlikdə şam edəcəyəm, o da Mənimlə. Qalib gələnə Mənim taxtımda Mənimlə birlikdə oturmağa icazə verəcəyəm; necə ki Mən də qalib gəldim və Atamın taxtında Onunla birlikdə oturdum. Qulağı olan, Ruhun cəmiyyətlərə nə dediyini eşitsin. Vəhy 3:20–22.</w:t>
      </w:r>
    </w:p>
    <w:p>
      <w:pPr>
        <w:pStyle w:val="ArticleBody"/>
        <w:jc w:val="left"/>
      </w:pPr>
      <w:r>
        <w:rPr>
          <w:rFonts w:ascii="Times New Roman" w:hAnsi="Times New Roman" w:eastAsia="Times New Roman" w:cs="Times New Roman"/>
        </w:rPr>
        <w:t>İsanın çarmıxın iztirablarını açıqlamağa başladığı zaman şagirdlərə bildirdiyi ilk həqiqət bu idi ki, insanlar məhz Onun qalib gəlmək üçün təqdim etdiyi nümunə üzrə qalib gəlməlidirlər. İnsanlar cismani təbiəti ehtirasları və şəhvətləri ilə birlikdə çarmıxa çəkməlidirlər. Bu edildikdə onlar səmavi məkanlarda oturdulacaqlar.</w:t>
      </w:r>
    </w:p>
    <w:p>
      <w:pPr>
        <w:pStyle w:val="ArticleScripture"/>
        <w:jc w:val="left"/>
      </w:pPr>
      <w:r>
        <w:rPr>
          <w:rFonts w:ascii="Times New Roman" w:hAnsi="Times New Roman" w:eastAsia="Times New Roman" w:cs="Times New Roman"/>
        </w:rPr>
        <w:t>Biz günahlar içində ölü olduğumuz halda belə, bizi Məsihlə birlikdə diriltdi, — lütflə xilas olunmusunuz, — və bizi Onunla birlikdə dirildib səmavi yerlərdə Məsih İsada birlikdə oturtdu. Efeslilərə 2:5, 6.</w:t>
      </w:r>
    </w:p>
    <w:p>
      <w:pPr>
        <w:pStyle w:val="ArticleBody"/>
        <w:jc w:val="left"/>
      </w:pPr>
      <w:r>
        <w:rPr>
          <w:rFonts w:ascii="Times New Roman" w:hAnsi="Times New Roman" w:eastAsia="Times New Roman" w:cs="Times New Roman"/>
        </w:rPr>
        <w:t>Çarmıxa çəkilmə həqiqətini şəxsi məsuliyyət baxımından təqdim etdikdən sonra, Yəhuda qəbiləsinin Aslanı axır günlərə aid olan başqa bir həqiqəti də əlavə etdi.</w:t>
      </w:r>
    </w:p>
    <w:p>
      <w:pPr>
        <w:pStyle w:val="ArticleScripture"/>
        <w:jc w:val="left"/>
      </w:pPr>
      <w:r>
        <w:rPr>
          <w:rFonts w:ascii="Times New Roman" w:hAnsi="Times New Roman" w:eastAsia="Times New Roman" w:cs="Times New Roman"/>
        </w:rPr>
        <w:t>Çünki insan bütün dünyanı qazanıb öz canını itirsə, ona nə xeyri var? Yaxud insan öz canının əvəzinə nə verə bilər? Çünki Bəşər Oğlu Öz Mələkləri ilə Atasının izzəti içində gələcək; və o zaman hər kəsə öz əməllərinə görə əvəzini verəcək. Doğrusunu sizə deyirəm, burada duranlardan bəziləri var ki, Bəşər Oğlunun Öz Padşahlığında gəldiyini görməyincə ölümü dadmayacaqlar. Matta 16:26–28.</w:t>
      </w:r>
    </w:p>
    <w:p>
      <w:pPr>
        <w:pStyle w:val="ArticleBody"/>
        <w:jc w:val="left"/>
      </w:pPr>
      <w:r>
        <w:rPr>
          <w:rFonts w:ascii="Times New Roman" w:hAnsi="Times New Roman" w:eastAsia="Times New Roman" w:cs="Times New Roman"/>
        </w:rPr>
        <w:t>Yəhuda qəbiləsinin Aslanı tərəfindən yüz qırx dörd minin möhürlənməsinin yekun dövründə Gecəyarısı Harayı barədə xəbər açıldıqda, ölməyəcək bəziləri olacaqdı. O zaman O, ölümün dadını almayan son gün xalqı olan məhz yüz qırx dörd minə xüsusi olaraq müraciət etdi. Buna görə də, Qeysəriyyə Filippiyə etdiyi səfərdən altı gün sonra Yəhuda qəbiləsinin Aslanı şagirdlərini yaxınlaşan çarmıx böhranı üçün möhkəmləndirməli olan bir həqiqəti açdı, lakin bu həqiqət daha da mühüm şəkildə tezliklə gələcək bazar qanunundan bəhs edirdi.</w:t>
      </w:r>
    </w:p>
    <w:p>
      <w:pPr>
        <w:pStyle w:val="ArticleScripture"/>
        <w:jc w:val="left"/>
      </w:pPr>
      <w:r>
        <w:rPr>
          <w:rFonts w:ascii="Times New Roman" w:hAnsi="Times New Roman" w:eastAsia="Times New Roman" w:cs="Times New Roman"/>
        </w:rPr>
        <w:t>Altı gün sonra İsa Peteri, Yaqubu və onun qardaşı Yəhyanı götürüb onları ayrıca uca bir dağa çıxardı. Və onların önündə surəti dəyişdi: üzü günəş kimi parladı, paltarı isə işıq kimi ağ oldu. Və budur, Musa ilə İlyas Ona görünüb Onunla danışırdılar. Peter cavab verib İsaya dedi: Ya Rəbb, burada olmağımız yaxşıdır; əgər istəyirsənsə, burada üç çardaq quraq: biri Sənin üçün, biri Musa üçün, biri də İlyas üçün. O hələ danışarkən, budur, parlaq bir bulud onları kölgəsi altına aldı; və budur, buludun içindən bir səs gəldi ki, dedi: Bu Mənim sevimli Oğlumdur, Ondan razıyam; Ona qulaq asın. Şagirdlər bunu eşidəndə üzüstə yerə düşdülər və çox qorxdular. İsa yaxınlaşıb onlara toxundu və dedi: Qalxın, qorxmayın. Gözlərini qaldıranda isə İsadan başqa heç kəsi görmədilər. Dağdan enərkən İsa onlara əmr edib dedi: Bəşər Oğlu ölülər arasından dirilənədək bu görüntünü heç kəsə deməyin. Şagirdləri Ondan soruşub dedilər: Elə isə ilahiyyatçılar nə üçün deyirlər ki, əvvəlcə İlyas gəlməlidir? İsa cavab verib onlara dedi: İlyas doğrudan da əvvəlcə gələcək və hər şeyi bərpa edəcək. Lakin sizə deyirəm ki, İlyas artıq gəlib, amma onu tanımadılar; ona istədikləri hər şeyi etdilər. Bəşər Oğlu da eynilə onların əlindən əzab çəkəcək. O zaman şagirdlər başa düşdülər ki, O, onlara Vəftizçi Yəhya haqqında danışırdı. Matthew 17:1–13.</w:t>
      </w:r>
    </w:p>
    <w:p>
      <w:pPr>
        <w:pStyle w:val="ArticleBody"/>
        <w:jc w:val="left"/>
      </w:pPr>
      <w:r>
        <w:rPr>
          <w:rFonts w:ascii="Times New Roman" w:hAnsi="Times New Roman" w:eastAsia="Times New Roman" w:cs="Times New Roman"/>
        </w:rPr>
        <w:t>Həmin keçiddə Yəhuda qəbiləsinin Şiri, “vaxt yaxındır” deyə, sınaq müddəti bağlanmazdan bir qədər əvvəl yüz qırx dörd mini möhürləyən həqiqətlərin möhürünü açır. O, əvvəlcə çarmıxın iztirabını müəyyən etdi və bu təcrübəni, cismani təbiəti çarmıxa çəkməkdə öz iradəsini tətbiq etməkdən imtina edəcək bir siniflə Məsihin nümunəsini izləyəcək bir sinif arasındakı müəyyənedici fərq kimi təqdim etdi. Sonra onlara göstərdi ki, onlar yer tarixinin son nəslini təmsil edirdilər; elə bir vaxtı ki, 11 sentyabr 2001-ci ildə baş vermiş möhürlərin açılmasından başlayaraq Onun qayıdışınadək yaşayan insanlar olacaqdı.</w:t>
      </w:r>
    </w:p>
    <w:p>
      <w:pPr>
        <w:pStyle w:val="ArticleBody"/>
        <w:jc w:val="left"/>
      </w:pPr>
      <w:r>
        <w:rPr>
          <w:rFonts w:ascii="Times New Roman" w:hAnsi="Times New Roman" w:eastAsia="Times New Roman" w:cs="Times New Roman"/>
        </w:rPr>
        <w:t>Sonra O, Özünün izzətləndirilmiş varlığının bir görüntüsünü təqdim etdi və Onunla birlikdə Musa ilə İlyas da var idi. Möhürlənmə haqqında açıqlanmış xəbər, Musa ilə İlyasla əlaqəli olan İsa Məsihin Vəhyidir və həmin xəbər 2023-cü ilin iyulunda açıqlanmağa başladı; o zaman Vəhy kitabının on birinci fəslindəki iki şahid, yəni Musa ilə İlyas, yüz qırx dörd minin möhürlənməsini təmsil edən rəmzlər kimi, sətir üzərinə sətir olmaqla, təsbit edildi. Üç şagird bu görüntünü görüb Allahın səsini eşitdikdə, “üzləri üstə yerə düşdülər və çox qorxdular. İsa yaxınlaşıb onlara toxundu və dedi: Qalxın, qorxmayın.”</w:t>
      </w:r>
    </w:p>
    <w:p>
      <w:pPr>
        <w:pStyle w:val="ArticleBody"/>
        <w:jc w:val="left"/>
      </w:pPr>
      <w:r>
        <w:rPr>
          <w:rFonts w:ascii="Times New Roman" w:hAnsi="Times New Roman" w:eastAsia="Times New Roman" w:cs="Times New Roman"/>
        </w:rPr>
        <w:t>Üç şagirdin gördüyü bu görüntü, son günlərdə Məsihin izzətinin bir görüntüsünü təmsil edir və buna görə də Danielin onuncu fəsildə gördüyü görüntü ilə eynidir.</w:t>
      </w:r>
    </w:p>
    <w:p>
      <w:pPr>
        <w:pStyle w:val="ArticleScripture"/>
        <w:jc w:val="left"/>
      </w:pPr>
      <w:r>
        <w:rPr>
          <w:rFonts w:ascii="Times New Roman" w:hAnsi="Times New Roman" w:eastAsia="Times New Roman" w:cs="Times New Roman"/>
        </w:rPr>
        <w:t>Və mən, Daniel, görüntünü tək gördüm; çünki mənimlə birlikdə olan adamlar görüntünü görmədilər; lakin onların üzərinə böyük bir titrəyiş düşdü, belə ki, gizlənmək üçün qaçdılar. Buna görə də mən tək qaldım və bu böyük görüntünü gördüm, içimdə heç bir qüvvə qalmadı; çünki gözəlliyim içimdə pozğunluğa döndü və məndə heç bir qüvvə qalmadı. Bununla belə, onun sözlərinin səsini eşitdim; və onun sözlərinin səsini eşidəndə üzüm üstə dərin yuxuya getdim, üzüm də yerə tərəf idi. Və budur, bir əl mənə toxundu və məni dizlərim və əllərimin ovucları üstə qaldırdı. O mənə dedi: Ey çox sevilən adam Daniel, sənə söylədiyim sözləri anla və ayaq üstə dur; çünki indi sənin yanına göndərilmişəm. O bu sözü mənə söylədikdə, mən titrəyə-titrəyə ayağa qalxdım. Sonra o mənə dedi: Qorxma, Daniel; çünki anlamaq və özünü Allahının önündə alçaltmaq üçün qəlbini qoyduğun ilk gündən sözlərin eşidildi və mən sənin sözlərinə görə gəlmişəm. Daniel 10:7–12.</w:t>
      </w:r>
    </w:p>
    <w:p>
      <w:pPr>
        <w:pStyle w:val="ArticleBody"/>
        <w:jc w:val="left"/>
      </w:pPr>
      <w:r>
        <w:rPr>
          <w:rFonts w:ascii="Times New Roman" w:hAnsi="Times New Roman" w:eastAsia="Times New Roman" w:cs="Times New Roman"/>
        </w:rPr>
        <w:t>Matta on yeddinci fəsildəki dəyişilmə surəti vəhyi, Yezekelin quru sümüklərinin dirildiyi zaman baş verən, Daniel onuncu fəsildəki güzgü vəhyidir. Bu vəhy və onunla əlaqədar olan xəbər iki sinif ibadət edəni zahir edir: biri Exeter çadırında, digəri isə Yeremyanın istehzaçıları cəmiyyəti və Yəhyanın Şeytan sinaqoqu olan Watertown çadırındadır. Danielin şəhadətində vəhyin təsirləri necə idisə, eləcə də “şagirdlər bunu eşidəndə üzüstə yerə qapandılar və çox qorxdular. İsa yaxınlaşıb onlara toxundu və dedi: Qalxın və qorxmayın.” Hər iki halda vəhy həm eşidilən, həm də görünən idi və hər iki nümunədə qorxu doğurdu. Hər iki şəhadətdə möhkəmləndirmək üçün bir “toxunuş” tələb olunurdu.</w:t>
      </w:r>
    </w:p>
    <w:p>
      <w:pPr>
        <w:pStyle w:val="ArticleBody"/>
        <w:jc w:val="left"/>
      </w:pPr>
      <w:r>
        <w:rPr>
          <w:rFonts w:ascii="Times New Roman" w:hAnsi="Times New Roman" w:eastAsia="Times New Roman" w:cs="Times New Roman"/>
        </w:rPr>
        <w:t>Başqalaşma görüntüsü, digər şeylərlə yanaşı, Allahın Kəlamının heç vaxt boşa çıxmadığının dəlili idi; çünki Matta kitabının on altıncı fəslinin son ayəsində İsa belə demişdi: “Burada duranlardan bəziləri var ki, Bəşər Oğlunun Öz Padşahlığında gəldiyini görməyincə ölümü dadmayacaqlar.” Başqalaşma “Bəşər Oğlunun” Öz Padşahlığında gəlişinin bir təsviri idi.</w:t>
      </w:r>
    </w:p>
    <w:p>
      <w:pPr>
        <w:pStyle w:val="ArticleScripture"/>
        <w:jc w:val="left"/>
      </w:pPr>
      <w:r>
        <w:rPr>
          <w:rFonts w:ascii="Times New Roman" w:hAnsi="Times New Roman" w:eastAsia="Times New Roman" w:cs="Times New Roman"/>
        </w:rPr>
        <w:t>“Dəyişilmə dağında Musa Məsihin günah və ölüm üzərindəki qələbəsinin şahidi idi. O, salehlərin dirilməsində qəbirdən çıxacaq olanları təmsil edirdi. Ölümü görmədən göyə aparılmış İlyas isə Məsihin ikinci gəlişi zamanı yer üzündə diri olacaq və ‘bir anda, bir göz qırpımında, son şeypur çalınanda’ ‘dəyişdiriləcək’ olanları təmsil edirdi; o zaman ‘bu fani bədən ölməzliyi geyinməli’, ‘bu çürüyən isə çürüməzliyi geyinməlidir’. 1 Korinflilərə 15:51–53. İsa, ‘ikinci dəfə günah üçün deyil, xilasa görə’ gəldiyi zaman necə görünəcəksə, göyün nuru ilə elə geyinmişdi. Çünki O, ‘Atasının izzəti içində müqəddəs mələklərlə birlikdə’ gələcəkdir. İbranilərə 9:28; Mark 8:38. Xilaskarın şagirdlərə verdiyi vəd indi yerinə yetmişdi. Dağda gələcək izzət Padşahlığı kiçik miqyasda təmsil olunmuşdu,—Padşah olan Məsih, dirilmiş müqəddəslərin nümayəndəsi Musa və dəyişdirilərək aparılmışların nümayəndəsi İlyas.” Əsrlərin Arzusu, 421.</w:t>
      </w:r>
    </w:p>
    <w:p>
      <w:pPr>
        <w:pStyle w:val="ArticleBody"/>
        <w:jc w:val="left"/>
      </w:pPr>
      <w:r>
        <w:rPr>
          <w:rFonts w:ascii="Times New Roman" w:hAnsi="Times New Roman" w:eastAsia="Times New Roman" w:cs="Times New Roman"/>
        </w:rPr>
        <w:t>Möhürləmə həqiqəti buna dair bir müəyyənləşdirməni özündə ehtiva edir ki, yüz qırx dörd min Vəhy kitabının yeddinci fəslində təmsil olunanlardır; onlar ölmürlər və İlyas vasitəsilə təmsil olunurlar; Vəhy kitabının yeddinci fəslindəki böyük izdiham isə Musa vasitəsilə təmsil olunanlardır, onlar isə ölürlər. Bir qrup Vəhy kitabının on səkkizinci fəslinin birinci səsində çağırılır, digər qrup isə Vəhy kitabının on səkkizinci fəslinin ikinci səsində çağırılır.</w:t>
      </w:r>
    </w:p>
    <w:p>
      <w:pPr>
        <w:pStyle w:val="ArticleBody"/>
        <w:jc w:val="left"/>
      </w:pPr>
      <w:r>
        <w:rPr>
          <w:rFonts w:ascii="Times New Roman" w:hAnsi="Times New Roman" w:eastAsia="Times New Roman" w:cs="Times New Roman"/>
        </w:rPr>
        <w:t>Toxunuşdan sonra İsa şagirdlərə daha bir göstəriş verib dedi: “Bəşər Oğlu ölülər arasından dirilənədək, bu görüntünü heç kəsə söyləməyin.” Dəyişilmə görüntüsü, yəni güzgünün görüntüsü, Yeşayanın altıncı fəsildəki görüntüsü, Paulun üçüncü göydə olarkən gördüyü görüntü və Hizqiyalın çarxlar içində çarxlar görüntüsü, Məsihin dirilməsindən sonraya qədər Yəhuda qəbiləsinin Aslanı tərəfindən möhürlənmişdi.</w:t>
      </w:r>
    </w:p>
    <w:p>
      <w:pPr>
        <w:pStyle w:val="ArticleBody"/>
        <w:jc w:val="left"/>
      </w:pPr>
      <w:r>
        <w:rPr>
          <w:rFonts w:ascii="Times New Roman" w:hAnsi="Times New Roman" w:eastAsia="Times New Roman" w:cs="Times New Roman"/>
        </w:rPr>
        <w:t>Məsihin dirilməsi, məhz həmin görüntüdə Məsihlə birlikdə olan iki şahidin dirilməsini təmsil edir və onlar 2023-cü ilin iyul ayında dirildilməli idilər. Həmin məqamda möhürlənmə xəbəri Vəhy on birinci fəslindəki iki şahidə və sadiqlərin iki qrupuna açılacaqdı və bu, dünyanın sonunda Məsihin izzətinin güzgü görüntüsü kontekstində yerləşdiriləcəkdi.</w:t>
      </w:r>
    </w:p>
    <w:p>
      <w:pPr>
        <w:pStyle w:val="ArticleBody"/>
        <w:jc w:val="left"/>
      </w:pPr>
      <w:r>
        <w:rPr>
          <w:rFonts w:ascii="Times New Roman" w:hAnsi="Times New Roman" w:eastAsia="Times New Roman" w:cs="Times New Roman"/>
        </w:rPr>
        <w:t>Möhürlənmə xəbəri həmçinin Vəhy kitabının birinci fəslinin ilk üç ayəsinin konteksti daxilində yerləşdiriləcək; burada ilahiliyin bəşəriyyətlə birləşməsini təmsil edən ünsiyyət zənciri, yüz qırx dörd minin sırasında olmağa namizəd olanlara möhürlənmə xəbərinin necə addım-addım təqdim olunduğu prosesdə ortaya qoyulur.</w:t>
      </w:r>
    </w:p>
    <w:p>
      <w:pPr>
        <w:pStyle w:val="ArticleBody"/>
        <w:jc w:val="left"/>
      </w:pPr>
      <w:r>
        <w:rPr>
          <w:rFonts w:ascii="Times New Roman" w:hAnsi="Times New Roman" w:eastAsia="Times New Roman" w:cs="Times New Roman"/>
        </w:rPr>
        <w:t>Mərhələli proses Atadan Oğula, mələk Cəbrayıla, Yəhyaya və kilsələrə doğru idi. İlahi Atadan, ilahi və bəşəri Oğula, günaha düçar olmamış bir məxluqa (Cəbrayıl), günaha düçar olmuş bir məxluqa (Yəhya), Asiyada olan kilsələrə (dünyaya) doğru. Bu beş mərhələ İsa Məsihin Vəhyinin ilk xatırlanışında açıq şəkildə müəyyən edilir və hər hansı bir mərhələni inkar etmək onların hamısını inkar etmək deməkdir.</w:t>
      </w:r>
    </w:p>
    <w:p>
      <w:pPr>
        <w:pStyle w:val="ArticleBody"/>
        <w:jc w:val="left"/>
      </w:pPr>
      <w:r>
        <w:rPr>
          <w:rFonts w:ascii="Times New Roman" w:hAnsi="Times New Roman" w:eastAsia="Times New Roman" w:cs="Times New Roman"/>
        </w:rPr>
        <w:t>Şagirdlər bu vəhyə uyğun olaraq sonra İsadan soruşdular: «Bəs onda ilahiyyatçılar nə üçün deyirlər ki, əvvəlcə İlyas gəlməlidir?» İsa onlara cavab verib dedi: «Doğrudan da, İlyas əvvəlcə gələcək və hər şeyi bərpa edəcəkdir. Lakin sizə deyirəm ki, İlyas artıq gəlib, amma onlar onu tanımadılar, əksinə, istədikləri hər şeyi ona etdilər. Eynilə Bəşər Oğlu da onlardan əzab çəkəcəkdir.» O zaman şagirdlər anladılar ki, O, onlara Vəftizçi Yəhya haqqında danışırmış.</w:t>
      </w:r>
    </w:p>
    <w:p>
      <w:pPr>
        <w:pStyle w:val="ArticleBody"/>
        <w:jc w:val="left"/>
      </w:pPr>
      <w:r>
        <w:rPr>
          <w:rFonts w:ascii="Times New Roman" w:hAnsi="Times New Roman" w:eastAsia="Times New Roman" w:cs="Times New Roman"/>
        </w:rPr>
        <w:t>Vəftizçi Yəhyanın və Vəhyçi Yəhyanın peyğəmbərlik rolu möhürlənmə xəbərinin bir ünsürüdür; Watertown çadırında Samuel Snow-un xəbərinə məhəl qoymamağı seçənlər isə, Rəbbin seçməyi seçdiyi adamları Özünün seçdiyini qəbul etməyə istəksiz olanları təmsil edirlər. 1989-cu ildə seçilmiş olan səs, öz xəbərini 1776-cı ildən iki yüz iyirmi il sonra, 1996-cı ildə ilk dəfə nəşr edən, 11 sentyabr 2001-ci ildə üçüncü vayın gəlib çatdığını müəyyən edən gözətçi olan, 18 iyul 2020-ci ilin günahlı xəbərini təqdim edən şəxs, möhürlənmə xəbərinin bir hissəsidir və onun rolu Vəftizçi Yəhya tərəfindən təmsil olunur.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“Mən bir cəmiyyət gördüm ki, yaxşı mühafizə olunmuş və möhkəm dayanmışdı; onlar bədənin təsis olunmuş imanını sarsıtmaq istəyənlərə heç bir rəvac vermirdilər. Allah onlara razılıqla baxdı. Mənə üç addım göstərildi — birinci, ikinci və üçüncü mələklərin xəbərləri. Məni müşayiət edən mələk dedi: “Vay o kəsin halına ki, bu xəbərlərin bir daşını yerindən oynatsın və ya bir sancaqını tərpətsin. Bu xəbərlərin həqiqi dərk edilməsi həyati əhəmiyyət daşıyır. Canların taleyi onların necə qəbul edilməsindən asılıdır.” Mən yenə bu xəbərlər vasitəsilə aşağı gətirildim və Allahın xalqının öz təcrübəsini necə baha qiymətə əldə etdiyini gördüm. Bu təcrübə çoxlu əzab və ağır mübarizə bahasına qazanılmışdı. Allah onları addım-addım irəli aparmışdı, nəhayət onları möhkəm, tərpənməz bir platforma üzərinə qoymuşdu. Mən şəxslərin platformaya yaxınlaşıb bünövrəni yoxladıqlarını gördüm. Bəziləri sevinclə dərhal onun üzərinə çıxdılar. Başqaları isə bünövrədə nöqsan axtarmağa başladılar. Onlar dəyişikliklər edilməsini istəyirdilər; onda platforma daha kamil olar, xalq da xeyli daha xoşbəxt olardı. Bəziləri onu yoxlamaq üçün platformadan endilər və onun yanlış salındığını bəyan etdilər. Lakin mən gördüm ki, demək olar hamı platforma üzərində möhkəm dayanır və oradan enmiş olanları şikayətlərinə son qoymağa çağırırdı; çünki Usta Qurucu Allah idi və onlar Ona qarşı vuruşurdular. Onlar özlərini möhkəm platformaya gətirib çıxarmış Allahın ecazkar işini nəql edir, birlik içində gözlərini göyə qaldırır və uca səslə Allahı izzətləndirirdilər. Bu, şikayət etmiş və platformanı tərk etmiş olanlardan bəzilərinə təsir etdi və onlar təvazökar baxışla yenidən onun üzərinə çıxdılar.</w:t>
      </w:r>
    </w:p>
    <w:p>
      <w:pPr>
        <w:pStyle w:val="ArticleScripture"/>
        <w:jc w:val="left"/>
      </w:pPr>
      <w:r>
        <w:rPr>
          <w:rFonts w:ascii="Times New Roman" w:hAnsi="Times New Roman" w:eastAsia="Times New Roman" w:cs="Times New Roman"/>
        </w:rPr>
        <w:t>“Mənə Məsihin birinci gəlişinin elanına yenidən diqqət yetirmək göstərildi. Yəhya İlyasın ruhu və qüdrəti ilə İsanın yolunu hazırlamaq üçün göndərilmişdi. Yəhyanın şahidliyini rədd edənlər İsanın təlimlərindən fayda görmədilər. Onun gəlişini qabaqcadan xəbər verən xəbərə qarşı çıxmaları onları elə bir vəziyyətə qoydu ki, Onun Məsih olduğuna dair ən güclü dəlilləri belə asanlıqla qəbul edə bilmədilər. Şeytan Yəhyanın xəbərini rədd edənləri daha da irəli apararaq Məsihi rədd etməyə və çarmıxa çəkməyə sövq etdi. Bunu etməklə onlar özlərini elə bir vəziyyətə saldılar ki, Pentikost günündəki, onlara səmavi məbədə gedən yolu öyrədəcək olan bərəkəti qəbul edə bilmədilər. Məbədin pərdəsinin cırılması göstərdi ki, yəhudi qurbanları və ayinləri artıq qəbul olunmayacaqdı. Böyük Qurban təqdim olunmuş və qəbul edilmişdi; Pentikost günündə nazil olan Müqəddəs Ruh şagirdlərin düşüncələrini yer üzündəki məbəddən İsanın Öz qanı ilə daxil olduğu səmavi məbədə yönəltdi ki, Öz kəffarəsinin faydalarını şagirdlərinin üzərinə töksün. Lakin yəhudilər tam qaranlıq içində qaldılar. Onlar xilas planı barədə malik ola biləcəkləri bütün işığı itirdilər və hələ də faydasız qurbanlarına və təqdimlərinə güvənirdilər. Səmavi məbəd yer üzündəkinin yerini almışdı, lakin onlar bu dəyişiklikdən xəbərsiz idilər. Buna görə də müqəddəs yerdə Məsihin vasitəçiliyindən faydalana bilməzdilər.</w:t>
      </w:r>
    </w:p>
    <w:p>
      <w:pPr>
        <w:pStyle w:val="ArticleScripture"/>
        <w:jc w:val="left"/>
      </w:pPr>
      <w:r>
        <w:rPr>
          <w:rFonts w:ascii="Times New Roman" w:hAnsi="Times New Roman" w:eastAsia="Times New Roman" w:cs="Times New Roman"/>
        </w:rPr>
        <w:t>“Bir çoxları Məsihin rədd edilməsi və çarmıxa çəkilməsi məsələsində yəhudilərin tutduğu yola dəhşətlə baxırlar; və Onun rüsvayedici şəkildə təhqir olunmasının tarixçəsini oxuduqları zaman elə düşünürlər ki, Onu sevirlər və nə Peter kimi Onu inkar edərdilər, nə də yəhudilər kimi Onu çarmıxa çəkərdilər. Lakin bütün insanların ürəklərini oxuyan Allah, onların İsaya qarşı duyduqlarını iddia etdikləri bu məhəbbəti sınaqdan keçirmişdir. Birinci mələyin xəbərinin necə qarşılanmasını bütün səma ən dərin maraqla izləyirdi. Amma İsanı sevdiyini iddia edən və çarmıxın hekayəsini oxuyarkən göz yaşı tökən bir çoxları Onun gəlişinin müjdəsinə istehza etdilər. Onlar xəbəri sevinclə qəbul etmək əvəzinə, onu bir aldanış elan etdilər. Onun zühurunu sevənlərə nifrət etdilər və onları kilsələrdən xaric etdilər. Birinci xəbəri rədd edənlər ikinci xəbərdən faydalana bilməzdilər; nə də onlar gecəyarısı nidəsindən fayda gördülər; halbuki bu nida onları iman vasitəsilə İsa ilə birlikdə səmavi məbədin Ən Müqəddəs Yerinə daxil olmağa hazırlamalı idi. Və əvvəlki iki xəbəri rədd etməklə onlar öz anlayışlarını elə qaraltmışlar ki, Ən Müqəddəs Yerə gedən yolu göstərən üçüncü mələyin xəbərində heç bir işıq görə bilmirlər. Mən gördüm ki, yəhudilər İsanı necə çarmıxa çəkdilərsə, rəsmi kilsələr də bu xəbərləri elə çarmıxa çəkmişlər və buna görə də onların Ən Müqəddəs Yerə gedən yol barədə heç bir bilikləri yoxdur və onlar orada İsanın vəsatətindən faydalana bilmirlər. Faydasız qurbanlarını təqdim edən yəhudilər kimi, onlar da faydasız dualarını İsanın tərk etdiyi bölməyə yüksəldirlər; və Şeytan, bu aldanışdan məmnun olaraq, dini bir simaya bürünür və öz gücü, əlamətləri və yalançı möcüzələri ilə işləyərək, bu adla xristian olanların düşüncələrini özünə tərəf yönəldir ki, onları öz tələsində möhkəmcə saxlasın. Bəzilərini bir cür, bəzilərini isə başqa cür aldadır. Müxtəlif düşüncələrə təsir etmək üçün onun müxtəlif aldanışları hazırdır. Bəziləri bir aldanışa dəhşətlə baxırlar, halbuki başqasını asanlıqla qəbul edirlər. Şeytan bəzilərini Spiritizm vasitəsilə aldadır. O, həmçinin işıq mələyi kimi gəlir və yalançı islahatlar vasitəsilə öz təsirini ölkə üzərinə yayır. Kilsələr fərəhlənir və elə hesab edirlər ki, Allah onlar üçün ecazkar şəkildə işləyir, halbuki bu, başqa bir ruhun əməlidir. Coşqu sönəcək və dünyanı da, kilsəni də əvvəlkindən daha pis bir vəziyyətdə qoyacaqdır.”</w:t>
      </w:r>
    </w:p>
    <w:p>
      <w:pPr>
        <w:pStyle w:val="ArticleScripture"/>
        <w:jc w:val="left"/>
      </w:pPr>
      <w:r>
        <w:rPr>
          <w:rFonts w:ascii="Times New Roman" w:hAnsi="Times New Roman" w:eastAsia="Times New Roman" w:cs="Times New Roman"/>
        </w:rPr>
        <w:t>“Mən gördüm ki, Allahın adı olub özü olmayan Adventistlər arasında və süqut etmiş kilsələrdə səmimi övladları vardır; və bəlalar tökülməzdən əvvəl həm xidmətçilər, həm də xalq bu kilsələrdən çağırılıb çıxarılacaq və həqiqəti sevinclə qəbul edəcəklər. Şeytan bunu bilir; və üçüncü mələyin yüksək fəryadı verilməzdən əvvəl o, bu dini çevrələrdə bir həyəcan qaldırır ki, həqiqəti rədd etmiş olanlar Allahın onlarla birlikdə olduğunu düşünsünlər. O ümid edir ki, səmimi olanları aldadacaq və onları belə düşünməyə sövq edəcək ki, Allah hələ də kilsələr üçün işləyir. Lakin nur parlayacaq və səmimi olanların hamısı süqut etmiş kilsələri tərk edərək qalıqla birlikdə mövqe tutacaqlar.”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Səksən Yeddinci</dc:title>
  <dc:subject>Şirin Vəhyi: Paniumdan Son Möhürlənməyə qədər</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