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beşinci</w:t>
      </w:r>
    </w:p>
    <w:p>
      <w:pPr>
        <w:pStyle w:val="ArticleSubtitle"/>
        <w:jc w:val="left"/>
      </w:pPr>
      <w:r>
        <w:rPr>
          <w:rFonts w:ascii="Arial" w:hAnsi="Arial" w:eastAsia="Arial" w:cs="Arial"/>
        </w:rPr>
        <w:t>Bazar Qanununa Aparan Yol: Daniel 11-də Trampın Rolu və Peyğəmbərlik Açılımı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Qırxıncı ayənin gizli tarixi 1989-cu ildə, axır zamanın başlanğıcından etibarən 2020-ci ilədək uzanan altı prezident xəttini ehtiva edir; 2020-ci ildə yeddinci prezident Bayden prezidentliyi oğurladı. 2020-ci il gizli bir tarixin başlanğıcını qeyd edir; həmin andan etibarən “Böyük İskəndər”ə qədər, bu da Müqəddəs Kitab peyğəmbərliyinin yeddinci padşahlığının tezliklə gələcək Bazar qanunu zamanı qurulmasını təmsil edir. O on padşah dərhal razılaşırlar ki, yeddinci padşahlıqlarını yeddidən olan səkkizinci padşahlığa—papalıq hakimiyyətinə—versinlər. Həmin gizli tarix yeddinci prezidentlə başlayır və yeddinci padşahlıqla başa çatır.</w:t>
      </w:r>
    </w:p>
    <w:p>
      <w:pPr>
        <w:pStyle w:val="ArticleBody"/>
        <w:jc w:val="left"/>
      </w:pPr>
      <w:r>
        <w:rPr>
          <w:rFonts w:ascii="Times New Roman" w:hAnsi="Times New Roman" w:eastAsia="Times New Roman" w:cs="Times New Roman"/>
        </w:rPr>
        <w:t>Tarix, Yunanıstanı ayağa qaldıran zəngin padşahı təmsil edən Kserks ilə Böyük İsgəndər arasında səkkiz fars padşahının olduğunu müəyyən etdikdə, görürük ki, ikinci ayənin sonu ilə üçüncü ayə arasındakı gizli tarix vəhşinin surətinin sınaq vaxtını səkkiz rəqəmi ilə təmsil edir. Amerika Birləşmiş Ştatlarında vəhşinin surəti bazar günü qanunu icra olunduqda tam şəkildə qurulmuş olur və həmin anda yeddinci, sonra isə səkkizinci padşahlıqlar gəlir. Səkkiz fars padşahı Böyük İsgəndərlə sona çatır; beləliklə, səkkiz rəqəmi bazar günü qanunu ilə yekunlaşan vəhşinin surətinin sınaq vaxtını işarələyir.</w:t>
      </w:r>
    </w:p>
    <w:p>
      <w:pPr>
        <w:pStyle w:val="ArticleBody"/>
        <w:jc w:val="left"/>
      </w:pPr>
      <w:r>
        <w:rPr>
          <w:rFonts w:ascii="Times New Roman" w:hAnsi="Times New Roman" w:eastAsia="Times New Roman" w:cs="Times New Roman"/>
        </w:rPr>
        <w:t>Onuncu ayədən on beşinci ayəyədək olan ayələr bizə xəbər verir ki, vəhşin surəti sınaq vaxtı Makkabilərin tarixi ilə təmsil olunan üç nişangahdan üçüncüsü idi və bu üçüncü nişangah e.ə. 161-ci ildən başlayıb e.ə. 158-ci ildə başa çatan bir zaman dövrü idi. Bu dövr e.ə. 167-ci ilin birinci nişangahından sonra gəlirdi; həmin il “etiraz etmək” mənasını verən adı daşıyan Modein adlı şəhərdə Makkabi üsyanının başlanmasını müəyyən edirdi. E.ə. 164-cü il Modeindəki həmin etirazdan sonra gəldi və ikinci məbədin ikinci ithafını müəyyən etdi. E.ə. 164-cü il, 1989-cu ildə Reyqandan bəri səkkizinci prezident olan və yeddinin içindən olan Donald Trampın ikinci andiçməsini müəyyən edir. Onun 20 yanvar 2025-ci il tarixli andiçməsi e.ə. 164-cü il ilə təmsil olunurdu və bu, yeddinin içindən olan səkkizliyə dair iki istinadı ehtiva edən şeytani möcüzəni ortaya çıxaran yenidən ithaf mərasimi idi.</w:t>
      </w:r>
    </w:p>
    <w:p>
      <w:pPr>
        <w:pStyle w:val="ArticleBody"/>
        <w:jc w:val="left"/>
      </w:pPr>
      <w:r>
        <w:rPr>
          <w:rFonts w:ascii="Times New Roman" w:hAnsi="Times New Roman" w:eastAsia="Times New Roman" w:cs="Times New Roman"/>
        </w:rPr>
        <w:t>Buna görə də, səkkiz fars padşahı e.ə. 161-ci ildən e.ə. 158-ci ilə qədər yəhudilərin Roma ilə ittifaqının tarixini təmsil edir və bununla da 2025-ci ildə Trampın andiçməsindən sonra gələn vəhşi heyvanın surəti sınaq vaxtına ikinci şahidlik verir. İkinci ayə 2020-ci ildə oğurlanmış seçkiyə keçir və səkkiz fars padşahının tarixi şahidliyi tətbiq olunana qədər orada başa çatır; onların tətbiqi isə Trampın ikinci andiçməsindən sonra tapılır. Səkkiz fars padşahı ikinci və üçüncü ayələr arasındakı tarix üzərinə yerləşdirildikdən sonra belə, Baydenin andiçməsindən Trampın ikinci andiçməsinə qədər hələ də gizli bir dövr qalır.</w:t>
      </w:r>
    </w:p>
    <w:p>
      <w:pPr>
        <w:pStyle w:val="ArticleBody"/>
        <w:jc w:val="left"/>
      </w:pPr>
      <w:r>
        <w:rPr>
          <w:rFonts w:ascii="Times New Roman" w:hAnsi="Times New Roman" w:eastAsia="Times New Roman" w:cs="Times New Roman"/>
        </w:rPr>
        <w:t>Həmin gizli tarix Vəhy kitabının on birinci fəslində müəyyən edilir; orada ateizm vəhşi 2020-ci ildə iki şahidi öldürür. Sonra, üç yarım simvolik gündən sonra, Mikayıl iki şahidi diriltmək üçün enir. “Dirildilmiş” Tramp 15 noyabr 2022-ci ildə prezidentliyə üçüncü kampaniyasına başladı və “səhrada səslənən səs”in dirildilmiş forması 2023-cü ilin iyul ayının sonunda yüz qırx dörd mini çağırmağa başladı.</w:t>
      </w:r>
    </w:p>
    <w:p>
      <w:pPr>
        <w:pStyle w:val="ArticleBody"/>
        <w:jc w:val="left"/>
      </w:pPr>
      <w:r>
        <w:rPr>
          <w:rFonts w:ascii="Times New Roman" w:hAnsi="Times New Roman" w:eastAsia="Times New Roman" w:cs="Times New Roman"/>
        </w:rPr>
        <w:t>Daniel kitabının on birinci fəslinin on, on bir və on iki-ci ayələri 2014-cü ildə başlamış və Rusiyanın qələbəsi ilə başa çatacaq Ukrayna müharibəsini, bunun ardınca isə 1989-cu ildə Sovet İttifaqının süqutu ilə öncədən nümunələndirilmiş şəkildə, mövcud Rusiya konfederasiyasının dağılmasını müəyyən edir.</w:t>
      </w:r>
    </w:p>
    <w:p>
      <w:pPr>
        <w:pStyle w:val="ArticleBody"/>
        <w:jc w:val="left"/>
      </w:pPr>
      <w:r>
        <w:rPr>
          <w:rFonts w:ascii="Times New Roman" w:hAnsi="Times New Roman" w:eastAsia="Times New Roman" w:cs="Times New Roman"/>
        </w:rPr>
        <w:t>On üçdən on beşədək ayələr peyğəmbərliyin üç xəttini müəyyən edir. Sur fahişəsinin gizləndiyi yerdən çıxdığı zaman başlayan papalığın sağalması xətti on dördüncü ayə ilə simvolizə olunur və onun tarixi icrası bütpərəst Romanın sənin xalqının qarətçiləri olaraq peyğəmbərlik tarixinə daxil olduğu, özlərini ucaltdıqları, lakin yıxıldıqları e.ə. 200-cü ildir.</w:t>
      </w:r>
    </w:p>
    <w:p>
      <w:pPr>
        <w:pStyle w:val="ArticleBody"/>
        <w:jc w:val="left"/>
      </w:pPr>
      <w:r>
        <w:rPr>
          <w:rFonts w:ascii="Times New Roman" w:hAnsi="Times New Roman" w:eastAsia="Times New Roman" w:cs="Times New Roman"/>
        </w:rPr>
        <w:t>Bu üç ayədə mürtəd Respublikaçılığın peyğəmbərlik xətti yeddidən olan səkkizinci prezident kimi Trampın rolunu təmsil edən III Antioxun tarixi ilə ifadə olunur. Ayələr, həmçinin, Makkabilərin tarixi ilə təmsil olunan mürtəd Protestantlığın peyğəmbərlik xəttini də müəyyən edir.</w:t>
      </w:r>
    </w:p>
    <w:p>
      <w:pPr>
        <w:pStyle w:val="ArticleBody"/>
        <w:jc w:val="left"/>
      </w:pPr>
      <w:r>
        <w:rPr>
          <w:rFonts w:ascii="Times New Roman" w:hAnsi="Times New Roman" w:eastAsia="Times New Roman" w:cs="Times New Roman"/>
        </w:rPr>
        <w:t>Millerçilərin Filadelfiya hərəkatı kimi başlayan və yüz qırx dörd minin Filadelfiya hərəkatı kimi başa çatan həqiqi protestant buynuzunun peyğəmbərlik xətti həmçinin qırxıncı ayənin gizli tarixinin üzərinə də tətbiq olunmalıdır. Vəhy kitabının onuncu fəslindəki yeddi ildırım həm Millerçilərin Filadelfiya hərəkatının, həm də yüz qırx dörd minin bir rəmzidir. Peyğəmbərliyin möhürlənməsi və peyğəmbərliyin möhürünün açılması Məsih tərəfindən həyata keçirilir və O bunu etdikdə Özünü Yəhuda qəbiləsinin Aslanı kimi təqdim edir. Onuncu fəsildə, Bacı Uaytın “İsa Məsihdən heç də aşağı olmayan bir Şəxsiyyət” olduğunu dediyi mələk “uca səslə, aslan nərildədiyi kimi fəryad etdi; və o fəryad etdikdə, yeddi ildırım öz səslərini çıxardı.”</w:t>
      </w:r>
    </w:p>
    <w:p>
      <w:pPr>
        <w:pStyle w:val="ArticleBody"/>
        <w:jc w:val="left"/>
      </w:pPr>
      <w:r>
        <w:rPr>
          <w:rFonts w:ascii="Times New Roman" w:hAnsi="Times New Roman" w:eastAsia="Times New Roman" w:cs="Times New Roman"/>
        </w:rPr>
        <w:t>Məsih, Yəhuda qəbiləsinin Aslanı kimi, yeddi göy gurultusunu təxminən 100-cü il ətrafında peyğəmbərlik tarixinə yerləşdirdi və dərhal onu möhürlədi; çünki “yeddi göy gurultusu səslərini çıxardıqda”, Yəhya “yazmağa hazırlaşırdı; və” o, “göydən bir səs eşitdi ki,” “yeddi göy gurultusunun söylədiyi şeyləri möhürlə və onları yazma.”</w:t>
      </w:r>
    </w:p>
    <w:p>
      <w:pPr>
        <w:pStyle w:val="ArticleBody"/>
        <w:jc w:val="left"/>
      </w:pPr>
      <w:r>
        <w:rPr>
          <w:rFonts w:ascii="Times New Roman" w:hAnsi="Times New Roman" w:eastAsia="Times New Roman" w:cs="Times New Roman"/>
        </w:rPr>
        <w:t>Qırxıncı ayənin gizli tarixi indi Yəhuda qəbiləsinin Aslanı tərəfindən açılır və həmin tarixdə həqiqi protestant buynuzunun xətti yeddi göy gurultusu ilə təmsil olunur. Səhradakı səs 2023-cü ilin iyulunda fəryad etməyə başlayanda, Yəhuda qəbiləsinin Aslanı “Yeddi Göy Gurultusu”nun nəyi təmsil etdiyinə dair başqa bir vəhyi açdı.</w:t>
      </w:r>
    </w:p>
    <w:p>
      <w:pPr>
        <w:pStyle w:val="ArticleBody"/>
        <w:jc w:val="left"/>
      </w:pPr>
      <w:r>
        <w:rPr>
          <w:rFonts w:ascii="Times New Roman" w:hAnsi="Times New Roman" w:eastAsia="Times New Roman" w:cs="Times New Roman"/>
        </w:rPr>
        <w:t>Yeddi göy gurultusu, yüz qırx dörd minin hərəkatının küçələrdə öldürüldüyü 18 iyul 2020 tarixindən tezliklə gələcək Bazar qanununa qədər olan tarixi təmsil edir. Yeddi göy gurultusunun xətti həmin tarixdə baş verən “hadisələri” müəyyən edir. Birinci məyusluğun ardınca Gecəyarısı Fəryadının xəbəri gəlir və bunun ardınca da Bazar qanunu gəlir. Bacı Uayt yeddi göy gurultusunu istər birinci və ikinci mələyin tarixi, istərsə də gələcək hadisələr kimi müəyyən etdikdə, hər iki təqdimatda onların “hadisələri” təmsil etdiyini göstərmişdir.</w:t>
      </w:r>
    </w:p>
    <w:p>
      <w:pPr>
        <w:pStyle w:val="ArticleBody"/>
        <w:jc w:val="left"/>
      </w:pPr>
      <w:r>
        <w:rPr>
          <w:rFonts w:ascii="Times New Roman" w:hAnsi="Times New Roman" w:eastAsia="Times New Roman" w:cs="Times New Roman"/>
        </w:rPr>
        <w:t>Gecəyarısı Fəryadı xəbəri “hadisə” olmayan bir şey kimi səslənə bilər, lakin Millerçi tarixində 1844-cü il avqustun 12-dən 17-dək keçirilən Exeter düşərgə toplantısı bir “hadisə” idi və həmin hadisə ilə bağlı bir sıra əlaqəli təfərrüatlar mövcud idi. Bununla belə, Gecəyarısı Fəryadı xəbərinin düşərgə toplantısına yetişməsi həm də Matta iyirmi beşdəki on bakirə məsəlının yerinə yetməsi idi. Exeter düşərgə toplantısının “hadisəsi” yeddi gurultunun yerinə yetməsi idi, lakin on bakirə məsələsi həmin hadisələrə deyil, bakirələrin “təcrübəsinə” toxunur,</w:t>
      </w:r>
    </w:p>
    <w:p>
      <w:pPr>
        <w:pStyle w:val="ArticleScripture"/>
        <w:jc w:val="left"/>
      </w:pPr>
      <w:r>
        <w:rPr>
          <w:rFonts w:ascii="Times New Roman" w:hAnsi="Times New Roman" w:eastAsia="Times New Roman" w:cs="Times New Roman"/>
        </w:rPr>
        <w:t>“Matta 25-dəki on bakirə məsəli də Advent xalqının təcrübəsini təsvir edir.” Böyük Mübarizə, 393.</w:t>
      </w:r>
    </w:p>
    <w:p>
      <w:pPr>
        <w:pStyle w:val="ArticleBody"/>
        <w:jc w:val="left"/>
      </w:pPr>
      <w:r>
        <w:rPr>
          <w:rFonts w:ascii="Times New Roman" w:hAnsi="Times New Roman" w:eastAsia="Times New Roman" w:cs="Times New Roman"/>
        </w:rPr>
        <w:t>Necə ki, yeddi gurultu birinci və üçüncü mələklərin hərəkatının paralel tarixini müəyyən edir, eləcə də on qız haqqında məsəl də bu iki paralel tarixi müəyyən edir.</w:t>
      </w:r>
    </w:p>
    <w:p>
      <w:pPr>
        <w:pStyle w:val="ArticleScripture"/>
        <w:jc w:val="left"/>
      </w:pPr>
      <w:r>
        <w:rPr>
          <w:rFonts w:ascii="Times New Roman" w:hAnsi="Times New Roman" w:eastAsia="Times New Roman" w:cs="Times New Roman"/>
        </w:rPr>
        <w:t>“Mənə tez-tez on bakirə haqqında məsəl xatırladılır; onlardan beşi müdrik, beşi isə ağılsız idi. Bu məsəl hərfi-hərfinə yerinə yetmişdir və yerinə yetəcəkdir, çünki onun məhz bu zamana xüsusi tətbiqi vardır və o, üçüncü mələyin xəbəri kimi, yerinə yetmişdir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Yeddi göy gurultusunun simvolu paralel tarixlərin “hadisələrini” təmsil edir, on bakirə isə həmin iki paralel tarixdə hikmətli və ağılsız bakirələrin “təcrübəsini” təmsil edir. Millerçi təcrübə, 1856-cı ilə qədər, Filadelfiyanın təcrübəsi idi və yüz qırx dörd min nəfərlik hərəkatın təcrübəsi isə 2023-cü ilin iyul ayından az sonraadək Laodikeyanın təcrübəsi idi. Hər iki tarixdə hikmətli və ağılsız bakirələr Gecəyarısı Fəryadı xəbərinin gəlişi zamanı aşkar ediləcəklər, çünki hazırlıq yağının kimdə olduğu məhz o zaman görünəcək.</w:t>
      </w:r>
    </w:p>
    <w:p>
      <w:pPr>
        <w:pStyle w:val="ArticleScripture"/>
        <w:jc w:val="left"/>
      </w:pPr>
      <w:r>
        <w:rPr>
          <w:rFonts w:ascii="Times New Roman" w:hAnsi="Times New Roman" w:eastAsia="Times New Roman" w:cs="Times New Roman"/>
        </w:rPr>
        <w:t>“Ağılsız bakirələrlə təmsil olunan Kilsənin vəziyyəti, Laodikeya vəziyyəti kimi də təqdim olunur.” Review and Herald, 19 avqust 1890.</w:t>
      </w:r>
    </w:p>
    <w:p>
      <w:pPr>
        <w:pStyle w:val="ArticleBody"/>
        <w:jc w:val="left"/>
      </w:pPr>
      <w:r>
        <w:rPr>
          <w:rFonts w:ascii="Times New Roman" w:hAnsi="Times New Roman" w:eastAsia="Times New Roman" w:cs="Times New Roman"/>
        </w:rPr>
        <w:t>2023-cü ilin iyul ayının sonunda enmiş baş mələk Mikayılın əlində olan xəbəri yeməkdən imtina edənlər Laodikeya halında qalacaqlar, kiçik kitabı götürüb onu yeyənlər isə Filadelfiya halına keçəcəklər. Laodikeya halı Məsihin kənarında olduğu, lakin daxil olmağa çalışdığı bir xalqı və ya şəxsi təmsil edir, Filadelfiya halı isə İlahiliyin bəşəriyyətlə birləşməsi kimi təqdim olunur. Yeddi gurultu, 18 iyul 2020-də başlayıb bazar qanunu ilə sona çatan, qırxıncı ayənin gizli tarixinə yerləşdirilmiş həqiqi protestant buynuz xəttinin “hadisələrini” müəyyən edir.</w:t>
      </w:r>
    </w:p>
    <w:p>
      <w:pPr>
        <w:pStyle w:val="ArticleBody"/>
        <w:jc w:val="left"/>
      </w:pPr>
      <w:r>
        <w:rPr>
          <w:rFonts w:ascii="Times New Roman" w:hAnsi="Times New Roman" w:eastAsia="Times New Roman" w:cs="Times New Roman"/>
        </w:rPr>
        <w:t>On qız haqqında məsəl, məhz həmin eyni dövrdə yüz qırx dörd minin arasında olmağa çağırılanların “təcrübəsini” müəyyən edir. 18 iyul 2020-ci ildən bazar qanununa qədər yüz qırx dörd minin tarixini müəyyən edən “hadisələr” və həmin tarix ərzində iki sinfin “təcrübəsi”, bu iki paralel tarixdə tapşırılmış olan və olmuş işin müəyyən edilməsi ilə müşayiət olunur. Bu iş Vəhy kitabının on dördüncü fəslindəki mələklərlə təmsil olunur; Millerçilərin işi birinci və ikinci mələklərlə, yüz qırx dörd minin işi isə üçüncü mələklə təmsil olunurdu.</w:t>
      </w:r>
    </w:p>
    <w:p>
      <w:pPr>
        <w:pStyle w:val="ArticleScripture"/>
        <w:jc w:val="left"/>
      </w:pPr>
      <w:r>
        <w:rPr>
          <w:rFonts w:ascii="Times New Roman" w:hAnsi="Times New Roman" w:eastAsia="Times New Roman" w:cs="Times New Roman"/>
        </w:rPr>
        <w:t>“Mən təcrübə əldə etmək üçün qiymətli imkanlara malik olmuşam. Mən birinci, ikinci və üçüncü mələklərin xəbərlərində təcrübə qazanmışam. Mələklər göyün ortasında uçaraq dünyaya xəbərdarlıq xəbəri bəyan edən və bu yerin tarixinin son günlərində yaşayan insanlar üzərində birbaşa təsiri olan varlıqlar kimi təsvir olunurlar. Heç kəs bu mələklərin səsini eşitmir, çünki onlar səmanın kainatı ilə ahəng içində çalışan Allah xalqını təmsil edən bir rəmzdir. Allahın Ruhu ilə nurlandırılmış və həqiqət vasitəsilə təqdis olunmuş kişilər və qadınlar bu üç xəbəri öz ardıcıllığı ilə bəyan edirlər.” Life Sketches, 429.</w:t>
      </w:r>
    </w:p>
    <w:p>
      <w:pPr>
        <w:pStyle w:val="ArticleBody"/>
        <w:jc w:val="left"/>
      </w:pPr>
      <w:r>
        <w:rPr>
          <w:rFonts w:ascii="Times New Roman" w:hAnsi="Times New Roman" w:eastAsia="Times New Roman" w:cs="Times New Roman"/>
        </w:rPr>
        <w:t>2001-ci il sentyabrın 11-də, möhürləmə vaxtının başlanğıcında Allahın axırgün xalqına verilmiş iş, 2023-cü ilin iyulunda, Mikael enərkən, möhürləmə vaxtının sonunda yenidən Allahın axırgün xalqına verilir.</w:t>
      </w:r>
    </w:p>
    <w:p>
      <w:pPr>
        <w:pStyle w:val="ArticleScripture"/>
        <w:jc w:val="left"/>
      </w:pPr>
      <w:r>
        <w:rPr>
          <w:rFonts w:ascii="Times New Roman" w:hAnsi="Times New Roman" w:eastAsia="Times New Roman" w:cs="Times New Roman"/>
        </w:rPr>
        <w:t>“Yəhya gördü ki, ‘başqa bir mələk göydən endi; onun böyük ixtiyarı var idi və bütün yer onun izzəti ilə işıqlandı.’ Vəhy 18:1. Bu iş, Allah xalqının dünyaya xəbərdarlıq ismarıcı bəyan edən səsidir.” The 1888 Materials, 926.</w:t>
      </w:r>
    </w:p>
    <w:p>
      <w:pPr>
        <w:pStyle w:val="ArticleBody"/>
        <w:jc w:val="left"/>
      </w:pPr>
      <w:r>
        <w:rPr>
          <w:rFonts w:ascii="Times New Roman" w:hAnsi="Times New Roman" w:eastAsia="Times New Roman" w:cs="Times New Roman"/>
        </w:rPr>
        <w:t>Yeddi gurultu ilə təmsil olunan “hadisələr”də və on bakirə ilə təmsil olunan “təcrübə”də olduğu kimi, üç mələyin işi də iki paralel tarixi təmsil edir.</w:t>
      </w:r>
    </w:p>
    <w:p>
      <w:pPr>
        <w:pStyle w:val="ArticleScripture"/>
        <w:jc w:val="left"/>
      </w:pPr>
      <w:r>
        <w:rPr>
          <w:rFonts w:ascii="Times New Roman" w:hAnsi="Times New Roman" w:eastAsia="Times New Roman" w:cs="Times New Roman"/>
        </w:rPr>
        <w:t>“Allah Vəhy 14-dəki xəbərlərə peyğəmbərlik xəttində öz yerini vermişdir və onların işi bu yer üzünün tarixinin sonunadək dayanmamalıdır. Birinci və ikinci mələyin xəbərləri bu zaman üçün hələ də həqiqətdir və onlardan sonra gələn bu xəbərlə paralel getməlidir. Üçüncü mələk öz xəbərdarlığını uca səslə bəyan edir. Yəhya dedi: «Bunlardan sonra mən göydən enən başqa bir mələyi gördüm; onun böyük səlahiyyəti var idi və yer üzü onun izzəti ilə işıqlandı». Bu işıqlanma içində hər üç xəbərin nuru birləşir.” The 1888 Materials, 804.</w:t>
      </w:r>
    </w:p>
    <w:p>
      <w:pPr>
        <w:pStyle w:val="ArticleBody"/>
        <w:jc w:val="left"/>
      </w:pPr>
      <w:r>
        <w:rPr>
          <w:rFonts w:ascii="Times New Roman" w:hAnsi="Times New Roman" w:eastAsia="Times New Roman" w:cs="Times New Roman"/>
        </w:rPr>
        <w:t>Daniel on birin on üçüncü ayəsindən on beşinci ayəsinədək mürtəd protestantlığın xəttinin (Makkabilər), mürtəd respublikaçılığın (III Antiox) və Sur fəhişəsinin (xalqının qarətçilərinin) peyğəmbərlik işi müəyyən edilir. Məhz həmin tarixdə yüz qırx dörd minin həqiqi protestant buynuzunun peyğəmbərlik xətləri onların işini, “təcrübə”sini və Allahın axır gün xalqı arasında baş verən “hadisələr”i müəyyən edir. Həqiqi protestant buynuzunun xətti yeddi göy gurultusu kimi təmsil olunur; bu isə Vəhy kitabında möhürlənmiş olduğu bildirilən yeganə peyğəmbərlikdir. Sınaq müddəti başa çatmazdan bir qədər əvvəl Yəhuda qəbiləsinin Aslanından — yeddi göy gurultusunun peyğəmbərliyini möhürləyən O Şəxsdən — bu kitabın peyğəmbərliklərini açmaq əmri gəlir.</w:t>
      </w:r>
    </w:p>
    <w:p>
      <w:pPr>
        <w:pStyle w:val="ArticleBody"/>
        <w:jc w:val="left"/>
      </w:pPr>
      <w:r>
        <w:rPr>
          <w:rFonts w:ascii="Times New Roman" w:hAnsi="Times New Roman" w:eastAsia="Times New Roman" w:cs="Times New Roman"/>
        </w:rPr>
        <w:t>Yüz qırx dörd min nəfərin möhürlənmə vaxtının sonunda yeddi göy gurultusunun açılması — möhürlənmə vaxtının əvvəlində yeddi göy gurultusunun açılması ilə əvvəlcədən təsvir edildiyi kimi — Daniel kitabının axır günlərlə bağlı olan hissəsinə və sətir-sətir həmin hissəyə tətbiq olunmalıdır; həmin hissə isə qırxıncı ayənin gizli tarixidir. O açılma tamamilə başa çatdıqda, yeddinci möhürün açılması ilə təmsil olunduğu kimi, Allah Öz Müqəddəs Ruhunun odunu yüz qırx dörd min nəfərin üzərinə tökəcək, necə ki, Pentikostda şagirdlərin üzərinə tökdü. Pentikost tezliklə gələcək bazar qanunu ilə uyğunluq təşkil edir.</w:t>
      </w:r>
    </w:p>
    <w:p>
      <w:pPr>
        <w:pStyle w:val="ArticleScripture"/>
        <w:jc w:val="left"/>
      </w:pPr>
      <w:r>
        <w:rPr>
          <w:rFonts w:ascii="Times New Roman" w:hAnsi="Times New Roman" w:eastAsia="Times New Roman" w:cs="Times New Roman"/>
        </w:rPr>
        <w:t>Mən Pentikost gününün hadisələrinin həmin vaxtdakından da daha böyük qüvvə ilə təkrar olunacağı vaxtı ciddi bir həsrətlə gözləyirəm. Yəhya deyir: “Mən göydən enən başqa bir mələk gördüm; onun böyük qüdrəti var idi; və yer onun izzəti ilə nurlandı.” O zaman da, Pentikost mövsümündə olduğu kimi, insanlar həqiqətin onlara hər kəsin öz dilində söyləndiyini eşidəcəklər.</w:t>
      </w:r>
    </w:p>
    <w:p>
      <w:pPr>
        <w:pStyle w:val="ArticleScripture"/>
        <w:jc w:val="left"/>
      </w:pPr>
      <w:r>
        <w:rPr>
          <w:rFonts w:ascii="Times New Roman" w:hAnsi="Times New Roman" w:eastAsia="Times New Roman" w:cs="Times New Roman"/>
        </w:rPr>
        <w:t>“Allah Ona xidmət etməyi səmimiyyətlə arzulayan hər bir cana yeni həyat nəfəsi verə bilər, dodaqlara qurbangahdan götürülmüş canlı kömürlə toxuna bilər və onları Onun həmdi ilə bəlağətli edə bilər. Minlərlə səs Allahın Kəlamının ecazkar həqiqətlərini bəyan etmək qüdrəti ilə dolacaq. Kəkələyən dil açılacaq, qorxaq olanlar isə həqiqətə cəsarətlə şahidlik etmək üçün gücləndiriləcək. Qoy Rəbb Öz xalqına can məbədini hər cür murdarlıqdan təmizləməkdə və Onunla elə sıx bir bağlılıq saxlamaqda kömək etsin ki, töküləcəyi zaman son yağışın iştirakçıları olsunlar.” Review and Herald, 20 iyul 1886.</w:t>
      </w:r>
    </w:p>
    <w:p>
      <w:pPr>
        <w:pStyle w:val="ArticleBody"/>
        <w:jc w:val="left"/>
      </w:pPr>
      <w:r>
        <w:rPr>
          <w:rFonts w:ascii="Times New Roman" w:hAnsi="Times New Roman" w:eastAsia="Times New Roman" w:cs="Times New Roman"/>
        </w:rPr>
        <w:t>Möhürlənmə dövrünün başlanğıcı möhürlənmə dövrünün sonunu təsvir edir. Başlanğıcda son yağış ölçü ilə töküldü, sonda isə ölçüsüz tökülür. 11 sentyabr 2001-ci ildə enən mələk, 2023-cü ilin iyul ayının sonunda enmiş həmin mələkdir. Əllinci Günün tarixi Məsihin dirilməsi ilə başladı və Əllinci Günün kamil yerinə yetirilməsinin sonu yüz qırx dörd minin dirilməsi zamanıdır.</w:t>
      </w:r>
    </w:p>
    <w:p>
      <w:pPr>
        <w:pStyle w:val="ArticleScripture"/>
        <w:jc w:val="left"/>
      </w:pPr>
      <w:r>
        <w:rPr>
          <w:rFonts w:ascii="Times New Roman" w:hAnsi="Times New Roman" w:eastAsia="Times New Roman" w:cs="Times New Roman"/>
        </w:rPr>
        <w:t>“Məsihin şagirdlərinin üzərinə Müqəddəs Ruhu üfürməsi və onlara Öz sülhünü bəxş etməsi Əllinci gün bayramında veriləcək bol yağışdan əvvəl düşən bir neçə damla kimi idi.” Prophecy Spirit, cild 3, 243.</w:t>
      </w:r>
    </w:p>
    <w:p>
      <w:pPr>
        <w:pStyle w:val="ArticleBody"/>
        <w:jc w:val="left"/>
      </w:pPr>
      <w:r>
        <w:rPr>
          <w:rFonts w:ascii="Times New Roman" w:hAnsi="Times New Roman" w:eastAsia="Times New Roman" w:cs="Times New Roman"/>
        </w:rPr>
        <w:t>Məsih dirildikdən sonra, Öz Atasının yanına qalxdıqdan dərhal sonra şagirdlərinin üzərinə nəfəs verdi. Atası ilə görüşdən endikdə, O, şagirdlərə göründü və Pentikostun “bol yağışlarından” əvvəl gələn “bir neçə damcı”nı onların üzərinə üfürdü. Bu bir neçə damcı möhürlənmə vaxtının başlanğıcını, bol yağışlar isə sonunu təmsil edir. Möhürlənmə vaxtının başlanğıcı sonda təkrarlanır və necə ki Məsih Pentikost dövrünün başlanğıcında Öz şagirdlərinin üzərinə nəfəs verdi, eləcə də həmin dövrün sonunda son günlərdəki xalqının üzərinə nəfəs verdi.</w:t>
      </w:r>
    </w:p>
    <w:p>
      <w:pPr>
        <w:pStyle w:val="ArticleScripture"/>
        <w:jc w:val="left"/>
      </w:pPr>
      <w:r>
        <w:rPr>
          <w:rFonts w:ascii="Times New Roman" w:hAnsi="Times New Roman" w:eastAsia="Times New Roman" w:cs="Times New Roman"/>
        </w:rPr>
        <w:t>“Quru sümüklərin üzərinə Allahın Müqəddəs Ruhu üfürməlidir ki, onlar sanki ölülər arasından dirilmə ilə hərəkətə gəlsinlər.” Bible Training School, 1 dekabr 1903.</w:t>
      </w:r>
    </w:p>
    <w:p>
      <w:pPr>
        <w:pStyle w:val="ArticleBody"/>
        <w:jc w:val="left"/>
      </w:pPr>
      <w:r>
        <w:rPr>
          <w:rFonts w:ascii="Times New Roman" w:hAnsi="Times New Roman" w:eastAsia="Times New Roman" w:cs="Times New Roman"/>
        </w:rPr>
        <w:t>İki şahidin ölümü, Nashville və 18 iyul 2020-ci ilin yalan xəbərini elan edənlərin bunu Laodikiyalılar kimi etdikləri həqiqətini də ehtiva edir. Ölü quru sümüklərin dirilməsi, ölüm vəziyyəti olan Laodikiya halından həyat olan Filadelfiya halına keçidi təmsil edir. Dirilməni və bu keçidi hasil edən nəfəs peyğəmbərlik xəbəridir.</w:t>
      </w:r>
    </w:p>
    <w:p>
      <w:pPr>
        <w:pStyle w:val="ArticleScripture"/>
        <w:jc w:val="left"/>
      </w:pPr>
      <w:r>
        <w:rPr>
          <w:rFonts w:ascii="Times New Roman" w:hAnsi="Times New Roman" w:eastAsia="Times New Roman" w:cs="Times New Roman"/>
        </w:rPr>
        <w:t>“Allaha məxsus nə böyük qüdrətə malik olmalıyıq ki, yalnız qanunçu bir dinə sahib olan buz kimi soyuq ürəklər onlar üçün hazırlanmış daha üstün şeyləri — Məsihi və Onun salehliyini — görə bilsinlər! Quru sümüklərə həyat vermək üçün həyatverici bir xəbərə ehtiyac var idi.” Manuscript Releases, cild 12, 205.</w:t>
      </w:r>
    </w:p>
    <w:p>
      <w:pPr>
        <w:pStyle w:val="ArticleBody"/>
        <w:jc w:val="left"/>
      </w:pPr>
      <w:r>
        <w:rPr>
          <w:rFonts w:ascii="Times New Roman" w:hAnsi="Times New Roman" w:eastAsia="Times New Roman" w:cs="Times New Roman"/>
        </w:rPr>
        <w:t>Məsihin dirilməsi ilə göyə yüksəlişi arasındakı dövr iki hissəyə bölünmüşdü: birincisi qırx gün idi; bundan sonra O, göyə yüksəldi və ardınca Pentikostdan əvvəl on günlük bir müddət gəldi. Qırx, necə ki üç yarım gün və ya min iki yüz altmış il və ya gün də belədir, səhranın simvoludur.</w:t>
      </w:r>
    </w:p>
    <w:p>
      <w:pPr>
        <w:pStyle w:val="ArticleBody"/>
        <w:jc w:val="left"/>
      </w:pPr>
      <w:r>
        <w:rPr>
          <w:rFonts w:ascii="Times New Roman" w:hAnsi="Times New Roman" w:eastAsia="Times New Roman" w:cs="Times New Roman"/>
        </w:rPr>
        <w:t>Mikayıl 2023-cü ilin iyulunda endikdə, Məsih yüz qırx dörd min nəfər arasında Öz İlahiliyini bəşəriyyətlə birləşdirmək işinə başladığı üçün küçələrdəki üç gün yarımlıq ölüm sona çatdı. Bu iş Pentikostdan əvvəlki on günlə təmsil olunurdu; həmin vaxt günah aradan qaldırıldı və qardaşlar arasında birlik bərqərar edildi. On sınaq prosesini təmsil edir və bu sınaq prosesi Bazar qanununu təmsil edən Pentikostda sona çatdı.</w:t>
      </w:r>
    </w:p>
    <w:p>
      <w:pPr>
        <w:pStyle w:val="ArticleBody"/>
        <w:jc w:val="left"/>
      </w:pPr>
      <w:r>
        <w:rPr>
          <w:rFonts w:ascii="Times New Roman" w:hAnsi="Times New Roman" w:eastAsia="Times New Roman" w:cs="Times New Roman"/>
        </w:rPr>
        <w:t>Qırxıncı ayədə qeyd olunan məhz həmin tarixdə, burada səkkiz fars padşahı və Yəhudilərlə Romanın ittifaqının tarixi vəhşi heyvanın surətinin sınaq prosesini təmsil etdiyi kimi, Pentikosta aparan on gün ərzində bakirələrin sınaq prosesi də təsvir olunur. Protestantlığın və respublikaçılığın dönük buynuzları həmin tarixdə birləşərək vəhşi heyvanın surətini formalaşdırır, halbuki həqiqi protestant buynuz öz bəşəriyyətini Məsihin İlahiliyi ilə birləşdirir; beləliklə, ibadət edənlərin iki sinfini ayıran bir prosesdə Məsihin surəti formalaşır.</w:t>
      </w:r>
    </w:p>
    <w:p>
      <w:pPr>
        <w:pStyle w:val="ArticleBody"/>
        <w:jc w:val="left"/>
      </w:pPr>
      <w:r>
        <w:rPr>
          <w:rFonts w:ascii="Times New Roman" w:hAnsi="Times New Roman" w:eastAsia="Times New Roman" w:cs="Times New Roman"/>
        </w:rPr>
        <w:t>Yeddi gurultu kimi təmsil olunan tarixi hadisələr Daniel on birin on üçdən on beşə qədər olan ayələrinin təmsil etdiyi tarixdə möhürdən açılır və bunlar birlikdə qırxıncı ayənin gizli tarixi ilə uyğunlaşdırılır; həmin tarix də tezliklə gələcək bazar qanunu ilə yekunlaşır və həmin vaxt Şənbə gününü saxlayanlar üçün sınaq müddəti bağlanır.</w:t>
      </w:r>
    </w:p>
    <w:p>
      <w:pPr>
        <w:pStyle w:val="ArticleScripture"/>
        <w:jc w:val="left"/>
      </w:pPr>
      <w:r>
        <w:rPr>
          <w:rFonts w:ascii="Times New Roman" w:hAnsi="Times New Roman" w:eastAsia="Times New Roman" w:cs="Times New Roman"/>
        </w:rPr>
        <w:t>“Yenə də bu məsəllər öyrədir ki, mühakimədən sonra daha sınaq müddəti olmayacaq. Müjdənin işi tamamlandıqda, dərhal yaxşı ilə pis arasında ayrılıq baş verir və hər iki sinfin taleyi əbədi olaraq müəyyən edilir.” Məsihin Məsəl Dərsləri, 123.</w:t>
      </w:r>
    </w:p>
    <w:p>
      <w:pPr>
        <w:pStyle w:val="ArticleBody"/>
        <w:jc w:val="left"/>
      </w:pPr>
      <w:r>
        <w:rPr>
          <w:rFonts w:ascii="Times New Roman" w:hAnsi="Times New Roman" w:eastAsia="Times New Roman" w:cs="Times New Roman"/>
        </w:rPr>
        <w:t>Müdriklərlə ağılsızların, Laodikeyalılarla Filadelfiyalıların yaxud buğda ilə alaq otlarının ayrılması mələklər tərəfindən həyata keçirilir.</w:t>
      </w:r>
    </w:p>
    <w:p>
      <w:pPr>
        <w:pStyle w:val="ArticleScripture"/>
        <w:jc w:val="left"/>
      </w:pPr>
      <w:r>
        <w:rPr>
          <w:rFonts w:ascii="Times New Roman" w:hAnsi="Times New Roman" w:eastAsia="Times New Roman" w:cs="Times New Roman"/>
        </w:rPr>
        <w:t>“Qoy alaq otu da, buğda da biçinədək birlikdə böyüsün. Sonra ayırma işini görən mələklərdir.” Selected Messages, kitab 2, 69.</w:t>
      </w:r>
    </w:p>
    <w:p>
      <w:pPr>
        <w:pStyle w:val="ArticleBody"/>
        <w:jc w:val="left"/>
      </w:pPr>
      <w:r>
        <w:rPr>
          <w:rFonts w:ascii="Times New Roman" w:hAnsi="Times New Roman" w:eastAsia="Times New Roman" w:cs="Times New Roman"/>
        </w:rPr>
        <w:t>Sınaq müddəti bağlanmazdan dərhal əvvəl möhürü açılan xəbər, mələklərlə təmsil olunan Allah xalqının işini müəyyən edir. Bu məqalələrdə yer alan xəbər indi planet boyu altmışdan çox dildə (dillərdə) nəşr olunur. Bu, məhz sınaq müddəti bağlanmazdan dərhal əvvəl həyata keçirilir və bu xəbəri təqdim etmək Allahın son günlər xalqının işidir. Bu xəbər yeddi göy gurultusu ilə təmsil olunan hadisələri müəyyən edir və bu xəbəri anlamaq və təqdim etmək işi müdrik bakirələrin təcrübəsini hasilə gətirir.</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“Gecə görüntülərində gözlərimin önündən son dərəcə təsirli bir səhnə keçdi. Mən nəhəng bir od kürəsinin bir neçə gözəl malikanənin arasına düşdüyünü və onların dərhal məhvinə səbəb olduğunu gördüm. Kimsənin belə dediyini eşitdim: ‘Biz bilirdik ki, Allahın hökmləri yer üzərinə gəlir, amma onların bu qədər tez gələcəyini bilmirdik.’ Başqaları isə iztirablı səslərlə deyirdilər: ‘Siz bilirdiniz! Bəs nə üçün bizə demədiniz? Biz bilmirdik.’ Hər tərəfdən buna bənzər məzəmmət dolu sözlər eşidirdim.”</w:t>
      </w:r>
    </w:p>
    <w:p>
      <w:pPr>
        <w:pStyle w:val="ArticleScripture"/>
        <w:jc w:val="left"/>
      </w:pPr>
      <w:r>
        <w:rPr>
          <w:rFonts w:ascii="Times New Roman" w:hAnsi="Times New Roman" w:eastAsia="Times New Roman" w:cs="Times New Roman"/>
        </w:rPr>
        <w:t>“Böyük sıxıntı içində oyandım. Yenidən yuxuya getdim və mənə elə gəldi ki, böyük bir toplantıdayam. İxtiyar sahibi olan biri topluluğa müraciət edirdi; onların önündə dünya xəritəsi sərilmişdi. O dedi ki, bu xəritə Allahın əkini təsvir edir və o becərilməlidir. Göydən gələn işıq kimin üzərinə saçılırdısa, o da həmin işığı başqalarına əks etdirməli idi. Bir çox yerlərdə işıqlar yandırılmalı idi və bu işıqlardan daha başqa işıqlar da yandırılmalı idi.”</w:t>
      </w:r>
    </w:p>
    <w:p>
      <w:pPr>
        <w:pStyle w:val="ArticleScripture"/>
        <w:jc w:val="left"/>
      </w:pPr>
      <w:r>
        <w:rPr>
          <w:rFonts w:ascii="Times New Roman" w:hAnsi="Times New Roman" w:eastAsia="Times New Roman" w:cs="Times New Roman"/>
        </w:rPr>
        <w:t>Sözlər təkrar olundu: “Siz yerin duzusunuz; lakin duz öz dadını itirərsə, ona nə ilə dad veriləcək? O, artıq heç nəyə yaramaz, ancaq bayıra atılmağa və insanlar tərəfindən ayaq altına salınmağa layiqdir. Siz dünyanın işığısınız. Təpə üzərində qurulmuş şəhər gizlədilə bilməz. Heç kəs çıraq yandırıb onu qabın altına qoymaz, əksinə, çıraqdanın üstünə qoyar; o da evdə olanların hamısına işıq saçar. Eləcə də qoy sizin işığınız insanların önündə elə parlasın ki, onlar sizin yaxşı işlərinizi görüb göylərdə olan Atanızı izzətləndirsinlər.” Matta 5:13–16.</w:t>
      </w:r>
    </w:p>
    <w:p>
      <w:pPr>
        <w:pStyle w:val="ArticleScripture"/>
        <w:jc w:val="left"/>
      </w:pPr>
      <w:r>
        <w:rPr>
          <w:rFonts w:ascii="Times New Roman" w:hAnsi="Times New Roman" w:eastAsia="Times New Roman" w:cs="Times New Roman"/>
        </w:rPr>
        <w:t>“Şəhərlərdən və kəndlərdən, yerin uca yerlərindən və alçaq məkanlarından işıq şüalarının parladığını gördüm. Allahın kəlamına itaət edilirdi və bunun nəticəsində hər şəhərdə və hər kənddə Onun üçün xatirə abidələri var idi. Onun həqiqəti bütün dünyada elan edilirdi.</w:t>
      </w:r>
    </w:p>
    <w:p>
      <w:pPr>
        <w:pStyle w:val="ArticleScripture"/>
        <w:jc w:val="left"/>
      </w:pPr>
      <w:r>
        <w:rPr>
          <w:rFonts w:ascii="Times New Roman" w:hAnsi="Times New Roman" w:eastAsia="Times New Roman" w:cs="Times New Roman"/>
        </w:rPr>
        <w:t>“Sonra bu xəritə götürüldü və onun yerinə başqa birisi qoyuldu. Onun üzərində işıq yalnız bir neçə yerdən saçırdı. Dünyanın qalan hissəsi qaranlıqda idi; burada və orada ancaq zəif bir işıltı görünürdü. Təlimatçımız dedi: «Bu qaranlıq, insanların öz yolları ilə getmələrinin nəticəsidir. Onlar irsi və sonradan inkişaf etdirilmiş pisliyə meylləri bəsləmişlər. Sorğu-sual etməyi, nöqsan axtarmağı və ittiham etməyi həyatlarının başlıca işi etmişlər. Onların ürəkləri Allahla düz deyil. Onlar öz işıqlarını ölçü qabının altında gizlətmişlər.»</w:t>
      </w:r>
    </w:p>
    <w:p>
      <w:pPr>
        <w:pStyle w:val="ArticleScripture"/>
        <w:jc w:val="left"/>
      </w:pPr>
      <w:r>
        <w:rPr>
          <w:rFonts w:ascii="Times New Roman" w:hAnsi="Times New Roman" w:eastAsia="Times New Roman" w:cs="Times New Roman"/>
        </w:rPr>
        <w:t>“Əgər Məsihin hər bir əsgəri öz vəzifəsini yerinə yetirmiş olsaydı, əgər Sion divarları üzərindəki hər bir keşikçi şeypura aydın bir səs vermiş olsaydı, dünya bu vaxta qədər xəbərdarlıq ismarıcını eşitmiş ola bilərdi. Lakin iş illərlə geridə qalmışdır. İnsanlar yatarkən, Şeytan bizdən üstünlük qazanmışdır.” Testimonies, cild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beşinci</dc:title>
  <dc:subject>Bazar Qanununa Aparan Yol: Daniel 11-də Trampın Rolu və Peyğəmbərlik Açılımı</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