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Doxsan Doqquzuncu</w:t>
      </w:r>
    </w:p>
    <w:p>
      <w:pPr>
        <w:pStyle w:val="ArticleSubtitle"/>
        <w:jc w:val="left"/>
      </w:pPr>
      <w:r>
        <w:rPr>
          <w:rFonts w:ascii="Arial" w:hAnsi="Arial" w:eastAsia="Arial" w:cs="Arial"/>
        </w:rPr>
        <w:t>Siyasi Tənəzzül və Peyğəmbərlik Taleyi: Müqəddəs Kitab Peyğəmbərliyi Kontekstində Demokrat və Respublikaçı Partiyaların Sonu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Biz yer heyvanının tarixində Demokrat və Respublikaçı partiyalarının sonunu müəyyən edirik. Vəhyin on üçüncü fəslindəki yer heyvanı, Respublikaçı buynuzun peyğəmbərlik tarixində mübarizə aparan Respublikaçı və Demokrat partiyalarına bölünmüşdür. Buynuzlar güclərin rəmzləridir və hər iki buynuz öz peyğəmbərlik tarixinin daxilində onların peyğəmbərlik münasibətinin mikrokosmlarını ehtiva edir. Respublikaçı buynuz üçün həmin mikrokosm, Birləşmiş Ştatların tarixinə nüfuz edən iki əsas siyasi partiya ilə təsvir olunur. Birləşmiş Ştatlar peyğəmbərlik tarixində müəyyən edilmiş, iki gücdən ibarət olan az sayda padşahlıqlardan biridir. İki güclə təmsil olunan Müqəddəs Kitab peyğəmbərliyinin əvvəlki bütün xalqları Birləşmiş Ştatların tipoloji ön surətini təşkil edir. Midiya-Fars imperiyası, Fransa (Sodom və Misir) və şimal və cənub padşahlıqları ilə İsrailin hamısı Birləşmiş Ştatların peyğəmbərlik xüsusiyyətlərinə öz töhfəsini verir.</w:t>
      </w:r>
    </w:p>
    <w:p>
      <w:pPr>
        <w:pStyle w:val="ArticleBody"/>
        <w:jc w:val="left"/>
      </w:pPr>
      <w:r>
        <w:rPr>
          <w:rFonts w:ascii="Times New Roman" w:hAnsi="Times New Roman" w:eastAsia="Times New Roman" w:cs="Times New Roman"/>
        </w:rPr>
        <w:t>Daniel kitabının səkkizinci fəslindəki Midiya-Fars imperiyasının iki buynuzu var idi və sonuncu buynuz (Fars) daha hündür qalxdı. Biz bu ünsürü belə müəyyən etdik ki, Demokratik partiya tarix səhnəsinə Respublikaçı partiyadan əvvəl çıxmışdır; buna görə də Respublikaçı partiya nəticə etibarilə bu iki partiyanın sonuncusu olacaqdır. İlk Respublikaçı prezident, Demokratik partiyanın köləlik tərəfdarı mövqeyinə cavab olaraq tarix səhnəsinə çıxdı və ilk Respublikaçı prezident 1863-cü ildə, ABŞ Vətəndaş müharibəsinin ortasında və Laodikeyalı Yeddinci Gün Adventist kilsəsi üçün üsyan ilində, Emansipasiya Bəyannaməsini elan etdi.</w:t>
      </w:r>
    </w:p>
    <w:p>
      <w:pPr>
        <w:pStyle w:val="ArticleBody"/>
        <w:jc w:val="left"/>
      </w:pPr>
      <w:r>
        <w:rPr>
          <w:rFonts w:ascii="Times New Roman" w:hAnsi="Times New Roman" w:eastAsia="Times New Roman" w:cs="Times New Roman"/>
        </w:rPr>
        <w:t>Sonuncu Respublikaçı prezident birinci Respublikaçı prezidentlə tipoloji olaraq təmsil edilir; buna görə də sonuncu prezident tarix səhnəsinə Demokratların köləlik tərəfdarı olan partiyası ilə onun Respublikaçı köləlik əleyhdarı partiyası arasındakı vətəndaş müharibəsinin ortasında daxil olacaqdır. Axır günlərin Demokrat partiyasının təşviq etdiyi köləlik qlobal köləlikdir. Birinci Respublikaçı prezidentdə olduğu kimi, sonuncu Respublikaçı prezident də köləlik tərəfdarı partiya tərəfindən qətlə yetiriləcəkdir; necə ki, Tramp oğurlanmış 2020 seçkisində siyasi cəhətdən qətlə yetirildi. 1989-cu ildə başlanmış axır zaman dövründən bəri altıncı prezident olaraq, Tramp ən varlı prezident olardı və o, təkcə Amerika Birləşmiş Ştatlarının deyil, bütün dünyanın qlobalistlərini hərəkətə gətirərdi. Beləliklə, onun 2015-ci ildə prezidentliyə namizədliyini elan etməsi ilə köləlik tərəfdarı qlobalistlərin Demokrat partiyası ilə köləlik əleyhdarı Respublikaçı partiya arasındakı siyasi vətəndaş müharibəsi başlandı.</w:t>
      </w:r>
    </w:p>
    <w:p>
      <w:pPr>
        <w:pStyle w:val="ArticleBody"/>
        <w:jc w:val="left"/>
      </w:pPr>
      <w:r>
        <w:rPr>
          <w:rFonts w:ascii="Times New Roman" w:hAnsi="Times New Roman" w:eastAsia="Times New Roman" w:cs="Times New Roman"/>
        </w:rPr>
        <w:t>Vəhy kitabının on birinci fəslinin yerinə yetməsində, Tramp oğurlanmış 2020-ci il seçkisində siyasi cəhətdən qətlə yetirildi və Demokratlar partiyası küçələrdə sevinməyə başladı; ta ki 2022-ci ildə Trampın yenidən Prezidentliyə namizəd olacağı aşkar olana qədər. O zaman Vəhy kitabının on birinci fəslinin yerinə yetməsinə uyğun olaraq qlobalistlərin üzərinə böyük qorxu gəldi və onların mübarizəsi daha da şiddətləndi. Midiya-Fars buynuzlarının şəhadəti göstərir ki, axırda meydana çıxacaq buynuz (Respublikaçılar partiyası) ən sonda qalxacaq və daha yüksək qalxacaq. Son Respublikaçı prezident Demokratlar partiyasına qalib gələcək.</w:t>
      </w:r>
    </w:p>
    <w:p>
      <w:pPr>
        <w:pStyle w:val="ArticleBody"/>
        <w:jc w:val="left"/>
      </w:pPr>
      <w:r>
        <w:rPr>
          <w:rFonts w:ascii="Times New Roman" w:hAnsi="Times New Roman" w:eastAsia="Times New Roman" w:cs="Times New Roman"/>
        </w:rPr>
        <w:t>2024-cü ilin seçkisi Demokrat Partiyasının sonunu göstərir, çünki bazar günü qanunu yer heyvanının peyğəmbərlik tarixini sona çatdırmazdan əvvəl onların bir daha prezidentliyə namizəd irəli sürmək imkanı heç vaxt olmayacaq. Bazar günü qanunu zamanı Respublikaçılar Partiyası da sona çatır. Demokrat Partiyası 2024-cü ilin seçkisində sona çatır, Respublikaçılar Partiyası isə bazar günü qanununda sona çatır. Müqəddəs Kitab peyğəmbərliyinin altıncı padşahlığının sonu olan bazar günü qanunu, 1798-ci ildə yer heyvanının başlanğıcı ilə təsvir edilmişdir. Yer heyvanının əsas peyğəmbərlik xüsusiyyəti onun “danışması”dır. 1798-ci ildə Birləşmiş Ştatlar Alien and Sedition Acts-i qəbul etdi; buna görə də bu, Birləşmiş Ştatların əjdaha kimi danışdığı zaman baş verən bazar günü qanununun timsalıdır.</w:t>
      </w:r>
    </w:p>
    <w:p>
      <w:pPr>
        <w:pStyle w:val="ArticleBody"/>
        <w:jc w:val="left"/>
      </w:pPr>
      <w:r>
        <w:rPr>
          <w:rFonts w:ascii="Times New Roman" w:hAnsi="Times New Roman" w:eastAsia="Times New Roman" w:cs="Times New Roman"/>
        </w:rPr>
        <w:t>1776-dan 1798-ə qədər Birləşmiş Ştatlar, Müqəddəs Kitab peyğəmbərliyinin hələ altıncı padşahlığı olmasa da, Birləşmiş Ştatların danışmasını təmsil edən üç nişangahı əks etdirir. Həmin dövr yer üzünün vəhşisinin Müqəddəs Kitab peyğəmbərliyinin altıncı padşahlığı kimi hökmranlığının başlanğıcına gətirib çıxardı və buna görə də o, yer üzünün vəhşisinin altıncı padşahlıq kimi hökmranlığının sona çatmasına aparan bir dövrü təmsil edir. 1776-cı ildə Müstəqillik Bəyannaməsi, onun ardınca 1789-cu ildə Konstitusiya və 1798-ci ildə Əcnəbilər və Qiyam haqqında Aktlar, bazar günü qanununda yer üzünün vəhşisinin altıncı padşahlıq kimi sona çatmasına aparan tarixdə üç nişangahı təmsil edir. Bu üç nişangahın yerinə yetməsi həm Demokrat, həm də Respublikaçı partiyaların tarixində müxtəlif şəkildə təmsil olunur.</w:t>
      </w:r>
    </w:p>
    <w:p>
      <w:pPr>
        <w:pStyle w:val="ArticleBody"/>
        <w:jc w:val="left"/>
      </w:pPr>
      <w:r>
        <w:rPr>
          <w:rFonts w:ascii="Times New Roman" w:hAnsi="Times New Roman" w:eastAsia="Times New Roman" w:cs="Times New Roman"/>
        </w:rPr>
        <w:t>2001-ci il Patriot Aktı Amerika Birləşmiş Ştatları vətəndaşları üçün müstəqilliyin aradan qaldırılmasının başlanğıcını müəyyən edir və bu, Amerika tarixinin həqiqi vətənpərvərlərinin Müstəqillik Bəyannaməsi ilə həyata keçirdikləri elanla əvvəlcədən təmsil olunmuşdu. Patriot Aktının nişanı həm Respublikaçı, həm də Demokrat partiyaları üçün üç nişandan birincisidir.</w:t>
      </w:r>
    </w:p>
    <w:p>
      <w:pPr>
        <w:pStyle w:val="ArticleBody"/>
        <w:jc w:val="left"/>
      </w:pPr>
      <w:r>
        <w:rPr>
          <w:rFonts w:ascii="Times New Roman" w:hAnsi="Times New Roman" w:eastAsia="Times New Roman" w:cs="Times New Roman"/>
        </w:rPr>
        <w:t>Demokratlar partiyası 2024-cü il seçkilərində sona çatır; bu isə Yadellilər və Qiyam haqqında Aktlar vasitəsilə qabaqcadan təsvir edilmiş Trampın İcra Sərəncamlarını önə çıxarır. Trampın bundan sonra qüvvəyə mindirdiyi İcra Sərəncamları bazar günü qanunu deyildir, lakin onlar əjdaha kimi danışmağın bir tipidir; çünki onlar Tramp tərəfindən Bacı Uaytın “fəal despotizm”in son günlərdə baş verəcəyinə dair müəyyənləşdirməsini yerinə yetirərkən istifadə olunacaqdır. Despotizm diktaturanı bildirən bir sözdür və bu, Yadellilər və Qiyam haqqında Aktlarda timsalı verilmiş İcra Sərəncamları vasitəsilə həyata keçirilir. Tramp öz İcra Sərəncamlarını tətbiq etdikdə, Baydenin uğursuz prezidentliyini səciyyələndirmiş Pelosi Məhkəmələrinin əksinə çevrilməsi baş verəcəkdir.</w:t>
      </w:r>
    </w:p>
    <w:p>
      <w:pPr>
        <w:pStyle w:val="ArticleBody"/>
        <w:jc w:val="left"/>
      </w:pPr>
      <w:r>
        <w:rPr>
          <w:rFonts w:ascii="Times New Roman" w:hAnsi="Times New Roman" w:eastAsia="Times New Roman" w:cs="Times New Roman"/>
        </w:rPr>
        <w:t>Demokrat və Respublikaçı partiyalarının sonunu müəyyən edən zaman dövrü Alfa və Omeqanın möhürünü daşıyır, çünki hər bir dövrün başlanğıcı sonu təmsil edir. Buna görə də, Demokrat partiyası üçün birinci waymark 2001-ci ilin Patriot Act-ıdır, ikinci waymark isə 2021-ci ildə başlayan Pelosi Məhkəmələridir. Həmin məhkəmələr 1789-cu il Konstitusiyasının tamamilə rədd edilməsini təmsil edir. Pelosi Məhkəmələri Demokrat partiyasının xəttində orta waymark-ı təmsil edir; bunun tipi 1776-cı ildən on üç il sonra Konstitusiyanın on üç koloniyanın tərəfindən ratifikasiya edildiyi zaman göstərilmişdi. Pelosi Məhkəmələri Konstitusiyaya qarşı üsyanı təmsil edir və 1789-cu il ilə tipləndirilmişdi. Demokrat xətti üçün üçüncü waymark onların siyasi partiya kimi sona çatdıqları yerdir.</w:t>
      </w:r>
    </w:p>
    <w:p>
      <w:pPr>
        <w:pStyle w:val="ArticleBody"/>
        <w:jc w:val="left"/>
      </w:pPr>
      <w:r>
        <w:rPr>
          <w:rFonts w:ascii="Times New Roman" w:hAnsi="Times New Roman" w:eastAsia="Times New Roman" w:cs="Times New Roman"/>
        </w:rPr>
        <w:t>Onlar 2024-cü ilin seçkisi ilə sona çatır və 2025-ci ilin inauqurasiyası başa çatdıqdan sonra Pelosi Sınaqlarının ikinci dəsti, Alien and Sedition Acts ilə tipləşdirilmiş olan Executive Orders vasitəsilə meydana gətiriləcəkdir. Beləliklə, Demokrat partiyası üçün üçüncü waymark 1798-ci ilin Alien and Sedition Acts qanunlarıdır. Demokrat partiyasının sonunu təmsil edən dövr bir seçki, bir inauqurasiya və şeytani siyasi hüquqi mübarizənin tətbiqə daxil edilməsi ilə başlayır və bir seçki, bir inauqurasiya və şeytani siyasi hüquqi mübarizənin tətbiqə daxil edilməsi ilə sona çatır.</w:t>
      </w:r>
    </w:p>
    <w:p>
      <w:pPr>
        <w:pStyle w:val="ArticleBody"/>
        <w:jc w:val="left"/>
      </w:pPr>
      <w:r>
        <w:rPr>
          <w:rFonts w:ascii="Times New Roman" w:hAnsi="Times New Roman" w:eastAsia="Times New Roman" w:cs="Times New Roman"/>
        </w:rPr>
        <w:t>Respublikaçı partiya üçün birinci nişan nöqtəsi 1776-cı ildəki İstiqlal Bəyannaməsi ilə təmsil olunan 2001-ci il Patriot Aktıdır. İkinci nişan nöqtəsi Demokratik partiya üçün ikinci nişan nöqtəsi olanla eyni deyildir. Demokratlar üçün 1789-cu il Konstitusiyası ilə təmsil olunan ikinci nişan nöqtəsi birinci Pelosi məhkəmələri idisə, Respublikaçılar üçün 1789-cu il Konstitusiyası ilə təmsil olunan ikinci nişan nöqtəsi 2025-ci ildə Trampın ikinci andiçməsi başa çatdıqdan sonra yerinə yetən Əcnəbilər və Fitnə Aktıdır. 1798-ci ilin Əcnəbilər və Fitnə Aktları 1789-cu il Konstitusiyasını necə təmsil edə bilər?</w:t>
      </w:r>
    </w:p>
    <w:p>
      <w:pPr>
        <w:pStyle w:val="ArticleBody"/>
        <w:jc w:val="left"/>
      </w:pPr>
      <w:r>
        <w:rPr>
          <w:rFonts w:ascii="Times New Roman" w:hAnsi="Times New Roman" w:eastAsia="Times New Roman" w:cs="Times New Roman"/>
        </w:rPr>
        <w:t>Trampın ikinci andiçmə mərasimində, 1798-ci ilin Alien və Sedition Aktları ilə əvvəlcədən timsallaşdırılan onun İcra Sərəncamları təkcə Pelosi Məhkəmələrinin ikinci silsiləsini başlatmır, həm də vəhşi heyvanın surətinin formalaşmasını başlayır. Vəhşi heyvanın surətinin formalaşması dövrü əjdaha kimi danışmaqla başlayır və əjdaha kimi danışmaqla başa çatır. Dövrün əvvəlindəki danışıq, diktatura kimi təmsil olunan, yaxud Sister White-ın onu adlandırdığı kimi, “despotizm” olan padşahlıq səlahiyyətlərinin təsis olunmasını ifadə edir. Vəhşi heyvanın surətinin formalaşması dövrünün sonundakı əjdahanın danışığı, siyasi hakimiyyətlər üzərində dini qüvvələrin hakimiyyətinin təsis olunduğunu müəyyən edir.</w:t>
      </w:r>
    </w:p>
    <w:p>
      <w:pPr>
        <w:pStyle w:val="ArticleBody"/>
        <w:jc w:val="left"/>
      </w:pPr>
      <w:r>
        <w:rPr>
          <w:rFonts w:ascii="Times New Roman" w:hAnsi="Times New Roman" w:eastAsia="Times New Roman" w:cs="Times New Roman"/>
        </w:rPr>
        <w:t>Müstəqillik Bəyannaməsi həm Avropa krallarının siyasi hakimiyyətinin, həm də Roma kilsəsinin dini hakimiyyətinin zülmünə qarşı bir bəyannamə idi. Vəhşi heyvanın surətinin formalaşması dövrü bu iki pozğun qüvvənin bir-biri ilə birləşdirildiyi, münasibət üzərində nəzarətin isə dini hakimiyyətdə olduğu mərhələdir. Bu iki qüvvənin formalaşmasında, yaxud birləşdirilməsində axırda ortaya çıxan və daha üstün olan məhz dini hakimiyyətdir. Buna görə də həmin dövrün başlanğıcı o dövrün sonunu təmsil edir. 1798-ci ilin Əcnəbilər və Fitnəkarlıq Aktları Demokratik partiyanın sonunu təmsil edir və bu, onların üçüncü yol nişanıdır, lakin eyni zamanda Respublikaçı partiyanın son dövründə ikinci yol nişanını da təmsil edir. Respublikaçı partiya üçün üçüncü yol nişanı bazar gününün məcburi tətbiqidir.</w:t>
      </w:r>
    </w:p>
    <w:p>
      <w:pPr>
        <w:pStyle w:val="ArticleBody"/>
        <w:jc w:val="left"/>
      </w:pPr>
      <w:r>
        <w:rPr>
          <w:rFonts w:ascii="Times New Roman" w:hAnsi="Times New Roman" w:eastAsia="Times New Roman" w:cs="Times New Roman"/>
        </w:rPr>
        <w:t>Demokrat Partiyası üçün 1776, 1789 və 1798-ci illərlə təmsil olunan üç əlamətdar mərhələ 2001-ci ili (1776), 2021-ci ildəki birinci Pelosi Məhkəmələrini (1789) və 2025-ci ildəki ikinci Pelosi Məhkəmələrini (1798) tipləşdirir.</w:t>
      </w:r>
    </w:p>
    <w:p>
      <w:pPr>
        <w:pStyle w:val="ArticleBody"/>
        <w:jc w:val="left"/>
      </w:pPr>
      <w:r>
        <w:rPr>
          <w:rFonts w:ascii="Times New Roman" w:hAnsi="Times New Roman" w:eastAsia="Times New Roman" w:cs="Times New Roman"/>
        </w:rPr>
        <w:t>Respublikaçılar partiyası üçün 1776, 1789 və 1798 ilə təmsil olunan üç nişangah, 2001-ci ili (1776), 2025-ci ilin ikinci Pelosi Məhkəmələrini (1789) və Bazar gününə dair qanunu (1798) tipoloji olaraq ifadə edir.</w:t>
      </w:r>
    </w:p>
    <w:p>
      <w:pPr>
        <w:pStyle w:val="ArticleBody"/>
        <w:jc w:val="left"/>
      </w:pPr>
      <w:r>
        <w:rPr>
          <w:rFonts w:ascii="Times New Roman" w:hAnsi="Times New Roman" w:eastAsia="Times New Roman" w:cs="Times New Roman"/>
        </w:rPr>
        <w:t>1776, 1789 və 1798 iyirmi iki ili təmsil edir və iyirmi iki ilahiliyin bəşəriyyətlə birləşməsinin simvoludur. Bu üç nişangah “Həqiqət”ə şəhadət edir, çünki onlar birinci və sonuncu nişangahın eyni həqiqəti müəyyən etdiyini göstərir. 1776 müstəqilliyin bərqərar edilməsini müəyyən edir, 1798 isə müstəqilliyin aradan qaldırılmasını müəyyən edir. Buna görə də onlar iyirmi iki hərfdən ibarət olan İbrani əlifbasının birinci və sonuncu hərflərini təmsil edir. On üçüncü hərf üsyanın simvoludur və bu üç hərf birlikdə — birinci, on üçüncü və sonuncu — “Həqiqət” mənasını verən İbrani sözünü əmələ gətirir.</w:t>
      </w:r>
    </w:p>
    <w:p>
      <w:pPr>
        <w:pStyle w:val="ArticleBody"/>
        <w:jc w:val="left"/>
      </w:pPr>
      <w:r>
        <w:rPr>
          <w:rFonts w:ascii="Times New Roman" w:hAnsi="Times New Roman" w:eastAsia="Times New Roman" w:cs="Times New Roman"/>
        </w:rPr>
        <w:t>1776 11 sentyabr 2001-ci ili təmsil edir və yüz qırx dörd minin möhürlənmə vaxtının başlanğıcını qeyd edir. O, son yağışın səpilməsinin başlanğıcını qeyd edir; bu isə əjdahanın göstərdiyi xidmətlərə görə vəhşi heyvana verildiyi zaman dövrüdür, çünki Demokrat əjdaha partiyası Respublikaçı vəhşi heyvan partiyası tərəfindən məğlub ediləcəkdir.</w:t>
      </w:r>
    </w:p>
    <w:p>
      <w:pPr>
        <w:pStyle w:val="ArticleBody"/>
        <w:jc w:val="left"/>
      </w:pPr>
      <w:r>
        <w:rPr>
          <w:rFonts w:ascii="Times New Roman" w:hAnsi="Times New Roman" w:eastAsia="Times New Roman" w:cs="Times New Roman"/>
        </w:rPr>
        <w:t>Həmin tarix ərzində həqiqi Protestant buynuzunun möhürlənməsi, Rəbbin Öz əlini ikinci dəfə uzadaraq İsrailin qovulmuşları kimi tanınan xalqı topladığı zaman dövründə başa çatır; həmin xalq isə bazar günü qanunu zamanı bir bayraq kimi ucaldılacaqdır.</w:t>
      </w:r>
    </w:p>
    <w:p>
      <w:pPr>
        <w:pStyle w:val="ArticleBody"/>
        <w:jc w:val="left"/>
      </w:pPr>
      <w:r>
        <w:rPr>
          <w:rFonts w:ascii="Times New Roman" w:hAnsi="Times New Roman" w:eastAsia="Times New Roman" w:cs="Times New Roman"/>
        </w:rPr>
        <w:t>18 iyul 2020-ci ildə həqiqi protestant buynuzu səpələndi və 2001-ci ildən iyirmi iki il sonra, 2023-cü ilin iyulunda, çöldə fəryad edən bir səs vasitəsilə ikinci toplanışın işi başlandı. Birinci toplanış 2001-ci ildə baş verdi; o zaman Vəhy kitabının on səkkizinci fəslinin mələyi Nyu-York şəhərinin böyük binaları çökərkən endi. Həmin mələyin enişi möhürlənmə vaxtının başlanğıcını təmsil edirdi, və baş mələk Mikayılın 18 iyul 2020-ci ildə enişi möhürlənmə vaxtının sonunu təmsil edirdi. İsa, Alfa və Omeqa olaraq, həmişə sonu başlanğıcla təsvir edir; buna görə də, 11 sentyabr 2001-ci ildə başlamış birinci toplanışın peyğəmbərlik ünsürləri ikinci toplanışda baş verən peyğəmbərlik ünsürlərini təmsil edir.</w:t>
      </w:r>
    </w:p>
    <w:p>
      <w:pPr>
        <w:pStyle w:val="ArticleBody"/>
        <w:jc w:val="left"/>
      </w:pPr>
      <w:r>
        <w:rPr>
          <w:rFonts w:ascii="Times New Roman" w:hAnsi="Times New Roman" w:eastAsia="Times New Roman" w:cs="Times New Roman"/>
        </w:rPr>
        <w:t>İkinci toplanmanın üç aydın nümunəsi vardır ki, bunlar yüz qırx dörd minin möhürlənmə vaxtının son tarixini təmsil edir; bunlar Məsihin tarixi, 11 avqust 1840-dan 22 oktyabr 1844-ə qədər birinci və ikinci mələklərin xəbərlərinin tarixi, həmçinin 22 oktyabr 1844-dən 1863-cü ilin üsyanına qədər üçüncü mələyin tarixidir. Bu üç şahid yüz qırx dörd minin ikinci toplanmasını 2023-cü ilin iyulundan tezliklə gələcək bazar qanununadək təsbit edir. Əgər hər bir tarixdən bir fərqli ünsürü ayırsaq, üçüncü vayın roluna dair dəlili taparıq.</w:t>
      </w:r>
    </w:p>
    <w:p>
      <w:pPr>
        <w:pStyle w:val="ArticleBody"/>
        <w:jc w:val="left"/>
      </w:pPr>
      <w:r>
        <w:rPr>
          <w:rFonts w:ascii="Times New Roman" w:hAnsi="Times New Roman" w:eastAsia="Times New Roman" w:cs="Times New Roman"/>
        </w:rPr>
        <w:t>1844-cü il avqustun 17-də Exeter düşərgə yığıncağının sonunda Gecəyarısı Nidasının xəbəri elan olundu. Həmin elan yüz qırx dörd minin tarixində Gecəyarısı Nidası xəbərinin elanını təmsil edirdi, çünki hər iki tarix on bakirə məsəlinin yerinə yetməsidir və idi. Bacı Uayt Məsihin Yerusəlimə zəfərli girişinin 1844-cü ildə Gecəyarısı Nidasının elanını təmsil etdiyini müəyyən edir. Məsihin heyvana mindiyi yeganə vaxt Onun Yerusəlimə girişi olmuşdur və mindiyi heyvan eşşək idi; bu isə İslamın simvoludur. 1844-dən 1863-ə qədər olan ikinci toplanma dövründə, 1848-ci ildə Bacı Uayt Avropa millətlərinin qəzəbləndirildiyini müəyyən edir və həmin tarixdə millətlərin qəzəbləndirilməsi İslam tərəfindən Avropanın üzərinə gətirilən davamlı müharibə təhdidləri vasitəsilə həyata keçirilirdi. İkinci toplanmanın üç tarixinin hər birində üçüncü vayın İslamının rolu müəyyən edilir.</w:t>
      </w:r>
    </w:p>
    <w:p>
      <w:pPr>
        <w:pStyle w:val="ArticleBody"/>
        <w:jc w:val="left"/>
      </w:pPr>
      <w:r>
        <w:rPr>
          <w:rFonts w:ascii="Times New Roman" w:hAnsi="Times New Roman" w:eastAsia="Times New Roman" w:cs="Times New Roman"/>
        </w:rPr>
        <w:t>Yüz qırx dörd min nəfərin möhürlənmə vaxtı 11 sentyabr 2001-ci ildə üçüncü vayın İslamı tərəfindən müasir izzətli ölkə olan Amerika Birləşmiş Ştatlarına qarşı edilən qəfil hücumla başladı. İyirmi iki il sonra, 7 oktyabr 2023-cü ildə üçüncü vayın İslamı qədim izzətli ölkəyə qarşı qəfil hücum həyata keçirdi. Tezliklə gələcək Bazar günü qanunu zamanı — Vəhy on birdəki böyük zəlzələ olan həmin vaxt — üçüncü vay yenidən qəflətən gəlir, belə ki, o, müasir izzətli ölkəyə qarşı bir daha qəfil hücumu həyata keçirir.</w:t>
      </w:r>
    </w:p>
    <w:p>
      <w:pPr>
        <w:pStyle w:val="ArticleBody"/>
        <w:jc w:val="left"/>
      </w:pPr>
      <w:r>
        <w:rPr>
          <w:rFonts w:ascii="Times New Roman" w:hAnsi="Times New Roman" w:eastAsia="Times New Roman" w:cs="Times New Roman"/>
        </w:rPr>
        <w:t>Məsihlərini çarmıxa çəkənlərin simvolu kimi hərfi İsrailin təmsil etdiyi üsyan və üçüncü vayın İslamının üç qəfil hücumu “Həqiqət”in imzasını daşıyır. Yüz qırx dörd min nəfəri möhürləyən, Allahın axırzaman xalqını ikinci dəfə toplamaq işini yerinə yetirən xəbər, üçüncü vayın İslamının fəaliyyətlərinin fəal olduğu bir zaman dövründə baş verir.</w:t>
      </w:r>
    </w:p>
    <w:p>
      <w:pPr>
        <w:pStyle w:val="ArticleBody"/>
        <w:jc w:val="left"/>
      </w:pPr>
      <w:r>
        <w:rPr>
          <w:rFonts w:ascii="Times New Roman" w:hAnsi="Times New Roman" w:eastAsia="Times New Roman" w:cs="Times New Roman"/>
        </w:rPr>
        <w:t>“İkinci toplanma” kimi təqdim olunan peyğəmbərlik dövrü, “ikinci toplanma”nın bütün tarixini təşkil edən müəyyən peyğəmbərlik dövrlərini aydın şəkildə müəyyən edir. Məsihin dirilməsindən sonra enişi, çarmıxda səpələnmiş olanları toplamaq işinin başlanğıcını göstərir.</w:t>
      </w:r>
    </w:p>
    <w:p>
      <w:pPr>
        <w:pStyle w:val="ArticleScripture"/>
        <w:jc w:val="left"/>
      </w:pPr>
      <w:r>
        <w:rPr>
          <w:rFonts w:ascii="Times New Roman" w:hAnsi="Times New Roman" w:eastAsia="Times New Roman" w:cs="Times New Roman"/>
        </w:rPr>
        <w:t>Sonra İsa onlara dedi: Bu gecə hamınız Məndən ötrü büdrəyəcəksiniz; çünki yazılmışdır: “Mən çobanı vuracağam, və sürünün qoyunları dağıdılacaqdır.” Matta 26:31.</w:t>
      </w:r>
    </w:p>
    <w:p>
      <w:pPr>
        <w:pStyle w:val="ArticleBody"/>
        <w:jc w:val="left"/>
      </w:pPr>
      <w:r>
        <w:rPr>
          <w:rFonts w:ascii="Times New Roman" w:hAnsi="Times New Roman" w:eastAsia="Times New Roman" w:cs="Times New Roman"/>
        </w:rPr>
        <w:t>Qəbirdə keçirdiyi üç gündən sonra Məsih şagirdlərinin yanına endi və onlara şəxsən təlim verdiyi qırx günlük bir dövrü başlatdı; bunun ardınca isə Pentikostda Müqəddəs Ruhun ölçüsüz surətdə tökülməsindən əvvəl on günlük bir birlik və dua dövrü gəldi.</w:t>
      </w:r>
    </w:p>
    <w:p>
      <w:pPr>
        <w:pStyle w:val="ArticleScripture"/>
        <w:jc w:val="left"/>
      </w:pPr>
      <w:r>
        <w:rPr>
          <w:rFonts w:ascii="Times New Roman" w:hAnsi="Times New Roman" w:eastAsia="Times New Roman" w:cs="Times New Roman"/>
        </w:rPr>
        <w:t>Ey Teofil, əvvəlki risaləmdə İsanın etməyə və öyrətməyə başladığı hər şey haqqında, seçdiyi həvarilərə Müqəddəs Ruh vasitəsilə əmrlər verdikdən sonra göyə qaldırıldığı günədək yazdım. O, iztirab çəkdikdən sonra da bir çox qəti dəlillərlə Özünü onlara diri göstərdi; qırx gün ərzində onlara görünərək Allahın Padşahlığına dair şeylərdən danışdı. Onlarla birlikdə olduğu zaman onlara əmr etdi ki, Yerusəlimdən ayrılmasınlar, əksinə, Atanın vədini gözləsinlər; dedi: “Bunu Məndən eşitmisiniz. Çünki Yəhya doğrudan da su ilə vəftiz etdi, amma siz az günlərdən sonra Müqəddəs Ruhla vəftiz olunacaqsınız”. Beləliklə, onlar bir yerə toplaşdıqları zaman Ondan soruşdular: “Ya Rəbb, İsrailə padşahlığı bu vaxtmı bərpa edəcəksən?” O isə onlara dedi: “Ata Öz ixtiyarında saxladığı zamanları və mövsümləri bilmək sizə aid deyil. Lakin Müqəddəs Ruh üzərinizə gəldikdə qüdrət alacaqsınız; və siz həm Yerusəlimdə, həm bütün Yəhudeyada, həm Samariyada, həm də yerin ən ucqarınadək Mənə şahidlər olacaqsınız”. Bunları dedikdən sonra, onlar baxarkən O, yuxarı qaldırıldı; və bir bulud Onu onların gözləri önündən aldı.... Pentikost günü tamam gəldikdə, onların hamısı bir ürək və bir canla bir yerdə idilər. Birdən göydən güclü, coşqun bir külək səsi kimi bir səs gəldi və onların oturduqları bütün evi doldurdu. Həvarilərin İşləri 1:1–9, 2:1, 2.</w:t>
      </w:r>
    </w:p>
    <w:p>
      <w:pPr>
        <w:pStyle w:val="ArticleBody"/>
        <w:jc w:val="left"/>
      </w:pPr>
      <w:r>
        <w:rPr>
          <w:rFonts w:ascii="Times New Roman" w:hAnsi="Times New Roman" w:eastAsia="Times New Roman" w:cs="Times New Roman"/>
        </w:rPr>
        <w:t>Qırx gün ərzində və bunun ardınca şagirdlərin Atanın vədi üçün “gözləməli” olduqları on gün boyunca Məsih Öz şagirdlərini ikinci dəfə toplayırdı. Yerusəlimdəki gözləmə dövrü, Matta iyirmi beşdə və Habakkuk ikidə olan yubanma vaxtları ilə uyğunluq içində, bir yubanma vaxtının rəmzidir. Bütün bu dövr Məsih tərəfindən İlyasın işi zamanı, Yəhyanın vəftiz etdiyi vaxtdan başlayan dövr kimi müəyyən edilir və bütün dövr Pentikostda Müqəddəs Ruhun vəftizi ilə başa çatdı. Vəftiz ölümün, dəfnin və dirilmənin rəmzidir; buna görə də bütün dövrün orta nişanı çarmıx idi, çünki bütün bu dövr “Həqiqət” imzasını daşıyır.</w:t>
      </w:r>
    </w:p>
    <w:p>
      <w:pPr>
        <w:pStyle w:val="ArticleBody"/>
        <w:jc w:val="left"/>
      </w:pPr>
      <w:r>
        <w:rPr>
          <w:rFonts w:ascii="Times New Roman" w:hAnsi="Times New Roman" w:eastAsia="Times New Roman" w:cs="Times New Roman"/>
        </w:rPr>
        <w:t>Bütün bu dövr Yəhyanın Məsihi vəftiz etməsi ilə başlayır; o zaman Müqəddəs Ruh göyərçin surətində endi. Sonra məsihçi məbədinin təməli olmalı olan şagirdlərin toplanması işi başlandı. Həmin dövrün sonunda Məsih Öz şagirdlərini ikinci dəfə toplayır və ikinci toplanma dövrü birinci toplanma dövrünün təkrarıdır, çünki Məsih bir şeyin sonunu onun başlanğıcı ilə təsvir edir.</w:t>
      </w:r>
    </w:p>
    <w:p>
      <w:pPr>
        <w:pStyle w:val="ArticleBody"/>
        <w:jc w:val="left"/>
      </w:pPr>
      <w:r>
        <w:rPr>
          <w:rFonts w:ascii="Times New Roman" w:hAnsi="Times New Roman" w:eastAsia="Times New Roman" w:cs="Times New Roman"/>
        </w:rPr>
        <w:t>Xaç Məsihin vəftizi ilə öncədən rəmzləndirilmişdi və hər iki hadisə şagirdlərin toplanması işini başlatdı. Başlanğıcı və sonu müəyyən edən nişan ölüm, dəfn və dirilməni təmsil edir. Dirilmədən sonra səhrada qırx günlük sınaq, Onun şagirdlərin yanına enişindən sonrakı qırx günlük təlimi təmsil edirdi. Bu qırx günün hər ikisi İsanın belə ifadə etdiyi ilkin bir həqiqəti təmsil edir: “Yazılmışdır: İnsan yalnız çörəklə deyil, Allahın ağzından çıxan hər bir sözlə yaşayar.”</w:t>
      </w:r>
    </w:p>
    <w:p>
      <w:pPr>
        <w:pStyle w:val="ArticleBody"/>
        <w:jc w:val="left"/>
      </w:pPr>
      <w:r>
        <w:rPr>
          <w:rFonts w:ascii="Times New Roman" w:hAnsi="Times New Roman" w:eastAsia="Times New Roman" w:cs="Times New Roman"/>
        </w:rPr>
        <w:t>Həmin zaman kəsiyində İsa Məsih haqqında peyğəmbərlərin şəhadət etmiş olduqları hər şeyi şagirdlərə açdı və beləliklə, həmin dövrü Onun peyğəmbərlik Kəlamının açılışı kimi müəyyən etdi.</w:t>
      </w:r>
    </w:p>
    <w:p>
      <w:pPr>
        <w:pStyle w:val="ArticleScripture"/>
        <w:jc w:val="left"/>
      </w:pPr>
      <w:r>
        <w:rPr>
          <w:rFonts w:ascii="Times New Roman" w:hAnsi="Times New Roman" w:eastAsia="Times New Roman" w:cs="Times New Roman"/>
        </w:rPr>
        <w:t>Və budur, onların ikisi həmin gün Yerusəlimdən təxminən altmış stadia uzaqlığında olan Emmaus adlı bir kəndə gedirdi. Onlar baş vermiş bütün bu hadisələr haqqında bir-biri ilə danışırdılar. Elə oldu ki, onlar bir-biri ilə söhbət edib mübahisə edərkən, İsanın Özü yaxınlaşıb onlarla birlikdə getdi. Lakin Onu tanımasınlar deyə gözləri tutulmuşdu.... O zaman O onlara dedi: Ey düşüncəsizlər və peyğəmbərlərin söylədiyi hər şeyə iman etməkdə ürəyi ağır olanlar! Məgər Məsihin bu əzabları çəkməsi və Öz izzətinə daxil olması lazım deyildimi? Və Musadan və bütün peyğəmbərlərdən başlayaraq, bütün Müqəddəs Yazılarda Özü haqqında olanları onlara izah etdi. Onlar getdikləri kəndə yaxınlaşdılar; O isə daha uzağa gedəcəkmiş kimi davrandı. Lakin onlar Ondan israrla xahiş edərək dedilər: Bizimlə qal, çünki axşam düşür və gün xeyli keçib. O da onlarla qalmaq üçün içəri girdi. Elə oldu ki, O onlarla süfrə başında oturarkən çörəyi götürdü, xeyir-dua verdi, bölüb onlara verdi. Onda onların gözləri açıldı və Onu tanıdılar; O isə onların gözləri önündən yox oldu. Luka 24:13–16, 26–31.</w:t>
      </w:r>
    </w:p>
    <w:p>
      <w:pPr>
        <w:pStyle w:val="ArticleBody"/>
        <w:jc w:val="left"/>
      </w:pPr>
      <w:r>
        <w:rPr>
          <w:rFonts w:ascii="Times New Roman" w:hAnsi="Times New Roman" w:eastAsia="Times New Roman" w:cs="Times New Roman"/>
        </w:rPr>
        <w:t>Məsih kim olduğunu dərk etməyən şagirdlərlə onların gözlərini açanadək qaldı; “və Musadan və bütün peyğəmbərlərdən başlayaraq, bütün Müqəddəs Yazılarda Özü haqqında olanları onlara izah etdi.” Onlara yemək üçün “çörək” verildikdə gözləri açıldı. Qırx gündən sonra Məsih göyə yüksəldi və qırx günlük təlimin əvvəlində Emmaus yolundakı şagirdlərlə etdiyi kimi, “onların gözündən qeyb oldu.” Bundan sonra onlar Pentikost üçün on günlük hazırlığa başladılar; bu da tezliklə gələcək bazar qanununu təmsil edir.</w:t>
      </w:r>
    </w:p>
    <w:p>
      <w:pPr>
        <w:pStyle w:val="ArticleBody"/>
        <w:jc w:val="left"/>
      </w:pPr>
      <w:r>
        <w:rPr>
          <w:rFonts w:ascii="Times New Roman" w:hAnsi="Times New Roman" w:eastAsia="Times New Roman" w:cs="Times New Roman"/>
        </w:rPr>
        <w:t>Bazar qanunu olan böyük zəlzələ zamanı İslamın üçüncü vay halı tez gəlir və İslam, Yeşayanın “şiddətli” “şərq küləyi”dir; bu isə Yəhyanın dörd küləyindən gələn, yüz qırx dörd minin möhürlənməsi zamanı saxlanılan Yezekelin nəfəsidir.</w:t>
      </w:r>
    </w:p>
    <w:p>
      <w:pPr>
        <w:pStyle w:val="ArticleBody"/>
        <w:jc w:val="left"/>
      </w:pPr>
      <w:r>
        <w:rPr>
          <w:rFonts w:ascii="Times New Roman" w:hAnsi="Times New Roman" w:eastAsia="Times New Roman" w:cs="Times New Roman"/>
        </w:rPr>
        <w:t>Yüz qırx dörd min nəfər möhürləndikdən sonra dörd külək sərbəst buraxılır və “birdən-birə göydən güclü, şiddətli bir külək əsirmiş kimi bir səs gəldi və bütün evi doldurdu.” Üçüncü vayın İslamı “birdən-birə” və gözlənilmədən zərbə endirir və yeddinci şeypur olan “göydən gələn səsi” meydana gətirir; bu isə Allahın sirrinin nə zaman tamamlandığını göstərir. Allahın sirri yüz qırx dörd min nəfər üçün o zaman tamamlanır ki, İlahilik (Müqəddəs Ruhun tökülməsi) bəşəriyyətlə daimi surətdə birləşir və Rəbb qəflətən Öz məbədinə (şagirdlərin toplaşdıqları evə) gəlir və yüz qırx dörd min nəfərlə əhdə daxil olur.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“Rəbb istəyir ki, dağa qalxaq,—Onun hüzuruna daha birbaşa daxil olaq. Biz elə bir böhrana yaxınlaşırıq ki, bu, dünya yaranandan bəri keçən əvvəlki hər hansı zamandan daha çox, Məsihin adını çağırmış hər kəsin tamamilə təqdis olunmasını tələb edəcəkdir.</w:t>
      </w:r>
    </w:p>
    <w:p>
      <w:pPr>
        <w:pStyle w:val="ArticleScripture"/>
        <w:jc w:val="left"/>
      </w:pPr>
      <w:r>
        <w:rPr>
          <w:rFonts w:ascii="Times New Roman" w:hAnsi="Times New Roman" w:eastAsia="Times New Roman" w:cs="Times New Roman"/>
        </w:rPr>
        <w:t>“Aramızda həqiqi möminliyin dirçəlişi bütün ehtiyaclarımızın ən böyüyü və ən təcilisidir. Bizə Allahdan gələn müqəddəs məsh, Onun Ruhunun vəftizi lazımdır; çünki müqəddəs həqiqətin yayılmasında yeganə təsirli vasitə budur. Göylərə aid şeyləri dəyərləndirmək üçün canın cansız qalmış qabiliyyətlərini canlandıran və məhəbbəti Allaha və həqiqətə yönəldən Allahın Ruhudur.”</w:t>
      </w:r>
    </w:p>
    <w:p>
      <w:pPr>
        <w:pStyle w:val="ArticleScripture"/>
        <w:jc w:val="left"/>
      </w:pPr>
      <w:r>
        <w:rPr>
          <w:rFonts w:ascii="Times New Roman" w:hAnsi="Times New Roman" w:eastAsia="Times New Roman" w:cs="Times New Roman"/>
        </w:rPr>
        <w:t>“Allahın sözünü olduğu kimi qəbul etmək bizim imtiyazımızdır. İsa şagirdlərini tərk edib göyə yüksəlmək üzrə olarkən, onlara Müjdə xəbərini bütün millətlərə, dillərə və xalqlara çatdırmağı tapşırdı. O, onlara dedi ki, yuxarıdan qüvvə ilə təchiz olunana qədər Yerusəlimdə qalsınlar. Bu, onların uğuru üçün zəruri idi. Müqəddəs məsh Allahın qulları üzərinə gəlməli idi. Özlərini tamamilə Məsihin şagirdləri kimi tanıdan və müjdəçi kimi həvarilərlə birlikdə olanların hamısı Yerusəlimdə bir yerə toplaşdı. Onlar bütün ixtilafları bir kənara qoydular. Müqəddəs Ruh vədinin yerinə yetirilməsini qəbul etsinlər deyə, onlar dua və yalvarışda bir ürəklə davam edirdilər; çünki Müjdəni Ruhun nümayişi və Allahın qüdrəti ilə təbliğ etməli idilər. Bu, Məsihin ardıcılları üçün böyük təhlükə zamanı idi. Onlar canavarlar arasında qoyunlar kimi idilər, yenə də cəsarətli idilər, çünki Məsih ölülər arasından dirilmiş, Özünü onlara göstərmiş və dünyaya Öz Müjdəsini təbliğ etmək üçün irəli çıxmağa onları yararlı edəcək xüsusi bir bərəkət vəd etmişdi. Onlar Onun vədinin yerinə yetməsini intizarla gözləyir və xüsusi hərarətlə dua edirdilər.”</w:t>
      </w:r>
    </w:p>
    <w:p>
      <w:pPr>
        <w:pStyle w:val="ArticleScripture"/>
        <w:jc w:val="left"/>
      </w:pPr>
      <w:r>
        <w:rPr>
          <w:rFonts w:ascii="Times New Roman" w:hAnsi="Times New Roman" w:eastAsia="Times New Roman" w:cs="Times New Roman"/>
        </w:rPr>
        <w:t>“Səmaların buludları üzərində Rəbbin gəlişini bəyan etmək işində iştirak edənlərin izləməli olduqları yol məhz budur; çünki Allahın böyük günündə dayanmağa hazır bir xalq hazırlanmalıdır. Məsih Öz şagirdlərinə Müqəddəs Ruhu alacaqlarına dair vədi vermiş olsa da, bu, duanın zəruriliyini aradan qaldırmırdı. Onlar daha da ciddi-cəhdlə dua etdilər; yekdilliklə duada davam etdilər. İndi Rəbbin gəlişi üçün bir xalq hazırlamağın ciddi işi ilə məşğul olanlar da duada davam etməlidirlər. İlk şagirdlər yekdil idilər. Onların vəd olunmuş xeyir-duanın necə gələcəyi barədə irəli sürəcəkləri nə fərziyyələri, nə də maraq doğuran nəzəriyyələri var idi. Onlar iman və ruhda bir idilər. Onlar həmfikir idilər.”</w:t>
      </w:r>
    </w:p>
    <w:p>
      <w:pPr>
        <w:pStyle w:val="ArticleScripture"/>
        <w:jc w:val="left"/>
      </w:pPr>
      <w:r>
        <w:rPr>
          <w:rFonts w:ascii="Times New Roman" w:hAnsi="Times New Roman" w:eastAsia="Times New Roman" w:cs="Times New Roman"/>
        </w:rPr>
        <w:t>“Bütün şübhələri kənara qoyun. Qorxularınızı rədd edin, Pavelin belə nida etdiyi zaman malik olduğu təcrübəni əldə edin: ‘Mən Məsihlə birlikdə çarmıxa çəkilmişəm; amma yaşayıram; artıq mən deyiləm, məndə yaşayan Məsihdir; indi bədəndə yaşadığım həyatı isə məni sevən və Özünü mənim uğrumda fəda edən Allah Oğluna imanla yaşayıram.’ [Galatians 2:20.] Hər şeyi Məsihə təslim edin və həyatınız Allahda Məsihlə gizlədilsin. O zaman yaxşılıq üçün bir qüvvə olacaqsınız. Biri mini qovar, ikisi isə on mini qaçmağa salar.”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Doxsan Doqquzuncu</dc:title>
  <dc:subject>Siyasi Tənəzzül və Peyğəmbərlik Taleyi: Müqəddəs Kitab Peyğəmbərliyi Kontekstində Demokrat və Respublikaçı Partiyaların Sonu</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