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doqquz nömrə</w:t>
      </w:r>
    </w:p>
    <w:p>
      <w:pPr>
        <w:pStyle w:val="ArticleSubtitle"/>
        <w:jc w:val="left"/>
      </w:pPr>
      <w:r>
        <w:rPr>
          <w:rFonts w:ascii="Arial" w:hAnsi="Arial" w:eastAsia="Arial" w:cs="Arial"/>
        </w:rPr>
        <w:t>Daniel Kitabında “Saat” Sözünün Peyğəmbərlik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Köhnə Əhddə yalnız Daniel kitabında rast gəlinən “saat” sözü həmişə müəyyən növ mühakimə ilə əlaqələndirilir. Üçüncü fəsildə bu, Şədrək, Meşək və Abedneqo ilə təmsil olunan bayraq üzərində vurğu ilə bazar günü qanununu təmsil edir.</w:t>
      </w:r>
    </w:p>
    <w:p>
      <w:pPr>
        <w:pStyle w:val="ArticleBody"/>
        <w:jc w:val="left"/>
      </w:pPr>
      <w:r>
        <w:rPr>
          <w:rFonts w:ascii="Times New Roman" w:hAnsi="Times New Roman" w:eastAsia="Times New Roman" w:cs="Times New Roman"/>
        </w:rPr>
        <w:t>Dördüncü fəsildə bu, 1798-ci ildə birinci mələyin xəbərdarlıq ismarıcının gəlişini təmsil edir. Dördüncü fəsildə ikinci dəfə istifadə edildikdə, 1844-cü il oktyabrın 22-də təhqiqat mühakiməsinin açılışını təmsil edirdi. Dördüncü fəsildə “saat” sözünün iki istifadəsi 1798-ci ildən 1844-cü ilə qədər birinci və ikinci mələklərin ismarıclarının tarixini təmsil edir. Bu tarix Vəhy 10-un yeddi göy gurultusunun tarixidir. Yeddi göy gurultusu dördüncü fəsildə “saat” sözünün iki dəfə işlədilməsi ilə təmsil olunur və buna görə də 1989-cu ildən yaxın gələcəkdə çıxacaq Bazar günü qanununa qədər üçüncü mələyin tarixini də təmsil edir.</w:t>
      </w:r>
    </w:p>
    <w:p>
      <w:pPr>
        <w:pStyle w:val="ArticleBody"/>
        <w:jc w:val="left"/>
      </w:pPr>
      <w:r>
        <w:rPr>
          <w:rFonts w:ascii="Times New Roman" w:hAnsi="Times New Roman" w:eastAsia="Times New Roman" w:cs="Times New Roman"/>
        </w:rPr>
        <w:t>Beşinci fəsildə “saat” sözü həmçinin bazar qanununu təmsil edir, lakin oradakı vurğu Müqəddəs Kitab peyğəmbərliyinin altıncı səltənəti olan Amerika Birləşmiş Ştatlarının sonu üzərindədir; bu sonluq Müqəddəs Kitab peyğəmbərliyinin birinci səltənəti olan Babilin sonu ilə tipləşdirilmişdir. Üçüncü fəsildə vurğu odlu sobadakı bayraq üzərində idi, lakin beşinci fəsildə vurğu Belşassarın aqibəti və ona məxsus xüsusi hökmü üzərindədir, baxmayaraq ki, Daniel nəhayətdə hekayəyə daxil olur və bayrağı tipləşdirir.</w:t>
      </w:r>
    </w:p>
    <w:p>
      <w:pPr>
        <w:pStyle w:val="ArticleBody"/>
        <w:jc w:val="left"/>
      </w:pPr>
      <w:r>
        <w:rPr>
          <w:rFonts w:ascii="Times New Roman" w:hAnsi="Times New Roman" w:eastAsia="Times New Roman" w:cs="Times New Roman"/>
        </w:rPr>
        <w:t>Bazar qanunu zamanı Navuxodonosorun təqdisinin “saat”ı və Belşassarın ölümü təmsil olunur. Dördüncü fəsildə hökmün açılışı kimi təqdim olunan “saat”, 22 oktyabr 1844-cü ildə istintaq hökmünün açılışını müəyyən edir və eyni zamanda bazar qanunu zamanı icra hökmünün açılışını da müəyyən edir. İstər 22 oktyabr 1844-cü ildə səmavi məbəddə hökm kitablarının açılması, istərsə də xilası rədd etmiş olanların üzərinə gətirilən Allah hökmünün başlanğıcı olsun, bazar qanunu zamanı icra hökmünün başlanğıcında bu yaxınlaşan hökmlərdən hər hansı biri üçün xəbərdarlıq Danielin dördüncü fəslində “saat” sözünün ilk işlədilməsi ilə təmsil olunur, bu iki hökm növündən hər hansı birinin həqiqi başlanğıcı isə dördüncü fəsildə “saat” sözünün ikinci dəfə işlədilməsi ilə təmsil olunur.</w:t>
      </w:r>
    </w:p>
    <w:p>
      <w:pPr>
        <w:pStyle w:val="ArticleBody"/>
        <w:jc w:val="left"/>
      </w:pPr>
      <w:r>
        <w:rPr>
          <w:rFonts w:ascii="Times New Roman" w:hAnsi="Times New Roman" w:eastAsia="Times New Roman" w:cs="Times New Roman"/>
        </w:rPr>
        <w:t>Danielın “saat” sözünü işlətmə tərzinə aid qrammatik termin onun “çoxmənalılıq” olmasıdır. Çoxmənalılıq, müxtəlif təriflərə malik olan, lakin hamısı eyni başlıq altında birləşdirilə bilən bir sözdür. Danielın “saat” sözünü işlət­diyi beş halın hamısı hökmə aiddir, lakin onların hər biri ya Allahın Onun icraedici hökmü adlanan cəzalandırıcı hökmünün, ya da Allahın kimin xilas ediləcəyini, kimin isə edilməyəcəyini müəyyən etdiyi təhqiqatçı hökmünün fərqli cəhətlərinə toxunur. İstər 22 oktyabr 1844-cü ildə başlamış təhqiqatçı hökm olsun, istərsə də tezliklə gələcək bazar qanunu ilə başlayan icraedici hökm olsun, hər iki hökm öz təbiəti etibarilə mərhələlidir. Allahın cəzalandırıcı, yaxud icraedici hökmü bazar qanunu ilə başlayır və tədricən şiddətlənərək nəhayətdə insan probationunun bağlanmasına və son yeddi bəlaya çatır.</w:t>
      </w:r>
    </w:p>
    <w:p>
      <w:pPr>
        <w:pStyle w:val="ArticleBody"/>
        <w:jc w:val="left"/>
      </w:pPr>
      <w:r>
        <w:rPr>
          <w:rFonts w:ascii="Times New Roman" w:hAnsi="Times New Roman" w:eastAsia="Times New Roman" w:cs="Times New Roman"/>
        </w:rPr>
        <w:t>Danielun beşinci fəslində “saat” sözü Belşassarın ölümü və onun hökmranlıq etdiyi millətin sonu ilə təmsil olunan Allahın icraedici hökmünü təsvir etmək üçün işlədilir.</w:t>
      </w:r>
    </w:p>
    <w:p>
      <w:pPr>
        <w:pStyle w:val="ArticleScripture"/>
        <w:jc w:val="left"/>
      </w:pPr>
      <w:r>
        <w:rPr>
          <w:rFonts w:ascii="Times New Roman" w:hAnsi="Times New Roman" w:eastAsia="Times New Roman" w:cs="Times New Roman"/>
        </w:rPr>
        <w:t>Həmin saatda bir insan əlinin barmaqları görünüb çıxaraq padşah sarayının divarının suvağı üzərində, çıraqdana qarşı yazdı; və padşah yazan əlin hissəsini gördü. Daniel 5:5.</w:t>
      </w:r>
    </w:p>
    <w:p>
      <w:pPr>
        <w:pStyle w:val="ArticleBody"/>
        <w:jc w:val="left"/>
      </w:pPr>
      <w:r>
        <w:rPr>
          <w:rFonts w:ascii="Times New Roman" w:hAnsi="Times New Roman" w:eastAsia="Times New Roman" w:cs="Times New Roman"/>
        </w:rPr>
        <w:t>İcraedici hökm Bazar günü qanununun qüvvəyə minməsi ilə başlayır; bu, həmçinin Navuxodonosorun qızıl surəti həsr etməsi ilə təmsil olunur, lakin həmin “saat” daha çox Bazar günü qanunu zamanı meydana gətirilən böhranda Allahın xalqının xilasına aiddir. Sur şəhərinin fahişəsinin, eləcə də Amerika Birləşmiş Ştatlarının icraedici hökmü Bazar günü qanunu ilə başlayır; Daniel kitabında mühakimənin simvolu olan “saat” da budur.</w:t>
      </w:r>
    </w:p>
    <w:p>
      <w:pPr>
        <w:pStyle w:val="ArticleScripture"/>
        <w:jc w:val="left"/>
      </w:pPr>
      <w:r>
        <w:rPr>
          <w:rFonts w:ascii="Times New Roman" w:hAnsi="Times New Roman" w:eastAsia="Times New Roman" w:cs="Times New Roman"/>
        </w:rPr>
        <w:t>Və mən göydən başqa bir səs eşitdim ki, deyirdi: “Ey Mənim xalqım, ondan çıxın ki, onun günahlarına şərik olmayasınız və onun bəlalarından sizə də pay düşməsin. Çünki onun günahları göyə qədər yüksəlmişdir və Allah onun haqsızlıqlarını yada salmışdır. Onun sizə verdiyi əvəzi siz də ona verin və əməllərinə görə ona ikiqat artıq əvəz verin; onun doldurduğu camda ona ikiqat doldurun. O, özünü nə qədər ucaltdısa və nə qədər ləzzət içində yaşadısa, ona bir o qədər əzab və yas verin. Çünki o, öz ürəyində deyir: ‘Mən bir məlikə kimi taxtda oturmuşam, dul deyiləm və əsla yas görməyəcəyəm’. Buna görə də onun bəlaları bir gün içində gələcəkdir: ölüm, matəm və qıtlıq; və o, tamamilə odla yandırılacaqdır. Çünki onu mühakimə edən Xudavənd Allah qüvvətlidir. Yer padşahları isə ki, onunla zina etmiş və onunla ləzzət içində yaşamışlar, onun yanmasının tüstüsünü gördükləri zaman onun üçün ağlayacaq və fəryad edəcəklər. Onun əzabının qorxusundan uzaqda dayanıb deyəcəklər: ‘Vay, vay o böyük şəhərə, Babili o qüdrətli şəhərə! Çünki bir saat içində sənin hökmün gəlib çatdı’”. Vəhy 18:4–10.</w:t>
      </w:r>
    </w:p>
    <w:p>
      <w:pPr>
        <w:pStyle w:val="ArticleBody"/>
        <w:jc w:val="left"/>
      </w:pPr>
      <w:r>
        <w:rPr>
          <w:rFonts w:ascii="Times New Roman" w:hAnsi="Times New Roman" w:eastAsia="Times New Roman" w:cs="Times New Roman"/>
        </w:rPr>
        <w:t>Birləşmiş Ştatlarda bazar günü qanunu — icraedici hökmün başlanğıcı olan və eyni zamanda mərhələli şəkildə irəliləyən bu hadisə — Allahın hələ Babil içində olan övladlarının bayraq vasitəsilə çağırılıb çıxarıldığı “saat”da başlayır. Məhz “o saat”da hökm “o böyük şəhərin, Babilin” üzərinə gəlir. “Saat” sözü ilə təmsil olunan onun hökmü, Allahın digər sürüsünün Babildən çağırılıb çıxarıldığı dövrü əhatə edir.</w:t>
      </w:r>
    </w:p>
    <w:p>
      <w:pPr>
        <w:pStyle w:val="ArticleScripture"/>
        <w:jc w:val="left"/>
      </w:pPr>
      <w:r>
        <w:rPr>
          <w:rFonts w:ascii="Times New Roman" w:hAnsi="Times New Roman" w:eastAsia="Times New Roman" w:cs="Times New Roman"/>
        </w:rPr>
        <w:t>Və o gündə Yesseyin bir kökü olacaq; o, xalqlar üçün bir bayraq kimi duracaq; millətlər ona yönələcəklər; və onun rahatlıq yeri izzətli olacaq. Və o gündə belə olacaq ki, Rəbb Öz əlini ikinci dəfə uzadacaq ki, xalqının sağ qalmış qalığını — Aşşurdan, Misirdən, Patrosdan, Kuşdan, Elamdan, Şinardan, Hamatdan və dəniz adalarından qalanları — geri qazansın. Və O, millətlər üçün bir bayraq qaldıracaq, İsrailin didərginlərini bir yerə toplayacaq və Yəhudanın dağılmışlarını yer üzünün dörd bucağından yığacaq. Isaiah 11:10–12.</w:t>
      </w:r>
    </w:p>
    <w:p>
      <w:pPr>
        <w:pStyle w:val="ArticleBody"/>
        <w:jc w:val="left"/>
      </w:pPr>
      <w:r>
        <w:rPr>
          <w:rFonts w:ascii="Times New Roman" w:hAnsi="Times New Roman" w:eastAsia="Times New Roman" w:cs="Times New Roman"/>
        </w:rPr>
        <w:t>Rəbb 1844-cü ildə birinci mələyin hərəkatında insanları Babildən çağırıb çıxardı və həmin tarixin ikinci mələyi axır günlərdə təkrar olunmalıdır; o zaman “Rəbb xalqının qalığını geri qaytarmaq üçün əlini yenə, ikinci dəfə uzadacaq.” Onun “yenidən” çağırıb çıxardığı xalqın qalığı bayraq deyil, çünki bayraq “Yesseyin kökü”dür; o, “millətlərin axtardığı” “bayraq” kimi ayağa qalxır. Allah ikinci dəfə millətləri Babildən çağırıb çıxaracaq.</w:t>
      </w:r>
    </w:p>
    <w:p>
      <w:pPr>
        <w:pStyle w:val="ArticleBody"/>
        <w:jc w:val="left"/>
      </w:pPr>
      <w:r>
        <w:rPr>
          <w:rFonts w:ascii="Times New Roman" w:hAnsi="Times New Roman" w:eastAsia="Times New Roman" w:cs="Times New Roman"/>
        </w:rPr>
        <w:t>O, bunu əvvəlcə “İsrailin qovulmuşlarını”, yəni “Yəhudanın pərən-pərən düşmüşlərini” bir yerə toplamaqla edəcək; onlar “yer üzünün dörd bucağından” gəlirlər və Vəhy kitabının on birinci fəslində bəhs edilən küçədə üç gün yarım ölü yatdıqdan sonra bir yerə yığılırlar; həmin küçə Hizqiyalın ölü və qurumuş sümüklər vadisindən keçir.</w:t>
      </w:r>
    </w:p>
    <w:p>
      <w:pPr>
        <w:pStyle w:val="ArticleBody"/>
        <w:jc w:val="left"/>
      </w:pPr>
      <w:r>
        <w:rPr>
          <w:rFonts w:ascii="Times New Roman" w:hAnsi="Times New Roman" w:eastAsia="Times New Roman" w:cs="Times New Roman"/>
        </w:rPr>
        <w:t>“Qüdrətli şəhər” olan “Babil” üçün icraedici hökmün başlandığı “saat”, Vəhy kitabının on birinci fəslindəki “böyük zəlzələ”nin həmin o “saat”ıdır. Allahın icraedici hökmü həmin “saat”da başlayır; çünki Vəhy kitabının on birinci fəslində zəlzələnin “saat”ında yeddi min nəfərin öldürüldüyü göstərilir. Həmin yeddi min nəfər, adi haldan “yeddi dəfə” artıq qızdırılmış sobaya Şadrakı, Meşakı və Avedneqonu atarkən ölən Navuxodonosorun “ən qüdrətli adamları” ilə təmsil olunurdu. Fransa İnqilabında “yeddi min” Fransanın krallığını, yaxud onun qüdrətli adamlarını təmsil edirdi. Beşinci fəsildə təkcə Belşassar öldürülmədi, onun ordusu da məhv edildi. Bazar günü qanununun “saat”ı Allahın xalqının sobaya atılması ilə təmsil olunan təqibin başlanğıcını göstərir, lakin o həm də böyük şəhər Babil üzərində Allahın icraedici hökmünün başlanğıcını işarələyir.</w:t>
      </w:r>
    </w:p>
    <w:p>
      <w:pPr>
        <w:pStyle w:val="ArticleBody"/>
        <w:jc w:val="left"/>
      </w:pPr>
      <w:r>
        <w:rPr>
          <w:rFonts w:ascii="Times New Roman" w:hAnsi="Times New Roman" w:eastAsia="Times New Roman" w:cs="Times New Roman"/>
        </w:rPr>
        <w:t>Bu, həmçinin Vəhy kitabının on birinci fəslindəki böyük zəlzələnin “saatı”dır; dibsiz quyudan çıxan vəhşi heyvan tərəfindən küçədə öldürülmüş, əvvəllər ölü olan sümüklərin bir bayraq kimi göyə qaldırıldığı vaxtdır. Orada bu, həm də üçüncü Vay halının — yeddinci şeypurun da səsləndirildiyi həmin eyni “saat”dır. Yeddinci şeypur üçüncü Vay halıdır və həmin son Vay şeypurunun məqsədi yalnız bazar günü ibadətini tətbiq edənlərin üzərinə hökm gətirmək deyil, həm də millətləri qəzəbləndirməkdir. Üçüncü Vay, yeddinci şeypur və millətlərin qəzəbləndirilməsi — bunların hamısı İslamın peyğəmbərlikdəki roluna aid simvollardır və onların hamısı böyük zəlzələnin “saatı”na yerləşdirilmişdir.</w:t>
      </w:r>
    </w:p>
    <w:p>
      <w:pPr>
        <w:pStyle w:val="ArticleScripture"/>
        <w:jc w:val="left"/>
      </w:pPr>
      <w:r>
        <w:rPr>
          <w:rFonts w:ascii="Times New Roman" w:hAnsi="Times New Roman" w:eastAsia="Times New Roman" w:cs="Times New Roman"/>
        </w:rPr>
        <w:t>Onlar göydən özlərinə deyilən böyük bir səs eşitdilər: “Buraya qalxın”. Və bulud içində göyə qalxdılar; düşmənləri də onları gördülər. Elə həmin saat böyük bir zəlzələ oldu, şəhərin onda biri uçdu, zəlzələdə yeddi min adam həlak oldu; qalanları isə vahiməyə düşüb göyün Allahına izzət verdilər. İkinci vay keçdi; budur, üçüncü vay tezliklə gəlir. Və yeddinci mələk şeypur çaldı; göydə uca səslər eşidildi və deyirdilər: “Bu dünyanın padşahlıqları Rəbbimizin və Onun Məsihinin padşahlıqları oldu və O, əbədiyyətlər boyu hökm sürəcəkdir”. Allahın önündə, öz taxtlarında oturan iyirmi dörd ağsaqqal üzüstə yerə qapanıb Allaha səcdə etdilər və dedilər: “Sənə şükür edirik, ey Qadir Rəbb Allah, var olan, var olmuş və gələcək Olan; çünki Sən böyük qüdrətini əlinə alıb hökmranlıq etmisən. Millətlər qəzəbləndi, amma Sənin qəzəbin gəldi, ölülərin mühakimə olunması vaxtı yetişdi, qulların olan peyğəmbərlərə, müqəddəslərə və Sənin adından qorxanlara — kiçikdən böyüyə — mükafat verməyin və yeri məhv edənləri məhv etməyin vaxtı gəldi”. Vəhy 11:12–18.</w:t>
      </w:r>
    </w:p>
    <w:p>
      <w:pPr>
        <w:pStyle w:val="ArticleBody"/>
        <w:jc w:val="left"/>
      </w:pPr>
      <w:r>
        <w:rPr>
          <w:rFonts w:ascii="Times New Roman" w:hAnsi="Times New Roman" w:eastAsia="Times New Roman" w:cs="Times New Roman"/>
        </w:rPr>
        <w:t>Yezekelin ölü sümükləri “bulud içində göyə qalxır; və onların düşmənləri” “onları” Navuxodonosorun musiqisinin çalmağa başladığı, Surun fahişəsinin oxumağa başladığı və mürtəd İsrailin rəqs etməyə başladığı “saatda” görürlər. Mürtəd İsrail yalançı peyğəmbəri təmsil edir, padşah Navuxodonosor əjdahadır və Surun fahişəsi vəhşidir. Rəqs İlyasın hekayəsində Baal peyğəmbərləri və Aşera bağının peyğəmbərləri ilə təsvir olunur. O, həmçinin Hirodiyanın qızı Salomenin rəqsi ilə də təsvir edilmişdir. Baal yalançı kişi ilahəsidir və Aştarot isə qadın ilahə olan bağ peyğəmbərləridir. Birlikdə onlar kilsə (qadın) ilə dövlətin (kişi) birləşməsini təmsil edirlər. Birlikdə onlar Amerika Birləşmiş Ştatlarının yalançı peyğəmbərini təmsil edirlər. Salome göstərir ki, yalançı peyğəmbər Romanın qızıdır; onun surəti isə Amerika Birləşmiş Ştatlarında kilsə ilə dövlətin birləşməsidir.</w:t>
      </w:r>
    </w:p>
    <w:p>
      <w:pPr>
        <w:pStyle w:val="ArticleScripture"/>
        <w:jc w:val="left"/>
      </w:pPr>
      <w:r>
        <w:rPr>
          <w:rFonts w:ascii="Times New Roman" w:hAnsi="Times New Roman" w:eastAsia="Times New Roman" w:cs="Times New Roman"/>
        </w:rPr>
        <w:t>Buna görə də həmin vaxt bəzi Xaldeylilər yaxınlaşıb Yəhudiləri ittiham etdilər. Onlar padşah Navuxodonosora müraciət edib dedilər: Ey padşah, əbədi yaşa. Sən, ey padşah, belə bir fərman vermisən ki, şeypurun, tütəyin, çəngin, saqbütün, psalterin və dulcimerin, eləcə də hər cür musiqinin səsini eşidən hər bir adam yerə qapanıb qızıl surətə səcdə etsin; və yerə qapanıb səcdə etməyən hər kəs yanan odlu sobanın içinə atılsın. Sənin Babil vilayətinin işləri üzərində təyin etdiyin bəzi Yəhudilər var: Şadrak, Meşak və Abedneqo; bu adamlar, ey padşah, sənə məhəl qoymayıblar: nə sənin allahlarına ibadət edirlər, nə də sənin ucaltdığın qızıl surətə səcdə edirlər. Daniel 3:8–12.</w:t>
      </w:r>
    </w:p>
    <w:p>
      <w:pPr>
        <w:pStyle w:val="ArticleBody"/>
        <w:jc w:val="left"/>
      </w:pPr>
      <w:r>
        <w:rPr>
          <w:rFonts w:ascii="Times New Roman" w:hAnsi="Times New Roman" w:eastAsia="Times New Roman" w:cs="Times New Roman"/>
        </w:rPr>
        <w:t>Həmin “saat”da Şədraxın, Meşaxın və Avedneqonun düşmənləri gördülər ki, onlar vəhşinin damğasını qəbul etməkdən imtina ediblər və bundan sonra onlar təyin olunmuş hökmün icra edilməsi üçün padşaha müraciət etdilər. Həmin “saat”da yer vəhşisinin (zəlzələnin) qarşısına çıxan sarsıntı olan Bazar günü qanunu ilə Navuxodonosorun qəzəbi və hiddəti zahir olur.</w:t>
      </w:r>
    </w:p>
    <w:p>
      <w:pPr>
        <w:pStyle w:val="ArticleScripture"/>
        <w:jc w:val="left"/>
      </w:pPr>
      <w:r>
        <w:rPr>
          <w:rFonts w:ascii="Times New Roman" w:hAnsi="Times New Roman" w:eastAsia="Times New Roman" w:cs="Times New Roman"/>
        </w:rPr>
        <w:t>O zaman Navuxodonosor qəzəb və hiddət içində Şadrakı, Meşakı və Avedneqonu gətirməyi əmr etdi. Sonra bu adamları padşahın hüzuruna gətirdilər. Daniel 3:13.</w:t>
      </w:r>
    </w:p>
    <w:p>
      <w:pPr>
        <w:pStyle w:val="ArticleBody"/>
        <w:jc w:val="left"/>
      </w:pPr>
      <w:r>
        <w:rPr>
          <w:rFonts w:ascii="Times New Roman" w:hAnsi="Times New Roman" w:eastAsia="Times New Roman" w:cs="Times New Roman"/>
        </w:rPr>
        <w:t>Allahın iki şahidinə (Şədrax, Meşax və Abedneqo) qarşı həyata keçirilən təqib, onlar səcdə etməkdən imtina etdikləri zaman həyata keçirilir; yaxud Vəhy on birin ifadə etdiyi kimi — onlar ayaqları üstə dururlar.</w:t>
      </w:r>
    </w:p>
    <w:p>
      <w:pPr>
        <w:pStyle w:val="ArticleScripture"/>
        <w:jc w:val="left"/>
      </w:pPr>
      <w:r>
        <w:rPr>
          <w:rFonts w:ascii="Times New Roman" w:hAnsi="Times New Roman" w:eastAsia="Times New Roman" w:cs="Times New Roman"/>
        </w:rPr>
        <w:t>Üç gün yarımdan sonra Allahdan gələn həyat ruhu onların içinə girdi və onlar ayaqları üstə durdular; onları görənlərin üzərinə böyük qorxu düşdü. Və göydən onlara belə deyən uca bir səs eşitdilər: “Buraya qalxın”. Və onlar bulud içində göyə qalxdılar; düşmənləri də onlara baxırdı. Vəhy 11:11, 12.</w:t>
      </w:r>
    </w:p>
    <w:p>
      <w:pPr>
        <w:pStyle w:val="ArticleBody"/>
        <w:jc w:val="left"/>
      </w:pPr>
      <w:r>
        <w:rPr>
          <w:rFonts w:ascii="Times New Roman" w:hAnsi="Times New Roman" w:eastAsia="Times New Roman" w:cs="Times New Roman"/>
        </w:rPr>
        <w:t>Səcdə etməkdən imtina edərək, onlar Hizqiyalın qüdrətli ordusu kimi ayaqları üstə dururlar. Onlar, Amerika Birləşmiş Ştatlarında kilsə ilə dövlətin birliyinin formalaşmasına etiraz edən, tezliklə gələcək bazar günü qanunu barədə xəbərdarlıq edən və Allahın cəzalandırıcı hökmünün üçüncü Vay vasitəsilə İslam tərəfindən yerinə yetirilmək üzrə olduğunu müəyyən edən möhürləmə xəbərini qəbul etdikdə və sonra bəyan etdikdə ayaq üstə dururlar. Gecəyarısı Fəryadı xəbəri ikinci fəsildə Daniyelə açılmış “sir” ilə təmsil olunur və Allahın axır gün xalqı həmin “həqiqət”də möhkəmləndikdə, onlar yaxınlaşmaqda olan zəlzələ ilə nə sarsıdılar, nə də sarsıdılacaqlar.</w:t>
      </w:r>
    </w:p>
    <w:p>
      <w:pPr>
        <w:pStyle w:val="ArticleScripture"/>
        <w:jc w:val="left"/>
      </w:pPr>
      <w:r>
        <w:rPr>
          <w:rFonts w:ascii="Times New Roman" w:hAnsi="Times New Roman" w:eastAsia="Times New Roman" w:cs="Times New Roman"/>
        </w:rPr>
        <w:t>“Battle Creekdəki iş də eyni qaydadadır. Sanatoriyadakı rəhbərlər imansızlarla qarışmış, onları az və ya çox dərəcədə öz məsləhət şuralarına qəbul etmişlər; lakin bu, sanki gözləri bağlı halda işə girişmək kimidir. Onlarda hər an başımızın üzərinə nə qopacağını görəcək fərasət yoxdur. Çarəsizlik, müharibə və qan tökülməsi ruhu vardır və bu ruh zamanın lap sonunadək artacaqdır. Allahın xalqı alınlarında möhürləndiyi anda — bu, görünə bilən hər hansı bir möhür və ya nişan deyil, həm zehni, həm də ruhani cəhətdən həqiqətdə möhkəmlənməkdir ki, artıq sarsıdıla bilməsinlər — Allahın xalqı möhürlənib sarsıntıya hazırlanmış olan kimi, o gələcəkdir. Əslində, o artıq başlamışdır. Allahın hökmləri indi ölkənin üzərindədir ki, bizə xəbərdarlıq versin, gələcək olanı bilək.” Manuscript Releases, cild 10, 252.</w:t>
      </w:r>
    </w:p>
    <w:p>
      <w:pPr>
        <w:pStyle w:val="ArticleBody"/>
        <w:jc w:val="left"/>
      </w:pPr>
      <w:r>
        <w:rPr>
          <w:rFonts w:ascii="Times New Roman" w:hAnsi="Times New Roman" w:eastAsia="Times New Roman" w:cs="Times New Roman"/>
        </w:rPr>
        <w:t>Möhürlənmə əvvəlcə insanlar tərəfindən görünməyən, lakin sonradan hamı tərəfindən görünən bir nişanı təmsil edir. Allahın xalqı Gecəyarısı Fəryadının xəbərini qəbul etdikdə — bu, ikinci fəsildə Danielə açılmış “sir” ilə təmsil olunmuşdur — onlar vəhşinin nişanına aparan vəhşinin surətinin “sir”ini qəbul etmiş olurlar; bu nişan isə Allahın hökmünü gətirir və həmin hökm İslam vasitəsilə icra olunur. Bu, “ümidsizlik, müharibə və qan tökülməsi ruhu”nun artmaqda olduğu bir zamanda baş verir. Həmin zaman indidir. Bu, Adventizmin rəhbərlərinin Laodikeya korluğu üzündən görə bilmədiyi vaxtda baş verir. Gecəyarısı Fəryadında tamamlanan möhürlənmə prosesi zamanı möhür hikmətli bakirələrin alınlarına vurulur, lakin görünməz qalır. Şadrak, Meşak və Abed-Neqo Navuxodonosorla dialoqlarında göstərildiyi kimi, həqiqətdə möhkəmlənmiş olanları təmsil edirlər.</w:t>
      </w:r>
    </w:p>
    <w:p>
      <w:pPr>
        <w:pStyle w:val="ArticleScripture"/>
        <w:jc w:val="left"/>
      </w:pPr>
      <w:r>
        <w:rPr>
          <w:rFonts w:ascii="Times New Roman" w:hAnsi="Times New Roman" w:eastAsia="Times New Roman" w:cs="Times New Roman"/>
        </w:rPr>
        <w:t>Navuxodonosor onlara müraciət edib dedi: “Ey Şadrak, Meşak və Abedneqo, doğrudanmı siz mənim allahlarıma qulluq etmir, mənim ucaltmış olduğum qızıl surətə səcdə etmirsiniz? İndi əgər şeypurun, neyın, çəngin, sambukanın, məzmurun, düdüyün və hər cür musiqinin səsini eşitdiyiniz vaxt yıxılıb mənim düzəltdiyim surətə səcdə etməyə hazırsınızsa, yaxşı; amma səcdə etməsəniz, həmin saat alovlu od sobasının içinə atılacaqsınız; bəs sizi mənim əlimdən qurtaracaq o hansı Allahdır?” Şadrak, Meşak və Abedneqo padşaha cavab verib dedilər: “Ey Navuxodonosor, bu məsələ barəsində sənə cavab verməyə ehtiyac duymuruq. Əgər belə olarsa, qulluq etdiyimiz Allahımız bizi alovlu od sobasından qurtarmağa qadirdir; ey padşah, O bizi sənin əlindən də qurtaracaq. Amma əgər belə olmasa belə, sənə məlum olsun, ey padşah, biz sənin allahlarına qulluq etməyəcəyik və ucaltmış olduğun qızıl surətə səcdə etməyəcəyik.” Daniel 3:14–18.</w:t>
      </w:r>
    </w:p>
    <w:p>
      <w:pPr>
        <w:pStyle w:val="ArticleBody"/>
        <w:jc w:val="left"/>
      </w:pPr>
      <w:r>
        <w:rPr>
          <w:rFonts w:ascii="Times New Roman" w:hAnsi="Times New Roman" w:eastAsia="Times New Roman" w:cs="Times New Roman"/>
        </w:rPr>
        <w:t>Bundan sonra o üç dəyərli şəxs görünə bilən Allahın möhürünü aşkar edəcəklər. Yalnız əvvəlcə daxilində görünməyən möhürə malik olanlar, onun görünməli olduğu zamanda Allahın möhürünün aşkar edilməsində iştirak edəcəklər.</w:t>
      </w:r>
    </w:p>
    <w:p>
      <w:pPr>
        <w:pStyle w:val="ArticleScripture"/>
        <w:jc w:val="left"/>
      </w:pPr>
      <w:r>
        <w:rPr>
          <w:rFonts w:ascii="Times New Roman" w:hAnsi="Times New Roman" w:eastAsia="Times New Roman" w:cs="Times New Roman"/>
        </w:rPr>
        <w:t>O zaman Navuxodonosor qəzəblə doldu və Şadrak, Meşak və Abedneqoya qarşı çöhrəsinin ifadəsi dəyişdi; buna görə də danışıb əmr etdi ki, sobanı adət olduğundan yeddi qat artıq qızdırsınlar. Və ordusundakı ən qüvvətli adamları əmr etdi ki, Şadrakı, Meşakı və Abedneqonu bağlayıb yanan alovlu sobaya atsınlar. O zaman bu adamlar paltarları, şalvarları, baş geyimləri və sair libasları ilə birlikdə bağlandılar və yanan alovlu sobanın içinə atıldılar. Padşahın əmri təcili olduğuna və soba son dərəcə qızdırıldığına görə, Şadrakı, Meşakı və Abedneqonu aparıb atan adamları odun alovu öldürdü. Və bu üç adam — Şadrak, Meşak və Abedneqo — bağlı halda yanan alovlu sobanın içinə düşdülər. O zaman padşah Navuxodonosor heyrətə gəldi, tələsik ayağa qalxdı və müşavirlərinə müraciətlə dedi: “Biz odun içinə bağlı halda üç adam atmadıqmı?” Onlar padşaha cavab verib dedilər: “Doğrudur, ey padşah.” O cavab verib dedi: “Budur, mən odun içində sərbəst gəzən dörd adam görürəm; onlara heç bir zərər dəyməmişdir; dördüncünün görkəmi isə Allahın Oğluna bənzəyir.” Daniel 3:19–25.</w:t>
      </w:r>
    </w:p>
    <w:p>
      <w:pPr>
        <w:pStyle w:val="ArticleBody"/>
        <w:jc w:val="left"/>
      </w:pPr>
      <w:r>
        <w:rPr>
          <w:rFonts w:ascii="Times New Roman" w:hAnsi="Times New Roman" w:eastAsia="Times New Roman" w:cs="Times New Roman"/>
        </w:rPr>
        <w:t>Şadrak, Meşak və Abedneqo ilə təmsil olunan iki şahid bundan sonra bir bayraq kimi ucaldılacaq, və sonra möhür görünəcək.</w:t>
      </w:r>
    </w:p>
    <w:p>
      <w:pPr>
        <w:pStyle w:val="ArticleScripture"/>
        <w:jc w:val="left"/>
      </w:pPr>
      <w:r>
        <w:rPr>
          <w:rFonts w:ascii="Times New Roman" w:hAnsi="Times New Roman" w:eastAsia="Times New Roman" w:cs="Times New Roman"/>
        </w:rPr>
        <w:t>“Müqəddəs Ruhun işi dünyanı günah, salehlik və hökm barəsində inandırmaqdır. Dünya yalnız həqiqətə iman edənlərin həqiqət vasitəsilə təqdis olunduğunu görməklə, uca və müqəddəs prinsiplər əsasında hərəkət etdiyini müşahidə etməklə, Allahın əmrlərini yerinə yetirənlərlə onları ayaqları altına salanlar arasındakı ayırıcı xəttin yüksək və ülvi mənada göstərildiyini görməklə xəbərdar edilə bilər. Ruhun təqdəsi Allahın möhürünə malik olanlarla saxta bir istirahət gününü saxlayanlar arasındakı fərqi aşkar edir. Sınaq gəldikdə, vəhşi heyvanın nişanının nə olduğu aydın şəkildə göstəriləcək. Bu, bazar gününə riayət etməkdir. Həqiqəti eşitdikdən sonra belə, bu günü müqəddəs saymaqda davam edənlər, vaxtları və qanunları dəyişdirməyi düşündüyü deyilən günah adamının imzasını daşıyırlar. Bible Training School, 1 dekabr 1903.”</w:t>
      </w:r>
    </w:p>
    <w:p>
      <w:pPr>
        <w:pStyle w:val="ArticleBody"/>
        <w:jc w:val="left"/>
      </w:pPr>
      <w:r>
        <w:rPr>
          <w:rFonts w:ascii="Times New Roman" w:hAnsi="Times New Roman" w:eastAsia="Times New Roman" w:cs="Times New Roman"/>
        </w:rPr>
        <w:t>Bazar qanunu zamanı Birləşmiş Ştatlar öz peyğəmbərlik işini yerinə yetirmək üçün Birləşmiş Millətlər Təşkilatına üz tutacaq. O, Salomenin rəqsi ilə təmsil olunduğu kimi, etdiyi möcüzələr vasitəsilə dünyanı aldadacaq. O, öz aldatma rəqsini edərkən, Surun fahişəsi öz nəğmələrini oxuyacaq, və Navuxodonosorun orkestri musiqini ifa edəcək. Birləşmiş Ştatlar dünyanı həmin nəğməni qəbul etməyə və surətin önündə baş əyməyə məcbur etməkdə öncülük edəcək.</w:t>
      </w:r>
    </w:p>
    <w:p>
      <w:pPr>
        <w:pStyle w:val="ArticleScripture"/>
        <w:jc w:val="left"/>
      </w:pPr>
      <w:r>
        <w:rPr>
          <w:rFonts w:ascii="Times New Roman" w:hAnsi="Times New Roman" w:eastAsia="Times New Roman" w:cs="Times New Roman"/>
        </w:rPr>
        <w:t>Və mən yerdən çıxan başqa bir vəhşi heyvan gördüm; onun quzuya bənzər iki buynuzu var idi, lakin o, əjdaha kimi danışırdı. O, birinci vəhşi heyvanın bütün hakimiyyətini onun hüzurunda icra edir və ölümcül yarası sağalmış olan birinci vəhşi heyvana yer üzünü və orada yaşayanları səcdə etdirməyə vadar edir. O, böyük möcüzələr göstərir, elə ki, insanların gözü qarşısında göydən yerə od endirir. Və vəhşi heyvanın hüzurunda etməyə iqtidarı olduğu möcüzələr vasitəsilə yer üzündə yaşayanları aldadır; yer üzündə yaşayanlara deyir ki, qılıncla yara almış, lakin sağ qalmış vəhşi heyvan üçün bir surət düzəltsinlər. Ona vəhşi heyvanın surətinə nəfəs vermək qüdrəti verildi ki, vəhşi heyvanın surəti həm danışsın, həm də vəhşi heyvanın surətinə səcdə etməyənlərin hamısının öldürülməsinə səbəb olsun. O, hamını — kiçik və böyüyü, varlı və kasıbı, azad və qulu — sağ əllərində və ya alınlarında bir nişan almağa vadar edir; və elə edir ki, o nişanı, yaxud vəhşi heyvanın adını, yaxud onun adının sayını daşıyandan başqa heç kəs nə ala, nə də sata bilsin. Müdriklik buradadır. Qoy anlayışı olan vəhşi heyvanın sayını hesablasın; çünki bu, bir insanın sayıdır; və onun sayı altı yüz altmış altıdır. Vəhy 13:11–18.</w:t>
      </w:r>
    </w:p>
    <w:p>
      <w:pPr>
        <w:pStyle w:val="ArticleBody"/>
        <w:jc w:val="left"/>
      </w:pPr>
      <w:r>
        <w:rPr>
          <w:rFonts w:ascii="Times New Roman" w:hAnsi="Times New Roman" w:eastAsia="Times New Roman" w:cs="Times New Roman"/>
        </w:rPr>
        <w:t>Axır günlərdə Misir dünyanı (o zaman Birləşmiş Millətlər tərəfindən idarə olunan) təmsil edir, lakin kömək üçün Misirə üz tutanların (Amerika Birləşmiş Ştatlarının) əleyhinə bir “Vay” (İslamın bir rəmzi) elan edilmişdir. Üç sədaqətli kişi sobaya atılıb dünya üçün nişanə olduqda, o soba əslində Navuxodonosorun sobası deyildir.</w:t>
      </w:r>
    </w:p>
    <w:p>
      <w:pPr>
        <w:pStyle w:val="ArticleScripture"/>
        <w:jc w:val="left"/>
      </w:pPr>
      <w:r>
        <w:rPr>
          <w:rFonts w:ascii="Times New Roman" w:hAnsi="Times New Roman" w:eastAsia="Times New Roman" w:cs="Times New Roman"/>
        </w:rPr>
        <w:t>Kömək üçün Misirə enənlərin vay halına! Onlar atlara söykənir, çox olduqları üçün döyüş arabalarına güvənir, çox qüvvətli olduqları üçün atlılara bel bağlayırlar; amma İsrailin Müqəddəsinə baxmır, Rəbbi axtarmırlar! Halbuki O da hikmətlidir, bəla gətirəcək və Öz sözlərini geri almayacaq; pislik edənlərin evinə və haqsızlıq işləyənlərə kömək edənlərin köməyinə qarşı qalxacaq. Misirlilər isə Allah deyil, insandır; onların atları da ruh deyil, ətdir. Rəbb əlini uzadanda, həm kömək edən büdrəyəcək, həm də kömək olunan yıxılacaq və hamısı birlikdə məhv olacaq. Çünki Rəbb mənə belə söylədi: “Aslan və cavan aslan öz ovu üzərində nərə çəkdiyi zaman, ona qarşı çoxlu çoban çağırılsa da, onların səsindən qorxmaz, hay-küyü qarşısında geri çəkilməz; Ordular Rəbbi də belə Sion dağı və onun təpəsi uğrunda döyüşmək üçün enəcək. Uçan quşlar kimi, Ordular Rəbbi Yerusəlimi qoruyacaq; onu qoruyaraq xilas edəcək, üstündən keçərək hifz edəcək”. Ey İsrail övladları, dərin üsyanla üz döndərdiyiniz Ona dönün. Çünki o gün hər kəs özünüzə günah üçün öz əllərinizlə düzəltdiyiniz gümüş bütlərini və qızıl bütlərini atacaq. O zaman Aşşurlu qüdrətli adamın qılıncı ilə deyil, adi adamın qılıncı ilə deyil, qılıncdan məhv olacaq; qılıncdan qaçacaq, cavan adamları isə məğlub ediləcək. Qorxudan öz qalasına çəkiləcək, başçıları bayraqdan vahiməyə düşəcək”, — odunun Sionda, kürəsinin isə Yerusəlimdə olduğunu deyən Rəbb belə buyurur. Yeşaya 31:1–9.</w:t>
      </w:r>
    </w:p>
    <w:p>
      <w:pPr>
        <w:pStyle w:val="ArticleBody"/>
        <w:jc w:val="left"/>
      </w:pPr>
      <w:r>
        <w:rPr>
          <w:rFonts w:ascii="Times New Roman" w:hAnsi="Times New Roman" w:eastAsia="Times New Roman" w:cs="Times New Roman"/>
        </w:rPr>
        <w:t>Qüds dünyanın baxacağı kürə olacaq və onlar onun içində gəzən dörd adamı görəcəklər.</w:t>
      </w:r>
    </w:p>
    <w:p>
      <w:pPr>
        <w:pStyle w:val="ArticleScripture"/>
        <w:jc w:val="left"/>
      </w:pPr>
      <w:r>
        <w:rPr>
          <w:rFonts w:ascii="Times New Roman" w:hAnsi="Times New Roman" w:eastAsia="Times New Roman" w:cs="Times New Roman"/>
        </w:rPr>
        <w:t>Sonra Navuxodonosor yanan odlu sobanın ağzına yaxınlaşıb danışdı və dedi: Şadrak, Meşak və Abedneqo, uca Allahın qulları, çıxın və bura gəlin. O zaman Şadrak, Meşak və Abedneqo odun ortasından çıxdılar. Və satraplar, valilər, sərkərdələr və padşahın müşavirləri bir yerə toplaşaraq bu adamları gördülər ki, od onların bədənləri üzərində heç bir qüdrət sahibi olmamışdı; başlarının bir tükü belə yanmamışdı, paltarları dəyişməmişdi və onların üzərindən od qoxusu belə keçməmişdi. O zaman Navuxodonosor danışıb dedi: Mübarək olsun Şadrakın, Meşakın və Abedneqonun Allahı; O, Öz mələyini göndərdi və Ona güvənən qullarını xilas etdi; onlar padşahın əmrini dəyişdirdilər və bədənlərini təslim etdilər ki, öz Allahlarından başqa heç bir allaha nə qulluq, nə də səcdə etsinlər. Daniel 3:26–28.</w:t>
      </w:r>
    </w:p>
    <w:p>
      <w:pPr>
        <w:pStyle w:val="ArticleBody"/>
        <w:jc w:val="left"/>
      </w:pPr>
      <w:r>
        <w:rPr>
          <w:rFonts w:ascii="Times New Roman" w:hAnsi="Times New Roman" w:eastAsia="Times New Roman" w:cs="Times New Roman"/>
        </w:rPr>
        <w:t>Sonra Navuxodonosor başqa bir fərman verdi. Həmin fərman axır günlərdəki son fərmanı simvolizə edir. O, ölüm fərmanı verir; bu isə onun göylərin Allahını ucaltmaq üçün etdiyi zəif cəhdində, əslində, dünyanın sonunda veriləcək ölüm fərmanının peyğəmbərlik simvoludur. Dünyanın sonunda olan bir padşahı təmsil edən Navuxodonosor, Roma fahişəsi ilə zinakarlıq edən əjdahanın on padşahının rəmzidir. Peyğəmbərlik ssenarisində növbəti fərman ölüm fərmanıdır və Navuxodonosor öz dövrü üçün bir elan versə də, əslində o, axır günlərdəki üçqat ittifaqın son fərmanını təmsil edir. Həmin fərman, möhlət vaxtı bağlandıqdan sonra qüvvəyə minən, lakin Allahın xalqına qarşı heç vaxt icra olunmayan ölüm fərmanıdır.</w:t>
      </w:r>
    </w:p>
    <w:p>
      <w:pPr>
        <w:pStyle w:val="ArticleScripture"/>
        <w:jc w:val="left"/>
      </w:pPr>
      <w:r>
        <w:rPr>
          <w:rFonts w:ascii="Times New Roman" w:hAnsi="Times New Roman" w:eastAsia="Times New Roman" w:cs="Times New Roman"/>
        </w:rPr>
        <w:t>Buna görə də mən bir fərman verirəm: Şadraxın, Meşağın və Abedneqonun Allahı əleyhinə nalayiq bir söz söyləyən hər bir xalqın, millətin və dilin adamları parça-parça ediləcək, evləri isə xarabalığa və peyinliyə çevriləcək; çünki bu cür xilas etməyə qadir olan başqa heç bir Allah yoxdur. Sonra padşah Şadraxı, Meşağı və Abedneqonu Babil vilayətində yüksəltdi. Daniel 3:29, 30.</w:t>
      </w:r>
    </w:p>
    <w:p>
      <w:pPr>
        <w:pStyle w:val="ArticleBody"/>
        <w:jc w:val="left"/>
      </w:pPr>
      <w:r>
        <w:rPr>
          <w:rFonts w:ascii="Times New Roman" w:hAnsi="Times New Roman" w:eastAsia="Times New Roman" w:cs="Times New Roman"/>
        </w:rPr>
        <w:t>İndi biz Daniel kitabının ilk üç fəslindən kifayət qədər hissəni qeydə almışıq ki, “təkrar et və genişləndir” peyğəmbərlik prinsipi ilə idarə olunan dördüncü və beşinci fəsilləri nəzərdən keçirməyə başlayaq. Daniel kitabının dördüncü fəsli 1798-ci ili və yer vəhşisinin başlanğıcını müəyyən edir, Daniel kitabının beşinci fəsli isə bazar qanununu və əjdaha kimi danışdığı zaman yer vəhşisinin sonunu müəyyən edir. Üç mələyin xəbərlərinin quruluşu üzərində bina etmək üçün bu iki fəsil ilk üç fəsillə “sətir üzərinə sətir” gətirilməlidir. Bu həqiqətə görə, biz əvvəlcə “sətir üzərinə sətir” prinsipini diqqətlə müəyyənləşdirəcəyik.</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“Belşassar Allahın iradəsini bilmək və yerinə yetirmək üçün çoxlu imkanlar almışdı. O, babası Navuxodonosorun insanların cəmiyyətindən qovulduğunu görmüşdü. O, qürurlu hökmdarın öyündüyü ağlın onu verən Şəxs tərəfindən əlindən alındığını görmüşdü. O, padşahın öz padşahlığından qovulduğunu və çöl heyvanlarına yoldaş edildiyini görmüşdü. Lakin Belşassarın əyləncəyə və özünü ucaltmağa olan sevgisi, əsla unutmamalı olduğu ibrətləri silib apardı; və o, Navuxodonosorun üzərinə aşkar hökmlər gətirmiş günahlara bənzər günahlar işlətdi. O, lütfkarlıqla ona verilmiş imkanları puç etdi, həqiqətlə tanış olmaq üçün əlçatan olan fürsətlərdən istifadə etməyə etinasızlıq göstərdi. ‘Xilas olmaq üçün nə etməliyəm?’ — böyük, lakin ağılsız padşahın laqeydliklə yan keçdiyi bir sual idi.” Bible Echo, 25 aprel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doqquz nömrə</dc:title>
  <dc:subject>Daniel Kitabında “Saat” Sözünün Peyğəmbərlik Əhəmiyyəti</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