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Daniel Kitabı — İyirmi Üç </w:t>
      </w:r>
      <w:r>
        <w:rPr>
          <w:rFonts w:ascii="Sylfaen" w:hAnsi="Sylfaen" w:eastAsia="Sylfaen" w:cs="Sylfaen"/>
        </w:rPr>
        <w:t>ნომ</w:t>
      </w:r>
      <w:r>
        <w:rPr>
          <w:rFonts w:ascii="Arial" w:hAnsi="Arial" w:eastAsia="Arial" w:cs="Arial"/>
        </w:rPr>
        <w:t>rə</w:t>
      </w:r>
    </w:p>
    <w:p>
      <w:pPr>
        <w:pStyle w:val="ArticleSubtitle"/>
        <w:jc w:val="left"/>
      </w:pPr>
      <w:r>
        <w:rPr>
          <w:rFonts w:ascii="Arial" w:hAnsi="Arial" w:eastAsia="Arial" w:cs="Arial"/>
        </w:rPr>
        <w:t>İstehzakar Adamlar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Bacı Uayt belə müəyyən etmişdi ki, Nyu-York şəhərinin böyük binaları yerlə-yeksan ediləndə, Vəhy kitabının on səkkizinci fəslinin birinci ilə üçüncü ayələri yerinə yetmiş olacaq.</w:t>
      </w:r>
    </w:p>
    <w:p>
      <w:pPr>
        <w:pStyle w:val="ArticleScripture"/>
        <w:jc w:val="left"/>
      </w:pPr>
      <w:r>
        <w:rPr>
          <w:rFonts w:ascii="Times New Roman" w:hAnsi="Times New Roman" w:eastAsia="Times New Roman" w:cs="Times New Roman"/>
        </w:rPr>
        <w:t>Bundan sonra mən göydən enən başqa bir mələk gördüm; onun böyük qüdrəti var idi və yer üzü onun izzəti ilə nurlandı. O, gur səslə qüvvətlə fəryad edib dedi: Böyük Babil yıxıldı, yıxıldı və cinlərin məskəni, hər murdar ruhun sığınacağı, hər murdar və nifrət doğuran quşun qəfəsi oldu. Çünki bütün millətlər onun zinakarlığının qəzəb şərabından içmişlər, yer üzünün padşahları onunla zina etmişlər və yer üzünün tacirləri onun dəbdəbəsinin bolluğu sayəsində varlanmışlar. Vəhy 18:1–3.</w:t>
      </w:r>
    </w:p>
    <w:p>
      <w:pPr>
        <w:pStyle w:val="ArticleBody"/>
        <w:jc w:val="left"/>
      </w:pPr>
      <w:r>
        <w:rPr>
          <w:rFonts w:ascii="Times New Roman" w:hAnsi="Times New Roman" w:eastAsia="Times New Roman" w:cs="Times New Roman"/>
        </w:rPr>
        <w:t>2001-ci il sentyabrın 11-nə qədər yer üzünün “padşahları” artıq Roma kilsəsi ilə zinakarlıq etmişdilər. İkinci Dünya Müharibəsindən sonra Prezident Harry S. Truman ilk dəfə olaraq 1951-ci ildə Vatikana bir səfir təyin etdi. Onun papalıqla siyasi münasibət qurmaq cəhdi Birləşmiş Ştatlar Konqresi tərəfindən qəti surətdə rədd edildi, lakin onilliklər sonra Prezident Ronald Reagan 1984-cü ildə Vatikana bir səfir təyin edəndə belə olmadı. 2001-ci ilə qədər bütün millətlər Surun fahişəsi ilə diplomatik münasibət qurmaqla Vatikanla zinakarlıq etmişdilər.</w:t>
      </w:r>
    </w:p>
    <w:p>
      <w:pPr>
        <w:pStyle w:val="ArticleBody"/>
        <w:jc w:val="left"/>
      </w:pPr>
      <w:r>
        <w:rPr>
          <w:rFonts w:ascii="Times New Roman" w:hAnsi="Times New Roman" w:eastAsia="Times New Roman" w:cs="Times New Roman"/>
        </w:rPr>
        <w:t>2001-ci il 11 sentyabra qədər bütün “millətlər” onun zinakarlığının qəzəbi şərabından içmişdilər. Babilin şərabı papalıq tərəfindən təqdim edilən müxtəlif yalanların hamısını təmsil edir, lakin bu ayələrdə müəyyən edilən xüsusi bir şərab növü onun zinakarlığının qəzəbi şərabıdır. Papalığın qəzəbi onun öz fikri ilə razılaşmadıqlarını təqib etməsidir. O, bu təqibi çirkli işini görmək üçün dövlətin gücündən istifadə etməklə həyata keçirir. Onun qəzəbinin şərabı, onun xüsusi yanlışlıq şüşəsidir ki, bidətçi hesab etdiyi şəxslərə qarşı dövləti işə salmaq əməlini təmsil edir.</w:t>
      </w:r>
    </w:p>
    <w:p>
      <w:pPr>
        <w:pStyle w:val="ArticleBody"/>
        <w:jc w:val="left"/>
      </w:pPr>
      <w:r>
        <w:rPr>
          <w:rFonts w:ascii="Times New Roman" w:hAnsi="Times New Roman" w:eastAsia="Times New Roman" w:cs="Times New Roman"/>
        </w:rPr>
        <w:t>1840-cı il avqustun 11-dən 1844-cü il oktyabrın 22-dək olan dövrdə, Qaranlıq Əsrlərdən çağırılıb çıxarılmış və beləliklə Romanın qızları olmuş protestant kilsələrindən ayrılmış Millerçi Adventizm, o zaman yeni zühur etmiş yer vəhşi heyvanı üzərində həqiqi protestant buynuza çevrildi. Peter həmin yeni seçilmiş Allah xalqının bir millət kimi xüsusiyyətlərini müəyyən edir.</w:t>
      </w:r>
    </w:p>
    <w:p>
      <w:pPr>
        <w:pStyle w:val="ArticleScripture"/>
        <w:jc w:val="left"/>
      </w:pPr>
      <w:r>
        <w:rPr>
          <w:rFonts w:ascii="Times New Roman" w:hAnsi="Times New Roman" w:eastAsia="Times New Roman" w:cs="Times New Roman"/>
        </w:rPr>
        <w:t>Lakin siz seçilmiş nəsil, padşahlıq kahinliyi, müqəddəs millət, məxsusi bir xalqsınız ki, sizi qaranlıqdan Öz ecazkar nuruna çağırmış Olanın fəzilətlərini bəyan edəsiniz; siz ki, bir vaxt xalq deyildiniz, indi isə Allahın xalqısınız; bir vaxt mərhəmətə nail olmamışdınız, indi isə mərhəmətə nail olmusunuz. 1 Peter 2:9, 10.</w:t>
      </w:r>
    </w:p>
    <w:p>
      <w:pPr>
        <w:pStyle w:val="ArticleBody"/>
        <w:jc w:val="left"/>
      </w:pPr>
      <w:r>
        <w:rPr>
          <w:rFonts w:ascii="Times New Roman" w:hAnsi="Times New Roman" w:eastAsia="Times New Roman" w:cs="Times New Roman"/>
        </w:rPr>
        <w:t>2001-ci il sentyabrın 11-nə qədər Yeddinci Gün Adventist Kilsəsi artıq, və dəfələrlə, bidətçi hesab etdiyi şəxslərə hücum etmək üçün Amerika Birləşmiş Ştatları hökumətinin siyasi quruluşundan istifadə etmişdi. 2001-ci ildən çox-çox əvvəl Adventistlər artıq Babilin, bidətçi hesab etdiklərinə qarşı hücum etmək üçün dövlət hakimiyyətindən istifadəni təmsil edən, xüsusi şərabından içmişdilər.</w:t>
      </w:r>
    </w:p>
    <w:p>
      <w:pPr>
        <w:pStyle w:val="ArticleBody"/>
        <w:jc w:val="left"/>
      </w:pPr>
      <w:r>
        <w:rPr>
          <w:rFonts w:ascii="Times New Roman" w:hAnsi="Times New Roman" w:eastAsia="Times New Roman" w:cs="Times New Roman"/>
        </w:rPr>
        <w:t>Efrayim Yeroboamın üsyanının və İsrailin şimal padşahlığının bir rəmzidir və Yeşaya iyirmi səkkizinci fəslə Yeddinci Gün Adventist kilsəsinə Efrayimin sərxoşları kimi müraciət etməklə başlayır.</w:t>
      </w:r>
    </w:p>
    <w:p>
      <w:pPr>
        <w:pStyle w:val="ArticleScripture"/>
        <w:jc w:val="left"/>
      </w:pPr>
      <w:r>
        <w:rPr>
          <w:rFonts w:ascii="Times New Roman" w:hAnsi="Times New Roman" w:eastAsia="Times New Roman" w:cs="Times New Roman"/>
        </w:rPr>
        <w:t>Vay təkəbbür tacının halına, şərab içib sərxoş olmuş Efrayimlilərin halına! Onların əzəmətli gözəlliyi solan bir çiçək kimidir; şərabdan məğlub olmuşların bərəkətli vadilərinin başı üzərindədir. Baxın, Rəbbin qüdrətli və güclü birisi var; o, dolu tufanı və viran edən fırtına kimi, daşan qüvvətli suların seli kimi, əli ilə yerə çırpacaq. Təkəbbür tacı, Efrayimin sərxoşları ayaqlar altına salınacaq. Bərəkətli vadinin başı üzərində olan əzəmətli gözəllik solan bir çiçək olacaq; yaydan əvvəl yetişən tez meyvə kimi olacaq; onu görən kimi, hələ əlində ikən onu yeyib qurtarar. O gündə Ordular Rəbbi Öz xalqının qalığı üçün izzət tacı və gözəllik çələngi olacaq; hökm kürsüsündə oturana mühakimə ruhu, döyüşü darvazaya qədər geri çevirənlərə qüvvət olacaq. Lakin bunlar da şərab üzündən azdılar, sərxoşedici içki üzündən yoldan çıxdılar; kahin də, peyğəmbər də sərxoşedici içki üzündən azdılar, şərab onları bürüdü, sərxoşedici içki üzündən yoldan çıxdılar; vəhydə yanılırlar, hökmdə büdrəyirlər. Çünki bütün süfrələr qusuntu və murdarlıqla doludur; elə ki, təmiz yer qalmamışdır. Yeşaya 28:1–8.</w:t>
      </w:r>
    </w:p>
    <w:p>
      <w:pPr>
        <w:pStyle w:val="ArticleBody"/>
        <w:jc w:val="left"/>
      </w:pPr>
      <w:r>
        <w:rPr>
          <w:rFonts w:ascii="Times New Roman" w:hAnsi="Times New Roman" w:eastAsia="Times New Roman" w:cs="Times New Roman"/>
        </w:rPr>
        <w:t>Üçüncü Vay 11 sentyabr 2001-ci ildə gəldi və o, “Efremin sərxoşlarının” rəhbərliyini təmsil edən “tac”ın üzərinə gəldi. O, Merilenddəki kilsənin qərargahına yanacaqla dolu bir təyyarə ilə hücum etmədi, lakin onların üçüncü Vayın İslamının gəlişinin üçüncü mələyin son yağış xəbəri­nin başlanğıcı olduğunu dərk edə bilməmələrini üzə çıxardı. Məhz özlərinin elan etmək üçün qaldırıldıqlarını iddia etdikləri həmin xəbərin və işin başlanğıcı. Onlar yalnız rəhbərliyi təmsil edən tac kimi deyil, həm də “qürur tacı” kimi müəyyən edilir; beləliklə, Habakkukun ikinci fəslinin mübahisəsində meydana gətirilmiş və gətirilən ibadət edənlərin iki sinfindən birini müəyyən edir. 11 sentyabr 2001-ci ildə Habakkukun gözətçiləri darvazadakı döyüşdə öz mövqelərini tutdular.</w:t>
      </w:r>
    </w:p>
    <w:p>
      <w:pPr>
        <w:pStyle w:val="ArticleBody"/>
        <w:jc w:val="left"/>
      </w:pPr>
      <w:r>
        <w:rPr>
          <w:rFonts w:ascii="Times New Roman" w:hAnsi="Times New Roman" w:eastAsia="Times New Roman" w:cs="Times New Roman"/>
        </w:rPr>
        <w:t>Qüdsün darvazaları Qüds xalqının qarşılıqlı münasibətlərinin həyata keçirildiyi yer idi. Darvazalardakı döyüş, şərq küləyi günündə (İslamın günündə) başlamış Yeşayanın əvvəlki fəslindəki “mübahisəni” təmsil edir. Həmin parçadakı Habaqququn ibadətçilərinin iki sinfi iki tacla təmsil olunur. Efrayimin sərxoşları — həmin anda artıq bidətçi hesab etdiklərinə qarşı öz dəlillərində qalib gəlmək üçün dövlətin gücündən istifadə etmiş olanlar — Ordular Rəbbinin tacı ilə qarşılaşdırılır. Məsih Ordular Rəbbi kimi təqdim edildikdə, bu, Onun Öz ordusunun rəhbəri kimi gördüyü işin rəmzidir. Darvazadakı döyüş həqiqi və saxta teologiya üzərindəki mübahisə ilə təmsil olunan müharibədir.</w:t>
      </w:r>
    </w:p>
    <w:p>
      <w:pPr>
        <w:pStyle w:val="ArticleBody"/>
        <w:jc w:val="left"/>
      </w:pPr>
      <w:r>
        <w:rPr>
          <w:rFonts w:ascii="Times New Roman" w:hAnsi="Times New Roman" w:eastAsia="Times New Roman" w:cs="Times New Roman"/>
        </w:rPr>
        <w:t>Efrayimin sərxoşları kimi təqdim olunanlar sadəcə Baş Konfrans rəhbərliyi deyil, həm də kahinlər (pastorluq xidməti) və peyğəmbərlər (ilahiyyatçılar və təhsilçilər) güclü içki vasitəsilə yoldan çıxmışlar. Yeşayanın öz peyğəmbərliyinin giriş ayələrində dediyi kimi, bu, bütün kilsədir.</w:t>
      </w:r>
    </w:p>
    <w:p>
      <w:pPr>
        <w:pStyle w:val="ArticleScripture"/>
        <w:jc w:val="left"/>
      </w:pPr>
      <w:r>
        <w:rPr>
          <w:rFonts w:ascii="Times New Roman" w:hAnsi="Times New Roman" w:eastAsia="Times New Roman" w:cs="Times New Roman"/>
        </w:rPr>
        <w:t>Yəhuda padşahları Uzziya, Yotam, Ahaz və Hizqiyanın günlərində Amoz oğlu Yeşayanın Yəhuda və Yerusəlim barəsində gördüyü vəhy. Eşidin, ey göylər, qulaq as, ey yer! Çünki Rəbb danışıb: Mən övladlar bəslədim və böyütdüm, amma onlar Mənə qarşı üsyan etdilər. Öküz öz sahibini tanıyır, eşşək də ağasının axurunu; lakin İsrail tanımır, xalqım anlamır. Vay günahkar millətin halına, təqsir yükü altında əzilən xalqa, pislik edənlərin nəslinə, pozğun övladlara! Onlar Rəbbi tərk etdilər, İsrailin Müqəddəsini qəzəbləndirdilər, geri dönüb uzaqlaşdılar. Nə üçün yenə döyüləsiniz? Siz daha da çox üsyan edəcəksiniz; bütün baş xəstədir, bütün ürək taqətsizdir. Yeşaya 1:1–5.</w:t>
      </w:r>
    </w:p>
    <w:p>
      <w:pPr>
        <w:pStyle w:val="ArticleBody"/>
        <w:jc w:val="left"/>
      </w:pPr>
      <w:r>
        <w:rPr>
          <w:rFonts w:ascii="Times New Roman" w:hAnsi="Times New Roman" w:eastAsia="Times New Roman" w:cs="Times New Roman"/>
        </w:rPr>
        <w:t>Günahkar millət xəstədir və onun ürəyini və düşüncəsini dəyişdirə biləcək hər hansı bir çarənin təmin oluna biləcəyi vaxtı artıq keçib. Yeşaya sərxoşların yoldan çıxdığını bildirir, Yeremya isə həmin yolu “qədim cığırlar” olaraq tanıdır. 11 sentyabr 2001-ci ildə axırıncı yağış yağmağa başladı və Yeremya bildirir ki, sərxoşların uzaq düşdüyü “yol” olan qədim cığırlar üzrə yeridikdə, axırıncı yağışın qalan hissəsində rahatlığı tapırıq.</w:t>
      </w:r>
    </w:p>
    <w:p>
      <w:pPr>
        <w:pStyle w:val="ArticleScripture"/>
        <w:jc w:val="left"/>
      </w:pPr>
      <w:r>
        <w:rPr>
          <w:rFonts w:ascii="Times New Roman" w:hAnsi="Times New Roman" w:eastAsia="Times New Roman" w:cs="Times New Roman"/>
        </w:rPr>
        <w:t>Rəbb belə deyir: Yollarda durun və baxın, qədim yolları soruşun; yaxşı yolun harada olduğunu öyrənin və onunla gedin; onda canlarınız üçün rahatlıq tapacaqsınız. Lakin onlar dedilər: “Onunla getməyəcəyik”. Həmçinin üzərinizə keşikçilər qoydum və dedim: “Şeypurun səsinə qulaq asın”. Lakin onlar dedilər: “Qulaq asmayacağıq”. Buna görə də, ey millətlər, eşidin; ey camaat, onların arasında nə olduğunu bilin. Eşit, ey yer üzü: bax, bu xalqın üzərinə bəla gətirəcəyəm, öz düşüncələrinin bəhrəsini; çünki sözlərimə qulaq asmadılar, qanunumu isə rədd etdilər. Yeremya 6:16–19.</w:t>
      </w:r>
    </w:p>
    <w:p>
      <w:pPr>
        <w:pStyle w:val="ArticleBody"/>
        <w:jc w:val="left"/>
      </w:pPr>
      <w:r>
        <w:rPr>
          <w:rFonts w:ascii="Times New Roman" w:hAnsi="Times New Roman" w:eastAsia="Times New Roman" w:cs="Times New Roman"/>
        </w:rPr>
        <w:t>Efrayimin sərxoşları 11 sentyabr 2001-ci ildə yoldan çıxmışdır və 1863-cü ildə “qədim yollar”ı rədd etmə prosesinə başladıqları zaman “geriyə dönüb uzaqlaşmışlar”. Son yağışın rahatlığı və təravəti məhz “qədim yollar”da tapılır və həmin yağış elə onlara qarşı “Vay” elan olunduğu vaxt başlamışdır. İslamın üçüncü “Vay”ı Efrayimin qürur tacı üçün tanınmaz idi, çünki onlar mərhələli şəkildə peyğəmbərlikdə İslamın rolunu müəyyən edən təməl həqiqətləri rədd etmişdilər. Yeremya göstərir ki, o zaman Rəbb gözətçilər qaldırdı; bunlar Habaqququn gözətçiləridir və onlar darvazalar yanındakı döyüşdə Efrayimin sərxoşlarına şeypurun səsinə qulaq asmalı olduqlarını bəyan etdilər. 11 sentyabr 2001-ci ildə gələn üçüncü “Vay” yeddinci Şeypur idi.</w:t>
      </w:r>
    </w:p>
    <w:p>
      <w:pPr>
        <w:pStyle w:val="ArticleBody"/>
        <w:jc w:val="left"/>
      </w:pPr>
      <w:r>
        <w:rPr>
          <w:rFonts w:ascii="Times New Roman" w:hAnsi="Times New Roman" w:eastAsia="Times New Roman" w:cs="Times New Roman"/>
        </w:rPr>
        <w:t>Yeşaya belə bildirir: “Onlar sərxoşedici içki üzündən yoldan çıxıblar; vəhy görməkdə yanılır, hökm verməkdə büdrəyirlər. Çünki bütün süfrələr qusuntu və murdarlıqla doludur, elə ki, təmiz yer qalmayıb.” 1863-cü ildə təqdim edilən, “yeddi vaxt”ı çıxaran və onunla birlikdə izahlı bir vərəqin verilməsini tələb edən saxta cədvəl, Habaqququn iki müqəddəs cədvəlinin saxtasını təmsil edir; lakin sərxoşların işlətmiş olduqları saxta “cədvəllər” qusuntu ilə doludur və onlar vəhy görməkdə yanılırlar. Habaqquq və Yeremyanın gözətçilərinə deyilmişdi ki, metodologiya ilə bağlı mübahisədə onlar “vəhy”i “cədvəllər” üzərinə yazmalı idilər, lakin sərxoşun saxta cədvəlləri yanlış bir vəhy təqdim edir.</w:t>
      </w:r>
    </w:p>
    <w:p>
      <w:pPr>
        <w:pStyle w:val="ArticleScripture"/>
        <w:jc w:val="left"/>
      </w:pPr>
      <w:r>
        <w:rPr>
          <w:rFonts w:ascii="Times New Roman" w:hAnsi="Times New Roman" w:eastAsia="Times New Roman" w:cs="Times New Roman"/>
        </w:rPr>
        <w:t>Vəhyin olmadığı yerdə xalq həlak olur; amma qanunu qoruyan nə bəxtiyardır. Süleymanın Məsəlləri 29:18.</w:t>
      </w:r>
    </w:p>
    <w:p>
      <w:pPr>
        <w:pStyle w:val="ArticleBody"/>
        <w:jc w:val="left"/>
      </w:pPr>
      <w:r>
        <w:rPr>
          <w:rFonts w:ascii="Times New Roman" w:hAnsi="Times New Roman" w:eastAsia="Times New Roman" w:cs="Times New Roman"/>
        </w:rPr>
        <w:t>Efrayimin sərxoşları Allahın qanununu rədd etmişlər, lakin “mübahisə”nin, qapıdakı döyüşün konteksti Allahın peyğəmbərlik qanunudur; bu qanun birinci və üçüncü mələklərin hərəkatında təsis olunmuş metodologiya ilə təmsil olunur. İşaya iyirmi səkkizinci fəslin ilk səkkiz ayəsində şəraiti müəyyən etdikdən sonra, son yağış olan metodologiyanı müəyyən edir və sərxoşları, xüsusilə, “Yerusəlim”də “hökmranlıq edən” “istehzalı adamlar” kimi açıq şəkildə tanıdır.</w:t>
      </w:r>
    </w:p>
    <w:p>
      <w:pPr>
        <w:pStyle w:val="ArticleScripture"/>
        <w:jc w:val="left"/>
      </w:pPr>
      <w:r>
        <w:rPr>
          <w:rFonts w:ascii="Times New Roman" w:hAnsi="Times New Roman" w:eastAsia="Times New Roman" w:cs="Times New Roman"/>
        </w:rPr>
        <w:t>O, biliyi kimə öyrədəcək? və təlimi kimə anlatdıracaq? Süddən kəsilmişlərə, döşdən ayrılmış olanlaramı? Çünki qayda qayda üstə olmalıdır, qayda qayda üstə; sətir sətir üstə, sətir sətir üstə; burada bir az, orada bir az. Çünki O, bu xalqa pəltək dodaqlarla və başqa dillə danışacaq. Onlara demişdi: “Yorğunu rahatlandıracağınız rahatlıq budur”; və: “Təravət budur”; amma onlar dinləmək istəmədilər. Lakin Rəbbin sözü onlar üçün qayda qayda üstə, qayda qayda üstə; sətir sətir üstə, sətir sətir üstə; burada bir az, orada bir az oldu ki, gedib arxaya yıxılsınlar, sındırılsınlar, tora düşsünlər və yaxalansınlar. Buna görə də, ey Yerusəlimdə olan bu xalqa hökmranlıq edən istehzaçı adamlar, Rəbbin sözünü eşidin. Çünki demisiniz: “Ölümlə əhd bağlamışıq, ölülər diyarı ilə razılığa gəlmişik; daşqın kimi gələn bəla keçib gedəndə bizə çatmayacaq; çünki yalanı özümüzə sığınacaq etmişik, saxtalığın altında gizlənmişik.” Buna görə Xudavənd Rəbb belə deyir: “Budur, Mən Sionda təməl üçün bir daş qoyuram, sınanmış bir daş, qiymətli guşə daşı, möhkəm təməl; iman edən tələsməyəcək. Hökmü də ölçü ipinə, salehliyi də şaqula görə qoyacağam; dolu yalan sığınacağını süpürüb aparacaq, sular isə gizləndiyiniz yeri basacaq. Ölüm ilə bağladığınız əhd pozulacaq, ölülər diyarı ilə olan razılığınız dayanmayacaq; daşqın kimi gələn bəla keçib gedəndə siz onun tərəfindən tapdalanacaqsınız.” Yeşaya 28:9–18.</w:t>
      </w:r>
    </w:p>
    <w:p>
      <w:pPr>
        <w:pStyle w:val="ArticleBody"/>
        <w:jc w:val="left"/>
      </w:pPr>
      <w:r>
        <w:rPr>
          <w:rFonts w:ascii="Times New Roman" w:hAnsi="Times New Roman" w:eastAsia="Times New Roman" w:cs="Times New Roman"/>
        </w:rPr>
        <w:t>“mübahisə” burada “kimə bilik öyrədəcək? və kimə təlimi başa salacaq?” ifadələri baxımından müəyyən edilir. “Kimə” sözü potensial şagirdlərə yönəlmişdir, lakin mövzu bilik olan təlimi anlamaq haqqındadır. Daniel kitabı möhürdən açıldıqda, bilik artır; bu isə Allahın Kəlamının həqiqətlərinin daha dərindən başa düşülməsini təmsil edir. “Təlim” sözü müəyyən bir düşüncə sistemini və ya bilik toplusunu təşkil edən etiqadlar, prinsiplər, öyrədilər və ya qaydalar məcmusu deməkdir. Müqəddəs Kitabın “təlimlərini” anlamaq üçün həmin bilik toplusunu formalaşdıracaq Müqəddəs Kitaba əsaslanan bir metodologiya zəruridir.</w:t>
      </w:r>
    </w:p>
    <w:p>
      <w:pPr>
        <w:pStyle w:val="ArticleBody"/>
        <w:jc w:val="left"/>
      </w:pPr>
      <w:r>
        <w:rPr>
          <w:rFonts w:ascii="Times New Roman" w:hAnsi="Times New Roman" w:eastAsia="Times New Roman" w:cs="Times New Roman"/>
        </w:rPr>
        <w:t>Metodologiya belə müəyyən edilir: “əmr əmr üstünə, əmr əmr üstünə; sətir sətir üstünə, sətir sətir üstünə; burada bir az, orada bir az.” 11 sentyabr 2001-ci ili üçüncü “Vay”ın gəlişi kimi müəyyən edən metodologiya birinci “Vay”ın peyğəmbərlik xəttini ikinci “Vay”ın peyğəmbərlik xətti ilə bir araya gətirmək əsası üzərində qurulmuşdur; bu isə üçüncü “Vay”ın xəttinə dair iki şahid təqdim edir. Həmin metodologiya iki sinif ibadət edənlər meydana gətirən “mübahisə”nin sınağıdır, çünki “Rəbbin sözü onlara əmr əmr üstünə, əmr əmr üstünə; sətir sətir üstünə, sətir sətir üstünə; burada bir az, orada bir az” idi; “ta ki, gedib arxası üstə yıxılsınlar, sındırılsınlar, tora düşsünlər və ələ keçirilsinlər.”</w:t>
      </w:r>
    </w:p>
    <w:p>
      <w:pPr>
        <w:pStyle w:val="ArticleBody"/>
        <w:jc w:val="left"/>
      </w:pPr>
      <w:r>
        <w:rPr>
          <w:rFonts w:ascii="Times New Roman" w:hAnsi="Times New Roman" w:eastAsia="Times New Roman" w:cs="Times New Roman"/>
        </w:rPr>
        <w:t>Qüds üzərində hökmranlıq edən istehzalı adamların beş büdrəməsi, beş ağılsız bakirəni təmsil edir. Metodologiya açıq-aşkar bir sınaqdır, çünki Efrayimin sərxoşları Yeremyanın qədim yollarını rədd etdilər, keşikçilərin şeypur xəbərdarlığına qulaq asmaqdan imtina etdilər, saxta süfrələr hazırladılar və ölümlə əhd bağladılar; elə həmin vaxtda ki, darvaza döyüşündə Ordular Rəbbinin tacını daşıyanlar həyat əhdi bağlayırdılar.</w:t>
      </w:r>
    </w:p>
    <w:p>
      <w:pPr>
        <w:pStyle w:val="ArticleBody"/>
        <w:jc w:val="left"/>
      </w:pPr>
      <w:r>
        <w:rPr>
          <w:rFonts w:ascii="Times New Roman" w:hAnsi="Times New Roman" w:eastAsia="Times New Roman" w:cs="Times New Roman"/>
        </w:rPr>
        <w:t>2001-ci il sentyabrın 11-də son yağış — yəni rahatlıq və təzələnmə — yağmağa başladı və yüz qırx dörd minin möhürlənməsi başlandı. Bu, Efrayimin sərxoşlarının metodologiyası ilə İlyas elçisi tərəfindən təmsil olunan metodologiya arasında bir mübahisənin başlanğıcı oldu. “Bir çoxları” sərxoşlarla birlikdə yıxılacaq, lakin seçiləcək azlar Rəbbi gözləyənlərdir.</w:t>
      </w:r>
    </w:p>
    <w:p>
      <w:pPr>
        <w:pStyle w:val="ArticleScripture"/>
        <w:jc w:val="left"/>
      </w:pPr>
      <w:r>
        <w:rPr>
          <w:rFonts w:ascii="Times New Roman" w:hAnsi="Times New Roman" w:eastAsia="Times New Roman" w:cs="Times New Roman"/>
        </w:rPr>
        <w:t>Çünki Rəbb mənimlə qüdrətli əllə danışdı və bu xalqın yolu ilə getməməyim üçün mənə öyüd verib dedi: “Bu xalqın ‘İttifaq’ dediyi hər şeyə siz ‘İttifaq’ deməyin; onların qorxduğundan qorxmayın və dəhşətə düşməyin. Qoşunlar Rəbbi olan Odur ki, Onu müqəddəs sayın; qoy sizin qorxunuz da, dəhşətiniz də O olsun. O, müqəddəs məkan olacaq; lakin İsrailin hər iki evi üçün büdrəmə daşı və yıxılma qayası, Yerusəlim sakinləri üçün isə tələ və kəmənd olacaq. Onların çoxu büdrəyəcək, yıxılacaq və sındırılacaq, tələyə düşəcək və tutulacaq. Şəhadəti bağla, qanunu şagirdlərimin arasında möhürlə. Mən üzünü Yaqub nəslindən gizlədən Rəbbi gözləyəcəyəm və Ona ümid bağlayacağam.” Yeşaya 8:8–17.</w:t>
      </w:r>
    </w:p>
    <w:p>
      <w:pPr>
        <w:pStyle w:val="ArticleBody"/>
        <w:jc w:val="left"/>
      </w:pPr>
      <w:r>
        <w:rPr>
          <w:rFonts w:ascii="Times New Roman" w:hAnsi="Times New Roman" w:eastAsia="Times New Roman" w:cs="Times New Roman"/>
        </w:rPr>
        <w:t>Şübhəsiz ki, Yeşaya öz sözləri ilə razılaşır; beləliklə, iyirmi səkkizinci fəsildə yıxılan çoxları, səkkizinci fəsildə yıxılanların eyniləridir. Səkkizinci fəsildə onların yıxılmasının möhürlənmə zamanında baş verdiyini görürük; bu zaman 11 sentyabr 2001-ci ildə başlamışdır. Səkkizinci fəslin xəbərdarlığı bu xalqın “yolu” ilə getməməkdir; çünki onlar Yeremyanın qədim cığırlar haqqında göstərdiyi yolla getməkdən imtina edənlərdir, son yağışın xəbəri də məhz orada yerləşir. Səkkizinci fəsildə yıxılanlar Babilin xüsusi şərabını təmsil edən ittifaqa güvənənlərdir; bu isə bidətçi sayılanlara qarşı çıxmaq məqsədilə kilsə ilə dövlətin ittifaqını təmsil edir. Səkkizinci fəsildə onları büdrədən şey büdrəmə daşıdır; bu, 1863-cü ildə “bənnalar” tərəfindən rədd edilmiş Levililər iyirmi altının “yeddi vaxtı” olan təməl həqiqətin ilk rəddini təmsil edir. Onlar bu rədddə, William Millerə mələklər vasitəsilə verilmiş xəbəri rədd etmək üçün mürtəd protestant metodologiyasına qayıtdılar.</w:t>
      </w:r>
    </w:p>
    <w:p>
      <w:pPr>
        <w:pStyle w:val="ArticleBody"/>
        <w:jc w:val="left"/>
      </w:pPr>
      <w:r>
        <w:rPr>
          <w:rFonts w:ascii="Times New Roman" w:hAnsi="Times New Roman" w:eastAsia="Times New Roman" w:cs="Times New Roman"/>
        </w:rPr>
        <w:t>İyirmi səkkizinci fəsildə daşın rədd edilməsi, ABŞ-da bazar günü qanunundan başlanan və sonra bütün dünyanı bürüyən vəhşinin nişanının Müqəddəs Kitabdakı rəmzi olan daşqın qamçısının hökmünü doğurur. Bazar günü qanunu zamanı Adventist kilsəsinin “ölüm” və “cəhənnəm”lə bağladığı əhd süpürülüb aparılacaq. Efrayimin sərxoşlarının ölümlə bağladıqları əhd süpürülüb aparılarkən, onların “yalan sığınacağı” aradan qaldırılacaq. “Yalan sığınacağı” həvari Pavel tərəfindən güclü aldanış gətirən yalan kimi təqdim olunur və Yerusəlimə hökmranlıq edən istehzalı adamların üzərinə tökülən bu güclü aldanış onların həqiqətə olan nifrətinə cavabdır.</w:t>
      </w:r>
    </w:p>
    <w:p>
      <w:pPr>
        <w:pStyle w:val="ArticleScripture"/>
        <w:jc w:val="left"/>
      </w:pPr>
      <w:r>
        <w:rPr>
          <w:rFonts w:ascii="Times New Roman" w:hAnsi="Times New Roman" w:eastAsia="Times New Roman" w:cs="Times New Roman"/>
        </w:rPr>
        <w:t>Gəlişi Şeytanın fəaliyyəti üzrə bütün qüdrət, əlamətlər və yalançı möcüzələrlə olan o kəs də, həlak olanlarda haqsızlığın hər cür aldadıcılığı ilə gəlir; çünki xilas olsunlar deyə həqiqət məhəbbətini qəbul etmədilər. Buna görə də Allah onlara güclü bir azğınlıq göndərəcək ki, yalana inansınlar; ta ki, həqiqətə iman etməyib haqsızlıqdan həzz alanların hamısı məhkum edilsin. Amma biz, Rəbbin sevimli qardaşları, sizin üçün həmişə Allaha şükür etməyə borcluyuq; çünki Allah sizi başlanğıcdan Ruhun təqdisi və həqiqətə iman vasitəsilə xilas üçün seçmişdir. O, sizi Rəbbimiz İsa Məsihin izzətini əldə etməyə bizim Müjdəmiz vasitəsilə çağırdı. Buna görə, ey qardaşlar, möhkəm durun və istər sözlə, istərsə də məktubumuzla sizə öyrədilmiş ənənələrə möhkəm sarılın. 2 Saloniklilərə 2:9–15.</w:t>
      </w:r>
    </w:p>
    <w:p>
      <w:pPr>
        <w:pStyle w:val="ArticleBody"/>
        <w:jc w:val="left"/>
      </w:pPr>
      <w:r>
        <w:rPr>
          <w:rFonts w:ascii="Times New Roman" w:hAnsi="Times New Roman" w:eastAsia="Times New Roman" w:cs="Times New Roman"/>
        </w:rPr>
        <w:t>“Yalan sığınacağı” — “güclü aldanışı” doğuran bu sığınacaq — nəhayət, tezliklə gələcək bazar günü qanununun cəzasını gətirir. Həvari Pavel həqiqəti sevməyən bir sinfi və həqiqət vasitəsilə təqdis olunan bir sinfi müəyyən edir; beləliklə o, Habakkuk kitabının ikinci fəslindəki mübahisədə yer alan iki sinfə işarə edir. İyirmi doqquzuncu fəsildə Yeşaya Ariel sözünü iki dəfə təkrarlamaqla başlayır; Ariel isə Yerusəlimin başqa bir adıdır.</w:t>
      </w:r>
    </w:p>
    <w:p>
      <w:pPr>
        <w:pStyle w:val="ArticleScripture"/>
        <w:jc w:val="left"/>
      </w:pPr>
      <w:r>
        <w:rPr>
          <w:rFonts w:ascii="Times New Roman" w:hAnsi="Times New Roman" w:eastAsia="Times New Roman" w:cs="Times New Roman"/>
        </w:rPr>
        <w:t>Vay Arielin halına, Arielin halına, Davudun məskən saldığı şəhərin halına! İldən-ilə əlavə edin; qoy qurbanlar kəssinlər. Yeşaya 29:1.</w:t>
      </w:r>
    </w:p>
    <w:p>
      <w:pPr>
        <w:pStyle w:val="ArticleBody"/>
        <w:jc w:val="left"/>
      </w:pPr>
      <w:r>
        <w:rPr>
          <w:rFonts w:ascii="Times New Roman" w:hAnsi="Times New Roman" w:eastAsia="Times New Roman" w:cs="Times New Roman"/>
        </w:rPr>
        <w:t>“Arial”ın (Qüds şəhərinin) simvolik ikiləşdirilməsi yenidən bir “vay” ilə məhkum edilir. “İldən-ilə” qurbanların kəsilməsi 1863-cü ildə başlayan mərhələli üsyanı təmsil edir. Sonrakı ayələr bazar günü qanunu böhranı dövründə Yeddinci Gün Adventist kilsəsinin üzərinə gələcək mühakiməni təsvir edir. Doqquzuncu ayədə metodologiya ilə bağlı mübahisəni vurğulayan bir “heyrət” göstərilir; eyni zamanda bu, Adventizmin üsyankar vəziyyətini Gecəyarısı Fəryadı xəbərinin bir ünsürü kimi də müəyyən edir; bu xəbər də birinci ayədə “Arial”ın ikiləşdirilməsi ilə təmsil olunduğu kimi ikinci mələklə əlaqələndirilir.</w:t>
      </w:r>
    </w:p>
    <w:p>
      <w:pPr>
        <w:pStyle w:val="ArticleScripture"/>
        <w:jc w:val="left"/>
      </w:pPr>
      <w:r>
        <w:rPr>
          <w:rFonts w:ascii="Times New Roman" w:hAnsi="Times New Roman" w:eastAsia="Times New Roman" w:cs="Times New Roman"/>
        </w:rPr>
        <w:t>Dayanın və heyrət edin; fəryad edin və fəryad qoparın: onlar sərxoşdurlar, amma şərabdan deyil; səndələyirlər, amma güclü içkidən deyil. Çünki Rəbb sizin üzərinizə dərin yuxu ruhunu tökmüş, gözlərinizi yummuşdur; peyğəmbərləri və başçılarınızı, görücüləri örtmüşdür. Və hamısının görümü sizin üçün möhürlənmiş bir kitabın sözləri kimi olmuşdur; onu savadlı birinə verib deyərlər: “Xahiş edirəm, bunu oxu”; o isə deyər: “Bacarmaram, çünki möhürlənmişdir.” Kitab savadsız olana da verilib deyilər: “Xahiş edirəm, bunu oxu”; o isə deyər: “Mən savadlı deyiləm.” Buna görə də Rəbb dedi: “Bu xalq Mənə ağzı ilə yaxınlaşır və dodaqları ilə Mənə ehtiram göstərir, amma ürəyini Məndən uzaqlaşdırmışdır; Mənə qarşı qorxuları isə insan əmrləri ilə öyrədilmişdir. Buna görə də, budur, Mən bu xalq arasında ecazkar bir iş görməyə davam edəcəyəm, bəli, ecazkar bir iş və bir möcüzə; çünki onların müdriklərinin hikməti məhv olacaq, ağıllılarının anlayışı isə gizlənəcək.” Yeşaya 29:9–14.</w:t>
      </w:r>
    </w:p>
    <w:p>
      <w:pPr>
        <w:pStyle w:val="ArticleBody"/>
        <w:jc w:val="left"/>
      </w:pPr>
      <w:r>
        <w:rPr>
          <w:rFonts w:ascii="Times New Roman" w:hAnsi="Times New Roman" w:eastAsia="Times New Roman" w:cs="Times New Roman"/>
        </w:rPr>
        <w:t>İyirmi yeddinci fəsildə qeydə alınmış “mübahisə”də və həqiqi metodologiya ilə saxta metodologiyanın dəlilini təmsil edən bu qarşıdurmada, Yerusəlimi idarə edən istehzalı adamların sərxoşluğu, Adventizmin rəhbərliyinin möhürlənmiş kitabı başa düşməsinə mane olan bir korluq kimi müəyyən edilir. Daniel və Vəhy kitabları eyni kitabdır və möhlət bağlanmazdan dərhal əvvəl möhürü açılan kitab hissəsi İsa Məsihin Vəhyidir. Bu, “yeddidən olan səkkizincinin” sirrini əhatə edir. Bu, Danielə ikinci fəsildə anlamaq üçün verilmiş “sirrlə” təmsil olunur. Bu, Yeddi Göy Gurultusunun “gizli tarix”idir. Bu, üçüncü “Vay”ın İslam haqqında xəbəri və “Gecəyarısı Nidasi”nın xəbəridir.</w:t>
      </w:r>
    </w:p>
    <w:p>
      <w:pPr>
        <w:pStyle w:val="ArticleBody"/>
        <w:jc w:val="left"/>
      </w:pPr>
      <w:r>
        <w:rPr>
          <w:rFonts w:ascii="Times New Roman" w:hAnsi="Times New Roman" w:eastAsia="Times New Roman" w:cs="Times New Roman"/>
        </w:rPr>
        <w:t>Daniel və Vəhy adlı vahid kitab Məsihin zamanında Sinedrion tərəfindən təmsil olunmuş olanlara verilir; onlar Allahın həqiqətini qoruyub müdafiə etdiyini iddia edən, lakin nəticədə Həqiqətin çarmıxa çəkilməsində iştirak edən bir rəhbərlik sistemini simvolizə edirlər. Sinedrionun timsalında göstərilən bu sistem Yerusəlimə hökm edən istehzalı adamlardır. Möhürlənmiş kitab onlara verilir və bu kitabın nə məna verdiyinə dair onların seçkin, təhsilli və elmi cavabı budur ki, onu oxuya bilmirlər, çünki o, möhürlənmişdir. Sonra yalnız rəhbər kimi ayrılmış olanların ardınca getməyə öyrədilmiş sürüyə həmin kitab verilir və onların cavabı budur ki, onu yalnız Yerusəlimə hökm edən istehzalı adamlar, son günlərin Sinedrionu, onlara onun nə demək olduğunu söylədiyi təqdirdə anlayacaqlar.</w:t>
      </w:r>
    </w:p>
    <w:p>
      <w:pPr>
        <w:pStyle w:val="ArticleBody"/>
        <w:jc w:val="left"/>
      </w:pPr>
      <w:r>
        <w:rPr>
          <w:rFonts w:ascii="Times New Roman" w:hAnsi="Times New Roman" w:eastAsia="Times New Roman" w:cs="Times New Roman"/>
        </w:rPr>
        <w:t>William Millerə, daha sonra isə Future for America-ya verilmiş metodologiya peyğəmbərlik tarixinin bir nişanəsidir. Bu, həyat və ölüm mahiyyətli sınaq sualını müəyyən edən bir nişanədir. Düzgün metodologiya olmadan son yağışın xəbəri “möhürlənmiş bir kitabın sözləri kimi”dir. Son yağışın xəbəri olmadan, bu xəbərin doğurduğu təcrübəni əldə etmək mümkün deyildir. Həmin metodologiya peyğəmbərlik xəttini peyğəmbərlik xəttinin üzərinə, Müqəddəs Kitabın burasından və Müqəddəs Kitabın orasından gətirmə prosesidir. Metodologiya üzərində mübahisə ilk xəbər qüvvətləndirildiyi zaman, son günlərin həm başlanğıc, həm də son tarixlərində başladı.</w:t>
      </w:r>
    </w:p>
    <w:p>
      <w:pPr>
        <w:pStyle w:val="ArticleBody"/>
        <w:jc w:val="left"/>
      </w:pPr>
      <w:r>
        <w:rPr>
          <w:rFonts w:ascii="Times New Roman" w:hAnsi="Times New Roman" w:eastAsia="Times New Roman" w:cs="Times New Roman"/>
        </w:rPr>
        <w:t>Millerçi hərəkatının başlanğıc tarixində mübahisə 11 avqust 1840-cı ildə başladı və həmin tarixin sonunda, Filadelfiyalı Millerçi hərəkatının Laodikeyalı Millerçi hərəkatına keçdiyi zaman dövründə yenidən təkrar olundu. Mübahisə üçüncü mələyin Laodikeyalı hərəkatının tarixində 11 sentyabr 2001-ci ildə yenidən başladı və həmin hərəkatın sonunda, üçüncü mələyin Laodikeyalı hərəkatı yüz qırx dörd minin Filadelfiyalı hərəkatına keçdiyi zaman yenidən təkrar olunur. Millerçilərin başlanğıc sınağında və Millerçilərin son sınağında, sınaq İlyas elçisinin metodologiyası ilə təmsil olunurdu. İsa, Alfa və Omeqa olaraq, həmişə sonu başlanğıcla nümayiş etdirir.</w:t>
      </w:r>
    </w:p>
    <w:p>
      <w:pPr>
        <w:pStyle w:val="ArticleBody"/>
        <w:jc w:val="left"/>
      </w:pPr>
      <w:r>
        <w:rPr>
          <w:rFonts w:ascii="Times New Roman" w:hAnsi="Times New Roman" w:eastAsia="Times New Roman" w:cs="Times New Roman"/>
        </w:rPr>
        <w:t>Sıra-sıra gətirmə metodologiyasından indi növbəti məqalədə Daniel kitabının dördüncü və beşinci fəsillərini nəzərdən keçirməyə başladıqda istifadə edəcəyik.</w:t>
      </w:r>
    </w:p>
    <w:p>
      <w:pPr>
        <w:pStyle w:val="ArticleScripture"/>
        <w:jc w:val="left"/>
      </w:pPr>
      <w:r>
        <w:rPr>
          <w:rFonts w:ascii="Times New Roman" w:hAnsi="Times New Roman" w:eastAsia="Times New Roman" w:cs="Times New Roman"/>
        </w:rPr>
        <w:t>“Heç kəsin Məsihin nə vaxt gələcəyi və ya gəlməyəcəyi vaxtı müəyyən edən həqiqi bir xəbəri yoxdur. Əmin olun ki, Allah heç kəsə Məsihin gəlişini beş il, on il və ya iyirmi il gecikdirəcəyini söyləmək səlahiyyəti vermir. ‘Siz də hazır olun; çünki İnsanoğlu elə bir saatda gəlir ki, siz onu gözləməzsiniz’ (Matthew 24:44). Bizim xəbərimiz budur; göyün ortasında uçan üç mələyin bəyan etdiyi məhz bu xəbərdir. İndi görülməli iş, bu son mərhəmət xəbərini düşmüş bir dünyaya çatdırmaqdır. Göydən yeni bir həyat gəlir və Allahın bütün xalqını öz ixtiyarına alır. Lakin kilsədə ayrılıqlar baş verəcək. İki tərəf formalaşacaq. Buğda ilə alaq biçininədək birlikdə böyüyür.</w:t>
      </w:r>
    </w:p>
    <w:p>
      <w:pPr>
        <w:pStyle w:val="ArticleScripture"/>
        <w:jc w:val="left"/>
      </w:pPr>
      <w:r>
        <w:rPr>
          <w:rFonts w:ascii="Times New Roman" w:hAnsi="Times New Roman" w:eastAsia="Times New Roman" w:cs="Times New Roman"/>
        </w:rPr>
        <w:t>“Bu iş zamanın lap sonunadək daha da dərinləşəcək və daha ciddi xarakter alacaq. Allahla birlikdə əməkdaşlıq edənlərin hamısı müqəddəslərə birdəfəlik verilmiş iman uğrunda ən böyük cidd-cəhdlə mübarizə aparacaqlar. Onlar artıq öz izzəti ilə yeri nurlandırmaqda olan indiki xəbərin yolundan döndərilməyəcəklər. Uğrunda mübarizə aparmağa dəyən yeganə şey Allahın izzətidir. Dayanacaq yeganə qaya Əzəldən bəri Mövcud olan Qayadır. İsada olduğu kimi həqiqət bu azğınlıq günlərində sığınacaqdır….”</w:t>
      </w:r>
    </w:p>
    <w:p>
      <w:pPr>
        <w:pStyle w:val="ArticleScripture"/>
        <w:jc w:val="left"/>
      </w:pPr>
      <w:r>
        <w:rPr>
          <w:rFonts w:ascii="Times New Roman" w:hAnsi="Times New Roman" w:eastAsia="Times New Roman" w:cs="Times New Roman"/>
        </w:rPr>
        <w:t>“Peyğəmbərlik sətirbəsətir yerinə yetməkdədir. Üçüncü mələyin xəbərinin bayrağı altında nə qədər möhkəm dayansaq, Danielin peyğəmbərliyini bir o qədər aydın anlayacağıq; çünki Vəhy kitabı Danielin tamamlayıcısıdır. Allahın müqəddəsliyə həsr olunmuş qulları vasitəsilə Müqəddəs Ruhun təqdim etdiyi nuru nə qədər dolğun qəbul etsək, qədim peyğəmbərliyin həqiqətləri bir o qədər dərin və sarsılmaz, əbədi taxt kimi möhkəm görünəcək; Allah adamlarının Müqəddəs Ruh tərəfindən hərəkətə gətirilərək danışdıqlarına əmin olacağıq. İnsanlar peyğəmbərlər vasitəsilə Ruhun bəyanlarını anlamaq üçün özləri də Müqəddəs Ruhun təsiri altında olmalıdırlar. Bu xəbərlər peyğəmbərlikləri söyləyənlər üçün deyil, onların yerinə yetməsinin səhnələri arasında yaşayan bizim üçün verilmişdir.”</w:t>
      </w:r>
    </w:p>
    <w:p>
      <w:pPr>
        <w:pStyle w:val="ArticleScripture"/>
        <w:jc w:val="left"/>
      </w:pPr>
      <w:r>
        <w:rPr>
          <w:rFonts w:ascii="Times New Roman" w:hAnsi="Times New Roman" w:eastAsia="Times New Roman" w:cs="Times New Roman"/>
        </w:rPr>
        <w:t>“Rəbb mənə bu işi görməyi verməsəydi, bu şeyləri təqdim edə biləcəyimi hiss etməzdim. Sizdən başqa başqaları da var və təkcə bir-iki nəfər deyil; onlar da sizin kimi yeni işığa malik olduqlarını düşünür və onu xalqa təqdim etməyə tam hazırdırlar. Lakin Allah üçün xoş olardı ki, onlar artıq verilmiş işığı qəbul etsinlər, onda yerisinlər və imanlarını Müqəddəs Yazılar üzərində qursunlar; çünki bu Yazılar Allah xalqının uzun illər boyu müdafiə etdiyi mövqeləri dəstəkləyir. Əbədi Müjdə insan vasitəçiləri tərəfindən elan olunmalıdır. Biz göyün ortasında uçan kimi təsvir edilən mələklərin ismarıclarını, süqut etmiş bir dünyaya verilən son xəbərdarlıqla birlikdə ucadan bəyan etməliyik. Əgər biz peyğəmbərlik etməyə çağırılmamışıqsa, peyğəmbərliklərə iman etməyə və başqa zəkalara işıq verməkdə Allahla əməkdaşlıq etməyə çağırılmışıq. Biz etməyə çalışdığımız da budur.”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İyirmi Üç ნომrə</dc:title>
  <dc:subject>İstehzakar Adamlar</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