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Otuz Üçüncü Nömrə</w:t>
      </w:r>
    </w:p>
    <w:p>
      <w:pPr>
        <w:pStyle w:val="ArticleSubtitle"/>
        <w:jc w:val="left"/>
      </w:pPr>
      <w:r>
        <w:rPr>
          <w:rFonts w:ascii="Arial" w:hAnsi="Arial" w:eastAsia="Arial" w:cs="Arial"/>
        </w:rPr>
        <w:t>Bazar Günü Qanunu Fərmanı Verildiyi Zaman Allahın “Möhürü”nün Həkk Edilməsi: Daniel 6-cı Fəslin Peyğəmbərlik Baxımından Təhlili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2023-12-28</w:t>
      </w:r>
    </w:p>
    <w:p>
      <w:pPr>
        <w:pStyle w:val="ArticleBody"/>
        <w:jc w:val="left"/>
      </w:pPr>
      <w:r>
        <w:rPr>
          <w:rFonts w:ascii="Times New Roman" w:hAnsi="Times New Roman" w:eastAsia="Times New Roman" w:cs="Times New Roman"/>
        </w:rPr>
        <w:t>Görünə bilən Allahın “möhürü” bazar günü qanunu haqqında fərmanın verildiyi vaxt vurulur.</w:t>
      </w:r>
    </w:p>
    <w:p>
      <w:pPr>
        <w:pStyle w:val="ArticleScripture"/>
        <w:jc w:val="left"/>
      </w:pPr>
      <w:r>
        <w:rPr>
          <w:rFonts w:ascii="Times New Roman" w:hAnsi="Times New Roman" w:eastAsia="Times New Roman" w:cs="Times New Roman"/>
        </w:rPr>
        <w:t>“Bizdən heç biri, xarakterlərimizin üzərində bircə ləkə və ya qüsur qaldığı müddətcə, Allahın möhürünü heç vaxt almayacaq. Xarakterlərimizdəki nöqsanları aradan qaldırmaq, can məbədini hər cür murdarlıqdan təmizləmək bizə həvalə edilmişdir. O zaman Axırıncı Yağış üzərimizə, Pentikost Günündə ilkin yağışın şagirdlərin üzərinə yağdığı kimi, yağacaq....”</w:t>
      </w:r>
    </w:p>
    <w:p>
      <w:pPr>
        <w:pStyle w:val="ArticleScripture"/>
        <w:jc w:val="left"/>
      </w:pPr>
      <w:r>
        <w:rPr>
          <w:rFonts w:ascii="Times New Roman" w:hAnsi="Times New Roman" w:eastAsia="Times New Roman" w:cs="Times New Roman"/>
        </w:rPr>
        <w:t>“Ey qardaşlar, hazırlığın bu böyük işində nə edirsiniz? Dünya ilə birləşənlər dünyəvi qəlibi qəbul edir və vəhşinin nişanına hazırlanırlar. Özünə güvənməyənlər, Allahın qarşısında özlərini alçaldanlar və həqiqətə itaət etməklə canlarını təmizləyənlər isə səmavi qəlibi qəbul edir və alınlarında Allahın möhürünə hazırlanırlar. Fərman verildikdə və damğa vurulduqda, onların xasiyyəti əbədiyyət boyu pak və ləkəsiz qalacaqdır.” Testimonies, 5-ci cild, 214, 216.</w:t>
      </w:r>
    </w:p>
    <w:p>
      <w:pPr>
        <w:pStyle w:val="ArticleBody"/>
        <w:jc w:val="left"/>
      </w:pPr>
      <w:r>
        <w:rPr>
          <w:rFonts w:ascii="Times New Roman" w:hAnsi="Times New Roman" w:eastAsia="Times New Roman" w:cs="Times New Roman"/>
        </w:rPr>
        <w:t>Daniel görünən möhürü alır; o, şirlər quyusuna atıldığı zaman, beləliklə bu fəsil bazar günü qanunu fərmanını təmsil edir.</w:t>
      </w:r>
    </w:p>
    <w:p>
      <w:pPr>
        <w:pStyle w:val="ArticleScripture"/>
        <w:jc w:val="left"/>
      </w:pPr>
      <w:r>
        <w:rPr>
          <w:rFonts w:ascii="Times New Roman" w:hAnsi="Times New Roman" w:eastAsia="Times New Roman" w:cs="Times New Roman"/>
        </w:rPr>
        <w:t>O zaman bu adamlar padşahın yanına toplaşıb padşaha dedilər: Bil, ey padşah, midiyalılarla farsların qanunu budur ki, padşahın təsbit etdiyi heç bir fərman və ya qayda dəyişdirilə bilməz. O zaman padşah əmr verdi, Danieli gətirib aslanlar yuvasına atdılar. Padşah Danielə müraciətlə dedi: Sənin daima ibadət etdiyin Allahın səni qurtaracaqdır. Sonra bir daş gətirilib yuvanın ağzına qoyuldu; padşah da onu öz möhürü ilə və əyanlarının möhürü ilə möhürlədi ki, Daniel barəsində verilmiş qərar dəyişdirilməsin. Daniel 6:15–17.</w:t>
      </w:r>
    </w:p>
    <w:p>
      <w:pPr>
        <w:pStyle w:val="ArticleBody"/>
        <w:jc w:val="left"/>
      </w:pPr>
      <w:r>
        <w:rPr>
          <w:rFonts w:ascii="Times New Roman" w:hAnsi="Times New Roman" w:eastAsia="Times New Roman" w:cs="Times New Roman"/>
        </w:rPr>
        <w:t>Hekayə bununla bitmir, lakin başladığı yerdə tamamlanır. Daniel kitabının altıncı fəslinin xətti, başlıca olaraq yüz iyirmi knyaz və iki aşağı səviyyəli rəis tərəfindən idarə olunan, lakin məsləhətçiləri, sərkərdələri və valiləri də əhatə edən konfederasiyanı göstərir. Beşqat ittifaq padşahı Danieli təqib etməyə aldatmaq üçün quruldu. Hekayə onların hökmü ilə başa çatır, çünki onlar bazar günü qanunu zamanı baş verən xüsusi bir hökmü təmsil edirlər; Danieli və ya padşahı təmsil edənlərə deyil, padşahı aldadanlara yönəlmiş bir hökmü.</w:t>
      </w:r>
    </w:p>
    <w:p>
      <w:pPr>
        <w:pStyle w:val="ArticleScripture"/>
        <w:jc w:val="left"/>
      </w:pPr>
      <w:r>
        <w:rPr>
          <w:rFonts w:ascii="Times New Roman" w:hAnsi="Times New Roman" w:eastAsia="Times New Roman" w:cs="Times New Roman"/>
        </w:rPr>
        <w:t>Padşah əmr etdi və Danieli ittiham etmiş o adamları gətirdilər; onları, uşaqlarını və arvadlarını şirlər çuxuruna atdılar; şirlər isə onlara üstün gəlib, onlar hələ çuxurun dibinə çatmamış bütün sümüklərini parça-parça etdilər. Daniel 6:24.</w:t>
      </w:r>
    </w:p>
    <w:p>
      <w:pPr>
        <w:pStyle w:val="ArticleBody"/>
        <w:jc w:val="left"/>
      </w:pPr>
      <w:r>
        <w:rPr>
          <w:rFonts w:ascii="Times New Roman" w:hAnsi="Times New Roman" w:eastAsia="Times New Roman" w:cs="Times New Roman"/>
        </w:rPr>
        <w:t>Peyğəmbərlik ssenarisində həmişə dövləti aldadan kilsədir və altıncı fəsil padşaha qarşı həyata keçirilən aldatmanı müəyyən edir. Əhab Karmel dağında Allahın qüdrətinin möhtəşəm təzahürünün şahidi olduqdan sonra, İlyas onu yağış içində geri İzəbelin yanına apardı. Əhabın, Allahın qüdrətinə dair bu güclü şəhadətin İzəbelə təsir etməyəcəyini düşünməsi üçün heç bir səbəbi yox idi, lakin Əhab İzəbelin İlyasa qarşı dərin kök salmış nifrəti barəsində aldadılmışdı. Əhab və İzəbellə qarşıdurmada olan İlyasın hekayəsi Yəhya Vəftizçinin (İlyas olanın), Hirodun və Hirodiyanın hekayəsində yenidən təkrarlanır.</w:t>
      </w:r>
    </w:p>
    <w:p>
      <w:pPr>
        <w:pStyle w:val="ArticleBody"/>
        <w:jc w:val="left"/>
      </w:pPr>
      <w:r>
        <w:rPr>
          <w:rFonts w:ascii="Times New Roman" w:hAnsi="Times New Roman" w:eastAsia="Times New Roman" w:cs="Times New Roman"/>
        </w:rPr>
        <w:t>Ad günündə sərxoş Herod Salomeyaya (Herodiyanın qızına) öz padşahlığının yarısını vəd edərkən, Herodiyanın Yəhyanın başını tələb edəcəyini gözləmirdi. İstər Axav, istər Herod, istərsə də Daranı olsun, padşahlar murdar qadın tərəfindən — İzebelin yalançı peyğəmbərlərinin rəqsi, yaxud Herodiyanın qızının rəqsi, yaxud Danielin hekayəsindəki beşqat ittifaq vasitəsilə — aldadılırlar. Pilat da yəhudi “kilsəsini” təmsil edən və kilsə qadını simvolizə etdiyi üçün pozğun bir kahinlik tərəfindən aldadıldı.</w:t>
      </w:r>
    </w:p>
    <w:p>
      <w:pPr>
        <w:pStyle w:val="ArticleBody"/>
        <w:jc w:val="left"/>
      </w:pPr>
      <w:r>
        <w:rPr>
          <w:rFonts w:ascii="Times New Roman" w:hAnsi="Times New Roman" w:eastAsia="Times New Roman" w:cs="Times New Roman"/>
        </w:rPr>
        <w:t>Aldatma, peyğəmbərlik ssenarisinin bir xüsusiyyətidir və üçüncü Vəyanın İslamı, son günlərdə Birləşmiş Millətləri qorxu vasitəsilə aldatmaq üçün istifadə olunan yalandır. Həm “aldatma”, həm də aldatmanı meydana gətirən “yalan” Allahın peyğəmbərlik Kəlamında müəyyən edilmişdir. İslamın rolu və papalığın yeddi başdan səkkizinci başa çevrilməsi artıq son günlərdə möhürü açılan, İsa Məsihin Vəhyini təşkil edən xəbərin bir hissəsi kimi müəyyən edilmişdir. Buna görə də, Danielin altıncı fəslində Daranın aldatmasının üzə çıxarılması Gecəyarısı Fəryadı xəbərini təşkil edən xəbərin bir hissəsidir. Aldatma ölümcül yaranı tamamilə sağaldan ünsürdür və bununla da papalığı səkkizinci və son səltənət kimi dirildir. Daranın aldatmasında iki mürtəd prezident və yüz iyirmi şahzadə Daniel ilə qarşılaşdırılan aldatma ittifaqının nümayəndələridir.</w:t>
      </w:r>
    </w:p>
    <w:p>
      <w:pPr>
        <w:pStyle w:val="ArticleBody"/>
        <w:jc w:val="left"/>
      </w:pPr>
      <w:r>
        <w:rPr>
          <w:rFonts w:ascii="Times New Roman" w:hAnsi="Times New Roman" w:eastAsia="Times New Roman" w:cs="Times New Roman"/>
        </w:rPr>
        <w:t>Yüz iyirmi Pentikost günündə Allahın şagirdlərinin simvoludur.</w:t>
      </w:r>
    </w:p>
    <w:p>
      <w:pPr>
        <w:pStyle w:val="ArticleScripture"/>
        <w:jc w:val="left"/>
      </w:pPr>
      <w:r>
        <w:rPr>
          <w:rFonts w:ascii="Times New Roman" w:hAnsi="Times New Roman" w:eastAsia="Times New Roman" w:cs="Times New Roman"/>
        </w:rPr>
        <w:t>O günlərdə Peter şagirdlərin arasında ayağa qalxıb dedi, (orada toplananların sayı təxminən yüz iyirmi idi.) Həvarilərin İşləri 1:15.</w:t>
      </w:r>
    </w:p>
    <w:p>
      <w:pPr>
        <w:pStyle w:val="ArticleBody"/>
        <w:jc w:val="left"/>
      </w:pPr>
      <w:r>
        <w:rPr>
          <w:rFonts w:ascii="Times New Roman" w:hAnsi="Times New Roman" w:eastAsia="Times New Roman" w:cs="Times New Roman"/>
        </w:rPr>
        <w:t>Pentikost möhürün vurulduğu Bazar qanununu simvolizə edir, və Dariusu aldadan yüz iyirmi başçı Bazar qanunundakı yalançı kahinliyin rəmzidir. Kralı aldadanların iki kateqoriyası iki mürtəd rəis və yüz iyirmi mürtəd başçı vasitəsilə təqdim olunur. İki rəis peyğəmbər olan Daniel ilə eyni sinfə daxil edilir. Dariusu aldadan bu iki sinif bir qrup yalançı peyğəmbəri və bir qrup pozulmuş kahini təmsil edir.</w:t>
      </w:r>
    </w:p>
    <w:p>
      <w:pPr>
        <w:pStyle w:val="ArticleScripture"/>
        <w:jc w:val="left"/>
      </w:pPr>
      <w:r>
        <w:rPr>
          <w:rFonts w:ascii="Times New Roman" w:hAnsi="Times New Roman" w:eastAsia="Times New Roman" w:cs="Times New Roman"/>
        </w:rPr>
        <w:t>“Otlağımın qoyunlarını məhv edib dağıdan çobanların vay halına!” — Rəbb belə deyir. Buna görə də İsrailin Allahı Rəbb Öz xalqımı otaran çobanlar barəsində belə deyir: “Siz Mənim sürümü dağıtdınız, onları qovub uzaqlaşdırdınız və onlara baş çəkmədiniz; baxın, əməllərinizin şərinə görə Mən sizin üstünüzə baş çəkəcəyəm”, — Rəbb belə deyir. “Mən sürümün qalığını onları qovduğum bütün ölkələrdən toplayacağam və onları yenidən öz ağıllarına qaytaracağam; onlar bar verəcək və çoxalacaqlar. Onların üzərinə onları otaracaq çobanlar təyin edəcəyəm; onlar artıq qorxmayacaq, vahiməyə düşməyəcək və heç biri əskik olmayacaq”, — Rəbb belə deyir. “Bax, günlər gəlir”, — Rəbb belə deyir, — “Mən Davuda saleh bir Budaq yetişdirəcəyəm; bir Padşah hökmranlıq edib uğur qazanacaq, yer üzündə hökm və ədaləti icra edəcək. Onun günlərində Yəhuda xilas olacaq, İsrail isə əmin-amanlıq içində yaşayacaq; və Onun çağırılacağı adı budur: RƏBB SALEHLİYİMİZDİR. Buna görə, bax, günlər gəlir”, — Rəbb belə deyir, — “artıq belə deməyəcəklər: ‘İsrail övladlarını Misir torpağından çıxaran diri Rəbbə and olsun!’ Əksinə: ‘İsrail evinin nəslini şimal ölkəsindən və onları qovduğum bütün ölkələrdən çıxarıb gətirən və yol göstərən diri Rəbbə and olsun!’ deyəcəklər; və onlar öz torpaqlarında yaşayacaqlar.” Peyğəmbərlərə görə ürəyim içimdə qırılıb; bütün sümüklərim titrəyir; mən sərxoş adam kimi, şərabın ram etdiyi bir insan kimi olmuşam, Rəbbə görə və Onun müqəddəs sözlərinə görə. Çünki ölkə zinakarlarla doludur; çünki lənət üzündən ölkə matəm tutur; səhranın otlaqları quruyub, onların gedişi şərdir və qüvvələri düzgün deyil. Çünki həm peyğəmbər, həm də kahin murdardır; bəli, Mən Öz evimdə onların pisliyini tapmışam”, — Rəbb belə deyir. “Buna görə də onların yolu qaranlıqda sürüşkən yollar kimi olacaq; onlar qovulacaq və orada yıxılacaqlar; çünki Mən onların üzərinə bəla gətirəcəyəm, yəni cəzalandırılacaqları ildə”, — Rəbb belə deyir. Yeremya 23:1–12.</w:t>
      </w:r>
    </w:p>
    <w:p>
      <w:pPr>
        <w:pStyle w:val="ArticleBody"/>
        <w:jc w:val="left"/>
      </w:pPr>
      <w:r>
        <w:rPr>
          <w:rFonts w:ascii="Times New Roman" w:hAnsi="Times New Roman" w:eastAsia="Times New Roman" w:cs="Times New Roman"/>
        </w:rPr>
        <w:t>Yeremiyanın “cəza ili” Darini aldadan sui-qəsdçilərin mühakiməsidir. Yalançı peyğəmbərlərin və kahinlərin mühakiməsi peyğəmbərlik Kəlamının mövzusudur. Və necə ki, pozğun bir kahinlik Məsihə qarşı Roma hakimiyyətini yönləndirib aldatdısa, Danielin altıncı fəslindəki sui-qəsd məhz həmin peyğəmbərlik həqiqətinə işarə edir.</w:t>
      </w:r>
    </w:p>
    <w:p>
      <w:pPr>
        <w:pStyle w:val="ArticleBody"/>
        <w:jc w:val="left"/>
      </w:pPr>
      <w:r>
        <w:rPr>
          <w:rFonts w:ascii="Times New Roman" w:hAnsi="Times New Roman" w:eastAsia="Times New Roman" w:cs="Times New Roman"/>
        </w:rPr>
        <w:t>Danielin beşinci fəslinin peyğəmbərlik xətləri, Bazar günü qanunu zamanı Respublikaçı buynuz və Amerika Birləşmiş Ştatları milləti üzərində icra olunan hökmedici mühakiməni ortaya qoyur. Həmin mühakimə, qorunmayan cənub divarı vasitəsilə səltənətə gizlicə daxil olmuş üçüncü Vay İslamı tərəfindən yerinə yetirilir. Danielin üçüncü fəslindəki Bazar günü qanununun xətti, məhz həmin vaxt Allahın xalqının bütün dünyaya bir nişanə kimi ucaldıldığını müəyyən edir. Altıncı fəsil isə, elə həmin tarixin özündə yalançı peyğəmbərlər üzərində icra olunan mühakiməyə diqqət yetirir.</w:t>
      </w:r>
    </w:p>
    <w:p>
      <w:pPr>
        <w:pStyle w:val="ArticleBody"/>
        <w:jc w:val="left"/>
      </w:pPr>
      <w:r>
        <w:rPr>
          <w:rFonts w:ascii="Times New Roman" w:hAnsi="Times New Roman" w:eastAsia="Times New Roman" w:cs="Times New Roman"/>
        </w:rPr>
        <w:t>ABŞ-da bazar günü qanunu zamanı dönük protestant buynuzu iki sinifdən ibarətdir: biri bazar gününü ibadət günü kimi dəstəkləyən, digəri isə şənbəni ibadət günü kimi dəstəklədiyini əbəs yerə iddia edən sinifdir. Respublikaçı buynuz daxilində onların müvafiqləri Demokrat və Respublikaçı partiyalardır. Bu iki dönük buynuzun hər biri Məsihin dövründə sadukeylər və fariseylər tərəfindən təmsil olunurdu. Daranın aldanışı zamanı iki dönük prezident və yüz iyirmi kahin də Protestantlığın dönük buynuzunun iki kateqoriyasını təmsil edir. Hekayənin baş verdiyi dövrdə onlar əslində siyasi fiqurlar olsalar da, peyğəmbərlik konteksti göstərir ki, dövləti aldadan dönük dini hakimiyyətdir.</w:t>
      </w:r>
    </w:p>
    <w:p>
      <w:pPr>
        <w:pStyle w:val="ArticleBody"/>
        <w:jc w:val="left"/>
      </w:pPr>
      <w:r>
        <w:rPr>
          <w:rFonts w:ascii="Times New Roman" w:hAnsi="Times New Roman" w:eastAsia="Times New Roman" w:cs="Times New Roman"/>
        </w:rPr>
        <w:t>Karmel dağında göstərildiyi kimi, bu hekayə iki qrup yalançı peyğəmbəri müəyyən edir: Baalın peyğəmbərləri və bağın (Aştarotun) peyğəmbərləri. Birlikdə onlar kilsə ilə dövlətin birləşməsini simvolizə edirlər, çünki Baal kişi tanrıdır, Aştarot isə qadın tanrıdır. İlyas nəhayət Karmel dağındakı yalançı peyğəmbərləri edam etdi; necə ki, Danielin altıncı fəslindəki ittifaq da şirlər yuvasına atıldı.</w:t>
      </w:r>
    </w:p>
    <w:p>
      <w:pPr>
        <w:pStyle w:val="ArticleScripture"/>
        <w:jc w:val="left"/>
      </w:pPr>
      <w:r>
        <w:rPr>
          <w:rFonts w:ascii="Times New Roman" w:hAnsi="Times New Roman" w:eastAsia="Times New Roman" w:cs="Times New Roman"/>
        </w:rPr>
        <w:t>İlyas onlara dedi: “Baalın peyğəmbərlərini tutun; onlardan bir nəfər belə qaçıb qurtulmasın.” Onlar da onları tutdular; İlyas isə onları Kişon çayına endirib orada öldürdü. 1 Padşahlar 18:40.</w:t>
      </w:r>
    </w:p>
    <w:p>
      <w:pPr>
        <w:pStyle w:val="ArticleBody"/>
        <w:jc w:val="left"/>
      </w:pPr>
      <w:r>
        <w:rPr>
          <w:rFonts w:ascii="Times New Roman" w:hAnsi="Times New Roman" w:eastAsia="Times New Roman" w:cs="Times New Roman"/>
        </w:rPr>
        <w:t>Vəftizçi Yəhya ilə təmsil olunan həmin Karmel dağı hekayəsində aldadan qüvvə qızdır. Hər iki hekayə aldadanları rəqs edənlər kimi göstərir — istər Karmel dağında öz təqdim etdikləri qurbanın ətrafında, istərsə də Salomenin öz aldatma rəqsini etdiyi Hirodun sərxoş ad günü məclisində. Bu iki xətt birlikdə bazar günü qanunu zamanı tam formalaşan kilsə ilə dövlətin birləşməsini müəyyən edir və Birləşmiş Ştatların dönük kilsələrinin Hirodiyanın qızları olduğunu göstərir; Hirodiya İzebeldir və onların hər ikisi katolisizmi təmsil edir. Hirodun ad günü yer üzü vəhşisinin altıncı padşahlığının sonunu qeyd edir, lakin eyni zamanda Müqəddəs Kitab peyğəmbərliyinin yeddinci padşahlığının (Birləşmiş Millətlər Təşkilatının) doğum gününü də qeyd edir.</w:t>
      </w:r>
    </w:p>
    <w:p>
      <w:pPr>
        <w:pStyle w:val="ArticleBody"/>
        <w:jc w:val="left"/>
      </w:pPr>
      <w:r>
        <w:rPr>
          <w:rFonts w:ascii="Times New Roman" w:hAnsi="Times New Roman" w:eastAsia="Times New Roman" w:cs="Times New Roman"/>
        </w:rPr>
        <w:t>Salomeyə verilən vədin özündə Hirod öz səltənətinin yarısını Salomeyə verməyə razılaşır; bununla da yeddinci səltənətin yarısı kilsə və yarısı dövlət olan bir birləşməni təmsil etdiyi göstərilir. Bu səltənət Yəhyanın başı Hirodiyaya təslim edildikdə başlayır. Buna görə də yeddinci səltənət Vəhy kitabının on yeddinci fəslində qısa bir müddət davam edən kimi təqdim olunur. Bazar günü qanunu zamanı üçqat birlik qurulur, çünki orada on padşah öz qısaömürlü səltənətlərini bir “saat”lıq vəhşiyə verməyə razılaşırlar. O bir “saat” Bazar günü qanunu böhranının “saat”ıdır; bu böhran Amerika Birləşmiş Ştatlarında başlayır və Mikayıl ayağa qalxdıqda başa çatır.</w:t>
      </w:r>
    </w:p>
    <w:p>
      <w:pPr>
        <w:pStyle w:val="ArticleScripture"/>
        <w:jc w:val="left"/>
      </w:pPr>
      <w:r>
        <w:rPr>
          <w:rFonts w:ascii="Times New Roman" w:hAnsi="Times New Roman" w:eastAsia="Times New Roman" w:cs="Times New Roman"/>
        </w:rPr>
        <w:t>Və gördüyün on buynuz on padşahdır; onlar hələ padşahlıq almamışlar, lakin vəhşi heyvanla birlikdə bir saat müddətinə padşahlar kimi hakimiyyət alırlar. Bunların bir fikri var və öz qüdrət və ixtiyarlarını vəhşi heyvana verəcəklər. Bunlar Quzu ilə müharibə edəcəklər, və Quzu onlara qalib gələcək; çünki O, ağaların Ağası və padşahların Padşahıdır; Onunla birlikdə olanlar isə çağırılmış, seçilmiş və sadiqdirlər. Vəhy 17:12–14.</w:t>
      </w:r>
    </w:p>
    <w:p>
      <w:pPr>
        <w:pStyle w:val="ArticleBody"/>
        <w:jc w:val="left"/>
      </w:pPr>
      <w:r>
        <w:rPr>
          <w:rFonts w:ascii="Times New Roman" w:hAnsi="Times New Roman" w:eastAsia="Times New Roman" w:cs="Times New Roman"/>
        </w:rPr>
        <w:t>Hirodun təmsil etdiyi on padşah, yeddinci səltənətin doğum günündə “bir saat” olaraq təsvir olunan Bazar qanunu böhranı zamanı səltənətlərinin yarısını vəhşiyə verməyə razılaşırlar. Həmin “saat”da Belşassarın divarında yazı yazılır. Həmin “saat”da Şadrak, Meşak və Abedneqo sobaya atılır və Vəhy kitabının on birinci fəslindəki iki şahid kimi bulud içində yuxarı qaldırılırlar. Üçqat birlik, yer vəhşisinin insanların gözü önündə göydən od endirməsi ilə həyata keçirdiyi aldatma vasitəsilə bir araya gətirilir.</w:t>
      </w:r>
    </w:p>
    <w:p>
      <w:pPr>
        <w:pStyle w:val="ArticleScripture"/>
        <w:jc w:val="left"/>
      </w:pPr>
      <w:r>
        <w:rPr>
          <w:rFonts w:ascii="Times New Roman" w:hAnsi="Times New Roman" w:eastAsia="Times New Roman" w:cs="Times New Roman"/>
        </w:rPr>
        <w:t>Və mən yerdən çıxan başqa bir vəhşi heyvan gördüm; onun quzuya bənzər iki buynuzu var idi, lakin əjdaha kimi danışırdı. O, birinci vəhşi heyvanın bütün hakimiyyətini onun hüzurunda icra edir və yerdə yaşayanları birinci vəhşi heyvana səcdə etməyə məcbur edir; o vəhşi heyvan ki, onun ölümcül yarası sağalmışdı. O, böyük möcüzələr edir; elə ki, insanların gözü önündə göydən yerə od endirir. Və vəhşi heyvanın hüzurunda etməyə səlahiyyəti olduğu bu möcüzələr vasitəsilə yer üzündə yaşayanları aldadır; və yer üzündə yaşayanlara deyir ki, qılınc yarası almış, lakin sağ qalmış vəhşi heyvan üçün bir surət düzəltsinlər. Vəhy 13:11–14.</w:t>
      </w:r>
    </w:p>
    <w:p>
      <w:pPr>
        <w:pStyle w:val="ArticleBody"/>
        <w:jc w:val="left"/>
      </w:pPr>
      <w:r>
        <w:rPr>
          <w:rFonts w:ascii="Times New Roman" w:hAnsi="Times New Roman" w:eastAsia="Times New Roman" w:cs="Times New Roman"/>
        </w:rPr>
        <w:t>Dünya aldanır; bu, onun etməyə qüdrəti olan möcüzələrin özündən daha çox, “o möcüzələrin vasitələri” ilə baş verir. “O möcüzələrin vasitələri” ifadəsi əlavə edilmiş bir ifadədir, lakin o, möcüzələrə düzgün vurğunu verir; bu, diqqətlə qeyd olunmalıdır. Yalan xəbərin (göydən enən odun) dünyanı necə aldatdığını dərk etmək mühümdür, çünki biz indi məhz yer kürəsinin əhalisinin, yerin qlobalist tacirləri tərəfindən idarə və manipulyasiya edilən bir “informasiya super-magistralı” vasitəsilə hipnoz olunduğu tarixin içindəyik. Bu mövzunu sonrakı məqalələrə saxlayacağıq, lakin indi sadəcə bunu qeyd edirik ki, Daranın üzərində həyata keçirilmiş prezidentlər və şahzadələrin aldatması, tanınması lazım olan bir-biri ilə bağlı bir neçə ünsürü özündə ehtiva edən konkret peyğəmbərlik mövzusudur.</w:t>
      </w:r>
    </w:p>
    <w:p>
      <w:pPr>
        <w:pStyle w:val="ArticleBody"/>
        <w:jc w:val="left"/>
      </w:pPr>
      <w:r>
        <w:rPr>
          <w:rFonts w:ascii="Times New Roman" w:hAnsi="Times New Roman" w:eastAsia="Times New Roman" w:cs="Times New Roman"/>
        </w:rPr>
        <w:t>Üçqat birlik Hirodun ad günü məclisində hökmdarlar önündə Salomenin şəhvani rəqsinin aldatması vasitəsilə bir araya gətirilir. Pilata zorla qəbul etdirilən aldatma isə təbiət etibarilə ikiqat idi; bu, Məsihin dövlət hakimiyyətinə qarşı fitnə törətdiyi və onu təşviq etdiyi ittihamı, həmçinin dini hakimiyyətə qarşı küfr etdiyi ittihamı idi. Həmin tarixdə üç müxalif bir araya gəldi. Roma hakimiyyəti (dövlət), Barabba, saxta Məsih (yalançı peyğəmbər) və dönük yəhudi kilsəsi (vəhşi heyvan). Dönük kilsə dövlət hakimiyyəti olan Roma hakimiyyətini fitnə və küfrdən ibarət ikiqat yalanla aldatdı.</w:t>
      </w:r>
    </w:p>
    <w:p>
      <w:pPr>
        <w:pStyle w:val="ArticleBody"/>
        <w:jc w:val="left"/>
      </w:pPr>
      <w:r>
        <w:rPr>
          <w:rFonts w:ascii="Times New Roman" w:hAnsi="Times New Roman" w:eastAsia="Times New Roman" w:cs="Times New Roman"/>
        </w:rPr>
        <w:t>Dari nəhayət onu aldadanların niyyətini dərk etdikdə, Danieli şirlər yuvasına atmağa məcbur olur. Daniel Allahın qanununa itaəti ilə dövlətin qanununu pozmuşdu. Dariyə təqdim edilən yalan, Darinin qürurunu ucaldaraq həyata keçirildi və beləliklə onu aldadanların niyyətini dərk etməsinə mane oldu. Daniel və şirlər yuvası hekayəsindəki yalan və aldatma Allaha itaəti küfr və fitnə kimi təqdim edir; bu isə çarmıx hadisəsindəki eyni ikiqat aldatma idi və çarmıxın nişanəsi bazar qanununun nişanəsi ilə uyğunlaşır.</w:t>
      </w:r>
    </w:p>
    <w:p>
      <w:pPr>
        <w:pStyle w:val="ArticleBody"/>
        <w:jc w:val="left"/>
      </w:pPr>
      <w:r>
        <w:rPr>
          <w:rFonts w:ascii="Times New Roman" w:hAnsi="Times New Roman" w:eastAsia="Times New Roman" w:cs="Times New Roman"/>
        </w:rPr>
        <w:t>Dini aldadıcı hakimiyyətin cəzalandırılması Müqəddəs Kitab peyğəmbərliyinin mövzusudur; eyni zamanda, dini hakimiyyətin dövlət hakimiyyətini aldatması da belədir.</w:t>
      </w:r>
    </w:p>
    <w:p>
      <w:pPr>
        <w:pStyle w:val="ArticleScripture"/>
        <w:jc w:val="left"/>
      </w:pPr>
      <w:r>
        <w:rPr>
          <w:rFonts w:ascii="Times New Roman" w:hAnsi="Times New Roman" w:eastAsia="Times New Roman" w:cs="Times New Roman"/>
        </w:rPr>
        <w:t>“Xalq aldadılmış olduqlarını görür. Bir-birlərini məhvə sürükləmiş olmaqda ittiham edirlər; lakin hamısı birləşərək ən acı qınaqlarını din xadimlərinin üzərinə yağdırırlar. Sədaqətsiz çobanlar xoş sözlər peyğəmbərlik etmişlər; onlar dinləyicilərini Allahın qanununu qüvvədən salmağa və onu müqəddəs tutmaq istəyənləri təqib etməyə yönəltmişlər. İndi isə, ümidsizlik içində, bu müəllimlər aldatma işlərini dünyanın önündə etiraf edirlər. Kütlələr qəzəblə dolur. ‘Biz həlak olduq!’ — deyə fəryad edirlər, — ‘və fəlakətimizin səbəbi sizsiniz;’ və yalançı çobanların üzərinə hücum çəkirlər. Bir zamanlar onlara ən çox heyran olanların özləri onların üzərinə ən dəhşətli lənətləri yağdıracaqlar. Bir zamanlar başlarına dəfnə çələngləri qoyan əllərin özləri indi onların məhvi üçün qaldırılacaq. Allahın xalqını öldürməli olan qılınclar indi onların düşmənlərini məhv etmək üçün işlədilir. Hər yerdə ixtilaf və qan tökülməsi vardır.” The Great Controversy, 655.</w:t>
      </w:r>
    </w:p>
    <w:p>
      <w:pPr>
        <w:pStyle w:val="ArticleBody"/>
        <w:jc w:val="left"/>
      </w:pPr>
      <w:r>
        <w:rPr>
          <w:rFonts w:ascii="Times New Roman" w:hAnsi="Times New Roman" w:eastAsia="Times New Roman" w:cs="Times New Roman"/>
        </w:rPr>
        <w:t>Müddət başa çatdıqdan sonra dini rəhbərlərin üzərinə dönülür, çünki onların sürüləri anlayır ki, dini rəhbərlər tərəfindən yayılmış bir yalanla aldadılmışdılar. Prezidentlər və knyazlar, ailələri ilə birlikdə, yaydıqları yalan üzündən eyni qisasçı hökmə məruz qaldılar. İlyas Karmel dağında yalançı peyğəmbərləri qılıncdan keçirdiyi zaman, həmin qisas “Vəhy” kitabının on birinci fəslindəki “böyük zəlzələ”də təmsil olunur; orada “yeddi min” devrilir.</w:t>
      </w:r>
    </w:p>
    <w:p>
      <w:pPr>
        <w:pStyle w:val="ArticleScripture"/>
        <w:jc w:val="left"/>
      </w:pPr>
      <w:r>
        <w:rPr>
          <w:rFonts w:ascii="Times New Roman" w:hAnsi="Times New Roman" w:eastAsia="Times New Roman" w:cs="Times New Roman"/>
        </w:rPr>
        <w:t>Və həmin saatda böyük bir zəlzələ oldu və şəhərin onda biri uçdu; zəlzələdə yeddi min nəfər həlak oldu; qalanlar isə dəhşətə gəlib göyün Allahına izzət verdilər. Vəhy 11:13.</w:t>
      </w:r>
    </w:p>
    <w:p>
      <w:pPr>
        <w:pStyle w:val="ArticleBody"/>
        <w:jc w:val="left"/>
      </w:pPr>
      <w:r>
        <w:rPr>
          <w:rFonts w:ascii="Times New Roman" w:hAnsi="Times New Roman" w:eastAsia="Times New Roman" w:cs="Times New Roman"/>
        </w:rPr>
        <w:t>Fransız İnqilabının böyük zəlzələsinin yerinə yetməsində öldürülən yeddi min Fransa krallığını təmsil edirdi. Böyük zəlzələnin “saatında”, yəni bazar qanunu zamanı, öldürülən yeddi min Romaya baş əyən Yeddinci Gün Adventistlərini təmsil edir; çünki yalnız Yeddinci Gün Şənbəsinin məsuliyyətini anlayanlar bazar qanunu gəldikdə vəhşi heyvanın nişanını alırlar.</w:t>
      </w:r>
    </w:p>
    <w:p>
      <w:pPr>
        <w:pStyle w:val="ArticleScripture"/>
        <w:jc w:val="left"/>
      </w:pPr>
      <w:r>
        <w:rPr>
          <w:rFonts w:ascii="Times New Roman" w:hAnsi="Times New Roman" w:eastAsia="Times New Roman" w:cs="Times New Roman"/>
        </w:rPr>
        <w:t>“Şənbənin dəyişdirilməsi Roma kilsəsinin hakimiyyətinin əlaməti və ya nişanıdır. Dördüncü əmrin tələblərini anlayaraq həqiqi Şənbənin yerinə saxta şənbəyə riayət etməyi seçənlər, bununla yalnız onun tərəfindən əmr olunan o hakimiyyətə ehtiram göstərmiş olurlar. Vəhşinin nişanı papalıq şənbəsidir; bu, Allahın təyin etdiyi günün yerində dünya tərəfindən qəbul edilmişdir.</w:t>
      </w:r>
    </w:p>
    <w:p>
      <w:pPr>
        <w:pStyle w:val="ArticleScripture"/>
        <w:jc w:val="left"/>
      </w:pPr>
      <w:r>
        <w:rPr>
          <w:rFonts w:ascii="Times New Roman" w:hAnsi="Times New Roman" w:eastAsia="Times New Roman" w:cs="Times New Roman"/>
        </w:rPr>
        <w:t>“Lakin peyğəmbərlikdə göstərildiyi kimi, vəhşi heyvanın nişanını qəbul etməyin vaxtı hələ gəlib çatmamışdır. Sınaq vaxtı hələ gəlməmişdir. Roma Katolik icmasını da istisna etmədən, hər bir kilsədə həqiqi məsihçilər vardır. Heç kim ona nur verilməyincə və dördüncü əmrin vacibliyini görməyincə məhkum edilmir. Lakin saxta Şənbənin icrasını məcburi edən fərman çıxanda və üçüncü mələyin uca fəryadı insanları vəhşi heyvana və onun surətinə səcdə etməkdən çəkindirərək xəbərdar edəndə, yalanla həqiqət arasındakı sərhəd aydın şəkildə çəkiləcəkdir. O zaman hələ də qanunsuzluqda davam edənlər vəhşi heyvanın nişanını alınlarında yaxud əllərində qəbul edəcəklər.</w:t>
      </w:r>
    </w:p>
    <w:p>
      <w:pPr>
        <w:pStyle w:val="ArticleScripture"/>
        <w:jc w:val="left"/>
      </w:pPr>
      <w:r>
        <w:rPr>
          <w:rFonts w:ascii="Times New Roman" w:hAnsi="Times New Roman" w:eastAsia="Times New Roman" w:cs="Times New Roman"/>
        </w:rPr>
        <w:t>“Sürətli addımlarla biz bu dövrə yaxınlaşırıq. Protestant kilsələri yalan bir dini dəstəkləmək üçün dünyəvi hakimiyyətlə birləşdikləri zaman, hansı ki, ona qarşı çıxdıqları üçün onların əcdadları ən şiddətli təqiblərə məruz qalmışdılar, o zaman papalıq şənbəsi kilsə ilə dövlətin birləşmiş hakimiyyəti ilə məcburi şəkildə tətbiq ediləcəkdir. Milli bir dönüklük olacaq və bu, yalnız milli fəlakətlə nəticələnəcəkdir.” Bible Training School, 2 fevral 1913.</w:t>
      </w:r>
    </w:p>
    <w:p>
      <w:pPr>
        <w:pStyle w:val="ArticleBody"/>
        <w:jc w:val="left"/>
      </w:pPr>
      <w:r>
        <w:rPr>
          <w:rFonts w:ascii="Times New Roman" w:hAnsi="Times New Roman" w:eastAsia="Times New Roman" w:cs="Times New Roman"/>
        </w:rPr>
        <w:t>Böyük zəlzələnin “saat”ında, yəni bazar günü qanununda, devrilən “yeddi min” nəfər, həmçinin İlyasın dövründə İzebelə təzim etməkdən imtina edən “yeddi min” nəfərlə də paralelləşdirilir.</w:t>
      </w:r>
    </w:p>
    <w:p>
      <w:pPr>
        <w:pStyle w:val="ArticleScripture"/>
        <w:jc w:val="left"/>
      </w:pPr>
      <w:r>
        <w:rPr>
          <w:rFonts w:ascii="Times New Roman" w:hAnsi="Times New Roman" w:eastAsia="Times New Roman" w:cs="Times New Roman"/>
        </w:rPr>
        <w:t>Amma Mən İsraildə Özümə yeddi min nəfər saxlamışam; Baalın qarşısında diz çökməmiş bütün dizlər və onu öpməmiş hər ağız. 1 Padşahlar 19:18.</w:t>
      </w:r>
    </w:p>
    <w:p>
      <w:pPr>
        <w:pStyle w:val="ArticleBody"/>
        <w:jc w:val="left"/>
      </w:pPr>
      <w:r>
        <w:rPr>
          <w:rFonts w:ascii="Times New Roman" w:hAnsi="Times New Roman" w:eastAsia="Times New Roman" w:cs="Times New Roman"/>
        </w:rPr>
        <w:t>Yeddi minə dair ilk istinad İzebelin qarşısında səcdə etməyi rədd edən sadiq bir qrupu müəyyən edir, son istinad isə İzebelə səcdə edən bir qalığı təmsil edir. Papalıq izzətli ölkəni (Vəhy on üçün yer vəhşisi) fəth etdikdə, bazar günü qanunu zamanı bir sinif “devrilir”, digər bir sinif isə Babilin nəzarət əlinin təsirindən xilas olur; çünki həmin vaxt Babilin içindən çıxmaq xəbəri başlanır.</w:t>
      </w:r>
    </w:p>
    <w:p>
      <w:pPr>
        <w:pStyle w:val="ArticleScripture"/>
        <w:jc w:val="left"/>
      </w:pPr>
      <w:r>
        <w:rPr>
          <w:rFonts w:ascii="Times New Roman" w:hAnsi="Times New Roman" w:eastAsia="Times New Roman" w:cs="Times New Roman"/>
        </w:rPr>
        <w:t>O, həmçinin Şöhrətli Ölkəyə girəcək və bir çox ölkələr yıxılacaq; lakin bunlar onun əlindən qurtulacaq: Edom, Moav və Ammon övladlarının başçıları. Daniel 11:41.</w:t>
      </w:r>
    </w:p>
    <w:p>
      <w:pPr>
        <w:pStyle w:val="ArticleBody"/>
        <w:jc w:val="left"/>
      </w:pPr>
      <w:r>
        <w:rPr>
          <w:rFonts w:ascii="Times New Roman" w:hAnsi="Times New Roman" w:eastAsia="Times New Roman" w:cs="Times New Roman"/>
        </w:rPr>
        <w:t>“Ölkələr” sözü əlavə edilmiş bir sözdür, çünki Bazar qanunu zamanı bir çox ölkə “devrilmir”, lakin bir çox ayrı-ayrı Yeddinci Gün Adventistləri devrilir; çünki həmin məqamda üçüncü mələyin işığının məsuliyyəti altında olan yeganə şəxslər onlardır. Onlar “çoxları”dır, çünki Allahın möhürünü alanlar sırasında olmağa çağırılanlar onlar idi, lakin onlar bu çağırışı rədd etdilər.</w:t>
      </w:r>
    </w:p>
    <w:p>
      <w:pPr>
        <w:pStyle w:val="ArticleScripture"/>
        <w:jc w:val="left"/>
      </w:pPr>
      <w:r>
        <w:rPr>
          <w:rFonts w:ascii="Times New Roman" w:hAnsi="Times New Roman" w:eastAsia="Times New Roman" w:cs="Times New Roman"/>
        </w:rPr>
        <w:t>O isə ona dedi: Ey dost, sən bura toy libası olmadan necə girdin? O isə dilsiz qaldı. O zaman padşah xidmətçilərə dedi: Onun əl-qolunu bağlayın, onu götürüb bayırdakı zülmətə atın; orada ağlaşma və diş qıcırtısı olacaqdır. Çünki çağırılan çoxdur, amma seçilən azdır. Matta 22:12–14.</w:t>
      </w:r>
    </w:p>
    <w:p>
      <w:pPr>
        <w:pStyle w:val="ArticleBody"/>
        <w:jc w:val="left"/>
      </w:pPr>
      <w:r>
        <w:rPr>
          <w:rFonts w:ascii="Times New Roman" w:hAnsi="Times New Roman" w:eastAsia="Times New Roman" w:cs="Times New Roman"/>
        </w:rPr>
        <w:t>Daniel kitabının altıncı fəslindəki başçılar və rəislərin hiyləsi, dövlət hakimiyyətini aldadan dini hakimiyyətin cəzasını müəyyənləşdirir.</w:t>
      </w:r>
    </w:p>
    <w:p>
      <w:pPr>
        <w:pStyle w:val="ArticleScripture"/>
        <w:jc w:val="left"/>
      </w:pPr>
      <w:r>
        <w:rPr>
          <w:rFonts w:ascii="Times New Roman" w:hAnsi="Times New Roman" w:eastAsia="Times New Roman" w:cs="Times New Roman"/>
        </w:rPr>
        <w:t>Padşah əmr etdi və Danieli ittiham etmiş o adamları gətirdilər; onları, uşaqlarını və arvadlarını şirlər quyusuna atdılar; şirlər onlara qalib gəldi və onlar hələ quyunun dibinə çatmamış bütün sümüklərini parça-parça etdi. Daniel 6:24.</w:t>
      </w:r>
    </w:p>
    <w:p>
      <w:pPr>
        <w:pStyle w:val="ArticleBody"/>
        <w:jc w:val="left"/>
      </w:pPr>
      <w:r>
        <w:rPr>
          <w:rFonts w:ascii="Times New Roman" w:hAnsi="Times New Roman" w:eastAsia="Times New Roman" w:cs="Times New Roman"/>
        </w:rPr>
        <w:t>Daniel kitabını növbəti məqalədə davam etdirəcəyik.</w:t>
      </w:r>
    </w:p>
    <w:p>
      <w:pPr>
        <w:pStyle w:val="ArticleScripture"/>
        <w:jc w:val="left"/>
      </w:pPr>
      <w:r>
        <w:rPr>
          <w:rFonts w:ascii="Times New Roman" w:hAnsi="Times New Roman" w:eastAsia="Times New Roman" w:cs="Times New Roman"/>
        </w:rPr>
        <w:t>Daha nə deyim? Çünki Gedeondan, Barakdan, Şimşondan, Yeftahdan, habelə Davuddan, Şamuildən və peyğəmbərlərdən danışmağa vaxtım çatmaz; onlar iman vasitəsilə padşahlıqları ram etdilər, salehlik icra etdilər, vədlərə nail oldular, şirlərin ağızlarını bağladılar. İbranilərə 11:32, 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Otuz Üçüncü Nömrə</dc:title>
  <dc:subject>Bazar Günü Qanunu Fərmanı Verildiyi Zaman Allahın “Möhürü”nün Həkk Edilməsi: Daniel 6-cı Fəslin Peyğəmbərlik Baxımından Təhlili</dc:subject>
  <dc:creator>Jeff Pippenger</dc:creator>
  <cp:keywords/>
  <dc:description>Generated by ArticleDigger from daniel\33_daniel.json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