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Səkkiz</w:t>
      </w:r>
    </w:p>
    <w:p>
      <w:pPr>
        <w:pStyle w:val="ArticleSubtitle"/>
        <w:jc w:val="left"/>
      </w:pPr>
      <w:r>
        <w:rPr>
          <w:rFonts w:ascii="Arial" w:hAnsi="Arial" w:eastAsia="Arial" w:cs="Arial"/>
        </w:rPr>
        <w:t>Yezekel Kitabının Səkkizinci Fəslinin Peyğəmbərlik Xəbərinin Aşkara Çıxarılması: Bazar Günü Qanunu və Axır Günlər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Hezekiel kitabının səkkizinci fəsli Müqəddəs Yazılardakı ən asan başa düşülən peyğəmbərlik fəsillərindən biridir. Bu fəslin aydın bir başlanğıc nöqtəsi vardır.</w:t>
      </w:r>
    </w:p>
    <w:p>
      <w:pPr>
        <w:pStyle w:val="ArticleScripture"/>
        <w:jc w:val="left"/>
      </w:pPr>
      <w:r>
        <w:rPr>
          <w:rFonts w:ascii="Times New Roman" w:hAnsi="Times New Roman" w:eastAsia="Times New Roman" w:cs="Times New Roman"/>
        </w:rPr>
        <w:t>Və belə oldu: altıncı ildə, altıncı ayda, ayın beşinci günündə mən öz evimdə oturarkən və Yəhudanın ağsaqqalları qarşımda oturarkən, orada Xudavənd Rəbbin əli mənim üzərimə endi. Yezekel 8:1.</w:t>
      </w:r>
    </w:p>
    <w:p>
      <w:pPr>
        <w:pStyle w:val="ArticleBody"/>
        <w:jc w:val="left"/>
      </w:pPr>
      <w:r>
        <w:rPr>
          <w:rFonts w:ascii="Times New Roman" w:hAnsi="Times New Roman" w:eastAsia="Times New Roman" w:cs="Times New Roman"/>
        </w:rPr>
        <w:t>Görmə on birinci fəsildə aydın bir sonluğa malikdir.</w:t>
      </w:r>
    </w:p>
    <w:p>
      <w:pPr>
        <w:pStyle w:val="ArticleScripture"/>
        <w:jc w:val="left"/>
      </w:pPr>
      <w:r>
        <w:rPr>
          <w:rFonts w:ascii="Times New Roman" w:hAnsi="Times New Roman" w:eastAsia="Times New Roman" w:cs="Times New Roman"/>
        </w:rPr>
        <w:t>Sonra ruh məni qaldırdı və Allahın Ruhu vasitəsilə görüntüdə məni Kəldaniyaya, sürgün edilmişlərin yanına apardı. Beləliklə, gördüyüm görüntü məndən ayrılıb yuxarı qalxdı. Sonra Rəbbin mənə göstərdiyi bütün şeyləri sürgün edilmişlərə söylədim. Hezekiel 11:24, 25.</w:t>
      </w:r>
    </w:p>
    <w:p>
      <w:pPr>
        <w:pStyle w:val="ArticleBody"/>
        <w:jc w:val="left"/>
      </w:pPr>
      <w:r>
        <w:rPr>
          <w:rFonts w:ascii="Times New Roman" w:hAnsi="Times New Roman" w:eastAsia="Times New Roman" w:cs="Times New Roman"/>
        </w:rPr>
        <w:t>Səkkizinci fəslin görüntüsü altıncı ilin altıncı ayının beşinci günündə başlayır; tarix “666” ilə üst-üstə düşməzdən cəmi bir gün əvvəldədir və, həqiqətən də, bu görüntü bazar günü qanunu haqqındadır; bu, vəhşi heyvanın nişanıdır ki, onun sayı “günah adamı”nın sayıdır, habelə yeddidən olan səkkizinci padşahlığın da sayıdır. “666” sayına qalib gələnlər Allahın möhürünü alırlar və doqquzuncu fəsildə Allahın möhürü son günlərin Allahına sadiq xalqının üzərinə qoyulmaqdadır.</w:t>
      </w:r>
    </w:p>
    <w:p>
      <w:pPr>
        <w:pStyle w:val="ArticleScripture"/>
        <w:jc w:val="left"/>
      </w:pPr>
      <w:r>
        <w:rPr>
          <w:rFonts w:ascii="Times New Roman" w:hAnsi="Times New Roman" w:eastAsia="Times New Roman" w:cs="Times New Roman"/>
        </w:rPr>
        <w:t>Və mən göydə başqa bir əlamət gördüm: böyük və heyrətamiz; yeddi mələk son yeddi bəlanı daşıyırdı, çünki Allahın qəzəbi onlarda tamamlanır. Və odla qarışmış sanki büllur bir dəniz gördüm; və vəhşə, onun surətinə, onun nişanına və adının sayına qalib gələnlərin Allahın çənglərini tutaraq büllur dənizin üzərində dayandıqlarını gördüm. Və onlar Allahın qulu Musanın nəğməsini və Quzunun nəğməsini oxuyaraq deyirlər: Əməllərin böyük və heyrətamizdir, ey Uca Rəbb Allah; yolların ədalətli və həqiqidir, ey müqəddəslərin Padşahı. Vəhy 15:1–3.</w:t>
      </w:r>
    </w:p>
    <w:p>
      <w:pPr>
        <w:pStyle w:val="ArticleBody"/>
        <w:jc w:val="left"/>
      </w:pPr>
      <w:r>
        <w:rPr>
          <w:rFonts w:ascii="Times New Roman" w:hAnsi="Times New Roman" w:eastAsia="Times New Roman" w:cs="Times New Roman"/>
        </w:rPr>
        <w:t>Möhlət vaxtının başa çatmasından bir qədər əvvəl (çünki yeddi son bəla ilə olan yeddi mələk Vəhy kitabının növbəti fəslində Allahın qəzəbini tökməyə hazırlaşır), Allahın axır zaman xalqı müəyyən edilir. Onlar dörd şey üzərində qələbə qazanmışlar. Qələbə kimi tərcümə olunan söz fəth etmək mənasını verir. Sadiqlər vəhşi heyvana, vəhşi heyvanın surətinə, vəhşi heyvanın damğasına və onun adının sayına qalib gəlmişlər. Bu qələbəyə həmin dörd rəmzin nəyi təmsil etdiyini başa düşmələri də daxildir. İnsanların yalnız çox kiçik bir faizi bu dörd peyğəmbərlik rəmzinin əslində nəyi təmsil etdiyini bilir.</w:t>
      </w:r>
    </w:p>
    <w:p>
      <w:pPr>
        <w:pStyle w:val="ArticleBody"/>
        <w:jc w:val="left"/>
      </w:pPr>
      <w:r>
        <w:rPr>
          <w:rFonts w:ascii="Times New Roman" w:hAnsi="Times New Roman" w:eastAsia="Times New Roman" w:cs="Times New Roman"/>
        </w:rPr>
        <w:t>Dünya bir vaxtlar bilirdi ki, on yeddinci fəsildəki Babil fahişəsi papalıqdır, lakin Allahın Kəlamının müəyyən etdiyi kimi, yer üzünün padşahları ilə zinakarlıq edən Sur fahişəsi barədə anlayış Amerika Birləşmiş Ştatlarının tarixi dövründə unudulmuşdur. Vəhşi heyvan üzərində qələbə qazanmaq o deməkdir ki, Müqəddəs Kitab peyğəmbərliyindəki vəhşi heyvanın papalıq olduğunu müəyyən edərkən həqiqət kəlamını düzgün böləsən. Elə növbəti fəsildə əjdaha, vəhşi heyvan və yalançı peyğəmbər dünyanı Armageddona aparır və axır günlərdə Allahın sadiqləri bu üç qüvvənin kim olduğunu bilməlidirlər.</w:t>
      </w:r>
    </w:p>
    <w:p>
      <w:pPr>
        <w:pStyle w:val="ArticleScripture"/>
        <w:jc w:val="left"/>
      </w:pPr>
      <w:r>
        <w:rPr>
          <w:rFonts w:ascii="Times New Roman" w:hAnsi="Times New Roman" w:eastAsia="Times New Roman" w:cs="Times New Roman"/>
        </w:rPr>
        <w:t>Altıncı mələk camını böyük Fərat çayının üzərinə tökdü; və onun suyu qurudu ki, şərqdən gələn padşahların yolu hazırlansın. Və mən əjdahanın ağzından, vəhşinin ağzından və yalançı peyğəmbərin ağzından qurbağalara bənzər üç murdar ruh çıxdığını gördüm. Çünki onlar möcüzələr göstərən cinlərin ruhlarıdır; onlar bütün yer üzünün və bütün dünyanın padşahlarının yanına çıxıb gedirlər ki, onları Hər şeyə Qadir Allahın o böyük gününün döyüşünə toplasınlar. Budur, Mən oğru kimi gəlirəm. O kəs bəxtiyardır ki, ayıq-sayıq durur və paltarlarını qoruyur; ta ki, çılpaq gəzməsin və onun rüsvayçılığını görməsinlər. Və onları ibrani dilində Armageddon adlanan yerə topladı. Vəhy 16:12–16.</w:t>
      </w:r>
    </w:p>
    <w:p>
      <w:pPr>
        <w:pStyle w:val="ArticleBody"/>
        <w:jc w:val="left"/>
      </w:pPr>
      <w:r>
        <w:rPr>
          <w:rFonts w:ascii="Times New Roman" w:hAnsi="Times New Roman" w:eastAsia="Times New Roman" w:cs="Times New Roman"/>
        </w:rPr>
        <w:t>Vəhş üzərində qələbə, vəhşin kim olduğunu düzgün anlamağın qələbəsidir. İndi sitat gətirilmiş hissə oyaq qalanlara və libaslarını qoruyanlara xeyir-dua bəyan edir, halbuki altıncı bəla vaxtına qədər bütün insanlar üçün möhlət tamamilə bağlanmış olur. Mikayıl ayağa qalxdıqda, insanın möhləti bağlanır və bundan sonra son yeddi bəla tökülür. Möhlət bağlandıqdan sonra libasları dəyişdirməyin heç bir yolu yoxdur, lakin altıncı bəla ilə əlaqədar bir xəbərdarlıq vardır. Bu xəbərdarlıq, möhlət bağlanmazdan əvvəl vəhş barədə düzgün anlayışa malik olmaqla bağlıdır; əgər sizdə bu anlayış yoxdursa, möhlət bağlanmazdan əvvəl Məsihin salehlik libasını itirəcəksiniz.</w:t>
      </w:r>
    </w:p>
    <w:p>
      <w:pPr>
        <w:pStyle w:val="ArticleScripture"/>
        <w:jc w:val="left"/>
      </w:pPr>
      <w:r>
        <w:rPr>
          <w:rFonts w:ascii="Times New Roman" w:hAnsi="Times New Roman" w:eastAsia="Times New Roman" w:cs="Times New Roman"/>
        </w:rPr>
        <w:t>“Sözü anlamaqda çaşqınlığa düşənlər, antixristin mənasını görməyənlər, şübhəsiz, özlərini antixristin tərəfində qoyacaqlar. İndi bizim dünya ilə uyğunlaşmağımız üçün vaxt yoxdur. Daniel öz payında və öz yerində dayanır. Danielin və Yəhyanın peyğəmbərlikləri anlaşılmalıdır. Onlar bir-birini izah edir. Onlar dünyaya hər kəsin anlamalı olduğu həqiqətləri verir. Bu peyğəmbərliklər dünyada şahid olmalıdır. Son günlərdə onların yerinə yetməsi vasitəsilə onlar özlərini izah edəcəklər.” Kress Collection, 105.</w:t>
      </w:r>
    </w:p>
    <w:p>
      <w:pPr>
        <w:pStyle w:val="ArticleBody"/>
        <w:jc w:val="left"/>
      </w:pPr>
      <w:r>
        <w:rPr>
          <w:rFonts w:ascii="Times New Roman" w:hAnsi="Times New Roman" w:eastAsia="Times New Roman" w:cs="Times New Roman"/>
        </w:rPr>
        <w:t>Əgər bir insan antixristin papalıq olduğunu başa düşməzsə, sonda papalığın tərəfində yer alacaq; yaxud Yəhyanın yazdığı kimi, çılpaq gəzəcək və öz ayıbını zahir edəcək. Vəhşi heyvan üzərində qələbə qazanmaq, vəhşi heyvanın papalıq hakimiyyəti olduğunu və papalıq hakimiyyəti barədə aşkara çıxarılan hər şeyi anlamaq deməkdir. Qələbə qazananlar və papalığın günah adamı olduğunu anlayanlar, papalığın surətinin kilsə ilə dövlətin birləşməsi prinsipini təmsil etdiyini, bu münasibətdə isə nəzarətin kilsənin əlində olduğunu da başa düşməlidirlər.</w:t>
      </w:r>
    </w:p>
    <w:p>
      <w:pPr>
        <w:pStyle w:val="ArticleBody"/>
        <w:jc w:val="left"/>
      </w:pPr>
      <w:r>
        <w:rPr>
          <w:rFonts w:ascii="Times New Roman" w:hAnsi="Times New Roman" w:eastAsia="Times New Roman" w:cs="Times New Roman"/>
        </w:rPr>
        <w:t>Daniel kitabında, kilsə ilə dövlətin birləşməsindən ibarət olan vəhşinin quruluşu viranəlik törədən günahkarlıq kimi təsvir olunur. Günahkarlıq günahdır, papalıq vəhşisini formalaşdıran günah isə padşahların öz hakimiyyətlərini papalıq hakimiyyətinə təslim etmələridir. Onlar bunu etməklə ruhani zina törədirlər ki, bu da Danielin viranəlik törədən günahkarlığı və Yəhyanın vəhşinin surətidir.</w:t>
      </w:r>
    </w:p>
    <w:p>
      <w:pPr>
        <w:pStyle w:val="ArticleBody"/>
        <w:jc w:val="left"/>
      </w:pPr>
      <w:r>
        <w:rPr>
          <w:rFonts w:ascii="Times New Roman" w:hAnsi="Times New Roman" w:eastAsia="Times New Roman" w:cs="Times New Roman"/>
        </w:rPr>
        <w:t>Papalıq surəti üzərində qələbə qazanmaq o deməkdir ki, Allahın Kəlamı vasitəsilə başa düşəsən: Birləşmiş Ştatlar əvvəlcə bu münasibəti qurur, onu tezliklə gələcək bazar günü qanunu ilə təsdiq edir, sonra isə bütün dünyanı həmin münasibəti qəbul etməyə məcbur edir.</w:t>
      </w:r>
    </w:p>
    <w:p>
      <w:pPr>
        <w:pStyle w:val="ArticleBody"/>
        <w:jc w:val="left"/>
      </w:pPr>
      <w:r>
        <w:rPr>
          <w:rFonts w:ascii="Times New Roman" w:hAnsi="Times New Roman" w:eastAsia="Times New Roman" w:cs="Times New Roman"/>
        </w:rPr>
        <w:t>Amerika Birləşmiş Ştatlarının yer üzünə zorla qəbul etdirəcəyi kilsə və dövlət münasibəti, vahid dünya hökumətinin (Birləşmiş Millətlər Təşkilatının) bu quruluşlarda nəzarətedici qüvvə kimi papalıqla ittifaqa girməsindən ibarətdir. Vəhşinin surəti üzərində qələbə qazanmaq isə Allahın peyğəmbərlik Kəlamı vasitəsilə vəhşinin surətinin məhz bu şeyləri təmsil etdiyini anlamaq deməkdir.</w:t>
      </w:r>
    </w:p>
    <w:p>
      <w:pPr>
        <w:pStyle w:val="ArticleBody"/>
        <w:jc w:val="left"/>
      </w:pPr>
      <w:r>
        <w:rPr>
          <w:rFonts w:ascii="Times New Roman" w:hAnsi="Times New Roman" w:eastAsia="Times New Roman" w:cs="Times New Roman"/>
        </w:rPr>
        <w:t>Vəhşiyə və onun surətinə qalib gəlmək, vəhşinin (papalığın) hakimiyyət nişanı barədə anlayış əldə etməyi də əhatə edir.</w:t>
      </w:r>
    </w:p>
    <w:p>
      <w:pPr>
        <w:pStyle w:val="ArticleBody"/>
        <w:jc w:val="left"/>
      </w:pPr>
      <w:r>
        <w:rPr>
          <w:rFonts w:ascii="Times New Roman" w:hAnsi="Times New Roman" w:eastAsia="Times New Roman" w:cs="Times New Roman"/>
        </w:rPr>
        <w:t>Vəhşinin nişanı bazar gününün Allahın Şənbəsi kimi məcburi şəkildə qeyd edilməsidir. Nişan üzərində qələbə qazanmaq üçün başa düşmək tələb olunur ki, bazar günü ibadəti günəşə ibadətdir və bu, bütpərəst Baal ibadətindən başqa bir şey deyildir. Bu qələbəyə həmçinin o həqiqət daxildir ki, vəhşinin nişanını heç kəs insanlara məcburi surətdə tətbiq olunana qədər qəbul etmir.</w:t>
      </w:r>
    </w:p>
    <w:p>
      <w:pPr>
        <w:pStyle w:val="ArticleScripture"/>
        <w:jc w:val="left"/>
      </w:pPr>
      <w:r>
        <w:rPr>
          <w:rFonts w:ascii="Times New Roman" w:hAnsi="Times New Roman" w:eastAsia="Times New Roman" w:cs="Times New Roman"/>
        </w:rPr>
        <w:t>“Lakin keçmiş nəsillərin məsihiləri bazar gününə riayət edirdilər və bunu etməklə Müqəddəs Kitabın Şənbəsini saxladıqlarını güman edirdilər; indi də hər bir kilsədə, Roma Katolik icması da istisna edilmədən, bazar gününün ilahi təyinatla müəyyən edilmiş Şənbə olduğuna səmimiyyətlə inanan həqiqi məsihilər vardır. Allah onların niyyətlərinin səmimiyyətini və Onun hüzurunda dürüstlüklərini qəbul edir. Lakin bazar gününə riayət qanunla məcburi ediləndə və dünya həqiqi Şənbənin öhdəliyi barədə maarifləndiriləndə, o zaman Allahın əmrini pozaraq Romadan başqa daha yüksək bir səlahiyyəti olmayan bir hökmə itaət edən hər kəs bununla papalığı Allahdan üstün tutmuş olacaq. O, Romaya və Romanın təyin etdiyi təsisatı icra etdirən hakimiyyətə ehtiram göstərir. O, vəhşi heyvana və onun surətinə ibadət edir. İnsanlar Allahın Öz səlahiyyətinin əlaməti olduğunu bəyan etdiyi təsisatı rədd edib, onun əvəzində Romanın öz hökmranlığının nişanəsi kimi seçdiyi şeyi şərəfləndirdikdə, bununla onlar Romaya sədaqət əlamətini — ‘vəhşi heyvanın damğası’nı — qəbul etmiş olacaqlar. Və məsələ xalqa bu cür aydın şəkildə təqdim edilməyincə və onlar Allahın əmrləri ilə insanların əmrləri arasında seçim etməyə gətirilməyincə, təqsirdə davam edənlər ‘vəhşi heyvanın damğası’nı almayacaqlar.” The Great Controversy, 449.</w:t>
      </w:r>
    </w:p>
    <w:p>
      <w:pPr>
        <w:pStyle w:val="ArticleBody"/>
        <w:jc w:val="left"/>
      </w:pPr>
      <w:r>
        <w:rPr>
          <w:rFonts w:ascii="Times New Roman" w:hAnsi="Times New Roman" w:eastAsia="Times New Roman" w:cs="Times New Roman"/>
        </w:rPr>
        <w:t>Vəhş üzərində, vəhşin surəti üzərində və vəhşin nişanı üzərində qələbə qazananlar onun adının sayı üzərində də qələbə qazanmalıdırlar. Tarixin, Surun fahişəsinin unudulmadığı dövründə protestant aləmi papalığın antixrist olduğunu bilirdi. Onlar bilirdilər ki, Paul papalığı “o şərir”, “günah adamı”, “haqsızlığın sirri” və “həlak oğlu” kimi tanıtmışdır; “Allah deyilən və ya ibadət olunan hər şeyə qarşı durub özünü onlardan üstün tutan; belə ki, Allah kimi Allahın məbədində oturur və özünü Allah kimi göstərir.” Lakin indi Surun böyük fahişəsi unudulmuşdur.</w:t>
      </w:r>
    </w:p>
    <w:p>
      <w:pPr>
        <w:pStyle w:val="ArticleBody"/>
        <w:jc w:val="left"/>
      </w:pPr>
      <w:r>
        <w:rPr>
          <w:rFonts w:ascii="Times New Roman" w:hAnsi="Times New Roman" w:eastAsia="Times New Roman" w:cs="Times New Roman"/>
        </w:rPr>
        <w:t>Keçmiş dövrlərdə “666” rəqəminin simvolik olaraq papalığı təmsil etdiyini göstərən müxtəlif izopsefiya, yaxud gematriya tətbiqləri mövcud idi. Bunun klassik nümunəsi odur ki, papanın mitrasında Vicarius Filii Dei sözləri yazılmışdır. Vicarius Filii Dei, “Allahın Oğlunun canişini” mənasını verir və buna görə də onun Allahın məbədində əyləşib özünü Allah elan etmək iddiasına işarə edir. Vicarius Filii Dei ifadəsinin latın hərfləri altı yüz altmış altı rəqəminə bərabərdir.</w:t>
      </w:r>
    </w:p>
    <w:p>
      <w:pPr>
        <w:pStyle w:val="ArticleBody"/>
        <w:jc w:val="left"/>
      </w:pPr>
      <w:r>
        <w:rPr>
          <w:rFonts w:ascii="Times New Roman" w:hAnsi="Times New Roman" w:eastAsia="Times New Roman" w:cs="Times New Roman"/>
        </w:rPr>
        <w:t>Papa hakimiyyəti olan vəhşi heyvan öz sayı ilə tanınır və onun sayı “666”dır, lakin günah adamı 1798-ci ildə ölümcül bir yara aldı və unuduldu. Axır günlərdə həmin ölümcül yara sağaldılmalıdır və ölümcül yaranın sağalması onu göstərir ki, Birləşmiş Ştatlar əvvəlcə öz milləti daxilində vəhşi heyvanın surətini yaradır, sonra isə dünyanı da eyni şeyi etməyə məcbur edir.</w:t>
      </w:r>
    </w:p>
    <w:p>
      <w:pPr>
        <w:pStyle w:val="ArticleBody"/>
        <w:jc w:val="left"/>
      </w:pPr>
      <w:r>
        <w:rPr>
          <w:rFonts w:ascii="Times New Roman" w:hAnsi="Times New Roman" w:eastAsia="Times New Roman" w:cs="Times New Roman"/>
        </w:rPr>
        <w:t>Dünyəvi heyvan surəti həm ikili, həm də üçlüdür. O, peyğəmbərlik baxımından ikilidir, çünki kilsə ilə dövlətin birləşməsindən ibarətdir; lakin o, üçlüdür, çünki əjdaha, heyvan və yalançı peyğəmbərdən ibarətdir. Dünyanı Armageddona aparacaq həmin qüvvələrin üçqat ittifaqı qurulduqda, onlar yeddidən olan səkkizinci padşahlıq olan heyvan olacaq və bu, həm də altıncı padşahlığın üçqat ittifaqı olacaqdır. Axır günlərdə heyvanın adının sayı yenə “666”dır, çünki bu, hər biri altıncı padşahlığın bir hissəsi olan üç padşahlığı təmsil edir.</w:t>
      </w:r>
    </w:p>
    <w:p>
      <w:pPr>
        <w:pStyle w:val="ArticleBody"/>
        <w:jc w:val="left"/>
      </w:pPr>
      <w:r>
        <w:rPr>
          <w:rFonts w:ascii="Times New Roman" w:hAnsi="Times New Roman" w:eastAsia="Times New Roman" w:cs="Times New Roman"/>
        </w:rPr>
        <w:t>Vəhşiyə, onun surətinə, onun nişanına və adının sayına qalib gəlmək, Danielin anlamaq üçün dua etdiyi Daniel ikinci fəslinin sirri olan “səkkizincinin yeddidən olması” tapmacasını başa düşmək deməkdir. Bu, sınaq müddəti bağlanmazdan az əvvəl möhürü açılan İsa Məsihin Vəhyinin bir ünsürüdür; çünki Yəhyanın dediyi kimi, “vaxt yaxındır.” Buna görə də, bu qələbəni qazananlar bəlaları tökən mələklərlə birlikdə təsvir olunurlar; çünki onlar sınaq müddəti bağlanmazdan az əvvəl qələbəni, yəni zəruri peyğəmbərlik anlayışını əldə edirlər.</w:t>
      </w:r>
    </w:p>
    <w:p>
      <w:pPr>
        <w:pStyle w:val="ArticleBody"/>
        <w:jc w:val="left"/>
      </w:pPr>
      <w:r>
        <w:rPr>
          <w:rFonts w:ascii="Times New Roman" w:hAnsi="Times New Roman" w:eastAsia="Times New Roman" w:cs="Times New Roman"/>
        </w:rPr>
        <w:t>İsa Məsihin Vəhyinin möhləti sona çatmazdan dərhal əvvəl açıldığını və “666” sayının həmin görüntünün bir ünsürü olduğunu anlayanlar, Hizqiyal kitabının səkkizinci fəslindəki görüntünün beşinci gündə (yəni altıncı gündən bir gün əvvəl), altıncı ayın altıncı ilində başladığını gözdən qaçırmayacaqlar. Səkkizinci fəslin sonunda iyirmi beş kişi günəşə səcdə edir və doqquzuncu fəsil Allahın möhürünü alanları müəyyən edir.</w:t>
      </w:r>
    </w:p>
    <w:p>
      <w:pPr>
        <w:pStyle w:val="ArticleBody"/>
        <w:jc w:val="left"/>
      </w:pPr>
      <w:r>
        <w:rPr>
          <w:rFonts w:ascii="Times New Roman" w:hAnsi="Times New Roman" w:eastAsia="Times New Roman" w:cs="Times New Roman"/>
        </w:rPr>
        <w:t>Görünüşün konteksti vəhşinin nişanı və Allahın möhürüdür və görünüş, “666” sayı ilə təmsil edildiyi kimi, Bazar günü qanununda möhlət bağlanmazdan dərhal əvvəl açılır. Lakin Amerika Birləşmiş Ştatlarında Bazar günü qanununda baş verdiyi göstərilən möhlətin bağlanması, bəşəriyyət üçün möhlətin bağlanması deyil; bu, yalnız Yeddinci Gün Adventistləri üçün möhlətin bağlanmasıdır.</w:t>
      </w:r>
    </w:p>
    <w:p>
      <w:pPr>
        <w:pStyle w:val="ArticleBody"/>
        <w:jc w:val="left"/>
      </w:pPr>
      <w:r>
        <w:rPr>
          <w:rFonts w:ascii="Times New Roman" w:hAnsi="Times New Roman" w:eastAsia="Times New Roman" w:cs="Times New Roman"/>
        </w:rPr>
        <w:t>Görünüş Yerusəlimin daxilində baş verən kimi təsvir olunur; Yerusəlim Yeddinci Gün Adventist Kilsəsinin rəmzidir. Birləşmiş Ştatlarda bazar günü qanunu qüvvəyə mindiyi zaman, Yeddinci Gün Adventistləri şənbə işığına görə məhz o anda və orada məsuliyyət daşıyan yeganə sinifdir.</w:t>
      </w:r>
    </w:p>
    <w:p>
      <w:pPr>
        <w:pStyle w:val="ArticleScripture"/>
        <w:jc w:val="left"/>
      </w:pPr>
      <w:r>
        <w:rPr>
          <w:rFonts w:ascii="Times New Roman" w:hAnsi="Times New Roman" w:eastAsia="Times New Roman" w:cs="Times New Roman"/>
        </w:rPr>
        <w:t>“Əgər həqiqət nuru sizə təqdim edilibsə, dördüncü əmrin Şənbəsini aşkara çıxarıbsa və Allahın Kəlamında bazar gününə riayət etmək üçün heç bir əsas olmadığını göstəribsə, lakin buna baxmayaraq siz hələ də yalançı şənbədən yapışır, Allahın ‘mənim müqəddəs günüm’ adlandırdığı Şənbəni müqəddəs tutmaqdan imtina edirsinizsə, onda siz vəhşinin nişanını qəbul edirsiniz. Bu nə vaxt baş verir?—Sizi bazar günü əməkdən dayanmağa və Allaha ibadət etməyə əmr edən fərmana itaət etdiyiniz zaman; halbuki siz Müqəddəs Kitabda bazar gününün adi iş günündən başqa bir şey olduğunu göstərən bir söz belə olmadığını bilirsiniz, siz vəhşinin nişanını qəbul etməyə razılıq verir və Allahın möhürünü rədd edirsiniz. Əgər biz bu nişanı alnımızda və ya əlimizdə qəbul etsək, itaətsizlərə qarşı elan edilmiş hökmlər üzərimizə gəlməlidir. Lakin yaşayan Allahın möhürü Rəbbin Şənbəsini vicdanla saxlayanların üzərinə qoyulur.” Review and Herald, 27 aprel 1911.</w:t>
      </w:r>
    </w:p>
    <w:p>
      <w:pPr>
        <w:pStyle w:val="ArticleBody"/>
        <w:jc w:val="left"/>
      </w:pPr>
      <w:r>
        <w:rPr>
          <w:rFonts w:ascii="Times New Roman" w:hAnsi="Times New Roman" w:eastAsia="Times New Roman" w:cs="Times New Roman"/>
        </w:rPr>
        <w:t>Yezekel kitabının səkkizinci fəslindən on birinci fəslinə qədər olan görüntü, Yerusəlim üçün sınaq müddətinin bağlanmasına aparan tarixi müəyyən edir. Bu, “666” rəqəmi gəlməzdən cəmi bir gün əvvəl baş verirmiş kimi təsvir olunur və səkkizinci fəsil Yerusəlim daxilində getdikcə artan bir üsyanı göstərir; bu üsyan nəhayət rəhbər adamların günəşə səcdə etməsi ilə kulminasiya nöqtəsinə çatır və bununla onlar vəhşinin damğasını alırlar.</w:t>
      </w:r>
    </w:p>
    <w:p>
      <w:pPr>
        <w:pStyle w:val="ArticleBody"/>
        <w:jc w:val="left"/>
      </w:pPr>
      <w:r>
        <w:rPr>
          <w:rFonts w:ascii="Times New Roman" w:hAnsi="Times New Roman" w:eastAsia="Times New Roman" w:cs="Times New Roman"/>
        </w:rPr>
        <w:t>Doqquzuncu fəsil Yerusəlimin içindən keçən bir mələyi təsvir edir (beləliklə, bir gedişatı göstərir) və bundan sonra möhürü olmayanların hamısını öldürən məhvedici mələklərdən əvvəl bir sinfin üzərinə möhür qoyur. Hər iki fəsil bazar qanununa aparıb çıxaran ardıcıl bir tarixi təqdim edir; orada bir sinif günəşə səcdə edir, digəri isə Allahın möhürünü alır. Bundan sonra pislər Yerusəlimdən uzaqlaşdırılır, çünki bazar qanunu pisləri müdriklərdən ayırır.</w:t>
      </w:r>
    </w:p>
    <w:p>
      <w:pPr>
        <w:pStyle w:val="ArticleBody"/>
        <w:jc w:val="left"/>
      </w:pPr>
      <w:r>
        <w:rPr>
          <w:rFonts w:ascii="Times New Roman" w:hAnsi="Times New Roman" w:eastAsia="Times New Roman" w:cs="Times New Roman"/>
        </w:rPr>
        <w:t>Yezekel kitabının doqquzuncu fəslində təsvir olunan möhürlənmə, Vəhy kitabının yeddinci fəslində təsvir olunan möhürlənmənin eynisidir.</w:t>
      </w:r>
    </w:p>
    <w:p>
      <w:pPr>
        <w:pStyle w:val="ArticleScripture"/>
        <w:jc w:val="left"/>
      </w:pPr>
      <w:r>
        <w:rPr>
          <w:rFonts w:ascii="Times New Roman" w:hAnsi="Times New Roman" w:eastAsia="Times New Roman" w:cs="Times New Roman"/>
        </w:rPr>
        <w:t>“Əgər belə mənzərələr gələcəkdirsə, təqsirli bir dünya üzərinə belə dəhşətli hökmlər enəcəksə, Allahın xalqı üçün sığınacaq harada olacaq? Qəzəb keçib gedənədək onlar necə qorunacaqlar? Yəhya təbiətin ünsürlərini — zəlzələni, fırtınanı və siyasi çəkişməni — dörd mələk tərəfindən tutulub saxlanılır kimi görür. Bu küləklər Allah onları buraxmaq üçün söz verənədək nəzarət altındadır. Allahın kilsəsinin təhlükəsizliyi bundadır. Allahın mələkləri Onun əmrini yerinə yetirərək yerin küləklərini geri saxlayırlar ki, Allahın qulları alınlarında möhürlənənədək küləklər nə yerə, nə dənizə, nə də hər hansı bir ağaca əssin. Qüdrətli mələyin şərqdən (yaxud günəşin doğduğu yerdən) yüksəldiyi görünür. Bu ən qüdrətli mələyin əlində yaşayan Allahın, yaxud həyat verməyə qadir olan yeganə Şəxsin möhürü vardır; O, ölümsüzlüyün, əbədi həyatın bəxş ediləcəyi kəslərin alınları üzərinə nişanı və ya yazını həkk edə bilər. Məhz bu ən uca mələyin səsi dörd mələyə bu iş görülənədək dörd küləyi cilovda saxlamağı və onları buraxmaq üçün çağırışı verənədək gözləməyi əmr etmək səlahiyyətinə malik idi.”</w:t>
      </w:r>
    </w:p>
    <w:p>
      <w:pPr>
        <w:pStyle w:val="ArticleScripture"/>
        <w:jc w:val="left"/>
      </w:pPr>
      <w:r>
        <w:rPr>
          <w:rFonts w:ascii="Times New Roman" w:hAnsi="Times New Roman" w:eastAsia="Times New Roman" w:cs="Times New Roman"/>
        </w:rPr>
        <w:t>“Dünyaya, bədənə və iblisə qalib gələnlər yaşayan Allahın möhürünü alacaq lütfə nail olanlar olacaqlar. Əlləri təmiz olmayan, qəlbləri pak olmayan kəslər yaşayan Allahın möhürünə malik olmayacaqlar. Günahı planlaşdıran və onu həyata keçirənlər ötürülüb keçiləcəklər. Yalnız Allaha münasibətlərində böyük antitipik Kəffarə Günündə tövbə edən və günahlarını etiraf edənlərin mövqeyini tutanlar Allahın himayəsinə layiq sayılıb tanınacaq və işarələnəcəklər. Öz Xilaskarlarının zühurunu səbirlə gözləyən, onu müşahidə edən və intizarında olanların adları — səhəri gözləyənlərdən daha ciddi və daha arzulu bir şəkildə — möhürlənənlərin sırasında sayılacaqdır. Həqiqətin bütün nuru canlarına saçıldığı halda, etiraf etdikləri imanlarına uyğun əməllərə malik olmalı ikən günah tərəfindən aldadılan, qəlblərində bütlər quran, Allahın önündə canlarını pozan və günahda onlarla birləşənləri murdarlayanların adları həyat kitabından silinəcək və çıraqları ilə birlikdə qablarında yağları olmadan gecəyarısı qaranlığında buraxılacaqlar. ‘Mənim adımdan qorxan sizlər üçün Salehlik Günəşi qanadlarında şəfa ilə doğacaqdır.’”</w:t>
      </w:r>
    </w:p>
    <w:p>
      <w:pPr>
        <w:pStyle w:val="ArticleScripture"/>
        <w:jc w:val="left"/>
      </w:pPr>
      <w:r>
        <w:rPr>
          <w:rFonts w:ascii="Times New Roman" w:hAnsi="Times New Roman" w:eastAsia="Times New Roman" w:cs="Times New Roman"/>
        </w:rPr>
        <w:t>“Allahın qullarının bu möhürlənməsi, Hizqiyala görüntüdə göstərilən həmin şeydir. Yəhya da bu son dərəcə heyrətamiz vəhyin şahidi olmuşdu. O, dənizin və dalğaların nərildədiyini, insanların isə qorxudan ürəklərinin üzülüb getdiyini gördü. O, yerin tərpədildiyini və dağların dənizin ortasına aparıldığını (bu, sözün həqiqi mənasında baş verir), onun sularının kükrəyib çalxalandığını və dağların onun coşqunluğundan sarsıldığını seyr etdi. Ona vəbaların, taunların, qıtlığın və ölümün öz dəhşətli missiyalarını icra etdiyi göstərildi.” Testimonies to Ministers, 445.</w:t>
      </w:r>
    </w:p>
    <w:p>
      <w:pPr>
        <w:pStyle w:val="ArticleBody"/>
        <w:jc w:val="left"/>
      </w:pPr>
      <w:r>
        <w:rPr>
          <w:rFonts w:ascii="Times New Roman" w:hAnsi="Times New Roman" w:eastAsia="Times New Roman" w:cs="Times New Roman"/>
        </w:rPr>
        <w:t>Vəhy kitabının yeddinci fəslindəki yüz qırx dörd minin möhürlənməsi Hizqiyal kitabının doqquzuncu fəslində də təsvir olunmuşdur və möhürləyən mələk şərqdən yüksələn ən qüdrətli mələkdir. Həlak olanlar, adları həyat kitabından silinənlər, “çıraqları ilə birlikdə qablarında yağ olmayanlar” kimi təqdim olunurlar. Hizqiyal kitabının səkkizinci fəsildən on birinci fəslə qədərki görüntüsündəki iki sinif Matta iyirmi beşdəki müdrik və ağılsız bakirələrdir və buna görə də onlar Adventistlərdir.</w:t>
      </w:r>
    </w:p>
    <w:p>
      <w:pPr>
        <w:pStyle w:val="ArticleScripture"/>
        <w:jc w:val="left"/>
      </w:pPr>
      <w:r>
        <w:rPr>
          <w:rFonts w:ascii="Times New Roman" w:hAnsi="Times New Roman" w:eastAsia="Times New Roman" w:cs="Times New Roman"/>
        </w:rPr>
        <w:t>“Matta 25-dəki on bakirə məsəli də Adventist xalqının təcrübəsini təsvir edir.” The Great Controversy, 393.</w:t>
      </w:r>
    </w:p>
    <w:p>
      <w:pPr>
        <w:pStyle w:val="ArticleBody"/>
        <w:jc w:val="left"/>
      </w:pPr>
      <w:r>
        <w:rPr>
          <w:rFonts w:ascii="Times New Roman" w:hAnsi="Times New Roman" w:eastAsia="Times New Roman" w:cs="Times New Roman"/>
        </w:rPr>
        <w:t>Bacı Uayt Hizqiyalın görüntüsündəki Yerusəlimi konkret olaraq Adventizm kimi müəyyən edir:</w:t>
      </w:r>
    </w:p>
    <w:p>
      <w:pPr>
        <w:pStyle w:val="ArticleScripture"/>
        <w:jc w:val="left"/>
      </w:pPr>
      <w:r>
        <w:rPr>
          <w:rFonts w:ascii="Times New Roman" w:hAnsi="Times New Roman" w:eastAsia="Times New Roman" w:cs="Times New Roman"/>
        </w:rPr>
        <w:t>“Rəbbin işinin ruhunu və canların xilasını ürəkdən daşıyan Allahın həqiqi xalqı günahı həmişə öz həqiqi, günahlı xarakterində görəcəkdir. Onlar Allahın xalqını asanlıqla dolaşan günahlarla bağlı həmişə sədaqətli və açıq davranışın tərəfində olacaqlar. Xüsusilə kilsə üçün görülən son işdə, Allahın taxtı önündə qüsursuz dayanacaq yüz qırx dörd min nəfərin möhürlənməsi vaxtında, Allahın adına iddia edən xalqın yanlışlıqlarını onlar ən dərin şəkildə hiss edəcəklər. Bu, peyğəmbərin son işlə bağlı təsvirində, hər birinin əlində qırğın silahı olan adamlar surəti altında qüvvətli şəkildə göstərilmişdir. Onların arasında bir nəfər kətan paltar geyinmişdi və böyründə katibin mürəkkəbqabı var idi. ‘Və Rəbb ona dedi: Şəhərin ortasından, Yerusəlimin ortasından keç və orada edilən bütün iyrəncliklərə görə ah çəkib fəryad edən adamların alınlarına nişan qoy.’” Testimonies, 3-cü cild, 266.</w:t>
      </w:r>
    </w:p>
    <w:p>
      <w:pPr>
        <w:pStyle w:val="ArticleBody"/>
        <w:jc w:val="left"/>
      </w:pPr>
      <w:r>
        <w:rPr>
          <w:rFonts w:ascii="Times New Roman" w:hAnsi="Times New Roman" w:eastAsia="Times New Roman" w:cs="Times New Roman"/>
        </w:rPr>
        <w:t>Yezekel kitabının səkkizinci fəsildən on birinci fəsilə qədər olan görüntüsü, bazar günü qanununa aparıb çıxaran və onun zamanı baş verən Adventizmin tarixinə birbaşa müraciət edir. Bu, Yerusəlimin (Adventizmin) daxilində olan iki sinif ibadətçini müəyyən edir və peyğəmbərlik baxımından, möhlətin bağlanmasından az əvvəl möhürü açılan İsa Məsihin Vəhyilə əlaqələndirilir; çünki onun ilk işarələri peyğəmbərlik rəmzləri vasitəsilə “666” sayını ortaya qoyur. Bunu etməklə, bu, hikmətlilərin axır günlərdə üzərində qələbə qazanmalı olduqları dörd şeydən birini müəyyən edir və həmin dörd şey səkkizincinin “yeddidən” olması ilə bağlı nurun bir hissəsidir. Vəhy on beşinci fəsil də göstərir ki, papalığın dörd simvolik cəhəti üzərində qələbə qazananlar Musanın və Quzunun nəğməsini oxuyurlar.</w:t>
      </w:r>
    </w:p>
    <w:p>
      <w:pPr>
        <w:pStyle w:val="ArticleBody"/>
        <w:jc w:val="left"/>
      </w:pPr>
      <w:r>
        <w:rPr>
          <w:rFonts w:ascii="Times New Roman" w:hAnsi="Times New Roman" w:eastAsia="Times New Roman" w:cs="Times New Roman"/>
        </w:rPr>
        <w:t>O gün Yeşaya, iyirmi yeddinci fəsildə, axır günlərin salehlərinin bağ nəğməsini oxuyacaqlarını söyləyir; bu, Quzunun insanlar arasında gəzərkən oxuduğu nəğmədir və yeni seçilmiş bir xalq seçilərkən kənardan keçilib ötürülən seçilmiş bir xalqı müəyyən edir. Bu nəğmə, Hizqiyal doqquz və Vəhy yeddinin möhürlənməsi zamanı, axır günlərin “müdrikləri” tərəfindən oxunur. Hizqiyalın səkkizdən on birinci fəsillərə qədər olan görüntüsü məhz həmin nəğmənin bir hissəsidir.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“Rəbbin işinin və canların xilası qayğısını ürəyində daşıyan Allahın həqiqi xalqı günahı həmişə onun əsl, günahlı mahiyyətində görəcəkdir. Onlar Allahın xalqını asanlıqla bürüyən günahlarla bağlı hər zaman sadiq və açıq rəftarın tərəfində olacaqlar. Xüsusilə də kilsə üçün olan son işdə, Allahın taxtı önündə qüsursuz duracaq yüz qırx dörd minin möhürlənmə vaxtında, Allahın adını daşıyan xalqın haqsızlıqlarını onlar ən dərin şəkildə hiss edəcəklər. Bu həqiqət peyğəmbərin son işi, hər birinin əlində qırğın silahı olan adamlar surətində təsvir etməsi ilə qüvvətlə ifadə edilmişdir. Onların arasında biri kətan paltar geyinmişdi və belindən yazıçının mürəkkəb qabı asılmışdı. “Və Rəbb ona dedi: Şəhərin ortasından, Yerusəlimin ortasından keç və orada edilən bütün iyrəncliklər üçün ah çəkib fəryad edən adamların alınlarına bir nişan qoy.”</w:t>
      </w:r>
    </w:p>
    <w:p>
      <w:pPr>
        <w:pStyle w:val="ArticleScripture"/>
        <w:jc w:val="left"/>
      </w:pPr>
      <w:r>
        <w:rPr>
          <w:rFonts w:ascii="Times New Roman" w:hAnsi="Times New Roman" w:eastAsia="Times New Roman" w:cs="Times New Roman"/>
        </w:rPr>
        <w:t>“Bu vaxt Allahın məşvərətində duranlar kimlərdir? Bunlar Allahın etiqad edən xalqı arasında baş verən yanlışlıqlara faktiki olaraq bəraət qazandıran və günahı məzəmmət etmək istəyənlərə qarşı ürəklərində, açıq şəkildə olmasa da, gileylənənlərdirmi? Bunlar onlara qarşı mövqe tutan və yanlışlıq edənlərlə həmrəylik göstərənlərdirmi? Xeyr, əsla! Əgər tövbə etməsələr və işin yükünü daşıyanlara zülm etməkdə, həmçinin Siondakı günahkarların əllərini gücləndirməkdə Şeytanın işindən əl çəkməsələr, Allahın möhürləyən təsdiq nişanını əsla almayacaqlar. Onlar qırğın silahları daşıyan beş kişinin işi ilə təmsil edilən pislərin ümumi məhvi içində həlak olacaqlar. Bu məqamı diqqətlə yadda saxlayın: Kətan geyimli kişinin qoyduğu nişanla təmsil olunan, Müqəddəs Ruhun qüvvəsi ilə onların daxilində işlənmiş həqiqətin pak nişanını qəbul edənlər, kilsədə edilən “bütün iyrəncliklər üçün ah çəkən və fəryad edən”lərdir. Onların paklığa, Allahın izzəti və şöhrətinə olan məhəbbəti elədir və günahın son dərəcə günahkarlığı barədə baxışları o qədər aydındır ki, onlar sanki iztirab içində olan, hətta ah çəkib fəryad edən kimi təsvir olunurlar. Yezekelin doqquzuncu fəslini oxuyun.”</w:t>
      </w:r>
    </w:p>
    <w:p>
      <w:pPr>
        <w:pStyle w:val="ArticleScripture"/>
        <w:jc w:val="left"/>
      </w:pPr>
      <w:r>
        <w:rPr>
          <w:rFonts w:ascii="Times New Roman" w:hAnsi="Times New Roman" w:eastAsia="Times New Roman" w:cs="Times New Roman"/>
        </w:rPr>
        <w:t>Lakin günahla salehlik arasındakı geniş təzadı bu şəkildə görməyən və Allahın məsləhətində durub nişanı alanların hiss etdiyi kimi hiss etməyənlərin hamısının ümumi qırğını, qırğın silahları olan beş adama verilən əmrdə belə təsvir edilir: “Onun ardınca şəhərin içindən keçin və vurun; gözünüz əsirgəməsin, rəhminiz olmasın: qocaları da, cavanları da, qızları da, körpələri də, qadınları da tamamilə qırın; lakin üzərində nişan olan heç bir adama yaxınlaşmayın; və Mənim müqəddəs məkanımdan başlayın.” Testimonies, 3-cü cild,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Səkkiz</dc:title>
  <dc:subject>Yezekel Kitabının Səkkizinci Fəslinin Peyğəmbərlik Xəbərinin Aşkara Çıxarılması: Bazar Günü Qanunu və Axır Günlər</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