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Amerika üçün gələcək və 18 iyul 2020 — Altıncı nömrə</w:t>
      </w:r>
    </w:p>
    <w:p>
      <w:pPr>
        <w:pStyle w:val="ArticleSubtitle"/>
        <w:jc w:val="left"/>
      </w:pPr>
      <w:r>
        <w:rPr>
          <w:rFonts w:ascii="Arial" w:hAnsi="Arial" w:eastAsia="Arial" w:cs="Arial"/>
        </w:rPr>
        <w:t>Bayraq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2023-09-23</w:t>
      </w:r>
    </w:p>
    <w:p>
      <w:pPr>
        <w:pStyle w:val="ArticleScripture"/>
        <w:jc w:val="left"/>
      </w:pPr>
      <w:r>
        <w:rPr>
          <w:rFonts w:ascii="Times New Roman" w:hAnsi="Times New Roman" w:eastAsia="Times New Roman" w:cs="Times New Roman"/>
        </w:rPr>
        <w:t>Və üç gün yarımdan sonra Allahdan gələn həyat Ruhu onların içinə daxil oldu və onlar ayaqları üstə qalxdılar; onları görənlərin üzərinə böyük qorxu çökdü. Və göydən onlara belə deyən uca bir səs eşitdilər: “Buraya qalxın.” Və onlar bulud içində göyə yüksəldilər; düşmənləri isə onlara baxırdı. Vəhy 11:11, 12.</w:t>
      </w:r>
    </w:p>
    <w:p>
      <w:pPr>
        <w:pStyle w:val="ArticleBody"/>
        <w:jc w:val="left"/>
      </w:pPr>
      <w:r>
        <w:rPr>
          <w:rFonts w:ascii="Times New Roman" w:hAnsi="Times New Roman" w:eastAsia="Times New Roman" w:cs="Times New Roman"/>
        </w:rPr>
        <w:t>Küçədə tapdalanandan sonra İlyas və Musa Təsəlliverəni qəbul edirlər və sonra ayaqları üstə qalxırlar. Hizqiyalın sümüklər dərəsi əvvəlcə bir səs eşidir, sonra isə bir sarsıntı yaşayır, lakin onlar hələ də nəfəssiz idilər.</w:t>
      </w:r>
    </w:p>
    <w:p>
      <w:pPr>
        <w:pStyle w:val="ArticleScripture"/>
        <w:jc w:val="left"/>
      </w:pPr>
      <w:r>
        <w:rPr>
          <w:rFonts w:ascii="Times New Roman" w:hAnsi="Times New Roman" w:eastAsia="Times New Roman" w:cs="Times New Roman"/>
        </w:rPr>
        <w:t>Beləliklə, mənə əmr olunduğu kimi peyğəmbərlik etdim; və mən peyğəmbərlik edərkən bir səs oldu, və budur, bir sarsıntı baş verdi, və sümüklər birləşdi, hər sümük öz sümüyünə qovuşdu. Və mən baxanda, budur, onların üzərinə vətərlər və ət gəldi, və dərı onları üstündən örtdü; lakin onlarda nəfəs yox idi. Yezekel 37:7, 8.</w:t>
      </w:r>
    </w:p>
    <w:p>
      <w:pPr>
        <w:pStyle w:val="ArticleBody"/>
        <w:jc w:val="left"/>
      </w:pPr>
      <w:r>
        <w:rPr>
          <w:rFonts w:ascii="Times New Roman" w:hAnsi="Times New Roman" w:eastAsia="Times New Roman" w:cs="Times New Roman"/>
        </w:rPr>
        <w:t>Bədənlər yenidən bərpa edildikdə, dörd küləyin xəbəri onlara eşidilir.</w:t>
      </w:r>
    </w:p>
    <w:p>
      <w:pPr>
        <w:pStyle w:val="ArticleScripture"/>
        <w:jc w:val="left"/>
      </w:pPr>
      <w:r>
        <w:rPr>
          <w:rFonts w:ascii="Times New Roman" w:hAnsi="Times New Roman" w:eastAsia="Times New Roman" w:cs="Times New Roman"/>
        </w:rPr>
        <w:t>Sonra mənə dedi: “Küləyə peyğəmbərlik et, peyğəmbərlik et, ey bəşər oğlu, və küləyə de: Xudavənd Rəbb belə deyir: Ey nəfəs, dörd küləkdən gəl və bu qətlə yetirilmişlərin üzərinə üfür ki, dirilsinlər.” Mən də O mənə əmr etdiyi kimi peyğəmbərlik etdim; nəfəs onların içinə gəldi, onlar dirildilər və ayaqları üstə durdular; son dərəcə böyük bir ordu oldular. Yezekel 37:9, 10.</w:t>
      </w:r>
    </w:p>
    <w:p>
      <w:pPr>
        <w:pStyle w:val="ArticleBody"/>
        <w:jc w:val="left"/>
      </w:pPr>
      <w:r>
        <w:rPr>
          <w:rFonts w:ascii="Times New Roman" w:hAnsi="Times New Roman" w:eastAsia="Times New Roman" w:cs="Times New Roman"/>
        </w:rPr>
        <w:t>Bütün peyğəmbərlər dünyanın sonunu müəyyənləşdirir; buna görə də Yezekeldən olan bu parça Vəhy kitabının on birinci fəslindəki iki peyğəmbərin xəbərindən yayınmaq istəyənlər üçün bir dilem­ma yaradır. Əlbəttə, bu xəbəri rədd etmək istəyənlərin özlərinə söyləyə biləcəkləri ən asan yalan budur ki, Vəhy on bir sadəcə Fransız İnqilabını təmsil edən bir tarixdir və onun dünyanın sonuna dair heç bir tətbiqi yoxdur. Lakin əgər hətta Vəhy on birin də dünyanın sonunu müəyyənləşdirdiyi müddəasını qəbul edirsinizsə, onda dünyanın sonunda uca fəryadla üçüncü mələyin xəbərini təqdim edən qüdrətli ordunun Allahın ordusu kimi ayağa qalxmasından əvvəl ölü və dirildilmiş olaraq göstərilməsi faktını uzlaşdırmalısınız.</w:t>
      </w:r>
    </w:p>
    <w:p>
      <w:pPr>
        <w:pStyle w:val="ArticleScripture"/>
        <w:jc w:val="left"/>
      </w:pPr>
      <w:r>
        <w:rPr>
          <w:rFonts w:ascii="Times New Roman" w:hAnsi="Times New Roman" w:eastAsia="Times New Roman" w:cs="Times New Roman"/>
        </w:rPr>
        <w:t>Sonra O mənə dedi: Ey bəşər oğlu, bu sümüklər bütün İsrail evidir; bax, onlar deyirlər: “Sümüklərimiz quruyub, ümidimiz puç olub; biz öz paylarımızdan kəsilib ayrılmışıq.” Buna görə peyğəmbərlik et və onlara de: Xudavənd Rəbb belə buyurur: Budur, ey xalqım, Mən qəbirlərinizi açacağam, sizi qəbirlərinizdən çıxaracağam və sizi İsrail torpağına gətirəcəyəm. Ey xalqım, qəbirlərinizi açdığım və sizi qəbirlərinizdən çıxardığım zaman biləcəksiniz ki, Mən Rəbbəm. Ruhumu içinizə qoyacağam və siz diriləcəksiniz; sizi öz torpağınızda yerləşdirəcəyəm. O zaman biləcəksiniz ki, Mən, Rəbb, bunu söyləmişəm və yerinə yetirmişəm, Rəbb belə buyurur. Yezekel 37:11–14.</w:t>
      </w:r>
    </w:p>
    <w:p>
      <w:pPr>
        <w:pStyle w:val="ArticleBody"/>
        <w:jc w:val="left"/>
      </w:pPr>
      <w:r>
        <w:rPr>
          <w:rFonts w:ascii="Times New Roman" w:hAnsi="Times New Roman" w:eastAsia="Times New Roman" w:cs="Times New Roman"/>
        </w:rPr>
        <w:t>Məsih bir buludla göyə yüksəldi və O, buludlarla qayıdır; buludlar isə mələkləri təmsil edir. Musa və İlyas, Amerika Birləşmiş Ştatlarında bazar günü qanunu zamanı göyün ortasında uçan üçüncü mələyin xəbərini təmsil edən bir bulud içində göyə yüksəlirlər. Musa və İlyas, İslam barədə bir xəbərlə əlaqədar olaraq, bazar günü qanunu zamanı göyə yüksəlirlər.</w:t>
      </w:r>
    </w:p>
    <w:p>
      <w:pPr>
        <w:pStyle w:val="ArticleBody"/>
        <w:jc w:val="left"/>
      </w:pPr>
      <w:r>
        <w:rPr>
          <w:rFonts w:ascii="Times New Roman" w:hAnsi="Times New Roman" w:eastAsia="Times New Roman" w:cs="Times New Roman"/>
        </w:rPr>
        <w:t>Yeşaya bu tarixlə bağlı olan həqiqətlərin bir çoxunu, həm də İsanın Öz xidmətini müəyyənləşdirmək üçün istinad etdiyi elə həmin parçanın özündə ortaya qoyur. O, İlyas və Elişa peyğəmbərləri öz həmvətənləri tərəfindən qəbul edilməyən peyğəmbərlik ismarıcının nümunələri kimi işlətdi və bu, dərhal Nazaretdəki cəmiyyətə mənsub olanları qəzəbləndirdi; onlar da Onu öldürməyə cəhd etdilər.</w:t>
      </w:r>
    </w:p>
    <w:p>
      <w:pPr>
        <w:pStyle w:val="ArticleScripture"/>
        <w:jc w:val="left"/>
      </w:pPr>
      <w:r>
        <w:rPr>
          <w:rFonts w:ascii="Times New Roman" w:hAnsi="Times New Roman" w:eastAsia="Times New Roman" w:cs="Times New Roman"/>
        </w:rPr>
        <w:t>Rəbb Allahın Ruhu mənim üzərimdədir; çünki Rəbb məni həlimlərə müjdə vermək üçün məsh etmişdir; O məni qəlbi sınıqları sarımaq, əsirlərə azadlıq, bağlı olanlara zindanın açılmasını bəyan etmək üçün göndərmişdir; Rəbbin məqbul ilini və Allahımızın qisas gününü elan etmək, yas tutanların hamısına təsəlli vermək üçün; Sionda yas tutanlara təyin etmək, onlara kül əvəzinə gözəllik, matəm əvəzinə sevinc yağı, qəm ruhu əvəzinə həmd libası vermək üçün; ta ki, onlar salehlik ağacları, Rəbbin əkdiyi fidanlar adlandırılsınlar və O izzət tapsın. Onlar qədim viranələri bərpa edəcək, əvvəlki xarabalıqları dirçəldəcək və çox nəsillərin viran qalmış şəhərlərini yenidən quracaqlar. Yadellilər durub sürülərinizi otaracaq, əcnəbilərin oğulları sizin cütçüləriniz və bağbanlarınız olacaq. Siz isə Rəbbin kahinləri adlandırılacaqsınız; insanlar sizə Allahımızın xidmətçiləri deyəcəklər; millətlərin var-dövlətini yeyəcək və onların izzəti ilə öyünəcəksiniz. Rüsvayçılığınız əvəzinə ikiqat payınız olacaq; alçalma əvəzinə öz qismətlərinə sevinəcəklər; buna görə də öz torpaqlarında ikiqat mülkə sahib olacaqlar; onlara əbədi sevinc nəsib olacaq. Çünki Mən, Rəbb, ədaləti sevirəm, yandırma qurbanı üçün soyğunçuluğa nifrət edirəm; onların işini həqiqət üzrə yönəldəcəyəm və onlarla əbədi əhd bağlayacağam. Onların nəsli millətlər arasında tanınacaq, övladları xalqlar arasında məşhur olacaq; onları görənlərin hamısı onları tanıyacaq ki, onlar Rəbbin xeyir-dua verdiyi nəsildir. Mən Rəbbdə çox şadlanacağam, canım Allahımda sevinəcək; çünki O mənə qurtuluş libaslarını geydirdi, məni salehlik xələti ilə örtdü; necə ki, bəy özünü zinətlə bəzəyir, gəlin də öz cəvahiratı ilə bəzənir. Çünki yer öz cücərtisini necə çıxarırsa, bağ da onda əkilənləri necə cücərdirsə, Xudavənd Rəbb də salehliyi və həmdi bütün millətlərin önündə eləcə cücərdəcəkdir.</w:t>
      </w:r>
    </w:p>
    <w:p>
      <w:pPr>
        <w:pStyle w:val="ArticleScripture"/>
        <w:jc w:val="left"/>
      </w:pPr>
      <w:r>
        <w:rPr>
          <w:rFonts w:ascii="Times New Roman" w:hAnsi="Times New Roman" w:eastAsia="Times New Roman" w:cs="Times New Roman"/>
        </w:rPr>
        <w:t>Sion xatirinə susmayacağam, Yerusəlim xatirinə rahat olmayacağam, ta ki onun salehliyi parıltı kimi zühur etsin, onun xilası isə yanan çıraq kimi görünsün. Millətlər sənin salehliyini, bütün padşahlar isə izzətini görəcəklər; və sən Rəbbin ağzının qoyacağı yeni bir adla çağırılacaqsan. Sən həm də Rəbbin əlində izzət tacı, Allahının əlində padşahlıq çələngi olacaqsan. Artıq sənə Tərk Edilmiş deyilməyəcək, torpağına da bir daha Viran deyilməyəcək; əksinə, sənə Heftsiba, torpağına isə Beula deyiləcək; çünki Rəbb səndən zövq alır və torpağın nikahlanacaq. Necə ki cavan bir kişi bakirə qızla evlənir, eləcə də oğulların səninlə evlənəcəklər; və necə ki bəy gəlin üzərində sevinir, eləcə də Allahın sənin üzərində sevinəcək. Ey Yerusəlim, divarların üzərində gözətçilər qoymuşam; onlar gecə-gündüz əsla susmayacaqlar. Ey Rəbbi yada salanlar, susmayın. Ona da rahat verməyin, ta ki O, Yerusəlimi bərqərar etsin və onu yer üzündə mədh obyekti etsin. Rəbb Öz sağ əli ilə, Öz qüdrət qoluyla and içib: “Həqiqətən, taxılını bir daha düşmənlərinə yem olaraq verməyəcəyəm; qərib oğulları da zəhmət çəkdiyin şərabını içməyəcəklər. Lakin onu yığanlar onu yeyəcək və Rəbbi həmd edəcəklər; onu toplayanlar isə onu müqəddəsliyimin həyətlərində içəcəklər.” Keçin, qapılardan keçin; xalq üçün yolu hazırlayın; şosse yolu qaldırıb düzəldin, qaldırıb düzəldin; daşları yığın çıxarın; xalqlar üçün bayraq qaldırın. Baxın, Rəbb dünyanın sonunadək elan edib: Sion qızına deyin: “Bax, xilasın gəlir; bax, Onun mükafatı Onunladır, əcri isə önündədir.” Onları “Müqəddəs xalq”, “Rəbbin satın aldığı xalq” adlandıracaqlar; sən isə “Axtarılıb tapılmış”, “Tərk edilməmiş şəhər” adlandırılacaqsan. Yeşaya 61:1–62:12.</w:t>
      </w:r>
    </w:p>
    <w:p>
      <w:pPr>
        <w:pStyle w:val="ArticleBody"/>
        <w:jc w:val="left"/>
      </w:pPr>
      <w:r>
        <w:rPr>
          <w:rFonts w:ascii="Times New Roman" w:hAnsi="Times New Roman" w:eastAsia="Times New Roman" w:cs="Times New Roman"/>
        </w:rPr>
        <w:t>Rəbb əvvəllər “tərk edilmiş” olmuş, lakin sonra “tərk edilməmiş” olan “bir şəhər”ə çevrilən yüz qırx dörd minlə “əbədi əhd” bağlayır. Onlar “viran” idilər və küçədə ölü vəziyyətdə idilər. Yeşaya onları “Rəbbin kahinləri”, Rəbbin “xidmətçiləri”, “müqəddəs xalq” və Sionun divarları üzərindəki “keşikçilər” kimi tanıdır.</w:t>
      </w:r>
    </w:p>
    <w:p>
      <w:pPr>
        <w:pStyle w:val="ArticleBody"/>
        <w:jc w:val="left"/>
      </w:pPr>
      <w:r>
        <w:rPr>
          <w:rFonts w:ascii="Times New Roman" w:hAnsi="Times New Roman" w:eastAsia="Times New Roman" w:cs="Times New Roman"/>
        </w:rPr>
        <w:t>Onların ölü bədənləri üzərində sevinənlərdən fərqli olaraq, Allah sonra onlar üzərində “bəyin gəlin üzərində sevindiyi kimi” sevinir. O zaman gəlin hazırlanmış olur. Filadelfiyaya verilən vəddə olduğu kimi, Rəbb onlara “yeni ad” verir və onların adını “Hefzibah” və “Beulah” olaraq bildirir. Hefzibah “mənim zövqüm ondadır” deməkdir, Beulah isə “evlənmək” deməkdir. Rəbb İlyas və Musa ilə təmsil olunanlarla evlənir.</w:t>
      </w:r>
    </w:p>
    <w:p>
      <w:pPr>
        <w:pStyle w:val="ArticleBody"/>
        <w:jc w:val="left"/>
      </w:pPr>
      <w:r>
        <w:rPr>
          <w:rFonts w:ascii="Times New Roman" w:hAnsi="Times New Roman" w:eastAsia="Times New Roman" w:cs="Times New Roman"/>
        </w:rPr>
        <w:t>Onlara verilən vəzifə, Məsihin və Onun salehliyinin “müjdəsini” “dünyanın sonuna qədər” vəz etməklə Məsihin İkinci Gəlişi üçün yolu hazırlamaqdır. Onlar Ruhun tökülməsi ilə Təsəlliverən tərəfindən məsh edilmişlər və bundan sonra “bir bayraq kimi” ucaldılacaqlar; necə ki, “göydən böyük bir səs” “onlara” deyir: “Buraya qalxın.” O zaman onlar Rəbbin əlində “izzət tacı” və “padşahlıq sərpuşu” kimi olacaqlar. Zəkəriyyə həmin eyni tacı bir nişanə kimi təqdim edir, eyni zamanda hadisəni axırıncı yağışın vaxtına də aid edir.</w:t>
      </w:r>
    </w:p>
    <w:p>
      <w:pPr>
        <w:pStyle w:val="ArticleScripture"/>
        <w:jc w:val="left"/>
      </w:pPr>
      <w:r>
        <w:rPr>
          <w:rFonts w:ascii="Times New Roman" w:hAnsi="Times New Roman" w:eastAsia="Times New Roman" w:cs="Times New Roman"/>
        </w:rPr>
        <w:t>Və onların Allahı Rəbb o gün onları Öz xalqının sürüsü kimi xilas edəcək; çünki onlar Onun torpağı üzərində bayraq kimi ucaldılmış tac daşları kimi olacaqlar. Çünki Onun xeyirxahlığı nə qədər böyükdür, Onun gözəlliyi nə qədər böyükdür! Taxıl cavan oğlanları sevindirəcək, təzə şərab isə qızları. Axır yağış vaxtında Rəbdən yağış diləyin; belə ki, Rəbb parlaq buludlar yaradacaq və onlara yağış leysanları verəcək, tarlada hər kəsə ot verəcək. Zəkəriyyə 9:16–10:1.</w:t>
      </w:r>
    </w:p>
    <w:p>
      <w:pPr>
        <w:pStyle w:val="ArticleBody"/>
        <w:jc w:val="left"/>
      </w:pPr>
      <w:r>
        <w:rPr>
          <w:rFonts w:ascii="Times New Roman" w:hAnsi="Times New Roman" w:eastAsia="Times New Roman" w:cs="Times New Roman"/>
        </w:rPr>
        <w:t>Onlar “Onun xalqının sürüsü” olacaqlar, lakin Rəbbin o zaman hələ Babildə olan və Özü də çağıracağı ikinci bir sürüsü vardır. Onların işi “qədim” viran yerləri və bir çox nəsillərin “xarabalıqlarını” yenidən qurmaq olacaq. Onlar Adventizm daxilində və Adventizmdən kənarda rədd edilmiş və üstü örtülmüş köhnə yolları geri gətirən və yenidən bərqərar edənlər olacaqlar. Onlar Millerçi təməl həqiqətlərinə qayıdacaq və onları öz paklığı içində Laodikeyalı Adventizmə təqdim edəcəklər; eyni zamanda Adventizmdən kənarda olanlara da Allahın qanunu ilə, xüsusən Şənbə ilə bağlı “qədim” həqiqətlər haqqında bir xəbər təqdim edəcəklər. Bunu edərkən yeni tarixi izah etmək üçün bir çox nəsillərin tarixlərindən istifadə edəcəklər. Onların işi son yağış zamanı, Allahın hökmləri ölkədə ikən baş verəcək. Rəbb Öz sağ əli ilə onları bir bayraq kimi qaldıranda, əvvəllər onların küçədə uzanmış meyitləri üzərində sevinmiş olan bütün dünya bu bayrağı görəcək və gözətçilərin xəbərdarlıq şeypurunu eşidəcək.</w:t>
      </w:r>
    </w:p>
    <w:p>
      <w:pPr>
        <w:pStyle w:val="ArticleScripture"/>
        <w:jc w:val="left"/>
      </w:pPr>
      <w:r>
        <w:rPr>
          <w:rFonts w:ascii="Times New Roman" w:hAnsi="Times New Roman" w:eastAsia="Times New Roman" w:cs="Times New Roman"/>
        </w:rPr>
        <w:t>Ey dünyanın bütün sakinləri və yer üzündə yaşayanlar, görün, o dağlar üzərində bir bayraq qaldıranda; və o şeypur çalanda, eşidin. Yeşaya 18:3.</w:t>
      </w:r>
    </w:p>
    <w:p>
      <w:pPr>
        <w:pStyle w:val="ArticleBody"/>
        <w:jc w:val="left"/>
      </w:pPr>
      <w:r>
        <w:rPr>
          <w:rFonts w:ascii="Times New Roman" w:hAnsi="Times New Roman" w:eastAsia="Times New Roman" w:cs="Times New Roman"/>
        </w:rPr>
        <w:t>Vəhy kitabının on birinci fəslində onların cəsədləri üzərində sevinənlər onları ayağa qalxmış görəndə, “onları görənlərin üzərinə böyük qorxu düşdü.”</w:t>
      </w:r>
    </w:p>
    <w:p>
      <w:pPr>
        <w:pStyle w:val="ArticleScripture"/>
        <w:jc w:val="left"/>
      </w:pPr>
      <w:r>
        <w:rPr>
          <w:rFonts w:ascii="Times New Roman" w:hAnsi="Times New Roman" w:eastAsia="Times New Roman" w:cs="Times New Roman"/>
        </w:rPr>
        <w:t>O zaman Aşşurlu qüdrətli bir adamın qılıncı ilə deyil, adi bir adamın qılıncı ilə deyil, qılıncdan yıxılacaq; və qılınc onu yeyib-bitirəcək; lakin o, qılıncdan qaçacaq, onun cavanları isə məğlubiyyətə uğrayacaqlar. O, qorxudan öz möhkəm qalasına çəkiləcək, başçıları isə bayraqdan vahiməyə düşəcəklər, — belə deyir Rəbb; Onun alovu Sionda, sobası isə Yerusəlimdədir. Yeşaya 31:8, 9.</w:t>
      </w:r>
    </w:p>
    <w:p>
      <w:pPr>
        <w:pStyle w:val="ArticleBody"/>
        <w:jc w:val="left"/>
      </w:pPr>
      <w:r>
        <w:rPr>
          <w:rFonts w:ascii="Times New Roman" w:hAnsi="Times New Roman" w:eastAsia="Times New Roman" w:cs="Times New Roman"/>
        </w:rPr>
        <w:t>Peyğəmbərin bütün şahidlikləri Vəhy kitabında bir araya gəlir. Aşşurlu, Daniel 11:40–45-də öz sonuna çatıb ona kömək edən heç kəsin olmadığı şimal padşahını təmsil edir. Allahın gözətçiləri olan yüz qırx dörd min nəfər şeypuru çaldıqda, bütün dünya bunu eşidəcək və qorxacaq. İki peyğəmbərlə təmsil olunanlar, Təsəlliverici tərəfindən “müjdəni təbliğ etmək” üçün “məsh olunacaqlar”; bu müjdə Daniel 11:44-də şimal padşahını “təlaşa salan” “şərqdən və şimaldan gələn xəbərlər”dir və bu, bazar günü qanunu böhranının təqibinin başlanğıcını göstərir. Həmin vaxt başqa millətlər Babildən çıxmaq çağırışına cavab verəcək və gəlib həmçinin “Yesseyin kökü” kimi təmsil olunan Rəbbin kahinlərinə qoşulacaqlar; bununla da, xəbərdarlıq ismarıcını başqa millətlərə çatdırmaq üçün istifadə edəcəkləri müqəddəs kitab metodologiyası müəyyənləşdirilir.</w:t>
      </w:r>
    </w:p>
    <w:p>
      <w:pPr>
        <w:pStyle w:val="ArticleScripture"/>
        <w:jc w:val="left"/>
      </w:pPr>
      <w:r>
        <w:rPr>
          <w:rFonts w:ascii="Times New Roman" w:hAnsi="Times New Roman" w:eastAsia="Times New Roman" w:cs="Times New Roman"/>
        </w:rPr>
        <w:t>Və o gün Yesseyin kökü olacaq; o, xalqlar üçün bir bayraq kimi duracaq; millətlər ona üz tutacaqlar; və onun rahatlıq yeri əzəmətli olacaq. Və o gün belə olacaq ki, Rəbb Öz əlini ikinci dəfə uzadıb xalqının sağ qalmış qalığını — Aşşurdan, Misirdən, Patrosdan, Kuşdan, Elamdan, Şinardan, Xamatdan və dəniz adalarından qalanları — geri almaq üçün işə salacaq. Və O, millətlər üçün bir bayraq qaldıracaq, İsrailin qovulmuşlarını bir yerə toplayacaq və Yəhudanın səpələnmişlərini yer üzünün dörd bucağından yığacaq. Yeşaya 11:10–12.</w:t>
      </w:r>
    </w:p>
    <w:p>
      <w:pPr>
        <w:pStyle w:val="ArticleBody"/>
        <w:jc w:val="left"/>
      </w:pPr>
      <w:r>
        <w:rPr>
          <w:rFonts w:ascii="Times New Roman" w:hAnsi="Times New Roman" w:eastAsia="Times New Roman" w:cs="Times New Roman"/>
        </w:rPr>
        <w:t>Rəbb Öz xalqını 11 sentyabr 2001-ci ildə İslamın hücumunu üçüncü vayın gəlişi kimi müəyyən edən xəbərlə topladı. Rəbb Öz xalqını, onlar küçədə ölü qaldıqdan sonra, yenidən ikinci dəfə toplayır. O bunu etdikdə, toplananlar “İsrailin qovulmuşları”, “Yəhudanın səpələnmişləri” kimi tanıdılır. Onlar 18 iyul 2020-ci ildə küçələrə qovuldular, lakin hələ də Babilonda olan Allahın digər sürüsünü toplayan bayraq olmaq üçün ikinci dəfə toplanırlar. Hələ də Babilonda olanların toplanması Birləşmiş Ştatlarda bazar günü qanunu zamanı başlayır; bu, Vəhy on səkkizdəki iki səsdən ikincisidir.</w:t>
      </w:r>
    </w:p>
    <w:p>
      <w:pPr>
        <w:pStyle w:val="ArticleBody"/>
        <w:jc w:val="left"/>
      </w:pPr>
      <w:r>
        <w:rPr>
          <w:rFonts w:ascii="Times New Roman" w:hAnsi="Times New Roman" w:eastAsia="Times New Roman" w:cs="Times New Roman"/>
        </w:rPr>
        <w:t>Birinci toplanış 11 sentyabr 2001-ci ildə, İslamın Amerika Birləşmiş Ştatlarına zərbə endirdiyi zaman baş verdi. İkinci dəfə toplanacaq olan bayraq nişanı kimi onlar Yesseyin kökü olaraq təsvir edilir; bu isə Alfa və Omeqanın işini təmsil edən, bir şeyin sonunu onun başlanğıcı ilə göstərən bir simvoldur. Birinci toplanış Amerika Birləşmiş Ştatlarına edilən İslami zərbə ilə işarələndi və ikinci toplanış olaraq da Amerika Birləşmiş Ştatlarına ediləcək İslami zərbəni təsvir edib müəyyənləşdirir. Yesseyin kökü millətlər üçün bir bayraq nişanı kimi durduqda, onun “rahatlığı” əzəmətli olacaq; çünki bu bayraq nişanı hələ də Babilondakıları Müqəddəs Kitabın qədim yoluna, yeddinci günün Şənbəsinə geri aparacaq və beləliklə bazar günü qanunu böhranında millətlər üçün bayraq nişanının qaldırılmasını işarələyəcək.</w:t>
      </w:r>
    </w:p>
    <w:p>
      <w:pPr>
        <w:pStyle w:val="ArticleBody"/>
        <w:jc w:val="left"/>
      </w:pPr>
      <w:r>
        <w:rPr>
          <w:rFonts w:ascii="Times New Roman" w:hAnsi="Times New Roman" w:eastAsia="Times New Roman" w:cs="Times New Roman"/>
        </w:rPr>
        <w:t>“Bayraq” əvvəlcə Malaki kitabının üçüncü fəslində, Məsihin məbədi iki dəfə təmizləməsində və, əlbəttə, Millerit hərəkatının sonunda on bakirə məsəlində təsvir edilmiş bir təmizlənmə prosesindən keçir. Başlanğıcdakı təmizlənmə prosesi sonda hərfi mənada eynilə təkrarlanır və Yeşaya tərəfindən bir kitabda qeyd edilmiş tək bir süfrə ilə əlaqəli şəkildə təmsil olunur. Adventizmin üsyanı, Habakkuk kitabının ikinci fəslində qeyd olunan iki lövhəni rədd etmək və onların yerini almaq üçün 1863-cü ildə ortaya qoyulmuş saxta süfrədir.</w:t>
      </w:r>
    </w:p>
    <w:p>
      <w:pPr>
        <w:pStyle w:val="ArticleScripture"/>
        <w:jc w:val="left"/>
      </w:pPr>
      <w:r>
        <w:rPr>
          <w:rFonts w:ascii="Times New Roman" w:hAnsi="Times New Roman" w:eastAsia="Times New Roman" w:cs="Times New Roman"/>
        </w:rPr>
        <w:t>İndi get, bunu onların önündə bir lövhə üzərinə yaz və bir kitaba qeyd et ki, gələcək zaman üçün əbədi olaraq qalsın: çünki bu, asi bir xalqdır, yalançı övladlardır, Rəbbin qanununu eşitmək istəməyən övladlardır; görücülərə: “Görməyin”, peyğəmbərlərə isə: “Bizə doğru şeylər peyğəmbərlik etməyin, bizə xoş sözlər söyləyin, aldadıcı şeylər peyğəmbərlik edin; yoldan çıxın, cığırdan kənara dönün, İsrailin Müqəddəsini gözümüzün önündən götürün”, — deyənlərdir. Buna görə İsrailin Müqəddəsi belə deyir: “Siz bu sözü rədd etdiyinizə, zülmə və əyriliyə güvəndiyinizə və onlara söykəndiyinizə görə, bu təqsir sizin üçün hündür bir divarda qəfil uçmağa hazır olan, get-gedə qabaran bir yarıq kimi olacaq; onun dağılması bir anda, qəflətən baş verəcək. O, onu dulusçunun qabı kimi parça-parça edərək qıracaq; əsirgəməyəcək; elə ki, onun qırıntıları arasında ocaqdan od götürməyə və ya quyudan su çəkməyə yarayan bir saxsı parçası belə tapılmayacaq.” Çünki Xudavənd Rəbb, İsrailin Müqəddəsi belə deyir: “Qayıdışda və aramlıqda xilas olacaqsınız; sakitlikdə və etibarda gücünüz olacaq”; amma siz istəmədiniz. Lakin dediniz: “Xeyr, biz atlar üstündə qaçacağıq”; buna görə də qaçacaqsınız; və: “Biz sürətli atlar üstündə minəcəyik”; buna görə sizi təqib edənlər sürətli olacaq. Birinin məzəmməti qarşısında min nəfər qaçacaq; beşinin məzəmməti qarşısında siz qaçacaqsınız; ta ki dağın başında bir dirək kimi və təpə üzərində bir bayraq kimi tək qalasınız. Buna görə də Rəbb sizə lütf göstərmək üçün gözləyəcək və buna görə sizə mərhəmət etmək üçün ucaldılacaq; çünki Rəbb hökm Allahıdır; Ona ümid bağlayanların hamısı bəxtiyardır. Çünki xalq Sionda, Yerusəlimdə yaşayacaq; daha ağlamayacaqsan; fəryadının səsinə görə O sənə çox lütf göstərəcək; eşidən kimi sənə cavab verəcək. Yeşaya 30:8–19.</w:t>
      </w:r>
    </w:p>
    <w:p>
      <w:pPr>
        <w:pStyle w:val="ArticleBody"/>
        <w:jc w:val="left"/>
      </w:pPr>
      <w:r>
        <w:rPr>
          <w:rFonts w:ascii="Times New Roman" w:hAnsi="Times New Roman" w:eastAsia="Times New Roman" w:cs="Times New Roman"/>
        </w:rPr>
        <w:t>1863-cü ildə Adventizm, Habakkukun iki müqəddəs lövhəsi üzərində təsvir olunmuş Uilyam Millerin peyğəmbərlik xəbərini rədd etmə prosesinə başladı. İsa sonu başlanğıc vasitəsilə nümayiş etdirir. Bu parçadakı Adventizmin başlanğıcındakı üsyançılar, həmçinin Adventizmin sonundakı üsyançıları da təmsil edirlər. Hər iki halda üsyan, həmin tarixin peyğəmbərlik xəbərinin və metodologiyasının rədd edilməsini ifadə edir; necə ki onlar “görənlərə”, “Görməyin; və peyğəmbərlərə, Bizə doğru şeylər barədə peyğəmbərlik etməyin, bizə yaltaq sözlər söyləyin, aldadıcı şeylər barədə peyğəmbərlik edin” deyə bəyan edirlər.</w:t>
      </w:r>
    </w:p>
    <w:p>
      <w:pPr>
        <w:pStyle w:val="ArticleBody"/>
        <w:jc w:val="left"/>
      </w:pPr>
      <w:r>
        <w:rPr>
          <w:rFonts w:ascii="Times New Roman" w:hAnsi="Times New Roman" w:eastAsia="Times New Roman" w:cs="Times New Roman"/>
        </w:rPr>
        <w:t>Onlar həmçinin “Yoldan çəkilin, cığırdan kənara dönün, İsrailin Müqəddəsini önümüzdən uzaqlaşdırın” deyə bəyan etdikdə, bu yoldan ayrılmağa qərar verirlər. Salehlərin yolu Yeremya kitabının altıncı fəslinin on altıncı və on yeddinci ayələrindəki “qədim cığırlar”dır. Üsyançılar əsas həqiqətlərdə yeriməməyə və ucaldılmış gözətçilərin çaldığı şeypur səsinə qulaq asmamağa qəti qərar verirlər; bu isə Millerit hərəkatını və Future for America hərəkatını təmsil edir.</w:t>
      </w:r>
    </w:p>
    <w:p>
      <w:pPr>
        <w:pStyle w:val="ArticleScripture"/>
        <w:jc w:val="left"/>
      </w:pPr>
      <w:r>
        <w:rPr>
          <w:rFonts w:ascii="Times New Roman" w:hAnsi="Times New Roman" w:eastAsia="Times New Roman" w:cs="Times New Roman"/>
        </w:rPr>
        <w:t>Rəbb belə deyir: Yollarda durun, baxın və qədim cığırları soruşun: yaxşı yol haradadırsa, onunla gedin, və canlarınız üçün rahatlıq tapacaqsınız. Lakin onlar dedilər: “Onunla getməyəcəyik.” Həmçinin üzərinizə gözətçilər qoydum və dedim: “Şeypurun səsinə qulaq asın.” Lakin onlar dedilər: “Qulaq asmayacağıq.” Buna görə də, ey millətlər, eşidin; və ey camaat, onların arasında nə olduğunu bilin. Eşit, ey yer üzü: budur, Mən bu xalqın üzərinə bəla gətirəcəyəm, yəni onların düşüncələrinin bəhrəsini; çünki onlar Mənim sözlərimə də, qanunuma da qulaq asmadılar, əksinə onu rədd etdilər. Yeremya 6:16–19.</w:t>
      </w:r>
    </w:p>
    <w:p>
      <w:pPr>
        <w:pStyle w:val="ArticleBody"/>
        <w:jc w:val="left"/>
      </w:pPr>
      <w:r>
        <w:rPr>
          <w:rFonts w:ascii="Times New Roman" w:hAnsi="Times New Roman" w:eastAsia="Times New Roman" w:cs="Times New Roman"/>
        </w:rPr>
        <w:t>Üsyançıların qədim yollarda yeriməkdən imtinası həm də onların “İsrailin Müqəddəsini öz önlərindən uzaqlaşdırmaq” istəyi kimi təsvir olunur və Adventizmin sonunu başlanğıcı ilə nümayiş etdirən Alfa və Omegaya əsaslanan Gecə Yarısı Fəryadının xəbərinin rədd edilməsini ifadə edir.</w:t>
      </w:r>
    </w:p>
    <w:p>
      <w:pPr>
        <w:pStyle w:val="ArticleScripture"/>
        <w:jc w:val="left"/>
      </w:pPr>
      <w:r>
        <w:rPr>
          <w:rFonts w:ascii="Times New Roman" w:hAnsi="Times New Roman" w:eastAsia="Times New Roman" w:cs="Times New Roman"/>
        </w:rPr>
        <w:t>“Yolun başlanğıcında onların arxasında parlaq bir işıq qoyulmuşdu; bir mələk mənə dedi ki, bu, ‘gecəyarısı fəryadı’dır. Bu işıq yol boyunca parlayır və ayaqlarına işıq salırdı ki, büdrəməsinlər.</w:t>
      </w:r>
    </w:p>
    <w:p>
      <w:pPr>
        <w:pStyle w:val="ArticleScripture"/>
        <w:jc w:val="left"/>
      </w:pPr>
      <w:r>
        <w:rPr>
          <w:rFonts w:ascii="Times New Roman" w:hAnsi="Times New Roman" w:eastAsia="Times New Roman" w:cs="Times New Roman"/>
        </w:rPr>
        <w:t>“Onlar gözlərini, məhz önlərində olub onları şəhərə aparan İsanın üzərində sabit saxladıqları halda, təhlükəsizlikdə idilər. Lakin tezliklə bəziləri yoruldular və dedilər ki, şəhər çox uzaqdadır və onlar buna qədər artıq ora daxil olmuş olacaqlarını gözləyirdilər. O zaman İsa Özünün izzətli sağ qolunu qaldırmaqla onları ruhlandırardı və Onun qolundan advent dəstəsinin üzərində dalğalanan bir nur çıxardı, onlar da: “Alleluia!” deyə nida etdilər. Digərləri isə düşüncəsizcəsinə arxalarındakı nuru inkar etdilər və dedilər ki, onları bu qədər uzağa qədər gətirən Allah olmamışdır. Arxalarındakı nur söndü, ayaqlarını tam qaranlıq içində qoydu; onlar büdrədilər, nişanı da, İsanı da gözdən itirdilər və cığırdan aşağıda olan qaranlıq və şər dünyaya yuvarlanıb düşdülər.” Ellen G. White-ın Xristian Təcrübəsi və Təlimləri, 57.</w:t>
      </w:r>
    </w:p>
    <w:p>
      <w:pPr>
        <w:pStyle w:val="ArticleBody"/>
        <w:jc w:val="left"/>
      </w:pPr>
      <w:r>
        <w:rPr>
          <w:rFonts w:ascii="Times New Roman" w:hAnsi="Times New Roman" w:eastAsia="Times New Roman" w:cs="Times New Roman"/>
        </w:rPr>
        <w:t>Gecəyarısı Harayı ilə təmsil olunan təmizlənmə prosesi iki sinif ibadət edəni meydana çıxarır və Yeşaya otuzuncu fəsildə ağılsız bakirələrin yağsızlığı, su və ya od toplamaq iqtidarında olmamaları kimi təqdim olunur; bunların hər ikisi Dəstəkçinin rəmzləridir. Yeşaya belə yazır: “onun qırılması birdən-birə, bir anda gələcək. O, onu dulusçunun qabının parça-parça edilərək qırılması kimi qıracaq; əsirgəməyəcək; belə ki, onun qırıntıları arasında ocaqdan od götürməyə, yaxud çuxurdan su çəkməyə yararlı bir saxsı parçası tapılmayacaq.” Onların hökmü, yağ almaq üçün artıq çox gec olduğunu anladıqları zaman, gecəyarısı harayı ilə təmsil olunduğu kimi, “birdən-birə” gəlir. Yeşayanın şəhadətindəki od və su sadəcə on bakirə məsəlinin yağının başqa bir təmsilidir. Yağ, su və od xarakteri təmsil edir; onlar həm də xəbəri və Dəstəkçinin hüzurunu təmsil edirlər. Bu rəmzlərin heç biri on bakirənin hökmü “birdən-birə, bir anda” gəldiyi zaman əldə edilə bilməz. O zaman artıq çox gecdir.</w:t>
      </w:r>
    </w:p>
    <w:p>
      <w:pPr>
        <w:pStyle w:val="ArticleBody"/>
        <w:jc w:val="left"/>
      </w:pPr>
      <w:r>
        <w:rPr>
          <w:rFonts w:ascii="Times New Roman" w:hAnsi="Times New Roman" w:eastAsia="Times New Roman" w:cs="Times New Roman"/>
        </w:rPr>
        <w:t>Yeganə təhlükəsizlik “geri qayıtmaq”dadır; bu, ilk məyusluqda məyus olanları təmsil etdiyi zaman Yeremyaya verilən vəddir. Əgər Allahın xalqı Ona qayıtsaydı, O da onlara qayıdardı, lakin üsyankarlar imtina edir və yolu işıqlandıran nur sönür. Başlanğıcdakı nur Gecəyarısı Nidasi idi və irəliyə gedən yol Məsihin əzəmətli sağ qolu ilə ta əbədiyyətə qədər işıqlandırılmışdı. Məsih yolda olanların önündə idi və arxadakı nur da eyni nur olmalıdır, çünki Məsih yolun sonunu yolun başlanğıcı ilə təsvir edir. Gecəyarısı Nidasi o zaman da indiki həqiqət idi, indi də indiki həqiqətdir.</w:t>
      </w:r>
    </w:p>
    <w:p>
      <w:pPr>
        <w:pStyle w:val="ArticleScripture"/>
        <w:jc w:val="left"/>
      </w:pPr>
      <w:r>
        <w:rPr>
          <w:rFonts w:ascii="Times New Roman" w:hAnsi="Times New Roman" w:eastAsia="Times New Roman" w:cs="Times New Roman"/>
        </w:rPr>
        <w:t>“Məni tez-tez on bakirə haqqında məsələyə yönəldirlər; onlardan beşi müdrik, beşi isə ağılsız idi. Bu məsəl tam hərfinə qədər yerinə yetirilmişdir və yetiriləcəkdir, çünki onun məhz bu zamana aid xüsusi bir tətbiqi vardır və o, üçüncü mələyin xəbəri kimi, yerinə yetirilmişdir və zamanın sonunadək indiki həqiqət olaraq qalmağa davam edəcəkdir.” Review and Herald, 19 avqust 1890.</w:t>
      </w:r>
    </w:p>
    <w:p>
      <w:pPr>
        <w:pStyle w:val="ArticleBody"/>
        <w:jc w:val="left"/>
      </w:pPr>
      <w:r>
        <w:rPr>
          <w:rFonts w:ascii="Times New Roman" w:hAnsi="Times New Roman" w:eastAsia="Times New Roman" w:cs="Times New Roman"/>
        </w:rPr>
        <w:t>Qoy Müqəddəs Olanın onların önündən çəkilib getsin deyə bir arzu yalnız Məsihi deyil, həm də Alfa və Omeqa olan Məsihi rədd etməkdir. Bu, Gecəyarısı Nidası xəbərinin rədd edilməsidir. Adventizmin başlanğıcında Gecəyarısı Nidası xəbəri uğursuz proqnozun islahı idi.</w:t>
      </w:r>
    </w:p>
    <w:p>
      <w:pPr>
        <w:pStyle w:val="ArticleBody"/>
        <w:jc w:val="left"/>
      </w:pPr>
      <w:r>
        <w:rPr>
          <w:rFonts w:ascii="Times New Roman" w:hAnsi="Times New Roman" w:eastAsia="Times New Roman" w:cs="Times New Roman"/>
        </w:rPr>
        <w:t>“Qədim yollar”ı rədd edən üsyançılar, Gecəyarısı Fəryadının yerinə yetməsində Miller hərəkatının təmsil etdiyi salehlərdən ayrı, saxta bir “süfrə” yaratdılar. Sonra “bir nəfərin məzəmmətindən” “min nəfər” qaçdı və hərəkat qəflətən əlli mindən əlliyə endi. Onlar “məzəmmət” üzündən qaçdılar; bu məzəmmət onlara müdrik “beş” bakirədən gəldi; onlar dedi ki, paylaşmağa yağları yoxdur və bunlar gedib öz yağlarını özləri almalıdırlar. Ağılsızların müdriklərdən ayrılması müdrik bakirələri “dağın başında bir nişan kimi və təpə üzərində bir bayraq kimi” qoydu. 22 oktyabr 1844-cü ildə ağılsız bakirələrin üsyanı 1863-cü ilin üsyanını nümayiş etdirdi, çünki 22 oktyabr 1844-cü il Levililər iyirmi altının “yeddi vaxt”ının sonunu təmsil edən on doqquz ilin başlanğıcı idi. Bu mövzu barədə deyəcəyimiz daha çox şey var, lakin 1844-cü ildəki üsyan 1863-cü ildəki üsyanın tipi idi və saxta süfrənin yaradıldığı nöqtəni işarələyir.</w:t>
      </w:r>
    </w:p>
    <w:p>
      <w:pPr>
        <w:pStyle w:val="ArticleBody"/>
        <w:jc w:val="left"/>
      </w:pPr>
      <w:r>
        <w:rPr>
          <w:rFonts w:ascii="Times New Roman" w:hAnsi="Times New Roman" w:eastAsia="Times New Roman" w:cs="Times New Roman"/>
        </w:rPr>
        <w:t>Ağılsız bakirələr tərəfindən yaşanan qorxu, müdrik bakirələr yenidən həyata qaytarılıb ayaqları üstə durduqları zaman təmsil olunan qorxudur. O zaman 18 iyul 2020-ci il məyusluğundan geri dönmək üçün artıq çox gecdir və bundan sonra baş verəcək növbəti hadisə bazar günü qanunu zamanı baş verən göyə yüksəlişdir. Məhz o zaman böyük bir zəlzələ baş verir.</w:t>
      </w:r>
    </w:p>
    <w:p>
      <w:pPr>
        <w:pStyle w:val="ArticleScripture"/>
        <w:jc w:val="left"/>
      </w:pPr>
      <w:r>
        <w:rPr>
          <w:rFonts w:ascii="Times New Roman" w:hAnsi="Times New Roman" w:eastAsia="Times New Roman" w:cs="Times New Roman"/>
        </w:rPr>
        <w:t>Elə həmin saatda böyük bir zəlzələ oldu, şəhərin onda bir hissəsi dağıldı və zəlzələdə yeddi min adam həlak oldu; qalanlar isə qorxuya düşüb göyün Allahına izzət verdilər. İkinci vay keçdi; budur, üçüncü vay tez gəlir. Vəhy 11:13, 14.</w:t>
      </w:r>
    </w:p>
    <w:p>
      <w:pPr>
        <w:pStyle w:val="ArticleBody"/>
        <w:jc w:val="left"/>
      </w:pPr>
      <w:r>
        <w:rPr>
          <w:rFonts w:ascii="Times New Roman" w:hAnsi="Times New Roman" w:eastAsia="Times New Roman" w:cs="Times New Roman"/>
        </w:rPr>
        <w:t>Vəhy kitabının on birinci fəsli müəyyən edir ki, Fransa İnqilabı zamanı şəhərin onda bir hissəsi yıxıldı və həmin tarixdə Sodom və Misir kimi təmsil olunan iki peyğəmbərlik buynuzundan ibarət olan Fransa milləti devrildi. Fransanın iki buynuzu Amerika Birləşmiş Ştatlarının iki buynuzunu simvolizə edir.</w:t>
      </w:r>
    </w:p>
    <w:p>
      <w:pPr>
        <w:pStyle w:val="ArticleBody"/>
        <w:jc w:val="left"/>
      </w:pPr>
      <w:r>
        <w:rPr>
          <w:rFonts w:ascii="Times New Roman" w:hAnsi="Times New Roman" w:eastAsia="Times New Roman" w:cs="Times New Roman"/>
        </w:rPr>
        <w:t>Fransa peyğəmbərlik baxımından Daniel yeddidə bütpərəst Romanı təmsil edən on padşahlıqdan biri idi; buna görə də padşahlığın (şəhərin) onda bir hissəsi yıxıldı. Həqiqətdə, 538-ci ildə nəhayətdə papalığı yer üzünün taxtına çıxaran Daniel yeddidəki həmin on buynuzdan Fransa papalığı təsis edən başlıca padşahlıq idi. Daniel yeddinin on qüvvəsindən biri olaraq Fransa Vəhy on üçdəki iki buynuzlu yer vəhşisinin rolunu təcəssüm etdirir. Birləşmiş Ştatlar sonda papalıq üçün Fransanın başlanğıcda gördüyü eyni işi yerinə yetirir. Birləşmiş Ştatlar Birləşmiş Millətləri təmsil edən on padşahın aparıcı qüdrətidir və bazar günü qanununun zəlzələsində yıxılır. Bu ayələrə növbəti məqalədə daha dolğun şəkildə toxunacağıq.</w:t>
      </w:r>
    </w:p>
    <w:p>
      <w:pPr>
        <w:pStyle w:val="ArticleBody"/>
        <w:jc w:val="left"/>
      </w:pPr>
      <w:r>
        <w:rPr>
          <w:rFonts w:ascii="Times New Roman" w:hAnsi="Times New Roman" w:eastAsia="Times New Roman" w:cs="Times New Roman"/>
        </w:rPr>
        <w:t>Bu məqalənin əsas məsələlərindən biri odur ki, bu, Allahın xalqını ayağa qaldıran bir ismarıcdır; çünki onları ayağa qaldıran Təsəlliverici yağı təmsil edir və bu yağ təkcə Müqəddəs Ruhu deyil, həm də Allahın Öz xalqına göndərdiyi xəbərləri təmsil edir. Vəhy on birin Musanı və İlyası ayağa qaldıran ismarıcı da Yeremyaya verilmiş vədlə təmsil olunur.</w:t>
      </w:r>
    </w:p>
    <w:p>
      <w:pPr>
        <w:pStyle w:val="ArticleScripture"/>
        <w:jc w:val="left"/>
      </w:pPr>
      <w:r>
        <w:rPr>
          <w:rFonts w:ascii="Times New Roman" w:hAnsi="Times New Roman" w:eastAsia="Times New Roman" w:cs="Times New Roman"/>
        </w:rPr>
        <w:t>Buna görə də Rəbb belə deyir: Əgər sən qayıtsan, Mən səni yenidən qaytaracağam və sən Mənim önümdə duracaqsan; və əgər qiymətli olanı dəyərsiz olandan ayırsan, Mənim ağzım kimi olacaqsan; qoy onlar sənə qayıtsınlar, amma sən onlara qayıtma. Mən səni bu xalq üçün möhkəmləndirilmiş tunc divar edəcəyəm; onlar səninlə vuruşacaqlar, amma sənə qalib gələ bilməyəcəklər; çünki Mən səni xilas etmək və səni qurtarmaq üçün səninləyəm, — deyir Rəbb. Mən səni pislərin əlindən qurtaracağam və dəhşətlilərin əlindən satın alıb azad edəcəyəm. Yeremya 15:19–21.</w:t>
      </w:r>
    </w:p>
    <w:p>
      <w:pPr>
        <w:pStyle w:val="ArticleBody"/>
        <w:jc w:val="left"/>
      </w:pPr>
      <w:r>
        <w:rPr>
          <w:rFonts w:ascii="Times New Roman" w:hAnsi="Times New Roman" w:eastAsia="Times New Roman" w:cs="Times New Roman"/>
        </w:rPr>
        <w:t>Yeşaya da eyni müraciəti edərək demişdi: “Çünki Xudavənd Rəbb, İsrailin Müqəddəsi belə deyir: Dönüşdə və aramlıqda xilas tapacaqsınız.” Yeşaya əlavə etdi ki, bu “dönüş” məsəl vaxtı ilə əlaqədardır, çünki o yazmışdı: “Buna görə də Rəbb sizə lütf göstərmək üçün gözləyəcək və buna görə ucaldılacaq ki, sizə mərhəmət etsin; çünki Rəbb hökm Allahıdır: Ona gözləyənlərin hamısı bəxtiyardır.”</w:t>
      </w:r>
    </w:p>
    <w:p>
      <w:pPr>
        <w:pStyle w:val="ArticleBody"/>
        <w:jc w:val="left"/>
      </w:pPr>
      <w:r>
        <w:rPr>
          <w:rFonts w:ascii="Times New Roman" w:hAnsi="Times New Roman" w:eastAsia="Times New Roman" w:cs="Times New Roman"/>
        </w:rPr>
        <w:t>Yeremyanın ifadə etdiyi kimi Allahın “ağzı” olmaq imtiyazı, Amerika Birləşmiş Ştatlarının “əjdaha kimi danışdığı” vaxtda Allah adına danışmaq imtiyazıdır. O zaman Allahın xalqı tərəfindən söylənəcək sözlər papalıq vəhşisinin nişanına qarşı xəbərdarlıq olacaqdır. O şanlı hərəkata qoşulmaq bizdən geri dönməyi tələb edir.</w:t>
      </w:r>
    </w:p>
    <w:p>
      <w:pPr>
        <w:pStyle w:val="ArticleScripture"/>
        <w:jc w:val="left"/>
      </w:pPr>
      <w:r>
        <w:rPr>
          <w:rFonts w:ascii="Times New Roman" w:hAnsi="Times New Roman" w:eastAsia="Times New Roman" w:cs="Times New Roman"/>
        </w:rPr>
        <w:t>“Əgər sən qayıdacaqsansa, ey İsrail, — Rəbb belə deyir, — Mənə qayıt; və əgər iyrəncliklərini gözümün önündən uzaqlaşdıracaqsansa, onda didərgin düşməzsən. Və and içəcəksən: “Rəbb diridir”, həqiqətlə, hökmlə və salehliklə; və millətlər Onda özlərinə bərəkət diləyəcək, və Onda öyünəcəklər. Çünki Rəbb Yəhuda adamlarına və Yerusəlim əhalisinə belə deyir: Öz xam torpağınızı şumlayın, və tikanlar arasına əkməyin. Özünüzü Rəbb üçün sünnət edin, və ürəyinizin sünnət dərisini kəsib atın, ey Yəhuda adamları və Yerusəlim sakinləri; yoxsa qəzəbim od kimi alovlanar və əməllərinizin pisliyi üzündən elə yanar ki, onu söndürən olmaz. Yəhudada elan edin, Yerusəlimdə car çəkin; və deyin: Ölkədə şeypur çalın; ucadan hayqırın, toplaşın və deyin: Bir yerə yığışın, gəlin möhkəmləndirilmiş şəhərlərə gedək. Sion tərəfə bayraq qaldırın; geri çəkilin, dayanmayın; çünki Mən şimaldan bəla və böyük bir məhvetmə gətirəcəyəm. Aslan öz kolluğundan çıxıb, millətlərin məhv edəni yola düşüb; o, ölkəni viran qoymaq üçün öz yerindən çıxıb; və şəhərlərin sakinsiz qoyulub xarabazara çevriləcək.” Yeremya 4:1–7.</w:t>
      </w:r>
    </w:p>
    <w:p>
      <w:pPr>
        <w:pStyle w:val="ArticleScripture"/>
        <w:jc w:val="left"/>
      </w:pPr>
      <w:r>
        <w:rPr>
          <w:rFonts w:ascii="Times New Roman" w:hAnsi="Times New Roman" w:eastAsia="Times New Roman" w:cs="Times New Roman"/>
        </w:rPr>
        <w:t>Lakin Rəbbin Ruhu Gideonun üzərinə gəldi və o, şeypur çaldı; Aviezer də onun ardınca toplandı. O, bütün Menaşşe boyunca qasidlər göndərdi; onlar da onun ardınca toplandılar; o, həmçinin Aşerə, Zevuluna və Naftaliyə qasidlər göndərdi; onlar da onlarla görüşmək üçün qalxdılar. Hakimlər 6:34, 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Amerika üçün gələcək və 18 iyul 2020 — Altıncı nömrə</dc:title>
  <dc:subject>Bayraq</dc:subject>
  <dc:creator>Jeff Pippenger</dc:creator>
  <cp:keywords/>
  <dc:description>Generated by ArticleDigger from future_for_america\06_future_for_america.json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